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worship · full transcripts with timestamps · exported 2026-09-22</w:t>
      </w:r>
    </w:p>
    <w:p>
      <w:pPr>
        <w:pStyle w:val="Heading2"/>
      </w:pPr>
      <w:r>
        <w:t>The most excellent sadaqa is given while healthy</w:t>
      </w:r>
    </w:p>
    <w:p>
      <w:r>
        <w:rPr>
          <w:color w:val="666666"/>
          <w:sz w:val="18"/>
        </w:rPr>
        <w:t>The Importance of Zakat May 08, 2022 Dr. Saniyasnain Khan · 57s · at 53:44 · https://youtu.be/92nslWvnQ5Y?t=3224</w:t>
      </w:r>
    </w:p>
    <w:p>
      <w:r>
        <w:rPr>
          <w:i/>
        </w:rPr>
        <w:t>“Which charity is the very best kind to give?”</w:t>
      </w:r>
    </w:p>
    <w:p>
      <w:r>
        <w:rPr>
          <w:sz w:val="20"/>
        </w:rPr>
        <w:t>53:44  rasoolullah sallallahu alaihi wasallam ne bataya hai is ko kisi ne poocha hai ke sab se afzal sadqa kaun sa hai? sab se achha, sab se behtar. ji. to rasoolullah sallallahu alaihi wasallam ne bataya ke woh sadqa jo tum apni health jab tum healthy hote ho tab karte ho. healthy ka matlab hai ke tum prime age mein hote ho. ab jab hum log prime age mein hote hain to hum apne business ko badhaate hain. ji.</w:t>
      </w:r>
      <w:r>
        <w:br/>
      </w:r>
      <w:r>
        <w:rPr>
          <w:sz w:val="20"/>
        </w:rPr>
        <w:t>54:11  hum apne hamare paas bade ambitions hote hain aur daulat balki yeh hadees mein aata hai ke tum us waqt daulat ka shauk bhi hota hai tumhare andar. ji. aur yeh bhi hota hai ke agar tum doge in sab kaamon mein to daulat kam ho jaayegi. to woh jo us age mein jo karta hai yaani jo prime age mein youth age mein jab woh apna business ko badhaana chahta hai, expansion karna chahta hai aur tarah tarah ke us ke andar khwahishaat hoti hain.</w:t>
      </w:r>
      <w:r>
        <w:br/>
      </w:r>
      <w:r>
        <w:rPr>
          <w:sz w:val="20"/>
        </w:rPr>
        <w:t>54:41  ji.</w:t>
      </w:r>
    </w:p>
    <w:p>
      <w:pPr>
        <w:pStyle w:val="Heading2"/>
      </w:pPr>
      <w:r>
        <w:t>Prophet's deep dua on sighting the Ramadan moon</w:t>
      </w:r>
    </w:p>
    <w:p>
      <w:r>
        <w:rPr>
          <w:color w:val="666666"/>
          <w:sz w:val="18"/>
        </w:rPr>
        <w:t>The Spirit of Ramadan April 10, 2022 Dr. Saniyasnain Khan · 49s · at 13:29 · https://youtu.be/MVnTihqgvus?t=809</w:t>
      </w:r>
    </w:p>
    <w:p>
      <w:r>
        <w:rPr>
          <w:i/>
        </w:rPr>
        <w:t>“जब रसूल्लाह ने चांद देखा रमज़ान का, उनके दिल से बड़ी गहरी दुआ निकली”</w:t>
      </w:r>
    </w:p>
    <w:p>
      <w:r>
        <w:rPr>
          <w:sz w:val="20"/>
        </w:rPr>
        <w:t>13:29  Haan hadees mein aata hai ke jab Rasoolullah sallam ne chand dekha Ramzan ka to unke dil se badi gehri dua nikli. Allahumma ahillahu alaina bil amni wal imani was salamati wal Islami. Ke aye Allah, tu is chand ko hamare upar amn aur iman ke saath nikaal aur salamat aur Islam ke saath nikaal.</w:t>
      </w:r>
      <w:r>
        <w:br/>
      </w:r>
      <w:r>
        <w:rPr>
          <w:sz w:val="20"/>
        </w:rPr>
        <w:t>13:53  Phir chand ko address karke kaha ke aye chand, Allah hi mera Rabb hai aur Allah hi tera Rabb hai. To jab ek momin chand jaisi ek creation ko dekhta hai to uska zehan Allah ki taraf chala jaata hai aur woh dua karne lagta hai ke aye Allah is mahine ko khair barkat ka mahina bana de.</w:t>
      </w:r>
      <w:r>
        <w:br/>
      </w:r>
      <w:r>
        <w:rPr>
          <w:sz w:val="20"/>
        </w:rPr>
        <w:t>14:18  To yeh jo chand ko dekhkar Rasoolullah sallam ne jo dua ki Ji. Woh ek tareeqe se jo bhi Khuda ki banayi hui cheezein hain, creation mein aur chand toh ek bahut hi bada uska nishaan hai, woh usko dekh ke insaan ke upar Khuda ki azmat taari hoti hai aur uski ghalib taari hoti hai.</w:t>
      </w:r>
    </w:p>
    <w:p>
      <w:pPr>
        <w:pStyle w:val="Heading2"/>
      </w:pPr>
      <w:r>
        <w:t>Prayers empty of Allah's glory</w:t>
      </w:r>
    </w:p>
    <w:p>
      <w:r>
        <w:rPr>
          <w:color w:val="666666"/>
          <w:sz w:val="18"/>
        </w:rPr>
        <w:t>The Spirit of Namaz | May 21, 2017 · 31s · at 11:51 · https://youtu.be/xN9SA_q272Y?t=711</w:t>
      </w:r>
    </w:p>
    <w:p>
      <w:r>
        <w:rPr>
          <w:i/>
        </w:rPr>
        <w:t>“Glory, IS ki, BJP ki, America ki, Israel ki.”</w:t>
      </w:r>
    </w:p>
    <w:p>
      <w:r>
        <w:rPr>
          <w:sz w:val="20"/>
        </w:rPr>
        <w:t>11:51  glory, iss ki, bjp ki, america ki, israel ki.</w:t>
      </w:r>
      <w:r>
        <w:br/>
      </w:r>
      <w:r>
        <w:rPr>
          <w:sz w:val="20"/>
        </w:rPr>
        <w:t>11:57  aisi namazein kya hain? kuch bhi nahi.</w:t>
      </w:r>
      <w:r>
        <w:br/>
      </w:r>
      <w:r>
        <w:rPr>
          <w:sz w:val="20"/>
        </w:rPr>
        <w:t>12:03  aisi namazein kya hain? to jis namaz ki dhoop hai, saari duniya musalmanon ki, har jagah dhoop machi</w:t>
      </w:r>
      <w:r>
        <w:br/>
      </w:r>
      <w:r>
        <w:rPr>
          <w:sz w:val="20"/>
        </w:rPr>
        <w:t>12:10  hui hai, namaz ki beshumar masjidien hain lekin woh kya hai? spirit less namaz, yeh rituals wali namaz.</w:t>
      </w:r>
      <w:r>
        <w:br/>
      </w:r>
      <w:r>
        <w:rPr>
          <w:sz w:val="20"/>
        </w:rPr>
        <w:t>12:16  in mein na shukr ka</w:t>
      </w:r>
    </w:p>
    <w:p>
      <w:pPr>
        <w:pStyle w:val="Heading2"/>
      </w:pPr>
      <w:r>
        <w:t>Five pillars cover all of human life</w:t>
      </w:r>
    </w:p>
    <w:p>
      <w:r>
        <w:rPr>
          <w:color w:val="666666"/>
          <w:sz w:val="18"/>
        </w:rPr>
        <w:t>Principles of Zakat in Islam 11 May 2007 - Maulana Wahiduddin Khan · 42s · at 0:46 · https://youtu.be/RmfLc_lQrxs?t=46</w:t>
      </w:r>
    </w:p>
    <w:p>
      <w:r>
        <w:rPr>
          <w:i/>
        </w:rPr>
        <w:t>“I think that these 5 pillars cover all the human life.”</w:t>
      </w:r>
    </w:p>
    <w:p>
      <w:r>
        <w:rPr>
          <w:sz w:val="20"/>
        </w:rPr>
        <w:t>0:46  I think that these 5 pillars cover all the human life. All the aspects of human life.</w:t>
      </w:r>
      <w:r>
        <w:br/>
      </w:r>
      <w:r>
        <w:rPr>
          <w:sz w:val="20"/>
        </w:rPr>
        <w:t>0:56  These 5 pillars are not simply religious pillars. Religious pillars. No. These are life pillars.</w:t>
      </w:r>
      <w:r>
        <w:br/>
      </w:r>
      <w:r>
        <w:rPr>
          <w:sz w:val="20"/>
        </w:rPr>
        <w:t>1:04  According to my analysis, there are distinctively 5 pillars of your life.</w:t>
      </w:r>
      <w:r>
        <w:br/>
      </w:r>
      <w:r>
        <w:rPr>
          <w:sz w:val="20"/>
        </w:rPr>
        <w:t>1:15  Pillar means aspect. So there are 5 aspects of human life. And these 5 pillars cover.</w:t>
      </w:r>
    </w:p>
    <w:p>
      <w:pPr>
        <w:pStyle w:val="Heading2"/>
      </w:pPr>
      <w:r>
        <w:t>Spirit of Taraweeh</w:t>
      </w:r>
    </w:p>
    <w:p>
      <w:r>
        <w:rPr>
          <w:color w:val="666666"/>
          <w:sz w:val="18"/>
        </w:rPr>
        <w:t>Ramazan Training for Leading A Cautious Life April 24, 2020 Maulana Wahiduddin Khan · 25s · at 23:01 · https://youtu.be/IBChjhcEDh0?t=1381</w:t>
      </w:r>
    </w:p>
    <w:p>
      <w:r>
        <w:rPr>
          <w:i/>
        </w:rPr>
        <w:t>“Rikayat ka naam taraweeh nahi spirit ka naam taraweeh hai”</w:t>
      </w:r>
    </w:p>
    <w:p>
      <w:r>
        <w:rPr>
          <w:sz w:val="20"/>
        </w:rPr>
        <w:t>23:01  woh bhi theek hai, woh bhi theek hai. Rakat ka naam namaz nahi hai, rakat ka naam taraveeh nahi hai. Spirit ka naam taraveeh hai.</w:t>
      </w:r>
      <w:r>
        <w:br/>
      </w:r>
      <w:r>
        <w:rPr>
          <w:sz w:val="20"/>
        </w:rPr>
        <w:t>23:13  spirit ke sath taraveeh</w:t>
      </w:r>
      <w:r>
        <w:br/>
      </w:r>
      <w:r>
        <w:rPr>
          <w:sz w:val="20"/>
        </w:rPr>
        <w:t>23:18  ada karne ki koshish kijiye.</w:t>
      </w:r>
    </w:p>
    <w:p>
      <w:pPr>
        <w:pStyle w:val="Heading2"/>
      </w:pPr>
      <w:r>
        <w:t>Every reform begins from the heart</w:t>
      </w:r>
    </w:p>
    <w:p>
      <w:r>
        <w:rPr>
          <w:color w:val="666666"/>
          <w:sz w:val="18"/>
        </w:rPr>
        <w:t>An Intellectual Journey May 1, 2011 · 31s · at 1:26:10 · https://youtu.be/AqjjyimoIqw?t=5170</w:t>
      </w:r>
    </w:p>
    <w:p>
      <w:r>
        <w:rPr>
          <w:i/>
        </w:rPr>
        <w:t>“Har islah dil se shuru hoti hai”</w:t>
      </w:r>
    </w:p>
    <w:p>
      <w:r>
        <w:rPr>
          <w:sz w:val="20"/>
        </w:rPr>
        <w:t>1:26:10  aap ke dil mein un ke liye khair khwahi nahin hai. yeh tareeqa mein dekh, har islaah dil se shuru hoti hai. yaad rakhiye, har islaah dil se shuru hoti hai.</w:t>
      </w:r>
      <w:r>
        <w:br/>
      </w:r>
      <w:r>
        <w:rPr>
          <w:sz w:val="20"/>
        </w:rPr>
        <w:t>1:26:25  yeh dil mein khair khwahi, dil mein mohabbat, dil mein islaah ka jazba yahan se shuru hota hai. woh to logon ko to hai nahin, bas chahte hain ke bahar ja ke muqabla karein aur takrao karein, fatwa dein ke sahib yeh gumrah hain ya batil hain, yeh jahannum mein jayenge.</w:t>
      </w:r>
    </w:p>
    <w:p>
      <w:pPr>
        <w:pStyle w:val="Heading2"/>
      </w:pPr>
      <w:r>
        <w:t>Fasting reveals one's helplessness</w:t>
      </w:r>
    </w:p>
    <w:p>
      <w:r>
        <w:rPr>
          <w:color w:val="666666"/>
          <w:sz w:val="18"/>
        </w:rPr>
        <w:t>Ramadan and The Quran September 03, 2006 Maulana Wahiduddin Khan · 23s · at 49:53 · https://youtu.be/LJU2AJuPQZc?t=2993</w:t>
      </w:r>
    </w:p>
    <w:p>
      <w:r>
        <w:rPr>
          <w:i/>
        </w:rPr>
        <w:t>“Roze mein hum apni be-basi ko daryaft karte hain”</w:t>
      </w:r>
    </w:p>
    <w:p>
      <w:r>
        <w:rPr>
          <w:sz w:val="20"/>
        </w:rPr>
        <w:t>49:53  izat ki daryaft karte hain. izat ka matlab hai be basi. apni be basi ki daryaft karte hain. main samajhta hoon ke yeh sab se bara faida hai roze ka.</w:t>
      </w:r>
      <w:r>
        <w:br/>
      </w:r>
      <w:r>
        <w:rPr>
          <w:sz w:val="20"/>
        </w:rPr>
        <w:t>50:04  aam halaat mein hum kha rahe hain, pi rahe hain, aa rahe hain, ja rahe hain. sare mamlaat hamare pure ho rahe hain, so rahe hain, jaag rahe hain. to sab kaam hamare theek theek hue chala ja raha hai.</w:t>
      </w:r>
    </w:p>
    <w:p>
      <w:pPr>
        <w:pStyle w:val="Heading2"/>
      </w:pPr>
      <w:r>
        <w:t>Religion is for man, not man for religion</w:t>
      </w:r>
    </w:p>
    <w:p>
      <w:r>
        <w:rPr>
          <w:color w:val="666666"/>
          <w:sz w:val="18"/>
        </w:rPr>
        <w:t>Concept of Death in Islam 26th Aug 12 SLOW · 51s · at 39:45 · https://youtu.be/8dsos0OBM6M?t=2385</w:t>
      </w:r>
    </w:p>
    <w:p>
      <w:r>
        <w:rPr>
          <w:i/>
        </w:rPr>
        <w:t>“Moulana, agla sawaal Dilli se hai Shah Imran Hasan sahib ka.”</w:t>
      </w:r>
    </w:p>
    <w:p>
      <w:r>
        <w:rPr>
          <w:sz w:val="20"/>
        </w:rPr>
        <w:t>39:45  Maulana, agla sawal Delhi se hai. Shah Imran Hasan sahib ka, unhon ne likha hai: "Maulana sahib, kaha jata hai ke mazhab insaan ke liye banaya gaya hai, insaan mazhab ke liye nahi." please is is comment ke bare mein bataein.</w:t>
      </w:r>
      <w:r>
        <w:br/>
      </w:r>
      <w:r>
        <w:rPr>
          <w:sz w:val="20"/>
        </w:rPr>
        <w:t>40:04  yeh comment to aik aik lafzi takbandi hai.</w:t>
      </w:r>
      <w:r>
        <w:br/>
      </w:r>
      <w:r>
        <w:rPr>
          <w:sz w:val="20"/>
        </w:rPr>
        <w:t>40:10  aise jo intellectuals hote hain, woh aisi comment kiya karte hain? yeh is ki koi ma'ani nahi.</w:t>
      </w:r>
      <w:r>
        <w:br/>
      </w:r>
      <w:r>
        <w:rPr>
          <w:sz w:val="20"/>
        </w:rPr>
        <w:t>40:16  matlab, main jaanta hoon is call ko, aaj tak mujhe samajh nahi aayi ke kya matlab hai is call ka.</w:t>
      </w:r>
      <w:r>
        <w:br/>
      </w:r>
      <w:r>
        <w:rPr>
          <w:sz w:val="20"/>
        </w:rPr>
        <w:t>40:23  jis ne banaya hoga, woh milta to main us se poochta ke bhai kya matlab hai is ka?</w:t>
      </w:r>
      <w:r>
        <w:br/>
      </w:r>
      <w:r>
        <w:rPr>
          <w:sz w:val="20"/>
        </w:rPr>
        <w:t>40:29  koi is ka matlab nahi hai, sirf takbandi hai is ko aur kuch nahi.</w:t>
      </w:r>
      <w:r>
        <w:br/>
      </w:r>
      <w:r>
        <w:rPr>
          <w:sz w:val="20"/>
        </w:rPr>
        <w:t>40:36  Maulana, agla sawal Delhi se hai. Muhammad Tauseef Qasmi sahib ka, unhon ne likha hai: "Muslim rehnuma millat ki pasti ki shikayat karte hain." woh kehte hain ke Muslim. kya millat ki? pasti. pasti. kaise? pasti. zawaal. zawaal. zawaal. past hona. zawaal. ji. kya lafz bolein?</w:t>
      </w:r>
    </w:p>
    <w:p>
      <w:pPr>
        <w:pStyle w:val="Heading2"/>
      </w:pPr>
      <w:r>
        <w:t>Quran guidance for muttaqin</w:t>
      </w:r>
    </w:p>
    <w:p>
      <w:r>
        <w:rPr>
          <w:color w:val="666666"/>
          <w:sz w:val="18"/>
        </w:rPr>
        <w:t>Aspects of Quran &amp; Hadith in Islam (English) | March 20, 2007 | Maulana Wahiduddin Khan · 33s · at 0:41 · https://youtu.be/CJd5YVgHP9k?t=41</w:t>
      </w:r>
    </w:p>
    <w:p>
      <w:r>
        <w:rPr>
          <w:i/>
        </w:rPr>
        <w:t>“This is the Book; there is no doubt about it.”</w:t>
      </w:r>
    </w:p>
    <w:p>
      <w:r>
        <w:rPr>
          <w:sz w:val="20"/>
        </w:rPr>
        <w:t>0:41  aspect ki koshish karunga. jab aap Quran ko lete hain aur us ko parhna shuru karte hain to sab se pehle jo ayat samne aati hai, shuru mein, woh hai: ذَٰلِكَ الْكِتَابُ لَا رَيْبَ فِيهِ، هُدًى لِّلْمُتَّقِينَ.</w:t>
      </w:r>
    </w:p>
    <w:p>
      <w:pPr>
        <w:pStyle w:val="Heading2"/>
      </w:pPr>
      <w:r>
        <w:t>Dua changes destiny</w:t>
      </w:r>
    </w:p>
    <w:p>
      <w:r>
        <w:rPr>
          <w:color w:val="666666"/>
          <w:sz w:val="18"/>
        </w:rPr>
        <w:t>The Spirit of Dua March 20, 2022 Dr. Saniyasnain Khan · 31s · at 56:42 · https://youtu.be/2v1uKLCxf5Y?t=3402</w:t>
      </w:r>
    </w:p>
    <w:p>
      <w:r>
        <w:rPr>
          <w:i/>
        </w:rPr>
        <w:t>“Dua can change destiny.”</w:t>
      </w:r>
    </w:p>
    <w:p>
      <w:r>
        <w:rPr>
          <w:sz w:val="20"/>
        </w:rPr>
        <w:t>56:42  Doctor sahib, jaisa ke yeh kaha jata hai ke insan ki destiny badli nahi jati, lekin ek hadith</w:t>
      </w:r>
      <w:r>
        <w:br/>
      </w:r>
      <w:r>
        <w:rPr>
          <w:sz w:val="20"/>
        </w:rPr>
        <w:t>56:48  hai ke dua se destiny bhi badal jati hai.</w:t>
      </w:r>
      <w:r>
        <w:br/>
      </w:r>
      <w:r>
        <w:rPr>
          <w:sz w:val="20"/>
        </w:rPr>
        <w:t>56:54  is hadith ke bare mein hum sab ko bataiye.</w:t>
      </w:r>
      <w:r>
        <w:br/>
      </w:r>
      <w:r>
        <w:rPr>
          <w:sz w:val="20"/>
        </w:rPr>
        <w:t>57:00  hadith mein aata hai prophet Mohammad la yurddul qada illad dua.</w:t>
      </w:r>
      <w:r>
        <w:br/>
      </w:r>
      <w:r>
        <w:rPr>
          <w:sz w:val="20"/>
        </w:rPr>
        <w:t>57:06  yeh jo destiny hai woh sirf dua se badalti hai.</w:t>
      </w:r>
      <w:r>
        <w:br/>
      </w:r>
      <w:r>
        <w:rPr>
          <w:sz w:val="20"/>
        </w:rPr>
        <w:t>57:13  Yeh badi zabardast hadish hai yaani itni dua ke andar taqat hai ki Allah taalah apni haath se likhi hui destiny ko badal deta hai.</w:t>
      </w:r>
    </w:p>
    <w:p>
      <w:pPr>
        <w:pStyle w:val="Heading2"/>
      </w:pPr>
      <w:r>
        <w:t>No intention, no fast — the hadith principle explained</w:t>
      </w:r>
    </w:p>
    <w:p>
      <w:r>
        <w:rPr>
          <w:color w:val="666666"/>
          <w:sz w:val="18"/>
        </w:rPr>
        <w:t>In Conversation with Maulana Wahiduddin Khan (Amaal-e-Ramadan) 25 Aug, 2007 · 35s · at 3:31 · https://youtu.be/DRE5UnumqIY?t=211</w:t>
      </w:r>
    </w:p>
    <w:p>
      <w:r>
        <w:rPr>
          <w:i/>
        </w:rPr>
        <w:t>“Niyyat nahi to roza bhi nahi”</w:t>
      </w:r>
    </w:p>
    <w:p>
      <w:r>
        <w:rPr>
          <w:sz w:val="20"/>
        </w:rPr>
        <w:t>3:31  tarzeed mein farmaya Rasool Allah Salallahu Alaihi Wasallam ne ke niyat nahi to rozah bhi nahi. Yaani tumhari asal shakhsiyat to andar ki shakhsiyat hai.</w:t>
      </w:r>
      <w:r>
        <w:br/>
      </w:r>
      <w:r>
        <w:rPr>
          <w:sz w:val="20"/>
        </w:rPr>
        <w:t>3:42  andar ki shakhsiyat jo hai, jab aap niyat karte hain ke wabso main ghadd nawaitu jo aap kehte hain,</w:t>
      </w:r>
      <w:r>
        <w:br/>
      </w:r>
      <w:r>
        <w:rPr>
          <w:sz w:val="20"/>
        </w:rPr>
        <w:t>3:50  to wabso main ghadd nawaitu yeh bhi ek lip service nahi hoti hai. Yeh is baat ka irada hota hai ke maine apni asal shakhsiyat jo hai, meri dakhli shakhsiyat, usko maine rozay mein shamil kiya.</w:t>
      </w:r>
    </w:p>
    <w:p>
      <w:pPr>
        <w:pStyle w:val="Heading2"/>
      </w:pPr>
      <w:r>
        <w:t>Azan begins the Namaz</w:t>
      </w:r>
    </w:p>
    <w:p>
      <w:r>
        <w:rPr>
          <w:color w:val="666666"/>
          <w:sz w:val="18"/>
        </w:rPr>
        <w:t>Salat -- Islamic Prayer I 27th Feb. 07 · 58s · at 6:35 · https://youtu.be/y1MA97h7mxg?t=395</w:t>
      </w:r>
    </w:p>
    <w:p>
      <w:r>
        <w:rPr>
          <w:i/>
        </w:rPr>
        <w:t>“Namaz begins from the call, that call that is Azan”</w:t>
      </w:r>
    </w:p>
    <w:p>
      <w:r>
        <w:rPr>
          <w:sz w:val="20"/>
        </w:rPr>
        <w:t>6:35  Namaz begins from the call, that call that is Azan.</w:t>
      </w:r>
      <w:r>
        <w:br/>
      </w:r>
      <w:r>
        <w:rPr>
          <w:sz w:val="20"/>
        </w:rPr>
        <w:t>6:46  In every mosque, there is a muezzin.</w:t>
      </w:r>
      <w:r>
        <w:br/>
      </w:r>
      <w:r>
        <w:rPr>
          <w:sz w:val="20"/>
        </w:rPr>
        <w:t>6:58  Muezzin calls and recites some Kalimah, some words.</w:t>
      </w:r>
      <w:r>
        <w:br/>
      </w:r>
      <w:r>
        <w:rPr>
          <w:sz w:val="20"/>
        </w:rPr>
        <w:t>7:09  The first Kalimah of Azan is: "Allahu Akbar, Allahu Akbar." You know, Namaz is obligatory for five times, five times.</w:t>
      </w:r>
      <w:r>
        <w:br/>
      </w:r>
      <w:r>
        <w:rPr>
          <w:sz w:val="20"/>
        </w:rPr>
        <w:t>7:21  The first Namaz, that is Fajr, begins after the morning twilight.</w:t>
      </w:r>
      <w:r>
        <w:br/>
      </w:r>
      <w:r>
        <w:rPr>
          <w:sz w:val="20"/>
        </w:rPr>
        <w:t>7:33  Then the second Namaz, that is Dhuhr, the time of the second Namaz of Dhuhr begins just after Noon.</w:t>
      </w:r>
    </w:p>
    <w:p>
      <w:pPr>
        <w:pStyle w:val="Heading2"/>
      </w:pPr>
      <w:r>
        <w:t>all Allah's servants are brothers and sisters</w:t>
      </w:r>
    </w:p>
    <w:p>
      <w:r>
        <w:rPr>
          <w:color w:val="666666"/>
          <w:sz w:val="18"/>
        </w:rPr>
        <w:t>Powerful Life-Changing Quranic Duas with Explanation (English) October 27, 2024 · 30s · at 23:55 · https://youtu.be/4cYteSjPIKw?t=1435</w:t>
      </w:r>
    </w:p>
    <w:p>
      <w:r>
        <w:rPr>
          <w:i/>
        </w:rPr>
        <w:t>“The Prophet used to say almost every day: all Allah's servants are brothers.”</w:t>
      </w:r>
    </w:p>
    <w:p>
      <w:r>
        <w:rPr>
          <w:sz w:val="20"/>
        </w:rPr>
        <w:t>23:55  try to share the message of the quran with them</w:t>
      </w:r>
      <w:r>
        <w:br/>
      </w:r>
      <w:r>
        <w:rPr>
          <w:sz w:val="20"/>
        </w:rPr>
        <w:t>24:00  ? and the Prophet Muhammad sallallahu alaihi wasallam used to say almost every day that, "O Allah, I bear witness that all your servants, everyone on the planet, are brothers and sisters to one another." So this should be the feeling of a believer that he should be valor to the entire humanity.</w:t>
      </w:r>
    </w:p>
    <w:p>
      <w:pPr>
        <w:pStyle w:val="Heading2"/>
      </w:pPr>
      <w:r>
        <w:t>Avoid hunger, lose God's mercy</w:t>
      </w:r>
    </w:p>
    <w:p>
      <w:r>
        <w:rPr>
          <w:color w:val="666666"/>
          <w:sz w:val="18"/>
        </w:rPr>
        <w:t>Fasting: A Scheme for Life | May 27, 2017 · 32s · at 14:30 · https://youtu.be/CbE2a1baFv8?t=870</w:t>
      </w:r>
    </w:p>
    <w:p>
      <w:r>
        <w:rPr>
          <w:i/>
        </w:rPr>
        <w:t>“Aap Allah ki rehmat se mahroom ho jayen”</w:t>
      </w:r>
    </w:p>
    <w:p>
      <w:r>
        <w:rPr>
          <w:sz w:val="20"/>
        </w:rPr>
        <w:t>14:30  ho jayein, Allah ki rehmat se.</w:t>
      </w:r>
      <w:r>
        <w:br/>
      </w:r>
      <w:r>
        <w:rPr>
          <w:sz w:val="20"/>
        </w:rPr>
        <w:t>14:34  yani bhook to na lage aap ko, lekin aap Allah ki rehmat se mehroom ho jayein.</w:t>
      </w:r>
      <w:r>
        <w:br/>
      </w:r>
      <w:r>
        <w:rPr>
          <w:sz w:val="20"/>
        </w:rPr>
        <w:t>14:39  kaisi ajeeb baat hai!</w:t>
      </w:r>
      <w:r>
        <w:br/>
      </w:r>
      <w:r>
        <w:rPr>
          <w:sz w:val="20"/>
        </w:rPr>
        <w:t>14:44  yeh bhook se to bachaya aap ne, lekin Allah ki rehmat se aap mehroom ho gaye.</w:t>
      </w:r>
      <w:r>
        <w:br/>
      </w:r>
      <w:r>
        <w:rPr>
          <w:sz w:val="20"/>
        </w:rPr>
        <w:t>14:48  aap ghor kijiye, kaisi ajeeb baat hai!</w:t>
      </w:r>
      <w:r>
        <w:br/>
      </w:r>
      <w:r>
        <w:rPr>
          <w:sz w:val="20"/>
        </w:rPr>
        <w:t>14:53  kaisi ajeeb baat hai!</w:t>
      </w:r>
      <w:r>
        <w:br/>
      </w:r>
      <w:r>
        <w:rPr>
          <w:sz w:val="20"/>
        </w:rPr>
        <w:t>14:57  aam taur par mizaj yeh hai, mein jahan tak janta hoon, ke log khoob dhoom se khate hain</w:t>
      </w:r>
    </w:p>
    <w:p>
      <w:pPr>
        <w:pStyle w:val="Heading2"/>
      </w:pPr>
      <w:r>
        <w:t>hadith on abandoning prayer as leaving faith</w:t>
      </w:r>
    </w:p>
    <w:p>
      <w:r>
        <w:rPr>
          <w:color w:val="666666"/>
          <w:sz w:val="18"/>
        </w:rPr>
        <w:t>Islamic Prayer (English) February 27, 2007 · 49s · at 37:12 · https://youtu.be/7G6Wa2IGSwE?t=2232</w:t>
      </w:r>
    </w:p>
    <w:p>
      <w:r>
        <w:rPr>
          <w:i/>
        </w:rPr>
        <w:t>“One who fails to perform Salat is not a Muslim.”</w:t>
      </w:r>
    </w:p>
    <w:p>
      <w:r>
        <w:rPr>
          <w:sz w:val="20"/>
        </w:rPr>
        <w:t>37:12  . There is a hadith that "bain al-abd wa baina al-kufr tark al-salat" It means that one who fails to perform Salat,</w:t>
      </w:r>
      <w:r>
        <w:br/>
      </w:r>
      <w:r>
        <w:rPr>
          <w:sz w:val="20"/>
        </w:rPr>
        <w:t>37:29  he is not a Muslim. "bain al-abd wa baina al-kufr tark al-salat"</w:t>
      </w:r>
      <w:r>
        <w:br/>
      </w:r>
      <w:r>
        <w:rPr>
          <w:sz w:val="20"/>
        </w:rPr>
        <w:t>37:40  One who fails to perform Salat, he is not a Muslim. So Salat or Namaaz is an integral part of</w:t>
      </w:r>
    </w:p>
    <w:p>
      <w:pPr>
        <w:pStyle w:val="Heading2"/>
      </w:pPr>
      <w:r>
        <w:t>media only reports what Muslims actually do</w:t>
      </w:r>
    </w:p>
    <w:p>
      <w:r>
        <w:rPr>
          <w:color w:val="666666"/>
          <w:sz w:val="18"/>
        </w:rPr>
        <w:t>Misconceptions About Islam May 13, 2006 · 37s · at 12:15 · https://youtu.be/EQ79CIexXHY?t=735</w:t>
      </w:r>
    </w:p>
    <w:p>
      <w:r>
        <w:rPr>
          <w:i/>
        </w:rPr>
        <w:t>“Aap bomb marenge to media kya kahega?”</w:t>
      </w:r>
    </w:p>
    <w:p>
      <w:r>
        <w:rPr>
          <w:sz w:val="20"/>
        </w:rPr>
        <w:t>12:15  media ka musalman jo karte hain woh media mein chupta hai, media mein aata hai. to media bechara kya kare? aap bomb marenge to kya media kahega?</w:t>
      </w:r>
      <w:r>
        <w:br/>
      </w:r>
      <w:r>
        <w:rPr>
          <w:sz w:val="20"/>
        </w:rPr>
        <w:t>12:24  haan, unhon ne phool phenk diya. kya karega media? aap ke bomb ko jab woh lega to phool bana kar ke pesh karega dunya ke samne. to khwamkhwah kehte hain ke media ne.</w:t>
      </w:r>
      <w:r>
        <w:br/>
      </w:r>
      <w:r>
        <w:rPr>
          <w:sz w:val="20"/>
        </w:rPr>
        <w:t>12:37  media ko mein hargiz hargiz responsible nahi samajhta.</w:t>
      </w:r>
      <w:r>
        <w:br/>
      </w:r>
      <w:r>
        <w:rPr>
          <w:sz w:val="20"/>
        </w:rPr>
        <w:t>12:41  media jo hai woh reporting ki industry hai. woh report to karega jo aap karenge. is ko report yahi wajah hai ke misunderstanding islam ke khilaf khatam nahi hoti.</w:t>
      </w:r>
    </w:p>
    <w:p>
      <w:pPr>
        <w:pStyle w:val="Heading2"/>
      </w:pPr>
      <w:r>
        <w:t>Introducing the uniquely extraordinary Hadith of Jibril</w:t>
      </w:r>
    </w:p>
    <w:p>
      <w:r>
        <w:rPr>
          <w:color w:val="666666"/>
          <w:sz w:val="18"/>
        </w:rPr>
        <w:t>Hadith-e-Jibril, April 21, 2013 · 43s · at 2:26 · https://youtu.be/0rF6Ou0pDog?t=146</w:t>
      </w:r>
    </w:p>
    <w:p>
      <w:r>
        <w:rPr>
          <w:i/>
        </w:rPr>
        <w:t>“یہ حدیث بہت ہی انوکھی حدیث ہے”</w:t>
      </w:r>
    </w:p>
    <w:p>
      <w:r>
        <w:rPr>
          <w:sz w:val="20"/>
        </w:rPr>
        <w:t>2:26  lekin aik hadees aisi hai jo bohat hi anokhi hadees hai.</w:t>
      </w:r>
      <w:r>
        <w:br/>
      </w:r>
      <w:r>
        <w:rPr>
          <w:sz w:val="20"/>
        </w:rPr>
        <w:t>2:33  is hadees ko ibn rajeeb hambali ne kaha hai: "haza hadees azim jiddan". yeh hadees bohat hi ziyada azim hadees hai.</w:t>
      </w:r>
      <w:r>
        <w:br/>
      </w:r>
      <w:r>
        <w:rPr>
          <w:sz w:val="20"/>
        </w:rPr>
        <w:t>2:51  yeh hadees bohat ziyada azim hadees hai. aik anokhay andaaz mein hazrat jibreel aaye rasool Allah ke paas. yeh yeh hadees Quran ka hissa nahi hai,</w:t>
      </w:r>
      <w:r>
        <w:br/>
      </w:r>
      <w:r>
        <w:rPr>
          <w:sz w:val="20"/>
        </w:rPr>
        <w:t>3:03  yeh hadees ka hissa hai.</w:t>
      </w:r>
    </w:p>
    <w:p>
      <w:pPr>
        <w:pStyle w:val="Heading2"/>
      </w:pPr>
      <w:r>
        <w:t>Momin is one who has been curtailed</w:t>
      </w:r>
    </w:p>
    <w:p>
      <w:r>
        <w:rPr>
          <w:color w:val="666666"/>
          <w:sz w:val="18"/>
        </w:rPr>
        <w:t>Ramadan and The Quran | October 14, 2005 | Maulana Wahiduddin Khan · 31s · at 47:28 · https://youtu.be/wi4PL1CwY7w?t=2848</w:t>
      </w:r>
    </w:p>
    <w:p>
      <w:r>
        <w:rPr>
          <w:i/>
        </w:rPr>
        <w:t>“Momin woh hai jo curtise ho chuka ho”</w:t>
      </w:r>
    </w:p>
    <w:p>
      <w:r>
        <w:rPr>
          <w:sz w:val="20"/>
        </w:rPr>
        <w:t>47:28  yahan mein ek aur baat arz karna chahta hon jo bohat important hai ye ke jahan tak mein ne samjha hai momin wo hai jo kirtisize ho chuka ho behtareen word jo mujhe mila hai momin ke liye wo hai men kirtisait men kirtisait dekhen men kirtisize ka matlab kya hai is ki mein ek misal doon ga</w:t>
      </w:r>
    </w:p>
    <w:p>
      <w:pPr>
        <w:pStyle w:val="Heading2"/>
      </w:pPr>
      <w:r>
        <w:t>introducing a live demonstration of one prayer unit</w:t>
      </w:r>
    </w:p>
    <w:p>
      <w:r>
        <w:rPr>
          <w:color w:val="666666"/>
          <w:sz w:val="18"/>
        </w:rPr>
        <w:t>Islamic Prayer (English) February 27, 2007 · 47s · at 1:03:41 · https://youtu.be/7G6Wa2IGSwE?t=3821</w:t>
      </w:r>
    </w:p>
    <w:p>
      <w:r>
        <w:rPr>
          <w:i/>
        </w:rPr>
        <w:t>“Now I would like to give a demonstration of one unit of Salat.”</w:t>
      </w:r>
    </w:p>
    <w:p>
      <w:r>
        <w:rPr>
          <w:sz w:val="20"/>
        </w:rPr>
        <w:t>1:03:41  Now, I would like to give a demonstration of at least one unit of Salat.</w:t>
      </w:r>
      <w:r>
        <w:br/>
      </w:r>
      <w:r>
        <w:rPr>
          <w:sz w:val="20"/>
        </w:rPr>
        <w:t>1:03:55  You know, every Salat is a combination of several units. So here, I would like to give</w:t>
      </w:r>
      <w:r>
        <w:br/>
      </w:r>
      <w:r>
        <w:rPr>
          <w:sz w:val="20"/>
        </w:rPr>
        <w:t>1:04:07  a demonstration of one unit.</w:t>
      </w:r>
      <w:r>
        <w:br/>
      </w:r>
      <w:r>
        <w:rPr>
          <w:sz w:val="20"/>
        </w:rPr>
        <w:t>1:04:11  By seeing this, you can understand what Salat is. You know, the inner spirit of Salat is not demonstrable.</w:t>
      </w:r>
      <w:r>
        <w:br/>
      </w:r>
      <w:r>
        <w:rPr>
          <w:sz w:val="20"/>
        </w:rPr>
        <w:t>1:04:23  No one can... No one can give</w:t>
      </w:r>
    </w:p>
    <w:p>
      <w:pPr>
        <w:pStyle w:val="Heading2"/>
      </w:pPr>
      <w:r>
        <w:t>Great dhikr is remembering death</w:t>
      </w:r>
    </w:p>
    <w:p>
      <w:r>
        <w:rPr>
          <w:color w:val="666666"/>
          <w:sz w:val="18"/>
        </w:rPr>
        <w:t>The Concept of Zikr in Islam | August 11, 2007 · 31s · at 44:25 · https://youtu.be/uFNX0KiI6dc?t=2665</w:t>
      </w:r>
    </w:p>
    <w:p>
      <w:r>
        <w:rPr>
          <w:i/>
        </w:rPr>
        <w:t>“And what is that great dhikr? Remember death.”</w:t>
      </w:r>
    </w:p>
    <w:p>
      <w:r>
        <w:rPr>
          <w:sz w:val="20"/>
        </w:rPr>
        <w:t>44:25  And what is that great dhikr?</w:t>
      </w:r>
      <w:r>
        <w:br/>
      </w:r>
      <w:r>
        <w:rPr>
          <w:sz w:val="20"/>
        </w:rPr>
        <w:t>44:30  Remember death, al-mawt.</w:t>
      </w:r>
      <w:r>
        <w:br/>
      </w:r>
      <w:r>
        <w:rPr>
          <w:sz w:val="20"/>
        </w:rPr>
        <w:t>44:35  The Prophet of Islam says that do great dhikr.</w:t>
      </w:r>
      <w:r>
        <w:br/>
      </w:r>
      <w:r>
        <w:rPr>
          <w:sz w:val="20"/>
        </w:rPr>
        <w:t>44:40  Dhikr means remembrance, yad.</w:t>
      </w:r>
      <w:r>
        <w:br/>
      </w:r>
      <w:r>
        <w:rPr>
          <w:sz w:val="20"/>
        </w:rPr>
        <w:t>44:45  Then he says al-mawt. Remember death.</w:t>
      </w:r>
      <w:r>
        <w:br/>
      </w:r>
      <w:r>
        <w:rPr>
          <w:sz w:val="20"/>
        </w:rPr>
        <w:t>44:50  So here he</w:t>
      </w:r>
    </w:p>
    <w:p>
      <w:pPr>
        <w:pStyle w:val="Heading2"/>
      </w:pPr>
      <w:r>
        <w:t>What the call to prayer (azan) truly means</w:t>
      </w:r>
    </w:p>
    <w:p>
      <w:r>
        <w:rPr>
          <w:color w:val="666666"/>
          <w:sz w:val="18"/>
        </w:rPr>
        <w:t>The Spirit of Namaz February 13, 2022 Dr. Saniyasnain Khan · 39s · at 18:52 · https://youtu.be/Mh4K7ZR4RbE?t=1132</w:t>
      </w:r>
    </w:p>
    <w:p>
      <w:r>
        <w:rPr>
          <w:i/>
        </w:rPr>
        <w:t>“The azan announces: come to success, come to prayer”</w:t>
      </w:r>
    </w:p>
    <w:p>
      <w:r>
        <w:rPr>
          <w:sz w:val="20"/>
        </w:rPr>
        <w:t>18:52  lekin yeh ek initial dawat bhi hai azan ki isse logon ko ek elaan kar diya gaya ki</w:t>
      </w:r>
      <w:r>
        <w:br/>
      </w:r>
      <w:r>
        <w:rPr>
          <w:sz w:val="20"/>
        </w:rPr>
        <w:t>18:58  haiya alsala, haiya alsala, kaamyaabi ki taraf aao, kaamya Allah Allah waqbar, Allah bada hai ye saari cheezein</w:t>
      </w:r>
      <w:r>
        <w:br/>
      </w:r>
      <w:r>
        <w:rPr>
          <w:sz w:val="20"/>
        </w:rPr>
        <w:t>19:05  ek elaan hai ki jo maane wo maane wo jo na maane wo na maane aur doosri baat</w:t>
      </w:r>
      <w:r>
        <w:br/>
      </w:r>
      <w:r>
        <w:rPr>
          <w:sz w:val="20"/>
        </w:rPr>
        <w:t>19:11  jo hai doosra pehlu jo hai jaise maine kaha ki ismein prophet mohammad ne khud sahaba se kaha</w:t>
      </w:r>
      <w:r>
        <w:br/>
      </w:r>
      <w:r>
        <w:rPr>
          <w:sz w:val="20"/>
        </w:rPr>
        <w:t>19:18  tha ki yeh dua kiya karoon yaani yeh dua darasal prophet ke liye dua hai ki unke darjaat</w:t>
      </w:r>
      <w:r>
        <w:br/>
      </w:r>
      <w:r>
        <w:rPr>
          <w:sz w:val="20"/>
        </w:rPr>
        <w:t>19:24  buland kar unko faiz kar makame mahmood par to yeh profit ke liye dua hai.</w:t>
      </w:r>
      <w:r>
        <w:br/>
      </w:r>
      <w:r>
        <w:rPr>
          <w:sz w:val="20"/>
        </w:rPr>
        <w:t>19:31  ab profit ke liye dua hum kyun karte hain? uski wajah yeh hai ki hamein jo guidance mili hai, jo sachchai mili hai woh profit mohammad sallam se mili hai, wali wali</w:t>
      </w:r>
    </w:p>
    <w:p>
      <w:pPr>
        <w:pStyle w:val="Heading2"/>
      </w:pPr>
      <w:r>
        <w:t>Submission is the essence of Salat</w:t>
      </w:r>
    </w:p>
    <w:p>
      <w:r>
        <w:rPr>
          <w:color w:val="666666"/>
          <w:sz w:val="18"/>
        </w:rPr>
        <w:t>Islamic Prayer (Part 1) (English) February 27, 2007 Maulana Wahiduddin Khan · 1m 00s · at 15:13 · https://youtu.be/p_6r0MDbHmY?t=913</w:t>
      </w:r>
    </w:p>
    <w:p>
      <w:r>
        <w:rPr>
          <w:i/>
        </w:rPr>
        <w:t>“Then you do سجدہ, you put your head on earth.”</w:t>
      </w:r>
    </w:p>
    <w:p>
      <w:r>
        <w:rPr>
          <w:sz w:val="20"/>
        </w:rPr>
        <w:t>15:13  Then you do Sujudah. You put your head on earth. This is a symbol of surrendering before God. It is a symbol of submission.</w:t>
      </w:r>
      <w:r>
        <w:br/>
      </w:r>
      <w:r>
        <w:rPr>
          <w:sz w:val="20"/>
        </w:rPr>
        <w:t>15:33  Submission is the essence of Salat.</w:t>
      </w:r>
      <w:r>
        <w:br/>
      </w:r>
      <w:r>
        <w:rPr>
          <w:sz w:val="20"/>
        </w:rPr>
        <w:t>15:41  Submission is the universal religion.</w:t>
      </w:r>
      <w:r>
        <w:br/>
      </w:r>
      <w:r>
        <w:rPr>
          <w:sz w:val="20"/>
        </w:rPr>
        <w:t>15:49  Submission is the religion of both man and the universe.</w:t>
      </w:r>
      <w:r>
        <w:br/>
      </w:r>
      <w:r>
        <w:rPr>
          <w:sz w:val="20"/>
        </w:rPr>
        <w:t>15:57  The whole universe, all parts of the universe, all planets, all stars, and mountain and ocean, everything is</w:t>
      </w:r>
      <w:r>
        <w:br/>
      </w:r>
      <w:r>
        <w:rPr>
          <w:sz w:val="20"/>
        </w:rPr>
        <w:t>16:05  submitted to God.</w:t>
      </w:r>
      <w:r>
        <w:br/>
      </w:r>
      <w:r>
        <w:rPr>
          <w:sz w:val="20"/>
        </w:rPr>
        <w:t>16:13  Everything is surrendering to God. So Namaz is also an act of surrender, an act of submission.</w:t>
      </w:r>
    </w:p>
    <w:p>
      <w:pPr>
        <w:pStyle w:val="Heading2"/>
      </w:pPr>
      <w:r>
        <w:t>Itikaf concentration compared to a magnifying glass</w:t>
      </w:r>
    </w:p>
    <w:p>
      <w:r>
        <w:rPr>
          <w:color w:val="666666"/>
          <w:sz w:val="18"/>
        </w:rPr>
        <w:t>Spirit of Ramadan April 3, 2022 Prof. Farida Khanam · 28s · at 52:56 · https://youtu.be/cj5T0Atpeu8?t=3176</w:t>
      </w:r>
    </w:p>
    <w:p>
      <w:r>
        <w:rPr>
          <w:i/>
        </w:rPr>
        <w:t>“जैसे magnifying glass धूप को concentrate करता है”</w:t>
      </w:r>
    </w:p>
    <w:p>
      <w:r>
        <w:rPr>
          <w:sz w:val="20"/>
        </w:rPr>
        <w:t>52:56  to jitna zyada hum concentrate karenge, jaise magnifying glass hota hai usko aap suraj dhoop mein rakhein aap usko, to woh concentrate kar deta hai ek point par usko suraj ke kirnon ko to kagaz jal jata hai. to jitna zyada hum concentrate karenge duniya mein itna zyada distraction hai ki jaha hum zara se koi kaam karna shuru karte hain, koi distraction samne aa jata hai.</w:t>
      </w:r>
      <w:r>
        <w:br/>
      </w:r>
      <w:r>
        <w:rPr>
          <w:sz w:val="20"/>
        </w:rPr>
        <w:t>53:24  to isliye aitikaf karte hain ki ek, ek, ek alag ladies bhi aitikaf karti hain. alag ek jagah kamre mein, ghar mein, ek kone mein baith jati hain. minimum to aadhe din ka bhi ho sakta hai aur zyada tar log das din ka karte hain aur koi aur zyada karna chahe to aur zyada karne mein koi harz nahi bahut accha hai kyunki usmein aur zyada uska asar badh jata hai.</w:t>
      </w:r>
    </w:p>
    <w:p>
      <w:pPr>
        <w:pStyle w:val="Heading2"/>
      </w:pPr>
      <w:r>
        <w:t>The Quran's promise of tenfold reward for giving</w:t>
      </w:r>
    </w:p>
    <w:p>
      <w:r>
        <w:rPr>
          <w:color w:val="666666"/>
          <w:sz w:val="18"/>
        </w:rPr>
        <w:t>Spirit of Zakat 16 May 2007 - Maulana Wahiduddin Khan · 34s · at 45:01 · https://youtu.be/Ptou1yxZS_8?t=2701</w:t>
      </w:r>
    </w:p>
    <w:p>
      <w:r>
        <w:rPr>
          <w:i/>
        </w:rPr>
        <w:t>“In the Quran there's a permanent offer from God”</w:t>
      </w:r>
    </w:p>
    <w:p>
      <w:r>
        <w:rPr>
          <w:sz w:val="20"/>
        </w:rPr>
        <w:t>45:01  din he said, he is God Almighty. In the Quran, there is a permanent offer that every one who spends his money,</w:t>
      </w:r>
      <w:r>
        <w:br/>
      </w:r>
      <w:r>
        <w:rPr>
          <w:sz w:val="20"/>
        </w:rPr>
        <w:t>45:17  his earnings in, in the way of God, for the sake of God, he will be given a reward ten times more</w:t>
      </w:r>
      <w:r>
        <w:br/>
      </w:r>
      <w:r>
        <w:rPr>
          <w:sz w:val="20"/>
        </w:rPr>
        <w:t>45:33  dan di varldli avard.</w:t>
      </w:r>
    </w:p>
    <w:p>
      <w:pPr>
        <w:pStyle w:val="Heading2"/>
      </w:pPr>
      <w:r>
        <w:t>How to submit questions to Maulana</w:t>
      </w:r>
    </w:p>
    <w:p>
      <w:r>
        <w:rPr>
          <w:color w:val="666666"/>
          <w:sz w:val="18"/>
        </w:rPr>
        <w:t>The Method of Planning August 14, 2016 · 41s · at 41:47 · https://youtu.be/84WV8NS2VKQ?t=2507</w:t>
      </w:r>
    </w:p>
    <w:p>
      <w:r>
        <w:rPr>
          <w:i/>
        </w:rPr>
        <w:t>“All online viewers can send their questions on info@cpsglobal.org”</w:t>
      </w:r>
    </w:p>
    <w:p>
      <w:r>
        <w:rPr>
          <w:sz w:val="20"/>
        </w:rPr>
        <w:t>41:47  All the online viewers can send their questions on info@cpsglobal.org.</w:t>
      </w:r>
      <w:r>
        <w:br/>
      </w:r>
      <w:r>
        <w:rPr>
          <w:sz w:val="20"/>
        </w:rPr>
        <w:t>41:52  Facebook viewers can send their questions mentioning the location on the comment section.</w:t>
      </w:r>
      <w:r>
        <w:br/>
      </w:r>
      <w:r>
        <w:rPr>
          <w:sz w:val="20"/>
        </w:rPr>
        <w:t>41:58  Maulana sahib, pehla sawal aaya hai Ahmedabad se Feroz sahib ka, aur unhon ne likha hai: "Molana,</w:t>
      </w:r>
      <w:r>
        <w:br/>
      </w:r>
      <w:r>
        <w:rPr>
          <w:sz w:val="20"/>
        </w:rPr>
        <w:t>42:04  you said today that to plan on what you have and not what you don't have, but most</w:t>
      </w:r>
      <w:r>
        <w:br/>
      </w:r>
      <w:r>
        <w:rPr>
          <w:sz w:val="20"/>
        </w:rPr>
        <w:t>42:10  of the people plan for what they don't have, and the reason is that they think if you</w:t>
      </w:r>
      <w:r>
        <w:br/>
      </w:r>
      <w:r>
        <w:rPr>
          <w:sz w:val="20"/>
        </w:rPr>
        <w:t>42:16  don't plan this way, then you will not progress in life.</w:t>
      </w:r>
      <w:r>
        <w:br/>
      </w:r>
      <w:r>
        <w:rPr>
          <w:sz w:val="20"/>
        </w:rPr>
        <w:t>42:22  What would you say to that?</w:t>
      </w:r>
      <w:r>
        <w:br/>
      </w:r>
      <w:r>
        <w:rPr>
          <w:sz w:val="20"/>
        </w:rPr>
        <w:t>42:28  "dekhein, yeh planning ke usool ke khilaaf hai.</w:t>
      </w:r>
    </w:p>
    <w:p>
      <w:pPr>
        <w:pStyle w:val="Heading2"/>
      </w:pPr>
      <w:r>
        <w:t>Purpose of fasting is training</w:t>
      </w:r>
    </w:p>
    <w:p>
      <w:r>
        <w:rPr>
          <w:color w:val="666666"/>
          <w:sz w:val="18"/>
        </w:rPr>
        <w:t>The Spirit of Fasting Gratitude to God April 25, 2020 Maulana Wahiduddin Khan · 26s · at 34:16 · https://youtu.be/ql1UxsMLOzg?t=2056</w:t>
      </w:r>
    </w:p>
    <w:p>
      <w:r>
        <w:rPr>
          <w:i/>
        </w:rPr>
        <w:t>“Rozay ka asal maqsad tarbiyat hai”</w:t>
      </w:r>
    </w:p>
    <w:p>
      <w:r>
        <w:rPr>
          <w:sz w:val="20"/>
        </w:rPr>
        <w:t>34:16  roze ka asal maqsad tarbiyat hai. yaani is baat ki tarbiyat ke chhodne wali cheezon ko chhodna aa jaye.</w:t>
      </w:r>
      <w:r>
        <w:br/>
      </w:r>
      <w:r>
        <w:rPr>
          <w:sz w:val="20"/>
        </w:rPr>
        <w:t>34:29  chhodne wali cheezon ko chhodha jaye. aur jo allah ki nematein hain jaise pani hai, khana hai us ko khoob shukr kiya jaye.</w:t>
      </w:r>
    </w:p>
    <w:p>
      <w:pPr>
        <w:pStyle w:val="Heading2"/>
      </w:pPr>
      <w:r>
        <w:t>Meaning of saum: fasting as limited freedom</w:t>
      </w:r>
    </w:p>
    <w:p>
      <w:r>
        <w:rPr>
          <w:color w:val="666666"/>
          <w:sz w:val="18"/>
        </w:rPr>
        <w:t>Spirit of Ramadan April 3, 2022 Prof. Farida Khanam · 39s · at 1:23 · https://youtu.be/cj5T0Atpeu8?t=83</w:t>
      </w:r>
    </w:p>
    <w:p>
      <w:r>
        <w:rPr>
          <w:i/>
        </w:rPr>
        <w:t>“रमादान रोज़े का जो अरबी में लफ्ज़ है सौम”</w:t>
      </w:r>
    </w:p>
    <w:p>
      <w:r>
        <w:rPr>
          <w:sz w:val="20"/>
        </w:rPr>
        <w:t>1:23  Ramzan roze ka jo arbi mein lafz hai saum. Saum se hi roze ki spirit maloom hoti hai. Saum ke maane hai rukna. Sayyam kehte hai rukne wala. To yeh matlab hai ki taqwah ki ek tarbiyat hai. Insan ko is duniya mein aazadi di gayi hai lekin woh ek limited freedom hai.</w:t>
      </w:r>
      <w:r>
        <w:br/>
      </w:r>
      <w:r>
        <w:rPr>
          <w:sz w:val="20"/>
        </w:rPr>
        <w:t>1:49  Lekin aksar aisa hota hai ki hum misled ho jaate hain aur freedom ko absolute sense mein samjhkar apne desire ke mutabik apni zindagi guzarnay lagte hain.</w:t>
      </w:r>
      <w:r>
        <w:br/>
      </w:r>
      <w:r>
        <w:rPr>
          <w:sz w:val="20"/>
        </w:rPr>
        <w:t>2:02  To isiliye har saal ek mahine ke liye ramzan aata hai taaki hamein yaad dilaye ki yeh hamari jo freedom hamein jo duniya mein di gayi hai woh ek limited freedom hai aur hamein apni khwahish ko rehnuma banane ki bajaye hamein khuda ki marzi ko rehnuma banana hai. To yahi ramzan, ek to ramzan ka ek form hai, roze ka ek form hai aur ek spirit hai.</w:t>
      </w:r>
    </w:p>
    <w:p>
      <w:pPr>
        <w:pStyle w:val="Heading2"/>
      </w:pPr>
      <w:r>
        <w:t>Hajj requires full intention and spirit</w:t>
      </w:r>
    </w:p>
    <w:p>
      <w:r>
        <w:rPr>
          <w:color w:val="666666"/>
          <w:sz w:val="18"/>
        </w:rPr>
        <w:t>The Universal Message of Hajj May 25, 2025 · 33s · at 3:03 · https://youtu.be/dr_sfN8NMzQ?t=183</w:t>
      </w:r>
    </w:p>
    <w:p>
      <w:r>
        <w:rPr>
          <w:i/>
        </w:rPr>
        <w:t>“Woh jo poore intention ke saath”</w:t>
      </w:r>
    </w:p>
    <w:p>
      <w:r>
        <w:rPr>
          <w:sz w:val="20"/>
        </w:rPr>
        <w:t>3:03  woh nahin, woh jo poore intention ke saath, poore dil o jaan ke saath jo ibadat ki jaye, wohi ibadat Khuda ke haan qabil e qubool hoti hai.</w:t>
      </w:r>
      <w:r>
        <w:br/>
      </w:r>
      <w:r>
        <w:rPr>
          <w:sz w:val="20"/>
        </w:rPr>
        <w:t>3:13  to poori spirit ke saath, agar poori spirit ke saath aap nahin karenge to woh to bilkul aise hi hai jaise koi outing.</w:t>
      </w:r>
      <w:r>
        <w:br/>
      </w:r>
      <w:r>
        <w:rPr>
          <w:sz w:val="20"/>
        </w:rPr>
        <w:t>3:23  kyunke hadith mein aaya hai ke momin jab hajj karke apne ghar wapas lautta hai to woh ek new born bachay ki tarah hota hai, matlab uske saare gunah maaf ho jate hain.</w:t>
      </w:r>
    </w:p>
    <w:p>
      <w:pPr>
        <w:pStyle w:val="Heading2"/>
      </w:pPr>
      <w:r>
        <w:t>Fasting reminds of life's temporary nature</w:t>
      </w:r>
    </w:p>
    <w:p>
      <w:r>
        <w:rPr>
          <w:color w:val="666666"/>
          <w:sz w:val="18"/>
        </w:rPr>
        <w:t>Ramadan and The Quran September 03, 2006 Maulana Wahiduddin Khan · 23s · at 1:00:12 · https://youtu.be/LJU2AJuPQZc?t=3612</w:t>
      </w:r>
    </w:p>
    <w:p>
      <w:r>
        <w:rPr>
          <w:i/>
        </w:rPr>
        <w:t>“Roza yaad dilata hai ki sab kuch chhin jayega”</w:t>
      </w:r>
    </w:p>
    <w:p>
      <w:r>
        <w:rPr>
          <w:sz w:val="20"/>
        </w:rPr>
        <w:t>1:00:12  test khatm to sab chhan jayega tum se. To kitna bara kirdaar hai roze ka hamari zindagi mein. Kitna bara kirdaar hai.</w:t>
      </w:r>
      <w:r>
        <w:br/>
      </w:r>
      <w:r>
        <w:rPr>
          <w:sz w:val="20"/>
        </w:rPr>
        <w:t>1:00:23  ke jo haqeeqat hai, us ko woh yaad dilata hai. Dekhiye, har aadmi ke upar ek lamha aane wala hai jab sab kuch chhan jaye.</w:t>
      </w:r>
    </w:p>
    <w:p>
      <w:pPr>
        <w:pStyle w:val="Heading2"/>
      </w:pPr>
      <w:r>
        <w:t>Youth-age thinking vs experience</w:t>
      </w:r>
    </w:p>
    <w:p>
      <w:r>
        <w:rPr>
          <w:color w:val="666666"/>
          <w:sz w:val="18"/>
        </w:rPr>
        <w:t>Ideology of Tawhid June 08, 2008 Maulana Wahiduddin Khan · 54s · at 4:03 · https://youtu.be/fMy6xgYDkwY?t=243</w:t>
      </w:r>
    </w:p>
    <w:p>
      <w:r>
        <w:rPr>
          <w:i/>
        </w:rPr>
        <w:t>“I don't like all those rituals”</w:t>
      </w:r>
    </w:p>
    <w:p>
      <w:r>
        <w:rPr>
          <w:sz w:val="20"/>
        </w:rPr>
        <w:t>4:03  I don't like all those rituals. I don't like to visit mandir aur masjid waghera." aur mujhe to apne hard work par bharosa hai.</w:t>
      </w:r>
      <w:r>
        <w:br/>
      </w:r>
      <w:r>
        <w:rPr>
          <w:sz w:val="20"/>
        </w:rPr>
        <w:t>4:19  dekhein yeh baat hai sirf youth age ki. maine zindagi ke bohat tajrube kiye hain.</w:t>
      </w:r>
      <w:r>
        <w:br/>
      </w:r>
      <w:r>
        <w:rPr>
          <w:sz w:val="20"/>
        </w:rPr>
        <w:t>4:28  main boorha ho chuka hoon to bohat zyada experience maine kiya hai.</w:t>
      </w:r>
    </w:p>
    <w:p>
      <w:pPr>
        <w:pStyle w:val="Heading2"/>
      </w:pPr>
      <w:r>
        <w:t>Flower-like character receives blessings</w:t>
      </w:r>
    </w:p>
    <w:p>
      <w:r>
        <w:rPr>
          <w:color w:val="666666"/>
          <w:sz w:val="18"/>
        </w:rPr>
        <w:t>Hadith Literature - Part-2 (English) March 08, 2007 Maulana Wahiduddin Khan · 22s · at 38:40 · https://youtu.be/xFrbel0h2YQ?t=2320</w:t>
      </w:r>
    </w:p>
    <w:p>
      <w:r>
        <w:rPr>
          <w:i/>
        </w:rPr>
        <w:t>“Thorny character is deprived, flower-like finds blessings”</w:t>
      </w:r>
    </w:p>
    <w:p>
      <w:r>
        <w:rPr>
          <w:sz w:val="20"/>
        </w:rPr>
        <w:t>38:40  The thorny character is of those who will be deprived from the blessings of God. And a flower-like character is of those who will be—who will find blessings from God.</w:t>
      </w:r>
      <w:r>
        <w:br/>
      </w:r>
      <w:r>
        <w:rPr>
          <w:sz w:val="20"/>
        </w:rPr>
        <w:t>39:02  The Prophet once said that, "Muslim mumin ikamuslil khama." Mumin is like a tender plant. So this is the example of a mumin. You have to live with positivity. You have to live as a flower. Then you will find the blessings of God.</w:t>
      </w:r>
    </w:p>
    <w:p>
      <w:pPr>
        <w:pStyle w:val="Heading2"/>
      </w:pPr>
      <w:r>
        <w:t>Islam began as a stranger, will again</w:t>
      </w:r>
    </w:p>
    <w:p>
      <w:r>
        <w:rPr>
          <w:color w:val="666666"/>
          <w:sz w:val="18"/>
        </w:rPr>
        <w:t>Revival of Islam March 23, 2014 · 30s · at 10:22 · https://youtu.be/Wc4Vsc4u1JI?t=622</w:t>
      </w:r>
    </w:p>
    <w:p>
      <w:r>
        <w:rPr>
          <w:i/>
        </w:rPr>
        <w:t>“Bada al-Islam ghariban — Islam began as a stranger”</w:t>
      </w:r>
    </w:p>
    <w:p>
      <w:r>
        <w:rPr>
          <w:sz w:val="20"/>
        </w:rPr>
        <w:t>10:22  "بدا الاسلام غریبا وسعود کما بدا فتوب الغرباء" ۔ islam jab shuru hua to woh ajnabi tha.</w:t>
      </w:r>
      <w:r>
        <w:br/>
      </w:r>
      <w:r>
        <w:rPr>
          <w:sz w:val="20"/>
        </w:rPr>
        <w:t>10:36  islam jab shuru hua to woh ajnabi tha, stranger tha.</w:t>
      </w:r>
      <w:r>
        <w:br/>
      </w:r>
      <w:r>
        <w:rPr>
          <w:sz w:val="20"/>
        </w:rPr>
        <w:t>10:41  ab phir woh dobara ajnabi ho jayega. to mubarak hain woh log jo baad ke zamanay mein ajnabi ho jayen.</w:t>
      </w:r>
    </w:p>
    <w:p>
      <w:pPr>
        <w:pStyle w:val="Heading2"/>
      </w:pPr>
      <w:r>
        <w:t>Blindness: nobody treats death as a reference point</w:t>
      </w:r>
    </w:p>
    <w:p>
      <w:r>
        <w:rPr>
          <w:color w:val="666666"/>
          <w:sz w:val="18"/>
        </w:rPr>
        <w:t>What is Dua (Only Lecture) April 26, 2009 Maulana Wahiduddin Khan · 44s · at 41:49 · https://youtu.be/JxIR0o_C7GM?t=2509</w:t>
      </w:r>
    </w:p>
    <w:p>
      <w:r>
        <w:rPr>
          <w:i/>
        </w:rPr>
        <w:t>“Khuda chahta hai log doosre ki maut ko reference point banayein”</w:t>
      </w:r>
    </w:p>
    <w:p>
      <w:r>
        <w:rPr>
          <w:sz w:val="20"/>
        </w:rPr>
        <w:t>41:49  toh khuda chahta hai ke log doosre ki maut ko apne liye point of reference banaein. yeh sochein ke jis tarah woh mara hai, waise mein bhi marunga.</w:t>
      </w:r>
      <w:r>
        <w:br/>
      </w:r>
      <w:r>
        <w:rPr>
          <w:sz w:val="20"/>
        </w:rPr>
        <w:t>42:04  magar kam az kam mujhe toh koi aadmi nahi mila ab toh jo doosre ki maut ko apne liye point of reference banaye.</w:t>
      </w:r>
      <w:r>
        <w:br/>
      </w:r>
      <w:r>
        <w:rPr>
          <w:sz w:val="20"/>
        </w:rPr>
        <w:t>42:16  kaisa anda pan hai yeh?</w:t>
      </w:r>
      <w:r>
        <w:br/>
      </w:r>
      <w:r>
        <w:rPr>
          <w:sz w:val="20"/>
        </w:rPr>
        <w:t>42:19  kaisa anda pan hai?</w:t>
      </w:r>
      <w:r>
        <w:br/>
      </w:r>
      <w:r>
        <w:rPr>
          <w:sz w:val="20"/>
        </w:rPr>
        <w:t>42:25  kaisa anda pan hai?</w:t>
      </w:r>
    </w:p>
    <w:p>
      <w:pPr>
        <w:pStyle w:val="Heading2"/>
      </w:pPr>
      <w:r>
        <w:t>Prophet's teaching: never hold a grudge</w:t>
      </w:r>
    </w:p>
    <w:p>
      <w:r>
        <w:rPr>
          <w:color w:val="666666"/>
          <w:sz w:val="18"/>
        </w:rPr>
        <w:t>Importance of Ramadan March 24, 2024 · 35s · at 39:22 · https://youtu.be/cn67uauGQrc?t=2362</w:t>
      </w:r>
    </w:p>
    <w:p>
      <w:r>
        <w:rPr>
          <w:i/>
        </w:rPr>
        <w:t>“Rasoolullah ne kaha: apne dil mein kisi ke liye gilah mat rakho”</w:t>
      </w:r>
    </w:p>
    <w:p>
      <w:r>
        <w:rPr>
          <w:sz w:val="20"/>
        </w:rPr>
        <w:t>39:22  karo. ek aap, bohat achhi hadees bhi hai ke rasool ALLAH ne ek martaba kaha ke "o son, if you can carry your, if you can, if you can spend your morning and evening in such a way that you carry no grudge against anyone in your heart, then please do so".</w:t>
      </w:r>
      <w:r>
        <w:br/>
      </w:r>
      <w:r>
        <w:rPr>
          <w:sz w:val="20"/>
        </w:rPr>
        <w:t>39:39  to apa, yeh bohat badi baat hai, and rasool ALLAH to hum sab ke liye, poori humanity ke liye model hain, aur woh yeh keh rahe hain ke apne dil mein kisi ke liye grudge mat ki</w:t>
      </w:r>
      <w:r>
        <w:br/>
      </w:r>
      <w:r>
        <w:rPr>
          <w:sz w:val="20"/>
        </w:rPr>
        <w:t>39:48  rakho. to tabhi sahi ma'ne mein, apa, jaise aap ne explain bhi kiya ke ek inner purification jo hai, woh ek insaan ka hota hai.</w:t>
      </w:r>
    </w:p>
    <w:p>
      <w:pPr>
        <w:pStyle w:val="Heading2"/>
      </w:pPr>
      <w:r>
        <w:t>Muslim unity comes from a mission, not a sermon</w:t>
      </w:r>
    </w:p>
    <w:p>
      <w:r>
        <w:rPr>
          <w:color w:val="666666"/>
          <w:sz w:val="18"/>
        </w:rPr>
        <w:t>Revival of Abrahamic Mission October 28, 2012 · 34s · at 30:09 · https://youtu.be/9mV72V5gsqM?t=1809</w:t>
      </w:r>
    </w:p>
    <w:p>
      <w:r>
        <w:rPr>
          <w:i/>
        </w:rPr>
        <w:t>“تو اتحاد کیوں نہیں؟ کیوں مسلمان متحد نہیں؟”</w:t>
      </w:r>
    </w:p>
    <w:p>
      <w:r>
        <w:rPr>
          <w:sz w:val="20"/>
        </w:rPr>
        <w:t>30:09  to ittehad kyun nahi? kyun musalman muttahid nahi?</w:t>
      </w:r>
      <w:r>
        <w:br/>
      </w:r>
      <w:r>
        <w:rPr>
          <w:sz w:val="20"/>
        </w:rPr>
        <w:t>30:16  iski wajah kya hai? dekhiye ittehad wahan sermon se nahi aata. aap sermon dete hain to ittehad paida ho jaye.</w:t>
      </w:r>
      <w:r>
        <w:br/>
      </w:r>
      <w:r>
        <w:rPr>
          <w:sz w:val="20"/>
        </w:rPr>
        <w:t>30:26  it is not impossible. aap ko musalmanon ko ek mission dena hoga. mission!</w:t>
      </w:r>
      <w:r>
        <w:br/>
      </w:r>
      <w:r>
        <w:rPr>
          <w:sz w:val="20"/>
        </w:rPr>
        <w:t>30:36  yeh mission hai jo logon ko muttahid karta hai. sermon nahi.</w:t>
      </w:r>
    </w:p>
    <w:p>
      <w:pPr>
        <w:pStyle w:val="Heading2"/>
      </w:pPr>
      <w:r>
        <w:t>Wishing to carry only what a camel carries</w:t>
      </w:r>
    </w:p>
    <w:p>
      <w:r>
        <w:rPr>
          <w:color w:val="666666"/>
          <w:sz w:val="18"/>
        </w:rPr>
        <w:t>Lessons From The Life of Abu Darda (ra) November 9, 2025 · 42s · at 10:54 · https://youtu.be/5V4oxolMiBA?t=654</w:t>
      </w:r>
    </w:p>
    <w:p>
      <w:r>
        <w:rPr>
          <w:i/>
        </w:rPr>
        <w:t>“I wish to carry from this world what a camel carries”</w:t>
      </w:r>
    </w:p>
    <w:p>
      <w:r>
        <w:rPr>
          <w:sz w:val="20"/>
        </w:rPr>
        <w:t>10:54  . he said, "i wish to carry from this world only as much as a camel can carry." so his words reflected his total detachment from material possessions and his constant focus on the journey to god.</w:t>
      </w:r>
      <w:r>
        <w:br/>
      </w:r>
      <w:r>
        <w:rPr>
          <w:sz w:val="20"/>
        </w:rPr>
        <w:t>11:21  doctor sahib, its an amazing explanation for the importance of contentment. i mean, even though hazrat abu darda house was bare, but his heart overflowed with faith, humility and peace, and that kind of wealth never fades.</w:t>
      </w:r>
    </w:p>
    <w:p>
      <w:pPr>
        <w:pStyle w:val="Heading2"/>
      </w:pPr>
      <w:r>
        <w:t>tower analogy: universe testifies to its Creator</w:t>
      </w:r>
    </w:p>
    <w:p>
      <w:r>
        <w:rPr>
          <w:color w:val="666666"/>
          <w:sz w:val="18"/>
        </w:rPr>
        <w:t>Message of Eid-al-Fitr May 03, 2022 Prof. Farida Khanam &amp; Dr. Saniyasnain Khan · 42s · at 12:44 · https://youtu.be/wMBqbwZ8gEs?t=764</w:t>
      </w:r>
    </w:p>
    <w:p>
      <w:r>
        <w:rPr>
          <w:i/>
        </w:rPr>
        <w:t>“Koi tower khud keh raha hota hai koi mera builder hai”</w:t>
      </w:r>
    </w:p>
    <w:p>
      <w:r>
        <w:rPr>
          <w:sz w:val="20"/>
        </w:rPr>
        <w:t>12:44  yani agar koi, koi building hai jaise koi tower hai aap dekhte hain aajkal, to wo tower khud keh raha hota hai ki koi mera builder hai, koi mera architect hai, koi mera engineer hai jisne mujhe banaya hai.</w:t>
      </w:r>
      <w:r>
        <w:br/>
      </w:r>
      <w:r>
        <w:rPr>
          <w:sz w:val="20"/>
        </w:rPr>
        <w:t>12:58  to isi tarah se jo poori kainat hai, zarra zarra yeh keh raha hai ki koi mera khaliq hai, koi mera malik hai, koi khallaq hai, koi thamne wala hai, koi sustainer hai. to isko Maulana ne kaha ki yeh self evident shahadat hai ya zubane haal mein.</w:t>
      </w:r>
      <w:r>
        <w:br/>
      </w:r>
      <w:r>
        <w:rPr>
          <w:sz w:val="20"/>
        </w:rPr>
        <w:t>13:26  phir bahut lamba arsa guzra, billions saal guzre aur universe ko ye intezar tha ke koi ho jo</w:t>
      </w:r>
    </w:p>
    <w:p>
      <w:pPr>
        <w:pStyle w:val="Heading2"/>
      </w:pPr>
      <w:r>
        <w:t>Quranic definition of true knowledge</w:t>
      </w:r>
    </w:p>
    <w:p>
      <w:r>
        <w:rPr>
          <w:color w:val="666666"/>
          <w:sz w:val="18"/>
        </w:rPr>
        <w:t>Hadith-e-Jibril, April 21, 2013 · 22s · at 1:01:09 · https://youtu.be/0rF6Ou0pDog?t=3669</w:t>
      </w:r>
    </w:p>
    <w:p>
      <w:r>
        <w:rPr>
          <w:i/>
        </w:rPr>
        <w:t>“قرآن کے مطابق knowledge کا مطلب ہے reality of life کو جاننا”</w:t>
      </w:r>
    </w:p>
    <w:p>
      <w:r>
        <w:rPr>
          <w:sz w:val="20"/>
        </w:rPr>
        <w:t>1:01:09  dekhiye, jahan tak mein samajhta hoon, Quran ke mutabiq knowledge ka matlab hai</w:t>
      </w:r>
      <w:r>
        <w:br/>
      </w:r>
      <w:r>
        <w:rPr>
          <w:sz w:val="20"/>
        </w:rPr>
        <w:t>1:01:21  yani reality of life ko janna.</w:t>
      </w:r>
      <w:r>
        <w:br/>
      </w:r>
      <w:r>
        <w:rPr>
          <w:sz w:val="20"/>
        </w:rPr>
        <w:t>1:01:28  Reality of life ko janna yahi knowledge hai</w:t>
      </w:r>
    </w:p>
    <w:p>
      <w:pPr>
        <w:pStyle w:val="Heading2"/>
      </w:pPr>
      <w:r>
        <w:t>Eureka story of discovery</w:t>
      </w:r>
    </w:p>
    <w:p>
      <w:r>
        <w:rPr>
          <w:color w:val="666666"/>
          <w:sz w:val="18"/>
        </w:rPr>
        <w:t>Dars-e-Quran (Al-Fatihah (The Opening) 1 1-7) July 12, 2015 · 37s · at 35:48 · https://youtu.be/Rv6AjEFe6MI?t=2148</w:t>
      </w:r>
    </w:p>
    <w:p>
      <w:r>
        <w:rPr>
          <w:i/>
        </w:rPr>
        <w:t>“Like the Greek philosopher who shouted Eureka, Eureka”</w:t>
      </w:r>
    </w:p>
    <w:p>
      <w:r>
        <w:rPr>
          <w:sz w:val="20"/>
        </w:rPr>
        <w:t>35:48  aitraaf karta hai ke maine pa liya, maine pa liya, maine pa liya. jaise us ne kaha: eureka, eureka. mashhoor qissa hai ke Yunan ka aik falsafi tha,</w:t>
      </w:r>
      <w:r>
        <w:br/>
      </w:r>
      <w:r>
        <w:rPr>
          <w:sz w:val="20"/>
        </w:rPr>
        <w:t>36:01  woh aik maslay ki daryaft kar raha tha. to daryaft karte karte achaanak us ko discovery ho gayi. to us waqt us ne kaha: eureka, eureka.</w:t>
      </w:r>
      <w:r>
        <w:br/>
      </w:r>
      <w:r>
        <w:rPr>
          <w:sz w:val="20"/>
        </w:rPr>
        <w:t>36:12  yeh Yunani zabaan ka kalma hai, is ka matlab hai ke maine pa liya, maine pa liya. to surah ke ibtidai hissay mein yeh yahi isi ka, yaani isi daur ka zikr hai ke maine pa liya.</w:t>
      </w:r>
    </w:p>
    <w:p>
      <w:pPr>
        <w:pStyle w:val="Heading2"/>
      </w:pPr>
      <w:r>
        <w:t>Meaning of conveying message</w:t>
      </w:r>
    </w:p>
    <w:p>
      <w:r>
        <w:rPr>
          <w:color w:val="666666"/>
          <w:sz w:val="18"/>
        </w:rPr>
        <w:t>Al-Risala, May 2018 · 23s · at 16:59 · https://youtu.be/VsVaccpm1ug?t=1019</w:t>
      </w:r>
    </w:p>
    <w:p>
      <w:r>
        <w:rPr>
          <w:i/>
        </w:rPr>
        <w:t>“Magar pahunchane ka matlab sirf pahunchana nahi hai”</w:t>
      </w:r>
    </w:p>
    <w:p>
      <w:r>
        <w:rPr>
          <w:sz w:val="20"/>
        </w:rPr>
        <w:t>16:59  magar pahunchane ka matlab sirf pahunchana nahi hai, balkeh yeh hai ke jo baat kahi jaye, woh mukhateb ke zehan ko address karne wali ho.</w:t>
      </w:r>
      <w:r>
        <w:br/>
      </w:r>
      <w:r>
        <w:rPr>
          <w:sz w:val="20"/>
        </w:rPr>
        <w:t>17:11  jaisa ke Quran mein aaya hai: "wa qul fi anfusihim qawlan baligha" yaani un ko is tarah baat kaho jo un ke dilo mein utar jaye.</w:t>
      </w:r>
    </w:p>
    <w:p>
      <w:pPr>
        <w:pStyle w:val="Heading2"/>
      </w:pPr>
      <w:r>
        <w:t>Two forms of I'tikaf in Ramadan</w:t>
      </w:r>
    </w:p>
    <w:p>
      <w:r>
        <w:rPr>
          <w:color w:val="666666"/>
          <w:sz w:val="18"/>
        </w:rPr>
        <w:t>AL RISALA JUNE 2017 - AUDIO VERSION · 49s · at 3:04 · https://youtu.be/Qa5wquQq-s8?t=184</w:t>
      </w:r>
    </w:p>
    <w:p>
      <w:r>
        <w:rPr>
          <w:i/>
        </w:rPr>
        <w:t>“Itikaf ki do sureten hain”</w:t>
      </w:r>
    </w:p>
    <w:p>
      <w:r>
        <w:rPr>
          <w:sz w:val="20"/>
        </w:rPr>
        <w:t>3:04  aitkaf ka mahina. ramzan ka mahina roze ka mahina hai. ramzan mein ehle iman pure mahine har din roza rakhte hain.</w:t>
      </w:r>
      <w:r>
        <w:br/>
      </w:r>
      <w:r>
        <w:rPr>
          <w:sz w:val="20"/>
        </w:rPr>
        <w:t>3:17  isi ke sath ramzan ka mahina aitkaf ka mahina hai. mutayyan aitkaf agarchay chand dinon ke liye hota hai, lekin ghair mutayyan aitkaf pure mahine jari rehta hai.</w:t>
      </w:r>
      <w:r>
        <w:br/>
      </w:r>
      <w:r>
        <w:rPr>
          <w:sz w:val="20"/>
        </w:rPr>
        <w:t>3:31  aitkaf ki do sooraten hain: jismani aitkaf aur fikri aitkaf. jismani aitkaf mein aadmi apne aap ko alag kar ke masjid mein mutakif ho jata hai ta ke woh ziyada yaksui ke sath ibadat kare, aur ziyada se ziyada quran ki tilawat kare.</w:t>
      </w:r>
    </w:p>
    <w:p>
      <w:pPr>
        <w:pStyle w:val="Heading2"/>
      </w:pPr>
      <w:r>
        <w:t>talking less lets you think more</w:t>
      </w:r>
    </w:p>
    <w:p>
      <w:r>
        <w:rPr>
          <w:color w:val="666666"/>
          <w:sz w:val="18"/>
        </w:rPr>
        <w:t>Ramadan A Month of Study of the Quran August 23, 2009 · 29s · at 3:34 · https://youtu.be/f90TVrzAOFs?t=214</w:t>
      </w:r>
    </w:p>
    <w:p>
      <w:r>
        <w:rPr>
          <w:i/>
        </w:rPr>
        <w:t>“Kyunke agar aap bolenge to sochenge nahi”</w:t>
      </w:r>
    </w:p>
    <w:p>
      <w:r>
        <w:rPr>
          <w:sz w:val="20"/>
        </w:rPr>
        <w:t>3:34  isi tarah se aaram mein kami hoti hai. routine tootta hai aadmi ka. isi tareeqay se bolna bhi kam hota hai.</w:t>
      </w:r>
      <w:r>
        <w:br/>
      </w:r>
      <w:r>
        <w:rPr>
          <w:sz w:val="20"/>
        </w:rPr>
        <w:t>3:44  kyun ke aap bolenge to sochenge nahi. kisi ne kaha hai ke "When I am speaking, I am not thinking." to roza is liye hai ke aap ziyada sochen.</w:t>
      </w:r>
      <w:r>
        <w:br/>
      </w:r>
      <w:r>
        <w:rPr>
          <w:sz w:val="20"/>
        </w:rPr>
        <w:t>3:58  bohat bolenge to aap sochenge kahan se.</w:t>
      </w:r>
    </w:p>
    <w:p>
      <w:pPr>
        <w:pStyle w:val="Heading2"/>
      </w:pPr>
      <w:r>
        <w:t>True dua requires personal effort</w:t>
      </w:r>
    </w:p>
    <w:p>
      <w:r>
        <w:rPr>
          <w:color w:val="666666"/>
          <w:sz w:val="18"/>
        </w:rPr>
        <w:t>As it is Thinking (Prophetic Wisdom) November 22, 2006 Maulana Wahiduddin Khan · 45s · at 6:19 · https://youtu.be/nxIMtbJsKyQ?t=379</w:t>
      </w:r>
    </w:p>
    <w:p>
      <w:r>
        <w:rPr>
          <w:i/>
        </w:rPr>
        <w:t>“Aur phir usko ehsas ho”</w:t>
      </w:r>
    </w:p>
    <w:p>
      <w:r>
        <w:rPr>
          <w:sz w:val="20"/>
        </w:rPr>
        <w:t>6:19  aur phir us ko ehsas ho ke mera apna meri koshish kafi nahi hai. mujhe khuda ki help chahiye to aap dua karte hain.</w:t>
      </w:r>
      <w:r>
        <w:br/>
      </w:r>
      <w:r>
        <w:rPr>
          <w:sz w:val="20"/>
        </w:rPr>
        <w:t>6:30  to aisi hi dua dua hai. yani fifty percent apne hisse ka kaam jab aadmi kar de aur baqi fifty ke liye wo khuda se dua kare to isi ka naam dua hai.</w:t>
      </w:r>
      <w:r>
        <w:br/>
      </w:r>
      <w:r>
        <w:rPr>
          <w:sz w:val="20"/>
        </w:rPr>
        <w:t>6:46  aur jo aadmi apne hisse ka fifty percent na kare to wo to ek joke hai joke. wo dua nahi hai.</w:t>
      </w:r>
      <w:r>
        <w:br/>
      </w:r>
      <w:r>
        <w:rPr>
          <w:sz w:val="20"/>
        </w:rPr>
        <w:t>6:58  aisi in sincere dua kabhi bhi qabool nahi ho sakti.</w:t>
      </w:r>
    </w:p>
    <w:p>
      <w:pPr>
        <w:pStyle w:val="Heading2"/>
      </w:pPr>
      <w:r>
        <w:t>true meaning of ibadah, worship</w:t>
      </w:r>
    </w:p>
    <w:p>
      <w:r>
        <w:rPr>
          <w:color w:val="666666"/>
          <w:sz w:val="18"/>
        </w:rPr>
        <w:t>Dars-e-Quran (Al-Fatihah (The Opening) 1 1-7) July 12, 2015 · 27s · at 27:06 · https://youtu.be/Rv6AjEFe6MI?t=1626</w:t>
      </w:r>
    </w:p>
    <w:p>
      <w:r>
        <w:rPr>
          <w:i/>
        </w:rPr>
        <w:t>“Ibadah means making something your supreme concern”</w:t>
      </w:r>
    </w:p>
    <w:p>
      <w:r>
        <w:rPr>
          <w:sz w:val="20"/>
        </w:rPr>
        <w:t>27:06  ibadat ka matlab hota hai kisi ko apna supreme concern banana, supreme concern banana.</w:t>
      </w:r>
      <w:r>
        <w:br/>
      </w:r>
      <w:r>
        <w:rPr>
          <w:sz w:val="20"/>
        </w:rPr>
        <w:t>27:18  jab aap Allah ko apna supreme concern banate hain to is ke baad jo zindagi banti hai aap ki, is ke baad jo aap ka zindagi ki jo surat banti hai, woh isi ko ibadat kaha gaya hai.</w:t>
      </w:r>
    </w:p>
    <w:p>
      <w:pPr>
        <w:pStyle w:val="Heading2"/>
      </w:pPr>
      <w:r>
        <w:t>Company library stocked with Maulana's books for all staff</w:t>
      </w:r>
    </w:p>
    <w:p>
      <w:r>
        <w:rPr>
          <w:color w:val="666666"/>
          <w:sz w:val="18"/>
        </w:rPr>
        <w:t>Positive Thinking August 12, 2017 Maulana Wahiduddin Khan · 36s · at 2:29 · https://youtu.be/-h0oVhcOWik?t=149</w:t>
      </w:r>
    </w:p>
    <w:p>
      <w:r>
        <w:rPr>
          <w:i/>
        </w:rPr>
        <w:t>“He has put all the books in the library of the organization”</w:t>
      </w:r>
    </w:p>
    <w:p>
      <w:r>
        <w:rPr>
          <w:sz w:val="20"/>
        </w:rPr>
        <w:t>2:29  he has put all the books in the library of the organization. so organization is very large, and he mentioned that, you know, apart from me also, all the people who wanted to read these books and understand, can, you know, take the books from library and can read this.</w:t>
      </w:r>
      <w:r>
        <w:br/>
      </w:r>
      <w:r>
        <w:rPr>
          <w:sz w:val="20"/>
        </w:rPr>
        <w:t>2:47  so after that, it was very inspiring when i had, you know, this news that i wanted to reach to lot of people in the organization. but i think god has given me an opportunity or this platform where the dawah can be reach to the people in the mass level.</w:t>
      </w:r>
    </w:p>
    <w:p>
      <w:pPr>
        <w:pStyle w:val="Heading2"/>
      </w:pPr>
      <w:r>
        <w:t>Fasting means abstinence, month of patience</w:t>
      </w:r>
    </w:p>
    <w:p>
      <w:r>
        <w:rPr>
          <w:color w:val="666666"/>
          <w:sz w:val="18"/>
        </w:rPr>
        <w:t>Ramadan The Month of Fasting 29Aug, 2008 - Maulana Wahiduddin Khan · 28s · at 2:10 · https://youtu.be/O9ie_tCNGHM?t=130</w:t>
      </w:r>
    </w:p>
    <w:p>
      <w:r>
        <w:rPr>
          <w:i/>
        </w:rPr>
        <w:t>“Fasting means abstinence, month of patience”</w:t>
      </w:r>
    </w:p>
    <w:p>
      <w:r>
        <w:rPr>
          <w:sz w:val="20"/>
        </w:rPr>
        <w:t>2:10  saum ka matlab hai abstinence, rukna. hadith mein kaha gaya hai ramadan ko shahr as-sabr, sabr ka mahina.</w:t>
      </w:r>
      <w:r>
        <w:br/>
      </w:r>
      <w:r>
        <w:rPr>
          <w:sz w:val="20"/>
        </w:rPr>
        <w:t>2:27  to rukne ka mahina ya sabr karne ka mahina dono ek hi baat hai, yani patience ka mahina.</w:t>
      </w:r>
    </w:p>
    <w:p>
      <w:pPr>
        <w:pStyle w:val="Heading2"/>
      </w:pPr>
      <w:r>
        <w:t>Dua for well-being</w:t>
      </w:r>
    </w:p>
    <w:p>
      <w:r>
        <w:rPr>
          <w:color w:val="666666"/>
          <w:sz w:val="18"/>
        </w:rPr>
        <w:t>The Spirit of Dua March 20, 2022 Dr. Saniyasnain Khan · 44s · at 1:04:05 · https://youtu.be/2v1uKLCxf5Y?t=3845</w:t>
      </w:r>
    </w:p>
    <w:p>
      <w:r>
        <w:rPr>
          <w:i/>
        </w:rPr>
        <w:t>“The dua most beloved to Allah is Afiya.”</w:t>
      </w:r>
    </w:p>
    <w:p>
      <w:r>
        <w:rPr>
          <w:sz w:val="20"/>
        </w:rPr>
        <w:t>1:04:05  To dua karni chahiye taki Allah taalah hamein mahfooz rakhe aur ek hadish mein aata hai ki prophet Mohammad ne farmaya ki jo sabse zyada Allah ko pasand hai dua, wo aafiyat ki dua hai.</w:t>
      </w:r>
      <w:r>
        <w:br/>
      </w:r>
      <w:r>
        <w:rPr>
          <w:sz w:val="20"/>
        </w:rPr>
        <w:t>1:04:18  aafiyat yani sukh, chain, peace, iski dua karna Allah taala ko bohat pasand hai kyunke aapke paas sab</w:t>
      </w:r>
      <w:r>
        <w:br/>
      </w:r>
      <w:r>
        <w:rPr>
          <w:sz w:val="20"/>
        </w:rPr>
        <w:t>1:04:25  kuch hai, sari material comforts hain aur sukh nahi hai, piece nahi hai, chain nahi hai, toh phir</w:t>
      </w:r>
      <w:r>
        <w:br/>
      </w:r>
      <w:r>
        <w:rPr>
          <w:sz w:val="20"/>
        </w:rPr>
        <w:t>1:04:33  kya hasil hai?</w:t>
      </w:r>
      <w:r>
        <w:br/>
      </w:r>
      <w:r>
        <w:rPr>
          <w:sz w:val="20"/>
        </w:rPr>
        <w:t>1:04:41  aur isi liye Maulana peace ki bohat baat kiya karte the aur peace aur safety ke liye dua karna chahiye.</w:t>
      </w:r>
      <w:r>
        <w:br/>
      </w:r>
      <w:r>
        <w:rPr>
          <w:sz w:val="20"/>
        </w:rPr>
        <w:t>1:04:49  Aap yeh dua kar sakte hain. Allahumma aafizna min kulli balai ad dunya wa azaab al-akhira. Ki Allah duniya ki sari musibaton se aur azaab, akhirat ke azaab se hamein maifooz rakhe, to Allah taalah sabko hifazat mein rakhe aur yeh jo bimari hai Allah taalah jald se jald ise khatm kar de, jiski wajah se logon ko bahut pareshani hai aur apni rehmat ki saaye mein hamein le le.</w:t>
      </w:r>
    </w:p>
    <w:p>
      <w:pPr>
        <w:pStyle w:val="Heading2"/>
      </w:pPr>
      <w:r>
        <w:t>You can't script how to greet a friend</w:t>
      </w:r>
    </w:p>
    <w:p>
      <w:r>
        <w:rPr>
          <w:color w:val="666666"/>
          <w:sz w:val="18"/>
        </w:rPr>
        <w:t>Islam mein Fiqhi Ikhtelaf (Jurisprudential Disagreement in Islam) Maulana Wahiddudin Khan · 37s · at 18:22 · https://youtu.be/8S3yyG9KYOE?t=1102</w:t>
      </w:r>
    </w:p>
    <w:p>
      <w:r>
        <w:rPr>
          <w:i/>
        </w:rPr>
        <w:t>“Kya dosti se milne ka koi fixed tareeqa ho sakta hai?”</w:t>
      </w:r>
    </w:p>
    <w:p>
      <w:r>
        <w:rPr>
          <w:sz w:val="20"/>
        </w:rPr>
        <w:t>18:21  ab difference to aayega.</w:t>
      </w:r>
      <w:r>
        <w:br/>
      </w:r>
      <w:r>
        <w:rPr>
          <w:sz w:val="20"/>
        </w:rPr>
        <w:t>18:22  yani aap ki bohat ziyada dosti kisi se hai, woh aap ka bohat ziyada friend hai, to kya yeh possible hai ke aap aik banayein, aik aik aik woh aik tareeqa banayein ke dost se milne ka tareeqa aik paper par likhein ke dost se milne ka tareeqa?</w:t>
      </w:r>
      <w:r>
        <w:br/>
      </w:r>
      <w:r>
        <w:rPr>
          <w:sz w:val="20"/>
        </w:rPr>
        <w:t>18:39  ab yeh kahein ke jab mile to haath yun uthao aur phir haath yun barhao, phir aik qadam aage barhao, aik qadam peechay hatao, phir us se poocho ke chaye piyoge, pani piyoge?</w:t>
      </w:r>
      <w:r>
        <w:br/>
      </w:r>
      <w:r>
        <w:rPr>
          <w:sz w:val="20"/>
        </w:rPr>
        <w:t>18:48  aisa kya chal sakta hai? kya dost se milne ka aisa koi method chal sakta hai? dost se milna bilkul aik spirit ke tehat hota hai, is mein differences zaroor aayenge.</w:t>
      </w:r>
    </w:p>
    <w:p>
      <w:pPr>
        <w:pStyle w:val="Heading2"/>
      </w:pPr>
      <w:r>
        <w:t>God alone rewards fasting without limit</w:t>
      </w:r>
    </w:p>
    <w:p>
      <w:r>
        <w:rPr>
          <w:color w:val="666666"/>
          <w:sz w:val="18"/>
        </w:rPr>
        <w:t>Ramadan The Month of Spiritual Training September 20, 2008 · 39s · at 25:32 · https://youtu.be/VI9axojg6Ro?t=1532</w:t>
      </w:r>
    </w:p>
    <w:p>
      <w:r>
        <w:rPr>
          <w:i/>
        </w:rPr>
        <w:t>“Allah ne farmaya: roza mere liye hai”</w:t>
      </w:r>
    </w:p>
    <w:p>
      <w:r>
        <w:rPr>
          <w:sz w:val="20"/>
        </w:rPr>
        <w:t>25:32  to farmaya ke illa al-sawm fa inni wa ana ajzi. Allah taala ne farmaya lekin sawm, lekin roza,</w:t>
      </w:r>
      <w:r>
        <w:br/>
      </w:r>
      <w:r>
        <w:rPr>
          <w:sz w:val="20"/>
        </w:rPr>
        <w:t>25:44  roza mere liye hai aur main hi uska badla doonga. ab aap ghor kijiye ke badshah-e-kaenat aisa keh raha hai,</w:t>
      </w:r>
      <w:r>
        <w:br/>
      </w:r>
      <w:r>
        <w:rPr>
          <w:sz w:val="20"/>
        </w:rPr>
        <w:t>25:58  yaani zameen o aasman ka malik aisa keh raha hai ke roza to mere liye hai, main hi uska badla doonga. to kitna zyada badla dega? woh uska to koi hisab nahi, matlab countless badla main doonga uska.</w:t>
      </w:r>
    </w:p>
    <w:p>
      <w:pPr>
        <w:pStyle w:val="Heading2"/>
      </w:pPr>
      <w:r>
        <w:t>Ramadan month of gratitude and fasting</w:t>
      </w:r>
    </w:p>
    <w:p>
      <w:r>
        <w:rPr>
          <w:color w:val="666666"/>
          <w:sz w:val="18"/>
        </w:rPr>
        <w:t>AL RISALA JUNE 2017 - AUDIO VERSION · 1m 00s · at 0:07 · https://youtu.be/Qa5wquQq-s8?t=7</w:t>
      </w:r>
    </w:p>
    <w:p>
      <w:r>
        <w:rPr>
          <w:i/>
        </w:rPr>
        <w:t>“Ramadan ka mahina shukr ka mahina”</w:t>
      </w:r>
    </w:p>
    <w:p>
      <w:r>
        <w:rPr>
          <w:sz w:val="20"/>
        </w:rPr>
        <w:t>0:07  Ramadan ka mahina, shukr ka mahina. Ramadan ka mahina roza, yani fasting ka mahina hai. Ramadan ke bare mein Quran ki ek ayat ka tarjuma yeh hai:</w:t>
      </w:r>
      <w:r>
        <w:br/>
      </w:r>
      <w:r>
        <w:rPr>
          <w:sz w:val="20"/>
        </w:rPr>
        <w:t>0:20  "Ramadan ka mahina, jis mein Quran utara gaya, hidayaat hai logon ke liye, aur khuli nishaniyan rastay ki, aur haq aur batil ke darmiyan faisla karne wala.</w:t>
      </w:r>
      <w:r>
        <w:br/>
      </w:r>
      <w:r>
        <w:rPr>
          <w:sz w:val="20"/>
        </w:rPr>
        <w:t>0:34  Pas tum mein se jo koi is mahine ko paye woh is ke roze rakhe, aur jo beemar ho ya safar par ho to woh doosre dinon mein is ki ginti poori kar le.</w:t>
      </w:r>
      <w:r>
        <w:br/>
      </w:r>
      <w:r>
        <w:rPr>
          <w:sz w:val="20"/>
        </w:rPr>
        <w:t>0:46  Allah tumhare liye aasani chahta hai, woh tumhare sath sakhti karna nahi chahta, aur is liye ke tum ginti poori kar lo, aur Allah ki barhai karo is par ke us ne tum ko rah batai, aur ta ke tum is ke shukr guzar bano." Al Baqarah.</w:t>
      </w:r>
    </w:p>
    <w:p>
      <w:pPr>
        <w:pStyle w:val="Heading2"/>
      </w:pPr>
      <w:r>
        <w:t>Remembrance of God is greatest</w:t>
      </w:r>
    </w:p>
    <w:p>
      <w:r>
        <w:rPr>
          <w:color w:val="666666"/>
          <w:sz w:val="18"/>
        </w:rPr>
        <w:t>The Concept of Zikr in Islam | August 11, 2007 · 30s · at 2:11 · https://youtu.be/uFNX0KiI6dc?t=131</w:t>
      </w:r>
    </w:p>
    <w:p>
      <w:r>
        <w:rPr>
          <w:i/>
        </w:rPr>
        <w:t>“And remembrance of God is the greatest.”</w:t>
      </w:r>
    </w:p>
    <w:p>
      <w:r>
        <w:rPr>
          <w:sz w:val="20"/>
        </w:rPr>
        <w:t>2:11  rullahi akbar. And zikr of God is the greatest. Then there are a number of hadiths that are saying the prophet of Islam that tell us that zikr has a very high value in the Islamic system.</w:t>
      </w:r>
    </w:p>
    <w:p>
      <w:pPr>
        <w:pStyle w:val="Heading2"/>
      </w:pPr>
      <w:r>
        <w:t>Hasan al-Basri's definition of an accepted hajj</w:t>
      </w:r>
    </w:p>
    <w:p>
      <w:r>
        <w:rPr>
          <w:color w:val="666666"/>
          <w:sz w:val="18"/>
        </w:rPr>
        <w:t>The Spirit of Hajj June 25, 2023 · 24s · at 35:16 · https://youtu.be/q5IqRKE3t9E?t=2116</w:t>
      </w:r>
    </w:p>
    <w:p>
      <w:r>
        <w:rPr>
          <w:i/>
        </w:rPr>
        <w:t>“Hajj-e-Mabroor is one from which a man returns detached from the world”</w:t>
      </w:r>
    </w:p>
    <w:p>
      <w:r>
        <w:rPr>
          <w:sz w:val="20"/>
        </w:rPr>
        <w:t>35:16  main aik call parhungi hazrat hasan basri ka jo senior senior tabai hain to unka aik call hai ke hajj mabroor woh hai jisay aadmi is tarah lotay ke woh duniya se beraghabat ho aur aakhirat ka shauq uskay andar paida ho jaye. to yeh wala hajj hai woh hajj mabroor hai.</w:t>
      </w:r>
      <w:r>
        <w:br/>
      </w:r>
      <w:r>
        <w:rPr>
          <w:sz w:val="20"/>
        </w:rPr>
        <w:t>35:40  to logon ko chahiye ke poori koshish karein ke unko hajj mabroor hasil ho. ji jazaa kar lo aap. aap aap nay abhi maulana wahiduddin khan sahib ki kitab kabhi zikr kiya. to main chahunga koi unka experience aap batayein hajj ka experience hum hum sab ko? maana ki kai articles to bohat hain. do kitabein yeh hain. aik hajj ka paigham aur haqeeqat e hajj.</w:t>
      </w:r>
    </w:p>
    <w:p>
      <w:pPr>
        <w:pStyle w:val="Heading2"/>
      </w:pPr>
      <w:r>
        <w:t>Prayer is spirit, not sectarian method</w:t>
      </w:r>
    </w:p>
    <w:p>
      <w:r>
        <w:rPr>
          <w:color w:val="666666"/>
          <w:sz w:val="18"/>
        </w:rPr>
        <w:t>Spirit and Form in Islam · 33s · at 26:58 · https://youtu.be/frQuKwqtHiU?t=1618</w:t>
      </w:r>
    </w:p>
    <w:p>
      <w:r>
        <w:rPr>
          <w:i/>
        </w:rPr>
        <w:t>“Neither Salafi nor Hanafi method is anything.”</w:t>
      </w:r>
    </w:p>
    <w:p>
      <w:r>
        <w:rPr>
          <w:sz w:val="20"/>
        </w:rPr>
        <w:t>26:58  ke to yeh ridicule karna hai namaz ko. hum dekhte hain ke log, ek salafi log behas kar rahe hain ke salafi tarike se namaz padho to namaz hogi.</w:t>
      </w:r>
      <w:r>
        <w:br/>
      </w:r>
      <w:r>
        <w:rPr>
          <w:sz w:val="20"/>
        </w:rPr>
        <w:t>27:11  hanfi log behas kar rahe hain ke hanfi tarike se namaz padho to namaz hogi. bilashuba yeh sab, yeh sab baseless baaten hain, baseless baaten hain.</w:t>
      </w:r>
      <w:r>
        <w:br/>
      </w:r>
      <w:r>
        <w:rPr>
          <w:sz w:val="20"/>
        </w:rPr>
        <w:t>27:22  salafi tarika bhi kuch nahi, hanfi tarika bhi kuch nahi. muttaqiyana tarika asal hai, arifana tarika asal hai.</w:t>
      </w:r>
    </w:p>
    <w:p>
      <w:pPr>
        <w:pStyle w:val="Heading2"/>
      </w:pPr>
      <w:r>
        <w:t>Dhikr is part of life</w:t>
      </w:r>
    </w:p>
    <w:p>
      <w:r>
        <w:rPr>
          <w:color w:val="666666"/>
          <w:sz w:val="18"/>
        </w:rPr>
        <w:t>The Concept of Zikr in Islam | August 11, 2007 · 31s · at 21:11 · https://youtu.be/uFNX0KiI6dc?t=1271</w:t>
      </w:r>
    </w:p>
    <w:p>
      <w:r>
        <w:rPr>
          <w:i/>
        </w:rPr>
        <w:t>“It means that dhikr is a part of life.”</w:t>
      </w:r>
    </w:p>
    <w:p>
      <w:r>
        <w:rPr>
          <w:sz w:val="20"/>
        </w:rPr>
        <w:t>21:11  It means that zikr is a part of life.</w:t>
      </w:r>
      <w:r>
        <w:br/>
      </w:r>
      <w:r>
        <w:rPr>
          <w:sz w:val="20"/>
        </w:rPr>
        <w:t>21:19  Every moment you are required to be busy in zikr.</w:t>
      </w:r>
      <w:r>
        <w:br/>
      </w:r>
      <w:r>
        <w:rPr>
          <w:sz w:val="20"/>
        </w:rPr>
        <w:t>21:27  zikr doesn't mean that you go to some mountain or some jungle. No.</w:t>
      </w:r>
      <w:r>
        <w:br/>
      </w:r>
      <w:r>
        <w:rPr>
          <w:sz w:val="20"/>
        </w:rPr>
        <w:t>21:35  You have to live a normal life</w:t>
      </w:r>
    </w:p>
    <w:p>
      <w:pPr>
        <w:pStyle w:val="Heading2"/>
      </w:pPr>
      <w:r>
        <w:t>Communism failed against nature</w:t>
      </w:r>
    </w:p>
    <w:p>
      <w:r>
        <w:rPr>
          <w:color w:val="666666"/>
          <w:sz w:val="18"/>
        </w:rPr>
        <w:t>Spirit of Zakat I May 4, 2007 · 30s · at 40:42 · https://youtu.be/CSXO7LY_9cM?t=2442</w:t>
      </w:r>
    </w:p>
    <w:p>
      <w:r>
        <w:rPr>
          <w:i/>
        </w:rPr>
        <w:t>“Kehne ke liye logon ko bada achha lagta tha”</w:t>
      </w:r>
    </w:p>
    <w:p>
      <w:r>
        <w:rPr>
          <w:sz w:val="20"/>
        </w:rPr>
        <w:t>40:42  kehne ke liye logon ko bara acha lagta tha jab yeh nazariya pesh kiya gaya ke sab ko</w:t>
      </w:r>
      <w:r>
        <w:br/>
      </w:r>
      <w:r>
        <w:rPr>
          <w:sz w:val="20"/>
        </w:rPr>
        <w:t>40:47  barabar pohanchaye, to bohat khush hue log.</w:t>
      </w:r>
      <w:r>
        <w:br/>
      </w:r>
      <w:r>
        <w:rPr>
          <w:sz w:val="20"/>
        </w:rPr>
        <w:t>40:52  lekin chunke yeh fitrat ke khilaf tha, yeh nature ke khilaf tha, yeh Khuda ki, yeh Khuda ke</w:t>
      </w:r>
      <w:r>
        <w:br/>
      </w:r>
      <w:r>
        <w:rPr>
          <w:sz w:val="20"/>
        </w:rPr>
        <w:t>40:57  creation plan ke khilaf tha, is liye woh woh practicable nahi tha.</w:t>
      </w:r>
      <w:r>
        <w:br/>
      </w:r>
      <w:r>
        <w:rPr>
          <w:sz w:val="20"/>
        </w:rPr>
        <w:t>41:02  woh is ki feasibility nahi thi.</w:t>
      </w:r>
      <w:r>
        <w:br/>
      </w:r>
      <w:r>
        <w:rPr>
          <w:sz w:val="20"/>
        </w:rPr>
        <w:t>41:07  chunaanche woh toot gaya,</w:t>
      </w:r>
    </w:p>
    <w:p>
      <w:pPr>
        <w:pStyle w:val="Heading2"/>
      </w:pPr>
      <w:r>
        <w:t>Personal Discovery of Truth</w:t>
      </w:r>
    </w:p>
    <w:p>
      <w:r>
        <w:rPr>
          <w:color w:val="666666"/>
          <w:sz w:val="18"/>
        </w:rPr>
        <w:t>The Ideology of Truth July 15, 2007 · 37s · at 14:26 · https://youtu.be/EOXdI723eHI?t=866</w:t>
      </w:r>
    </w:p>
    <w:p>
      <w:r>
        <w:rPr>
          <w:i/>
        </w:rPr>
        <w:t>“Main apne baare mein keh sakta hoon ke maine truth”</w:t>
      </w:r>
    </w:p>
    <w:p>
      <w:r>
        <w:rPr>
          <w:sz w:val="20"/>
        </w:rPr>
        <w:t>14:26  sab disappear ho jata hai. mein apne bare mein keh sakta hoon ke mein ne truth, truth meri discovery hai. I have discovered the truth on my own.</w:t>
      </w:r>
      <w:r>
        <w:br/>
      </w:r>
      <w:r>
        <w:rPr>
          <w:sz w:val="20"/>
        </w:rPr>
        <w:t>14:40  to jab mein ne discover kiya truth ko to har cheez meri zindagi mein disappear ho gayi. intolerance, hate, confrontation aur malice aur injustice, dishonesty sab disappear ho gayi.</w:t>
      </w:r>
    </w:p>
    <w:p>
      <w:pPr>
        <w:pStyle w:val="Heading2"/>
      </w:pPr>
      <w:r>
        <w:t>Hajj is devotion (mohabbat), not passion (ishq)</w:t>
      </w:r>
    </w:p>
    <w:p>
      <w:r>
        <w:rPr>
          <w:color w:val="666666"/>
          <w:sz w:val="18"/>
        </w:rPr>
        <w:t>The Spirit of Hajj July 7, 2007 · 25s · at 12:03 · https://youtu.be/SV2CfNml8ic?t=723</w:t>
      </w:r>
    </w:p>
    <w:p>
      <w:r>
        <w:rPr>
          <w:i/>
        </w:rPr>
        <w:t>“یہ اللہ کے دین میں اپنے آپ کو وقف کرنے کا معاملہ ہے”</w:t>
      </w:r>
    </w:p>
    <w:p>
      <w:r>
        <w:rPr>
          <w:sz w:val="20"/>
        </w:rPr>
        <w:t>12:03  yeh Allah ke deen mein apne aap ko waqf karne ka maamla hai. yeh ishq ishq ka lafz na Quran mein hai na hadith mein hai. to ishq ilahi koi matloob cheez nahi hai jo cheez matloob hai woh mohabbat ilahi.</w:t>
      </w:r>
      <w:r>
        <w:br/>
      </w:r>
      <w:r>
        <w:rPr>
          <w:sz w:val="20"/>
        </w:rPr>
        <w:t>12:17  ishq to ek jazbati cheez ke liye bola jata hai. lekin mohabbat ek socha samjha amal hai jis ka taluq soch se hai dimagh se hai aqal se hai.</w:t>
      </w:r>
    </w:p>
    <w:p>
      <w:pPr>
        <w:pStyle w:val="Heading2"/>
      </w:pPr>
      <w:r>
        <w:t>Scholar's superiority likened to full moon over stars</w:t>
      </w:r>
    </w:p>
    <w:p>
      <w:r>
        <w:rPr>
          <w:color w:val="666666"/>
          <w:sz w:val="18"/>
        </w:rPr>
        <w:t>Lessons From The Life of Abu Darda (ra) November 9, 2025 · 42s · at 40:45 · https://youtu.be/5V4oxolMiBA?t=2445</w:t>
      </w:r>
    </w:p>
    <w:p>
      <w:r>
        <w:rPr>
          <w:i/>
        </w:rPr>
        <w:t>“The scholar over the worshipper is like the full moon over stars”</w:t>
      </w:r>
    </w:p>
    <w:p>
      <w:r>
        <w:rPr>
          <w:sz w:val="20"/>
        </w:rPr>
        <w:t>40:45  , ask forgiveness for the scholar, even the fish in the depth of the sea. and the superiority,</w:t>
      </w:r>
      <w:r>
        <w:br/>
      </w:r>
      <w:r>
        <w:rPr>
          <w:sz w:val="20"/>
        </w:rPr>
        <w:t>41:03  and the superiority of the scholar over the devotee worshipper, is like the superiority of a full moon in a clear night over all the stars.</w:t>
      </w:r>
      <w:r>
        <w:br/>
      </w:r>
      <w:r>
        <w:rPr>
          <w:sz w:val="20"/>
        </w:rPr>
        <w:t>41:19  and the scholars are the heirs of the prophets,</w:t>
      </w:r>
    </w:p>
    <w:p>
      <w:pPr>
        <w:pStyle w:val="Heading2"/>
      </w:pPr>
      <w:r>
        <w:t>Plant the sapling even if the Last Hour arrives</w:t>
      </w:r>
    </w:p>
    <w:p>
      <w:r>
        <w:rPr>
          <w:color w:val="666666"/>
          <w:sz w:val="18"/>
        </w:rPr>
        <w:t>The Importance of Zakat May 08, 2022 Dr. Saniyasnain Khan · 43s · at 1:02:47 · https://youtu.be/92nslWvnQ5Y?t=3767</w:t>
      </w:r>
    </w:p>
    <w:p>
      <w:r>
        <w:rPr>
          <w:i/>
        </w:rPr>
        <w:t>“If the Last Hour comes while a sapling is in your hand, plant it”</w:t>
      </w:r>
    </w:p>
    <w:p>
      <w:r>
        <w:rPr>
          <w:sz w:val="20"/>
        </w:rPr>
        <w:t>1:02:47  to is lihaz se har cheez charity hai balki hadish mein aata hai ki agar tumhare haath mein ek paudha ho aur kyaamat aa jaye to tum paudhe ko laga do fauran.</w:t>
      </w:r>
      <w:r>
        <w:br/>
      </w:r>
      <w:r>
        <w:rPr>
          <w:sz w:val="20"/>
        </w:rPr>
        <w:t>1:03:02  chunke paudhe ke bare mein, tree ke bare mein aata hai ki agar koi insan ek paudha lagata hai aur phir woh bada ho jata hai usmein phal hote hain aur chiraiyen usmein khati hain, insan khata hai aur janwar khate hain to woh uske liye satka ho jata hai. ji. to koi bhi jo amal hai ab jaise yeh tree lagana yeh satkai jariya kahlaya ja sakta hai yani insan ki death bhi ho jaye uske baad bhi yeh jari rahega.</w:t>
      </w:r>
      <w:r>
        <w:br/>
      </w:r>
      <w:r>
        <w:rPr>
          <w:sz w:val="20"/>
        </w:rPr>
        <w:t>1:03:30  agar jab tak ki woh tree hai aur uska phal log istemal kar rahe hain to yeh ek satkai jariya ban jayega. ji ji. doctor aapne satkai jariya ka zikr kiya. to sural kaif mein yeh aaya hai ki that deed is a good deed which has a lasting value aur satkai jariya ko continuous charity bhi kaha jata hai. aapne uska abhi zikr kiya. to iske bare mein bhi hum sabko bataiye.</w:t>
      </w:r>
    </w:p>
    <w:p>
      <w:pPr>
        <w:pStyle w:val="Heading2"/>
      </w:pPr>
      <w:r>
        <w:t>Verbal acknowledgment for angel record</w:t>
      </w:r>
    </w:p>
    <w:p>
      <w:r>
        <w:rPr>
          <w:color w:val="666666"/>
          <w:sz w:val="18"/>
        </w:rPr>
        <w:t>Shukr 18 Jan 2020 - Maulana Wahiduddin Khan · 27s · at 19:24 · https://youtu.be/5gy8neGGM_E?t=1164</w:t>
      </w:r>
    </w:p>
    <w:p>
      <w:r>
        <w:rPr>
          <w:i/>
        </w:rPr>
        <w:t>“Yani bol ban jaye, elaan ban jaye”</w:t>
      </w:r>
    </w:p>
    <w:p>
      <w:r>
        <w:rPr>
          <w:sz w:val="20"/>
        </w:rPr>
        <w:t>19:24  yani bol ban jaye, aelan ban jaye. jab bol ban jati hai to aelan hota ho jata hai.</w:t>
      </w:r>
      <w:r>
        <w:br/>
      </w:r>
      <w:r>
        <w:rPr>
          <w:sz w:val="20"/>
        </w:rPr>
        <w:t>19:33  woh jab tak aap announce na karein, us waqt woh lafz, woh farishton ke record mein nahi aayega.</w:t>
      </w:r>
    </w:p>
    <w:p>
      <w:pPr>
        <w:pStyle w:val="Heading2"/>
      </w:pPr>
      <w:r>
        <w:t>Debate aims to establish pride</w:t>
      </w:r>
    </w:p>
    <w:p>
      <w:r>
        <w:rPr>
          <w:color w:val="666666"/>
          <w:sz w:val="18"/>
        </w:rPr>
        <w:t>Q&amp;A 09 Dec 2007 Maulana Wahiduddin Khan · 30s · at 11:36 · https://youtu.be/Ks8odTgyfgc?t=696</w:t>
      </w:r>
    </w:p>
    <w:p>
      <w:r>
        <w:rPr>
          <w:i/>
        </w:rPr>
        <w:t>“Discussion mein aap kisi kisi sachchai tak pahunchana chahte hain”</w:t>
      </w:r>
    </w:p>
    <w:p>
      <w:r>
        <w:rPr>
          <w:sz w:val="20"/>
        </w:rPr>
        <w:t>11:36  discussion mein aap kisi kisi sachchai tak pahunchna chahte hain, uske liye discussion karte hain. aap sachchai kya hai aur baat karein, baat kar pahunche wahan tak jo sachchai hai. debate ka maqsad yeh nahi hota. debate to ek one sided hota hai. yaani ek aadmi apne ko samajhta hai ke mujhe apni pride ko establish karna hai doosre ke upar.</w:t>
      </w:r>
      <w:r>
        <w:br/>
      </w:r>
      <w:r>
        <w:rPr>
          <w:sz w:val="20"/>
        </w:rPr>
        <w:t>11:58  basically debate ka maqsad hota hai apne pride ko doosre par establish karna.</w:t>
      </w:r>
    </w:p>
    <w:p>
      <w:pPr>
        <w:pStyle w:val="Heading2"/>
      </w:pPr>
      <w:r>
        <w:t>Prophet Muhammad's own fasting before revelation began</w:t>
      </w:r>
    </w:p>
    <w:p>
      <w:r>
        <w:rPr>
          <w:color w:val="666666"/>
          <w:sz w:val="18"/>
        </w:rPr>
        <w:t>The Spirit of Ramadan April 10, 2022 Dr. Saniyasnain Khan · 42s · at 11:51 · https://youtu.be/MVnTihqgvus?t=711</w:t>
      </w:r>
    </w:p>
    <w:p>
      <w:r>
        <w:rPr>
          <w:i/>
        </w:rPr>
        <w:t>“नुबूत से पहले prophet मोहम्मद गारे हिरा में जाया करते थे”</w:t>
      </w:r>
    </w:p>
    <w:p>
      <w:r>
        <w:rPr>
          <w:sz w:val="20"/>
        </w:rPr>
        <w:t>11:51  Aur Prophet Muhammad ke baare mein bhi aata hai Hazrat Ayesha ki hadees hai ke nuboot se pehle yaani Quraan ki revelation se pehle hi Prophet Muhammad jaaya karte the Gharehira mein aur wahan ibadat karte the, roza rakhte the choonke wahan bhi koi tareeqa tha.</w:t>
      </w:r>
      <w:r>
        <w:br/>
      </w:r>
      <w:r>
        <w:rPr>
          <w:sz w:val="20"/>
        </w:rPr>
        <w:t>12:19  Islam se pehle Makka mein logon ke yahan koi tareeqa tha ke woh roza rakha karte the aur yeh har mazhab mein aapko milta hai. Indian culture mein bhi aap dekhein to vrat hai. Ji ji.</w:t>
      </w:r>
      <w:r>
        <w:br/>
      </w:r>
      <w:r>
        <w:rPr>
          <w:sz w:val="20"/>
        </w:rPr>
        <w:t>12:33  To yeh cheez toh taqreeban har jagah hi toh milti isse pata chalta hai ke roza hamesha Allah taala ne farz kiya raha hoga aur ek aur baat yaad aa rahi hai mujhe ke Maulana ne likha hai ke roza toh day one se hi ho gaya tha. Ji. Doosre sense mein ke jab Allah taala ne Adam Alai salam se kaha ke us fala ped ke paas mat jao.</w:t>
      </w:r>
    </w:p>
    <w:p>
      <w:pPr>
        <w:pStyle w:val="Heading2"/>
      </w:pPr>
      <w:r>
        <w:t>"I fear Allah most, yet I fast and I don't fast"</w:t>
      </w:r>
    </w:p>
    <w:p>
      <w:r>
        <w:rPr>
          <w:color w:val="666666"/>
          <w:sz w:val="18"/>
        </w:rPr>
        <w:t>The Spirit of Ramadan April 10, 2022 Dr. Saniyasnain Khan · 56s · at 26:19 · https://youtu.be/MVnTihqgvus?t=1579</w:t>
      </w:r>
    </w:p>
    <w:p>
      <w:r>
        <w:rPr>
          <w:i/>
        </w:rPr>
        <w:t>“मैं सारी रात नमाज़ पढ़ूंगा, दूसरे ने कहा मैं हमेशा रोज़ा रखूंगा”</w:t>
      </w:r>
    </w:p>
    <w:p>
      <w:r>
        <w:rPr>
          <w:sz w:val="20"/>
        </w:rPr>
        <w:t>26:19  toh us usmein se ek shakhs ne kaha ki main sari raat namaz padhunga. doosre shakhs ne kaha ki main hamesha roza rakhunga. saare saal roza rakhunga. ji. aur teesre shakhs ne kaha ki main kabhi nikah nahi karunga. toh yeh guftagu ho hi rahi thi tab tak prophet Mohammad aa gaye ghar mein wapas aur kaha ki tumne aisi aisi baatein kahi hain maine suna.</w:t>
      </w:r>
      <w:r>
        <w:br/>
      </w:r>
      <w:r>
        <w:rPr>
          <w:sz w:val="20"/>
        </w:rPr>
        <w:t>26:48  toh unhone kaha haan. toh prophet ne kaha ki dekho tum sabse zyada main khuda se darta hoon aur tum sabse zyada mere andar khuda ka taqwa hai. main raat ko namaz bhi padhta hoon aur sota bhi hoon. main roza rakhta bhi hoon aur ney bhi rakhta hoon aur main nikah bhi karta hoon. ji.</w:t>
      </w:r>
      <w:r>
        <w:br/>
      </w:r>
      <w:r>
        <w:rPr>
          <w:sz w:val="20"/>
        </w:rPr>
        <w:t>27:15  toh yeh hadith batati hai ki spirit aur, aur rooh ki importance. ji. ki aap quantity ke upar mat jayein. balki aap uske andar rooh paida karein, spirit paida karein. ji. toh log kya kar rahe hain ki quantity ke peeche bhaag rahe hain ki jaldi jaldi jaldi Quran khatam kar dein.</w:t>
      </w:r>
    </w:p>
    <w:p>
      <w:pPr>
        <w:pStyle w:val="Heading2"/>
      </w:pPr>
      <w:r>
        <w:t>The call for objective thinking</w:t>
      </w:r>
    </w:p>
    <w:p>
      <w:r>
        <w:rPr>
          <w:color w:val="666666"/>
          <w:sz w:val="18"/>
        </w:rPr>
        <w:t>As it is Thinking (Prophetic Wisdom) November 22, 2006 Maulana Wahiduddin Khan · 35s · at 4:16 · https://youtu.be/nxIMtbJsKyQ?t=256</w:t>
      </w:r>
    </w:p>
    <w:p>
      <w:r>
        <w:rPr>
          <w:i/>
        </w:rPr>
        <w:t>“Is ko aap aaj kal ki zaban mein”</w:t>
      </w:r>
    </w:p>
    <w:p>
      <w:r>
        <w:rPr>
          <w:sz w:val="20"/>
        </w:rPr>
        <w:t>4:16  aur cheezon ko waisa hi dikha jaisa ke woh hain. yani haqeeqat ke aitbar se jaisa ke woh hain. is ko aap aaj kal ki zuban mein keh sakte hain ke objective thinking.</w:t>
      </w:r>
      <w:r>
        <w:br/>
      </w:r>
      <w:r>
        <w:rPr>
          <w:sz w:val="20"/>
        </w:rPr>
        <w:t>4:30  yani hamare andar subject hum ko is ko aap yun keh sakte hain ke hum ko subjective thinking se bacha.</w:t>
      </w:r>
      <w:r>
        <w:br/>
      </w:r>
      <w:r>
        <w:rPr>
          <w:sz w:val="20"/>
        </w:rPr>
        <w:t>4:40  aur hamare andar objective thinking paida kar. ya as it is thinking paida kar.</w:t>
      </w:r>
    </w:p>
    <w:p>
      <w:pPr>
        <w:pStyle w:val="Heading2"/>
      </w:pPr>
      <w:r>
        <w:t>Hadith on not claiming full Ramadan fast</w:t>
      </w:r>
    </w:p>
    <w:p>
      <w:r>
        <w:rPr>
          <w:color w:val="666666"/>
          <w:sz w:val="18"/>
        </w:rPr>
        <w:t>Ramadan and The Quran | October 14, 2005 | Maulana Wahiduddin Khan · 30s · at 26:11 · https://youtu.be/wi4PL1CwY7w?t=1571</w:t>
      </w:r>
    </w:p>
    <w:p>
      <w:r>
        <w:rPr>
          <w:i/>
        </w:rPr>
        <w:t>“Ek hadees hai ke la yaqul ahadukum summa ramadan in kull”</w:t>
      </w:r>
    </w:p>
    <w:p>
      <w:r>
        <w:rPr>
          <w:sz w:val="20"/>
        </w:rPr>
        <w:t>26:11  an kull. yeh bohat hi ajeeb baat hai. is ko aap ghor se suniye. rasool Allah ne farmaya ke tum mein se koi shakhs hargiz aisa na kare ke woh yeh kahe ke maine poore ramzan ke roze rakh liye. bari sochne ki baat hai. yeh sahi hadith hai ke aap ne farmaya ke tum mein se koi shakhs hargiz aisa na kare yeh kahe ke maine to ramzan ke sare roze rakh liye. is ko samaj</w:t>
      </w:r>
    </w:p>
    <w:p>
      <w:pPr>
        <w:pStyle w:val="Heading2"/>
      </w:pPr>
      <w:r>
        <w:t>contentment is the biggest principle of life, taught by Ramadan</w:t>
      </w:r>
    </w:p>
    <w:p>
      <w:r>
        <w:rPr>
          <w:color w:val="666666"/>
          <w:sz w:val="18"/>
        </w:rPr>
        <w:t>Roza A Spiritual Jihad August 28, 2011 Maulana Wahiduddin Khan · 31s · at 31:39 · https://youtu.be/7Xc_Fl6z5xU?t=1899</w:t>
      </w:r>
    </w:p>
    <w:p>
      <w:r>
        <w:rPr>
          <w:i/>
        </w:rPr>
        <w:t>“Life's biggest principle is contentment, and Ramadan trains it”</w:t>
      </w:r>
    </w:p>
    <w:p>
      <w:r>
        <w:rPr>
          <w:sz w:val="20"/>
        </w:rPr>
        <w:t>31:39  to khulasa yeh hai ke sab se,</w:t>
      </w:r>
      <w:r>
        <w:br/>
      </w:r>
      <w:r>
        <w:rPr>
          <w:sz w:val="20"/>
        </w:rPr>
        <w:t>31:44  sab se bara usool zindagi ka qanaat hai, contentment. aur ramzan isi ki tarbiyat hai: kam par razi hona.</w:t>
      </w:r>
      <w:r>
        <w:br/>
      </w:r>
      <w:r>
        <w:rPr>
          <w:sz w:val="20"/>
        </w:rPr>
        <w:t>32:00  kam par razi hone ka matlab kya hai? jo possible ho, us par razi hona. kyunke possible to kam hi to possible hai. yahan</w:t>
      </w:r>
    </w:p>
    <w:p>
      <w:pPr>
        <w:pStyle w:val="Heading2"/>
      </w:pPr>
      <w:r>
        <w:t>Pomegranate analogy for prayer form and essence</w:t>
      </w:r>
    </w:p>
    <w:p>
      <w:r>
        <w:rPr>
          <w:color w:val="666666"/>
          <w:sz w:val="18"/>
        </w:rPr>
        <w:t>Aspects of Quran &amp; Hadith in Islam (English) | March 20, 2007 | Maulana Wahiduddin Khan · 30s · at 19:37 · https://youtu.be/CJd5YVgHP9k?t=1177</w:t>
      </w:r>
    </w:p>
    <w:p>
      <w:r>
        <w:rPr>
          <w:i/>
        </w:rPr>
        <w:t>“When you buy a pomegranate, what do you buy it for?”</w:t>
      </w:r>
    </w:p>
    <w:p>
      <w:r>
        <w:rPr>
          <w:sz w:val="20"/>
        </w:rPr>
        <w:t>19:37  yeh waqia hai ke namaz ka ek form hai, namaz ka ek form hai, lekin us ki haqeeqat hai. maslan anar ko lijiye, anar jab aap kharidte hain to kis liye kharidte hain? is ka zahir hai ke chhilka hai, mota sa bohat, lekin chhilke ke liye to nahi kharidte aap. is ke andar jo daane hain, us ke liye kharidte hain. to anar ka chhilka is ka form hai, aur is ke andar jo daane hain, woh is ka</w:t>
      </w:r>
    </w:p>
    <w:p>
      <w:pPr>
        <w:pStyle w:val="Heading2"/>
      </w:pPr>
      <w:r>
        <w:t>Fasting as training in self-discipline</w:t>
      </w:r>
    </w:p>
    <w:p>
      <w:r>
        <w:rPr>
          <w:color w:val="666666"/>
          <w:sz w:val="18"/>
        </w:rPr>
        <w:t>In Conversation with Maulana Wahiduddin Khan on Ramadan · 27s · at 5:52 · https://youtu.be/CFsdIL4yWQg?t=352</w:t>
      </w:r>
    </w:p>
    <w:p>
      <w:r>
        <w:rPr>
          <w:i/>
        </w:rPr>
        <w:t>“Roza ka rukne ki tarbiyat hai”</w:t>
      </w:r>
    </w:p>
    <w:p>
      <w:r>
        <w:rPr>
          <w:sz w:val="20"/>
        </w:rPr>
        <w:t>5:52  roze ka rukne ki tarbiyat hai. aap yun keh sakte hain doosre lafzon mein ke yeh self discipline ki tarbiyat hai.</w:t>
      </w:r>
      <w:r>
        <w:br/>
      </w:r>
      <w:r>
        <w:rPr>
          <w:sz w:val="20"/>
        </w:rPr>
        <w:t>6:03  apne aap ko nazm mein rakhna, discipline mein rakhna. to self discipline ya self control ki tarbiyat hai roza.</w:t>
      </w:r>
      <w:r>
        <w:br/>
      </w:r>
      <w:r>
        <w:rPr>
          <w:sz w:val="20"/>
        </w:rPr>
        <w:t>6:14  aur zindagi mein bohat ziyada ahmiyat hai self discipline ki.</w:t>
      </w:r>
    </w:p>
    <w:p>
      <w:pPr>
        <w:pStyle w:val="Heading2"/>
      </w:pPr>
      <w:r>
        <w:t>Self control of a believer</w:t>
      </w:r>
    </w:p>
    <w:p>
      <w:r>
        <w:rPr>
          <w:color w:val="666666"/>
          <w:sz w:val="18"/>
        </w:rPr>
        <w:t>Five Pillars of Islam - Part- II (English) February 22, 2025 Dr. Rajat Malhotra · 22s · at 43:19 · https://youtu.be/fGlUbxcL7fQ?t=2599</w:t>
      </w:r>
    </w:p>
    <w:p>
      <w:r>
        <w:rPr>
          <w:i/>
        </w:rPr>
        <w:t>“Believer is like a tethered horse”</w:t>
      </w:r>
    </w:p>
    <w:p>
      <w:r>
        <w:rPr>
          <w:sz w:val="20"/>
        </w:rPr>
        <w:t>43:19  Ek bahut achhi hadith jo is cheez ko reflect karti hai ke rasool ne momin ko bandhe hue ghode ke saman bataya ke a believer is like a tethered horse. It can only move about as much as the rope allows. So, in that sense, you have to bring in discipline in, in your, in your life.</w:t>
      </w:r>
      <w:r>
        <w:br/>
      </w:r>
      <w:r>
        <w:rPr>
          <w:sz w:val="20"/>
        </w:rPr>
        <w:t>43:41  And thirty days, you know, psychologically speaking also, there are studies that, kisi bhi habit ko to make it as part of your personality, you need thirty days. If you, spend thirty days sincerely, it becomes part of your personality. The piety, the righteousness, the good thoughts, the good action, sincerity, you know, wanting to do things better for the welfare of your brothers and sisters.</w:t>
      </w:r>
    </w:p>
    <w:p>
      <w:pPr>
        <w:pStyle w:val="Heading2"/>
      </w:pPr>
      <w:r>
        <w:t>The vast gathering ground of Judgment Day</w:t>
      </w:r>
    </w:p>
    <w:p>
      <w:r>
        <w:rPr>
          <w:color w:val="666666"/>
          <w:sz w:val="18"/>
        </w:rPr>
        <w:t>Roza and The Quran August 15, 2010 · 40s · at 17:52 · https://youtu.be/Aaby-dLkPL4?t=1072</w:t>
      </w:r>
    </w:p>
    <w:p>
      <w:r>
        <w:rPr>
          <w:i/>
        </w:rPr>
        <w:t>“حشر کا میدان بہت بڑا میدان ہوگا”</w:t>
      </w:r>
    </w:p>
    <w:p>
      <w:r>
        <w:rPr>
          <w:sz w:val="20"/>
        </w:rPr>
        <w:t>17:52  to maine socha ke jo hashar ke bare mein bataya gaya hai hadithon mein woh woh isi tarah ka hai ke hashar ka maidan bohat bara maidan hoga.</w:t>
      </w:r>
      <w:r>
        <w:br/>
      </w:r>
      <w:r>
        <w:rPr>
          <w:sz w:val="20"/>
        </w:rPr>
        <w:t>18:03  saare insaan wahan ekhathe kiye jayenge. har aurat, har mard, bachcha aur boodha, badshah aur aam aadmi sab sab wahan ekhathe ho jayenge.</w:t>
      </w:r>
      <w:r>
        <w:br/>
      </w:r>
      <w:r>
        <w:rPr>
          <w:sz w:val="20"/>
        </w:rPr>
        <w:t>18:16  aur phir Allah taala ka zahoor hoga wahan farishton ke sath.</w:t>
      </w:r>
      <w:r>
        <w:br/>
      </w:r>
      <w:r>
        <w:rPr>
          <w:sz w:val="20"/>
        </w:rPr>
        <w:t>18:25  aur Allah taala saare insaan ko khitab karenge direct.</w:t>
      </w:r>
    </w:p>
    <w:p>
      <w:pPr>
        <w:pStyle w:val="Heading2"/>
      </w:pPr>
      <w:r>
        <w:t>Hajj is training and rehearsal</w:t>
      </w:r>
    </w:p>
    <w:p>
      <w:r>
        <w:rPr>
          <w:color w:val="666666"/>
          <w:sz w:val="18"/>
        </w:rPr>
        <w:t>The Spirit of Hajj | November 10, 2007 · 32s · at 7:18 · https://youtu.be/lLM-kLIlvdw?t=438</w:t>
      </w:r>
    </w:p>
    <w:p>
      <w:r>
        <w:rPr>
          <w:i/>
        </w:rPr>
        <w:t>“Hajj to ek training hai, ek rehearsal hai”</w:t>
      </w:r>
    </w:p>
    <w:p>
      <w:r>
        <w:rPr>
          <w:sz w:val="20"/>
        </w:rPr>
        <w:t>7:18  yarat kar liya to bas sawab mil gaya aap ko.</w:t>
      </w:r>
      <w:r>
        <w:br/>
      </w:r>
      <w:r>
        <w:rPr>
          <w:sz w:val="20"/>
        </w:rPr>
        <w:t>7:23  nahi, haj to ek training hai, ek rehearsal hai.</w:t>
      </w:r>
      <w:r>
        <w:br/>
      </w:r>
      <w:r>
        <w:rPr>
          <w:sz w:val="20"/>
        </w:rPr>
        <w:t>7:28  ek puri zindagi guzarna hai wahan par.</w:t>
      </w:r>
      <w:r>
        <w:br/>
      </w:r>
      <w:r>
        <w:rPr>
          <w:sz w:val="20"/>
        </w:rPr>
        <w:t>7:32  isko phir aa kar ke dohrana hai ghar par.</w:t>
      </w:r>
      <w:r>
        <w:br/>
      </w:r>
      <w:r>
        <w:rPr>
          <w:sz w:val="20"/>
        </w:rPr>
        <w:t>7:37  main aap ko ek misaal deta hoon.</w:t>
      </w:r>
      <w:r>
        <w:br/>
      </w:r>
      <w:r>
        <w:rPr>
          <w:sz w:val="20"/>
        </w:rPr>
        <w:t>7:42  dekhein, Rasool Allah Sal Allah o Alaihe Wasallam ne ek hi baar baqayda haj kiya tha, jis ko hum</w:t>
      </w:r>
      <w:r>
        <w:br/>
      </w:r>
      <w:r>
        <w:rPr>
          <w:sz w:val="20"/>
        </w:rPr>
        <w:t>7:46  kehte hain "Hajjat-ul-Wida".</w:t>
      </w:r>
    </w:p>
    <w:p>
      <w:pPr>
        <w:pStyle w:val="Heading2"/>
      </w:pPr>
      <w:r>
        <w:t>Negative thoughts and planning must be given up</w:t>
      </w:r>
    </w:p>
    <w:p>
      <w:r>
        <w:rPr>
          <w:color w:val="666666"/>
          <w:sz w:val="18"/>
        </w:rPr>
        <w:t>Adopt A Life of Fasting May 1, 2020 Maulana Wahiduddin Khan · 26s · at 6:43 · https://youtu.be/oH6_1ogi0o4?t=403</w:t>
      </w:r>
    </w:p>
    <w:p>
      <w:r>
        <w:rPr>
          <w:i/>
        </w:rPr>
        <w:t>“Negative soch bhi chhorna hai”</w:t>
      </w:r>
    </w:p>
    <w:p>
      <w:r>
        <w:rPr>
          <w:sz w:val="20"/>
        </w:rPr>
        <w:t>6:43  negative soch</w:t>
      </w:r>
      <w:r>
        <w:br/>
      </w:r>
      <w:r>
        <w:rPr>
          <w:sz w:val="20"/>
        </w:rPr>
        <w:t>6:52  bhi chhodna hai,</w:t>
      </w:r>
      <w:r>
        <w:br/>
      </w:r>
      <w:r>
        <w:rPr>
          <w:sz w:val="20"/>
        </w:rPr>
        <w:t>6:58  negative planning bhi sochna hai, chhodna hai.</w:t>
      </w:r>
    </w:p>
    <w:p>
      <w:pPr>
        <w:pStyle w:val="Heading2"/>
      </w:pPr>
      <w:r>
        <w:t>Hadith: giving never actually decreases your wealth</w:t>
      </w:r>
    </w:p>
    <w:p>
      <w:r>
        <w:rPr>
          <w:color w:val="666666"/>
          <w:sz w:val="18"/>
        </w:rPr>
        <w:t>Message of Ramadan April 9, 2023 Prof. Farida Khanam · 28s · at 29:52 · https://youtu.be/z-jsHB1vlV4?t=1792</w:t>
      </w:r>
    </w:p>
    <w:p>
      <w:r>
        <w:rPr>
          <w:i/>
        </w:rPr>
        <w:t>“It is never the case that giving decreases your wealth”</w:t>
      </w:r>
    </w:p>
    <w:p>
      <w:r>
        <w:rPr>
          <w:sz w:val="20"/>
        </w:rPr>
        <w:t>29:52  ek hadees hai ke aisa hargiz nahi hai ke agar hum tum, tum kisi ko kuch do to tumhare maal mein ghata ho jaye. balkeh aur izafa hoga. to yeh nahi sochna chahiye ke yeh doge to hamare paas kami ho jayegi.</w:t>
      </w:r>
      <w:r>
        <w:br/>
      </w:r>
      <w:r>
        <w:rPr>
          <w:sz w:val="20"/>
        </w:rPr>
        <w:t>30:20  matlab hisab paisa tha lekin woh mazdooron ko bhi theek se mazdoori nahi dete the. to do taqreeban aath das saal ke baad maine suna ke unka sab paisa khatam ho gaya. yahan tak ke unka ghar bhi bik gaya. to dene lene se barkat hoti hai. yeh samajh ke dena chahiye duniya mein bhi barkat aur aakhirat mein woh ek reward hai. to hai hadees ke mutabiq al khalq aal Allah. The creation is god's family.</w:t>
      </w:r>
    </w:p>
    <w:p>
      <w:pPr>
        <w:pStyle w:val="Heading2"/>
      </w:pPr>
      <w:r>
        <w:t>Resolve to stay on the straight path</w:t>
      </w:r>
    </w:p>
    <w:p>
      <w:r>
        <w:rPr>
          <w:color w:val="666666"/>
          <w:sz w:val="18"/>
        </w:rPr>
        <w:t>CPS Women Interaction 4 April 30, 2022 · 28s · at 12:40 · https://youtu.be/O8DWIk3naCQ?t=760</w:t>
      </w:r>
    </w:p>
    <w:p>
      <w:r>
        <w:rPr>
          <w:i/>
        </w:rPr>
        <w:t>“Is Ramzan Muslimon ko yeh azm karna chahiye”</w:t>
      </w:r>
    </w:p>
    <w:p>
      <w:r>
        <w:rPr>
          <w:sz w:val="20"/>
        </w:rPr>
        <w:t>12:40  to is ramzan mujhe lagta hai ke hum muslim musalmanon ko yeh azm karna chahiye kya? apne ko sahi raaste par rakhein, apne aap ko deviations se bachayein aur sirate mustaqeem par qaim rahein aur sacchi tauba karein aur positive planning karein. bohat zyada positivity ki zaroorat hai. yahi hamesha Maulana sahab ki naseehat rahi hai Maulana hum logon ke liye aur yahi meri rediscovery hui is ramzan mein.</w:t>
      </w:r>
      <w:r>
        <w:br/>
      </w:r>
      <w:r>
        <w:rPr>
          <w:sz w:val="20"/>
        </w:rPr>
        <w:t>13:08  iske baad ek chhota sa spiritual experience bhi share karna chahungi jo mujhe ramzan mein hi hua. sehri ke baad aksar elaan hote hain, sehri ke dauran elaan hote rehte hain ke waqt kam ho gaya hai, khatm hone wala hai, khatm hone wala hai. to is tarah ka elaan masjid se hua to yeh waqt khatm hone wala hai.</w:t>
      </w:r>
    </w:p>
    <w:p>
      <w:pPr>
        <w:pStyle w:val="Heading2"/>
      </w:pPr>
      <w:r>
        <w:t>Sufi heresy claiming God merges into the worshiper</w:t>
      </w:r>
    </w:p>
    <w:p>
      <w:r>
        <w:rPr>
          <w:color w:val="666666"/>
          <w:sz w:val="18"/>
        </w:rPr>
        <w:t>Tasawwuf Tajdeed-e-Deen Book by Maulana Wahiduddin Khan · 29s · at 3:00 · https://youtu.be/65H0szmbebY?t=180</w:t>
      </w:r>
    </w:p>
    <w:p>
      <w:r>
        <w:rPr>
          <w:i/>
        </w:rPr>
        <w:t>“At the soul's final stage, they claim, God enters the seeker”</w:t>
      </w:r>
    </w:p>
    <w:p>
      <w:r>
        <w:rPr>
          <w:sz w:val="20"/>
        </w:rPr>
        <w:t>3:00  is waqt bande aur khuda mein koi farq baqi nahi rehta, hatta ke us ke liye yeh kehna sahi ho jata hai ke "هو أنا وأنا هو"۔</w:t>
      </w:r>
      <w:r>
        <w:br/>
      </w:r>
      <w:r>
        <w:rPr>
          <w:sz w:val="20"/>
        </w:rPr>
        <w:t>3:09  woh main hoon, main woh hoon.</w:t>
      </w:r>
      <w:r>
        <w:br/>
      </w:r>
      <w:r>
        <w:rPr>
          <w:sz w:val="20"/>
        </w:rPr>
        <w:t>3:12  isi tarah wahdat ul wajood ka nazariya jis ke tehat abu hussain al-hallaj ne kaha tha: "ما فی الجبت الا اللہ"۔ chunache ulama ne un ke irtidad ka fatwa diya aur woh muttadir ki khilafat mein 301 hijri mein qatl kar diye gaye the.</w:t>
      </w:r>
    </w:p>
    <w:p>
      <w:pPr>
        <w:pStyle w:val="Heading2"/>
      </w:pPr>
      <w:r>
        <w:t>Introducing today's topic: the spirit of fasting</w:t>
      </w:r>
    </w:p>
    <w:p>
      <w:r>
        <w:rPr>
          <w:color w:val="666666"/>
          <w:sz w:val="18"/>
        </w:rPr>
        <w:t>The Spirit of Roza Sept 7, 2008 · 20s · at 0:38 · https://youtu.be/C9G1oBdqoKk?t=38</w:t>
      </w:r>
    </w:p>
    <w:p>
      <w:r>
        <w:rPr>
          <w:i/>
        </w:rPr>
        <w:t>“Aaj ka topic hai... The Spirit of Roza”</w:t>
      </w:r>
    </w:p>
    <w:p>
      <w:r>
        <w:rPr>
          <w:sz w:val="20"/>
        </w:rPr>
        <w:t>0:38  aaj ka</w:t>
      </w:r>
      <w:r>
        <w:br/>
      </w:r>
      <w:r>
        <w:rPr>
          <w:sz w:val="20"/>
        </w:rPr>
        <w:t>0:41  jo topic hai</w:t>
      </w:r>
      <w:r>
        <w:br/>
      </w:r>
      <w:r>
        <w:rPr>
          <w:sz w:val="20"/>
        </w:rPr>
        <w:t>0:45  wo hai</w:t>
      </w:r>
      <w:r>
        <w:br/>
      </w:r>
      <w:r>
        <w:rPr>
          <w:sz w:val="20"/>
        </w:rPr>
        <w:t>0:48  "the spirit of roza". roza ki spirit.</w:t>
      </w:r>
    </w:p>
    <w:p>
      <w:pPr>
        <w:pStyle w:val="Heading2"/>
      </w:pPr>
      <w:r>
        <w:t>Ihram symbolizes simplicity and devotion</w:t>
      </w:r>
    </w:p>
    <w:p>
      <w:r>
        <w:rPr>
          <w:color w:val="666666"/>
          <w:sz w:val="18"/>
        </w:rPr>
        <w:t>Hajj and Its Application in Daily Life October 20, 2007 Maulana Wahiduddin Khan · 28s · at 16:27 · https://youtu.be/z_FspKZhl5s?t=987</w:t>
      </w:r>
    </w:p>
    <w:p>
      <w:r>
        <w:rPr>
          <w:i/>
        </w:rPr>
        <w:t>“Ihram is a symbol of simplicity.”</w:t>
      </w:r>
    </w:p>
    <w:p>
      <w:r>
        <w:rPr>
          <w:sz w:val="20"/>
        </w:rPr>
        <w:t>16:27  So ihram is a symbol of simplicity. Ihram is a symbol of simplicity. Ihram is a symbol of total devotion.</w:t>
      </w:r>
      <w:r>
        <w:br/>
      </w:r>
      <w:r>
        <w:rPr>
          <w:sz w:val="20"/>
        </w:rPr>
        <w:t>16:39  You know,</w:t>
      </w:r>
      <w:r>
        <w:br/>
      </w:r>
      <w:r>
        <w:rPr>
          <w:sz w:val="20"/>
        </w:rPr>
        <w:t>16:43  total devotion is required in Islam and simplicity is only a symbol of this kind of total devotion.</w:t>
      </w:r>
    </w:p>
    <w:p>
      <w:pPr>
        <w:pStyle w:val="Heading2"/>
      </w:pPr>
      <w:r>
        <w:t>Simple life dedicated to God's mission</w:t>
      </w:r>
    </w:p>
    <w:p>
      <w:r>
        <w:rPr>
          <w:color w:val="666666"/>
          <w:sz w:val="18"/>
        </w:rPr>
        <w:t>The Spirit of Hajj | November 10, 2007 · 30s · at 39:22 · https://youtu.be/lLM-kLIlvdw?t=2362</w:t>
      </w:r>
    </w:p>
    <w:p>
      <w:r>
        <w:rPr>
          <w:i/>
        </w:rPr>
        <w:t>“Meri zindagi bilkul simple hogi”</w:t>
      </w:r>
    </w:p>
    <w:p>
      <w:r>
        <w:rPr>
          <w:sz w:val="20"/>
        </w:rPr>
        <w:t>39:22  meri zindagi bilkul simple hogi. bilkul simple.</w:t>
      </w:r>
      <w:r>
        <w:br/>
      </w:r>
      <w:r>
        <w:rPr>
          <w:sz w:val="20"/>
        </w:rPr>
        <w:t>39:27  aur main jo kuch mere paas hai, us ko lagaunga main tere mission mein.</w:t>
      </w:r>
      <w:r>
        <w:br/>
      </w:r>
      <w:r>
        <w:rPr>
          <w:sz w:val="20"/>
        </w:rPr>
        <w:t>39:32  chahe lot kar ke aap ehraam jaisa kapda na bhi pehne, tab bhi ehraam ki spirit aap ki</w:t>
      </w:r>
      <w:r>
        <w:br/>
      </w:r>
      <w:r>
        <w:rPr>
          <w:sz w:val="20"/>
        </w:rPr>
        <w:t>39:37  zindagi mein shamil ho jana chahiye.</w:t>
      </w:r>
      <w:r>
        <w:br/>
      </w:r>
      <w:r>
        <w:rPr>
          <w:sz w:val="20"/>
        </w:rPr>
        <w:t>39:42  yani ek hai ehram ka jaisa kapra.</w:t>
      </w:r>
      <w:r>
        <w:br/>
      </w:r>
      <w:r>
        <w:rPr>
          <w:sz w:val="20"/>
        </w:rPr>
        <w:t>39:47  ehram ka jaisa</w:t>
      </w:r>
    </w:p>
    <w:p>
      <w:pPr>
        <w:pStyle w:val="Heading2"/>
      </w:pPr>
      <w:r>
        <w:t>Unanswered prayer redirected his mission for the better</w:t>
      </w:r>
    </w:p>
    <w:p>
      <w:r>
        <w:rPr>
          <w:color w:val="666666"/>
          <w:sz w:val="18"/>
        </w:rPr>
        <w:t>The Importance of Dua December 15, 2006 · 41s · at 28:51 · https://youtu.be/u4cSEoh_mfY?t=1731</w:t>
      </w:r>
    </w:p>
    <w:p>
      <w:r>
        <w:rPr>
          <w:i/>
        </w:rPr>
        <w:t>“Had my prayer been granted, I'd have stayed stuck”</w:t>
      </w:r>
    </w:p>
    <w:p>
      <w:r>
        <w:rPr>
          <w:sz w:val="20"/>
        </w:rPr>
        <w:t>28:51  ab poori insan, poori humanity mere samne hai. poori insaniyat ko le kar mein sochta hoon. to is zamane mein jo duaen mein karta tha, agar woh qabool ho gayin hotin to kya hota?</w:t>
      </w:r>
      <w:r>
        <w:br/>
      </w:r>
      <w:r>
        <w:rPr>
          <w:sz w:val="20"/>
        </w:rPr>
        <w:t>29:08  mein wohin ke wohin pada rehta. yani muslim oriented mission rehta mera, jaisa ke tha pehle. lekin qabool na ho kar ke khuda ne mor diya mere kaam ko.</w:t>
      </w:r>
      <w:r>
        <w:br/>
      </w:r>
      <w:r>
        <w:rPr>
          <w:sz w:val="20"/>
        </w:rPr>
        <w:t>29:22  muslim oriented mission ko insan oriented mission bana diya. yani is ko yoon samajh lete hain ke prophetic mission bana diya.</w:t>
      </w:r>
      <w:r>
        <w:br/>
      </w:r>
      <w:r>
        <w:rPr>
          <w:sz w:val="20"/>
        </w:rPr>
        <w:t>29:33  pehle woh milli mission tha, muslim mission tha.</w:t>
      </w:r>
    </w:p>
    <w:p>
      <w:pPr>
        <w:pStyle w:val="Heading2"/>
      </w:pPr>
      <w:r>
        <w:t>Satan has no power to force sin</w:t>
      </w:r>
    </w:p>
    <w:p>
      <w:r>
        <w:rPr>
          <w:color w:val="666666"/>
          <w:sz w:val="18"/>
        </w:rPr>
        <w:t>Soulful Ramadan Inspiring Duas and Hadiths</w:t>
        <w:br/>
        <w:t>March 10, 2024 · 38s · at 13:26 · https://youtu.be/ZXO-tq7pyQA?t=806</w:t>
      </w:r>
    </w:p>
    <w:p>
      <w:r>
        <w:rPr>
          <w:i/>
        </w:rPr>
        <w:t>“Satan has no power over My righteous servants”</w:t>
      </w:r>
    </w:p>
    <w:p>
      <w:r>
        <w:rPr>
          <w:sz w:val="20"/>
        </w:rPr>
        <w:t>13:26  to shaitan ka kaam yeh hai ki woh bure amal ko, bure kaam ko beautify karke dikhaye. aur to phir aadmi uske peeche daud, daud padta hai. aur isi liye quran mein aata hai, "inna ibadaa-ti illal ghawiyyun," yaani jo mere nek bande honge, allah taala farmata hai,</w:t>
      </w:r>
      <w:r>
        <w:br/>
      </w:r>
      <w:r>
        <w:rPr>
          <w:sz w:val="20"/>
        </w:rPr>
        <w:t>13:45  woh un par koi asar nahi hoga tumhara. sirf woh log asar andaaz honge jo tumhare peeche chal, chal pade.</w:t>
      </w:r>
      <w:r>
        <w:br/>
      </w:r>
      <w:r>
        <w:rPr>
          <w:sz w:val="20"/>
        </w:rPr>
        <w:t>13:53  to yeh a, yaani koi a shaitan ke paas koi power nahi hai ki hamein zabardasti humse koi bura kaam kara de. hum, wo to hum khud usse mu</w:t>
      </w:r>
    </w:p>
    <w:p>
      <w:pPr>
        <w:pStyle w:val="Heading2"/>
      </w:pPr>
      <w:r>
        <w:t>touching the Black Stone feels like touching God's hand</w:t>
      </w:r>
    </w:p>
    <w:p>
      <w:r>
        <w:rPr>
          <w:color w:val="666666"/>
          <w:sz w:val="18"/>
        </w:rPr>
        <w:t>The Spirit of Hajj June 25, 2023 · 19s · at 15:14 · https://youtu.be/q5IqRKE3t9E?t=914</w:t>
      </w:r>
    </w:p>
    <w:p>
      <w:r>
        <w:rPr>
          <w:i/>
        </w:rPr>
        <w:t>“It feels as if he has received the hand of God”</w:t>
      </w:r>
    </w:p>
    <w:p>
      <w:r>
        <w:rPr>
          <w:sz w:val="20"/>
        </w:rPr>
        <w:t>15:14  phir jab hazrat aswad milta hai usko, to usko lagta hai ke jaise usko khuda ka hath mil gaya hai aur woh khuda se jo kuch mangna chahta hai woh mang raha hai. khuda se duaein kar raha hai. khuda se bakhshish ki duaein kar raha hai. to isi tarah se sahi hai. khuda ke liye daud dhoop kar raha hai.</w:t>
      </w:r>
      <w:r>
        <w:br/>
      </w:r>
      <w:r>
        <w:rPr>
          <w:sz w:val="20"/>
        </w:rPr>
        <w:t>15:33  ramy jimar jo hai stoning to woh jab kankri marta hai wahan jo bana hua hai pillar kyunke wahan par hazrat ibrahim ko shaitan ne bhekaya tha. to woh asal mein woh pillar woh shaitan to hai nahi woh to symbolic hai sab kuch. to matlab hai ke hum apni desires ko khatam karenge aur apne aap ko khuda ke hawale kar denge.</w:t>
      </w:r>
    </w:p>
    <w:p>
      <w:pPr>
        <w:pStyle w:val="Heading2"/>
      </w:pPr>
      <w:r>
        <w:t>Hajj is a journey to God</w:t>
      </w:r>
    </w:p>
    <w:p>
      <w:r>
        <w:rPr>
          <w:color w:val="666666"/>
          <w:sz w:val="18"/>
        </w:rPr>
        <w:t>The Universal Message of Hajj May 25, 2025 · 37s · at 5:21 · https://youtu.be/dr_sfN8NMzQ?t=321</w:t>
      </w:r>
    </w:p>
    <w:p>
      <w:r>
        <w:rPr>
          <w:i/>
        </w:rPr>
        <w:t>“Hajj ka safar khuda ki taraf safar hai”</w:t>
      </w:r>
    </w:p>
    <w:p>
      <w:r>
        <w:rPr>
          <w:sz w:val="20"/>
        </w:rPr>
        <w:t>5:21  jaisa ke molana ne apni kitaab "haqeeqat e haj" mein likha hai, haj ka safar Khuda ki taraf safar hai. haj Allah taala se mulaqaat hai.</w:t>
      </w:r>
      <w:r>
        <w:br/>
      </w:r>
      <w:r>
        <w:rPr>
          <w:sz w:val="20"/>
        </w:rPr>
        <w:t>5:31  doosri ibaadaten Allah taala ki yaad hain, jab ke haj goya khud Allah taala tak pahunch jaane ki koshish hai.</w:t>
      </w:r>
      <w:r>
        <w:br/>
      </w:r>
      <w:r>
        <w:rPr>
          <w:sz w:val="20"/>
        </w:rPr>
        <w:t>5:42  molana likhte hain Al-Risala February ninety seven mein . woh haji jo na sirf dhul hijjah ka haji ho balkeh poori umar aur poori zindagi ka haji ban jaye to aisa hi haj Allah taala ke haan qabil e qabool hoga.</w:t>
      </w:r>
    </w:p>
    <w:p>
      <w:pPr>
        <w:pStyle w:val="Heading2"/>
      </w:pPr>
      <w:r>
        <w:t>patience as the soil where dua grows</w:t>
      </w:r>
    </w:p>
    <w:p>
      <w:r>
        <w:rPr>
          <w:color w:val="666666"/>
          <w:sz w:val="18"/>
        </w:rPr>
        <w:t>Soulful Ramadan Inspiring Duas and Hadiths</w:t>
        <w:br/>
        <w:t>March 10, 2024 · 27s · at 42:10 · https://youtu.be/ZXO-tq7pyQA?t=2530</w:t>
      </w:r>
    </w:p>
    <w:p>
      <w:r>
        <w:rPr>
          <w:i/>
        </w:rPr>
        <w:t>“Patience is the ground on which the blessed tree of dua grows”</w:t>
      </w:r>
    </w:p>
    <w:p>
      <w:r>
        <w:rPr>
          <w:sz w:val="20"/>
        </w:rPr>
        <w:t>42:10  uske andar sabr aata hai aur sabr ke baare mein hi doctor sahab maulana ne bada achha likha hai ki "patience is the ground on which the blessed tree of dua grows" aur tabhi insaan ke zuban se woh sab duayein nikalti hain, which go straight straight to to god almighty. to jo spirit hai, wahi sahi hai. doctor sahab, mashaallah, bahut achhe se aapne kai sawalon ka, doctor sahab, bahut achhe se spiritual jawab diya.</w:t>
      </w:r>
    </w:p>
    <w:p>
      <w:pPr>
        <w:pStyle w:val="Heading2"/>
      </w:pPr>
      <w:r>
        <w:t>thinking itself is an act of worship</w:t>
      </w:r>
    </w:p>
    <w:p>
      <w:r>
        <w:rPr>
          <w:color w:val="666666"/>
          <w:sz w:val="18"/>
        </w:rPr>
        <w:t>Ramadan The Month of Fasting August 29, 2008 Maulana Wahiduddin Khan · 44s · at 51:59 · https://youtu.be/DcDEAI5bgAg?t=3119</w:t>
      </w:r>
    </w:p>
    <w:p>
      <w:r>
        <w:rPr>
          <w:i/>
        </w:rPr>
        <w:t>“Remember: thinking itself is an act of worship”</w:t>
      </w:r>
    </w:p>
    <w:p>
      <w:r>
        <w:rPr>
          <w:sz w:val="20"/>
        </w:rPr>
        <w:t>51:59  aham baat hai aur is ko bohat zyada sochna chahiye. yaad rakhiye, sochna khud ek ibadat hai.</w:t>
      </w:r>
      <w:r>
        <w:br/>
      </w:r>
      <w:r>
        <w:rPr>
          <w:sz w:val="20"/>
        </w:rPr>
        <w:t>52:08  kisi bhi cheez par aap sochte hain, tabhi aap is ke andar chupi hui baaton ko pakad paate hain. na socha to kuch bhi samajh mein nahi aayega.</w:t>
      </w:r>
      <w:r>
        <w:br/>
      </w:r>
      <w:r>
        <w:rPr>
          <w:sz w:val="20"/>
        </w:rPr>
        <w:t>52:19  chahe roza ho ya doosri ibadaten hon, to har cheez par sochna hai.</w:t>
      </w:r>
      <w:r>
        <w:br/>
      </w:r>
      <w:r>
        <w:rPr>
          <w:sz w:val="20"/>
        </w:rPr>
        <w:t>52:29  har cheez par sochna hai.</w:t>
      </w:r>
      <w:r>
        <w:br/>
      </w:r>
      <w:r>
        <w:rPr>
          <w:sz w:val="20"/>
        </w:rPr>
        <w:t>52:32  jaise ek sahabi the, to un ke bare mein kisi ne poocha un ki ahliya se ke un ki khas ibadat kya thi. unhon ne kaha, "التفکر والاعتبار".</w:t>
      </w:r>
    </w:p>
    <w:p>
      <w:pPr>
        <w:pStyle w:val="Heading2"/>
      </w:pPr>
      <w:r>
        <w:t>If I do it, the work will happen</w:t>
      </w:r>
    </w:p>
    <w:p>
      <w:r>
        <w:rPr>
          <w:color w:val="666666"/>
          <w:sz w:val="18"/>
        </w:rPr>
        <w:t>Q&amp;A 19 Feb 2012 Maulana Wahiduddin Khan · 37s · at 31:03 · https://youtu.be/ZJlQ-Ue_PhY?t=1863</w:t>
      </w:r>
    </w:p>
    <w:p>
      <w:r>
        <w:rPr>
          <w:i/>
        </w:rPr>
        <w:t>“Maine kiya to hoga kaam”</w:t>
      </w:r>
    </w:p>
    <w:p>
      <w:r>
        <w:rPr>
          <w:sz w:val="20"/>
        </w:rPr>
        <w:t>31:03  aadmi ki, ke maine kiya, to hoga kaam nahi, to kaam hi nahi hoga. yeh isse aapko, yaani aapke andar bahut bast motivation aata hai, bahut-bahut incentive aata hai, bahut-bahut muharrik aata hai.</w:t>
      </w:r>
      <w:r>
        <w:br/>
      </w:r>
      <w:r>
        <w:rPr>
          <w:sz w:val="20"/>
        </w:rPr>
        <w:t>31:22  kiya to maane, kiya to kaam hoga. maane nahi kiya, to kaam hi nahi hoga. is hadees ka matlab yahi hai. to yeh to bahut achha jazba hai, aur har daai ke andar yeh jazba hona chahiye.</w:t>
      </w:r>
    </w:p>
    <w:p>
      <w:pPr>
        <w:pStyle w:val="Heading2"/>
      </w:pPr>
      <w:r>
        <w:t>The greatest prayer is not ritualistic</w:t>
      </w:r>
    </w:p>
    <w:p>
      <w:r>
        <w:rPr>
          <w:color w:val="666666"/>
          <w:sz w:val="18"/>
        </w:rPr>
        <w:t>What is Dua April 26, 2009 · 33s · at 12:30 · https://youtu.be/ROQR2zNew1I?t=750</w:t>
      </w:r>
    </w:p>
    <w:p>
      <w:r>
        <w:rPr>
          <w:i/>
        </w:rPr>
        <w:t>“Sab se badi dua kya hai?”</w:t>
      </w:r>
    </w:p>
    <w:p>
      <w:r>
        <w:rPr>
          <w:sz w:val="20"/>
        </w:rPr>
        <w:t>12:30  sab se bari dua kya hai?</w:t>
      </w:r>
      <w:r>
        <w:br/>
      </w:r>
      <w:r>
        <w:rPr>
          <w:sz w:val="20"/>
        </w:rPr>
        <w:t>12:33  yeh sochiye ke sab se bari dua kya ho sakti hai? is ke baray mein log anokhe logon ki soch, khayalat hain, anokhi baat hai.</w:t>
      </w:r>
      <w:r>
        <w:br/>
      </w:r>
      <w:r>
        <w:rPr>
          <w:sz w:val="20"/>
        </w:rPr>
        <w:t>12:43  sab se bari dua samajhte hain ke falan hazrat se dua kara li jaye, falan dargah mein ja kar dua kara li jaye, falan kuch khaas tarah ke shabd hain, is ko parh diya jaye to sab se bari dua ho jayegi.</w:t>
      </w:r>
      <w:r>
        <w:br/>
      </w:r>
      <w:r>
        <w:rPr>
          <w:sz w:val="20"/>
        </w:rPr>
        <w:t>12:59  yeh sab bilkul bogus baatein hain.</w:t>
      </w:r>
    </w:p>
    <w:p>
      <w:pPr>
        <w:pStyle w:val="Heading2"/>
      </w:pPr>
      <w:r>
        <w:t>Prepared mind catches signs like a magnet</w:t>
      </w:r>
    </w:p>
    <w:p>
      <w:r>
        <w:rPr>
          <w:color w:val="666666"/>
          <w:sz w:val="18"/>
        </w:rPr>
        <w:t>Remembrance of God December 30, 2017 · 22s · at 4:24 · https://youtu.be/EAlfS5kuHfA?t=264</w:t>
      </w:r>
    </w:p>
    <w:p>
      <w:r>
        <w:rPr>
          <w:i/>
        </w:rPr>
        <w:t>“Tayyar zehen just like magnet hota hai”</w:t>
      </w:r>
    </w:p>
    <w:p>
      <w:r>
        <w:rPr>
          <w:sz w:val="20"/>
        </w:rPr>
        <w:t>4:24  tiyar zehen. to tiyar zehen jo hota hai, woh just like magnet hota hai. ke jahan lohay ka tukra hoga, magnet foran pakar lega.</w:t>
      </w:r>
      <w:r>
        <w:br/>
      </w:r>
      <w:r>
        <w:rPr>
          <w:sz w:val="20"/>
        </w:rPr>
        <w:t>4:41  is mein dair nahi karta pakarne mein.</w:t>
      </w:r>
    </w:p>
    <w:p>
      <w:pPr>
        <w:pStyle w:val="Heading2"/>
      </w:pPr>
      <w:r>
        <w:t>Gratitude (shukr) is Islam's greatest worship</w:t>
      </w:r>
    </w:p>
    <w:p>
      <w:r>
        <w:rPr>
          <w:color w:val="666666"/>
          <w:sz w:val="18"/>
        </w:rPr>
        <w:t>The Spirit Hajj December 10, 2006 · 42s · at 3:08 · https://youtu.be/ZpChhBy6lvU?t=188</w:t>
      </w:r>
    </w:p>
    <w:p>
      <w:r>
        <w:rPr>
          <w:i/>
        </w:rPr>
        <w:t>“Sabse badi ibadat Islam mein shukr hai”</w:t>
      </w:r>
    </w:p>
    <w:p>
      <w:r>
        <w:rPr>
          <w:sz w:val="20"/>
        </w:rPr>
        <w:t>3:08  Toh hajj ke bare mein phir baat shuru karne se pehle main ek basic baat kehna chahunga, woh yeh hai ke sab se bari ibadat Islam mein shukr hai.</w:t>
      </w:r>
      <w:r>
        <w:br/>
      </w:r>
      <w:r>
        <w:rPr>
          <w:sz w:val="20"/>
        </w:rPr>
        <w:t>3:23  Shukr ka matlab hota hai God ko acknowledge karna.</w:t>
      </w:r>
      <w:r>
        <w:br/>
      </w:r>
      <w:r>
        <w:rPr>
          <w:sz w:val="20"/>
        </w:rPr>
        <w:t>3:31  Shukr ke liye bohat acha word English mein nahi hai,</w:t>
      </w:r>
      <w:r>
        <w:br/>
      </w:r>
      <w:r>
        <w:rPr>
          <w:sz w:val="20"/>
        </w:rPr>
        <w:t>3:35  Thanksgiving koi bohat acha word nahi hai shukr ke aitbar se. Toh behal God ke level par, God ki glory ke hisab se is ko acknowledge karna yeh shukr hai,</w:t>
      </w:r>
    </w:p>
    <w:p>
      <w:pPr>
        <w:pStyle w:val="Heading2"/>
      </w:pPr>
      <w:r>
        <w:t>Hunger brings spiritual voice</w:t>
      </w:r>
    </w:p>
    <w:p>
      <w:r>
        <w:rPr>
          <w:color w:val="666666"/>
          <w:sz w:val="18"/>
        </w:rPr>
        <w:t>The Spirit of Ramadan 5 Sept, 2010 - Maulana Wahiduddin Khan · 27s · at 32:38 · https://youtu.be/2w5Tm9gWvPA?t=1958</w:t>
      </w:r>
    </w:p>
    <w:p>
      <w:r>
        <w:rPr>
          <w:i/>
        </w:rPr>
        <w:t>“Bhook se kya hota hai? Aadmi ko modesty aati hai.”</w:t>
      </w:r>
    </w:p>
    <w:p>
      <w:r>
        <w:rPr>
          <w:sz w:val="20"/>
        </w:rPr>
        <w:t>32:38  aadmi ko to modesty aati hai, ajz aata hai, helplessness aata hai, submission aata hai.</w:t>
      </w:r>
      <w:r>
        <w:br/>
      </w:r>
      <w:r>
        <w:rPr>
          <w:sz w:val="20"/>
        </w:rPr>
        <w:t>32:46  yeh sab jab aata hai to uske bolne ka andaaz badal jata hai. uske bolne mein ek ek ek darmy, ek modesty, ek tawazu, ek roohaniyat.</w:t>
      </w:r>
      <w:r>
        <w:br/>
      </w:r>
      <w:r>
        <w:rPr>
          <w:sz w:val="20"/>
        </w:rPr>
        <w:t>33:00  yani uski voice spiritual voice ban jati hai.</w:t>
      </w:r>
    </w:p>
    <w:p>
      <w:pPr>
        <w:pStyle w:val="Heading2"/>
      </w:pPr>
      <w:r>
        <w:t>responsibility matches your capacity, not more</w:t>
      </w:r>
    </w:p>
    <w:p>
      <w:r>
        <w:rPr>
          <w:color w:val="666666"/>
          <w:sz w:val="18"/>
        </w:rPr>
        <w:t>Misconceptions About Islam May 13, 2006 · 45s · at 8:57 · https://youtu.be/EQ79CIexXHY?t=537</w:t>
      </w:r>
    </w:p>
    <w:p>
      <w:r>
        <w:rPr>
          <w:i/>
        </w:rPr>
        <w:t>“Jis ki jitni capacity, utni responsibility”</w:t>
      </w:r>
    </w:p>
    <w:p>
      <w:r>
        <w:rPr>
          <w:sz w:val="20"/>
        </w:rPr>
        <w:t>8:57  yaad rakhiye, basic jo principle hai woh yeh hai Quran mein ke ittaqullah mastata'at, la yukallifullahu nafsan illa wus'aha.</w:t>
      </w:r>
      <w:r>
        <w:br/>
      </w:r>
      <w:r>
        <w:rPr>
          <w:sz w:val="20"/>
        </w:rPr>
        <w:t>9:10  is ka matlab yeh hai ke jis ki jitni capacity, utni responsibility. yaani responsibility account according to the capacity hota hai.</w:t>
      </w:r>
      <w:r>
        <w:br/>
      </w:r>
      <w:r>
        <w:rPr>
          <w:sz w:val="20"/>
        </w:rPr>
        <w:t>9:22  yeh ek bohat hi clear hai Quran majeed mein. ittaqullah mastata'at aur la yukallifullahu nafsan illa wus'aha.</w:t>
      </w:r>
      <w:r>
        <w:br/>
      </w:r>
      <w:r>
        <w:rPr>
          <w:sz w:val="20"/>
        </w:rPr>
        <w:t>9:33  to jis ki jitni bas hai, utna us par zimmedari hai. yeh nahi ke aap khwamkhwah hukoomat qaim karne ke liye jhanda uthayein aur bas mein nahi.</w:t>
      </w:r>
    </w:p>
    <w:p>
      <w:pPr>
        <w:pStyle w:val="Heading2"/>
      </w:pPr>
      <w:r>
        <w:t>A true prayer's proof isn't looking answered</w:t>
      </w:r>
    </w:p>
    <w:p>
      <w:r>
        <w:rPr>
          <w:color w:val="666666"/>
          <w:sz w:val="18"/>
        </w:rPr>
        <w:t>The Importance of Dua December 15, 2006 · 43s · at 17:37 · https://youtu.be/u4cSEoh_mfY?t=1057</w:t>
      </w:r>
    </w:p>
    <w:p>
      <w:r>
        <w:rPr>
          <w:i/>
        </w:rPr>
        <w:t>“A true dua's proof isn't that it looks accepted”</w:t>
      </w:r>
    </w:p>
    <w:p>
      <w:r>
        <w:rPr>
          <w:sz w:val="20"/>
        </w:rPr>
        <w:t>17:37  haqeeqi dua ko janne ka criterion yeh nahi hai ke dua karne wale ke nazdeek woh qabool ho gayi ho.</w:t>
      </w:r>
      <w:r>
        <w:br/>
      </w:r>
      <w:r>
        <w:rPr>
          <w:sz w:val="20"/>
        </w:rPr>
        <w:t>17:47  yaad rakhiye,</w:t>
      </w:r>
      <w:r>
        <w:br/>
      </w:r>
      <w:r>
        <w:rPr>
          <w:sz w:val="20"/>
        </w:rPr>
        <w:t>17:51  ek real dua, ek sachi dua, agar aap ki zuban se nikli hai, yeh na samjhiye ke woh aap ki samajh se qabool ho gayi ho, tab woh sachi dua hai.</w:t>
      </w:r>
      <w:r>
        <w:br/>
      </w:r>
      <w:r>
        <w:rPr>
          <w:sz w:val="20"/>
        </w:rPr>
        <w:t>18:04  kabhi yeh na samjhiye.</w:t>
      </w:r>
      <w:r>
        <w:br/>
      </w:r>
      <w:r>
        <w:rPr>
          <w:sz w:val="20"/>
        </w:rPr>
        <w:t>18:10  bilkul yeh possible hai ke aap ki samajh ke mutabiq dua qabool na hui ho, lekin woh super dua ho.</w:t>
      </w:r>
    </w:p>
    <w:p>
      <w:pPr>
        <w:pStyle w:val="Heading2"/>
      </w:pPr>
      <w:r>
        <w:t>Everything has basics and non-basics, prayer included</w:t>
      </w:r>
    </w:p>
    <w:p>
      <w:r>
        <w:rPr>
          <w:color w:val="666666"/>
          <w:sz w:val="18"/>
        </w:rPr>
        <w:t>Islam mein Fiqhi Ikhtelaf (Jurisprudential Disagreement in Islam) Maulana Wahiddudin Khan · 55s · at 16:54 · https://youtu.be/8S3yyG9KYOE?t=1014</w:t>
      </w:r>
    </w:p>
    <w:p>
      <w:r>
        <w:rPr>
          <w:i/>
        </w:rPr>
        <w:t>“In everything there are some basics, some non-basics”</w:t>
      </w:r>
    </w:p>
    <w:p>
      <w:r>
        <w:rPr>
          <w:sz w:val="20"/>
        </w:rPr>
        <w:t>16:54  har cheez mein kuch basics hote hain, kuch non basics hote hain.</w:t>
      </w:r>
      <w:r>
        <w:br/>
      </w:r>
      <w:r>
        <w:rPr>
          <w:sz w:val="20"/>
        </w:rPr>
        <w:t>16:57  jaise is kamre mein dekhiye, itne saare log baithe hue hain. ek aadmi aata hai, woh ek statement deta hai ke is kamre mein 100 aadmi baithe hue hain, suppose.</w:t>
      </w:r>
      <w:r>
        <w:br/>
      </w:r>
      <w:r>
        <w:rPr>
          <w:sz w:val="20"/>
        </w:rPr>
        <w:t>17:09  ab kya sab ke baithne ka mood ek hi hai? ab dekhiye, baith is baat mein to koi farq nahi hai ke baithe hue hain, lekin alag alag mood se baithe hue hain, alag alag dhang se baithe hue</w:t>
      </w:r>
      <w:r>
        <w:br/>
      </w:r>
      <w:r>
        <w:rPr>
          <w:sz w:val="20"/>
        </w:rPr>
        <w:t>17:22  hain. kisi ke paon phaila hua hai, kisi ke paon chimta hua hai, koi koi wall ko tek kar baitha hua hai, koi alag se baitha hua hai.</w:t>
      </w:r>
      <w:r>
        <w:br/>
      </w:r>
      <w:r>
        <w:rPr>
          <w:sz w:val="20"/>
        </w:rPr>
        <w:t>17:31  to dekhiye, ek hai baithna, ek hai baithne ka tareeqa. to baithne mein koi farq nahi hai, lekin is mein farq hai.</w:t>
      </w:r>
      <w:r>
        <w:br/>
      </w:r>
      <w:r>
        <w:rPr>
          <w:sz w:val="20"/>
        </w:rPr>
        <w:t>17:41  to is namaz mein yeh tha ke jo basics the namaz ke, woh ek the, lekin jo non basics the, us mein difference tha.</w:t>
      </w:r>
    </w:p>
    <w:p>
      <w:pPr>
        <w:pStyle w:val="Heading2"/>
      </w:pPr>
      <w:r>
        <w:t>Recommending reading own books</w:t>
      </w:r>
    </w:p>
    <w:p>
      <w:r>
        <w:rPr>
          <w:color w:val="666666"/>
          <w:sz w:val="18"/>
        </w:rPr>
        <w:t>The Method of Planning August 14, 2016 · 24s · at 57:03 · https://youtu.be/84WV8NS2VKQ?t=3423</w:t>
      </w:r>
    </w:p>
    <w:p>
      <w:r>
        <w:rPr>
          <w:i/>
        </w:rPr>
        <w:t>“So the best thing is that everyone reads your books”</w:t>
      </w:r>
    </w:p>
    <w:p>
      <w:r>
        <w:rPr>
          <w:sz w:val="20"/>
        </w:rPr>
        <w:t>57:03  So the best thing is that everybody reads your books. Maulana, agla sawal London se kiya hai Sahab Ahmed Rabani sahab ne, aur unhon ne likha hai ke Maulana sahib why are you so much bent towards your books? Are there not others whose books can hold a similar way?</w:t>
      </w:r>
      <w:r>
        <w:br/>
      </w:r>
      <w:r>
        <w:rPr>
          <w:sz w:val="20"/>
        </w:rPr>
        <w:t>57:27  bhai, bahut aasan jawab hai is ka, aap khud jaan sakte hain.</w:t>
      </w:r>
    </w:p>
    <w:p>
      <w:pPr>
        <w:pStyle w:val="Heading2"/>
      </w:pPr>
      <w:r>
        <w:t>Love analogy for why prayer forms vary</w:t>
      </w:r>
    </w:p>
    <w:p>
      <w:r>
        <w:rPr>
          <w:color w:val="666666"/>
          <w:sz w:val="18"/>
        </w:rPr>
        <w:t>The School of Fiqh in Islam (English) April 14, 2007 Maulana Wahiduddin Khan · 42s · at 28:15 · https://youtu.be/Kc-mTjI23HM?t=1695</w:t>
      </w:r>
    </w:p>
    <w:p>
      <w:r>
        <w:rPr>
          <w:i/>
        </w:rPr>
        <w:t>“Take love — if you love your friend”</w:t>
      </w:r>
    </w:p>
    <w:p>
      <w:r>
        <w:rPr>
          <w:sz w:val="20"/>
        </w:rPr>
        <w:t>28:15  for example, love, take love.</w:t>
      </w:r>
      <w:r>
        <w:br/>
      </w:r>
      <w:r>
        <w:rPr>
          <w:sz w:val="20"/>
        </w:rPr>
        <w:t>28:18  if you love your friend, then you meet your friend several time.</w:t>
      </w:r>
      <w:r>
        <w:br/>
      </w:r>
      <w:r>
        <w:rPr>
          <w:sz w:val="20"/>
        </w:rPr>
        <w:t>28:29  is it not possible to meet with your friend every time in the same manner, in term of form?</w:t>
      </w:r>
      <w:r>
        <w:br/>
      </w:r>
      <w:r>
        <w:rPr>
          <w:sz w:val="20"/>
        </w:rPr>
        <w:t>28:40  not possible, because you love your friend. love is inner spirit.</w:t>
      </w:r>
      <w:r>
        <w:br/>
      </w:r>
      <w:r>
        <w:rPr>
          <w:sz w:val="20"/>
        </w:rPr>
        <w:t>28:47  so, when this inner spirit takes the form of outer expression, there is bound to be different.</w:t>
      </w:r>
    </w:p>
    <w:p>
      <w:pPr>
        <w:pStyle w:val="Heading2"/>
      </w:pPr>
      <w:r>
        <w:t>Key to re-planning: admit I was wrong</w:t>
      </w:r>
    </w:p>
    <w:p>
      <w:r>
        <w:rPr>
          <w:color w:val="666666"/>
          <w:sz w:val="18"/>
        </w:rPr>
        <w:t>Fasting and Re-planning June 18, 2017 · 32s · at 40:26 · https://youtu.be/ekpPWHrK1DI?t=2426</w:t>
      </w:r>
    </w:p>
    <w:p>
      <w:r>
        <w:rPr>
          <w:i/>
        </w:rPr>
        <w:t>“Re-planning ka aik darwaza hai”</w:t>
      </w:r>
    </w:p>
    <w:p>
      <w:r>
        <w:rPr>
          <w:sz w:val="20"/>
        </w:rPr>
        <w:t>40:26  hai re planning ka ek darwaza hai jisko kholne ki jo kunji hai wo yeh khullam khulla</w:t>
      </w:r>
      <w:r>
        <w:br/>
      </w:r>
      <w:r>
        <w:rPr>
          <w:sz w:val="20"/>
        </w:rPr>
        <w:t>40:35  ایک کہنا I was wrong. I was wrong.</w:t>
      </w:r>
      <w:r>
        <w:br/>
      </w:r>
      <w:r>
        <w:rPr>
          <w:sz w:val="20"/>
        </w:rPr>
        <w:t>40:40  hazrat adam se ghalti hui unhon ne kaha ke i was wrong hazrat yunus se ghalti hui unhon</w:t>
      </w:r>
      <w:r>
        <w:br/>
      </w:r>
      <w:r>
        <w:rPr>
          <w:sz w:val="20"/>
        </w:rPr>
        <w:t>40:47  ne kaha ke i was wrong to dobara un ke tamam darwaze khol diye gaye</w:t>
      </w:r>
      <w:r>
        <w:br/>
      </w:r>
      <w:r>
        <w:rPr>
          <w:sz w:val="20"/>
        </w:rPr>
        <w:t>40:54  rabbana zalamna anfusana</w:t>
      </w:r>
    </w:p>
    <w:p>
      <w:pPr>
        <w:pStyle w:val="Heading2"/>
      </w:pPr>
      <w:r>
        <w:t>Arab-Israel issue as offshoot</w:t>
      </w:r>
    </w:p>
    <w:p>
      <w:r>
        <w:rPr>
          <w:color w:val="666666"/>
          <w:sz w:val="18"/>
        </w:rPr>
        <w:t>Muslims in the Modern Age, Jan 18, 2009 · 27s · at 1:16 · https://youtu.be/7zDCFtOSWSw?t=76</w:t>
      </w:r>
    </w:p>
    <w:p>
      <w:r>
        <w:rPr>
          <w:i/>
        </w:rPr>
        <w:t>“The Arab-Israel issue is only an offshoot of a greater issue”</w:t>
      </w:r>
    </w:p>
    <w:p>
      <w:r>
        <w:rPr>
          <w:sz w:val="20"/>
        </w:rPr>
        <w:t>1:16  the Arab-Israel issue is only an offshoot of a greater issue.</w:t>
      </w:r>
      <w:r>
        <w:br/>
      </w:r>
      <w:r>
        <w:rPr>
          <w:sz w:val="20"/>
        </w:rPr>
        <w:t>1:29  The Palestinian problem is only an offshoot of a greater problem. They wanted to know what is that greater problem with Muslims.</w:t>
      </w:r>
    </w:p>
    <w:p>
      <w:pPr>
        <w:pStyle w:val="Heading2"/>
      </w:pPr>
      <w:r>
        <w:t>Worship is not a reduced form of Islam</w:t>
      </w:r>
    </w:p>
    <w:p>
      <w:r>
        <w:rPr>
          <w:color w:val="666666"/>
          <w:sz w:val="18"/>
        </w:rPr>
        <w:t>Ibadat More Than Rituals December 24, 2007 Maulana Wahiduddin Khan · 20s · at 2:26 · https://youtu.be/mlWHX-zaNg8?t=146</w:t>
      </w:r>
    </w:p>
    <w:p>
      <w:r>
        <w:rPr>
          <w:i/>
        </w:rPr>
        <w:t>“Aam taur par isi tarah se samjha jata hai”</w:t>
      </w:r>
    </w:p>
    <w:p>
      <w:r>
        <w:rPr>
          <w:sz w:val="20"/>
        </w:rPr>
        <w:t>2:26  aam taur par isi tarah se samjha jata hai</w:t>
      </w:r>
      <w:r>
        <w:br/>
      </w:r>
      <w:r>
        <w:rPr>
          <w:sz w:val="20"/>
        </w:rPr>
        <w:t>2:31  lekin yeh bilkul wrong concept hai that is a reduced form of the religion of Islam</w:t>
      </w:r>
    </w:p>
    <w:p>
      <w:pPr>
        <w:pStyle w:val="Heading2"/>
      </w:pPr>
      <w:r>
        <w:t>Invitation to be God's helper</w:t>
      </w:r>
    </w:p>
    <w:p>
      <w:r>
        <w:rPr>
          <w:color w:val="666666"/>
          <w:sz w:val="18"/>
        </w:rPr>
        <w:t>Five Pillars of Islam - Part- II (English) February 22, 2025 Dr. Rajat Malhotra · 27s · at 45:42 · https://youtu.be/fGlUbxcL7fQ?t=2742</w:t>
      </w:r>
    </w:p>
    <w:p>
      <w:r>
        <w:rPr>
          <w:i/>
        </w:rPr>
        <w:t>“Believers be God's helper”</w:t>
      </w:r>
    </w:p>
    <w:p>
      <w:r>
        <w:rPr>
          <w:sz w:val="20"/>
        </w:rPr>
        <w:t>45:42  Said that if you do that, god will show mercy to you. Look at the, next, you know, this heartening, verse, believers be god's helper. Yeah, I read it so many times when the first time I read it, I said to myself, does God really need help? He is the self sustaining, he is the mighty, he is the creator.</w:t>
      </w:r>
      <w:r>
        <w:br/>
      </w:r>
      <w:r>
        <w:rPr>
          <w:sz w:val="20"/>
        </w:rPr>
        <w:t>46:09  I mean, he says be and everything, everything comes into reality. But only for this task, only for the task of conveying the message of God he's saying, be my helper. Would you not want to be noted in the book as someone who helped and supported god's cause? How can we afford not to be included in god's cause? It is phenomenal verse.</w:t>
      </w:r>
    </w:p>
    <w:p>
      <w:pPr>
        <w:pStyle w:val="Heading2"/>
      </w:pPr>
      <w:r>
        <w:t>True fasting is self-discipline</w:t>
      </w:r>
    </w:p>
    <w:p>
      <w:r>
        <w:rPr>
          <w:color w:val="666666"/>
          <w:sz w:val="18"/>
        </w:rPr>
        <w:t>Al-Risala, May 2018 · 33s · at 1:32 · https://youtu.be/VsVaccpm1ug?t=92</w:t>
      </w:r>
    </w:p>
    <w:p>
      <w:r>
        <w:rPr>
          <w:i/>
        </w:rPr>
        <w:t>“Sachcha rozedar woh hai jo Ramzan ke mahine mein yeh tay kare”</w:t>
      </w:r>
    </w:p>
    <w:p>
      <w:r>
        <w:rPr>
          <w:sz w:val="20"/>
        </w:rPr>
        <w:t>1:32  sacha rozedar woh hai jo ramzan ke mahine mein yeh tay kare ke woh apni qabil tark adaton ko daryaft kare ga, aur har din kam az kam aik adat ko Allah ke liye chhod de ga.</w:t>
      </w:r>
      <w:r>
        <w:br/>
      </w:r>
      <w:r>
        <w:rPr>
          <w:sz w:val="20"/>
        </w:rPr>
        <w:t>1:47  yeh goya Allah ke liye aik khud inzibati ya self discipline ka maamla hai. is khud inzibati ke amal mein chhodne ki bohat si cheezain hain, maslan aik suni hui baat ko bila tehqeeq doosron se bayan karna,</w:t>
      </w:r>
    </w:p>
    <w:p>
      <w:pPr>
        <w:pStyle w:val="Heading2"/>
      </w:pPr>
      <w:r>
        <w:t>Why God only asks for a small share</w:t>
      </w:r>
    </w:p>
    <w:p>
      <w:r>
        <w:rPr>
          <w:color w:val="666666"/>
          <w:sz w:val="18"/>
        </w:rPr>
        <w:t>Spirit of Zakat 16 May 2007 - Maulana Wahiduddin Khan · 43s · at 18:41 · https://youtu.be/Ptou1yxZS_8?t=1121</w:t>
      </w:r>
    </w:p>
    <w:p>
      <w:r>
        <w:rPr>
          <w:i/>
        </w:rPr>
        <w:t>“It was God's blessing He asked just 2.5 percent”</w:t>
      </w:r>
    </w:p>
    <w:p>
      <w:r>
        <w:rPr>
          <w:sz w:val="20"/>
        </w:rPr>
        <w:t>18:41  it is God's blessing that he, he said that if you give 2</w:t>
      </w:r>
      <w:r>
        <w:br/>
      </w:r>
      <w:r>
        <w:rPr>
          <w:sz w:val="20"/>
        </w:rPr>
        <w:t>18:50  5 percent, that is enough. although his, his share is 99 percent. although his share is 99 percent, but he, it was his blessing that he directed you to pay just 25 percent.</w:t>
      </w:r>
      <w:r>
        <w:br/>
      </w:r>
      <w:r>
        <w:rPr>
          <w:sz w:val="20"/>
        </w:rPr>
        <w:t>19:14  is very little. so, you have to, you have to pay this amount for the sake of God.</w:t>
      </w:r>
    </w:p>
    <w:p>
      <w:pPr>
        <w:pStyle w:val="Heading2"/>
      </w:pPr>
      <w:r>
        <w:t>Shaitan's vow to make humans ungrateful</w:t>
      </w:r>
    </w:p>
    <w:p>
      <w:r>
        <w:rPr>
          <w:color w:val="666666"/>
          <w:sz w:val="18"/>
        </w:rPr>
        <w:t>Importance of Ramadan March 24, 2024 · 35s · at 12:14 · https://youtu.be/cn67uauGQrc?t=734</w:t>
      </w:r>
    </w:p>
    <w:p>
      <w:r>
        <w:rPr>
          <w:i/>
        </w:rPr>
        <w:t>“Shaitan ne kaha tha: main tere bandon ko nashukra bana dunga”</w:t>
      </w:r>
    </w:p>
    <w:p>
      <w:r>
        <w:rPr>
          <w:sz w:val="20"/>
        </w:rPr>
        <w:t>12:14  to yahi khuda ka shukr ada karna jo hai, yeh sab se badi ibadat hai. to isi ki roze mein training di jati hai. quran mein aaya hai qaleelun min ash-shakireen ke bohat kam bande hain jo khuda ka shukr ada karenge.</w:t>
      </w:r>
      <w:r>
        <w:br/>
      </w:r>
      <w:r>
        <w:rPr>
          <w:sz w:val="20"/>
        </w:rPr>
        <w:t>12:29  to jaante hain aap, woh aapko yaad hoga ke shaitan ne yahi to kaha tha ke main tere tamaam bando ko nashukra bana dunga</w:t>
      </w:r>
      <w:r>
        <w:br/>
      </w:r>
      <w:r>
        <w:rPr>
          <w:sz w:val="20"/>
        </w:rPr>
        <w:t>12:38  a. to shaitan jaanta tha ke duniya mein aisa woh hoga nahi ke har insaan ko har cheez mil jaye. jo cheez nahi milegi, bas usi ke liye woh khuda ki nashukri karega.</w:t>
      </w:r>
    </w:p>
    <w:p>
      <w:pPr>
        <w:pStyle w:val="Heading2"/>
      </w:pPr>
      <w:r>
        <w:t>Hajj is not a vacation, it's serious dawah training</w:t>
      </w:r>
    </w:p>
    <w:p>
      <w:r>
        <w:rPr>
          <w:color w:val="666666"/>
          <w:sz w:val="18"/>
        </w:rPr>
        <w:t>The Message of Hajj November 4, 2008 Maulana Wahiduddin Khan · 44s · at 49:38 · https://youtu.be/CIGhIpsejkY?t=2978</w:t>
      </w:r>
    </w:p>
    <w:p>
      <w:r>
        <w:rPr>
          <w:i/>
        </w:rPr>
        <w:t>“Yaad rakhiye, Hajj koi outing nahi hai”</w:t>
      </w:r>
    </w:p>
    <w:p>
      <w:r>
        <w:rPr>
          <w:sz w:val="20"/>
        </w:rPr>
        <w:t>49:38  yaad rakhiye, haj koi outing nahi hai.</w:t>
      </w:r>
      <w:r>
        <w:br/>
      </w:r>
      <w:r>
        <w:rPr>
          <w:sz w:val="20"/>
        </w:rPr>
        <w:t>49:44  haj koi outing nahi hai. haj to ek bohat hi serious kaam hai. woh dawat ki training hai. nabiyon ke kaam ko apni zindagi mein dohrane ka azm hai.</w:t>
      </w:r>
      <w:r>
        <w:br/>
      </w:r>
      <w:r>
        <w:rPr>
          <w:sz w:val="20"/>
        </w:rPr>
        <w:t>50:01  dawat ke jo model hain, woh paighambar hain. paighambar jitne hain, sab ke sab dawat ke model hain.</w:t>
      </w:r>
      <w:r>
        <w:br/>
      </w:r>
      <w:r>
        <w:rPr>
          <w:sz w:val="20"/>
        </w:rPr>
        <w:t>50:08  to in modelon ko samajhna aur is ke mutabiq dunya mein dawat ko phailana, yeh maqsad. dekhiye, haj ke bare mein yeh kaha jata hai ke woh jamia ibadat hai.</w:t>
      </w:r>
    </w:p>
    <w:p>
      <w:pPr>
        <w:pStyle w:val="Heading2"/>
      </w:pPr>
      <w:r>
        <w:t>Negative events contain positive aspects</w:t>
      </w:r>
    </w:p>
    <w:p>
      <w:r>
        <w:rPr>
          <w:color w:val="666666"/>
          <w:sz w:val="18"/>
        </w:rPr>
        <w:t>Fasting: A Scheme for Life | May 27, 2017 · 31s · at 3:47 · https://youtu.be/CbE2a1baFv8?t=227</w:t>
      </w:r>
    </w:p>
    <w:p>
      <w:r>
        <w:rPr>
          <w:i/>
        </w:rPr>
        <w:t>“Bhook lage aap ko”</w:t>
      </w:r>
    </w:p>
    <w:p>
      <w:r>
        <w:rPr>
          <w:sz w:val="20"/>
        </w:rPr>
        <w:t>3:47  creative thinking aati hai.</w:t>
      </w:r>
      <w:r>
        <w:br/>
      </w:r>
      <w:r>
        <w:rPr>
          <w:sz w:val="20"/>
        </w:rPr>
        <w:t>3:57  to usko maine alfaaz badle uske to bhai samajh mein aaya ke is se murad</w:t>
      </w:r>
      <w:r>
        <w:br/>
      </w:r>
      <w:r>
        <w:rPr>
          <w:sz w:val="20"/>
        </w:rPr>
        <w:t>4:08  yeh hai ke negative event mein bhi positive pehlu hai, positive aspect hai. to aap</w:t>
      </w:r>
    </w:p>
    <w:p>
      <w:pPr>
        <w:pStyle w:val="Heading2"/>
      </w:pPr>
      <w:r>
        <w:t>Swallow anger like a shock absorber</w:t>
      </w:r>
    </w:p>
    <w:p>
      <w:r>
        <w:rPr>
          <w:color w:val="666666"/>
          <w:sz w:val="18"/>
        </w:rPr>
        <w:t>Roza and The Quran June 11, 2017 Maulana Wahiduddin Khan · 25s · at 24:10 · https://youtu.be/pcDn2S_O2nA?t=1450</w:t>
      </w:r>
    </w:p>
    <w:p>
      <w:r>
        <w:rPr>
          <w:i/>
        </w:rPr>
        <w:t>“Swallowing anger means installing a shock absorber in your chest”</w:t>
      </w:r>
    </w:p>
    <w:p>
      <w:r>
        <w:rPr>
          <w:sz w:val="20"/>
        </w:rPr>
        <w:t>24:10  dosre par na jaane do. ghusse ko pi jane ka matlab yeh hai ke apne seenay mein ek "shock absorber" bitha lo.</w:t>
      </w:r>
      <w:r>
        <w:br/>
      </w:r>
      <w:r>
        <w:rPr>
          <w:sz w:val="20"/>
        </w:rPr>
        <w:t>24:22  apne seenay mein ek "shock absorber" bitha lo. yani jo jhatka lage woh tumhare andar hi andar reh jaye.</w:t>
      </w:r>
    </w:p>
    <w:p>
      <w:pPr>
        <w:pStyle w:val="Heading2"/>
      </w:pPr>
      <w:r>
        <w:t>A sincere dua is never rejected</w:t>
      </w:r>
    </w:p>
    <w:p>
      <w:r>
        <w:rPr>
          <w:color w:val="666666"/>
          <w:sz w:val="18"/>
        </w:rPr>
        <w:t>The Concept of Dua In Islam May 27, 2007 · 42s · at 59:45 · https://youtu.be/wkRQaMb04dI?t=3585</w:t>
      </w:r>
    </w:p>
    <w:p>
      <w:r>
        <w:rPr>
          <w:i/>
        </w:rPr>
        <w:t>“الدعوت لا ترد — dua kabhi reject nahi hoti”</w:t>
      </w:r>
    </w:p>
    <w:p>
      <w:r>
        <w:rPr>
          <w:sz w:val="20"/>
        </w:rPr>
        <w:t>59:45  to jab main is condition ko poora kar doon to wohi waqt hota hai jab ke "aldawatu lataruddu" ke dua kabhi bhi reject nahi hoti.</w:t>
      </w:r>
      <w:r>
        <w:br/>
      </w:r>
      <w:r>
        <w:rPr>
          <w:sz w:val="20"/>
        </w:rPr>
        <w:t>1:00:01  duaa jo reject nahin hoti, sachi duaa qabool hoti hai, lekin sachi duaa ke peeche sacha amal chahiye, sachi duaa ke peeche sachi spirit chahiye.</w:t>
      </w:r>
      <w:r>
        <w:br/>
      </w:r>
      <w:r>
        <w:rPr>
          <w:sz w:val="20"/>
        </w:rPr>
        <w:t>1:00:16  to yaad rakhiye, jo duaa sachi spirit ke saath aur sache amal ke saath ki jaaye, woh behrahaal qabool hokar rehti hai.</w:t>
      </w:r>
    </w:p>
    <w:p>
      <w:pPr>
        <w:pStyle w:val="Heading2"/>
      </w:pPr>
      <w:r>
        <w:t>Satan whispers that no one is better than you</w:t>
      </w:r>
    </w:p>
    <w:p>
      <w:r>
        <w:rPr>
          <w:color w:val="666666"/>
          <w:sz w:val="18"/>
        </w:rPr>
        <w:t>Message of Ramadan April 9, 2023 Prof. Farida Khanam · 28s · at 24:14 · https://youtu.be/z-jsHB1vlV4?t=1454</w:t>
      </w:r>
    </w:p>
    <w:p>
      <w:r>
        <w:rPr>
          <w:i/>
        </w:rPr>
        <w:t>“Satan whispered in every man's ear: no one's better than you”</w:t>
      </w:r>
    </w:p>
    <w:p>
      <w:r>
        <w:rPr>
          <w:sz w:val="20"/>
        </w:rPr>
        <w:t>24:14  to koi bhi humein koi bhi galat kaam karein to hum sochenge kyunke insaan apne aap ko bohat ziyada acha samajhta hai. kisi ne kaha tha ke har insaan ke kaan mein shaitan ne yeh phook diya hai ke tumse acha koi nahi. to insaan apne aap ko sab acha hi samajhte hain. to is wajah se unko apni ghalti nazar nahi aati hai. to jab hum introspection karte hain, Maulana bohat ziyada introspection karte the.</w:t>
      </w:r>
      <w:r>
        <w:br/>
      </w:r>
      <w:r>
        <w:rPr>
          <w:sz w:val="20"/>
        </w:rPr>
        <w:t>24:42  baar baar sochte rehte the ke maine koi baat mein ghalti to nahi ho gayi hai. musalsal is par sochte rehte the. to hum soch sochkar hum apni ghalti ko dhoondhein, ghalti ko nikalen aur phir Khuda se istighfar karein. Khuda se tauba karein. usko tauba to nasooh kar dein, sacchi tauba. to woh tauba karein to kaha jaye ke jisne imaan aur ehsaab ke saath roze rakhe uske tamam pichle gunah maaf ho jate hain.</w:t>
      </w:r>
    </w:p>
    <w:p>
      <w:pPr>
        <w:pStyle w:val="Heading2"/>
      </w:pPr>
      <w:r>
        <w:t>Need to discover supplicant's spiritual state</w:t>
      </w:r>
    </w:p>
    <w:p>
      <w:r>
        <w:rPr>
          <w:color w:val="666666"/>
          <w:sz w:val="18"/>
        </w:rPr>
        <w:t>Duaa | March 6, 2016 · 30s · at 38:12 · https://youtu.be/4DBIpoNPcog?t=2292</w:t>
      </w:r>
    </w:p>
    <w:p>
      <w:r>
        <w:rPr>
          <w:i/>
        </w:rPr>
        <w:t>“Dua go ki rabani shakhsiyat daryaft karo”</w:t>
      </w:r>
    </w:p>
    <w:p>
      <w:r>
        <w:rPr>
          <w:sz w:val="20"/>
        </w:rPr>
        <w:t>38:12  jab tak aap dua go ki rabbani shakhsiyat ko daryaft na karen, aap us dua ko samajh nahi sakte. is dua ke alfaaz milen ge aap ko, haqeeqat nahi mile gi. yeh aise hi hai jaise ke aik badam mile aap ko, to badam mein us ka aik chhilka hota hai, aik us ka maghz hota hai. to agar chhilka aap ko mil</w:t>
      </w:r>
    </w:p>
    <w:p>
      <w:pPr>
        <w:pStyle w:val="Heading2"/>
      </w:pPr>
      <w:r>
        <w:t>Greatest victory is not being negative</w:t>
      </w:r>
    </w:p>
    <w:p>
      <w:r>
        <w:rPr>
          <w:color w:val="666666"/>
          <w:sz w:val="18"/>
        </w:rPr>
        <w:t>Interaction with umries 25 july, 2019 - Maulana Wahiduddin Khan · 29s · at 18:10 · https://youtu.be/MjQYVF1PwhM?t=1090</w:t>
      </w:r>
    </w:p>
    <w:p>
      <w:r>
        <w:rPr>
          <w:i/>
        </w:rPr>
        <w:t>“Sab se badi jeet aap ki yeh hai ke aap negative na hon”</w:t>
      </w:r>
    </w:p>
    <w:p>
      <w:r>
        <w:rPr>
          <w:sz w:val="20"/>
        </w:rPr>
        <w:t>18:10  sab se bari jeet aap ki yeh hai, jeet ke aap negative na hon. agar wahan jo hua tha lucknow mein, agar main negative hota to kya karta?</w:t>
      </w:r>
      <w:r>
        <w:br/>
      </w:r>
      <w:r>
        <w:rPr>
          <w:sz w:val="20"/>
        </w:rPr>
        <w:t>18:24  bad duaen karta, ghussa karta. musalmanon ka sab se bara jo almiya hai, almiya ke kuch hota hai to negative ho jatay hain.</w:t>
      </w:r>
    </w:p>
    <w:p>
      <w:pPr>
        <w:pStyle w:val="Heading2"/>
      </w:pPr>
      <w:r>
        <w:t>A fasting soul begs Allah for an eternal Eid</w:t>
      </w:r>
    </w:p>
    <w:p>
      <w:r>
        <w:rPr>
          <w:color w:val="666666"/>
          <w:sz w:val="18"/>
        </w:rPr>
        <w:t>Message on Eid al-Fitr March 31, 2025 · 26s · at 17:34 · https://youtu.be/Jy7FoybhCUc?t=1054</w:t>
      </w:r>
    </w:p>
    <w:p>
      <w:r>
        <w:rPr>
          <w:i/>
        </w:rPr>
        <w:t>“मैंने तेरे लिए रमज़ान को पूरा किया”</w:t>
      </w:r>
    </w:p>
    <w:p>
      <w:r>
        <w:rPr>
          <w:sz w:val="20"/>
        </w:rPr>
        <w:t>17:34  maine tere liye ramzan ko pura kiya. ab tum mere upar avadhi eid, eternal eid, kila maidood nematton ke darwaze khol de. momin ke liye roza duniya ki zindagi ka tazurba hai aur iftar aakhirat ki zindagi ka tazurba. to yeh maulan hai ki kuch writings maine bahut pasand aayi.</w:t>
      </w:r>
      <w:r>
        <w:br/>
      </w:r>
      <w:r>
        <w:rPr>
          <w:sz w:val="20"/>
        </w:rPr>
        <w:t>18:00  to main dua karta hoon ki yah eid ham sabke liye khushiyon ki eid bane aur hamare mulk</w:t>
      </w:r>
    </w:p>
    <w:p>
      <w:pPr>
        <w:pStyle w:val="Heading2"/>
      </w:pPr>
      <w:r>
        <w:t>Complaint is the mistake to give up</w:t>
      </w:r>
    </w:p>
    <w:p>
      <w:r>
        <w:rPr>
          <w:color w:val="666666"/>
          <w:sz w:val="18"/>
        </w:rPr>
        <w:t>Bury Your Complaints This Ramazan April 26, 2020 Maulana Wahiduddin Khan · 27s · at 2:02 · https://youtu.be/t2vt4rkgd_8?t=122</w:t>
      </w:r>
    </w:p>
    <w:p>
      <w:r>
        <w:rPr>
          <w:i/>
        </w:rPr>
        <w:t>“To wo kya honi chahiye?”</w:t>
      </w:r>
    </w:p>
    <w:p>
      <w:r>
        <w:rPr>
          <w:sz w:val="20"/>
        </w:rPr>
        <w:t>2:02  to woh kya honi chahiye? main samajhta hoon ke woh honi chahiye shikayat.</w:t>
      </w:r>
      <w:r>
        <w:br/>
      </w:r>
      <w:r>
        <w:rPr>
          <w:sz w:val="20"/>
        </w:rPr>
        <w:t>2:13  jis jis se bhi mujhe koi shikayat hogi to is ramzan mein main is shikayat ko chhod dunga, khatm kar dunga.</w:t>
      </w:r>
    </w:p>
    <w:p>
      <w:pPr>
        <w:pStyle w:val="Heading2"/>
      </w:pPr>
      <w:r>
        <w:t>Real dua is a state of the heart, not recitation</w:t>
      </w:r>
    </w:p>
    <w:p>
      <w:r>
        <w:rPr>
          <w:color w:val="666666"/>
          <w:sz w:val="18"/>
        </w:rPr>
        <w:t>The Importance of Dua December 15, 2006 · 43s · at 13:37 · https://youtu.be/u4cSEoh_mfY?t=817</w:t>
      </w:r>
    </w:p>
    <w:p>
      <w:r>
        <w:rPr>
          <w:i/>
        </w:rPr>
        <w:t>“Dua isn't memorized Arabic words repeated like a tape recorder”</w:t>
      </w:r>
    </w:p>
    <w:p>
      <w:r>
        <w:rPr>
          <w:sz w:val="20"/>
        </w:rPr>
        <w:t>13:37  dekhiye, is baat ko samajh lijiye achi tarah se ke dua yeh nahi hai ke kuch arabi ke alfaaz rat lein aap aur us ko dohrate rahein.</w:t>
      </w:r>
      <w:r>
        <w:br/>
      </w:r>
      <w:r>
        <w:rPr>
          <w:sz w:val="20"/>
        </w:rPr>
        <w:t>13:51  yeh nahi dua hai. yeh to ek kartab hai. ek tape recorder jaise bolta hai, to woh cheez hai yeh.</w:t>
      </w:r>
      <w:r>
        <w:br/>
      </w:r>
      <w:r>
        <w:rPr>
          <w:sz w:val="20"/>
        </w:rPr>
        <w:t>14:02  dua dil ki halat ka naam hai.</w:t>
      </w:r>
      <w:r>
        <w:br/>
      </w:r>
      <w:r>
        <w:rPr>
          <w:sz w:val="20"/>
        </w:rPr>
        <w:t>14:05  dua dil ki tarap ka naam hai. dua yeh hai ke aadmi ki personality dua mein dhal jaye. aadmi ka poora jo wajood hai, woh dua ban jaye.</w:t>
      </w:r>
    </w:p>
    <w:p>
      <w:pPr>
        <w:pStyle w:val="Heading2"/>
      </w:pPr>
      <w:r>
        <w:t>world nearing its end, earth turning barren</w:t>
      </w:r>
    </w:p>
    <w:p>
      <w:r>
        <w:rPr>
          <w:color w:val="666666"/>
          <w:sz w:val="18"/>
        </w:rPr>
        <w:t>On The Month of Ramadan September 23, 2007 · 38s · at 27:20 · https://youtu.be/8MIl4_cPq1k?t=1640</w:t>
      </w:r>
    </w:p>
    <w:p>
      <w:r>
        <w:rPr>
          <w:i/>
        </w:rPr>
        <w:t>“The world has come very close to its end.”</w:t>
      </w:r>
    </w:p>
    <w:p>
      <w:r>
        <w:rPr>
          <w:sz w:val="20"/>
        </w:rPr>
        <w:t>27:20  kya kya ho rahi hai? kya ho raha hai? yani dunya khatme ke bilkul qareeb aa gayi hai,</w:t>
      </w:r>
      <w:r>
        <w:br/>
      </w:r>
      <w:r>
        <w:rPr>
          <w:sz w:val="20"/>
        </w:rPr>
        <w:t>27:29  khatme ke bilkul qareeb aa gayi hai. quran mein hai ke hum zameen ko sayyad al-jarada bana den ge,</w:t>
      </w:r>
      <w:r>
        <w:br/>
      </w:r>
      <w:r>
        <w:rPr>
          <w:sz w:val="20"/>
        </w:rPr>
        <w:t>27:36  sayyad al-jarada. yani zameen mein kuch bhi nahi hoga, burn land. sari zameen burn land ban jaye gi,</w:t>
      </w:r>
      <w:r>
        <w:br/>
      </w:r>
      <w:r>
        <w:rPr>
          <w:sz w:val="20"/>
        </w:rPr>
        <w:t>27:48  sari zameen burn burn land ban jaye gi. na na pani hoga, na sabza hoga, na koi khane ki cheez hogi, kuch nahi hoga. just like moon.</w:t>
      </w:r>
    </w:p>
    <w:p>
      <w:pPr>
        <w:pStyle w:val="Heading2"/>
      </w:pPr>
      <w:r>
        <w:t>Young man: comfortable physically there, spiritually here</w:t>
      </w:r>
    </w:p>
    <w:p>
      <w:r>
        <w:rPr>
          <w:color w:val="666666"/>
          <w:sz w:val="18"/>
        </w:rPr>
        <w:t>The Importance of Modesty March 1, 2009 · 30s · at 24:31 · https://youtu.be/c599K8yDwzk?t=1471</w:t>
      </w:r>
    </w:p>
    <w:p>
      <w:r>
        <w:rPr>
          <w:i/>
        </w:rPr>
        <w:t>“A young man said: 'There I was comfortable physically, here spiritually.'”</w:t>
      </w:r>
    </w:p>
    <w:p>
      <w:r>
        <w:rPr>
          <w:sz w:val="20"/>
        </w:rPr>
        <w:t>24:31  ke India ke andar phir maine woh qissa bataya ke Delhi mein ek ek naujawan mila tha Canada ka. to wahan ghoom raha tha aise hi.</w:t>
      </w:r>
      <w:r>
        <w:br/>
      </w:r>
      <w:r>
        <w:rPr>
          <w:sz w:val="20"/>
        </w:rPr>
        <w:t>24:40  bilkul mamooli kapra khaddar ka pehne hue. us ne poocha ke tum kaun ho? us ne kaha main Canada mein hoon. tha mera job tha mere paas sab kuch tha wahan par wahan chhod ke yahan aaya.</w:t>
      </w:r>
      <w:r>
        <w:br/>
      </w:r>
      <w:r>
        <w:rPr>
          <w:sz w:val="20"/>
        </w:rPr>
        <w:t>24:50  to yahan kyun aaye?</w:t>
      </w:r>
      <w:r>
        <w:br/>
      </w:r>
      <w:r>
        <w:rPr>
          <w:sz w:val="20"/>
        </w:rPr>
        <w:t>24:51  to us ne bohat hi sanjeedgi se kaha tha ke there I was comfortable physically. here I am comfortable spiritually.</w:t>
      </w:r>
    </w:p>
    <w:p>
      <w:pPr>
        <w:pStyle w:val="Heading2"/>
      </w:pPr>
      <w:r>
        <w:t>All arguments now inferential</w:t>
      </w:r>
    </w:p>
    <w:p>
      <w:r>
        <w:rPr>
          <w:color w:val="666666"/>
          <w:sz w:val="18"/>
        </w:rPr>
        <w:t>Q&amp;A 20 Aug 2006 Maulana Wahiduddin Khan · 16s · at 47:36 · https://youtu.be/g_6-zerS_N4?t=2856</w:t>
      </w:r>
    </w:p>
    <w:p>
      <w:r>
        <w:rPr>
          <w:i/>
        </w:rPr>
        <w:t>“After Einstein, even atoms became unseen entities.”</w:t>
      </w:r>
    </w:p>
    <w:p>
      <w:r>
        <w:rPr>
          <w:sz w:val="20"/>
        </w:rPr>
        <w:t>47:36  Newton ke zamane mein atom jo tha, woh dekhne ki cheez thi, observable tha,</w:t>
      </w:r>
      <w:r>
        <w:br/>
      </w:r>
      <w:r>
        <w:rPr>
          <w:sz w:val="20"/>
        </w:rPr>
        <w:t>47:42  ab woh un unseen entity ban gayi. to ab to har jagah influential argument chalega. unhon ne jo baat kahi thi, aaj main sochta hoon, woh zahir hai duniya mein nahi hai.</w:t>
      </w:r>
    </w:p>
    <w:p>
      <w:pPr>
        <w:pStyle w:val="Heading2"/>
      </w:pPr>
      <w:r>
        <w:t>Fasting spirit not form</w:t>
      </w:r>
    </w:p>
    <w:p>
      <w:r>
        <w:rPr>
          <w:color w:val="666666"/>
          <w:sz w:val="18"/>
        </w:rPr>
        <w:t>Ramazan Training for Leading A Cautious Life April 24, 2020 Maulana Wahiduddin Khan · 55s · at 9:58 · https://youtu.be/IBChjhcEDh0?t=598</w:t>
      </w:r>
    </w:p>
    <w:p>
      <w:r>
        <w:rPr>
          <w:i/>
        </w:rPr>
        <w:t>“Rozay ko aap form mein lein to woh rozah nahi hoga”</w:t>
      </w:r>
    </w:p>
    <w:p>
      <w:r>
        <w:rPr>
          <w:sz w:val="20"/>
        </w:rPr>
        <w:t>9:58  yeh bohat hi zyada zaroori hai, kyunke log samajhte hain ke bas roza ek ka ek form hai, is form ko ada kar lo, bas ho gaya, roza ho gaya.</w:t>
      </w:r>
      <w:r>
        <w:br/>
      </w:r>
      <w:r>
        <w:rPr>
          <w:sz w:val="20"/>
        </w:rPr>
        <w:t>10:17  roze ko ek form kamane mein lete hain, isprit kamane mein nahi.</w:t>
      </w:r>
      <w:r>
        <w:br/>
      </w:r>
      <w:r>
        <w:rPr>
          <w:sz w:val="20"/>
        </w:rPr>
        <w:t>10:29  to roze ko agar aap form kamane mein lein to woh roza nahi hoga, woh ek rasam hogi.</w:t>
      </w:r>
      <w:r>
        <w:br/>
      </w:r>
      <w:r>
        <w:rPr>
          <w:sz w:val="20"/>
        </w:rPr>
        <w:t>10:43  roza yeh hai ke iske liye isprit hai, is isprit ke sath roza rakha jaye.</w:t>
      </w:r>
    </w:p>
    <w:p>
      <w:pPr>
        <w:pStyle w:val="Heading2"/>
      </w:pPr>
      <w:r>
        <w:t>Dhikr means relate everything to God</w:t>
      </w:r>
    </w:p>
    <w:p>
      <w:r>
        <w:rPr>
          <w:color w:val="666666"/>
          <w:sz w:val="18"/>
        </w:rPr>
        <w:t>Islam in Daily Life | December 18, 2007 · 30s · at 57:56 · https://youtu.be/wLp27oWti4c?t=3476</w:t>
      </w:r>
    </w:p>
    <w:p>
      <w:r>
        <w:rPr>
          <w:i/>
        </w:rPr>
        <w:t>“Dhikr maans har cheez ko Allah se relate karna”</w:t>
      </w:r>
    </w:p>
    <w:p>
      <w:r>
        <w:rPr>
          <w:sz w:val="20"/>
        </w:rPr>
        <w:t>57:56  ning nahi thi is ke andar.</w:t>
      </w:r>
      <w:r>
        <w:br/>
      </w:r>
      <w:r>
        <w:rPr>
          <w:sz w:val="20"/>
        </w:rPr>
        <w:t>58:01  zikr means divine thinking.</w:t>
      </w:r>
      <w:r>
        <w:br/>
      </w:r>
      <w:r>
        <w:rPr>
          <w:sz w:val="20"/>
        </w:rPr>
        <w:t>58:05  har cheez ko khuda se relate kar ke sochna.</w:t>
      </w:r>
      <w:r>
        <w:br/>
      </w:r>
      <w:r>
        <w:rPr>
          <w:sz w:val="20"/>
        </w:rPr>
        <w:t>58:09  zikr ka matlab hai har cheez ko khuda se relate kar ke sochna.</w:t>
      </w:r>
      <w:r>
        <w:br/>
      </w:r>
      <w:r>
        <w:rPr>
          <w:sz w:val="20"/>
        </w:rPr>
        <w:t>58:13  ab woh kya karta tha? apne ko insaan se relate karta tha.</w:t>
      </w:r>
      <w:r>
        <w:br/>
      </w:r>
      <w:r>
        <w:rPr>
          <w:sz w:val="20"/>
        </w:rPr>
        <w:t>58:18  to doosre insaan lagta tha ke woh is se kam parhe likhe hain, is se kam intelligent hain.</w:t>
      </w:r>
      <w:r>
        <w:br/>
      </w:r>
      <w:r>
        <w:rPr>
          <w:sz w:val="20"/>
        </w:rPr>
        <w:t>58:22  to samajhta tha ke mein zyada hoon, woh kam hain. is se</w:t>
      </w:r>
    </w:p>
    <w:p>
      <w:pPr>
        <w:pStyle w:val="Heading2"/>
      </w:pPr>
      <w:r>
        <w:t>Fasting as annual reminder of gratitude</w:t>
      </w:r>
    </w:p>
    <w:p>
      <w:r>
        <w:rPr>
          <w:color w:val="666666"/>
          <w:sz w:val="18"/>
        </w:rPr>
        <w:t>AL RISALA JUNE 2017 - AUDIO VERSION · 40s · at 1:07 · https://youtu.be/Qa5wquQq-s8?t=67</w:t>
      </w:r>
    </w:p>
    <w:p>
      <w:r>
        <w:rPr>
          <w:i/>
        </w:rPr>
        <w:t>“Rozay ka maqsad shukr ka reminder hai”</w:t>
      </w:r>
    </w:p>
    <w:p>
      <w:r>
        <w:rPr>
          <w:sz w:val="20"/>
        </w:rPr>
        <w:t>1:07  Ramadan mein roza rakhne ka asal maqsad yeh hai ke woh insan ke liye shukr ka reminder rahe. Insan ko ek zaroorat mand makhlooq ki hesiyat se paida kiya gaya hai.</w:t>
      </w:r>
      <w:r>
        <w:br/>
      </w:r>
      <w:r>
        <w:rPr>
          <w:sz w:val="20"/>
        </w:rPr>
        <w:t>1:22  Insan ko apni zindagi ke liye har lamha kisi cheez ki zaroorat hoti hai: khana, pani, hawa, oxygen, roshni waghera.</w:t>
      </w:r>
      <w:r>
        <w:br/>
      </w:r>
      <w:r>
        <w:rPr>
          <w:sz w:val="20"/>
        </w:rPr>
        <w:t>1:35  isi ke sath insan ke liye zarurat hai ke is ki dunya is ke liye friendly dunya ho. yeh tamam cheezen insan ko har lamha aur har roz milti rehti hain,</w:t>
      </w:r>
    </w:p>
    <w:p>
      <w:pPr>
        <w:pStyle w:val="Heading2"/>
      </w:pPr>
      <w:r>
        <w:t>hadith warning against even a trace of arrogance</w:t>
      </w:r>
    </w:p>
    <w:p>
      <w:r>
        <w:rPr>
          <w:color w:val="666666"/>
          <w:sz w:val="18"/>
        </w:rPr>
        <w:t>On The Month of Ramadan September 23, 2007 · 34s · at 44:25 · https://youtu.be/8MIl4_cPq1k?t=2665</w:t>
      </w:r>
    </w:p>
    <w:p>
      <w:r>
        <w:rPr>
          <w:i/>
        </w:rPr>
        <w:t>“An atom's weight of arrogance keeps you out of Paradise.”</w:t>
      </w:r>
    </w:p>
    <w:p>
      <w:r>
        <w:rPr>
          <w:sz w:val="20"/>
        </w:rPr>
        <w:t>44:25  roze ka ek bahut bada faida yeh hai ke arrogance ka khatma.</w:t>
      </w:r>
      <w:r>
        <w:br/>
      </w:r>
      <w:r>
        <w:rPr>
          <w:sz w:val="20"/>
        </w:rPr>
        <w:t>44:34  jante hain, aap jante hain ke sab se badi burai jo insan ke andar hai, woh arrogance hai. hadith mein aata hai ke "la yadkhulul jannata man kana fi qalbihi mithqalu habbati khardalin min kibr"</w:t>
      </w:r>
      <w:r>
        <w:br/>
      </w:r>
      <w:r>
        <w:rPr>
          <w:sz w:val="20"/>
        </w:rPr>
        <w:t>44:49  yani aadmi ke andar agar ek atom ke barabar bhi arrogance hai to woh paradise mein nahi jayega. woh paradise mein nahi jayega.</w:t>
      </w:r>
      <w:r>
        <w:br/>
      </w:r>
      <w:r>
        <w:rPr>
          <w:sz w:val="20"/>
        </w:rPr>
        <w:t>45:00  yeh itni buri cheez hai arrogance. to yeh arrogance ka khatma kaise hota hai? zahir hai ke jab aap apni sab se badi jo aap ki need hai, sab se badi jo requirement hai aap ki, khana aur pani, woh bhi aap rakh le sakein</w:t>
      </w:r>
    </w:p>
    <w:p>
      <w:pPr>
        <w:pStyle w:val="Heading2"/>
      </w:pPr>
      <w:r>
        <w:t>Eid al-Adha introduction</w:t>
      </w:r>
    </w:p>
    <w:p>
      <w:r>
        <w:rPr>
          <w:color w:val="666666"/>
          <w:sz w:val="18"/>
        </w:rPr>
        <w:t>Eid al Adha December 23, 2007 - Maulana Wahiduddin Khan · 41s · at 0:38 · https://youtu.be/-I9lDjtq3FY?t=38</w:t>
      </w:r>
    </w:p>
    <w:p>
      <w:r>
        <w:rPr>
          <w:i/>
        </w:rPr>
        <w:t>“Aaj ka topic hai Eid al-Adha ki haqeeqat.”</w:t>
      </w:r>
    </w:p>
    <w:p>
      <w:r>
        <w:rPr>
          <w:sz w:val="20"/>
        </w:rPr>
        <w:t>0:38  aaj ka topic hai</w:t>
      </w:r>
      <w:r>
        <w:br/>
      </w:r>
      <w:r>
        <w:rPr>
          <w:sz w:val="20"/>
        </w:rPr>
        <w:t>0:43  eid adha ki haqeeqat ya eid qurban ki haqeeqat. aap jante hain ke eid adha parson thi,</w:t>
      </w:r>
      <w:r>
        <w:br/>
      </w:r>
      <w:r>
        <w:rPr>
          <w:sz w:val="20"/>
        </w:rPr>
        <w:t>0:57  lekin masla ke aitbar se yeh eid teen din tak rehti hai, yaani aaj is ka aakhri din hai. to aaj bhi eid adha ka din hai.</w:t>
      </w:r>
      <w:r>
        <w:br/>
      </w:r>
      <w:r>
        <w:rPr>
          <w:sz w:val="20"/>
        </w:rPr>
        <w:t>1:09  is nisbat se main aaj is ke bare mein kuch kehna chahunga.</w:t>
      </w:r>
    </w:p>
    <w:p>
      <w:pPr>
        <w:pStyle w:val="Heading2"/>
      </w:pPr>
      <w:r>
        <w:t>Zakat reminds us money is not ours</w:t>
      </w:r>
    </w:p>
    <w:p>
      <w:r>
        <w:rPr>
          <w:color w:val="666666"/>
          <w:sz w:val="18"/>
        </w:rPr>
        <w:t>Principles of Zakat in Islam 11 May 2007 - Maulana Wahiduddin Khan · 25s · at 13:37 · https://youtu.be/RmfLc_lQrxs?t=817</w:t>
      </w:r>
    </w:p>
    <w:p>
      <w:r>
        <w:rPr>
          <w:i/>
        </w:rPr>
        <w:t>“But Zakat says, No. Money is not yours.”</w:t>
      </w:r>
    </w:p>
    <w:p>
      <w:r>
        <w:rPr>
          <w:sz w:val="20"/>
        </w:rPr>
        <w:t>13:37  But Zakat says, No. Money is not yours. You have to spend money... for the sake of God.</w:t>
      </w:r>
      <w:r>
        <w:br/>
      </w:r>
      <w:r>
        <w:rPr>
          <w:sz w:val="20"/>
        </w:rPr>
        <w:t>13:49  So... Zakat reminds you of a very important... aspect of the... Creation. Very, very important aspect.</w:t>
      </w:r>
    </w:p>
    <w:p>
      <w:pPr>
        <w:pStyle w:val="Heading2"/>
      </w:pPr>
      <w:r>
        <w:t>Taqwa not mysterious, it is seriousness</w:t>
      </w:r>
    </w:p>
    <w:p>
      <w:r>
        <w:rPr>
          <w:color w:val="666666"/>
          <w:sz w:val="18"/>
        </w:rPr>
        <w:t>Roza and The Quran June 11, 2017 Maulana Wahiduddin Khan · 36s · at 1:40 · https://youtu.be/pcDn2S_O2nA?t=100</w:t>
      </w:r>
    </w:p>
    <w:p>
      <w:r>
        <w:rPr>
          <w:i/>
        </w:rPr>
        <w:t>“Taqwa is not a mysterious word”</w:t>
      </w:r>
    </w:p>
    <w:p>
      <w:r>
        <w:rPr>
          <w:sz w:val="20"/>
        </w:rPr>
        <w:t>1:40  muttaqi koi purasrar lafz nahi hai. muttaqin raush ke bare mein bohat zyada serious ho jana. to is mahine ko allah ko matloob hua ke log is mahine mein roze rakh kar apne aap ko tayyar karein.</w:t>
      </w:r>
      <w:r>
        <w:br/>
      </w:r>
      <w:r>
        <w:rPr>
          <w:sz w:val="20"/>
        </w:rPr>
        <w:t>2:08  yani yeh ek self preparation ka mahina hai. yeh tayyar karna kis liye?</w:t>
      </w:r>
    </w:p>
    <w:p>
      <w:pPr>
        <w:pStyle w:val="Heading2"/>
      </w:pPr>
      <w:r>
        <w:t>Satan's arrogant refusal: 'I am better than Adam'</w:t>
      </w:r>
    </w:p>
    <w:p>
      <w:r>
        <w:rPr>
          <w:color w:val="666666"/>
          <w:sz w:val="18"/>
        </w:rPr>
        <w:t>The Importance of Modesty March 1, 2009 · 47s · at 3:43 · https://youtu.be/c599K8yDwzk?t=223</w:t>
      </w:r>
    </w:p>
    <w:p>
      <w:r>
        <w:rPr>
          <w:i/>
        </w:rPr>
        <w:t>“The angels bowed; Satan said, 'I am better.'”</w:t>
      </w:r>
    </w:p>
    <w:p>
      <w:r>
        <w:rPr>
          <w:sz w:val="20"/>
        </w:rPr>
        <w:t>3:43  jhukna hai. To woh jhuk gaye. Aur Satan jo tha, jo jinnaat ka sardar tha, woh nahi jhuka.</w:t>
      </w:r>
      <w:r>
        <w:br/>
      </w:r>
      <w:r>
        <w:rPr>
          <w:sz w:val="20"/>
        </w:rPr>
        <w:t>3:54  to us waqt jab poocha gaya ke tum jhuke kyun nahi? To us ne kya kaha tha?</w:t>
      </w:r>
      <w:r>
        <w:br/>
      </w:r>
      <w:r>
        <w:rPr>
          <w:sz w:val="20"/>
        </w:rPr>
        <w:t>4:01  "ana khair minhu" . main is se acha hoon. "I am better than Adam" .</w:t>
      </w:r>
      <w:r>
        <w:br/>
      </w:r>
      <w:r>
        <w:rPr>
          <w:sz w:val="20"/>
        </w:rPr>
        <w:t>4:13  tu us ne apni aik logic nikali ke woh mitti se banaye gaye hain, main aag se. tu is liye main un se acha hoon. tu yahin se shuru hua ke angels ne, yani farishton ne, modesty ka tareeqa ikhtiyar kiya.</w:t>
      </w:r>
    </w:p>
    <w:p>
      <w:pPr>
        <w:pStyle w:val="Heading2"/>
      </w:pPr>
      <w:r>
        <w:t>Prophet's character was the Quran</w:t>
      </w:r>
    </w:p>
    <w:p>
      <w:r>
        <w:rPr>
          <w:color w:val="666666"/>
          <w:sz w:val="18"/>
        </w:rPr>
        <w:t>The Spirit of Tahajjud Prayer February 27, 2022 Dr. Saniyasnain Khan · 47s · at 20:03 · https://youtu.be/QKVdxVFto7s?t=1203</w:t>
      </w:r>
    </w:p>
    <w:p>
      <w:r>
        <w:rPr>
          <w:i/>
        </w:rPr>
        <w:t>“Hazrat Aisha ne kaha saath se ke kya tum Quran nahi padhte”</w:t>
      </w:r>
    </w:p>
    <w:p>
      <w:r>
        <w:rPr>
          <w:sz w:val="20"/>
        </w:rPr>
        <w:t>20:03  hazrat aisha ne kaha saath se ke kya tum quran nahi padhte? to woh chaunk gaye. unhon ne kaha haan haan zaroor padhta hoon, kyun nahi padhta hoon? to hazrat aisha ne kaha ke dekho rasullah, prophet mohammad sarapa quran the. yaani his character was an embodiment of the quran.</w:t>
      </w:r>
      <w:r>
        <w:br/>
      </w:r>
      <w:r>
        <w:rPr>
          <w:sz w:val="20"/>
        </w:rPr>
        <w:t>20:33  His character was the personification of the quran. yaani jo bhi quran mein allah akhlaq ki baatein hai woh sab prophet mohammad ke andar maujood thi. yaani woh ek chalte phirte quran the.</w:t>
      </w:r>
      <w:r>
        <w:br/>
      </w:r>
      <w:r>
        <w:rPr>
          <w:sz w:val="20"/>
        </w:rPr>
        <w:t>20:50  He was a walking quran aur quran ne khud isko tasleem kiya hai ke inna qulla aala khuluqi nazeen, ae paighambar aap bahut hi aala akhlaq par faaiz hain. Your cheezein sublime character. to yeh sawal ka jawab sunkar saat din shaam ko bada itmeenaan hua.</w:t>
      </w:r>
    </w:p>
    <w:p>
      <w:pPr>
        <w:pStyle w:val="Heading2"/>
      </w:pPr>
      <w:r>
        <w:t>Fasting for a higher goal</w:t>
      </w:r>
    </w:p>
    <w:p>
      <w:r>
        <w:rPr>
          <w:color w:val="666666"/>
          <w:sz w:val="18"/>
        </w:rPr>
        <w:t>The Spirit of Ramadan 5 Sept, 2010 - Maulana Wahiduddin Khan · 42s · at 30:26 · https://youtu.be/2w5Tm9gWvPA?t=1826</w:t>
      </w:r>
    </w:p>
    <w:p>
      <w:r>
        <w:rPr>
          <w:i/>
        </w:rPr>
        <w:t>“It is not fasting of hunger, but fasting of higher goal.”</w:t>
      </w:r>
    </w:p>
    <w:p>
      <w:r>
        <w:rPr>
          <w:sz w:val="20"/>
        </w:rPr>
        <w:t>30:26  to it is not fitne ka hunger, but it is fitne ka of summer goal. Is ka matlab yeh hai ke sirf bhooka rakh kar ke tumhein musibat mein dalna yeh matlab nahi hai,</w:t>
      </w:r>
      <w:r>
        <w:br/>
      </w:r>
      <w:r>
        <w:rPr>
          <w:sz w:val="20"/>
        </w:rPr>
        <w:t>30:41  balkeh is ke zariye ek sabak dena tum ko, ek spiritual, spirituality paida karna tumhare andar, roohaniyat paida karna tumhare andar, Allah ki taraf tumhara dhyan jaye.</w:t>
      </w:r>
      <w:r>
        <w:br/>
      </w:r>
      <w:r>
        <w:rPr>
          <w:sz w:val="20"/>
        </w:rPr>
        <w:t>30:52  yeh sab paida karna</w:t>
      </w:r>
      <w:r>
        <w:br/>
      </w:r>
      <w:r>
        <w:rPr>
          <w:sz w:val="20"/>
        </w:rPr>
        <w:t>30:55  to yeh fateh seek of hunger nahi hai, fateh seek of higher goal hai. woh goal kya hai? wahi secondary banana cheezon ko aur Khuda ko primary banana.</w:t>
      </w:r>
    </w:p>
    <w:p>
      <w:pPr>
        <w:pStyle w:val="Heading2"/>
      </w:pPr>
      <w:r>
        <w:t>Rebuking a rich man who refused to fast</w:t>
      </w:r>
    </w:p>
    <w:p>
      <w:r>
        <w:rPr>
          <w:color w:val="666666"/>
          <w:sz w:val="18"/>
        </w:rPr>
        <w:t>The Spirit of Roza Sept 7, 2008 · 32s · at 21:35 · https://youtu.be/C9G1oBdqoKk?t=1295</w:t>
      </w:r>
    </w:p>
    <w:p>
      <w:r>
        <w:rPr>
          <w:i/>
        </w:rPr>
        <w:t>“Yeh khana peena aapko kahan se mila hai?”</w:t>
      </w:r>
    </w:p>
    <w:p>
      <w:r>
        <w:rPr>
          <w:sz w:val="20"/>
        </w:rPr>
        <w:t>21:35  kisi ne un se kaha to unhon ne kaha ke jin ke paas khaane peene na ho woh roza rakha hai. hum kyun roza rakhein?</w:t>
      </w:r>
      <w:r>
        <w:br/>
      </w:r>
      <w:r>
        <w:rPr>
          <w:sz w:val="20"/>
        </w:rPr>
        <w:t>21:45  to maine kaha ke ke yeh jo aap farma rahe hain yeh khaana peena aap kahan se mila hai aap ko? aap ne khud se create kiya hai?</w:t>
      </w:r>
      <w:r>
        <w:br/>
      </w:r>
      <w:r>
        <w:rPr>
          <w:sz w:val="20"/>
        </w:rPr>
        <w:t>21:56  Are you a creator?</w:t>
      </w:r>
      <w:r>
        <w:br/>
      </w:r>
      <w:r>
        <w:rPr>
          <w:sz w:val="20"/>
        </w:rPr>
        <w:t>22:02  to jis ne diya hai usi ka etirafi kalam to roza hai.</w:t>
      </w:r>
    </w:p>
    <w:p>
      <w:pPr>
        <w:pStyle w:val="Heading2"/>
      </w:pPr>
      <w:r>
        <w:t>Eyes more valuable than gold mountain</w:t>
      </w:r>
    </w:p>
    <w:p>
      <w:r>
        <w:rPr>
          <w:color w:val="666666"/>
          <w:sz w:val="18"/>
        </w:rPr>
        <w:t>On Salah (Prayer) | January 22, 2006 | Maulana Wahiduddin Khan · 30s · at 54:04 · https://youtu.be/k9e3-2e4uTw?t=3244</w:t>
      </w:r>
    </w:p>
    <w:p>
      <w:r>
        <w:rPr>
          <w:i/>
        </w:rPr>
        <w:t>“Yeh do aankhen sone ke pahad se zyada qeemti hain.”</w:t>
      </w:r>
    </w:p>
    <w:p>
      <w:r>
        <w:rPr>
          <w:sz w:val="20"/>
        </w:rPr>
        <w:t>54:04  sone ke pahad se zyada qeemti hain. yeh do aankhein sone ke pahad se zyada qeemti hain. is par shukar karna hai. shukar ke liye hamein intezar nahi karna hai ke mere paas bohat bari kothi ho jaye, mere paas bohat bari car ho jaye, mere paas bohat bara bank balance ho jaye, mujh ko bohat bara political power mil jaye.</w:t>
      </w:r>
    </w:p>
    <w:p>
      <w:pPr>
        <w:pStyle w:val="Heading2"/>
      </w:pPr>
      <w:r>
        <w:t>Prayer as inner spirit, not mere repetition</w:t>
      </w:r>
    </w:p>
    <w:p>
      <w:r>
        <w:rPr>
          <w:color w:val="666666"/>
          <w:sz w:val="18"/>
        </w:rPr>
        <w:t>The School of Fiqh in Islam (English) April 14, 2007 Maulana Wahiduddin Khan · 47s · at 27:27 · https://youtu.be/Kc-mTjI23HM?t=1647</w:t>
      </w:r>
    </w:p>
    <w:p>
      <w:r>
        <w:rPr>
          <w:i/>
        </w:rPr>
        <w:t>“Namaz is not simply a repetition of form”</w:t>
      </w:r>
    </w:p>
    <w:p>
      <w:r>
        <w:rPr>
          <w:sz w:val="20"/>
        </w:rPr>
        <w:t>27:27  and that difference is not unwanted, but is wanted, because namaz is not simply a repetition of form, a rituals.</w:t>
      </w:r>
      <w:r>
        <w:br/>
      </w:r>
      <w:r>
        <w:rPr>
          <w:sz w:val="20"/>
        </w:rPr>
        <w:t>27:42  salah prayer is not simply a repetition of some rituals, some form. na, it is deeply, it is deeply rooted in our sentiment</w:t>
      </w:r>
      <w:r>
        <w:br/>
      </w:r>
      <w:r>
        <w:rPr>
          <w:sz w:val="20"/>
        </w:rPr>
        <w:t>27:56  , term of form. salah is an expression of inner spirit, inner spirit.</w:t>
      </w:r>
      <w:r>
        <w:br/>
      </w:r>
      <w:r>
        <w:rPr>
          <w:sz w:val="20"/>
        </w:rPr>
        <w:t>28:06  so, everything, anything that is, that has the two parts, inner spirit and outer form, it is bound to be different.</w:t>
      </w:r>
    </w:p>
    <w:p>
      <w:pPr>
        <w:pStyle w:val="Heading2"/>
      </w:pPr>
      <w:r>
        <w:t>claim that Islam is a complete religion challenged</w:t>
      </w:r>
    </w:p>
    <w:p>
      <w:r>
        <w:rPr>
          <w:color w:val="666666"/>
          <w:sz w:val="18"/>
        </w:rPr>
        <w:t>Misconceptions About Islam May 13, 2006 · 42s · at 3:22 · https://youtu.be/EQ79CIexXHY?t=202</w:t>
      </w:r>
    </w:p>
    <w:p>
      <w:r>
        <w:rPr>
          <w:i/>
        </w:rPr>
        <w:t>“Aap Arab world mein jaayen, kisi bhi aalim se milen”</w:t>
      </w:r>
    </w:p>
    <w:p>
      <w:r>
        <w:rPr>
          <w:sz w:val="20"/>
        </w:rPr>
        <w:t>3:22  aap arab world mein jaen, kisi bhi aalim se milein, aap to kya kahega? woh islam deen shamil-o-kamil, bare fakhr ke sath kahega.</w:t>
      </w:r>
      <w:r>
        <w:br/>
      </w:r>
      <w:r>
        <w:rPr>
          <w:sz w:val="20"/>
        </w:rPr>
        <w:t>3:31  woh islam deen shamil-o-kamil ke islam complete religion hai. bohat fakhr ke sath kahega har aalim, har scholar ke islam complete religion hai.</w:t>
      </w:r>
      <w:r>
        <w:br/>
      </w:r>
      <w:r>
        <w:rPr>
          <w:sz w:val="20"/>
        </w:rPr>
        <w:t>3:46  ab hum poochte hain, kahan likha hua hai bhai? kahan quran mein likha hua hai ke islam complete religion</w:t>
      </w:r>
      <w:r>
        <w:br/>
      </w:r>
      <w:r>
        <w:rPr>
          <w:sz w:val="20"/>
        </w:rPr>
        <w:t>3:51  hai, aur doosre jo hain, incomplete hain? kahin bhi nahin likha hua. nahin, yeh hai misinterpretation. alyawma akmaltu lakum deenakum ek ayat hai quran majeed mein, us ko galat matlab nikaal kar ke nikala hai ke islam mukammal mazhab hai.</w:t>
      </w:r>
    </w:p>
    <w:p>
      <w:pPr>
        <w:pStyle w:val="Heading2"/>
      </w:pPr>
      <w:r>
        <w:t>Introduction to fasting in Islam</w:t>
      </w:r>
    </w:p>
    <w:p>
      <w:r>
        <w:rPr>
          <w:color w:val="666666"/>
          <w:sz w:val="18"/>
        </w:rPr>
        <w:t>Roza and Ramadan September 3, 2007 Maulana Wahiduddin Khan · 42s · at 0:34 · https://youtu.be/98PTg3r7yYE?t=34</w:t>
      </w:r>
    </w:p>
    <w:p>
      <w:r>
        <w:rPr>
          <w:i/>
        </w:rPr>
        <w:t>“Today I want to speak about fasting and Ramadan”</w:t>
      </w:r>
    </w:p>
    <w:p>
      <w:r>
        <w:rPr>
          <w:sz w:val="20"/>
        </w:rPr>
        <w:t>0:34  aaj mein roza aur ramzan ke bare mein kuch kehna chahta hoon.</w:t>
      </w:r>
      <w:r>
        <w:br/>
      </w:r>
      <w:r>
        <w:rPr>
          <w:sz w:val="20"/>
        </w:rPr>
        <w:t>0:45  aap jante hain ke roza islam mein ek salana ibadat hai. ek hadith mein rasool Allah sallallahu alaihi wasallam ne bataya ke islam ki buniyad panch cheezon par hai,</w:t>
      </w:r>
      <w:r>
        <w:br/>
      </w:r>
      <w:r>
        <w:rPr>
          <w:sz w:val="20"/>
        </w:rPr>
        <w:t>1:06  panch arkan par hai. un panch arkan mein se ek roza hai.</w:t>
      </w:r>
    </w:p>
    <w:p>
      <w:pPr>
        <w:pStyle w:val="Heading2"/>
      </w:pPr>
      <w:r>
        <w:t>Ramadan is a month of human building</w:t>
      </w:r>
    </w:p>
    <w:p>
      <w:r>
        <w:rPr>
          <w:color w:val="666666"/>
          <w:sz w:val="18"/>
        </w:rPr>
        <w:t>Roza and The Quran June 11, 2017 Maulana Wahiduddin Khan · 26s · at 27:24 · https://youtu.be/pcDn2S_O2nA?t=1644</w:t>
      </w:r>
    </w:p>
    <w:p>
      <w:r>
        <w:rPr>
          <w:i/>
        </w:rPr>
        <w:t>“The month of fasting is a month of human building”</w:t>
      </w:r>
    </w:p>
    <w:p>
      <w:r>
        <w:rPr>
          <w:sz w:val="20"/>
        </w:rPr>
        <w:t>27:24  is is aitbaar se sochiye to roze ka mahina jo hai woh insaan saazi ka mahina hai.</w:t>
      </w:r>
      <w:r>
        <w:br/>
      </w:r>
      <w:r>
        <w:rPr>
          <w:sz w:val="20"/>
        </w:rPr>
        <w:t>27:35  insaan saazi. yaani apne aap ko aisa insaan banana jo saal bhar ke liye poori insaniyat ke liye poori samaaj ke liye aik sahih insaan ho.</w:t>
      </w:r>
    </w:p>
    <w:p>
      <w:pPr>
        <w:pStyle w:val="Heading2"/>
      </w:pPr>
      <w:r>
        <w:t>Gratitude is high thinking</w:t>
      </w:r>
    </w:p>
    <w:p>
      <w:r>
        <w:rPr>
          <w:color w:val="666666"/>
          <w:sz w:val="18"/>
        </w:rPr>
        <w:t>The Spirit of Ramadan 5 Sept, 2010 - Maulana Wahiduddin Khan · 27s · at 14:54 · https://youtu.be/2w5Tm9gWvPA?t=894</w:t>
      </w:r>
    </w:p>
    <w:p>
      <w:r>
        <w:rPr>
          <w:i/>
        </w:rPr>
        <w:t>“Shukr naam hai high thinking ka.”</w:t>
      </w:r>
    </w:p>
    <w:p>
      <w:r>
        <w:rPr>
          <w:sz w:val="20"/>
        </w:rPr>
        <w:t>14:54  alhamdulillah aik daryaft ke baad aata hai. yani shukr ke maani, alhamdulillah ke maani shukr hai Allah ka. to yeh kya cheez hai?</w:t>
      </w:r>
      <w:r>
        <w:br/>
      </w:r>
      <w:r>
        <w:rPr>
          <w:sz w:val="20"/>
        </w:rPr>
        <w:t>15:05  main ne is par socha to mujhe laga ke shukr naam hai high thinking ka.</w:t>
      </w:r>
      <w:r>
        <w:br/>
      </w:r>
      <w:r>
        <w:rPr>
          <w:sz w:val="20"/>
        </w:rPr>
        <w:t>15:11  high thinking. jaise rozmarra ki jo baatein hain jo aap ke andar shikayat paida karti hain. protest paida karti hain. negative mind banati hain aap ko.</w:t>
      </w:r>
    </w:p>
    <w:p>
      <w:pPr>
        <w:pStyle w:val="Heading2"/>
      </w:pPr>
      <w:r>
        <w:t>Submitting to God by following Quran</w:t>
      </w:r>
    </w:p>
    <w:p>
      <w:r>
        <w:rPr>
          <w:color w:val="666666"/>
          <w:sz w:val="18"/>
        </w:rPr>
        <w:t>The Significance of Mosque in Islam 4 January, 2019 · 47s · at 9:47 · https://youtu.be/QnOj_KGHook?t=587</w:t>
      </w:r>
    </w:p>
    <w:p>
      <w:r>
        <w:rPr>
          <w:i/>
        </w:rPr>
        <w:t>“So what is the meaning of submitting to God?”</w:t>
      </w:r>
    </w:p>
    <w:p>
      <w:r>
        <w:rPr>
          <w:sz w:val="20"/>
        </w:rPr>
        <w:t>9:47  Uh, in Islam it means to accept the teachings that God has laid down in the Koran and to follow those teachings and apply those teachings in one's life when one is living in society and dealing with people.</w:t>
      </w:r>
      <w:r>
        <w:br/>
      </w:r>
      <w:r>
        <w:rPr>
          <w:sz w:val="20"/>
        </w:rPr>
        <w:t>10:00  So for example, there is a verse in the Koran which says that good deeds and bad deeds are not equal. Do good deed in return for bad deed, and you will see that your enemy has become your dearest friend.</w:t>
      </w:r>
      <w:r>
        <w:br/>
      </w:r>
      <w:r>
        <w:rPr>
          <w:sz w:val="20"/>
        </w:rPr>
        <w:t>10:16  So here submitting to the will of God means that when someone behaves in a bad way with us, we do not return bad behavior with bad behavior.</w:t>
      </w:r>
      <w:r>
        <w:br/>
      </w:r>
      <w:r>
        <w:rPr>
          <w:sz w:val="20"/>
        </w:rPr>
        <w:t>10:25  Rather we return bad behavior with good behavior. So here submission means following what God has taught in the Koran rather than following one's own desire.</w:t>
      </w:r>
    </w:p>
    <w:p>
      <w:pPr>
        <w:pStyle w:val="Heading2"/>
      </w:pPr>
      <w:r>
        <w:t>Alhamdulillah as a word of discovery</w:t>
      </w:r>
    </w:p>
    <w:p>
      <w:r>
        <w:rPr>
          <w:color w:val="666666"/>
          <w:sz w:val="18"/>
        </w:rPr>
        <w:t>Dars-e-Quran (Al-Fatihah (The Opening) 1 1-7) July 12, 2015 · 31s · at 13:15 · https://youtu.be/Rv6AjEFe6MI?t=795</w:t>
      </w:r>
    </w:p>
    <w:p>
      <w:r>
        <w:rPr>
          <w:i/>
        </w:rPr>
        <w:t>“Alhamdulillah rab al-alameen is a discovery word”</w:t>
      </w:r>
    </w:p>
    <w:p>
      <w:r>
        <w:rPr>
          <w:sz w:val="20"/>
        </w:rPr>
        <w:t>13:15  Alhamdulillah Rabb al-Alameen ek discovery ka kalma hai.</w:t>
      </w:r>
      <w:r>
        <w:br/>
      </w:r>
      <w:r>
        <w:rPr>
          <w:sz w:val="20"/>
        </w:rPr>
        <w:t>13:22  jaise aap koi cheez dhoond rahe hain, dhoond rahe hain, dhoond rahe hain, mil rahi hai, mil mil jaye aap ko toh aap kahein ke main ne pa liya</w:t>
      </w:r>
      <w:r>
        <w:br/>
      </w:r>
      <w:r>
        <w:rPr>
          <w:sz w:val="20"/>
        </w:rPr>
        <w:t>13:29  jo pencil main dhoond rahi thi. Ab aye yeh yeh toh pencil mil gayi mujhe. Toh aap insaan jo hai, woh by birth seeker hai,</w:t>
      </w:r>
      <w:r>
        <w:br/>
      </w:r>
      <w:r>
        <w:rPr>
          <w:sz w:val="20"/>
        </w:rPr>
        <w:t>13:43  woh seeker paida hota hai.</w:t>
      </w:r>
    </w:p>
    <w:p>
      <w:pPr>
        <w:pStyle w:val="Heading2"/>
      </w:pPr>
      <w:r>
        <w:t>internet fulfills the ancient prophecy today</w:t>
      </w:r>
    </w:p>
    <w:p>
      <w:r>
        <w:rPr>
          <w:color w:val="666666"/>
          <w:sz w:val="18"/>
        </w:rPr>
        <w:t>Welcome Address by Dr. Rajat Malhotra CPS International Peace Conference April 29-30, 2023 · 49s · at 14:47 · https://youtu.be/z94aS7nevv0?t=887</w:t>
      </w:r>
    </w:p>
    <w:p>
      <w:r>
        <w:rPr>
          <w:i/>
        </w:rPr>
        <w:t>“Aaj har ghar mein computer, laptop, internet hai”</w:t>
      </w:r>
    </w:p>
    <w:p>
      <w:r>
        <w:rPr>
          <w:sz w:val="20"/>
        </w:rPr>
        <w:t>14:47  to kitni badi keem aapke paas ho, agar iska matlab yeh liya jaye ke quran ki kaafi aapke</w:t>
      </w:r>
      <w:r>
        <w:br/>
      </w:r>
      <w:r>
        <w:rPr>
          <w:sz w:val="20"/>
        </w:rPr>
        <w:t>14:53  haath mein hai aur ghar ghar ja kar naak karke aap de rahe ho to aap de nahi payenge</w:t>
      </w:r>
      <w:r>
        <w:br/>
      </w:r>
      <w:r>
        <w:rPr>
          <w:sz w:val="20"/>
        </w:rPr>
        <w:t>14:59  aur mauta jayegi.</w:t>
      </w:r>
      <w:r>
        <w:br/>
      </w:r>
      <w:r>
        <w:rPr>
          <w:sz w:val="20"/>
        </w:rPr>
        <w:t>15:05  yeh jo yeh jo e, e dawa hai, e dawa yani electronic dawa usne pehli baar har sandesh</w:t>
      </w:r>
      <w:r>
        <w:br/>
      </w:r>
      <w:r>
        <w:rPr>
          <w:sz w:val="20"/>
        </w:rPr>
        <w:t>15:11  to phir bataya ke sachmul ghar par pahunch sakta hai.</w:t>
      </w:r>
      <w:r>
        <w:br/>
      </w:r>
      <w:r>
        <w:rPr>
          <w:sz w:val="20"/>
        </w:rPr>
        <w:t>15:18  aaj har ghar mein computer hai, har ghar mein laptop hai, har ghar mein internet hai. is cheez ne yah baat batai ki allatala ko mustaqmil tak allatala dekha tha.</w:t>
      </w:r>
      <w:r>
        <w:br/>
      </w:r>
      <w:r>
        <w:rPr>
          <w:sz w:val="20"/>
        </w:rPr>
        <w:t>15:36  to ki allah taala taala taala taala yeh jo hadees mein hai to allah ne yeh jo us ullah</w:t>
      </w:r>
    </w:p>
    <w:p>
      <w:pPr>
        <w:pStyle w:val="Heading2"/>
      </w:pPr>
      <w:r>
        <w:t>Zakat literally means purification</w:t>
      </w:r>
    </w:p>
    <w:p>
      <w:r>
        <w:rPr>
          <w:color w:val="666666"/>
          <w:sz w:val="18"/>
        </w:rPr>
        <w:t>Spirit of Zakat (English) May 16, 2007 Maulana Wahiduddin Khan · 35s · at 2:19 · https://youtu.be/J-0gHxSsXWc?t=139</w:t>
      </w:r>
    </w:p>
    <w:p>
      <w:r>
        <w:rPr>
          <w:i/>
        </w:rPr>
        <w:t>“Zakat literally means purification, or making pure.”</w:t>
      </w:r>
    </w:p>
    <w:p>
      <w:r>
        <w:rPr>
          <w:sz w:val="20"/>
        </w:rPr>
        <w:t>2:19  Now, Zakat is an Arabic word. Literally, it means purification or making pure.</w:t>
      </w:r>
      <w:r>
        <w:br/>
      </w:r>
      <w:r>
        <w:rPr>
          <w:sz w:val="20"/>
        </w:rPr>
        <w:t>2:37  So, according to Islam, purification or Zakat or Tazkiyah is the most important teaching of Islam.</w:t>
      </w:r>
    </w:p>
    <w:p>
      <w:pPr>
        <w:pStyle w:val="Heading2"/>
      </w:pPr>
      <w:r>
        <w:t>Ihram's plain white cloth symbolizes a simple life</w:t>
      </w:r>
    </w:p>
    <w:p>
      <w:r>
        <w:rPr>
          <w:color w:val="666666"/>
          <w:sz w:val="18"/>
        </w:rPr>
        <w:t>The Spirit of Hajj July 7, 2007 · 37s · at 14:57 · https://youtu.be/SV2CfNml8ic?t=897</w:t>
      </w:r>
    </w:p>
    <w:p>
      <w:r>
        <w:rPr>
          <w:i/>
        </w:rPr>
        <w:t>“بنا سلا کپڑا اور بے رنگ کپڑا”</w:t>
      </w:r>
    </w:p>
    <w:p>
      <w:r>
        <w:rPr>
          <w:sz w:val="20"/>
        </w:rPr>
        <w:t>14:57  bana sila kapra aur be-rang kapra. rang bhi nahi. safaid kapra ya do chadarein aik neechay se lapait liya aik oopar se lapait liya.</w:t>
      </w:r>
      <w:r>
        <w:br/>
      </w:r>
      <w:r>
        <w:rPr>
          <w:sz w:val="20"/>
        </w:rPr>
        <w:t>15:09  yeh saada zindagi ki alamat hai.</w:t>
      </w:r>
      <w:r>
        <w:br/>
      </w:r>
      <w:r>
        <w:rPr>
          <w:sz w:val="20"/>
        </w:rPr>
        <w:t>15:14  jab aap ehram bandhte hain to yeh aap ahad karte hain Khuda se ke meri zindagi saada zindagi hogi. meri zindagi saada zindagi hogi.</w:t>
      </w:r>
      <w:r>
        <w:br/>
      </w:r>
      <w:r>
        <w:rPr>
          <w:sz w:val="20"/>
        </w:rPr>
        <w:t>15:25  zindagi ke comforts mujhe aani chahiye. zindagi ki luxuries mujhe leni chahiye. kyunke ba-maqsad insaan ki zindagi saada hi zindagi hoti hai.</w:t>
      </w:r>
    </w:p>
    <w:p>
      <w:pPr>
        <w:pStyle w:val="Heading2"/>
      </w:pPr>
      <w:r>
        <w:t>Spiritless prayer is deterioration</w:t>
      </w:r>
    </w:p>
    <w:p>
      <w:r>
        <w:rPr>
          <w:color w:val="666666"/>
          <w:sz w:val="18"/>
        </w:rPr>
        <w:t>The Concept of Tajdid in Islam April 19, 2007 · 30s · at 5:23 · https://youtu.be/xOF-8m3m7KA?t=323</w:t>
      </w:r>
    </w:p>
    <w:p>
      <w:r>
        <w:rPr>
          <w:i/>
        </w:rPr>
        <w:t>“When prayer becomes spiritless, that is deterioration.”</w:t>
      </w:r>
    </w:p>
    <w:p>
      <w:r>
        <w:rPr>
          <w:sz w:val="20"/>
        </w:rPr>
        <w:t>5:23  so this is deterioration. when salat becomes spirit less, that is deterioration.</w:t>
      </w:r>
      <w:r>
        <w:br/>
      </w:r>
      <w:r>
        <w:rPr>
          <w:sz w:val="20"/>
        </w:rPr>
        <w:t>5:36  so here revival means to revive the spirit of salat</w:t>
      </w:r>
      <w:r>
        <w:br/>
      </w:r>
      <w:r>
        <w:rPr>
          <w:sz w:val="20"/>
        </w:rPr>
        <w:t>5:46  . when salat is based, when salat is reduced to a form.</w:t>
      </w:r>
    </w:p>
    <w:p>
      <w:pPr>
        <w:pStyle w:val="Heading2"/>
      </w:pPr>
      <w:r>
        <w:t>Prophet's command: convey my message to all</w:t>
      </w:r>
    </w:p>
    <w:p>
      <w:r>
        <w:rPr>
          <w:color w:val="666666"/>
          <w:sz w:val="18"/>
        </w:rPr>
        <w:t>The Message of Eid Al- Adha November 6, 2011 - Maulana Wahiduddin Khan · 38s · at 43:05 · https://youtu.be/jRx-8VFlR9Q?t=2585</w:t>
      </w:r>
    </w:p>
    <w:p>
      <w:r>
        <w:rPr>
          <w:i/>
        </w:rPr>
        <w:t>“Allah ne mujhe saare insanon ke liye bheja hai”</w:t>
      </w:r>
    </w:p>
    <w:p>
      <w:r>
        <w:rPr>
          <w:sz w:val="20"/>
        </w:rPr>
        <w:t>43:05  fa'aduni, innal laha ba'asani kaffatan lin nas. fa'aduni,</w:t>
      </w:r>
      <w:r>
        <w:br/>
      </w:r>
      <w:r>
        <w:rPr>
          <w:sz w:val="20"/>
        </w:rPr>
        <w:t>43:13  Allah ne mujhe bheja hai sare insanon ke liye. to tum log ab haj ke baad yahan se jao aur sare insanon tak mera paigham pahuncha do.</w:t>
      </w:r>
      <w:r>
        <w:br/>
      </w:r>
      <w:r>
        <w:rPr>
          <w:sz w:val="20"/>
        </w:rPr>
        <w:t>43:26  aap ne farmaya tha ke fal</w:t>
      </w:r>
      <w:r>
        <w:br/>
      </w:r>
      <w:r>
        <w:rPr>
          <w:sz w:val="20"/>
        </w:rPr>
        <w:t>43:31  falyuballigh al-shahiid al-gha'ib, jo yahan maujood hai, woh un ko pahuncha de jo maujood nahi hain. yeh hai asal asal message haj.</w:t>
      </w:r>
    </w:p>
    <w:p>
      <w:pPr>
        <w:pStyle w:val="Heading2"/>
      </w:pPr>
      <w:r>
        <w:t>Warning: wasting Ramadan without seeking forgiveness</w:t>
      </w:r>
    </w:p>
    <w:p>
      <w:r>
        <w:rPr>
          <w:color w:val="666666"/>
          <w:sz w:val="18"/>
        </w:rPr>
        <w:t>The Spirit of Ramadan April 10, 2022 Dr. Saniyasnain Khan · 46s · at 2:16 · https://youtu.be/MVnTihqgvus?t=136</w:t>
      </w:r>
    </w:p>
    <w:p>
      <w:r>
        <w:rPr>
          <w:i/>
        </w:rPr>
        <w:t>“तो prophet ने कहा कि जिबरील आए थे”</w:t>
      </w:r>
    </w:p>
    <w:p>
      <w:r>
        <w:rPr>
          <w:sz w:val="20"/>
        </w:rPr>
        <w:t>2:16  To Sahaba ne kaha ke eh Khuda ke Rasool humne aapko kabhi aise aameen aameen karte hue dekha nahi. To prophet ne kaha ke Jibreel aaye the. Farishte Jibreel, Angel Gabriel.</w:t>
      </w:r>
      <w:r>
        <w:br/>
      </w:r>
      <w:r>
        <w:rPr>
          <w:sz w:val="20"/>
        </w:rPr>
        <w:t>2:38  To jab maine pehle step par qadam rakha to unhone kaha ke woh shakhs halaak ho jisko Ramzan ka mahina mila aur woh apne gunahon ki maafi na kara saka. To maine kaha aameen.</w:t>
      </w:r>
      <w:r>
        <w:br/>
      </w:r>
      <w:r>
        <w:rPr>
          <w:sz w:val="20"/>
        </w:rPr>
        <w:t>3:02  To phir jab maine doosre step ka qadam rakha to Jibreel ne kaha ke woh shakhs bhi halaak ho jiske saamne aapka zikr aaya aur usne durood o salaam nahi bheja aapke upar.</w:t>
      </w:r>
    </w:p>
    <w:p>
      <w:pPr>
        <w:pStyle w:val="Heading2"/>
      </w:pPr>
      <w:r>
        <w:t>Fasting shock to trigger mind and discover God</w:t>
      </w:r>
    </w:p>
    <w:p>
      <w:r>
        <w:rPr>
          <w:color w:val="666666"/>
          <w:sz w:val="18"/>
        </w:rPr>
        <w:t>Roza (Fasting) Shock May 26, 2019 · 19s · at 15:54 · https://youtu.be/GXYhGriFRpM?t=954</w:t>
      </w:r>
    </w:p>
    <w:p>
      <w:r>
        <w:rPr>
          <w:i/>
        </w:rPr>
        <w:t>“Yeh toh bahut chhota sa shock dikhaya diya jata hai”</w:t>
      </w:r>
    </w:p>
    <w:p>
      <w:r>
        <w:rPr>
          <w:sz w:val="20"/>
        </w:rPr>
        <w:t>15:54  yeh to bohat chota sa shock dikhaya diya jata hai taake aap sochein, taake aap Allah ko yaad karein, taake aap Allah ki nematon ko soch kar discover karein.</w:t>
      </w:r>
    </w:p>
    <w:p>
      <w:pPr>
        <w:pStyle w:val="Heading2"/>
      </w:pPr>
      <w:r>
        <w:t>Simplicity guards you from life's biggest destroyer</w:t>
      </w:r>
    </w:p>
    <w:p>
      <w:r>
        <w:rPr>
          <w:color w:val="666666"/>
          <w:sz w:val="18"/>
        </w:rPr>
        <w:t>The Message of Hajj November 4, 2008 Maulana Wahiduddin Khan · 26s · at 15:15 · https://youtu.be/CIGhIpsejkY?t=915</w:t>
      </w:r>
    </w:p>
    <w:p>
      <w:r>
        <w:rPr>
          <w:i/>
        </w:rPr>
        <w:t>“Zindagi mein sabse zyada tabah kun cheez hai distraction”</w:t>
      </w:r>
    </w:p>
    <w:p>
      <w:r>
        <w:rPr>
          <w:sz w:val="20"/>
        </w:rPr>
        <w:t>15:15  to sadgi kya hai? simplicity kya hai? yani simplicity saves you from distraction.</w:t>
      </w:r>
      <w:r>
        <w:br/>
      </w:r>
      <w:r>
        <w:rPr>
          <w:sz w:val="20"/>
        </w:rPr>
        <w:t>15:28  zindagi mein sab se zyada tabah kun cheez hai distraction, yani kisi doosri cheez ki taraf bar bar munharif ho jana.</w:t>
      </w:r>
    </w:p>
    <w:p>
      <w:pPr>
        <w:pStyle w:val="Heading2"/>
      </w:pPr>
      <w:r>
        <w:t>Waiting for relief is highest worship</w:t>
      </w:r>
    </w:p>
    <w:p>
      <w:r>
        <w:rPr>
          <w:color w:val="666666"/>
          <w:sz w:val="18"/>
        </w:rPr>
        <w:t>Hadith-e-Rasool | April 9, 2006 | Maulana Wahiduddin Khan · 31s · at 39:26 · https://youtu.be/zxaMbPyrpQY?t=2366</w:t>
      </w:r>
    </w:p>
    <w:p>
      <w:r>
        <w:rPr>
          <w:i/>
        </w:rPr>
        <w:t>“افضل العبادت انتظار الفرج”</w:t>
      </w:r>
    </w:p>
    <w:p>
      <w:r>
        <w:rPr>
          <w:sz w:val="20"/>
        </w:rPr>
        <w:t>39:26  Afzal ul ibadat intizar ul faraj. faraj, faraj ka matlab hai kushadgi, yani solution, problem ka solution. to problem pesh aaya aur us ke solution ke liye aap ney intezar kiya to yeh hai bohat bari ibadat. dekhiye, yeh saada baat nahi hai. Ghalib ka ek sher hai, woh mein samajhta hoon keh bohat hi relevant hai yahan par</w:t>
      </w:r>
    </w:p>
    <w:p>
      <w:pPr>
        <w:pStyle w:val="Heading2"/>
      </w:pPr>
      <w:r>
        <w:t>the Prophet's question 'did I convey it' repeats today</w:t>
      </w:r>
    </w:p>
    <w:p>
      <w:r>
        <w:rPr>
          <w:color w:val="666666"/>
          <w:sz w:val="18"/>
        </w:rPr>
        <w:t>Revival of Abrahamic Mission October 28, 2012 · 50s · at 45:36 · https://youtu.be/9mV72V5gsqM?t=2736</w:t>
      </w:r>
    </w:p>
    <w:p>
      <w:r>
        <w:rPr>
          <w:i/>
        </w:rPr>
        <w:t>“اے انسانوں! کیا میں نے تم کو پہنچا دیا؟”</w:t>
      </w:r>
    </w:p>
    <w:p>
      <w:r>
        <w:rPr>
          <w:sz w:val="20"/>
        </w:rPr>
        <w:t>45:36  aur pohncha kar yeh, yani lafzon mein chahe na kahein, lekin bila bolay huay yeh waqia phir dohrhaya jaye: "aye insano!</w:t>
      </w:r>
      <w:r>
        <w:br/>
      </w:r>
      <w:r>
        <w:rPr>
          <w:sz w:val="20"/>
        </w:rPr>
        <w:t>45:48  kya maine tum ko pohncha diya?</w:t>
      </w:r>
      <w:r>
        <w:br/>
      </w:r>
      <w:r>
        <w:rPr>
          <w:sz w:val="20"/>
        </w:rPr>
        <w:t>45:51  jis tarah rasool Allah ne wahan jo mojood thay, un se poocha: "kya hum ne pohncha diya?" to aaj dobara yeh waqia hona chahiye, chahe munh se bol kar na ho, waqia ho,</w:t>
      </w:r>
      <w:r>
        <w:br/>
      </w:r>
      <w:r>
        <w:rPr>
          <w:sz w:val="20"/>
        </w:rPr>
        <w:t>46:06  amal'an yeh waqia hona chahiye taake farishtay dekhein, farishtay likhein, farishtay sunein ke: "kya hum, aye insano!</w:t>
      </w:r>
      <w:r>
        <w:br/>
      </w:r>
      <w:r>
        <w:rPr>
          <w:sz w:val="20"/>
        </w:rPr>
        <w:t>46:15  kya hum ne pohncha diya? aye insano! kya hum ne pohncha diya? aye insano! kya hum ne pohncha diya?"</w:t>
      </w:r>
    </w:p>
    <w:p>
      <w:pPr>
        <w:pStyle w:val="Heading2"/>
      </w:pPr>
      <w:r>
        <w:t>Modesty is the greatest virtue</w:t>
      </w:r>
    </w:p>
    <w:p>
      <w:r>
        <w:rPr>
          <w:color w:val="666666"/>
          <w:sz w:val="18"/>
        </w:rPr>
        <w:t>Islam in Daily Life | December 18, 2007 · 30s · at 17:39 · https://youtu.be/wLp27oWti4c?t=1059</w:t>
      </w:r>
    </w:p>
    <w:p>
      <w:r>
        <w:rPr>
          <w:i/>
        </w:rPr>
        <w:t>“Modesty is the greatest virtue”</w:t>
      </w:r>
    </w:p>
    <w:p>
      <w:r>
        <w:rPr>
          <w:sz w:val="20"/>
        </w:rPr>
        <w:t>17:39  modesty.</w:t>
      </w:r>
      <w:r>
        <w:br/>
      </w:r>
      <w:r>
        <w:rPr>
          <w:sz w:val="20"/>
        </w:rPr>
        <w:t>17:44  ab modesty is the greatest virtue.</w:t>
      </w:r>
      <w:r>
        <w:br/>
      </w:r>
      <w:r>
        <w:rPr>
          <w:sz w:val="20"/>
        </w:rPr>
        <w:t>17:49  modesty se bari koi virtue nahin.</w:t>
      </w:r>
      <w:r>
        <w:br/>
      </w:r>
      <w:r>
        <w:rPr>
          <w:sz w:val="20"/>
        </w:rPr>
        <w:t>17:55  saari jo virtues hain, saare jo values hain, saare jo achhi cheezein hain woh sab modesty se judi hui hain.</w:t>
      </w:r>
      <w:r>
        <w:br/>
      </w:r>
      <w:r>
        <w:rPr>
          <w:sz w:val="20"/>
        </w:rPr>
        <w:t>18:00  aakhir mein aap khatam karte hain namaz yeh keh kar assalamualaikum warahmatullah.</w:t>
      </w:r>
      <w:r>
        <w:br/>
      </w:r>
      <w:r>
        <w:rPr>
          <w:sz w:val="20"/>
        </w:rPr>
        <w:t>18:05  assalamualaikum warahmatullah.</w:t>
      </w:r>
    </w:p>
    <w:p>
      <w:pPr>
        <w:pStyle w:val="Heading2"/>
      </w:pPr>
      <w:r>
        <w:t>Umar's thorny-path parable explaining taqwa</w:t>
      </w:r>
    </w:p>
    <w:p>
      <w:r>
        <w:rPr>
          <w:color w:val="666666"/>
          <w:sz w:val="18"/>
        </w:rPr>
        <w:t>Discovering The Spirit of Ramadan March 16, 2025 · 45s · at 14:00 · https://youtu.be/WrIyg6N7390?t=840</w:t>
      </w:r>
    </w:p>
    <w:p>
      <w:r>
        <w:rPr>
          <w:i/>
        </w:rPr>
        <w:t>“Umar asked: have you walked a thorny path?”</w:t>
      </w:r>
    </w:p>
    <w:p>
      <w:r>
        <w:rPr>
          <w:sz w:val="20"/>
        </w:rPr>
        <w:t>14:00  apa, mujhe yaad aata hai taqwa ke bare mein ke hazrat umar r.a. ka waqia hai. tafsir ibn kathir mein aaya hai. aur isi tarah baaz riwayat mein hazrat abu huraira ka bhi hai ke hazrat umar ne poocha tha hazrat abi bin kaab se ke taqwa kya hai?</w:t>
      </w:r>
      <w:r>
        <w:br/>
      </w:r>
      <w:r>
        <w:rPr>
          <w:sz w:val="20"/>
        </w:rPr>
        <w:t>14:18  to unhon ne kaha ke ama salakta tareeqan dhaw shoukan kya aap kisi aise rastay par chale hain jis mein kaantay daar jhariyan hon?</w:t>
      </w:r>
      <w:r>
        <w:br/>
      </w:r>
      <w:r>
        <w:rPr>
          <w:sz w:val="20"/>
        </w:rPr>
        <w:t>14:28  to hazrat umar ne kaha: "haan, chala hoon mein." to kaha ke aap kya karte hain wahan par? to unhon ne kaha: shamrat wajadt ke mein apne kapde ko lapet kar khoob bach bach kar chalta hoon.</w:t>
      </w:r>
      <w:r>
        <w:br/>
      </w:r>
      <w:r>
        <w:rPr>
          <w:sz w:val="20"/>
        </w:rPr>
        <w:t>14:40  kaha yahi taqwa hai. is ko agar taqwa, yeh to aik</w:t>
      </w:r>
    </w:p>
    <w:p>
      <w:pPr>
        <w:pStyle w:val="Heading2"/>
      </w:pPr>
      <w:r>
        <w:t>Kaaba named guidance-center for the whole world</w:t>
      </w:r>
    </w:p>
    <w:p>
      <w:r>
        <w:rPr>
          <w:color w:val="666666"/>
          <w:sz w:val="18"/>
        </w:rPr>
        <w:t>The Message of Hajj November 4, 2008 Maulana Wahiduddin Khan · 30s · at 2:39 · https://youtu.be/CIGhIpsejkY?t=159</w:t>
      </w:r>
    </w:p>
    <w:p>
      <w:r>
        <w:rPr>
          <w:i/>
        </w:rPr>
        <w:t>“Bait Allah ko poore aalam ki hidayat kaha gaya”</w:t>
      </w:r>
    </w:p>
    <w:p>
      <w:r>
        <w:rPr>
          <w:sz w:val="20"/>
        </w:rPr>
        <w:t>2:39  "hadd lil alameen" yani baitullah ko ya kaba ko sare alam ke liye hidayat kaha gaya.</w:t>
      </w:r>
      <w:r>
        <w:br/>
      </w:r>
      <w:r>
        <w:rPr>
          <w:sz w:val="20"/>
        </w:rPr>
        <w:t>2:50  to ek bait hidayat kaise banega? iska matlab yeh hai ke is se murad hai hidayat alam ka markaz.</w:t>
      </w:r>
      <w:r>
        <w:br/>
      </w:r>
      <w:r>
        <w:rPr>
          <w:sz w:val="20"/>
        </w:rPr>
        <w:t>3:01  hajj hidayat alam ka markaz hai. markaz kis silsile mein?</w:t>
      </w:r>
    </w:p>
    <w:p>
      <w:pPr>
        <w:pStyle w:val="Heading2"/>
      </w:pPr>
      <w:r>
        <w:t>What Eid al-Adha literally means, mini-Hajj</w:t>
      </w:r>
    </w:p>
    <w:p>
      <w:r>
        <w:rPr>
          <w:color w:val="666666"/>
          <w:sz w:val="18"/>
        </w:rPr>
        <w:t>The Message of Eid Al-Adha November 6, 2011 · 22s · at 1:36 · https://youtu.be/rJrjqkrLjMY?t=96</w:t>
      </w:r>
    </w:p>
    <w:p>
      <w:r>
        <w:rPr>
          <w:i/>
        </w:rPr>
        <w:t>“عید الاضحی کا لفظی مطلب ہے قربانی کی عید”</w:t>
      </w:r>
    </w:p>
    <w:p>
      <w:r>
        <w:rPr>
          <w:sz w:val="20"/>
        </w:rPr>
        <w:t>1:36  Eid al-Adha ka lafzi matlab hai Qurbani ki Eid. Yeh Eid al-Adha har saal tamam dunya mein Musalman manate hain.</w:t>
      </w:r>
      <w:r>
        <w:br/>
      </w:r>
      <w:r>
        <w:rPr>
          <w:sz w:val="20"/>
        </w:rPr>
        <w:t>1:50  Eid al-Adha goya ke mini Hajj hai.</w:t>
      </w:r>
    </w:p>
    <w:p>
      <w:pPr>
        <w:pStyle w:val="Heading2"/>
      </w:pPr>
      <w:r>
        <w:t>Islam is ideology not rituals</w:t>
      </w:r>
    </w:p>
    <w:p>
      <w:r>
        <w:rPr>
          <w:color w:val="666666"/>
          <w:sz w:val="18"/>
        </w:rPr>
        <w:t>Islam in Daily Life | December 18, 2007 · 1m 01s · at 7:54 · https://youtu.be/wLp27oWti4c?t=474</w:t>
      </w:r>
    </w:p>
    <w:p>
      <w:r>
        <w:rPr>
          <w:i/>
        </w:rPr>
        <w:t>“Islam rituals ka mazhab nahi hai”</w:t>
      </w:r>
    </w:p>
    <w:p>
      <w:r>
        <w:rPr>
          <w:sz w:val="20"/>
        </w:rPr>
        <w:t>7:54  aaj mein chahta hoon ke isi topic par kuch baat kahoon.</w:t>
      </w:r>
      <w:r>
        <w:br/>
      </w:r>
      <w:r>
        <w:rPr>
          <w:sz w:val="20"/>
        </w:rPr>
        <w:t>7:59  dekhiye pehli baat yeh hai ke islam rituals ka mazhab nahi hai.</w:t>
      </w:r>
      <w:r>
        <w:br/>
      </w:r>
      <w:r>
        <w:rPr>
          <w:sz w:val="20"/>
        </w:rPr>
        <w:t>8:04  islam ek ideology ka mazhab hai.</w:t>
      </w:r>
      <w:r>
        <w:br/>
      </w:r>
      <w:r>
        <w:rPr>
          <w:sz w:val="20"/>
        </w:rPr>
        <w:t>8:09  ek spirit, ek spirit hai, ek divine spirit.</w:t>
      </w:r>
      <w:r>
        <w:br/>
      </w:r>
      <w:r>
        <w:rPr>
          <w:sz w:val="20"/>
        </w:rPr>
        <w:t>8:14  isko inculcate karna aadmi ke andar.</w:t>
      </w:r>
      <w:r>
        <w:br/>
      </w:r>
      <w:r>
        <w:rPr>
          <w:sz w:val="20"/>
        </w:rPr>
        <w:t>8:19  yeh hai islam ka</w:t>
      </w:r>
      <w:r>
        <w:br/>
      </w:r>
      <w:r>
        <w:rPr>
          <w:sz w:val="20"/>
        </w:rPr>
        <w:t>8:24  asal target.</w:t>
      </w:r>
      <w:r>
        <w:br/>
      </w:r>
      <w:r>
        <w:rPr>
          <w:sz w:val="20"/>
        </w:rPr>
        <w:t>8:29  to daily life ke liye islam ne koi manual nahi diya hai.</w:t>
      </w:r>
      <w:r>
        <w:br/>
      </w:r>
      <w:r>
        <w:rPr>
          <w:sz w:val="20"/>
        </w:rPr>
        <w:t>8:35  koi routine nahi diya hai.</w:t>
      </w:r>
      <w:r>
        <w:br/>
      </w:r>
      <w:r>
        <w:rPr>
          <w:sz w:val="20"/>
        </w:rPr>
        <w:t>8:40  aisi koi baat islam mein nahi hai.</w:t>
      </w:r>
      <w:r>
        <w:br/>
      </w:r>
      <w:r>
        <w:rPr>
          <w:sz w:val="20"/>
        </w:rPr>
        <w:t>8:45  aap quran ko padhein to is mein koi bhi aap manual type ki cheez nahi paayenge.</w:t>
      </w:r>
      <w:r>
        <w:br/>
      </w:r>
      <w:r>
        <w:rPr>
          <w:sz w:val="20"/>
        </w:rPr>
        <w:t>8:50  koi routine type ki cheez nahi paayenge.</w:t>
      </w:r>
    </w:p>
    <w:p>
      <w:pPr>
        <w:pStyle w:val="Heading2"/>
      </w:pPr>
      <w:r>
        <w:t>Modesty in worship vs hypocrisy</w:t>
      </w:r>
    </w:p>
    <w:p>
      <w:r>
        <w:rPr>
          <w:color w:val="666666"/>
          <w:sz w:val="18"/>
        </w:rPr>
        <w:t>Ramadan and The Quran 14 oct 2005 - Maulana Wahiduddin Khan · 45s · at 29:41 · https://youtu.be/t_Ciia8JlBk?t=1781</w:t>
      </w:r>
    </w:p>
    <w:p>
      <w:r>
        <w:rPr>
          <w:i/>
        </w:rPr>
        <w:t>“To yeh tawazu, yeh modesty, kami ka ehsas Khuda ko matloob hai”</w:t>
      </w:r>
    </w:p>
    <w:p>
      <w:r>
        <w:rPr>
          <w:sz w:val="20"/>
        </w:rPr>
        <w:t>29:41  das din namaz parhi aur barahween din so gaya. yani yeh yeh tawazu, yeh modesty, kami ka ehsas Khuda ko matloob hai. yeh nahi ke aap bare fakhr ke sath kahein ke alhamdulillah.</w:t>
      </w:r>
      <w:r>
        <w:br/>
      </w:r>
      <w:r>
        <w:rPr>
          <w:sz w:val="20"/>
        </w:rPr>
        <w:t>29:54  aaj kal alhamdulillah ek culture ban gaya hai. jahan jaiye, kuch poochein kisi se. alhamdulillah, mein to yeh ho gaya. alhamdulillah, mera to karobar aise chal raha hai.</w:t>
      </w:r>
      <w:r>
        <w:br/>
      </w:r>
      <w:r>
        <w:rPr>
          <w:sz w:val="20"/>
        </w:rPr>
        <w:t>30:04  alhamdulillah, mere bete to aise hain.</w:t>
      </w:r>
      <w:r>
        <w:br/>
      </w:r>
      <w:r>
        <w:rPr>
          <w:sz w:val="20"/>
        </w:rPr>
        <w:t>30:06  yaqeen kijiye ke yeh munafiqat ka kalma hai. munafiqat ka. munafiqat ka kalma hai. yeh aaj kal chala hua hai.</w:t>
      </w:r>
      <w:r>
        <w:br/>
      </w:r>
      <w:r>
        <w:rPr>
          <w:sz w:val="20"/>
        </w:rPr>
        <w:t>30:16  insha'allah, insha'allah, alhamdulillah waghera. yeh sab munafiqat ki boliyan hain. har woh boli jis mein modesty na ho, woh munafiqat hai.</w:t>
      </w:r>
      <w:r>
        <w:br/>
      </w:r>
      <w:r>
        <w:rPr>
          <w:sz w:val="20"/>
        </w:rPr>
        <w:t>30:27  woh behesi hai.</w:t>
      </w:r>
    </w:p>
    <w:p>
      <w:pPr>
        <w:pStyle w:val="Heading2"/>
      </w:pPr>
      <w:r>
        <w:t>Keep inner nature alive</w:t>
      </w:r>
    </w:p>
    <w:p>
      <w:r>
        <w:rPr>
          <w:color w:val="666666"/>
          <w:sz w:val="18"/>
        </w:rPr>
        <w:t>Q&amp;A 20 Aug 2006 Maulana Wahiduddin Khan · 28s · at 28:23 · https://youtu.be/g_6-zerS_N4?t=1703</w:t>
      </w:r>
    </w:p>
    <w:p>
      <w:r>
        <w:rPr>
          <w:i/>
        </w:rPr>
        <w:t>“Keep your inner nature alive or you'll fail like a rocket.”</w:t>
      </w:r>
    </w:p>
    <w:p>
      <w:r>
        <w:rPr>
          <w:sz w:val="20"/>
        </w:rPr>
        <w:t>28:23  Lekin jo aadmi, yaani apni inner, yaani inner, inner nature ko alive na rakhe toh woh phir yahan par wahi hoga jaise keh kai rocket jatay hain ooper aur gir padte hain kyunke agla, agla engine khula nahi.</w:t>
      </w:r>
      <w:r>
        <w:br/>
      </w:r>
      <w:r>
        <w:rPr>
          <w:sz w:val="20"/>
        </w:rPr>
        <w:t>28:41  aap ne dekha hoga ke rocket urhaya jata hai to ek engine to le gaya us ko yahan tak lekin jo us waqt jo agla engine khulne wala tha, us ke par phanse reh gaye, woh khula nahi.</w:t>
      </w:r>
    </w:p>
    <w:p>
      <w:pPr>
        <w:pStyle w:val="Heading2"/>
      </w:pPr>
      <w:r>
        <w:t>Religious freedom in Islam</w:t>
      </w:r>
    </w:p>
    <w:p>
      <w:r>
        <w:rPr>
          <w:color w:val="666666"/>
          <w:sz w:val="18"/>
        </w:rPr>
        <w:t>Interaction 16 nov, 2019 - Maulana Wahiduddin Khan · 20s · at 17:25 · https://youtu.be/18N19xva7Ag?t=1045</w:t>
      </w:r>
    </w:p>
    <w:p>
      <w:r>
        <w:rPr>
          <w:i/>
        </w:rPr>
        <w:t>“To Islam mein mazhabi jabar nahi hai”</w:t>
      </w:r>
    </w:p>
    <w:p>
      <w:r>
        <w:rPr>
          <w:sz w:val="20"/>
        </w:rPr>
        <w:t>17:25  jo jabr kaam kar rakha tha, us ke bare mein yeh hai. to islam mein mazhabi jabr nahi hai.</w:t>
      </w:r>
      <w:r>
        <w:br/>
      </w:r>
      <w:r>
        <w:rPr>
          <w:sz w:val="20"/>
        </w:rPr>
        <w:t>17:34  har aadmi ko aazadi hai. har aadmi ko aazadi hai.</w:t>
      </w:r>
    </w:p>
    <w:p>
      <w:pPr>
        <w:pStyle w:val="Heading2"/>
      </w:pPr>
      <w:r>
        <w:t>Pray for those who complain about you</w:t>
      </w:r>
    </w:p>
    <w:p>
      <w:r>
        <w:rPr>
          <w:color w:val="666666"/>
          <w:sz w:val="18"/>
        </w:rPr>
        <w:t>Bury Your Complaints This Ramazan April 26, 2020 Maulana Wahiduddin Khan · 44s · at 17:10 · https://youtu.be/t2vt4rkgd_8?t=1030</w:t>
      </w:r>
    </w:p>
    <w:p>
      <w:r>
        <w:rPr>
          <w:i/>
        </w:rPr>
        <w:t>“Chahe qareebi koi aadmi ho ya door ka”</w:t>
      </w:r>
    </w:p>
    <w:p>
      <w:r>
        <w:rPr>
          <w:sz w:val="20"/>
        </w:rPr>
        <w:t>17:10  chahe qareebi koi aadmi ho ya door ka aadmi ho, sab ke liye ek hi tareeqa hai. aap is ke liye achhi dua karna shuru kar dijiye, uska dil apna aap badal jaye ga,</w:t>
      </w:r>
      <w:r>
        <w:br/>
      </w:r>
      <w:r>
        <w:rPr>
          <w:sz w:val="20"/>
        </w:rPr>
        <w:t>17:28  uska dil apna aap badal jaye ga. aap kar ke dekhiye,</w:t>
      </w:r>
      <w:r>
        <w:br/>
      </w:r>
      <w:r>
        <w:rPr>
          <w:sz w:val="20"/>
        </w:rPr>
        <w:t>17:35  jo bhi shakhs aap ke, aap jis ko jante hon ke woh aap se shikayat rakhta hai, to aap ne apni shikayat khatm kar dijiye aur us ke liye dua karna shuru kar dijiye.</w:t>
      </w:r>
      <w:r>
        <w:br/>
      </w:r>
      <w:r>
        <w:rPr>
          <w:sz w:val="20"/>
        </w:rPr>
        <w:t>17:49  uski shikayat apne aap khatm ho jaye gi.</w:t>
      </w:r>
    </w:p>
    <w:p>
      <w:pPr>
        <w:pStyle w:val="Heading2"/>
      </w:pPr>
      <w:r>
        <w:t>Nafil worship brings divine guidance</w:t>
      </w:r>
    </w:p>
    <w:p>
      <w:r>
        <w:rPr>
          <w:color w:val="666666"/>
          <w:sz w:val="18"/>
        </w:rPr>
        <w:t>Sufism an Introduction August 13, 2020 Prof. Farida Khanam · 37s · at 8:43 · https://youtu.be/7VOpY8OvRdM?t=523</w:t>
      </w:r>
    </w:p>
    <w:p>
      <w:r>
        <w:rPr>
          <w:i/>
        </w:rPr>
        <w:t>“Jo Allah ke liye nafil ibadat karta hai”</w:t>
      </w:r>
    </w:p>
    <w:p>
      <w:r>
        <w:rPr>
          <w:sz w:val="20"/>
        </w:rPr>
        <w:t>8:43  ehtimam kiya. ek hadith hai ke jo Allah ke liye nafl ibadat karta hai to Allah uska hath ban jata hai jis se woh kaam karta hai.</w:t>
      </w:r>
      <w:r>
        <w:br/>
      </w:r>
      <w:r>
        <w:rPr>
          <w:sz w:val="20"/>
        </w:rPr>
        <w:t>8:55  Allah uska paon ban jata hai jis se woh chalta hai. Allah uski aankh ban jata hai jis se woh dekhta hai. yani har haal mein us ko Khuda ki guidance milti rehti hai.</w:t>
      </w:r>
      <w:r>
        <w:br/>
      </w:r>
      <w:r>
        <w:rPr>
          <w:sz w:val="20"/>
        </w:rPr>
        <w:t>9:07  kyunke nafl namazon ka matlab kya hai ke woh itna zyada Khuda se qurbat hasil karna chahta hai to us ke liye woh kuch na kuch mustaqil taur par Khuda ki yaad karta rehta hai.</w:t>
      </w:r>
    </w:p>
    <w:p>
      <w:pPr>
        <w:pStyle w:val="Heading2"/>
      </w:pPr>
      <w:r>
        <w:t>The space Prophet called a piece of paradise</w:t>
      </w:r>
    </w:p>
    <w:p>
      <w:r>
        <w:rPr>
          <w:color w:val="666666"/>
          <w:sz w:val="18"/>
        </w:rPr>
        <w:t>The Spirit of Namaz February 13, 2022 Dr. Saniyasnain Khan · 58s · at 1:06:00 · https://youtu.be/Mh4K7ZR4RbE?t=3960</w:t>
      </w:r>
    </w:p>
    <w:p>
      <w:r>
        <w:rPr>
          <w:i/>
        </w:rPr>
        <w:t>“In Medina's mosque there's a spot called Riyad al-Jannah”</w:t>
      </w:r>
    </w:p>
    <w:p>
      <w:r>
        <w:rPr>
          <w:sz w:val="20"/>
        </w:rPr>
        <w:t>1:06:00  main ek misaal deta hoon ke agar aap madina jayen, madina ki masjid jo hai, usmein aage ki</w:t>
      </w:r>
      <w:r>
        <w:br/>
      </w:r>
      <w:r>
        <w:rPr>
          <w:sz w:val="20"/>
        </w:rPr>
        <w:t>1:06:12  taraf ek hissa hai jisko riyazul janma kaha jata hai aur woh jahan par imam khade hote hain</w:t>
      </w:r>
      <w:r>
        <w:br/>
      </w:r>
      <w:r>
        <w:rPr>
          <w:sz w:val="20"/>
        </w:rPr>
        <w:t>1:06:24  wahan thoda sa alag sa carpet bhi hota hai to lagta hai ke ye woh hissa hai.</w:t>
      </w:r>
      <w:r>
        <w:br/>
      </w:r>
      <w:r>
        <w:rPr>
          <w:sz w:val="20"/>
        </w:rPr>
        <w:t>1:06:36  Chunke Prophet ne kaha tha Ma baina Mimberi wa Baitil Jannah. Yeh mere mimbar, mimbar yaani pulpit jahan Imam lead karta hai prayer. Usse aur mere ghar ke beach ki jo jagah hai woh jannat ke baagon mein se ek baag hai. To logon ne usko literal sense mein le liya.</w:t>
      </w:r>
      <w:r>
        <w:br/>
      </w:r>
      <w:r>
        <w:rPr>
          <w:sz w:val="20"/>
        </w:rPr>
        <w:t>1:06:58  Darasal baat yeh thi ke jab masjid bani, Masjid e Nabwi to ek area thoda sa khaali reh gaya, empty space thi. To Prophet ne kuch kamre banaye wahan jisko hujra ya hujraat kaha jata hai Quran mein bhi Surah Hujraat hai.</w:t>
      </w:r>
    </w:p>
    <w:p>
      <w:pPr>
        <w:pStyle w:val="Heading2"/>
      </w:pPr>
      <w:r>
        <w:t>repentance accepted until the last breath</w:t>
      </w:r>
    </w:p>
    <w:p>
      <w:r>
        <w:rPr>
          <w:color w:val="666666"/>
          <w:sz w:val="18"/>
        </w:rPr>
        <w:t>Dars-e-Quran (Al-Fatihah (The Opening) 1 1-7) July 12, 2015 · 45s · at 49:39 · https://youtu.be/Rv6AjEFe6MI?t=2979</w:t>
      </w:r>
    </w:p>
    <w:p>
      <w:r>
        <w:rPr>
          <w:i/>
        </w:rPr>
        <w:t>“Allah accepts repentance until the soul reaches the throat”</w:t>
      </w:r>
    </w:p>
    <w:p>
      <w:r>
        <w:rPr>
          <w:sz w:val="20"/>
        </w:rPr>
        <w:t>49:39  lekin derail hone ke baad bhi mauqa rehta hai wapsi ka. kyunke hadith mein aata hai ke: "in Allah yaqbal al-tawba al-gharaq" yani kisi bhi lamha aap ko hosh aa jaye, kisi bhi lamha aap ko apni ghalti ka yeh samajh aa jaye to aap wapas ho sakte hain Allah ki taraf, aur phir Allah ki rehmaten aap ki taraf dobara wapas aa jayengi.</w:t>
      </w:r>
      <w:r>
        <w:br/>
      </w:r>
      <w:r>
        <w:rPr>
          <w:sz w:val="20"/>
        </w:rPr>
        <w:t>50:05  dobara Allah taala aap ko apni rehmaton ke saaye mein le lega. to yeh lekin jo log aisa na kar kar payen, jinke andar introspection ki sifat na ho, jo apne khilaf soch na saken,</w:t>
      </w:r>
    </w:p>
    <w:p>
      <w:pPr>
        <w:pStyle w:val="Heading2"/>
      </w:pPr>
      <w:r>
        <w:t>Serving parents is an easy path to Jannah</w:t>
      </w:r>
    </w:p>
    <w:p>
      <w:r>
        <w:rPr>
          <w:color w:val="666666"/>
          <w:sz w:val="18"/>
        </w:rPr>
        <w:t>The Spirit of Ramadan April 10, 2022 Dr. Saniyasnain Khan · 55s · at 5:35 · https://youtu.be/MVnTihqgvus?t=335</w:t>
      </w:r>
    </w:p>
    <w:p>
      <w:r>
        <w:rPr>
          <w:i/>
        </w:rPr>
        <w:t>“parents की खिदमत करके जन्नत का रास्ता हमवार होता है”</w:t>
      </w:r>
    </w:p>
    <w:p>
      <w:r>
        <w:rPr>
          <w:sz w:val="20"/>
        </w:rPr>
        <w:t>5:35  Bar bar dohrane ki zaroorat nahi hai aur doosri baat jo prophet ne kahi parents ke bare mein woh bhi bahut hi ahim hai ke parents ki khidmat karke jannat ka rasta hamwar hota hai aur Quran mein bahut zyada aaya hai yeh. Quran mein aaya ke uff mat kaho, uff.</w:t>
      </w:r>
      <w:r>
        <w:br/>
      </w:r>
      <w:r>
        <w:rPr>
          <w:sz w:val="20"/>
        </w:rPr>
        <w:t>6:04  Yaani uff to koi na sentence hai na word hai. Ek bahut hi ek do letters hain. To yeh darja hai parents ka aur yeh bahut hi aasan tareeqa hai jannat hasil karne ka ke hum unki khidmat karein, unko koi takleef na pahunchayein, unki jo baat hai woh sunein. To yeh do baatein, teen baatein thin, iske baad aapka sawal ek baar aur.</w:t>
      </w:r>
      <w:r>
        <w:br/>
      </w:r>
      <w:r>
        <w:rPr>
          <w:sz w:val="20"/>
        </w:rPr>
        <w:t>6:30  Ji, doctor sahib jaise fasting ka jo word hai, jo Arabic word hai woh saum hai. Ji. To saum ke kya maayne hain, iske bare mein bhi bataiye. Saum Arabic word hai jaise aapne kaha, uska matlab hai abstinence yani rukna ya bachna ya kinarakashi karna.</w:t>
      </w:r>
    </w:p>
    <w:p>
      <w:pPr>
        <w:pStyle w:val="Heading2"/>
      </w:pPr>
      <w:r>
        <w:t>Best decision is to give up complaint</w:t>
      </w:r>
    </w:p>
    <w:p>
      <w:r>
        <w:rPr>
          <w:color w:val="666666"/>
          <w:sz w:val="18"/>
        </w:rPr>
        <w:t>Bury Your Complaints This Ramazan April 26, 2020 Maulana Wahiduddin Khan · 34s · at 2:13 · https://youtu.be/t2vt4rkgd_8?t=133</w:t>
      </w:r>
    </w:p>
    <w:p>
      <w:r>
        <w:rPr>
          <w:i/>
        </w:rPr>
        <w:t>“Jis jis se bhi mujhe koi shikayat hogi”</w:t>
      </w:r>
    </w:p>
    <w:p>
      <w:r>
        <w:rPr>
          <w:sz w:val="20"/>
        </w:rPr>
        <w:t>2:13  jis jis se bhi mujhe koi shikayat hogi to is ramzan mein main is shikayat ko chhod dunga, khatm kar dunga.</w:t>
      </w:r>
      <w:r>
        <w:br/>
      </w:r>
      <w:r>
        <w:rPr>
          <w:sz w:val="20"/>
        </w:rPr>
        <w:t>2:30  main samajhta hoon ke yeh</w:t>
      </w:r>
      <w:r>
        <w:br/>
      </w:r>
      <w:r>
        <w:rPr>
          <w:sz w:val="20"/>
        </w:rPr>
        <w:t>2:35  best ahad hai, best faisla hai.</w:t>
      </w:r>
    </w:p>
    <w:p>
      <w:pPr>
        <w:pStyle w:val="Heading2"/>
      </w:pPr>
      <w:r>
        <w:t>Prayer for objective thinking</w:t>
      </w:r>
    </w:p>
    <w:p>
      <w:r>
        <w:rPr>
          <w:color w:val="666666"/>
          <w:sz w:val="18"/>
        </w:rPr>
        <w:t>As it is Thinking (Prophetic Wisdom) November 22, 2006 Maulana Wahiduddin Khan · 32s · at 7:04 · https://youtu.be/nxIMtbJsKyQ?t=424</w:t>
      </w:r>
    </w:p>
    <w:p>
      <w:r>
        <w:rPr>
          <w:i/>
        </w:rPr>
        <w:t>“To Allah ta'ala se aap ne jo dua farmai”</w:t>
      </w:r>
    </w:p>
    <w:p>
      <w:r>
        <w:rPr>
          <w:sz w:val="20"/>
        </w:rPr>
        <w:t>7:04  to Allah taala se aap ne jo dua farmayi duaein jo farmayein aap ne is mein se ek dua yeh thi</w:t>
      </w:r>
      <w:r>
        <w:br/>
      </w:r>
      <w:r>
        <w:rPr>
          <w:sz w:val="20"/>
        </w:rPr>
        <w:t>7:11  ke khuda ya! mujhe subjective thinking se bachaa. aur mujh ko objective thinker banaa.</w:t>
      </w:r>
      <w:r>
        <w:br/>
      </w:r>
      <w:r>
        <w:rPr>
          <w:sz w:val="20"/>
        </w:rPr>
        <w:t>7:22  yeh har momin ka har us insan ka jo sachai par jeena chahta ho sachai par marna chahta ho to us ki yeh dua honi chahiye.</w:t>
      </w:r>
    </w:p>
    <w:p>
      <w:pPr>
        <w:pStyle w:val="Heading2"/>
      </w:pPr>
      <w:r>
        <w:t>Virtue of Laylat al-Qadr</w:t>
      </w:r>
    </w:p>
    <w:p>
      <w:r>
        <w:rPr>
          <w:color w:val="666666"/>
          <w:sz w:val="18"/>
        </w:rPr>
        <w:t>Five Pillars of Islam - Part- II (English) February 22, 2025 Dr. Rajat Malhotra · 28s · at 57:15 · https://youtu.be/fGlUbxcL7fQ?t=3435</w:t>
      </w:r>
    </w:p>
    <w:p>
      <w:r>
        <w:rPr>
          <w:i/>
        </w:rPr>
        <w:t>“Night of destiny better than a thousand months”</w:t>
      </w:r>
    </w:p>
    <w:p>
      <w:r>
        <w:rPr>
          <w:sz w:val="20"/>
        </w:rPr>
        <w:t>57:15  But that is not how it how it should be and therefore, you know, lead a very simple iftar gathering so that you experience the true spirit of it. Another aspect during ramadan is the night of destiny. This is one of the special features of ramadan, which is lailatul qadr. And quran said, says that we sent quran down on the night of destiny.</w:t>
      </w:r>
      <w:r>
        <w:br/>
      </w:r>
      <w:r>
        <w:rPr>
          <w:sz w:val="20"/>
        </w:rPr>
        <w:t>57:43  And what will make you comprehend what the night of destiny is? The night of destiny is better than a thousand months. On that night, the angels and the spirit comes down by the permission of the lord with his decrees for all matters. It is all peace till the break of, dawn. So angels carry the commands of god. Flocks of angels, they say, descend on earth, and they carry the commands of, god.</w:t>
      </w:r>
    </w:p>
    <w:p>
      <w:pPr>
        <w:pStyle w:val="Heading2"/>
      </w:pPr>
      <w:r>
        <w:t>what ihsan really means</w:t>
      </w:r>
    </w:p>
    <w:p>
      <w:r>
        <w:rPr>
          <w:color w:val="666666"/>
          <w:sz w:val="18"/>
        </w:rPr>
        <w:t>Dars -e-Quran June 30, 2007 · 42s · at 20:04 · https://youtu.be/I2HVuhH6eS8?t=1204</w:t>
      </w:r>
    </w:p>
    <w:p>
      <w:r>
        <w:rPr>
          <w:i/>
        </w:rPr>
        <w:t>“احسان کے معنی ہیں کام کو خوبی کے ساتھ کرنا”</w:t>
      </w:r>
    </w:p>
    <w:p>
      <w:r>
        <w:rPr>
          <w:sz w:val="20"/>
        </w:rPr>
        <w:t>20:03  yeh matlab hai</w:t>
      </w:r>
      <w:r>
        <w:br/>
      </w:r>
      <w:r>
        <w:rPr>
          <w:sz w:val="20"/>
        </w:rPr>
        <w:t>20:04  is aayat ka.</w:t>
      </w:r>
      <w:r>
        <w:br/>
      </w:r>
      <w:r>
        <w:rPr>
          <w:sz w:val="20"/>
        </w:rPr>
        <w:t>20:04  is ke baad dekhiye</w:t>
      </w:r>
      <w:r>
        <w:br/>
      </w:r>
      <w:r>
        <w:rPr>
          <w:sz w:val="20"/>
        </w:rPr>
        <w:t>20:08  aayat number 195</w:t>
      </w:r>
      <w:r>
        <w:br/>
      </w:r>
      <w:r>
        <w:rPr>
          <w:sz w:val="20"/>
        </w:rPr>
        <w:t>20:13  surah baqarah ki aayat number 195</w:t>
      </w:r>
      <w:r>
        <w:br/>
      </w:r>
      <w:r>
        <w:rPr>
          <w:sz w:val="20"/>
        </w:rPr>
        <w:t>20:17  mein farmaya ke</w:t>
      </w:r>
      <w:r>
        <w:br/>
      </w:r>
      <w:r>
        <w:rPr>
          <w:sz w:val="20"/>
        </w:rPr>
        <w:t>20:19  ihsanu fa innal laaha yuhibbul muhsineen ihsanu</w:t>
      </w:r>
      <w:r>
        <w:br/>
      </w:r>
      <w:r>
        <w:rPr>
          <w:sz w:val="20"/>
        </w:rPr>
        <w:t>20:27  fa innal laaha yuhibbul muhsineen is ka matlab kya hai?</w:t>
      </w:r>
      <w:r>
        <w:br/>
      </w:r>
      <w:r>
        <w:rPr>
          <w:sz w:val="20"/>
        </w:rPr>
        <w:t>20:34  ihsan ke maani hote hain kisi kaam ko husn o khoobi ke sath anjam dena. ek hai ke aap kisi kaam ko, ek routine ko toh karein.</w:t>
      </w:r>
    </w:p>
    <w:p>
      <w:pPr>
        <w:pStyle w:val="Heading2"/>
      </w:pPr>
      <w:r>
        <w:t>Unity behind one prayer leader</w:t>
      </w:r>
    </w:p>
    <w:p>
      <w:r>
        <w:rPr>
          <w:color w:val="666666"/>
          <w:sz w:val="18"/>
        </w:rPr>
        <w:t>The Significance of Mosque in Islam 4 January, 2019 · 28s · at 4:23 · https://youtu.be/QnOj_KGHook?t=263</w:t>
      </w:r>
    </w:p>
    <w:p>
      <w:r>
        <w:rPr>
          <w:i/>
        </w:rPr>
        <w:t>“The Imam word means the leader.”</w:t>
      </w:r>
    </w:p>
    <w:p>
      <w:r>
        <w:rPr>
          <w:sz w:val="20"/>
        </w:rPr>
        <w:t>4:23  The Imam word means the leader. So the first lesson that namaz or worship or prayer that, uh, Muslims learn is</w:t>
      </w:r>
      <w:r>
        <w:br/>
      </w:r>
      <w:r>
        <w:rPr>
          <w:sz w:val="20"/>
        </w:rPr>
        <w:t>4:34  unity. That in spite of differences, in spite of different inclinations, in spite of different temperament, in spite of different ways of thinking, all unite behind a single prayer leader.</w:t>
      </w:r>
      <w:r>
        <w:br/>
      </w:r>
      <w:r>
        <w:rPr>
          <w:sz w:val="20"/>
        </w:rPr>
        <w:t>4:47  So that is a very important lesson of unity in spite of diversity.</w:t>
      </w:r>
    </w:p>
    <w:p>
      <w:pPr>
        <w:pStyle w:val="Heading2"/>
      </w:pPr>
      <w:r>
        <w:t>Allahu Akbar means: God is great, I am not</w:t>
      </w:r>
    </w:p>
    <w:p>
      <w:r>
        <w:rPr>
          <w:color w:val="666666"/>
          <w:sz w:val="18"/>
        </w:rPr>
        <w:t>The Message of Eid Al-Adha November 6, 2011 · 32s · at 16:26 · https://youtu.be/rJrjqkrLjMY?t=986</w:t>
      </w:r>
    </w:p>
    <w:p>
      <w:r>
        <w:rPr>
          <w:i/>
        </w:rPr>
        <w:t>“نماز کا خلاصہ ہی 'اللہ اکبر' ہے”</w:t>
      </w:r>
    </w:p>
    <w:p>
      <w:r>
        <w:rPr>
          <w:sz w:val="20"/>
        </w:rPr>
        <w:t>16:26  namaz ka khulasa hi "allah akbar" hai. woh kya hai?</w:t>
      </w:r>
      <w:r>
        <w:br/>
      </w:r>
      <w:r>
        <w:rPr>
          <w:sz w:val="20"/>
        </w:rPr>
        <w:t>16:33  "allah akbar" ka matlab hai allah bada hai. lekin allah bada humein ek aur baat shamil hai, woh yeh ke main bada nahin hoon. god is great and i am not great is ka matlab kya hua?</w:t>
      </w:r>
      <w:r>
        <w:br/>
      </w:r>
      <w:r>
        <w:rPr>
          <w:sz w:val="20"/>
        </w:rPr>
        <w:t>16:50  is ka matlab yeh hua ke namaz jo hai modesty ka sabak hai, tawazu ka sabak hai.</w:t>
      </w:r>
    </w:p>
    <w:p>
      <w:pPr>
        <w:pStyle w:val="Heading2"/>
      </w:pPr>
      <w:r>
        <w:t>Life is a test from Allah</w:t>
      </w:r>
    </w:p>
    <w:p>
      <w:r>
        <w:rPr>
          <w:color w:val="666666"/>
          <w:sz w:val="18"/>
        </w:rPr>
        <w:t>Surah Al Baqarah- 29- 06- 2007 · 30s · at 53:38 · https://youtu.be/npomkMOUxiE?t=3218</w:t>
      </w:r>
    </w:p>
    <w:p>
      <w:r>
        <w:rPr>
          <w:i/>
        </w:rPr>
        <w:t>“Insaan ko duniya mein rakhne ka maqsad test hai.”</w:t>
      </w:r>
    </w:p>
    <w:p>
      <w:r>
        <w:rPr>
          <w:sz w:val="20"/>
        </w:rPr>
        <w:t>53:38  insaan ka ek right tha, us right ki wajah se usko yahan par rakh diya gaya.</w:t>
      </w:r>
      <w:r>
        <w:br/>
      </w:r>
      <w:r>
        <w:rPr>
          <w:sz w:val="20"/>
        </w:rPr>
        <w:t>53:46  nahin, insaan ko is duniya mein rakhne ka maqsad sirf ek hai aur woh hai test, woh hai</w:t>
      </w:r>
      <w:r>
        <w:br/>
      </w:r>
      <w:r>
        <w:rPr>
          <w:sz w:val="20"/>
        </w:rPr>
        <w:t>53:54  imtihaan, woh hai ibtila.</w:t>
      </w:r>
      <w:r>
        <w:br/>
      </w:r>
      <w:r>
        <w:rPr>
          <w:sz w:val="20"/>
        </w:rPr>
        <w:t>54:01  kuch bhi ho, yani chahe ghareeb bhi ho ya ameer bhi, aadmi power</w:t>
      </w:r>
    </w:p>
    <w:p>
      <w:pPr>
        <w:pStyle w:val="Heading2"/>
      </w:pPr>
      <w:r>
        <w:t>Hadith Qudsi: fasting's reward is unlimited</w:t>
      </w:r>
    </w:p>
    <w:p>
      <w:r>
        <w:rPr>
          <w:color w:val="666666"/>
          <w:sz w:val="18"/>
        </w:rPr>
        <w:t>The Spirit of Ramadan April 10, 2022 Dr. Saniyasnain Khan · 30s · at 20:59 · https://youtu.be/MVnTihqgvus?t=1259</w:t>
      </w:r>
    </w:p>
    <w:p>
      <w:r>
        <w:rPr>
          <w:i/>
        </w:rPr>
        <w:t>“fasting मेरे लिए है और मैं ही इसका reward दूंगा”</w:t>
      </w:r>
    </w:p>
    <w:p>
      <w:r>
        <w:rPr>
          <w:sz w:val="20"/>
        </w:rPr>
        <w:t>20:59  yeh hadith bahut hi ahum hai. ismein allah taala ne farmaya hai ki fasting mere liye hai aur main hi iska reward dunga. yaani unlimited reward. hadith ke alfaaz is tarah hote hain ki jo bhi insaan achha kaam karta hai usko das guna se lekar saat sau guna tak badhaya jata hai. lekin allah taala ne farmaya ki roza mere liye hai aur main hi iska reward dunga.</w:t>
      </w:r>
      <w:r>
        <w:br/>
      </w:r>
      <w:r>
        <w:rPr>
          <w:sz w:val="20"/>
        </w:rPr>
        <w:t>21:29  toh yeh hadish bhi samajhna zara mushkil hai logon ke liye ki aisa kya hai ramzan ke mahine mein aur roze roze mein ki sirf bhook pyas ka tazurba hota hai aur itna unlimited reward. yeh baat thoda awazen nahi hoti hai ki insaan sirf bhookha pyasa rehta hai aur reward usko unlimited mil raha hai.</w:t>
      </w:r>
    </w:p>
    <w:p>
      <w:pPr>
        <w:pStyle w:val="Heading2"/>
      </w:pPr>
      <w:r>
        <w:t>Importance of Asr prayer</w:t>
      </w:r>
    </w:p>
    <w:p>
      <w:r>
        <w:rPr>
          <w:color w:val="666666"/>
          <w:sz w:val="18"/>
        </w:rPr>
        <w:t>CPS Women Monthly Q and A with Prof. Farida Khanam and Maulana Farhad Ahmed Umeri August 28, 2023 · 27s · at 17:03 · https://youtu.be/gxAPgrrKfw0?t=1023</w:t>
      </w:r>
    </w:p>
    <w:p>
      <w:r>
        <w:rPr>
          <w:i/>
        </w:rPr>
        <w:t>“Asr prayer importance due to business peak”</w:t>
      </w:r>
    </w:p>
    <w:p>
      <w:r>
        <w:rPr>
          <w:sz w:val="20"/>
        </w:rPr>
        <w:t>17:03  Woh us waqt asr mein business bahut zyada zoron par rehti hai is wajah se diya gaya importance. Woh woh time jo hota hai na aadmi ke liye bahut zyada business ka time hota hai. Matlab worldly activities ka time hota hai to isliye zor diya gaya ki namaz jo hai woh zaroori hai kyunki baar baar humein khuda ko yaad karte rehna hai. Tabhi hamari jo hai spirituality mein izafa hoga.</w:t>
      </w:r>
      <w:r>
        <w:br/>
      </w:r>
      <w:r>
        <w:rPr>
          <w:sz w:val="20"/>
        </w:rPr>
        <w:t>17:30  to hath thode thode der ke baad hamein khuda ko yaad karte rehna hai.</w:t>
      </w:r>
    </w:p>
    <w:p>
      <w:pPr>
        <w:pStyle w:val="Heading2"/>
      </w:pPr>
      <w:r>
        <w:t>Reward for avoiding arguments: a house in paradise</w:t>
      </w:r>
    </w:p>
    <w:p>
      <w:r>
        <w:rPr>
          <w:color w:val="666666"/>
          <w:sz w:val="18"/>
        </w:rPr>
        <w:t>Discovering The Spirit of Ramadan March 16, 2025 · 29s · at 27:07 · https://youtu.be/WrIyg6N7390?t=1627</w:t>
      </w:r>
    </w:p>
    <w:p>
      <w:r>
        <w:rPr>
          <w:i/>
        </w:rPr>
        <w:t>“Give up an argument, even if you're right”</w:t>
      </w:r>
    </w:p>
    <w:p>
      <w:r>
        <w:rPr>
          <w:sz w:val="20"/>
        </w:rPr>
        <w:t>27:07  is par hadith mein bhi bataya gaya, bahut hi ahem hadith hai Allah ke Rasool sallallahu alaihi wasallam ki ke jis ne jhagda ko tark kar diya, agarche woh haq par ho, to main zamanat leta hoon ke is ke liye jannat ke outskirt mein ghar hoga.</w:t>
      </w:r>
      <w:r>
        <w:br/>
      </w:r>
      <w:r>
        <w:rPr>
          <w:sz w:val="20"/>
        </w:rPr>
        <w:t>27:23  jannat mein to ghar milega, jannat ke outskirt mein bhi ghar milega. to roza ko kam nahi samajhna chahiye, is ki agar poori rooh ke sath rakhte hain to. farm house type ka milega us ko.</w:t>
      </w:r>
    </w:p>
    <w:p>
      <w:pPr>
        <w:pStyle w:val="Heading2"/>
      </w:pPr>
      <w:r>
        <w:t>Child's wisdom about asking questions</w:t>
      </w:r>
    </w:p>
    <w:p>
      <w:r>
        <w:rPr>
          <w:color w:val="666666"/>
          <w:sz w:val="18"/>
        </w:rPr>
        <w:t>Eid al-Adha | October 16, 2013 | Maulana Wahiduddin Khan · 1m 02s · at 1:20 · https://youtu.be/05WtVSgBj3g?t=80</w:t>
      </w:r>
    </w:p>
    <w:p>
      <w:r>
        <w:rPr>
          <w:i/>
        </w:rPr>
        <w:t>“Us ne mujhe starting point diya”</w:t>
      </w:r>
    </w:p>
    <w:p>
      <w:r>
        <w:rPr>
          <w:sz w:val="20"/>
        </w:rPr>
        <w:t>1:20  is ne mujhe starting point diya. hamare saathi Maulana Zikwan Nadvi ne bataya ke unhon ne is bachche se poocha ke kya aap parhte hain, kya aap school jaate hain? to bachche ne jawab diya ke yeh abhi koi poochne ki baat</w:t>
      </w:r>
      <w:r>
        <w:br/>
      </w:r>
      <w:r>
        <w:rPr>
          <w:sz w:val="20"/>
        </w:rPr>
        <w:t>1:50  hai? kya yeh abhi koi poochne ki baat hai? yeh aik bohat bara message is ke andar hai. woh kya, aap ko in advance kuch baaton ko jaanna chahiye. nahin janenge to aap kuch dunya mein kar nahin sakte. bataye baghair jaanna chahiye.</w:t>
      </w:r>
    </w:p>
    <w:p>
      <w:pPr>
        <w:pStyle w:val="Heading2"/>
      </w:pPr>
      <w:r>
        <w:t>A Persian couplet on how hard it is to give up money</w:t>
      </w:r>
    </w:p>
    <w:p>
      <w:r>
        <w:rPr>
          <w:color w:val="666666"/>
          <w:sz w:val="18"/>
        </w:rPr>
        <w:t>Spirit of Zakat (English) May 16, 2007 Maulana Wahiduddin Khan · 59s · at 47:57 · https://youtu.be/J-0gHxSsXWc?t=2877</w:t>
      </w:r>
    </w:p>
    <w:p>
      <w:r>
        <w:rPr>
          <w:i/>
        </w:rPr>
        <w:t>“If you ask my life, that's fine — but ask for money...”</w:t>
      </w:r>
    </w:p>
    <w:p>
      <w:r>
        <w:rPr>
          <w:sz w:val="20"/>
        </w:rPr>
        <w:t>47:57  There is a saying in Persian language that</w:t>
      </w:r>
      <w:r>
        <w:br/>
      </w:r>
      <w:r>
        <w:rPr>
          <w:sz w:val="20"/>
        </w:rPr>
        <w:t>48:06  "jami talabi mazaiqa neest, zarmi talabi sukhan darainast" It means that if you ask my life, then it is okay.</w:t>
      </w:r>
      <w:r>
        <w:br/>
      </w:r>
      <w:r>
        <w:rPr>
          <w:sz w:val="20"/>
        </w:rPr>
        <w:t>48:26  I am ready to give you my life.</w:t>
      </w:r>
      <w:r>
        <w:br/>
      </w:r>
      <w:r>
        <w:rPr>
          <w:sz w:val="20"/>
        </w:rPr>
        <w:t>48:31  "jami talabi mazaiqa neest, zarmi talabi sukhan darainast" If you ask my life, it is okay.</w:t>
      </w:r>
      <w:r>
        <w:br/>
      </w:r>
      <w:r>
        <w:rPr>
          <w:sz w:val="20"/>
        </w:rPr>
        <w:t>48:43  But if you ask money, so it is not very easy.</w:t>
      </w:r>
    </w:p>
    <w:p>
      <w:pPr>
        <w:pStyle w:val="Heading2"/>
      </w:pPr>
      <w:r>
        <w:t>True Eid is the day you're forgiven</w:t>
      </w:r>
    </w:p>
    <w:p>
      <w:r>
        <w:rPr>
          <w:color w:val="666666"/>
          <w:sz w:val="18"/>
        </w:rPr>
        <w:t>CPS Women Interaction 4 April 30, 2022 · 56s · at 7:42 · https://youtu.be/O8DWIk3naCQ?t=462</w:t>
      </w:r>
    </w:p>
    <w:p>
      <w:r>
        <w:rPr>
          <w:i/>
        </w:rPr>
        <w:t>“Ek buzurg se poocha gaya, Eid kis din hai?”</w:t>
      </w:r>
    </w:p>
    <w:p>
      <w:r>
        <w:rPr>
          <w:sz w:val="20"/>
        </w:rPr>
        <w:t>7:42  To ek baar ek buzurg se pucha gaya ki eid ki eid kis din hai? To unhone jawab diya jis din main bakhsh diya jaon. Eid uski nahi hai jo naya kapda pehne hain balki eid uski hai jo itaat ki spirit mein badh jaye yeh buzurg ne farmaya jiske gunah bakhsh diye jayen.</w:t>
      </w:r>
      <w:r>
        <w:br/>
      </w:r>
      <w:r>
        <w:rPr>
          <w:sz w:val="20"/>
        </w:rPr>
        <w:t>8:07  Eid ki raat mein insano ko nijaat aur maghfirat ata ki jaati hai to jo usko paale usi</w:t>
      </w:r>
      <w:r>
        <w:br/>
      </w:r>
      <w:r>
        <w:rPr>
          <w:sz w:val="20"/>
        </w:rPr>
        <w:t>8:13  ki Eid hai warna woh Khuda ke rehmat se bahut door hai.</w:t>
      </w:r>
      <w:r>
        <w:br/>
      </w:r>
      <w:r>
        <w:rPr>
          <w:sz w:val="20"/>
        </w:rPr>
        <w:t>8:19  Humko bahut zyada dua karna chahiye ke Allah humare rozo ko qubool farmae aur humari maghfirat par farmae.</w:t>
      </w:r>
      <w:r>
        <w:br/>
      </w:r>
      <w:r>
        <w:rPr>
          <w:sz w:val="20"/>
        </w:rPr>
        <w:t>8:25  Yahi maine aapse share karna tha.</w:t>
      </w:r>
      <w:r>
        <w:br/>
      </w:r>
      <w:r>
        <w:rPr>
          <w:sz w:val="20"/>
        </w:rPr>
        <w:t>8:31  Ab aap log bataiye aap logon ne kya tajar de aapne liye roze se?</w:t>
      </w:r>
      <w:r>
        <w:br/>
      </w:r>
      <w:r>
        <w:rPr>
          <w:sz w:val="20"/>
        </w:rPr>
        <w:t>8:38  Jaza kallah apa aapne bahut achhi baat kahi aur sabse achhi baat jo aapne abhi kaha eid ke hawale se aapne yeh kaha ki eid jis din jis din hai jis din hamari hamein bakhsh diya jaye yeh ekdum bilkul aapne nai baat kahi aur bahut hard hitting baat hai. Hum log eid ko bahut hi alag meaning lete the. Aaj mujhe ek nai meaning mili ki jis din eid wahi hai jis din hamein bakhsh diya jaye.</w:t>
      </w:r>
    </w:p>
    <w:p>
      <w:pPr>
        <w:pStyle w:val="Heading2"/>
      </w:pPr>
      <w:r>
        <w:t>Problems enhance level of dua</w:t>
      </w:r>
    </w:p>
    <w:p>
      <w:r>
        <w:rPr>
          <w:color w:val="666666"/>
          <w:sz w:val="18"/>
        </w:rPr>
        <w:t>Shukr 18 Jan 2020 - Maulana Wahiduddin Khan · 36s · at 1:36 · https://youtu.be/5gy8neGGM_E?t=96</w:t>
      </w:r>
    </w:p>
    <w:p>
      <w:r>
        <w:rPr>
          <w:i/>
        </w:rPr>
        <w:t>“Toh yeh sab is liye hua keh insaan apne rab ko maane”</w:t>
      </w:r>
    </w:p>
    <w:p>
      <w:r>
        <w:rPr>
          <w:sz w:val="20"/>
        </w:rPr>
        <w:t>1:36  to yeh sab is liye hua ke insan apne rab ko manay, pehchanay, apne rab ko pehchanay.</w:t>
      </w:r>
      <w:r>
        <w:br/>
      </w:r>
      <w:r>
        <w:rPr>
          <w:sz w:val="20"/>
        </w:rPr>
        <w:t>1:54  to mein samajhta hoon ke jab bhi koi problem ata hai to apne level of dua ko barhaiye.</w:t>
      </w:r>
      <w:r>
        <w:br/>
      </w:r>
      <w:r>
        <w:rPr>
          <w:sz w:val="20"/>
        </w:rPr>
        <w:t>2:07  apne level of dua ko barhaiye.</w:t>
      </w:r>
    </w:p>
    <w:p>
      <w:pPr>
        <w:pStyle w:val="Heading2"/>
      </w:pPr>
      <w:r>
        <w:t>Hajira questions Ibrahim before being left alone</w:t>
      </w:r>
    </w:p>
    <w:p>
      <w:r>
        <w:rPr>
          <w:color w:val="666666"/>
          <w:sz w:val="18"/>
        </w:rPr>
        <w:t>Spirit of Hajj July 3, 2022 Prof. Farida Khanam · 55s · at 8:38 · https://youtu.be/--Nez1VOcAQ?t=518</w:t>
      </w:r>
    </w:p>
    <w:p>
      <w:r>
        <w:rPr>
          <w:i/>
        </w:rPr>
        <w:t>“क्या यह आप अपनी मर्ज़ी से कर रहे हैं या खुदा के हुक्म से?”</w:t>
      </w:r>
    </w:p>
    <w:p>
      <w:r>
        <w:rPr>
          <w:sz w:val="20"/>
        </w:rPr>
        <w:t>8:38  to do teen baar unhone jab bola to Hazrat Ibrahim aur Ismail kuch bole nahi. to phir Hazrat Hajra ne kaha ke kya yeh aap apni marzi se kar rahe hain ya khuda ka hukum hai? to Hazrat Ibrahim ne tab jawab diya ke haan yeh khuda ka hukum hai. to us waqt Hazrat Hajra ne kaha ke agar yeh khuda ka hukum hai to phir allah humein zaya nahi karega.</w:t>
      </w:r>
      <w:r>
        <w:br/>
      </w:r>
      <w:r>
        <w:rPr>
          <w:sz w:val="20"/>
        </w:rPr>
        <w:t>9:03  ab aap sochiye ke aaj koi bhi na mard na aurat sahara mein akele rehne ke liye tayyar hoga. ji. to yeh bahut bada Hazrat Hajra ka role hai. isko humein yaad karna chahiye aur isse humein inspiration hasil karna chahiye. to Hazrat Hajra mar rahi hai jab pani ki bachcha rone laga pani se to woh daudi Safa aur Marwa ek chhoti chhoti pahadiyan hain. to wahan saat baar daudi uske baad allah taala ne Zam Zam ka khua wahan nikal diya.</w:t>
      </w:r>
      <w:r>
        <w:br/>
      </w:r>
      <w:r>
        <w:rPr>
          <w:sz w:val="20"/>
        </w:rPr>
        <w:t>9:33  to jab pani ho jata hai sahara mein to phir aur log doosre insan jab woh tribal age tha to koi ek tribe tha Jurhum woh aakar wahan bas gaya.</w:t>
      </w:r>
    </w:p>
    <w:p>
      <w:pPr>
        <w:pStyle w:val="Heading2"/>
      </w:pPr>
      <w:r>
        <w:t>Speed of fasting is peace under oppression</w:t>
      </w:r>
    </w:p>
    <w:p>
      <w:r>
        <w:rPr>
          <w:color w:val="666666"/>
          <w:sz w:val="18"/>
        </w:rPr>
        <w:t>Fasting Culture June 04, 2017 · 21s · at 3:43 · https://youtu.be/1F78c0Z9ceg?t=223</w:t>
      </w:r>
    </w:p>
    <w:p>
      <w:r>
        <w:rPr>
          <w:i/>
        </w:rPr>
        <w:t>“See, think about this hadith”</w:t>
      </w:r>
    </w:p>
    <w:p>
      <w:r>
        <w:rPr>
          <w:sz w:val="20"/>
        </w:rPr>
        <w:t>3:43  dekhiye, is hadith ko le kar aap sochen ke roze ki speed kya hai. roze ki speed yeh hai ke agar koi shakhs zulm kar raha ho tab bhi aap jawab mein zulm na karen balkeh yeh kahein ke "main to rozedar hoon,</w:t>
      </w:r>
    </w:p>
    <w:p>
      <w:pPr>
        <w:pStyle w:val="Heading2"/>
      </w:pPr>
      <w:r>
        <w:t>Life's greatest thing is experience</w:t>
      </w:r>
    </w:p>
    <w:p>
      <w:r>
        <w:rPr>
          <w:color w:val="666666"/>
          <w:sz w:val="18"/>
        </w:rPr>
        <w:t>Fasting: A Scheme for Life | May 27, 2017 · 30s · at 21:47 · https://youtu.be/CbE2a1baFv8?t=1307</w:t>
      </w:r>
    </w:p>
    <w:p>
      <w:r>
        <w:rPr>
          <w:i/>
        </w:rPr>
        <w:t>“Zindagi mein sab se badi cheez tajriba hi to hai”</w:t>
      </w:r>
    </w:p>
    <w:p>
      <w:r>
        <w:rPr>
          <w:sz w:val="20"/>
        </w:rPr>
        <w:t>21:47  jis roze mein spiritual awakening na ho, us ke bare mein rasool Allah ne farmaya ke us se</w:t>
      </w:r>
      <w:r>
        <w:br/>
      </w:r>
      <w:r>
        <w:rPr>
          <w:sz w:val="20"/>
        </w:rPr>
        <w:t>21:54  kuch nahi milta insan ko.</w:t>
      </w:r>
      <w:r>
        <w:br/>
      </w:r>
      <w:r>
        <w:rPr>
          <w:sz w:val="20"/>
        </w:rPr>
        <w:t>22:02  to yaad rakhiye, zindagi mein sab se bari cheez tajurba hi to hai.</w:t>
      </w:r>
      <w:r>
        <w:br/>
      </w:r>
      <w:r>
        <w:rPr>
          <w:sz w:val="20"/>
        </w:rPr>
        <w:t>22:10  tajurba wo jo Quran mein hai ke "is mein kya yeh tajurbe ki baat hai?</w:t>
      </w:r>
    </w:p>
    <w:p>
      <w:pPr>
        <w:pStyle w:val="Heading2"/>
      </w:pPr>
      <w:r>
        <w:t>Greatest ability is thinking</w:t>
      </w:r>
    </w:p>
    <w:p>
      <w:r>
        <w:rPr>
          <w:color w:val="666666"/>
          <w:sz w:val="18"/>
        </w:rPr>
        <w:t>The Concept of Zikr in Islam | August 11, 2007 · 30s · at 34:41 · https://youtu.be/uFNX0KiI6dc?t=2081</w:t>
      </w:r>
    </w:p>
    <w:p>
      <w:r>
        <w:rPr>
          <w:i/>
        </w:rPr>
        <w:t>“You see, the greatest ability of a man is thinking.”</w:t>
      </w:r>
    </w:p>
    <w:p>
      <w:r>
        <w:rPr>
          <w:sz w:val="20"/>
        </w:rPr>
        <w:t>34:41  You see, the greatest ability of a man is thinking.</w:t>
      </w:r>
      <w:r>
        <w:br/>
      </w:r>
      <w:r>
        <w:rPr>
          <w:sz w:val="20"/>
        </w:rPr>
        <w:t>34:49  The greatest ability of a man is thinking. His mind.</w:t>
      </w:r>
      <w:r>
        <w:br/>
      </w:r>
      <w:r>
        <w:rPr>
          <w:sz w:val="20"/>
        </w:rPr>
        <w:t>34:56  So you have to do zikr on this upper level, on the level of mind, on the level of thinking.</w:t>
      </w:r>
      <w:r>
        <w:br/>
      </w:r>
      <w:r>
        <w:rPr>
          <w:sz w:val="20"/>
        </w:rPr>
        <w:t>35:04  If you do zikr on some lower level, that is repetition of some words, that</w:t>
      </w:r>
    </w:p>
    <w:p>
      <w:pPr>
        <w:pStyle w:val="Heading2"/>
      </w:pPr>
      <w:r>
        <w:t>Importance of Salat as pillar</w:t>
      </w:r>
    </w:p>
    <w:p>
      <w:r>
        <w:rPr>
          <w:color w:val="666666"/>
          <w:sz w:val="18"/>
        </w:rPr>
        <w:t>Salat -- Islamic Prayer I 27th Feb. 07 · 43s · at 5:52 · https://youtu.be/y1MA97h7mxg?t=352</w:t>
      </w:r>
    </w:p>
    <w:p>
      <w:r>
        <w:rPr>
          <w:i/>
        </w:rPr>
        <w:t>“One who demolishes this pillar, he will demolish the whole edifice of Islam”</w:t>
      </w:r>
    </w:p>
    <w:p>
      <w:r>
        <w:rPr>
          <w:sz w:val="20"/>
        </w:rPr>
        <w:t>5:52  One who demolishes this pillar, he will demolish the whole edifice of Islam.</w:t>
      </w:r>
      <w:r>
        <w:br/>
      </w:r>
      <w:r>
        <w:rPr>
          <w:sz w:val="20"/>
        </w:rPr>
        <w:t>6:06  By these references, you can understand the importance of Namaz or Salat.</w:t>
      </w:r>
      <w:r>
        <w:br/>
      </w:r>
      <w:r>
        <w:rPr>
          <w:sz w:val="20"/>
        </w:rPr>
        <w:t>6:20  Now, let us go to the detail.</w:t>
      </w:r>
      <w:r>
        <w:br/>
      </w:r>
      <w:r>
        <w:rPr>
          <w:sz w:val="20"/>
        </w:rPr>
        <w:t>6:35  Namaz begins from the call, that call that is Azan.</w:t>
      </w:r>
    </w:p>
    <w:p>
      <w:pPr>
        <w:pStyle w:val="Heading2"/>
      </w:pPr>
      <w:r>
        <w:t>Taqwa means God-consciousness</w:t>
      </w:r>
    </w:p>
    <w:p>
      <w:r>
        <w:rPr>
          <w:color w:val="666666"/>
          <w:sz w:val="18"/>
        </w:rPr>
        <w:t>Roza and Ramadan September 3, 2007 Maulana Wahiduddin Khan · 31s · at 22:54 · https://youtu.be/98PTg3r7yYE?t=1374</w:t>
      </w:r>
    </w:p>
    <w:p>
      <w:r>
        <w:rPr>
          <w:i/>
        </w:rPr>
        <w:t>“What is taqwa? Taqwa means piety”</w:t>
      </w:r>
    </w:p>
    <w:p>
      <w:r>
        <w:rPr>
          <w:sz w:val="20"/>
        </w:rPr>
        <w:t>22:54  lallakum tattaqoon. quran ki surah al baqarah mein aaya hai. taqwa ka matlab kya hai? taqwa ka matlab hai parhezgari.</w:t>
      </w:r>
      <w:r>
        <w:br/>
      </w:r>
      <w:r>
        <w:rPr>
          <w:sz w:val="20"/>
        </w:rPr>
        <w:t>23:08  god conscious ho kar dunya mein rehna.</w:t>
      </w:r>
      <w:r>
        <w:br/>
      </w:r>
      <w:r>
        <w:rPr>
          <w:sz w:val="20"/>
        </w:rPr>
        <w:t>23:14  taqwa ka matlab hai ke aap dunya mein is tarah rahen ke aap har waqt khuda ko yaad karen. yeh samjhen ke I am under God.</w:t>
      </w:r>
    </w:p>
    <w:p>
      <w:pPr>
        <w:pStyle w:val="Heading2"/>
      </w:pPr>
      <w:r>
        <w:t>Fighting un-Islamic traits brings growth</w:t>
      </w:r>
    </w:p>
    <w:p>
      <w:r>
        <w:rPr>
          <w:color w:val="666666"/>
          <w:sz w:val="18"/>
        </w:rPr>
        <w:t>Adopt A Life of Fasting May 1, 2020 Maulana Wahiduddin Khan · 46s · at 21:20 · https://youtu.be/oH6_1ogi0o4?t=1280</w:t>
      </w:r>
    </w:p>
    <w:p>
      <w:r>
        <w:rPr>
          <w:i/>
        </w:rPr>
        <w:t>“Jab bhi aap koi khilaf deen baat par lad kar”</w:t>
      </w:r>
    </w:p>
    <w:p>
      <w:r>
        <w:rPr>
          <w:sz w:val="20"/>
        </w:rPr>
        <w:t>21:20  jab bhi aap koi khilaf deen baat par larr kar is ko nikalen apne andar se, to aap payenge ke aap ke andar aik taraqqi hui hai.</w:t>
      </w:r>
      <w:r>
        <w:br/>
      </w:r>
      <w:r>
        <w:rPr>
          <w:sz w:val="20"/>
        </w:rPr>
        <w:t>21:37  koi bhi khilaf deen baat</w:t>
      </w:r>
      <w:r>
        <w:br/>
      </w:r>
      <w:r>
        <w:rPr>
          <w:sz w:val="20"/>
        </w:rPr>
        <w:t>21:40  ko larr kar nikalna apne andar se, yahi taraqqi ka zariya hai.</w:t>
      </w:r>
    </w:p>
    <w:p>
      <w:pPr>
        <w:pStyle w:val="Heading2"/>
      </w:pPr>
      <w:r>
        <w:t>True hajj spirit is taqwa, not celebration</w:t>
      </w:r>
    </w:p>
    <w:p>
      <w:r>
        <w:rPr>
          <w:color w:val="666666"/>
          <w:sz w:val="18"/>
        </w:rPr>
        <w:t>The Spirit of Hajj July 7, 2007 · 33s · at 5:40 · https://youtu.be/SV2CfNml8ic?t=340</w:t>
      </w:r>
    </w:p>
    <w:p>
      <w:r>
        <w:rPr>
          <w:i/>
        </w:rPr>
        <w:t>“آپ غور کیجیے کہ یہ احساس جاگے آدمی کے اندر”</w:t>
      </w:r>
    </w:p>
    <w:p>
      <w:r>
        <w:rPr>
          <w:sz w:val="20"/>
        </w:rPr>
        <w:t>5:40  aap ghor kijiye ke yeh ehsas jaage aadmi ke andar. is qism ka uska mizaj banay Allah se darne wala mizaj to woh jashan manay ga.</w:t>
      </w:r>
      <w:r>
        <w:br/>
      </w:r>
      <w:r>
        <w:rPr>
          <w:sz w:val="20"/>
        </w:rPr>
        <w:t>5:50  kya koi aisa karega ke mein mutaqqi mein mutaqqi insan hoon to mujhe jashan manana hai?</w:t>
      </w:r>
      <w:r>
        <w:br/>
      </w:r>
      <w:r>
        <w:rPr>
          <w:sz w:val="20"/>
        </w:rPr>
        <w:t>6:00  just spirit ka nahi hota just form ka hota hai. to is se andaza hota hai ke log kitna ziyada be khabar hain haj ki haqeeqat se.</w:t>
      </w:r>
    </w:p>
    <w:p>
      <w:pPr>
        <w:pStyle w:val="Heading2"/>
      </w:pPr>
      <w:r>
        <w:t>Story of a tribal leader who half-listened to Quran</w:t>
      </w:r>
    </w:p>
    <w:p>
      <w:r>
        <w:rPr>
          <w:color w:val="666666"/>
          <w:sz w:val="18"/>
        </w:rPr>
        <w:t>Message of Ramadan April 9, 2023 Prof. Farida Khanam · 52s · at 18:56 · https://youtu.be/z-jsHB1vlV4?t=1136</w:t>
      </w:r>
    </w:p>
    <w:p>
      <w:r>
        <w:rPr>
          <w:i/>
        </w:rPr>
        <w:t>“His house was huge — he was a leader in Medina”</w:t>
      </w:r>
    </w:p>
    <w:p>
      <w:r>
        <w:rPr>
          <w:sz w:val="20"/>
        </w:rPr>
        <w:t>18:56  uska ghar bahut bada tha kalanuuma. woh leader tha madina ka. to wahan uske paas bahut sare log baithe hue the to rasoolullah sallallahu alaihi wasallam donkey par ja rahe the to woh utar ke wahan uske paas gaye aur wahan quran ki chand ayatein usko sunai. woh to bahut andar andar woh munafiq tha sabse bada munafiq wahi tha. upar se islam le aaya tha kyunke majority wahan islam le aayi thi to usko usi mein faida tha.</w:t>
      </w:r>
      <w:r>
        <w:br/>
      </w:r>
      <w:r>
        <w:rPr>
          <w:sz w:val="20"/>
        </w:rPr>
        <w:t>19:24  to usne kaha quran, jab aap quran suna rahe the to khamoshi se sunta raha. phir jab aap chuke to kehne laga woh ke aapne jo baat kahi hai woh theek hai lekin jo aapko bulaye sunne ke liye bas aap usi ko sunaiye. to ab yeh kitna bada sabr ki baat hai. to isi tarah se har baat par sabr karna padta hai.</w:t>
      </w:r>
      <w:r>
        <w:br/>
      </w:r>
      <w:r>
        <w:rPr>
          <w:sz w:val="20"/>
        </w:rPr>
        <w:t>19:48  agar hum sabr nahin karenge to hum hamara negative reaction hoga aur woh hamare khilaf jayega. hamara paigham doosron tak nahin pahunch payega kyunke har aadmi jab conditioned hai to usko deconditioning mein usko time lagta hai to us time ke liye humein sabr karna padega taake usko mauka diya jaye ke woh apni halat e fitri par aa sake.</w:t>
      </w:r>
    </w:p>
    <w:p>
      <w:pPr>
        <w:pStyle w:val="Heading2"/>
      </w:pPr>
      <w:r>
        <w:t>Turning blockage into prayer for greater door</w:t>
      </w:r>
    </w:p>
    <w:p>
      <w:r>
        <w:rPr>
          <w:color w:val="666666"/>
          <w:sz w:val="18"/>
        </w:rPr>
        <w:t>Interaction with umries 25 july, 2019 - Maulana Wahiduddin Khan · 29s · at 8:53 · https://youtu.be/MjQYVF1PwhM?t=533</w:t>
      </w:r>
    </w:p>
    <w:p>
      <w:r>
        <w:rPr>
          <w:i/>
        </w:rPr>
        <w:t>“Yeh log mere liye is karbala ka darwaza band kar rahe hain”</w:t>
      </w:r>
    </w:p>
    <w:p>
      <w:r>
        <w:rPr>
          <w:sz w:val="20"/>
        </w:rPr>
        <w:t>8:53  is karble ka darwaza band kar rahe hain taake zyada bada darwaza mere liye khola jaye.</w:t>
      </w:r>
      <w:r>
        <w:br/>
      </w:r>
      <w:r>
        <w:rPr>
          <w:sz w:val="20"/>
        </w:rPr>
        <w:t>9:04  yaani Allah rab ul alameen mere liye zyada bada darwaza khole.</w:t>
      </w:r>
      <w:r>
        <w:br/>
      </w:r>
      <w:r>
        <w:rPr>
          <w:sz w:val="20"/>
        </w:rPr>
        <w:t>9:11  yeh log mere liye is kamre ka darwaza band kar rahe hain taake mere liye zyada bada darwaza khola jaye.</w:t>
      </w:r>
    </w:p>
    <w:p>
      <w:pPr>
        <w:pStyle w:val="Heading2"/>
      </w:pPr>
      <w:r>
        <w:t>Two options: Quran or our understanding</w:t>
      </w:r>
    </w:p>
    <w:p>
      <w:r>
        <w:rPr>
          <w:color w:val="666666"/>
          <w:sz w:val="18"/>
        </w:rPr>
        <w:t>Fasting and Re-planning June 18, 2017 · 23s · at 19:49 · https://youtu.be/ekpPWHrK1DI?t=1189</w:t>
      </w:r>
    </w:p>
    <w:p>
      <w:r>
        <w:rPr>
          <w:i/>
        </w:rPr>
        <w:t>“To do options aap ke liye hain”</w:t>
      </w:r>
    </w:p>
    <w:p>
      <w:r>
        <w:rPr>
          <w:sz w:val="20"/>
        </w:rPr>
        <w:t>19:49  to do option aap ke liye hain koi third option yahan nahi hai ya to quran ko quran maniye ya yeh kahe ke hamara jo manna woh galat hai</w:t>
      </w:r>
      <w:r>
        <w:br/>
      </w:r>
      <w:r>
        <w:rPr>
          <w:sz w:val="20"/>
        </w:rPr>
        <w:t>20:07  koi third option aap ke liye nahi hai</w:t>
      </w:r>
    </w:p>
    <w:p>
      <w:pPr>
        <w:pStyle w:val="Heading2"/>
      </w:pPr>
      <w:r>
        <w:t>Truth was with muhaddithin in debate</w:t>
      </w:r>
    </w:p>
    <w:p>
      <w:r>
        <w:rPr>
          <w:color w:val="666666"/>
          <w:sz w:val="18"/>
        </w:rPr>
        <w:t>Fiqh Tajdeed-e-Deen Book by Maulana Wahiduddin Khan · 35s · at 8:33 · https://youtu.be/ZHDgBUfz80U?t=513</w:t>
      </w:r>
    </w:p>
    <w:p>
      <w:r>
        <w:rPr>
          <w:i/>
        </w:rPr>
        <w:t>“In this debate, the truth was with the muhaddithin.”</w:t>
      </w:r>
    </w:p>
    <w:p>
      <w:r>
        <w:rPr>
          <w:sz w:val="20"/>
        </w:rPr>
        <w:t>8:33  aisi surat mein zaroori hai ke kitab o sunnat, ijma ummat aur usool-e-musallama par qiyas kar ke aik ko rajih aur doosre ko marjooh qarar diya jaye.</w:t>
      </w:r>
      <w:r>
        <w:br/>
      </w:r>
      <w:r>
        <w:rPr>
          <w:sz w:val="20"/>
        </w:rPr>
        <w:t>8:45  is bahs mein haq bilashuba muhaddiseen ki taraf tha. kuch umoor aisay zaroor hain jin mein farq ka mamla haq aur na-haq ka mamla hota hai, magar har farq ki noiyat yahi nahi hoti.</w:t>
      </w:r>
      <w:r>
        <w:br/>
      </w:r>
      <w:r>
        <w:rPr>
          <w:sz w:val="20"/>
        </w:rPr>
        <w:t>8:58  misal ke taur par, kuch riwayat ke mutabiq nabi sallallahu alaihi wasallam ka gumaan tha ke kuch janwar, maslan chooha, goh, yahood ki masakh shuda naslon ki aulad hain.</w:t>
      </w:r>
    </w:p>
    <w:p>
      <w:pPr>
        <w:pStyle w:val="Heading2"/>
      </w:pPr>
      <w:r>
        <w:t>blind ritual versus a thinking, felt hajj</w:t>
      </w:r>
    </w:p>
    <w:p>
      <w:r>
        <w:rPr>
          <w:color w:val="666666"/>
          <w:sz w:val="18"/>
        </w:rPr>
        <w:t>The Spirit of Hajj June 25, 2023 · 34s · at 34:42 · https://youtu.be/q5IqRKE3t9E?t=2082</w:t>
      </w:r>
    </w:p>
    <w:p>
      <w:r>
        <w:rPr>
          <w:i/>
        </w:rPr>
        <w:t>“People just pick up a book of duas and keep reading it unthinkingly”</w:t>
      </w:r>
    </w:p>
    <w:p>
      <w:r>
        <w:rPr>
          <w:sz w:val="20"/>
        </w:rPr>
        <w:t>34:42  to yeh jo hai isko parhna chahiye aur log to bas yeh kartay hain ke bas woh duao ki kitab le letay hain aur bas usi ko parhtay rehtay hain. besoche samjhe. jab man is a thinking animal jab aadmi sochega nahi to uska asar kya lega woh? to besoche samjhe woh parhtay rehtay hain. to aisa hajj hajj mabroor nahi ho sakta.</w:t>
      </w:r>
      <w:r>
        <w:br/>
      </w:r>
      <w:r>
        <w:rPr>
          <w:sz w:val="20"/>
        </w:rPr>
        <w:t>35:06  hajj mabroor wohi hai jo spirit wala hajj ho aur jiskay andar woh tamam fawayed jo hajj se hona chahiye woh usko milay hue hon.</w:t>
      </w:r>
      <w:r>
        <w:br/>
      </w:r>
      <w:r>
        <w:rPr>
          <w:sz w:val="20"/>
        </w:rPr>
        <w:t>35:16  main aik call parhungi hazrat hasan basri ka jo senior senior tabai hain to unka aik call hai ke hajj mabroor woh hai jisay aadmi is tarah lotay ke woh duniya se beraghabat ho aur aakhirat ka shauq uskay andar paida ho jaye. to yeh wala hajj hai woh hajj mabroor hai.</w:t>
      </w:r>
    </w:p>
    <w:p>
      <w:pPr>
        <w:pStyle w:val="Heading2"/>
      </w:pPr>
      <w:r>
        <w:t>True Hajj completeness comes from awareness, not belongings</w:t>
      </w:r>
    </w:p>
    <w:p>
      <w:r>
        <w:rPr>
          <w:color w:val="666666"/>
          <w:sz w:val="18"/>
        </w:rPr>
        <w:t>The Message of Hajj November 4, 2008 Maulana Wahiduddin Khan · 33s · at 48:32 · https://youtu.be/CIGhIpsejkY?t=2912</w:t>
      </w:r>
    </w:p>
    <w:p>
      <w:r>
        <w:rPr>
          <w:i/>
        </w:rPr>
        <w:t>“Wahan jaane ke liye kapde zyada na hon, paisa kam ho”</w:t>
      </w:r>
    </w:p>
    <w:p>
      <w:r>
        <w:rPr>
          <w:sz w:val="20"/>
        </w:rPr>
        <w:t>48:32  yani wahan jaane ke liye aap ke paas kapre ziyada na hon, bistar na ho, paisa bhi kam ho, yani har cheez mein kami ho, kami ho, kami ho.</w:t>
      </w:r>
      <w:r>
        <w:br/>
      </w:r>
      <w:r>
        <w:rPr>
          <w:sz w:val="20"/>
        </w:rPr>
        <w:t>48:46  lekin aap ne samajh poori poori paida kar li ho, yani shaoor ko poora poora bedar kar liya ho aap ne, to aap ka haj mukammal haj ho jayega.</w:t>
      </w:r>
      <w:r>
        <w:br/>
      </w:r>
      <w:r>
        <w:rPr>
          <w:sz w:val="20"/>
        </w:rPr>
        <w:t>49:01  aap ka haj mukammal hal ho jayega.</w:t>
      </w:r>
    </w:p>
    <w:p>
      <w:pPr>
        <w:pStyle w:val="Heading2"/>
      </w:pPr>
      <w:r>
        <w:t>Literal meaning of Eid al-Adha as mini-Hajj</w:t>
      </w:r>
    </w:p>
    <w:p>
      <w:r>
        <w:rPr>
          <w:color w:val="666666"/>
          <w:sz w:val="18"/>
        </w:rPr>
        <w:t>The Message of Eid Al- Adha November 6, 2011 - Maulana Wahiduddin Khan · 27s · at 1:36 · https://youtu.be/jRx-8VFlR9Q?t=96</w:t>
      </w:r>
    </w:p>
    <w:p>
      <w:r>
        <w:rPr>
          <w:i/>
        </w:rPr>
        <w:t>“Eid al-Adha ka lafzi matlab hai qurbani ki eid”</w:t>
      </w:r>
    </w:p>
    <w:p>
      <w:r>
        <w:rPr>
          <w:sz w:val="20"/>
        </w:rPr>
        <w:t>1:36  eid al-adhaa ka lafzi matlab hai qurbani ki eid. yeh eid al-adhaa har saal tamam dunya mein musalman manate hain.</w:t>
      </w:r>
      <w:r>
        <w:br/>
      </w:r>
      <w:r>
        <w:rPr>
          <w:sz w:val="20"/>
        </w:rPr>
        <w:t>1:55  eid al-adhaa goya ke mini hajj hai.</w:t>
      </w:r>
    </w:p>
    <w:p>
      <w:pPr>
        <w:pStyle w:val="Heading2"/>
      </w:pPr>
      <w:r>
        <w:t>Dajjal in age of reason</w:t>
      </w:r>
    </w:p>
    <w:p>
      <w:r>
        <w:rPr>
          <w:color w:val="666666"/>
          <w:sz w:val="18"/>
        </w:rPr>
        <w:t>Al-Risala, May 2018 · 25s · at 13:24 · https://youtu.be/VsVaccpm1ug?t=804</w:t>
      </w:r>
    </w:p>
    <w:p>
      <w:r>
        <w:rPr>
          <w:i/>
        </w:rPr>
        <w:t>“Dajjal daur hujjat ya Age of Reason mein zaahir hoga”</w:t>
      </w:r>
    </w:p>
    <w:p>
      <w:r>
        <w:rPr>
          <w:sz w:val="20"/>
        </w:rPr>
        <w:t>13:24  is se maloom hota hai ke dajjal daur-e-hujjat ya age of reason mein zahir hoga. dajjal daur-e-saif ya age of sword ka fitna nahi hoga balkeh woh daur-e-hujjat ya age of reason ka fitna hoga.</w:t>
      </w:r>
      <w:r>
        <w:br/>
      </w:r>
      <w:r>
        <w:rPr>
          <w:sz w:val="20"/>
        </w:rPr>
        <w:t>13:38  dajjal ke baray mein jo riwayatein hain woh ziyada tar tamseel ki zaban mein hain. un riwayaton ko samajhne ke liye zaroorat hai ke tamseel ki zaban ko ta'een ki zaban mein badla jaye.</w:t>
      </w:r>
    </w:p>
    <w:p>
      <w:pPr>
        <w:pStyle w:val="Heading2"/>
      </w:pPr>
      <w:r>
        <w:t>The sacrifice needed to end today's atheism</w:t>
      </w:r>
    </w:p>
    <w:p>
      <w:r>
        <w:rPr>
          <w:color w:val="666666"/>
          <w:sz w:val="18"/>
        </w:rPr>
        <w:t>Hajj ek Tareekh-saaz Amal Haqeeqat-E-Hajj Book by Maulana Wahiduddin Khan · 30s · at 20:28 · https://youtu.be/DcyTlpDdbg4?t=1228</w:t>
      </w:r>
    </w:p>
    <w:p>
      <w:r>
        <w:rPr>
          <w:i/>
        </w:rPr>
        <w:t>“اب دوبارہ کچھ لوگوں کو ذبح ہونا ہے۔”</w:t>
      </w:r>
    </w:p>
    <w:p>
      <w:r>
        <w:rPr>
          <w:sz w:val="20"/>
        </w:rPr>
        <w:t>20:28  ab dobara kuch logon ko zibah hona hai. ab phir kuch logon ko apni aulad ko sehra mein dalna hai taake deen ki tareekh dobara zinda ho.</w:t>
      </w:r>
      <w:r>
        <w:br/>
      </w:r>
      <w:r>
        <w:rPr>
          <w:sz w:val="20"/>
        </w:rPr>
        <w:t>20:40  maazi mein daur-e-shirk ko khatam karne ke liye ek nasal ki qurbani darkar thi. aaj daur-e-ilhad ko khatam karne ke liye dobara ek nasal ki qurbani darkar hai.</w:t>
      </w:r>
      <w:r>
        <w:br/>
      </w:r>
      <w:r>
        <w:rPr>
          <w:sz w:val="20"/>
        </w:rPr>
        <w:t>20:54  yahi hajj ka sab se bara sabaq hai.</w:t>
      </w:r>
    </w:p>
    <w:p>
      <w:pPr>
        <w:pStyle w:val="Heading2"/>
      </w:pPr>
      <w:r>
        <w:t>How biased thinking distorts truth</w:t>
      </w:r>
    </w:p>
    <w:p>
      <w:r>
        <w:rPr>
          <w:color w:val="666666"/>
          <w:sz w:val="18"/>
        </w:rPr>
        <w:t>As it is Thinking (Prophetic Wisdom) November 22, 2006 Maulana Wahiduddin Khan · 29s · at 3:29 · https://youtu.be/nxIMtbJsKyQ?t=209</w:t>
      </w:r>
    </w:p>
    <w:p>
      <w:r>
        <w:rPr>
          <w:i/>
        </w:rPr>
        <w:t>“Preoccupied thinking uske andar aa jati hai”</w:t>
      </w:r>
    </w:p>
    <w:p>
      <w:r>
        <w:rPr>
          <w:sz w:val="20"/>
        </w:rPr>
        <w:t>3:29  preoccupied thinking is ke andar aa jati hai. biased thinking aa jati hai. is ki conditioning hoti hai. to aadmi cheezon ko</w:t>
      </w:r>
      <w:r>
        <w:br/>
      </w:r>
      <w:r>
        <w:rPr>
          <w:sz w:val="20"/>
        </w:rPr>
        <w:t>3:41  apne dhang se le leta hai.</w:t>
      </w:r>
      <w:r>
        <w:br/>
      </w:r>
      <w:r>
        <w:rPr>
          <w:sz w:val="20"/>
        </w:rPr>
        <w:t>3:46  to is ko sachai kabhi aisa hota hai ke sachai is ko galat dikhai deti hai apni samajh se. ya galat baat sachi maloom hone lagti hai apni samajh se.</w:t>
      </w:r>
    </w:p>
    <w:p>
      <w:pPr>
        <w:pStyle w:val="Heading2"/>
      </w:pPr>
      <w:r>
        <w:t>Dhikr is not just reciting tasbeeh</w:t>
      </w:r>
    </w:p>
    <w:p>
      <w:r>
        <w:rPr>
          <w:color w:val="666666"/>
          <w:sz w:val="18"/>
        </w:rPr>
        <w:t>Interaction 16 nov, 2019 - Maulana Wahiduddin Khan · 20s · at 3:10 · https://youtu.be/18N19xva7Ag?t=190</w:t>
      </w:r>
    </w:p>
    <w:p>
      <w:r>
        <w:rPr>
          <w:i/>
        </w:rPr>
        <w:t>“Lekin zikr Allah se murad tasbeeh parhna nahi hai”</w:t>
      </w:r>
    </w:p>
    <w:p>
      <w:r>
        <w:rPr>
          <w:sz w:val="20"/>
        </w:rPr>
        <w:t>3:10  lekin zikr allah se murad tasbeeh parhna nahi hai.</w:t>
      </w:r>
      <w:r>
        <w:br/>
      </w:r>
      <w:r>
        <w:rPr>
          <w:sz w:val="20"/>
        </w:rPr>
        <w:t>3:18  yeh to bohat hi high qism ka</w:t>
      </w:r>
      <w:r>
        <w:br/>
      </w:r>
      <w:r>
        <w:rPr>
          <w:sz w:val="20"/>
        </w:rPr>
        <w:t>3:24  ibadat hai.</w:t>
      </w:r>
    </w:p>
    <w:p>
      <w:pPr>
        <w:pStyle w:val="Heading2"/>
      </w:pPr>
      <w:r>
        <w:t>Most valuable person gives prayer point</w:t>
      </w:r>
    </w:p>
    <w:p>
      <w:r>
        <w:rPr>
          <w:color w:val="666666"/>
          <w:sz w:val="18"/>
        </w:rPr>
        <w:t>Interaction with umries 25 july, 2019 - Maulana Wahiduddin Khan · 30s · at 1:40 · https://youtu.be/MjQYVF1PwhM?t=100</w:t>
      </w:r>
    </w:p>
    <w:p>
      <w:r>
        <w:rPr>
          <w:i/>
        </w:rPr>
        <w:t>“Dekhiye, mein ek baat kehta hoon apna”</w:t>
      </w:r>
    </w:p>
    <w:p>
      <w:r>
        <w:rPr>
          <w:sz w:val="20"/>
        </w:rPr>
        <w:t>1:40  dekhiye, mein aik baat kehta hoon apna ke mein apnay lehaz se, apnay lehaz se sab se ziyada mere liye qeemti insan woh hai jo mujh ko dua ka point de.</w:t>
      </w:r>
      <w:r>
        <w:br/>
      </w:r>
      <w:r>
        <w:rPr>
          <w:sz w:val="20"/>
        </w:rPr>
        <w:t>2:04  dua ka point asan kaam nahi hai.</w:t>
      </w:r>
    </w:p>
    <w:p>
      <w:pPr>
        <w:pStyle w:val="Heading2"/>
      </w:pPr>
      <w:r>
        <w:t>Your own effort in earning is under 1%</w:t>
      </w:r>
    </w:p>
    <w:p>
      <w:r>
        <w:rPr>
          <w:color w:val="666666"/>
          <w:sz w:val="18"/>
        </w:rPr>
        <w:t>Spirit of Zakat 16 May 2007 - Maulana Wahiduddin Khan · 37s · at 15:33 · https://youtu.be/Ptou1yxZS_8?t=933</w:t>
      </w:r>
    </w:p>
    <w:p>
      <w:r>
        <w:rPr>
          <w:i/>
        </w:rPr>
        <w:t>“So why is zakat the right of God?”</w:t>
      </w:r>
    </w:p>
    <w:p>
      <w:r>
        <w:rPr>
          <w:sz w:val="20"/>
        </w:rPr>
        <w:t>15:33  to, why it is right of God?</w:t>
      </w:r>
      <w:r>
        <w:br/>
      </w:r>
      <w:r>
        <w:rPr>
          <w:sz w:val="20"/>
        </w:rPr>
        <w:t>15:36  because, it is God who has given you all these money, all these things. your share is very little, less than one percent.</w:t>
      </w:r>
      <w:r>
        <w:br/>
      </w:r>
      <w:r>
        <w:rPr>
          <w:sz w:val="20"/>
        </w:rPr>
        <w:t>15:53  because, when you do a business, when you do a job, when you earn any amount of money, it required God's infrastructure, God support system.</w:t>
      </w:r>
    </w:p>
    <w:p>
      <w:pPr>
        <w:pStyle w:val="Heading2"/>
      </w:pPr>
      <w:r>
        <w:t>Praying via a shrine or saint is ridiculous</w:t>
      </w:r>
    </w:p>
    <w:p>
      <w:r>
        <w:rPr>
          <w:color w:val="666666"/>
          <w:sz w:val="18"/>
        </w:rPr>
        <w:t>What is Dua (Only Lecture) April 26, 2009 Maulana Wahiduddin Khan · 41s · at 6:34 · https://youtu.be/JxIR0o_C7GM?t=394</w:t>
      </w:r>
    </w:p>
    <w:p>
      <w:r>
        <w:rPr>
          <w:i/>
        </w:rPr>
        <w:t>“Kisi buzurg se dua karwa lo — yeh ridiculous baat hai”</w:t>
      </w:r>
    </w:p>
    <w:p>
      <w:r>
        <w:rPr>
          <w:sz w:val="20"/>
        </w:rPr>
        <w:t>6:34  jo log yeh samajhte hon ke kisi buddhu se ja kar dua karwa lo, ke kisi dargah mein ja kar dua karwa lo, yeh toh main samajhta hoon ke ek ridiculous baat hai.</w:t>
      </w:r>
      <w:r>
        <w:br/>
      </w:r>
      <w:r>
        <w:rPr>
          <w:sz w:val="20"/>
        </w:rPr>
        <w:t>6:49  yani aap ne khud khuda ke nearness ka tajurba hi nahi kiya.</w:t>
      </w:r>
      <w:r>
        <w:br/>
      </w:r>
      <w:r>
        <w:rPr>
          <w:sz w:val="20"/>
        </w:rPr>
        <w:t>6:56  aap sirf yeh jante hain ke falan buzurg khuda ke qareeb hain, falan qabr wala khuda ke qareeb hai, is se ja kar ke dua karwana chahte hain.</w:t>
      </w:r>
      <w:r>
        <w:br/>
      </w:r>
      <w:r>
        <w:rPr>
          <w:sz w:val="20"/>
        </w:rPr>
        <w:t>7:07  toh is ke baad kya hua? ke aap invalid hain, aap ki dua hi invalid hai.</w:t>
      </w:r>
    </w:p>
    <w:p>
      <w:pPr>
        <w:pStyle w:val="Heading2"/>
      </w:pPr>
      <w:r>
        <w:t>Qurbani as the essence of Eid</w:t>
      </w:r>
    </w:p>
    <w:p>
      <w:r>
        <w:rPr>
          <w:color w:val="666666"/>
          <w:sz w:val="18"/>
        </w:rPr>
        <w:t>Eid al Adha December 23, 2007 - Maulana Wahiduddin Khan · 33s · at 3:59 · https://youtu.be/-I9lDjtq3FY?t=239</w:t>
      </w:r>
    </w:p>
    <w:p>
      <w:r>
        <w:rPr>
          <w:i/>
        </w:rPr>
        <w:t>“Eid al-Adha ki khaas jo sifat hai woh hai qurbani.”</w:t>
      </w:r>
    </w:p>
    <w:p>
      <w:r>
        <w:rPr>
          <w:sz w:val="20"/>
        </w:rPr>
        <w:t>3:59  to eid adha ki khaas jo sifat hai woh hai qurbani.</w:t>
      </w:r>
      <w:r>
        <w:br/>
      </w:r>
      <w:r>
        <w:rPr>
          <w:sz w:val="20"/>
        </w:rPr>
        <w:t>4:08  is ki tareekh chaar hazar saal pehle tak jati hai kyunke rasool Allah se poocha gaya ke yeh qurbani kya hai?</w:t>
      </w:r>
      <w:r>
        <w:br/>
      </w:r>
      <w:r>
        <w:rPr>
          <w:sz w:val="20"/>
        </w:rPr>
        <w:t>4:19  to aap ne farmaya ke sunnat abikum Ibrahim. yeh tumhare baap Ibrahim ki sunnat hai, un ka tareeqa hai.</w:t>
      </w:r>
    </w:p>
    <w:p>
      <w:pPr>
        <w:pStyle w:val="Heading2"/>
      </w:pPr>
      <w:r>
        <w:t>Dua as expression of intellectual process</w:t>
      </w:r>
    </w:p>
    <w:p>
      <w:r>
        <w:rPr>
          <w:color w:val="666666"/>
          <w:sz w:val="18"/>
        </w:rPr>
        <w:t>What is Dua April 26, 2009 · 42s · at 2:22 · https://youtu.be/ROQR2zNew1I?t=142</w:t>
      </w:r>
    </w:p>
    <w:p>
      <w:r>
        <w:rPr>
          <w:i/>
        </w:rPr>
        <w:t>“Dua is an expression of”</w:t>
      </w:r>
    </w:p>
    <w:p>
      <w:r>
        <w:rPr>
          <w:sz w:val="20"/>
        </w:rPr>
        <w:t>2:22  dua is an expression of</w:t>
      </w:r>
      <w:r>
        <w:br/>
      </w:r>
      <w:r>
        <w:rPr>
          <w:sz w:val="20"/>
        </w:rPr>
        <w:t>2:30  a long intellectual process</w:t>
      </w:r>
      <w:r>
        <w:br/>
      </w:r>
      <w:r>
        <w:rPr>
          <w:sz w:val="20"/>
        </w:rPr>
        <w:t>2:34  and not simply occasional appearance.</w:t>
      </w:r>
      <w:r>
        <w:br/>
      </w:r>
      <w:r>
        <w:rPr>
          <w:sz w:val="20"/>
        </w:rPr>
        <w:t>2:44  dua aik lambe amal ke baad nikalti hai aadmi ki zuban se.</w:t>
      </w:r>
      <w:r>
        <w:br/>
      </w:r>
      <w:r>
        <w:rPr>
          <w:sz w:val="20"/>
        </w:rPr>
        <w:t>2:49  aadmi dua mein jeeta hai, tab is ko dua karne ki tofeeq milti hai. subah, shaam, raat, din, poori zindagi aadmi dua mein jeeta hai,</w:t>
      </w:r>
    </w:p>
    <w:p>
      <w:pPr>
        <w:pStyle w:val="Heading2"/>
      </w:pPr>
      <w:r>
        <w:t>No hardship, no gratitude: states need conditions</w:t>
      </w:r>
    </w:p>
    <w:p>
      <w:r>
        <w:rPr>
          <w:color w:val="666666"/>
          <w:sz w:val="18"/>
        </w:rPr>
        <w:t>Hadith-e-Jibril, April 21, 2013 · 34s · at 21:08 · https://youtu.be/0rF6Ou0pDog?t=1268</w:t>
      </w:r>
    </w:p>
    <w:p>
      <w:r>
        <w:rPr>
          <w:i/>
        </w:rPr>
        <w:t>“کیفیات پیدا ہوتی ہیں حالات میں، حالات نہیں تو کیفیات بھی نہیں”</w:t>
      </w:r>
    </w:p>
    <w:p>
      <w:r>
        <w:rPr>
          <w:sz w:val="20"/>
        </w:rPr>
        <w:t>21:08  aur phir is ke baad main khaoon taake mera shukr ka jazba paida ho. is hadith se maloom hota hai ke kaifiyat paida hoti hain halaat mein, halaat nahi to kaifiyat bhi nahi.</w:t>
      </w:r>
      <w:r>
        <w:br/>
      </w:r>
      <w:r>
        <w:rPr>
          <w:sz w:val="20"/>
        </w:rPr>
        <w:t>21:27  yeh bohat hi important baat hai ke agar halaat nahi to kaifiyat bhi nahi.</w:t>
      </w:r>
      <w:r>
        <w:br/>
      </w:r>
      <w:r>
        <w:rPr>
          <w:sz w:val="20"/>
        </w:rPr>
        <w:t>21:32  yani bhook na lage, pyas na lage to aap ko yeh ehsaas nahi hoga ke pani aur khana kitni bari nemat hai.</w:t>
      </w:r>
    </w:p>
    <w:p>
      <w:pPr>
        <w:pStyle w:val="Heading2"/>
      </w:pPr>
      <w:r>
        <w:t>Reciting Tahajjud loudly or softly</w:t>
      </w:r>
    </w:p>
    <w:p>
      <w:r>
        <w:rPr>
          <w:color w:val="666666"/>
          <w:sz w:val="18"/>
        </w:rPr>
        <w:t>The Spirit of Tahajjud Prayer February 27, 2022 Dr. Saniyasnain Khan · 29s · at 54:50 · https://youtu.be/QKVdxVFto7s?t=3290</w:t>
      </w:r>
    </w:p>
    <w:p>
      <w:r>
        <w:rPr>
          <w:i/>
        </w:rPr>
        <w:t>“Hazrat Aisha batati hai ke kabhi hum sunte the unki aawaz”</w:t>
      </w:r>
    </w:p>
    <w:p>
      <w:r>
        <w:rPr>
          <w:sz w:val="20"/>
        </w:rPr>
        <w:t>54:50  hazrat aisha batati hai ke kabhi hum suntay thay unki awaz, wo zor se parhtay thay, kabhi awaz nahi sunai deti thi. to iska matlab hai ke dono tareeqay se namaz padhi ja sakti hai, loudly bhi qaraat kar saktay hain aur khamoshi se bhi kar saktay hain. ek bar prophet mohammad ghar se niklay, tahajjud ke waqt bahar gaye. to wo jo madina tha us bohat bohat choti si jagah thi.</w:t>
      </w:r>
      <w:r>
        <w:br/>
      </w:r>
      <w:r>
        <w:rPr>
          <w:sz w:val="20"/>
        </w:rPr>
        <w:t>55:19  hum samajhtay hain wo bohat bari city. wo ek aisay samajh liya colony, choti si colony. to gaye to agay barhay to hazrat abu bakr ka ghar ki taraf se guzray to hazrat abu bakr namaz parh rahay thay tahajjudgi. baray ahista ahista parh rahay thay. to khair wo agay aur gaye.</w:t>
      </w:r>
    </w:p>
    <w:p>
      <w:pPr>
        <w:pStyle w:val="Heading2"/>
      </w:pPr>
      <w:r>
        <w:t>Money is man's most beloved possession</w:t>
      </w:r>
    </w:p>
    <w:p>
      <w:r>
        <w:rPr>
          <w:color w:val="666666"/>
          <w:sz w:val="18"/>
        </w:rPr>
        <w:t>Spirit of Zakat May 4, 2007 Maulana Wahiduddin Khan · 45s · at 16:33 · https://youtu.be/oj5_5pFnmHk?t=993</w:t>
      </w:r>
    </w:p>
    <w:p>
      <w:r>
        <w:rPr>
          <w:i/>
        </w:rPr>
        <w:t>“Money is the thing man loves most”</w:t>
      </w:r>
    </w:p>
    <w:p>
      <w:r>
        <w:rPr>
          <w:sz w:val="20"/>
        </w:rPr>
        <w:t>16:33  kyun ke jaisa ke maine arz kiya, maal aadmi ki sab se zyada mehboob cheez hai. to jab mehboob cheez ko Khuda ke liye dega, woh is ke mani kya hue?</w:t>
      </w:r>
      <w:r>
        <w:br/>
      </w:r>
      <w:r>
        <w:rPr>
          <w:sz w:val="20"/>
        </w:rPr>
        <w:t>16:47  us ne Khuda ki mohabbat ko har doosri cheez par priority di. is ka dil atka hua tha maal mein.</w:t>
      </w:r>
      <w:r>
        <w:br/>
      </w:r>
      <w:r>
        <w:rPr>
          <w:sz w:val="20"/>
        </w:rPr>
        <w:t>16:56  lekin jab is mehboob cheez ko is ne Khuda ke liye diya, to is ke maani hain ke is ne yeh apne andar yeh inculcate kiya, yeh jazba, yeh spirit apne andar bhari ke Khuda jo hai, woh supreme hai.</w:t>
      </w:r>
      <w:r>
        <w:br/>
      </w:r>
      <w:r>
        <w:rPr>
          <w:sz w:val="20"/>
        </w:rPr>
        <w:t>17:13  Khuda mera supreme concern hai. Khuda ki mohabbat sab se bari mohabbat hai.</w:t>
      </w:r>
    </w:p>
    <w:p>
      <w:pPr>
        <w:pStyle w:val="Heading2"/>
      </w:pPr>
      <w:r>
        <w:t>Fasting breaks stubbornness and arrogance</w:t>
      </w:r>
    </w:p>
    <w:p>
      <w:r>
        <w:rPr>
          <w:color w:val="666666"/>
          <w:sz w:val="18"/>
        </w:rPr>
        <w:t>Ramadan and The Quran September 03, 2006 Maulana Wahiduddin Khan · 23s · at 27:50 · https://youtu.be/LJU2AJuPQZc?t=1670</w:t>
      </w:r>
    </w:p>
    <w:p>
      <w:r>
        <w:rPr>
          <w:i/>
        </w:rPr>
        <w:t>“Roza istabrans aur arogans ko todne ke liye hai”</w:t>
      </w:r>
    </w:p>
    <w:p>
      <w:r>
        <w:rPr>
          <w:sz w:val="20"/>
        </w:rPr>
        <w:t>27:50  isi ko todne ke liye roza rakha gaya hai. log stubbornness ko todna, log arrogance ko todna, apni apne superiority ke ehsaas ko todna.</w:t>
      </w:r>
      <w:r>
        <w:br/>
      </w:r>
      <w:r>
        <w:rPr>
          <w:sz w:val="20"/>
        </w:rPr>
        <w:t>28:05  to roza ek bahut badi scheme hai insaan ke sudhaar ke liye.</w:t>
      </w:r>
    </w:p>
    <w:p>
      <w:pPr>
        <w:pStyle w:val="Heading2"/>
      </w:pPr>
      <w:r>
        <w:t>Khair is not limited to food or money</w:t>
      </w:r>
    </w:p>
    <w:p>
      <w:r>
        <w:rPr>
          <w:color w:val="666666"/>
          <w:sz w:val="18"/>
        </w:rPr>
        <w:t>Spirit of Ramadan | June 14, 2015 · 30s · at 3:25 · https://youtu.be/LMQxfxQcnxQ?t=205</w:t>
      </w:r>
    </w:p>
    <w:p>
      <w:r>
        <w:rPr>
          <w:i/>
        </w:rPr>
        <w:t>“کھانا پینا یا پیسے کے معنی میں نہیں ہے”</w:t>
      </w:r>
    </w:p>
    <w:p>
      <w:r>
        <w:rPr>
          <w:sz w:val="20"/>
        </w:rPr>
        <w:t>3:25  khana peena ya paise ke mani mein nahi hai. jo cheez bhi doosron ke liye khair ho, aadmi jo to sakha karta hai doosron ke liye, sadqa karta hai doosron ke liye, to doosron ke liye jo cheez khair ho, jo un ke liye nafe dene wali ho, woh sab is mein shamil hogi. to ramzan goya is baat ki spirit paida karne ke</w:t>
      </w:r>
    </w:p>
    <w:p>
      <w:pPr>
        <w:pStyle w:val="Heading2"/>
      </w:pPr>
      <w:r>
        <w:t>Sufism's spiritual practices are alien to Quran/Sunnah</w:t>
      </w:r>
    </w:p>
    <w:p>
      <w:r>
        <w:rPr>
          <w:color w:val="666666"/>
          <w:sz w:val="18"/>
        </w:rPr>
        <w:t>Tasawwuf Tajdeed-e-Deen Book by Maulana Wahiduddin Khan · 25s · at 0:01 · https://youtu.be/65H0szmbebY?t=1</w:t>
      </w:r>
    </w:p>
    <w:p>
      <w:r>
        <w:rPr>
          <w:i/>
        </w:rPr>
        <w:t>“Tasawwuf as a spiritual discipline is foreign to Quran and Hadith”</w:t>
      </w:r>
    </w:p>
    <w:p>
      <w:r>
        <w:rPr>
          <w:sz w:val="20"/>
        </w:rPr>
        <w:t>0:01  tasawwuf. tasawwuf ek rohani fun ki hesiyat se quran o hadith mein ajnabi hai. tasawwuf ke naam se sulook aur tazkiya ke jis fun ko kitabon mein madawwan kiya gaya hai,</w:t>
      </w:r>
      <w:r>
        <w:br/>
      </w:r>
      <w:r>
        <w:rPr>
          <w:sz w:val="20"/>
        </w:rPr>
        <w:t>0:15  ya shuyookh apne mureedeen ko jis ki taleem dete rahe hain, woh tamam tar ek izafa hai. apni maujooda shakal mein woh quran o sunnat ke andar maujood nahi.</w:t>
      </w:r>
    </w:p>
    <w:p>
      <w:pPr>
        <w:pStyle w:val="Heading2"/>
      </w:pPr>
      <w:r>
        <w:t>Allah promises forgiveness and Paradise to Eid worshippers</w:t>
      </w:r>
    </w:p>
    <w:p>
      <w:r>
        <w:rPr>
          <w:color w:val="666666"/>
          <w:sz w:val="18"/>
        </w:rPr>
        <w:t>Message of Eid-al-Fitr May 03, 2022 Prof. Farida Khanam &amp; Dr. Saniyasnain Khan · 39s · at 17:29 · https://youtu.be/wMBqbwZ8gEs?t=1049</w:t>
      </w:r>
    </w:p>
    <w:p>
      <w:r>
        <w:rPr>
          <w:i/>
        </w:rPr>
        <w:t>“Main inki dua zaroor qubool karunga, gunah maaf kar diye”</w:t>
      </w:r>
    </w:p>
    <w:p>
      <w:r>
        <w:rPr>
          <w:sz w:val="20"/>
        </w:rPr>
        <w:t>17:29  main inki dua ko zaroor qubool karunga aur inki sayyiat ko hasanat mein badal dunga. yani inki jo gunah hain, jo guna hai usko sawab mein badal dunga. to Allah taala fermata hai ki yeh kehta hai ki ab tum wapas jao.</w:t>
      </w:r>
      <w:r>
        <w:br/>
      </w:r>
      <w:r>
        <w:rPr>
          <w:sz w:val="20"/>
        </w:rPr>
        <w:t>17:56  yani namaz padh ke ab ghar wapas jao. maine tum sabki maghfirat kar di hai. tum sabke gunah maaf kar diye hain aur tum sabke liye jannat muqaddar kar diye.</w:t>
      </w:r>
      <w:r>
        <w:br/>
      </w:r>
      <w:r>
        <w:rPr>
          <w:sz w:val="20"/>
        </w:rPr>
        <w:t>18:08  to yeh ek bahut hi achhi hadith hai jo hamein batati hai ki Ramzan ke mahine mein agar hum us spirit ke sath roze rakhen aur jo aamal hai wo karen, to ek bahut hi badi khushkhabri hai hamare liye ki jannat ka Allah taala ne wada kiya hai aur sayyiat ko hasanat mein badalne ka wada kiya hai.</w:t>
      </w:r>
    </w:p>
    <w:p>
      <w:pPr>
        <w:pStyle w:val="Heading2"/>
      </w:pPr>
      <w:r>
        <w:t>The art of turning negativity into gratitude</w:t>
      </w:r>
    </w:p>
    <w:p>
      <w:r>
        <w:rPr>
          <w:color w:val="666666"/>
          <w:sz w:val="18"/>
        </w:rPr>
        <w:t>An Intellectual Journey May 1, 2011 · 51s · at 1:13:09 · https://youtu.be/AqjjyimoIqw?t=4389</w:t>
      </w:r>
    </w:p>
    <w:p>
      <w:r>
        <w:rPr>
          <w:i/>
        </w:rPr>
        <w:t>“You have to learn the art of negativity management”</w:t>
      </w:r>
    </w:p>
    <w:p>
      <w:r>
        <w:rPr>
          <w:sz w:val="20"/>
        </w:rPr>
        <w:t>1:13:09  to phir meri samajh mein aaya doosri aayaton ko le kar ke, hadeeson ko le kar ke, is ka matlab yeh hai ke alhamd kehne ka matlab yeh hai ke "you have to learn the art of negativity management".</w:t>
      </w:r>
      <w:r>
        <w:br/>
      </w:r>
      <w:r>
        <w:rPr>
          <w:sz w:val="20"/>
        </w:rPr>
        <w:t>1:13:21  negative experience ko manage karo is tareeqay se ke woh shukr mein dhal jaye. woh</w:t>
      </w:r>
      <w:r>
        <w:br/>
      </w:r>
      <w:r>
        <w:rPr>
          <w:sz w:val="20"/>
        </w:rPr>
        <w:t>1:13:29  yeh alhamd mein, alhamdolillah, alhamdolillah rabbul alameen, wohi keh payega jis ka dil negativity se paak ho, jis ke dil mein ghussa na ho, nafrat na ho, inteqaam na ho, complaint na ho, shikayatein na hon.</w:t>
      </w:r>
      <w:r>
        <w:br/>
      </w:r>
      <w:r>
        <w:rPr>
          <w:sz w:val="20"/>
        </w:rPr>
        <w:t>1:13:42  tab to kaise kahega woh? "ae khuda, ae rabbul alameen, hamd hai tere liye". kaise kahega?</w:t>
      </w:r>
      <w:r>
        <w:br/>
      </w:r>
      <w:r>
        <w:rPr>
          <w:sz w:val="20"/>
        </w:rPr>
        <w:t>1:13:51  nahin to lip service karega, munafiq ban kar bolega. kya allah taala munafiqat boli chahta hai?</w:t>
      </w:r>
    </w:p>
    <w:p>
      <w:pPr>
        <w:pStyle w:val="Heading2"/>
      </w:pPr>
      <w:r>
        <w:t>Truth missing in the world</w:t>
      </w:r>
    </w:p>
    <w:p>
      <w:r>
        <w:rPr>
          <w:color w:val="666666"/>
          <w:sz w:val="18"/>
        </w:rPr>
        <w:t>Eid al-Adha | October 16, 2013 | Maulana Wahiduddin Khan · 30s · at 33:29 · https://youtu.be/05WtVSgBj3g?t=2009</w:t>
      </w:r>
    </w:p>
    <w:p>
      <w:r>
        <w:rPr>
          <w:i/>
        </w:rPr>
        <w:t>“Duniya ke bazaar mein aaj saara samaan hai”</w:t>
      </w:r>
    </w:p>
    <w:p>
      <w:r>
        <w:rPr>
          <w:sz w:val="20"/>
        </w:rPr>
        <w:t>33:29  sab se zyada dunya ko jis community ki, jis community ko sachai hai. dunya ke bazaar mein aaj sara saman hai. shopping center bare bare bane hue hain, is mein sara saman hai. lekin jo cheez maujood nahi hai woh hai sachai. insan sachai ki talash mein hai, lekin sachai is ko na kisi maal mein milti, na kisi shopping center mein milti, hatta</w:t>
      </w:r>
    </w:p>
    <w:p>
      <w:pPr>
        <w:pStyle w:val="Heading2"/>
      </w:pPr>
      <w:r>
        <w:t>Closing supplication for true, sincere prayer</w:t>
      </w:r>
    </w:p>
    <w:p>
      <w:r>
        <w:rPr>
          <w:color w:val="666666"/>
          <w:sz w:val="18"/>
        </w:rPr>
        <w:t>What is Dua (Only Lecture) April 26, 2009 Maulana Wahiduddin Khan · 40s · at 59:45 · https://youtu.be/JxIR0o_C7GM?t=3585</w:t>
      </w:r>
    </w:p>
    <w:p>
      <w:r>
        <w:rPr>
          <w:i/>
        </w:rPr>
        <w:t>“Main dua karta hoon Allah mujhe sacchi dua ki taufiq de”</w:t>
      </w:r>
    </w:p>
    <w:p>
      <w:r>
        <w:rPr>
          <w:sz w:val="20"/>
        </w:rPr>
        <w:t>59:45  to mein dua karta hoon ke Allah taala mujh ko aur aap ko sachi dua karne ki tofeeq de, mujh ko aur aap ko apne mehboob bandon mein shamil kar.</w:t>
      </w:r>
      <w:r>
        <w:br/>
      </w:r>
      <w:r>
        <w:rPr>
          <w:sz w:val="20"/>
        </w:rPr>
        <w:t>59:55  aqool qooli haza wastaghfirullaha li walakum ajmaeen.</w:t>
      </w:r>
    </w:p>
    <w:p>
      <w:pPr>
        <w:pStyle w:val="Heading2"/>
      </w:pPr>
      <w:r>
        <w:t>All books are supportive literature</w:t>
      </w:r>
    </w:p>
    <w:p>
      <w:r>
        <w:rPr>
          <w:color w:val="666666"/>
          <w:sz w:val="18"/>
        </w:rPr>
        <w:t>Divine Help January 04, 2015 · 5m 39s · at 1:01:45 · https://youtu.be/IsFIb5jI5u8?t=3705</w:t>
      </w:r>
    </w:p>
    <w:p>
      <w:r>
        <w:rPr>
          <w:i/>
        </w:rPr>
        <w:t>“Dekhiye hamari jitni bhi kitaabein hain”</w:t>
      </w:r>
    </w:p>
    <w:p>
      <w:r>
        <w:rPr>
          <w:sz w:val="20"/>
        </w:rPr>
        <w:t>1:01:45  dekhiye, hamari jitni bhi kitabein hain, sach poochhein to supportive literature hi hain, chahe choti ho ya badi.</w:t>
      </w:r>
      <w:r>
        <w:br/>
      </w:r>
      <w:r>
        <w:rPr>
          <w:sz w:val="20"/>
        </w:rPr>
        <w:t>1:01:50  Supportive literature ka lafz jo bol raha hoon, bahut hi wise sense mein bol raha hoon.</w:t>
      </w:r>
      <w:r>
        <w:br/>
      </w:r>
      <w:r>
        <w:rPr>
          <w:sz w:val="20"/>
        </w:rPr>
        <w:t>1:01:56  kisi limited sense mein nahi ke namaz ka tareeqa, mislan yeh baat ke namaz ka tareeqa Quran mein</w:t>
      </w:r>
      <w:r>
        <w:br/>
      </w:r>
      <w:r>
        <w:rPr>
          <w:sz w:val="20"/>
        </w:rPr>
        <w:t>1:02:02  nahi hai, koi kitaab chhaape, us mein namaz ka tareeqa bataaye.</w:t>
      </w:r>
      <w:r>
        <w:br/>
      </w:r>
      <w:r>
        <w:rPr>
          <w:sz w:val="20"/>
        </w:rPr>
        <w:t>1:02:07  to yeh bahut hi limited sense hoga.</w:t>
      </w:r>
      <w:r>
        <w:br/>
      </w:r>
      <w:r>
        <w:rPr>
          <w:sz w:val="20"/>
        </w:rPr>
        <w:t>1:02:13  hamari jitni bhi kitabein hain, chahe woh do warq ki bhi hon ya risale mein koi ek safhe</w:t>
      </w:r>
      <w:r>
        <w:br/>
      </w:r>
      <w:r>
        <w:rPr>
          <w:sz w:val="20"/>
        </w:rPr>
        <w:t>1:02:19  ka mazmoon ho, woh sab supportive literature hi hota hai, kisi directly ya indirectly.</w:t>
      </w:r>
      <w:r>
        <w:br/>
      </w:r>
      <w:r>
        <w:rPr>
          <w:sz w:val="20"/>
        </w:rPr>
        <w:t>1:02:25  to main is mein koi yeh nahi keh sakta ke falan kitaab aap sari kitabein phailaiye.</w:t>
      </w:r>
      <w:r>
        <w:br/>
      </w:r>
      <w:r>
        <w:rPr>
          <w:sz w:val="20"/>
        </w:rPr>
        <w:t>1:02:30  har kitaab mein wisdom hai, har kitaab mein support hai, har kitaab mein taayidi mawad hai, har kitaab</w:t>
      </w:r>
      <w:r>
        <w:br/>
      </w:r>
      <w:r>
        <w:rPr>
          <w:sz w:val="20"/>
        </w:rPr>
        <w:t>1:02:36  without any exception.</w:t>
      </w:r>
      <w:r>
        <w:br/>
      </w:r>
      <w:r>
        <w:rPr>
          <w:sz w:val="20"/>
        </w:rPr>
        <w:t>1:02:42  bas aap parh jitna aap jitna aap ke bas mein ho, utna phailaiye.</w:t>
      </w:r>
      <w:r>
        <w:br/>
      </w:r>
      <w:r>
        <w:rPr>
          <w:sz w:val="20"/>
        </w:rPr>
        <w:t>1:02:48  yahi main kahunga.</w:t>
      </w:r>
      <w:r>
        <w:br/>
      </w:r>
      <w:r>
        <w:rPr>
          <w:sz w:val="20"/>
        </w:rPr>
        <w:t>1:02:53  dekhiye, yaad rakhiye ke sirf agar tarjuma ne phaila diya to yeh yeh kafi nahi hoga.</w:t>
      </w:r>
      <w:r>
        <w:br/>
      </w:r>
      <w:r>
        <w:rPr>
          <w:sz w:val="20"/>
        </w:rPr>
        <w:t>1:02:59  quran bataya ke tabyeen ke peghambar bataya ke agar quran pesh karta hai aur uski tabyeen karta</w:t>
      </w:r>
      <w:r>
        <w:br/>
      </w:r>
      <w:r>
        <w:rPr>
          <w:sz w:val="20"/>
        </w:rPr>
        <w:t>1:03:05  hai, uski tashreeh karta hai, uski wazahat karta hai, to dekhiye, bilkul yeksan taur par zaroori</w:t>
      </w:r>
      <w:r>
        <w:br/>
      </w:r>
      <w:r>
        <w:rPr>
          <w:sz w:val="20"/>
        </w:rPr>
        <w:t>1:03:11  hai ke aap quran ka tarjuma phailayen aur sath sath supportive literature phailayen.</w:t>
      </w:r>
      <w:r>
        <w:br/>
      </w:r>
      <w:r>
        <w:rPr>
          <w:sz w:val="20"/>
        </w:rPr>
        <w:t>1:03:16  agar aap nahi phailayenge to yaqeen kijiye ke aap ka maqsad poora nahi ho sakta.</w:t>
      </w:r>
      <w:r>
        <w:br/>
      </w:r>
      <w:r>
        <w:rPr>
          <w:sz w:val="20"/>
        </w:rPr>
        <w:t>1:03:22  main jitne mere saathi hain, chahe india mein hon ya india ke bahar main hon, un sab se</w:t>
      </w:r>
      <w:r>
        <w:br/>
      </w:r>
      <w:r>
        <w:rPr>
          <w:sz w:val="20"/>
        </w:rPr>
        <w:t>1:03:28  kahunga ke aisa yeh soch kabhi aap ke andar paida nahi honi chahiye ke aap ne quran</w:t>
      </w:r>
      <w:r>
        <w:br/>
      </w:r>
      <w:r>
        <w:rPr>
          <w:sz w:val="20"/>
        </w:rPr>
        <w:t>1:03:34  distribute kar diya to kaam ho gaya.</w:t>
      </w:r>
      <w:r>
        <w:br/>
      </w:r>
      <w:r>
        <w:rPr>
          <w:sz w:val="20"/>
        </w:rPr>
        <w:t>1:03:39  nahi, nahi, quran distribute karne ke sath sath aap ko zaroori hai ke aap supportive literature ko phailayen.</w:t>
      </w:r>
      <w:r>
        <w:br/>
      </w:r>
      <w:r>
        <w:rPr>
          <w:sz w:val="20"/>
        </w:rPr>
        <w:t>1:03:45  jaise abhi main ne ayat padhi aap ko wajاهدوا به جهاد کبیر yahan par kya likha hai? koi</w:t>
      </w:r>
      <w:r>
        <w:br/>
      </w:r>
      <w:r>
        <w:rPr>
          <w:sz w:val="20"/>
        </w:rPr>
        <w:t>1:03:51  kuch logon ne ke un ke sath lado, fight karo, yani jahad ko fight karne mein le liya.</w:t>
      </w:r>
      <w:r>
        <w:br/>
      </w:r>
      <w:r>
        <w:rPr>
          <w:sz w:val="20"/>
        </w:rPr>
        <w:t>1:03:57  ab koi aadmi is ko padhega to yeh samjhega ke fight karo.</w:t>
      </w:r>
      <w:r>
        <w:br/>
      </w:r>
      <w:r>
        <w:rPr>
          <w:sz w:val="20"/>
        </w:rPr>
        <w:t>1:04:02  to quran ka tarjuma jitna zaroori hai, taqreeban itna hi zaroori hai aap ke baad bhi ke aap</w:t>
      </w:r>
      <w:r>
        <w:br/>
      </w:r>
      <w:r>
        <w:rPr>
          <w:sz w:val="20"/>
        </w:rPr>
        <w:t>1:04:08  supportive literature ko phailayen, warna mind aadmi ka address nahi hoga.</w:t>
      </w:r>
      <w:r>
        <w:br/>
      </w:r>
      <w:r>
        <w:rPr>
          <w:sz w:val="20"/>
        </w:rPr>
        <w:t>1:04:14  aadmi is ko samajh nahi payega, aadmi phir bhi confusion mein rahega kyunke hamara jo literature</w:t>
      </w:r>
      <w:r>
        <w:br/>
      </w:r>
      <w:r>
        <w:rPr>
          <w:sz w:val="20"/>
        </w:rPr>
        <w:t>1:04:20  hai, woh modern idiom mein hai aur jo modern mind hai, us ko samjha hum ne, phir samajh</w:t>
      </w:r>
      <w:r>
        <w:br/>
      </w:r>
      <w:r>
        <w:rPr>
          <w:sz w:val="20"/>
        </w:rPr>
        <w:t>1:04:25  kar us ko address karne ki koshish ki.</w:t>
      </w:r>
      <w:r>
        <w:br/>
      </w:r>
      <w:r>
        <w:rPr>
          <w:sz w:val="20"/>
        </w:rPr>
        <w:t>1:04:31  is liye bohat hi zaroori hai ke aap quran bhi phailayen aur supportive literature bhi phailayen.</w:t>
      </w:r>
      <w:r>
        <w:br/>
      </w:r>
      <w:r>
        <w:rPr>
          <w:sz w:val="20"/>
        </w:rPr>
        <w:t>1:04:37  maulana, agla sawal maulana iqbal umri ne bheja hai tamil nadu se aur unhone likha hai ke</w:t>
      </w:r>
      <w:r>
        <w:br/>
      </w:r>
      <w:r>
        <w:rPr>
          <w:sz w:val="20"/>
        </w:rPr>
        <w:t>1:04:43  maulana fikri mughalaton se bachne ke liye cps mission ke logon ko kya karna hoga? is</w:t>
      </w:r>
      <w:r>
        <w:br/>
      </w:r>
      <w:r>
        <w:rPr>
          <w:sz w:val="20"/>
        </w:rPr>
        <w:t>1:04:48  ki rehnumai karen.</w:t>
      </w:r>
      <w:r>
        <w:br/>
      </w:r>
      <w:r>
        <w:rPr>
          <w:sz w:val="20"/>
        </w:rPr>
        <w:t>1:04:54  sirf ek kaam ke jo kitaben chhapi hain, us ko study karna.</w:t>
      </w:r>
      <w:r>
        <w:br/>
      </w:r>
      <w:r>
        <w:rPr>
          <w:sz w:val="20"/>
        </w:rPr>
        <w:t>1:05:00  kal mere paas aaye ek sahab jo kashmir ke the aur der tak woh baaten karte rahe, woh</w:t>
      </w:r>
      <w:r>
        <w:br/>
      </w:r>
      <w:r>
        <w:rPr>
          <w:sz w:val="20"/>
        </w:rPr>
        <w:t>1:05:06  bohat zyada is ke fan hain, is ko bataya unhone magar un ki confusion tha un ke mind mein.</w:t>
      </w:r>
      <w:r>
        <w:br/>
      </w:r>
      <w:r>
        <w:rPr>
          <w:sz w:val="20"/>
        </w:rPr>
        <w:t>1:05:11  to main ne kaha aap kitaben to kam padhi hain aap ne aur apne ko is ka muwafiq</w:t>
      </w:r>
      <w:r>
        <w:br/>
      </w:r>
      <w:r>
        <w:rPr>
          <w:sz w:val="20"/>
        </w:rPr>
        <w:t>1:05:17  bata rahe hain.</w:t>
      </w:r>
      <w:r>
        <w:br/>
      </w:r>
      <w:r>
        <w:rPr>
          <w:sz w:val="20"/>
        </w:rPr>
        <w:t>1:05:23  to mein samajhta hoon ke CPS ke tamam logon ka pehla kaam hai ke hamari kitabon</w:t>
      </w:r>
      <w:r>
        <w:br/>
      </w:r>
      <w:r>
        <w:rPr>
          <w:sz w:val="20"/>
        </w:rPr>
        <w:t>1:05:29  ko bar bar parhein.</w:t>
      </w:r>
      <w:r>
        <w:br/>
      </w:r>
      <w:r>
        <w:rPr>
          <w:sz w:val="20"/>
        </w:rPr>
        <w:t>1:05:34  agar woh bar bar nahin parhein ge to confusion mein rahen ge aur mission ki guideline un ko</w:t>
      </w:r>
      <w:r>
        <w:br/>
      </w:r>
      <w:r>
        <w:rPr>
          <w:sz w:val="20"/>
        </w:rPr>
        <w:t>1:05:40  nahin mile gi ke kaise mission ka kaam karein.</w:t>
      </w:r>
      <w:r>
        <w:br/>
      </w:r>
      <w:r>
        <w:rPr>
          <w:sz w:val="20"/>
        </w:rPr>
        <w:t>1:05:46  mein samajhta hoon ke log is ki ahmiyat nahin samajhte ke risala monthly ko baqayda parhein, speech of</w:t>
      </w:r>
      <w:r>
        <w:br/>
      </w:r>
      <w:r>
        <w:rPr>
          <w:sz w:val="20"/>
        </w:rPr>
        <w:t>1:05:52  Islam ko baqayda parhein, hamari jo kitabein hain, is ko bohat hi baqayda parhein.</w:t>
      </w:r>
      <w:r>
        <w:br/>
      </w:r>
      <w:r>
        <w:rPr>
          <w:sz w:val="20"/>
        </w:rPr>
        <w:t>1:05:57  jab tak aap is tarah nahin karein ge, aap ka mind tayyar nahin hoga, aap prepared mind nahin</w:t>
      </w:r>
      <w:r>
        <w:br/>
      </w:r>
      <w:r>
        <w:rPr>
          <w:sz w:val="20"/>
        </w:rPr>
        <w:t>1:06:03  banen ge to aap kaam kaise karein ge? is ka koi alternative nahin hai, is ka koi doosra</w:t>
      </w:r>
      <w:r>
        <w:br/>
      </w:r>
      <w:r>
        <w:rPr>
          <w:sz w:val="20"/>
        </w:rPr>
        <w:t>1:06:09  option nahin hai.</w:t>
      </w:r>
      <w:r>
        <w:br/>
      </w:r>
      <w:r>
        <w:rPr>
          <w:sz w:val="20"/>
        </w:rPr>
        <w:t>1:06:15  har aadmi ko chahiye, hamare jitne bhi saathi hain ke woh yeh kaam karein ke risala monthly Urdu</w:t>
      </w:r>
      <w:r>
        <w:br/>
      </w:r>
      <w:r>
        <w:rPr>
          <w:sz w:val="20"/>
        </w:rPr>
        <w:t>1:06:20  ko regular tareeqe se parhein, speech of Islam ko baqayda parhein, har mahine mein hamari kitabon ka mutala</w:t>
      </w:r>
      <w:r>
        <w:br/>
      </w:r>
      <w:r>
        <w:rPr>
          <w:sz w:val="20"/>
        </w:rPr>
        <w:t>1:06:26  karein, warna woh kaam ko sahi dhang par nahin kar sakein ge.</w:t>
      </w:r>
      <w:r>
        <w:br/>
      </w:r>
      <w:r>
        <w:rPr>
          <w:sz w:val="20"/>
        </w:rPr>
        <w:t>1:06:32  Maulana, agla sawal lene se pehle ek comment parhna chahenge jo Doha, Qatar se Maulana Abdul Basit Umri</w:t>
      </w:r>
      <w:r>
        <w:br/>
      </w:r>
      <w:r>
        <w:rPr>
          <w:sz w:val="20"/>
        </w:rPr>
        <w:t>1:06:38  ne bheja hai.</w:t>
      </w:r>
      <w:r>
        <w:br/>
      </w:r>
      <w:r>
        <w:rPr>
          <w:sz w:val="20"/>
        </w:rPr>
        <w:t>1:06:43  unhon ne likha hai ke Maulana, aaj aap ki taqreer sun kar bohat ziyada hope mili.</w:t>
      </w:r>
      <w:r>
        <w:br/>
      </w:r>
      <w:r>
        <w:rPr>
          <w:sz w:val="20"/>
        </w:rPr>
        <w:t>1:06:49  doosri baat yeh hai ke ek momin ke liye har soorat-e-haal mein khair hai.</w:t>
      </w:r>
      <w:r>
        <w:br/>
      </w:r>
      <w:r>
        <w:rPr>
          <w:sz w:val="20"/>
        </w:rPr>
        <w:t>1:06:55  woh khair kis tarah hoti hai, aaj aap ki taqreer se bohat achhi tarah se samajh mein aaya.</w:t>
      </w:r>
      <w:r>
        <w:br/>
      </w:r>
      <w:r>
        <w:rPr>
          <w:sz w:val="20"/>
        </w:rPr>
        <w:t>1:07:01  Maulana, agla sawal kya hai Tariq Ali sahib ne Tampa USA se aur unhon ne likha</w:t>
      </w:r>
      <w:r>
        <w:br/>
      </w:r>
      <w:r>
        <w:rPr>
          <w:sz w:val="20"/>
        </w:rPr>
        <w:t>1:07:06  hai ke Maulana Sahab I would like to know as to how you develop this skill of looking</w:t>
      </w:r>
      <w:r>
        <w:br/>
      </w:r>
      <w:r>
        <w:rPr>
          <w:sz w:val="20"/>
        </w:rPr>
        <w:t>1:07:12  at various things from a different perspective.</w:t>
      </w:r>
      <w:r>
        <w:br/>
      </w:r>
      <w:r>
        <w:rPr>
          <w:sz w:val="20"/>
        </w:rPr>
        <w:t>1:07:18  Did you learn this art from some scholar or is it your own work?</w:t>
      </w:r>
      <w:r>
        <w:br/>
      </w:r>
      <w:r>
        <w:rPr>
          <w:sz w:val="20"/>
        </w:rPr>
        <w:t>1:07:24  Any suggestion or advice you would like to make for people like me so that we can also learn to look at things in a different manner?</w:t>
      </w:r>
    </w:p>
    <w:p>
      <w:pPr>
        <w:pStyle w:val="Heading2"/>
      </w:pPr>
      <w:r>
        <w:t>Prophet Dawud's night prayer</w:t>
      </w:r>
    </w:p>
    <w:p>
      <w:r>
        <w:rPr>
          <w:color w:val="666666"/>
          <w:sz w:val="18"/>
        </w:rPr>
        <w:t>The Spirit of Tahajjud Prayer February 27, 2022 Dr. Saniyasnain Khan · 37s · at 35:35 · https://youtu.be/QKVdxVFto7s?t=2135</w:t>
      </w:r>
    </w:p>
    <w:p>
      <w:r>
        <w:rPr>
          <w:i/>
        </w:rPr>
        <w:t>“Vo ek din chhod ke roza rakhte the”</w:t>
      </w:r>
    </w:p>
    <w:p>
      <w:r>
        <w:rPr>
          <w:sz w:val="20"/>
        </w:rPr>
        <w:t>35:35  wo ek din chhod ke roza rakhte the aur raat ko uthte the namaz padhne ke liye. to khaas zikr hai hadith mein hazrat dawood alai salam ka aur quran mein bhi bahut acha zikr hai.</w:t>
      </w:r>
      <w:r>
        <w:br/>
      </w:r>
      <w:r>
        <w:rPr>
          <w:sz w:val="20"/>
        </w:rPr>
        <w:t>35:51  quran mein yeh zikr hai ke jab hazrat dawood alai salam dua karte the ya khuda ki glory bayan karte the, khuda ka zikr karte the to ek mauzde ke tehat pahad aur birds bhi unke saath woh zikr karne lagte the.</w:t>
      </w:r>
      <w:r>
        <w:br/>
      </w:r>
      <w:r>
        <w:rPr>
          <w:sz w:val="20"/>
        </w:rPr>
        <w:t>36:12  to yeh to quran mein mazkoor hai aur jo kitab dawood alai salam ke upar nazil hui thi uska naam zaboor tha. jisko bible mein psalms kehte hain aur ullema ka kehna hai ke jo psalms hai woh kisi shakal mein wahi kitab hai jo as a dawood alai salam ke upar utari gayi thi.</w:t>
      </w:r>
    </w:p>
    <w:p>
      <w:pPr>
        <w:pStyle w:val="Heading2"/>
      </w:pPr>
      <w:r>
        <w:t>First question on judgment day about prayer</w:t>
      </w:r>
    </w:p>
    <w:p>
      <w:r>
        <w:rPr>
          <w:color w:val="666666"/>
          <w:sz w:val="18"/>
        </w:rPr>
        <w:t>On Salah (Prayer) (Part 3) 22 Jan 2006 - Maulana Wahiduddin Khan · 38s · at 0:47 · https://youtu.be/1Q_hU89Hqok?t=47</w:t>
      </w:r>
    </w:p>
    <w:p>
      <w:r>
        <w:rPr>
          <w:i/>
        </w:rPr>
        <w:t>“Ek Persian poet ne, ek sufi poet ne, namaz ke baare mein”</w:t>
      </w:r>
    </w:p>
    <w:p>
      <w:r>
        <w:rPr>
          <w:sz w:val="20"/>
        </w:rPr>
        <w:t>0:47  ek persian poet ne, ek sufi poet ne, namaz ke bare mein kaha ke "roz-e-mehshar ke jagdaz bud,</w:t>
      </w:r>
      <w:r>
        <w:br/>
      </w:r>
      <w:r>
        <w:rPr>
          <w:sz w:val="20"/>
        </w:rPr>
        <w:t>1:01  awwalin pursish namaz bud" .</w:t>
      </w:r>
      <w:r>
        <w:br/>
      </w:r>
      <w:r>
        <w:rPr>
          <w:sz w:val="20"/>
        </w:rPr>
        <w:t>1:06  iska matlab yeh hai ke</w:t>
      </w:r>
      <w:r>
        <w:br/>
      </w:r>
      <w:r>
        <w:rPr>
          <w:sz w:val="20"/>
        </w:rPr>
        <w:t>1:12  namaz is the first to be questioned in the crucial day of judgment.</w:t>
      </w:r>
    </w:p>
    <w:p>
      <w:pPr>
        <w:pStyle w:val="Heading2"/>
      </w:pPr>
      <w:r>
        <w:t>Poetic description of the spirit of hajj</w:t>
      </w:r>
    </w:p>
    <w:p>
      <w:r>
        <w:rPr>
          <w:color w:val="666666"/>
          <w:sz w:val="18"/>
        </w:rPr>
        <w:t>Spirit of Hajj July 3, 2022 Prof. Farida Khanam · 58s · at 14:52 · https://youtu.be/--Nez1VOcAQ?t=892</w:t>
      </w:r>
    </w:p>
    <w:p>
      <w:r>
        <w:rPr>
          <w:i/>
        </w:rPr>
        <w:t>“हज की spirit क्या है? वह अपने रब को छू रहा है”</w:t>
      </w:r>
    </w:p>
    <w:p>
      <w:r>
        <w:rPr>
          <w:sz w:val="20"/>
        </w:rPr>
        <w:t>14:52  us se bohat ziyada wazeh hota hai ke hajj ki spirit kya hai? to hajj ki yeh ibadat aik aisi ibadat hai jis mein bohat saare arkaan hain aur bohat saare hamare emotions un se juray hue hain. to uska woh aik chota sa coat hai. to haji ko aisa mehsoos hota hai ke woh apni dunya se nikl kar khuda ki dunya mein pohnch gaya hai.</w:t>
      </w:r>
      <w:r>
        <w:br/>
      </w:r>
      <w:r>
        <w:rPr>
          <w:sz w:val="20"/>
        </w:rPr>
        <w:t>15:21  woh apne rab ko chhoo raha hai. woh us ke gird ghoom raha hai. woh us ki taraf daur raha hai. woh us ki khatir idhar se udhar ja raha hai. woh us ke khuroor khurbaani pesh kar raha hai. woh us ke dushmani yaani shaitan ko kankariyan maar raha hai. woh us se maang raha hai jo kuch woh us se maangna chahta hai. woh us se pa raha hai. jo kuch woh us se paana chahta hai.</w:t>
      </w:r>
      <w:r>
        <w:br/>
      </w:r>
      <w:r>
        <w:rPr>
          <w:sz w:val="20"/>
        </w:rPr>
        <w:t>15:50  to yeh bohat zabardast hajj ki yeh ibadat hai ke us se hamein tamam poori jo spirit yeh ibadat ki honi chahiye woh is se associated hai hajj se. to hajj ko hamein in poori kaifiyat ke saath ada karna hai. kyunke agar kaifiyat ke saath hajj hum ada nahi karenge to uska faida nahi hoga. kyunke hajj hi aik aisi ibadat hai jis mein tamam tareekh judi hui hai.</w:t>
      </w:r>
    </w:p>
    <w:p>
      <w:pPr>
        <w:pStyle w:val="Heading2"/>
      </w:pPr>
      <w:r>
        <w:t>Satan whispers: greatness is only for me</w:t>
      </w:r>
    </w:p>
    <w:p>
      <w:r>
        <w:rPr>
          <w:color w:val="666666"/>
          <w:sz w:val="18"/>
        </w:rPr>
        <w:t>The Importance of Modesty March 1, 2009 · 42s · at 7:09 · https://youtu.be/c599K8yDwzk?t=429</w:t>
      </w:r>
    </w:p>
    <w:p>
      <w:r>
        <w:rPr>
          <w:i/>
        </w:rPr>
        <w:t>“At first you live in self-glory — greatness is only mine.”</w:t>
      </w:r>
    </w:p>
    <w:p>
      <w:r>
        <w:rPr>
          <w:sz w:val="20"/>
        </w:rPr>
        <w:t>7:09  hota yeh hai dekhen ke shuru mein aap jeete hain self glory mein. ke barhai to mere liye hai.</w:t>
      </w:r>
      <w:r>
        <w:br/>
      </w:r>
      <w:r>
        <w:rPr>
          <w:sz w:val="20"/>
        </w:rPr>
        <w:t>7:18  doosre ke liye barhai hai hi nahi. yani satan jo hai aap ke andar yeh sentiment dalta hai. barhai to mere liye hai. barhai doosre ke liye kaise ho sakti hai?</w:t>
      </w:r>
      <w:r>
        <w:br/>
      </w:r>
      <w:r>
        <w:rPr>
          <w:sz w:val="20"/>
        </w:rPr>
        <w:t>7:28  hote hote wohi aap ka nature ban jata hai. tu kahin bhi jayen ge aap jahan kitni hi achi baaten wahan par hon. lekin aap ka mind dhoonde ga koi negative point ko.</w:t>
      </w:r>
      <w:r>
        <w:br/>
      </w:r>
      <w:r>
        <w:rPr>
          <w:sz w:val="20"/>
        </w:rPr>
        <w:t>7:40  main ne bar bar yeh dekha hai ke kahin kahin jate hain log koi function hai koi conference hai koi seminar hai. tu kitna hi zyada woh acha wahan par banaya gaya ho.</w:t>
      </w:r>
    </w:p>
    <w:p>
      <w:pPr>
        <w:pStyle w:val="Heading2"/>
      </w:pPr>
      <w:r>
        <w:t>only real solution to hardship is God's help</w:t>
      </w:r>
    </w:p>
    <w:p>
      <w:r>
        <w:rPr>
          <w:color w:val="666666"/>
          <w:sz w:val="18"/>
        </w:rPr>
        <w:t>Eid Special CPS Women Interaction June 29, 2023 · 29s · at 43:34 · https://youtu.be/Os7IYYOg8v4?t=2614</w:t>
      </w:r>
    </w:p>
    <w:p>
      <w:r>
        <w:rPr>
          <w:i/>
        </w:rPr>
        <w:t>“Har mushkil ka ek hi zariya hai — Allah ta'ala ki madad”</w:t>
      </w:r>
    </w:p>
    <w:p>
      <w:r>
        <w:rPr>
          <w:sz w:val="20"/>
        </w:rPr>
        <w:t>43:34  bahar yahi har mushkil ka, har mushkil ka ek wahid aur yaqeeni zariya sirf Allah taala ki madad hai. yeh cheez hamare dil mein rastik bajati hai. to yeh jumla bhi maine tas'keer ul quran se liya hai. yeh jo jumla hai, khuda ki madad tamam mushkilat ke hal ka wahid yaqeeni zariya hai.</w:t>
      </w:r>
      <w:r>
        <w:br/>
      </w:r>
      <w:r>
        <w:rPr>
          <w:sz w:val="20"/>
        </w:rPr>
        <w:t>44:03  to maine yeh bahat kar diya. yeh jumla maine bahat kar lekha taake mujhe bar bar jab bhi mujhe koi mushkil pesh aaye, isko main bar bar dohrati rahoon aur mera yaqeen badhta jaaye, yaqeen badhta jaaye. baqi Maulana ke ek ek lafz bhi itna pyara jaise nageena, anguthi mein nageena bithaya jaata hai.</w:t>
      </w:r>
    </w:p>
    <w:p>
      <w:pPr>
        <w:pStyle w:val="Heading2"/>
      </w:pPr>
      <w:r>
        <w:t>Muslims' duty as the last prophet's followers</w:t>
      </w:r>
    </w:p>
    <w:p>
      <w:r>
        <w:rPr>
          <w:color w:val="666666"/>
          <w:sz w:val="18"/>
        </w:rPr>
        <w:t>Spirit of Hajj July 3, 2022 Prof. Farida Khanam · 54s · at 46:32 · https://youtu.be/--Nez1VOcAQ?t=2792</w:t>
      </w:r>
    </w:p>
    <w:p>
      <w:r>
        <w:rPr>
          <w:i/>
        </w:rPr>
        <w:t>“मुसलमान एक दावती गिरोह हैं, यह उनकी ज़िंदगी का मकसद है”</w:t>
      </w:r>
    </w:p>
    <w:p>
      <w:r>
        <w:rPr>
          <w:sz w:val="20"/>
        </w:rPr>
        <w:t>46:32  to sab se pehley to musalmanon ko yeh jaanna chahiye hai k woh aik daawati group hain unki zindagi ka maqsad logon tak khuda ka paigham pohanchana aur yahi kyun k rasoolullah sallallahu alaihi wasallam aakhri paighambar hain to is wajah se unkey baad koi doosra nabi nahi aaye ga k us paigham ko doosron tak pohanchaye.</w:t>
      </w:r>
      <w:r>
        <w:br/>
      </w:r>
      <w:r>
        <w:rPr>
          <w:sz w:val="20"/>
        </w:rPr>
        <w:t>46:55  is wajah se ummat e mohammad hi ki yeh zimmedari hai ke is paigham ko doosron tak pahunchaye</w:t>
      </w:r>
      <w:r>
        <w:br/>
      </w:r>
      <w:r>
        <w:rPr>
          <w:sz w:val="20"/>
        </w:rPr>
        <w:t>47:01  aur jab tak is paigham ko doosron tak nahi pahunchayegi woh ummat e mohammad hi kehne ke qabil nahi hai.</w:t>
      </w:r>
      <w:r>
        <w:br/>
      </w:r>
      <w:r>
        <w:rPr>
          <w:sz w:val="20"/>
        </w:rPr>
        <w:t>47:07  khuda ke yahan woh ummat e mohammad hi kehlaane ke woh haqdaar nahi hogi.</w:t>
      </w:r>
      <w:r>
        <w:br/>
      </w:r>
      <w:r>
        <w:rPr>
          <w:sz w:val="20"/>
        </w:rPr>
        <w:t>47:13  is wajah se hamein is role ko har haalat mein ada karna hai.</w:t>
      </w:r>
      <w:r>
        <w:br/>
      </w:r>
      <w:r>
        <w:rPr>
          <w:sz w:val="20"/>
        </w:rPr>
        <w:t>47:19  isi role ki adaegi par hamari aakhirat ki nijaat munasir hai.</w:t>
      </w:r>
      <w:r>
        <w:br/>
      </w:r>
      <w:r>
        <w:rPr>
          <w:sz w:val="20"/>
        </w:rPr>
        <w:t>47:26  ji, jaza kallah aap aapne bahut achhe se aaj spirit of haaj ke bare mein hamein baatein batai. I am sure everybody would have loved it. But before we end the session there is one important announcement. We'll be releasing a new book of mulana vaiduddin khan sahab. This book is a English translation of a special edition of Al Rasala August 2003.</w:t>
      </w:r>
    </w:p>
    <w:p>
      <w:pPr>
        <w:pStyle w:val="Heading2"/>
      </w:pPr>
      <w:r>
        <w:t>Hadith book like conversation with Prophet</w:t>
      </w:r>
    </w:p>
    <w:p>
      <w:r>
        <w:rPr>
          <w:color w:val="666666"/>
          <w:sz w:val="18"/>
        </w:rPr>
        <w:t>Hadith-e-Rasool | April 9, 2006 | Maulana Wahiduddin Khan · 30s · at 13:58 · https://youtu.be/zxaMbPyrpQY?t=838</w:t>
      </w:r>
    </w:p>
    <w:p>
      <w:r>
        <w:rPr>
          <w:i/>
        </w:rPr>
        <w:t>“Having a hadith book is like talking to the Prophet”</w:t>
      </w:r>
    </w:p>
    <w:p>
      <w:r>
        <w:rPr>
          <w:sz w:val="20"/>
        </w:rPr>
        <w:t>13:58  abhi jo maine aap ke samne kaha ke jis ghar mein hadees ki kitab ho to goya ke aadmi wahan is position mein hai ke prophet se is ka conversation ho sake. to main samajhta hoon ke yeh literally sahi hai. har ek aap mein se is ka tajurba kar sakta hai. ab mujh ko bar bar is ka tajurba hua hai. kyunke jab main parhta hoon hadees ki kitab ko</w:t>
      </w:r>
    </w:p>
    <w:p>
      <w:pPr>
        <w:pStyle w:val="Heading2"/>
      </w:pPr>
      <w:r>
        <w:t>Ramadan as a time of self-realization</w:t>
      </w:r>
    </w:p>
    <w:p>
      <w:r>
        <w:rPr>
          <w:color w:val="666666"/>
          <w:sz w:val="18"/>
        </w:rPr>
        <w:t>Message of Ramadan April 9, 2023 Prof. Farida Khanam · 52s · at 22:04 · https://youtu.be/z-jsHB1vlV4?t=1324</w:t>
      </w:r>
    </w:p>
    <w:p>
      <w:r>
        <w:rPr>
          <w:i/>
        </w:rPr>
        <w:t>“Ramadan limits things so we can see how thankful we are”</w:t>
      </w:r>
    </w:p>
    <w:p>
      <w:r>
        <w:rPr>
          <w:sz w:val="20"/>
        </w:rPr>
        <w:t>22:04  ramadan limits that so we can see how thankful we are and how do we respond, without these things. it's a time of self realization and connection with god and doing the one thing we were created for, that is worship. may god let us live to experience the full blessings of ramadan.</w:t>
      </w:r>
      <w:r>
        <w:br/>
      </w:r>
      <w:r>
        <w:rPr>
          <w:sz w:val="20"/>
        </w:rPr>
        <w:t>22:27  abd, the multitude of benefits of ramzan inspired the prophet to exclaim that welcome to the one who purifies. so ramzan is also the month of inner purification. aapne abhi iska kuch zikr bhi kiya to main chahunga isko thoda aur aap expand karke isko samjhaye hum sabko. isko tazkiya nafs kehte hain, purification of the self.</w:t>
      </w:r>
      <w:r>
        <w:br/>
      </w:r>
      <w:r>
        <w:rPr>
          <w:sz w:val="20"/>
        </w:rPr>
        <w:t>22:56  to purification of the self ka matlab hai ke hum apne ek mahaul mein rehte hain, is duniya ki zindagi mein rehte hain, to usmein hum kho jate hain. duniya jo hai woh bahut attractive hai. to hum usmein kho jate hain aur humko yeh ehsaas nahin hota ke hum is duniya mein kisi maqsad ke liye bheje gaye hain. to yeh jo hai duniya jo humein us maqsad se deviate karti hai.</w:t>
      </w:r>
    </w:p>
    <w:p>
      <w:pPr>
        <w:pStyle w:val="Heading2"/>
      </w:pPr>
      <w:r>
        <w:t>God as sole concern</w:t>
      </w:r>
    </w:p>
    <w:p>
      <w:r>
        <w:rPr>
          <w:color w:val="666666"/>
          <w:sz w:val="18"/>
        </w:rPr>
        <w:t>Qurbani aur Islam (Al-Risala, August 2018) · 23s · at 2:51 · https://youtu.be/uwy-G-Vtie8?t=171</w:t>
      </w:r>
    </w:p>
    <w:p>
      <w:r>
        <w:rPr>
          <w:i/>
        </w:rPr>
        <w:t>“Yeh darja kisi aadmi ko sirf us waqt milta hai”</w:t>
      </w:r>
    </w:p>
    <w:p>
      <w:r>
        <w:rPr>
          <w:sz w:val="20"/>
        </w:rPr>
        <w:t>2:51  yeh darja kisi aadmi ko sirf is waqt milta hai jab ke us ne khuda ko apna wahid concern ya sole concern bana liya ho.</w:t>
      </w:r>
    </w:p>
    <w:p>
      <w:pPr>
        <w:pStyle w:val="Heading2"/>
      </w:pPr>
      <w:r>
        <w:t>Companion defines taqwa via thorny-path story</w:t>
      </w:r>
    </w:p>
    <w:p>
      <w:r>
        <w:rPr>
          <w:color w:val="666666"/>
          <w:sz w:val="18"/>
        </w:rPr>
        <w:t>Ramadan The Month of Fasting July 31, 2011 · 55s · at 45:18 · https://youtu.be/4W4Dg7zt0DM?t=2718</w:t>
      </w:r>
    </w:p>
    <w:p>
      <w:r>
        <w:rPr>
          <w:i/>
        </w:rPr>
        <w:t>“Kya aap kaante-daar raste se guzre hain?”</w:t>
      </w:r>
    </w:p>
    <w:p>
      <w:r>
        <w:rPr>
          <w:sz w:val="20"/>
        </w:rPr>
        <w:t>45:18  taqwa ke baray mein aik aik waqia aata hai keh Hazrat Umar ne poocha aik sahabi se keh taqwa kiya hai? to unhon ne kaha keh "هَلْ سَلَقْتَ طَرِيقًا ذَا شَوْكٍ ؟" kiya aap aik aisay rastay se guzre hain jahan do taraf kaantay daar jhariyan hon?</w:t>
      </w:r>
      <w:r>
        <w:br/>
      </w:r>
      <w:r>
        <w:rPr>
          <w:sz w:val="20"/>
        </w:rPr>
        <w:t>45:37  bhai Arab mein aisa bohat hota tha. to unhon ne kaha keh haan. to unhon ne kaha keh aap ne kiya kiya aisay moqay par</w:t>
      </w:r>
      <w:r>
        <w:br/>
      </w:r>
      <w:r>
        <w:rPr>
          <w:sz w:val="20"/>
        </w:rPr>
        <w:t>45:47  ? to unhon ne kaha keh "شَمَّرْتُ وَبَشْتَهَدْتُ" . yaani kapray samait liye, ab bachta hua nikal gaya. to unhon ne kaha keh "ذَلِكَ التَّقْوَى" .</w:t>
      </w:r>
      <w:r>
        <w:br/>
      </w:r>
      <w:r>
        <w:rPr>
          <w:sz w:val="20"/>
        </w:rPr>
        <w:t>45:58  yeh taqwa hai. yaani isi ko aap apply kijiye zindagi par .is duniya mein insan jo hai dekhiye, khwahishon ke kaantay jhariyan hain.</w:t>
      </w:r>
    </w:p>
    <w:p>
      <w:pPr>
        <w:pStyle w:val="Heading2"/>
      </w:pPr>
      <w:r>
        <w:t>The false principle that split Islam into sects</w:t>
      </w:r>
    </w:p>
    <w:p>
      <w:r>
        <w:rPr>
          <w:color w:val="666666"/>
          <w:sz w:val="18"/>
        </w:rPr>
        <w:t>Islam mein Fiqhi Ikhtelaf (Jurisprudential Disagreement in Islam) Maulana Wahiddudin Khan · 59s · at 12:49 · https://youtu.be/8S3yyG9KYOE?t=769</w:t>
      </w:r>
    </w:p>
    <w:p>
      <w:r>
        <w:rPr>
          <w:i/>
        </w:rPr>
        <w:t>“Here a huge mistake was made by people”</w:t>
      </w:r>
    </w:p>
    <w:p>
      <w:r>
        <w:rPr>
          <w:sz w:val="20"/>
        </w:rPr>
        <w:t>12:49  ab yahan par ek bahut badi bhool hui logon se.</w:t>
      </w:r>
      <w:r>
        <w:br/>
      </w:r>
      <w:r>
        <w:rPr>
          <w:sz w:val="20"/>
        </w:rPr>
        <w:t>12:55  woh bhool yeh hui ke unhon ne keh diya ke "al haq la ta'addud". yeh principle bilkul false principle tha. yeh "al haq la ta'addud" haq kai nahin ho sakta.</w:t>
      </w:r>
      <w:r>
        <w:br/>
      </w:r>
      <w:r>
        <w:rPr>
          <w:sz w:val="20"/>
        </w:rPr>
        <w:t>13:07  "al haq la ta'addud" mani hain haq kai nahin ho sakta, yani namaz ka ek hi tareeqa sahi hoga, doosra galat hoga. yani agar koi kisi ne keh diya "ameen" zor se aur kisi ne kaha ke dheere se, to dono mein se ek hi ko sahi hoga, doosra galat hoga.</w:t>
      </w:r>
      <w:r>
        <w:br/>
      </w:r>
      <w:r>
        <w:rPr>
          <w:sz w:val="20"/>
        </w:rPr>
        <w:t>13:25  kisi ne yahan agar neet bandhi aur kisi ne yahan bandhi, dono mein se ek hi tareeqa sahi hoga, doosra galat hoga. ab poora jhagda is par khada hua. "al haq la ta'addud" haq to ek hi hoga.</w:t>
      </w:r>
      <w:r>
        <w:br/>
      </w:r>
      <w:r>
        <w:rPr>
          <w:sz w:val="20"/>
        </w:rPr>
        <w:t>13:39  yeh bahut hi bada bhool hui hai hamari history mein, jis ko aaj tak hum bhugat rahe hain ke Islam ke naam par bahut sare group bane hue hain.</w:t>
      </w:r>
    </w:p>
    <w:p>
      <w:pPr>
        <w:pStyle w:val="Heading2"/>
      </w:pPr>
      <w:r>
        <w:t>Hajj as an eternal covenant with God</w:t>
      </w:r>
    </w:p>
    <w:p>
      <w:r>
        <w:rPr>
          <w:color w:val="666666"/>
          <w:sz w:val="18"/>
        </w:rPr>
        <w:t>Hajj ek Tareekh-saaz Amal Haqeeqat-E-Hajj Book by Maulana Wahiduddin Khan · 49s · at 21:23 · https://youtu.be/DcyTlpDdbg4?t=1283</w:t>
      </w:r>
    </w:p>
    <w:p>
      <w:r>
        <w:rPr>
          <w:i/>
        </w:rPr>
        <w:t>“حاجی بار بار کہتا ہے لبیک اللہم لبیک۔”</w:t>
      </w:r>
    </w:p>
    <w:p>
      <w:r>
        <w:rPr>
          <w:sz w:val="20"/>
        </w:rPr>
        <w:t>21:23  haji marasim-e-hajj ke dauran bar bar labbaik allahumma labbaik ya'ni hazir hoon khudaaya main hazir hoon kehta hai.</w:t>
      </w:r>
      <w:r>
        <w:br/>
      </w:r>
      <w:r>
        <w:rPr>
          <w:sz w:val="20"/>
        </w:rPr>
        <w:t>21:32  yeh kya hai? yeh ahad-naame ke alfaaz hain. hajj khuda aur bande ke darmiyan ek ahad hai. ahad hamesha aaghaz hota hai.</w:t>
      </w:r>
      <w:r>
        <w:br/>
      </w:r>
      <w:r>
        <w:rPr>
          <w:sz w:val="20"/>
        </w:rPr>
        <w:t>21:43  woh ikhtitam nahin hota. yahi hajj ki ibadat ka mu'amla hai.</w:t>
      </w:r>
      <w:r>
        <w:br/>
      </w:r>
      <w:r>
        <w:rPr>
          <w:sz w:val="20"/>
        </w:rPr>
        <w:t>21:49  jo shakhs marasim-e-hajj ko ada kar ke wapas aata hai woh goya khuda se ek muqaddas ahad kar ke wapas aata hai. wapas aane ke baad use mutma'in ho kar baith nahin jana hai balkeh apne halaat aur salahiyat ke aitbar se woh kaam shuru kar deta hai jis ka woh apne rab se ahad kar ke wapas aaya hai.</w:t>
      </w:r>
    </w:p>
    <w:p>
      <w:pPr>
        <w:pStyle w:val="Heading2"/>
      </w:pPr>
      <w:r>
        <w:t>The 'truth has no diversity' principle explained</w:t>
      </w:r>
    </w:p>
    <w:p>
      <w:r>
        <w:rPr>
          <w:color w:val="666666"/>
          <w:sz w:val="18"/>
        </w:rPr>
        <w:t>The School of Fiqh in Islam (English) April 14, 2007 Maulana Wahiduddin Khan · 42s · at 20:08 · https://youtu.be/Kc-mTjI23HM?t=1208</w:t>
      </w:r>
    </w:p>
    <w:p>
      <w:r>
        <w:rPr>
          <w:i/>
        </w:rPr>
        <w:t>“Al-haqqu la ta'addud: there is no diversity in the truth”</w:t>
      </w:r>
    </w:p>
    <w:p>
      <w:r>
        <w:rPr>
          <w:sz w:val="20"/>
        </w:rPr>
        <w:t>20:08  bat, the other scholars adopted different formula, that is al-haq la taghadad.</w:t>
      </w:r>
      <w:r>
        <w:br/>
      </w:r>
      <w:r>
        <w:rPr>
          <w:sz w:val="20"/>
        </w:rPr>
        <w:t>20:19  al-haq la taghadad. it means that</w:t>
      </w:r>
      <w:r>
        <w:br/>
      </w:r>
      <w:r>
        <w:rPr>
          <w:sz w:val="20"/>
        </w:rPr>
        <w:t>20:26  There is no diversity in the truth. al-haq la taghadad. There is no diversity in the truth.</w:t>
      </w:r>
      <w:r>
        <w:br/>
      </w:r>
      <w:r>
        <w:rPr>
          <w:sz w:val="20"/>
        </w:rPr>
        <w:t>20:35  so, we have to take one and leave other. so, they invented new principle, that is tarjih or tafdil.</w:t>
      </w:r>
    </w:p>
    <w:p>
      <w:pPr>
        <w:pStyle w:val="Heading2"/>
      </w:pPr>
      <w:r>
        <w:t>Hadith on fasting and avoiding conflict</w:t>
      </w:r>
    </w:p>
    <w:p>
      <w:r>
        <w:rPr>
          <w:color w:val="666666"/>
          <w:sz w:val="18"/>
        </w:rPr>
        <w:t>Fasting Culture June 04, 2017 · 52s · at 2:51 · https://youtu.be/1F78c0Z9ceg?t=171</w:t>
      </w:r>
    </w:p>
    <w:p>
      <w:r>
        <w:rPr>
          <w:i/>
        </w:rPr>
        <w:t>“Narrated by Abu Huraira”</w:t>
      </w:r>
    </w:p>
    <w:p>
      <w:r>
        <w:rPr>
          <w:sz w:val="20"/>
        </w:rPr>
        <w:t>2:51  an abi huraira taqal: qala rasul Allah sallallahu alaihi wasallam: "idha kana yawm sum ahadakum falayarfus yawm wala yusab, fa in sabba ahadun aw qatalahu falyaqul inni amrun saim." musnad ahmad hadith number 7693.</w:t>
      </w:r>
      <w:r>
        <w:br/>
      </w:r>
      <w:r>
        <w:rPr>
          <w:sz w:val="20"/>
        </w:rPr>
        <w:t>3:14  abu huraira se riwayat hai rasool Allah sallallahu alaihi wasallam ne farmaya: "jab tum mein se kisi ke roze ka din ho to us din woh koi buri baat na kahe aur na shor hangama machaye.</w:t>
      </w:r>
      <w:r>
        <w:br/>
      </w:r>
      <w:r>
        <w:rPr>
          <w:sz w:val="20"/>
        </w:rPr>
        <w:t>3:30  aur agar koi is ko bura bhala kahe ya is se ladai kare to woh kahe: 'main rozedar aadmi hoon, main rozedar aadmi hoon.'"</w:t>
      </w:r>
    </w:p>
    <w:p>
      <w:pPr>
        <w:pStyle w:val="Heading2"/>
      </w:pPr>
      <w:r>
        <w:t>God is just a call away</w:t>
      </w:r>
    </w:p>
    <w:p>
      <w:r>
        <w:rPr>
          <w:color w:val="666666"/>
          <w:sz w:val="18"/>
        </w:rPr>
        <w:t>Q&amp;A 19 Feb 2012 Maulana Wahiduddin Khan · 34s · at 2:49 · https://youtu.be/ZJlQ-Ue_PhY?t=169</w:t>
      </w:r>
    </w:p>
    <w:p>
      <w:r>
        <w:rPr>
          <w:i/>
        </w:rPr>
        <w:t>“Khuda is pure kayanaat ko banane wala hai”</w:t>
      </w:r>
    </w:p>
    <w:p>
      <w:r>
        <w:rPr>
          <w:sz w:val="20"/>
        </w:rPr>
        <w:t>2:49  khuda is poore kainat ko banane wala hai, us ko control kar raha hai, us ko manage kar raha hai. insani history ko khuda manage kar raha hai, har lamha.</w:t>
      </w:r>
      <w:r>
        <w:br/>
      </w:r>
      <w:r>
        <w:rPr>
          <w:sz w:val="20"/>
        </w:rPr>
        <w:t>3:04  to har lamha hum is position mein us se contact karein. ab bhi khuda ki taraf se wahi awaaz aayegi ke, "i am just a call.</w:t>
      </w:r>
      <w:r>
        <w:br/>
      </w:r>
      <w:r>
        <w:rPr>
          <w:sz w:val="20"/>
        </w:rPr>
        <w:t>3:17  i am, i am just a call away.</w:t>
      </w:r>
    </w:p>
    <w:p>
      <w:pPr>
        <w:pStyle w:val="Heading2"/>
      </w:pPr>
      <w:r>
        <w:t>Hadith: tie your camel, then trust God</w:t>
      </w:r>
    </w:p>
    <w:p>
      <w:r>
        <w:rPr>
          <w:color w:val="666666"/>
          <w:sz w:val="18"/>
        </w:rPr>
        <w:t>The Concept of Dua In Islam May 27, 2007 · 15s · at 1:46:41 · https://youtu.be/wkRQaMb04dI?t=6401</w:t>
      </w:r>
    </w:p>
    <w:p>
      <w:r>
        <w:rPr>
          <w:i/>
        </w:rPr>
        <w:t>“پہلے اونٹ کو باندھو، پھر خدا پر ٹرسٹ کرو”</w:t>
      </w:r>
    </w:p>
    <w:p>
      <w:r>
        <w:rPr>
          <w:sz w:val="20"/>
        </w:rPr>
        <w:t>1:46:41  to aap ne kaha ke: "aqil haafiz to wakil". pehle oont ko bandho, phir Khuda par trust karo.</w:t>
      </w:r>
      <w:r>
        <w:br/>
      </w:r>
      <w:r>
        <w:rPr>
          <w:sz w:val="20"/>
        </w:rPr>
        <w:t>1:46:52  "aqil haafiz to wakil". pehle oont ko bandho, phir Khuda par trust karo.</w:t>
      </w:r>
    </w:p>
    <w:p>
      <w:pPr>
        <w:pStyle w:val="Heading2"/>
      </w:pPr>
      <w:r>
        <w:t>real sacrifice is the struggle to build character</w:t>
      </w:r>
    </w:p>
    <w:p>
      <w:r>
        <w:rPr>
          <w:color w:val="666666"/>
          <w:sz w:val="18"/>
        </w:rPr>
        <w:t>Message of Eid Al-Adha June 17, 2024 · 29s · at 12:16 · https://youtu.be/klcwQ-RPPBE?t=736</w:t>
      </w:r>
    </w:p>
    <w:p>
      <w:r>
        <w:rPr>
          <w:i/>
        </w:rPr>
        <w:t>“Is tarah ki shakhsiyat banane ke liye jiddojehad karni padti hai”</w:t>
      </w:r>
    </w:p>
    <w:p>
      <w:r>
        <w:rPr>
          <w:sz w:val="20"/>
        </w:rPr>
        <w:t>12:16  Toh is tarah ki jo shakhsiyat hai, is tarah ki shakhsiyat banne ke liye usko jahd-o-juhd karni padti hai aur isi ka naam qurbani hai aur jo bhi amal insaan karta hai, woh qurbani ke level pe agar karega, toh wahi Allah ke haan qabil-e-qubool hoga aur isi ko spirit kaha gaya hai. Qurbani darasal spirit kai naam hain.</w:t>
      </w:r>
      <w:r>
        <w:br/>
      </w:r>
      <w:r>
        <w:rPr>
          <w:sz w:val="20"/>
        </w:rPr>
        <w:t>12:45  ab jaise, Islam mein Id al-Adha ka salana tyohar hai, to yeh remind karta hai ke Hazrat Ibrahim</w:t>
      </w:r>
    </w:p>
    <w:p>
      <w:pPr>
        <w:pStyle w:val="Heading2"/>
      </w:pPr>
      <w:r>
        <w:t>Discussion like a researcher</w:t>
      </w:r>
    </w:p>
    <w:p>
      <w:r>
        <w:rPr>
          <w:color w:val="666666"/>
          <w:sz w:val="18"/>
        </w:rPr>
        <w:t>CPS Women Monthly Q and A with Prof. Farida Khanam and Maulana Farhad Ahmed Umeri August 28, 2023 · 29s · at 15:39 · https://youtu.be/gxAPgrrKfw0?t=939</w:t>
      </w:r>
    </w:p>
    <w:p>
      <w:r>
        <w:rPr>
          <w:i/>
        </w:rPr>
        <w:t>“Researcher ki tarah discussion karein”</w:t>
      </w:r>
    </w:p>
    <w:p>
      <w:r>
        <w:rPr>
          <w:sz w:val="20"/>
        </w:rPr>
        <w:t>15:39  aisa nahi bilkul ek researcher ki tarah, ek scientist ki tarah hamein discussion karna hai, chahe wah hamare khilaf ho ya hamari mafik ho. to yeh condition jo hai wah zaroori hai. waza karna, waza karna. Thank you, Apa, for a very important point that you've just we we have noted this point that we should always listen to any people unbiasedly without any negative feelings for that person.</w:t>
      </w:r>
      <w:r>
        <w:br/>
      </w:r>
      <w:r>
        <w:rPr>
          <w:sz w:val="20"/>
        </w:rPr>
        <w:t>16:08  And this question now comes from ayesha yusra. She has asked, there's a verse in the quran chapter two verse two thirty eight. Be ever mindful of prayer, especially the middle prayer and stand up before god in submissive devotion. She is asking what is middle prayer? Asr, middle prayer asr prayer hai.</w:t>
      </w:r>
    </w:p>
    <w:p>
      <w:pPr>
        <w:pStyle w:val="Heading2"/>
      </w:pPr>
      <w:r>
        <w:t>dua asking God not to overburden us</w:t>
      </w:r>
    </w:p>
    <w:p>
      <w:r>
        <w:rPr>
          <w:color w:val="666666"/>
          <w:sz w:val="18"/>
        </w:rPr>
        <w:t>Powerful Life-Changing Quranic Duas with Explanation (English) October 27, 2024 · 30s · at 49:18 · https://youtu.be/4cYteSjPIKw?t=2958</w:t>
      </w:r>
    </w:p>
    <w:p>
      <w:r>
        <w:rPr>
          <w:i/>
        </w:rPr>
        <w:t>“Lord, do not place on us a burden we cannot bear.”</w:t>
      </w:r>
    </w:p>
    <w:p>
      <w:r>
        <w:rPr>
          <w:sz w:val="20"/>
        </w:rPr>
        <w:t>49:18  and this is the sense, he has called imam or leader of the family. rabbana wala tuhammilna malataqata lana.</w:t>
      </w:r>
      <w:r>
        <w:br/>
      </w:r>
      <w:r>
        <w:rPr>
          <w:sz w:val="20"/>
        </w:rPr>
        <w:t>49:30  and lord, do not place on us a burden. we have not a strength to bear.</w:t>
      </w:r>
      <w:r>
        <w:br/>
      </w:r>
      <w:r>
        <w:rPr>
          <w:sz w:val="20"/>
        </w:rPr>
        <w:t>49:40  wa'fu anna, pardon us, waghfir lana, forgive us, warhamna</w:t>
      </w:r>
    </w:p>
    <w:p>
      <w:pPr>
        <w:pStyle w:val="Heading2"/>
      </w:pPr>
      <w:r>
        <w:t>Dua is the essence of worship</w:t>
      </w:r>
    </w:p>
    <w:p>
      <w:r>
        <w:rPr>
          <w:color w:val="666666"/>
          <w:sz w:val="18"/>
        </w:rPr>
        <w:t>What is Dua April 26, 2009 · 31s · at 1:08 · https://youtu.be/ROQR2zNew1I?t=68</w:t>
      </w:r>
    </w:p>
    <w:p>
      <w:r>
        <w:rPr>
          <w:i/>
        </w:rPr>
        <w:t>“Bohat ziyada. Hadith mein aaya hai ke al-dua huwal ibaada”</w:t>
      </w:r>
    </w:p>
    <w:p>
      <w:r>
        <w:rPr>
          <w:sz w:val="20"/>
        </w:rPr>
        <w:t>1:08  bohat ziyada. Hadees mein aaya hai ke ad dua'u huwal ibadah, ad dua'u mukh al ibadah.</w:t>
      </w:r>
      <w:r>
        <w:br/>
      </w:r>
      <w:r>
        <w:rPr>
          <w:sz w:val="20"/>
        </w:rPr>
        <w:t>1:23  is ka matlab yeh hai ke dua,</w:t>
      </w:r>
      <w:r>
        <w:br/>
      </w:r>
      <w:r>
        <w:rPr>
          <w:sz w:val="20"/>
        </w:rPr>
        <w:t>1:27  dua is the essence of ibadah. Dua is the core of ibadah.</w:t>
      </w:r>
    </w:p>
    <w:p>
      <w:pPr>
        <w:pStyle w:val="Heading2"/>
      </w:pPr>
      <w:r>
        <w:t>Dua in your mother tongue</w:t>
      </w:r>
    </w:p>
    <w:p>
      <w:r>
        <w:rPr>
          <w:color w:val="666666"/>
          <w:sz w:val="18"/>
        </w:rPr>
        <w:t>The Spirit of Dua March 20, 2022 Dr. Saniyasnain Khan · 24s · at 10:21 · https://youtu.be/2v1uKLCxf5Y?t=621</w:t>
      </w:r>
    </w:p>
    <w:p>
      <w:r>
        <w:rPr>
          <w:i/>
        </w:rPr>
        <w:t>“It is not necessary to repeat Arabic words.”</w:t>
      </w:r>
    </w:p>
    <w:p>
      <w:r>
        <w:rPr>
          <w:sz w:val="20"/>
        </w:rPr>
        <w:t>10:21  Yeh zaroori nahi hai ke aap Arabic ke kuch alfaaz ko dohraayein. Aap apni mother tongue mein dua karein. Aap Urdu mein karein, Hindi mein karein, English mein karein. Jo bhi aapki zubaan hai</w:t>
      </w:r>
      <w:r>
        <w:br/>
      </w:r>
      <w:r>
        <w:rPr>
          <w:sz w:val="20"/>
        </w:rPr>
        <w:t>10:45  doctor sahib, there is also a hadith that allah descends down to the lowest heaven and says, is there anyone who supplicates to me and i give him? yeh ek bahut hi profound hadith hai. isko agar aap wazeh karen hum sabke liye.</w:t>
      </w:r>
    </w:p>
    <w:p>
      <w:pPr>
        <w:pStyle w:val="Heading2"/>
      </w:pPr>
      <w:r>
        <w:t>fasting means nothing if you keep lying</w:t>
      </w:r>
    </w:p>
    <w:p>
      <w:r>
        <w:rPr>
          <w:color w:val="666666"/>
          <w:sz w:val="18"/>
        </w:rPr>
        <w:t>On The Month of Ramadan September 23, 2007 · 1m 02s · at 49:20 · https://youtu.be/8MIl4_cPq1k?t=2960</w:t>
      </w:r>
    </w:p>
    <w:p>
      <w:r>
        <w:rPr>
          <w:i/>
        </w:rPr>
        <w:t>“If you don't give up lying, God doesn't need your fast.”</w:t>
      </w:r>
    </w:p>
    <w:p>
      <w:r>
        <w:rPr>
          <w:sz w:val="20"/>
        </w:rPr>
        <w:t>49:20  dekhein, ek hadith hai, bahut zyada important hadith ke malmida qaul alzoor wal amal bihi falaisa lillahi hajja fi yaday ta'am wa sharab</w:t>
      </w:r>
      <w:r>
        <w:br/>
      </w:r>
      <w:r>
        <w:rPr>
          <w:sz w:val="20"/>
        </w:rPr>
        <w:t>49:40  yeh bahut zyada sochne ki hadith hai</w:t>
      </w:r>
      <w:r>
        <w:br/>
      </w:r>
      <w:r>
        <w:rPr>
          <w:sz w:val="20"/>
        </w:rPr>
        <w:t>49:44  ke jo aadmi jhoot bolna aur jhoot par amal karna na chode, to khuda ki is ki zarurat nahi ke woh apna khana aur peena chhod de.</w:t>
      </w:r>
      <w:r>
        <w:br/>
      </w:r>
      <w:r>
        <w:rPr>
          <w:sz w:val="20"/>
        </w:rPr>
        <w:t>50:00  jo aadmi jhoot bolna, matlab yeh roze ke bare mein hai, yeh hadith</w:t>
      </w:r>
      <w:r>
        <w:br/>
      </w:r>
      <w:r>
        <w:rPr>
          <w:sz w:val="20"/>
        </w:rPr>
        <w:t>50:05  roze ke bare mein ke jo aadmi roza rakha hai, yani khane peene ka roza rakha hai, lekin woh jhoot bolna na chode. pani to chhod diya, khana to chhod diya, lekin jhoot bolna nahi chhota aur jhoot par amal karna nahi chhota,</w:t>
      </w:r>
    </w:p>
    <w:p>
      <w:pPr>
        <w:pStyle w:val="Heading2"/>
      </w:pPr>
      <w:r>
        <w:t>Prophet Jacob's total surrender to God</w:t>
      </w:r>
    </w:p>
    <w:p>
      <w:r>
        <w:rPr>
          <w:color w:val="666666"/>
          <w:sz w:val="18"/>
        </w:rPr>
        <w:t>The Importance of Dua | April 4, 2016 | Maulana Wahiduddin Khan · 31s · at 51:23 · https://youtu.be/B9d4B3Nqiww?t=3083</w:t>
      </w:r>
    </w:p>
    <w:p>
      <w:r>
        <w:rPr>
          <w:i/>
        </w:rPr>
        <w:t>“I leave everything in God, though I had complaints”</w:t>
      </w:r>
    </w:p>
    <w:p>
      <w:r>
        <w:rPr>
          <w:sz w:val="20"/>
        </w:rPr>
        <w:t>51:23  The prayer of Prophet Jacob is that I leave everything in God.</w:t>
      </w:r>
      <w:r>
        <w:br/>
      </w:r>
      <w:r>
        <w:rPr>
          <w:sz w:val="20"/>
        </w:rPr>
        <w:t>51:30  Although he had complaints against some human beings, he prayed to God, he left everything to God</w:t>
      </w:r>
      <w:r>
        <w:br/>
      </w:r>
      <w:r>
        <w:rPr>
          <w:sz w:val="20"/>
        </w:rPr>
        <w:t>51:36  instead of complaining or protesting or praying against other.</w:t>
      </w:r>
      <w:r>
        <w:br/>
      </w:r>
      <w:r>
        <w:rPr>
          <w:sz w:val="20"/>
        </w:rPr>
        <w:t>51:43  Maulana, can you please tell us how can prayer help in increasing our spirituality? جو بہت زیادہ گہرا</w:t>
      </w:r>
      <w:r>
        <w:br/>
      </w:r>
      <w:r>
        <w:rPr>
          <w:sz w:val="20"/>
        </w:rPr>
        <w:t>51:49  taalluq hai spirituality mein aur dua mein,</w:t>
      </w:r>
    </w:p>
    <w:p>
      <w:pPr>
        <w:pStyle w:val="Heading2"/>
      </w:pPr>
      <w:r>
        <w:t>Islamic prayer is not a ritual</w:t>
      </w:r>
    </w:p>
    <w:p>
      <w:r>
        <w:rPr>
          <w:color w:val="666666"/>
          <w:sz w:val="18"/>
        </w:rPr>
        <w:t>Islamic Prayer (Part 1) (English) February 27, 2007 Maulana Wahiduddin Khan · 54s · at 33:34 · https://youtu.be/p_6r0MDbHmY?t=2014</w:t>
      </w:r>
    </w:p>
    <w:p>
      <w:r>
        <w:rPr>
          <w:i/>
        </w:rPr>
        <w:t>“So this is the true picture of Salat.”</w:t>
      </w:r>
    </w:p>
    <w:p>
      <w:r>
        <w:rPr>
          <w:sz w:val="20"/>
        </w:rPr>
        <w:t>33:34  So this is the true picture of Salat.</w:t>
      </w:r>
      <w:r>
        <w:br/>
      </w:r>
      <w:r>
        <w:rPr>
          <w:sz w:val="20"/>
        </w:rPr>
        <w:t>33:43  This is the true picture of prayer, the true picture of Islamic prayer.</w:t>
      </w:r>
      <w:r>
        <w:br/>
      </w:r>
      <w:r>
        <w:rPr>
          <w:sz w:val="20"/>
        </w:rPr>
        <w:t>33:52  Islamic prayer is not simply a ritual, a set of rituals. No.</w:t>
      </w:r>
      <w:r>
        <w:br/>
      </w:r>
      <w:r>
        <w:rPr>
          <w:sz w:val="20"/>
        </w:rPr>
        <w:t>34:01  Although there are some forms that may be seen as a ritual, but in fact, Namaz is not a ritual.</w:t>
      </w:r>
      <w:r>
        <w:br/>
      </w:r>
      <w:r>
        <w:rPr>
          <w:sz w:val="20"/>
        </w:rPr>
        <w:t>34:10  Namaz is a living practice.</w:t>
      </w:r>
      <w:r>
        <w:br/>
      </w:r>
      <w:r>
        <w:rPr>
          <w:sz w:val="20"/>
        </w:rPr>
        <w:t>34:19  Namaz is an intellectual worship.</w:t>
      </w:r>
      <w:r>
        <w:br/>
      </w:r>
      <w:r>
        <w:rPr>
          <w:sz w:val="20"/>
        </w:rPr>
        <w:t>34:28  It is very important to know that Islamic prayer is not a ritual or spiritless form.</w:t>
      </w:r>
    </w:p>
    <w:p>
      <w:pPr>
        <w:pStyle w:val="Heading2"/>
      </w:pPr>
      <w:r>
        <w:t>Prayer is a scientific phenomenon, not a mystery</w:t>
      </w:r>
    </w:p>
    <w:p>
      <w:r>
        <w:rPr>
          <w:color w:val="666666"/>
          <w:sz w:val="18"/>
        </w:rPr>
        <w:t>The Concept of Dua In Islam May 27, 2007 · 53s · at 1:21 · https://youtu.be/wkRQaMb04dI?t=81</w:t>
      </w:r>
    </w:p>
    <w:p>
      <w:r>
        <w:rPr>
          <w:i/>
        </w:rPr>
        <w:t>“دعا ایک بہت ہی سائنٹیفک فینامنا ہے”</w:t>
      </w:r>
    </w:p>
    <w:p>
      <w:r>
        <w:rPr>
          <w:sz w:val="20"/>
        </w:rPr>
        <w:t>1:21  dua ek bahut hi scientific phenomenon hai.</w:t>
      </w:r>
      <w:r>
        <w:br/>
      </w:r>
      <w:r>
        <w:rPr>
          <w:sz w:val="20"/>
        </w:rPr>
        <w:t>1:27  scientific ka matlab yeh hai ke aisi cheez jo hum apni reason se jaan sakein. dekhein, ek cheez woh hoti hai jise hum apni reason se isko explain na kar sakte hon.</w:t>
      </w:r>
      <w:r>
        <w:br/>
      </w:r>
      <w:r>
        <w:rPr>
          <w:sz w:val="20"/>
        </w:rPr>
        <w:t>1:44  to woh hota hai, woh hoti hai mystery. aur scientific cheez woh hai jisko aap apni reason se explain kar sakte ho.</w:t>
      </w:r>
      <w:r>
        <w:br/>
      </w:r>
      <w:r>
        <w:rPr>
          <w:sz w:val="20"/>
        </w:rPr>
        <w:t>1:57  to dua ko mystery nahi hai. dua ek scientific phenomenon hai. "Prayerispower" ka matlab yeh nahi hai ke koi mystery se koi aap ko milta hai kuch, dua se. nahi.</w:t>
      </w:r>
    </w:p>
    <w:p>
      <w:pPr>
        <w:pStyle w:val="Heading2"/>
      </w:pPr>
      <w:r>
        <w:t>Instantly admitting your mistake, Maulana's example</w:t>
      </w:r>
    </w:p>
    <w:p>
      <w:r>
        <w:rPr>
          <w:color w:val="666666"/>
          <w:sz w:val="18"/>
        </w:rPr>
        <w:t>Spirit of Ramadan April 3, 2022 Prof. Farida Khanam · 25s · at 29:18 · https://youtu.be/cj5T0Atpeu8?t=1758</w:t>
      </w:r>
    </w:p>
    <w:p>
      <w:r>
        <w:rPr>
          <w:i/>
        </w:rPr>
        <w:t>“अगर कोई हमारी गलती को point out करें तो मान लें”</w:t>
      </w:r>
    </w:p>
    <w:p>
      <w:r>
        <w:rPr>
          <w:sz w:val="20"/>
        </w:rPr>
        <w:t>29:18  Agar koi hamari galti ko point out kare to hum usko foran usko maan lein. Jaise Maulana Sahab foran tayyar rehte the kehne ke liye keh I was wrong. Keh dete keh chahe main galti mujhe na bhi lag rahi ho mujhe tab bhi main I was wrong kehta hoon kyunkeh main farishton ke aage apni modesty ko, apni humility ko establish karna chahta hoon.</w:t>
      </w:r>
      <w:r>
        <w:br/>
      </w:r>
      <w:r>
        <w:rPr>
          <w:sz w:val="20"/>
        </w:rPr>
        <w:t>29:43  to hamein har waqt is ke liye tayyar rehna hai ki hum ek takhba wali zindagi ek tayyar karen.</w:t>
      </w:r>
    </w:p>
    <w:p>
      <w:pPr>
        <w:pStyle w:val="Heading2"/>
      </w:pPr>
      <w:r>
        <w:t>Spiritual food exists in every experience if undistracted</w:t>
      </w:r>
    </w:p>
    <w:p>
      <w:r>
        <w:rPr>
          <w:color w:val="666666"/>
          <w:sz w:val="18"/>
        </w:rPr>
        <w:t>An Intellectual Journey May 1, 2011 · 34s · at 22:20 · https://youtu.be/AqjjyimoIqw?t=1340</w:t>
      </w:r>
    </w:p>
    <w:p>
      <w:r>
        <w:rPr>
          <w:i/>
        </w:rPr>
        <w:t>“Spiritual food har cheez mein hai, har tajurbay mein”</w:t>
      </w:r>
    </w:p>
    <w:p>
      <w:r>
        <w:rPr>
          <w:sz w:val="20"/>
        </w:rPr>
        <w:t>22:20  spiritual food har cheez mein spiritual food hai, har tajrube mein. Lekin aadmi is se mehroom rehta hai.</w:t>
      </w:r>
      <w:r>
        <w:br/>
      </w:r>
      <w:r>
        <w:rPr>
          <w:sz w:val="20"/>
        </w:rPr>
        <w:t>22:31  kyun ke wahi distraction idhar dimagh idhar lagata hai, idhar lagata hai, idhar bhagta hai, idhar bhagta hai.</w:t>
      </w:r>
      <w:r>
        <w:br/>
      </w:r>
      <w:r>
        <w:rPr>
          <w:sz w:val="20"/>
        </w:rPr>
        <w:t>22:40  to spiritual food lene ke liye zaroori hai ke aap ne koi distraction se bachaen. Aur jab bacha paenge, jab aap ne mind ko bohat active rakha hai.</w:t>
      </w:r>
      <w:r>
        <w:br/>
      </w:r>
      <w:r>
        <w:rPr>
          <w:sz w:val="20"/>
        </w:rPr>
        <w:t>22:54  mind ko active rakh kar ke parh sakte hain. aap is ka koi technical formula nahi hai. yaad rakhiye, distraction se apne ko bachane ka koi bhi technical formula nahi hai.</w:t>
      </w:r>
    </w:p>
    <w:p>
      <w:pPr>
        <w:pStyle w:val="Heading2"/>
      </w:pPr>
      <w:r>
        <w:t>Difficulty, not comfort, is what makes a person</w:t>
      </w:r>
    </w:p>
    <w:p>
      <w:r>
        <w:rPr>
          <w:color w:val="666666"/>
          <w:sz w:val="18"/>
        </w:rPr>
        <w:t>Spirit of Zakat 16 May 2007 - Maulana Wahiduddin Khan · 26s · at 30:53 · https://youtu.be/Ptou1yxZS_8?t=1853</w:t>
      </w:r>
    </w:p>
    <w:p>
      <w:r>
        <w:rPr>
          <w:i/>
        </w:rPr>
        <w:t>“Poverty elevates you, it makes you superman”</w:t>
      </w:r>
    </w:p>
    <w:p>
      <w:r>
        <w:rPr>
          <w:sz w:val="20"/>
        </w:rPr>
        <w:t>30:53  that makes man. so, poverty, poverty elevates you.</w:t>
      </w:r>
      <w:r>
        <w:br/>
      </w:r>
      <w:r>
        <w:rPr>
          <w:sz w:val="20"/>
        </w:rPr>
        <w:t>31:03  it makes you</w:t>
      </w:r>
      <w:r>
        <w:br/>
      </w:r>
      <w:r>
        <w:rPr>
          <w:sz w:val="20"/>
        </w:rPr>
        <w:t>31:07  superman. poverty or difficulty makes you superman. it gives you greater motivation, greater incentive.</w:t>
      </w:r>
    </w:p>
    <w:p>
      <w:pPr>
        <w:pStyle w:val="Heading2"/>
      </w:pPr>
      <w:r>
        <w:t>Ancient shirk and today's atheism are the same problem</w:t>
      </w:r>
    </w:p>
    <w:p>
      <w:r>
        <w:rPr>
          <w:color w:val="666666"/>
          <w:sz w:val="18"/>
        </w:rPr>
        <w:t>Hajj ek Tareekh-saaz Amal Haqeeqat-E-Hajj Book by Maulana Wahiduddin Khan · 24s · at 19:24 · https://youtu.be/DcyTlpDdbg4?t=1164</w:t>
      </w:r>
    </w:p>
    <w:p>
      <w:r>
        <w:rPr>
          <w:i/>
        </w:rPr>
        <w:t>“آج سارے عالم پر الحاد کا غلبہ ہے۔”</w:t>
      </w:r>
    </w:p>
    <w:p>
      <w:r>
        <w:rPr>
          <w:sz w:val="20"/>
        </w:rPr>
        <w:t>19:24  aaj zamana ghoom kar dobara wahin pahunch gaya hai jahan woh hazrat ibrahim ke zamane mein tha. is waqt sare alam par shirk ka ghalba tha.</w:t>
      </w:r>
      <w:r>
        <w:br/>
      </w:r>
      <w:r>
        <w:rPr>
          <w:sz w:val="20"/>
        </w:rPr>
        <w:t>19:36  aaj sare alam par ilhad ka ghalba hai.</w:t>
      </w:r>
      <w:r>
        <w:br/>
      </w:r>
      <w:r>
        <w:rPr>
          <w:sz w:val="20"/>
        </w:rPr>
        <w:t>19:40  qadeem zamane ka insan agar mushrikana tarz par sochta tha to aaj ka insan mulhidana tarz par sochta hai.</w:t>
      </w:r>
    </w:p>
    <w:p>
      <w:pPr>
        <w:pStyle w:val="Heading2"/>
      </w:pPr>
      <w:r>
        <w:t>the false idea that truth can only be one way</w:t>
      </w:r>
    </w:p>
    <w:p>
      <w:r>
        <w:rPr>
          <w:color w:val="666666"/>
          <w:sz w:val="18"/>
        </w:rPr>
        <w:t>Misconceptions About Islam May 13, 2006 · 59s · at 25:31 · https://youtu.be/EQ79CIexXHY?t=1531</w:t>
      </w:r>
    </w:p>
    <w:p>
      <w:r>
        <w:rPr>
          <w:i/>
        </w:rPr>
        <w:t>“'Al-haqq la ta'addud' — yeh bahut badi bhool hui”</w:t>
      </w:r>
    </w:p>
    <w:p>
      <w:r>
        <w:rPr>
          <w:sz w:val="20"/>
        </w:rPr>
        <w:t>25:31  ab yahan par aik bohat bari bhool hui logon se. woh bhool yeh hui ke unhon ne keh diya ke "al-haq la ta'addud".</w:t>
      </w:r>
      <w:r>
        <w:br/>
      </w:r>
      <w:r>
        <w:rPr>
          <w:sz w:val="20"/>
        </w:rPr>
        <w:t>25:42  yeh principle bilkul false par</w:t>
      </w:r>
      <w:r>
        <w:br/>
      </w:r>
      <w:r>
        <w:rPr>
          <w:sz w:val="20"/>
        </w:rPr>
        <w:t>25:44  principle tha. yeh "al-haq la ta'addud" haq kai nahi ho sakta. "al-haq la ta'addud" mani hai haq kai nahi ho sakta.</w:t>
      </w:r>
      <w:r>
        <w:br/>
      </w:r>
      <w:r>
        <w:rPr>
          <w:sz w:val="20"/>
        </w:rPr>
        <w:t>25:52  yani namaz ka aik hi tareeqa sahi hoga, doosra galat hoga. yani agar koi kisi ne keh diya "ameen" zor se aur doosre ne kaha ke dheere se, to dono mein se aik hi koi sahi hoga, doosra galat hoga.</w:t>
      </w:r>
      <w:r>
        <w:br/>
      </w:r>
      <w:r>
        <w:rPr>
          <w:sz w:val="20"/>
        </w:rPr>
        <w:t>26:06  kisi ne yahan agar niyat bandhi aur kisi ne yahan bandhi, dono mein se aik hi tareeqa sahi hoga, doosra galat hoga. ab poora jhagda is par khara hua.</w:t>
      </w:r>
      <w:r>
        <w:br/>
      </w:r>
      <w:r>
        <w:rPr>
          <w:sz w:val="20"/>
        </w:rPr>
        <w:t>26:15  "al-haq la ta'addud" haq to aik hi hoga. yeh bohat hi bara bhool hui hai hamari history mein, jis ko aaj tak hum bhugat rahe hain ke Islam ke naam par bohat sare group bane hue hain.</w:t>
      </w:r>
    </w:p>
    <w:p>
      <w:pPr>
        <w:pStyle w:val="Heading2"/>
      </w:pPr>
      <w:r>
        <w:t>What Hajj really is: traveling for God's sake</w:t>
      </w:r>
    </w:p>
    <w:p>
      <w:r>
        <w:rPr>
          <w:color w:val="666666"/>
          <w:sz w:val="18"/>
        </w:rPr>
        <w:t>Haqeeqat-E-Hajj Book by Maulana Wahiduddin Khan · 30s · at 1:35:03 · https://youtu.be/fNuk7YC0jSM?t=5703</w:t>
      </w:r>
    </w:p>
    <w:p>
      <w:r>
        <w:rPr>
          <w:i/>
        </w:rPr>
        <w:t>“حج کیا ہے؟ یہ اللہ کے لیے سفر کرنا ہے”</w:t>
      </w:r>
    </w:p>
    <w:p>
      <w:r>
        <w:rPr>
          <w:sz w:val="20"/>
        </w:rPr>
        <w:t>1:35:03  hajj kya hai yeh allah ke liye safar karna hai. apna waqt aur apna maal kharch kar ke un maqamat tak pahunchna hai</w:t>
      </w:r>
      <w:r>
        <w:br/>
      </w:r>
      <w:r>
        <w:rPr>
          <w:sz w:val="20"/>
        </w:rPr>
        <w:t>1:35:16  jahan allah ki yadgarain hain jin se allah ke sachche bandon ki yadein wabasta hain. hajj ke tamam marasim is baat ka amli izhaar hain ke aadmi allah ke liye sargaram hai.</w:t>
      </w:r>
    </w:p>
    <w:p>
      <w:pPr>
        <w:pStyle w:val="Heading2"/>
      </w:pPr>
      <w:r>
        <w:t>Gratitude is for the Giver</w:t>
      </w:r>
    </w:p>
    <w:p>
      <w:r>
        <w:rPr>
          <w:color w:val="666666"/>
          <w:sz w:val="18"/>
        </w:rPr>
        <w:t>Shukr 18 Jan 2020 - Maulana Wahiduddin Khan · 24s · at 21:04 · https://youtu.be/5gy8neGGM_E?t=1264</w:t>
      </w:r>
    </w:p>
    <w:p>
      <w:r>
        <w:rPr>
          <w:i/>
        </w:rPr>
        <w:t>“Shukr hota hai giver ka”</w:t>
      </w:r>
    </w:p>
    <w:p>
      <w:r>
        <w:rPr>
          <w:sz w:val="20"/>
        </w:rPr>
        <w:t>21:04  nahi, dekhiye, shukr hota hai giver ka. universe shukr nahi, universe giver nahi hai.</w:t>
      </w:r>
      <w:r>
        <w:br/>
      </w:r>
      <w:r>
        <w:rPr>
          <w:sz w:val="20"/>
        </w:rPr>
        <w:t>21:13  giver nahi hai. giver to</w:t>
      </w:r>
      <w:r>
        <w:br/>
      </w:r>
      <w:r>
        <w:rPr>
          <w:sz w:val="20"/>
        </w:rPr>
        <w:t>21:19  khuda hai. jo giver hai, us ko agar aap ne iqrar nahi kiya to acknowledgement nahi hua woh.</w:t>
      </w:r>
    </w:p>
    <w:p>
      <w:pPr>
        <w:pStyle w:val="Heading2"/>
      </w:pPr>
      <w:r>
        <w:t>Meaning of Sawm: abstinence with purpose</w:t>
      </w:r>
    </w:p>
    <w:p>
      <w:r>
        <w:rPr>
          <w:color w:val="666666"/>
          <w:sz w:val="18"/>
        </w:rPr>
        <w:t>Roza and Ramadan September 3, 2007 Maulana Wahiduddin Khan · 48s · at 4:01 · https://youtu.be/98PTg3r7yYE?t=241</w:t>
      </w:r>
    </w:p>
    <w:p>
      <w:r>
        <w:rPr>
          <w:i/>
        </w:rPr>
        <w:t>“Sawm means abstinence, to stop”</w:t>
      </w:r>
    </w:p>
    <w:p>
      <w:r>
        <w:rPr>
          <w:sz w:val="20"/>
        </w:rPr>
        <w:t>4:01  saum ka matlab hai abstinence, rukna. is se andaza hota hai ke roza jo hai woh rukne ki training hai.</w:t>
      </w:r>
      <w:r>
        <w:br/>
      </w:r>
      <w:r>
        <w:rPr>
          <w:sz w:val="20"/>
        </w:rPr>
        <w:t>4:16  rukna jab bhi hota hai to rukna for the sake of rukna nahi hota hai. rukna kisi bade purpose ke liye hota hai.</w:t>
      </w:r>
      <w:r>
        <w:br/>
      </w:r>
      <w:r>
        <w:rPr>
          <w:sz w:val="20"/>
        </w:rPr>
        <w:t>4:28  rukna for the sake of rukna to koi cheez nahi hai. rukne ka matlab yeh hai ke aap</w:t>
      </w:r>
      <w:r>
        <w:br/>
      </w:r>
      <w:r>
        <w:rPr>
          <w:sz w:val="20"/>
        </w:rPr>
        <w:t>4:37  unwanted cheez se rukun aur wanted cheez mein apne aap ko involve karein. yeh hai saum ka matlab.</w:t>
      </w:r>
    </w:p>
    <w:p>
      <w:pPr>
        <w:pStyle w:val="Heading2"/>
      </w:pPr>
      <w:r>
        <w:t>Distraction as biggest obstacle</w:t>
      </w:r>
    </w:p>
    <w:p>
      <w:r>
        <w:rPr>
          <w:color w:val="666666"/>
          <w:sz w:val="18"/>
        </w:rPr>
        <w:t>Divine Help January 04, 2015 · 3m 14s · at 1:09:19 · https://youtu.be/IsFIb5jI5u8?t=4159</w:t>
      </w:r>
    </w:p>
    <w:p>
      <w:r>
        <w:rPr>
          <w:i/>
        </w:rPr>
        <w:t>“Sab se bada jo rook hai woh distraction”</w:t>
      </w:r>
    </w:p>
    <w:p>
      <w:r>
        <w:rPr>
          <w:sz w:val="20"/>
        </w:rPr>
        <w:t>1:09:19  dekhiye, sab se bara jo rok hai woh woh hai distraction.</w:t>
      </w:r>
      <w:r>
        <w:br/>
      </w:r>
      <w:r>
        <w:rPr>
          <w:sz w:val="20"/>
        </w:rPr>
        <w:t>1:09:23  sare log distraction mein phanse hue hain.</w:t>
      </w:r>
      <w:r>
        <w:br/>
      </w:r>
      <w:r>
        <w:rPr>
          <w:sz w:val="20"/>
        </w:rPr>
        <w:t>1:09:28  to jab tak aap apne ko yani alag kar ke nahi sochen ge, tab tak aap baton ko</w:t>
      </w:r>
      <w:r>
        <w:br/>
      </w:r>
      <w:r>
        <w:rPr>
          <w:sz w:val="20"/>
        </w:rPr>
        <w:t>1:09:33  samajh nahi sakte.</w:t>
      </w:r>
      <w:r>
        <w:br/>
      </w:r>
      <w:r>
        <w:rPr>
          <w:sz w:val="20"/>
        </w:rPr>
        <w:t>1:09:37  har aadmi kahin na kahin distract ho raha hai, kahin na kahin distract ho raha hai, subah sham raat din.</w:t>
      </w:r>
      <w:r>
        <w:br/>
      </w:r>
      <w:r>
        <w:rPr>
          <w:sz w:val="20"/>
        </w:rPr>
        <w:t>1:09:42  ab dekhen, jaise aaj maine aap ko misaal di ke subah mein fajar mein utha to achaanak</w:t>
      </w:r>
      <w:r>
        <w:br/>
      </w:r>
      <w:r>
        <w:rPr>
          <w:sz w:val="20"/>
        </w:rPr>
        <w:t>1:09:47  ek ek ek ayat ka woh mafhoom mere zehen mein aa gaya jo puri tareekh mein kisi ne</w:t>
      </w:r>
      <w:r>
        <w:br/>
      </w:r>
      <w:r>
        <w:rPr>
          <w:sz w:val="20"/>
        </w:rPr>
        <w:t>1:09:52  kisi ne daryaft hi nahi kiya.</w:t>
      </w:r>
      <w:r>
        <w:br/>
      </w:r>
      <w:r>
        <w:rPr>
          <w:sz w:val="20"/>
        </w:rPr>
        <w:t>1:09:56  aap sari tafsirien parh daliye is ayat ki فَأَصَابَكُمْ غَمًّا بِغَمٍ is mein jo baat bataen ge, woh</w:t>
      </w:r>
      <w:r>
        <w:br/>
      </w:r>
      <w:r>
        <w:rPr>
          <w:sz w:val="20"/>
        </w:rPr>
        <w:t>1:10:01  salbi hogi, negative hogi, manfi hogi.</w:t>
      </w:r>
      <w:r>
        <w:br/>
      </w:r>
      <w:r>
        <w:rPr>
          <w:sz w:val="20"/>
        </w:rPr>
        <w:t>1:10:06  positive aspect nahi hoga ke tum apne minus ko plus mein convert karo, tum negativity ko positivity mein convert karo.</w:t>
      </w:r>
      <w:r>
        <w:br/>
      </w:r>
      <w:r>
        <w:rPr>
          <w:sz w:val="20"/>
        </w:rPr>
        <w:t>1:10:11  yeh kisi ne likha hi nahi hai.</w:t>
      </w:r>
      <w:r>
        <w:br/>
      </w:r>
      <w:r>
        <w:rPr>
          <w:sz w:val="20"/>
        </w:rPr>
        <w:t>1:10:15  to chounke main apne ko involve kiya, maine sari zindagi Allah mein aur Quran mein aur hadith</w:t>
      </w:r>
      <w:r>
        <w:br/>
      </w:r>
      <w:r>
        <w:rPr>
          <w:sz w:val="20"/>
        </w:rPr>
        <w:t>1:10:20  mein involve kiya, isi mein jeena, isi mein sona, isi mein jaagna, subah shaam.</w:t>
      </w:r>
      <w:r>
        <w:br/>
      </w:r>
      <w:r>
        <w:rPr>
          <w:sz w:val="20"/>
        </w:rPr>
        <w:t>1:10:25  to is ki wajah se yeh baatein mere mind mein aati rehti hain.</w:t>
      </w:r>
      <w:r>
        <w:br/>
      </w:r>
      <w:r>
        <w:rPr>
          <w:sz w:val="20"/>
        </w:rPr>
        <w:t>1:10:29  achanak hi woh achanak nahi aayi, woh barson barson ka jo process ho raha tha mere mind mein,</w:t>
      </w:r>
      <w:r>
        <w:br/>
      </w:r>
      <w:r>
        <w:rPr>
          <w:sz w:val="20"/>
        </w:rPr>
        <w:t>1:10:34  woh saamne aa gaya.</w:t>
      </w:r>
      <w:r>
        <w:br/>
      </w:r>
      <w:r>
        <w:rPr>
          <w:sz w:val="20"/>
        </w:rPr>
        <w:t>1:10:39  yani woh woh ek lambe process ka culmination tha.</w:t>
      </w:r>
      <w:r>
        <w:br/>
      </w:r>
      <w:r>
        <w:rPr>
          <w:sz w:val="20"/>
        </w:rPr>
        <w:t>1:10:44  to us waqt koi is tarah koi kar nahi pata, to nahi kar pata.</w:t>
      </w:r>
      <w:r>
        <w:br/>
      </w:r>
      <w:r>
        <w:rPr>
          <w:sz w:val="20"/>
        </w:rPr>
        <w:t>1:10:48  to aap kam az kam meri kitabein padhiye aap.</w:t>
      </w:r>
      <w:r>
        <w:br/>
      </w:r>
      <w:r>
        <w:rPr>
          <w:sz w:val="20"/>
        </w:rPr>
        <w:t>1:10:53  yeh jo maine aaj jo baat maine kahi is ayat ke bare mein, sari aap tafaseer</w:t>
      </w:r>
      <w:r>
        <w:br/>
      </w:r>
      <w:r>
        <w:rPr>
          <w:sz w:val="20"/>
        </w:rPr>
        <w:t>1:10:58  padh daaliye, sari tafaseer.</w:t>
      </w:r>
      <w:r>
        <w:br/>
      </w:r>
      <w:r>
        <w:rPr>
          <w:sz w:val="20"/>
        </w:rPr>
        <w:t>1:11:03  kisi mein nahi milega ke iska ek ek yeh iska yeh mafhoom ke tum apne</w:t>
      </w:r>
      <w:r>
        <w:br/>
      </w:r>
      <w:r>
        <w:rPr>
          <w:sz w:val="20"/>
        </w:rPr>
        <w:t>1:11:07  minus points ko plus points banao, apni negativity ko positivity mein convert karo, manfi ko musbat banao.</w:t>
      </w:r>
      <w:r>
        <w:br/>
      </w:r>
      <w:r>
        <w:rPr>
          <w:sz w:val="20"/>
        </w:rPr>
        <w:t>1:11:12  ab is ki wajah se ayat kitni oonchi ho jati hai, kitni azeem ban jati hai.</w:t>
      </w:r>
      <w:r>
        <w:br/>
      </w:r>
      <w:r>
        <w:rPr>
          <w:sz w:val="20"/>
        </w:rPr>
        <w:t>1:11:17  lekin kisi ne likha hi nahi hai.</w:t>
      </w:r>
      <w:r>
        <w:br/>
      </w:r>
      <w:r>
        <w:rPr>
          <w:sz w:val="20"/>
        </w:rPr>
        <w:t>1:11:22  to wajah yeh hai ke bachpan se mere andar kya hai? Soch, soch, soch, sochna hi mera yani</w:t>
      </w:r>
      <w:r>
        <w:br/>
      </w:r>
      <w:r>
        <w:rPr>
          <w:sz w:val="20"/>
        </w:rPr>
        <w:t>1:11:26  mutalea karna aur sochna, padhna aur sochna.</w:t>
      </w:r>
      <w:r>
        <w:br/>
      </w:r>
      <w:r>
        <w:rPr>
          <w:sz w:val="20"/>
        </w:rPr>
        <w:t>1:11:31  to mere mind mein har waqt ek process chalta raha tha, press process.</w:t>
      </w:r>
      <w:r>
        <w:br/>
      </w:r>
      <w:r>
        <w:rPr>
          <w:sz w:val="20"/>
        </w:rPr>
        <w:t>1:11:36  to is ayat ko le kar jo process chal raha tha barson se, iska culmination tha ke</w:t>
      </w:r>
      <w:r>
        <w:br/>
      </w:r>
      <w:r>
        <w:rPr>
          <w:sz w:val="20"/>
        </w:rPr>
        <w:t>1:11:40  aaj subah mere zehan achanak yeh mafhoom mere zehan mein aa gaya.</w:t>
      </w:r>
      <w:r>
        <w:br/>
      </w:r>
      <w:r>
        <w:rPr>
          <w:sz w:val="20"/>
        </w:rPr>
        <w:t>1:11:45  to ya to aap to aap kisi ke paas yeh mauqa nahi hai ke woh aisa kare.</w:t>
      </w:r>
      <w:r>
        <w:br/>
      </w:r>
      <w:r>
        <w:rPr>
          <w:sz w:val="20"/>
        </w:rPr>
        <w:t>1:11:50  to theek hai, ab main hamari kitabein padhiye.</w:t>
      </w:r>
      <w:r>
        <w:br/>
      </w:r>
      <w:r>
        <w:rPr>
          <w:sz w:val="20"/>
        </w:rPr>
        <w:t>1:11:55  main yeh nahi kehta ke aap bhi har shakhs meri tareeqe se sacrifice karein.</w:t>
      </w:r>
      <w:r>
        <w:br/>
      </w:r>
      <w:r>
        <w:rPr>
          <w:sz w:val="20"/>
        </w:rPr>
        <w:t>1:11:59  lekin yeh to kar sakta hai ke meri kitabein parhein aap.</w:t>
      </w:r>
      <w:r>
        <w:br/>
      </w:r>
      <w:r>
        <w:rPr>
          <w:sz w:val="20"/>
        </w:rPr>
        <w:t>1:12:04  to meri kitabein kyun nahin parhte aap? to mein apne har saathi ko aur doosre logon ko bhi</w:t>
      </w:r>
      <w:r>
        <w:br/>
      </w:r>
      <w:r>
        <w:rPr>
          <w:sz w:val="20"/>
        </w:rPr>
        <w:t>1:12:09  jo seekhr hain, un ko kahoon ga ke hamari kitabon ko aap bohat ziyada study kijiye aur sari</w:t>
      </w:r>
      <w:r>
        <w:br/>
      </w:r>
      <w:r>
        <w:rPr>
          <w:sz w:val="20"/>
        </w:rPr>
        <w:t>1:12:14  kitabein parhiye aap.</w:t>
      </w:r>
      <w:r>
        <w:br/>
      </w:r>
      <w:r>
        <w:rPr>
          <w:sz w:val="20"/>
        </w:rPr>
        <w:t>1:12:18  koi aik yeh nahin ke aik falan falan kitab, sab kitabein parhiye.</w:t>
      </w:r>
      <w:r>
        <w:br/>
      </w:r>
      <w:r>
        <w:rPr>
          <w:sz w:val="20"/>
        </w:rPr>
        <w:t>1:12:23  yeh bohat hi zaroori hai sachai ko paane ke liye.</w:t>
      </w:r>
      <w:r>
        <w:br/>
      </w:r>
      <w:r>
        <w:rPr>
          <w:sz w:val="20"/>
        </w:rPr>
        <w:t>1:12:28  Okay, so we will end this session now.</w:t>
      </w:r>
      <w:r>
        <w:br/>
      </w:r>
      <w:r>
        <w:rPr>
          <w:sz w:val="20"/>
        </w:rPr>
        <w:t>1:12:33  Thank you.</w:t>
      </w:r>
    </w:p>
    <w:p>
      <w:pPr>
        <w:pStyle w:val="Heading2"/>
      </w:pPr>
      <w:r>
        <w:t>Hajj sacrifice means self-cleansing not suicide</w:t>
      </w:r>
    </w:p>
    <w:p>
      <w:r>
        <w:rPr>
          <w:color w:val="666666"/>
          <w:sz w:val="18"/>
        </w:rPr>
        <w:t>Ibadat More Than Rituals December 24, 2007 Maulana Wahiduddin Khan · 39s · at 25:56 · https://youtu.be/mlWHX-zaNg8?t=1556</w:t>
      </w:r>
    </w:p>
    <w:p>
      <w:r>
        <w:rPr>
          <w:i/>
        </w:rPr>
        <w:t>“Self killing spirit jo aap qurbani dete hain”</w:t>
      </w:r>
    </w:p>
    <w:p>
      <w:r>
        <w:rPr>
          <w:sz w:val="20"/>
        </w:rPr>
        <w:t>25:56  yani</w:t>
      </w:r>
      <w:r>
        <w:br/>
      </w:r>
      <w:r>
        <w:rPr>
          <w:sz w:val="20"/>
        </w:rPr>
        <w:t>25:56  self killing spirit</w:t>
      </w:r>
      <w:r>
        <w:br/>
      </w:r>
      <w:r>
        <w:rPr>
          <w:sz w:val="20"/>
        </w:rPr>
        <w:t>25:58  jo aap qurbani dete hain woh darasal self killing spirit ko apne andar paida karna hai</w:t>
      </w:r>
      <w:r>
        <w:br/>
      </w:r>
      <w:r>
        <w:rPr>
          <w:sz w:val="20"/>
        </w:rPr>
        <w:t>26:05  self killing maani suicide bombing nahi</w:t>
      </w:r>
      <w:r>
        <w:br/>
      </w:r>
      <w:r>
        <w:rPr>
          <w:sz w:val="20"/>
        </w:rPr>
        <w:t>26:09  yeh toh ek jhoota kaam hai un Islamic kaam hai</w:t>
      </w:r>
      <w:r>
        <w:br/>
      </w:r>
      <w:r>
        <w:rPr>
          <w:sz w:val="20"/>
        </w:rPr>
        <w:t>26:14  self killing spirit ka matlab hai</w:t>
      </w:r>
      <w:r>
        <w:br/>
      </w:r>
      <w:r>
        <w:rPr>
          <w:sz w:val="20"/>
        </w:rPr>
        <w:t>26:17  apne desire ko dabana apne desire ko control karna negative thought ko control karna yeh hai self killing</w:t>
      </w:r>
      <w:r>
        <w:br/>
      </w:r>
      <w:r>
        <w:rPr>
          <w:sz w:val="20"/>
        </w:rPr>
        <w:t>26:24  spirit toh jab aap wahan par qurbani karte hain toh woh darasal self killing spirit ka apne andar</w:t>
      </w:r>
      <w:r>
        <w:br/>
      </w:r>
      <w:r>
        <w:rPr>
          <w:sz w:val="20"/>
        </w:rPr>
        <w:t>26:31  inculcate karte hain</w:t>
      </w:r>
      <w:r>
        <w:br/>
      </w:r>
      <w:r>
        <w:rPr>
          <w:sz w:val="20"/>
        </w:rPr>
        <w:t>26:36  dekhen main ek hadith sunata hoon</w:t>
      </w:r>
    </w:p>
    <w:p>
      <w:pPr>
        <w:pStyle w:val="Heading2"/>
      </w:pPr>
      <w:r>
        <w:t>Fasting develops God-consciousness (taqwa)</w:t>
      </w:r>
    </w:p>
    <w:p>
      <w:r>
        <w:rPr>
          <w:color w:val="666666"/>
          <w:sz w:val="18"/>
        </w:rPr>
        <w:t>Ramadan and The Quran September 03, 2006 Maulana Wahiduddin Khan · 41s · at 37:15 · https://youtu.be/LJU2AJuPQZc?t=2235</w:t>
      </w:r>
    </w:p>
    <w:p>
      <w:r>
        <w:rPr>
          <w:i/>
        </w:rPr>
        <w:t>“Roze ka maqsad hai taqwa paida karna”</w:t>
      </w:r>
    </w:p>
    <w:p>
      <w:r>
        <w:rPr>
          <w:sz w:val="20"/>
        </w:rPr>
        <w:t>37:15  quran mein jahan hukum diya gaya hai roze ka, to wahan par aaya hai ke la'allakum tattaqun. ta ke tumhare andar taqwa paida ho.</w:t>
      </w:r>
      <w:r>
        <w:br/>
      </w:r>
      <w:r>
        <w:rPr>
          <w:sz w:val="20"/>
        </w:rPr>
        <w:t>37:27  ta ke tum mutaqqi bano. dekhein, mutaqqi kehte hain hoshiyar aadmi ko. hoshiyar.</w:t>
      </w:r>
      <w:r>
        <w:br/>
      </w:r>
      <w:r>
        <w:rPr>
          <w:sz w:val="20"/>
        </w:rPr>
        <w:t>37:36  yani ehtiyat, muhtat mizaj.</w:t>
      </w:r>
      <w:r>
        <w:br/>
      </w:r>
      <w:r>
        <w:rPr>
          <w:sz w:val="20"/>
        </w:rPr>
        <w:t>37:45  to aadmi ke andar ehtiyat ka mizaj aaye, woh hoshiyar insan ban kar rahe dunya mein, yeh hai roze ka maqsad.</w:t>
      </w:r>
    </w:p>
    <w:p>
      <w:pPr>
        <w:pStyle w:val="Heading2"/>
      </w:pPr>
      <w:r>
        <w:t>Definition of Tajdeed in Islam</w:t>
      </w:r>
    </w:p>
    <w:p>
      <w:r>
        <w:rPr>
          <w:color w:val="666666"/>
          <w:sz w:val="18"/>
        </w:rPr>
        <w:t>The Concept of Tajdid in Islam April 19, 2007 · 25s · at 0:46 · https://youtu.be/xOF-8m3m7KA?t=46</w:t>
      </w:r>
    </w:p>
    <w:p>
      <w:r>
        <w:rPr>
          <w:i/>
        </w:rPr>
        <w:t>“Tajdeed is a very important institution in Islam.”</w:t>
      </w:r>
    </w:p>
    <w:p>
      <w:r>
        <w:rPr>
          <w:sz w:val="20"/>
        </w:rPr>
        <w:t>0:46  tajdeed is a very important institution in islam.</w:t>
      </w:r>
      <w:r>
        <w:br/>
      </w:r>
      <w:r>
        <w:rPr>
          <w:sz w:val="20"/>
        </w:rPr>
        <w:t>0:54  literally tajdeed means to renew, to refresh, to revive.</w:t>
      </w:r>
      <w:r>
        <w:br/>
      </w:r>
      <w:r>
        <w:rPr>
          <w:sz w:val="20"/>
        </w:rPr>
        <w:t>1:05  so tajdeed means revival ya revivalism.</w:t>
      </w:r>
    </w:p>
    <w:p>
      <w:pPr>
        <w:pStyle w:val="Heading2"/>
      </w:pPr>
      <w:r>
        <w:t>Rejecting the claim that Muslims in India are insecure</w:t>
      </w:r>
    </w:p>
    <w:p>
      <w:r>
        <w:rPr>
          <w:color w:val="666666"/>
          <w:sz w:val="18"/>
        </w:rPr>
        <w:t>Positive Thinking August 12, 2017 Maulana Wahiduddin Khan · 23s · at 3:27 · https://youtu.be/-h0oVhcOWik?t=207</w:t>
      </w:r>
    </w:p>
    <w:p>
      <w:r>
        <w:rPr>
          <w:i/>
        </w:rPr>
        <w:t>“Some so-called Muslim leaders say Muslims are insecure in India”</w:t>
      </w:r>
    </w:p>
    <w:p>
      <w:r>
        <w:rPr>
          <w:sz w:val="20"/>
        </w:rPr>
        <w:t>3:27  dekhiye, kuch log jo musalmanon mein leader kehelate hain, woh aisa kehte hain ke india mein musalman insecure hain.</w:t>
      </w:r>
      <w:r>
        <w:br/>
      </w:r>
      <w:r>
        <w:rPr>
          <w:sz w:val="20"/>
        </w:rPr>
        <w:t>3:41  insecure. main samajhta hoon ke yeh bilkul baseless baat hai.</w:t>
      </w:r>
    </w:p>
    <w:p>
      <w:pPr>
        <w:pStyle w:val="Heading2"/>
      </w:pPr>
      <w:r>
        <w:t>End your own part of complaint</w:t>
      </w:r>
    </w:p>
    <w:p>
      <w:r>
        <w:rPr>
          <w:color w:val="666666"/>
          <w:sz w:val="18"/>
        </w:rPr>
        <w:t>Bury Your Complaints This Ramazan April 26, 2020 Maulana Wahiduddin Khan · 30s · at 13:39 · https://youtu.be/t2vt4rkgd_8?t=819</w:t>
      </w:r>
    </w:p>
    <w:p>
      <w:r>
        <w:rPr>
          <w:i/>
        </w:rPr>
        <w:t>“Dekhiye, aap ke hisse ki jo baat hai”</w:t>
      </w:r>
    </w:p>
    <w:p>
      <w:r>
        <w:rPr>
          <w:sz w:val="20"/>
        </w:rPr>
        <w:t>13:39  ? dekhiye, aap ke hisse ki jo baat hai, woh to aap khatm kar di. is abhi aap ke dil mein agar koi jawabi shikayat hai,</w:t>
      </w:r>
      <w:r>
        <w:br/>
      </w:r>
      <w:r>
        <w:rPr>
          <w:sz w:val="20"/>
        </w:rPr>
        <w:t>13:52  woh khud khatm kar dijiye. aur nahi hai to un ke liye achhi duaen kijiye, achhi duaen kijiye un ke liye.</w:t>
      </w:r>
    </w:p>
    <w:p>
      <w:pPr>
        <w:pStyle w:val="Heading2"/>
      </w:pPr>
      <w:r>
        <w:t>Allahu Akbar teaches modesty over arrogance</w:t>
      </w:r>
    </w:p>
    <w:p>
      <w:r>
        <w:rPr>
          <w:color w:val="666666"/>
          <w:sz w:val="18"/>
        </w:rPr>
        <w:t>Islamic Prayer (English) February 27, 2007 · 33s · at 9:27 · https://youtu.be/7G6Wa2IGSwE?t=567</w:t>
      </w:r>
    </w:p>
    <w:p>
      <w:r>
        <w:rPr>
          <w:i/>
        </w:rPr>
        <w:t>“Allahu Akbar means God is great, and I am not.”</w:t>
      </w:r>
    </w:p>
    <w:p>
      <w:r>
        <w:rPr>
          <w:sz w:val="20"/>
        </w:rPr>
        <w:t>9:27  So it is very important. Now, "Allahu Akbar" means God is great.</w:t>
      </w:r>
      <w:r>
        <w:br/>
      </w:r>
      <w:r>
        <w:rPr>
          <w:sz w:val="20"/>
        </w:rPr>
        <w:t>9:41  It means that God is great and I am not great. God is great and I am not great.</w:t>
      </w:r>
      <w:r>
        <w:br/>
      </w:r>
      <w:r>
        <w:rPr>
          <w:sz w:val="20"/>
        </w:rPr>
        <w:t>9:55  So there is a message of modesty.</w:t>
      </w:r>
    </w:p>
    <w:p>
      <w:pPr>
        <w:pStyle w:val="Heading2"/>
      </w:pPr>
      <w:r>
        <w:t>Why mourn loss when you have billions more</w:t>
      </w:r>
    </w:p>
    <w:p>
      <w:r>
        <w:rPr>
          <w:color w:val="666666"/>
          <w:sz w:val="18"/>
        </w:rPr>
        <w:t>Eid al-Fitr A Day of Thankfulness June 26, 2017 Maulana Wahiduddin Khan · 19s · at 15:10 · https://youtu.be/2c7fkyeazAk?t=910</w:t>
      </w:r>
    </w:p>
    <w:p>
      <w:r>
        <w:rPr>
          <w:i/>
        </w:rPr>
        <w:t>“If you take Eid in this sense, why mourn loss?”</w:t>
      </w:r>
    </w:p>
    <w:p>
      <w:r>
        <w:rPr>
          <w:sz w:val="20"/>
        </w:rPr>
        <w:t>15:10  yani eid ka din agar aap is ko is sense mein len ke yeh yaad dilata hai aap ko ke jo khoya, jo khoya gaya hai, is ka gham kis liye karte ho?</w:t>
      </w:r>
      <w:r>
        <w:br/>
      </w:r>
      <w:r>
        <w:rPr>
          <w:sz w:val="20"/>
        </w:rPr>
        <w:t>15:22  is se billion billion billion billion zyada cheez to abhi mili hui hai aap ko.</w:t>
      </w:r>
    </w:p>
    <w:p>
      <w:pPr>
        <w:pStyle w:val="Heading2"/>
      </w:pPr>
      <w:r>
        <w:t>Fasting is a shield</w:t>
      </w:r>
    </w:p>
    <w:p>
      <w:r>
        <w:rPr>
          <w:color w:val="666666"/>
          <w:sz w:val="18"/>
        </w:rPr>
        <w:t>Ramadan and The Quran | October 14, 2005 | Maulana Wahiduddin Khan · 30s · at 39:19 · https://youtu.be/wi4PL1CwY7w?t=2359</w:t>
      </w:r>
    </w:p>
    <w:p>
      <w:r>
        <w:rPr>
          <w:i/>
        </w:rPr>
        <w:t>“Ek hadees hai ke roza dhaal hai”</w:t>
      </w:r>
    </w:p>
    <w:p>
      <w:r>
        <w:rPr>
          <w:sz w:val="20"/>
        </w:rPr>
        <w:t>39:19  mizaj aisa banta hai uska temperament aisa banta hai ke woh buraiyon se rukne lagta hai yani uska woh mizaj jo uska temperament us ko burai se rokne lagta hai is ki ek misaal hadith mein yeh milti hai ke rasool allah ne farmaya ke jo shakhs roza rakha hai to woh na jhagda na jhagda kare na gaali</w:t>
      </w:r>
    </w:p>
    <w:p>
      <w:pPr>
        <w:pStyle w:val="Heading2"/>
      </w:pPr>
      <w:r>
        <w:t>prayer of total surrender to God's will</w:t>
      </w:r>
    </w:p>
    <w:p>
      <w:r>
        <w:rPr>
          <w:color w:val="666666"/>
          <w:sz w:val="18"/>
        </w:rPr>
        <w:t>On The Month of Ramadan September 23, 2007 · 49s · at 4:03 · https://youtu.be/8MIl4_cPq1k?t=243</w:t>
      </w:r>
    </w:p>
    <w:p>
      <w:r>
        <w:rPr>
          <w:i/>
        </w:rPr>
        <w:t>“O God, I accept what You have destined for me.”</w:t>
      </w:r>
    </w:p>
    <w:p>
      <w:r>
        <w:rPr>
          <w:sz w:val="20"/>
        </w:rPr>
        <w:t>4:03  kehne ke mani hain ke aap ke dil se bol nikle ke "o god, i accept with all my heart and soul what you have destined me, destined for me." o god,</w:t>
      </w:r>
      <w:r>
        <w:br/>
      </w:r>
      <w:r>
        <w:rPr>
          <w:sz w:val="20"/>
        </w:rPr>
        <w:t>4:25  i accept with all my heart and soul</w:t>
      </w:r>
      <w:r>
        <w:br/>
      </w:r>
      <w:r>
        <w:rPr>
          <w:sz w:val="20"/>
        </w:rPr>
        <w:t>4:32  what you have destined for me. to khuda ki nisbat se woh laylatul qadr hai. insan ki nisbat se woh is spirit ko apne andar inculcate karna hai ke aap khuda ke faisle ko manen, khuda aage surrender kar den.</w:t>
      </w:r>
    </w:p>
    <w:p>
      <w:pPr>
        <w:pStyle w:val="Heading2"/>
      </w:pPr>
      <w:r>
        <w:t>Artificial uniformity deprived prayer of real benefit</w:t>
      </w:r>
    </w:p>
    <w:p>
      <w:r>
        <w:rPr>
          <w:color w:val="666666"/>
          <w:sz w:val="18"/>
        </w:rPr>
        <w:t>Fiqh Tajdeed-e-Deen Book by Maulana Wahiduddin Khan · 46s · at 16:18 · https://youtu.be/ZHDgBUfz80U?t=978</w:t>
      </w:r>
    </w:p>
    <w:p>
      <w:r>
        <w:rPr>
          <w:i/>
        </w:rPr>
        <w:t>“This artificial arrangement deprived worshippers of real benefit.”</w:t>
      </w:r>
    </w:p>
    <w:p>
      <w:r>
        <w:rPr>
          <w:sz w:val="20"/>
        </w:rPr>
        <w:t>16:18  . yeh dar-asal is baat ka saboot hai ke namaz ek zinda amal hai, aur zinda amal kabhi bhi mashini yeksaniyat ka paband nahi hota. fiqh ne bilkul ghair zaruri taur par yeh koshish ki ke is fitri taus'a aur tanawwu ko khatm kar ke ibadat ka yeksan nizam banaye.</w:t>
      </w:r>
      <w:r>
        <w:br/>
      </w:r>
      <w:r>
        <w:rPr>
          <w:sz w:val="20"/>
        </w:rPr>
        <w:t>16:36  is masnooi tadbeer ne namaziyon ko namaz ke haqiqi faide se mahrum kar diya. woh namaz ko ek qism ka amliyati zameema samajhne lage, na ke ek rabbani sarchashma jo zindagi aur hararat ki khorak lene ke liye taqeen kiya gaya ho.</w:t>
      </w:r>
      <w:r>
        <w:br/>
      </w:r>
      <w:r>
        <w:rPr>
          <w:sz w:val="20"/>
        </w:rPr>
        <w:t>16:53  taham agar farog-e-ibadat mein tarjeeh dhoondna aur yeksaniyat paida karna zaruri ho, jab bhi is ka woh tareeqa kisi tarah sahih na tha jo fuqaha ne ikhtiyar kiya.</w:t>
      </w:r>
    </w:p>
    <w:p>
      <w:pPr>
        <w:pStyle w:val="Heading2"/>
      </w:pPr>
      <w:r>
        <w:t>You cannot give less and receive more from God</w:t>
      </w:r>
    </w:p>
    <w:p>
      <w:r>
        <w:rPr>
          <w:color w:val="666666"/>
          <w:sz w:val="18"/>
        </w:rPr>
        <w:t>Spirit of Zakat May 4, 2007 Maulana Wahiduddin Khan · 34s · at 26:21 · https://youtu.be/oj5_5pFnmHk?t=1581</w:t>
      </w:r>
    </w:p>
    <w:p>
      <w:r>
        <w:rPr>
          <w:i/>
        </w:rPr>
        <w:t>“It cannot be that you give less”</w:t>
      </w:r>
    </w:p>
    <w:p>
      <w:r>
        <w:rPr>
          <w:sz w:val="20"/>
        </w:rPr>
        <w:t>26:21  to jab woh Khuda se ziyada se ziyada chahtay thay, to woh jantay thay ke it is but natural ke mujhe bhi ziyada se ziyada dena chahiye.</w:t>
      </w:r>
      <w:r>
        <w:br/>
      </w:r>
      <w:r>
        <w:rPr>
          <w:sz w:val="20"/>
        </w:rPr>
        <w:t>26:35  banday ke paas jo kuch hai, is mein se jab woh ziyada de ga, tab hi woh Khuda ki taraf se ziyada paye ga.</w:t>
      </w:r>
      <w:r>
        <w:br/>
      </w:r>
      <w:r>
        <w:rPr>
          <w:sz w:val="20"/>
        </w:rPr>
        <w:t>26:45  yeh nahi ho sakta hai ke apni taraf se to banda kam de aur Khuda ki taraf se us ko ziyada mil jaye. aisa nahi ho sakta hai.</w:t>
      </w:r>
    </w:p>
    <w:p>
      <w:pPr>
        <w:pStyle w:val="Heading2"/>
      </w:pPr>
      <w:r>
        <w:t>Answer an insult during fasting with quiet restraint</w:t>
      </w:r>
    </w:p>
    <w:p>
      <w:r>
        <w:rPr>
          <w:color w:val="666666"/>
          <w:sz w:val="18"/>
        </w:rPr>
        <w:t>Ramadan The Month of Remembrance June 21, 2015 · 28s · at 5:43 · https://youtu.be/D0D6zmqcScc?t=343</w:t>
      </w:r>
    </w:p>
    <w:p>
      <w:r>
        <w:rPr>
          <w:i/>
        </w:rPr>
        <w:t>“Agar koi tumhein buri baat kahe, to kaho: main rozedar hoon”</w:t>
      </w:r>
    </w:p>
    <w:p>
      <w:r>
        <w:rPr>
          <w:sz w:val="20"/>
        </w:rPr>
        <w:t>5:43  aur phir farmaya ke agar koi doosra shakhs tum ko buri baat kahe, gaali de,</w:t>
      </w:r>
      <w:r>
        <w:br/>
      </w:r>
      <w:r>
        <w:rPr>
          <w:sz w:val="20"/>
        </w:rPr>
        <w:t>5:51  koi provocative baat kahe to tum jawab mein khud na bhadak utho, balkeh yeh kaho: inni min al-saaim.</w:t>
      </w:r>
      <w:r>
        <w:br/>
      </w:r>
      <w:r>
        <w:rPr>
          <w:sz w:val="20"/>
        </w:rPr>
        <w:t>6:02  inni min al-saaim. ke bhai, mein to rozedar aadmi hoon, maine roza rakha hai.</w:t>
      </w:r>
    </w:p>
    <w:p>
      <w:pPr>
        <w:pStyle w:val="Heading2"/>
      </w:pPr>
      <w:r>
        <w:t>Maulana's own reflection on a heart free of hate</w:t>
      </w:r>
    </w:p>
    <w:p>
      <w:r>
        <w:rPr>
          <w:color w:val="666666"/>
          <w:sz w:val="18"/>
        </w:rPr>
        <w:t>Powerful Life-Changing Quranic Duas with Explanation (English) October 27, 2024 · 50s · at 42:11 · https://youtu.be/4cYteSjPIKw?t=2531</w:t>
      </w:r>
    </w:p>
    <w:p>
      <w:r>
        <w:rPr>
          <w:i/>
        </w:rPr>
        <w:t>“My last discovery is that I leave this world with a heart free of all hate.”</w:t>
      </w:r>
    </w:p>
    <w:p>
      <w:r>
        <w:rPr>
          <w:sz w:val="20"/>
        </w:rPr>
        <w:t>42:11  unrecorded videos which Maulana recorded, maybe not towards his last days, he said,</w:t>
      </w:r>
      <w:r>
        <w:br/>
      </w:r>
      <w:r>
        <w:rPr>
          <w:sz w:val="20"/>
        </w:rPr>
        <w:t>42:26  "My last discovery is the tale of an estate where my heart is free from all hate, from all negativity,</w:t>
      </w:r>
      <w:r>
        <w:br/>
      </w:r>
      <w:r>
        <w:rPr>
          <w:sz w:val="20"/>
        </w:rPr>
        <w:t>42:39  no ill feeling or animosity left in my heart for anyone. This is very important because if you have animosity, if you have negative feelings for people, how can you feel like delivering the message of God to them?</w:t>
      </w:r>
    </w:p>
    <w:p>
      <w:pPr>
        <w:pStyle w:val="Heading2"/>
      </w:pPr>
      <w:r>
        <w:t>Ramadan is autumn not spring</w:t>
      </w:r>
    </w:p>
    <w:p>
      <w:r>
        <w:rPr>
          <w:color w:val="666666"/>
          <w:sz w:val="18"/>
        </w:rPr>
        <w:t>Fasting: A Scheme for Life | May 27, 2017 · 32s · at 26:03 · https://youtu.be/CbE2a1baFv8?t=1563</w:t>
      </w:r>
    </w:p>
    <w:p>
      <w:r>
        <w:rPr>
          <w:i/>
        </w:rPr>
        <w:t>“Mausam bahaar nahi, mausam khizan hai”</w:t>
      </w:r>
    </w:p>
    <w:p>
      <w:r>
        <w:rPr>
          <w:sz w:val="20"/>
        </w:rPr>
        <w:t>26:03  sawab ka mausam hai, bahar.</w:t>
      </w:r>
      <w:r>
        <w:br/>
      </w:r>
      <w:r>
        <w:rPr>
          <w:sz w:val="20"/>
        </w:rPr>
        <w:t>26:08  isi tarah ke alfaaz Khuda ka sawab lootne ka mausam hai, bahar.</w:t>
      </w:r>
      <w:r>
        <w:br/>
      </w:r>
      <w:r>
        <w:rPr>
          <w:sz w:val="20"/>
        </w:rPr>
        <w:t>26:13  yeh sab bilkul ahmaqana alfaaz hain, yeh sab kuch nahi hai.</w:t>
      </w:r>
      <w:r>
        <w:br/>
      </w:r>
      <w:r>
        <w:rPr>
          <w:sz w:val="20"/>
        </w:rPr>
        <w:t>26:19  mausam-e-bahar nahi, mausam-e-khizan hai.</w:t>
      </w:r>
      <w:r>
        <w:br/>
      </w:r>
      <w:r>
        <w:rPr>
          <w:sz w:val="20"/>
        </w:rPr>
        <w:t>26:24  woh Ramzan jo hai, woh mausam-e-bahar nahi hai, mausam-e-khizan hai.</w:t>
      </w:r>
      <w:r>
        <w:br/>
      </w:r>
      <w:r>
        <w:rPr>
          <w:sz w:val="20"/>
        </w:rPr>
        <w:t>26:29  yeh khizan ka tajurba ho aadmi ko,</w:t>
      </w:r>
    </w:p>
    <w:p>
      <w:pPr>
        <w:pStyle w:val="Heading2"/>
      </w:pPr>
      <w:r>
        <w:t>Meaning of sacrifice dedication</w:t>
      </w:r>
    </w:p>
    <w:p>
      <w:r>
        <w:rPr>
          <w:color w:val="666666"/>
          <w:sz w:val="18"/>
        </w:rPr>
        <w:t>Eid al Adha December 23, 2007 - Maulana Wahiduddin Khan · 29s · at 7:01 · https://youtu.be/-I9lDjtq3FY?t=421</w:t>
      </w:r>
    </w:p>
    <w:p>
      <w:r>
        <w:rPr>
          <w:i/>
        </w:rPr>
        <w:t>“Qurbaan ke maani yeh nahi ke gardan katana.”</w:t>
      </w:r>
    </w:p>
    <w:p>
      <w:r>
        <w:rPr>
          <w:sz w:val="20"/>
        </w:rPr>
        <w:t>7:01  qurbaan ke maani yeh nahi ke gardan katana. qurbaan ke maani hain dedicate karna, apne aap ko laga dena khuda ke kaam mein.</w:t>
      </w:r>
      <w:r>
        <w:br/>
      </w:r>
      <w:r>
        <w:rPr>
          <w:sz w:val="20"/>
        </w:rPr>
        <w:t>7:13  khuda ka jo kaam hai us mein apne aap ko poori tarah se laga dena yeh hai qurbaani. kyunke yahi kiya tha hazrat ibrahim ne ke ismail ki jagah par damba jo zubah kiya gaya woh zubah sagheer tha.</w:t>
      </w:r>
    </w:p>
    <w:p>
      <w:pPr>
        <w:pStyle w:val="Heading2"/>
      </w:pPr>
      <w:r>
        <w:t>Even healthy you are helpless</w:t>
      </w:r>
    </w:p>
    <w:p>
      <w:r>
        <w:rPr>
          <w:color w:val="666666"/>
          <w:sz w:val="18"/>
        </w:rPr>
        <w:t>Ideology of Tawhid June 08, 2008 Maulana Wahiduddin Khan · 31s · at 3:02 · https://youtu.be/fMy6xgYDkwY?t=182</w:t>
      </w:r>
    </w:p>
    <w:p>
      <w:r>
        <w:rPr>
          <w:i/>
        </w:rPr>
        <w:t>“Kidney kharab hai, health problem hai”</w:t>
      </w:r>
    </w:p>
    <w:p>
      <w:r>
        <w:rPr>
          <w:sz w:val="20"/>
        </w:rPr>
        <w:t>3:02  kidney kharab hai, health problem hai. to yeh Khuda batata hai ke jab tum healthy hote ho tab bhi tumhara aise hi mamla hota hai.</w:t>
      </w:r>
      <w:r>
        <w:br/>
      </w:r>
      <w:r>
        <w:rPr>
          <w:sz w:val="20"/>
        </w:rPr>
        <w:t>3:15  jab tum healthy hote ho tab bhi tum itna hi helpless hote ho jitna ke us waqt apne aap ko feel karte ho.</w:t>
      </w:r>
      <w:r>
        <w:br/>
      </w:r>
      <w:r>
        <w:rPr>
          <w:sz w:val="20"/>
        </w:rPr>
        <w:t>3:27  yeh sab se bari baat hai jis ko insan bhoola hua hai.</w:t>
      </w:r>
    </w:p>
    <w:p>
      <w:pPr>
        <w:pStyle w:val="Heading2"/>
      </w:pPr>
      <w:r>
        <w:t>Morning walk as walking Tahajjud and dhikr</w:t>
      </w:r>
    </w:p>
    <w:p>
      <w:r>
        <w:rPr>
          <w:color w:val="666666"/>
          <w:sz w:val="18"/>
        </w:rPr>
        <w:t>An Intellectual Journey May 1, 2011 · 28s · at 1:33:14 · https://youtu.be/AqjjyimoIqw?t=5594</w:t>
      </w:r>
    </w:p>
    <w:p>
      <w:r>
        <w:rPr>
          <w:i/>
        </w:rPr>
        <w:t>“Main is ko kehta hoon walking Tahajjud”</w:t>
      </w:r>
    </w:p>
    <w:p>
      <w:r>
        <w:rPr>
          <w:sz w:val="20"/>
        </w:rPr>
        <w:t>1:33:14  to isi liye mein is ko kehta hoon, subah ke walk ko walking tahajjud kehta hoon. mein walking tahajjud, walking zikr, walking tadabbur.</w:t>
      </w:r>
      <w:r>
        <w:br/>
      </w:r>
      <w:r>
        <w:rPr>
          <w:sz w:val="20"/>
        </w:rPr>
        <w:t>1:33:24  to mein to samajhta hoon ke jo aadmi bohat bari mahroomi mein mubtala hai, jo subah ko na uthe, bohat bari mahroomi hai. 24 ghante mein sab se acha waqt hota hai subah ka, isi ko agar aadmi avail na kare to zahir hai ke is se bari mahroomi aur kya ho sakti hai?</w:t>
      </w:r>
    </w:p>
    <w:p>
      <w:pPr>
        <w:pStyle w:val="Heading2"/>
      </w:pPr>
      <w:r>
        <w:t>Yusuf's story best method</w:t>
      </w:r>
    </w:p>
    <w:p>
      <w:r>
        <w:rPr>
          <w:color w:val="666666"/>
          <w:sz w:val="18"/>
        </w:rPr>
        <w:t>Al-Risala, May 2018 · 36s · at 38:05 · https://youtu.be/VsVaccpm1ug?t=2285</w:t>
      </w:r>
    </w:p>
    <w:p>
      <w:r>
        <w:rPr>
          <w:i/>
        </w:rPr>
        <w:t>“Quran mein Paighambar Yusuf AS ke waqay ko Ahsan al-Qisas ka title diya”</w:t>
      </w:r>
    </w:p>
    <w:p>
      <w:r>
        <w:rPr>
          <w:sz w:val="20"/>
        </w:rPr>
        <w:t>38:05  ahsan-ul-qisas ka a'adah. quran mein peghambar yusuf alaihis salam ke waqe ko ahsan-ul-qisas ya best story ka title diya gaya hai.</w:t>
      </w:r>
      <w:r>
        <w:br/>
      </w:r>
      <w:r>
        <w:rPr>
          <w:sz w:val="20"/>
        </w:rPr>
        <w:t>38:16  soorah yusuf. ahsan-ul-qisas ka matlab hai behtareen tareeqa kar ya best method. Allah taala ne tareekh mein Hazrat Yusuf alaihis salam ke zariye ek amali misaal qaim ki aur is tarah har zaman ke ahl e iman ko yeh hidayat di ke tum apne halaat ke aitbar se is kamyab tareeqa kar ko ikhtiyar karo.</w:t>
      </w:r>
    </w:p>
    <w:p>
      <w:pPr>
        <w:pStyle w:val="Heading2"/>
      </w:pPr>
      <w:r>
        <w:t>Freedom is a test paper, not a right</w:t>
      </w:r>
    </w:p>
    <w:p>
      <w:r>
        <w:rPr>
          <w:color w:val="666666"/>
          <w:sz w:val="18"/>
        </w:rPr>
        <w:t>Ramadan October 2, 2005 Maulana Wahiduddin Khan · 29s · at 11:51 · https://youtu.be/s3XMFRsiqC0?t=711</w:t>
      </w:r>
    </w:p>
    <w:p>
      <w:r>
        <w:rPr>
          <w:i/>
        </w:rPr>
        <w:t>“Sab se bari cheez jo logon ko pata nahi hai”</w:t>
      </w:r>
    </w:p>
    <w:p>
      <w:r>
        <w:rPr>
          <w:sz w:val="20"/>
        </w:rPr>
        <w:t>11:51  yeh test paper hai. sab se badi cheez jo logon ko pata nahin hai,</w:t>
      </w:r>
      <w:r>
        <w:br/>
      </w:r>
      <w:r>
        <w:rPr>
          <w:sz w:val="20"/>
        </w:rPr>
        <w:t>11:58  chahe woh ek aam aadmi ho ya koi ruler ho, koi poor ho ya rich ho, sab se badi cheez jis ko log bhule hue hain, woh yeh hai ke hum ko jo aazadi mili hui hai, woh hamara right nahin hai.</w:t>
      </w:r>
      <w:r>
        <w:br/>
      </w:r>
      <w:r>
        <w:rPr>
          <w:sz w:val="20"/>
        </w:rPr>
        <w:t>12:17  woh hamara test paper hai.</w:t>
      </w:r>
    </w:p>
    <w:p>
      <w:pPr>
        <w:pStyle w:val="Heading2"/>
      </w:pPr>
      <w:r>
        <w:t>Patience has no expiry, just like prayer</w:t>
      </w:r>
    </w:p>
    <w:p>
      <w:r>
        <w:rPr>
          <w:color w:val="666666"/>
          <w:sz w:val="18"/>
        </w:rPr>
        <w:t>Discovering The Spirit of Ramadan March 16, 2025 · 37s · at 22:41 · https://youtu.be/WrIyg6N7390?t=1361</w:t>
      </w:r>
    </w:p>
    <w:p>
      <w:r>
        <w:rPr>
          <w:i/>
        </w:rPr>
        <w:t>“Someone asked Maulana: how long should I be patient?”</w:t>
      </w:r>
    </w:p>
    <w:p>
      <w:r>
        <w:rPr>
          <w:sz w:val="20"/>
        </w:rPr>
        <w:t>22:41  aan. sabr ka ajar kaha gaya hai ke be hisab ajar hai. kisi bhi ibadat ke liye yeh nahi kaha gaya hai ke be hisab ajar hai.</w:t>
      </w:r>
      <w:r>
        <w:br/>
      </w:r>
      <w:r>
        <w:rPr>
          <w:sz w:val="20"/>
        </w:rPr>
        <w:t>22:50  ek baar Maulana se kisi ne poocha ke kab tak sabr karen? to Maulana ne kaha: "kabhi aap ne poocha? kaha ke kab tak namaz padhen? kab tak roza rakhen?" to sabr ka to ajar is se bhi zyada hai.</w:t>
      </w:r>
      <w:r>
        <w:br/>
      </w:r>
      <w:r>
        <w:rPr>
          <w:sz w:val="20"/>
        </w:rPr>
        <w:t>23:00  to aap jo hain, sabr kariye. woh to yeh soch ke kariye ke is mein hum ek ibadat ko soch ke kari</w:t>
      </w:r>
      <w:r>
        <w:br/>
      </w:r>
      <w:r>
        <w:rPr>
          <w:sz w:val="20"/>
        </w:rPr>
        <w:t>23:08  ye. to aap kabhi nahi yeh sawal uthayenge ke kab tak sabr karen? bilkul sahi kaha aap ne ke sabr ka be hisab ajar hai.</w:t>
      </w:r>
    </w:p>
    <w:p>
      <w:pPr>
        <w:pStyle w:val="Heading2"/>
      </w:pPr>
      <w:r>
        <w:t>Opening prayer with Bismillah</w:t>
      </w:r>
    </w:p>
    <w:p>
      <w:r>
        <w:rPr>
          <w:color w:val="666666"/>
          <w:sz w:val="18"/>
        </w:rPr>
        <w:t>Divine Help January 04, 2015 · 28s · at 0:14 · https://youtu.be/IsFIb5jI5u8?t=14</w:t>
      </w:r>
    </w:p>
    <w:p>
      <w:r>
        <w:rPr>
          <w:i/>
        </w:rPr>
        <w:t>“Bismillah ir-Rahman ir-Rahim”</w:t>
      </w:r>
    </w:p>
    <w:p>
      <w:r>
        <w:rPr>
          <w:sz w:val="20"/>
        </w:rPr>
        <w:t>0:14  bismillah rahman rahim, wa salallahu ala nabiyyil karim. rab ishrah li sadri, wa yassir li amri, wah lul uqdatan min lisani, yafqahu qawli. char janvari do hazar pandrah.</w:t>
      </w:r>
      <w:r>
        <w:br/>
      </w:r>
      <w:r>
        <w:rPr>
          <w:sz w:val="20"/>
        </w:rPr>
        <w:t>0:42  aaj ki guftagu ka topic hai woh Allah ki nusrat ke bare mein hai, yaani Allah ki</w:t>
      </w:r>
    </w:p>
    <w:p>
      <w:pPr>
        <w:pStyle w:val="Heading2"/>
      </w:pPr>
      <w:r>
        <w:t>Sabr as self-discipline</w:t>
      </w:r>
    </w:p>
    <w:p>
      <w:r>
        <w:rPr>
          <w:color w:val="666666"/>
          <w:sz w:val="18"/>
        </w:rPr>
        <w:t>Roza and Ramadan September 3, 2007 Maulana Wahiduddin Khan · 31s · at 33:23 · https://youtu.be/98PTg3r7yYE?t=2003</w:t>
      </w:r>
    </w:p>
    <w:p>
      <w:r>
        <w:rPr>
          <w:i/>
        </w:rPr>
        <w:t>“Sabr means disciplined life”</w:t>
      </w:r>
    </w:p>
    <w:p>
      <w:r>
        <w:rPr>
          <w:sz w:val="20"/>
        </w:rPr>
        <w:t>33:23  provoke hone par control. yani aap yeh keh sakte hain ke sabr ka matlab hai disciplined life.</w:t>
      </w:r>
      <w:r>
        <w:br/>
      </w:r>
      <w:r>
        <w:rPr>
          <w:sz w:val="20"/>
        </w:rPr>
        <w:t>33:32  self control. to self control aur self discipline isi ka naam hai sabr. to roza hum ko sabr sikhata hai.</w:t>
      </w:r>
      <w:r>
        <w:br/>
      </w:r>
      <w:r>
        <w:rPr>
          <w:sz w:val="20"/>
        </w:rPr>
        <w:t>33:45  kaise? hum bhook lagti hai hum sabr karte hain. piyas lagti hai hum sabr karte hain. sabr na karein to hum pani pi lein.</w:t>
      </w:r>
    </w:p>
    <w:p>
      <w:pPr>
        <w:pStyle w:val="Heading2"/>
      </w:pPr>
      <w:r>
        <w:t>Taqwa defined as a culture of restraint and avoidance</w:t>
      </w:r>
    </w:p>
    <w:p>
      <w:r>
        <w:rPr>
          <w:color w:val="666666"/>
          <w:sz w:val="18"/>
        </w:rPr>
        <w:t>Ramadan The Month of Remembrance June 21, 2015 · 56s · at 8:40 · https://youtu.be/D0D6zmqcScc?t=520</w:t>
      </w:r>
    </w:p>
    <w:p>
      <w:r>
        <w:rPr>
          <w:i/>
        </w:rPr>
        <w:t>“Taqwa ke lafzi mane hain bachna”</w:t>
      </w:r>
    </w:p>
    <w:p>
      <w:r>
        <w:rPr>
          <w:sz w:val="20"/>
        </w:rPr>
        <w:t>8:40  taake tumhare andar taqwa paida ho. to taqwa kya hai? taqwa ke lafzi ma'ani hain bachna. yeh bachne ka culture hai.</w:t>
      </w:r>
      <w:r>
        <w:br/>
      </w:r>
      <w:r>
        <w:rPr>
          <w:sz w:val="20"/>
        </w:rPr>
        <w:t>8:52  jis tarah rozay mein aap paani se bachte hain, khaane se bachte hain, to yeh kya hai? yeh tarbiyat hai, ilamati tarbiyat ke aap ko bachna hai har us cheez se jo Allah ko pasand nahi.</w:t>
      </w:r>
      <w:r>
        <w:br/>
      </w:r>
      <w:r>
        <w:rPr>
          <w:sz w:val="20"/>
        </w:rPr>
        <w:t>9:09  mislan gaali galoch se bachna, negative thinking se bachna, nafrat se bachna, reaction se bachna.</w:t>
      </w:r>
      <w:r>
        <w:br/>
      </w:r>
      <w:r>
        <w:rPr>
          <w:sz w:val="20"/>
        </w:rPr>
        <w:t>9:21  yeh woh tamam qism ka behaviour aur soch jo Allah ko pasand nahi hai, us se apne aap ko bacha kar rakhna.</w:t>
      </w:r>
      <w:r>
        <w:br/>
      </w:r>
      <w:r>
        <w:rPr>
          <w:sz w:val="20"/>
        </w:rPr>
        <w:t>9:33  yeh hai taqwa.</w:t>
      </w:r>
    </w:p>
    <w:p>
      <w:pPr>
        <w:pStyle w:val="Heading2"/>
      </w:pPr>
      <w:r>
        <w:t>Ibadat as a living practice</w:t>
      </w:r>
    </w:p>
    <w:p>
      <w:r>
        <w:rPr>
          <w:color w:val="666666"/>
          <w:sz w:val="18"/>
        </w:rPr>
        <w:t>An Introduction to Islamic Fiqh July 27, 2007 Maulana Wahiduddin Khan · 37s · at 32:26 · https://youtu.be/6aEZ4hFo1KY?t=1946</w:t>
      </w:r>
    </w:p>
    <w:p>
      <w:r>
        <w:rPr>
          <w:i/>
        </w:rPr>
        <w:t>“Ibadat is not simply a form but a living practice”</w:t>
      </w:r>
    </w:p>
    <w:p>
      <w:r>
        <w:rPr>
          <w:sz w:val="20"/>
        </w:rPr>
        <w:t>32:26  Ibadat is not simply a set of rituals. No. Ibadat is a living practice,</w:t>
      </w:r>
      <w:r>
        <w:br/>
      </w:r>
      <w:r>
        <w:rPr>
          <w:sz w:val="20"/>
        </w:rPr>
        <w:t>32:39  just like love. Love is a living practice. You cannot say that you have to love by this method.</w:t>
      </w:r>
      <w:r>
        <w:br/>
      </w:r>
      <w:r>
        <w:rPr>
          <w:sz w:val="20"/>
        </w:rPr>
        <w:t>32:50  There is no method of love because love is a living spirit. So Ibadat is a living practice.</w:t>
      </w:r>
    </w:p>
    <w:p>
      <w:pPr>
        <w:pStyle w:val="Heading2"/>
      </w:pPr>
      <w:r>
        <w:t>Even the chief of disbelief admitted the truth</w:t>
      </w:r>
    </w:p>
    <w:p>
      <w:r>
        <w:rPr>
          <w:color w:val="666666"/>
          <w:sz w:val="18"/>
        </w:rPr>
        <w:t>Hajj ek Tareekh-saaz Amal Haqeeqat-E-Hajj Book by Maulana Wahiduddin Khan · 41s · at 17:11 · https://youtu.be/DcyTlpDdbg4?t=1031</w:t>
      </w:r>
    </w:p>
    <w:p>
      <w:r>
        <w:rPr>
          <w:i/>
        </w:rPr>
        <w:t>“کیا نبوت سے پہلے تم نے محمد کو جھوٹ بولتے پایا؟”</w:t>
      </w:r>
    </w:p>
    <w:p>
      <w:r>
        <w:rPr>
          <w:sz w:val="20"/>
        </w:rPr>
        <w:t>17:11  harqal ke mashhoor waqe'ay mein aata hai ke us ne abu sufyan se poocha ke kya nabuwwat ke ailaan se pehle tum logon ne muhammad ko kabhi jhoot bolte hue paya hai?</w:t>
      </w:r>
      <w:r>
        <w:br/>
      </w:r>
      <w:r>
        <w:rPr>
          <w:sz w:val="20"/>
        </w:rPr>
        <w:t>17:24  abu sufyan ne kaha ke nahin. yeh waqe'a naqal kar ke ibn kathir likhte hain. wa kaana abu sufyan ada ka ras al kufarti wazaim al mushrikeen.</w:t>
      </w:r>
      <w:r>
        <w:br/>
      </w:r>
      <w:r>
        <w:rPr>
          <w:sz w:val="20"/>
        </w:rPr>
        <w:t>17:38  wa ma'a hadha a'tarafa bil haqq. tafsir ibn kathir al juz al thani safha 410. abu sufyan is waqt kafiron ke sardar aur mushrikon ke leader thay.</w:t>
      </w:r>
    </w:p>
    <w:p>
      <w:pPr>
        <w:pStyle w:val="Heading2"/>
      </w:pPr>
      <w:r>
        <w:t>Fasting is a month of training</w:t>
      </w:r>
    </w:p>
    <w:p>
      <w:r>
        <w:rPr>
          <w:color w:val="666666"/>
          <w:sz w:val="18"/>
        </w:rPr>
        <w:t>Ramadan The Month of Fasting 29Aug, 2008 - Maulana Wahiduddin Khan · 24s · at 4:49 · https://youtu.be/O9ie_tCNGHM?t=289</w:t>
      </w:r>
    </w:p>
    <w:p>
      <w:r>
        <w:rPr>
          <w:i/>
        </w:rPr>
        <w:t>“Fasting is a month of training”</w:t>
      </w:r>
    </w:p>
    <w:p>
      <w:r>
        <w:rPr>
          <w:sz w:val="20"/>
        </w:rPr>
        <w:t>4:49  negative aspect na ho, sirf positive aspect ho. yeh hai roza. to roza darasal tarbiyat ka mahina hai,</w:t>
      </w:r>
      <w:r>
        <w:br/>
      </w:r>
      <w:r>
        <w:rPr>
          <w:sz w:val="20"/>
        </w:rPr>
        <w:t>5:05  training ka mahina hai, apne aap ko tayyar karne ka mahina hai.</w:t>
      </w:r>
    </w:p>
    <w:p>
      <w:pPr>
        <w:pStyle w:val="Heading2"/>
      </w:pPr>
      <w:r>
        <w:t>Deeds are recommendation for Paradise</w:t>
      </w:r>
    </w:p>
    <w:p>
      <w:r>
        <w:rPr>
          <w:color w:val="666666"/>
          <w:sz w:val="18"/>
        </w:rPr>
        <w:t>Interaction 16 nov, 2019 - Maulana Wahiduddin Khan · 23s · at 23:03 · https://youtu.be/18N19xva7Ag?t=1383</w:t>
      </w:r>
    </w:p>
    <w:p>
      <w:r>
        <w:rPr>
          <w:i/>
        </w:rPr>
        <w:t>“Koi bhi shakhs apne amal se jannat mein nahi jayega”</w:t>
      </w:r>
    </w:p>
    <w:p>
      <w:r>
        <w:rPr>
          <w:sz w:val="20"/>
        </w:rPr>
        <w:t>23:03  koi bhi shakhs apne amal se jannat mein nahi jayega.</w:t>
      </w:r>
      <w:r>
        <w:br/>
      </w:r>
      <w:r>
        <w:rPr>
          <w:sz w:val="20"/>
        </w:rPr>
        <w:t>23:11  albata yeh hai ke</w:t>
      </w:r>
      <w:r>
        <w:br/>
      </w:r>
      <w:r>
        <w:rPr>
          <w:sz w:val="20"/>
        </w:rPr>
        <w:t>23:16  amal ko amal to mein samajhta hoon recommendation ke darje mein hai. recommendation</w:t>
      </w:r>
    </w:p>
    <w:p>
      <w:pPr>
        <w:pStyle w:val="Heading2"/>
      </w:pPr>
      <w:r>
        <w:t>Fasting is a fasting shock from Allah</w:t>
      </w:r>
    </w:p>
    <w:p>
      <w:r>
        <w:rPr>
          <w:color w:val="666666"/>
          <w:sz w:val="18"/>
        </w:rPr>
        <w:t>Roza (Fasting) Shock May 26, 2019 · 20s · at 4:38 · https://youtu.be/GXYhGriFRpM?t=278</w:t>
      </w:r>
    </w:p>
    <w:p>
      <w:r>
        <w:rPr>
          <w:i/>
        </w:rPr>
        <w:t>“Aaj aap jaante hain ke yeh bahut badi nemat hai Allah ki”</w:t>
      </w:r>
    </w:p>
    <w:p>
      <w:r>
        <w:rPr>
          <w:sz w:val="20"/>
        </w:rPr>
        <w:t>4:38  aaj aap jante hain ke yeh bohat bari nemat hai Allah taala ki. to aaj jab jab malaika se jawab aaya ke roza kya hai?</w:t>
      </w:r>
      <w:r>
        <w:br/>
      </w:r>
      <w:r>
        <w:rPr>
          <w:sz w:val="20"/>
        </w:rPr>
        <w:t>4:53  roza fasting shock hai.</w:t>
      </w:r>
    </w:p>
    <w:p>
      <w:pPr>
        <w:pStyle w:val="Heading2"/>
      </w:pPr>
      <w:r>
        <w:t>Yunus's dua from inside the whale answered instantly</w:t>
      </w:r>
    </w:p>
    <w:p>
      <w:r>
        <w:rPr>
          <w:color w:val="666666"/>
          <w:sz w:val="18"/>
        </w:rPr>
        <w:t>Soulful Ramadan Inspiring Duas and Hadiths</w:t>
        <w:br/>
        <w:t>March 10, 2024 · 54s · at 52:29 · https://youtu.be/ZXO-tq7pyQA?t=3149</w:t>
      </w:r>
    </w:p>
    <w:p>
      <w:r>
        <w:rPr>
          <w:i/>
        </w:rPr>
        <w:t>“When Yunus went into the fish's belly, he made this dua”</w:t>
      </w:r>
    </w:p>
    <w:p>
      <w:r>
        <w:rPr>
          <w:sz w:val="20"/>
        </w:rPr>
        <w:t>52:29  glory be to you. and i was indeed rang. hazrat yunus al salam jab machhli ke pet mein gaye, to yah bahut hi khubsurat dua ki unhone. aur foran allah ta'ala ne machhli ko hukm diya ki tum bahar safe li unko le aao. to kabhi pareshani ke waqt ho, to is tarah ki dua ki ja sakti hai. masha'allah. aur ayyub al salam jo bimar bahut pad gaye, unki family bhi a bahut masail. to unhone bahut achhi dua</w:t>
      </w:r>
      <w:r>
        <w:br/>
      </w:r>
      <w:r>
        <w:rPr>
          <w:sz w:val="20"/>
        </w:rPr>
        <w:t>52:57  ki. rabbi masni adar. rabbi masni adar wa anta arham rahim. ki a mere rab, a mere a my lord, i been affected with disease, with with with distress. but you are the most merciful of the merciful. yani tu hai jisse hum dua kar sakte hain, jisse hum kuch ummeed kar sakte hain. tu hi hai sabse meharban karne walon mein se, sabse zyada meharban</w:t>
      </w:r>
    </w:p>
    <w:p>
      <w:pPr>
        <w:pStyle w:val="Heading2"/>
      </w:pPr>
      <w:r>
        <w:t>Schools of fiqh exist only to facilitate</w:t>
      </w:r>
    </w:p>
    <w:p>
      <w:r>
        <w:rPr>
          <w:color w:val="666666"/>
          <w:sz w:val="18"/>
        </w:rPr>
        <w:t>The School of Fiqh in Islam (English) April 14, 2007 Maulana Wahiduddin Khan · 36s · at 37:40 · https://youtu.be/Kc-mTjI23HM?t=2260</w:t>
      </w:r>
    </w:p>
    <w:p>
      <w:r>
        <w:rPr>
          <w:i/>
        </w:rPr>
        <w:t>“You can follow any one of these schools”</w:t>
      </w:r>
    </w:p>
    <w:p>
      <w:r>
        <w:rPr>
          <w:sz w:val="20"/>
        </w:rPr>
        <w:t>37:40  you can follow any one of these schools, if you are not a great alim.</w:t>
      </w:r>
      <w:r>
        <w:br/>
      </w:r>
      <w:r>
        <w:rPr>
          <w:sz w:val="20"/>
        </w:rPr>
        <w:t>37:49  but, for those who can understand, who are alim, who can read, they are not required to follow any one of these schools.</w:t>
      </w:r>
      <w:r>
        <w:br/>
      </w:r>
      <w:r>
        <w:rPr>
          <w:sz w:val="20"/>
        </w:rPr>
        <w:t>38:02  these schools are only for, for facilitation, only to facilitate.</w:t>
      </w:r>
      <w:r>
        <w:br/>
      </w:r>
      <w:r>
        <w:rPr>
          <w:sz w:val="20"/>
        </w:rPr>
        <w:t>38:11  in this sense, they are right. in this sense, they are right.</w:t>
      </w:r>
    </w:p>
    <w:p>
      <w:pPr>
        <w:pStyle w:val="Heading2"/>
      </w:pPr>
      <w:r>
        <w:t>Phone in pocket kills presence of God in prayer</w:t>
      </w:r>
    </w:p>
    <w:p>
      <w:r>
        <w:rPr>
          <w:color w:val="666666"/>
          <w:sz w:val="18"/>
        </w:rPr>
        <w:t>Hadith-e-Jibril, April 21, 2013 · 1m 26s · at 1:42:12 · https://youtu.be/0rF6Ou0pDog?t=6132</w:t>
      </w:r>
    </w:p>
    <w:p>
      <w:r>
        <w:rPr>
          <w:i/>
        </w:rPr>
        <w:t>“لوگ distraction سے تو بچاتے نہیں”</w:t>
      </w:r>
    </w:p>
    <w:p>
      <w:r>
        <w:rPr>
          <w:sz w:val="20"/>
        </w:rPr>
        <w:t>1:42:12  maulana, yeh sawal aaya hai kashmir se aamir jaan mori sahib ka. unhon ne aap se poocha hai how can we imbibe the spirit of presence of God while offering namaz?</w:t>
      </w:r>
      <w:r>
        <w:br/>
      </w:r>
      <w:r>
        <w:rPr>
          <w:sz w:val="20"/>
        </w:rPr>
        <w:t>1:42:27  dekhiye, sab se bari cheez jo hai, apne ko distraction se bachana. distraction se bachana. log distraction se to bachate nahin aur kehte hain ke hum kaise humein presence of God ke sath hi raho.</w:t>
      </w:r>
      <w:r>
        <w:br/>
      </w:r>
      <w:r>
        <w:rPr>
          <w:sz w:val="20"/>
        </w:rPr>
        <w:t>1:42:42  misalan masjidon mein jayenge aur jeeb mein mobile hai. itna bhi nahin kar sakte ke mobile ghar mein rakh kar aayen. itna bhi nahin kar sakte. to kahan se in ko presence of God ka tas</w:t>
      </w:r>
      <w:r>
        <w:br/>
      </w:r>
      <w:r>
        <w:rPr>
          <w:sz w:val="20"/>
        </w:rPr>
        <w:t>1:42:55  awwur hoga? woh to presence of mobile ka tasawwur hota hai. dekhiye, price deni parti hai har cheez ki. itni price bhi dene ko tayyar nahin koi ke apne mobile ko ghar par chhod kar aayen.</w:t>
      </w:r>
      <w:r>
        <w:br/>
      </w:r>
      <w:r>
        <w:rPr>
          <w:sz w:val="20"/>
        </w:rPr>
        <w:t>1:43:08  to kya aisi baatein karne se faida kya hai?</w:t>
      </w:r>
    </w:p>
    <w:p>
      <w:pPr>
        <w:pStyle w:val="Heading2"/>
      </w:pPr>
      <w:r>
        <w:t>Fasting as restraining desires and impulses</w:t>
      </w:r>
    </w:p>
    <w:p>
      <w:r>
        <w:rPr>
          <w:color w:val="666666"/>
          <w:sz w:val="18"/>
        </w:rPr>
        <w:t>In Conversation with Maulana Wahiduddin Khan on Ramadan · 31s · at 7:32 · https://youtu.be/CFsdIL4yWQg?t=452</w:t>
      </w:r>
    </w:p>
    <w:p>
      <w:r>
        <w:rPr>
          <w:i/>
        </w:rPr>
        <w:t>“To roza ka matlab hai apne aap ko khwahishon se rokna”</w:t>
      </w:r>
    </w:p>
    <w:p>
      <w:r>
        <w:rPr>
          <w:sz w:val="20"/>
        </w:rPr>
        <w:t>7:32  se roke kar ke unhein tarbiyat di jati thi ke woh ziyada daud saken. to roze ka matlab hai apne aap ko khwahishon se rokna, apne aap ko ishtial anghez baaton se rokna,</w:t>
      </w:r>
      <w:r>
        <w:br/>
      </w:r>
      <w:r>
        <w:rPr>
          <w:sz w:val="20"/>
        </w:rPr>
        <w:t>7:52  apne aap ko tahammul wali zindagi guzarnay ke qabil banana. main samajhta hoon ke yeh hai roze ki haqeeqat.</w:t>
      </w:r>
    </w:p>
    <w:p>
      <w:pPr>
        <w:pStyle w:val="Heading2"/>
      </w:pPr>
      <w:r>
        <w:t>A Persian proverb on loving money more than life</w:t>
      </w:r>
    </w:p>
    <w:p>
      <w:r>
        <w:rPr>
          <w:color w:val="666666"/>
          <w:sz w:val="18"/>
        </w:rPr>
        <w:t>Spirit of Zakat 16 May 2007 - Maulana Wahiduddin Khan · 52s · at 51:36 · https://youtu.be/Ptou1yxZS_8?t=3096</w:t>
      </w:r>
    </w:p>
    <w:p>
      <w:r>
        <w:rPr>
          <w:i/>
        </w:rPr>
        <w:t>“There's a saying in the Persian language”</w:t>
      </w:r>
    </w:p>
    <w:p>
      <w:r>
        <w:rPr>
          <w:sz w:val="20"/>
        </w:rPr>
        <w:t>51:36  there is a saying in in persian language that:</w:t>
      </w:r>
      <w:r>
        <w:br/>
      </w:r>
      <w:r>
        <w:rPr>
          <w:sz w:val="20"/>
        </w:rPr>
        <w:t>51:45  "jame talbi mazaeqa nist, zarmi talbi sukhan dareen ast". it means that if you ask my life,</w:t>
      </w:r>
      <w:r>
        <w:br/>
      </w:r>
      <w:r>
        <w:rPr>
          <w:sz w:val="20"/>
        </w:rPr>
        <w:t>52:03  then it is okay, i am ready to give you my life.</w:t>
      </w:r>
      <w:r>
        <w:br/>
      </w:r>
      <w:r>
        <w:rPr>
          <w:sz w:val="20"/>
        </w:rPr>
        <w:t>52:11  jame talbi mazaeqa nist, zarmi talbi sukhan dareen ast. if you ask my life, it is okay, but if you ask money,</w:t>
      </w:r>
    </w:p>
    <w:p>
      <w:pPr>
        <w:pStyle w:val="Heading2"/>
      </w:pPr>
      <w:r>
        <w:t>Quranic promise: gratitude brings more blessings</w:t>
      </w:r>
    </w:p>
    <w:p>
      <w:r>
        <w:rPr>
          <w:color w:val="666666"/>
          <w:sz w:val="18"/>
        </w:rPr>
        <w:t>Spirit of Ramadan April 3, 2022 Prof. Farida Khanam · 28s · at 8:56 · https://youtu.be/cj5T0Atpeu8?t=536</w:t>
      </w:r>
    </w:p>
    <w:p>
      <w:r>
        <w:rPr>
          <w:i/>
        </w:rPr>
        <w:t>“Allah says: be grateful and I'll give you more”</w:t>
      </w:r>
    </w:p>
    <w:p>
      <w:r>
        <w:rPr>
          <w:sz w:val="20"/>
        </w:rPr>
        <w:t>8:56  Jaise ki moron ne bataya hai ki yeh shukr jo hai wahi price hai. La in shakkartum la azeedannakum. Agar tum shukr karoge to main tumko aur zyada dunga. Kyunki allah taala hum kisi aur cheez ka return to de nahi sakte hain. Allah ke paas kisi cheez ki koi kami nahi hai. Allah dene wala hai, hum lene wale hain. To yahi shukr hai jisko acknowledgement hai, jo hamein khuda ko wapas lautana hai.</w:t>
      </w:r>
      <w:r>
        <w:br/>
      </w:r>
      <w:r>
        <w:rPr>
          <w:sz w:val="20"/>
        </w:rPr>
        <w:t>9:24  To yeh shukr ka ehsaas jab bhi hota hai, jab hum in in tamam kaifiyat se hum guzarein aur doosri baat yeh hai ki roze mein quran ka bahut zyada ihtimam hota hai. Log individually bhi quran padhte hain aur tarabi mein yeh ihtimam hota hai ki poora quran jo hai woh namaz ki haalat mein padha jaaye.</w:t>
      </w:r>
    </w:p>
    <w:p>
      <w:pPr>
        <w:pStyle w:val="Heading2"/>
      </w:pPr>
      <w:r>
        <w:t>Intentions determine reward</w:t>
      </w:r>
    </w:p>
    <w:p>
      <w:r>
        <w:rPr>
          <w:color w:val="666666"/>
          <w:sz w:val="18"/>
        </w:rPr>
        <w:t>CPS Women Monthly Q and A with Prof. Farida Khanam and Maulana Farhad Ahmed Umeri August 28, 2023 · 27s · at 4:42 · https://youtu.be/gxAPgrrKfw0?t=282</w:t>
      </w:r>
    </w:p>
    <w:p>
      <w:r>
        <w:rPr>
          <w:i/>
        </w:rPr>
        <w:t>“Mal ka daar umdaar niyat par hai”</w:t>
      </w:r>
    </w:p>
    <w:p>
      <w:r>
        <w:rPr>
          <w:sz w:val="20"/>
        </w:rPr>
        <w:t>4:42  wahan dekhiye is mein jo aaya hua kya maal ka daar umdaar niyat par hai. jo jaisi niyat karega waisa milega. to sahi marfat insaan bhi ho lekin uski intention agar galat ho jaye to uska reward to decrease ho jayega. niyat asal cheez se kaam karte hain. khali salah ke liye hona chahiye for the sake of allah. spirit usi hisab se badhti hai aur badhti hai. theek hai sir. shukriya bhavna. shuru asallah.</w:t>
      </w:r>
      <w:r>
        <w:br/>
      </w:r>
      <w:r>
        <w:rPr>
          <w:sz w:val="20"/>
        </w:rPr>
        <w:t>5:09  Ok, thank you doctor safina dabasum for asking the question. premina apan, do you have any question to ask for mafam? shafina, salam walekum mafam. jaise manana sahab ne ek video bataya tha ki log halaal aur haraam ko to jante hain magar ek aur cheez ko nahi jante.</w:t>
      </w:r>
    </w:p>
    <w:p>
      <w:pPr>
        <w:pStyle w:val="Heading2"/>
      </w:pPr>
      <w:r>
        <w:t>Merchant celebrates his 25th hajj with a party</w:t>
      </w:r>
    </w:p>
    <w:p>
      <w:r>
        <w:rPr>
          <w:color w:val="666666"/>
          <w:sz w:val="18"/>
        </w:rPr>
        <w:t>The Spirit of Hajj July 7, 2007 · 40s · at 4:01 · https://youtu.be/SV2CfNml8ic?t=241</w:t>
      </w:r>
    </w:p>
    <w:p>
      <w:r>
        <w:rPr>
          <w:i/>
        </w:rPr>
        <w:t>“ایک مسلمان تاجر ہیں انہوں نے تو وہ ہر سال حج کرتے ہیں”</w:t>
      </w:r>
    </w:p>
    <w:p>
      <w:r>
        <w:rPr>
          <w:sz w:val="20"/>
        </w:rPr>
        <w:t>4:01  aik musalman tajir hain unhon ne to woh har saal haj karte hain. har saal. to haj karte karte un ko pachis ho gaye haj.</w:t>
      </w:r>
      <w:r>
        <w:br/>
      </w:r>
      <w:r>
        <w:rPr>
          <w:sz w:val="20"/>
        </w:rPr>
        <w:t>4:13  yani pachis haj unhon ne mutawatar kiya. to is ke baad kya hua? unhon ne haj silver jubilee banai.</w:t>
      </w:r>
      <w:r>
        <w:br/>
      </w:r>
      <w:r>
        <w:rPr>
          <w:sz w:val="20"/>
        </w:rPr>
        <w:t>4:23  aap ghor kijiye ke haj silver jubilee. ke pachis saal haj kiya unhon ne to woh haj ka jashan manaya gaya. dawatain dhoom dham aur josheeli taqreerein aur chiraghan.</w:t>
      </w:r>
      <w:r>
        <w:br/>
      </w:r>
      <w:r>
        <w:rPr>
          <w:sz w:val="20"/>
        </w:rPr>
        <w:t>4:38  is ka mani hai ke haj ki spirit se log be khabar hain.</w:t>
      </w:r>
    </w:p>
    <w:p>
      <w:pPr>
        <w:pStyle w:val="Heading2"/>
      </w:pPr>
      <w:r>
        <w:t>Allahu Akbar teaches humility, not ego</w:t>
      </w:r>
    </w:p>
    <w:p>
      <w:r>
        <w:rPr>
          <w:color w:val="666666"/>
          <w:sz w:val="18"/>
        </w:rPr>
        <w:t>The Message of Eid Al- Adha November 6, 2011 - Maulana Wahiduddin Khan · 43s · at 16:41 · https://youtu.be/jRx-8VFlR9Q?t=1001</w:t>
      </w:r>
    </w:p>
    <w:p>
      <w:r>
        <w:rPr>
          <w:i/>
        </w:rPr>
        <w:t>“Allah bara hai, main bara nahi hoon”</w:t>
      </w:r>
    </w:p>
    <w:p>
      <w:r>
        <w:rPr>
          <w:sz w:val="20"/>
        </w:rPr>
        <w:t>16:41  lekin Allah bada hamein ek aur baat shamil hai, woh yeh ke main bada nahin hoon. "God is great and I am not great".</w:t>
      </w:r>
      <w:r>
        <w:br/>
      </w:r>
      <w:r>
        <w:rPr>
          <w:sz w:val="20"/>
        </w:rPr>
        <w:t>16:52  iska matlab kya hua? iska matlab yeh hua ke namaz jo hai, modesty ka sabak hai, tawazu ka sabak hai.</w:t>
      </w:r>
      <w:r>
        <w:br/>
      </w:r>
      <w:r>
        <w:rPr>
          <w:sz w:val="20"/>
        </w:rPr>
        <w:t>17:04  kitna bada revolutionary idea hai yeh inqilabi.</w:t>
      </w:r>
      <w:r>
        <w:br/>
      </w:r>
      <w:r>
        <w:rPr>
          <w:sz w:val="20"/>
        </w:rPr>
        <w:t>17:09  agar saare musalmanon mein modesty aa jaye, tawazu aa jaye to kitna bada inqilab ho jaye. modesty zid hai ego ki.</w:t>
      </w:r>
    </w:p>
    <w:p>
      <w:pPr>
        <w:pStyle w:val="Heading2"/>
      </w:pPr>
      <w:r>
        <w:t>Philanthropy is a purpose of fasting</w:t>
      </w:r>
    </w:p>
    <w:p>
      <w:r>
        <w:rPr>
          <w:color w:val="666666"/>
          <w:sz w:val="18"/>
        </w:rPr>
        <w:t>Ramadan The Month of Fasting 29Aug, 2008 - Maulana Wahiduddin Khan · 28s · at 41:32 · https://youtu.be/O9ie_tCNGHM?t=2492</w:t>
      </w:r>
    </w:p>
    <w:p>
      <w:r>
        <w:rPr>
          <w:i/>
        </w:rPr>
        <w:t>“Philanthropy is also a purpose of fasting”</w:t>
      </w:r>
    </w:p>
    <w:p>
      <w:r>
        <w:rPr>
          <w:sz w:val="20"/>
        </w:rPr>
        <w:t>41:32  aur zahir hai ke yeh bohat zabardast, bohat bari cheez hai. us ko hum kehte hain khidmat insan. to khidmat insan hi paida hoti hai roze ke zariye se, jis ko philanthropy kaha jata hai.</w:t>
      </w:r>
      <w:r>
        <w:br/>
      </w:r>
      <w:r>
        <w:rPr>
          <w:sz w:val="20"/>
        </w:rPr>
        <w:t>41:47  to philanthropy ka jazba paida hona, insan ki khidmat ka jazba paida hona, ghareebon ki madad karne ka jazba paida hona, yeh bhi roze ka ek maqsad hai.</w:t>
      </w:r>
    </w:p>
    <w:p>
      <w:pPr>
        <w:pStyle w:val="Heading2"/>
      </w:pPr>
      <w:r>
        <w:t>Son defies his father to follow the truth</w:t>
      </w:r>
    </w:p>
    <w:p>
      <w:r>
        <w:rPr>
          <w:color w:val="666666"/>
          <w:sz w:val="18"/>
        </w:rPr>
        <w:t>Hajj ek Tareekh-saaz Amal Haqeeqat-E-Hajj Book by Maulana Wahiduddin Khan · 43s · at 13:30 · https://youtu.be/DcyTlpDdbg4?t=810</w:t>
      </w:r>
    </w:p>
    <w:p>
      <w:r>
        <w:rPr>
          <w:i/>
        </w:rPr>
        <w:t>“خدا کی قسم محمد نے جو کہا سچ کہا۔”</w:t>
      </w:r>
    </w:p>
    <w:p>
      <w:r>
        <w:rPr>
          <w:sz w:val="20"/>
        </w:rPr>
        <w:t>13:30  yahan tak ke marte marte lakdi toot gayi. jab hazrat khalid Islam se phirne ke liye tayyar nahi hue to baap ne kaha ke main tumhara khana peena band kar doonga aur tujhe ghar se nikaal doonga.</w:t>
      </w:r>
      <w:r>
        <w:br/>
      </w:r>
      <w:r>
        <w:rPr>
          <w:sz w:val="20"/>
        </w:rPr>
        <w:t>13:47  hazrat khalid ne jawab diya Khuda ki qasam Muhammad ne jo kaha sach kaha aur main un ka peeru hoon.</w:t>
      </w:r>
      <w:r>
        <w:br/>
      </w:r>
      <w:r>
        <w:rPr>
          <w:sz w:val="20"/>
        </w:rPr>
        <w:t>13:58  qad sadaqahu wallahi wattaba'tuhu. doosre lafzon mein yeh ke Muhammad jab ek haq baat keh rahe hain to kaise mumkin hai ke main use na maanoon.</w:t>
      </w:r>
    </w:p>
    <w:p>
      <w:pPr>
        <w:pStyle w:val="Heading2"/>
      </w:pPr>
      <w:r>
        <w:t>A true believer's only real concern is Allah</w:t>
      </w:r>
    </w:p>
    <w:p>
      <w:r>
        <w:rPr>
          <w:color w:val="666666"/>
          <w:sz w:val="18"/>
        </w:rPr>
        <w:t>The Message of Eid Al-Adha November 6, 2011 · 25s · at 5:17 · https://youtu.be/rJrjqkrLjMY?t=317</w:t>
      </w:r>
    </w:p>
    <w:p>
      <w:r>
        <w:rPr>
          <w:i/>
        </w:rPr>
        <w:t>“مومن وہ ہے جس کا سول کنسرن اللہ ہو”</w:t>
      </w:r>
    </w:p>
    <w:p>
      <w:r>
        <w:rPr>
          <w:sz w:val="20"/>
        </w:rPr>
        <w:t>5:17  lekin momin woh hai jis ka soul crescent allah ho, jis ki tawajjahat ka markaz is ka khaliq ho.</w:t>
      </w:r>
      <w:r>
        <w:br/>
      </w:r>
      <w:r>
        <w:rPr>
          <w:sz w:val="20"/>
        </w:rPr>
        <w:t>5:28  to isi haqeeqat ka ailan hota hai "labbayk allahumma labbayk" ke alfaz mein.</w:t>
      </w:r>
    </w:p>
    <w:p>
      <w:pPr>
        <w:pStyle w:val="Heading2"/>
      </w:pPr>
      <w:r>
        <w:t>Acceptance of prayer in God's domain</w:t>
      </w:r>
    </w:p>
    <w:p>
      <w:r>
        <w:rPr>
          <w:color w:val="666666"/>
          <w:sz w:val="18"/>
        </w:rPr>
        <w:t>CPS INTERNATIONAL EK TA 'RUF · 41s · at 0:01 · https://youtu.be/THnDqEQqhJk?t=1</w:t>
      </w:r>
    </w:p>
    <w:p>
      <w:r>
        <w:rPr>
          <w:i/>
        </w:rPr>
        <w:t>“When we pray, we must accept that acceptance is God's domain.”</w:t>
      </w:r>
    </w:p>
    <w:p>
      <w:r>
        <w:rPr>
          <w:sz w:val="20"/>
        </w:rPr>
        <w:t>0:01  assalam o alaikum, bismillah hir rahman nir rahim. pichli class mein hum ne dua ke baray mein jana tha ke dua kis tarah ki jati hai.</w:t>
      </w:r>
      <w:r>
        <w:br/>
      </w:r>
      <w:r>
        <w:rPr>
          <w:sz w:val="20"/>
        </w:rPr>
        <w:t>0:15  yani jab hum dua karte hain to hamein is baat ko accept karna hai ke is ki qubooliyat ka waqt, tareeqa, Allah ka domain hai.</w:t>
      </w:r>
      <w:r>
        <w:br/>
      </w:r>
      <w:r>
        <w:rPr>
          <w:sz w:val="20"/>
        </w:rPr>
        <w:t>0:28  allah jante hain ke jo hum mang rahe hain woh humein kis mein mile ga. is liye allah humein jo dete hain wohi hamare liye theek hota hai, wohi best hota hai.</w:t>
      </w:r>
    </w:p>
    <w:p>
      <w:pPr>
        <w:pStyle w:val="Heading2"/>
      </w:pPr>
      <w:r>
        <w:t>Dhikr is not mere repetition</w:t>
      </w:r>
    </w:p>
    <w:p>
      <w:r>
        <w:rPr>
          <w:color w:val="666666"/>
          <w:sz w:val="18"/>
        </w:rPr>
        <w:t>The Concept of Zikr e kathir in Islam I 26 Sept, 2010 - Maulana Wahiduddin Khan · 23s · at 1:14 · https://youtu.be/ePHZRQ3mpXc?t=74</w:t>
      </w:r>
    </w:p>
    <w:p>
      <w:r>
        <w:rPr>
          <w:i/>
        </w:rPr>
        <w:t>“Khuda ko yaad karne ka matlab yeh nahi hai”</w:t>
      </w:r>
    </w:p>
    <w:p>
      <w:r>
        <w:rPr>
          <w:sz w:val="20"/>
        </w:rPr>
        <w:t>1:14  to Khuda ko yaad karna kya hai? Khuda ko yaad karne ka matlab yeh nahi hai ke aap koi shabdon ko le kar usko dohraen, jaise Allah Allah Allah Allah karen.</w:t>
      </w:r>
      <w:r>
        <w:br/>
      </w:r>
      <w:r>
        <w:rPr>
          <w:sz w:val="20"/>
        </w:rPr>
        <w:t>1:28  aap yeh matlab nahi hai.</w:t>
      </w:r>
      <w:r>
        <w:br/>
      </w:r>
      <w:r>
        <w:rPr>
          <w:sz w:val="20"/>
        </w:rPr>
        <w:t>1:32  that is underestimation of God. hamare</w:t>
      </w:r>
    </w:p>
    <w:p>
      <w:pPr>
        <w:pStyle w:val="Heading2"/>
      </w:pPr>
      <w:r>
        <w:t>No connection to government or state</w:t>
      </w:r>
    </w:p>
    <w:p>
      <w:r>
        <w:rPr>
          <w:color w:val="666666"/>
          <w:sz w:val="18"/>
        </w:rPr>
        <w:t>Interaction 16 nov, 2019 - Maulana Wahiduddin Khan · 22s · at 14:12 · https://youtu.be/18N19xva7Ag?t=852</w:t>
      </w:r>
    </w:p>
    <w:p>
      <w:r>
        <w:rPr>
          <w:i/>
        </w:rPr>
        <w:t>“Is ka koi bhi ta'alluq hukumat se ya riyasat se nahi hai”</w:t>
      </w:r>
    </w:p>
    <w:p>
      <w:r>
        <w:rPr>
          <w:sz w:val="20"/>
        </w:rPr>
        <w:t>14:12  is ka koi bhi taaluq hukumat se ya riyasat se nahi hai. yahan par dekhiye, jo lafz fitna jo hai, fitna ke maani hain wahi jis ko hum kehte hain resist prosecution.</w:t>
      </w:r>
    </w:p>
    <w:p>
      <w:pPr>
        <w:pStyle w:val="Heading2"/>
      </w:pPr>
      <w:r>
        <w:t>Law of nature causes deterioration</w:t>
      </w:r>
    </w:p>
    <w:p>
      <w:r>
        <w:rPr>
          <w:color w:val="666666"/>
          <w:sz w:val="18"/>
        </w:rPr>
        <w:t>The Concept of Tajdid in Islam April 19, 2007 · 24s · at 2:51 · https://youtu.be/xOF-8m3m7KA?t=171</w:t>
      </w:r>
    </w:p>
    <w:p>
      <w:r>
        <w:rPr>
          <w:i/>
        </w:rPr>
        <w:t>“Everything is subject to decay and deterioration.”</w:t>
      </w:r>
    </w:p>
    <w:p>
      <w:r>
        <w:rPr>
          <w:sz w:val="20"/>
        </w:rPr>
        <w:t>2:51  in our present world, it is law of nature that everything</w:t>
      </w:r>
      <w:r>
        <w:br/>
      </w:r>
      <w:r>
        <w:rPr>
          <w:sz w:val="20"/>
        </w:rPr>
        <w:t>3:02  is subject to decay, deterioration.</w:t>
      </w:r>
      <w:r>
        <w:br/>
      </w:r>
      <w:r>
        <w:rPr>
          <w:sz w:val="20"/>
        </w:rPr>
        <w:t>3:10  so religion is not an exception.</w:t>
      </w:r>
    </w:p>
    <w:p>
      <w:pPr>
        <w:pStyle w:val="Heading2"/>
      </w:pPr>
      <w:r>
        <w:t>No righteousness without spending what you love</w:t>
      </w:r>
    </w:p>
    <w:p>
      <w:r>
        <w:rPr>
          <w:color w:val="666666"/>
          <w:sz w:val="18"/>
        </w:rPr>
        <w:t>Spirit of Zakat May 4, 2007 Maulana Wahiduddin Khan · 24s · at 10:41 · https://youtu.be/oj5_5pFnmHk?t=641</w:t>
      </w:r>
    </w:p>
    <w:p>
      <w:r>
        <w:rPr>
          <w:i/>
        </w:rPr>
        <w:t>“You cannot be righteous in God's eyes”</w:t>
      </w:r>
    </w:p>
    <w:p>
      <w:r>
        <w:rPr>
          <w:sz w:val="20"/>
        </w:rPr>
        <w:t>10:41  khuda ki nazar mein tum naik nahi ban sakte</w:t>
      </w:r>
      <w:r>
        <w:br/>
      </w:r>
      <w:r>
        <w:rPr>
          <w:sz w:val="20"/>
        </w:rPr>
        <w:t>10:45  jab tak tum apne mehboob maal mein se na kharch karo. to yeh hai zakat ya infaq ya sadqa. ke maal agarche aadmi ko bohat mehboob hai, lekin khuda ke raaste mein us ko kharch karna pare ga, warna us ko jannat nahi milne wali hai.</w:t>
      </w:r>
    </w:p>
    <w:p>
      <w:pPr>
        <w:pStyle w:val="Heading2"/>
      </w:pPr>
      <w:r>
        <w:t>Clapping on rejected innovations</w:t>
      </w:r>
    </w:p>
    <w:p>
      <w:r>
        <w:rPr>
          <w:color w:val="666666"/>
          <w:sz w:val="18"/>
        </w:rPr>
        <w:t>Q&amp;A 09 Dec 2007 Maulana Wahiduddin Khan · 24s · at 5:00 · https://youtu.be/Ks8odTgyfgc?t=300</w:t>
      </w:r>
    </w:p>
    <w:p>
      <w:r>
        <w:rPr>
          <w:i/>
        </w:rPr>
        <w:t>“To jo rejected hai, us par log taaliyaan bajaate hain”</w:t>
      </w:r>
    </w:p>
    <w:p>
      <w:r>
        <w:rPr>
          <w:sz w:val="20"/>
        </w:rPr>
        <w:t>5:00  to jo rejected hai, us par log taliyan bajate hain. aap zara gaur kijiye.</w:t>
      </w:r>
      <w:r>
        <w:br/>
      </w:r>
      <w:r>
        <w:rPr>
          <w:sz w:val="20"/>
        </w:rPr>
        <w:t>5:08  to khuda ke yahan qabul nahi ki jayegi. yeh khuda ke yahan kabhi bhi isko liya nahi jata. to kisi bhi cheez ko aap jaanchiye is nazar se ki quran ke mutabiq khaya nahi, rasoolallah ki sunnat ke mutabiq khaya nahi, sahaba ne aisa kiya tha ya nahi kiya tha.</w:t>
      </w:r>
    </w:p>
    <w:p>
      <w:pPr>
        <w:pStyle w:val="Heading2"/>
      </w:pPr>
      <w:r>
        <w:t>Muslims lament losses, ignore positive news</w:t>
      </w:r>
    </w:p>
    <w:p>
      <w:r>
        <w:rPr>
          <w:color w:val="666666"/>
          <w:sz w:val="18"/>
        </w:rPr>
        <w:t>Eid al-Fitr A Day of Thankfulness June 26, 2017 Maulana Wahiduddin Khan · 25s · at 6:07 · https://youtu.be/2c7fkyeazAk?t=367</w:t>
      </w:r>
    </w:p>
    <w:p>
      <w:r>
        <w:rPr>
          <w:i/>
        </w:rPr>
        <w:t>“Then I started thinking, Muslims have been writing elegies”</w:t>
      </w:r>
    </w:p>
    <w:p>
      <w:r>
        <w:rPr>
          <w:sz w:val="20"/>
        </w:rPr>
        <w:t>6:07  apni kisi saltanat ka marsiya likhte rahe hain. yaani munfi news, negative news par woh faryad karte rahe hain.</w:t>
      </w:r>
      <w:r>
        <w:br/>
      </w:r>
      <w:r>
        <w:rPr>
          <w:sz w:val="20"/>
        </w:rPr>
        <w:t>6:22  lekin yahan jo positive news hain, mind boggling news, woh un ko nahi mili, is ka zikr nahi kiya unhon ne.</w:t>
      </w:r>
    </w:p>
    <w:p>
      <w:pPr>
        <w:pStyle w:val="Heading2"/>
      </w:pPr>
      <w:r>
        <w:t>Muslims in America doing bad dua</w:t>
      </w:r>
    </w:p>
    <w:p>
      <w:r>
        <w:rPr>
          <w:color w:val="666666"/>
          <w:sz w:val="18"/>
        </w:rPr>
        <w:t>Muslims in the Modern Age, Jan 18, 2009 · 50s · at 3:00 · https://youtu.be/7zDCFtOSWSw?t=180</w:t>
      </w:r>
    </w:p>
    <w:p>
      <w:r>
        <w:rPr>
          <w:i/>
        </w:rPr>
        <w:t>“Yesterday I received a telephone from America”</w:t>
      </w:r>
    </w:p>
    <w:p>
      <w:r>
        <w:rPr>
          <w:sz w:val="20"/>
        </w:rPr>
        <w:t>3:00  Yesterday I received a telephone from America. One Muslim was speaking. He said that throughout America, in every city and in every mosque of America,</w:t>
      </w:r>
      <w:r>
        <w:br/>
      </w:r>
      <w:r>
        <w:rPr>
          <w:sz w:val="20"/>
        </w:rPr>
        <w:t>3:17  Muslims are doing bad dua, bad dua against their enemies.</w:t>
      </w:r>
      <w:r>
        <w:br/>
      </w:r>
      <w:r>
        <w:rPr>
          <w:sz w:val="20"/>
        </w:rPr>
        <w:t>3:26  Perhaps you know what</w:t>
      </w:r>
      <w:r>
        <w:br/>
      </w:r>
      <w:r>
        <w:rPr>
          <w:sz w:val="20"/>
        </w:rPr>
        <w:t>3:30  are those enemies. So, all the Muslims living in America, although they live in America, but they don't know.</w:t>
      </w:r>
      <w:r>
        <w:br/>
      </w:r>
      <w:r>
        <w:rPr>
          <w:sz w:val="20"/>
        </w:rPr>
        <w:t>3:40  They don't know. This is against Islam, against the spirit of the age. These people are living as blind persons.</w:t>
      </w:r>
    </w:p>
    <w:p>
      <w:pPr>
        <w:pStyle w:val="Heading2"/>
      </w:pPr>
      <w:r>
        <w:t>A voice calls the good forward, evil back</w:t>
      </w:r>
    </w:p>
    <w:p>
      <w:r>
        <w:rPr>
          <w:color w:val="666666"/>
          <w:sz w:val="18"/>
        </w:rPr>
        <w:t>Importance and Virtues of Ramadan April 2, 2023 · 39s · at 2:56 · https://youtu.be/M2Phb22Vw_4?t=176</w:t>
      </w:r>
    </w:p>
    <w:p>
      <w:r>
        <w:rPr>
          <w:i/>
        </w:rPr>
        <w:t>“Ek awaz aati hai: aey khair ke chahne wale, aagey badh”</w:t>
      </w:r>
    </w:p>
    <w:p>
      <w:r>
        <w:rPr>
          <w:sz w:val="20"/>
        </w:rPr>
        <w:t>2:56  to is sense mein yeh hadees hai aur bohat hi achi hadees hai. is se samajh mein aata hai ke spirit kya hai ramzan ki. aur isi tarike se hadees ka agla hissa hai ke ya baghi al khair aqbil wa ya baghi al sharr aqsar.</w:t>
      </w:r>
      <w:r>
        <w:br/>
      </w:r>
      <w:r>
        <w:rPr>
          <w:sz w:val="20"/>
        </w:rPr>
        <w:t>3:19  yani ek awaz aati hai ke aye khair ke chahne wale aage barh aur aye burai ke chahne wale, evil ke chahne wale ruk ja.</w:t>
      </w:r>
    </w:p>
    <w:p>
      <w:pPr>
        <w:pStyle w:val="Heading2"/>
      </w:pPr>
      <w:r>
        <w:t>Islamic speech leads to introspection</w:t>
      </w:r>
    </w:p>
    <w:p>
      <w:r>
        <w:rPr>
          <w:color w:val="666666"/>
          <w:sz w:val="18"/>
        </w:rPr>
        <w:t>Q&amp;A 09 Dec 2007 Maulana Wahiduddin Khan · 28s · at 3:00 · https://youtu.be/Ks8odTgyfgc?t=180</w:t>
      </w:r>
    </w:p>
    <w:p>
      <w:r>
        <w:rPr>
          <w:i/>
        </w:rPr>
        <w:t>“To main samajhta hoon ki jo criteria hai”</w:t>
      </w:r>
    </w:p>
    <w:p>
      <w:r>
        <w:rPr>
          <w:sz w:val="20"/>
        </w:rPr>
        <w:t>3:00  to main samajhta hoon ki jo criteria hai, wo yeh hai ki speech islami speech hai, usko sunkar ke log introspection mein chale jayein, sochne lage, sochne lage, sochne lage. aur jahan taliyan bajayein, to wo to yani gumrahi hai, wo kyunki rasoolallah ke miyar se hata hua hai. jo rasoolallah ka miyar hai, usse hata hua hai. yeh har mamle mein hai,</w:t>
      </w:r>
    </w:p>
    <w:p>
      <w:pPr>
        <w:pStyle w:val="Heading2"/>
      </w:pPr>
      <w:r>
        <w:t>Hadith: Allah loves concessions taken as much as duties</w:t>
      </w:r>
    </w:p>
    <w:p>
      <w:r>
        <w:rPr>
          <w:color w:val="666666"/>
          <w:sz w:val="18"/>
        </w:rPr>
        <w:t>Spirit of Worship April 4, 2014 Maulana Wahiduddin Khan · 21s · at 0:33 · https://youtu.be/67oq6WyFJ5I?t=33</w:t>
      </w:r>
    </w:p>
    <w:p>
      <w:r>
        <w:rPr>
          <w:i/>
        </w:rPr>
        <w:t>“Ibn Abbas riwayat karte hain, Rasulullah ne farmaya”</w:t>
      </w:r>
    </w:p>
    <w:p>
      <w:r>
        <w:rPr>
          <w:sz w:val="20"/>
        </w:rPr>
        <w:t>0:33  Ibn Abbas riwayat karte hain ke Rasool Allah sal Allah alaihi wa sallam ne farmaya</w:t>
      </w:r>
      <w:r>
        <w:br/>
      </w:r>
      <w:r>
        <w:rPr>
          <w:sz w:val="20"/>
        </w:rPr>
        <w:t>0:39  : "ke Allah ko yeh baat mahboob hai ke us ki rukhsat ko bhi aisay hi liya jaye jaisa ke Allah ko yeh mahboob hai ke us ke azaa'im ko liya jaye." Maulana is hadith ki wazahat farmayein.</w:t>
      </w:r>
    </w:p>
    <w:p>
      <w:pPr>
        <w:pStyle w:val="Heading2"/>
      </w:pPr>
      <w:r>
        <w:t>keep thinking until a new idea is born</w:t>
      </w:r>
    </w:p>
    <w:p>
      <w:r>
        <w:rPr>
          <w:color w:val="666666"/>
          <w:sz w:val="18"/>
        </w:rPr>
        <w:t>Roza A Spiritual Jihad August 28, 2011 Maulana Wahiduddin Khan · 31s · at 30:50 · https://youtu.be/7Xc_Fl6z5xU?t=1850</w:t>
      </w:r>
    </w:p>
    <w:p>
      <w:r>
        <w:rPr>
          <w:i/>
        </w:rPr>
        <w:t>“Think, think, think — there must be a better way”</w:t>
      </w:r>
    </w:p>
    <w:p>
      <w:r>
        <w:rPr>
          <w:sz w:val="20"/>
        </w:rPr>
        <w:t>30:50  : "think think think, there must be a better way". yahi itikaf hai: "think think think, then you".</w:t>
      </w:r>
      <w:r>
        <w:br/>
      </w:r>
      <w:r>
        <w:rPr>
          <w:sz w:val="20"/>
        </w:rPr>
        <w:t>31:01  yani aap ek socho, socho, socho, socho, socho, socho, socho, socho. koi naya idea janam aaye ga aap ko, koi nayi baat samajh aayegi.</w:t>
      </w:r>
      <w:r>
        <w:br/>
      </w:r>
      <w:r>
        <w:rPr>
          <w:sz w:val="20"/>
        </w:rPr>
        <w:t>31:14  "think think think think think, you will discover a new idea".</w:t>
      </w:r>
    </w:p>
    <w:p>
      <w:pPr>
        <w:pStyle w:val="Heading2"/>
      </w:pPr>
      <w:r>
        <w:t>Dhikr is quality not quantity</w:t>
      </w:r>
    </w:p>
    <w:p>
      <w:r>
        <w:rPr>
          <w:color w:val="666666"/>
          <w:sz w:val="18"/>
        </w:rPr>
        <w:t>The Concept of Zikr e kathir in Islam I 26 Sept, 2010 - Maulana Wahiduddin Khan · 29s · at 1:46 · https://youtu.be/ePHZRQ3mpXc?t=106</w:t>
      </w:r>
    </w:p>
    <w:p>
      <w:r>
        <w:rPr>
          <w:i/>
        </w:rPr>
        <w:t>“Unhon ne isko in terms of quantity janna chaha”</w:t>
      </w:r>
    </w:p>
    <w:p>
      <w:r>
        <w:rPr>
          <w:sz w:val="20"/>
        </w:rPr>
        <w:t>1:46  to unhon ne is ko in terms of quantity janna chaha, halanke yeh in terms of quality hai.</w:t>
      </w:r>
      <w:r>
        <w:br/>
      </w:r>
      <w:r>
        <w:rPr>
          <w:sz w:val="20"/>
        </w:rPr>
        <w:t>1:57  to kuch logon ne kaha ke das bar se le kar saat lakh bar, yani das das bar to minimum nisaab hai aur saat lakh bar maximum nisaab hai.</w:t>
      </w:r>
    </w:p>
    <w:p>
      <w:pPr>
        <w:pStyle w:val="Heading2"/>
      </w:pPr>
      <w:r>
        <w:t>nothing in Islam is mysterious or undefined</w:t>
      </w:r>
    </w:p>
    <w:p>
      <w:r>
        <w:rPr>
          <w:color w:val="666666"/>
          <w:sz w:val="18"/>
        </w:rPr>
        <w:t>Roza A Spiritual Jihad August 28, 2011 Maulana Wahiduddin Khan · 36s · at 42:28 · https://youtu.be/7Xc_Fl6z5xU?t=2548</w:t>
      </w:r>
    </w:p>
    <w:p>
      <w:r>
        <w:rPr>
          <w:i/>
        </w:rPr>
        <w:t>“Nothing in Islam is mysterious — every night is bright as day”</w:t>
      </w:r>
    </w:p>
    <w:p>
      <w:r>
        <w:rPr>
          <w:sz w:val="20"/>
        </w:rPr>
        <w:t>42:28  to yaad rakhiye, islam mein koi bhi cheez pirasarar nahin hai, koi bhi cheez mysterious nahin hai. har cheez well defined hai.</w:t>
      </w:r>
      <w:r>
        <w:br/>
      </w:r>
      <w:r>
        <w:rPr>
          <w:sz w:val="20"/>
        </w:rPr>
        <w:t>42:39  hadith mein aata hai ke main ek aise deen ko le ke bheja hoon, ek aise deen ko le ke bheja gaya hoon ke la ilaha kunharah. is ki raaten dinon ki tarah roshan hain.</w:t>
      </w:r>
      <w:r>
        <w:br/>
      </w:r>
      <w:r>
        <w:rPr>
          <w:sz w:val="20"/>
        </w:rPr>
        <w:t>42:49  ye is ka matlab yahi to hai ke din mein koi pirasarariyt nahin, koi mystery nahin.</w:t>
      </w:r>
      <w:r>
        <w:br/>
      </w:r>
      <w:r>
        <w:rPr>
          <w:sz w:val="20"/>
        </w:rPr>
        <w:t>42:57  har cheez well known hai, well defined hai.</w:t>
      </w:r>
    </w:p>
    <w:p>
      <w:pPr>
        <w:pStyle w:val="Heading2"/>
      </w:pPr>
      <w:r>
        <w:t>courage needed to represent faith publicly</w:t>
      </w:r>
    </w:p>
    <w:p>
      <w:r>
        <w:rPr>
          <w:color w:val="666666"/>
          <w:sz w:val="18"/>
        </w:rPr>
        <w:t>Welcome Address by Dr. Rajat Malhotra CPS International Peace Conference April 29-30, 2023 · 37s · at 10:50 · https://youtu.be/z94aS7nevv0?t=650</w:t>
      </w:r>
    </w:p>
    <w:p>
      <w:r>
        <w:rPr>
          <w:i/>
        </w:rPr>
        <w:t>“Pehli himmat toh karni padti hai”</w:t>
      </w:r>
    </w:p>
    <w:p>
      <w:r>
        <w:rPr>
          <w:sz w:val="20"/>
        </w:rPr>
        <w:t>10:50  donon mein jo is common hai, donon yeh saaba, donon jo yeh saaba hai, donon jo jo garv hai, usmein jo is common hai, woh kya hai?</w:t>
      </w:r>
      <w:r>
        <w:br/>
      </w:r>
      <w:r>
        <w:rPr>
          <w:sz w:val="20"/>
        </w:rPr>
        <w:t>11:03  woh ek, woh ek hai ke aap himmat karke human face ban jayein, kyunke pehli himmat to karni padti hai, pehli himmat to karni padti hai, badhai halaat tareekh honge, badhai raahain chal rahi hongi.</w:t>
      </w:r>
      <w:r>
        <w:br/>
      </w:r>
      <w:r>
        <w:rPr>
          <w:sz w:val="20"/>
        </w:rPr>
        <w:t>11:27  badhai kuch ashwaap dikhai nahi denge, phir bhi aapko hafte ko shukna padega. Yeh mat samjhiye ke khwaish dikhai de aaj baap khulkar saamne aa jaye kyunke agar aisa ho jaye to intehaan khatam, test, test khatam. To test ko khatam karke, test ki masla ko khatam karke madad kabhi nahi aati. Yaad rakhiye.</w:t>
      </w:r>
    </w:p>
    <w:p>
      <w:pPr>
        <w:pStyle w:val="Heading2"/>
      </w:pPr>
      <w:r>
        <w:t>Hippie's line: comfortable there physically, here spiritually</w:t>
      </w:r>
    </w:p>
    <w:p>
      <w:r>
        <w:rPr>
          <w:color w:val="666666"/>
          <w:sz w:val="18"/>
        </w:rPr>
        <w:t>Spirit of Ramadan April 3, 2022 Prof. Farida Khanam · 56s · at 35:30 · https://youtu.be/cj5T0Atpeu8?t=2130</w:t>
      </w:r>
    </w:p>
    <w:p>
      <w:r>
        <w:rPr>
          <w:i/>
        </w:rPr>
        <w:t>“वो India आया और हिमालियाज़ में घूम रहा था”</w:t>
      </w:r>
    </w:p>
    <w:p>
      <w:r>
        <w:rPr>
          <w:sz w:val="20"/>
        </w:rPr>
        <w:t>35:30  to wo India aaya aur Himalayas mein uski Himalaya ki tarah hi mein wo ghoom raha tha. to bilkul hippie bana hua. to ek hum ek teacher the english ke, professor Ozair. to unko wah mila tha. unhone un se poocha ki yahan Canada ka ek bashinda Canada ek developed country hai. yahan kya kar raha hai? to usne jo jumla kaha tha, wo bahut hi important hai. usne kaha tha ki mere paas wahan sab kuch tha.</w:t>
      </w:r>
      <w:r>
        <w:br/>
      </w:r>
      <w:r>
        <w:rPr>
          <w:sz w:val="20"/>
        </w:rPr>
        <w:t>35:57  behtareen ghar tha, car tha, biwi bachche the. lekin I was comfortable there physically. I am comfortable here spiritually. to hum apna taskhiya karke Khuda parastana zindagi ek tayyar karke hum yahan par ek, ek spiritual comfort milega, solace milega. Khuda ki yaad se hame bahut zyada sukoon milta hai.</w:t>
      </w:r>
      <w:r>
        <w:br/>
      </w:r>
      <w:r>
        <w:rPr>
          <w:sz w:val="20"/>
        </w:rPr>
        <w:t>36:26  hamari duaen qubool hongi. to hame apna taskhiya karna hai. taskhiye ke liye deconditioning par Maulana ne bahut zyada zor diya hai ki hame apni deconditioning karni hai. Deconditioning hoti hai introspection se. to hame introspection karna hai, apna muhasaba karna hai. kyunki hame hame khud hi hame pata hai ki hamare andar kya kamiyan hain, kahan hum serious nahi hain. Khuda ke din ko lekar ke wo hum khud jaan sakte hain.</w:t>
      </w:r>
    </w:p>
    <w:p>
      <w:pPr>
        <w:pStyle w:val="Heading2"/>
      </w:pPr>
      <w:r>
        <w:t>Hazrat Umar's gratitude for water</w:t>
      </w:r>
    </w:p>
    <w:p>
      <w:r>
        <w:rPr>
          <w:color w:val="666666"/>
          <w:sz w:val="18"/>
        </w:rPr>
        <w:t>Islam in Daily Life | December 18, 2007 · 1m 00s · at 44:45 · https://youtu.be/wLp27oWti4c?t=2685</w:t>
      </w:r>
    </w:p>
    <w:p>
      <w:r>
        <w:rPr>
          <w:i/>
        </w:rPr>
        <w:t>“Hazrat Umar ko pyaas lagi, pani piya aur shukr kiya”</w:t>
      </w:r>
    </w:p>
    <w:p>
      <w:r>
        <w:rPr>
          <w:sz w:val="20"/>
        </w:rPr>
        <w:t>44:45  uda ko yaad karte rahen. yeh hai zikr. yeh hai zikr. hazrat umar ko pyaas lagi. un ko pani laya gaya. ek glass pani piya unhone. jante hain unhone kya kaha? ab woh bhi dekhiye us ko zikr banaya unhone. zikr ek conversion hai. yaani pani peene ko convert kiya unhone</w:t>
      </w:r>
      <w:r>
        <w:br/>
      </w:r>
      <w:r>
        <w:rPr>
          <w:sz w:val="20"/>
        </w:rPr>
        <w:t>45:15  ek ek khuda ki yaad mein. to zikr basically ek conversion ka naam hai. art of conversion. zikr means to learn the art of conversion. woh kaise? un ko pani laya gaya, unhone pani ko piya. to unhone kaha ke tum ek glass pani pite ho. tumhari body mein pani jata</w:t>
      </w:r>
    </w:p>
    <w:p>
      <w:pPr>
        <w:pStyle w:val="Heading2"/>
      </w:pPr>
      <w:r>
        <w:t>Namaaz as spiritual ascension for the believer</w:t>
      </w:r>
    </w:p>
    <w:p>
      <w:r>
        <w:rPr>
          <w:color w:val="666666"/>
          <w:sz w:val="18"/>
        </w:rPr>
        <w:t>Islamic Prayer (English) February 27, 2007 · 25s · at 4:13 · https://youtu.be/7G6Wa2IGSwE?t=253</w:t>
      </w:r>
    </w:p>
    <w:p>
      <w:r>
        <w:rPr>
          <w:i/>
        </w:rPr>
        <w:t>“Namaaz is the mirage of a believer.”</w:t>
      </w:r>
    </w:p>
    <w:p>
      <w:r>
        <w:rPr>
          <w:sz w:val="20"/>
        </w:rPr>
        <w:t>4:13  there is a Hadith: الصلاة معراج المؤمنين Namaaz is the mirage of a believer</w:t>
      </w:r>
      <w:r>
        <w:br/>
      </w:r>
      <w:r>
        <w:rPr>
          <w:sz w:val="20"/>
        </w:rPr>
        <w:t>4:29  . Mirage means ascension. So Namaaz is like ascension</w:t>
      </w:r>
    </w:p>
    <w:p>
      <w:pPr>
        <w:pStyle w:val="Heading2"/>
      </w:pPr>
      <w:r>
        <w:t>Cannot attain righteousness without spending</w:t>
      </w:r>
    </w:p>
    <w:p>
      <w:r>
        <w:rPr>
          <w:color w:val="666666"/>
          <w:sz w:val="18"/>
        </w:rPr>
        <w:t>Spirit of Zakat I May 4, 2007 · 31s · at 9:02 · https://youtu.be/CSXO7LY_9cM?t=542</w:t>
      </w:r>
    </w:p>
    <w:p>
      <w:r>
        <w:rPr>
          <w:i/>
        </w:rPr>
        <w:t>“Lan tanalu al-birra hatta tunfiqu mimma tuhibboon”</w:t>
      </w:r>
    </w:p>
    <w:p>
      <w:r>
        <w:rPr>
          <w:sz w:val="20"/>
        </w:rPr>
        <w:t>9:02  n tanalu al bir hatta tunfiqu mimma tuhibbun.</w:t>
      </w:r>
      <w:r>
        <w:br/>
      </w:r>
      <w:r>
        <w:rPr>
          <w:sz w:val="20"/>
        </w:rPr>
        <w:t>9:09  yani tum neki ko nahi pa sakte jab tak tum apne mehboob maal ko khuda ke raste mein</w:t>
      </w:r>
      <w:r>
        <w:br/>
      </w:r>
      <w:r>
        <w:rPr>
          <w:sz w:val="20"/>
        </w:rPr>
        <w:t>9:15  kharch na karo.</w:t>
      </w:r>
      <w:r>
        <w:br/>
      </w:r>
      <w:r>
        <w:rPr>
          <w:sz w:val="20"/>
        </w:rPr>
        <w:t>9:21  yeh ek saari duniya mein ek maroof baat hai ke insaan ko paisa bohat aziz hota hai.</w:t>
      </w:r>
      <w:r>
        <w:br/>
      </w:r>
      <w:r>
        <w:rPr>
          <w:sz w:val="20"/>
        </w:rPr>
        <w:t>9:27  farsi ka ek misl hai ke</w:t>
      </w:r>
    </w:p>
    <w:p>
      <w:pPr>
        <w:pStyle w:val="Heading2"/>
      </w:pPr>
      <w:r>
        <w:t>Hajj Mabroor is misunderstood as merely accepted Hajj</w:t>
      </w:r>
    </w:p>
    <w:p>
      <w:r>
        <w:rPr>
          <w:color w:val="666666"/>
          <w:sz w:val="18"/>
        </w:rPr>
        <w:t>Haqeeqat-E-Hajj Book by Maulana Wahiduddin Khan · 37s · at 1:56:49 · https://youtu.be/fNuk7YC0jSM?t=7009</w:t>
      </w:r>
    </w:p>
    <w:p>
      <w:r>
        <w:rPr>
          <w:i/>
        </w:rPr>
        <w:t>“حج مبرور کو لوگ حج مقبول کے ہم معنی سمجھتے ہیں”</w:t>
      </w:r>
    </w:p>
    <w:p>
      <w:r>
        <w:rPr>
          <w:sz w:val="20"/>
        </w:rPr>
        <w:t>1:56:49  haj mabroor ko aksar log haj maqbool ke hum ma'ni samajhte hain halanke is ka matlab yeh hai ke aisa haj jis ke sath gunah shamil na ho.</w:t>
      </w:r>
      <w:r>
        <w:br/>
      </w:r>
      <w:r>
        <w:rPr>
          <w:sz w:val="20"/>
        </w:rPr>
        <w:t>1:57:05  al haj al ladhi la yukhalituhu ism hasan basri tabee ne kaha hai ke haj mabroor woh hai jis se aadmi is tarah lote ke woh duniya se be raghbat ho aur akhirat ka shoq is ke andar paida ho jaye.</w:t>
      </w:r>
    </w:p>
    <w:p>
      <w:pPr>
        <w:pStyle w:val="Heading2"/>
      </w:pPr>
      <w:r>
        <w:t>no true prayer without fear of God</w:t>
      </w:r>
    </w:p>
    <w:p>
      <w:r>
        <w:rPr>
          <w:color w:val="666666"/>
          <w:sz w:val="18"/>
        </w:rPr>
        <w:t>Islamic Prayer (English) February 27, 2007 · 27s · at 19:01 · https://youtu.be/7G6Wa2IGSwE?t=1141</w:t>
      </w:r>
    </w:p>
    <w:p>
      <w:r>
        <w:rPr>
          <w:i/>
        </w:rPr>
        <w:t>“Only that Namaaz is Namaaz in which there is Taqwa.”</w:t>
      </w:r>
    </w:p>
    <w:p>
      <w:r>
        <w:rPr>
          <w:sz w:val="20"/>
        </w:rPr>
        <w:t>19:01  There is a hadith, la salata liman lam yata khashsha</w:t>
      </w:r>
      <w:r>
        <w:br/>
      </w:r>
      <w:r>
        <w:rPr>
          <w:sz w:val="20"/>
        </w:rPr>
        <w:t>19:12  Only that Namaz is Namaz in which there is Taqwa. It means that without Taqwa, without fear of God, Namaz is nothing.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