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ethics · full transcripts with timestamps · exported 2026-09-21</w:t>
      </w:r>
    </w:p>
    <w:p>
      <w:pPr>
        <w:pStyle w:val="Heading2"/>
      </w:pPr>
      <w:r>
        <w:t>The real distinction: Islam vs. the Muslim version of Islam</w:t>
      </w:r>
    </w:p>
    <w:p>
      <w:r>
        <w:rPr>
          <w:color w:val="666666"/>
          <w:sz w:val="18"/>
        </w:rPr>
        <w:t>Is Islam in Danger, January 10, 2007 · 1m 36s · at 9:45 · https://youtu.be/1vrUjeA7508?t=585</w:t>
      </w:r>
    </w:p>
    <w:p>
      <w:r>
        <w:rPr>
          <w:i/>
        </w:rPr>
        <w:t>“میں بہت ہی سوچ سمجھ کر یہ بات کہہ رہا ہوں کہ اسلام خطرے میں نہیں ہے”</w:t>
      </w:r>
    </w:p>
    <w:p>
      <w:r>
        <w:rPr>
          <w:sz w:val="20"/>
        </w:rPr>
        <w:t>9:45  Dekhiye, main bohat hi soch samajh kar yeh baat keh raha hoon</w:t>
      </w:r>
      <w:r>
        <w:br/>
      </w:r>
      <w:r>
        <w:rPr>
          <w:sz w:val="20"/>
        </w:rPr>
        <w:t>9:53  Ke Islam khatre mein nahi hai. Islam ka Muslim version khatre mein hai.</w:t>
      </w:r>
      <w:r>
        <w:br/>
      </w:r>
      <w:r>
        <w:rPr>
          <w:sz w:val="20"/>
        </w:rPr>
        <w:t>10:07  Main phir dohrata hoon ke Islam yaani maujooda, aaj ki duniya mein, maujooda duniya mein, Islam khatre mein nahi hai.</w:t>
      </w:r>
      <w:r>
        <w:br/>
      </w:r>
      <w:r>
        <w:rPr>
          <w:sz w:val="20"/>
        </w:rPr>
        <w:t>10:20  Musalmanon ka, Musalmanon ne khud se jo Islam ka version banaya hai woh khatre mein hai.</w:t>
      </w:r>
      <w:r>
        <w:br/>
      </w:r>
      <w:r>
        <w:rPr>
          <w:sz w:val="20"/>
        </w:rPr>
        <w:t>10:30  Is baat ko samjhiye. Dekhiye, Islam kya hai?</w:t>
      </w:r>
      <w:r>
        <w:br/>
      </w:r>
      <w:r>
        <w:rPr>
          <w:sz w:val="20"/>
        </w:rPr>
        <w:t>10:35  Islam naam hai us deen ka jo Quran mein bataya gaya hai. Islam naam hai us deen ka jo Rasool Allah salallaho alaihi wasallam ne kar ke dikhaya.</w:t>
      </w:r>
      <w:r>
        <w:br/>
      </w:r>
      <w:r>
        <w:rPr>
          <w:sz w:val="20"/>
        </w:rPr>
        <w:t>10:46  Islam naam hai us deen ka jo Rasool Allah ke saathi ne apni zindagi mein apnaya. Aur iska record poori tarah maujood hai.</w:t>
      </w:r>
      <w:r>
        <w:br/>
      </w:r>
      <w:r>
        <w:rPr>
          <w:sz w:val="20"/>
        </w:rPr>
        <w:t>10:57  Lekin baat ko, yaani Abbasiyat daur se ek naya zamana shuru hua jabke logon ne khud se Islam ka ek version banana shuru kiya.</w:t>
      </w:r>
      <w:r>
        <w:br/>
      </w:r>
      <w:r>
        <w:rPr>
          <w:sz w:val="20"/>
        </w:rPr>
        <w:t>11:07  Khud se.</w:t>
      </w:r>
      <w:r>
        <w:br/>
      </w:r>
      <w:r>
        <w:rPr>
          <w:sz w:val="20"/>
        </w:rPr>
        <w:t>11:10  Yaani Quran aur Hadees aur Rasool Allah aur Ashab-e-Rasool ke zariye jo deen mila tha uske mutawazi ek deen banana shuru kiya.</w:t>
      </w:r>
    </w:p>
    <w:p>
      <w:pPr>
        <w:pStyle w:val="Heading2"/>
      </w:pPr>
      <w:r>
        <w:t>Religious honor culture is pre-Islamic ignorance, not Islam</w:t>
      </w:r>
    </w:p>
    <w:p>
      <w:r>
        <w:rPr>
          <w:color w:val="666666"/>
          <w:sz w:val="18"/>
        </w:rPr>
        <w:t>Don't Be Angry Culture January 15, 2012 · 47s · at 1:17:33 · https://youtu.be/NrA3X8y_FLY?t=4653</w:t>
      </w:r>
    </w:p>
    <w:p>
      <w:r>
        <w:rPr>
          <w:i/>
        </w:rPr>
        <w:t>“Deeni ghairat koi cheez nahi hai, nothing hai Islam mein”</w:t>
      </w:r>
    </w:p>
    <w:p>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Abu Bakr and the angry man</w:t>
      </w:r>
    </w:p>
    <w:p>
      <w:r>
        <w:rPr>
          <w:color w:val="666666"/>
          <w:sz w:val="18"/>
        </w:rPr>
        <w:t>Don't Be Angry Culture January 15, 2012 Maulana Wahiduddin Khan · 2m 42s · at 18:11 · https://youtu.be/rY1Ikwmwwdk?t=1091</w:t>
      </w:r>
    </w:p>
    <w:p>
      <w:r>
        <w:rPr>
          <w:i/>
        </w:rPr>
        <w:t>“Ek baar aisa hai ke Madine ke baahar ek aadmi mila Hazrat Abu Bakr ko”</w:t>
      </w:r>
    </w:p>
    <w:p>
      <w:r>
        <w:rPr>
          <w:sz w:val="20"/>
        </w:rPr>
        <w:t>18:11  ek baar aisa hai ke madine ke bahar ek aadmi mila Hazrat Abu Bakr ko.</w:t>
      </w:r>
      <w:r>
        <w:br/>
      </w:r>
      <w:r>
        <w:rPr>
          <w:sz w:val="20"/>
        </w:rPr>
        <w:t>18:20  to woh kisi baat par ghussa ho gaya tha. to Hazrat Umar Abu Bakr ko bura bhala kehne laga. bura bhala kehne laga.</w:t>
      </w:r>
      <w:r>
        <w:br/>
      </w:r>
      <w:r>
        <w:rPr>
          <w:sz w:val="20"/>
        </w:rPr>
        <w:t>18:31  to shuru mein Hazrat Abu Bakr chup chap sunte rahe. un ke andar jawab hi ghussa nahin aaya. wahan Rasool Allah bhi thay.</w:t>
      </w:r>
      <w:r>
        <w:br/>
      </w:r>
      <w:r>
        <w:rPr>
          <w:sz w:val="20"/>
        </w:rPr>
        <w:t>18:41  to kuch der tak sabr kiya Hazrat Abu Bakr ne. phir unhein bhi ghussa aa gaya. jawab bhi ghussa aa gaya. ab unhon ne is ka jawab dena shuru kar diya is aadmi ka.</w:t>
      </w:r>
      <w:r>
        <w:br/>
      </w:r>
      <w:r>
        <w:rPr>
          <w:sz w:val="20"/>
        </w:rPr>
        <w:t>18:55  to jaise hi Hazrat Abu Bakr bolay ghusse mein, to Rasool Allah wahan se chalay gaye.</w:t>
      </w:r>
      <w:r>
        <w:br/>
      </w:r>
      <w:r>
        <w:rPr>
          <w:sz w:val="20"/>
        </w:rPr>
        <w:t>19:06  ab baad ko Hazrat Abu Bakr milay Rasool Allah se ke aap kyun chalay gaye? jab tak woh bol raha tha, main chup tha, tab to aap thay wahan.</w:t>
      </w:r>
      <w:r>
        <w:br/>
      </w:r>
      <w:r>
        <w:rPr>
          <w:sz w:val="20"/>
        </w:rPr>
        <w:t>19:17  jab mujhe bhi thoda ghussa aa gaya, main bol diya to aap chalay gaye.</w:t>
      </w:r>
      <w:r>
        <w:br/>
      </w:r>
      <w:r>
        <w:rPr>
          <w:sz w:val="20"/>
        </w:rPr>
        <w:t>19:24  to Rasool Allah ne farmaya ke jab tak tum bol nahin rahay thay, chup thay, tab tak tumhari taraf se farishta jawab de raha tha.</w:t>
      </w:r>
      <w:r>
        <w:br/>
      </w:r>
      <w:r>
        <w:rPr>
          <w:sz w:val="20"/>
        </w:rPr>
        <w:t>19:37  aur jab tum bhi bol paray, tum ko bhi ghussa aa gaya, to farishta chala gaya. is liye main bhi wahan se chala gaya. dekhiye, is mein kya baat hai?</w:t>
      </w:r>
      <w:r>
        <w:br/>
      </w:r>
      <w:r>
        <w:rPr>
          <w:sz w:val="20"/>
        </w:rPr>
        <w:t>19:49  yeh koi mysterious baat nahin hai. yaani yeh na samjhiye ke mysterious hai yeh baat.</w:t>
      </w:r>
      <w:r>
        <w:br/>
      </w:r>
      <w:r>
        <w:rPr>
          <w:sz w:val="20"/>
        </w:rPr>
        <w:t>19:55  yeh bilkul rationally understandable hai. woh kaise? dekhiye, woh aadmi jab bol raha tha, bura bhala keh raha tha, aur Hazrat Abu Bakr chup thay, to is ka zamir is se keh raha tha ke tum kya kar rahay ho?</w:t>
      </w:r>
      <w:r>
        <w:br/>
      </w:r>
      <w:r>
        <w:rPr>
          <w:sz w:val="20"/>
        </w:rPr>
        <w:t>20:15  aise aadmi ko keh rahay ho jo masoom hai, chup chap hai, kuch kehta nahin, aur tum bolay chalay ja rahay ho is ko? to is ka zamir is ko malamat kar raha tha.</w:t>
      </w:r>
      <w:r>
        <w:br/>
      </w:r>
      <w:r>
        <w:rPr>
          <w:sz w:val="20"/>
        </w:rPr>
        <w:t>20:28  yani khud is aadmi ka zamir Hazrat Abu Bakr ki taraf se bol raha tha. To zamir ko activate karte hain farishtay. Yaad rakhiye, ek hai ego, ek hai zamir.</w:t>
      </w:r>
      <w:r>
        <w:br/>
      </w:r>
      <w:r>
        <w:rPr>
          <w:sz w:val="20"/>
        </w:rPr>
        <w:t>20:41  Ego aur conscience.</w:t>
      </w:r>
      <w:r>
        <w:br/>
      </w:r>
      <w:r>
        <w:rPr>
          <w:sz w:val="20"/>
        </w:rPr>
        <w:t>20:46  Ego ko activate karta hai shaitan. Aur zamir ko activate karte hain farishtay.</w:t>
      </w:r>
    </w:p>
    <w:p>
      <w:pPr>
        <w:pStyle w:val="Heading2"/>
      </w:pPr>
      <w:r>
        <w:t>Two categories of truth seekers</w:t>
      </w:r>
    </w:p>
    <w:p>
      <w:r>
        <w:rPr>
          <w:color w:val="666666"/>
          <w:sz w:val="18"/>
        </w:rPr>
        <w:t>How to Find Truth | August 8, 2007 · 2m 38s · at 9:23 · https://youtu.be/YaxWNPN2K5A?t=563</w:t>
      </w:r>
    </w:p>
    <w:p>
      <w:r>
        <w:rPr>
          <w:i/>
        </w:rPr>
        <w:t>“Two categories of people - those who compromise and those who continue seeking”</w:t>
      </w:r>
    </w:p>
    <w:p>
      <w:r>
        <w:rPr>
          <w:sz w:val="20"/>
        </w:rPr>
        <w:t>9:23  , and it is discontentment that inculcates seeking spirit.</w:t>
      </w:r>
      <w:r>
        <w:br/>
      </w:r>
      <w:r>
        <w:rPr>
          <w:sz w:val="20"/>
        </w:rPr>
        <w:t>9:34  Now, there are two categories of people.</w:t>
      </w:r>
      <w:r>
        <w:br/>
      </w:r>
      <w:r>
        <w:rPr>
          <w:sz w:val="20"/>
        </w:rPr>
        <w:t>9:45  One kind of people are those who</w:t>
      </w:r>
      <w:r>
        <w:br/>
      </w:r>
      <w:r>
        <w:rPr>
          <w:sz w:val="20"/>
        </w:rPr>
        <w:t>9:56  who compromise the situation.</w:t>
      </w:r>
      <w:r>
        <w:br/>
      </w:r>
      <w:r>
        <w:rPr>
          <w:sz w:val="20"/>
        </w:rPr>
        <w:t>10:06  They become earning animals, they adopt the ho-ha culture, they try to seek satisfaction in outing, shopping, and drinking.</w:t>
      </w:r>
      <w:r>
        <w:br/>
      </w:r>
      <w:r>
        <w:rPr>
          <w:sz w:val="20"/>
        </w:rPr>
        <w:t>10:17  So it is living below them</w:t>
      </w:r>
      <w:r>
        <w:br/>
      </w:r>
      <w:r>
        <w:rPr>
          <w:sz w:val="20"/>
        </w:rPr>
        <w:t>10:27  The human level.</w:t>
      </w:r>
      <w:r>
        <w:br/>
      </w:r>
      <w:r>
        <w:rPr>
          <w:sz w:val="20"/>
        </w:rPr>
        <w:t>10:33  It is living like an animal.</w:t>
      </w:r>
      <w:r>
        <w:br/>
      </w:r>
      <w:r>
        <w:rPr>
          <w:sz w:val="20"/>
        </w:rPr>
        <w:t>10:40  But the, so one category of people fall in this category.</w:t>
      </w:r>
      <w:r>
        <w:br/>
      </w:r>
      <w:r>
        <w:rPr>
          <w:sz w:val="20"/>
        </w:rPr>
        <w:t>10:46  One kind of people fall in this category.</w:t>
      </w:r>
      <w:r>
        <w:br/>
      </w:r>
      <w:r>
        <w:rPr>
          <w:sz w:val="20"/>
        </w:rPr>
        <w:t>10:52  deen the other people are do</w:t>
      </w:r>
      <w:r>
        <w:br/>
      </w:r>
      <w:r>
        <w:rPr>
          <w:sz w:val="20"/>
        </w:rPr>
        <w:t>10:58  who are not ready to compromise.</w:t>
      </w:r>
      <w:r>
        <w:br/>
      </w:r>
      <w:r>
        <w:rPr>
          <w:sz w:val="20"/>
        </w:rPr>
        <w:t>11:06  They continue their seeking.</w:t>
      </w:r>
      <w:r>
        <w:br/>
      </w:r>
      <w:r>
        <w:rPr>
          <w:sz w:val="20"/>
        </w:rPr>
        <w:t>11:15  They live in intellectual discontentment.</w:t>
      </w:r>
      <w:r>
        <w:br/>
      </w:r>
      <w:r>
        <w:rPr>
          <w:sz w:val="20"/>
        </w:rPr>
        <w:t>11:23  They are not ready to, to, to live in superficial culture, hooha culture, in gossips, in shopping and outing.</w:t>
      </w:r>
      <w:r>
        <w:br/>
      </w:r>
      <w:r>
        <w:rPr>
          <w:sz w:val="20"/>
        </w:rPr>
        <w:t>11:31  All these things are below their desires.</w:t>
      </w:r>
      <w:r>
        <w:br/>
      </w:r>
      <w:r>
        <w:rPr>
          <w:sz w:val="20"/>
        </w:rPr>
        <w:t>11:37  So they are not ready to compromise with these things.</w:t>
      </w:r>
      <w:r>
        <w:br/>
      </w:r>
      <w:r>
        <w:rPr>
          <w:sz w:val="20"/>
        </w:rPr>
        <w:t>11:43  It is this kind of people who are called seeker.</w:t>
      </w:r>
      <w:r>
        <w:br/>
      </w:r>
      <w:r>
        <w:rPr>
          <w:sz w:val="20"/>
        </w:rPr>
        <w:t>11:49  So I can say that the topic for this day is how to find truth.</w:t>
      </w:r>
      <w:r>
        <w:br/>
      </w:r>
      <w:r>
        <w:rPr>
          <w:sz w:val="20"/>
        </w:rPr>
        <w:t>11:55  I would like to say that</w:t>
      </w:r>
    </w:p>
    <w:p>
      <w:pPr>
        <w:pStyle w:val="Heading2"/>
      </w:pPr>
      <w:r>
        <w:t>Driving analogy, ego, and unawareness of awareness</w:t>
      </w:r>
    </w:p>
    <w:p>
      <w:r>
        <w:rPr>
          <w:color w:val="666666"/>
          <w:sz w:val="18"/>
        </w:rPr>
        <w:t>Principle of Avoidance in Islam I 12 Dec, 2010 - Maulana Wahiduddin Khan · 2m 34s · at 1:48 · https://youtu.be/LcEmPmf5es0?t=108</w:t>
      </w:r>
    </w:p>
    <w:p>
      <w:r>
        <w:rPr>
          <w:i/>
        </w:rPr>
        <w:t>“To is ko maine misaal di ke aap road par chaltay hain.”</w:t>
      </w:r>
    </w:p>
    <w:p>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r>
        <w:br/>
      </w:r>
      <w:r>
        <w:rPr>
          <w:sz w:val="20"/>
        </w:rPr>
        <w:t>2:43  to main ne kaha ke aap ek usool jis ko jaante hain road par, usi usool ko aap zindagi mein nahin jaante.</w:t>
      </w:r>
      <w:r>
        <w:br/>
      </w:r>
      <w:r>
        <w:rPr>
          <w:sz w:val="20"/>
        </w:rPr>
        <w:t>2:55  kyun ke aap ke saamne ek car hoti hai,</w:t>
      </w:r>
      <w:r>
        <w:br/>
      </w:r>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r>
        <w:br/>
      </w:r>
      <w:r>
        <w:rPr>
          <w:sz w:val="20"/>
        </w:rPr>
        <w:t>3:34  to aap dekhiye ke car jo hai mister non ego hai,</w:t>
      </w:r>
      <w:r>
        <w:br/>
      </w:r>
      <w:r>
        <w:rPr>
          <w:sz w:val="20"/>
        </w:rPr>
        <w:t>3:39  tab to aap ko problem nahin aata, bohat aasani se aap e'raaz karte hain.</w:t>
      </w:r>
      <w:r>
        <w:br/>
      </w:r>
      <w:r>
        <w:rPr>
          <w:sz w:val="20"/>
        </w:rPr>
        <w:t>3:46  aur jaise hi aap insaan se maamla pada to aap kehte hain ke e'raaz avoid kab tak karein? to main ne kaha ke wahi kijiye jo aap road par car mein chalte hue karte hain.</w:t>
      </w:r>
      <w:r>
        <w:br/>
      </w:r>
      <w:r>
        <w:rPr>
          <w:sz w:val="20"/>
        </w:rPr>
        <w:t>4:03  kyun ke apne jaanne se bekhabar hain aap. jis baat ko aap jaante hain road par safar ke maamle mein, usi ko aap nahin jaante insaan ke saath rehne ke maamle mein.</w:t>
      </w:r>
      <w:r>
        <w:br/>
      </w:r>
      <w:r>
        <w:rPr>
          <w:sz w:val="20"/>
        </w:rPr>
        <w:t>4:19  to yeh baat usey kehte hue mere dimaagh se ek ek naya jumla nikla jo</w:t>
      </w:r>
    </w:p>
    <w:p>
      <w:pPr>
        <w:pStyle w:val="Heading2"/>
      </w:pPr>
      <w:r>
        <w:t>Big Bang evidence in Quran</w:t>
      </w:r>
    </w:p>
    <w:p>
      <w:r>
        <w:rPr>
          <w:color w:val="666666"/>
          <w:sz w:val="18"/>
        </w:rPr>
        <w:t>Combined Efforts April 14, 2018 · 4m 16s · at 44:31 · https://youtu.be/0Sv4c7bEwX4?t=2671</w:t>
      </w:r>
    </w:p>
    <w:p>
      <w:r>
        <w:rPr>
          <w:i/>
        </w:rPr>
        <w:t>“Big Bang theory nearly established”</w:t>
      </w:r>
    </w:p>
    <w:p>
      <w:r>
        <w:rPr>
          <w:sz w:val="20"/>
        </w:rPr>
        <w:t>44:31  big bang theory jo hai,</w:t>
      </w:r>
      <w:r>
        <w:br/>
      </w:r>
      <w:r>
        <w:rPr>
          <w:sz w:val="20"/>
        </w:rPr>
        <w:t>44:34  ab nearly established ho chuki hai.</w:t>
      </w:r>
      <w:r>
        <w:br/>
      </w:r>
      <w:r>
        <w:rPr>
          <w:sz w:val="20"/>
        </w:rPr>
        <w:t>44:38  big bang theory</w:t>
      </w:r>
      <w:r>
        <w:br/>
      </w:r>
      <w:r>
        <w:rPr>
          <w:sz w:val="20"/>
        </w:rPr>
        <w:t>44:41  aur is mein aik recently jo add hua hai, aik bohat bara mamla woh yeh hai ke</w:t>
      </w:r>
      <w:r>
        <w:br/>
      </w:r>
      <w:r>
        <w:rPr>
          <w:sz w:val="20"/>
        </w:rPr>
        <w:t>44:49  yeh yeh discover hui hai yeh baat ke jab big bang hua to us ke</w:t>
      </w:r>
      <w:r>
        <w:br/>
      </w:r>
      <w:r>
        <w:rPr>
          <w:sz w:val="20"/>
        </w:rPr>
        <w:t>44:57  kuch rays niklein, woh aaj bhi preserve hain.</w:t>
      </w:r>
      <w:r>
        <w:br/>
      </w:r>
      <w:r>
        <w:rPr>
          <w:sz w:val="20"/>
        </w:rPr>
        <w:t>45:03  aaj bhi in ko yani dekha ja sakta hai ke is tareeqay se. to Quran mein hai ke اولم کفر ورسہ کانٹ۔</w:t>
      </w:r>
      <w:r>
        <w:br/>
      </w:r>
      <w:r>
        <w:rPr>
          <w:sz w:val="20"/>
        </w:rPr>
        <w:t>45:17  jab mein is ko parha, mein ne jaise mein hil gaya ke ke Khuda ke sath kon keh sakta tha ke roiyat ki satah par is ka is proof boleyon se kaise inkar karoge?</w:t>
      </w:r>
      <w:r>
        <w:br/>
      </w:r>
      <w:r>
        <w:rPr>
          <w:sz w:val="20"/>
        </w:rPr>
        <w:t>45:29  tum</w:t>
      </w:r>
      <w:r>
        <w:br/>
      </w:r>
      <w:r>
        <w:rPr>
          <w:sz w:val="20"/>
        </w:rPr>
        <w:t>45:33  big bang ke mani hain beginning of universe. to beginning of universe jo hui, aik aik aik dhamake se hui, explosion se.</w:t>
      </w:r>
      <w:r>
        <w:br/>
      </w:r>
      <w:r>
        <w:rPr>
          <w:sz w:val="20"/>
        </w:rPr>
        <w:t>45:45  to woh roiyat ki satah par nahi, observation ki satah par is ka proof maujood hai. tum kaise inkar karoge? yeh bilkul bhai se hil gaya, hil gaya.</w:t>
      </w:r>
      <w:r>
        <w:br/>
      </w:r>
      <w:r>
        <w:rPr>
          <w:sz w:val="20"/>
        </w:rPr>
        <w:t>45:58  yeh aayat ka tarjuma yeh hai: kya nahin dekha woh logon ne jo Khuda ka inkar karte hain? yani observation, observation ki satah par hmm, iska proof maujood hai.</w:t>
      </w:r>
      <w:r>
        <w:br/>
      </w:r>
      <w:r>
        <w:rPr>
          <w:sz w:val="20"/>
        </w:rPr>
        <w:t>46:11  hmm, phir bhi tum bekhabar ho is se. hmm, yeh main hil gaya bilkul. hmm, kaisa? hmm, sahi baat hai.</w:t>
      </w:r>
      <w:r>
        <w:br/>
      </w:r>
      <w:r>
        <w:rPr>
          <w:sz w:val="20"/>
        </w:rPr>
        <w:t>46:19  bilkul, iska tarjuma bataiye, is aayat ka tarjuma bataiye. Surah Al-Anbiya, chapter number 21, verse number 30.</w:t>
      </w:r>
      <w:r>
        <w:br/>
      </w:r>
      <w:r>
        <w:rPr>
          <w:sz w:val="20"/>
        </w:rPr>
        <w:t>46:29  awalam yar al-ladhina kafaroo anna al-samawati wal-ardi kanata ratqan fataqna-huma? Do not those who deny the truth see that the heaven and earth were joined together and that We then split them asunder?</w:t>
      </w:r>
      <w:r>
        <w:br/>
      </w:r>
      <w:r>
        <w:rPr>
          <w:sz w:val="20"/>
        </w:rPr>
        <w:t>46:46  yeh hila dene wala hai, yeh hila dene wala hai. Kya tum ne dekha nahin? Yani yeh taqreeban dedh hazar saal pehle yeh aayat utri thi is waqeye ki jo kuch bhi nahin janta tha insaan ke observation level par kahin is ka trace maujood hai.</w:t>
      </w:r>
      <w:r>
        <w:br/>
      </w:r>
      <w:r>
        <w:rPr>
          <w:sz w:val="20"/>
        </w:rPr>
        <w:t>47:12  trace</w:t>
      </w:r>
      <w:r>
        <w:br/>
      </w:r>
      <w:r>
        <w:rPr>
          <w:sz w:val="20"/>
        </w:rPr>
        <w:t>47:16  big bang ka trace maujood hai.</w:t>
      </w:r>
      <w:r>
        <w:br/>
      </w:r>
      <w:r>
        <w:rPr>
          <w:sz w:val="20"/>
        </w:rPr>
        <w:t>47:21  main is pe likha tha ke mazmoon is mein Islam aur asrar mein ehsan adna ke is mein qaul aql kya tha.</w:t>
      </w:r>
      <w:r>
        <w:br/>
      </w:r>
      <w:r>
        <w:rPr>
          <w:sz w:val="20"/>
        </w:rPr>
        <w:t>47:29  main ne: it is right saying the writing of God handwriting. It is right saying the handwriting of God.</w:t>
      </w:r>
      <w:r>
        <w:br/>
      </w:r>
      <w:r>
        <w:rPr>
          <w:sz w:val="20"/>
        </w:rPr>
        <w:t>47:43  ek scientist ka qaul tha is mein: it is right saying the handwriting of God. Phir bhi aap apne ego ke liye baith rahe hain to aap zyada be bekhabar kaun hain?</w:t>
      </w:r>
      <w:r>
        <w:br/>
      </w:r>
      <w:r>
        <w:rPr>
          <w:sz w:val="20"/>
        </w:rPr>
        <w:t>47:58  poori universe kahegi ke tumhari ego baad mein jaaye. Tumhari ego ki value kya hai? Poori universe chalayegi ke tumhari ego ki value kya hai?</w:t>
      </w:r>
      <w:r>
        <w:br/>
      </w:r>
      <w:r>
        <w:rPr>
          <w:sz w:val="20"/>
        </w:rPr>
        <w:t>48:10  tum ho kya? Hamari ego ko poori universe be little kar rahi hai. Be little!</w:t>
      </w:r>
      <w:r>
        <w:br/>
      </w:r>
      <w:r>
        <w:rPr>
          <w:sz w:val="20"/>
        </w:rPr>
        <w:t>48:18  Hamari ego ko poori universe be little kar rahi hai.</w:t>
      </w:r>
    </w:p>
    <w:p>
      <w:pPr>
        <w:pStyle w:val="Heading2"/>
      </w:pPr>
      <w:r>
        <w:t>Islam in Daily Life is gratitude</w:t>
      </w:r>
    </w:p>
    <w:p>
      <w:r>
        <w:rPr>
          <w:color w:val="666666"/>
          <w:sz w:val="18"/>
        </w:rPr>
        <w:t>Islam in Daily Life I 26 Dec, 2010 - Maulana Wahiduddin Khan · 30s · at 57:19 · https://youtu.be/S7ahMQ1iyp0?t=3439</w:t>
      </w:r>
    </w:p>
    <w:p>
      <w:r>
        <w:rPr>
          <w:i/>
        </w:rPr>
        <w:t>“Yeh hai Islam in Daily Life ka matlab”</w:t>
      </w:r>
    </w:p>
    <w:p>
      <w:r>
        <w:rPr>
          <w:sz w:val="20"/>
        </w:rPr>
        <w:t>57:19  to yeh hai islam in day life ka matlab. islam in day life yaad rahe, koi ritual mein jeene ka naam nahin hai.</w:t>
      </w:r>
      <w:r>
        <w:br/>
      </w:r>
      <w:r>
        <w:rPr>
          <w:sz w:val="20"/>
        </w:rPr>
        <w:t>57:29  kuch rituals nahin hain, kuch subah kar lo, sham kar lo, rituals nahin. shukr ke samandar mein ghota lagane ka naam hai.</w:t>
      </w:r>
      <w:r>
        <w:br/>
      </w:r>
      <w:r>
        <w:rPr>
          <w:sz w:val="20"/>
        </w:rPr>
        <w:t>57:42  apne andar jannati shakhsiyat banane ka naam hai.</w:t>
      </w:r>
    </w:p>
    <w:p>
      <w:pPr>
        <w:pStyle w:val="Heading2"/>
      </w:pPr>
      <w:r>
        <w:t>The golden rule as the simplest universal moral teaching</w:t>
      </w:r>
    </w:p>
    <w:p>
      <w:r>
        <w:rPr>
          <w:color w:val="666666"/>
          <w:sz w:val="18"/>
        </w:rPr>
        <w:t>Ethical Values in Islam, June 19, 2008 · 2m 57s · at 2:49 · https://youtu.be/2yPff80nSBY?t=169</w:t>
      </w:r>
    </w:p>
    <w:p>
      <w:r>
        <w:rPr>
          <w:i/>
        </w:rPr>
        <w:t>“A very basic human value exists in every religion”</w:t>
      </w:r>
    </w:p>
    <w:p>
      <w:r>
        <w:rPr>
          <w:sz w:val="20"/>
        </w:rPr>
        <w:t>2:49  jaise misaal ke taur par dekhiye, ek bohat hi basic human value jo hai, har mazhab mein hai. Woh Quran mein hai, woh Gita mein hai, woh Bible mein hai.</w:t>
      </w:r>
      <w:r>
        <w:br/>
      </w:r>
      <w:r>
        <w:rPr>
          <w:sz w:val="20"/>
        </w:rPr>
        <w:t>3:01  woh kya? Woh yeh hai ke jo kuch tum apne liye pasand karte ho, wahi doosre ke liye pasand karo.</w:t>
      </w:r>
      <w:r>
        <w:br/>
      </w:r>
      <w:r>
        <w:rPr>
          <w:sz w:val="20"/>
        </w:rPr>
        <w:t>3:20  jo cheez tumhe khud napasanad ho, us ko doosre ke liye bhi napasanad samjho.</w:t>
      </w:r>
      <w:r>
        <w:br/>
      </w:r>
      <w:r>
        <w:rPr>
          <w:sz w:val="20"/>
        </w:rPr>
        <w:t>3:29  isi ko shayar ne kaha tha ke na karo kisi se, na karo bhool kar kisi se tum sulook aisa ke jo tum se koi karta tumhein nagawar hota.</w:t>
      </w:r>
      <w:r>
        <w:br/>
      </w:r>
      <w:r>
        <w:rPr>
          <w:sz w:val="20"/>
        </w:rPr>
        <w:t>3:49  to yeh dekhiye, sab se zyada main samajhta hoon ke sab se zyada sada yeh teaching hai.</w:t>
      </w:r>
      <w:r>
        <w:br/>
      </w:r>
      <w:r>
        <w:rPr>
          <w:sz w:val="20"/>
        </w:rPr>
        <w:t>4:03  kyun? Har aadmi ko pata hai ke mujhe kya pasand hai, kya pasand nahi hai.</w:t>
      </w:r>
      <w:r>
        <w:br/>
      </w:r>
      <w:r>
        <w:rPr>
          <w:sz w:val="20"/>
        </w:rPr>
        <w:t>4:10  koi chahe padha likha ho, be padha likha ho, poor ho, rich ho, dekhne wala ho, be aankh wala ho, koi bhi, koi bhi, koi bhi.</w:t>
      </w:r>
      <w:r>
        <w:br/>
      </w:r>
      <w:r>
        <w:rPr>
          <w:sz w:val="20"/>
        </w:rPr>
        <w:t>4:23  har ek ko yeh pata hai ke mujhe kya acha lagta hai aur mujhe kya acha nahi lagta.</w:t>
      </w:r>
      <w:r>
        <w:br/>
      </w:r>
      <w:r>
        <w:rPr>
          <w:sz w:val="20"/>
        </w:rPr>
        <w:t>4:31  misalan mere bare mein koi, koi mujhe, misalan mujhe koi badnaam kare, jis ko kehte hain character assassination, to kis ko acha lagega?</w:t>
      </w:r>
      <w:r>
        <w:br/>
      </w:r>
      <w:r>
        <w:rPr>
          <w:sz w:val="20"/>
        </w:rPr>
        <w:t>4:46  sab ko bura lagega. To mujhe bura lagta hai jab mera koi, jis ko kehte hain Urdu mein kardar kashi, character assassination, koi kare,</w:t>
      </w:r>
      <w:r>
        <w:br/>
      </w:r>
      <w:r>
        <w:rPr>
          <w:sz w:val="20"/>
        </w:rPr>
        <w:t>4:59  mere par aib lagaye, to mujhe bura lagta hai. To isi se samajhna chahiye ke doosre ko bura lagega. Aise hi dekhiye, kisi se maamla hua, time par us ne paisa ada kar diya,</w:t>
      </w:r>
      <w:r>
        <w:br/>
      </w:r>
      <w:r>
        <w:rPr>
          <w:sz w:val="20"/>
        </w:rPr>
        <w:t>5:16  theek theek jo terms and conditions jo tay hui theen, us ke mutabiq us ne sari dealing ki, to hum ko bara acha lagega. To hum bhi doosre ke sath aise hi karein.</w:t>
      </w:r>
      <w:r>
        <w:br/>
      </w:r>
      <w:r>
        <w:rPr>
          <w:sz w:val="20"/>
        </w:rPr>
        <w:t>5:30  jab wada ho jaye to us ko poora karen. jo conditions tay ho jayen, us ko hum poora karen. to yeh bohat hi simple tareeqa hai yeh janney ka ke basic human value kya hai.</w:t>
      </w:r>
    </w:p>
    <w:p>
      <w:pPr>
        <w:pStyle w:val="Heading2"/>
      </w:pPr>
      <w:r>
        <w:t>Prayer as alternative to complaint</w:t>
      </w:r>
    </w:p>
    <w:p>
      <w:r>
        <w:rPr>
          <w:color w:val="666666"/>
          <w:sz w:val="18"/>
        </w:rPr>
        <w:t>From the Spiritual Tree 20 February 2011 - Maulana Wahiduddin Khan · 24s · at 52:06 · https://youtu.be/FpBLnD-xv6A?t=3126</w:t>
      </w:r>
    </w:p>
    <w:p>
      <w:r>
        <w:rPr>
          <w:i/>
        </w:rPr>
        <w:t>“Shikayat ka alternative dua hai”</w:t>
      </w:r>
    </w:p>
    <w:p>
      <w:r>
        <w:rPr>
          <w:sz w:val="20"/>
        </w:rPr>
        <w:t>52:06  shikayat ka alternative dua hai. jahan aap dekhen ke aap ko koi cheez pasand nahi aa rahi hai aur aap ke andar shikayat develop ho rahi hai, to jaldi se dua kijiye.</w:t>
      </w:r>
      <w:r>
        <w:br/>
      </w:r>
      <w:r>
        <w:rPr>
          <w:sz w:val="20"/>
        </w:rPr>
        <w:t>52:21  dua alternative hai shikayat ka. dua alternative hai negative thinking ka. dua alternative hai protest ka.</w:t>
      </w:r>
    </w:p>
    <w:p>
      <w:pPr>
        <w:pStyle w:val="Heading2"/>
      </w:pPr>
      <w:r>
        <w:t>Complete teaching on the meaning and discovery of gratitude</w:t>
      </w:r>
    </w:p>
    <w:p>
      <w:r>
        <w:rPr>
          <w:color w:val="666666"/>
          <w:sz w:val="18"/>
        </w:rPr>
        <w:t>Importance of Shukr (Thankfulness) July 24, 2022 · 4m 59s · at 0:22 · https://youtu.be/MgWNIv0k1sk?t=22</w:t>
      </w:r>
    </w:p>
    <w:p>
      <w:r>
        <w:rPr>
          <w:i/>
        </w:rPr>
        <w:t>“Shukr guzari poore deen ka khulasa hai”</w:t>
      </w:r>
    </w:p>
    <w:p>
      <w:r>
        <w:rPr>
          <w:sz w:val="20"/>
        </w:rPr>
        <w:t>0:22  shukr guzari poore deen ka khulasa hai. quran mein bar bar mukhtalif andaaz mein is ki taakeed ki gayi hai, hatta shukr ko bari hikmat bataya gaya hai.</w:t>
      </w:r>
      <w:r>
        <w:br/>
      </w:r>
      <w:r>
        <w:rPr>
          <w:sz w:val="20"/>
        </w:rPr>
        <w:t>0:36  quran mein aaya hai ke hum ne luqman ko hikmat ata ki ke woh allah ka shukr kare. jo shakhs allah ka shukr karta hai, woh asal mein apne liye hi shukr karta hai, aur jo nashukri karega to allah be niaz hai, khoobi wala hai.</w:t>
      </w:r>
      <w:r>
        <w:br/>
      </w:r>
      <w:r>
        <w:rPr>
          <w:sz w:val="20"/>
        </w:rPr>
        <w:t>0:54  to chaliye aaj baat cheet karte hain shukr par farida apa ke sath. assalam o alaikum apa, kaisi hain aap? waalaikum assalam, aap theek hain?</w:t>
      </w:r>
      <w:r>
        <w:br/>
      </w:r>
      <w:r>
        <w:rPr>
          <w:sz w:val="20"/>
        </w:rPr>
        <w:t>1:03  ji alhamdulillah.</w:t>
      </w:r>
      <w:r>
        <w:br/>
      </w:r>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p>
    <w:p>
      <w:pPr>
        <w:pStyle w:val="Heading2"/>
      </w:pPr>
      <w:r>
        <w:t>Example of patience at home: servant drops food</w:t>
      </w:r>
    </w:p>
    <w:p>
      <w:r>
        <w:rPr>
          <w:color w:val="666666"/>
          <w:sz w:val="18"/>
        </w:rPr>
        <w:t>Religious Understanding October 18, 2015 Maulana Wahiduddin Khan · 56s · at 48:01 · https://youtu.be/yt5TAVhva6E?t=2881</w:t>
      </w:r>
    </w:p>
    <w:p>
      <w:r>
        <w:rPr>
          <w:i/>
        </w:rPr>
        <w:t>“Main ek sahib ke ghar par, unhon ne mujhe bulaaya khaane par.”</w:t>
      </w:r>
    </w:p>
    <w:p>
      <w:r>
        <w:rPr>
          <w:sz w:val="20"/>
        </w:rPr>
        <w:t>48:01  main aik sahib ke ghar par, unhon ne mujhe bulaya khane par. khane par main tha, kuch aur log thay. to un ka aik servant tha, woh khana la raha tha.</w:t>
      </w:r>
      <w:r>
        <w:br/>
      </w:r>
      <w:r>
        <w:rPr>
          <w:sz w:val="20"/>
        </w:rPr>
        <w:t>48:15  to khana woh laya to koi salan tha, koi shorbay dar salan. aisay hi us ko baray bartan jo hota hai, jis ko kehtay hain qab, us mein la raha tha.</w:t>
      </w:r>
      <w:r>
        <w:br/>
      </w:r>
      <w:r>
        <w:rPr>
          <w:sz w:val="20"/>
        </w:rPr>
        <w:t>48:29  to woh aisa hua ke jab woh ghar ke jo malik thay, un ke paas pohancha tha, woh gir gaya.</w:t>
      </w:r>
      <w:r>
        <w:br/>
      </w:r>
      <w:r>
        <w:rPr>
          <w:sz w:val="20"/>
        </w:rPr>
        <w:t>48:39  to sara salan isi ke sar pe gir gaya. ghar ke malik jo thay, sara sherwani pehray hue thay, sara woh.</w:t>
      </w:r>
      <w:r>
        <w:br/>
      </w:r>
      <w:r>
        <w:rPr>
          <w:sz w:val="20"/>
        </w:rPr>
        <w:t>48:51  to woh muskurah kar reh gay. woh shayad servant nahin tha, un ka beta hi tha.</w:t>
      </w:r>
    </w:p>
    <w:p>
      <w:pPr>
        <w:pStyle w:val="Heading2"/>
      </w:pPr>
      <w:r>
        <w:t>Muslims lost realistic approach</w:t>
      </w:r>
    </w:p>
    <w:p>
      <w:r>
        <w:rPr>
          <w:color w:val="666666"/>
          <w:sz w:val="18"/>
        </w:rPr>
        <w:t>Realistic Approach March 30, 2014 Maulana Wahiduddin Khan · 47s · at 0:59 · https://youtu.be/K36UonBsGlA?t=59</w:t>
      </w:r>
    </w:p>
    <w:p>
      <w:r>
        <w:rPr>
          <w:i/>
        </w:rPr>
        <w:t>“The biggest problem of Muslims today is not oppression.”</w:t>
      </w:r>
    </w:p>
    <w:p>
      <w:r>
        <w:rPr>
          <w:sz w:val="20"/>
        </w:rPr>
        <w:t>0:59  mere mutale'ay ke mutabiq aaj ke musalmanon mein jo sab se bara musalmanon ka jo sab se bara masla hai woh na doosron ka zulm hai,</w:t>
      </w:r>
      <w:r>
        <w:br/>
      </w:r>
      <w:r>
        <w:rPr>
          <w:sz w:val="20"/>
        </w:rPr>
        <w:t>1:14  na doosron ki Conspiracy hai,</w:t>
      </w:r>
      <w:r>
        <w:br/>
      </w:r>
      <w:r>
        <w:rPr>
          <w:sz w:val="20"/>
        </w:rPr>
        <w:t>1:18  na So-called Islamophobia hai, yeh sab jhooti baatein hain. Asal masla musalmanon ka yeh hai ke unhon ne haqeeqat pasandi ko kho diya hai.</w:t>
      </w:r>
      <w:r>
        <w:br/>
      </w:r>
      <w:r>
        <w:rPr>
          <w:sz w:val="20"/>
        </w:rPr>
        <w:t>1:34  yaani Realistic Thinking un ke andar bilkul nahi hai. Maujood nahi hai is liye se. Na Angrezi daanon walon mein, na Arabi daanon walon mein.</w:t>
      </w:r>
    </w:p>
    <w:p>
      <w:pPr>
        <w:pStyle w:val="Heading2"/>
      </w:pPr>
      <w:r>
        <w:t>Palestine and Kashmir rejection of partition leads to loss</w:t>
      </w:r>
    </w:p>
    <w:p>
      <w:r>
        <w:rPr>
          <w:color w:val="666666"/>
          <w:sz w:val="18"/>
        </w:rPr>
        <w:t>Principle of Avoidance in Islam I 12 Dec, 2010 - Maulana Wahiduddin Khan · 4m 06s · at 24:41 · https://youtu.be/LcEmPmf5es0?t=1481</w:t>
      </w:r>
    </w:p>
    <w:p>
      <w:r>
        <w:rPr>
          <w:i/>
        </w:rPr>
        <w:t>“Aaj kal ye Israel ka jo masla hai.”</w:t>
      </w:r>
    </w:p>
    <w:p>
      <w:r>
        <w:rPr>
          <w:sz w:val="20"/>
        </w:rPr>
        <w:t>24:41  aaj kal yeh is Israel ka jo masla hai, Israel ka, Arab ka. tou tamam Arab ka kya maang hai? kya kehte hain woh?</w:t>
      </w:r>
      <w:r>
        <w:br/>
      </w:r>
      <w:r>
        <w:rPr>
          <w:sz w:val="20"/>
        </w:rPr>
        <w:t>24:50  keh Israel jo hai ninety six seven ki had per wapas jaye. ninety six seven woh had hai keh jahan</w:t>
      </w:r>
      <w:r>
        <w:br/>
      </w:r>
      <w:r>
        <w:rPr>
          <w:sz w:val="20"/>
        </w:rPr>
        <w:t>24:59  Balfour jo commission tha us ne jo partition kiya tha. partition mein us ne roughly aadha aadha de diya tha. aadha Arabon ko, aadha jo ko.</w:t>
      </w:r>
      <w:r>
        <w:br/>
      </w:r>
      <w:r>
        <w:rPr>
          <w:sz w:val="20"/>
        </w:rPr>
        <w:t>25:11  woh hai ninety seven, ninety sixty seven ki had.</w:t>
      </w:r>
      <w:r>
        <w:br/>
      </w:r>
      <w:r>
        <w:rPr>
          <w:sz w:val="20"/>
        </w:rPr>
        <w:t>25:16  aadha un ke paas, aadha un ke paas. to ab to arabon ke paas kuch bhi nahi hai. thoda sa yani do thode, do chhote chhote tukde hain.</w:t>
      </w:r>
      <w:r>
        <w:br/>
      </w:r>
      <w:r>
        <w:rPr>
          <w:sz w:val="20"/>
        </w:rPr>
        <w:t>25:31  un ke paas do chhote chhote tukde hain bas. ek ghaza patti hai, ek ariha hai.</w:t>
      </w:r>
      <w:r>
        <w:br/>
      </w:r>
      <w:r>
        <w:rPr>
          <w:sz w:val="20"/>
        </w:rPr>
        <w:t>25:38  to saare arab duniya kya kehti hai? ke israel sixity seven ki had par wapas jaye. yahan par ek sawal yeh hai ke ninty forty eight mein jab partition hua tha to wahi to mila hua tha aap ko.</w:t>
      </w:r>
      <w:r>
        <w:br/>
      </w:r>
      <w:r>
        <w:rPr>
          <w:sz w:val="20"/>
        </w:rPr>
        <w:t>25:55  is waqt kyun nahi qabool kar liya aap ne?</w:t>
      </w:r>
      <w:r>
        <w:br/>
      </w:r>
      <w:r>
        <w:rPr>
          <w:sz w:val="20"/>
        </w:rPr>
        <w:t>25:59  jis cheez ki mang aaj aap kar rahe hain saath baras ke baad wo to aap ko mila hi hua tha. forty eight mein. to kyun nahi qabool kiya aap ne?</w:t>
      </w:r>
      <w:r>
        <w:br/>
      </w:r>
      <w:r>
        <w:rPr>
          <w:sz w:val="20"/>
        </w:rPr>
        <w:t>26:09  to us waqt josh mein the wo. hum yahood ko nikal den yahan se.</w:t>
      </w:r>
      <w:r>
        <w:br/>
      </w:r>
      <w:r>
        <w:rPr>
          <w:sz w:val="20"/>
        </w:rPr>
        <w:t>26:15  narmi fi al-bahr. to yeh kya tha? yeh haqeeqat ke khilaf chalna tha. avoidance ka matlab hai realistic approach.</w:t>
      </w:r>
      <w:r>
        <w:br/>
      </w:r>
      <w:r>
        <w:rPr>
          <w:sz w:val="20"/>
        </w:rPr>
        <w:t>26:28  realism.</w:t>
      </w:r>
      <w:r>
        <w:br/>
      </w:r>
      <w:r>
        <w:rPr>
          <w:sz w:val="20"/>
        </w:rPr>
        <w:t>26:33  ek martaba ek ek sahib, ek professor sahib ne mujh se poocha islam ka matlab. unhone kaha islam means realism. to bohat taajjub un ko hua.</w:t>
      </w:r>
      <w:r>
        <w:br/>
      </w:r>
      <w:r>
        <w:rPr>
          <w:sz w:val="20"/>
        </w:rPr>
        <w:t>26:42  sahib means realism.</w:t>
      </w:r>
      <w:r>
        <w:br/>
      </w:r>
      <w:r>
        <w:rPr>
          <w:sz w:val="20"/>
        </w:rPr>
        <w:t>26:48  realism matlab yeh hai ke aap jo Allah taala ka creation plan hai us ko manna. wo yeh hai ke har ek apni dor laga raha hai, har ek kahin na kahin aap ko challenge de raha hai.</w:t>
      </w:r>
      <w:r>
        <w:br/>
      </w:r>
      <w:r>
        <w:rPr>
          <w:sz w:val="20"/>
        </w:rPr>
        <w:t>27:02  to aap is ka kya karenge? ladenge?</w:t>
      </w:r>
      <w:r>
        <w:br/>
      </w:r>
      <w:r>
        <w:rPr>
          <w:sz w:val="20"/>
        </w:rPr>
        <w:t>27:06  kahin aap sulah karenge, kahin avoid karenge, kahin baat cheet karenge? to dekhiye ninty forty eight mein agar arabon ne us waqt ke status quo kama liya hota to kuch bhi nahi hota.</w:t>
      </w:r>
      <w:r>
        <w:br/>
      </w:r>
      <w:r>
        <w:rPr>
          <w:sz w:val="20"/>
        </w:rPr>
        <w:t>27:22  kuch nahi chhinata un se.</w:t>
      </w:r>
      <w:r>
        <w:br/>
      </w:r>
      <w:r>
        <w:rPr>
          <w:sz w:val="20"/>
        </w:rPr>
        <w:t>27:25  na jaan maal ka nuqsan hota. na zillat hoti.</w:t>
      </w:r>
      <w:r>
        <w:br/>
      </w:r>
      <w:r>
        <w:rPr>
          <w:sz w:val="20"/>
        </w:rPr>
        <w:t>27:33  aaraaz ka matlab hai status quo kama lena. reality ko kama lena. to acceptance of status quo yahi hai realism, yahi hai islam.</w:t>
      </w:r>
      <w:r>
        <w:br/>
      </w:r>
      <w:r>
        <w:rPr>
          <w:sz w:val="20"/>
        </w:rPr>
        <w:t>27:46  is ke siwa jo hai wo zillat hai, nakami hai, nuqsan hai.</w:t>
      </w:r>
      <w:r>
        <w:br/>
      </w:r>
      <w:r>
        <w:rPr>
          <w:sz w:val="20"/>
        </w:rPr>
        <w:t>27:55  to farsi ka sher hai ke aanche daana kunat, kunat nadaan, leek baadesh kharabi besyaar. yani jo</w:t>
      </w:r>
      <w:r>
        <w:br/>
      </w:r>
      <w:r>
        <w:rPr>
          <w:sz w:val="20"/>
        </w:rPr>
        <w:t>28:10  jo samajhdar aadmi karta hai wahi be samajh bhi karta hai lekin tabahi ke baad. to agar arabon ne ninty forty eight mein maan liya hota ke theek hai balfour ne jo partition kiya us ko aap mante hain.</w:t>
      </w:r>
      <w:r>
        <w:br/>
      </w:r>
      <w:r>
        <w:rPr>
          <w:sz w:val="20"/>
        </w:rPr>
        <w:t>28:26  to aadha un ke paas falasteen hota. is aadhe mein yerushalayim sara ka sara shamil tha. aqsa sari ki sari shamil thi.</w:t>
      </w:r>
      <w:r>
        <w:br/>
      </w:r>
      <w:r>
        <w:rPr>
          <w:sz w:val="20"/>
        </w:rPr>
        <w:t>28:34  ab lad gaye, lad gaye. kya hai? aaj kuch bhi nahi hai. kehte hain ke wahi dobara kehte hain ke wo hamein diya jaye. to koi dene wala nahi hai. yahi kashmir ka muamla hai.</w:t>
      </w:r>
    </w:p>
    <w:p>
      <w:pPr>
        <w:pStyle w:val="Heading2"/>
      </w:pPr>
      <w:r>
        <w:t>Living evil vs dead evil: the Kaaba curtain story</w:t>
      </w:r>
    </w:p>
    <w:p>
      <w:r>
        <w:rPr>
          <w:color w:val="666666"/>
          <w:sz w:val="18"/>
        </w:rPr>
        <w:t>Problem and Shukr March 15, 2015 · 1m 49s · at 47:46 · https://youtu.be/SPBsXjH1hzM?t=2866</w:t>
      </w:r>
    </w:p>
    <w:p>
      <w:r>
        <w:rPr>
          <w:i/>
        </w:rPr>
        <w:t>“Ek hai living evil, ek hai dead evil”</w:t>
      </w:r>
    </w:p>
    <w:p>
      <w:r>
        <w:rPr>
          <w:sz w:val="20"/>
        </w:rPr>
        <w:t>47:46  aik hai living evil, aik hai dead evil. main aap ko misaal deta hoon.</w:t>
      </w:r>
      <w:r>
        <w:br/>
      </w:r>
      <w:r>
        <w:rPr>
          <w:sz w:val="20"/>
        </w:rPr>
        <w:t>47:53  rasool allah ne jab makkah fateh kiya aur kaaba par aap ko poora ikhtiyar hasil ho gaya to us waqt kaaba ke oopar aik parda dala hua tha.</w:t>
      </w:r>
      <w:r>
        <w:br/>
      </w:r>
      <w:r>
        <w:rPr>
          <w:sz w:val="20"/>
        </w:rPr>
        <w:t>48:05  aik parda, yeh parda mushrikeen ne dala tha. yani mushrikeen ka paisa, mushrikeen ki sab kuch mushrikeen ka tha, woh is dala hua tha.</w:t>
      </w:r>
      <w:r>
        <w:br/>
      </w:r>
      <w:r>
        <w:rPr>
          <w:sz w:val="20"/>
        </w:rPr>
        <w:t>48:17  aaj kal jo mizaj hai musalmanon ka, kya kahengay? yeh mushrikeen ka parda hai, is ko hatao. rasool allah ne nahi hataya is ko, kyunke ab woh, ab woh un ka iqtadar khatm ho gaya tha.</w:t>
      </w:r>
      <w:r>
        <w:br/>
      </w:r>
      <w:r>
        <w:rPr>
          <w:sz w:val="20"/>
        </w:rPr>
        <w:t>48:29  ab woh koi living problem hi tha, woh parda.</w:t>
      </w:r>
      <w:r>
        <w:br/>
      </w:r>
      <w:r>
        <w:rPr>
          <w:sz w:val="20"/>
        </w:rPr>
        <w:t>48:33  baad ko kya hua ke aik عورت wahan par, woh jo dhool dena, woh loban jala kar kya karte hain, woh wahan kar rahi thi.</w:t>
      </w:r>
      <w:r>
        <w:br/>
      </w:r>
      <w:r>
        <w:rPr>
          <w:sz w:val="20"/>
        </w:rPr>
        <w:t>48:43  is se parde mein aag lag gayi to parda jal gaya to ab aik aik aik aik real problem ban gaya ke parde ko doosray replace kiya jaye.</w:t>
      </w:r>
      <w:r>
        <w:br/>
      </w:r>
      <w:r>
        <w:rPr>
          <w:sz w:val="20"/>
        </w:rPr>
        <w:t>48:55  to jab tak parda koi problem, yani koi living evil nahi tha, us waqt aap ne is waqe rakha. aur jab dekha ke parda to jal gaya to ab aik naya parda dalna hai, to phir aap ne wahan par aik naya parda dhalwaya.</w:t>
      </w:r>
      <w:r>
        <w:br/>
      </w:r>
      <w:r>
        <w:rPr>
          <w:sz w:val="20"/>
        </w:rPr>
        <w:t>49:09  to is baat ko bohat, yani aur bhi misalein hain is ki ke islam living living evil ko problem samajhta hai, dead evil ko islam problem nahi samajhta.</w:t>
      </w:r>
      <w:r>
        <w:br/>
      </w:r>
      <w:r>
        <w:rPr>
          <w:sz w:val="20"/>
        </w:rPr>
        <w:t>49:23  dead evil ko nazar andaz karna yeh islam ka tareeqa hai, aur living evil ke baray mein ab sochna paray ga hamein ke hum kya kya karein. hmm.</w:t>
      </w:r>
    </w:p>
    <w:p>
      <w:pPr>
        <w:pStyle w:val="Heading2"/>
      </w:pPr>
      <w:r>
        <w:t>Trouble is blessing</w:t>
      </w:r>
    </w:p>
    <w:p>
      <w:r>
        <w:rPr>
          <w:color w:val="666666"/>
          <w:sz w:val="18"/>
        </w:rPr>
        <w:t>Q&amp;A 08 July 2007 - Maulana Wahiduddin Khan · 30s · at 17:54 · https://youtu.be/k921gOjkIaw?t=1074</w:t>
      </w:r>
    </w:p>
    <w:p>
      <w:r>
        <w:rPr>
          <w:i/>
        </w:rPr>
        <w:t>“Jo trouble mein hai, wahi zyada blessing mein hai.”</w:t>
      </w:r>
    </w:p>
    <w:p>
      <w:r>
        <w:rPr>
          <w:sz w:val="20"/>
        </w:rPr>
        <w:t>17:54  dekhen, yeh toh ek myth hai, jo trouble mein hai, wahi zyada blessing mein hai. aur jo affluence mein hai, woh sab zyada buri halat mein hai.</w:t>
      </w:r>
      <w:r>
        <w:br/>
      </w:r>
      <w:r>
        <w:rPr>
          <w:sz w:val="20"/>
        </w:rPr>
        <w:t>18:05  aap ne shayad logon se mulaqaten nahi ki hain. mujh ko le chaliye aap kisi bhi rich aadmi ke paas, yahi delhi mein. aur main bataunga aap ko, bilkul stepped hai.</w:t>
      </w:r>
      <w:r>
        <w:br/>
      </w:r>
      <w:r>
        <w:rPr>
          <w:sz w:val="20"/>
        </w:rPr>
        <w:t>18:13  woh bilkul stepped. har rich aadmi stepped hai. kyun? zindagi ka challenge is ne nahi saha. zindagi ek challenge hai.</w:t>
      </w:r>
    </w:p>
    <w:p>
      <w:pPr>
        <w:pStyle w:val="Heading2"/>
      </w:pPr>
      <w:r>
        <w:t>Iron into steel, and the final teaching: never be a problem for others</w:t>
      </w:r>
    </w:p>
    <w:p>
      <w:r>
        <w:rPr>
          <w:color w:val="666666"/>
          <w:sz w:val="18"/>
        </w:rPr>
        <w:t>CPS Women Article Discussion 17 February 5, 2023 · 4m 10s · at 52:05 · https://youtu.be/YwT3btklNZk?t=3125</w:t>
      </w:r>
    </w:p>
    <w:p>
      <w:r>
        <w:rPr>
          <w:i/>
        </w:rPr>
        <w:t>“लोहा कच्ची धात की तरह ज़मीन से निकलता है — इंसान भी ऐसे ही तराशा जाता है”</w:t>
      </w:r>
    </w:p>
    <w:p>
      <w:r>
        <w:rPr>
          <w:sz w:val="20"/>
        </w:rPr>
        <w:t>52:05  yahi hai us samay. Doctor Safina kya compute kar denge terpan hoga? haan kar dijiye, dua kar lijiye. achha. aur saamne ek lohe ki misaal se yeh bhi bataya hai ke loha jo hai kachhi dhaat ki tarah se aur ki shakal mein zameen se nikalta hai.</w:t>
      </w:r>
      <w:r>
        <w:br/>
      </w:r>
      <w:r>
        <w:rPr>
          <w:sz w:val="20"/>
        </w:rPr>
        <w:t>52:31  toh woh bahut hi saare halaat se guzarte hue machine se aankh se guzarte hue tak jaakar woh steel banta hai. toh isi tarah se Maulana saamne usko refresh kiya tha ke band lekar bataya tha ke insaan koi isi duniya mein bahut saare halaat, bahut saare mushkilat se guzarna padta hai. logon ke talak tazrabaad, nafrat shikayat aur bahut saari takleefon se guzarna padta hai.</w:t>
      </w:r>
      <w:r>
        <w:br/>
      </w:r>
      <w:r>
        <w:rPr>
          <w:sz w:val="20"/>
        </w:rPr>
        <w:t>53:00  kuda ke kanoon ke mutabiq hain. jo jo bhi uske saath halaat pesh aate hain insaanon ki taraf se toh aazaadi ki bina par aate hain aur bhi uske saath jo bhi halaat aate hain toh woh tarah tarah ke halaat guzarnay se guzarnay ke baad yeh insaan ke liye zaroori hai. yeh Allah ka kanoon hai.</w:t>
      </w:r>
      <w:r>
        <w:br/>
      </w:r>
      <w:r>
        <w:rPr>
          <w:sz w:val="20"/>
        </w:rPr>
        <w:t>53:21  yeh insaan ke test hain aur in halaat se guzarnay ke liye insaan ke paas sabse important cheez jo hoti hai woh sabr aur bardaasht honi chahiye. toh usi ke zariye insaan apne potential ko actual banata hai aur phir jaakar woh ashraf ul makhlokaat ka darja paata hai jaise ke insaan potentially ashraf ul makhlokaat hai magar yeh darja usko jab bhi milega jab woh apne potential ko actualize kare.</w:t>
      </w:r>
      <w:r>
        <w:br/>
      </w:r>
      <w:r>
        <w:rPr>
          <w:sz w:val="20"/>
        </w:rPr>
        <w:t>53:50  to yeh jo hai jaise samajh mein aata tha yeh rohe wala jo vishal molana ne diya.</w:t>
      </w:r>
      <w:r>
        <w:br/>
      </w:r>
      <w:r>
        <w:rPr>
          <w:sz w:val="20"/>
        </w:rPr>
        <w:t>54:01  sanlatala si daur hai ki hum apne saath strictness aur doosron ke saath bardasht karne ki silaiya ko</w:t>
      </w:r>
      <w:r>
        <w:br/>
      </w:r>
      <w:r>
        <w:rPr>
          <w:sz w:val="20"/>
        </w:rPr>
        <w:t>54:12  badha sake aur sirf kuda kadal hamari zindagi ka principle ho. ameer. ameer.</w:t>
      </w:r>
      <w:r>
        <w:br/>
      </w:r>
      <w:r>
        <w:rPr>
          <w:sz w:val="20"/>
        </w:rPr>
        <w:t>54:23  toh inshallah agle next Sunday mein hamare saath baaki aur log honge ke log bhi kam the. ab aapne ek bahut achhi dua mein jo baat ki norav mujhe bahut achhi lag rahi hai. main usko repeat karna chah rahi hoon ke apne saath fitness karna mujhe lagta hai yeh baat humne aaj discuss nahi ki ke hum aap doosron ko tolerate karein lekin apne liye apni galtiyon ko tolerate na karein.</w:t>
      </w:r>
      <w:r>
        <w:br/>
      </w:r>
      <w:r>
        <w:rPr>
          <w:sz w:val="20"/>
        </w:rPr>
        <w:t>54:51  haan yeh Maulana sahab ne jis tarah se bataya us tarah se hum logon ne us cheezon ko samjha ke Maulana sahab hi ki line hai aur yeh bahut hi zyada matlab waqai aur ek ek baat yeh bhi ke hum doosron ke liye pareshani na bane. hum na doosron ko jaise hum kehte hain aur log toh hamein karein lekin hum apni taraf se koshish karein ke no problem insaan bane. manana bahut hi baat karte the. ji.</w:t>
      </w:r>
      <w:r>
        <w:br/>
      </w:r>
      <w:r>
        <w:rPr>
          <w:sz w:val="20"/>
        </w:rPr>
        <w:t>55:20  ke no problem insaan bane. woh woh ek hai unki video jismein unhone bataya hai ke imaan ke do darje hain ya toh hum kisi ko dene wale bane ya kam se kam itna toh kar lein ke kisi ki pareshani na bane. haan. no problem nahi, jaise yeh hamein hai na ke problems hon toh hum sabr karein.</w:t>
      </w:r>
      <w:r>
        <w:br/>
      </w:r>
      <w:r>
        <w:rPr>
          <w:sz w:val="20"/>
        </w:rPr>
        <w:t>55:45  lekin hum apni taraf se yeh koshish karein ke hum doosre ke liye problems na bane. ji ji. haan, ji ji. no problem ma'am. kya karna hai? intezaar kar lo. intezaar kar la sakta hoon. yahan par chal aaj se discussion hua toh shayad agle Sunday ko bhi mulafata hogi. achha. at least khilale ko lafata hai.</w:t>
      </w:r>
    </w:p>
    <w:p>
      <w:pPr>
        <w:pStyle w:val="Heading2"/>
      </w:pPr>
      <w:r>
        <w:t>Beard is nature's blessing</w:t>
      </w:r>
    </w:p>
    <w:p>
      <w:r>
        <w:rPr>
          <w:color w:val="666666"/>
          <w:sz w:val="18"/>
        </w:rPr>
        <w:t>Q&amp;A 08 July 2007 - Maulana Wahiduddin Khan · 19s · at 21:22 · https://youtu.be/k921gOjkIaw?t=1282</w:t>
      </w:r>
    </w:p>
    <w:p>
      <w:r>
        <w:rPr>
          <w:i/>
        </w:rPr>
        <w:t>“Shave hi karne ki zaroorat kya hai?”</w:t>
      </w:r>
    </w:p>
    <w:p>
      <w:r>
        <w:rPr>
          <w:sz w:val="20"/>
        </w:rPr>
        <w:t>21:22  shun? after shave? acha, after shave. yeh sab bekar baatein hain. shave hi karne ki zaroorat kya hai? bhai, yeh shave kyun karenge aap?</w:t>
      </w:r>
      <w:r>
        <w:br/>
      </w:r>
      <w:r>
        <w:rPr>
          <w:sz w:val="20"/>
        </w:rPr>
        <w:t>21:31  yeh yeh bohat bari cheez hai. yeh nature ki blessing hai. yeh is mein dekhiye, is mein manliness hai, is mein sincerity hai, is mein seriousness hai.</w:t>
      </w:r>
    </w:p>
    <w:p>
      <w:pPr>
        <w:pStyle w:val="Heading2"/>
      </w:pPr>
      <w:r>
        <w:t>Distinguishing true Islam from acts of terrorism and jihad</w:t>
      </w:r>
    </w:p>
    <w:p>
      <w:r>
        <w:rPr>
          <w:color w:val="666666"/>
          <w:sz w:val="18"/>
        </w:rPr>
        <w:t>Human Values · 5m 23s · at 33:57 · https://youtu.be/Art0kheDD40?t=2037</w:t>
      </w:r>
    </w:p>
    <w:p>
      <w:r>
        <w:rPr>
          <w:i/>
        </w:rPr>
        <w:t>“Islam sam ol doubt does not propagate violence like any other religion”</w:t>
      </w:r>
    </w:p>
    <w:p>
      <w:r>
        <w:rPr>
          <w:sz w:val="20"/>
        </w:rPr>
        <w:t>33:57  Islam small doubt Islam performs propagates allow as any other religion scenario you can see I read some back terrorist organization were around 100 in number throughout the world starting from Italian red shirt and mafia in states</w:t>
      </w:r>
      <w:r>
        <w:br/>
      </w:r>
      <w:r>
        <w:rPr>
          <w:sz w:val="20"/>
        </w:rPr>
        <w:t>34:27  and were around 35 Muslim countries are there out of 256 Muslim countries but that of you see the terrorist organization the proportion is much more from 30 organization which fight he call it jihad in the name of Islam is not only present scenario but where as you propagate the religion</w:t>
      </w:r>
      <w:r>
        <w:br/>
      </w:r>
      <w:r>
        <w:rPr>
          <w:sz w:val="20"/>
        </w:rPr>
        <w:t>34:54  and I think Christianity and Muslim they had a neck and neck fight in fighting wars for the spread of religion so what I believe is the present scenario is nothing to the expansion of some historical could you suppose through some light of in case</w:t>
      </w:r>
      <w:r>
        <w:br/>
      </w:r>
      <w:r>
        <w:rPr>
          <w:sz w:val="20"/>
        </w:rPr>
        <w:t>35:15  to is mein hamesha deviation ka chance rehta hai yeh hamara concept hai india ka bahut acha concept hai aap ka bahut acha hai is ka aap class number 51 a padhiye kitni beautiful value likhi hui hain lekin aap society bhi dekhen to sab deviation ho raha hai to aap yeh to nahin kahenge hamari society par blame de ke next constitution ko blame dein aap itna beautiful.</w:t>
      </w:r>
      <w:r>
        <w:br/>
      </w:r>
      <w:r>
        <w:rPr>
          <w:sz w:val="20"/>
        </w:rPr>
        <w:t>35:44  woh hai constitution of india mein 51 a sari achi values jo likhi hui hain yeh chahe conception ho ya religion ho to musalmanon ko yani you have to differentiate between islam and muslims</w:t>
      </w:r>
      <w:r>
        <w:br/>
      </w:r>
      <w:r>
        <w:rPr>
          <w:sz w:val="20"/>
        </w:rPr>
        <w:t>36:01  You have to differentiate your society and of India.</w:t>
      </w:r>
      <w:r>
        <w:br/>
      </w:r>
      <w:r>
        <w:rPr>
          <w:sz w:val="20"/>
        </w:rPr>
        <w:t>36:07  har jagah aisa hi hai to musalman jo kuch karte hain to mein is waqt is par nahi</w:t>
      </w:r>
      <w:r>
        <w:br/>
      </w:r>
      <w:r>
        <w:rPr>
          <w:sz w:val="20"/>
        </w:rPr>
        <w:t>36:13  bol raha hoon mein musalmanon ko justify nahi karta mein openly kehta hoon ke hum musalman Islam se</w:t>
      </w:r>
      <w:r>
        <w:br/>
      </w:r>
      <w:r>
        <w:rPr>
          <w:sz w:val="20"/>
        </w:rPr>
        <w:t>36:18  hatay hue hain openly isi liye mein un ki hit list par hoon</w:t>
      </w:r>
      <w:r>
        <w:br/>
      </w:r>
      <w:r>
        <w:rPr>
          <w:sz w:val="20"/>
        </w:rPr>
        <w:t>36:23  mein jo kuch kaha is waqt mein ne kaha hai woh ek Islam mein as jo ek ideology</w:t>
      </w:r>
      <w:r>
        <w:br/>
      </w:r>
      <w:r>
        <w:rPr>
          <w:sz w:val="20"/>
        </w:rPr>
        <w:t>36:29  hai ek scripture based religion hai is mein kya detail batayi gayi hai bas wahan pe jahan tak</w:t>
      </w:r>
      <w:r>
        <w:br/>
      </w:r>
      <w:r>
        <w:rPr>
          <w:sz w:val="20"/>
        </w:rPr>
        <w:t>36:36  musalman jo hain woh debate kiye hue hain Islam se to openly woh condemn karta hoon un ko</w:t>
      </w:r>
      <w:r>
        <w:br/>
      </w:r>
      <w:r>
        <w:rPr>
          <w:sz w:val="20"/>
        </w:rPr>
        <w:t>36:42  openly to is waja se aap kya hai</w:t>
      </w:r>
      <w:r>
        <w:br/>
      </w:r>
      <w:r>
        <w:rPr>
          <w:sz w:val="20"/>
        </w:rPr>
        <w:t>36:46  yeh is is formula ko aap ko har jagah manna padega chahe woh constitution of india ho chahe hinduism ho ya christianity ho</w:t>
      </w:r>
      <w:r>
        <w:br/>
      </w:r>
      <w:r>
        <w:rPr>
          <w:sz w:val="20"/>
        </w:rPr>
        <w:t>36:55  society jo hai</w:t>
      </w:r>
      <w:r>
        <w:br/>
      </w:r>
      <w:r>
        <w:rPr>
          <w:sz w:val="20"/>
        </w:rPr>
        <w:t>36:58  is ko aap aur is ki ideology ko barabar nahi kar sakte</w:t>
      </w:r>
      <w:r>
        <w:br/>
      </w:r>
      <w:r>
        <w:rPr>
          <w:sz w:val="20"/>
        </w:rPr>
        <w:t>37:03  society jo hai alag cheez hoti hai aur ideology alag cheez hoti hai to jab society ke bare</w:t>
      </w:r>
      <w:r>
        <w:br/>
      </w:r>
      <w:r>
        <w:rPr>
          <w:sz w:val="20"/>
        </w:rPr>
        <w:t>37:08  mein bolen to aap society ke bare mein bolenge lekin jab ideology ke bare mein bolen to</w:t>
      </w:r>
      <w:r>
        <w:br/>
      </w:r>
      <w:r>
        <w:rPr>
          <w:sz w:val="20"/>
        </w:rPr>
        <w:t>37:12  aap ideology jo hai is ko batana parega aap ko</w:t>
      </w:r>
      <w:r>
        <w:br/>
      </w:r>
      <w:r>
        <w:rPr>
          <w:sz w:val="20"/>
        </w:rPr>
        <w:t>37:16  to is waqt musalman jo hain jo uth kar rahi jihad is ko mein khula khula taur par</w:t>
      </w:r>
      <w:r>
        <w:br/>
      </w:r>
      <w:r>
        <w:rPr>
          <w:sz w:val="20"/>
        </w:rPr>
        <w:t>37:23  kehta hoon ke fasaad hai jihad nahi hai</w:t>
      </w:r>
      <w:r>
        <w:br/>
      </w:r>
      <w:r>
        <w:rPr>
          <w:sz w:val="20"/>
        </w:rPr>
        <w:t>37:26  kahin bhi is waqt jihad nahi ho raha ya kashmir ne falasteen mein ya afghanistan mein ya iraq</w:t>
      </w:r>
      <w:r>
        <w:br/>
      </w:r>
      <w:r>
        <w:rPr>
          <w:sz w:val="20"/>
        </w:rPr>
        <w:t>37:32  mein kahin bhi sab fasaad ho raha hai is waqt koi aur is ko mein ne books likhi</w:t>
      </w:r>
      <w:r>
        <w:br/>
      </w:r>
      <w:r>
        <w:rPr>
          <w:sz w:val="20"/>
        </w:rPr>
        <w:t>37:37  hain kai is mein mein ne yani</w:t>
      </w:r>
      <w:r>
        <w:br/>
      </w:r>
      <w:r>
        <w:rPr>
          <w:sz w:val="20"/>
        </w:rPr>
        <w:t>37:42  is ko poori tarah se references se mein ne is ko establish kiya hai ke yeh jihad nahi</w:t>
      </w:r>
      <w:r>
        <w:br/>
      </w:r>
      <w:r>
        <w:rPr>
          <w:sz w:val="20"/>
        </w:rPr>
        <w:t>37:48  hai fasaad hai</w:t>
      </w:r>
      <w:r>
        <w:br/>
      </w:r>
      <w:r>
        <w:rPr>
          <w:sz w:val="20"/>
        </w:rPr>
        <w:t>37:57  you know ah imran sahib has been holding our hand from the very beginning and it started by i came to know imran sahib when i was writing an essay on jihad</w:t>
      </w:r>
      <w:r>
        <w:br/>
      </w:r>
      <w:r>
        <w:rPr>
          <w:sz w:val="20"/>
        </w:rPr>
        <w:t>38:15  and in that topic there was a quote from one of the ah one of the muslim authors about prophet muhammad when he said after battle of badr that we are finished with jihad al-askari let us now get down to jihad al-akbar</w:t>
      </w:r>
      <w:r>
        <w:br/>
      </w:r>
      <w:r>
        <w:rPr>
          <w:sz w:val="20"/>
        </w:rPr>
        <w:t>38:43  which means this fighting power is the the other five percent effort. 95 percent is to purify and</w:t>
      </w:r>
      <w:r>
        <w:br/>
      </w:r>
      <w:r>
        <w:rPr>
          <w:sz w:val="20"/>
        </w:rPr>
        <w:t>38:54  be a good human being by converting or inner set that is jihad to</w:t>
      </w:r>
      <w:r>
        <w:br/>
      </w:r>
      <w:r>
        <w:rPr>
          <w:sz w:val="20"/>
        </w:rPr>
        <w:t>39:02  if we understand that true sense of islam and not only us but</w:t>
      </w:r>
      <w:r>
        <w:br/>
      </w:r>
      <w:r>
        <w:rPr>
          <w:sz w:val="20"/>
        </w:rPr>
        <w:t>39:11  some of the others also and but the tragedy with religions is that very soon it is grass</w:t>
      </w:r>
      <w:r>
        <w:br/>
      </w:r>
      <w:r>
        <w:rPr>
          <w:sz w:val="20"/>
        </w:rPr>
        <w:t>39:20  and grip</w:t>
      </w:r>
      <w:r>
        <w:br/>
      </w:r>
      <w:r>
        <w:rPr>
          <w:sz w:val="20"/>
        </w:rPr>
        <w:t>39:21  it happens to all the faiths what i call the power brokers and marketing managers of god they want to make sure that our brand is better than yours so that they have a big market share</w:t>
      </w:r>
    </w:p>
    <w:p>
      <w:pPr>
        <w:pStyle w:val="Heading2"/>
      </w:pPr>
      <w:r>
        <w:t>Thinking through comparison and art of conversion</w:t>
      </w:r>
    </w:p>
    <w:p>
      <w:r>
        <w:rPr>
          <w:color w:val="666666"/>
          <w:sz w:val="18"/>
        </w:rPr>
        <w:t>From The Spiritual Tree 28 Nov, 2010 - Maulana Wahiduddin Khan · 2m 51s · at 24:01 · https://youtu.be/LDMY7FjQRIE?t=1441</w:t>
      </w:r>
    </w:p>
    <w:p>
      <w:r>
        <w:rPr>
          <w:i/>
        </w:rPr>
        <w:t>“Sochne ka ek bohat important principle hai comparison”</w:t>
      </w:r>
    </w:p>
    <w:p>
      <w:r>
        <w:rPr>
          <w:sz w:val="20"/>
        </w:rPr>
        <w:t>24:01  sochne ka ek bahut hi important jo principle hai, woh hai comparison. in comparison that we understand.</w:t>
      </w:r>
      <w:r>
        <w:br/>
      </w:r>
      <w:r>
        <w:rPr>
          <w:sz w:val="20"/>
        </w:rPr>
        <w:t>24:10  turaf al-ashya compare karein aap. jaise maine kaha ke aap compare karein ke aap ki jeb mein mobile hai.</w:t>
      </w:r>
      <w:r>
        <w:br/>
      </w:r>
      <w:r>
        <w:rPr>
          <w:sz w:val="20"/>
        </w:rPr>
        <w:t>24:20  aur within minute aap kahin se kahin baat karne lagte hain. aur doosri zabaan mein aisa mumkin nahin tha. to compare kar ke dekhiye.</w:t>
      </w:r>
      <w:r>
        <w:br/>
      </w:r>
      <w:r>
        <w:rPr>
          <w:sz w:val="20"/>
        </w:rPr>
        <w:t>24:31  ke aap kehte hain ke america dushman hai. to yeh sab kyun kar raha hai? america woh kaam kyun kar raha hai jo hadith mein aap ko bataya gaya hai ke basir-e-zamana bano.</w:t>
      </w:r>
      <w:r>
        <w:br/>
      </w:r>
      <w:r>
        <w:rPr>
          <w:sz w:val="20"/>
        </w:rPr>
        <w:t>24:42  ab woh aap ko apne kharch par basir-e-zamana bana rahe hain. yeh sochna. yeh sochna.</w:t>
      </w:r>
      <w:r>
        <w:br/>
      </w:r>
      <w:r>
        <w:rPr>
          <w:sz w:val="20"/>
        </w:rPr>
        <w:t>24:54  sochne ka kya kamaal hai? sochna ko main kahunga ke art of conversion.</w:t>
      </w:r>
      <w:r>
        <w:br/>
      </w:r>
      <w:r>
        <w:rPr>
          <w:sz w:val="20"/>
        </w:rPr>
        <w:t>25:01  art of conversion. yaani kisi item ko soch kar ke us ko minus ko plus banana. yeh sochna.</w:t>
      </w:r>
      <w:r>
        <w:br/>
      </w:r>
      <w:r>
        <w:rPr>
          <w:sz w:val="20"/>
        </w:rPr>
        <w:t>25:13  poora poora yeh jo nizam hai Khuda ka, yeh conversion par qaim hai. poora poora nizam. yaani aap pani peete hain, pani kya hai?</w:t>
      </w:r>
      <w:r>
        <w:br/>
      </w:r>
      <w:r>
        <w:rPr>
          <w:sz w:val="20"/>
        </w:rPr>
        <w:t>25:25  woh conversion hai. do gases convert ho gayin to pani ban gaya.</w:t>
      </w:r>
      <w:r>
        <w:br/>
      </w:r>
      <w:r>
        <w:rPr>
          <w:sz w:val="20"/>
        </w:rPr>
        <w:t>25:31  aap khana khate hain, woh kya hai? woh conversion hai. soil jo hai, convert ho gaya to woh ghung aur chawal ban gaya.</w:t>
      </w:r>
      <w:r>
        <w:br/>
      </w:r>
      <w:r>
        <w:rPr>
          <w:sz w:val="20"/>
        </w:rPr>
        <w:t>25:40  sab conversion hai. yeh jo yeh glass hai, yeh sheesha, sheesha conversion hai. ek pathar jo hai, convert hua to woh sheesha ban gaya, glass ban gaya.</w:t>
      </w:r>
      <w:r>
        <w:br/>
      </w:r>
      <w:r>
        <w:rPr>
          <w:sz w:val="20"/>
        </w:rPr>
        <w:t>25:53  jisko kehte hain silicon. to conversion par poora creation qaim hai.</w:t>
      </w:r>
      <w:r>
        <w:br/>
      </w:r>
      <w:r>
        <w:rPr>
          <w:sz w:val="20"/>
        </w:rPr>
        <w:t>26:02  sitare jo hain, suraj jo hai, kya hai? woh bhi matter convert ho gaya to roshni ban gayi.</w:t>
      </w:r>
      <w:r>
        <w:br/>
      </w:r>
      <w:r>
        <w:rPr>
          <w:sz w:val="20"/>
        </w:rPr>
        <w:t>26:11  to you have to learn the art of conversion.</w:t>
      </w:r>
      <w:r>
        <w:br/>
      </w:r>
      <w:r>
        <w:rPr>
          <w:sz w:val="20"/>
        </w:rPr>
        <w:t>26:17  tab shikayatein aur jo bhi negative item hai, inko aap convert karenge to har negative positive ban jayega.</w:t>
      </w:r>
      <w:r>
        <w:br/>
      </w:r>
      <w:r>
        <w:rPr>
          <w:sz w:val="20"/>
        </w:rPr>
        <w:t>26:26  har minus plus ban jayega. to sochne par jo quran ko aap padhein to</w:t>
      </w:r>
      <w:r>
        <w:br/>
      </w:r>
      <w:r>
        <w:rPr>
          <w:sz w:val="20"/>
        </w:rPr>
        <w:t>26:34  quran mein bhara hua hai ke socho, aql se kaam lo, ghor karo. tafakkur, tadabbur, ta'aqqul, tabassum, mukhtalif alfaaz mein.</w:t>
      </w:r>
    </w:p>
    <w:p>
      <w:pPr>
        <w:pStyle w:val="Heading2"/>
      </w:pPr>
      <w:r>
        <w:t>Formula of nature equals Islamic formula</w:t>
      </w:r>
    </w:p>
    <w:p>
      <w:r>
        <w:rPr>
          <w:color w:val="666666"/>
          <w:sz w:val="18"/>
        </w:rPr>
        <w:t>Art of War and Islam · 47s · at 2:26 · https://youtu.be/LvYP_pf17S0?t=146</w:t>
      </w:r>
    </w:p>
    <w:p>
      <w:r>
        <w:rPr>
          <w:i/>
        </w:rPr>
        <w:t>“It is a formula of nature”</w:t>
      </w:r>
    </w:p>
    <w:p>
      <w:r>
        <w:rPr>
          <w:sz w:val="20"/>
        </w:rPr>
        <w:t>2:26  this is the only formula of successful life in this earth.</w:t>
      </w:r>
      <w:r>
        <w:br/>
      </w:r>
      <w:r>
        <w:rPr>
          <w:sz w:val="20"/>
        </w:rPr>
        <w:t>2:40  then it is not a formula of a military general. it is a formula of nature.</w:t>
      </w:r>
      <w:r>
        <w:br/>
      </w:r>
      <w:r>
        <w:rPr>
          <w:sz w:val="20"/>
        </w:rPr>
        <w:t>2:52  it is a formula of nature. and as islam is a religion of nature, as islam is a religion of nature, so this formula is also an islamic formula.</w:t>
      </w:r>
    </w:p>
    <w:p>
      <w:pPr>
        <w:pStyle w:val="Heading2"/>
      </w:pPr>
      <w:r>
        <w:t>Western people are not enemies</w:t>
      </w:r>
    </w:p>
    <w:p>
      <w:r>
        <w:rPr>
          <w:color w:val="666666"/>
          <w:sz w:val="18"/>
        </w:rPr>
        <w:t>Interview Session with Maulana Wahiduddin Khan English · 28s · at 10:59 · https://youtu.be/oNKYrZsbzr4?t=659</w:t>
      </w:r>
    </w:p>
    <w:p>
      <w:r>
        <w:rPr>
          <w:i/>
        </w:rPr>
        <w:t>“I think that Western people are not our enemies.”</w:t>
      </w:r>
    </w:p>
    <w:p>
      <w:r>
        <w:rPr>
          <w:sz w:val="20"/>
        </w:rPr>
        <w:t>10:59  i think that western people are not our enemies. they are human beings.</w:t>
      </w:r>
      <w:r>
        <w:br/>
      </w:r>
      <w:r>
        <w:rPr>
          <w:sz w:val="20"/>
        </w:rPr>
        <w:t>11:09  if there are some complaints, so you have to go to dialogue.</w:t>
      </w:r>
      <w:r>
        <w:br/>
      </w:r>
      <w:r>
        <w:rPr>
          <w:sz w:val="20"/>
        </w:rPr>
        <w:t>11:15  why fighting? why hate? so hate is not in the scheme of Islam. i'm quite against all those kinds of hate and violence and intolerance.</w:t>
      </w:r>
    </w:p>
    <w:p>
      <w:pPr>
        <w:pStyle w:val="Heading2"/>
      </w:pPr>
      <w:r>
        <w:t>Secret of Muslims' decline: abandoning patience</w:t>
      </w:r>
    </w:p>
    <w:p>
      <w:r>
        <w:rPr>
          <w:color w:val="666666"/>
          <w:sz w:val="18"/>
        </w:rPr>
        <w:t>Realistic Approach March 30, 2014 Maulana Wahiduddin Khan · 30s · at 17:24 · https://youtu.be/K36UonBsGlA?t=1044</w:t>
      </w:r>
    </w:p>
    <w:p>
      <w:r>
        <w:rPr>
          <w:i/>
        </w:rPr>
        <w:t>“The secret of Muslims' decline is that they abandoned the true teaching.”</w:t>
      </w:r>
    </w:p>
    <w:p>
      <w:r>
        <w:rPr>
          <w:sz w:val="20"/>
        </w:rPr>
        <w:t>17:24  to sara jo raaz hai musalmanon ki pasti ka woh yeh hai ke musalmanon ne is asal taleem ko chhod diya jo Islam ki taleem hai sabr.</w:t>
      </w:r>
      <w:r>
        <w:br/>
      </w:r>
      <w:r>
        <w:rPr>
          <w:sz w:val="20"/>
        </w:rPr>
        <w:t>17:36  sabr ka matlab kya hai? apne jazbat ko thaam kar, apne Sentiment ko rok kar. jaiza lena ke dunya kya hai?</w:t>
      </w:r>
      <w:r>
        <w:br/>
      </w:r>
      <w:r>
        <w:rPr>
          <w:sz w:val="20"/>
        </w:rPr>
        <w:t>17:44  log kya hain? logon ki soch kya hai? ise kaha jata hai Realistic Approach. haqeeqat pasandi.</w:t>
      </w:r>
    </w:p>
    <w:p>
      <w:pPr>
        <w:pStyle w:val="Heading2"/>
      </w:pPr>
      <w:r>
        <w:t>Quranic warning about hypocrisy and light</w:t>
      </w:r>
    </w:p>
    <w:p>
      <w:r>
        <w:rPr>
          <w:color w:val="666666"/>
          <w:sz w:val="18"/>
        </w:rPr>
        <w:t>CPS Mission · 2m 47s · at 15:42 · https://youtu.be/Ial-p18iypI?t=942</w:t>
      </w:r>
    </w:p>
    <w:p>
      <w:r>
        <w:rPr>
          <w:i/>
        </w:rPr>
        <w:t>“Contemplate in the following verses of the Quran, Surah Al-Hadid.”</w:t>
      </w:r>
    </w:p>
    <w:p>
      <w:r>
        <w:rPr>
          <w:sz w:val="20"/>
        </w:rPr>
        <w:t>15:42  the opportunity to be a part of the true mission is only in this world until death comes upon us. contemplate on the following verses of the Quran, Surah Al-Hadid, Chapter 57, Verses 12 to 16</w:t>
      </w:r>
      <w:r>
        <w:br/>
      </w:r>
      <w:r>
        <w:rPr>
          <w:sz w:val="20"/>
        </w:rPr>
        <w:t>15:59  . in the day, you shall see the faithful both men and women with their lights streaming out before them and in their right hands. glidings for you today, you shall enter gardens with rivers flowing through them, where in you shall forever develop.</w:t>
      </w:r>
      <w:r>
        <w:br/>
      </w:r>
      <w:r>
        <w:rPr>
          <w:sz w:val="20"/>
        </w:rPr>
        <w:t>16:16  this the supreme triumph</w:t>
      </w:r>
      <w:r>
        <w:br/>
      </w:r>
      <w:r>
        <w:rPr>
          <w:sz w:val="20"/>
        </w:rPr>
        <w:t>16:18  . in that day, the hypocrites both men and women will say to the faithful, wait a while for us so that we may have some of your light.</w:t>
      </w:r>
      <w:r>
        <w:br/>
      </w:r>
      <w:r>
        <w:rPr>
          <w:sz w:val="20"/>
        </w:rPr>
        <w:t>16:26  they will be told, turn back and look for a light else where. a wall will then be raised between them. it will have a gate on the inside of which will be grace and mercy, and on the outside of which will be punishment.</w:t>
      </w:r>
      <w:r>
        <w:br/>
      </w:r>
      <w:r>
        <w:rPr>
          <w:sz w:val="20"/>
        </w:rPr>
        <w:t>16:42  the hypocrites will call out to the faithful, were we not in your side</w:t>
      </w:r>
      <w:r>
        <w:br/>
      </w:r>
      <w:r>
        <w:rPr>
          <w:sz w:val="20"/>
        </w:rPr>
        <w:t>16:48  . they will reply, yes, but you gave in to temptation. you wavered and doubted and were deceived by your wishful thinking until god's will was done.</w:t>
      </w:r>
      <w:r>
        <w:br/>
      </w:r>
      <w:r>
        <w:rPr>
          <w:sz w:val="20"/>
        </w:rPr>
        <w:t>16:59  then the deceiver misled you about god. so this day, no ransom can be taken from you, nor from those who are bent on denying the truth.</w:t>
      </w:r>
      <w:r>
        <w:br/>
      </w:r>
      <w:r>
        <w:rPr>
          <w:sz w:val="20"/>
        </w:rPr>
        <w:t>17:10  your home is the fire, that's your companion, and hapless journeys end.</w:t>
      </w:r>
      <w:r>
        <w:br/>
      </w:r>
      <w:r>
        <w:rPr>
          <w:sz w:val="20"/>
        </w:rPr>
        <w:t>17:17  has the time not come for the faithful? when their hearts in all humility should engage in the remembrance of god and of the revelation of truth so that they should not become like those who are given the book before them.</w:t>
      </w:r>
      <w:r>
        <w:br/>
      </w:r>
      <w:r>
        <w:rPr>
          <w:sz w:val="20"/>
        </w:rPr>
        <w:t>17:33  whose hearts with the passage of time became hardened and many of whom were disobedient.</w:t>
      </w:r>
      <w:r>
        <w:br/>
      </w:r>
      <w:r>
        <w:rPr>
          <w:sz w:val="20"/>
        </w:rPr>
        <w:t>17:39  you heard the verses now, what i just now read from the Quran. please ponder on the meaning of light, the request of people to allow them some of the light, the wall which will be raised, wishful thinking, the deception of satan,</w:t>
      </w:r>
      <w:r>
        <w:br/>
      </w:r>
      <w:r>
        <w:rPr>
          <w:sz w:val="20"/>
        </w:rPr>
        <w:t>17:59  hardening of the heart, and god's address to the believers. there is a chance to walk in the light in this world.</w:t>
      </w:r>
      <w:r>
        <w:br/>
      </w:r>
      <w:r>
        <w:rPr>
          <w:sz w:val="20"/>
        </w:rPr>
        <w:t>18:08  do not create a wall of ignorance. do not nurture false expectations that performing a few rituals will please god.</w:t>
      </w:r>
      <w:r>
        <w:br/>
      </w:r>
      <w:r>
        <w:rPr>
          <w:sz w:val="20"/>
        </w:rPr>
        <w:t>18:19  Quran addresses the believers to safeguard from the hardening of the hearts. our hearts should be as per Allah's expectations.</w:t>
      </w:r>
    </w:p>
    <w:p>
      <w:pPr>
        <w:pStyle w:val="Heading2"/>
      </w:pPr>
      <w:r>
        <w:t>Why patience is the ultimate solution in Islam</w:t>
      </w:r>
    </w:p>
    <w:p>
      <w:r>
        <w:rPr>
          <w:color w:val="666666"/>
          <w:sz w:val="18"/>
        </w:rPr>
        <w:t>Importance of Patience in Islam December 11, 2022 · 31s · at 0:19 · https://youtu.be/Cy59II1dC-I?t=19</w:t>
      </w:r>
    </w:p>
    <w:p>
      <w:r>
        <w:rPr>
          <w:i/>
        </w:rPr>
        <w:t>“One of Islam's important teachings is patience”</w:t>
      </w:r>
    </w:p>
    <w:p>
      <w:r>
        <w:rPr>
          <w:sz w:val="20"/>
        </w:rPr>
        <w:t>0:19  One of the important teachings of Islam is patience. Patience is undoubtedly the superior solution to all the problems.</w:t>
      </w:r>
      <w:r>
        <w:br/>
      </w:r>
      <w:r>
        <w:rPr>
          <w:sz w:val="20"/>
        </w:rPr>
        <w:t>0:29  If you look at the present world, it is designed in such a way that one faces unpleasant situations repeatedly.</w:t>
      </w:r>
      <w:r>
        <w:br/>
      </w:r>
      <w:r>
        <w:rPr>
          <w:sz w:val="20"/>
        </w:rPr>
        <w:t>0:39  Therefore, if a person gets entangled in such unpleasant situations, then he would fail to advance along the path of human progress.</w:t>
      </w:r>
    </w:p>
    <w:p>
      <w:pPr>
        <w:pStyle w:val="Heading2"/>
      </w:pPr>
      <w:r>
        <w:t>Origin story of the Don't Be Angry hadith</w:t>
      </w:r>
    </w:p>
    <w:p>
      <w:r>
        <w:rPr>
          <w:color w:val="666666"/>
          <w:sz w:val="18"/>
        </w:rPr>
        <w:t>Don't Be Angry Culture January 15, 2012 · 1m 03s · at 2:01 · https://youtu.be/NrA3X8y_FLY?t=121</w:t>
      </w:r>
    </w:p>
    <w:p>
      <w:r>
        <w:rPr>
          <w:i/>
        </w:rPr>
        <w:t>“Ek riwayat mein aata hai ke ek sahabi Rasoolullah ke paas aaye”</w:t>
      </w:r>
    </w:p>
    <w:p>
      <w:r>
        <w:rPr>
          <w:sz w:val="20"/>
        </w:rPr>
        <w:t>2:01  ek riwayat mein aata hai ke ek sahabi rasool Allah ke paas aaye,</w:t>
      </w:r>
      <w:r>
        <w:br/>
      </w:r>
      <w:r>
        <w:rPr>
          <w:sz w:val="20"/>
        </w:rPr>
        <w:t>2:10  unhone ek sawal kiya. unhone kaha ke "ya rasool Allah, alimni kalimat aish biha wala tuksar alayya fa inna" .</w:t>
      </w:r>
      <w:r>
        <w:br/>
      </w:r>
      <w:r>
        <w:rPr>
          <w:sz w:val="20"/>
        </w:rPr>
        <w:t>2:28  is sawal ka tarjuma yeh hai ke "ae Allah ke rasool,</w:t>
      </w:r>
      <w:r>
        <w:br/>
      </w:r>
      <w:r>
        <w:rPr>
          <w:sz w:val="20"/>
        </w:rPr>
        <w:t>2:35  mujhe koi aisi baat bataiye jis mein mein jiyoon, aur woh lambi na ho ke mein bhool jaon".</w:t>
      </w:r>
      <w:r>
        <w:br/>
      </w:r>
      <w:r>
        <w:rPr>
          <w:sz w:val="20"/>
        </w:rPr>
        <w:t>2:46  to aap ne jawab diya: "la taghzab, don't be angry" . ghussa na karo.</w:t>
      </w:r>
      <w:r>
        <w:br/>
      </w:r>
      <w:r>
        <w:rPr>
          <w:sz w:val="20"/>
        </w:rPr>
        <w:t>2:56  isi lafz ko maine aaj ka title banaya hai: "la taghzab culture".</w:t>
      </w:r>
    </w:p>
    <w:p>
      <w:pPr>
        <w:pStyle w:val="Heading2"/>
      </w:pPr>
      <w:r>
        <w:t>Controlling your reaction is what makes patience bravery</w:t>
      </w:r>
    </w:p>
    <w:p>
      <w:r>
        <w:rPr>
          <w:color w:val="666666"/>
          <w:sz w:val="18"/>
        </w:rPr>
        <w:t>CPS Women Article Discussion 17 February 5, 2023 · 44s · at 12:10 · https://youtu.be/YwT3btklNZk?t=730</w:t>
      </w:r>
    </w:p>
    <w:p>
      <w:r>
        <w:rPr>
          <w:i/>
        </w:rPr>
        <w:t>“अगर इंसान अक़्ल से काम ले और react ना करे तो बेहतर result मिलेगा”</w:t>
      </w:r>
    </w:p>
    <w:p>
      <w:r>
        <w:rPr>
          <w:sz w:val="20"/>
        </w:rPr>
        <w:t>12:10  To agar shuru mein hi insan aql se kaam le lein aur ekdam se react na karein, suffer karein, soch samajhkar koi positive action le to behtar result denge lenge. Isi liye sabr jo hai usko bahaduri kaha gaya hai.</w:t>
      </w:r>
      <w:r>
        <w:br/>
      </w:r>
      <w:r>
        <w:rPr>
          <w:sz w:val="20"/>
        </w:rPr>
        <w:t>12:29  Ab kyunki yahan apne ko foreign react karne par hum control karna padta hai to aur gussa aaye to use pee jana padta hai isi liye isko bahadari kah kah rahe hain aur besabri jisme hum foreign react kar lete hain uske negative results nikalte hain aur isi liye use buzurgi kehlata hai.</w:t>
      </w:r>
      <w:r>
        <w:br/>
      </w:r>
      <w:r>
        <w:rPr>
          <w:sz w:val="20"/>
        </w:rPr>
        <w:t>12:54  Kehte hain to Maulana kehte hain ki buzurgi ka doosra naam munafqat hai. To munafqat se to hamein bahut bachna hai.</w:t>
      </w:r>
    </w:p>
    <w:p>
      <w:pPr>
        <w:pStyle w:val="Heading2"/>
      </w:pPr>
      <w:r>
        <w:t>Prime Minister silences crowd</w:t>
      </w:r>
    </w:p>
    <w:p>
      <w:r>
        <w:rPr>
          <w:color w:val="666666"/>
          <w:sz w:val="18"/>
        </w:rPr>
        <w:t>When God's Name is Invoked December 21, 2019 - Interaction with Maulana Wahiduddin Khan, · 56s · at 4:08 · https://youtu.be/jgNjICoo-Cw?t=248</w:t>
      </w:r>
    </w:p>
    <w:p>
      <w:r>
        <w:rPr>
          <w:i/>
        </w:rPr>
        <w:t>“Jaise mein ek martaba bahar ek carfare main tha.”</w:t>
      </w:r>
    </w:p>
    <w:p>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p>
    <w:p>
      <w:pPr>
        <w:pStyle w:val="Heading2"/>
      </w:pPr>
      <w:r>
        <w:t>Introspection: finding and correcting shortcomings</w:t>
      </w:r>
    </w:p>
    <w:p>
      <w:r>
        <w:rPr>
          <w:color w:val="666666"/>
          <w:sz w:val="18"/>
        </w:rPr>
        <w:t>Putting End to Complaints April 22, 2020 Maulana Wahiduddin Khan · 54s · at 0:22 · https://youtu.be/jwchAfcFrkM?t=22</w:t>
      </w:r>
    </w:p>
    <w:p>
      <w:r>
        <w:rPr>
          <w:i/>
        </w:rPr>
        <w:t>“Aaj ka topic hai”</w:t>
      </w:r>
    </w:p>
    <w:p>
      <w:r>
        <w:rPr>
          <w:sz w:val="20"/>
        </w:rPr>
        <w:t>0:22  aaj ka topic hai</w:t>
      </w:r>
      <w:r>
        <w:br/>
      </w:r>
      <w:r>
        <w:rPr>
          <w:sz w:val="20"/>
        </w:rPr>
        <w:t>0:26  introspection, yaani</w:t>
      </w:r>
      <w:r>
        <w:br/>
      </w:r>
      <w:r>
        <w:rPr>
          <w:sz w:val="20"/>
        </w:rPr>
        <w:t>0:36  apni kamiyon ko daryaft karna aur</w:t>
      </w:r>
      <w:r>
        <w:br/>
      </w:r>
      <w:r>
        <w:rPr>
          <w:sz w:val="20"/>
        </w:rPr>
        <w:t>0:47  is ki islaah karna.</w:t>
      </w:r>
      <w:r>
        <w:br/>
      </w:r>
      <w:r>
        <w:rPr>
          <w:sz w:val="20"/>
        </w:rPr>
        <w:t>0:58  to main samajhta hoon ke aaj kal ke logon mein sab se zyada jo kami hai woh introspection ki hui hai.</w:t>
      </w:r>
    </w:p>
    <w:p>
      <w:pPr>
        <w:pStyle w:val="Heading2"/>
      </w:pPr>
      <w:r>
        <w:t>Children as trial shifting concern from God</w:t>
      </w:r>
    </w:p>
    <w:p>
      <w:r>
        <w:rPr>
          <w:color w:val="666666"/>
          <w:sz w:val="18"/>
        </w:rPr>
        <w:t>Q&amp;A 24 May 2009 Maulana Wahiduddin Khan · 5m 00s · at 7:04 · https://youtu.be/Ek6Ct3LZGOs?t=424</w:t>
      </w:r>
    </w:p>
    <w:p>
      <w:r>
        <w:rPr>
          <w:i/>
        </w:rPr>
        <w:t>“This question is from Dr. Farida Khanum.”</w:t>
      </w:r>
    </w:p>
    <w:p>
      <w:r>
        <w:rPr>
          <w:sz w:val="20"/>
        </w:rPr>
        <w:t>7:04  This question is from Dr. Fareeda Khanum. The Quran says that the children are trial for man. What does it mean?</w:t>
      </w:r>
      <w:r>
        <w:br/>
      </w:r>
      <w:r>
        <w:rPr>
          <w:sz w:val="20"/>
        </w:rPr>
        <w:t>7:17  haan, Quran mein dekhein ek ayat hai: "إن من أزواجكم وأولادكم أعدو فاذروه" ۔</w:t>
      </w:r>
      <w:r>
        <w:br/>
      </w:r>
      <w:r>
        <w:rPr>
          <w:sz w:val="20"/>
        </w:rPr>
        <w:t>7:25  tumhari biwion mein aur tumhari aulad mein dushman hain, un se bacho. un se bacho. tumhari biwion mein aur tumhari aulad mein tumhare dushman hain, tum se bacho.</w:t>
      </w:r>
      <w:r>
        <w:br/>
      </w:r>
      <w:r>
        <w:rPr>
          <w:sz w:val="20"/>
        </w:rPr>
        <w:t>7:39  mein jahan tak samjha hoon is ka matlab ke woh woh tumhare concern badal dete hain. priority badal dete hain. ek believer jo hai, ek woman jo hai, us ki priority Khuda hona chahiye.</w:t>
      </w:r>
      <w:r>
        <w:br/>
      </w:r>
      <w:r>
        <w:rPr>
          <w:sz w:val="20"/>
        </w:rPr>
        <w:t>7:52  us ka concern Khuda hona chahiye. lekin yeh log jo hai badal dete hain is ko.</w:t>
      </w:r>
      <w:r>
        <w:br/>
      </w:r>
      <w:r>
        <w:rPr>
          <w:sz w:val="20"/>
        </w:rPr>
        <w:t>7:58  sole concern jo ban jata hai aulad aur family aur ghar. to yeh bohat hi bari ayat hai yeh. woh dushman hain woh tumhare.</w:t>
      </w:r>
      <w:r>
        <w:br/>
      </w:r>
      <w:r>
        <w:rPr>
          <w:sz w:val="20"/>
        </w:rPr>
        <w:t>8:07  yani woh paidaishi dushman nahi hain. yani dushman by birth nahi hain woh.</w:t>
      </w:r>
      <w:r>
        <w:br/>
      </w:r>
      <w:r>
        <w:rPr>
          <w:sz w:val="20"/>
        </w:rPr>
        <w:t>8:14  lekin woh tumhare liye trial hain. yani azmaish hain. ke kahin aisa na ho ke un ke chakar mein par kar ke tum apna concern badal do. jo hona chahiye Khuda ke liye, woh un ko un ke liye kar do.</w:t>
      </w:r>
      <w:r>
        <w:br/>
      </w:r>
      <w:r>
        <w:rPr>
          <w:sz w:val="20"/>
        </w:rPr>
        <w:t>8:29  yeh hai. to priority basis par aadmi ko sirf Khuda ke Khuda ko lena chahiye, lena hai. apna concern sirf Khuda ko banana hai.</w:t>
      </w:r>
      <w:r>
        <w:br/>
      </w:r>
      <w:r>
        <w:rPr>
          <w:sz w:val="20"/>
        </w:rPr>
        <w:t>8:40  mein ne is se pehle aap ko bataya tha ke ek American writer ne kitab likhi hai Islam par. to bohat hi study kiya is ne. to is mein woh bohat sahi kehta hai</w:t>
      </w:r>
      <w:r>
        <w:br/>
      </w:r>
      <w:r>
        <w:rPr>
          <w:sz w:val="20"/>
        </w:rPr>
        <w:t>8:51  ke "the greatest concern of Islam is Allah" ۔ to greatest concern jo hai woh Allah hona chahiye.</w:t>
      </w:r>
      <w:r>
        <w:br/>
      </w:r>
      <w:r>
        <w:rPr>
          <w:sz w:val="20"/>
        </w:rPr>
        <w:t>9:01  lekin yeh log jo hain badal dete hain. yani aulad greatest concern ban jati hai.</w:t>
      </w:r>
      <w:r>
        <w:br/>
      </w:r>
      <w:r>
        <w:rPr>
          <w:sz w:val="20"/>
        </w:rPr>
        <w:t>9:09  family greatest concern ban jati hai. bohat bara isi ko kaha gaya Quran mein ke woh to dushman hain tumhare. woh tumhare dushman hain.</w:t>
      </w:r>
      <w:r>
        <w:br/>
      </w:r>
      <w:r>
        <w:rPr>
          <w:sz w:val="20"/>
        </w:rPr>
        <w:t>9:20  bohat zyada sochne ki ayat hai. "إن من أولادكم وأزواجكم أعدو فاذروه" ۔</w:t>
      </w:r>
      <w:r>
        <w:br/>
      </w:r>
      <w:r>
        <w:rPr>
          <w:sz w:val="20"/>
        </w:rPr>
        <w:t>9:27  tumhari biwiyan aur tumhari aulad tumhare dushman hain, dushman. un se bacho. un se bacho. is ka matlab yeh nahi ke woh by birth dushman hain.</w:t>
      </w:r>
      <w:r>
        <w:br/>
      </w:r>
      <w:r>
        <w:rPr>
          <w:sz w:val="20"/>
        </w:rPr>
        <w:t>9:37  by birth koi dushman nahi hota hai.</w:t>
      </w:r>
      <w:r>
        <w:br/>
      </w:r>
      <w:r>
        <w:rPr>
          <w:sz w:val="20"/>
        </w:rPr>
        <w:t>9:42  un se jo attachment hota hai, un se jo dil ka taluq hota hai, us se jo mohabbat hoti hai, us ki wajah se woh aik shift late hain, woh shift. aur bohat hi gradual tareeqa aata hai, shift aata hai.</w:t>
      </w:r>
      <w:r>
        <w:br/>
      </w:r>
      <w:r>
        <w:rPr>
          <w:sz w:val="20"/>
        </w:rPr>
        <w:t>9:55  unconsciously aata hai. aadmi ko pata nahi chalta ke meri priority badal gayi. mera concern badal gaya.</w:t>
      </w:r>
      <w:r>
        <w:br/>
      </w:r>
      <w:r>
        <w:rPr>
          <w:sz w:val="20"/>
        </w:rPr>
        <w:t>10:03  lekin bohat bara bhayanak anjaam hota hai insaan ka.</w:t>
      </w:r>
      <w:r>
        <w:br/>
      </w:r>
      <w:r>
        <w:rPr>
          <w:sz w:val="20"/>
        </w:rPr>
        <w:t>10:11  yeh kab insaan jaan paye ga? introspection ke zariye jaan paye ga. soche, soche, soche, soche. baghair introspection ke koi bhi aadmi samajh nahi sakta ke kya haal mera hua hai.</w:t>
      </w:r>
      <w:r>
        <w:br/>
      </w:r>
      <w:r>
        <w:rPr>
          <w:sz w:val="20"/>
        </w:rPr>
        <w:t>10:23  mera tajurba dekhen, jis ko bhi dekhen, us ka supreme concern us ki family hai, us ki aulad hai.</w:t>
      </w:r>
      <w:r>
        <w:br/>
      </w:r>
      <w:r>
        <w:rPr>
          <w:sz w:val="20"/>
        </w:rPr>
        <w:t>10:29  sab ko mein dekhta hoon. chahe ghareeb ho ya ameer, namaz wala ho ya be namaz wala, daadhi wala ho ya be daadhi wala, aalim ho ya ghair aalim, sab ka yahi haal hai.</w:t>
      </w:r>
      <w:r>
        <w:br/>
      </w:r>
      <w:r>
        <w:rPr>
          <w:sz w:val="20"/>
        </w:rPr>
        <w:t>10:42  to goya ke har aik ne in logon ko apna dushman bana rakha hai.</w:t>
      </w:r>
      <w:r>
        <w:br/>
      </w:r>
      <w:r>
        <w:rPr>
          <w:sz w:val="20"/>
        </w:rPr>
        <w:t>10:50  bari khatarnak baat hai yeh. bohat ziyada khatarnak baat hai.</w:t>
      </w:r>
      <w:r>
        <w:br/>
      </w:r>
      <w:r>
        <w:rPr>
          <w:sz w:val="20"/>
        </w:rPr>
        <w:t>10:58  aur is mein yeh hota hai, mein ne dekha apni aankh se ke wahi same ghalti apna bachcha kare to dikhai nahi deta aadmi ko. wahi doosra kare to us ko doctor par lagate hain.</w:t>
      </w:r>
      <w:r>
        <w:br/>
      </w:r>
      <w:r>
        <w:rPr>
          <w:sz w:val="20"/>
        </w:rPr>
        <w:t>11:07  mein ne khud dekha apni aankh se ke doosre ke bete ne wahi same ghalti ki. bas patang ura raha tha aik. mein ne to apni aankh se dekha.</w:t>
      </w:r>
      <w:r>
        <w:br/>
      </w:r>
      <w:r>
        <w:rPr>
          <w:sz w:val="20"/>
        </w:rPr>
        <w:t>11:16  muhalle ka aik ladka patang ura raha tha to us ko doctor par kar rahe the. to patang urate ho, school le jate hain yeh woh. inhi ko mein ne dekha ke ab in ka apna beta patang ura raha tha, dekhte hain khush ho rahe the.</w:t>
      </w:r>
      <w:r>
        <w:br/>
      </w:r>
      <w:r>
        <w:rPr>
          <w:sz w:val="20"/>
        </w:rPr>
        <w:t>11:26  kehta hai, "achha</w:t>
      </w:r>
      <w:r>
        <w:br/>
      </w:r>
      <w:r>
        <w:rPr>
          <w:sz w:val="20"/>
        </w:rPr>
        <w:t>11:27  patang ura raha hai yeh." to aadmi ki, aadmi blind hota hai, blind. hadith mein aata hai ke "hubbuka shaya yoomi wusum" .</w:t>
      </w:r>
      <w:r>
        <w:br/>
      </w:r>
      <w:r>
        <w:rPr>
          <w:sz w:val="20"/>
        </w:rPr>
        <w:t>11:39  yani mohabbat tum ko andha bhara bana deti hai. to aulad se mohabbat, family se mohabbat, aadmi ko blind kar deti hai.</w:t>
      </w:r>
      <w:r>
        <w:br/>
      </w:r>
      <w:r>
        <w:rPr>
          <w:sz w:val="20"/>
        </w:rPr>
        <w:t>11:49  to dekha, kuch dikhai nahi deta us ko. use bohat mercy se introspection jab kare ga aadmi, tab jaan paye ga.</w:t>
      </w:r>
      <w:r>
        <w:br/>
      </w:r>
      <w:r>
        <w:rPr>
          <w:sz w:val="20"/>
        </w:rPr>
        <w:t>11:58  warna jaan nahi paye ga, isi haal mein mar jaye ga woh.</w:t>
      </w:r>
    </w:p>
    <w:p>
      <w:pPr>
        <w:pStyle w:val="Heading2"/>
      </w:pPr>
      <w:r>
        <w:t>Focus and reflect on Quran</w:t>
      </w:r>
    </w:p>
    <w:p>
      <w:r>
        <w:rPr>
          <w:color w:val="666666"/>
          <w:sz w:val="18"/>
        </w:rPr>
        <w:t>Ramadan Q and A Session with Prof. Farida Khanam 27th March' 2022 · 1m 24s · at 5:28 · https://youtu.be/M_pJVGZWKIM?t=328</w:t>
      </w:r>
    </w:p>
    <w:p>
      <w:r>
        <w:rPr>
          <w:i/>
        </w:rPr>
        <w:t>“Mind ko focused hona chahiye jaisa magnifying glass”</w:t>
      </w:r>
    </w:p>
    <w:p>
      <w:r>
        <w:rPr>
          <w:sz w:val="20"/>
        </w:rPr>
        <w:t>5:28  mind ko focused hona chahiye jaise magnifying glass hota hai na to usko jab aap dhoop mein rakhein to sari rays ko wah ek focus par kar deta hai. phir itna focused wah raise ho jati hain ke wah jal jata hai. kaagaz jal jata hai. mujhe lagta hai yeh gaalepan chaala jhaan nahi bataya tha yeh baat.</w:t>
      </w:r>
      <w:r>
        <w:br/>
      </w:r>
      <w:r>
        <w:rPr>
          <w:sz w:val="20"/>
        </w:rPr>
        <w:t>5:51  to to is tarike se jab tak hum apne mind ko focus nahi karenge wah jo spiritual ek development hota hai personality ka wah nahi kar payenge. wah khali talawat karte rahenge khali talawat se kuch nahi hoga kyunke hamein chahiye ke quran mein tadabbur karein, tafakkur karein. jaise sahaba karte the. hum koi nayi baat nahi keh rahe hain. sahaba aise hi na quran padhte the. sirf tulabat nahi karte the.</w:t>
      </w:r>
      <w:r>
        <w:br/>
      </w:r>
      <w:r>
        <w:rPr>
          <w:sz w:val="20"/>
        </w:rPr>
        <w:t>6:20  balki us par tafakkur karte the, tafakkur karte the.</w:t>
      </w:r>
      <w:r>
        <w:br/>
      </w:r>
      <w:r>
        <w:rPr>
          <w:sz w:val="20"/>
        </w:rPr>
        <w:t>6:25  usko apne apne upar apply karte the.</w:t>
      </w:r>
      <w:r>
        <w:br/>
      </w:r>
      <w:r>
        <w:rPr>
          <w:sz w:val="20"/>
        </w:rPr>
        <w:t>6:30  yahan tak ek ek do varsh ghanta ghanta par vah sochte rehte the.</w:t>
      </w:r>
      <w:r>
        <w:br/>
      </w:r>
      <w:r>
        <w:rPr>
          <w:sz w:val="20"/>
        </w:rPr>
        <w:t>6:36  to isi tarike se aap logon ko quran ki translation padhna hai aur kahin bhi aapko lage ki</w:t>
      </w:r>
      <w:r>
        <w:br/>
      </w:r>
      <w:r>
        <w:rPr>
          <w:sz w:val="20"/>
        </w:rPr>
        <w:t>6:41  iski tafsir padhni chahiye to tafsir padhen aur ghar mein bhi bhai mahaul banayen discussion karen apne ghar</w:t>
      </w:r>
      <w:r>
        <w:br/>
      </w:r>
      <w:r>
        <w:rPr>
          <w:sz w:val="20"/>
        </w:rPr>
        <w:t>6:46  walon se to isse spiritual development hoga.</w:t>
      </w:r>
      <w:r>
        <w:br/>
      </w:r>
      <w:r>
        <w:rPr>
          <w:sz w:val="20"/>
        </w:rPr>
        <w:t>6:52  bahut hi achhe hain behtareen tarike se aapne bataya.</w:t>
      </w:r>
    </w:p>
    <w:p>
      <w:pPr>
        <w:pStyle w:val="Heading2"/>
      </w:pPr>
      <w:r>
        <w:t>Patience saves a marriage from impulsive divorce</w:t>
      </w:r>
    </w:p>
    <w:p>
      <w:r>
        <w:rPr>
          <w:color w:val="666666"/>
          <w:sz w:val="18"/>
        </w:rPr>
        <w:t>Power of Peace June 6, 2010 Maulana Wahiduddin Khan · 1m 31s · at 44:51 · https://youtu.be/QNnouRoYI38?t=2691</w:t>
      </w:r>
    </w:p>
    <w:p>
      <w:r>
        <w:rPr>
          <w:i/>
        </w:rPr>
        <w:t>“Ek sahab aaye, biwi ko talaq dena chahte the”</w:t>
      </w:r>
    </w:p>
    <w:p>
      <w:r>
        <w:rPr>
          <w:sz w:val="20"/>
        </w:rPr>
        <w:t>44:51  jab bhi kahin baat bigadti hai, jab kahin breakdown hota hai, jo be sabri ki wajah se hota hai. mere paas ek sahib aaye ke unhon ne kaha main apni biwi ko talaq dena chahta hoon.</w:t>
      </w:r>
      <w:r>
        <w:br/>
      </w:r>
      <w:r>
        <w:rPr>
          <w:sz w:val="20"/>
        </w:rPr>
        <w:t>45:03  yeh baat, woh baat, duniya bhar ki baat. to maine kaha theek hai. talaq dene ke liye aap ek hi baithak mein talaq, talaq, talaq mat kijiye. islam ka tareeqa hai, us ko pakriye.</w:t>
      </w:r>
      <w:r>
        <w:br/>
      </w:r>
      <w:r>
        <w:rPr>
          <w:sz w:val="20"/>
        </w:rPr>
        <w:t>45:14  pehla mahine mein kahiye ke main tum ko ek talaq deta hoon.</w:t>
      </w:r>
      <w:r>
        <w:br/>
      </w:r>
      <w:r>
        <w:rPr>
          <w:sz w:val="20"/>
        </w:rPr>
        <w:t>45:19  dusra mahine kahiye ke maine tum ko talaq diya. teesra mahine mein us ko finalize kijiye. kai log mere paas aaye, main is tarah un ko bataya to phir lote nahi woh.</w:t>
      </w:r>
      <w:r>
        <w:br/>
      </w:r>
      <w:r>
        <w:rPr>
          <w:sz w:val="20"/>
        </w:rPr>
        <w:t>45:30  kyunke woh sab apna aap ne compromise kar liya hai logon ne. ghussa khatam ho gaya, baat theek ho gayi. ghusse mein baat bigadti hai aur sabr mein baat banti hai.</w:t>
      </w:r>
      <w:r>
        <w:br/>
      </w:r>
      <w:r>
        <w:rPr>
          <w:sz w:val="20"/>
        </w:rPr>
        <w:t>45:44  ghusse se baat bigadti hai aur sabr ke sath baat banti hai.</w:t>
      </w:r>
      <w:r>
        <w:br/>
      </w:r>
      <w:r>
        <w:rPr>
          <w:sz w:val="20"/>
        </w:rPr>
        <w:t>45:49  jo bhi log talaq, talaq karte hain, woh sab ghusse mein hota hai, ghusse mein. agar woh bardasht kar lein aur aur planning ke tehat karein, planning kar ke to to to talaq denge nahi.</w:t>
      </w:r>
      <w:r>
        <w:br/>
      </w:r>
      <w:r>
        <w:rPr>
          <w:sz w:val="20"/>
        </w:rPr>
        <w:t>46:06  talaq denge nahi.</w:t>
      </w:r>
      <w:r>
        <w:br/>
      </w:r>
      <w:r>
        <w:rPr>
          <w:sz w:val="20"/>
        </w:rPr>
        <w:t>46:10  aisi laraiyan hain jo lar jatay hain dhara dhar. to agar sochen to larai na karen.</w:t>
      </w:r>
      <w:r>
        <w:br/>
      </w:r>
      <w:r>
        <w:rPr>
          <w:sz w:val="20"/>
        </w:rPr>
        <w:t>46:17  sochen to larai na karen.</w:t>
      </w:r>
    </w:p>
    <w:p>
      <w:pPr>
        <w:pStyle w:val="Heading2"/>
      </w:pPr>
      <w:r>
        <w:t>Missing sehri taught him the true value of food</w:t>
      </w:r>
    </w:p>
    <w:p>
      <w:r>
        <w:rPr>
          <w:color w:val="666666"/>
          <w:sz w:val="18"/>
        </w:rPr>
        <w:t>Fasting A Source of Spiritual Empowerment August 21, 2011 Maulana Wahiduddin Khan · 2m 40s · at 18:48 · https://youtu.be/Z0EbPlujcf0?t=1128</w:t>
      </w:r>
    </w:p>
    <w:p>
      <w:r>
        <w:rPr>
          <w:i/>
        </w:rPr>
        <w:t>“Ek baar aisa hua jab main UP mein tha”</w:t>
      </w:r>
    </w:p>
    <w:p>
      <w:r>
        <w:rPr>
          <w:sz w:val="20"/>
        </w:rPr>
        <w:t>18:48  ek baar aisa hua jab mein UP mein tha. to subah ko neend nahi khuli. yaani subah ko dawn se pehle neend khulna chahiye.</w:t>
      </w:r>
      <w:r>
        <w:br/>
      </w:r>
      <w:r>
        <w:rPr>
          <w:sz w:val="20"/>
        </w:rPr>
        <w:t>19:06  tab aap kha bhi sakte hain. dawn ke baad agar neend khulegi to nahi kha sakte aap. to meri neend nahi khuli. to mein sehri nahi kha saka.</w:t>
      </w:r>
      <w:r>
        <w:br/>
      </w:r>
      <w:r>
        <w:rPr>
          <w:sz w:val="20"/>
        </w:rPr>
        <w:t>19:17  us din mujhe sehri ke baghair roza rakhna pada. kyunke sehri na khana yeh aadmi ke liye Excuse nahi hai.</w:t>
      </w:r>
      <w:r>
        <w:br/>
      </w:r>
      <w:r>
        <w:rPr>
          <w:sz w:val="20"/>
        </w:rPr>
        <w:t>19:27  agar aap sehri na kha sakein to aisa nahi ke ab Excuse mil gaya aap ko. aap sehri roza na rakhein aap. to roza rakhna pada mujhe.</w:t>
      </w:r>
      <w:r>
        <w:br/>
      </w:r>
      <w:r>
        <w:rPr>
          <w:sz w:val="20"/>
        </w:rPr>
        <w:t>19:36  ab us din jo hai laga ke ek din ka khana jo chuta hai mujh se, sirf ek din ka.</w:t>
      </w:r>
      <w:r>
        <w:br/>
      </w:r>
      <w:r>
        <w:rPr>
          <w:sz w:val="20"/>
        </w:rPr>
        <w:t>19:47  to kitna sakht hai woh. to mein socha ke agar umar bhar ke khana chhoot jaye.</w:t>
      </w:r>
      <w:r>
        <w:br/>
      </w:r>
      <w:r>
        <w:rPr>
          <w:sz w:val="20"/>
        </w:rPr>
        <w:t>19:57  hamesha ke liye chhoot jaye khana.</w:t>
      </w:r>
      <w:r>
        <w:br/>
      </w:r>
      <w:r>
        <w:rPr>
          <w:sz w:val="20"/>
        </w:rPr>
        <w:t>20:00  yaani maut ke baad Khuda agar hum ko ek aisi chattan par chhod de. farishta maut ke baad le aap ko aur le aakar ke ek chattan par daal de.</w:t>
      </w:r>
      <w:r>
        <w:br/>
      </w:r>
      <w:r>
        <w:rPr>
          <w:sz w:val="20"/>
        </w:rPr>
        <w:t>20:11  jahan khana pani na ho. to kahe ke bas pade raho yahin aaj. koi takleef doosri nahi di jayegi tum ko. koi tum ko marne nahi aayega.</w:t>
      </w:r>
      <w:r>
        <w:br/>
      </w:r>
      <w:r>
        <w:rPr>
          <w:sz w:val="20"/>
        </w:rPr>
        <w:t>20:21  tum ko jalane nahi aayega. kuch bhi karne nahi aayega tum ko. bas khali yeh hai ke khana peena nahi milega.</w:t>
      </w:r>
      <w:r>
        <w:br/>
      </w:r>
      <w:r>
        <w:rPr>
          <w:sz w:val="20"/>
        </w:rPr>
        <w:t>20:32  to kya alam hoga? hatta ke phir mein ne socha ke farz kiye ke mujh ko dunya ka sab se acha mahal mil jaye. lekin is mein khana peena na ho.</w:t>
      </w:r>
      <w:r>
        <w:br/>
      </w:r>
      <w:r>
        <w:rPr>
          <w:sz w:val="20"/>
        </w:rPr>
        <w:t>20:45  sab se acha Palace.</w:t>
      </w:r>
      <w:r>
        <w:br/>
      </w:r>
      <w:r>
        <w:rPr>
          <w:sz w:val="20"/>
        </w:rPr>
        <w:t>20:51  jaise Emperor ke Palace hua karte the. sab se acha Palace mil jaye to bilkul tumhare Disposal par hai yeh Palace. lekin wahan khana peena nahi hai.</w:t>
      </w:r>
      <w:r>
        <w:br/>
      </w:r>
      <w:r>
        <w:rPr>
          <w:sz w:val="20"/>
        </w:rPr>
        <w:t>21:03  to ek din ka jo mujhe khana chuta to sab cheez bekar lagne lagi. Palace bhi bekar.</w:t>
      </w:r>
      <w:r>
        <w:br/>
      </w:r>
      <w:r>
        <w:rPr>
          <w:sz w:val="20"/>
        </w:rPr>
        <w:t>21:16  sab kuch bekar.</w:t>
      </w:r>
      <w:r>
        <w:br/>
      </w:r>
      <w:r>
        <w:rPr>
          <w:sz w:val="20"/>
        </w:rPr>
        <w:t>21:21  to qadar o qeemat maloom hui khane ki. ke Allah Ta'ala ne</w:t>
      </w:r>
    </w:p>
    <w:p>
      <w:pPr>
        <w:pStyle w:val="Heading2"/>
      </w:pPr>
      <w:r>
        <w:t>Self-accounting and stopping hammering</w:t>
      </w:r>
    </w:p>
    <w:p>
      <w:r>
        <w:rPr>
          <w:color w:val="666666"/>
          <w:sz w:val="18"/>
        </w:rPr>
        <w:t>Interaction February 22, 2020 Maulana Wahiduddin Khan · 2m 33s · at 15:44 · https://youtu.be/s4MIiunBRxI?t=944</w:t>
      </w:r>
    </w:p>
    <w:p>
      <w:r>
        <w:rPr>
          <w:i/>
        </w:rPr>
        <w:t>“No one else can answer that but you.”</w:t>
      </w:r>
    </w:p>
    <w:p>
      <w:r>
        <w:rPr>
          <w:sz w:val="20"/>
        </w:rPr>
        <w:t>15:44  dekhiye, main samajhta hoon ki koi aadmi, doosra, other than you, iska jawab nahi de sakta. kyunki</w:t>
      </w:r>
      <w:r>
        <w:br/>
      </w:r>
      <w:r>
        <w:rPr>
          <w:sz w:val="20"/>
        </w:rPr>
        <w:t>15:58  muhasaba andar se bolta hai. aap kuch sensitive hon, to apne aap aapka andar ka insaan bolega, bolega, bolega. nahi to kuch nahi bolega. to aapko apne</w:t>
      </w:r>
      <w:r>
        <w:br/>
      </w:r>
      <w:r>
        <w:rPr>
          <w:sz w:val="20"/>
        </w:rPr>
        <w:t>16:18  vishwas ko develop karna padega. main samajhta hoon ki koi doosra aadmi aapko kuch nahi de sakta. aapko khud discover karna padega.</w:t>
      </w:r>
      <w:r>
        <w:br/>
      </w:r>
      <w:r>
        <w:rPr>
          <w:sz w:val="20"/>
        </w:rPr>
        <w:t>16:39  main apni zindagi ke bahut se qisse bata deta hoon aapko ki maine soch kar nikala, soch kar nikala. maslan, aap mein se aksar log jaante honge ki pehle main bahut hammering karta tha logon ki.</w:t>
      </w:r>
      <w:r>
        <w:br/>
      </w:r>
      <w:r>
        <w:rPr>
          <w:sz w:val="20"/>
        </w:rPr>
        <w:t>16:56  bahut zyada hammering karta tha. to main samajhta tha ki hammering jo main karta hoon, main bahut achhi baat hai wo. bahut achhi baat hai wo. to maine ek quran ki ek ayat padhi. wahan par atak gaya.</w:t>
      </w:r>
      <w:r>
        <w:br/>
      </w:r>
      <w:r>
        <w:rPr>
          <w:sz w:val="20"/>
        </w:rPr>
        <w:t>17:14  atak gaya wahan par.</w:t>
      </w:r>
      <w:r>
        <w:br/>
      </w:r>
      <w:r>
        <w:rPr>
          <w:sz w:val="20"/>
        </w:rPr>
        <w:t>17:21  agar tum hote shadeed kal wale, to log tumse bikhar jaate. to maine socha ki ye cheez jo hai, quran ye nahi kaha hai ki ye to aisa karna haram hai,</w:t>
      </w:r>
      <w:r>
        <w:br/>
      </w:r>
      <w:r>
        <w:rPr>
          <w:sz w:val="20"/>
        </w:rPr>
        <w:t>17:38  ghair-akhlaqi hai. nahi, ye kaha hai ki log tumse door ho jaate. to allah taala ne yahan result ko hawala diya, akhlaq ka nahi hawala diya.</w:t>
      </w:r>
      <w:r>
        <w:br/>
      </w:r>
      <w:r>
        <w:rPr>
          <w:sz w:val="20"/>
        </w:rPr>
        <w:t>17:53  akhlaq ka nahi hawala diya. to isko jaanchon result ke aitbaar se ki agar koi insaan aisa ho jo usse galat result,</w:t>
      </w:r>
      <w:r>
        <w:br/>
      </w:r>
      <w:r>
        <w:rPr>
          <w:sz w:val="20"/>
        </w:rPr>
        <w:t>18:07  uske baad bhi, to hammering ke baad bhi wo tumse achha sabak le, to uske saath</w:t>
      </w:r>
      <w:r>
        <w:br/>
      </w:r>
      <w:r>
        <w:rPr>
          <w:sz w:val="20"/>
        </w:rPr>
        <w:t>18:14  mat aisa karo.</w:t>
      </w:r>
    </w:p>
    <w:p>
      <w:pPr>
        <w:pStyle w:val="Heading2"/>
      </w:pPr>
      <w:r>
        <w:t>Conflict between people has been inevitable since Cain and Abel</w:t>
      </w:r>
    </w:p>
    <w:p>
      <w:r>
        <w:rPr>
          <w:color w:val="666666"/>
          <w:sz w:val="18"/>
        </w:rPr>
        <w:t>CPS Women Article Discussion 17 February 5, 2023 · 2m 48s · at 2:14 · https://youtu.be/YwT3btklNZk?t=134</w:t>
      </w:r>
    </w:p>
    <w:p>
      <w:r>
        <w:rPr>
          <w:i/>
        </w:rPr>
        <w:t>“इंसान को दूसरे इंसान से तकलीफ़ पहुंचना एक लाज़मी सूरतेहाल है”</w:t>
      </w:r>
    </w:p>
    <w:p>
      <w:r>
        <w:rPr>
          <w:sz w:val="20"/>
        </w:rPr>
        <w:t>2:14  ek insaan ko doosre insaan se koi zehni ya jismani takleef pahunchti hai. yeh ek laazmi soorathal hai. yeh maamla insani zindagi ke aakhaaz mein haabil aur kaabil ke takraav ki soorat mein paida hua.</w:t>
      </w:r>
      <w:r>
        <w:br/>
      </w:r>
      <w:r>
        <w:rPr>
          <w:sz w:val="20"/>
        </w:rPr>
        <w:t>2:32  iske baad woh tareef ke har daur mein hatta ki paigambaron ke zamane mein bhi jaari raha aur isi tarah jaari rahega yahan tak ki qayamat aa jaaye aur khud is duniya ka hi, duniya hi ka khatma ho jaaye.</w:t>
      </w:r>
      <w:r>
        <w:br/>
      </w:r>
      <w:r>
        <w:rPr>
          <w:sz w:val="20"/>
        </w:rPr>
        <w:t>2:49  aisi halat mein kisi bhi insaan ke bas mein nahin ki vah apni pasand ke ayan mutabiq aisi</w:t>
      </w:r>
      <w:r>
        <w:br/>
      </w:r>
      <w:r>
        <w:rPr>
          <w:sz w:val="20"/>
        </w:rPr>
        <w:t>2:55  zindagi hasil karen jahan usko na kisi se shikayat ho aur na kisi se iktalav.</w:t>
      </w:r>
      <w:r>
        <w:br/>
      </w:r>
      <w:r>
        <w:rPr>
          <w:sz w:val="20"/>
        </w:rPr>
        <w:t>3:01  aisa intikhab maujooda duniya mein kisi ke liye mumkin hi nahin hua.</w:t>
      </w:r>
      <w:r>
        <w:br/>
      </w:r>
      <w:r>
        <w:rPr>
          <w:sz w:val="20"/>
        </w:rPr>
        <w:t>3:07  na saulheen ke liye aur na ghair saulheen ke liye.</w:t>
      </w:r>
      <w:r>
        <w:br/>
      </w:r>
      <w:r>
        <w:rPr>
          <w:sz w:val="20"/>
        </w:rPr>
        <w:t>3:13  maujooda duniya mein hakeke in taqakh sirf do ravish ke tarman hai.</w:t>
      </w:r>
      <w:r>
        <w:br/>
      </w:r>
      <w:r>
        <w:rPr>
          <w:sz w:val="20"/>
        </w:rPr>
        <w:t>3:20  aap ya to ghar se bahar tak har ek se musalsar ladte rahen ya shikayat aur ektalaaf ko nazar taaz karte hue apni zindagi ki taameer karen. pehli ravish agar fool ke tarf mein uske kaanton se ulajhne ka naam hai, to uske muqable mein doosre ravish yeh hai ki kaante ko nazarandaaz karte hue uske fool ko le liya jaaye.</w:t>
      </w:r>
      <w:r>
        <w:br/>
      </w:r>
      <w:r>
        <w:rPr>
          <w:sz w:val="20"/>
        </w:rPr>
        <w:t>3:47  magar pehli ravesh kisi ke liye bhi mustakil taur par mumkin nahi kyunki woh apni aur apne ghar ki tabaahi ke hum maane hain aur koi bhi itna nadan nahi ki woh mustakil taur par apne aap ko aur apne gharwalon ko tabaahi ke gadhe mein daalte.</w:t>
      </w:r>
      <w:r>
        <w:br/>
      </w:r>
      <w:r>
        <w:rPr>
          <w:sz w:val="20"/>
        </w:rPr>
        <w:t>4:08  isliye amalan yeh hota hai ki besabri ki ravish ikhtiyaar karne wale waqti taur par doosron se ladte hain aur aakhirkaar uska tabaah ko nateeja dekhkar khamoshi ikhtiyaar kar lete hain. magar aisi khamoshi ka matlab naafikt hota hai. maujooda duniya mein aapko baharaal swar karna hai.</w:t>
      </w:r>
      <w:r>
        <w:br/>
      </w:r>
      <w:r>
        <w:rPr>
          <w:sz w:val="20"/>
        </w:rPr>
        <w:t>4:33  agar aap usool ki buniyad par swar na karen to aapko mofaad ki buniyad par swar karna padega aur isi doosri ravish ka naam munaafikt hai. sabr ke bare mein islam mein bahut zyada highlight kiya gaya hai aur quran mein bahut si aayaton mein sabr ki importance batayi gayi, sabr ki naseehat di gayi.</w:t>
      </w:r>
      <w:r>
        <w:br/>
      </w:r>
      <w:r>
        <w:rPr>
          <w:sz w:val="20"/>
        </w:rPr>
        <w:t>5:02  yahan tak ki uske liye beshab ajar ka wada kiya gaya. kisi aayat mein use jannat mein jaane ka rasta bhi bataya gaya. bahut si hadeesen bhi is hawale se hain jo sabr ki naseehat karti hain. ek hadees hai maslan ke sabr tamam achhe akhlaq ki jama hai. to agar koi insaan achhe akhlaq par hona chahta hai to usko sabir hona laazmi hai.</w:t>
      </w:r>
    </w:p>
    <w:p>
      <w:pPr>
        <w:pStyle w:val="Heading2"/>
      </w:pPr>
      <w:r>
        <w:t>Genuine gratitude requires wisdom not lip service</w:t>
      </w:r>
    </w:p>
    <w:p>
      <w:r>
        <w:rPr>
          <w:color w:val="666666"/>
          <w:sz w:val="18"/>
        </w:rPr>
        <w:t>What is Shukr (Gratitude) January 30, 2014 Maulana Wahiduddin Khan · 4m 33s · at 1:04 · https://youtu.be/V4LkYRRzQ3E?t=64</w:t>
      </w:r>
    </w:p>
    <w:p>
      <w:r>
        <w:rPr>
          <w:i/>
        </w:rPr>
        <w:t>“Quran mein baar baar shukr ka zikr kiya gaya hai”</w:t>
      </w:r>
    </w:p>
    <w:p>
      <w:r>
        <w:rPr>
          <w:sz w:val="20"/>
        </w:rPr>
        <w:t>1:04  quran mein bar bar shukr ka zikr kiya gaya hai. quran ke mutabiq shukr bohat ziyada bari ibadat hai,</w:t>
      </w:r>
      <w:r>
        <w:br/>
      </w:r>
      <w:r>
        <w:rPr>
          <w:sz w:val="20"/>
        </w:rPr>
        <w:t>1:18  balkeh shayad sab se bari ibadat. to is ayat se maloom hota hai ke shukr ke liye hikmat chahiye.</w:t>
      </w:r>
      <w:r>
        <w:br/>
      </w:r>
      <w:r>
        <w:rPr>
          <w:sz w:val="20"/>
        </w:rPr>
        <w:t>1:28  hikmat nahi to shukr bhi nahi.</w:t>
      </w:r>
      <w:r>
        <w:br/>
      </w:r>
      <w:r>
        <w:rPr>
          <w:sz w:val="20"/>
        </w:rPr>
        <w:t>1:34  shukr ka jo, shukr ki jo ibadat hai, to shukr se pehle hikmat zaroori hai.</w:t>
      </w:r>
      <w:r>
        <w:br/>
      </w:r>
      <w:r>
        <w:rPr>
          <w:sz w:val="20"/>
        </w:rPr>
        <w:t>1:44  yani hikmat jo hai, ka pre shukr keh sakte hain aap is ko.</w:t>
      </w:r>
      <w:r>
        <w:br/>
      </w:r>
      <w:r>
        <w:rPr>
          <w:sz w:val="20"/>
        </w:rPr>
        <w:t>1:53  to yeh bohat ziyada sochne ki baat hai ke aakhir hikmat kya cheez hai? aur shukr se is ka taluq kya hai?</w:t>
      </w:r>
      <w:r>
        <w:br/>
      </w:r>
      <w:r>
        <w:rPr>
          <w:sz w:val="20"/>
        </w:rPr>
        <w:t>2:02  hikmat ke mani wahi hain jo hum is ko kehte hain Wisdom. Wisdom ke jo mani hain wahi shukr ke mani hain.</w:t>
      </w:r>
      <w:r>
        <w:br/>
      </w:r>
      <w:r>
        <w:rPr>
          <w:sz w:val="20"/>
        </w:rPr>
        <w:t>2:14  to Wisdom ka taluq shukr se kya hai? is ko bohat ziyada samajhne ki zaroorat hai.</w:t>
      </w:r>
      <w:r>
        <w:br/>
      </w:r>
      <w:r>
        <w:rPr>
          <w:sz w:val="20"/>
        </w:rPr>
        <w:t>2:23  shukr ka matlab hai</w:t>
      </w:r>
      <w:r>
        <w:br/>
      </w:r>
      <w:r>
        <w:rPr>
          <w:sz w:val="20"/>
        </w:rPr>
        <w:t>2:28  Acknowledgement.</w:t>
      </w:r>
      <w:r>
        <w:br/>
      </w:r>
      <w:r>
        <w:rPr>
          <w:sz w:val="20"/>
        </w:rPr>
        <w:t>2:31  bohat ziyada, yani Positive Thinking ka jo aakhri had hai isi ko shukr kehte hain. yani dunya ki zindagi mein aap is tarah rahein ke aap ko ehsas ho ke Allah ne mere upar beshumar nematein ki hain.</w:t>
      </w:r>
      <w:r>
        <w:br/>
      </w:r>
      <w:r>
        <w:rPr>
          <w:sz w:val="20"/>
        </w:rPr>
        <w:t>2:53  aur mujh ko usay Acknowledge karna chahiye.</w:t>
      </w:r>
      <w:r>
        <w:br/>
      </w:r>
      <w:r>
        <w:rPr>
          <w:sz w:val="20"/>
        </w:rPr>
        <w:t>3:00  to shukr, mein samajhta hoon ke</w:t>
      </w:r>
      <w:r>
        <w:br/>
      </w:r>
      <w:r>
        <w:rPr>
          <w:sz w:val="20"/>
        </w:rPr>
        <w:t>3:07  sab se bara Positive Phenomena hai. is se bara Positive Phenomena aur koi nahi ho sakta.</w:t>
      </w:r>
      <w:r>
        <w:br/>
      </w:r>
      <w:r>
        <w:rPr>
          <w:sz w:val="20"/>
        </w:rPr>
        <w:t>3:17  to Allah ke ehsanat mein jeena, Allah ki nematon mein jeena, Allah ko har waqt Acknowledge karte rehna, Allah ke</w:t>
      </w:r>
      <w:r>
        <w:br/>
      </w:r>
      <w:r>
        <w:rPr>
          <w:sz w:val="20"/>
        </w:rPr>
        <w:t>3:32  ka har waqt ehtram karte rehna,</w:t>
      </w:r>
      <w:r>
        <w:br/>
      </w:r>
      <w:r>
        <w:rPr>
          <w:sz w:val="20"/>
        </w:rPr>
        <w:t>3:37  isi ko shukr kaha jata hai.</w:t>
      </w:r>
      <w:r>
        <w:br/>
      </w:r>
      <w:r>
        <w:rPr>
          <w:sz w:val="20"/>
        </w:rPr>
        <w:t>3:40  to shukr ke, shukr ki nafsiyat mein jeena, is dunya mein, jis dunya mein aap hain, ek behad mushkil kaam hai.</w:t>
      </w:r>
      <w:r>
        <w:br/>
      </w:r>
      <w:r>
        <w:rPr>
          <w:sz w:val="20"/>
        </w:rPr>
        <w:t>3:55  har aadmi ka yeh tajurba hai ke dunya mein is ko rehna parta hai, musalsal tor par, nakhushgawar halaat mein.</w:t>
      </w:r>
      <w:r>
        <w:br/>
      </w:r>
      <w:r>
        <w:rPr>
          <w:sz w:val="20"/>
        </w:rPr>
        <w:t>4:05  yahan har waqt koi na koi Provocation hota hai. koi na koi Negative Experience hota hai.</w:t>
      </w:r>
      <w:r>
        <w:br/>
      </w:r>
      <w:r>
        <w:rPr>
          <w:sz w:val="20"/>
        </w:rPr>
        <w:t>4:17  kisi na kisi nuqsan ka tajurba hota hai. koi na koi aisi baat keh deta hai jis se aadmi ko ghussa aa jata hai.</w:t>
      </w:r>
      <w:r>
        <w:br/>
      </w:r>
      <w:r>
        <w:rPr>
          <w:sz w:val="20"/>
        </w:rPr>
        <w:t>4:29  yani dunya mein aadmi ek Social Life, yani ek Society ke andar rehta hai. aur jahan Society hai, jahan Social Life hai, wahan par lazman Problem hai.</w:t>
      </w:r>
      <w:r>
        <w:br/>
      </w:r>
      <w:r>
        <w:rPr>
          <w:sz w:val="20"/>
        </w:rPr>
        <w:t>4:44  yeh ek har aadmi janta hai is baat ko.</w:t>
      </w:r>
      <w:r>
        <w:br/>
      </w:r>
      <w:r>
        <w:rPr>
          <w:sz w:val="20"/>
        </w:rPr>
        <w:t>4:51  yani Social Life means Living in Problems.</w:t>
      </w:r>
      <w:r>
        <w:br/>
      </w:r>
      <w:r>
        <w:rPr>
          <w:sz w:val="20"/>
        </w:rPr>
        <w:t>4:55  to ab sawal yeh hai ke jo aadmi har waqt Problem mein jeeta ho, har waqt is ko kuch na kuch Negative Experience ho raha ho, kuch na kuch Unpleasant Situation pesh aa rahi ho, to shukr kare kaise ho?</w:t>
      </w:r>
      <w:r>
        <w:br/>
      </w:r>
      <w:r>
        <w:rPr>
          <w:sz w:val="20"/>
        </w:rPr>
        <w:t>5:12  haqeeqi shukr. to lip service karega, alhamdulillah, alhamdulillah. lekin allah ta'ala ko lip service mutloob nahin hai.</w:t>
      </w:r>
      <w:r>
        <w:br/>
      </w:r>
      <w:r>
        <w:rPr>
          <w:sz w:val="20"/>
        </w:rPr>
        <w:t>5:22  yani shukr ka yeh bohat hi zyada, yani strange underestimation hai ke lip service ko shukr samajh liya jaye.</w:t>
      </w:r>
    </w:p>
    <w:p>
      <w:pPr>
        <w:pStyle w:val="Heading2"/>
      </w:pPr>
      <w:r>
        <w:t>Life as a test: why humans must adjust and stay patient</w:t>
      </w:r>
    </w:p>
    <w:p>
      <w:r>
        <w:rPr>
          <w:color w:val="666666"/>
          <w:sz w:val="18"/>
        </w:rPr>
        <w:t>Importance of Patience in Islam December 11, 2022 · 4m 40s · at 3:01 · https://youtu.be/Cy59II1dC-I?t=181</w:t>
      </w:r>
    </w:p>
    <w:p>
      <w:r>
        <w:rPr>
          <w:i/>
        </w:rPr>
        <w:t>“Man has come here to be tested”</w:t>
      </w:r>
    </w:p>
    <w:p>
      <w:r>
        <w:rPr>
          <w:sz w:val="20"/>
        </w:rPr>
        <w:t>3:01  To uske liye usko ek ba-usool zindagi ki darkaar hai, kyunke agar woh un usoolon par na chalega, to woh kuch bhi haasil nahi kar sakta. To iska jo surah mulk mein jo pehli ayat hai, wah hai الذی خلق الموت والحياه ليبلكم ايكم احسن عملا yaani Allah taala ne zindagi aur maut isliye banai taake insaan ko test kiya jae.</w:t>
      </w:r>
      <w:r>
        <w:br/>
      </w:r>
      <w:r>
        <w:rPr>
          <w:sz w:val="20"/>
        </w:rPr>
        <w:t>3:30  To insaan yahan par aaya hai apna test dene ke liye. To jab woh sabse badi baat yeh hai ke yahan insaan akela nahi hai, bahut saare doosre log hain aur har insaan ko azaadi mili hui hai. Us azaadi ki wajah se tarah tarah ke problem hote hain. Har aadmi apne-apne interest par chal raha hai. To bahut saar, bahut baar aisa hota hai ke unpleasant situation aa jaati hain.</w:t>
      </w:r>
      <w:r>
        <w:br/>
      </w:r>
      <w:r>
        <w:rPr>
          <w:sz w:val="20"/>
        </w:rPr>
        <w:t>3:58  To insaan ko wahan par sabr karna padta hai. Agar woh sabr na kare, to woh aage jo hai, usko sirf apne aap tabaahi ke raaste par wah jaega. To adjustment hai,</w:t>
      </w:r>
      <w:r>
        <w:br/>
      </w:r>
      <w:r>
        <w:rPr>
          <w:sz w:val="20"/>
        </w:rPr>
        <w:t>4:13  itna zyada zaroori hai adjustment ke tamam paighambaron ne sabr kiya, adjust kiya situation se. Jo na-khushgawar situations aati hain, to unko bardasht karna hota hai.</w:t>
      </w:r>
      <w:r>
        <w:br/>
      </w:r>
      <w:r>
        <w:rPr>
          <w:sz w:val="20"/>
        </w:rPr>
        <w:t>4:27  Agar bardasht nahi karenge, to halaat jo hain, wah sab bilkul disturb ho jaenge aur peace jo hai, wah khatam ho jaega. Aur hum koi bhi kaam nahi kar paenge, na individual level par, na social level par, na national level par. To yahi hai ke apne jazbaat ko control mein rakhna, isi ko sabr kehte hain. Kyunke dekhiye, har aadmi ki khwahishen hain, har aadmi ke apne interest hain, har aadmi kuch haasil karna chahta hai.</w:t>
      </w:r>
      <w:r>
        <w:br/>
      </w:r>
      <w:r>
        <w:rPr>
          <w:sz w:val="20"/>
        </w:rPr>
        <w:t>4:57  To usko, uske liye wah kuch jo kaam karna chahta hai, to wah kai-kai baar aisa hota hai ke wah doosron ke interest ke khilaaf hota hai. Doosre log jo haasil karna chahte hain, wah hamare interest ke khilaaf hota hai. Yahan par confrontation ki situation aa jaati hai. To agar hum sabr karen, bardasht kar len, wah waqti taur par hota hai. Sabr bardasht karne ka yeh matlab nahi hai ke hamesha sabr karke ghar mein baithe rahen, balki ek nayi planning karen.</w:t>
      </w:r>
      <w:r>
        <w:br/>
      </w:r>
      <w:r>
        <w:rPr>
          <w:sz w:val="20"/>
        </w:rPr>
        <w:t>5:27  Koi masla saamne aa gaya, to us masle par sochen aur ek nayi planning ke saath us masle ko hal karen.</w:t>
      </w:r>
      <w:r>
        <w:br/>
      </w:r>
      <w:r>
        <w:rPr>
          <w:sz w:val="20"/>
        </w:rPr>
        <w:t>5:36  To yeh jo hai, ab normal situation mein jab hum aisa karte hain ke apni marzi jo hai, wah nahi chalate, balki Khuda ki marzi ke mutabiq naya amal-e-amal tay karte hain, to iska matlab hai ke humne ab normal situation mein bhi humne Khuda ko yaad kiya. To yeh bahut zyada zaroori hota hai, kyunke normal situation mein to sabhi log achhe hote hain, sabhi</w:t>
      </w:r>
      <w:r>
        <w:br/>
      </w:r>
      <w:r>
        <w:rPr>
          <w:sz w:val="20"/>
        </w:rPr>
        <w:t>6:04  log apna jo bhi unki ibaadat hai, wah karte hain normal situation mein. Lekin insaan jo judge kiya ja raha hai, wah ab normal situation mein judge kiya ja raha hai, kyunke wahan par pata chalta hai ke insaan jo hai, apne aap ko usne prepared mind hai ke nahi mind hai. Matlab shehri taur par wah jo bhi kar raha hai, wah shehri taur par kar raha hai ya ghair shehri taur par. Jaise bachche hote hain,</w:t>
      </w:r>
      <w:r>
        <w:br/>
      </w:r>
      <w:r>
        <w:rPr>
          <w:sz w:val="20"/>
        </w:rPr>
        <w:t>6:32  ab wah bilkul theek rehte hain, lekin abhi aap unse koi khilona chheen len, to wah rona shuru kar denge. To wah, kyunke wah jo bhi kar rahe hain, wah ghair shehri taur par kar rahe hain. To humein ek shehri taur par wahi kaam karna hai ke soch samajhkar ek apni zindagi ka course mutayyan karna hai aur Khuda ki marzi ke mutabiq amal karna hai. To humein offend nahi hona hai. Koi</w:t>
      </w:r>
      <w:r>
        <w:br/>
      </w:r>
      <w:r>
        <w:rPr>
          <w:sz w:val="20"/>
        </w:rPr>
        <w:t>6:59  baat aisi ho jae, to humein usko nazarandaaz karna hai, usko anaa ka masla nahi banana hai. To yeh sab hum jab karenge, to phir hamare duniya ke bhi saare masail honge, hal honge aur aakhirat mein bhi Allah taala ke yahan uska bahut bada inaam milega. To</w:t>
      </w:r>
      <w:r>
        <w:br/>
      </w:r>
      <w:r>
        <w:rPr>
          <w:sz w:val="20"/>
        </w:rPr>
        <w:t>7:19  humein jo hai, ek complaint free insaan ki haisiyat se is duniya mein rehna hai. Aur yeh jo hai, yahi Allah taala ne humein bataya hai. Tamam paighambaron ke zariye se humein yahi samajh mein aaya hai ke humein har haalat mein bilkul ek complaint free insaan bankar rehna hai.</w:t>
      </w:r>
    </w:p>
    <w:p>
      <w:pPr>
        <w:pStyle w:val="Heading2"/>
      </w:pPr>
      <w:r>
        <w:t>Two types of planning and Japan example</w:t>
      </w:r>
    </w:p>
    <w:p>
      <w:r>
        <w:rPr>
          <w:color w:val="666666"/>
          <w:sz w:val="18"/>
        </w:rPr>
        <w:t>Patience and Creative Thinking April 20, 2020 Maulana Wahiduddin Khan · 3m 01s · at 16:34 · https://youtu.be/zhpSQwyj_6Q?t=994</w:t>
      </w:r>
    </w:p>
    <w:p>
      <w:r>
        <w:rPr>
          <w:i/>
        </w:rPr>
        <w:t>“Ek planning yeh hai jo mabni par reaction ho”</w:t>
      </w:r>
    </w:p>
    <w:p>
      <w:r>
        <w:rPr>
          <w:sz w:val="20"/>
        </w:rPr>
        <w:t>16:34  mabni par reaction ho, aap bhark uthe, ghussa ho gaye, negative thought aap ko dara gaya, aur us ki buniyad par aap ne kuch planning kar dali.</w:t>
      </w:r>
      <w:r>
        <w:br/>
      </w:r>
      <w:r>
        <w:rPr>
          <w:sz w:val="20"/>
        </w:rPr>
        <w:t>16:47  aur ek hai ke aap apni bharke rahen,</w:t>
      </w:r>
      <w:r>
        <w:br/>
      </w:r>
      <w:r>
        <w:rPr>
          <w:sz w:val="20"/>
        </w:rPr>
        <w:t>16:52  aap ne koi reaction nahin dikhaya, socha, socha, socha, sochte sochte aap ne khamosh planning ki.</w:t>
      </w:r>
      <w:r>
        <w:br/>
      </w:r>
      <w:r>
        <w:rPr>
          <w:sz w:val="20"/>
        </w:rPr>
        <w:t>17:02  aise hi log kaamyaab hote hain.</w:t>
      </w:r>
      <w:r>
        <w:br/>
      </w:r>
      <w:r>
        <w:rPr>
          <w:sz w:val="20"/>
        </w:rPr>
        <w:t>17:14  isi ki misaal mein deta hoon,</w:t>
      </w:r>
      <w:r>
        <w:br/>
      </w:r>
      <w:r>
        <w:rPr>
          <w:sz w:val="20"/>
        </w:rPr>
        <w:t>17:21  japan par jab</w:t>
      </w:r>
      <w:r>
        <w:br/>
      </w:r>
      <w:r>
        <w:rPr>
          <w:sz w:val="20"/>
        </w:rPr>
        <w:t>17:30  america ne atom gira diya, do atom,</w:t>
      </w:r>
      <w:r>
        <w:br/>
      </w:r>
      <w:r>
        <w:rPr>
          <w:sz w:val="20"/>
        </w:rPr>
        <w:t>17:38  to saare japan mein ghussa chha gaya, ghussa.</w:t>
      </w:r>
      <w:r>
        <w:br/>
      </w:r>
      <w:r>
        <w:rPr>
          <w:sz w:val="20"/>
        </w:rPr>
        <w:t>17:49  to japaniyon ka zehan o sakhti yeh tha</w:t>
      </w:r>
      <w:r>
        <w:br/>
      </w:r>
      <w:r>
        <w:rPr>
          <w:sz w:val="20"/>
        </w:rPr>
        <w:t>17:57  ke hum badla lenge, badla lenge. to us waqt un ki logic yeh thi ke hum ne, hamari air force</w:t>
      </w:r>
      <w:r>
        <w:br/>
      </w:r>
      <w:r>
        <w:rPr>
          <w:sz w:val="20"/>
        </w:rPr>
        <w:t>18:21  abhi bhi</w:t>
      </w:r>
      <w:r>
        <w:br/>
      </w:r>
      <w:r>
        <w:rPr>
          <w:sz w:val="20"/>
        </w:rPr>
        <w:t>18:26  hamare paas hai,</w:t>
      </w:r>
      <w:r>
        <w:br/>
      </w:r>
      <w:r>
        <w:rPr>
          <w:sz w:val="20"/>
        </w:rPr>
        <w:t>18:31  hamari bhaari taaqat ab bhi hamare paas hai.</w:t>
      </w:r>
      <w:r>
        <w:br/>
      </w:r>
      <w:r>
        <w:rPr>
          <w:sz w:val="20"/>
        </w:rPr>
        <w:t>18:37  to hum apni taaqat ko istemaal kar ke</w:t>
      </w:r>
      <w:r>
        <w:br/>
      </w:r>
      <w:r>
        <w:rPr>
          <w:sz w:val="20"/>
        </w:rPr>
        <w:t>18:46  america ko tabaah kar sakte hain,</w:t>
      </w:r>
      <w:r>
        <w:br/>
      </w:r>
      <w:r>
        <w:rPr>
          <w:sz w:val="20"/>
        </w:rPr>
        <w:t>18:53  lekin japan mein kuch bohat hi zyada samajhdaar log the, unhone kaha ke</w:t>
      </w:r>
      <w:r>
        <w:br/>
      </w:r>
      <w:r>
        <w:rPr>
          <w:sz w:val="20"/>
        </w:rPr>
        <w:t>19:07  america chup hi rahega, tum kuch karoge to woh bhi kuch karenge.</w:t>
      </w:r>
      <w:r>
        <w:br/>
      </w:r>
      <w:r>
        <w:rPr>
          <w:sz w:val="20"/>
        </w:rPr>
        <w:t>19:16  to ab jo hai karna yeh hai ke hum apni taaqat ko bachayein,</w:t>
      </w:r>
      <w:r>
        <w:br/>
      </w:r>
      <w:r>
        <w:rPr>
          <w:sz w:val="20"/>
        </w:rPr>
        <w:t>19:23  reaction na karein,</w:t>
      </w:r>
      <w:r>
        <w:br/>
      </w:r>
      <w:r>
        <w:rPr>
          <w:sz w:val="20"/>
        </w:rPr>
        <w:t>19:28  khamosh planning karein.</w:t>
      </w:r>
    </w:p>
    <w:p>
      <w:pPr>
        <w:pStyle w:val="Heading2"/>
      </w:pPr>
      <w:r>
        <w:t>Islam is about love not problem</w:t>
      </w:r>
    </w:p>
    <w:p>
      <w:r>
        <w:rPr>
          <w:color w:val="666666"/>
          <w:sz w:val="18"/>
        </w:rPr>
        <w:t>Islam in Daily Life I 26 Dec, 2010 - Maulana Wahiduddin Khan · 2m 55s · at 1:22 · https://youtu.be/S7ahMQ1iyp0?t=82</w:t>
      </w:r>
    </w:p>
    <w:p>
      <w:r>
        <w:rPr>
          <w:i/>
        </w:rPr>
        <w:t>“Iska main aaghaz karunga apne do tajurbe se”</w:t>
      </w:r>
    </w:p>
    <w:p>
      <w:r>
        <w:rPr>
          <w:sz w:val="20"/>
        </w:rPr>
        <w:t>1:22  is ka main aaghaaz karunga apne do tajrube se.</w:t>
      </w:r>
      <w:r>
        <w:br/>
      </w:r>
      <w:r>
        <w:rPr>
          <w:sz w:val="20"/>
        </w:rPr>
        <w:t>1:29  ek baar, kai saal pehle ki baat hai,</w:t>
      </w:r>
      <w:r>
        <w:br/>
      </w:r>
      <w:r>
        <w:rPr>
          <w:sz w:val="20"/>
        </w:rPr>
        <w:t>1:36  Hyderabad mein ek Hindu Muslim dialogue rakha gaya.</w:t>
      </w:r>
      <w:r>
        <w:br/>
      </w:r>
      <w:r>
        <w:rPr>
          <w:sz w:val="20"/>
        </w:rPr>
        <w:t>1:46  Hindu ki numaindagi kar rahe the Mr. Haroon Shori, jo baad ko minister bane. Islam ki numaindagi mein kar raha tha.</w:t>
      </w:r>
      <w:r>
        <w:br/>
      </w:r>
      <w:r>
        <w:rPr>
          <w:sz w:val="20"/>
        </w:rPr>
        <w:t>2:00  toh is ka jo topic rakha gaya tha, woh tha: "Living with Islam in India".</w:t>
      </w:r>
      <w:r>
        <w:br/>
      </w:r>
      <w:r>
        <w:rPr>
          <w:sz w:val="20"/>
        </w:rPr>
        <w:t>2:13  "Living with Islam in India".</w:t>
      </w:r>
      <w:r>
        <w:br/>
      </w:r>
      <w:r>
        <w:rPr>
          <w:sz w:val="20"/>
        </w:rPr>
        <w:t>2:19  toh Haroon Shori sahab ne jo baatein kaheen, woh aisi theen jaise ke: "Living with problem Islam in India".</w:t>
      </w:r>
      <w:r>
        <w:br/>
      </w:r>
      <w:r>
        <w:rPr>
          <w:sz w:val="20"/>
        </w:rPr>
        <w:t>2:32  yaani ek aisa mazhab jo problem hai, us ke saath kaise India mein rahein?</w:t>
      </w:r>
      <w:r>
        <w:br/>
      </w:r>
      <w:r>
        <w:rPr>
          <w:sz w:val="20"/>
        </w:rPr>
        <w:t>2:41  toh maine kaha ke dekhein, yeh jo hai, Musalmanon ke kuch baaton ko le kar yeh image bani hai ke Islam ek problem religion hai.</w:t>
      </w:r>
      <w:r>
        <w:br/>
      </w:r>
      <w:r>
        <w:rPr>
          <w:sz w:val="20"/>
        </w:rPr>
        <w:t>2:54  theek hai? ek Musalmanon ko alag kar ke dekhein aap, toh Islam jo hai,</w:t>
      </w:r>
      <w:r>
        <w:br/>
      </w:r>
      <w:r>
        <w:rPr>
          <w:sz w:val="20"/>
        </w:rPr>
        <w:t>3:00  woh no problem religion hai.</w:t>
      </w:r>
      <w:r>
        <w:br/>
      </w:r>
      <w:r>
        <w:rPr>
          <w:sz w:val="20"/>
        </w:rPr>
        <w:t>3:04  yaani ulta hai. so you have to differentiate between Islam and Muslims. you have to judge Muslims in the light of Islamic teachings, and not vice versa.</w:t>
      </w:r>
      <w:r>
        <w:br/>
      </w:r>
      <w:r>
        <w:rPr>
          <w:sz w:val="20"/>
        </w:rPr>
        <w:t>3:19  toh maine bataya ke "Living with Islam in India" ek negative tone mein hai yeh topic. lekin sahi baat yeh hai ke Islam ke saath rehna,</w:t>
      </w:r>
      <w:r>
        <w:br/>
      </w:r>
      <w:r>
        <w:rPr>
          <w:sz w:val="20"/>
        </w:rPr>
        <w:t>3:36  peace ke saath rehna hai, tolerance ke saath rehna hai,</w:t>
      </w:r>
      <w:r>
        <w:br/>
      </w:r>
      <w:r>
        <w:rPr>
          <w:sz w:val="20"/>
        </w:rPr>
        <w:t>3:40  compeshn ke sath rehna hai.</w:t>
      </w:r>
      <w:r>
        <w:br/>
      </w:r>
      <w:r>
        <w:rPr>
          <w:sz w:val="20"/>
        </w:rPr>
        <w:t>3:45  to mein ne apni baat ka, ab islam ki spirit ko lete hue, mein ne baat shuru ki to mein ne kaha ke dekhen, yeh koi debate nahi hai.</w:t>
      </w:r>
      <w:r>
        <w:br/>
      </w:r>
      <w:r>
        <w:rPr>
          <w:sz w:val="20"/>
        </w:rPr>
        <w:t>3:59  yeh pyar ka, pyar ke sath exchange hai. mein ne kaha ke mister haroon shori ke pas bhi pyar ki batain hongi to woh kahein, mein islam ko le kar pyar ki batain kahunga.</w:t>
      </w:r>
      <w:r>
        <w:br/>
      </w:r>
      <w:r>
        <w:rPr>
          <w:sz w:val="20"/>
        </w:rPr>
        <w:t>4:11  to yeh pyar ke sath, yani zindagi jo hai poori,</w:t>
      </w:r>
    </w:p>
    <w:p>
      <w:pPr>
        <w:pStyle w:val="Heading2"/>
      </w:pPr>
      <w:r>
        <w:t>Origin of thrilling gratitude</w:t>
      </w:r>
    </w:p>
    <w:p>
      <w:r>
        <w:rPr>
          <w:color w:val="666666"/>
          <w:sz w:val="18"/>
        </w:rPr>
        <w:t>The Concept of Shukr in Islam | June 17, 2008 · 31s · at 8:28 · https://youtu.be/ySbCs4MRNXU?t=508</w:t>
      </w:r>
    </w:p>
    <w:p>
      <w:r>
        <w:rPr>
          <w:i/>
        </w:rPr>
        <w:t>“Thrilling shukr aata hai sochne se, normal shukr rat liye.”</w:t>
      </w:r>
    </w:p>
    <w:p>
      <w:r>
        <w:rPr>
          <w:sz w:val="20"/>
        </w:rPr>
        <w:t>8:28  personality ko hila de.</w:t>
      </w:r>
      <w:r>
        <w:br/>
      </w:r>
      <w:r>
        <w:rPr>
          <w:sz w:val="20"/>
        </w:rPr>
        <w:t>8:33  aur woh shukr jo hai, jo thrilling shukr jis ko main ne kaha, woh aata hai sochne se.</w:t>
      </w:r>
      <w:r>
        <w:br/>
      </w:r>
      <w:r>
        <w:rPr>
          <w:sz w:val="20"/>
        </w:rPr>
        <w:t>8:38  yeh normal shukr jis ko maine kaha, woh toh kuch kuch shabd hain, un ko aap rat</w:t>
      </w:r>
      <w:r>
        <w:br/>
      </w:r>
      <w:r>
        <w:rPr>
          <w:sz w:val="20"/>
        </w:rPr>
        <w:t>8:43  leejiye aur bolte rahiye.</w:t>
      </w:r>
      <w:r>
        <w:br/>
      </w:r>
      <w:r>
        <w:rPr>
          <w:sz w:val="20"/>
        </w:rPr>
        <w:t>8:49  subhanallah, alhamdulillah, allah o akbar, kuch yaad kar leejiye, woh bolte rahiye.</w:t>
      </w:r>
      <w:r>
        <w:br/>
      </w:r>
      <w:r>
        <w:rPr>
          <w:sz w:val="20"/>
        </w:rPr>
        <w:t>8:54  is ke liye na sochne ki zaroorat hai na kuch.</w:t>
      </w:r>
    </w:p>
    <w:p>
      <w:pPr>
        <w:pStyle w:val="Heading2"/>
      </w:pPr>
      <w:r>
        <w:t>Human potential, freedom, and why problems drive discovery</w:t>
      </w:r>
    </w:p>
    <w:p>
      <w:r>
        <w:rPr>
          <w:color w:val="666666"/>
          <w:sz w:val="18"/>
        </w:rPr>
        <w:t>Problem and Shukr March 15, 2015 · 4m 11s · at 16:55 · https://youtu.be/SPBsXjH1hzM?t=1015</w:t>
      </w:r>
    </w:p>
    <w:p>
      <w:r>
        <w:rPr>
          <w:i/>
        </w:rPr>
        <w:t>“Quran mein likha hai: allama Adam al-asmaa kullaha”</w:t>
      </w:r>
    </w:p>
    <w:p>
      <w:r>
        <w:rPr>
          <w:sz w:val="20"/>
        </w:rPr>
        <w:t>16:55  to Quran mein likha hai ke "allama adama al asmaa kullaha". "allama adama al asmaa kullaha" ka matlab yeh hai ke insaan ke andar sari baton ka ilm bhar diya.</w:t>
      </w:r>
      <w:r>
        <w:br/>
      </w:r>
      <w:r>
        <w:rPr>
          <w:sz w:val="20"/>
        </w:rPr>
        <w:t>17:06  potential ke taur par. insaan ke andar sari baton ka ilm bhar diya. potential ke taur par.</w:t>
      </w:r>
      <w:r>
        <w:br/>
      </w:r>
      <w:r>
        <w:rPr>
          <w:sz w:val="20"/>
        </w:rPr>
        <w:t>17:16  yani jis tarah se aap ko bhook ka ehsas rakh diya gaya hai aap ke andar, pyaas ka ehsas rakh diya hai aap ke andar, isi tarah aap ko jo yeh jo discoveries hain, chahe car ho, hawai jahaz ho, machine ho,</w:t>
      </w:r>
      <w:r>
        <w:br/>
      </w:r>
      <w:r>
        <w:rPr>
          <w:sz w:val="20"/>
        </w:rPr>
        <w:t>17:31  sab potential ke taur par aap ke andar maujood theen. scientiston ne is ko study kar ke is ko discover kiya.</w:t>
      </w:r>
      <w:r>
        <w:br/>
      </w:r>
      <w:r>
        <w:rPr>
          <w:sz w:val="20"/>
        </w:rPr>
        <w:t>17:40  aur phir to hum cheezein banain.</w:t>
      </w:r>
      <w:r>
        <w:br/>
      </w:r>
      <w:r>
        <w:rPr>
          <w:sz w:val="20"/>
        </w:rPr>
        <w:t>17:44  agar</w:t>
      </w:r>
      <w:r>
        <w:br/>
      </w:r>
      <w:r>
        <w:rPr>
          <w:sz w:val="20"/>
        </w:rPr>
        <w:t>17:46  agar yeh maujood na hota, jaise sher ke andar maujood nahin hain cheezein, to sher kabhi, us ne kabhi koi motor car nahin banai. hathi ke andar yeh cheezein maujood nahin hain, to kisi hathi ne hawai jahaz nahin banaye.</w:t>
      </w:r>
      <w:r>
        <w:br/>
      </w:r>
      <w:r>
        <w:rPr>
          <w:sz w:val="20"/>
        </w:rPr>
        <w:t>18:02  kisi pahad ke andar yeh cheezein nahin hain, kisi pahad ne kabhi koi machine nahin banai.</w:t>
      </w:r>
      <w:r>
        <w:br/>
      </w:r>
      <w:r>
        <w:rPr>
          <w:sz w:val="20"/>
        </w:rPr>
        <w:t>18:08  to insaan ke andar jo kaha gaya hai ke ilm asmaa, sari baton ka ilm bhar diya, woh yahi hai. ke sari baatein, sari baatein jo universal knowledge jo hai, insaan ke andar potential ke roop mein maujood hai.</w:t>
      </w:r>
      <w:r>
        <w:br/>
      </w:r>
      <w:r>
        <w:rPr>
          <w:sz w:val="20"/>
        </w:rPr>
        <w:t>18:26  ab sawal hai is ko actual banane ka.</w:t>
      </w:r>
      <w:r>
        <w:br/>
      </w:r>
      <w:r>
        <w:rPr>
          <w:sz w:val="20"/>
        </w:rPr>
        <w:t>18:30  to is potential ko actual banane ke liye Allah taala ne yeh nizam rakha hai ke ke duniya ko bana diya, yani dar al qabz, yani problem ki duniya.</w:t>
      </w:r>
      <w:r>
        <w:br/>
      </w:r>
      <w:r>
        <w:rPr>
          <w:sz w:val="20"/>
        </w:rPr>
        <w:t>18:44  acha, duniya problem ki duniya kyun banti hai? yeh is liye ke insaan ko Allah ne azadi di hai. azadi. total freedom.</w:t>
      </w:r>
      <w:r>
        <w:br/>
      </w:r>
      <w:r>
        <w:rPr>
          <w:sz w:val="20"/>
        </w:rPr>
        <w:t>18:54  total freedom di hai.</w:t>
      </w:r>
      <w:r>
        <w:br/>
      </w:r>
      <w:r>
        <w:rPr>
          <w:sz w:val="20"/>
        </w:rPr>
        <w:t>18:57  to jab azadi di hai to insaan aap azadi ko kabhi ka proper use karega, kabhi misuse karega is ko. to jab misuse karega to doosre ke liye problem create hogi.</w:t>
      </w:r>
      <w:r>
        <w:br/>
      </w:r>
      <w:r>
        <w:rPr>
          <w:sz w:val="20"/>
        </w:rPr>
        <w:t>19:10  yani ek insaan jab apni azadi ko misuse karega to doosre insaan ke liye woh problem creator ban jayega.</w:t>
      </w:r>
      <w:r>
        <w:br/>
      </w:r>
      <w:r>
        <w:rPr>
          <w:sz w:val="20"/>
        </w:rPr>
        <w:t>19:20  to Allah ne insaan ko azadi kyun di hai? taake woh apne potential ko actual banaye.</w:t>
      </w:r>
      <w:r>
        <w:br/>
      </w:r>
      <w:r>
        <w:rPr>
          <w:sz w:val="20"/>
        </w:rPr>
        <w:t>19:26  woh soche, woh ghor kare. apne andar chhupe hue jo treasure hain, us ko daryaft kare.</w:t>
      </w:r>
      <w:r>
        <w:br/>
      </w:r>
      <w:r>
        <w:rPr>
          <w:sz w:val="20"/>
        </w:rPr>
        <w:t>19:36  azadi na hoti to yeh nahin ho sakta tha. chunache aap dekhiye, pichhle zamanon mein jab ke duniya mein kingship thi aur azadi nahin hua karti thi, to koi discovery nahin hui.</w:t>
      </w:r>
      <w:r>
        <w:br/>
      </w:r>
      <w:r>
        <w:rPr>
          <w:sz w:val="20"/>
        </w:rPr>
        <w:t>19:52  poore kingship ka zamana jo hai, is mein koi discovery nahi hui.</w:t>
      </w:r>
      <w:r>
        <w:br/>
      </w:r>
      <w:r>
        <w:rPr>
          <w:sz w:val="20"/>
        </w:rPr>
        <w:t>19:57  saari discoveries hui hain jab jab kingship khatam hui. yaani french revolution ke baad. kingship khatam hui to azaadi ka zamana aaya.</w:t>
      </w:r>
      <w:r>
        <w:br/>
      </w:r>
      <w:r>
        <w:rPr>
          <w:sz w:val="20"/>
        </w:rPr>
        <w:t>20:08  insaan azaadana taur par sochne laga. tab ja kar ke discovery hui. tab ja kar insaan ke potential unfold hue.</w:t>
      </w:r>
      <w:r>
        <w:br/>
      </w:r>
      <w:r>
        <w:rPr>
          <w:sz w:val="20"/>
        </w:rPr>
        <w:t>20:23  to jab Allah taala ka yeh creation plan hai, yeh is tareeqe se insaan ko Allah taala ne, insaan ki, yaani Allah taala ki mansha ke is tarah se insaan ka development ho, to zaroor problem paida hoga.</w:t>
      </w:r>
      <w:r>
        <w:br/>
      </w:r>
      <w:r>
        <w:rPr>
          <w:sz w:val="20"/>
        </w:rPr>
        <w:t>20:39  kyunki ek insaan aap se poochega nahi ke main apni azaadi ko kis tarah istemaal karoon? ek insaan poochega nahi aap se? woh khud karega.</w:t>
      </w:r>
      <w:r>
        <w:br/>
      </w:r>
      <w:r>
        <w:rPr>
          <w:sz w:val="20"/>
        </w:rPr>
        <w:t>20:51  apni soch se karega woh.</w:t>
      </w:r>
      <w:r>
        <w:br/>
      </w:r>
      <w:r>
        <w:rPr>
          <w:sz w:val="20"/>
        </w:rPr>
        <w:t>20:53  aap ke liye problem paida ho to aap jaaniye. is liye dekhiye, yeh hum ko manna hoga ke duniya ke jitne bhi problem hote hain, sab insaan ki azaadi ki wajah se hote hain.</w:t>
      </w:r>
    </w:p>
    <w:p>
      <w:pPr>
        <w:pStyle w:val="Heading2"/>
      </w:pPr>
      <w:r>
        <w:t>A visitor demands a 'practical program', Maulana's reply</w:t>
      </w:r>
    </w:p>
    <w:p>
      <w:r>
        <w:rPr>
          <w:color w:val="666666"/>
          <w:sz w:val="18"/>
        </w:rPr>
        <w:t>Human Values · 2m 19s · at 10:23 · https://youtu.be/Art0kheDD40?t=623</w:t>
      </w:r>
    </w:p>
    <w:p>
      <w:r>
        <w:rPr>
          <w:i/>
        </w:rPr>
        <w:t>“Ek saahab aaye, kaha aapke paas practical program nahi hai”</w:t>
      </w:r>
    </w:p>
    <w:p>
      <w:r>
        <w:rPr>
          <w:sz w:val="20"/>
        </w:rPr>
        <w:t>10:23  to is ka is ka matlab kya hua? ke is ka matlab yeh hua ke reform begin from mind.</w:t>
      </w:r>
      <w:r>
        <w:br/>
      </w:r>
      <w:r>
        <w:rPr>
          <w:sz w:val="20"/>
        </w:rPr>
        <w:t>10:33  mere paas kal parson ek sahab aaye, unhone kaha ke aap shanti aur spirituality ki baatein karte hain, lekin koi practical program to aap ke paas hai nahin.</w:t>
      </w:r>
      <w:r>
        <w:br/>
      </w:r>
      <w:r>
        <w:rPr>
          <w:sz w:val="20"/>
        </w:rPr>
        <w:t>10:44  woh practical program samajhte hain ke geer bhaad ikattha ki jaye aur kuch nara jhanda kiya jaye, to samajhte hain ke practical program hai.</w:t>
      </w:r>
      <w:r>
        <w:br/>
      </w:r>
      <w:r>
        <w:rPr>
          <w:sz w:val="20"/>
        </w:rPr>
        <w:t>10:54  to main ne kaha ke aap program ko sirf physical level par jaante hain. physical activities ko aap program sochte hain. intellectual activities is se bada program hai, us ko aap jaante hain.</w:t>
      </w:r>
      <w:r>
        <w:br/>
      </w:r>
      <w:r>
        <w:rPr>
          <w:sz w:val="20"/>
        </w:rPr>
        <w:t>11:09  to mera mission jo hai, us mein main kya karta hoon? physical level ki activities jo hai, us mein main believe nahin karta. main believe karta hoon intellectual activities mein.</w:t>
      </w:r>
      <w:r>
        <w:br/>
      </w:r>
      <w:r>
        <w:rPr>
          <w:sz w:val="20"/>
        </w:rPr>
        <w:t>11:20  to mera mission jo hai, woh mind ki engineering mein karta hoon. ins human mind ki main engineering karta hoon. yaani art of thinking lata hoon us ke andar.</w:t>
      </w:r>
      <w:r>
        <w:br/>
      </w:r>
      <w:r>
        <w:rPr>
          <w:sz w:val="20"/>
        </w:rPr>
        <w:t>11:33  right thinking kaise hai us ke andar? positive thinking kaise aaye? yeh saari cheezein. to main mind ko banata hoon. to un ki samajh mein nahin aaya ke koi practical program nahin dekha ho.</w:t>
      </w:r>
      <w:r>
        <w:br/>
      </w:r>
      <w:r>
        <w:rPr>
          <w:sz w:val="20"/>
        </w:rPr>
        <w:t>11:46  unhone koi physical activities nahin dekhi unhone.</w:t>
      </w:r>
      <w:r>
        <w:br/>
      </w:r>
      <w:r>
        <w:rPr>
          <w:sz w:val="20"/>
        </w:rPr>
        <w:t>11:51  to isi liye aap maine un se kaha ke dekhein aap yeh logon ko aap sochte hain ke unhone program chalaya practical. unhone result dekhiye result. to result kuch bhi nahin.</w:t>
      </w:r>
      <w:r>
        <w:br/>
      </w:r>
      <w:r>
        <w:rPr>
          <w:sz w:val="20"/>
        </w:rPr>
        <w:t>12:03  main ne kaha ke result dikhta hi hai aap. woh khud ek kisi sansta jode hue the.</w:t>
      </w:r>
      <w:r>
        <w:br/>
      </w:r>
      <w:r>
        <w:rPr>
          <w:sz w:val="20"/>
        </w:rPr>
        <w:t>12:09  mein ne kaha aap is sansata ka koi aadmi mere paas laiye jis ko aap ne banaya hai achay tareeqay say. to aik aadmi bhi woh nahi kar sakay ke mein us ko la sakta hoon aap ke paas.</w:t>
      </w:r>
      <w:r>
        <w:br/>
      </w:r>
      <w:r>
        <w:rPr>
          <w:sz w:val="20"/>
        </w:rPr>
        <w:t>12:21  aur bheer bhaad khoob hai in ke haan. to mein yeh kahoon ga ke reform begin from mind.</w:t>
      </w:r>
      <w:r>
        <w:br/>
      </w:r>
      <w:r>
        <w:rPr>
          <w:sz w:val="20"/>
        </w:rPr>
        <w:t>12:31  mind ki aap engineering karen. mind ke level par logon ki deconditioning karen. mind ke level par aap un ko positive thinker banaen.</w:t>
      </w:r>
    </w:p>
    <w:p>
      <w:pPr>
        <w:pStyle w:val="Heading2"/>
      </w:pPr>
      <w:r>
        <w:t>Compare present with pre-1947 to be grateful</w:t>
      </w:r>
    </w:p>
    <w:p>
      <w:r>
        <w:rPr>
          <w:color w:val="666666"/>
          <w:sz w:val="18"/>
        </w:rPr>
        <w:t>The Importance of Shukr 19 Dec, 2010 - Maulana Wahiduddin Khan · 1m 20s · at 16:37 · https://youtu.be/F4mVn0DwH34?t=997</w:t>
      </w:r>
    </w:p>
    <w:p>
      <w:r>
        <w:rPr>
          <w:i/>
        </w:rPr>
        <w:t>“Main bahut se Musalmaano se poocha bahut se Musalmaano se yeh bataaiye.”</w:t>
      </w:r>
    </w:p>
    <w:p>
      <w:r>
        <w:rPr>
          <w:sz w:val="20"/>
        </w:rPr>
        <w:t>16:37  main bohat se musalmanon se poocha, bohat se musalmanon se yeh bataiye ke unnis sau sentalis mein india aazad hua. is se pehle aap ki family ki economic condition kya thi?</w:t>
      </w:r>
      <w:r>
        <w:br/>
      </w:r>
      <w:r>
        <w:rPr>
          <w:sz w:val="20"/>
        </w:rPr>
        <w:t>16:50  aur aaj kya hai? har ek ne yeh bataya ke aaj bohat behtar hai. to sawal yeh hai ke jab behtar hai to shukr karo.</w:t>
      </w:r>
      <w:r>
        <w:br/>
      </w:r>
      <w:r>
        <w:rPr>
          <w:sz w:val="20"/>
        </w:rPr>
        <w:t>17:03  anees so sentalis se pehle jab aap ki family ki economic condition bohat hi mamooli thi. maslan us waqt kache ghar mein thay to aaj pakke ghar mein hain.</w:t>
      </w:r>
      <w:r>
        <w:br/>
      </w:r>
      <w:r>
        <w:rPr>
          <w:sz w:val="20"/>
        </w:rPr>
        <w:t>17:14  us waqt bicycle par chalte thay to aaj car par chalte hain. us waqt message dene ke liye khud daurna parta tha, aaj mobile jeeb mein hai. aisi hazaron cheezen.</w:t>
      </w:r>
      <w:r>
        <w:br/>
      </w:r>
      <w:r>
        <w:rPr>
          <w:sz w:val="20"/>
        </w:rPr>
        <w:t>17:27  to har ek yeh kahega ke aaj hum anees so sentalis se pehle wale zamane ke muqable mein bohat behtar hain.</w:t>
      </w:r>
      <w:r>
        <w:br/>
      </w:r>
      <w:r>
        <w:rPr>
          <w:sz w:val="20"/>
        </w:rPr>
        <w:t>17:35  to phir shukr karo. phir nashukri kis liye? phir shikayat kis liye? log compare kar ke dekhte nahi.</w:t>
      </w:r>
      <w:r>
        <w:br/>
      </w:r>
      <w:r>
        <w:rPr>
          <w:sz w:val="20"/>
        </w:rPr>
        <w:t>17:46  yani aap ghore kijiye ke ek aise zamane mein hum hain jahan bohat bara sawab le sakte hain hum. sacha shukr karne ka sawab</w:t>
      </w:r>
    </w:p>
    <w:p>
      <w:pPr>
        <w:pStyle w:val="Heading2"/>
      </w:pPr>
      <w:r>
        <w:t>Justice through peace, not peace through justice</w:t>
      </w:r>
    </w:p>
    <w:p>
      <w:r>
        <w:rPr>
          <w:color w:val="666666"/>
          <w:sz w:val="18"/>
        </w:rPr>
        <w:t>Interview Session with Maulana Wahiduddin Khan English · 3m 47s · at 15:34 · https://youtu.be/oNKYrZsbzr4?t=934</w:t>
      </w:r>
    </w:p>
    <w:p>
      <w:r>
        <w:rPr>
          <w:i/>
        </w:rPr>
        <w:t>“I asked those people who are engaged in fighting, 'Why are you fighting?'”</w:t>
      </w:r>
    </w:p>
    <w:p>
      <w:r>
        <w:rPr>
          <w:sz w:val="20"/>
        </w:rPr>
        <w:t>15:34  So I asked those people who are engaged in fighting, "Why are you fighting?" They said, "We want justice. Give us justice, and we will give you peace." This was their simple formula.</w:t>
      </w:r>
      <w:r>
        <w:br/>
      </w:r>
      <w:r>
        <w:rPr>
          <w:sz w:val="20"/>
        </w:rPr>
        <w:t>15:49  "Give us justice, and we will give you peace." I said that this is not Islamic formula. No, not at all.</w:t>
      </w:r>
      <w:r>
        <w:br/>
      </w:r>
      <w:r>
        <w:rPr>
          <w:sz w:val="20"/>
        </w:rPr>
        <w:t>15:59  I said that justice is the outcome of your own struggle.</w:t>
      </w:r>
      <w:r>
        <w:br/>
      </w:r>
      <w:r>
        <w:rPr>
          <w:sz w:val="20"/>
        </w:rPr>
        <w:t>16:04  Justice is not an outcome of peace. Peace gives you opportunity. So first of all, you have to establish peace.</w:t>
      </w:r>
      <w:r>
        <w:br/>
      </w:r>
      <w:r>
        <w:rPr>
          <w:sz w:val="20"/>
        </w:rPr>
        <w:t>16:15  Then you have to avail the opportunities. And by availing those opportunities, you can. And justice.</w:t>
      </w:r>
      <w:r>
        <w:br/>
      </w:r>
      <w:r>
        <w:rPr>
          <w:sz w:val="20"/>
        </w:rPr>
        <w:t>16:24  So this formula, they call it Assalam Mal Adl, or peace with justice.</w:t>
      </w:r>
      <w:r>
        <w:br/>
      </w:r>
      <w:r>
        <w:rPr>
          <w:sz w:val="20"/>
        </w:rPr>
        <w:t>16:32  This is the wrong formul</w:t>
      </w:r>
      <w:r>
        <w:br/>
      </w:r>
      <w:r>
        <w:rPr>
          <w:sz w:val="20"/>
        </w:rPr>
        <w:t>16:34  a, not theright formula. I said that you have to follow the Islamic principle. According to Islam, it's very clear in the Qur'an that justice is the outcome of your own struggle.</w:t>
      </w:r>
      <w:r>
        <w:br/>
      </w:r>
      <w:r>
        <w:rPr>
          <w:sz w:val="20"/>
        </w:rPr>
        <w:t>16:52  So first of all, you have to avoid all those problems to establish peace. And when there is peace, there are opportunities.</w:t>
      </w:r>
      <w:r>
        <w:br/>
      </w:r>
      <w:r>
        <w:rPr>
          <w:sz w:val="20"/>
        </w:rPr>
        <w:t>17:03  So avail these opportunities, and then we'll find justice. So was the case of the Prophet of Islam. When the Prophet of Islam was in Mecca, he faced so many hostilities.</w:t>
      </w:r>
      <w:r>
        <w:br/>
      </w:r>
      <w:r>
        <w:rPr>
          <w:sz w:val="20"/>
        </w:rPr>
        <w:t>17:19  They became hostile. They wanted to kill the Prophet of Islam. So he migrated, and he settled in Medina.</w:t>
      </w:r>
      <w:r>
        <w:br/>
      </w:r>
      <w:r>
        <w:rPr>
          <w:sz w:val="20"/>
        </w:rPr>
        <w:t>17:30  But there was some attack from the Meccan side. So he wanted to establish peace.</w:t>
      </w:r>
      <w:r>
        <w:br/>
      </w:r>
      <w:r>
        <w:rPr>
          <w:sz w:val="20"/>
        </w:rPr>
        <w:t>17:41  He started negotiation. So they insisted that the Prophet must accept their conditions.</w:t>
      </w:r>
      <w:r>
        <w:br/>
      </w:r>
      <w:r>
        <w:rPr>
          <w:sz w:val="20"/>
        </w:rPr>
        <w:t>17:52  The Prophet accepted their conditions.</w:t>
      </w:r>
      <w:r>
        <w:br/>
      </w:r>
      <w:r>
        <w:rPr>
          <w:sz w:val="20"/>
        </w:rPr>
        <w:t>17:56  So he</w:t>
      </w:r>
      <w:r>
        <w:br/>
      </w:r>
      <w:r>
        <w:rPr>
          <w:sz w:val="20"/>
        </w:rPr>
        <w:t>18:00  established peace by accepting their conditions. It is called Hudaybiyah. Hudaybiyah was an agreement of peace.</w:t>
      </w:r>
      <w:r>
        <w:br/>
      </w:r>
      <w:r>
        <w:rPr>
          <w:sz w:val="20"/>
        </w:rPr>
        <w:t>18:10  And this peace was obtained by accepting all those conditions of the other party. So the Prophet said that if there is peace, there are opportunities</w:t>
      </w:r>
      <w:r>
        <w:br/>
      </w:r>
      <w:r>
        <w:rPr>
          <w:sz w:val="20"/>
        </w:rPr>
        <w:t>18:23  . So first of all, we have to establish peace at any cost. Then we will avail the opportunities. This was the strategy of the Prophet of Islam.</w:t>
      </w:r>
      <w:r>
        <w:br/>
      </w:r>
      <w:r>
        <w:rPr>
          <w:sz w:val="20"/>
        </w:rPr>
        <w:t>18:33  So I said that you have to live with Jews peacefully. Why not?</w:t>
      </w:r>
      <w:r>
        <w:br/>
      </w:r>
      <w:r>
        <w:rPr>
          <w:sz w:val="20"/>
        </w:rPr>
        <w:t>18:44  At present, there are so many opportunities in Israel.</w:t>
      </w:r>
      <w:r>
        <w:br/>
      </w:r>
      <w:r>
        <w:rPr>
          <w:sz w:val="20"/>
        </w:rPr>
        <w:t>18:49  Israel is a country of opportunities, even for Arabs. So I said that you have to stop fighting, and you have to establish peace.</w:t>
      </w:r>
      <w:r>
        <w:br/>
      </w:r>
      <w:r>
        <w:rPr>
          <w:sz w:val="20"/>
        </w:rPr>
        <w:t>19:04  And then you have to avail those opportunities. This is theright way to find your justice. This is my formula, according to the Islamic teachings.</w:t>
      </w:r>
    </w:p>
    <w:p>
      <w:pPr>
        <w:pStyle w:val="Heading2"/>
      </w:pPr>
      <w:r>
        <w:t>Japan example and need for mind building</w:t>
      </w:r>
    </w:p>
    <w:p>
      <w:r>
        <w:rPr>
          <w:color w:val="666666"/>
          <w:sz w:val="18"/>
        </w:rPr>
        <w:t>How to Develop Spiritual Personality July 16, 2006 Maulana Wahiduddin Khan · 2m 56s · at 3:23 · https://youtu.be/nxFUXRFboW4?t=203</w:t>
      </w:r>
    </w:p>
    <w:p>
      <w:r>
        <w:rPr>
          <w:i/>
        </w:rPr>
        <w:t>“Dekhiye, main yahan ek parallel example deta hoon.”</w:t>
      </w:r>
    </w:p>
    <w:p>
      <w:r>
        <w:rPr>
          <w:sz w:val="20"/>
        </w:rPr>
        <w:t>3:23  kya hum sirf protest karte rahenge? humein root cause ka pata karna chahiye. dekhiye, main yahan ek parallel example deta hoon.</w:t>
      </w:r>
      <w:r>
        <w:br/>
      </w:r>
      <w:r>
        <w:rPr>
          <w:sz w:val="20"/>
        </w:rPr>
        <w:t>3:35  japan mein second world war mein is se bhi bahut bada maamla hua. yani do atom bomb wahan gira diye gaye.</w:t>
      </w:r>
      <w:r>
        <w:br/>
      </w:r>
      <w:r>
        <w:rPr>
          <w:sz w:val="20"/>
        </w:rPr>
        <w:t>3:47  phir bhi japan ne peace process chalaya. phir bhi japan ne apne desh ke naye—</w:t>
      </w:r>
      <w:r>
        <w:br/>
      </w:r>
      <w:r>
        <w:rPr>
          <w:sz w:val="20"/>
        </w:rPr>
        <w:t>3:58  naye construction ki— ki planning ki. to kya baat thi? kya, kya difference hai hamare aur japan ke beech mein?</w:t>
      </w:r>
      <w:r>
        <w:br/>
      </w:r>
      <w:r>
        <w:rPr>
          <w:sz w:val="20"/>
        </w:rPr>
        <w:t>4:09  ye difference people ke andar hai.</w:t>
      </w:r>
      <w:r>
        <w:br/>
      </w:r>
      <w:r>
        <w:rPr>
          <w:sz w:val="20"/>
        </w:rPr>
        <w:t>4:14  yani wahan ke log, unka mind set aisa bana hua tha ki unhonne—</w:t>
      </w:r>
      <w:r>
        <w:br/>
      </w:r>
      <w:r>
        <w:rPr>
          <w:sz w:val="20"/>
        </w:rPr>
        <w:t>4:27  woh is qabil ho sakein ke woh manage kar saken problem ko.</w:t>
      </w:r>
      <w:r>
        <w:br/>
      </w:r>
      <w:r>
        <w:rPr>
          <w:sz w:val="20"/>
        </w:rPr>
        <w:t>4:34  manage kar saken problem ko. hamare yahan jo kami hai woh yahi hai ke hum problem ko manage karna nahi jaante. emotions jaante hain lekin</w:t>
      </w:r>
      <w:r>
        <w:br/>
      </w:r>
      <w:r>
        <w:rPr>
          <w:sz w:val="20"/>
        </w:rPr>
        <w:t>4:45  hum art of emotion management nahi jaante. ye kyun? ye education ki kami hai. main dekh raha hoon ke pichhle pachas baras ke andar jitni bhi koshishen hui hain woh sab crowd-based hui hain.</w:t>
      </w:r>
      <w:r>
        <w:br/>
      </w:r>
      <w:r>
        <w:rPr>
          <w:sz w:val="20"/>
        </w:rPr>
        <w:t>5:03  bade bade jalsay hotay hain, jalson mein taliyan bajti hain, media mein aata hai in ka photo. aise hazaron hazar jalsay, jaloos, naare aur jhanday hue hain.</w:t>
      </w:r>
      <w:r>
        <w:br/>
      </w:r>
      <w:r>
        <w:rPr>
          <w:sz w:val="20"/>
        </w:rPr>
        <w:t>5:14  lekin sawal yeh hai ke kyun nahi hamare haan woh hua jo Japan mein hua? Japan mein is tarah ke jalsay kabhi nahi hotay. aise jalsay Japan mein nahi hotay jaise hamare haan hua karte hain.</w:t>
      </w:r>
      <w:r>
        <w:br/>
      </w:r>
      <w:r>
        <w:rPr>
          <w:sz w:val="20"/>
        </w:rPr>
        <w:t>5:27  bade bade jalsay. to asal yeh hai individual ko, individual mind ko banana.</w:t>
      </w:r>
      <w:r>
        <w:br/>
      </w:r>
      <w:r>
        <w:rPr>
          <w:sz w:val="20"/>
        </w:rPr>
        <w:t>5:37  kyun ke soch jo hai woh crowd mein nahi hoti hai. woh individual mind mein hoti hai. aap crowd ko address karte hain, wahan to mind hai hi nahi.</w:t>
      </w:r>
      <w:r>
        <w:br/>
      </w:r>
      <w:r>
        <w:rPr>
          <w:sz w:val="20"/>
        </w:rPr>
        <w:t>5:46  mind to individual mein hai. wahan par koi kaam nahi hota. is ka matlab yeh hai ke hamara pehla kaam yeh hai ya tha ke hum logon ke mind ko banayein.</w:t>
      </w:r>
      <w:r>
        <w:br/>
      </w:r>
      <w:r>
        <w:rPr>
          <w:sz w:val="20"/>
        </w:rPr>
        <w:t>6:02  mind building. dekhein, hamare haan bohat zabardast pachaas baras se bole ja rahe hain yeh shabd. nation building, nation building.</w:t>
      </w:r>
      <w:r>
        <w:br/>
      </w:r>
      <w:r>
        <w:rPr>
          <w:sz w:val="20"/>
        </w:rPr>
        <w:t>6:11  main samajhta hoon ke nation building se pehle jo kaam karna hai woh hai mind building. zehan banana.</w:t>
      </w:r>
    </w:p>
    <w:p>
      <w:pPr>
        <w:pStyle w:val="Heading2"/>
      </w:pPr>
      <w:r>
        <w:t>Misconception about patience as cowardice</w:t>
      </w:r>
    </w:p>
    <w:p>
      <w:r>
        <w:rPr>
          <w:color w:val="666666"/>
          <w:sz w:val="18"/>
        </w:rPr>
        <w:t>Power of Patience | June 16, 2010 | Maulana Wahiduddin Khan · 30s · at 0:43 · https://youtu.be/FlWqljdLKHE?t=43</w:t>
      </w:r>
    </w:p>
    <w:p>
      <w:r>
        <w:rPr>
          <w:i/>
        </w:rPr>
        <w:t>“Some think patience is cowardice, but that's ignorance.”</w:t>
      </w:r>
    </w:p>
    <w:p>
      <w:r>
        <w:rPr>
          <w:sz w:val="20"/>
        </w:rPr>
        <w:t>0:43  yani sabr o tahammul ki taqat.</w:t>
      </w:r>
      <w:r>
        <w:br/>
      </w:r>
      <w:r>
        <w:rPr>
          <w:sz w:val="20"/>
        </w:rPr>
        <w:t>0:50  kuch log sabr ko ka matlab hota hai bardasht karna.</w:t>
      </w:r>
      <w:r>
        <w:br/>
      </w:r>
      <w:r>
        <w:rPr>
          <w:sz w:val="20"/>
        </w:rPr>
        <w:t>0:58  to kuch log samajhte hain ke bardasht karna jo hai yeh to cowardice hai to buzdi hai.</w:t>
      </w:r>
      <w:r>
        <w:br/>
      </w:r>
      <w:r>
        <w:rPr>
          <w:sz w:val="20"/>
        </w:rPr>
        <w:t>1:05  lekin yeh nasamjhi ki baat hai.</w:t>
      </w:r>
    </w:p>
    <w:p>
      <w:pPr>
        <w:pStyle w:val="Heading2"/>
      </w:pPr>
      <w:r>
        <w:t>Incentive of paradise and moral society</w:t>
      </w:r>
    </w:p>
    <w:p>
      <w:r>
        <w:rPr>
          <w:color w:val="666666"/>
          <w:sz w:val="18"/>
        </w:rPr>
        <w:t>Moral Values in Islam 10 July, 2008 - Maulana Wahiduddin Khan · 5m 39s · at 49:13 · https://youtu.be/IdBtIDNiLUg?t=2953</w:t>
      </w:r>
    </w:p>
    <w:p>
      <w:r>
        <w:rPr>
          <w:i/>
        </w:rPr>
        <w:t>“Islam gives a very important thing that is incentive.”</w:t>
      </w:r>
    </w:p>
    <w:p>
      <w:r>
        <w:rPr>
          <w:sz w:val="20"/>
        </w:rPr>
        <w:t>49:13  Islam gives us a very, very important incentive, motivation that if you,</w:t>
      </w:r>
      <w:r>
        <w:br/>
      </w:r>
      <w:r>
        <w:rPr>
          <w:sz w:val="20"/>
        </w:rPr>
        <w:t>49:24  if you</w:t>
      </w:r>
      <w:r>
        <w:br/>
      </w:r>
      <w:r>
        <w:rPr>
          <w:sz w:val="20"/>
        </w:rPr>
        <w:t>49:28  defend yourself from,</w:t>
      </w:r>
      <w:r>
        <w:br/>
      </w:r>
      <w:r>
        <w:rPr>
          <w:sz w:val="20"/>
        </w:rPr>
        <w:t>49:31  from misuse of your freedom.</w:t>
      </w:r>
      <w:r>
        <w:br/>
      </w:r>
      <w:r>
        <w:rPr>
          <w:sz w:val="20"/>
        </w:rPr>
        <w:t>49:36  if you, if you keep patience,</w:t>
      </w:r>
      <w:r>
        <w:br/>
      </w:r>
      <w:r>
        <w:rPr>
          <w:sz w:val="20"/>
        </w:rPr>
        <w:t>49:42  if you love your enemy,</w:t>
      </w:r>
      <w:r>
        <w:br/>
      </w:r>
      <w:r>
        <w:rPr>
          <w:sz w:val="20"/>
        </w:rPr>
        <w:t>49:46  if you keep tolerance,</w:t>
      </w:r>
      <w:r>
        <w:br/>
      </w:r>
      <w:r>
        <w:rPr>
          <w:sz w:val="20"/>
        </w:rPr>
        <w:t>49:51  if you adopt honesty,</w:t>
      </w:r>
      <w:r>
        <w:br/>
      </w:r>
      <w:r>
        <w:rPr>
          <w:sz w:val="20"/>
        </w:rPr>
        <w:t>49:58  if you adopt all those good</w:t>
      </w:r>
      <w:r>
        <w:br/>
      </w:r>
      <w:r>
        <w:rPr>
          <w:sz w:val="20"/>
        </w:rPr>
        <w:t>50:01  conduct, good social conduct,</w:t>
      </w:r>
      <w:r>
        <w:br/>
      </w:r>
      <w:r>
        <w:rPr>
          <w:sz w:val="20"/>
        </w:rPr>
        <w:t>50:05  then god provides</w:t>
      </w:r>
      <w:r>
        <w:br/>
      </w:r>
      <w:r>
        <w:rPr>
          <w:sz w:val="20"/>
        </w:rPr>
        <w:t>50:10  that he will</w:t>
      </w:r>
      <w:r>
        <w:br/>
      </w:r>
      <w:r>
        <w:rPr>
          <w:sz w:val="20"/>
        </w:rPr>
        <w:t>50:13  give us his</w:t>
      </w:r>
      <w:r>
        <w:br/>
      </w:r>
      <w:r>
        <w:rPr>
          <w:sz w:val="20"/>
        </w:rPr>
        <w:t>50:14  great blessing that is eternal paradise. so, this belief provides a great incentive, great motivation.</w:t>
      </w:r>
      <w:r>
        <w:br/>
      </w:r>
      <w:r>
        <w:rPr>
          <w:sz w:val="20"/>
        </w:rPr>
        <w:t>50:29  it is very important. you know, without incentive, one cannot do anything. incentive is a must for every human being,</w:t>
      </w:r>
      <w:r>
        <w:br/>
      </w:r>
      <w:r>
        <w:rPr>
          <w:sz w:val="20"/>
        </w:rPr>
        <w:t>50:44  for men and women both.</w:t>
      </w:r>
      <w:r>
        <w:br/>
      </w:r>
      <w:r>
        <w:rPr>
          <w:sz w:val="20"/>
        </w:rPr>
        <w:t>50:50  all the activities in this world are based on incentive, on motivation. all those industrial activities, all those civilizational activities, all those activities you see around you,</w:t>
      </w:r>
      <w:r>
        <w:br/>
      </w:r>
      <w:r>
        <w:rPr>
          <w:sz w:val="20"/>
        </w:rPr>
        <w:t>51:13  that are based on incentive, on motivation.</w:t>
      </w:r>
      <w:r>
        <w:br/>
      </w:r>
      <w:r>
        <w:rPr>
          <w:sz w:val="20"/>
        </w:rPr>
        <w:t>51:22  people believe that by doing this, we can find something better.</w:t>
      </w:r>
      <w:r>
        <w:br/>
      </w:r>
      <w:r>
        <w:rPr>
          <w:sz w:val="20"/>
        </w:rPr>
        <w:t>51:31  so, they try to do</w:t>
      </w:r>
      <w:r>
        <w:br/>
      </w:r>
      <w:r>
        <w:rPr>
          <w:sz w:val="20"/>
        </w:rPr>
        <w:t>51:39  . so, here, if you do a business, there is an incentive that you will achieve money.</w:t>
      </w:r>
      <w:r>
        <w:br/>
      </w:r>
      <w:r>
        <w:rPr>
          <w:sz w:val="20"/>
        </w:rPr>
        <w:t>51:50  if you do a job, there is also a motivation that you will receive a good salary.</w:t>
      </w:r>
      <w:r>
        <w:br/>
      </w:r>
      <w:r>
        <w:rPr>
          <w:sz w:val="20"/>
        </w:rPr>
        <w:t>52:03  so, is the case of, so, is the case of moral values.</w:t>
      </w:r>
      <w:r>
        <w:br/>
      </w:r>
      <w:r>
        <w:rPr>
          <w:sz w:val="20"/>
        </w:rPr>
        <w:t>52:12  according to Islamic belief, according to the Islamic belief, you will be rewarded for your good conduct.</w:t>
      </w:r>
      <w:r>
        <w:br/>
      </w:r>
      <w:r>
        <w:rPr>
          <w:sz w:val="20"/>
        </w:rPr>
        <w:t>52:30  in the very first chapter, you read Maliki yawm al-din, Alhamdulillah Rabbil 'alamin, Maliki yawm al-din,</w:t>
      </w:r>
      <w:r>
        <w:br/>
      </w:r>
      <w:r>
        <w:rPr>
          <w:sz w:val="20"/>
        </w:rPr>
        <w:t>52:42  Lord of, Lord of the Day of Judgment</w:t>
      </w:r>
      <w:r>
        <w:br/>
      </w:r>
      <w:r>
        <w:rPr>
          <w:sz w:val="20"/>
        </w:rPr>
        <w:t>52:47  , lord of da day of judgment. it means that one day, you will be in the world hereafter.</w:t>
      </w:r>
      <w:r>
        <w:br/>
      </w:r>
      <w:r>
        <w:rPr>
          <w:sz w:val="20"/>
        </w:rPr>
        <w:t>52:59  then you will meet your god.</w:t>
      </w:r>
      <w:r>
        <w:br/>
      </w:r>
      <w:r>
        <w:rPr>
          <w:sz w:val="20"/>
        </w:rPr>
        <w:t>53:03  and if you have keep all these good conducts, all these good behavior, then god will reward you in term of paradise.</w:t>
      </w:r>
      <w:r>
        <w:br/>
      </w:r>
      <w:r>
        <w:rPr>
          <w:sz w:val="20"/>
        </w:rPr>
        <w:t>53:21  so, in islam, there is a very powerful incentive behind moral conduct.</w:t>
      </w:r>
      <w:r>
        <w:br/>
      </w:r>
      <w:r>
        <w:rPr>
          <w:sz w:val="20"/>
        </w:rPr>
        <w:t>53:34  in islam, there is a very, very powerful incentive, powerful motivation</w:t>
      </w:r>
      <w:r>
        <w:br/>
      </w:r>
      <w:r>
        <w:rPr>
          <w:sz w:val="20"/>
        </w:rPr>
        <w:t>53:44  that if i will do good in the society, i will find great, great blessings from god in term of eternal paradise.</w:t>
      </w:r>
      <w:r>
        <w:br/>
      </w:r>
      <w:r>
        <w:rPr>
          <w:sz w:val="20"/>
        </w:rPr>
        <w:t>54:01  paradise, eternal, in paradise, there is eternal bliss, eternal happiness, eternal pleasure.</w:t>
      </w:r>
      <w:r>
        <w:br/>
      </w:r>
      <w:r>
        <w:rPr>
          <w:sz w:val="20"/>
        </w:rPr>
        <w:t>54:15  so, this is a strong incentive.</w:t>
      </w:r>
      <w:r>
        <w:br/>
      </w:r>
      <w:r>
        <w:rPr>
          <w:sz w:val="20"/>
        </w:rPr>
        <w:t>54:21  islam provides an incentive, a motivation.</w:t>
      </w:r>
      <w:r>
        <w:br/>
      </w:r>
      <w:r>
        <w:rPr>
          <w:sz w:val="20"/>
        </w:rPr>
        <w:t>54:33  it was this, it was this contribution of islam that islam was able to establish a better society first time in the world history.</w:t>
      </w:r>
    </w:p>
    <w:p>
      <w:pPr>
        <w:pStyle w:val="Heading2"/>
      </w:pPr>
      <w:r>
        <w:t>Personal story of unilateral complaint resolution</w:t>
      </w:r>
    </w:p>
    <w:p>
      <w:r>
        <w:rPr>
          <w:color w:val="666666"/>
          <w:sz w:val="18"/>
        </w:rPr>
        <w:t>Putting End to Complaints April 22, 2020 Maulana Wahiduddin Khan · 4m 51s · at 2:53 · https://youtu.be/jwchAfcFrkM?t=173</w:t>
      </w:r>
    </w:p>
    <w:p>
      <w:r>
        <w:rPr>
          <w:i/>
        </w:rPr>
        <w:t>“To ek sahib hain jo Dilli mein nahi hain”</w:t>
      </w:r>
    </w:p>
    <w:p>
      <w:r>
        <w:rPr>
          <w:sz w:val="20"/>
        </w:rPr>
        <w:t>2:53  to ek sahib hain jo Dilli mein nahi hain, Dilli ke bahar hain,</w:t>
      </w:r>
      <w:r>
        <w:br/>
      </w:r>
      <w:r>
        <w:rPr>
          <w:sz w:val="20"/>
        </w:rPr>
        <w:t>3:02  un se mujhe ek shikayat thi, bohat dinon se thi.</w:t>
      </w:r>
      <w:r>
        <w:br/>
      </w:r>
      <w:r>
        <w:rPr>
          <w:sz w:val="20"/>
        </w:rPr>
        <w:t>3:14  woh shikayat len den ki shikayat thi.</w:t>
      </w:r>
      <w:r>
        <w:br/>
      </w:r>
      <w:r>
        <w:rPr>
          <w:sz w:val="20"/>
        </w:rPr>
        <w:t>3:25  to shikayat ka maamla aisa hai ke agar aap shikayat ko</w:t>
      </w:r>
      <w:r>
        <w:br/>
      </w:r>
      <w:r>
        <w:rPr>
          <w:sz w:val="20"/>
        </w:rPr>
        <w:t>3:33  behas ka topic banayein to kabhi khatm nahi hoti. Kuch aap kahein, kuch doosra kahega, kuch aap kahein, kuch doosra kahega, to shikayat chalti rahegi.</w:t>
      </w:r>
      <w:r>
        <w:br/>
      </w:r>
      <w:r>
        <w:rPr>
          <w:sz w:val="20"/>
        </w:rPr>
        <w:t>3:48  yaad rakhiye, ek usool</w:t>
      </w:r>
      <w:r>
        <w:br/>
      </w:r>
      <w:r>
        <w:rPr>
          <w:sz w:val="20"/>
        </w:rPr>
        <w:t>3:51  main ne paya apni zindagi mein ke shikayat hamesha yak tarfa buniyad par khatm hoti hai, yak tarfa matlab hai related buniyad par.</w:t>
      </w:r>
      <w:r>
        <w:br/>
      </w:r>
      <w:r>
        <w:rPr>
          <w:sz w:val="20"/>
        </w:rPr>
        <w:t>4:07  to mujhe</w:t>
      </w:r>
      <w:r>
        <w:br/>
      </w:r>
      <w:r>
        <w:rPr>
          <w:sz w:val="20"/>
        </w:rPr>
        <w:t>4:09  bohat saaf shikayat thi aik sahib se, lekin maine yeh tay kiya ke main shikayat ko yak tarfa buniyad par khatm karta hoon.</w:t>
      </w:r>
      <w:r>
        <w:br/>
      </w:r>
      <w:r>
        <w:rPr>
          <w:sz w:val="20"/>
        </w:rPr>
        <w:t>4:28  ghalti kisi ki bhi ho, chahe kisi ki bhi ho, lekin meri taraf se woh khatm.</w:t>
      </w:r>
      <w:r>
        <w:br/>
      </w:r>
      <w:r>
        <w:rPr>
          <w:sz w:val="20"/>
        </w:rPr>
        <w:t>4:43  yeh aap sab ko karna hai.</w:t>
      </w:r>
      <w:r>
        <w:br/>
      </w:r>
      <w:r>
        <w:rPr>
          <w:sz w:val="20"/>
        </w:rPr>
        <w:t>4:51  mera jo masla tha, janne wale jante hain ke meri koi ghalti nahi thi is mein.</w:t>
      </w:r>
      <w:r>
        <w:br/>
      </w:r>
      <w:r>
        <w:rPr>
          <w:sz w:val="20"/>
        </w:rPr>
        <w:t>5:00  bazaahir ghalti doosre ki thi, lekin woh 40 saal se woh khatm nahi ho rahi thi.</w:t>
      </w:r>
      <w:r>
        <w:br/>
      </w:r>
      <w:r>
        <w:rPr>
          <w:sz w:val="20"/>
        </w:rPr>
        <w:t>5:15  kyunke woh yaad, yaad rakhiye, shikayat to hamesha yak tarfa buniyad par khatm hoti hai, do tarfa buniyad par nahi.</w:t>
      </w:r>
      <w:r>
        <w:br/>
      </w:r>
      <w:r>
        <w:rPr>
          <w:sz w:val="20"/>
        </w:rPr>
        <w:t>5:31  maine is usool ko lete hue yak tarfa buniyad par is shikayat ko khatm karna aur un sab ke liye khoob khoob duaein keen ke khudaaya,</w:t>
      </w:r>
      <w:r>
        <w:br/>
      </w:r>
      <w:r>
        <w:rPr>
          <w:sz w:val="20"/>
        </w:rPr>
        <w:t>5:47  agar ghalti meri ho</w:t>
      </w:r>
      <w:r>
        <w:br/>
      </w:r>
      <w:r>
        <w:rPr>
          <w:sz w:val="20"/>
        </w:rPr>
        <w:t>5:49  to mujhe maaf kar diya,</w:t>
      </w:r>
      <w:r>
        <w:br/>
      </w:r>
      <w:r>
        <w:rPr>
          <w:sz w:val="20"/>
        </w:rPr>
        <w:t>5:54  aur ghalti agar doosre ki ho to doosre ko tofeeq di ke woh bhi yahi kare. To ab mere liye maafi aur doosre ke liye dua,</w:t>
      </w:r>
      <w:r>
        <w:br/>
      </w:r>
      <w:r>
        <w:rPr>
          <w:sz w:val="20"/>
        </w:rPr>
        <w:t>6:13  yahi hum sab ko karna hai. Hum sab ko yahi karna hai.</w:t>
      </w:r>
      <w:r>
        <w:br/>
      </w:r>
      <w:r>
        <w:rPr>
          <w:sz w:val="20"/>
        </w:rPr>
        <w:t>6:25  shikayat ke muamle mein yaad rakhiye, aik hi formula hai:</w:t>
      </w:r>
      <w:r>
        <w:br/>
      </w:r>
      <w:r>
        <w:rPr>
          <w:sz w:val="20"/>
        </w:rPr>
        <w:t>6:33  mere liye, ab mere liye maafi,</w:t>
      </w:r>
      <w:r>
        <w:br/>
      </w:r>
      <w:r>
        <w:rPr>
          <w:sz w:val="20"/>
        </w:rPr>
        <w:t>6:48  aur doosre ke liye</w:t>
      </w:r>
      <w:r>
        <w:br/>
      </w:r>
      <w:r>
        <w:rPr>
          <w:sz w:val="20"/>
        </w:rPr>
        <w:t>6:55  bhool jana. To maine yeh kiya,</w:t>
      </w:r>
      <w:r>
        <w:br/>
      </w:r>
      <w:r>
        <w:rPr>
          <w:sz w:val="20"/>
        </w:rPr>
        <w:t>7:07  maine yeh kiya ke maine duaein keen, ke duaein keen ke khudaaya, agar ghalti meri ho to main yak tarfa taur par</w:t>
      </w:r>
      <w:r>
        <w:br/>
      </w:r>
      <w:r>
        <w:rPr>
          <w:sz w:val="20"/>
        </w:rPr>
        <w:t>7:27  is ko, ise bhula deta hoon, aur ghalti doosre ki hai to main un ke liye dua karta hoon ke Allah taala unhein tofeeq de.</w:t>
      </w:r>
    </w:p>
    <w:p>
      <w:pPr>
        <w:pStyle w:val="Heading2"/>
      </w:pPr>
      <w:r>
        <w:t>Claim that Islam is in danger is self-rejecting</w:t>
      </w:r>
    </w:p>
    <w:p>
      <w:r>
        <w:rPr>
          <w:color w:val="666666"/>
          <w:sz w:val="18"/>
        </w:rPr>
        <w:t>Is Islam in Danger, January 10, 2007 · 25s · at 2:48 · https://youtu.be/1vrUjeA7508?t=168</w:t>
      </w:r>
    </w:p>
    <w:p>
      <w:r>
        <w:rPr>
          <w:i/>
        </w:rPr>
        <w:t>“ساری کتابوں میں یہی لکھا ہوا ہے کہ اسلام خطرے میں ہے”</w:t>
      </w:r>
    </w:p>
    <w:p>
      <w:r>
        <w:rPr>
          <w:sz w:val="20"/>
        </w:rPr>
        <w:t>2:48  sari kitabon mein yahi likha hua hai aur sari zubanen yahi bol rahi hain ke Islam khatre mein hai.</w:t>
      </w:r>
      <w:r>
        <w:br/>
      </w:r>
      <w:r>
        <w:rPr>
          <w:sz w:val="20"/>
        </w:rPr>
        <w:t>2:58  dekhen, yeh jo baat hai to main kahunga ke "Prima facie it stands rejected." yeh apne aap hi mein qabil e radd hai.</w:t>
      </w:r>
    </w:p>
    <w:p>
      <w:pPr>
        <w:pStyle w:val="Heading2"/>
      </w:pPr>
      <w:r>
        <w:t>Master formula: Don't be angry</w:t>
      </w:r>
    </w:p>
    <w:p>
      <w:r>
        <w:rPr>
          <w:color w:val="666666"/>
          <w:sz w:val="18"/>
        </w:rPr>
        <w:t>The Importance of Positive Attitude | November 01, 2007 · 30s · at 12:25 · https://youtu.be/r4zLbCBxPyc?t=745</w:t>
      </w:r>
    </w:p>
    <w:p>
      <w:r>
        <w:rPr>
          <w:i/>
        </w:rPr>
        <w:t>“La taghdab, Don't be angry”</w:t>
      </w:r>
    </w:p>
    <w:p>
      <w:r>
        <w:rPr>
          <w:sz w:val="20"/>
        </w:rPr>
        <w:t>12:25  formula zindagi ka. A master formula by which I may be able to manage all the affairs of my life. To aap ne kya bataya? La taghzab, don't be angry. Yeh tha master formula. Ab dekhen to is mein sari zindagi cover ho rahi hai. Ghussa kiya cheez hai? Ghussa yahi hai ke aap avoid nahi kar paate. Avoid</w:t>
      </w:r>
    </w:p>
    <w:p>
      <w:pPr>
        <w:pStyle w:val="Heading2"/>
      </w:pPr>
      <w:r>
        <w:t>Ijtihad even at risk of error</w:t>
      </w:r>
    </w:p>
    <w:p>
      <w:r>
        <w:rPr>
          <w:color w:val="666666"/>
          <w:sz w:val="18"/>
        </w:rPr>
        <w:t>The Importance of Ijtihad August 1, 2010 · 24s · at 38:44 · https://youtu.be/3q98aQ-j2ks?t=2324</w:t>
      </w:r>
    </w:p>
    <w:p>
      <w:r>
        <w:rPr>
          <w:i/>
        </w:rPr>
        <w:t>“Aap is ka matlab yeh hai ke you have to exercise ijtihad at any cost.”</w:t>
      </w:r>
    </w:p>
    <w:p>
      <w:r>
        <w:rPr>
          <w:sz w:val="20"/>
        </w:rPr>
        <w:t>38:44  aap is ka matlab yeh hai ke you have to exercise ijtihad at any cost.</w:t>
      </w:r>
      <w:r>
        <w:br/>
      </w:r>
      <w:r>
        <w:rPr>
          <w:sz w:val="20"/>
        </w:rPr>
        <w:t>38:54  kitni ahem baat hai yeh!</w:t>
      </w:r>
      <w:r>
        <w:br/>
      </w:r>
      <w:r>
        <w:rPr>
          <w:sz w:val="20"/>
        </w:rPr>
        <w:t>39:00  yani exercise ijtihad even at the risk of wrong ijtihad.</w:t>
      </w:r>
    </w:p>
    <w:p>
      <w:pPr>
        <w:pStyle w:val="Heading2"/>
      </w:pPr>
      <w:r>
        <w:t>Justice has nothing to do with politics</w:t>
      </w:r>
    </w:p>
    <w:p>
      <w:r>
        <w:rPr>
          <w:color w:val="666666"/>
          <w:sz w:val="18"/>
        </w:rPr>
        <w:t>The Concept of Justice in Islam May 03, 2007 · 35s · at 4:26 · https://youtu.be/DY5SY8H554c?t=266</w:t>
      </w:r>
    </w:p>
    <w:p>
      <w:r>
        <w:rPr>
          <w:i/>
        </w:rPr>
        <w:t>“Justice has nothing to do with politics or political power.”</w:t>
      </w:r>
    </w:p>
    <w:p>
      <w:r>
        <w:rPr>
          <w:sz w:val="20"/>
        </w:rPr>
        <w:t>4:26  both are two different issues. Justice has nothing to do with politics or political power.</w:t>
      </w:r>
      <w:r>
        <w:br/>
      </w:r>
      <w:r>
        <w:rPr>
          <w:sz w:val="20"/>
        </w:rPr>
        <w:t>4:39  Justice is completely justice</w:t>
      </w:r>
      <w:r>
        <w:br/>
      </w:r>
      <w:r>
        <w:rPr>
          <w:sz w:val="20"/>
        </w:rPr>
        <w:t>4:48  describes the responsibility of an individual. Individual. If you</w:t>
      </w:r>
    </w:p>
    <w:p>
      <w:pPr>
        <w:pStyle w:val="Heading2"/>
      </w:pPr>
      <w:r>
        <w:t>What increased rizq for a believer really means</w:t>
      </w:r>
    </w:p>
    <w:p>
      <w:r>
        <w:rPr>
          <w:color w:val="666666"/>
          <w:sz w:val="18"/>
        </w:rPr>
        <w:t>Fasting A Source of Spiritual Empowerment August 21, 2011 Maulana Wahiduddin Khan · 2m 54s · at 6:22 · https://youtu.be/Z0EbPlujcf0?t=382</w:t>
      </w:r>
    </w:p>
    <w:p>
      <w:r>
        <w:rPr>
          <w:i/>
        </w:rPr>
        <w:t>“Rizq badhne ka matlab kya hai?”</w:t>
      </w:r>
    </w:p>
    <w:p>
      <w:r>
        <w:rPr>
          <w:sz w:val="20"/>
        </w:rPr>
        <w:t>6:22  ab yahan sawal yeh hai ke rizq badhne ka matlab kya hai?</w:t>
      </w:r>
      <w:r>
        <w:br/>
      </w:r>
      <w:r>
        <w:rPr>
          <w:sz w:val="20"/>
        </w:rPr>
        <w:t>6:29  aam taur par log yeh samajhte hain ke sehri ke waqt mein khoob khane peene ki dhoom hoti hai iftar ke waqt khoob khane peene ki dhoom hoti hai.</w:t>
      </w:r>
      <w:r>
        <w:br/>
      </w:r>
      <w:r>
        <w:rPr>
          <w:sz w:val="20"/>
        </w:rPr>
        <w:t>6:39  to yahi matlab hai is ka ke roze ke mahine mein khane peena khoob hota hai.</w:t>
      </w:r>
      <w:r>
        <w:br/>
      </w:r>
      <w:r>
        <w:rPr>
          <w:sz w:val="20"/>
        </w:rPr>
        <w:t>6:53  aap jayen wahan arab jayen to wahan makkah madinah mein aap dekhenge ke wahan par ek ek tareeqa hai us ko kehte hain "iftar al-sa'im".</w:t>
      </w:r>
      <w:r>
        <w:br/>
      </w:r>
      <w:r>
        <w:rPr>
          <w:sz w:val="20"/>
        </w:rPr>
        <w:t>7:07  yani wahan par log paisa dete hain ghareeb mulkon ke liye afrique walon ke liye ashiya walon ke liye iftar al-sa'im ke naam par</w:t>
      </w:r>
      <w:r>
        <w:br/>
      </w:r>
      <w:r>
        <w:rPr>
          <w:sz w:val="20"/>
        </w:rPr>
        <w:t>7:16  ke paisa lo hamari taraf se aur apne mulk mein khana paka kar pakwa kar iftar ke waqt rozedaron ko khila do.</w:t>
      </w:r>
      <w:r>
        <w:br/>
      </w:r>
      <w:r>
        <w:rPr>
          <w:sz w:val="20"/>
        </w:rPr>
        <w:t>7:28  to yeh hai dhoom to aam taur par log samajhte hain ke roze mein sehri ke waqt aur iftar ke waqt khoob khane peene ki dhoom machti hai.</w:t>
      </w:r>
      <w:r>
        <w:br/>
      </w:r>
      <w:r>
        <w:rPr>
          <w:sz w:val="20"/>
        </w:rPr>
        <w:t>7:38  to bohat hi barkat ki baat hai yeh woh is se murad hai lekin yeh bilkul galat hai.</w:t>
      </w:r>
      <w:r>
        <w:br/>
      </w:r>
      <w:r>
        <w:rPr>
          <w:sz w:val="20"/>
        </w:rPr>
        <w:t>7:46  aap ghor kijiye ke jo lafz hai is mein "rizq al-khalq" nahi hai ke logon ka rizq badha diya jata hai.</w:t>
      </w:r>
      <w:r>
        <w:br/>
      </w:r>
      <w:r>
        <w:rPr>
          <w:sz w:val="20"/>
        </w:rPr>
        <w:t>7:57  balkeh hai "rizq al-momin" momin ka rizq badha diya jata hai to zahir hai ke yahan par rizq ka mafhoom momin ke lihaz se mutayyan kiya jayega.</w:t>
      </w:r>
      <w:r>
        <w:br/>
      </w:r>
      <w:r>
        <w:rPr>
          <w:sz w:val="20"/>
        </w:rPr>
        <w:t>8:09  agar mahaz insan ka lafz hota to insan ki nisbat se aap is ka matlab mutayyan karte lekin jab momin ka lafz hai to momin ki nisbat se aap is ka lafz</w:t>
      </w:r>
      <w:r>
        <w:br/>
      </w:r>
      <w:r>
        <w:rPr>
          <w:sz w:val="20"/>
        </w:rPr>
        <w:t>8:25  is ka matlab</w:t>
      </w:r>
      <w:r>
        <w:br/>
      </w:r>
      <w:r>
        <w:rPr>
          <w:sz w:val="20"/>
        </w:rPr>
        <w:t>8:29  mutayyan karenge to momin kya hai</w:t>
      </w:r>
      <w:r>
        <w:br/>
      </w:r>
      <w:r>
        <w:rPr>
          <w:sz w:val="20"/>
        </w:rPr>
        <w:t>8:34  momin woh hai jisko allah ki discovery hoti hai momin woh hai jo allah ki marifat mein jeeta hai.</w:t>
      </w:r>
      <w:r>
        <w:br/>
      </w:r>
      <w:r>
        <w:rPr>
          <w:sz w:val="20"/>
        </w:rPr>
        <w:t>8:49  momin woh hai jisko allah ki qurbat ki talash hoti hai.</w:t>
      </w:r>
      <w:r>
        <w:br/>
      </w:r>
      <w:r>
        <w:rPr>
          <w:sz w:val="20"/>
        </w:rPr>
        <w:t>8:57  momin woh hai jo har waqt subah sham yeh sochta hai ke kaise mere andar woh personality bane ke main akhirat mein jannat mein dakhle ka mustahiq qarar paun.</w:t>
      </w:r>
    </w:p>
    <w:p>
      <w:pPr>
        <w:pStyle w:val="Heading2"/>
      </w:pPr>
      <w:r>
        <w:t>Positive Attitude means Avoidance</w:t>
      </w:r>
    </w:p>
    <w:p>
      <w:r>
        <w:rPr>
          <w:color w:val="666666"/>
          <w:sz w:val="18"/>
        </w:rPr>
        <w:t>The Importance of Positive Attitude | November 01, 2007 · 30s · at 2:14 · https://youtu.be/r4zLbCBxPyc?t=134</w:t>
      </w:r>
    </w:p>
    <w:p>
      <w:r>
        <w:rPr>
          <w:i/>
        </w:rPr>
        <w:t>“Positive Attitude ka matlab hai Attitude of Avoidance”</w:t>
      </w:r>
    </w:p>
    <w:p>
      <w:r>
        <w:rPr>
          <w:sz w:val="20"/>
        </w:rPr>
        <w:t>2:14  to meri samajh mein aaya ke positive attitude sach poochhen to naam hai "attitude of" yani avoidance ka. attitude of avoidance, avoid karna. is ko quran mein aaraaz kaha gaya hai. aaraaz. aaraaz ka matlab hai avoid kar</w:t>
      </w:r>
    </w:p>
    <w:p>
      <w:pPr>
        <w:pStyle w:val="Heading2"/>
      </w:pPr>
      <w:r>
        <w:t>With every hardship come double the opportunities</w:t>
      </w:r>
    </w:p>
    <w:p>
      <w:r>
        <w:rPr>
          <w:color w:val="666666"/>
          <w:sz w:val="18"/>
        </w:rPr>
        <w:t>Importance of Shukr (Thankfulness) July 24, 2022 · 33s · at 34:27 · https://youtu.be/MgWNIv0k1sk?t=2067</w:t>
      </w:r>
    </w:p>
    <w:p>
      <w:r>
        <w:rPr>
          <w:i/>
        </w:rPr>
        <w:t>“Quran mein aya hai, inna ma'al usri yusra”</w:t>
      </w:r>
    </w:p>
    <w:p>
      <w:r>
        <w:rPr>
          <w:sz w:val="20"/>
        </w:rPr>
        <w:t>34:27  to is dunya mein to problem isi liye hain ke insan ko azadi di gayi hai. Log, har aadmi apni apni azadi ka sahi galat istemal kar raha hai.</w:t>
      </w:r>
      <w:r>
        <w:br/>
      </w:r>
      <w:r>
        <w:rPr>
          <w:sz w:val="20"/>
        </w:rPr>
        <w:t>34:36  to problem to honge. Lekin problem ko jo Quran mein aya hai innamal yusri yusra innamal yusri yusra to problem ek hain to opportunities double</w:t>
      </w:r>
      <w:r>
        <w:br/>
      </w:r>
      <w:r>
        <w:rPr>
          <w:sz w:val="20"/>
        </w:rPr>
        <w:t>34:46  hain ji. To is opportunities ko istemal kar ke hum apne problems ka solution pa sakte hain. Aur aapa, ye jo problem se oopar uth kar sochna hai, isi ko Quran mein shayad khul ke azeem kaha gaya hai.</w:t>
      </w:r>
    </w:p>
    <w:p>
      <w:pPr>
        <w:pStyle w:val="Heading2"/>
      </w:pPr>
      <w:r>
        <w:t>Islam's teaching that reform begins from the mind</w:t>
      </w:r>
    </w:p>
    <w:p>
      <w:r>
        <w:rPr>
          <w:color w:val="666666"/>
          <w:sz w:val="18"/>
        </w:rPr>
        <w:t>Human Values · 4m 46s · at 12:42 · https://youtu.be/Art0kheDD40?t=762</w:t>
      </w:r>
    </w:p>
    <w:p>
      <w:r>
        <w:rPr>
          <w:i/>
        </w:rPr>
        <w:t>“Yahi baat hai jo Islam mein sikhayi gayi hai”</w:t>
      </w:r>
    </w:p>
    <w:p>
      <w:r>
        <w:rPr>
          <w:sz w:val="20"/>
        </w:rPr>
        <w:t>12:42  tab yahi baat hai jo islam mein sikhai gayi hai.</w:t>
      </w:r>
      <w:r>
        <w:br/>
      </w:r>
      <w:r>
        <w:rPr>
          <w:sz w:val="20"/>
        </w:rPr>
        <w:t>12:47  prophet ab islam se kisi ne poocha to unhon ne kaha ke rasool Allah ne kaha ke al-taqwa haan ho. dil ke tawajjuh kar ke aap ne kaha al-taqwa haan ho.</w:t>
      </w:r>
      <w:r>
        <w:br/>
      </w:r>
      <w:r>
        <w:rPr>
          <w:sz w:val="20"/>
        </w:rPr>
        <w:t>13:00  yani yahan se shuru hota hai reform ka kaam.</w:t>
      </w:r>
      <w:r>
        <w:br/>
      </w:r>
      <w:r>
        <w:rPr>
          <w:sz w:val="20"/>
        </w:rPr>
        <w:t>13:05  aik aur hadith mein hai ke aap ne kaha ke</w:t>
      </w:r>
      <w:r>
        <w:br/>
      </w:r>
      <w:r>
        <w:rPr>
          <w:sz w:val="20"/>
        </w:rPr>
        <w:t>13:20  ke aadmi ke body mein aik aik tukra hai, woh theek ho jaye to sab theek hai, woh theek na ho to sab bigar jaye ga, aur woh hai dil.</w:t>
      </w:r>
      <w:r>
        <w:br/>
      </w:r>
      <w:r>
        <w:rPr>
          <w:sz w:val="20"/>
        </w:rPr>
        <w:t>13:33  to dil ka matlab hai, mein us ko mind ke maenay mein leta hoon. yeh aik dictionary expression hai ke dil ka lafz bolte hain, matlab hota hai mind.</w:t>
      </w:r>
      <w:r>
        <w:br/>
      </w:r>
      <w:r>
        <w:rPr>
          <w:sz w:val="20"/>
        </w:rPr>
        <w:t>13:45  to is ka matlab hai ke islam ne jo bataya hai mujhe hai ke aap parhen ge quran ko, hadith ko to aap dekhen ge wahan par honest ko bohat zor diya gaya hai, sachai par bohat ziyada perfect kiya gaya hai,</w:t>
      </w:r>
      <w:r>
        <w:br/>
      </w:r>
      <w:r>
        <w:rPr>
          <w:sz w:val="20"/>
        </w:rPr>
        <w:t>13:58  peace ko bohat ziyada kaha gaya hai, intolerance ko bohat ziyada zor diya gaya hai, yeh sari cheezain hain. mohabbat, sachai, honest, justice, sab.</w:t>
      </w:r>
      <w:r>
        <w:br/>
      </w:r>
      <w:r>
        <w:rPr>
          <w:sz w:val="20"/>
        </w:rPr>
        <w:t>14:10  lekin aap ne kaha ke jarr jo hai woh yahan par hai. jarr jo hai woh mind mein hai. agar tum mind ko badal pao ge tab sab cheezain badlen gi.</w:t>
      </w:r>
      <w:r>
        <w:br/>
      </w:r>
      <w:r>
        <w:rPr>
          <w:sz w:val="20"/>
        </w:rPr>
        <w:t>14:21  mind ko nahi badal pao ge to cheezain nahi badlen gi. yeh hai mein ne apni study mein jo mein ne paya hai woh yeh paya hai. to mein aik martaba yahan par delhi mein aik jagah aik meri speech thi to mein ne kaha mujh se woh unhon ne kaha ke aap aik aik book tayyar kijiye modern values par.</w:t>
      </w:r>
      <w:r>
        <w:br/>
      </w:r>
      <w:r>
        <w:rPr>
          <w:sz w:val="20"/>
        </w:rPr>
        <w:t>14:43  modern values par aik book. to us ko hum chhapen ge aur sab schoolon mein le jayen ge. mein ne kaha modern values par aik book chhap dene se modern values nahi aa jayen gi logon ke paas.</w:t>
      </w:r>
      <w:r>
        <w:br/>
      </w:r>
      <w:r>
        <w:rPr>
          <w:sz w:val="20"/>
        </w:rPr>
        <w:t>15:01  is ka naam modern teacher ke naam se woh chhapna chahte thay kitab. mein ne kaha is se yeh yeh aadha kaam hai. is se pehle aik kaam karna pare ga.</w:t>
      </w:r>
      <w:r>
        <w:br/>
      </w:r>
      <w:r>
        <w:rPr>
          <w:sz w:val="20"/>
        </w:rPr>
        <w:t>15:10  woh jo mein ne arz kiya ke prerequisites jo hain woh woh karni parein gi. is mein bachcha parh le ga ke sach bolo. sach kyun boloon? is mein likha aaye ga love your enemy.</w:t>
      </w:r>
      <w:r>
        <w:br/>
      </w:r>
      <w:r>
        <w:rPr>
          <w:sz w:val="20"/>
        </w:rPr>
        <w:t>15:21  to mein enemy se love kyun karoon? to love your enemy aap ne likh diya lekin aap ko is ka us ko reason reason out karna pare ga.</w:t>
      </w:r>
      <w:r>
        <w:br/>
      </w:r>
      <w:r>
        <w:rPr>
          <w:sz w:val="20"/>
        </w:rPr>
        <w:t>15:30  is ka rational basis batana pare ga bachche ko. to mein ne kaha ke dekhiye kisi ko likhen aap love your enemy ko likhen aap.</w:t>
      </w:r>
      <w:r>
        <w:br/>
      </w:r>
      <w:r>
        <w:rPr>
          <w:sz w:val="20"/>
        </w:rPr>
        <w:t>15:40  to mein jaisay is baat ko spell karta hoon.</w:t>
      </w:r>
      <w:r>
        <w:br/>
      </w:r>
      <w:r>
        <w:rPr>
          <w:sz w:val="20"/>
        </w:rPr>
        <w:t>15:45  jaisay ke Isa ne kaha jaisay ke aap jante hain love your enemy. apne dushman se bhi mohabbat karo. ab is ke deep pe jayen.</w:t>
      </w:r>
      <w:r>
        <w:br/>
      </w:r>
      <w:r>
        <w:rPr>
          <w:sz w:val="20"/>
        </w:rPr>
        <w:t>15:55  is ke deep pe jayen. ke mein apne dushman se kyun mohabbat karoon?</w:t>
      </w:r>
      <w:r>
        <w:br/>
      </w:r>
      <w:r>
        <w:rPr>
          <w:sz w:val="20"/>
        </w:rPr>
        <w:t>16:01  to save yourself. is liye ke aap jab dushmani karen ge to aap nafrat karen ge. aap revenge mein chale jayen ge.</w:t>
      </w:r>
      <w:r>
        <w:br/>
      </w:r>
      <w:r>
        <w:rPr>
          <w:sz w:val="20"/>
        </w:rPr>
        <w:t>16:10  aap intiqam lena chahen ge. to kya hoga? there is destruction.</w:t>
      </w:r>
      <w:r>
        <w:br/>
      </w:r>
      <w:r>
        <w:rPr>
          <w:sz w:val="20"/>
        </w:rPr>
        <w:t>16:18  destruction. yani apne energy ka destruction, apne time ka destruction. jo kuch kar sakte hain aap ke betterment ke liye</w:t>
      </w:r>
      <w:r>
        <w:br/>
      </w:r>
      <w:r>
        <w:rPr>
          <w:sz w:val="20"/>
        </w:rPr>
        <w:t>16:29  us ko aap us ko aap waste karen ge doosre ko destroy karne ke liye. to love your enemy ka matlab yeh hai is mein understood yeh hai ke love yourself.</w:t>
      </w:r>
      <w:r>
        <w:br/>
      </w:r>
      <w:r>
        <w:rPr>
          <w:sz w:val="20"/>
        </w:rPr>
        <w:t>16:43  jo</w:t>
      </w:r>
      <w:r>
        <w:br/>
      </w:r>
      <w:r>
        <w:rPr>
          <w:sz w:val="20"/>
        </w:rPr>
        <w:t>16:44  is mein yeh cheez shamil hai. lo your enemy ka matlab hai love yourself. apne aap ko bachane ke liye tum aisa karo ke dushman se mohabbat karo.</w:t>
      </w:r>
      <w:r>
        <w:br/>
      </w:r>
      <w:r>
        <w:rPr>
          <w:sz w:val="20"/>
        </w:rPr>
        <w:t>16:57  kyunke agar dushman se nafrat karoge to tum apne aap ko destroy karoge. tumhari energy distract ho jayegi. tumhara time jo hai idhar udhar chala jayega.</w:t>
      </w:r>
      <w:r>
        <w:br/>
      </w:r>
      <w:r>
        <w:rPr>
          <w:sz w:val="20"/>
        </w:rPr>
        <w:t>17:10  to hamare paas time itna zyada kahan hai? hamein apne aap ko educate karna hai. apni zindagi ko banana hai. apne andar sari baatein lani hain.</w:t>
      </w:r>
      <w:r>
        <w:br/>
      </w:r>
      <w:r>
        <w:rPr>
          <w:sz w:val="20"/>
        </w:rPr>
        <w:t>17:23  apne apni taraqqi ke liye, apni development ke liye, apni progress ke liye.</w:t>
      </w:r>
    </w:p>
    <w:p>
      <w:pPr>
        <w:pStyle w:val="Heading2"/>
      </w:pPr>
      <w:r>
        <w:t>Why the Church adopted the earth-centered universe model</w:t>
      </w:r>
    </w:p>
    <w:p>
      <w:r>
        <w:rPr>
          <w:color w:val="666666"/>
          <w:sz w:val="18"/>
        </w:rPr>
        <w:t>Is Islam in Danger, January 10, 2007 · 5m 52s · at 18:17 · https://youtu.be/1vrUjeA7508?t=1097</w:t>
      </w:r>
    </w:p>
    <w:p>
      <w:r>
        <w:rPr>
          <w:i/>
        </w:rPr>
        <w:t>“چونکہ ہم جب دیکھتے ہیں تو کیا لگتا ہے کہ سورج زمین کے گرد گھوم رہا ہے”</w:t>
      </w:r>
    </w:p>
    <w:p>
      <w:r>
        <w:rPr>
          <w:sz w:val="20"/>
        </w:rPr>
        <w:t>18:17  chounkay hum jab dekhte hain to kya lagta hai ke suraj jo hai zameen ke gird ghoom raha hai.</w:t>
      </w:r>
      <w:r>
        <w:br/>
      </w:r>
      <w:r>
        <w:rPr>
          <w:sz w:val="20"/>
        </w:rPr>
        <w:t>18:24  rozana hum dekhte hain ke suraj east se nikla, chalte chalte chalte maghrib mein doob gaya. to zameen ke gird ghooma woh. yani dikhai deta hai jo manzar, jo manzar, is mein bazahir, zahiran,</w:t>
      </w:r>
      <w:r>
        <w:br/>
      </w:r>
      <w:r>
        <w:rPr>
          <w:sz w:val="20"/>
        </w:rPr>
        <w:t>18:40  suraj zameen ke gird ghoomta hua dikhai deta hai.</w:t>
      </w:r>
      <w:r>
        <w:br/>
      </w:r>
      <w:r>
        <w:rPr>
          <w:sz w:val="20"/>
        </w:rPr>
        <w:t>18:44  to yunan mein, yani qadeem yunan mein, kuch log aisay paida hue jinhon ne jo model banaya solar system ka, woh yeh tha ke zameen markaz mein hai aur suraj is ke gird ghoom raha hai.</w:t>
      </w:r>
      <w:r>
        <w:br/>
      </w:r>
      <w:r>
        <w:rPr>
          <w:sz w:val="20"/>
        </w:rPr>
        <w:t>19:01  chounkay bazahir aisay hi dikhai parta tha. to is zahiri shakal ko le kar unhon ne aik model bana liya ke zameen markaz mein hai aur suraj ghoom raha hai.</w:t>
      </w:r>
      <w:r>
        <w:br/>
      </w:r>
      <w:r>
        <w:rPr>
          <w:sz w:val="20"/>
        </w:rPr>
        <w:t>19:15  to is ko talmi ne pesh kiya. phir talmi ka jo nazariya tha, jo us ki theory thi, us ko arastoo ne apnaya.</w:t>
      </w:r>
      <w:r>
        <w:br/>
      </w:r>
      <w:r>
        <w:rPr>
          <w:sz w:val="20"/>
        </w:rPr>
        <w:t>19:27  arastoo, jo bohat hi bara falsafi mana jata hai. to arastoo ne jab apnaya to saaray logon ne is ko maan liya. kyunkay woh bohat hi bara falsafi tha woh.</w:t>
      </w:r>
      <w:r>
        <w:br/>
      </w:r>
      <w:r>
        <w:rPr>
          <w:sz w:val="20"/>
        </w:rPr>
        <w:t>19:39  to arastoo ka model dedh hazar baras tak dunya ke oopar chhaya raha. dedh hazar saal tak. log yahi samajhte rahay ke zameen beech mein hai aur suraj is ke gird ghoom raha hai.</w:t>
      </w:r>
      <w:r>
        <w:br/>
      </w:r>
      <w:r>
        <w:rPr>
          <w:sz w:val="20"/>
        </w:rPr>
        <w:t>19:56  ab zamanay aata hai, yani christian church ka zamanay. christian church ka zamanay jab aata hai to yeh model dunya mein chhaya hua tha.</w:t>
      </w:r>
      <w:r>
        <w:br/>
      </w:r>
      <w:r>
        <w:rPr>
          <w:sz w:val="20"/>
        </w:rPr>
        <w:t>20:09  to christian church ko yeh model apne liye mozoon maloom hua. bohat ziyada mozoon. kyun?</w:t>
      </w:r>
      <w:r>
        <w:br/>
      </w:r>
      <w:r>
        <w:rPr>
          <w:sz w:val="20"/>
        </w:rPr>
        <w:t>20:18  un ka jo atonement ki theory hai, yani kafara ki theory, is mein yeh hai ke khuda ne paida kiya adam ko to adam ne woh phal kha liya.</w:t>
      </w:r>
      <w:r>
        <w:br/>
      </w:r>
      <w:r>
        <w:rPr>
          <w:sz w:val="20"/>
        </w:rPr>
        <w:t>20:36  phal ka phal, yani shayad yeh mamnoo'a ka phal kha liya. to woh gunahgar ho gaye. p</w:t>
      </w:r>
      <w:r>
        <w:br/>
      </w:r>
      <w:r>
        <w:rPr>
          <w:sz w:val="20"/>
        </w:rPr>
        <w:t>20:45  har un ke aqeeday ke mutabiq adam jab gunahgar hue to sari hi insani nasal gunahgar ho gayi. jo log paida hue, baad ko paida hue, sab ke sab is jin mein shareek ho gaye.</w:t>
      </w:r>
      <w:r>
        <w:br/>
      </w:r>
      <w:r>
        <w:rPr>
          <w:sz w:val="20"/>
        </w:rPr>
        <w:t>21:03  to ab kya ho? khuda ne paida kiya insaan ko, sari insani nasal jo hai gunahgar ban gayi. ab kya ho?</w:t>
      </w:r>
      <w:r>
        <w:br/>
      </w:r>
      <w:r>
        <w:rPr>
          <w:sz w:val="20"/>
        </w:rPr>
        <w:t>21:12  to un ka manna yeh hai ke khuda ne apne bete ko dunya mein bheja ke woh soli par charhay aur saaray insanon ke gunah ka kafara ban jaye.</w:t>
      </w:r>
      <w:r>
        <w:br/>
      </w:r>
      <w:r>
        <w:rPr>
          <w:sz w:val="20"/>
        </w:rPr>
        <w:t>21:27  yeh ajeeb o ghareeb bohat hi na qabil yaqeen aqeedah hai yeh. aqli tor par aap is ko sabit nahi kar sakte.</w:t>
      </w:r>
      <w:r>
        <w:br/>
      </w:r>
      <w:r>
        <w:rPr>
          <w:sz w:val="20"/>
        </w:rPr>
        <w:t>21:35  ke gunah to kiya adam ne aur kafara saha hazrat masih. yeh koi ghair manfiqi baat hai zahir hai. koi is ki logic nahi, koi wajah nahi.</w:t>
      </w:r>
      <w:r>
        <w:br/>
      </w:r>
      <w:r>
        <w:rPr>
          <w:sz w:val="20"/>
        </w:rPr>
        <w:t>21:46  lekin church ne, christian church ne is ko maan liya.</w:t>
      </w:r>
      <w:r>
        <w:br/>
      </w:r>
      <w:r>
        <w:rPr>
          <w:sz w:val="20"/>
        </w:rPr>
        <w:t>21:57  teesri sadi isvi mein.</w:t>
      </w:r>
      <w:r>
        <w:br/>
      </w:r>
      <w:r>
        <w:rPr>
          <w:sz w:val="20"/>
        </w:rPr>
        <w:t>22:01  to un ko yeh theory, yani arastoo wali theory ya talmi wali theory, bohat mozoon maloom hui. kyunkay un ke nazdeek sab se bara drama jo hua tha woh zameen par hua tha.</w:t>
      </w:r>
      <w:r>
        <w:br/>
      </w:r>
      <w:r>
        <w:rPr>
          <w:sz w:val="20"/>
        </w:rPr>
        <w:t>22:14  keh sari insani nasal, sari insani nasal ke gunahon ka kaffara hataya gaya. keh gunah hataye gaye aur Hazrat Masih kaffara bane.</w:t>
      </w:r>
      <w:r>
        <w:br/>
      </w:r>
      <w:r>
        <w:rPr>
          <w:sz w:val="20"/>
        </w:rPr>
        <w:t>22:25  to itna bara drama jo poori, yaani poori tareekh ka sab se bara drama tha yeh.</w:t>
      </w:r>
      <w:r>
        <w:br/>
      </w:r>
      <w:r>
        <w:rPr>
          <w:sz w:val="20"/>
        </w:rPr>
        <w:t>22:33  poori insani tareekh ka sab se bara drama.</w:t>
      </w:r>
      <w:r>
        <w:br/>
      </w:r>
      <w:r>
        <w:rPr>
          <w:sz w:val="20"/>
        </w:rPr>
        <w:t>22:37  yeh hua zameen par. Khuda ne zameen par bheja. Nihayat Masih ko kahin kisi aur jagah nahi bhej diya. Kisi sitare par, kisi sayare par, kahin aur.</w:t>
      </w:r>
      <w:r>
        <w:br/>
      </w:r>
      <w:r>
        <w:rPr>
          <w:sz w:val="20"/>
        </w:rPr>
        <w:t>22:47  balkeh zameen par bheja. To zameen par woh drama hua jis ne sare insanon ke gunah ko dho diya.</w:t>
      </w:r>
      <w:r>
        <w:br/>
      </w:r>
      <w:r>
        <w:rPr>
          <w:sz w:val="20"/>
        </w:rPr>
        <w:t>22:58  to unhon ne maan liya keh zameen markaz hai.</w:t>
      </w:r>
      <w:r>
        <w:br/>
      </w:r>
      <w:r>
        <w:rPr>
          <w:sz w:val="20"/>
        </w:rPr>
        <w:t>23:02  yaani markaz of takhleeq. Jo sab se bara jo waqea hai, jo zameen par ho to zameen ka markaz hona chahiye. Zameen satellite ho kisi aur cheez ki.</w:t>
      </w:r>
      <w:r>
        <w:br/>
      </w:r>
      <w:r>
        <w:rPr>
          <w:sz w:val="20"/>
        </w:rPr>
        <w:t>23:13  to yeh un ke nazdeek zameen ko kam samajhna tha. Zameen ki ahmiyat ko. Unhon ne ek khud se ek yaqeen bana liya, khud se.</w:t>
      </w:r>
      <w:r>
        <w:br/>
      </w:r>
      <w:r>
        <w:rPr>
          <w:sz w:val="20"/>
        </w:rPr>
        <w:t>23:24  keh zameen satellite nahi ho sakti. Satellite to kisi aur ko hona chahiye.</w:t>
      </w:r>
      <w:r>
        <w:br/>
      </w:r>
      <w:r>
        <w:rPr>
          <w:sz w:val="20"/>
        </w:rPr>
        <w:t>23:31  to apne zaati tarz-e-fikr ko jaiz karne ke liye unhon ne yeh kiya keh suraj ko aur sare sayare ko</w:t>
      </w:r>
      <w:r>
        <w:br/>
      </w:r>
      <w:r>
        <w:rPr>
          <w:sz w:val="20"/>
        </w:rPr>
        <w:t>23:45  satellite bana diya. Zameen ko markaz bana diya. Taakeh yeh apna jo un ka yaqeen hai, atonement ka, kaffare ka, is ki ahmiyat ko qaim kar sakein woh.</w:t>
      </w:r>
      <w:r>
        <w:br/>
      </w:r>
      <w:r>
        <w:rPr>
          <w:sz w:val="20"/>
        </w:rPr>
        <w:t>23:58  yeh maan liya unhon ne.</w:t>
      </w:r>
      <w:r>
        <w:br/>
      </w:r>
      <w:r>
        <w:rPr>
          <w:sz w:val="20"/>
        </w:rPr>
        <w:t>24:00  church ka. Church ne is ko apnaya. Arastu ke model ko. Yaani geo-centric theory ko.</w:t>
      </w:r>
    </w:p>
    <w:p>
      <w:pPr>
        <w:pStyle w:val="Heading2"/>
      </w:pPr>
      <w:r>
        <w:t>Gratitude freedom and the necessity of thinking</w:t>
      </w:r>
    </w:p>
    <w:p>
      <w:r>
        <w:rPr>
          <w:color w:val="666666"/>
          <w:sz w:val="18"/>
        </w:rPr>
        <w:t>Q&amp;A 03 Jan 2010 - Maulana Wahiduddin Khan · 4m 52s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r>
        <w:br/>
      </w:r>
      <w:r>
        <w:rPr>
          <w:sz w:val="20"/>
        </w:rPr>
        <w:t>0:54  speech jo hai, specially khuda ne di hai insaan ko. yeh socha maine, to mere dil mein kaha ki kitna allah taala ke blessing hai</w:t>
      </w:r>
      <w:r>
        <w:br/>
      </w:r>
      <w:r>
        <w:rPr>
          <w:sz w:val="20"/>
        </w:rPr>
        <w:t>1:06  ki bolna jo hai, na mountain ko mila, na ocean ko mila, na galaxy koi bol sakti hai, na solar system bol sakta, na gilaas bol sakta. aur insaan ko khuda ne bolne ki taaqat di. is tarah sochne se</w:t>
      </w:r>
      <w:r>
        <w:br/>
      </w:r>
      <w:r>
        <w:rPr>
          <w:sz w:val="20"/>
        </w:rPr>
        <w:t>1:23  shukr aata hai, gratefulness aata hai. nahin sochenge to kuch bhi nahin.</w:t>
      </w:r>
      <w:r>
        <w:br/>
      </w:r>
      <w:r>
        <w:rPr>
          <w:sz w:val="20"/>
        </w:rPr>
        <w:t>1:33  aaj subah ek telephone ek saahab se baat ho rahi thi,</w:t>
      </w:r>
      <w:r>
        <w:br/>
      </w:r>
      <w:r>
        <w:rPr>
          <w:sz w:val="20"/>
        </w:rPr>
        <w:t>1:39  to unhone kaha ki poori tareekh mein insaan ladta phirta raha, jang aur qatl karta raha. to maine kaha ki dekhiye, yeh tha azaadi ko misuse karna. allah taala ne insaan ko azaadi di.</w:t>
      </w:r>
      <w:r>
        <w:br/>
      </w:r>
      <w:r>
        <w:rPr>
          <w:sz w:val="20"/>
        </w:rPr>
        <w:t>1:59  azaadi deke yeh sirf khuda ki cheez hai, kisi ko azaadi nahin hai duniya mein. itne stars hain, itne planet hain, itne saare,</w:t>
      </w:r>
      <w:r>
        <w:br/>
      </w:r>
      <w:r>
        <w:rPr>
          <w:sz w:val="20"/>
        </w:rPr>
        <w:t>2:13  kisi ko azaadi nahin hai. ocean ko, mountain ko, yahan tak animal ki bhi azaadi nahin hai. apne instinct par chalte hain woh. insaan ko azaadi di gayi, azaadi. to maine kaha ki dekhiye, azaadi ko misuse na karna, yeh allah ki sifat hai.</w:t>
      </w:r>
      <w:r>
        <w:br/>
      </w:r>
      <w:r>
        <w:rPr>
          <w:sz w:val="20"/>
        </w:rPr>
        <w:t>2:33  allah ke paas har kisi ko power hai, uski azaadi par koi control nahin kar sakta hai. lekin allah apni azaadi ko misuse nahin karta, apni taaqat ko misuse nahin karta. yeh tha insaan ka kamaal</w:t>
      </w:r>
      <w:r>
        <w:br/>
      </w:r>
      <w:r>
        <w:rPr>
          <w:sz w:val="20"/>
        </w:rPr>
        <w:t>2:50  ki woh kare jo khuda ki sifat hai, ki azaadi paakar ke misuse na kare usko. to phir khuda ka pados uske liye mukaddar tha. khuda ka pados,</w:t>
      </w:r>
      <w:r>
        <w:br/>
      </w:r>
      <w:r>
        <w:rPr>
          <w:sz w:val="20"/>
        </w:rPr>
        <w:t>3:04  in the malik ke mukt,</w:t>
      </w:r>
      <w:r>
        <w:br/>
      </w:r>
      <w:r>
        <w:rPr>
          <w:sz w:val="20"/>
        </w:rPr>
        <w:t>3:07  khuda ke qurbat. lekin insaan jo hai,</w:t>
      </w:r>
      <w:r>
        <w:br/>
      </w:r>
      <w:r>
        <w:rPr>
          <w:sz w:val="20"/>
        </w:rPr>
        <w:t>3:18  qadr ma qadrullah ka haq qadri ki khuda ne itni badi cheez di aur qadr nahin kar saka, aur woh misuse karne laga usko.</w:t>
      </w:r>
      <w:r>
        <w:br/>
      </w:r>
      <w:r>
        <w:rPr>
          <w:sz w:val="20"/>
        </w:rPr>
        <w:t>3:29  to yeh yeh sochne ke saath-saath aata hai. agar soche nahin, to yeh bhi nahin samajh mein aayega. yeh soche tab samajh mein aayega ki dekhiye, azaadi kitni badi cheez hai. woh cheez jo allah ki apni sifat hai, usko de diya insaan ko. aur isliye diya ki woh misuse na kare, to phir woh</w:t>
      </w:r>
      <w:r>
        <w:br/>
      </w:r>
      <w:r>
        <w:rPr>
          <w:sz w:val="20"/>
        </w:rPr>
        <w:t>3:50  takhalbakhlak allah ke barabar aa jayega, aur allah ke ke kareeb usko rehne ka mauqa milega. to baharhal, gratefulness jo hai, uska taalluq soch se hai. koi sochta hi nahin. main to kisi ko paaya nahin ki sochta ho.</w:t>
      </w:r>
      <w:r>
        <w:br/>
      </w:r>
      <w:r>
        <w:rPr>
          <w:sz w:val="20"/>
        </w:rPr>
        <w:t>4:10  main apni zindagi to kisi ko paaya nahin ki sochta ho. har cheez par sochna hai, baal par, naakhoon par, har cheez par sochna hai.</w:t>
      </w:r>
      <w:r>
        <w:br/>
      </w:r>
      <w:r>
        <w:rPr>
          <w:sz w:val="20"/>
        </w:rPr>
        <w:t>4:23  jaise ab maine utha chaaha ki mera daaya haath uthe, to yeh uth gaya. main chaaha ki baaya haath uthe, to yeh uth gaya. kyunki sochna is par sochna hai, kaise dimaag control kar raha hai. har ungli par,</w:t>
      </w:r>
      <w:r>
        <w:br/>
      </w:r>
      <w:r>
        <w:rPr>
          <w:sz w:val="20"/>
        </w:rPr>
        <w:t>4:37  body ke har hisse par, mind ka control hai.</w:t>
      </w:r>
      <w:r>
        <w:br/>
      </w:r>
      <w:r>
        <w:rPr>
          <w:sz w:val="20"/>
        </w:rPr>
        <w:t>4:41  kaise mind control kar raha hai.</w:t>
      </w:r>
      <w:r>
        <w:br/>
      </w:r>
      <w:r>
        <w:rPr>
          <w:sz w:val="20"/>
        </w:rPr>
        <w:t>4:46  to baharhal, isiliye quran aur hadees mein sabse ahmiyat di gayi tafakkur ko, tafakkur aur tadabbur. socho, socho, socho, socho. to bas batao, jo sochega nahin, woh shukr bhi nahin karega. animal ki tarah rahega woh.</w:t>
      </w:r>
      <w:r>
        <w:br/>
      </w:r>
      <w:r>
        <w:rPr>
          <w:sz w:val="20"/>
        </w:rPr>
        <w:t>5:05  to basic baat hai, apne andar tadabbur aur tafakkur wali sifat ko develop karna.</w:t>
      </w:r>
      <w:r>
        <w:br/>
      </w:r>
      <w:r>
        <w:rPr>
          <w:sz w:val="20"/>
        </w:rPr>
        <w:t>5:14  main isi ko basic baat samajhta hoon.</w:t>
      </w:r>
    </w:p>
    <w:p>
      <w:pPr>
        <w:pStyle w:val="Heading2"/>
      </w:pPr>
      <w:r>
        <w:t>Patience at home but not outside</w:t>
      </w:r>
    </w:p>
    <w:p>
      <w:r>
        <w:rPr>
          <w:color w:val="666666"/>
          <w:sz w:val="18"/>
        </w:rPr>
        <w:t>Religious Understanding October 18, 2015 Maulana Wahiduddin Khan · 40s · at 45:26 · https://youtu.be/yt5TAVhva6E?t=2726</w:t>
      </w:r>
    </w:p>
    <w:p>
      <w:r>
        <w:rPr>
          <w:i/>
        </w:rPr>
        <w:t>“Ghar mein har aadmi sabr karta hai.”</w:t>
      </w:r>
    </w:p>
    <w:p>
      <w:r>
        <w:rPr>
          <w:sz w:val="20"/>
        </w:rPr>
        <w:t>45:26  ghar mein har aadmi sabr karte hi karta hai. na kare to ghar ujad jaye.</w:t>
      </w:r>
      <w:r>
        <w:br/>
      </w:r>
      <w:r>
        <w:rPr>
          <w:sz w:val="20"/>
        </w:rPr>
        <w:t>45:38  main ek ghar, ek sahib ke ghar mein baitha tha. main</w:t>
      </w:r>
      <w:r>
        <w:br/>
      </w:r>
      <w:r>
        <w:rPr>
          <w:sz w:val="20"/>
        </w:rPr>
        <w:t>45:43  koi chhota bachcha, woh gend khel raha tha. to gend un ka munh par laga, un ke baap ke munh par laga ke. to hansne lagay.</w:t>
      </w:r>
      <w:r>
        <w:br/>
      </w:r>
      <w:r>
        <w:rPr>
          <w:sz w:val="20"/>
        </w:rPr>
        <w:t>45:53  to bachcha agar phere, phenke to aap ko munh par lag ja kar ke to aap hansne lagtay hain. aur road par agar koi kahin se koi aa jaye, koi konkri to aap ghussa ho jatay hain.</w:t>
      </w:r>
    </w:p>
    <w:p>
      <w:pPr>
        <w:pStyle w:val="Heading2"/>
      </w:pPr>
      <w:r>
        <w:t>Religious freedom and scientific education changed Jews</w:t>
      </w:r>
    </w:p>
    <w:p>
      <w:r>
        <w:rPr>
          <w:color w:val="666666"/>
          <w:sz w:val="18"/>
        </w:rPr>
        <w:t>Realistic Approach March 30, 2014 Maulana Wahiduddin Khan · 4m 07s · at 36:45 · https://youtu.be/K36UonBsGlA?t=2205</w:t>
      </w:r>
    </w:p>
    <w:p>
      <w:r>
        <w:rPr>
          <w:i/>
        </w:rPr>
        <w:t>“In the time of the Prophet, there was beatings and persecution.”</w:t>
      </w:r>
    </w:p>
    <w:p>
      <w:r>
        <w:rPr>
          <w:sz w:val="20"/>
        </w:rPr>
        <w:t>36:45  Rasool Allah ke zamanay mein shuru mein hua maar peet hoti thi. kyunke woh zaman tha Religious Persecution ka zamanay. mazhabi jabr ka zamanay.</w:t>
      </w:r>
      <w:r>
        <w:br/>
      </w:r>
      <w:r>
        <w:rPr>
          <w:sz w:val="20"/>
        </w:rPr>
        <w:t>36:55  ab saari duniya mein Religious Freedom ka zamanay hai.</w:t>
      </w:r>
      <w:r>
        <w:br/>
      </w:r>
      <w:r>
        <w:rPr>
          <w:sz w:val="20"/>
        </w:rPr>
        <w:t>37:02  aise hi dekhiye aap jab nikle duniya mein Islam phailanay ke liye to kahin jangal haa'il tha, kahin samandar rukawat tha, kahin koi mulk rukawat tha.</w:t>
      </w:r>
      <w:r>
        <w:br/>
      </w:r>
      <w:r>
        <w:rPr>
          <w:sz w:val="20"/>
        </w:rPr>
        <w:t>37:15  aaj Modern Communication ke zamanay mein hum yahan bol rahe hain aur saari duniya mein log sun rahe hain. kaisa ajeeb hai. kabhi is se pehle mumkin nahi tha ke ek daa'i ek maqam par bolay aur saari duniya mein us ko suna jaye.</w:t>
      </w:r>
      <w:r>
        <w:br/>
      </w:r>
      <w:r>
        <w:rPr>
          <w:sz w:val="20"/>
        </w:rPr>
        <w:t>37:30  yeh kis ne kiya? yeh daur kaun laya? yeh ahl-e-maghrib laye. ahl-e-maghrib yeh laye yeh daur ke ab na jangal rukawat hai, na samandar rukawat hai,</w:t>
      </w:r>
      <w:r>
        <w:br/>
      </w:r>
      <w:r>
        <w:rPr>
          <w:sz w:val="20"/>
        </w:rPr>
        <w:t>37:45  na koi hukoomat rukawat hai. deewarein sab toot gayeen. saari deewarein toot chuki hain. aap ek jagah boliye aur saari duniya mein awaaz suni jayegi.</w:t>
      </w:r>
      <w:r>
        <w:br/>
      </w:r>
      <w:r>
        <w:rPr>
          <w:sz w:val="20"/>
        </w:rPr>
        <w:t>37:56  to yeh sab bekhabar, musalman hain, musalman is se bekhabar hain. mujhe koi ek musalman nahi maloom, na Mr., na Molvi, jo jaanta ho is haqeeqat ko.</w:t>
      </w:r>
      <w:r>
        <w:br/>
      </w:r>
      <w:r>
        <w:rPr>
          <w:sz w:val="20"/>
        </w:rPr>
        <w:t>38:05  kyun? woh jee rahe hain Falsehood mein. Falsehood mein. Quran mein Yahood ke baray mein hai.</w:t>
      </w:r>
      <w:r>
        <w:br/>
      </w:r>
      <w:r>
        <w:rPr>
          <w:sz w:val="20"/>
        </w:rPr>
        <w:t>38:15  dekhiye Falsehood paida kyun hota hai? Quran mein Yahood, Quran mein jis Yahood ka zikr hai yaad rakhiye woh qadeem Yahood hain, aaj ka Yahood nahi hai.</w:t>
      </w:r>
      <w:r>
        <w:br/>
      </w:r>
      <w:r>
        <w:rPr>
          <w:sz w:val="20"/>
        </w:rPr>
        <w:t>38:25  yeh bhi samajh lijiye ke aap log samajhte hain Quran parh kar ke aaj ka Yahood bhi waisa hi hai. yeh qadeem Yahood ke baray mein hai. aaj ka jo Yahoodi hai us ne Scientific Education li.</w:t>
      </w:r>
      <w:r>
        <w:br/>
      </w:r>
      <w:r>
        <w:rPr>
          <w:sz w:val="20"/>
        </w:rPr>
        <w:t>38:37  Scientific Education bilkul mukhtalif ho chuka hai woh. maslan dekhiye main naamdin mein rehta hoon. aaj kal musalman yahan ziyada ho gaye hain.</w:t>
      </w:r>
      <w:r>
        <w:br/>
      </w:r>
      <w:r>
        <w:rPr>
          <w:sz w:val="20"/>
        </w:rPr>
        <w:t>38:48  aur itna shor hota tha, shor hota hai. raat din shor. New York mein main gaya Yahoodiyon ki basti mein, Yahoodi colony mein.</w:t>
      </w:r>
      <w:r>
        <w:br/>
      </w:r>
      <w:r>
        <w:rPr>
          <w:sz w:val="20"/>
        </w:rPr>
        <w:t>38:58  wahan bilkul sukoon tha, ek dam Peace tha. koi shor nahi. yeh hai aaj ka Yahoodi jo hai woh Scientific Education pa kar ke bilkul mukhtalif ho chuka hai.</w:t>
      </w:r>
      <w:r>
        <w:br/>
      </w:r>
      <w:r>
        <w:rPr>
          <w:sz w:val="20"/>
        </w:rPr>
        <w:t>39:11  bilkul mukhtalif. main wahan gaya Jerusalem mein ek conference thi. jis mein ke Palestinian naujawan bhi bulaye gaye thay aur Yahoodi naujawan bhi.</w:t>
      </w:r>
      <w:r>
        <w:br/>
      </w:r>
      <w:r>
        <w:rPr>
          <w:sz w:val="20"/>
        </w:rPr>
        <w:t>39:23  to main ne dekha ke kai Palestinian naujawan khauf farraray angrezi bol rahe thay. to main ne socha ke bhai yeh kahan, unhon ne angrezi parhi?</w:t>
      </w:r>
      <w:r>
        <w:br/>
      </w:r>
      <w:r>
        <w:rPr>
          <w:sz w:val="20"/>
        </w:rPr>
        <w:t>39:33  kyunke hum to akhbaron mein parhte hain ke Palestinian ilaqay mein rozana bomb girta hai. to maloom hua ke yeh jo Palestinian naujawan hain yeh woh hain jo Israel mein rehte hain.</w:t>
      </w:r>
      <w:r>
        <w:br/>
      </w:r>
      <w:r>
        <w:rPr>
          <w:sz w:val="20"/>
        </w:rPr>
        <w:t>39:45  aaj bhi israel mein arab rehte hain. aaj bhi. aur koi rukawat nahin hai in ko. khule taur par wohi parhte hain schoolon mein jis tarah yahoodi bachche parhte hain.</w:t>
      </w:r>
      <w:r>
        <w:br/>
      </w:r>
      <w:r>
        <w:rPr>
          <w:sz w:val="20"/>
        </w:rPr>
        <w:t>39:55  yeh kya hai? aaj ke yahoodi ka jo zehan hai. aaj ka yahoodi woh nahin hai jo jis ko aap parhte hain apni kitabon mein. aaj ke yahoodi ke andar Scientific Thinking hai.</w:t>
      </w:r>
      <w:r>
        <w:br/>
      </w:r>
      <w:r>
        <w:rPr>
          <w:sz w:val="20"/>
        </w:rPr>
        <w:t>40:07  woh yani Modern Thinking hai. woh Falsehood mein nahin jeeta hai aaj ka yahoodi. aur musalman abhi tak Falsehood mein jee rahe hain.</w:t>
      </w:r>
      <w:r>
        <w:br/>
      </w:r>
      <w:r>
        <w:rPr>
          <w:sz w:val="20"/>
        </w:rPr>
        <w:t>40:17  unhein kuch khabar nahin ke aaj ki duniya mein kya ho raha hai. khud israel mein dawat ke mawaqe isi tarah hain jis tarah india mein mawaqe hain.</w:t>
      </w:r>
      <w:r>
        <w:br/>
      </w:r>
      <w:r>
        <w:rPr>
          <w:sz w:val="20"/>
        </w:rPr>
        <w:t>40:29  khud israel mein. kyun? aaj ka israel jo hai woh Scientific Education ne is ko bilkul badal diya hai.</w:t>
      </w:r>
      <w:r>
        <w:br/>
      </w:r>
      <w:r>
        <w:rPr>
          <w:sz w:val="20"/>
        </w:rPr>
        <w:t>40:39  woh yahoodi yeh nahin hai jo maarta peetta tha pehle. aaj aap israel jayen, wahan aap aala Education len, wahan aap dawah Work karen, wahan aap namaz parhen, wahan aap is deeni tarbiyat dikhayen, koi rukawat nahin.</w:t>
      </w:r>
    </w:p>
    <w:p>
      <w:pPr>
        <w:pStyle w:val="Heading2"/>
      </w:pPr>
      <w:r>
        <w:t>weak personality is as bad as haram</w:t>
      </w:r>
    </w:p>
    <w:p>
      <w:r>
        <w:rPr>
          <w:color w:val="666666"/>
          <w:sz w:val="18"/>
        </w:rPr>
        <w:t>How to Build A Strong Personality June 14, 2008 · 59s · at 5:53 · https://youtu.be/CEzRHSVoQlI?t=353</w:t>
      </w:r>
    </w:p>
    <w:p>
      <w:r>
        <w:rPr>
          <w:i/>
        </w:rPr>
        <w:t>“Us ko main apne shabdon mein kahoonga weak personality”</w:t>
      </w:r>
    </w:p>
    <w:p>
      <w:r>
        <w:rPr>
          <w:sz w:val="20"/>
        </w:rPr>
        <w:t>5:53  to is ko mein apne shabdon mein kahunga ke weak personality. yani apne aap ko is se bachana ke apne andar weak personality develop kare.</w:t>
      </w:r>
      <w:r>
        <w:br/>
      </w:r>
      <w:r>
        <w:rPr>
          <w:sz w:val="20"/>
        </w:rPr>
        <w:t>6:08  to jahan tak mein dekhta hoon, log aise to bohat milenge, bohat milenge, jo harram cheezon se bachein.</w:t>
      </w:r>
      <w:r>
        <w:br/>
      </w:r>
      <w:r>
        <w:rPr>
          <w:sz w:val="20"/>
        </w:rPr>
        <w:t>6:19  yani harram persnality apne andar na banayein.</w:t>
      </w:r>
      <w:r>
        <w:br/>
      </w:r>
      <w:r>
        <w:rPr>
          <w:sz w:val="20"/>
        </w:rPr>
        <w:t>6:23  to aise to bohat milenge. lekin aise log bohat hi kam, bohat hi kam, yani rarest among the rare hain, jo apne aap, jo weak personality ki burai ko jante hon,</w:t>
      </w:r>
      <w:r>
        <w:br/>
      </w:r>
      <w:r>
        <w:rPr>
          <w:sz w:val="20"/>
        </w:rPr>
        <w:t>6:39  aur apne aap ko is se bachate hon. halanke weak personality bhi apne result ke aitbar se itni hi buri hai jitna ke harram.</w:t>
      </w:r>
    </w:p>
    <w:p>
      <w:pPr>
        <w:pStyle w:val="Heading2"/>
      </w:pPr>
      <w:r>
        <w:t>Gratitude is the essence of the entire religion</w:t>
      </w:r>
    </w:p>
    <w:p>
      <w:r>
        <w:rPr>
          <w:color w:val="666666"/>
          <w:sz w:val="18"/>
        </w:rPr>
        <w:t>Importance of Shukr (Thankfulness) July 24, 2022 · 32s · at 0:22 · https://youtu.be/MgWNIv0k1sk?t=22</w:t>
      </w:r>
    </w:p>
    <w:p>
      <w:r>
        <w:rPr>
          <w:i/>
        </w:rPr>
        <w:t>“Shukr guzari poore deen ka khulasa hai”</w:t>
      </w:r>
    </w:p>
    <w:p>
      <w:r>
        <w:rPr>
          <w:sz w:val="20"/>
        </w:rPr>
        <w:t>0:22  shukr guzari poore deen ka khulasa hai. quran mein bar bar mukhtalif andaaz mein is ki taakeed ki gayi hai, hatta shukr ko bari hikmat bataya gaya hai.</w:t>
      </w:r>
      <w:r>
        <w:br/>
      </w:r>
      <w:r>
        <w:rPr>
          <w:sz w:val="20"/>
        </w:rPr>
        <w:t>0:36  quran mein aaya hai ke hum ne luqman ko hikmat ata ki ke woh allah ka shukr kare. jo shakhs allah ka shukr karta hai, woh asal mein apne liye hi shukr karta hai, aur jo nashukri karega to allah be niaz hai, khoobi wala hai.</w:t>
      </w:r>
    </w:p>
    <w:p>
      <w:pPr>
        <w:pStyle w:val="Heading2"/>
      </w:pPr>
      <w:r>
        <w:t>Everyone practices patience at home, no excuse</w:t>
      </w:r>
    </w:p>
    <w:p>
      <w:r>
        <w:rPr>
          <w:color w:val="666666"/>
          <w:sz w:val="18"/>
        </w:rPr>
        <w:t>Religious Understanding October 18, 2015 Maulana Wahiduddin Khan · 1m 34s · at 44:32 · https://youtu.be/yt5TAVhva6E?t=2672</w:t>
      </w:r>
    </w:p>
    <w:p>
      <w:r>
        <w:rPr>
          <w:i/>
        </w:rPr>
        <w:t>“Ghar mein aap sabr karte hain.”</w:t>
      </w:r>
    </w:p>
    <w:p>
      <w:r>
        <w:rPr>
          <w:sz w:val="20"/>
        </w:rPr>
        <w:t>44:32  ghar mein aap sabr karte hi karte hain. har maa, har baap ghar mein sabr karte hi karte hain. nahi to ghar mein roz larai ho. to kis ne aap ko mana kiya hai ke aap bahar bhi sabr karain?</w:t>
      </w:r>
      <w:r>
        <w:br/>
      </w:r>
      <w:r>
        <w:rPr>
          <w:sz w:val="20"/>
        </w:rPr>
        <w:t>44:46  yani ghar mein bachcha agar chaye ki pyali tod de to aap sabr kar lete hain. aur bahar zara si koi baat ho jati hai, aap wahan londay khare hotay hain.</w:t>
      </w:r>
      <w:r>
        <w:br/>
      </w:r>
      <w:r>
        <w:rPr>
          <w:sz w:val="20"/>
        </w:rPr>
        <w:t>44:56  to yeh to, yeh to uzar nahi hai. yeh to, yani double character hai. yeh to munafiqat hai ke ghar mein aap sabr karte hain aur bahar kehte hain ke main sabr nahi karne ko tayar hoon.</w:t>
      </w:r>
      <w:r>
        <w:br/>
      </w:r>
      <w:r>
        <w:rPr>
          <w:sz w:val="20"/>
        </w:rPr>
        <w:t>45:08  to munafiqat hai. aur inner munafiqat hai.</w:t>
      </w:r>
      <w:r>
        <w:br/>
      </w:r>
      <w:r>
        <w:rPr>
          <w:sz w:val="20"/>
        </w:rPr>
        <w:t>45:16  father class farmandar, aap ghor kijiye ke kon insan hai jis ko sabr karna na aata ho? kon insan hai jo sabr karna na aata ho? har aadmi ko aata hai.</w:t>
      </w:r>
      <w:r>
        <w:br/>
      </w:r>
      <w:r>
        <w:rPr>
          <w:sz w:val="20"/>
        </w:rPr>
        <w:t>45:26  ghar mein har aadmi sabr karte hi karta hai. na kare to ghar ujad jaye.</w:t>
      </w:r>
      <w:r>
        <w:br/>
      </w:r>
      <w:r>
        <w:rPr>
          <w:sz w:val="20"/>
        </w:rPr>
        <w:t>45:38  main ek ghar, ek sahib ke ghar mein baitha tha. main</w:t>
      </w:r>
      <w:r>
        <w:br/>
      </w:r>
      <w:r>
        <w:rPr>
          <w:sz w:val="20"/>
        </w:rPr>
        <w:t>45:43  koi chhota bachcha, woh gend khel raha tha. to gend un ka munh par laga, un ke baap ke munh par laga ke. to hansne lagay.</w:t>
      </w:r>
      <w:r>
        <w:br/>
      </w:r>
      <w:r>
        <w:rPr>
          <w:sz w:val="20"/>
        </w:rPr>
        <w:t>45:53  to bachcha agar phere, phenke to aap ko munh par lag ja kar ke to aap hansne lagtay hain. aur road par agar koi kahin se koi aa jaye, koi konkri to aap ghussa ho jatay hain.</w:t>
      </w:r>
    </w:p>
    <w:p>
      <w:pPr>
        <w:pStyle w:val="Heading2"/>
      </w:pPr>
      <w:r>
        <w:t>Patience is personality development</w:t>
      </w:r>
    </w:p>
    <w:p>
      <w:r>
        <w:rPr>
          <w:color w:val="666666"/>
          <w:sz w:val="18"/>
        </w:rPr>
        <w:t>Dars-e-Quran, Chapter 2, Verses 44-46, January 28, 2018 · 2m 33s · at 1:11:24 · https://youtu.be/3Kd5InuBtFA?t=4284</w:t>
      </w:r>
    </w:p>
    <w:p>
      <w:r>
        <w:rPr>
          <w:i/>
        </w:rPr>
        <w:t>“سب سے بڑی عبادت، اس کی بھی لمٹ رہے گی؟”</w:t>
      </w:r>
    </w:p>
    <w:p>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Accepting God's plan brings great reward</w:t>
      </w:r>
    </w:p>
    <w:p>
      <w:r>
        <w:rPr>
          <w:color w:val="666666"/>
          <w:sz w:val="18"/>
        </w:rPr>
        <w:t>Attaining Wisdom through State of Helplessness November 28, 2019 - Maulana Wahiduddin Khan · 35s · at 1:36 · https://youtu.be/dS29D4Pt-3U?t=96</w:t>
      </w:r>
    </w:p>
    <w:p>
      <w:r>
        <w:rPr>
          <w:i/>
        </w:rPr>
        <w:t>“Creation plan ke saath takraao na karna sabse bada inaam ka sabab hai”</w:t>
      </w:r>
    </w:p>
    <w:p>
      <w:r>
        <w:rPr>
          <w:sz w:val="20"/>
        </w:rPr>
        <w:t>1:36  to creation plan ke sath takrao na karna, yeh sab se bara inaam ka sabab</w:t>
      </w:r>
      <w:r>
        <w:br/>
      </w:r>
      <w:r>
        <w:rPr>
          <w:sz w:val="20"/>
        </w:rPr>
        <w:t>1:41  hai. haan,</w:t>
      </w:r>
      <w:r>
        <w:br/>
      </w:r>
      <w:r>
        <w:rPr>
          <w:sz w:val="20"/>
        </w:rPr>
        <w:t>1:52  jab aap ki chahat ke mutabiq kaam na ban raha hai to samajh len ke yeh creation plan yahan par haail hai.</w:t>
      </w:r>
      <w:r>
        <w:br/>
      </w:r>
      <w:r>
        <w:rPr>
          <w:sz w:val="20"/>
        </w:rPr>
        <w:t>2:04  aur phir razi ho jaiye.</w:t>
      </w:r>
    </w:p>
    <w:p>
      <w:pPr>
        <w:pStyle w:val="Heading2"/>
      </w:pPr>
      <w:r>
        <w:t>Story of lip service gratitude</w:t>
      </w:r>
    </w:p>
    <w:p>
      <w:r>
        <w:rPr>
          <w:color w:val="666666"/>
          <w:sz w:val="18"/>
        </w:rPr>
        <w:t>The Concept of Shukr in Islam | June 17, 2008 · 2m 01s · at 10:31 · https://youtu.be/ySbCs4MRNXU?t=631</w:t>
      </w:r>
    </w:p>
    <w:p>
      <w:r>
        <w:rPr>
          <w:i/>
        </w:rPr>
        <w:t>“Ek sahib the jo gaon mein rehte the, phir bade shahr gaye.”</w:t>
      </w:r>
    </w:p>
    <w:p>
      <w:r>
        <w:rPr>
          <w:sz w:val="20"/>
        </w:rPr>
        <w:t>10:31  bolte rehte hain.</w:t>
      </w:r>
      <w:r>
        <w:br/>
      </w:r>
      <w:r>
        <w:rPr>
          <w:sz w:val="20"/>
        </w:rPr>
        <w:t>10:36  jaise ek sahab the, woh gaon mein rehte the.</w:t>
      </w:r>
      <w:r>
        <w:br/>
      </w:r>
      <w:r>
        <w:rPr>
          <w:sz w:val="20"/>
        </w:rPr>
        <w:t>10:41  toh un ke paas mamooli ghar tha, kacha ghar.</w:t>
      </w:r>
      <w:r>
        <w:br/>
      </w:r>
      <w:r>
        <w:rPr>
          <w:sz w:val="20"/>
        </w:rPr>
        <w:t>10:47  wahan par road bhi nahi thi, gaadi bhi nahi thi, kuch bhi nahi tha, bijli bhi nahi thi.</w:t>
      </w:r>
      <w:r>
        <w:br/>
      </w:r>
      <w:r>
        <w:rPr>
          <w:sz w:val="20"/>
        </w:rPr>
        <w:t>10:52  aise hi rehte the mamooli haalat mein.</w:t>
      </w:r>
      <w:r>
        <w:br/>
      </w:r>
      <w:r>
        <w:rPr>
          <w:sz w:val="20"/>
        </w:rPr>
        <w:t>10:57  toh un ke ek rishtedar, ek relative,</w:t>
      </w:r>
      <w:r>
        <w:br/>
      </w:r>
      <w:r>
        <w:rPr>
          <w:sz w:val="20"/>
        </w:rPr>
        <w:t>11:02  kabhi chale gaye kisi bade shehar mein.</w:t>
      </w:r>
      <w:r>
        <w:br/>
      </w:r>
      <w:r>
        <w:rPr>
          <w:sz w:val="20"/>
        </w:rPr>
        <w:t>11:06  wahan unhone business kiya aur paisa kamaya.</w:t>
      </w:r>
      <w:r>
        <w:br/>
      </w:r>
      <w:r>
        <w:rPr>
          <w:sz w:val="20"/>
        </w:rPr>
        <w:t>11:11  ghar banaya wahan par unhone.</w:t>
      </w:r>
      <w:r>
        <w:br/>
      </w:r>
      <w:r>
        <w:rPr>
          <w:sz w:val="20"/>
        </w:rPr>
        <w:t>11:15  aur wahan par un ki car khareed li unhone.</w:t>
      </w:r>
      <w:r>
        <w:br/>
      </w:r>
      <w:r>
        <w:rPr>
          <w:sz w:val="20"/>
        </w:rPr>
        <w:t>11:19  to yeh apne is rishtedar se milne ke liye gaye.</w:t>
      </w:r>
      <w:r>
        <w:br/>
      </w:r>
      <w:r>
        <w:rPr>
          <w:sz w:val="20"/>
        </w:rPr>
        <w:t>11:24  to wahan par woh reh gaye ek aadh mahina.</w:t>
      </w:r>
      <w:r>
        <w:br/>
      </w:r>
      <w:r>
        <w:rPr>
          <w:sz w:val="20"/>
        </w:rPr>
        <w:t>11:28  to jab wapas aaye to baat baat mein kehte thay ke khuda ka shukar apni gaari</w:t>
      </w:r>
      <w:r>
        <w:br/>
      </w:r>
      <w:r>
        <w:rPr>
          <w:sz w:val="20"/>
        </w:rPr>
        <w:t>11:32  , khuda ka shukar apna ghar.</w:t>
      </w:r>
      <w:r>
        <w:br/>
      </w:r>
      <w:r>
        <w:rPr>
          <w:sz w:val="20"/>
        </w:rPr>
        <w:t>11:36  baat baat mein.</w:t>
      </w:r>
      <w:r>
        <w:br/>
      </w:r>
      <w:r>
        <w:rPr>
          <w:sz w:val="20"/>
        </w:rPr>
        <w:t>11:40  khuda ka shukar apni gaari, khuda ka shukar apna ghar.</w:t>
      </w:r>
      <w:r>
        <w:br/>
      </w:r>
      <w:r>
        <w:rPr>
          <w:sz w:val="20"/>
        </w:rPr>
        <w:t>11:44  to jab tak woh wahan ja kar ke is ghar mein is gaari mein baithe nahi thay, tab</w:t>
      </w:r>
      <w:r>
        <w:br/>
      </w:r>
      <w:r>
        <w:rPr>
          <w:sz w:val="20"/>
        </w:rPr>
        <w:t>11:47  tak woh jante nahi thay ke shukar kya hai.</w:t>
      </w:r>
      <w:r>
        <w:br/>
      </w:r>
      <w:r>
        <w:rPr>
          <w:sz w:val="20"/>
        </w:rPr>
        <w:t>11:51  tab tak un ke liye shukar jo hai lip service tha.</w:t>
      </w:r>
      <w:r>
        <w:br/>
      </w:r>
      <w:r>
        <w:rPr>
          <w:sz w:val="20"/>
        </w:rPr>
        <w:t>11:55  tab bhi bolte thay yeh sab shukar aur fazal aur alhamdulillah yeh sab bolte thay tab bhi.</w:t>
      </w:r>
      <w:r>
        <w:br/>
      </w:r>
      <w:r>
        <w:rPr>
          <w:sz w:val="20"/>
        </w:rPr>
        <w:t>11:59  lekin woh tab un</w:t>
      </w:r>
      <w:r>
        <w:br/>
      </w:r>
      <w:r>
        <w:rPr>
          <w:sz w:val="20"/>
        </w:rPr>
        <w:t>12:02  ke liye sirf lip service tha.</w:t>
      </w:r>
      <w:r>
        <w:br/>
      </w:r>
      <w:r>
        <w:rPr>
          <w:sz w:val="20"/>
        </w:rPr>
        <w:t>12:07  ab woh jab woh cheez mil gayi to woh keh rahe hain bar bar Allah ka fazal, Allah</w:t>
      </w:r>
      <w:r>
        <w:br/>
      </w:r>
      <w:r>
        <w:rPr>
          <w:sz w:val="20"/>
        </w:rPr>
        <w:t>12:11  ka shukar apni gaari, Allah ka shukar apna ghar.</w:t>
      </w:r>
      <w:r>
        <w:br/>
      </w:r>
      <w:r>
        <w:rPr>
          <w:sz w:val="20"/>
        </w:rPr>
        <w:t>12:15  yeh woh shukar nahi hai.</w:t>
      </w:r>
      <w:r>
        <w:br/>
      </w:r>
      <w:r>
        <w:rPr>
          <w:sz w:val="20"/>
        </w:rPr>
        <w:t>12:20  woh shukar jo khuda ko chahiye woh to bohat bari cheez hai.</w:t>
      </w:r>
      <w:r>
        <w:br/>
      </w:r>
      <w:r>
        <w:rPr>
          <w:sz w:val="20"/>
        </w:rPr>
        <w:t>12:24  woh soch kar aata hai.</w:t>
      </w:r>
      <w:r>
        <w:br/>
      </w:r>
      <w:r>
        <w:rPr>
          <w:sz w:val="20"/>
        </w:rPr>
        <w:t>12:28  ek bohat bara intellectual process</w:t>
      </w:r>
      <w:r>
        <w:br/>
      </w:r>
      <w:r>
        <w:rPr>
          <w:sz w:val="20"/>
        </w:rPr>
        <w:t>12:33  chalta hai aap ke mind mein.</w:t>
      </w:r>
    </w:p>
    <w:p>
      <w:pPr>
        <w:pStyle w:val="Heading2"/>
      </w:pPr>
      <w:r>
        <w:t>Preaching morals isn't enough, you must build the right atmosphere</w:t>
      </w:r>
    </w:p>
    <w:p>
      <w:r>
        <w:rPr>
          <w:color w:val="666666"/>
          <w:sz w:val="18"/>
        </w:rPr>
        <w:t>Ethical Values in Islam, June 19, 2008 · 2m 13s · at 15:38 · https://youtu.be/2yPff80nSBY?t=938</w:t>
      </w:r>
    </w:p>
    <w:p>
      <w:r>
        <w:rPr>
          <w:i/>
        </w:rPr>
        <w:t>“Just preaching moral values is not enough”</w:t>
      </w:r>
    </w:p>
    <w:p>
      <w:r>
        <w:rPr>
          <w:sz w:val="20"/>
        </w:rPr>
        <w:t>15:38  is liye main kahoon ga ke sirf moral values ka parchar kaafi nahi hai, is ke liye fiza banana hai, atmosphere banana hai.</w:t>
      </w:r>
      <w:r>
        <w:br/>
      </w:r>
      <w:r>
        <w:rPr>
          <w:sz w:val="20"/>
        </w:rPr>
        <w:t>15:51  aur atmosphere mein sab se zyada importance baat yeh hai ke unilaterally aap ko apne aap ko is se bachana hai ke aap ke dil mein negative thought aa jayen.</w:t>
      </w:r>
      <w:r>
        <w:br/>
      </w:r>
      <w:r>
        <w:rPr>
          <w:sz w:val="20"/>
        </w:rPr>
        <w:t>16:04  unilaterally, yaani doosra jo hai, woh shikayat ka mauqa de, tab bhi aap apne dil mein nafrat na layen.</w:t>
      </w:r>
      <w:r>
        <w:br/>
      </w:r>
      <w:r>
        <w:rPr>
          <w:sz w:val="20"/>
        </w:rPr>
        <w:t>16:14  doosra aap ko provoke kare, tab bhi aap ke dil mein hate na aaye. doosra aap ke sath koi burai kare, tab bhi aap yeh na kahain ke sahabi dushman hai, dushman hai, dushman hai.</w:t>
      </w:r>
      <w:r>
        <w:br/>
      </w:r>
      <w:r>
        <w:rPr>
          <w:sz w:val="20"/>
        </w:rPr>
        <w:t>16:32  to moral values ko practical tor par lene ke liye zaroori hai ke aap apne seene ko negative thought se khaali rakhen.</w:t>
      </w:r>
      <w:r>
        <w:br/>
      </w:r>
      <w:r>
        <w:rPr>
          <w:sz w:val="20"/>
        </w:rPr>
        <w:t>16:48  kyun ke jahan negative thought hoga, wahan moral values nahi aa sakti hain.</w:t>
      </w:r>
      <w:r>
        <w:br/>
      </w:r>
      <w:r>
        <w:rPr>
          <w:sz w:val="20"/>
        </w:rPr>
        <w:t>16:54  moral values naam hai positive values ka. moral values naam hai positive values ka.</w:t>
      </w:r>
      <w:r>
        <w:br/>
      </w:r>
      <w:r>
        <w:rPr>
          <w:sz w:val="20"/>
        </w:rPr>
        <w:t>17:04  to jahan negative values bhari hui hon seene mein, to moral values ke liye kahan jagah mile gi? wahan</w:t>
      </w:r>
      <w:r>
        <w:br/>
      </w:r>
      <w:r>
        <w:rPr>
          <w:sz w:val="20"/>
        </w:rPr>
        <w:t>17:13  jab aap ke seene mein, aap ke mind mein negative values, negative baaten bhari hui hain, to wahan par positive values ka koi kaam nahi hai.</w:t>
      </w:r>
      <w:r>
        <w:br/>
      </w:r>
      <w:r>
        <w:rPr>
          <w:sz w:val="20"/>
        </w:rPr>
        <w:t>17:27  to main yeh kahoon ga ke sirf parchar karna moral values ka, akhlaqi qadron ka, yeh kaafi nahi hai.</w:t>
      </w:r>
      <w:r>
        <w:br/>
      </w:r>
      <w:r>
        <w:rPr>
          <w:sz w:val="20"/>
        </w:rPr>
        <w:t>17:35  humein yeh sochna pare ga ke hum woh background banayen, woh fiza banayen, woh atmosphere banayen, jis mein moral values ki baat logon ki samajh mein aaye.</w:t>
      </w:r>
    </w:p>
    <w:p>
      <w:pPr>
        <w:pStyle w:val="Heading2"/>
      </w:pPr>
      <w:r>
        <w:t>Calligrapher's accident from not avoiding</w:t>
      </w:r>
    </w:p>
    <w:p>
      <w:r>
        <w:rPr>
          <w:color w:val="666666"/>
          <w:sz w:val="18"/>
        </w:rPr>
        <w:t>The Importance of Positive Attitude | November 01, 2007 · 2m 01s · at 14:25 · https://youtu.be/r4zLbCBxPyc?t=865</w:t>
      </w:r>
    </w:p>
    <w:p>
      <w:r>
        <w:rPr>
          <w:i/>
        </w:rPr>
        <w:t>“Ek kateeb sahib ko hum ne kuch matter diya”</w:t>
      </w:r>
    </w:p>
    <w:p>
      <w:r>
        <w:rPr>
          <w:sz w:val="20"/>
        </w:rPr>
        <w:t>14:25  kiya ke pandrah din mein is ko wo likh kar de denge.</w:t>
      </w:r>
      <w:r>
        <w:br/>
      </w:r>
      <w:r>
        <w:rPr>
          <w:sz w:val="20"/>
        </w:rPr>
        <w:t>14:29  pandrah din mein.</w:t>
      </w:r>
      <w:r>
        <w:br/>
      </w:r>
      <w:r>
        <w:rPr>
          <w:sz w:val="20"/>
        </w:rPr>
        <w:t>14:33  to hum ne kaha ke theek hai.</w:t>
      </w:r>
      <w:r>
        <w:br/>
      </w:r>
      <w:r>
        <w:rPr>
          <w:sz w:val="20"/>
        </w:rPr>
        <w:t>14:37  wo le gaye.</w:t>
      </w:r>
      <w:r>
        <w:br/>
      </w:r>
      <w:r>
        <w:rPr>
          <w:sz w:val="20"/>
        </w:rPr>
        <w:t>14:40  ab kya hua ke pandrah din khatm ho gaye, mahina poora ho gaya.</w:t>
      </w:r>
      <w:r>
        <w:br/>
      </w:r>
      <w:r>
        <w:rPr>
          <w:sz w:val="20"/>
        </w:rPr>
        <w:t>14:44  aur unhon ne la kar nahi diya.</w:t>
      </w:r>
      <w:r>
        <w:br/>
      </w:r>
      <w:r>
        <w:rPr>
          <w:sz w:val="20"/>
        </w:rPr>
        <w:t>14:48  ab un ko pareshani hui ke kyunke ab Monthly Magazine to har mahine nikalna hai.</w:t>
      </w:r>
      <w:r>
        <w:br/>
      </w:r>
      <w:r>
        <w:rPr>
          <w:sz w:val="20"/>
        </w:rPr>
        <w:t>14:52  to hum ne ek aadmi bheja un ke paas, un ke ghar bheja.</w:t>
      </w:r>
      <w:r>
        <w:br/>
      </w:r>
      <w:r>
        <w:rPr>
          <w:sz w:val="20"/>
        </w:rPr>
        <w:t>14:55  to kiya maloom hua ke wo to hospital mein hain. Wo to hospital mein hain. To qissa kiya pesh aaya? Ke wo abhi kitabat poori nahi kar paye the ke ek din wo rickshaw wale se takra gaye. Ek rickshaw dohra raha tha, air road par chal rahe the aur takrahat ho gayi. Ab yeh ghussa ho gaye, lad gaye us se. Lad gaye to dono lad gaye. Yun</w:t>
      </w:r>
      <w:r>
        <w:br/>
      </w:r>
      <w:r>
        <w:rPr>
          <w:sz w:val="20"/>
        </w:rPr>
        <w:t>15:25  lad gaye to un ka kuch haath paon bhi toot gaya.</w:t>
      </w:r>
      <w:r>
        <w:br/>
      </w:r>
      <w:r>
        <w:rPr>
          <w:sz w:val="20"/>
        </w:rPr>
        <w:t>15:30  aur pahunch gaye Hospital.</w:t>
      </w:r>
      <w:r>
        <w:br/>
      </w:r>
      <w:r>
        <w:rPr>
          <w:sz w:val="20"/>
        </w:rPr>
        <w:t>15:34  do mahine mein phir woh Recovery un ki hui.</w:t>
      </w:r>
      <w:r>
        <w:br/>
      </w:r>
      <w:r>
        <w:rPr>
          <w:sz w:val="20"/>
        </w:rPr>
        <w:t>15:39  do mahine ke baad phir unhon ne likha aur likh kar ke woh le aaye.</w:t>
      </w:r>
      <w:r>
        <w:br/>
      </w:r>
      <w:r>
        <w:rPr>
          <w:sz w:val="20"/>
        </w:rPr>
        <w:t>15:43  agar woh Avoid karte ke chalo bhai tik raahat ho gaya to kuch ghalati meri thi, kuch ghalati is</w:t>
      </w:r>
      <w:r>
        <w:br/>
      </w:r>
      <w:r>
        <w:rPr>
          <w:sz w:val="20"/>
        </w:rPr>
        <w:t>15:48  ki thi, chhod do.</w:t>
      </w:r>
      <w:r>
        <w:br/>
      </w:r>
      <w:r>
        <w:rPr>
          <w:sz w:val="20"/>
        </w:rPr>
        <w:t>15:52  to apna waada poora kar ke woh pandrah din mein mujhe Matter de dete.</w:t>
      </w:r>
      <w:r>
        <w:br/>
      </w:r>
      <w:r>
        <w:rPr>
          <w:sz w:val="20"/>
        </w:rPr>
        <w:t>15:57  nahin to pahunche Hospital, paisa kharch hua, kaam bhi nahin hua, ghar wale pareshan hue. Saare Problem.</w:t>
      </w:r>
      <w:r>
        <w:br/>
      </w:r>
      <w:r>
        <w:rPr>
          <w:sz w:val="20"/>
        </w:rPr>
        <w:t>16:02  sirf Avoid na karne se, yaani Road par ek jo baat hui us ko Avoid na karne ki</w:t>
      </w:r>
      <w:r>
        <w:br/>
      </w:r>
      <w:r>
        <w:rPr>
          <w:sz w:val="20"/>
        </w:rPr>
        <w:t>16:07  wajah se itna nuksaan un ko hua.</w:t>
      </w:r>
      <w:r>
        <w:br/>
      </w:r>
      <w:r>
        <w:rPr>
          <w:sz w:val="20"/>
        </w:rPr>
        <w:t>16:12  ab doosra qissa suniye isi Dilli ka.</w:t>
      </w:r>
      <w:r>
        <w:br/>
      </w:r>
      <w:r>
        <w:rPr>
          <w:sz w:val="20"/>
        </w:rPr>
        <w:t>16:17  purane Dilli mein, pehle main purane Dilli mein rehta tha.</w:t>
      </w:r>
      <w:r>
        <w:br/>
      </w:r>
      <w:r>
        <w:rPr>
          <w:sz w:val="20"/>
        </w:rPr>
        <w:t>16:22  to ek naujawan ko Bombay</w:t>
      </w:r>
    </w:p>
    <w:p>
      <w:pPr>
        <w:pStyle w:val="Heading2"/>
      </w:pPr>
      <w:r>
        <w:t>Quranic teaching on avoiding assumptions about people</w:t>
      </w:r>
    </w:p>
    <w:p>
      <w:r>
        <w:rPr>
          <w:color w:val="666666"/>
          <w:sz w:val="18"/>
        </w:rPr>
        <w:t>How to Build A Strong Personality June 14, 2008 · 5m 33s · at 21:06 · https://youtu.be/CEzRHSVoQlI?t=1266</w:t>
      </w:r>
    </w:p>
    <w:p>
      <w:r>
        <w:rPr>
          <w:i/>
        </w:rPr>
        <w:t>“Ya ayyuhal lazina amanu ijtanibu kasiram minaz zann”</w:t>
      </w:r>
    </w:p>
    <w:p>
      <w:r>
        <w:rPr>
          <w:sz w:val="20"/>
        </w:rPr>
        <w:t>21:06  is ke wording yeh hai: ya ayyuhal ladheena amanu istaniboo katheeran minaz zanni fa inna ba'daz zanni ism</w:t>
      </w:r>
      <w:r>
        <w:br/>
      </w:r>
      <w:r>
        <w:rPr>
          <w:sz w:val="20"/>
        </w:rPr>
        <w:t>21:22  ae logon, ae iman laane walon!</w:t>
      </w:r>
      <w:r>
        <w:br/>
      </w:r>
      <w:r>
        <w:rPr>
          <w:sz w:val="20"/>
        </w:rPr>
        <w:t>21:30  tum log</w:t>
      </w:r>
      <w:r>
        <w:br/>
      </w:r>
      <w:r>
        <w:rPr>
          <w:sz w:val="20"/>
        </w:rPr>
        <w:t>21:33  zann se bacho,</w:t>
      </w:r>
      <w:r>
        <w:br/>
      </w:r>
      <w:r>
        <w:rPr>
          <w:sz w:val="20"/>
        </w:rPr>
        <w:t>21:37  guman se bacho, kyunke bohat se guman gunah hote hain. in ba'daz zanni ism kyunke bohat se gunah, kyunke bohat se guman gunah hote hain.</w:t>
      </w:r>
      <w:r>
        <w:br/>
      </w:r>
      <w:r>
        <w:rPr>
          <w:sz w:val="20"/>
        </w:rPr>
        <w:t>21:54  dekhein, guman kis ko kehte hain?</w:t>
      </w:r>
      <w:r>
        <w:br/>
      </w:r>
      <w:r>
        <w:rPr>
          <w:sz w:val="20"/>
        </w:rPr>
        <w:t>21:58  guman kehte hain supposition ke base par koi statement dena. supposition ke base par koi statement dena, yaani qiyas kar ke aap ko poori maloomat nahi hai, koi jankari nahi hai, aap ne guess kiya aur guess kar ke aap ne ek remark de diya.</w:t>
      </w:r>
      <w:r>
        <w:br/>
      </w:r>
      <w:r>
        <w:rPr>
          <w:sz w:val="20"/>
        </w:rPr>
        <w:t>22:18  supposition ke base par aap ne ek remark de diya. yeh hai zann ya guman.</w:t>
      </w:r>
      <w:r>
        <w:br/>
      </w:r>
      <w:r>
        <w:rPr>
          <w:sz w:val="20"/>
        </w:rPr>
        <w:t>22:25  ab is ayat par sochiye ke ae logon, bohat ziyada guman se bacho, kyunke baz guman gunah hote hain.</w:t>
      </w:r>
      <w:r>
        <w:br/>
      </w:r>
      <w:r>
        <w:rPr>
          <w:sz w:val="20"/>
        </w:rPr>
        <w:t>22:41  is mein dekhiye, is se yeh nikalta hai ke gumaan ke, gumaan ki do qismein hain. is supposition par, yeh guess par kalam jo karte hain log, to is ki do qismein hain.</w:t>
      </w:r>
      <w:r>
        <w:br/>
      </w:r>
      <w:r>
        <w:rPr>
          <w:sz w:val="20"/>
        </w:rPr>
        <w:t>22:56  ek woh qism hai jo gunaah hai, gunaah. ek is se kam hai.</w:t>
      </w:r>
      <w:r>
        <w:br/>
      </w:r>
      <w:r>
        <w:rPr>
          <w:sz w:val="20"/>
        </w:rPr>
        <w:t>23:03  to yeh do qism kaun kaun si hain?</w:t>
      </w:r>
      <w:r>
        <w:br/>
      </w:r>
      <w:r>
        <w:rPr>
          <w:sz w:val="20"/>
        </w:rPr>
        <w:t>23:06  is par maine socha to mujhe samajh mein aaya ke dekhein, isi ke baare mein ek hai positive remark dena, ek hai negative remark dena.</w:t>
      </w:r>
      <w:r>
        <w:br/>
      </w:r>
      <w:r>
        <w:rPr>
          <w:sz w:val="20"/>
        </w:rPr>
        <w:t>23:22  positive remark dena aur negative remark dena. farz kiye ke ek aadmi aap ko nazar pada, woh kurta pehne hue, topi pehne hue ja raha tha.</w:t>
      </w:r>
      <w:r>
        <w:br/>
      </w:r>
      <w:r>
        <w:rPr>
          <w:sz w:val="20"/>
        </w:rPr>
        <w:t>23:35  is ko dekh kar aap ne kaha ke mujhe aisa lagta hai ke yeh aadmi quran ka haafiz hai. yeh guess kar ke kaha aap ne. to suppose woh quran ka haafiz na ho aur aap ne keh diya ke mujhe lagta hai ke yeh quran ka haafiz hai,</w:t>
      </w:r>
      <w:r>
        <w:br/>
      </w:r>
      <w:r>
        <w:rPr>
          <w:sz w:val="20"/>
        </w:rPr>
        <w:t>23:50  to yeh koi gunaah ki baat nahi hui, kyunke that was a positive remark toward that person. to hum rozana bolte rehte hain guess ke base par roz</w:t>
      </w:r>
      <w:r>
        <w:br/>
      </w:r>
      <w:r>
        <w:rPr>
          <w:sz w:val="20"/>
        </w:rPr>
        <w:t>24:04  ana. to do qismein huin: ek hai guess ya supposition ke base par kisi ke baare mein ek positive remark dena.</w:t>
      </w:r>
      <w:r>
        <w:br/>
      </w:r>
      <w:r>
        <w:rPr>
          <w:sz w:val="20"/>
        </w:rPr>
        <w:t>24:19  positive remark woh hai jis mein, is ki mein ek definition bataunga. definition: positive remark woh hai jis ko woh aadmi sune to us ko woh bura na maloom ho.</w:t>
      </w:r>
      <w:r>
        <w:br/>
      </w:r>
      <w:r>
        <w:rPr>
          <w:sz w:val="20"/>
        </w:rPr>
        <w:t>24:35  jaise ke aap ne kaha ke aadmi mujhe lagta hai ke quran ka haafiz hai, to aur woh haafiz na ho quran ka, to sune ga to woh bura nahi maloom hoga.</w:t>
      </w:r>
      <w:r>
        <w:br/>
      </w:r>
      <w:r>
        <w:rPr>
          <w:sz w:val="20"/>
        </w:rPr>
        <w:t>24:44  is ko, is ko bura nahi maloom hoga. aap yeh kahein ke aadmi mujhe lagta hai ke nadwa se parh kar aaya hai.</w:t>
      </w:r>
      <w:r>
        <w:br/>
      </w:r>
      <w:r>
        <w:rPr>
          <w:sz w:val="20"/>
        </w:rPr>
        <w:t>24:54  farz kiye ke nadwa se na parha ho us ne, to us ko bura nahi lage ga, kyunke that was a positive remark.</w:t>
      </w:r>
      <w:r>
        <w:br/>
      </w:r>
      <w:r>
        <w:rPr>
          <w:sz w:val="20"/>
        </w:rPr>
        <w:t>25:02  to ek hai woh guess, woh supposition</w:t>
      </w:r>
      <w:r>
        <w:br/>
      </w:r>
      <w:r>
        <w:rPr>
          <w:sz w:val="20"/>
        </w:rPr>
        <w:t>25:10  jis ke tehat aap kisi ke baare mein koi positive remark dein. to positive remark par aap ki pakar nahi hai, woh aap ke liye gunaah nahi hai.</w:t>
      </w:r>
      <w:r>
        <w:br/>
      </w:r>
      <w:r>
        <w:rPr>
          <w:sz w:val="20"/>
        </w:rPr>
        <w:t>25:23  doosra remark woh hai jo negative remark ho. negative remark</w:t>
      </w:r>
      <w:r>
        <w:br/>
      </w:r>
      <w:r>
        <w:rPr>
          <w:sz w:val="20"/>
        </w:rPr>
        <w:t>25:29  yaani kisi ke baare mein aisi baat kehna jis ko woh sune to us ko bura lagay.</w:t>
      </w:r>
      <w:r>
        <w:br/>
      </w:r>
      <w:r>
        <w:rPr>
          <w:sz w:val="20"/>
        </w:rPr>
        <w:t>25:38  negative remark dena kisi ke baare mein, is ki definition yeh hogi ke jis ko woh aadmi sune to us ko bura lagay.</w:t>
      </w:r>
      <w:r>
        <w:br/>
      </w:r>
      <w:r>
        <w:rPr>
          <w:sz w:val="20"/>
        </w:rPr>
        <w:t>25:49  jaise ke ek aadmi hai, woh chal raha hai. ab woh ek suppose, woh ek coat pehne hue hai.</w:t>
      </w:r>
      <w:r>
        <w:br/>
      </w:r>
      <w:r>
        <w:rPr>
          <w:sz w:val="20"/>
        </w:rPr>
        <w:t>25:59  aap kahein ke mujhe lagta hai ke yeh coat jo hai, is ne falan store se chura li hai. yeh negative remark hua, kyunke aap ko pata to tha nahi ke woh coat chura kar laya hai woh ya khareed kar ke laya hai.</w:t>
      </w:r>
      <w:r>
        <w:br/>
      </w:r>
      <w:r>
        <w:rPr>
          <w:sz w:val="20"/>
        </w:rPr>
        <w:t>26:14  to agar aap yeh kahein ke yeh aadmi jo hai, mujhe lagta hai ke yeh coat chura kar laya hai falan store se, to woh sune ga to bura lagay ga us ko. zaahir hai, woh ghussa hoga.</w:t>
      </w:r>
      <w:r>
        <w:br/>
      </w:r>
      <w:r>
        <w:rPr>
          <w:sz w:val="20"/>
        </w:rPr>
        <w:t>26:25  to yeh hai negative remark.</w:t>
      </w:r>
      <w:r>
        <w:br/>
      </w:r>
      <w:r>
        <w:rPr>
          <w:sz w:val="20"/>
        </w:rPr>
        <w:t>26:28  to quran mein dekhiye, remark pass karne ki do qismein batai gayi hain. ek hai negative remark, ek hai positive remark.</w:t>
      </w:r>
    </w:p>
    <w:p>
      <w:pPr>
        <w:pStyle w:val="Heading2"/>
      </w:pPr>
      <w:r>
        <w:t>Maulana's humility and CPS mission culture</w:t>
      </w:r>
    </w:p>
    <w:p>
      <w:r>
        <w:rPr>
          <w:color w:val="666666"/>
          <w:sz w:val="18"/>
        </w:rPr>
        <w:t>CPS Mission · 4m 37s · at 7:25 · https://youtu.be/Ial-p18iypI?t=445</w:t>
      </w:r>
    </w:p>
    <w:p>
      <w:r>
        <w:rPr>
          <w:i/>
        </w:rPr>
        <w:t>“Let me relate the modesty of Maulana sahib.”</w:t>
      </w:r>
    </w:p>
    <w:p>
      <w:r>
        <w:rPr>
          <w:sz w:val="20"/>
        </w:rPr>
        <w:t>7:25  . Let me relate to you the modesty of the man of this mission, Maulana Sahib. The recipient of several prominent national and international awards.</w:t>
      </w:r>
      <w:r>
        <w:br/>
      </w:r>
      <w:r>
        <w:rPr>
          <w:sz w:val="20"/>
        </w:rPr>
        <w:t>7:38  non is Islam's ambassador to the world. Wide traveled. Recognized by the secular world as a spiritual master.</w:t>
      </w:r>
      <w:r>
        <w:br/>
      </w:r>
      <w:r>
        <w:rPr>
          <w:sz w:val="20"/>
        </w:rPr>
        <w:t>7:48  the recipient of the latest Padma Vibhushan, the second highest civilian award conferred by the Government of India in January 2021.</w:t>
      </w:r>
      <w:r>
        <w:br/>
      </w:r>
      <w:r>
        <w:rPr>
          <w:sz w:val="20"/>
        </w:rPr>
        <w:t>7:58  When a scholar of such stature calls me in connection with the Spirit of Islam magazine which is published from our Bangalore center, he first inquires, do you have time to speak to me?</w:t>
      </w:r>
      <w:r>
        <w:br/>
      </w:r>
      <w:r>
        <w:rPr>
          <w:sz w:val="20"/>
        </w:rPr>
        <w:t>8:13  my God, me an ordinary member of this mission</w:t>
      </w:r>
      <w:r>
        <w:br/>
      </w:r>
      <w:r>
        <w:rPr>
          <w:sz w:val="20"/>
        </w:rPr>
        <w:t>8:17  , and Maulana Sahib his such regard for my time. This modesty can stamp only from a truly enlightened soul.</w:t>
      </w:r>
      <w:r>
        <w:br/>
      </w:r>
      <w:r>
        <w:rPr>
          <w:sz w:val="20"/>
        </w:rPr>
        <w:t>8:28  at times, Maulana Sahib was discussing mission project, and if he gave any opinion, he was listening to us with utmost care and importance</w:t>
      </w:r>
      <w:r>
        <w:br/>
      </w:r>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r>
        <w:br/>
      </w:r>
      <w:r>
        <w:rPr>
          <w:sz w:val="20"/>
        </w:rPr>
        <w:t>9:15  To understand this humility, we need a comparison. For, it is in comparison that we understand.</w:t>
      </w:r>
      <w:r>
        <w:br/>
      </w:r>
      <w:r>
        <w:rPr>
          <w:sz w:val="20"/>
        </w:rPr>
        <w:t>9:23  This happened during my Hajj pilgrimage. In a group, there was a scholar, and I had carried translations of the Quran books and copies of dua or supplications to share it with the people in a group</w:t>
      </w:r>
      <w:r>
        <w:br/>
      </w:r>
      <w:r>
        <w:rPr>
          <w:sz w:val="20"/>
        </w:rPr>
        <w:t>9:39  . At one point of time, I was distributing copies of a dua to the group, and the scholar happened to be seated with them.</w:t>
      </w:r>
      <w:r>
        <w:br/>
      </w:r>
      <w:r>
        <w:rPr>
          <w:sz w:val="20"/>
        </w:rPr>
        <w:t>9:48  So, following the rules of good manners, I handed him a copy. Well, others thanked me, the scholar got offended and asked me in an angry tone the reason for giving it to him.</w:t>
      </w:r>
      <w:r>
        <w:br/>
      </w:r>
      <w:r>
        <w:rPr>
          <w:sz w:val="20"/>
        </w:rPr>
        <w:t>10:02  ai ansard ham, sing, hazrat, hazrat is a title of respect which we use. said, hazrat, to seek your approval to know if I am giving the right thing to others.</w:t>
      </w:r>
      <w:r>
        <w:br/>
      </w:r>
      <w:r>
        <w:rPr>
          <w:sz w:val="20"/>
        </w:rPr>
        <w:t>10:14  he read it and returned it to me, saying, okay, you may give it. And throughout the pilgrimage, he stayed away from all of us.</w:t>
      </w:r>
      <w:r>
        <w:br/>
      </w:r>
      <w:r>
        <w:rPr>
          <w:sz w:val="20"/>
        </w:rPr>
        <w:t>10:27  there is no hierarchy in our mission</w:t>
      </w:r>
      <w:r>
        <w:br/>
      </w:r>
      <w:r>
        <w:rPr>
          <w:sz w:val="20"/>
        </w:rPr>
        <w:t>10:30  maulana is a mentor and all of us are missionaries in a simple sense. this group is not a herd of followers. it's a humble group of sincere people.</w:t>
      </w:r>
      <w:r>
        <w:br/>
      </w:r>
      <w:r>
        <w:rPr>
          <w:sz w:val="20"/>
        </w:rPr>
        <w:t>10:41  anyone who understands this mission and joins it is free from all complexes of wishing for name, fame, self glory, materialistic expectations, praise and acknowledgement.</w:t>
      </w:r>
      <w:r>
        <w:br/>
      </w:r>
      <w:r>
        <w:rPr>
          <w:sz w:val="20"/>
        </w:rPr>
        <w:t>10:57  everyone just wants Allah's acceptance of their humble efforts. there are no negative feelings for each other.</w:t>
      </w:r>
      <w:r>
        <w:br/>
      </w:r>
      <w:r>
        <w:rPr>
          <w:sz w:val="20"/>
        </w:rPr>
        <w:t>11:06  everyone wishes well for the others. each member is thankful to God for the other members and acknowledges the importance of their specific contributions in the mission.</w:t>
      </w:r>
      <w:r>
        <w:br/>
      </w:r>
      <w:r>
        <w:rPr>
          <w:sz w:val="20"/>
        </w:rPr>
        <w:t>11:19  e</w:t>
      </w:r>
      <w:r>
        <w:br/>
      </w:r>
      <w:r>
        <w:rPr>
          <w:sz w:val="20"/>
        </w:rPr>
        <w:t>11:20  each one prays for the others, ever ready to sacrifice their opinions for the greater good. as per maulana sahib teaching, that the most difficult sacrifice is that of one's opinion.</w:t>
      </w:r>
      <w:r>
        <w:br/>
      </w:r>
      <w:r>
        <w:rPr>
          <w:sz w:val="20"/>
        </w:rPr>
        <w:t>11:34  as God wills, every CPS member is a one person to missions.</w:t>
      </w:r>
      <w:r>
        <w:br/>
      </w:r>
      <w:r>
        <w:rPr>
          <w:sz w:val="20"/>
        </w:rPr>
        <w:t>11:40  on one hand, are their worldly duties, and on the other, their own intellectual development and dawa mission responsibilities which they are all trying to fulfill in the best possible way.</w:t>
      </w:r>
      <w:r>
        <w:br/>
      </w:r>
      <w:r>
        <w:rPr>
          <w:sz w:val="20"/>
        </w:rPr>
        <w:t>11:56  prayers emerge from the bottom of the heart for the mission companions.</w:t>
      </w:r>
    </w:p>
    <w:p>
      <w:pPr>
        <w:pStyle w:val="Heading2"/>
      </w:pPr>
      <w:r>
        <w:t>Maulana's habit of saying I was wrong</w:t>
      </w:r>
    </w:p>
    <w:p>
      <w:r>
        <w:rPr>
          <w:color w:val="666666"/>
          <w:sz w:val="18"/>
        </w:rPr>
        <w:t>The Quran 11 90 CPS Women Weekly Discussion 32 December 10, 2023 · 1m 23s · at 25:50 · https://youtu.be/GB7dNbRkNI4?t=1550</w:t>
      </w:r>
    </w:p>
    <w:p>
      <w:r>
        <w:rPr>
          <w:i/>
        </w:rPr>
        <w:t>“मौलाना साहब हमें अक्सर कहते थे, I was wrong”</w:t>
      </w:r>
    </w:p>
    <w:p>
      <w:r>
        <w:rPr>
          <w:sz w:val="20"/>
        </w:rPr>
        <w:t>25:50  aur koi ladies hain jo apni learning ko share karna chahengi? main kuch kehna chah rahi hoon Shavina. ji ji bilkul. jaise aapki baat par hi mujhe yaad aa raha hai akar Maulana sahab to hum sabko aksar kaha karte the I was wrong kehne ka ke jaldi se I was wrong keh dijiye. But jaise aapko mehsoos hokar aapki ghalti hai bhi ya nahi bhi tab bhi aap yeh mauka na gawaein apni modesty ko banaye rakhne ke liye.</w:t>
      </w:r>
      <w:r>
        <w:br/>
      </w:r>
      <w:r>
        <w:rPr>
          <w:sz w:val="20"/>
        </w:rPr>
        <w:t>26:15  to yahan par jaise in logon ke discussion se mujhe yeh samajh aya ke log waqt ghalti ka aitraf kar lete hain lekin uske bawajood woh patch up karne ki koshish karte hain, cover up karne ki koshish karte hain cheezon ko. jaise aap apne ka baat ko ghalt karke batana. woh woh bhi karte hain ke apni ghalti ko mante hue bhi woh is tarah se pesh karte hain poora situation ke mehsoos hokar yeh ghalti to thi magar aise aise aise ho gaya tha aur yeh ho gaya tha apne aap ko save karte hain.</w:t>
      </w:r>
      <w:r>
        <w:br/>
      </w:r>
      <w:r>
        <w:rPr>
          <w:sz w:val="20"/>
        </w:rPr>
        <w:t>26:45  to yahan par mujhe lagta hai ke yeh bhi bohat hi zyada sensitive ek cheez hai ke humein bohat honestly agar hum to wah wah pay karna chahte hain to bohat honest hokar jaise apni ekadh cheez ko bayan karein aur us mein koi bhi cover up karne ka bilkul bhi hamara woh na ho irada. bas yeh kehna chahti thi. Maulana kehte hain then even if you have a best excuse do not give. yeh bohat famous coverb bhi hai.</w:t>
      </w:r>
      <w:r>
        <w:br/>
      </w:r>
      <w:r>
        <w:rPr>
          <w:sz w:val="20"/>
        </w:rPr>
        <w:t>27:13  to main chahoongi ke aur koi ladies hain jo apni learning share karna chahti hain? Aisha Yusra, please. Assalam o alaikum. yeh jo verse se maine yeh samajh payi ke Allah se maafi mang ho, Allah taala maaf karne wala hai.</w:t>
      </w:r>
    </w:p>
    <w:p>
      <w:pPr>
        <w:pStyle w:val="Heading2"/>
      </w:pPr>
      <w:r>
        <w:t>True faith blends like color in water</w:t>
      </w:r>
    </w:p>
    <w:p>
      <w:r>
        <w:rPr>
          <w:color w:val="666666"/>
          <w:sz w:val="18"/>
        </w:rPr>
        <w:t>CPS Mission · 24s · at 6:40 · https://youtu.be/Ial-p18iypI?t=400</w:t>
      </w:r>
    </w:p>
    <w:p>
      <w:r>
        <w:rPr>
          <w:i/>
        </w:rPr>
        <w:t>“To sum it all up, we have received the true Islamic faith.”</w:t>
      </w:r>
    </w:p>
    <w:p>
      <w:r>
        <w:rPr>
          <w:sz w:val="20"/>
        </w:rPr>
        <w:t>6:40  to submit all up, we have received the true Islamic faith which was taught by the Prophet and followed by him and his pious companions.</w:t>
      </w:r>
      <w:r>
        <w:br/>
      </w:r>
      <w:r>
        <w:rPr>
          <w:sz w:val="20"/>
        </w:rPr>
        <w:t>6:50  In the words of Maulana Sahib, true faith is one which blends in our personality like color mixes with water and not stands separate like pebbles in water.</w:t>
      </w:r>
    </w:p>
    <w:p>
      <w:pPr>
        <w:pStyle w:val="Heading2"/>
      </w:pPr>
      <w:r>
        <w:t>Pan Islamism is political stunt not religious</w:t>
      </w:r>
    </w:p>
    <w:p>
      <w:r>
        <w:rPr>
          <w:color w:val="666666"/>
          <w:sz w:val="18"/>
        </w:rPr>
        <w:t>Q&amp;A 03 Jan 2010 - Maulana Wahiduddin Khan · 4m 06s · at 25:53 · https://youtu.be/tEiK4snkN_Y?t=1553</w:t>
      </w:r>
    </w:p>
    <w:p>
      <w:r>
        <w:rPr>
          <w:i/>
        </w:rPr>
        <w:t>“It is simply a continuation of an evil Quran hadith koi talluq”</w:t>
      </w:r>
    </w:p>
    <w:p>
      <w:r>
        <w:rPr>
          <w:sz w:val="20"/>
        </w:rPr>
        <w:t>25:53  it is simply a continuation of an evil. quran hadees koi taalluq nahi hai. iske jo pehle jo the, wo the syed juradun afghani. uske baad iqbal, abul kalam azad aur sab logon ne yahi baatein kahi. to yeh tha un logon ka nazariya ke wo samajhte the ke western powers jo hain, wo hamein</w:t>
      </w:r>
      <w:r>
        <w:br/>
      </w:r>
      <w:r>
        <w:rPr>
          <w:sz w:val="20"/>
        </w:rPr>
        <w:t>26:20  attack kar rahi hain, hamein mitana chahti hain. to saari dunya ke musalman milkar ke unhein, unka, unka defense karein. to saari dunya ke musalmanon ko is front par ikattha karne ke liye unhone yeh concept nikaala. ittehad islami, pan islamism,</w:t>
      </w:r>
      <w:r>
        <w:br/>
      </w:r>
      <w:r>
        <w:rPr>
          <w:sz w:val="20"/>
        </w:rPr>
        <w:t>26:40  ummah, internationally sab concept nikala unhon ne. to woh chala bhi nahin, woh khatm bhi ho gaya. kyunke sari duniya mein empire musalmanon ke toot gayi. ab chhote-chhote state hain musalmanon ke, 57. to jaisa ke maine arz kiya, commerce international toot gayi kyunke woh secular basis par qaim hui thi.</w:t>
      </w:r>
      <w:r>
        <w:br/>
      </w:r>
      <w:r>
        <w:rPr>
          <w:sz w:val="20"/>
        </w:rPr>
        <w:t>27:01  yeh unhon ne, yeh abhi tak khatm nahin ho rahi kyunke usko aqeedah bana diya logon ne. agar unhon ne aqeedah na banaya hota, to yeh bhi khatm ho chuki hoti ab tak. yeh concept ab tak khatm ho chuka hota.</w:t>
      </w:r>
      <w:r>
        <w:br/>
      </w:r>
      <w:r>
        <w:rPr>
          <w:sz w:val="20"/>
        </w:rPr>
        <w:t>27:17  juradun afghani ne ek parcha nikala tha, uska naam tha al urwatul wusqa. yeh quran ka alfaaz hai. yeh to usko quran se unhon ne justify karna shuru kar diya ya sanctify karna shuru kar diya. yeh ek political stunt tha.</w:t>
      </w:r>
      <w:r>
        <w:br/>
      </w:r>
      <w:r>
        <w:rPr>
          <w:sz w:val="20"/>
        </w:rPr>
        <w:t>27:36  yeh jo tha pan islamism, ek political stunt tha. lekin usko unhon ne qurani naam de diya, al ul wusqa. ab woh muqaddas ho gaya, ab aqeedah ban gaya. woh to kaise musalman hate usse?</w:t>
      </w:r>
      <w:r>
        <w:br/>
      </w:r>
      <w:r>
        <w:rPr>
          <w:sz w:val="20"/>
        </w:rPr>
        <w:t>27:48  musalman isse hate to ab hum jannat chali gayi hamari. ab sari ulma ko milkar fatwa dena chahiye ke pan islamism jo tha, yeh bilkul ek political stunt tha. iski koi haqiyat nahin hai. har sab log apne-apne mulk ko wafadar bane, apne mulk ko biradar kaam karein.</w:t>
      </w:r>
      <w:r>
        <w:br/>
      </w:r>
      <w:r>
        <w:rPr>
          <w:sz w:val="20"/>
        </w:rPr>
        <w:t>28:06  aisa fatwa koi de nahin raha hai.</w:t>
      </w:r>
      <w:r>
        <w:br/>
      </w:r>
      <w:r>
        <w:rPr>
          <w:sz w:val="20"/>
        </w:rPr>
        <w:t>28:11  to ulma us waqt khamosh nahin rahe. us waqt hi khamosh rahe hote. us waqt na kaha hota unhon ne. yeh nazariya na nikala hota unhon ne. us waqt bole to ab bhi unhein bolna padega. yaani usmani saltanat ko bachane ke liye unhon ne yeh nikala tha. yeh nazariya syed juradun afghani ne aur sari duniya ke musalmanon ne saath diya uska.</w:t>
      </w:r>
      <w:r>
        <w:br/>
      </w:r>
      <w:r>
        <w:rPr>
          <w:sz w:val="20"/>
        </w:rPr>
        <w:t>28:32  yaani arab mein syed juradun afghani, mufti babu abdu, amir shake barsalan aur rasheed reza, yeh sab uske saathi ban gaye. barisagar hind mein syed ibrahim maujoodi aur bakla azad aur yeh,</w:t>
      </w:r>
      <w:r>
        <w:br/>
      </w:r>
      <w:r>
        <w:rPr>
          <w:sz w:val="20"/>
        </w:rPr>
        <w:t>28:49  yeh, yeh sari ulma taqreeban usi, usi baat bolne lage. to ab, ab agar, agar, agar aap ne galat baat ki tayeed ki, to ab usko ailan kijiye ke hum galti padhte hain us waqt ke political stunt ko hum ne islami bana diya. usko</w:t>
      </w:r>
      <w:r>
        <w:br/>
      </w:r>
      <w:r>
        <w:rPr>
          <w:sz w:val="20"/>
        </w:rPr>
        <w:t>29:07  to chunke yeh ailan nahin kar rahe ke hum ne galti ki thi ke woh ek political stunt tha, yaani western powers ke khilaf musalmanon ko uthait karne ke liye. jo, jo fail ho gaya. to usi jis tarah se cup international khatm ho gayi, us isko khatm hona chahiye tha. usko</w:t>
      </w:r>
      <w:r>
        <w:br/>
      </w:r>
      <w:r>
        <w:rPr>
          <w:sz w:val="20"/>
        </w:rPr>
        <w:t>29:29  cup international jis tarah khatm ho gayi, usi tarah khatm hona chahiye ummah concept ko. aur sari duniya ke musalmanon ko batana chahiye ke tum apne mulk ke wafadar bano, apne mulk mein peaceful tareeqe se raho,</w:t>
      </w:r>
      <w:r>
        <w:br/>
      </w:r>
      <w:r>
        <w:rPr>
          <w:sz w:val="20"/>
        </w:rPr>
        <w:t>29:42  apne mazhabi mamlaat mein tum azaad ho, lekin mulki mamlaat mein tumhari wahi policy hai jo, jo, jo doosre logon ki policy hai.</w:t>
      </w:r>
      <w:r>
        <w:br/>
      </w:r>
      <w:r>
        <w:rPr>
          <w:sz w:val="20"/>
        </w:rPr>
        <w:t>29:51  yeh hona chahiye. ab hum, hum, hum yahi kaam kar rahe hain, lekin musalmanon, ulma ko chahiye ke hamara saath de. woh.</w:t>
      </w:r>
    </w:p>
    <w:p>
      <w:pPr>
        <w:pStyle w:val="Heading2"/>
      </w:pPr>
      <w:r>
        <w:t>Ego is satanic, duty is important</w:t>
      </w:r>
    </w:p>
    <w:p>
      <w:r>
        <w:rPr>
          <w:color w:val="666666"/>
          <w:sz w:val="18"/>
        </w:rPr>
        <w:t>Combined Efforts April 14, 2018 · 1m 24s · at 25:12 · https://youtu.be/0Sv4c7bEwX4?t=1512</w:t>
      </w:r>
    </w:p>
    <w:p>
      <w:r>
        <w:rPr>
          <w:i/>
        </w:rPr>
        <w:t>“Ego to shaitani feal hai”</w:t>
      </w:r>
    </w:p>
    <w:p>
      <w:r>
        <w:rPr>
          <w:sz w:val="20"/>
        </w:rPr>
        <w:t>25:12  ego aik baat dekhi. hmm, sahi word use kijiye. important kya cheez hai? ego important harghiz nahi hai.</w:t>
      </w:r>
      <w:r>
        <w:br/>
      </w:r>
      <w:r>
        <w:rPr>
          <w:sz w:val="20"/>
        </w:rPr>
        <w:t>25:21  ego to shaitani feal hai. ego to shaitani jazba hai. jo cheez important hai woh hai duty ka ehsas.</w:t>
      </w:r>
      <w:r>
        <w:br/>
      </w:r>
      <w:r>
        <w:rPr>
          <w:sz w:val="20"/>
        </w:rPr>
        <w:t>25:34  duty ka ehsas, mein ka ehsas nahi. ego ke maani mein ka ehsas aur duty ke maani kaam ka ehsas. jitna zyada duty ka ehsas hoga, utne zyada aadmi apne ko useful banayega.</w:t>
      </w:r>
      <w:r>
        <w:br/>
      </w:r>
      <w:r>
        <w:rPr>
          <w:sz w:val="20"/>
        </w:rPr>
        <w:t>25:51  aur jitna zyada mein ka ehsas hoga, utna hi woh girta chala jayega, girta chala jayega.</w:t>
      </w:r>
      <w:r>
        <w:br/>
      </w:r>
      <w:r>
        <w:rPr>
          <w:sz w:val="20"/>
        </w:rPr>
        <w:t>26:00  yeh to beautiful term hai yeh. yeh beautiful term hai. ego less speed ka naam hai confidence. jahan ego khatam ho jaye, wahan se confidence shuru hota hai.</w:t>
      </w:r>
      <w:r>
        <w:br/>
      </w:r>
      <w:r>
        <w:rPr>
          <w:sz w:val="20"/>
        </w:rPr>
        <w:t>26:17  dekhiye, ab objective tor par is ko dekhiye. objective har scientist, har artist, even woh even Darwin jo samjhaya tha ke sab se bara,</w:t>
      </w:r>
    </w:p>
    <w:p>
      <w:pPr>
        <w:pStyle w:val="Heading2"/>
      </w:pPr>
      <w:r>
        <w:t>Yusuf story imagines mobile phone in past</w:t>
      </w:r>
    </w:p>
    <w:p>
      <w:r>
        <w:rPr>
          <w:color w:val="666666"/>
          <w:sz w:val="18"/>
        </w:rPr>
        <w:t>From The Spiritual Tree 28 Nov, 2010 - Maulana Wahiduddin Khan · 1m 58s · at 17:12 · https://youtu.be/LDMY7FjQRIE?t=1032</w:t>
      </w:r>
    </w:p>
    <w:p>
      <w:r>
        <w:rPr>
          <w:i/>
        </w:rPr>
        <w:t>“Quran mein ek bahut ajeeb qissa hai”</w:t>
      </w:r>
    </w:p>
    <w:p>
      <w:r>
        <w:rPr>
          <w:sz w:val="20"/>
        </w:rPr>
        <w:t>17:12  quran majeed mein dekhiye, ek bohat ajeeb qissa hai. Hazrat Yaqoob ka, Hazrat Yusuf ka.</w:t>
      </w:r>
      <w:r>
        <w:br/>
      </w:r>
      <w:r>
        <w:rPr>
          <w:sz w:val="20"/>
        </w:rPr>
        <w:t>17:21  Hazrat Yaqoob ke bete thay Yusuf. Jin se riwalri hui kuch logon ko.</w:t>
      </w:r>
      <w:r>
        <w:br/>
      </w:r>
      <w:r>
        <w:rPr>
          <w:sz w:val="20"/>
        </w:rPr>
        <w:t>17:29  Unhon ne un ko kunwein mein daal diya. Jis mein pani nahi hota, aisa kunwaan, sookha kunwaan. Us waqt un ki umar barah saal thi Hazrat Yusuf ki.</w:t>
      </w:r>
      <w:r>
        <w:br/>
      </w:r>
      <w:r>
        <w:rPr>
          <w:sz w:val="20"/>
        </w:rPr>
        <w:t>17:42  Barah saal ki.</w:t>
      </w:r>
      <w:r>
        <w:br/>
      </w:r>
      <w:r>
        <w:rPr>
          <w:sz w:val="20"/>
        </w:rPr>
        <w:t>17:46  Is ke baad kya hua? Yani taqreeban pachees saal tak baap un ka be khabar hai ke mera beta kahan gaya.</w:t>
      </w:r>
      <w:r>
        <w:br/>
      </w:r>
      <w:r>
        <w:rPr>
          <w:sz w:val="20"/>
        </w:rPr>
        <w:t>17:58  Bible mein bees saal likha hai ke bees saal. Ke main samajhta hoon ke bees saal se kuch zyada hona chahiye. To bees saal ya pachees saal tak Hazrat Yaqoob jo baap thay un ke, woh be khabar rahe.</w:t>
      </w:r>
      <w:r>
        <w:br/>
      </w:r>
      <w:r>
        <w:rPr>
          <w:sz w:val="20"/>
        </w:rPr>
        <w:t>18:12  Aur Quran mein hai ke un</w:t>
      </w:r>
      <w:r>
        <w:br/>
      </w:r>
      <w:r>
        <w:rPr>
          <w:sz w:val="20"/>
        </w:rPr>
        <w:t>18:16  ki aankhein jo hain jaati rahin. Kamzor ho gayin, zu'f-e-basar ho gaya. Rote rote un ke haan kamzor ho gayin, theek se dikhai nahi deta tha.</w:t>
      </w:r>
      <w:r>
        <w:br/>
      </w:r>
      <w:r>
        <w:rPr>
          <w:sz w:val="20"/>
        </w:rPr>
        <w:t>18:26  Ab ghor kijiye ke bees pachees saal tak jo rota rahe, kya anjaam hoga is ka?</w:t>
      </w:r>
      <w:r>
        <w:br/>
      </w:r>
      <w:r>
        <w:rPr>
          <w:sz w:val="20"/>
        </w:rPr>
        <w:t>18:34  Ab aap sochiye ke agar mobile ka zamana hota woh to kya hota? Jab Hazrat Yusuf, Hazrat Yusuf, aaj kal har ek ki jeb mein mobile hota hai.</w:t>
      </w:r>
      <w:r>
        <w:br/>
      </w:r>
      <w:r>
        <w:rPr>
          <w:sz w:val="20"/>
        </w:rPr>
        <w:t>18:44  Sabzi farosh aur safai ke Ramzan, sab ki jeb mein mobile hai. To Hazrat Yusuf ki jeb mein agar mobile hota,</w:t>
      </w:r>
      <w:r>
        <w:br/>
      </w:r>
      <w:r>
        <w:rPr>
          <w:sz w:val="20"/>
        </w:rPr>
        <w:t>18:52  Jab kunwein mein daala tha un ke jo un ke mukhalifeen ne, to mobile nikalte jeb se aur telephone karte hain apne baap ko ke main is ko kunwein mein hoon.</w:t>
      </w:r>
      <w:r>
        <w:br/>
      </w:r>
      <w:r>
        <w:rPr>
          <w:sz w:val="20"/>
        </w:rPr>
        <w:t>19:07  Phir tareekh doosri hoti.</w:t>
      </w:r>
    </w:p>
    <w:p>
      <w:pPr>
        <w:pStyle w:val="Heading2"/>
      </w:pPr>
      <w:r>
        <w:t>Character assassination example proves the golden rule</w:t>
      </w:r>
    </w:p>
    <w:p>
      <w:r>
        <w:rPr>
          <w:color w:val="666666"/>
          <w:sz w:val="18"/>
        </w:rPr>
        <w:t>Ethical Values in Islam, June 19, 2008 · 45s · at 4:31 · https://youtu.be/2yPff80nSBY?t=271</w:t>
      </w:r>
    </w:p>
    <w:p>
      <w:r>
        <w:rPr>
          <w:i/>
        </w:rPr>
        <w:t>“If someone slanders me, would I like that?”</w:t>
      </w:r>
    </w:p>
    <w:p>
      <w:r>
        <w:rPr>
          <w:sz w:val="20"/>
        </w:rPr>
        <w:t>4:31  misalan mere bare mein koi, koi mujhe, misalan mujhe koi badnaam kare, jis ko kehte hain character assassination, to kis ko acha lagega?</w:t>
      </w:r>
      <w:r>
        <w:br/>
      </w:r>
      <w:r>
        <w:rPr>
          <w:sz w:val="20"/>
        </w:rPr>
        <w:t>4:46  sab ko bura lagega. To mujhe bura lagta hai jab mera koi, jis ko kehte hain Urdu mein kardar kashi, character assassination, koi kare,</w:t>
      </w:r>
      <w:r>
        <w:br/>
      </w:r>
      <w:r>
        <w:rPr>
          <w:sz w:val="20"/>
        </w:rPr>
        <w:t>4:59  mere par aib lagaye, to mujhe bura lagta hai. To isi se samajhna chahiye ke doosre ko bura lagega. Aise hi dekhiye, kisi se maamla hua, time par us ne paisa ada kar diya,</w:t>
      </w:r>
    </w:p>
    <w:p>
      <w:pPr>
        <w:pStyle w:val="Heading2"/>
      </w:pPr>
      <w:r>
        <w:t>The real meaning of jihad is struggle, not warfare</w:t>
      </w:r>
    </w:p>
    <w:p>
      <w:r>
        <w:rPr>
          <w:color w:val="666666"/>
          <w:sz w:val="18"/>
        </w:rPr>
        <w:t>Don't Be Angry Culture January 15, 2012 · 30s · at 1:23:32 · https://youtu.be/NrA3X8y_FLY?t=5012</w:t>
      </w:r>
    </w:p>
    <w:p>
      <w:r>
        <w:rPr>
          <w:i/>
        </w:rPr>
        <w:t>“Jihad ka mani koshish hai, qatal nahi”</w:t>
      </w:r>
    </w:p>
    <w:p>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p>
    <w:p>
      <w:pPr>
        <w:pStyle w:val="Heading2"/>
      </w:pPr>
      <w:r>
        <w:t>Justice in daily life and mercy</w:t>
      </w:r>
    </w:p>
    <w:p>
      <w:r>
        <w:rPr>
          <w:color w:val="666666"/>
          <w:sz w:val="18"/>
        </w:rPr>
        <w:t>The Concept of Justice in Islam May 03, 2007 · 5m 52s · at 28:58 · https://youtu.be/DY5SY8H554c?t=1738</w:t>
      </w:r>
    </w:p>
    <w:p>
      <w:r>
        <w:rPr>
          <w:i/>
        </w:rPr>
        <w:t>“Let us take the third aspect. That is justice in daily life.”</w:t>
      </w:r>
    </w:p>
    <w:p>
      <w:r>
        <w:rPr>
          <w:sz w:val="20"/>
        </w:rPr>
        <w:t>28:58  That is justice in daily life. Justice in daily life.</w:t>
      </w:r>
      <w:r>
        <w:br/>
      </w:r>
      <w:r>
        <w:rPr>
          <w:sz w:val="20"/>
        </w:rPr>
        <w:t>29:11  Here I can say that</w:t>
      </w:r>
      <w:r>
        <w:br/>
      </w:r>
      <w:r>
        <w:rPr>
          <w:sz w:val="20"/>
        </w:rPr>
        <w:t>29:15  Islam,</w:t>
      </w:r>
      <w:r>
        <w:br/>
      </w:r>
      <w:r>
        <w:rPr>
          <w:sz w:val="20"/>
        </w:rPr>
        <w:t>29:23  according to Islamic principle,</w:t>
      </w:r>
      <w:r>
        <w:br/>
      </w:r>
      <w:r>
        <w:rPr>
          <w:sz w:val="20"/>
        </w:rPr>
        <w:t>29:29  the greatest I can say that the greatest contribution of Islam in this regard is that Islam made</w:t>
      </w:r>
      <w:r>
        <w:br/>
      </w:r>
      <w:r>
        <w:rPr>
          <w:sz w:val="20"/>
        </w:rPr>
        <w:t>29:41  the just behavior of everyone's own interest. Everyone's own interest.</w:t>
      </w:r>
      <w:r>
        <w:br/>
      </w:r>
      <w:r>
        <w:rPr>
          <w:sz w:val="20"/>
        </w:rPr>
        <w:t>29:55  Why</w:t>
      </w:r>
      <w:r>
        <w:br/>
      </w:r>
      <w:r>
        <w:rPr>
          <w:sz w:val="20"/>
        </w:rPr>
        <w:t>29:56  ? Because there are several, there are perhaps dozens of Ayat and Hadiths that tell us that</w:t>
      </w:r>
      <w:r>
        <w:br/>
      </w:r>
      <w:r>
        <w:rPr>
          <w:sz w:val="20"/>
        </w:rPr>
        <w:t>30:10  if you want justice from God, you have to be just with people.</w:t>
      </w:r>
      <w:r>
        <w:br/>
      </w:r>
      <w:r>
        <w:rPr>
          <w:sz w:val="20"/>
        </w:rPr>
        <w:t>30:21  "Irhamu manfil arz, yarhamukum manfil sumaa." "Lam yashkuru nas,</w:t>
      </w:r>
      <w:r>
        <w:br/>
      </w:r>
      <w:r>
        <w:rPr>
          <w:sz w:val="20"/>
        </w:rPr>
        <w:t>30:33  malla yashkuru Allah." Then there are some other verses and Hadiths.</w:t>
      </w:r>
      <w:r>
        <w:br/>
      </w:r>
      <w:r>
        <w:rPr>
          <w:sz w:val="20"/>
        </w:rPr>
        <w:t>30:43  These references tell us that if you want to find justice from God, you have to be just with other people</w:t>
      </w:r>
      <w:r>
        <w:br/>
      </w:r>
      <w:r>
        <w:rPr>
          <w:sz w:val="20"/>
        </w:rPr>
        <w:t>30:56  . Do justice with people and you will find justice from God. This is the Islamic principle.</w:t>
      </w:r>
      <w:r>
        <w:br/>
      </w:r>
      <w:r>
        <w:rPr>
          <w:sz w:val="20"/>
        </w:rPr>
        <w:t>31:07  And they are very important. This principle has made just behavior your own personal interest.</w:t>
      </w:r>
      <w:r>
        <w:br/>
      </w:r>
      <w:r>
        <w:rPr>
          <w:sz w:val="20"/>
        </w:rPr>
        <w:t>31:21  Your own personal interest.</w:t>
      </w:r>
      <w:r>
        <w:br/>
      </w:r>
      <w:r>
        <w:rPr>
          <w:sz w:val="20"/>
        </w:rPr>
        <w:t>31:26  Because everyone needs justice from God.</w:t>
      </w:r>
      <w:r>
        <w:br/>
      </w:r>
      <w:r>
        <w:rPr>
          <w:sz w:val="20"/>
        </w:rPr>
        <w:t>31:31  Because we all, men and women</w:t>
      </w:r>
      <w:r>
        <w:br/>
      </w:r>
      <w:r>
        <w:rPr>
          <w:sz w:val="20"/>
        </w:rPr>
        <w:t>31:36  who are in this world, they will die and they will be presented before God on the Day of Judgment.</w:t>
      </w:r>
      <w:r>
        <w:br/>
      </w:r>
      <w:r>
        <w:rPr>
          <w:sz w:val="20"/>
        </w:rPr>
        <w:t>31:48  So it is everyone's personal question. How to save us from the wrath of God</w:t>
      </w:r>
      <w:r>
        <w:br/>
      </w:r>
      <w:r>
        <w:rPr>
          <w:sz w:val="20"/>
        </w:rPr>
        <w:t>31:57  ? How to find justice from God? How to find salvation from God?</w:t>
      </w:r>
      <w:r>
        <w:br/>
      </w:r>
      <w:r>
        <w:rPr>
          <w:sz w:val="20"/>
        </w:rPr>
        <w:t>32:06  This is everyone's personal question.</w:t>
      </w:r>
      <w:r>
        <w:br/>
      </w:r>
      <w:r>
        <w:rPr>
          <w:sz w:val="20"/>
        </w:rPr>
        <w:t>32:13  So when the Quran and Hadiths say that, "Irhamu manfil arz, yarhamukum manfil sumaa." "Mallam yashkuru nas, lam yashkuru Allah." And other references.</w:t>
      </w:r>
      <w:r>
        <w:br/>
      </w:r>
      <w:r>
        <w:rPr>
          <w:sz w:val="20"/>
        </w:rPr>
        <w:t>32:29  So according to these references, it becomes our personal interest. Because these references tell us that</w:t>
      </w:r>
      <w:r>
        <w:br/>
      </w:r>
      <w:r>
        <w:rPr>
          <w:sz w:val="20"/>
        </w:rPr>
        <w:t>32:44  if you want mercy from God, you have to be merciful to people.</w:t>
      </w:r>
      <w:r>
        <w:br/>
      </w:r>
      <w:r>
        <w:rPr>
          <w:sz w:val="20"/>
        </w:rPr>
        <w:t>32:58  Everyone wants mercy from God. But the condition is that you have to be merciful to other people.</w:t>
      </w:r>
      <w:r>
        <w:br/>
      </w:r>
      <w:r>
        <w:rPr>
          <w:sz w:val="20"/>
        </w:rPr>
        <w:t>33:10  Otherwise, you will not be able to find mercy from God.</w:t>
      </w:r>
      <w:r>
        <w:br/>
      </w:r>
      <w:r>
        <w:rPr>
          <w:sz w:val="20"/>
        </w:rPr>
        <w:t>33:21  So God is merciful</w:t>
      </w:r>
      <w:r>
        <w:br/>
      </w:r>
      <w:r>
        <w:rPr>
          <w:sz w:val="20"/>
        </w:rPr>
        <w:t>33:24  . But you have to be merciful also. There is a Hadith, "Taqallaqu ba akhlaqillah." Adopt the character of God.</w:t>
      </w:r>
      <w:r>
        <w:br/>
      </w:r>
      <w:r>
        <w:rPr>
          <w:sz w:val="20"/>
        </w:rPr>
        <w:t>33:39  God is merciful. So you have to be merciful.</w:t>
      </w:r>
      <w:r>
        <w:br/>
      </w:r>
      <w:r>
        <w:rPr>
          <w:sz w:val="20"/>
        </w:rPr>
        <w:t>33:44  God is passionate. So you have to be passionate. God is a giver. So you have to be a giver.</w:t>
      </w:r>
      <w:r>
        <w:br/>
      </w:r>
      <w:r>
        <w:rPr>
          <w:sz w:val="20"/>
        </w:rPr>
        <w:t>33:57  God is the source of justice. So you have to be the source of justice.</w:t>
      </w:r>
      <w:r>
        <w:br/>
      </w:r>
      <w:r>
        <w:rPr>
          <w:sz w:val="20"/>
        </w:rPr>
        <w:t>34:06  So this teaching makes just behavior everyone's own interest.</w:t>
      </w:r>
      <w:r>
        <w:br/>
      </w:r>
      <w:r>
        <w:rPr>
          <w:sz w:val="20"/>
        </w:rPr>
        <w:t>34:19  Everyone's own interest.</w:t>
      </w:r>
      <w:r>
        <w:br/>
      </w:r>
      <w:r>
        <w:rPr>
          <w:sz w:val="20"/>
        </w:rPr>
        <w:t>34:24  If we want to find</w:t>
      </w:r>
      <w:r>
        <w:br/>
      </w:r>
      <w:r>
        <w:rPr>
          <w:sz w:val="20"/>
        </w:rPr>
        <w:t>34:31  justice from God, if we want to find mercy from God, so we have to adopt a mercy culture, a mercy character.</w:t>
      </w:r>
    </w:p>
    <w:p>
      <w:pPr>
        <w:pStyle w:val="Heading2"/>
      </w:pPr>
      <w:r>
        <w:t>Patience protects you from distraction</w:t>
      </w:r>
    </w:p>
    <w:p>
      <w:r>
        <w:rPr>
          <w:color w:val="666666"/>
          <w:sz w:val="18"/>
        </w:rPr>
        <w:t>Power of Peace June 6, 2010 Maulana Wahiduddin Khan · 32s · at 5:46 · https://youtu.be/QNnouRoYI38?t=346</w:t>
      </w:r>
    </w:p>
    <w:p>
      <w:r>
        <w:rPr>
          <w:i/>
        </w:rPr>
        <w:t>“Sabr distraction se bachata hai”</w:t>
      </w:r>
    </w:p>
    <w:p>
      <w:r>
        <w:rPr>
          <w:sz w:val="20"/>
        </w:rPr>
        <w:t>5:46  dekhein, sabr kya karta hai? patience kya karta hai? ya sahan sheelta kya karti hai? woh yeh karti hai ke aap ko distraction se bachati hai.</w:t>
      </w:r>
      <w:r>
        <w:br/>
      </w:r>
      <w:r>
        <w:rPr>
          <w:sz w:val="20"/>
        </w:rPr>
        <w:t>6:03  Distraction se bachati hai. aur distraction se bachna, yahi to sab se bari taqat hai. is se to bari koi cheez nahi.</w:t>
      </w:r>
      <w:r>
        <w:br/>
      </w:r>
      <w:r>
        <w:rPr>
          <w:sz w:val="20"/>
        </w:rPr>
        <w:t>6:15  is se bari to koi cheez nahi.</w:t>
      </w:r>
    </w:p>
    <w:p>
      <w:pPr>
        <w:pStyle w:val="Heading2"/>
      </w:pPr>
      <w:r>
        <w:t>Wisdom means explaining things favorably</w:t>
      </w:r>
    </w:p>
    <w:p>
      <w:r>
        <w:rPr>
          <w:color w:val="666666"/>
          <w:sz w:val="18"/>
        </w:rPr>
        <w:t>What is Shukr (Gratitude) January 30, 2014 Maulana Wahiduddin Khan · 24s · at 11:44 · https://youtu.be/V4LkYRRzQ3E?t=704</w:t>
      </w:r>
    </w:p>
    <w:p>
      <w:r>
        <w:rPr>
          <w:i/>
        </w:rPr>
        <w:t>“Hikmat kya hai?”</w:t>
      </w:r>
    </w:p>
    <w:p>
      <w:r>
        <w:rPr>
          <w:sz w:val="20"/>
        </w:rPr>
        <w:t>11:44  Favorable andaaz mein Explain karna.</w:t>
      </w:r>
      <w:r>
        <w:br/>
      </w:r>
      <w:r>
        <w:rPr>
          <w:sz w:val="20"/>
        </w:rPr>
        <w:t>11:48  jo halaat hain un ko aap aise Explain kar payen jo aap ke liye Favorable hain. jin se yeh maloom ho ke yeh to Normal, yeh to, yeh to Normal baat hai.</w:t>
      </w:r>
    </w:p>
    <w:p>
      <w:pPr>
        <w:pStyle w:val="Heading2"/>
      </w:pPr>
      <w:r>
        <w:t>Quranic definition and importance of patience (sabr)</w:t>
      </w:r>
    </w:p>
    <w:p>
      <w:r>
        <w:rPr>
          <w:color w:val="666666"/>
          <w:sz w:val="18"/>
        </w:rPr>
        <w:t>Importance of Patience in Islam December 11, 2022 · 34s · at 1:46 · https://youtu.be/Cy59II1dC-I?t=106</w:t>
      </w:r>
    </w:p>
    <w:p>
      <w:r>
        <w:rPr>
          <w:i/>
        </w:rPr>
        <w:t>“Sabr appears 103 times in the Quran”</w:t>
      </w:r>
    </w:p>
    <w:p>
      <w:r>
        <w:rPr>
          <w:sz w:val="20"/>
        </w:rPr>
        <w:t>1:46  What is patience? Iske baare mein aap hum sabko bataen. Sabr ki importance bahut zyada hai aur humein Quran se maloom hota hai ke sabr kitna zyada</w:t>
      </w:r>
      <w:r>
        <w:br/>
      </w:r>
      <w:r>
        <w:rPr>
          <w:sz w:val="20"/>
        </w:rPr>
        <w:t>2:00  hai. Hamein Quran mein sabr ka lafz 103 baar aaya hai aur sabbar, bahut zyada sabr karne wala, wah chaar baar aaya hai. Isi se aap samajh sakte hain ke sabr kitna zyada important hai. Sabr ke maane hain rukna, bardasht karna, himmat se kaam lena.</w:t>
      </w:r>
    </w:p>
    <w:p>
      <w:pPr>
        <w:pStyle w:val="Heading2"/>
      </w:pPr>
      <w:r>
        <w:t>Prophet Noah's 900 years of patient preaching</w:t>
      </w:r>
    </w:p>
    <w:p>
      <w:r>
        <w:rPr>
          <w:color w:val="666666"/>
          <w:sz w:val="18"/>
        </w:rPr>
        <w:t>Importance of Patience in Islam December 11, 2022 · 26s · at 44:14 · https://youtu.be/Cy59II1dC-I?t=2654</w:t>
      </w:r>
    </w:p>
    <w:p>
      <w:r>
        <w:rPr>
          <w:i/>
        </w:rPr>
        <w:t>“Noah kept working for 900 years despite mockery”</w:t>
      </w:r>
    </w:p>
    <w:p>
      <w:r>
        <w:rPr>
          <w:sz w:val="20"/>
        </w:rPr>
        <w:t>44:14  ab hazrat nuh alaihi salam ko lijiye ki 900 saal tak kaam karte rahe aur tamam log unka mazak udate rahe. khud unke beton mein se bhi sabne saath nahi diya. to aap sochiye ki kitna zyada in logon ne sabr kiya. hum to chand din bhi sabr nahi kar paate hain aur woh 900 saal tak unhone sabr kiya. to is tarike se hamein tamam paigambaron se yahi milta hai,</w:t>
      </w:r>
    </w:p>
    <w:p>
      <w:pPr>
        <w:pStyle w:val="Heading2"/>
      </w:pPr>
      <w:r>
        <w:t>Personalization of blessings leads to cosmic gratitude</w:t>
      </w:r>
    </w:p>
    <w:p>
      <w:r>
        <w:rPr>
          <w:color w:val="666666"/>
          <w:sz w:val="18"/>
        </w:rPr>
        <w:t>An Intellectual journey 1 May 2011 - Maulana Wahiduddin Khan · 1m 50s · at 9:37 · https://youtu.be/lnfjC7x_s2A?t=577</w:t>
      </w:r>
    </w:p>
    <w:p>
      <w:r>
        <w:rPr>
          <w:i/>
        </w:rPr>
        <w:t>“Jab shukar ke item ko aap personalize kar saken”</w:t>
      </w:r>
    </w:p>
    <w:p>
      <w:r>
        <w:rPr>
          <w:sz w:val="20"/>
        </w:rPr>
        <w:t>9:37  jab shukr ke item ko aap personalize kar sakein, personalize kar sakein. yani yeh sab jo hua, us ko aap apne andar utarein ke mere liye yeh duniya banayi gayi, mere liye infrastructure diya gaya, mere liye saman rakha gaya, mere liye bicycle bani, mere liye car bani, mere liye hawai jahaz bana.</w:t>
      </w:r>
      <w:r>
        <w:br/>
      </w:r>
      <w:r>
        <w:rPr>
          <w:sz w:val="20"/>
        </w:rPr>
        <w:t>10:00  in sari baaton ko aap personalize kar sakein, apni satah par la sakein. to kya hota hai? universal shukr aata hai.</w:t>
      </w:r>
      <w:r>
        <w:br/>
      </w:r>
      <w:r>
        <w:rPr>
          <w:sz w:val="20"/>
        </w:rPr>
        <w:t>10:12  shukr ka ek yani ek himalaya shukr aata hai, warna to ek chhota shukr rahega. ek shukr ka ek zara aap ke andar rahega.</w:t>
      </w:r>
      <w:r>
        <w:br/>
      </w:r>
      <w:r>
        <w:rPr>
          <w:sz w:val="20"/>
        </w:rPr>
        <w:t>10:23  yani aap ne apne liye ek car khareedi, farz ki jiye,</w:t>
      </w:r>
      <w:r>
        <w:br/>
      </w:r>
      <w:r>
        <w:rPr>
          <w:sz w:val="20"/>
        </w:rPr>
        <w:t>10:29  to itna shukr aap ko aayega. lekin poori humanity ko jo mil raha hai, poori mankind ko jo mil raha hai, us ko aap personalize karein to kya hoga?</w:t>
      </w:r>
      <w:r>
        <w:br/>
      </w:r>
      <w:r>
        <w:rPr>
          <w:sz w:val="20"/>
        </w:rPr>
        <w:t>10:40  yani shukr ka ek samandar, oceanic shukr aaya aap ke andar. to mein Allah ke fazl se personalize karta hoon. mein yeh nahi sochta mujhe kya mila.</w:t>
      </w:r>
      <w:r>
        <w:br/>
      </w:r>
      <w:r>
        <w:rPr>
          <w:sz w:val="20"/>
        </w:rPr>
        <w:t>10:50  yeh kabhi nahi sochta mein insaan ko kya mila. zahir hai ke hawai jahaz ki industry maine nahi lagayi, mein kisi hawai jahaz ka malik nahi hoon.</w:t>
      </w:r>
      <w:r>
        <w:br/>
      </w:r>
      <w:r>
        <w:rPr>
          <w:sz w:val="20"/>
        </w:rPr>
        <w:t>11:01  lekin poori aviation industry jaise lagti hai ke woh mere liye hai. sab poori us ko unhon ne personalize kar liya.</w:t>
      </w:r>
      <w:r>
        <w:br/>
      </w:r>
      <w:r>
        <w:rPr>
          <w:sz w:val="20"/>
        </w:rPr>
        <w:t>11:09  to oceanic shukr paida hua. itni badi civilization, itna bada process chala, kahan se kahan pahuncha, woh sab mere mind mein aa ke personalize ho gaya.</w:t>
      </w:r>
    </w:p>
    <w:p>
      <w:pPr>
        <w:pStyle w:val="Heading2"/>
      </w:pPr>
      <w:r>
        <w:t>Knowing your forbidden tree is wisdom</w:t>
      </w:r>
    </w:p>
    <w:p>
      <w:r>
        <w:rPr>
          <w:color w:val="666666"/>
          <w:sz w:val="18"/>
        </w:rPr>
        <w:t>Dars-e-Quran, Chapter 2, Verse 37 | January  07, 2018 · 2m 37s · at 32:20 · https://youtu.be/ao6Cr57KuEM?t=1940</w:t>
      </w:r>
    </w:p>
    <w:p>
      <w:r>
        <w:rPr>
          <w:i/>
        </w:rPr>
        <w:t>“To ye duniya jo Allah ne banai hai”</w:t>
      </w:r>
    </w:p>
    <w:p>
      <w:r>
        <w:rPr>
          <w:sz w:val="20"/>
        </w:rPr>
        <w:t>32:20  to yeh yeh dunya jo Allah ne banai hai.</w:t>
      </w:r>
      <w:r>
        <w:br/>
      </w:r>
      <w:r>
        <w:rPr>
          <w:sz w:val="20"/>
        </w:rPr>
        <w:t>32:27  to shuru hi mein bata diya hai ke jo tawali kiya hai.</w:t>
      </w:r>
      <w:r>
        <w:br/>
      </w:r>
      <w:r>
        <w:rPr>
          <w:sz w:val="20"/>
        </w:rPr>
        <w:t>32:33  jab adam ko kaha gaya ke sara bagh jo hai woh is mein tum ghoom phiro, is mein</w:t>
      </w:r>
      <w:r>
        <w:br/>
      </w:r>
      <w:r>
        <w:rPr>
          <w:sz w:val="20"/>
        </w:rPr>
        <w:t>32:39  faida uthao, lekin ek forbidden tree hai, us ke paas na jana.</w:t>
      </w:r>
      <w:r>
        <w:br/>
      </w:r>
      <w:r>
        <w:rPr>
          <w:sz w:val="20"/>
        </w:rPr>
        <w:t>32:46  us ke mani hain ke</w:t>
      </w:r>
      <w:r>
        <w:br/>
      </w:r>
      <w:r>
        <w:rPr>
          <w:sz w:val="20"/>
        </w:rPr>
        <w:t>32:52  dunya agarche aap ke liye banai gayi hai, insan ke liye banai gayi hai, dunya aaj aap ke</w:t>
      </w:r>
      <w:r>
        <w:br/>
      </w:r>
      <w:r>
        <w:rPr>
          <w:sz w:val="20"/>
        </w:rPr>
        <w:t>32:58  liye achhi baaton se bhari hui hai, yeh phir bhi ek forbidden tree hai.</w:t>
      </w:r>
      <w:r>
        <w:br/>
      </w:r>
      <w:r>
        <w:rPr>
          <w:sz w:val="20"/>
        </w:rPr>
        <w:t>33:03  dunya kehte hain yeh achhi ho, lekin aap ke liye phir bhi us ke andar forbidden tree hai.</w:t>
      </w:r>
      <w:r>
        <w:br/>
      </w:r>
      <w:r>
        <w:rPr>
          <w:sz w:val="20"/>
        </w:rPr>
        <w:t>33:09  yeh to jannat mein nahi hoga.</w:t>
      </w:r>
      <w:r>
        <w:br/>
      </w:r>
      <w:r>
        <w:rPr>
          <w:sz w:val="20"/>
        </w:rPr>
        <w:t>33:15  jannat mein koi forbidden tree nahi hoga.</w:t>
      </w:r>
      <w:r>
        <w:br/>
      </w:r>
      <w:r>
        <w:rPr>
          <w:sz w:val="20"/>
        </w:rPr>
        <w:t>33:21  lekin dunya mein to hai.</w:t>
      </w:r>
      <w:r>
        <w:br/>
      </w:r>
      <w:r>
        <w:rPr>
          <w:sz w:val="20"/>
        </w:rPr>
        <w:t>33:27  to main samajhta hoon ke sab se bari wisdom yeh hai ke aap jaanen ke dunya mein aap ke liye forbidden tree kya hai. is dunya mein kamyab zindagi ke liye pehla step yeh dunya hum ko mili hai rehne ke liye. yahan paida hone ke baad hum rehte hain. to yahan sab se pehli ba</w:t>
      </w:r>
      <w:r>
        <w:br/>
      </w:r>
      <w:r>
        <w:rPr>
          <w:sz w:val="20"/>
        </w:rPr>
        <w:t>33:57  it janne ki yeh hai ke hamare liye yahan forbidden tree kya hai.</w:t>
      </w:r>
      <w:r>
        <w:br/>
      </w:r>
      <w:r>
        <w:rPr>
          <w:sz w:val="20"/>
        </w:rPr>
        <w:t>34:03  yeh yeh janna badi baat nahi hai ke itne sare peR hamare liye hain ya itna bada bagh</w:t>
      </w:r>
      <w:r>
        <w:br/>
      </w:r>
      <w:r>
        <w:rPr>
          <w:sz w:val="20"/>
        </w:rPr>
        <w:t>34:09  hamare liye hai.</w:t>
      </w:r>
      <w:r>
        <w:br/>
      </w:r>
      <w:r>
        <w:rPr>
          <w:sz w:val="20"/>
        </w:rPr>
        <w:t>34:15  balkeh yeh janna ke kaun sa tree jo hai woh hamare liye forbidden tree hai.</w:t>
      </w:r>
      <w:r>
        <w:br/>
      </w:r>
      <w:r>
        <w:rPr>
          <w:sz w:val="20"/>
        </w:rPr>
        <w:t>34:22  kyunke ek peR se bekhabar ho jayein, agar aap sari jannat kho jaye gi.</w:t>
      </w:r>
      <w:r>
        <w:br/>
      </w:r>
      <w:r>
        <w:rPr>
          <w:sz w:val="20"/>
        </w:rPr>
        <w:t>34:28  aap ghor kijiye, yeh kitni badi baat hai ke adam ko Allah ne kaha tha ke sara bagh</w:t>
      </w:r>
      <w:r>
        <w:br/>
      </w:r>
      <w:r>
        <w:rPr>
          <w:sz w:val="20"/>
        </w:rPr>
        <w:t>34:33  tumhare liye hai.</w:t>
      </w:r>
      <w:r>
        <w:br/>
      </w:r>
      <w:r>
        <w:rPr>
          <w:sz w:val="20"/>
        </w:rPr>
        <w:t>34:38  yeh jannat ka bagh jo hai, woh sab ka sab tumhare liye hai.</w:t>
      </w:r>
      <w:r>
        <w:br/>
      </w:r>
      <w:r>
        <w:rPr>
          <w:sz w:val="20"/>
        </w:rPr>
        <w:t>34:43  sirf ek ek peR ko forbidden qarar de diya gaya tha.</w:t>
      </w:r>
      <w:r>
        <w:br/>
      </w:r>
      <w:r>
        <w:rPr>
          <w:sz w:val="20"/>
        </w:rPr>
        <w:t>34:48  to kaisi ajib baat hai ke ek peR ko khone se sara bagh kho gaya.</w:t>
      </w:r>
      <w:r>
        <w:br/>
      </w:r>
      <w:r>
        <w:rPr>
          <w:sz w:val="20"/>
        </w:rPr>
        <w:t>34:53  yeh bahut bada</w:t>
      </w:r>
    </w:p>
    <w:p>
      <w:pPr>
        <w:pStyle w:val="Heading2"/>
      </w:pPr>
      <w:r>
        <w:t>Story of community empathy after grain fire</w:t>
      </w:r>
    </w:p>
    <w:p>
      <w:r>
        <w:rPr>
          <w:color w:val="666666"/>
          <w:sz w:val="18"/>
        </w:rPr>
        <w:t>Religious Understanding October 18, 2015 Maulana Wahiduddin Khan · 1m 50s · at 51:07 · https://youtu.be/yt5TAVhva6E?t=3067</w:t>
      </w:r>
    </w:p>
    <w:p>
      <w:r>
        <w:rPr>
          <w:i/>
        </w:rPr>
        <w:t>“Bohat pehle ki baat hai, jab main chhota tha.”</w:t>
      </w:r>
    </w:p>
    <w:p>
      <w:r>
        <w:rPr>
          <w:sz w:val="20"/>
        </w:rPr>
        <w:t>51:07  bohat pehlay ki baat hai, jab mein chhota tha, yaani angrezi daur mein, angrezi daur mein, tab woh purani traditions baqi theen, purani traditions baqi theen.</w:t>
      </w:r>
      <w:r>
        <w:br/>
      </w:r>
      <w:r>
        <w:rPr>
          <w:sz w:val="20"/>
        </w:rPr>
        <w:t>51:22  to hamaray gaon ke aik aadmi jo thay, un ka khaliyan jo kaha tha ke saal mein jab gehoon, chawal, aata, woh woh jo jo jo kaata, katai hoti thi, to khaliyan mein jama kiya jata tha.</w:t>
      </w:r>
      <w:r>
        <w:br/>
      </w:r>
      <w:r>
        <w:rPr>
          <w:sz w:val="20"/>
        </w:rPr>
        <w:t>51:40  to khaliyan mein un ka saal bhar ki jo pedawar hui thi, woh wahan jama thi.</w:t>
      </w:r>
      <w:r>
        <w:br/>
      </w:r>
      <w:r>
        <w:rPr>
          <w:sz w:val="20"/>
        </w:rPr>
        <w:t>51:50  aik dushman koi tha, un ka kisi wajah se usay aag laga di. to poora un ka jo khaliyan jal gaya. to un ke ghar mein gaya tha.</w:t>
      </w:r>
      <w:r>
        <w:br/>
      </w:r>
      <w:r>
        <w:rPr>
          <w:sz w:val="20"/>
        </w:rPr>
        <w:t>52:00  is ke baad to becharay ghar aurtain, bachay sab ro rahay thay. lekin is ke baad kya hua? har taraf khabar jab phail gayi to un ke rishtaydaar ya door ke rishtaydaar ya dost nay ghalla bhejna shuru kiya.</w:t>
      </w:r>
      <w:r>
        <w:br/>
      </w:r>
      <w:r>
        <w:rPr>
          <w:sz w:val="20"/>
        </w:rPr>
        <w:t>52:15  mein nay apni aankh say dekha hai, kisi koi oont par aa raha hai, koi sir pe rakh ke la raha hai, koi kaise la raha hai.</w:t>
      </w:r>
      <w:r>
        <w:br/>
      </w:r>
      <w:r>
        <w:rPr>
          <w:sz w:val="20"/>
        </w:rPr>
        <w:t>52:26  gharz yeh ke itna ghalla aaya ke jitna un ki jala tha, us se ziyada un ka aa gaya, us se ziyada aa gaya. yeh meri aankhon ki baat hai.</w:t>
      </w:r>
      <w:r>
        <w:br/>
      </w:r>
      <w:r>
        <w:rPr>
          <w:sz w:val="20"/>
        </w:rPr>
        <w:t>52:36  to yeh islam mein yeh hai ke logon mein itni humdardi ho. yeh humdardi thi pehlay, ab khatam ho gayi hai.</w:t>
      </w:r>
      <w:r>
        <w:br/>
      </w:r>
      <w:r>
        <w:rPr>
          <w:sz w:val="20"/>
        </w:rPr>
        <w:t>52:45  to hum logon ko bajaye is ke ke larai bar karain, humdardi ke jazba logon ke andar paida karain. koi ghalla la raha tha oont par, koi bail gaari par, koi sar par rakh ke la raha tha.</w:t>
      </w:r>
    </w:p>
    <w:p>
      <w:pPr>
        <w:pStyle w:val="Heading2"/>
      </w:pPr>
      <w:r>
        <w:t>Maulana's humility and modesty</w:t>
      </w:r>
    </w:p>
    <w:p>
      <w:r>
        <w:rPr>
          <w:color w:val="666666"/>
          <w:sz w:val="18"/>
        </w:rPr>
        <w:t>CPS Mission · 1m 49s · at 7:25 · https://youtu.be/Ial-p18iypI?t=445</w:t>
      </w:r>
    </w:p>
    <w:p>
      <w:r>
        <w:rPr>
          <w:i/>
        </w:rPr>
        <w:t>“Let me relate the modesty of Maulana sahib.”</w:t>
      </w:r>
    </w:p>
    <w:p>
      <w:r>
        <w:rPr>
          <w:sz w:val="20"/>
        </w:rPr>
        <w:t>7:25  . Let me relate to you the modesty of the man of this mission, Maulana Sahib. The recipient of several prominent national and international awards.</w:t>
      </w:r>
      <w:r>
        <w:br/>
      </w:r>
      <w:r>
        <w:rPr>
          <w:sz w:val="20"/>
        </w:rPr>
        <w:t>7:38  non is Islam's ambassador to the world. Wide traveled. Recognized by the secular world as a spiritual master.</w:t>
      </w:r>
      <w:r>
        <w:br/>
      </w:r>
      <w:r>
        <w:rPr>
          <w:sz w:val="20"/>
        </w:rPr>
        <w:t>7:48  the recipient of the latest Padma Vibhushan, the second highest civilian award conferred by the Government of India in January 2021.</w:t>
      </w:r>
      <w:r>
        <w:br/>
      </w:r>
      <w:r>
        <w:rPr>
          <w:sz w:val="20"/>
        </w:rPr>
        <w:t>7:58  When a scholar of such stature calls me in connection with the Spirit of Islam magazine which is published from our Bangalore center, he first inquires, do you have time to speak to me?</w:t>
      </w:r>
      <w:r>
        <w:br/>
      </w:r>
      <w:r>
        <w:rPr>
          <w:sz w:val="20"/>
        </w:rPr>
        <w:t>8:13  my God, me an ordinary member of this mission</w:t>
      </w:r>
      <w:r>
        <w:br/>
      </w:r>
      <w:r>
        <w:rPr>
          <w:sz w:val="20"/>
        </w:rPr>
        <w:t>8:17  , and Maulana Sahib his such regard for my time. This modesty can stamp only from a truly enlightened soul.</w:t>
      </w:r>
      <w:r>
        <w:br/>
      </w:r>
      <w:r>
        <w:rPr>
          <w:sz w:val="20"/>
        </w:rPr>
        <w:t>8:28  at times, Maulana Sahib was discussing mission project, and if he gave any opinion, he was listening to us with utmost care and importance</w:t>
      </w:r>
      <w:r>
        <w:br/>
      </w:r>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p>
    <w:p>
      <w:pPr>
        <w:pStyle w:val="Heading2"/>
      </w:pPr>
      <w:r>
        <w:t>God works invisibly through cause and effect, unseen by us</w:t>
      </w:r>
    </w:p>
    <w:p>
      <w:r>
        <w:rPr>
          <w:color w:val="666666"/>
          <w:sz w:val="18"/>
        </w:rPr>
        <w:t>Importance of Shukr (Thankfulness) July 24, 2022 · 2m 36s · at 21:35 · https://youtu.be/MgWNIv0k1sk?t=1295</w:t>
      </w:r>
    </w:p>
    <w:p>
      <w:r>
        <w:rPr>
          <w:i/>
        </w:rPr>
        <w:t>“Khuda asal mein invisible hai”</w:t>
      </w:r>
    </w:p>
    <w:p>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p>
    <w:p>
      <w:pPr>
        <w:pStyle w:val="Heading2"/>
      </w:pPr>
      <w:r>
        <w:t>Goodwill to Muslims: tell them they live in falsehood</w:t>
      </w:r>
    </w:p>
    <w:p>
      <w:r>
        <w:rPr>
          <w:color w:val="666666"/>
          <w:sz w:val="18"/>
        </w:rPr>
        <w:t>Realistic Approach March 30, 2014 Maulana Wahiduddin Khan · 47s · at 42:20 · https://youtu.be/K36UonBsGlA?t=2540</w:t>
      </w:r>
    </w:p>
    <w:p>
      <w:r>
        <w:rPr>
          <w:i/>
        </w:rPr>
        <w:t>“The greatest goodwill for Muslims is to tell them they live in falsehood.”</w:t>
      </w:r>
    </w:p>
    <w:p>
      <w:r>
        <w:rPr>
          <w:sz w:val="20"/>
        </w:rPr>
        <w:t>42:20  tab un ke andar koi nayi bagni shuru hogi. warna koi bagni hone wali nahin hai. musalmanon ki sab se bari khair khwahi yeh hai ke un ko bataya jaye ke tum Falsehood mein jeete ho.</w:t>
      </w:r>
      <w:r>
        <w:br/>
      </w:r>
      <w:r>
        <w:rPr>
          <w:sz w:val="20"/>
        </w:rPr>
        <w:t>42:33  jo log tanqeed se bhadakte hain woh jannat al-huqqa mein rehte hain. unhein khabar nahin ke tanqeed hi toh aaghaz hai islaah ka. aur log tanqeed se bhadakte hain, main un se poochta hoon ke woh aakhri had tak be khabar hain haqiqaton se.</w:t>
      </w:r>
      <w:r>
        <w:br/>
      </w:r>
      <w:r>
        <w:rPr>
          <w:sz w:val="20"/>
        </w:rPr>
        <w:t>42:48  kyun ke tanqeed nahin toh naya aaghaz bhi nahin. tanqeed nahin toh islaah bhi nahin. toh humein musalmanon mein ek ek naya aaghaz agar lana hai toh tanqeed ko achhi cheez samajh kar qabool karna hai, na ke koi buri cheez.</w:t>
      </w:r>
    </w:p>
    <w:p>
      <w:pPr>
        <w:pStyle w:val="Heading2"/>
      </w:pPr>
      <w:r>
        <w:t>Impatience causes divorce and war, patience finds opportunity</w:t>
      </w:r>
    </w:p>
    <w:p>
      <w:r>
        <w:rPr>
          <w:color w:val="666666"/>
          <w:sz w:val="18"/>
        </w:rPr>
        <w:t>Power of Peace June 6, 2010 Maulana Wahiduddin Khan · 5m 28s · at 36:47 · https://youtu.be/QNnouRoYI38?t=2207</w:t>
      </w:r>
    </w:p>
    <w:p>
      <w:r>
        <w:rPr>
          <w:i/>
        </w:rPr>
        <w:t>“Sabse bari cheez hai power of patience”</w:t>
      </w:r>
    </w:p>
    <w:p>
      <w:r>
        <w:rPr>
          <w:sz w:val="20"/>
        </w:rPr>
        <w:t>36:47  poori history mein yeh hua hai, poori history mein.</w:t>
      </w:r>
      <w:r>
        <w:br/>
      </w:r>
      <w:r>
        <w:rPr>
          <w:sz w:val="20"/>
        </w:rPr>
        <w:t>36:53  to sab se badi cheez hai power of patience. is se badi koi cheez nahi.</w:t>
      </w:r>
      <w:r>
        <w:br/>
      </w:r>
      <w:r>
        <w:rPr>
          <w:sz w:val="20"/>
        </w:rPr>
        <w:t>37:02  impatience sab se badi kamzori hai. impatience sab se badi bhi kamzori hai. aur patience sab se badi taqat hai.</w:t>
      </w:r>
      <w:r>
        <w:br/>
      </w:r>
      <w:r>
        <w:rPr>
          <w:sz w:val="20"/>
        </w:rPr>
        <w:t>37:13  kyun ke jab aap, kyun ke jaisa ke maine arz kiya, situation to create ho gi, unwanted situation. jo aap ko achhi na lage, yeh to hoga.</w:t>
      </w:r>
      <w:r>
        <w:br/>
      </w:r>
      <w:r>
        <w:rPr>
          <w:sz w:val="20"/>
        </w:rPr>
        <w:t>37:28  to jab koi situation aisi create hoti hai to us waqt do baatein hoti hain. ek problem. lekin saath saath opportunities bhi.</w:t>
      </w:r>
      <w:r>
        <w:br/>
      </w:r>
      <w:r>
        <w:rPr>
          <w:sz w:val="20"/>
        </w:rPr>
        <w:t>37:37  jis hadith mein aata hai, jo maine abhi parhi hadith aap ke samne hai. un</w:t>
      </w:r>
      <w:r>
        <w:br/>
      </w:r>
      <w:r>
        <w:rPr>
          <w:sz w:val="20"/>
        </w:rPr>
        <w:t>37:45  yani with every problem there are opportunities. yeh hadith hai. With every problem there are opportunities.</w:t>
      </w:r>
      <w:r>
        <w:br/>
      </w:r>
      <w:r>
        <w:rPr>
          <w:sz w:val="20"/>
        </w:rPr>
        <w:t>37:56  donon hamesha sath sath rahenge,</w:t>
      </w:r>
      <w:r>
        <w:br/>
      </w:r>
      <w:r>
        <w:rPr>
          <w:sz w:val="20"/>
        </w:rPr>
        <w:t>37:58  yeh donon twin hain, twin hain. Yani problem aur opportunity donon twin hain. Kabhi aisa nahi hoga, yaad rakhiye, kabhi aisa nahi hoga. Problem ho, opportunities na hon.</w:t>
      </w:r>
      <w:r>
        <w:br/>
      </w:r>
      <w:r>
        <w:rPr>
          <w:sz w:val="20"/>
        </w:rPr>
        <w:t>38:11  to sahi tareeqa kya hai? Jab aap bhadakte nahi hain, jab aap mushtael nahi hote to kya karte hain? Aap dhoondne lagte hain ke bhai opportunities kahan hain.</w:t>
      </w:r>
      <w:r>
        <w:br/>
      </w:r>
      <w:r>
        <w:rPr>
          <w:sz w:val="20"/>
        </w:rPr>
        <w:t>38:24  Jab bhadak uthenge, aap ghusse mein aa jayenge to aap andhe ho jayenge. Aap jante hain ghussa andha karta hai aadmi ko.</w:t>
      </w:r>
      <w:r>
        <w:br/>
      </w:r>
      <w:r>
        <w:rPr>
          <w:sz w:val="20"/>
        </w:rPr>
        <w:t>38:35  Ghussa andha karta hai aadmi ko. To andhe banne ka nuqsan kya hoga? Opportunities aap ko dikhai nahi dengi.</w:t>
      </w:r>
      <w:r>
        <w:br/>
      </w:r>
      <w:r>
        <w:rPr>
          <w:sz w:val="20"/>
        </w:rPr>
        <w:t>38:46  Opportunities aap ko dikhai nahi dengi. Masalan Pakistaniyon ko India se nafrat ho gayi.</w:t>
      </w:r>
      <w:r>
        <w:br/>
      </w:r>
      <w:r>
        <w:rPr>
          <w:sz w:val="20"/>
        </w:rPr>
        <w:t>38:54  To kya hua? Un ko yeh dikhai nahi diya ke India to bohat strong hai, bohat taqatwar hai. Hum agar ladenge to hum hi harrenge. Yeh nahi dekha unhon ne.</w:t>
      </w:r>
      <w:r>
        <w:br/>
      </w:r>
      <w:r>
        <w:rPr>
          <w:sz w:val="20"/>
        </w:rPr>
        <w:t>39:06  Yani agar woh ghusse mein andhe, nafrat mein andhe na ho gaye hote.</w:t>
      </w:r>
      <w:r>
        <w:br/>
      </w:r>
      <w:r>
        <w:rPr>
          <w:sz w:val="20"/>
        </w:rPr>
        <w:t>39:14  Nafrat mein andhe na ho gaye hote to woh sochte ke bhai India se ladne ka matlab kya hai? Baat cheet karo.</w:t>
      </w:r>
      <w:r>
        <w:br/>
      </w:r>
      <w:r>
        <w:rPr>
          <w:sz w:val="20"/>
        </w:rPr>
        <w:t>39:22  Woh to hum se zyada strong hai, hum zyada bara hai. To ladna kya hai? Baat cheet karo. Lekin jab nafrat aa gayi, jab hate aa gayi, jab ghussa aa gaya to sab kuch oujhal ho gaya.</w:t>
      </w:r>
      <w:r>
        <w:br/>
      </w:r>
      <w:r>
        <w:rPr>
          <w:sz w:val="20"/>
        </w:rPr>
        <w:t>39:38  Kuch dikhai nahi diya, bas ladai.</w:t>
      </w:r>
      <w:r>
        <w:br/>
      </w:r>
      <w:r>
        <w:rPr>
          <w:sz w:val="20"/>
        </w:rPr>
        <w:t>39:42  Aur char baar lad ke, char baar haare.</w:t>
      </w:r>
      <w:r>
        <w:br/>
      </w:r>
      <w:r>
        <w:rPr>
          <w:sz w:val="20"/>
        </w:rPr>
        <w:t>39:47  Aur agar woh aql se kaam lete to sochte ke bhai dekho Kashmir to ek problem hai, sath sath enormous opportunities hain.</w:t>
      </w:r>
      <w:r>
        <w:br/>
      </w:r>
      <w:r>
        <w:rPr>
          <w:sz w:val="20"/>
        </w:rPr>
        <w:t>39:57  Enormous opportunities hain. Aur woh hai tijarat, business. Misal ke taur par dekhiye, Pakistan mein sui gas nikli, yahan gas nahi thi.</w:t>
      </w:r>
      <w:r>
        <w:br/>
      </w:r>
      <w:r>
        <w:rPr>
          <w:sz w:val="20"/>
        </w:rPr>
        <w:t>40:09  Pakistan India ko bechta sui gas. Pakistan ko koyle chahiye. Hum India mein koyle ki bharmar hai aur Pakistan mein koyle nahi hai.</w:t>
      </w:r>
      <w:r>
        <w:br/>
      </w:r>
      <w:r>
        <w:rPr>
          <w:sz w:val="20"/>
        </w:rPr>
        <w:t>40:20  To Pakistan wale Australia se koyle late hain, itni door ja kar ke. Yani paros mein koyle maujood hai. Pakistan ke paros mein koyle maujood hai.</w:t>
      </w:r>
      <w:r>
        <w:br/>
      </w:r>
      <w:r>
        <w:rPr>
          <w:sz w:val="20"/>
        </w:rPr>
        <w:t>40:31  Aap jante hain ke India mein bohat koyle hai, bohat koyle hai. Aur Pakistan ke paas nahi koyle hai.</w:t>
      </w:r>
      <w:r>
        <w:br/>
      </w:r>
      <w:r>
        <w:rPr>
          <w:sz w:val="20"/>
        </w:rPr>
        <w:t>40:38  To aap dekhen kitni bari, yani stupid policies dekhiye ke apne neighborhood se nahi kharidte.</w:t>
      </w:r>
      <w:r>
        <w:br/>
      </w:r>
      <w:r>
        <w:rPr>
          <w:sz w:val="20"/>
        </w:rPr>
        <w:t>40:47  Ja kar Australia se late hain aur kai guna mehenga ho jata hai woh. Kai guna mehenga ho jata hai woh. To kyun? Andhe pan mein.</w:t>
      </w:r>
      <w:r>
        <w:br/>
      </w:r>
      <w:r>
        <w:rPr>
          <w:sz w:val="20"/>
        </w:rPr>
        <w:t>40:58  To agar jo problem hua tha India aur Pakistan ke beech mein, Kashmir ko le kar, woh nafrat mein na doobte, bhadakte nahi, ghussa na karte to sochte ke bhai problem ho gaya hai to theek hai, is par baat cheet karenge.</w:t>
      </w:r>
      <w:r>
        <w:br/>
      </w:r>
      <w:r>
        <w:rPr>
          <w:sz w:val="20"/>
        </w:rPr>
        <w:t>41:13  Baqi jo, yani jo opportunities is ka avail bhi karenge sath sath. Isi ko main kehta hoon ke dealing ki policy. Yani you have to dealing problem from opportunities.</w:t>
      </w:r>
      <w:r>
        <w:br/>
      </w:r>
      <w:r>
        <w:rPr>
          <w:sz w:val="20"/>
        </w:rPr>
        <w:t>41:28  Thande dil se sochte hain, bilkul thande. To kehte hain ke bhai table par rakh do Kashmir ke issue ko, baat cheet karo. Baqi hum tourism chalayenge India se.</w:t>
      </w:r>
      <w:r>
        <w:br/>
      </w:r>
      <w:r>
        <w:rPr>
          <w:sz w:val="20"/>
        </w:rPr>
        <w:t>41:41  Tourism hai, education hai, business hai. Yeh sab khol do darwaze, sab. Khoob. To arbon, kharbon, yani trillion trillion dollar ka nuqsan kiya hai is policy ki wajah se.</w:t>
      </w:r>
      <w:r>
        <w:br/>
      </w:r>
      <w:r>
        <w:rPr>
          <w:sz w:val="20"/>
        </w:rPr>
        <w:t>41:57  yahan tak ke ab samjha jata hai ke pakistan ko failed state, yaani amreeka ki madad pe chal raha hai woh. ghor kijiye, failed state.</w:t>
      </w:r>
      <w:r>
        <w:br/>
      </w:r>
      <w:r>
        <w:rPr>
          <w:sz w:val="20"/>
        </w:rPr>
        <w:t>42:07  kyun? jangon mein itna nuqsan uthaya unhon ne. to power of patience ka matlab kya hai?</w:t>
      </w:r>
    </w:p>
    <w:p>
      <w:pPr>
        <w:pStyle w:val="Heading2"/>
      </w:pPr>
      <w:r>
        <w:t>Personalization leads to immense gratitude</w:t>
      </w:r>
    </w:p>
    <w:p>
      <w:r>
        <w:rPr>
          <w:color w:val="666666"/>
          <w:sz w:val="18"/>
        </w:rPr>
        <w:t>An Intellectual journey 1 May 2011 - Maulana Wahiduddin Khan · 38s · at 10:12 · https://youtu.be/lnfjC7x_s2A?t=612</w:t>
      </w:r>
    </w:p>
    <w:p>
      <w:r>
        <w:rPr>
          <w:i/>
        </w:rPr>
        <w:t>“Shukar ka ek Himalaya shukar aata hai”</w:t>
      </w:r>
    </w:p>
    <w:p>
      <w:r>
        <w:rPr>
          <w:sz w:val="20"/>
        </w:rPr>
        <w:t>10:12  shukr ka ek yani ek himalaya shukr aata hai, warna to ek chhota shukr rahega. ek shukr ka ek zara aap ke andar rahega.</w:t>
      </w:r>
      <w:r>
        <w:br/>
      </w:r>
      <w:r>
        <w:rPr>
          <w:sz w:val="20"/>
        </w:rPr>
        <w:t>10:23  yani aap ne apne liye ek car khareedi, farz ki jiye,</w:t>
      </w:r>
      <w:r>
        <w:br/>
      </w:r>
      <w:r>
        <w:rPr>
          <w:sz w:val="20"/>
        </w:rPr>
        <w:t>10:29  to itna shukr aap ko aayega. lekin poori humanity ko jo mil raha hai, poori mankind ko jo mil raha hai, us ko aap personalize karein to kya hoga?</w:t>
      </w:r>
      <w:r>
        <w:br/>
      </w:r>
      <w:r>
        <w:rPr>
          <w:sz w:val="20"/>
        </w:rPr>
        <w:t>10:40  yani shukr ka ek samandar, oceanic shukr aaya aap ke andar. to mein Allah ke fazl se personalize karta hoon. mein yeh nahi sochta mujhe kya mila.</w:t>
      </w:r>
    </w:p>
    <w:p>
      <w:pPr>
        <w:pStyle w:val="Heading2"/>
      </w:pPr>
      <w:r>
        <w:t>neighbor conflict story and the virtue of patience</w:t>
      </w:r>
    </w:p>
    <w:p>
      <w:r>
        <w:rPr>
          <w:color w:val="666666"/>
          <w:sz w:val="18"/>
        </w:rPr>
        <w:t>Good Relationships CPS Women Discussion 23 September 10, 2023 · 5m 08s · at 29:45 · https://youtu.be/5UlMoC6-jGU?t=1785</w:t>
      </w:r>
    </w:p>
    <w:p>
      <w:r>
        <w:rPr>
          <w:i/>
        </w:rPr>
        <w:t>“A neighbor's family kept dumping garbage right at her door”</w:t>
      </w:r>
    </w:p>
    <w:p>
      <w:r>
        <w:rPr>
          <w:sz w:val="20"/>
        </w:rPr>
        <w:t>29:45  Jaise ne abhi ek baat batai ki unke ghar ke bahar ek kooda phekate hain aur unhone kis tarah se uska ek hal nikala, use manage kiya aur shayad apne liye ek neki mein bhi naam likhvaya kyunki unhone usko lakar le kiya. Hamare hi pados mein aisa hi ek, aisa hi ek case hua.</w:t>
      </w:r>
      <w:r>
        <w:br/>
      </w:r>
      <w:r>
        <w:rPr>
          <w:sz w:val="20"/>
        </w:rPr>
        <w:t>30:05  Unke saath bhi yahi ho raha tha ki doosre jo family thi wah unke yahan kooda phek rahi thi aur is baat par wah unhone itna zyada thanga kiya, itna itna babela machaya, itna zyada logon ko ikattha kar liya. Hum sab sabhi poochne lagi bataiye main haq par hona, main haq par hona. To mujhe lagta hai ki hum hum us waqt par yeh bhi nahin keh paaye ki aap haft par nahin hain lekin humne kaha ki chhodie, badhaiye mat problem ko.</w:t>
      </w:r>
      <w:r>
        <w:br/>
      </w:r>
      <w:r>
        <w:rPr>
          <w:sz w:val="20"/>
        </w:rPr>
        <w:t>30:33  Aap jaisa bhi hai hum sab milkar aapko de denge. Aap isko hata liya karen kitna? To wah kehne lagi jab hum haft par hain to hum kyun jhuke hain? Yeh bahut bada kitna aajkal duniya mein phail gaya hai ki wah apne aap ko sahi samajhte hain aur uske baad jab wah sahi hote hain to wah bilkul bhi badalna nahin chahte. Chahe unko us wah itna bada bata diya jaye.</w:t>
      </w:r>
      <w:r>
        <w:br/>
      </w:r>
      <w:r>
        <w:rPr>
          <w:sz w:val="20"/>
        </w:rPr>
        <w:t>30:56  To hum sabko yeh baat jaan leni chahiye ki kai baar haq par hote hue bhi hum humein ek kadam peeche karna yeh bhi ek uswah hai aur yeh jaise ne bataya unki zindagi se sabit hai aapse le solam. Yeh main kehna chah rahi thi. Main ek hadish waise bata sakti hoon shavi. Ji.</w:t>
      </w:r>
      <w:r>
        <w:br/>
      </w:r>
      <w:r>
        <w:rPr>
          <w:sz w:val="20"/>
        </w:rPr>
        <w:t>31:16  Hadish hai na ki jaan lo ki napasandida baat par sabr karne mein bahut zyada bhalai hai aur sab ke saath allah ki madad aati hai aur takleef ke saath shadgi hai aur mushkil ke saath aasani hai. To agar hum is tarah ki hadish matlab wahin cheez hai ki musalman jo hai apne hadish par khair nahin kar sakte.</w:t>
      </w:r>
      <w:r>
        <w:br/>
      </w:r>
      <w:r>
        <w:rPr>
          <w:sz w:val="20"/>
        </w:rPr>
        <w:t>31:40  rasurilla ko itna karte hain lekin us par unke jo unki sirat hai unke itne zyada akhlaaf ka</w:t>
      </w:r>
      <w:r>
        <w:br/>
      </w:r>
      <w:r>
        <w:rPr>
          <w:sz w:val="20"/>
        </w:rPr>
        <w:t>31:58  itna zyada unka sab duniya cheezein batai gayi hain.</w:t>
      </w:r>
      <w:r>
        <w:br/>
      </w:r>
      <w:r>
        <w:rPr>
          <w:sz w:val="20"/>
        </w:rPr>
        <w:t>32:16  us par nahi gaur karte hain.</w:t>
      </w:r>
      <w:r>
        <w:br/>
      </w:r>
      <w:r>
        <w:rPr>
          <w:sz w:val="20"/>
        </w:rPr>
        <w:t>32:34  khali musalman hain.</w:t>
      </w:r>
      <w:r>
        <w:br/>
      </w:r>
      <w:r>
        <w:rPr>
          <w:sz w:val="20"/>
        </w:rPr>
        <w:t>32:52  Ki tab wah sun paen. Hum agar unhein bata rahe hain to wah uska ulte ulte jawab dekar usko nullify na karen aur baat ko sahi angle par samajh paen bas yeh cheez zaruri hai. Ji. Jiza kalma, Doctor sapna aur aap aap. Salah aap kuch kehna chah rahi hain? Yes ma'am. Asslam wali ko. Wali ko asslam.</w:t>
      </w:r>
      <w:r>
        <w:br/>
      </w:r>
      <w:r>
        <w:rPr>
          <w:sz w:val="20"/>
        </w:rPr>
        <w:t>33:21  Ji, main yeh kehna chah rahi thi jaise aaj ka topic hai behtar taluqaat. To jaise ki famra ma'am ne apni ek learning ko share kiya hai ek story ko. Unka kehna tha ki koi shakhs jo hai wah ma'am ke darwaze par wah kooda phenk ke jata tha aur ma'am usko kisi se saaf karwati thi.</w:t>
      </w:r>
      <w:r>
        <w:br/>
      </w:r>
      <w:r>
        <w:rPr>
          <w:sz w:val="20"/>
        </w:rPr>
        <w:t>33:39  to mujhe yahan par samajh mein aa raha hai ki jo sabse badi cheez ma'am ne us jagah</w:t>
      </w:r>
      <w:r>
        <w:br/>
      </w:r>
      <w:r>
        <w:rPr>
          <w:sz w:val="20"/>
        </w:rPr>
        <w:t>33:52  par itiyaar ki woh tha sabr aur Maulana hamesha kehte hain ki sabse achhe the aur Maulana kehte</w:t>
      </w:r>
      <w:r>
        <w:br/>
      </w:r>
      <w:r>
        <w:rPr>
          <w:sz w:val="20"/>
        </w:rPr>
        <w:t>34:05  hain ki aap are itne achhe taluqat hain ki aaj muslim se zyada non muslim jo hai prophet</w:t>
      </w:r>
      <w:r>
        <w:br/>
      </w:r>
      <w:r>
        <w:rPr>
          <w:sz w:val="20"/>
        </w:rPr>
        <w:t>34:18  ki life se mutasir aur unko padhte hain.</w:t>
      </w:r>
      <w:r>
        <w:br/>
      </w:r>
      <w:r>
        <w:rPr>
          <w:sz w:val="20"/>
        </w:rPr>
        <w:t>34:31  To mujhe yahan par yeh baat bahut samajh mein aati hai ki bahut important cheez hai ki insaan ko agar behtar taluqaat logon se kayam rakhne hain aur usko achhe se maintain rakhna hai to most important ki aap apne andar sabr aur maafi ki salahiyat ko bahut zyada paida achha Ok sandan, thank you for sharing that.</w:t>
      </w:r>
      <w:r>
        <w:br/>
      </w:r>
      <w:r>
        <w:rPr>
          <w:sz w:val="20"/>
        </w:rPr>
        <w:t>34:53  And in the quran in al isla 17 chapter verse 17 it says, respect and honor all human beings irrespective of the religion, race, color, language, status, property, birth, profession or job and so on. Like this, there are many many verses in the quran which says how you could develop the relationship on the, with the other members of the society.</w:t>
      </w:r>
    </w:p>
    <w:p>
      <w:pPr>
        <w:pStyle w:val="Heading2"/>
      </w:pPr>
      <w:r>
        <w:t>Shift from jihad to dawah over 30 years</w:t>
      </w:r>
    </w:p>
    <w:p>
      <w:r>
        <w:rPr>
          <w:color w:val="666666"/>
          <w:sz w:val="18"/>
        </w:rPr>
        <w:t>An Intellectual journey 1 May 2011 - Maulana Wahiduddin Khan · 1m 36s · at 28:37 · https://youtu.be/lnfjC7x_s2A?t=1717</w:t>
      </w:r>
    </w:p>
    <w:p>
      <w:r>
        <w:rPr>
          <w:i/>
        </w:rPr>
        <w:t>“Muslims' biggest problem is fighting in the name of jihad”</w:t>
      </w:r>
    </w:p>
    <w:p>
      <w:r>
        <w:rPr>
          <w:sz w:val="20"/>
        </w:rPr>
        <w:t>28:37  to wahan par mein ne yeh baat kahi thi ke musalman jo hain, jihad ke naam par jo laraai bhadaai kar rahay hain, wohi sab se bara masla un ka hai.</w:t>
      </w:r>
      <w:r>
        <w:br/>
      </w:r>
      <w:r>
        <w:rPr>
          <w:sz w:val="20"/>
        </w:rPr>
        <w:t>28:49  jab tak is ko band nahi karengay, tab tak un ka koi problem solve nahi honay wala hai.</w:t>
      </w:r>
      <w:r>
        <w:br/>
      </w:r>
      <w:r>
        <w:rPr>
          <w:sz w:val="20"/>
        </w:rPr>
        <w:t>28:56  aur yeh distraction hai, yeh jo jihad samajhtay hain, is ko "the great soul of distraction" yaani dawat se hata diya.</w:t>
      </w:r>
      <w:r>
        <w:br/>
      </w:r>
      <w:r>
        <w:rPr>
          <w:sz w:val="20"/>
        </w:rPr>
        <w:t>29:06  jihad nahi hai, yeh to distraction hai. aaj jo kaam karna tha, dawat ka kaam karna tha.</w:t>
      </w:r>
      <w:r>
        <w:br/>
      </w:r>
      <w:r>
        <w:rPr>
          <w:sz w:val="20"/>
        </w:rPr>
        <w:t>29:13  saari opportunities khuli hain dawat ke liye,</w:t>
      </w:r>
      <w:r>
        <w:br/>
      </w:r>
      <w:r>
        <w:rPr>
          <w:sz w:val="20"/>
        </w:rPr>
        <w:t>29:18  saari opportunity, opportunity explosion hai. yeh yeh zamanah jo hai, opportunity explosion ka zamanah hai. ab musalman kahan lagay hue hain?</w:t>
      </w:r>
      <w:r>
        <w:br/>
      </w:r>
      <w:r>
        <w:rPr>
          <w:sz w:val="20"/>
        </w:rPr>
        <w:t>29:28  jihad ke naam par laraai bhadaai, yeh kya hai? yeh distraction hai.</w:t>
      </w:r>
      <w:r>
        <w:br/>
      </w:r>
      <w:r>
        <w:rPr>
          <w:sz w:val="20"/>
        </w:rPr>
        <w:t>29:36  is waqt jab mein ne kaha tha 30 saal pehle yeh baat, to aisa lagta tha log mujhe kha jayengay. itna ziyada log is se mein agay aur itna ziyada yaani negative ho gaye ke bas</w:t>
      </w:r>
      <w:r>
        <w:br/>
      </w:r>
      <w:r>
        <w:rPr>
          <w:sz w:val="20"/>
        </w:rPr>
        <w:t>29:52  ajeeb haal tha. is baar mein ne wohi baat kahi isi arab amarat mein, to koi kisi ne negative response nahi diya.</w:t>
      </w:r>
      <w:r>
        <w:br/>
      </w:r>
      <w:r>
        <w:rPr>
          <w:sz w:val="20"/>
        </w:rPr>
        <w:t>30:03  har aik ka positive response tha. aur log yeh poochne lagay ke yeh bataiye ke hum dawat kaise karein?</w:t>
      </w:r>
    </w:p>
    <w:p>
      <w:pPr>
        <w:pStyle w:val="Heading2"/>
      </w:pPr>
      <w:r>
        <w:t>Importance of patriotism for Muslims</w:t>
      </w:r>
    </w:p>
    <w:p>
      <w:r>
        <w:rPr>
          <w:color w:val="666666"/>
          <w:sz w:val="18"/>
        </w:rPr>
        <w:t>Indian Muslims May 18, 2014 Maulana Wahiduddin Khan · 4m 46s · at 1:11:00 · https://youtu.be/jHtuZ4UgvEw?t=4260</w:t>
      </w:r>
    </w:p>
    <w:p>
      <w:r>
        <w:rPr>
          <w:i/>
        </w:rPr>
        <w:t>“Yeh bohat bara masla hai”</w:t>
      </w:r>
    </w:p>
    <w:p>
      <w:r>
        <w:rPr>
          <w:sz w:val="20"/>
        </w:rPr>
        <w:t>1:11:00  yahan se le ke america tak. jis mulk mein rehte hain, us mulk ke issues par bara quran o mind sochta hi nahi. main america mein abhi gaya tha to wahan ek ghar mein gaya, ek sahib ka.</w:t>
      </w:r>
      <w:r>
        <w:br/>
      </w:r>
      <w:r>
        <w:rPr>
          <w:sz w:val="20"/>
        </w:rPr>
        <w:t>1:11:14  wahan kai mard bethe hue the. bare dhoom se baaten ho rahi theen. to main gaya ke maine suna kya baaten kar rahe hain. woh baaten kar rahe the pakistan ki politics par.</w:t>
      </w:r>
      <w:r>
        <w:br/>
      </w:r>
      <w:r>
        <w:rPr>
          <w:sz w:val="20"/>
        </w:rPr>
        <w:t>1:11:25  main bohat ghusa hua. main ne kaha ke aap rehte hain america mein, baaten karte hain pakistan ki. yahi to hai watan se bewafai.</w:t>
      </w:r>
      <w:r>
        <w:br/>
      </w:r>
      <w:r>
        <w:rPr>
          <w:sz w:val="20"/>
        </w:rPr>
        <w:t>1:11:34  jab kaha jata hai ke aap logon ke andar patriotism nahi to ghusa bhi hote hain. yani aap bhi pakistan mein baaten karen ke america mein ho to america ki baaten kijiye.</w:t>
      </w:r>
      <w:r>
        <w:br/>
      </w:r>
      <w:r>
        <w:rPr>
          <w:sz w:val="20"/>
        </w:rPr>
        <w:t>1:11:46  pakistan ki baaten kyun kar rahe hain? pakistan chhod kar aaye, yahan ke citizen bane, yahan par job le kar khoob that se reh rahe hain. ab baaten kar rahe hain pakistan mein.</w:t>
      </w:r>
      <w:r>
        <w:br/>
      </w:r>
      <w:r>
        <w:rPr>
          <w:sz w:val="20"/>
        </w:rPr>
        <w:t>1:11:56  yahi to hai, yahi to hai disloyal hona. to yahan se le ke america tak maine dekha ke logon ko, musalmanon ko hal yahi hai ke woh is jis mulk mein rehte hain, us mulk ke loyal nahi hain.</w:t>
      </w:r>
      <w:r>
        <w:br/>
      </w:r>
      <w:r>
        <w:rPr>
          <w:sz w:val="20"/>
        </w:rPr>
        <w:t>1:12:11  aur yeh sab se bari jo musalmanon ki kharabi hai, woh yahi hai. aur yeh paida kiya hamare ulma ne. yeh hamare ulma ne paida kiya hai yeh.</w:t>
      </w:r>
      <w:r>
        <w:br/>
      </w:r>
      <w:r>
        <w:rPr>
          <w:sz w:val="20"/>
        </w:rPr>
        <w:t>1:12:23  ulama mein sirf ek hi aadmi thay, Maulana Hussain Ahmed Badri, jo is mein istasna un ka tha. Yaani watan se muhabbat ko yeh log, ulama hamare samajhte hain ke koi koi gunah ki baat ho gayi hai.</w:t>
      </w:r>
      <w:r>
        <w:br/>
      </w:r>
      <w:r>
        <w:rPr>
          <w:sz w:val="20"/>
        </w:rPr>
        <w:t>1:12:38  Maulana Hussain Ahmed Badri ne kaha tha ke fi zamana qaumein otaan se banti hain. To ulama ne is par woh kiya, ikhtilaf kiya. Yahan tak ke un ke muataqideen ne yeh keh diya ke Hazrat ne jo baat kahi thi, woh khabar thi, insha nahi thi.</w:t>
      </w:r>
      <w:r>
        <w:br/>
      </w:r>
      <w:r>
        <w:rPr>
          <w:sz w:val="20"/>
        </w:rPr>
        <w:t>1:12:54  sab bilkul absurd baatein hain.</w:t>
      </w:r>
      <w:r>
        <w:br/>
      </w:r>
      <w:r>
        <w:rPr>
          <w:sz w:val="20"/>
        </w:rPr>
        <w:t>1:13:00  saare, chahe kisi mulk ke ulama hon, woh sab aisi baatein karte hain ke aaj jis aadmi ke andar patriotism na paida ho.</w:t>
      </w:r>
      <w:r>
        <w:br/>
      </w:r>
      <w:r>
        <w:rPr>
          <w:sz w:val="20"/>
        </w:rPr>
        <w:t>1:13:12  isi ka shikar hain Musalman. Main samajhta hoon ke yeh yeh bohat hi zaroori hai ke Musalmanon se is cheez ko khatam kiya jaye.</w:t>
      </w:r>
      <w:r>
        <w:br/>
      </w:r>
      <w:r>
        <w:rPr>
          <w:sz w:val="20"/>
        </w:rPr>
        <w:t>1:13:24  aur Iqbal ka woh woh sher bohat parha jata hai, bilkul mere saath bilkul love absurd hai woh sher. Is cheez kuch bhi sachai nahi hai.</w:t>
      </w:r>
      <w:r>
        <w:br/>
      </w:r>
      <w:r>
        <w:rPr>
          <w:sz w:val="20"/>
        </w:rPr>
        <w:t>1:13:33  woh jo sher hai ke is daur mein mein aur hai, jaam aur hai, jam aur, saqin bana ki rawish se aur, woh un taza khudaon mein bara sab se watan hai, jo pehiran is ka hai, woh woh sab kafan hai.</w:t>
      </w:r>
      <w:r>
        <w:br/>
      </w:r>
      <w:r>
        <w:rPr>
          <w:sz w:val="20"/>
        </w:rPr>
        <w:t>1:13:52  bilkul love woh sher hai, absurd sher hai. Lekin jhoom ke padhte hain log is ko. Koi kehta nahi ke Iqbal ne galat kaha.</w:t>
      </w:r>
      <w:r>
        <w:br/>
      </w:r>
      <w:r>
        <w:rPr>
          <w:sz w:val="20"/>
        </w:rPr>
        <w:t>1:14:04  to yeh saari duniya mein ek trend chal raha hai. Main samajhta hoon ke Musalmanon par farz hai, farz hai, farz hai ke is is is se bahar aain apne aap ko.</w:t>
      </w:r>
      <w:r>
        <w:br/>
      </w:r>
      <w:r>
        <w:rPr>
          <w:sz w:val="20"/>
        </w:rPr>
        <w:t>1:14:13  watan se muhabbat paida karen. Jis mulk mein hain, us mulk se muhabbat karen woh. Main Allah ke fazl se India mein hoon to main keh sakta hoon ke mujhe is mulk se pyar, aakhri had tak muhabbat karta hoon.</w:t>
      </w:r>
      <w:r>
        <w:br/>
      </w:r>
      <w:r>
        <w:rPr>
          <w:sz w:val="20"/>
        </w:rPr>
        <w:t>1:14:25  mera dil cheer kar aap dekh lijiyey. Mera dil cheer kar dekh lijiyey ke mujhe is mein sach mein muhabbat hai.</w:t>
      </w:r>
      <w:r>
        <w:br/>
      </w:r>
      <w:r>
        <w:rPr>
          <w:sz w:val="20"/>
        </w:rPr>
        <w:t>1:14:36  aur isi ko main Islam samajhta hoon. Ek hadith hai, dekhiye, hamare ulama ka ek misaal deta hoon ke kis qadar galat rehnumai di hai unhon ne Musalmanon ko.</w:t>
      </w:r>
      <w:r>
        <w:br/>
      </w:r>
      <w:r>
        <w:rPr>
          <w:sz w:val="20"/>
        </w:rPr>
        <w:t>1:14:46  ek hadith hai hubb ul watan min al iman. Watan ki muhabbat iman ka hissa hai.</w:t>
      </w:r>
      <w:r>
        <w:br/>
      </w:r>
      <w:r>
        <w:rPr>
          <w:sz w:val="20"/>
        </w:rPr>
        <w:t>1:14:57  to kehte hain ke yeh to mauzu hadith hai. Main kehta hoon ke yeh agar hadith Rasool na ho to ab bhi hadith fitrat hai yeh. Ulama yeh kyun nahi kehte?</w:t>
      </w:r>
      <w:r>
        <w:br/>
      </w:r>
      <w:r>
        <w:rPr>
          <w:sz w:val="20"/>
        </w:rPr>
        <w:t>1:15:08  yeh ulama yeh kyun nahi kehte? Ke yeh hadith agar bil farz mauzu ho, woh hadith na ho, hadith Rasool na ho, tab bhi woh hadith fitrat hai.</w:t>
      </w:r>
      <w:r>
        <w:br/>
      </w:r>
      <w:r>
        <w:rPr>
          <w:sz w:val="20"/>
        </w:rPr>
        <w:t>1:15:19  watan se muhabbat to aadmi ki fitrat mein hai. Kaise aap muhabbat nahi karenge apne watan se? Yeh to bohat hi zyada yaani na qabil bardasht baat hai ke aap ek mulk mein rahen, is se faida uthayen aur is se muhabbat na ho aap ko.</w:t>
      </w:r>
      <w:r>
        <w:br/>
      </w:r>
      <w:r>
        <w:rPr>
          <w:sz w:val="20"/>
        </w:rPr>
        <w:t>1:15:37  behhal main is ke sakht khilaf hoon ke aap mujhe jis mulk mein Musalman rehte hain, wahan woh un ke andar hubb ul watan na ho.</w:t>
      </w:r>
    </w:p>
    <w:p>
      <w:pPr>
        <w:pStyle w:val="Heading2"/>
      </w:pPr>
      <w:r>
        <w:t>Full argument: treat problems as opportunities, like the Prophet did</w:t>
      </w:r>
    </w:p>
    <w:p>
      <w:r>
        <w:rPr>
          <w:color w:val="666666"/>
          <w:sz w:val="18"/>
        </w:rPr>
        <w:t>Importance of Shukr (Thankfulness) July 24, 2022 · 4m 49s · at 30:36 · https://youtu.be/MgWNIv0k1sk?t=1836</w:t>
      </w:r>
    </w:p>
    <w:p>
      <w:r>
        <w:rPr>
          <w:i/>
        </w:rPr>
        <w:t>“Har shaks apne masail se dochar hai”</w:t>
      </w:r>
    </w:p>
    <w:p>
      <w:r>
        <w:rPr>
          <w:sz w:val="20"/>
        </w:rPr>
        <w:t>30:36  aapa, agar aaj ke muashre mein dekha jaye to zahiri aitbar se har shakhs jo hai, wo apne masail se dochar hai.</w:t>
      </w:r>
      <w:r>
        <w:br/>
      </w:r>
      <w:r>
        <w:rPr>
          <w:sz w:val="20"/>
        </w:rPr>
        <w:t>30:44  wo apni problems se oopar uth kar nahi soch pata. So the question that comes in mind is that how can one be thankful despite you know facing problems in in one's daily life to is ke bare mein bhi aap kuch advice dein.</w:t>
      </w:r>
      <w:r>
        <w:br/>
      </w:r>
      <w:r>
        <w:rPr>
          <w:sz w:val="20"/>
        </w:rPr>
        <w:t>31:02  dekhiye, problems to har ek ko hain. Ye thori ke ke ambani aur adani ko bhi problems hain. Problems se to chhutti kabhi milegi nahi.</w:t>
      </w:r>
      <w:r>
        <w:br/>
      </w:r>
      <w:r>
        <w:rPr>
          <w:sz w:val="20"/>
        </w:rPr>
        <w:t>31:13  to hamein problems se oopar uth kar dekhna parega. Jisko Maulana kehte the ignore the problems, avail the opportunities to ye nahi ke hum have not se inhi ke problems hain.</w:t>
      </w:r>
      <w:r>
        <w:br/>
      </w:r>
      <w:r>
        <w:rPr>
          <w:sz w:val="20"/>
        </w:rPr>
        <w:t>31:25  to hamein problems jo hain, is liye hote hain ke wo hamare liye challenge ka kaam dein, hamare liye motivation ka kaam dein, incentive ka kaam dein.</w:t>
      </w:r>
      <w:r>
        <w:br/>
      </w:r>
      <w:r>
        <w:rPr>
          <w:sz w:val="20"/>
        </w:rPr>
        <w:t>31:35  to aisa kabhi nahi hota ke bilkul insan ke andar tamam salahiyaten khatm ho gayi hon to ab opportunities ko avail karne ki.</w:t>
      </w:r>
      <w:r>
        <w:br/>
      </w:r>
      <w:r>
        <w:rPr>
          <w:sz w:val="20"/>
        </w:rPr>
        <w:t>31:45  to aisa nahi hota. Hamesha hamare andar salahiyaten hoti hain. Agar hum apne andar positivity hamare andar rahe, negativity na rahe.</w:t>
      </w:r>
      <w:r>
        <w:br/>
      </w:r>
      <w:r>
        <w:rPr>
          <w:sz w:val="20"/>
        </w:rPr>
        <w:t>31:54  nashukri jo hai, wo wo negativity paida karti hai. Isi liye Allah taala ko nashukri bohat zyada napasand hai.</w:t>
      </w:r>
      <w:r>
        <w:br/>
      </w:r>
      <w:r>
        <w:rPr>
          <w:sz w:val="20"/>
        </w:rPr>
        <w:t>32:02  Maulana kehte the ke jo positive soul hai, wahi jannat mein jayegi. To nashukri jo hai, wo hamare andar negativity paida karti hai.</w:t>
      </w:r>
      <w:r>
        <w:br/>
      </w:r>
      <w:r>
        <w:rPr>
          <w:sz w:val="20"/>
        </w:rPr>
        <w:t>32:11  to har halat mein hamein ye khatm karna hai apne andar se. To is ke liye tarah tarah se hum ne apne aap ko explain karna hai. Misal ke taur par, hum hum ko kisi se takleef pahunch gayi to us ko ignore kar dena hai.</w:t>
      </w:r>
      <w:r>
        <w:br/>
      </w:r>
      <w:r>
        <w:rPr>
          <w:sz w:val="20"/>
        </w:rPr>
        <w:t>32:25  us ko sabr, sabr Quran mein aya hai ke sabr jo hai, is ka bohat be hisab ajr hai.</w:t>
      </w:r>
      <w:r>
        <w:br/>
      </w:r>
      <w:r>
        <w:rPr>
          <w:sz w:val="20"/>
        </w:rPr>
        <w:t>32:32  is par hum sabr kar lein. To sabr kar lenge to Allah taala ki madad aa jayegi. Kyun ke hum jab hum Allah taala ke hukum ke mutabiq amal karenge to Allah taala aur zyada hamari madad karega.</w:t>
      </w:r>
      <w:r>
        <w:br/>
      </w:r>
      <w:r>
        <w:rPr>
          <w:sz w:val="20"/>
        </w:rPr>
        <w:t>32:43  aur Allah ki madad se hum jo hai, apne hamare apne kaam mein hum kamyab ho jayenge. To problems jo hain, wo challenges hain.</w:t>
      </w:r>
      <w:r>
        <w:br/>
      </w:r>
      <w:r>
        <w:rPr>
          <w:sz w:val="20"/>
        </w:rPr>
        <w:t>32:53  wo aisi baat nahi hai ke jis ke paas problem hai, us ke aage mawaqe nahi hain. Mawaqe ko istemal karein.</w:t>
      </w:r>
      <w:r>
        <w:br/>
      </w:r>
      <w:r>
        <w:rPr>
          <w:sz w:val="20"/>
        </w:rPr>
        <w:t>33:00  sab se zyada problems to Rasool Allah Sal Allahu Alaihi Wasallam ko the. Makka mein kya halat thi? Log jo hain, namaz roza tak nahi karne dete the.</w:t>
      </w:r>
      <w:r>
        <w:br/>
      </w:r>
      <w:r>
        <w:rPr>
          <w:sz w:val="20"/>
        </w:rPr>
        <w:t>33:09  to itna zyada pareshan karte the, Makka chhod ke bhagna pada. To kya aap kamyab nahi hue? Aap ke Michael Hart ne likha hai ke dunya ke sab se zyada barhe kamyab insan</w:t>
      </w:r>
      <w:r>
        <w:br/>
      </w:r>
      <w:r>
        <w:rPr>
          <w:sz w:val="20"/>
        </w:rPr>
        <w:t>33:22  the. To problem ko hum kis tarike se us ko apne potential ko actualize karein?</w:t>
      </w:r>
      <w:r>
        <w:br/>
      </w:r>
      <w:r>
        <w:rPr>
          <w:sz w:val="20"/>
        </w:rPr>
        <w:t>33:30  kis tarike se opportunities ko avail karein? To hikmat ke sath, practical wisdom ke sath. To inhi problem se hum oopar uth jayenge aur hum wahi kamyabi hasil kar sakte hain jo koi bhi kamyabi kisi ne bhi hasil</w:t>
      </w:r>
      <w:r>
        <w:br/>
      </w:r>
      <w:r>
        <w:rPr>
          <w:sz w:val="20"/>
        </w:rPr>
        <w:t>33:49  ki hai. Ek bar Maulana ne encyclopedia mein dikhaya tha ji ke jitne barhe barhe insan paida hue hain, barhi barhi discoveries ki hain, wo sab wahi the jo problem mein paida hue ji, ghareeb ghar mein paida hue, museebaton mein paida hue.</w:t>
      </w:r>
      <w:r>
        <w:br/>
      </w:r>
      <w:r>
        <w:rPr>
          <w:sz w:val="20"/>
        </w:rPr>
        <w:t>34:03  to un ke andar zabardast incentive hota hai kaam karne ka. To incentive ki wajah se wo taraqqi kar pate hain. To hamein halaat jo hain, wo badalte rehte hain.</w:t>
      </w:r>
      <w:r>
        <w:br/>
      </w:r>
      <w:r>
        <w:rPr>
          <w:sz w:val="20"/>
        </w:rPr>
        <w:t>34:14  aaj kuch problem hai to kal wo problem nahi rahega.</w:t>
      </w:r>
      <w:r>
        <w:br/>
      </w:r>
      <w:r>
        <w:rPr>
          <w:sz w:val="20"/>
        </w:rPr>
        <w:t>34:18  to agar hum positive rahenge, positively cheezon ko dekhenge to hum is problem ke bawajood kamyabi hasil kar sakte hain.</w:t>
      </w:r>
      <w:r>
        <w:br/>
      </w:r>
      <w:r>
        <w:rPr>
          <w:sz w:val="20"/>
        </w:rPr>
        <w:t>34:27  to is dunya mein to problem isi liye hain ke insan ko azadi di gayi hai. Log, har aadmi apni apni azadi ka sahi galat istemal kar raha hai.</w:t>
      </w:r>
      <w:r>
        <w:br/>
      </w:r>
      <w:r>
        <w:rPr>
          <w:sz w:val="20"/>
        </w:rPr>
        <w:t>34:36  to problem to honge. Lekin problem ko jo Quran mein aya hai innamal yusri yusra innamal yusri yusra to problem ek hain to opportunities double</w:t>
      </w:r>
      <w:r>
        <w:br/>
      </w:r>
      <w:r>
        <w:rPr>
          <w:sz w:val="20"/>
        </w:rPr>
        <w:t>34:46  hain ji. To is opportunities ko istemal kar ke hum apne problems ka solution pa sakte hain. Aur aapa, ye jo problem se oopar uth kar sochna hai, isi ko Quran mein shayad khul ke azeem kaha gaya hai.</w:t>
      </w:r>
      <w:r>
        <w:br/>
      </w:r>
      <w:r>
        <w:rPr>
          <w:sz w:val="20"/>
        </w:rPr>
        <w:t>35:01  aur khul ke azeem ke lafzi maani hain bartar kirdaar. to bartar kirdaar aik ideology se paida hota hai.</w:t>
      </w:r>
      <w:r>
        <w:br/>
      </w:r>
      <w:r>
        <w:rPr>
          <w:sz w:val="20"/>
        </w:rPr>
        <w:t>35:09  bartar ideology nahin to bartar kirdaar bhi nahin. aur agar koi insaan quran ki wisdom ko apni daily life mein agar utaare to yaqeenan woh problems se oopar uth kar soch sakta hai aur kaamyaab bhi ho sakta hai.</w:t>
      </w:r>
    </w:p>
    <w:p>
      <w:pPr>
        <w:pStyle w:val="Heading2"/>
      </w:pPr>
      <w:r>
        <w:t>Ideal partner myth leads to divorce</w:t>
      </w:r>
    </w:p>
    <w:p>
      <w:r>
        <w:rPr>
          <w:color w:val="666666"/>
          <w:sz w:val="18"/>
        </w:rPr>
        <w:t>The Case of Present Day Muslims (In Conversation with Maulana) February 14, 2010 · 3m 14s · at 24:31 · https://youtu.be/Rw-5WYJKQtw?t=1471</w:t>
      </w:r>
    </w:p>
    <w:p>
      <w:r>
        <w:rPr>
          <w:i/>
        </w:rPr>
        <w:t>“I have written a book on this.”</w:t>
      </w:r>
    </w:p>
    <w:p>
      <w:r>
        <w:rPr>
          <w:sz w:val="20"/>
        </w:rPr>
        <w:t>24:31  dekhiye, main ne ek kitab likhi hai is par, us ko aap parh sakte hain. Ek hi reason hai, bas aur koi reason nahi hai.</w:t>
      </w:r>
      <w:r>
        <w:br/>
      </w:r>
      <w:r>
        <w:rPr>
          <w:sz w:val="20"/>
        </w:rPr>
        <w:t>24:41  do reason nahi hain. Youth age ka phenomena yeh hai. Youth age jo hai, romantic age hota hai. Har aadmi, har aadmi ka youth age romantic age hota hai.</w:t>
      </w:r>
      <w:r>
        <w:br/>
      </w:r>
      <w:r>
        <w:rPr>
          <w:sz w:val="20"/>
        </w:rPr>
        <w:t>24:56  mera bhi youth age romantic age tha. Allah taala ne mujhe bachaya is se. Main bhi isi daldal mein phansa hua tha. Is age mein har larki samajhti hai ke main ek ideal husband mujhe chahiye.</w:t>
      </w:r>
      <w:r>
        <w:br/>
      </w:r>
      <w:r>
        <w:rPr>
          <w:sz w:val="20"/>
        </w:rPr>
        <w:t>25:09  har larka chahta hai ke mujhe ek ideal wife chahiye. Aur yeh jo novel hain, yeh jo cinema hain, yeh sab batate hain ke aisa exist kar raha hai.</w:t>
      </w:r>
      <w:r>
        <w:br/>
      </w:r>
      <w:r>
        <w:rPr>
          <w:sz w:val="20"/>
        </w:rPr>
        <w:t>25:18  aisa yeh jhoota, yani false, un ko knowledge dete hain. False, aisa na koi ideal husband hai, na koi ideal wife hai, na koi ideal larki hai, na koi ideal larka hai.</w:t>
      </w:r>
      <w:r>
        <w:br/>
      </w:r>
      <w:r>
        <w:rPr>
          <w:sz w:val="20"/>
        </w:rPr>
        <w:t>25:30  lekin novel parh kar ke, movie dekh kar ke, aur TV dekh kar ke logon ke zehn mein consciously, unconsciously aata hai ke koi aisa ho sakta hai, koi aisi larki, aisa larka.</w:t>
      </w:r>
      <w:r>
        <w:br/>
      </w:r>
      <w:r>
        <w:rPr>
          <w:sz w:val="20"/>
        </w:rPr>
        <w:t>25:43  to woh love, ab love effort kisi se hua un ko, to is mein se oh mil gaya mujhe. Love effort jab hota hai to is mein se haan mil gaya mujhe, woh ideal pair mil gaya, lekin woh ideal pair tha hi nahi.</w:t>
      </w:r>
      <w:r>
        <w:br/>
      </w:r>
      <w:r>
        <w:rPr>
          <w:sz w:val="20"/>
        </w:rPr>
        <w:t>25:54  woh to jab real life mein ate hain, jab to pata chalta hai, oh yeh to real, yeh to ideal, ideal pair hai hi nahi. Yeh to woh mere mind mein jo basa hua tha, woh to hai hi nahi.</w:t>
      </w:r>
      <w:r>
        <w:br/>
      </w:r>
      <w:r>
        <w:rPr>
          <w:sz w:val="20"/>
        </w:rPr>
        <w:t>26:05  yeh to sare log isi mein mubtala hain. One to all, one to all sab mubtala hain, is mein bhi koi exception nahi hai.</w:t>
      </w:r>
      <w:r>
        <w:br/>
      </w:r>
      <w:r>
        <w:rPr>
          <w:sz w:val="20"/>
        </w:rPr>
        <w:t>26:17  is simple baat ko daryaft nahi kar kar sake ke ideal cannot be achieved. Koi larka ideal nahi, koi larki ideal nahi.</w:t>
      </w:r>
      <w:r>
        <w:br/>
      </w:r>
      <w:r>
        <w:rPr>
          <w:sz w:val="20"/>
        </w:rPr>
        <w:t>26:28  to yeh to bas aik mirage ka hai. mirage to aik adjustment karne ke liye hoti hai. bas to yeh to pehle janna chahiye hamein ke difference honge.</w:t>
      </w:r>
      <w:r>
        <w:br/>
      </w:r>
      <w:r>
        <w:rPr>
          <w:sz w:val="20"/>
        </w:rPr>
        <w:t>26:39  pehle janna chahiye ke woh less than ideal hoga. yeh shadi se pehle janna chahiye aap ko. nahi, koi batane wala nahi. yeh bhi meri discovery hai. yeh bhi meri discovery hai.</w:t>
      </w:r>
      <w:r>
        <w:br/>
      </w:r>
      <w:r>
        <w:rPr>
          <w:sz w:val="20"/>
        </w:rPr>
        <w:t>26:49  mein bata paya, but answer bhi nahi jata tha is ko. mujhe bhi aik se ziyada shadiyan karalin aur starting lock metro mein bhi nahi jate they.</w:t>
      </w:r>
      <w:r>
        <w:br/>
      </w:r>
      <w:r>
        <w:rPr>
          <w:sz w:val="20"/>
        </w:rPr>
        <w:t>26:58  unhone bhi shadi karali aik se ziyada. to koi janta nahi tha ke ideal husband aur ideal ideal wife ka koi wajood hi nahi hai.</w:t>
      </w:r>
      <w:r>
        <w:br/>
      </w:r>
      <w:r>
        <w:rPr>
          <w:sz w:val="20"/>
        </w:rPr>
        <w:t>27:08  koi to log jo jeete hain romances mein, novelain parhte hain, movie dekhte hain, tv dekhte hain, to yeh unconsciousy unke mind mein baith jata hai ke aisa koi hai.</w:t>
      </w:r>
      <w:r>
        <w:br/>
      </w:r>
      <w:r>
        <w:rPr>
          <w:sz w:val="20"/>
        </w:rPr>
        <w:t>27:20  aur jab woh late hain apne ghar mein, pata chalta hai ke nahi, yeh to woh hai nahi. to pehle se agar pata ho unko pehle se ke jo milega, woh less than ideal hi hoga, to khoob achhe tarike se unka guzara ho jaye.</w:t>
      </w:r>
      <w:r>
        <w:br/>
      </w:r>
      <w:r>
        <w:rPr>
          <w:sz w:val="20"/>
        </w:rPr>
        <w:t>27:33  khoob achhe se guzara ho jaye.</w:t>
      </w:r>
      <w:r>
        <w:br/>
      </w:r>
      <w:r>
        <w:rPr>
          <w:sz w:val="20"/>
        </w:rPr>
        <w:t>27:39  yeh basic baat yahi hai.</w:t>
      </w:r>
    </w:p>
    <w:p>
      <w:pPr>
        <w:pStyle w:val="Heading2"/>
      </w:pPr>
      <w:r>
        <w:t>Da'wa mindset of love vs political hate</w:t>
      </w:r>
    </w:p>
    <w:p>
      <w:r>
        <w:rPr>
          <w:color w:val="666666"/>
          <w:sz w:val="18"/>
        </w:rPr>
        <w:t>The Importance of Ijtihad August 1, 2010 · 4m 43s · at 44:36 · https://youtu.be/3q98aQ-j2ks?t=2676</w:t>
      </w:r>
    </w:p>
    <w:p>
      <w:r>
        <w:rPr>
          <w:i/>
        </w:rPr>
        <w:t>“Isi se saara character banta hai. Dekhiye, daai agar sach much daai”</w:t>
      </w:r>
    </w:p>
    <w:p>
      <w:r>
        <w:rPr>
          <w:sz w:val="20"/>
        </w:rPr>
        <w:t>44:36  isi se sara character banta hai. dekhiye, daai agar sach much daai koi hoga to kabhi bhi insan se nafrat nahi kare ga.</w:t>
      </w:r>
      <w:r>
        <w:br/>
      </w:r>
      <w:r>
        <w:rPr>
          <w:sz w:val="20"/>
        </w:rPr>
        <w:t>44:47  kyun? jis tarah se ek ek businessman apne customer se nafrat nahi kar sakta, namumkin hai. is ka jo culture hai, woh customer friendly culture hai.</w:t>
      </w:r>
      <w:r>
        <w:br/>
      </w:r>
      <w:r>
        <w:rPr>
          <w:sz w:val="20"/>
        </w:rPr>
        <w:t>45:00  businessman ka culture hai customer friendly culture.</w:t>
      </w:r>
      <w:r>
        <w:br/>
      </w:r>
      <w:r>
        <w:rPr>
          <w:sz w:val="20"/>
        </w:rPr>
        <w:t>45:10  businessman ka culture hai customer friend</w:t>
      </w:r>
      <w:r>
        <w:br/>
      </w:r>
      <w:r>
        <w:rPr>
          <w:sz w:val="20"/>
        </w:rPr>
        <w:t>45:13  ly culture. aise hi daai ka culture hai madu friendly culture ya insan friendly culture.</w:t>
      </w:r>
      <w:r>
        <w:br/>
      </w:r>
      <w:r>
        <w:rPr>
          <w:sz w:val="20"/>
        </w:rPr>
        <w:t>45:22  daai ko doosron ke dil jeetna hai, daai ko doosre ke zehn badalna hai, daai doosron ke yaani soch ko badalna hai.</w:t>
      </w:r>
      <w:r>
        <w:br/>
      </w:r>
      <w:r>
        <w:rPr>
          <w:sz w:val="20"/>
        </w:rPr>
        <w:t>45:33  daai ko yeh tadap hai ke is ko mein jannat le jaon taake mujhe bhi jannat milay.</w:t>
      </w:r>
      <w:r>
        <w:br/>
      </w:r>
      <w:r>
        <w:rPr>
          <w:sz w:val="20"/>
        </w:rPr>
        <w:t>45:40  agar aap ne doosron ki jannat ke aap hareess nahi bane to aap ko apni jannat hi mujtaba hai.</w:t>
      </w:r>
      <w:r>
        <w:br/>
      </w:r>
      <w:r>
        <w:rPr>
          <w:sz w:val="20"/>
        </w:rPr>
        <w:t>45:48  to jab aadmi is tarah ki soch hogi us ki to nafrat ka koi is mein khana hi nahi.</w:t>
      </w:r>
      <w:r>
        <w:br/>
      </w:r>
      <w:r>
        <w:rPr>
          <w:sz w:val="20"/>
        </w:rPr>
        <w:t>45:57  wo to madu friendly banega, insaan friendly banega, doosre ki dua karega.</w:t>
      </w:r>
      <w:r>
        <w:br/>
      </w:r>
      <w:r>
        <w:rPr>
          <w:sz w:val="20"/>
        </w:rPr>
        <w:t>46:05  dekhen, makkah mein ek lady thi jinka naam tha hind, bohat dushman thi musalmanon ki, bohat dushman thi.</w:t>
      </w:r>
      <w:r>
        <w:br/>
      </w:r>
      <w:r>
        <w:rPr>
          <w:sz w:val="20"/>
        </w:rPr>
        <w:t>46:16  fateh makkah ke agle hi dinon musalman ho gayi.</w:t>
      </w:r>
      <w:r>
        <w:br/>
      </w:r>
      <w:r>
        <w:rPr>
          <w:sz w:val="20"/>
        </w:rPr>
        <w:t>46:21  to logon ne poocha ke aakhir kya tumhare andar baat aayi ke tum aaj islam qabool kar liya? wahan koi compreshion nahi tha, koi koi bhi nahi. to us ne kaha ke main ne ek ajeeb o ghareeb cheez dekhi,</w:t>
      </w:r>
      <w:r>
        <w:br/>
      </w:r>
      <w:r>
        <w:rPr>
          <w:sz w:val="20"/>
        </w:rPr>
        <w:t>46:34  yeh jo musalman aaye the madinah se, 10 tha, aa kar ke in ko yahan ghalba mil gaya. wo wahan ladaai nahi hui thi, unhon ne march kiya tha, unhon ne surrender kar diya tha.</w:t>
      </w:r>
      <w:r>
        <w:br/>
      </w:r>
      <w:r>
        <w:rPr>
          <w:sz w:val="20"/>
        </w:rPr>
        <w:t>46:49  to us ne bataya ke yeh log, main ne dekha ke raat bhar ka'aba ke andar duaen karte rahe, hamare liye duaen karte rahe, hamari hidayat ke liye ro ro kar ke ke khuda makkah walon ko hidayat de.</w:t>
      </w:r>
      <w:r>
        <w:br/>
      </w:r>
      <w:r>
        <w:rPr>
          <w:sz w:val="20"/>
        </w:rPr>
        <w:t>47:05  yaani jo fateh the, jinhon ne fateh kiya tha makkah ko, us zamane mein jo badshah log hote the, fateh karte the aur sharaben peete the, un ka haan raqs o saroood ke mehfilen hoti theen,</w:t>
      </w:r>
      <w:r>
        <w:br/>
      </w:r>
      <w:r>
        <w:rPr>
          <w:sz w:val="20"/>
        </w:rPr>
        <w:t>47:25  fakhar ki baaten karte the.</w:t>
      </w:r>
      <w:r>
        <w:br/>
      </w:r>
      <w:r>
        <w:rPr>
          <w:sz w:val="20"/>
        </w:rPr>
        <w:t>47:27  to us ne kaha ke hum ne dekha ke yeh jo log aaye the madinah se, jinhon ne jahan jo makkah fateh kiya, unhon ne to unhon ne yahan kuch bhi nahi kiya.</w:t>
      </w:r>
      <w:r>
        <w:br/>
      </w:r>
      <w:r>
        <w:rPr>
          <w:sz w:val="20"/>
        </w:rPr>
        <w:t>47:41  yeh raat bhar ka'aba mein namazen parh ke dua karte rahe ke khuda ya makkah walon ko hidayat de.</w:t>
      </w:r>
      <w:r>
        <w:br/>
      </w:r>
      <w:r>
        <w:rPr>
          <w:sz w:val="20"/>
        </w:rPr>
        <w:t>47:50  is cheez ne mere dil ko pighla diya.</w:t>
      </w:r>
      <w:r>
        <w:br/>
      </w:r>
      <w:r>
        <w:rPr>
          <w:sz w:val="20"/>
        </w:rPr>
        <w:t>47:55  us ko hind jigar khwaar kehte hain.</w:t>
      </w:r>
      <w:r>
        <w:br/>
      </w:r>
      <w:r>
        <w:rPr>
          <w:sz w:val="20"/>
        </w:rPr>
        <w:t>48:00  yeh hai da'i ka dil.</w:t>
      </w:r>
      <w:r>
        <w:br/>
      </w:r>
      <w:r>
        <w:rPr>
          <w:sz w:val="20"/>
        </w:rPr>
        <w:t>48:07  yeh hai da'i ka dil. la ilaha illallah ka baakh nafsak allah kaun momineen rasool allah ke bare mein farmaaya gaya ke tum aisa lagta hai ke tum un ki dardmandi mein, un ki fikr mein apne aap hi ko halak kar dalo ge ke wo sachai par aa jayen.</w:t>
      </w:r>
      <w:r>
        <w:br/>
      </w:r>
      <w:r>
        <w:rPr>
          <w:sz w:val="20"/>
        </w:rPr>
        <w:t>48:23  wo</w:t>
      </w:r>
      <w:r>
        <w:br/>
      </w:r>
      <w:r>
        <w:rPr>
          <w:sz w:val="20"/>
        </w:rPr>
        <w:t>48:28  to islam ka jo character tha, wo tha da'wa based, aur da'wat ka matlab kya tha? ke insaanon se mohabbat, koi rivalry nahi, insaan se koi dushmani nahi.</w:t>
      </w:r>
      <w:r>
        <w:br/>
      </w:r>
      <w:r>
        <w:rPr>
          <w:sz w:val="20"/>
        </w:rPr>
        <w:t>48:41  islam se Hazrat Masih ka jo qaul hai ke "love your enemy", wo kya hai? wo da'i ki zuban hai. wo</w:t>
      </w:r>
      <w:r>
        <w:br/>
      </w:r>
      <w:r>
        <w:rPr>
          <w:sz w:val="20"/>
        </w:rPr>
        <w:t>48:51  da'i sab se mohabbat karta hai, hatta ke dushman se bhi.</w:t>
      </w:r>
      <w:r>
        <w:br/>
      </w:r>
      <w:r>
        <w:rPr>
          <w:sz w:val="20"/>
        </w:rPr>
        <w:t>48:57  jo da'i hota hai, da'i us ke dil mein nafrat koi khana nahi hota. har ek se mohabbat karta hai, jaise businessman har ek se mohabbat karta hai.</w:t>
      </w:r>
      <w:r>
        <w:br/>
      </w:r>
      <w:r>
        <w:rPr>
          <w:sz w:val="20"/>
        </w:rPr>
        <w:t>49:09  kyun? har ek se us ko business apna chalana hai. yeh maamla da'i ka hota hai.</w:t>
      </w:r>
    </w:p>
    <w:p>
      <w:pPr>
        <w:pStyle w:val="Heading2"/>
      </w:pPr>
      <w:r>
        <w:t>Need for absolute ijtihad to reopen door</w:t>
      </w:r>
    </w:p>
    <w:p>
      <w:r>
        <w:rPr>
          <w:color w:val="666666"/>
          <w:sz w:val="18"/>
        </w:rPr>
        <w:t>The Importance of Ijtihad August 1, 2010 · 5m 49s · at 36:00 · https://youtu.be/3q98aQ-j2ks?t=2160</w:t>
      </w:r>
    </w:p>
    <w:p>
      <w:r>
        <w:rPr>
          <w:i/>
        </w:rPr>
        <w:t>“To yeh hai ijtihad ka kaam”</w:t>
      </w:r>
    </w:p>
    <w:p>
      <w:r>
        <w:rPr>
          <w:sz w:val="20"/>
        </w:rPr>
        <w:t>36:00  to yeh hai ijtihad ka kaam, yani mujtahid ko yahan yeh kaam karna tha ke woh jo us ko kiya kare, woh detach kare history ko ideology se.</w:t>
      </w:r>
      <w:r>
        <w:br/>
      </w:r>
      <w:r>
        <w:rPr>
          <w:sz w:val="20"/>
        </w:rPr>
        <w:t>36:13  yeh karna tha kaam,</w:t>
      </w:r>
      <w:r>
        <w:br/>
      </w:r>
      <w:r>
        <w:rPr>
          <w:sz w:val="20"/>
        </w:rPr>
        <w:t>36:18  history ko alag kar ke bataye aur ideology ko alag kar ke bataye.</w:t>
      </w:r>
      <w:r>
        <w:br/>
      </w:r>
      <w:r>
        <w:rPr>
          <w:sz w:val="20"/>
        </w:rPr>
        <w:t>36:26  yeh tha ijtihad ka kaam ke history reality hoti hai, ideology real hoti hai. yeh batana</w:t>
      </w:r>
      <w:r>
        <w:br/>
      </w:r>
      <w:r>
        <w:rPr>
          <w:sz w:val="20"/>
        </w:rPr>
        <w:t>36:38  yehi kaam nahi hua,</w:t>
      </w:r>
      <w:r>
        <w:br/>
      </w:r>
      <w:r>
        <w:rPr>
          <w:sz w:val="20"/>
        </w:rPr>
        <w:t>36:44  yani jo jis history pe hum jee rahe hain, jis history se hum islam apna islam derive kar rahe hain, jis history se sari kitabein bhari hui hain, bhari hui hain, bhari hui hain, aur jis ke background mein hum bolte hain, stageon par aa kar ke, woh sab islam ka real part nahi hai, woh real relative part hai.</w:t>
      </w:r>
      <w:r>
        <w:br/>
      </w:r>
      <w:r>
        <w:rPr>
          <w:sz w:val="20"/>
        </w:rPr>
        <w:t>37:02  woh</w:t>
      </w:r>
      <w:r>
        <w:br/>
      </w:r>
      <w:r>
        <w:rPr>
          <w:sz w:val="20"/>
        </w:rPr>
        <w:t>37:09  lekin is ke liye ijtihad kulli darkar tha,</w:t>
      </w:r>
      <w:r>
        <w:br/>
      </w:r>
      <w:r>
        <w:rPr>
          <w:sz w:val="20"/>
        </w:rPr>
        <w:t>37:13  jis ko yeh log kehte hain hamara is ka ijtihad mutlaq. to muqayyad ijtihad jaiz tha aur mutlaq ijtihad jaiz hi nahi tha.</w:t>
      </w:r>
      <w:r>
        <w:br/>
      </w:r>
      <w:r>
        <w:rPr>
          <w:sz w:val="20"/>
        </w:rPr>
        <w:t>37:24  to yahan kaun dakhil hota? kaun is ki koshish karta? halanke yeh bohat bari bhool hai, bohat hi bari bhool hai.</w:t>
      </w:r>
      <w:r>
        <w:br/>
      </w:r>
      <w:r>
        <w:rPr>
          <w:sz w:val="20"/>
        </w:rPr>
        <w:t>37:33  dekhiye, bukhari mein ek riwayat hai ijtihad ke bare mein.</w:t>
      </w:r>
      <w:r>
        <w:br/>
      </w:r>
      <w:r>
        <w:rPr>
          <w:sz w:val="20"/>
        </w:rPr>
        <w:t>37:40  bukhari mein riwayat hai ke ek shakhs jab ijtihad karta hai</w:t>
      </w:r>
      <w:r>
        <w:br/>
      </w:r>
      <w:r>
        <w:rPr>
          <w:sz w:val="20"/>
        </w:rPr>
        <w:t>37:48  to woh ijtihad is ka khata galat bhi ho sakta hai, sahi ho sakta hai. Yani sahi ijtihad bhi hoga is ka aur galat ijtihad bhi hoga, dono imkan hain.</w:t>
      </w:r>
      <w:r>
        <w:br/>
      </w:r>
      <w:r>
        <w:rPr>
          <w:sz w:val="20"/>
        </w:rPr>
        <w:t>37:59  yani khata ka bhi aur sawab ka bhi. Almushtahid ikhtalaf waise</w:t>
      </w:r>
      <w:r>
        <w:br/>
      </w:r>
      <w:r>
        <w:rPr>
          <w:sz w:val="20"/>
        </w:rPr>
        <w:t>38:05  to hadith mein aata hai ke agar is ne ijtihad kiya aur is ka is ka sahi tha to is ko double sawab mile ga. Aur agar is ne ijtihad kiya aur ijtihad mein ghalati kar gaya woh to is ko ek sawab mile ga.</w:t>
      </w:r>
      <w:r>
        <w:br/>
      </w:r>
      <w:r>
        <w:rPr>
          <w:sz w:val="20"/>
        </w:rPr>
        <w:t>38:21  is ka matlab kya hai? Yeh usloob Rasool Allah ne kyun ikhtiyar kiya? Is par ghor kijiye</w:t>
      </w:r>
      <w:r>
        <w:br/>
      </w:r>
      <w:r>
        <w:rPr>
          <w:sz w:val="20"/>
        </w:rPr>
        <w:t>38:27  ke Rasool Allah ne aisa kyun kaha ke tum ijtihad karne mein agar ghalati kar jao to tum ko ek sawab mile ga aur sahi ijtihad tumhara double sawab mile ga?</w:t>
      </w:r>
      <w:r>
        <w:br/>
      </w:r>
      <w:r>
        <w:rPr>
          <w:sz w:val="20"/>
        </w:rPr>
        <w:t>38:40  aisa kyun farmaya?</w:t>
      </w:r>
      <w:r>
        <w:br/>
      </w:r>
      <w:r>
        <w:rPr>
          <w:sz w:val="20"/>
        </w:rPr>
        <w:t>38:44  aap is ka matlab yeh hai ke you have to exercise ijtihad at any cost.</w:t>
      </w:r>
      <w:r>
        <w:br/>
      </w:r>
      <w:r>
        <w:rPr>
          <w:sz w:val="20"/>
        </w:rPr>
        <w:t>38:54  kitni ahem baat hai yeh!</w:t>
      </w:r>
      <w:r>
        <w:br/>
      </w:r>
      <w:r>
        <w:rPr>
          <w:sz w:val="20"/>
        </w:rPr>
        <w:t>39:00  yani exercise ijtihad even at the risk of wrong ijtihad.</w:t>
      </w:r>
      <w:r>
        <w:br/>
      </w:r>
      <w:r>
        <w:rPr>
          <w:sz w:val="20"/>
        </w:rPr>
        <w:t>39:08  galat ijtihad ka khatra ho tab bhi ijtihad karo. Wahan woh hamare ab scholar logon ne kiya kar kiya ke chunke ijtihad mutlaq ki salahiyat ab logon mein nahi hai, ijtihad ghalati kar jayenge to ijtihad darwaza band.</w:t>
      </w:r>
      <w:r>
        <w:br/>
      </w:r>
      <w:r>
        <w:rPr>
          <w:sz w:val="20"/>
        </w:rPr>
        <w:t>39:22  phir ulta kar liya unhon ne. Sare scholar jitne hain woh kehte hain ke ab sirf muqaiyad ijtihad jaiz hai.</w:t>
      </w:r>
      <w:r>
        <w:br/>
      </w:r>
      <w:r>
        <w:rPr>
          <w:sz w:val="20"/>
        </w:rPr>
        <w:t>39:31  yani fuqaha jo guzar chuke hain, bare bare jin ko yeh log kehte hain ke mujtahid mutlaq, halanke mein in ko mujtahid mutlaq nahi manta. Woh mujtahid juziyat the.</w:t>
      </w:r>
      <w:r>
        <w:br/>
      </w:r>
      <w:r>
        <w:rPr>
          <w:sz w:val="20"/>
        </w:rPr>
        <w:t>39:40  woh yeh jo jin ko mana jata hai mujtahid mutlaq, un mein se koi bhi mujtahid mutlaq nahi tha. Woh sab mujtahid juziyat the.</w:t>
      </w:r>
      <w:r>
        <w:br/>
      </w:r>
      <w:r>
        <w:rPr>
          <w:sz w:val="20"/>
        </w:rPr>
        <w:t>39:51  lekin ab in ke baad darwaza band hai.</w:t>
      </w:r>
      <w:r>
        <w:br/>
      </w:r>
      <w:r>
        <w:rPr>
          <w:sz w:val="20"/>
        </w:rPr>
        <w:t>39:53  agar ijtihad karna ho to muqaiyad ijtihad kar sakte ho. Yani woh dhoond kar nikalo ke unhon ne bichu ke jang marne mein kaha tha ke roza nahi tuta.</w:t>
      </w:r>
      <w:r>
        <w:br/>
      </w:r>
      <w:r>
        <w:rPr>
          <w:sz w:val="20"/>
        </w:rPr>
        <w:t>40:04  tab tum ko yeh kehne ka haq hoga ke injection se roza nahi tutata. Yeh hai muqaiyad ijtihad. Ab mutlaq ijtihad ke to bilkul darwaza hi band hai.</w:t>
      </w:r>
      <w:r>
        <w:br/>
      </w:r>
      <w:r>
        <w:rPr>
          <w:sz w:val="20"/>
        </w:rPr>
        <w:t>40:17  ab bataiye ke hadith mein jab yeh likha hua hai ke ijtihad ka process jari rahe ga ummat mein aur agar yeh risk ho ke ghalati kar jayega aadmi, tab bhi nahi band hoga darwaza.</w:t>
      </w:r>
      <w:r>
        <w:br/>
      </w:r>
      <w:r>
        <w:rPr>
          <w:sz w:val="20"/>
        </w:rPr>
        <w:t>40:30  to kitna kitna bara jisarat kiya hai logon ne jinhon ne darwaza band kar diya. Aap ghor kijiye, is ka matlab kya ho sakta hai?</w:t>
      </w:r>
      <w:r>
        <w:br/>
      </w:r>
      <w:r>
        <w:rPr>
          <w:sz w:val="20"/>
        </w:rPr>
        <w:t>40:41  Rasool Allah ke is qaul ka matlab kya ho sakta hai</w:t>
      </w:r>
      <w:r>
        <w:br/>
      </w:r>
      <w:r>
        <w:rPr>
          <w:sz w:val="20"/>
        </w:rPr>
        <w:t>40:44  ke agar tum ijtihad karne mein ghalati kar jao, tab bhi tum ko ek sawab mile ga? Is ka mani ek, is ka mani yahi to hui na? Exercise ijtihad even at the risk of wrong ijtihad.</w:t>
      </w:r>
      <w:r>
        <w:br/>
      </w:r>
      <w:r>
        <w:rPr>
          <w:sz w:val="20"/>
        </w:rPr>
        <w:t>40:58  yani itni bari revolutionary taleem thi. Rasool Allah ne itna encourage kiya tha ijtihad par, isi liye ke Islam kabhi blind ali la ke phans na jaye.</w:t>
      </w:r>
      <w:r>
        <w:br/>
      </w:r>
      <w:r>
        <w:rPr>
          <w:sz w:val="20"/>
        </w:rPr>
        <w:t>41:11  yeh jo Rasool Allah ne itna encourage kiya tha, isi liye kiya tha ke aisa na ho ke musalman blind ali ja ke phans ke reh jaye.</w:t>
      </w:r>
      <w:r>
        <w:br/>
      </w:r>
      <w:r>
        <w:rPr>
          <w:sz w:val="20"/>
        </w:rPr>
        <w:t>41:21  aur wohi phans ke reh gaye. Yani aap ghor kijiye, kis ko yeh right hai ijtihad darwaza band karne ka? Jab hadith mein aisa maujood hai to kis ko right hai?</w:t>
      </w:r>
      <w:r>
        <w:br/>
      </w:r>
      <w:r>
        <w:rPr>
          <w:sz w:val="20"/>
        </w:rPr>
        <w:t>41:33  yeh yeh self style right se logon ne aisa keh keh dala.</w:t>
      </w:r>
      <w:r>
        <w:br/>
      </w:r>
      <w:r>
        <w:rPr>
          <w:sz w:val="20"/>
        </w:rPr>
        <w:t>41:39  saare log yeh mante hain, saare scholar jitne hain muslim ulma ke ijtehad e mutlaq ka darwaza band hai, sirf ijtehad e muqayyad jo hai woh khula hua hai.</w:t>
      </w:r>
    </w:p>
    <w:p>
      <w:pPr>
        <w:pStyle w:val="Heading2"/>
      </w:pPr>
      <w:r>
        <w:t>Hadith and story of Umar's visitor</w:t>
      </w:r>
    </w:p>
    <w:p>
      <w:r>
        <w:rPr>
          <w:color w:val="666666"/>
          <w:sz w:val="18"/>
        </w:rPr>
        <w:t>When God's Name is Invoked December 21, 2019 - Interaction with Maulana Wahiduddin Khan, · 4m 56s · at 0:15 · https://youtu.be/jgNjICoo-Cw?t=15</w:t>
      </w:r>
    </w:p>
    <w:p>
      <w:r>
        <w:rPr>
          <w:i/>
        </w:rPr>
        <w:t>“Maulana ek hadith riwayat ki gayi hai.”</w:t>
      </w:r>
    </w:p>
    <w:p>
      <w:r>
        <w:rPr>
          <w:sz w:val="20"/>
        </w:rPr>
        <w:t>0:15  maulana ek hadith abu huraira aur anas bin malik se riwayat ki gayi hai, is ko mukhtalif muhaddiseen ne riwayat kiya, misaal ke taur par bazzar ne riwayat kiya hai aur doosre logon ne.</w:t>
      </w:r>
      <w:r>
        <w:br/>
      </w:r>
      <w:r>
        <w:rPr>
          <w:sz w:val="20"/>
        </w:rPr>
        <w:t>0:32  is ke alfaaz hain: "jab tum logon ko Allah ka wasta diya jaye to ruk jao" jab tum logon ko Allah ka wasta diya jaye to ruk jao.</w:t>
      </w:r>
      <w:r>
        <w:br/>
      </w:r>
      <w:r>
        <w:rPr>
          <w:sz w:val="20"/>
        </w:rPr>
        <w:t>0:42  is ka matlab kya hai?</w:t>
      </w:r>
      <w:r>
        <w:br/>
      </w:r>
      <w:r>
        <w:rPr>
          <w:sz w:val="20"/>
        </w:rPr>
        <w:t>0:52  dekhen, jahan tak main samajhta hoon, is hadith ko hum ek aur waqe se samajh sakte hain.</w:t>
      </w:r>
      <w:r>
        <w:br/>
      </w:r>
      <w:r>
        <w:rPr>
          <w:sz w:val="20"/>
        </w:rPr>
        <w:t>1:03  ek waqia aata hai ke jab hazrat umar, hazrat umar jab khaleefa thay to ek aadmi un ke ghar par un se milne ke liye aaya.</w:t>
      </w:r>
      <w:r>
        <w:br/>
      </w:r>
      <w:r>
        <w:rPr>
          <w:sz w:val="20"/>
        </w:rPr>
        <w:t>1:28  to us waqt hazrat umar so rahe thay, yeh bataya gaya un ko.</w:t>
      </w:r>
      <w:r>
        <w:br/>
      </w:r>
      <w:r>
        <w:rPr>
          <w:sz w:val="20"/>
        </w:rPr>
        <w:t>1:39  to jo darwaze par baitha hua tha, un ka khadim us ke paas baat woh baith gaye aur baatein hone lagin.</w:t>
      </w:r>
      <w:r>
        <w:br/>
      </w:r>
      <w:r>
        <w:rPr>
          <w:sz w:val="20"/>
        </w:rPr>
        <w:t>1:55  to</w:t>
      </w:r>
      <w:r>
        <w:br/>
      </w:r>
      <w:r>
        <w:rPr>
          <w:sz w:val="20"/>
        </w:rPr>
        <w:t>1:59  aane wala shakhs us ne poocha khadim se ke umar ke baray mein tumhari kya rai hai?</w:t>
      </w:r>
      <w:r>
        <w:br/>
      </w:r>
      <w:r>
        <w:rPr>
          <w:sz w:val="20"/>
        </w:rPr>
        <w:t>2:13  yani khaleefa ke baray mein tumhari kya rai hai?</w:t>
      </w:r>
      <w:r>
        <w:br/>
      </w:r>
      <w:r>
        <w:rPr>
          <w:sz w:val="20"/>
        </w:rPr>
        <w:t>2:20  to us aadmi ne kaha ke umar bohat achay aadmi hain, lekin jab un ko ghussa aata hai</w:t>
      </w:r>
      <w:r>
        <w:br/>
      </w:r>
      <w:r>
        <w:rPr>
          <w:sz w:val="20"/>
        </w:rPr>
        <w:t>2:33  to woh</w:t>
      </w:r>
      <w:r>
        <w:br/>
      </w:r>
      <w:r>
        <w:rPr>
          <w:sz w:val="20"/>
        </w:rPr>
        <w:t>2:39  bohat ziyada aapas mein aa jatay hain.</w:t>
      </w:r>
      <w:r>
        <w:br/>
      </w:r>
      <w:r>
        <w:rPr>
          <w:sz w:val="20"/>
        </w:rPr>
        <w:t>2:48  to aane walay ne kaha jo ke yaqeenan ho sakta hai ke sahabi hon woh</w:t>
      </w:r>
      <w:r>
        <w:br/>
      </w:r>
      <w:r>
        <w:rPr>
          <w:sz w:val="20"/>
        </w:rPr>
        <w:t>2:57  ke main umar ko janta hoon,</w:t>
      </w:r>
      <w:r>
        <w:br/>
      </w:r>
      <w:r>
        <w:rPr>
          <w:sz w:val="20"/>
        </w:rPr>
        <w:t>3:05  un ke ghusay ke waqt un ko chup karanay ka behtareen tareeqa yeh hai</w:t>
      </w:r>
      <w:r>
        <w:br/>
      </w:r>
      <w:r>
        <w:rPr>
          <w:sz w:val="20"/>
        </w:rPr>
        <w:t>3:14  ke tum koi ayat parh do.</w:t>
      </w:r>
      <w:r>
        <w:br/>
      </w:r>
      <w:r>
        <w:rPr>
          <w:sz w:val="20"/>
        </w:rPr>
        <w:t>3:20  is se maloom hota hai ke jo hadees parhi gayi hai, is ka matlab yeh nahi hai ghaliban ke jab chup karaya jaye,</w:t>
      </w:r>
      <w:r>
        <w:br/>
      </w:r>
      <w:r>
        <w:rPr>
          <w:sz w:val="20"/>
        </w:rPr>
        <w:t>3:35  chup karanay ka matlab nahi hai, balkay yeh hai ke koi ayat parh di jaye, koi Allah ki</w:t>
      </w:r>
      <w:r>
        <w:br/>
      </w:r>
      <w:r>
        <w:rPr>
          <w:sz w:val="20"/>
        </w:rPr>
        <w:t>3:49  quran ki koi ayat parh di jaye</w:t>
      </w:r>
      <w:r>
        <w:br/>
      </w:r>
      <w:r>
        <w:rPr>
          <w:sz w:val="20"/>
        </w:rPr>
        <w:t>3:55  to woh aadmi chup ho jayega. yeh matlab hai ghaliban is ka.</w:t>
      </w:r>
      <w:r>
        <w:br/>
      </w:r>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r>
        <w:br/>
      </w:r>
      <w:r>
        <w:rPr>
          <w:sz w:val="20"/>
        </w:rPr>
        <w:t>5:04  yeh matlab hai is ka.</w:t>
      </w:r>
    </w:p>
    <w:p>
      <w:pPr>
        <w:pStyle w:val="Heading2"/>
      </w:pPr>
      <w:r>
        <w:t>Hadith: the heart, meaning the mind, is the root</w:t>
      </w:r>
    </w:p>
    <w:p>
      <w:r>
        <w:rPr>
          <w:color w:val="666666"/>
          <w:sz w:val="18"/>
        </w:rPr>
        <w:t>Human Values · 1m 22s · at 13:20 · https://youtu.be/Art0kheDD40?t=800</w:t>
      </w:r>
    </w:p>
    <w:p>
      <w:r>
        <w:rPr>
          <w:i/>
        </w:rPr>
        <w:t>“Aadmi ke body mein ek tukda hai, agar wo theek ho jaye”</w:t>
      </w:r>
    </w:p>
    <w:p>
      <w:r>
        <w:rPr>
          <w:sz w:val="20"/>
        </w:rPr>
        <w:t>13:20  ke aadmi ke body mein aik aik tukra hai, woh theek ho jaye to sab theek hai, woh theek na ho to sab bigar jaye ga, aur woh hai dil.</w:t>
      </w:r>
      <w:r>
        <w:br/>
      </w:r>
      <w:r>
        <w:rPr>
          <w:sz w:val="20"/>
        </w:rPr>
        <w:t>13:33  to dil ka matlab hai, mein us ko mind ke maenay mein leta hoon. yeh aik dictionary expression hai ke dil ka lafz bolte hain, matlab hota hai mind.</w:t>
      </w:r>
      <w:r>
        <w:br/>
      </w:r>
      <w:r>
        <w:rPr>
          <w:sz w:val="20"/>
        </w:rPr>
        <w:t>13:45  to is ka matlab hai ke islam ne jo bataya hai mujhe hai ke aap parhen ge quran ko, hadith ko to aap dekhen ge wahan par honest ko bohat zor diya gaya hai, sachai par bohat ziyada perfect kiya gaya hai,</w:t>
      </w:r>
      <w:r>
        <w:br/>
      </w:r>
      <w:r>
        <w:rPr>
          <w:sz w:val="20"/>
        </w:rPr>
        <w:t>13:58  peace ko bohat ziyada kaha gaya hai, intolerance ko bohat ziyada zor diya gaya hai, yeh sari cheezain hain. mohabbat, sachai, honest, justice, sab.</w:t>
      </w:r>
      <w:r>
        <w:br/>
      </w:r>
      <w:r>
        <w:rPr>
          <w:sz w:val="20"/>
        </w:rPr>
        <w:t>14:10  lekin aap ne kaha ke jarr jo hai woh yahan par hai. jarr jo hai woh mind mein hai. agar tum mind ko badal pao ge tab sab cheezain badlen gi.</w:t>
      </w:r>
      <w:r>
        <w:br/>
      </w:r>
      <w:r>
        <w:rPr>
          <w:sz w:val="20"/>
        </w:rPr>
        <w:t>14:21  mind ko nahi badal pao ge to cheezain nahi badlen gi. yeh hai mein ne apni study mein jo mein ne paya hai woh yeh paya hai. to mein aik martaba yahan par delhi mein aik jagah aik meri speech thi to mein ne kaha mujh se woh unhon ne kaha ke aap aik aik book tayyar kijiye modern values par.</w:t>
      </w:r>
    </w:p>
    <w:p>
      <w:pPr>
        <w:pStyle w:val="Heading2"/>
      </w:pPr>
      <w:r>
        <w:t>Weak community overcomes through patience</w:t>
      </w:r>
    </w:p>
    <w:p>
      <w:r>
        <w:rPr>
          <w:color w:val="666666"/>
          <w:sz w:val="18"/>
        </w:rPr>
        <w:t>Patience and Creative Thinking April 20, 2020 Maulana Wahiduddin Khan · 1m 08s · at 2:53 · https://youtu.be/zhpSQwyj_6Q?t=173</w:t>
      </w:r>
    </w:p>
    <w:p>
      <w:r>
        <w:rPr>
          <w:i/>
        </w:rPr>
        <w:t>“Agar kamzor community sabr se kaam le”</w:t>
      </w:r>
    </w:p>
    <w:p>
      <w:r>
        <w:rPr>
          <w:sz w:val="20"/>
        </w:rPr>
        <w:t>2:53  sabr se kaam le, sabr, patience, patience, to woh patience ki taqat se</w:t>
      </w:r>
      <w:r>
        <w:br/>
      </w:r>
      <w:r>
        <w:rPr>
          <w:sz w:val="20"/>
        </w:rPr>
        <w:t>3:06  ghaalib aa jati hai.</w:t>
      </w:r>
      <w:r>
        <w:br/>
      </w:r>
      <w:r>
        <w:rPr>
          <w:sz w:val="20"/>
        </w:rPr>
        <w:t>3:11  to is par jo research hui hai,</w:t>
      </w:r>
      <w:r>
        <w:br/>
      </w:r>
      <w:r>
        <w:rPr>
          <w:sz w:val="20"/>
        </w:rPr>
        <w:t>3:16  is mein bataya gaya hai</w:t>
      </w:r>
      <w:r>
        <w:br/>
      </w:r>
      <w:r>
        <w:rPr>
          <w:sz w:val="20"/>
        </w:rPr>
        <w:t>3:22  ke patience,</w:t>
      </w:r>
      <w:r>
        <w:br/>
      </w:r>
      <w:r>
        <w:rPr>
          <w:sz w:val="20"/>
        </w:rPr>
        <w:t>3:28  jo community patience par qaim rehti hai,</w:t>
      </w:r>
      <w:r>
        <w:br/>
      </w:r>
      <w:r>
        <w:rPr>
          <w:sz w:val="20"/>
        </w:rPr>
        <w:t>3:38  to is ke andar</w:t>
      </w:r>
      <w:r>
        <w:br/>
      </w:r>
      <w:r>
        <w:rPr>
          <w:sz w:val="20"/>
        </w:rPr>
        <w:t>3:42  creativity barhti hai.</w:t>
      </w:r>
      <w:r>
        <w:br/>
      </w:r>
      <w:r>
        <w:rPr>
          <w:sz w:val="20"/>
        </w:rPr>
        <w:t>3:46  yani taqatwar community, taqatwar ka matlab adad ziyada ho, ziyada adad wali community</w:t>
      </w:r>
    </w:p>
    <w:p>
      <w:pPr>
        <w:pStyle w:val="Heading2"/>
      </w:pPr>
      <w:r>
        <w:t>Patience is bravery, cowardice breeds hypocrisy</w:t>
      </w:r>
    </w:p>
    <w:p>
      <w:r>
        <w:rPr>
          <w:color w:val="666666"/>
          <w:sz w:val="18"/>
        </w:rPr>
        <w:t>CPS Women Article Discussion 17 February 5, 2023 · 42s · at 1:32 · https://youtu.be/YwT3btklNZk?t=92</w:t>
      </w:r>
    </w:p>
    <w:p>
      <w:r>
        <w:rPr>
          <w:i/>
        </w:rPr>
        <w:t>“सब्र बहादुरी है और बेसबरी बुज़दिली”</w:t>
      </w:r>
    </w:p>
    <w:p>
      <w:r>
        <w:rPr>
          <w:sz w:val="20"/>
        </w:rPr>
        <w:t>1:32  to doctor safeena? assa ramesh ko. bismillah hai rahman e rahim sabr bahaduri hai. sabr bahaduri hai aur besabri buzdiili.</w:t>
      </w:r>
      <w:r>
        <w:br/>
      </w:r>
      <w:r>
        <w:rPr>
          <w:sz w:val="20"/>
        </w:rPr>
        <w:t>1:45  jo log sabr karne par tayyar na hon, unhein aakhirkaar busdil bankar is duniya mein rehna padega aur busdili ka doosra naam munaafarat hai jisne zyada, jisse zyada buri akhlaqi sefat aur koi nahi. maujooda duniya mein khud fitre nizaam ke tehat baar baar aisa hota hai ki ek insaan ko doosre insaan se shikayat paida hoti hai.</w:t>
      </w:r>
      <w:r>
        <w:br/>
      </w:r>
      <w:r>
        <w:rPr>
          <w:sz w:val="20"/>
        </w:rPr>
        <w:t>2:14  ek insaan ko doosre insaan se koi zehni ya jismani takleef pahunchti hai. yeh ek laazmi soorathal hai. yeh maamla insani zindagi ke aakhaaz mein haabil aur kaabil ke takraav ki soorat mein paida hua.</w:t>
      </w:r>
    </w:p>
    <w:p>
      <w:pPr>
        <w:pStyle w:val="Heading2"/>
      </w:pPr>
      <w:r>
        <w:t>Why humans take civilizational progress for granted despite God's hidden hand</w:t>
      </w:r>
    </w:p>
    <w:p>
      <w:r>
        <w:rPr>
          <w:color w:val="666666"/>
          <w:sz w:val="18"/>
        </w:rPr>
        <w:t>Importance of Shukr (Thankfulness) July 24, 2022 · 4m 34s · at 20:53 · https://youtu.be/MgWNIv0k1sk?t=1253</w:t>
      </w:r>
    </w:p>
    <w:p>
      <w:r>
        <w:rPr>
          <w:i/>
        </w:rPr>
        <w:t>“Hum agar human civilization ko dekhein, stone age se industrial age tak”</w:t>
      </w:r>
    </w:p>
    <w:p>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r>
        <w:br/>
      </w:r>
      <w:r>
        <w:rPr>
          <w:sz w:val="20"/>
        </w:rPr>
        <w:t>25:18  ji, aap ka agla sawal poochne se pehle kuch comment parhna chahunga. yeh comment bheja hai dilli se doctor saniya hasnain khan sahib ne.</w:t>
      </w:r>
    </w:p>
    <w:p>
      <w:pPr>
        <w:pStyle w:val="Heading2"/>
      </w:pPr>
      <w:r>
        <w:t>Qur'an emphasizes spirit over form</w:t>
      </w:r>
    </w:p>
    <w:p>
      <w:r>
        <w:rPr>
          <w:color w:val="666666"/>
          <w:sz w:val="18"/>
        </w:rPr>
        <w:t>Art of War and Islam · 4m 54s · at 28:46 · https://youtu.be/LvYP_pf17S0?t=1726</w:t>
      </w:r>
    </w:p>
    <w:p>
      <w:r>
        <w:rPr>
          <w:i/>
        </w:rPr>
        <w:t>“I have read the Qur'an; it gives only basics”</w:t>
      </w:r>
    </w:p>
    <w:p>
      <w:r>
        <w:rPr>
          <w:sz w:val="20"/>
        </w:rPr>
        <w:t>28:46  I don't I have read Islam, I have read the Qur'an. I don't find that the Qur'an gives details of all these things.</w:t>
      </w:r>
      <w:r>
        <w:br/>
      </w:r>
      <w:r>
        <w:rPr>
          <w:sz w:val="20"/>
        </w:rPr>
        <w:t>28:59  The Qur'an is</w:t>
      </w:r>
      <w:r>
        <w:br/>
      </w:r>
      <w:r>
        <w:rPr>
          <w:sz w:val="20"/>
        </w:rPr>
        <w:t>29:06  relatively a small book. The Qur'an gives us only the basics, only the basics, not the details.</w:t>
      </w:r>
      <w:r>
        <w:br/>
      </w:r>
      <w:r>
        <w:rPr>
          <w:sz w:val="20"/>
        </w:rPr>
        <w:t>29:21  Why? Because your incentive is if there is incentive, then that is enough. I think that incentive is more important than the manuals or principles or laws.</w:t>
      </w:r>
      <w:r>
        <w:br/>
      </w:r>
      <w:r>
        <w:rPr>
          <w:sz w:val="20"/>
        </w:rPr>
        <w:t>29:42  Incentive or motivation is more enough</w:t>
      </w:r>
      <w:r>
        <w:br/>
      </w:r>
      <w:r>
        <w:rPr>
          <w:sz w:val="20"/>
        </w:rPr>
        <w:t>29:47  . Incentive or motivation are more important than the manuals, than the principles, than the laws.</w:t>
      </w:r>
      <w:r>
        <w:br/>
      </w:r>
      <w:r>
        <w:rPr>
          <w:sz w:val="20"/>
        </w:rPr>
        <w:t>29:58  So the Qur'an always tries to inculcate incentive. If you read the Qur'an, you will find that practical details are not very much in the Qur'an.</w:t>
      </w:r>
      <w:r>
        <w:br/>
      </w:r>
      <w:r>
        <w:rPr>
          <w:sz w:val="20"/>
        </w:rPr>
        <w:t>30:13  But those kinds of teachings that inculcate incentive, you can find at every page.</w:t>
      </w:r>
      <w:r>
        <w:br/>
      </w:r>
      <w:r>
        <w:rPr>
          <w:sz w:val="20"/>
        </w:rPr>
        <w:t>30:24  Every page of the Qur'an gives those kinds of incentives. The Qur'an tries to inculcate that spirit.</w:t>
      </w:r>
      <w:r>
        <w:br/>
      </w:r>
      <w:r>
        <w:rPr>
          <w:sz w:val="20"/>
        </w:rPr>
        <w:t>30:39  So the Qur'an is, in this sense, I can say that the Qur'an is a book of spirit rather than form.</w:t>
      </w:r>
      <w:r>
        <w:br/>
      </w:r>
      <w:r>
        <w:rPr>
          <w:sz w:val="20"/>
        </w:rPr>
        <w:t>30:50  In this sense, I can say that the Qur'an is a book of spirit rather than a book of form.</w:t>
      </w:r>
      <w:r>
        <w:br/>
      </w:r>
      <w:r>
        <w:rPr>
          <w:sz w:val="20"/>
        </w:rPr>
        <w:t>31:10  Some details you can find in the Hadith literature. But as far as the Qur'an is concerned, the Qur'an gives us only the details, only the details.</w:t>
      </w:r>
      <w:r>
        <w:br/>
      </w:r>
      <w:r>
        <w:rPr>
          <w:sz w:val="20"/>
        </w:rPr>
        <w:t>31:29  So according to my study,</w:t>
      </w:r>
      <w:r>
        <w:br/>
      </w:r>
      <w:r>
        <w:rPr>
          <w:sz w:val="20"/>
        </w:rPr>
        <w:t>31:40  Islam tries to</w:t>
      </w:r>
      <w:r>
        <w:br/>
      </w:r>
      <w:r>
        <w:rPr>
          <w:sz w:val="20"/>
        </w:rPr>
        <w:t>31:44  build a personality,</w:t>
      </w:r>
      <w:r>
        <w:br/>
      </w:r>
      <w:r>
        <w:rPr>
          <w:sz w:val="20"/>
        </w:rPr>
        <w:t>31:50  a personality of Paradise.</w:t>
      </w:r>
      <w:r>
        <w:br/>
      </w:r>
      <w:r>
        <w:rPr>
          <w:sz w:val="20"/>
        </w:rPr>
        <w:t>31:58  The mind the Qur'an tries to build is a mind of</w:t>
      </w:r>
      <w:r>
        <w:br/>
      </w:r>
      <w:r>
        <w:rPr>
          <w:sz w:val="20"/>
        </w:rPr>
        <w:t>32:10  realization, a mind of a mind that fears God, a mind that is sincere, that is very, very cautious.</w:t>
      </w:r>
      <w:r>
        <w:br/>
      </w:r>
      <w:r>
        <w:rPr>
          <w:sz w:val="20"/>
        </w:rPr>
        <w:t>32:33  Because if there is spirit, where there is spirit, there is action.</w:t>
      </w:r>
      <w:r>
        <w:br/>
      </w:r>
      <w:r>
        <w:rPr>
          <w:sz w:val="20"/>
        </w:rPr>
        <w:t>32:42  Spirit is a guarantee that a to action. If there is spirit, there is action.</w:t>
      </w:r>
      <w:r>
        <w:br/>
      </w:r>
      <w:r>
        <w:rPr>
          <w:sz w:val="20"/>
        </w:rPr>
        <w:t>32:57  It is impossible that if you inculcate spirit, then it is impossible that spirit will not translate into action.</w:t>
      </w:r>
      <w:r>
        <w:br/>
      </w:r>
      <w:r>
        <w:rPr>
          <w:sz w:val="20"/>
        </w:rPr>
        <w:t>33:10  Spirit is bound to translate into action. So the Qur'an always gives emphasize, always emphasizes the spirit rather than form.</w:t>
      </w:r>
      <w:r>
        <w:br/>
      </w:r>
      <w:r>
        <w:rPr>
          <w:sz w:val="20"/>
        </w:rPr>
        <w:t>33:29  Form is a byproduct of spirit. Form is a byproduct of spirit.</w:t>
      </w:r>
    </w:p>
    <w:p>
      <w:pPr>
        <w:pStyle w:val="Heading2"/>
      </w:pPr>
      <w:r>
        <w:t>Truthful personality leads to honorable seat</w:t>
      </w:r>
    </w:p>
    <w:p>
      <w:r>
        <w:rPr>
          <w:color w:val="666666"/>
          <w:sz w:val="18"/>
        </w:rPr>
        <w:t>Speaking Truth (In conversation with Maulan) · 22s · at 21:57 · https://youtu.be/Fi3Z0-JgBac?t=1317</w:t>
      </w:r>
    </w:p>
    <w:p>
      <w:r>
        <w:rPr>
          <w:i/>
        </w:rPr>
        <w:t>“Agar aapne apni personality banayi hai, sachchi personality”</w:t>
      </w:r>
    </w:p>
    <w:p>
      <w:r>
        <w:rPr>
          <w:sz w:val="20"/>
        </w:rPr>
        <w:t>21:57  yaani personality development ke saath maine joda hai is ko. ki agar aap ne apni personality banayi hai, sachchi personality, to aap ko khuda ke pados mein jagah milegi bahut hi honorable seat par. nahin to nahin milegi. yeh hai mera dekh fark dono mein.</w:t>
      </w:r>
    </w:p>
    <w:p>
      <w:pPr>
        <w:pStyle w:val="Heading2"/>
      </w:pPr>
      <w:r>
        <w:t>Prayer is just prayer</w:t>
      </w:r>
    </w:p>
    <w:p>
      <w:r>
        <w:rPr>
          <w:color w:val="666666"/>
          <w:sz w:val="18"/>
        </w:rPr>
        <w:t>The Case of Present Day Muslims (In Conversation with Maulana) February 14, 2010 · 23s · at 32:10 · https://youtu.be/Rw-5WYJKQtw?t=1930</w:t>
      </w:r>
    </w:p>
    <w:p>
      <w:r>
        <w:rPr>
          <w:i/>
        </w:rPr>
        <w:t>“Understand that prayer is just prayer.”</w:t>
      </w:r>
    </w:p>
    <w:p>
      <w:r>
        <w:rPr>
          <w:sz w:val="20"/>
        </w:rPr>
        <w:t>32:10  yeh samajh lijiye aap is ko ke namaz to bas namaz hai. bas sunnat muakkadah, sunnat ghair muakkadah, aur yeh kahan kahan hadith mein hai?</w:t>
      </w:r>
      <w:r>
        <w:br/>
      </w:r>
      <w:r>
        <w:rPr>
          <w:sz w:val="20"/>
        </w:rPr>
        <w:t>32:19  yeh sab hai kahan hai? mujhe bataiye. bas namaz to namaz hai. yeh is taqseem ko le kar namaz padhenge, aap to kabhi namaz nahi ada kar paayenge.</w:t>
      </w:r>
      <w:r>
        <w:br/>
      </w:r>
      <w:r>
        <w:rPr>
          <w:sz w:val="20"/>
        </w:rPr>
        <w:t>32:30  aap</w:t>
      </w:r>
    </w:p>
    <w:p>
      <w:pPr>
        <w:pStyle w:val="Heading2"/>
      </w:pPr>
      <w:r>
        <w:t>Political rule and moral conduct are entirely separate matters</w:t>
      </w:r>
    </w:p>
    <w:p>
      <w:r>
        <w:rPr>
          <w:color w:val="666666"/>
          <w:sz w:val="18"/>
        </w:rPr>
        <w:t>Ethical Values in Islam, June 19, 2008 · 2m 14s · at 42:04 · https://youtu.be/2yPff80nSBY?t=2524</w:t>
      </w:r>
    </w:p>
    <w:p>
      <w:r>
        <w:rPr>
          <w:i/>
        </w:rPr>
        <w:t>“Seizing political power to enforce morality is a jungle law”</w:t>
      </w:r>
    </w:p>
    <w:p>
      <w:r>
        <w:rPr>
          <w:sz w:val="20"/>
        </w:rPr>
        <w:t>42:04  Yani janglat ke qanoon ko insani zindagi mein nafiz karna hai.</w:t>
      </w:r>
      <w:r>
        <w:br/>
      </w:r>
      <w:r>
        <w:rPr>
          <w:sz w:val="20"/>
        </w:rPr>
        <w:t>42:10  To dekhiye, jo kaam karna hai, woh yeh nahi ke aap political role hasil karne ki koshish karen. Nahi, aap logon ke andar speed bharen, speed, moral speed.</w:t>
      </w:r>
      <w:r>
        <w:br/>
      </w:r>
      <w:r>
        <w:rPr>
          <w:sz w:val="20"/>
        </w:rPr>
        <w:t>42:24  Yani political role ko moral values ke support pe layen, yeh bilkul karne ka kaam nahi hai.</w:t>
      </w:r>
      <w:r>
        <w:br/>
      </w:r>
      <w:r>
        <w:rPr>
          <w:sz w:val="20"/>
        </w:rPr>
        <w:t>42:34  Political role ka mamla alag hai aur moral conduct ka mamla bilkul is se alag hai. To hamara sara zor hona chahiye kis par?</w:t>
      </w:r>
      <w:r>
        <w:br/>
      </w:r>
      <w:r>
        <w:rPr>
          <w:sz w:val="20"/>
        </w:rPr>
        <w:t>42:46  Logon ko educate karne par, logon ko train karne par, logon ko prepare karne par, moral values ko logon ke andar inculcate karne par.</w:t>
      </w:r>
      <w:r>
        <w:br/>
      </w:r>
      <w:r>
        <w:rPr>
          <w:sz w:val="20"/>
        </w:rPr>
        <w:t>42:55  Is par zor hona chahiye hamara.</w:t>
      </w:r>
      <w:r>
        <w:br/>
      </w:r>
      <w:r>
        <w:rPr>
          <w:sz w:val="20"/>
        </w:rPr>
        <w:t>43:02  Yani hamara jo</w:t>
      </w:r>
      <w:r>
        <w:br/>
      </w:r>
      <w:r>
        <w:rPr>
          <w:sz w:val="20"/>
        </w:rPr>
        <w:t>43:06  moral values ko batane ke baad jo doosra karne ka kaam hai, woh yeh nahi ke hukoomat par qabza karen aap aur phir flogging kar ke logon ko akhlaqi banayen.</w:t>
      </w:r>
      <w:r>
        <w:br/>
      </w:r>
      <w:r>
        <w:rPr>
          <w:sz w:val="20"/>
        </w:rPr>
        <w:t>43:20  Nahi, bilkul nahi.</w:t>
      </w:r>
      <w:r>
        <w:br/>
      </w:r>
      <w:r>
        <w:rPr>
          <w:sz w:val="20"/>
        </w:rPr>
        <w:t>43:22  Doosra jo karne ka kaam hai, woh hai logon ke andar speed bharna, logon ko educate karna, logon ke mind ko prepare karna.</w:t>
      </w:r>
      <w:r>
        <w:br/>
      </w:r>
      <w:r>
        <w:rPr>
          <w:sz w:val="20"/>
        </w:rPr>
        <w:t>43:32  Yeh hai doosri cheez.</w:t>
      </w:r>
      <w:r>
        <w:br/>
      </w:r>
      <w:r>
        <w:rPr>
          <w:sz w:val="20"/>
        </w:rPr>
        <w:t>43:40  To main samajhta hoon ke is baat ko bohat zyada dhyan ke sath janna chahiye, samajhna chahiye ke moral system ke sath jo cheez juri hui hai, woh education hai,</w:t>
      </w:r>
      <w:r>
        <w:br/>
      </w:r>
      <w:r>
        <w:rPr>
          <w:sz w:val="20"/>
        </w:rPr>
        <w:t>43:55  political role nahi hai.</w:t>
      </w:r>
      <w:r>
        <w:br/>
      </w:r>
      <w:r>
        <w:rPr>
          <w:sz w:val="20"/>
        </w:rPr>
        <w:t>43:59  Ethical system ya moral system ke sath jo cheez juri hui hai, jo is ka jo is ko support dene wali hai, support woh politics nahi hai, political role nahi hai.</w:t>
      </w:r>
      <w:r>
        <w:br/>
      </w:r>
      <w:r>
        <w:rPr>
          <w:sz w:val="20"/>
        </w:rPr>
        <w:t>44:13  woh woh hai education.</w:t>
      </w:r>
    </w:p>
    <w:p>
      <w:pPr>
        <w:pStyle w:val="Heading2"/>
      </w:pPr>
      <w:r>
        <w:t>True gratitude is impossible without patience first</w:t>
      </w:r>
    </w:p>
    <w:p>
      <w:r>
        <w:rPr>
          <w:color w:val="666666"/>
          <w:sz w:val="18"/>
        </w:rPr>
        <w:t>Lessons from The Quran And Hadith · 2m 16s · at 0:57 · https://youtu.be/fBflSQEPstg?t=57</w:t>
      </w:r>
    </w:p>
    <w:p>
      <w:r>
        <w:rPr>
          <w:i/>
        </w:rPr>
        <w:t>“Surah Fatiha's first ayat: Alhamdulillahi Rabbil Aalameen.”</w:t>
      </w:r>
    </w:p>
    <w:p>
      <w:r>
        <w:rPr>
          <w:sz w:val="20"/>
        </w:rPr>
        <w:t>0:57  Dekhiye, Quran ki pehli Surah ki ayat hai: "Alhamdu Lillahi Rabbil Alameen".</w:t>
      </w:r>
      <w:r>
        <w:br/>
      </w:r>
      <w:r>
        <w:rPr>
          <w:sz w:val="20"/>
        </w:rPr>
        <w:t>1:08  Yaani Rabbil Alameen ka shukr, hamd ke maani shukr ke hote hain.</w:t>
      </w:r>
      <w:r>
        <w:br/>
      </w:r>
      <w:r>
        <w:rPr>
          <w:sz w:val="20"/>
        </w:rPr>
        <w:t>1:18  Ek shakhs ne mujh se poocha ke Quran ka khulasa kya hai? To maine kaha ke jo Quran ki jo pehli ayat hai, wahi Quran ka khulasa hai.</w:t>
      </w:r>
      <w:r>
        <w:br/>
      </w:r>
      <w:r>
        <w:rPr>
          <w:sz w:val="20"/>
        </w:rPr>
        <w:t>1:33  Yaani shukr. Allah Ta'ala ki blessings, Allah Ta'ala ki nematوں ka ehsaas kar ke aadmi ke andar shukr ka jazba paida ho.</w:t>
      </w:r>
      <w:r>
        <w:br/>
      </w:r>
      <w:r>
        <w:rPr>
          <w:sz w:val="20"/>
        </w:rPr>
        <w:t>1:50  Yahi sab se bara message hai Quran ka. To phir unhon ne kaha ke phir sabr ka itna zyada zikr kyun hai Quran mein?</w:t>
      </w:r>
      <w:r>
        <w:br/>
      </w:r>
      <w:r>
        <w:rPr>
          <w:sz w:val="20"/>
        </w:rPr>
        <w:t>2:03  Shukr ke sath sabr ka kya jor hai? To maine kaha ke dekhiye, sabr ke baghair aap shukr, sacha shukr nahi kar sakte.</w:t>
      </w:r>
      <w:r>
        <w:br/>
      </w:r>
      <w:r>
        <w:rPr>
          <w:sz w:val="20"/>
        </w:rPr>
        <w:t>2:21  Sacha shukr karne ke liye woh dil chahiye jis mein positive thinking ho, jo negative thought se pak ho, jis mein ghussa na ho, revenge na ho, lust na ho,</w:t>
      </w:r>
      <w:r>
        <w:br/>
      </w:r>
      <w:r>
        <w:rPr>
          <w:sz w:val="20"/>
        </w:rPr>
        <w:t>2:38  inteqaam na ho, intolerance na ho, violence na ho. Agar</w:t>
      </w:r>
      <w:r>
        <w:br/>
      </w:r>
      <w:r>
        <w:rPr>
          <w:sz w:val="20"/>
        </w:rPr>
        <w:t>2:46  aap negative thought mein jee rahe hain to aap ka shukr jo hai woh sirf lip service hoga. Bas.</w:t>
      </w:r>
      <w:r>
        <w:br/>
      </w:r>
      <w:r>
        <w:rPr>
          <w:sz w:val="20"/>
        </w:rPr>
        <w:t>2:55  Aur kuch nahi. Shukr to woh hai jo ek thrill ke taur par nikle. Thrill.</w:t>
      </w:r>
      <w:r>
        <w:br/>
      </w:r>
      <w:r>
        <w:rPr>
          <w:sz w:val="20"/>
        </w:rPr>
        <w:t>3:06  Shukr ka matlab hai thrilling ehsaas. Lip service nahi.</w:t>
      </w:r>
    </w:p>
    <w:p>
      <w:pPr>
        <w:pStyle w:val="Heading2"/>
      </w:pPr>
      <w:r>
        <w:t>the gap between claiming and following the Prophet's example</w:t>
      </w:r>
    </w:p>
    <w:p>
      <w:r>
        <w:rPr>
          <w:color w:val="666666"/>
          <w:sz w:val="18"/>
        </w:rPr>
        <w:t>Good Relationships CPS Women Discussion 23 September 10, 2023 · 1m 31s · at 28:14 · https://youtu.be/5UlMoC6-jGU?t=1694</w:t>
      </w:r>
    </w:p>
    <w:p>
      <w:r>
        <w:rPr>
          <w:i/>
        </w:rPr>
        <w:t>“We call Prophet Muhammad our role model but don't follow him”</w:t>
      </w:r>
    </w:p>
    <w:p>
      <w:r>
        <w:rPr>
          <w:sz w:val="20"/>
        </w:rPr>
        <w:t>28:14  Papa you are very very true in saying this ki aaj agar musalmanon mein kami hai to prophet muhammad ko wah apna role model kehte to hain, kehte hain lekin mante nahin hain. We have often often seen in our society.</w:t>
      </w:r>
      <w:r>
        <w:br/>
      </w:r>
      <w:r>
        <w:rPr>
          <w:sz w:val="20"/>
        </w:rPr>
        <w:t>28:30  Hum jinke saath uthte hain, baithte hain, zara si tal vital ho jati hai, kuch situation mein fark aa jata hai, wah ekdam apne us par aa jate hain and they start abusing aur aise aise words bolte hain ki ek shock lagta hai ki yeh banda jo abhi itna achha bana hua tha achanak se us ki personality ka doosra roop nazar aata hai. We often see this kind of thing happening in our society.</w:t>
      </w:r>
      <w:r>
        <w:br/>
      </w:r>
      <w:r>
        <w:rPr>
          <w:sz w:val="20"/>
        </w:rPr>
        <w:t>28:56  To question hota hai wahan ki prophet mohammad jo hamare role model hain, hum unko kitna follow karte hain? Unki zindagi ko bilkul follow nahin karte hain. Unse bada example bilkul nahin ho sakta. Jaise ki aapne abhi ansar aur mahajdin ke bare mein ek beautiful example diya hai.</w:t>
      </w:r>
      <w:r>
        <w:br/>
      </w:r>
      <w:r>
        <w:rPr>
          <w:sz w:val="20"/>
        </w:rPr>
        <w:t>29:15  Hum sabke liye har ek ek musalmanon ke liye sabak hai ismein ki hum kaise doosri member of the society ke liye hum kis tarah se contribute kar sakte hain aur ek conducive mahaul bana sakte hain doosre logon ke liye. To main ab invite karti hoon aur logon ko apni kuch learning ko share karne ke liye ya phir? Doctor safeena kuch keh rahi hai? Ok, aap. Shabhina.</w:t>
      </w:r>
      <w:r>
        <w:br/>
      </w:r>
      <w:r>
        <w:rPr>
          <w:sz w:val="20"/>
        </w:rPr>
        <w:t>29:45  Jaise ne abhi ek baat batai ki unke ghar ke bahar ek kooda phekate hain aur unhone kis tarah se uska ek hal nikala, use manage kiya aur shayad apne liye ek neki mein bhi naam likhvaya kyunki unhone usko lakar le kiya. Hamare hi pados mein aisa hi ek, aisa hi ek case hua.</w:t>
      </w:r>
    </w:p>
    <w:p>
      <w:pPr>
        <w:pStyle w:val="Heading2"/>
      </w:pPr>
      <w:r>
        <w:t>Inside jokes about Dr. Siddiqui</w:t>
      </w:r>
    </w:p>
    <w:p>
      <w:r>
        <w:rPr>
          <w:color w:val="666666"/>
          <w:sz w:val="18"/>
        </w:rPr>
        <w:t>Dr Naseem Siddiqui Memorial Part 1 · 1m 05s · at 13:03 · https://youtu.be/q-kccRjp1iU?t=783</w:t>
      </w:r>
    </w:p>
    <w:p>
      <w:r>
        <w:rPr>
          <w:i/>
        </w:rPr>
        <w:t>“To hum log ye aapas mein kehte the, 'Yaar aisa na bolo'”</w:t>
      </w:r>
    </w:p>
    <w:p>
      <w:r>
        <w:rPr>
          <w:sz w:val="20"/>
        </w:rPr>
        <w:t>13:03  " to hum log ye aapas mein kehte the, "yaar aisa na bolo, nazar na lag jaye." parantu</w:t>
      </w:r>
      <w:r>
        <w:br/>
      </w:r>
      <w:r>
        <w:rPr>
          <w:sz w:val="20"/>
        </w:rPr>
        <w:t>13:08  upar wale ne nazar nahin lagai.</w:t>
      </w:r>
      <w:r>
        <w:br/>
      </w:r>
      <w:r>
        <w:rPr>
          <w:sz w:val="20"/>
        </w:rPr>
        <w:t>13:13  doctor siddiqui ne pure assi varsh yahan bitaye.</w:t>
      </w:r>
      <w:r>
        <w:br/>
      </w:r>
      <w:r>
        <w:rPr>
          <w:sz w:val="20"/>
        </w:rPr>
        <w:t>13:19  parantu dekhiye, ye to samay hai ke jo aaya hai, use jana hai.</w:t>
      </w:r>
      <w:r>
        <w:br/>
      </w:r>
      <w:r>
        <w:rPr>
          <w:sz w:val="20"/>
        </w:rPr>
        <w:t>13:24  aur jo jeevan maine, main, mera ye saubhagya hai ke main unnees sau pachhattar se hi, aah, ab</w:t>
      </w:r>
      <w:r>
        <w:br/>
      </w:r>
      <w:r>
        <w:rPr>
          <w:sz w:val="20"/>
        </w:rPr>
        <w:t>13:30  tak, aah, madam aur doctor siddiqui ke parivar ke bahut nazdeek raha hoon.</w:t>
      </w:r>
      <w:r>
        <w:br/>
      </w:r>
      <w:r>
        <w:rPr>
          <w:sz w:val="20"/>
        </w:rPr>
        <w:t>13:35  aah, jaisa ke abhi bataya ke woh, aah, m.c.d., jab ek m.c.d. thi, to us ke director education the.</w:t>
      </w:r>
      <w:r>
        <w:br/>
      </w:r>
      <w:r>
        <w:rPr>
          <w:sz w:val="20"/>
        </w:rPr>
        <w:t>13:40  bahut kuch seekhne ko un se mila.</w:t>
      </w:r>
      <w:r>
        <w:br/>
      </w:r>
      <w:r>
        <w:rPr>
          <w:sz w:val="20"/>
        </w:rPr>
        <w:t>13:46  science ke vyakti the.</w:t>
      </w:r>
      <w:r>
        <w:br/>
      </w:r>
      <w:r>
        <w:rPr>
          <w:sz w:val="20"/>
        </w:rPr>
        <w:t>13:51  scientific attitude ki baat karte the.</w:t>
      </w:r>
      <w:r>
        <w:br/>
      </w:r>
      <w:r>
        <w:rPr>
          <w:sz w:val="20"/>
        </w:rPr>
        <w:t>13:57  to maine ek bar un se poocha, "sir, scientific attitude to aap bachchon mein develop karne ki baat karte ho.</w:t>
      </w:r>
      <w:r>
        <w:br/>
      </w:r>
      <w:r>
        <w:rPr>
          <w:sz w:val="20"/>
        </w:rPr>
        <w:t>14:02  iska kya hamari life mein bhi kahin kuch yogdan hoga?</w:t>
      </w:r>
      <w:r>
        <w:br/>
      </w:r>
      <w:r>
        <w:rPr>
          <w:sz w:val="20"/>
        </w:rPr>
        <w:t>14:08  " kehte hain, "life mein hi to yogdan hai." kehte hain, "suno, jab tak mere andar ye attitude</w:t>
      </w:r>
    </w:p>
    <w:p>
      <w:pPr>
        <w:pStyle w:val="Heading2"/>
      </w:pPr>
      <w:r>
        <w:t>Cancer patient's lesson: be grateful you can eat and drink</w:t>
      </w:r>
    </w:p>
    <w:p>
      <w:r>
        <w:rPr>
          <w:color w:val="666666"/>
          <w:sz w:val="18"/>
        </w:rPr>
        <w:t>Importance of Shukr (Thankfulness) July 24, 2022 · 1m 39s · at 15:21 · https://youtu.be/MgWNIv0k1sk?t=921</w:t>
      </w:r>
    </w:p>
    <w:p>
      <w:r>
        <w:rPr>
          <w:i/>
        </w:rPr>
        <w:t>“Meerath mein Shehzad sahib the, unko halq ka cancer tha”</w:t>
      </w:r>
    </w:p>
    <w:p>
      <w:r>
        <w:rPr>
          <w:sz w:val="20"/>
        </w:rPr>
        <w:t>15:21  to us ko hum ne sochna hai, ghaur o fikr karna hai. Main ek misaal se wazeh karti hoon ke ek Meerut mein ek Shahzad sahib the, to un ko halq ka cancer ho gaya</w:t>
      </w:r>
      <w:r>
        <w:br/>
      </w:r>
      <w:r>
        <w:rPr>
          <w:sz w:val="20"/>
        </w:rPr>
        <w:t>15:34  tha. Woh hamare mission ke the, bohat ziyada mission ke liye kaam karte the. Jee to woh kuch bhi kha bhi nahi sakte the, jo advanced stage mein pani bhi nahi pi sakte the.</w:t>
      </w:r>
      <w:r>
        <w:br/>
      </w:r>
      <w:r>
        <w:rPr>
          <w:sz w:val="20"/>
        </w:rPr>
        <w:t>15:45  chamche se pani pilaya jata tha. To jab un ko log dekhne ke liye aate the to woh kehte the ke aap aap mujhe dekh kar aap kya sabak le rahe hain?</w:t>
      </w:r>
      <w:r>
        <w:br/>
      </w:r>
      <w:r>
        <w:rPr>
          <w:sz w:val="20"/>
        </w:rPr>
        <w:t>15:55  aap yeh sabak lijiye ke aap shukr ada kijiye ke aap kha sakte hain, aap pi sakt</w:t>
      </w:r>
      <w:r>
        <w:br/>
      </w:r>
      <w:r>
        <w:rPr>
          <w:sz w:val="20"/>
        </w:rPr>
        <w:t>16:02  e hain. Main to mera khana jo hai, main zara bhi ek do chamche bhi khana khata hoon to mere hazam hi nahi hota, pait mein hi rakha rehta hai. To aap kha sakte hain, aap pi sakte hain, aap Khuda ka shukr ada kariye.</w:t>
      </w:r>
      <w:r>
        <w:br/>
      </w:r>
      <w:r>
        <w:rPr>
          <w:sz w:val="20"/>
        </w:rPr>
        <w:t>16:14  ab din bhar log khate peete rehte hain, woh sochte nahi ke yeh Khuda ki taraf se yeh jo hamara digestive system hai, woh Khuda ne banaya hai,</w:t>
      </w:r>
      <w:r>
        <w:br/>
      </w:r>
      <w:r>
        <w:rPr>
          <w:sz w:val="20"/>
        </w:rPr>
        <w:t>16:23  aur hum khali mun mein khana rakhte hain, aur andar woh khana hazam kar ke woh hamara gosht, khoon, aur sari sare cells bante hain, jis se hamari sare kaam hote hain.</w:t>
      </w:r>
      <w:r>
        <w:br/>
      </w:r>
      <w:r>
        <w:rPr>
          <w:sz w:val="20"/>
        </w:rPr>
        <w:t>16:36  to sochna padega,</w:t>
      </w:r>
      <w:r>
        <w:br/>
      </w:r>
      <w:r>
        <w:rPr>
          <w:sz w:val="20"/>
        </w:rPr>
        <w:t>16:38  baghair soche hue hum bilkul janwaron ki tarah zindagi guzarenge, aur mar jayenge, aur aakhirat mein pachtane se kuch hoga nahi, kyunke yeh duniya hi hamare liye mauqa faraham karti hai ke hum kaam karein, aur is ke mutabiq jo hum amal karenge, usi ke mutabiq aakhirat mein hamein ek nayi zindagi milegi.</w:t>
      </w:r>
    </w:p>
    <w:p>
      <w:pPr>
        <w:pStyle w:val="Heading2"/>
      </w:pPr>
      <w:r>
        <w:t>Universe is custom-made for humanity, scientist's quote</w:t>
      </w:r>
    </w:p>
    <w:p>
      <w:r>
        <w:rPr>
          <w:color w:val="666666"/>
          <w:sz w:val="18"/>
        </w:rPr>
        <w:t>Problem and Shukr March 15, 2015 · 34s · at 6:56 · https://youtu.be/SPBsXjH1hzM?t=416</w:t>
      </w:r>
    </w:p>
    <w:p>
      <w:r>
        <w:rPr>
          <w:i/>
        </w:rPr>
        <w:t>“Kisi scientist ne kaha: universe is a custom-made universe”</w:t>
      </w:r>
    </w:p>
    <w:p>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p>
    <w:p>
      <w:pPr>
        <w:pStyle w:val="Heading2"/>
      </w:pPr>
      <w:r>
        <w:t>Don't provoke or you'll be attacked</w:t>
      </w:r>
    </w:p>
    <w:p>
      <w:r>
        <w:rPr>
          <w:color w:val="666666"/>
          <w:sz w:val="18"/>
        </w:rPr>
        <w:t>Dars-e-Quran, Chapter 2, Verses 44-46, January 28, 2018 · 2m 01s · at 17:00 · https://youtu.be/3Kd5InuBtFA?t=1020</w:t>
      </w:r>
    </w:p>
    <w:p>
      <w:r>
        <w:rPr>
          <w:i/>
        </w:rPr>
        <w:t>“مثلاً دیکھیے، آپ راستہ چل رہے ہیں”</w:t>
      </w:r>
    </w:p>
    <w:p>
      <w:r>
        <w:rPr>
          <w:sz w:val="20"/>
        </w:rPr>
        <w:t>17:00  hai. Is animal ko aap se kuch lena dena nahi hai. Woh khada hua hai, woh apni duniya mein hai. Woh lekin agar aap is animal ko kankri maarein to aap ko daudega, aap ko seeng maarne ke liye. Aap kankri maarein ge, woh seeng maarega. To yeh yeh zamana aisa hi hai ke agar aap kankri na maarein to koi bhi aap ko sen</w:t>
      </w:r>
      <w:r>
        <w:br/>
      </w:r>
      <w:r>
        <w:rPr>
          <w:sz w:val="20"/>
        </w:rPr>
        <w:t>17:30  g maarne wala nahi hai.</w:t>
      </w:r>
      <w:r>
        <w:br/>
      </w:r>
      <w:r>
        <w:rPr>
          <w:sz w:val="20"/>
        </w:rPr>
        <w:t>17:37  agar aap doosron par kankri na maarein to koi bhi aap ko seeng maarne wala nahi hai.</w:t>
      </w:r>
      <w:r>
        <w:br/>
      </w:r>
      <w:r>
        <w:rPr>
          <w:sz w:val="20"/>
        </w:rPr>
        <w:t>17:43  na kahein, na kahein goli aayegi, na bam aayega, na aap se koi ladai karega, kuch nahi.</w:t>
      </w:r>
      <w:r>
        <w:br/>
      </w:r>
      <w:r>
        <w:rPr>
          <w:sz w:val="20"/>
        </w:rPr>
        <w:t>17:49  kyun? mazhabi azaadi ka zamana hai yeh.</w:t>
      </w:r>
      <w:r>
        <w:br/>
      </w:r>
      <w:r>
        <w:rPr>
          <w:sz w:val="20"/>
        </w:rPr>
        <w:t>17:55  aaj universal level par saari qaumon ne</w:t>
      </w:r>
      <w:r>
        <w:br/>
      </w:r>
      <w:r>
        <w:rPr>
          <w:sz w:val="20"/>
        </w:rPr>
        <w:t>18:01  uno ke charter par sign kiya hai. aur yeh wada kiya hai ke ke hamare area mein koi mazhab ki buniyad par kisi ko koi roka nahi jayega. to yeh jo ayat hai ya aur jo aayatein hain jin mein jang ka reference hai, woh waqt</w:t>
      </w:r>
      <w:r>
        <w:br/>
      </w:r>
      <w:r>
        <w:rPr>
          <w:sz w:val="20"/>
        </w:rPr>
        <w:t>18:31  ti hai, woh waqti hai, eternal nahi hai.</w:t>
      </w:r>
      <w:r>
        <w:br/>
      </w:r>
      <w:r>
        <w:rPr>
          <w:sz w:val="20"/>
        </w:rPr>
        <w:t>18:38  woh agar farz ki jiye dobara woh soorat paida ho jaye, yaani regis prosecution ka daur duniya mein aa</w:t>
      </w:r>
      <w:r>
        <w:br/>
      </w:r>
      <w:r>
        <w:rPr>
          <w:sz w:val="20"/>
        </w:rPr>
        <w:t>18:44  jaye, ab to regis prosecution khatm ho chuka hai.</w:t>
      </w:r>
      <w:r>
        <w:br/>
      </w:r>
      <w:r>
        <w:rPr>
          <w:sz w:val="20"/>
        </w:rPr>
        <w:t>18:50  agar dobara duniya mein regis prosecution ka daur aa jaye to beshak aap us ko, us ko</w:t>
      </w:r>
      <w:r>
        <w:br/>
      </w:r>
      <w:r>
        <w:rPr>
          <w:sz w:val="20"/>
        </w:rPr>
        <w:t>18:56  phir se istemal kar sakte hain,</w:t>
      </w:r>
    </w:p>
    <w:p>
      <w:pPr>
        <w:pStyle w:val="Heading2"/>
      </w:pPr>
      <w:r>
        <w:t>True gratitude is a storm in the heart</w:t>
      </w:r>
    </w:p>
    <w:p>
      <w:r>
        <w:rPr>
          <w:color w:val="666666"/>
          <w:sz w:val="18"/>
        </w:rPr>
        <w:t>The Importance of Shukr 19 Dec, 2010 - Maulana Wahiduddin Khan · 25s · at 48:27 · https://youtu.be/F4mVn0DwH34?t=2907</w:t>
      </w:r>
    </w:p>
    <w:p>
      <w:r>
        <w:rPr>
          <w:i/>
        </w:rPr>
        <w:t>“Shukr kisi lip service ka naam nahi hai.”</w:t>
      </w:r>
    </w:p>
    <w:p>
      <w:r>
        <w:rPr>
          <w:sz w:val="20"/>
        </w:rPr>
        <w:t>48:27  shukr kisi lip service ka naam nahi hai yeh munh se bol dete hain alhamdulillah yeh kuch bhi nahi nothing hai nothing hai nothing hai kuch bhi nahi</w:t>
      </w:r>
      <w:r>
        <w:br/>
      </w:r>
      <w:r>
        <w:rPr>
          <w:sz w:val="20"/>
        </w:rPr>
        <w:t>48:39  hai shukr to hai ek ek chashma jaari hota hai seene mein ek samandar ubalta hai seene mein ek toofan aata hai seene mein iska naam hai shukr</w:t>
      </w:r>
    </w:p>
    <w:p>
      <w:pPr>
        <w:pStyle w:val="Heading2"/>
      </w:pPr>
      <w:r>
        <w:t>Qiyamat triggers when no God-conscious left</w:t>
      </w:r>
    </w:p>
    <w:p>
      <w:r>
        <w:rPr>
          <w:color w:val="666666"/>
          <w:sz w:val="18"/>
        </w:rPr>
        <w:t>Q&amp;A 24 May 2009 Maulana Wahiduddin Khan · 2m 56s · at 14:51 · https://youtu.be/Ek6Ct3LZGOs?t=891</w:t>
      </w:r>
    </w:p>
    <w:p>
      <w:r>
        <w:rPr>
          <w:i/>
        </w:rPr>
        <w:t>“Dekhiye, jahan tak main jaanta hoon.”</w:t>
      </w:r>
    </w:p>
    <w:p>
      <w:r>
        <w:rPr>
          <w:sz w:val="20"/>
        </w:rPr>
        <w:t>14:51  dekhen, jahan tak mein janta hoon, jo padha hai maine,</w:t>
      </w:r>
      <w:r>
        <w:br/>
      </w:r>
      <w:r>
        <w:rPr>
          <w:sz w:val="20"/>
        </w:rPr>
        <w:t>14:58  to woh yahi hai jaisa ke hadith mein aaya hai ke qayamat bure logon par aayegi. hadith mein aata hai ke is waqt tak qayamat nahin aayegi jab tak dunya mein Allah Allah karne wale log baqi hain.</w:t>
      </w:r>
      <w:r>
        <w:br/>
      </w:r>
      <w:r>
        <w:rPr>
          <w:sz w:val="20"/>
        </w:rPr>
        <w:t>15:13  ek bhi Allah Allah karne wala baqi hai to qayamat nahin aayegi.</w:t>
      </w:r>
      <w:r>
        <w:br/>
      </w:r>
      <w:r>
        <w:rPr>
          <w:sz w:val="20"/>
        </w:rPr>
        <w:t>15:17  dekhen, is hadith ka matlab be log nahin samajhte. yeh is se matlab discussion nahin hai ke ungliyon par Allah Allah Allah Allah Allah Allah ke bas ruki rahegi.</w:t>
      </w:r>
      <w:r>
        <w:br/>
      </w:r>
      <w:r>
        <w:rPr>
          <w:sz w:val="20"/>
        </w:rPr>
        <w:t>15:26  yeh bilkul absent baat hai. nahin, is ka matlab yeh hai ke Allah ko apna concern banane wale</w:t>
      </w:r>
      <w:r>
        <w:br/>
      </w:r>
      <w:r>
        <w:rPr>
          <w:sz w:val="20"/>
        </w:rPr>
        <w:t>15:35  log jab dunya mein nahin rahenge, Allah ko priority base pe lene wale jab dunya mein nahin rahenge, Allah se sahi maano mein darne wale dunya mein nahin rahenge to qayamat aa jayegi.</w:t>
      </w:r>
      <w:r>
        <w:br/>
      </w:r>
      <w:r>
        <w:rPr>
          <w:sz w:val="20"/>
        </w:rPr>
        <w:t>15:49  kyun? yeh dunya jo hai, yeh koi</w:t>
      </w:r>
      <w:r>
        <w:br/>
      </w:r>
      <w:r>
        <w:rPr>
          <w:sz w:val="20"/>
        </w:rPr>
        <w:t>15:53  hamara yani hamari property nahin hai. yeh jo planet hai, yeh jo life support system hai, yahan par itni sari jo hamari cheezen hain, di gayi hain hum ko.</w:t>
      </w:r>
      <w:r>
        <w:br/>
      </w:r>
      <w:r>
        <w:rPr>
          <w:sz w:val="20"/>
        </w:rPr>
        <w:t>16:06  yeh koi hum, yeh koi hum, is ka hum matlab right ke nahin mili hain.</w:t>
      </w:r>
      <w:r>
        <w:br/>
      </w:r>
      <w:r>
        <w:rPr>
          <w:sz w:val="20"/>
        </w:rPr>
        <w:t>16:12  yeh test ke liye mili hain. yaad rakhen, koi bhi cheez kisi ko right ke taur par nahin mili, sirf test ke liye. test ka matlab kya hai?</w:t>
      </w:r>
      <w:r>
        <w:br/>
      </w:r>
      <w:r>
        <w:rPr>
          <w:sz w:val="20"/>
        </w:rPr>
        <w:t>16:22  yeh dekhne ke liye ke kaun sacha hai, kaun jhootha hai, kaun apni</w:t>
      </w:r>
      <w:r>
        <w:br/>
      </w:r>
      <w:r>
        <w:rPr>
          <w:sz w:val="20"/>
        </w:rPr>
        <w:t>16:31  freedom ko misuse karta hai, kaun is ko proper tareeqe se use karta hai. to is hadith ka matlab mein yeh samjhaun ke jo woh hai ke ek bhi aadmi Allah Allah karne wala jab na rahe to Khuda dekh raha hai, dekh raha hai, dekh raha hai.</w:t>
      </w:r>
      <w:r>
        <w:br/>
      </w:r>
      <w:r>
        <w:rPr>
          <w:sz w:val="20"/>
        </w:rPr>
        <w:t>16:48  is ka selection ka jo kaam hai, woh chal raha hai. yahan tak jab Khuda dekhega ke ab woh doori close ho gaya, ab koi aadmi jo paida hoga dunya mein, sirf bigdega, woh banne wala hai hi nahin.</w:t>
      </w:r>
      <w:r>
        <w:br/>
      </w:r>
      <w:r>
        <w:rPr>
          <w:sz w:val="20"/>
        </w:rPr>
        <w:t>17:03  woh</w:t>
      </w:r>
      <w:r>
        <w:br/>
      </w:r>
      <w:r>
        <w:rPr>
          <w:sz w:val="20"/>
        </w:rPr>
        <w:t>17:07  to Khuda watch kar raha hai, Khuda ke angel watch kar rahe hain. to jab Khuda ka yeh faisla hoga ke ab koi aadmi aisa paida hone wala nahin hai, kyunke itna culture itna bigad chuka hai, society itni bigad chuki hai, conditionen itni kharab ho chuki hain</w:t>
      </w:r>
      <w:r>
        <w:br/>
      </w:r>
      <w:r>
        <w:rPr>
          <w:sz w:val="20"/>
        </w:rPr>
        <w:t>17:29  ke jo aayega, usi mein condition hota rahega.</w:t>
      </w:r>
      <w:r>
        <w:br/>
      </w:r>
      <w:r>
        <w:rPr>
          <w:sz w:val="20"/>
        </w:rPr>
        <w:t>17:34  to jab yeh haal, jab yeh hoga to qayamat aa jayegi, kyunke iske baad koi kyun rahe duniya mein? yeh yeh duniya ko phir bhi rahe. yeh duniya justification kho denge log.</w:t>
      </w:r>
    </w:p>
    <w:p>
      <w:pPr>
        <w:pStyle w:val="Heading2"/>
      </w:pPr>
      <w:r>
        <w:t>Worship is gratitude and spirituality</w:t>
      </w:r>
    </w:p>
    <w:p>
      <w:r>
        <w:rPr>
          <w:color w:val="666666"/>
          <w:sz w:val="18"/>
        </w:rPr>
        <w:t>Prayer for the Country April 05, 2020 Maulana Wahiduddin Khan · 1m 42s · at 22:49 · https://youtu.be/9Fh70tItjlQ?t=1369</w:t>
      </w:r>
    </w:p>
    <w:p>
      <w:r>
        <w:rPr>
          <w:i/>
        </w:rPr>
        <w:t>“Humans and jinn were created for worship.”</w:t>
      </w:r>
    </w:p>
    <w:p>
      <w:r>
        <w:rPr>
          <w:sz w:val="20"/>
        </w:rPr>
        <w:t>22:49  haan, insaan aur jinn ko allah ne paida kiya hai ibaadat ke liye. ibaadat ka matlab hai allah ka shukr karna. allah ki nematoun ka eteraaf karna.</w:t>
      </w:r>
      <w:r>
        <w:br/>
      </w:r>
      <w:r>
        <w:rPr>
          <w:sz w:val="20"/>
        </w:rPr>
        <w:t>23:00  ikhraaj karna. isi ke liye paida kiya gaya.</w:t>
      </w:r>
      <w:r>
        <w:br/>
      </w:r>
      <w:r>
        <w:rPr>
          <w:sz w:val="20"/>
        </w:rPr>
        <w:t>23:06  yeh nahi ke aadmi</w:t>
      </w:r>
      <w:r>
        <w:br/>
      </w:r>
      <w:r>
        <w:rPr>
          <w:sz w:val="20"/>
        </w:rPr>
        <w:t>23:11  negative participant chalaye.</w:t>
      </w:r>
      <w:r>
        <w:br/>
      </w:r>
      <w:r>
        <w:rPr>
          <w:sz w:val="20"/>
        </w:rPr>
        <w:t>23:18  aisa nahi hai.</w:t>
      </w:r>
      <w:r>
        <w:br/>
      </w:r>
      <w:r>
        <w:rPr>
          <w:sz w:val="20"/>
        </w:rPr>
        <w:t>23:23  to ibaadat ka kya tareeqa hona chahiye jo hamare haan riwaj hai formal worship ka? wahi ibaadat hai ya ibaadat jo informal worship hoti hai?</w:t>
      </w:r>
      <w:r>
        <w:br/>
      </w:r>
      <w:r>
        <w:rPr>
          <w:sz w:val="20"/>
        </w:rPr>
        <w:t>23:36  is ke bare mein kuch bataiye.</w:t>
      </w:r>
      <w:r>
        <w:br/>
      </w:r>
      <w:r>
        <w:rPr>
          <w:sz w:val="20"/>
        </w:rPr>
        <w:t>23:38  dekhiye, ibaadat jo hai woh</w:t>
      </w:r>
      <w:r>
        <w:br/>
      </w:r>
      <w:r>
        <w:rPr>
          <w:sz w:val="20"/>
        </w:rPr>
        <w:t>23:43  spirituality ka naam hai. aap ka dil allah ki</w:t>
      </w:r>
      <w:r>
        <w:br/>
      </w:r>
      <w:r>
        <w:rPr>
          <w:sz w:val="20"/>
        </w:rPr>
        <w:t>23:50  ko yaad kar ke spirituality ka jazba paida ho. allah ki nematoun ko aap yaad karen. aap ghor kijiye ke suraj ki roshni,</w:t>
      </w:r>
      <w:r>
        <w:br/>
      </w:r>
      <w:r>
        <w:rPr>
          <w:sz w:val="20"/>
        </w:rPr>
        <w:t>24:04  barish ka pani, is tarah ki beshumar cheezen hum ko free mein mili hui hain.</w:t>
      </w:r>
      <w:r>
        <w:br/>
      </w:r>
      <w:r>
        <w:rPr>
          <w:sz w:val="20"/>
        </w:rPr>
        <w:t>24:15  to in cheezon ki ikhraaj karna yahi ibaadat hai.</w:t>
      </w:r>
    </w:p>
    <w:p>
      <w:pPr>
        <w:pStyle w:val="Heading2"/>
      </w:pPr>
      <w:r>
        <w:t>Planning beats hard labor for business success</w:t>
      </w:r>
    </w:p>
    <w:p>
      <w:r>
        <w:rPr>
          <w:color w:val="666666"/>
          <w:sz w:val="18"/>
        </w:rPr>
        <w:t>Power of Peace June 6, 2010 Maulana Wahiduddin Khan · 1m 24s · at 42:19 · https://youtu.be/QNnouRoYI38?t=2539</w:t>
      </w:r>
    </w:p>
    <w:p>
      <w:r>
        <w:rPr>
          <w:i/>
        </w:rPr>
        <w:t>“Business mein sabse achi cheez hai hard labor, maine kaha”</w:t>
      </w:r>
    </w:p>
    <w:p>
      <w:r>
        <w:rPr>
          <w:sz w:val="20"/>
        </w:rPr>
        <w:t>42:19  ek martaba ek sahib se jo bohat woh achhe kamyab businessman the, to maine apne pichhle mindset mera jo tha, jo gaon mein bana tha woh wala, to maine kaha ke business mein sab se achhi cheez hai hard labor.</w:t>
      </w:r>
      <w:r>
        <w:br/>
      </w:r>
      <w:r>
        <w:rPr>
          <w:sz w:val="20"/>
        </w:rPr>
        <w:t>42:35  maine kaha main is se exchange karta hoon, baat cheet karta hoon, discuss karta hoon, is se mujh ko faida hota hai. to unhon ne kaha ke woh pehle ki baat hai, ab hard labor secondary cheez ban gayi hai.</w:t>
      </w:r>
      <w:r>
        <w:br/>
      </w:r>
      <w:r>
        <w:rPr>
          <w:sz w:val="20"/>
        </w:rPr>
        <w:t>42:50  ek kamyab tajar tha woh, parha likha tha woh. to main to gaon mein paida hua, wohi raha, to bas samajhta tha sab se badi cheez hai, kyunke woh agriculture ka zamana tha.</w:t>
      </w:r>
      <w:r>
        <w:br/>
      </w:r>
      <w:r>
        <w:rPr>
          <w:sz w:val="20"/>
        </w:rPr>
        <w:t>43:01  agriculture mein kya hai? mehnat karo, mehnat karo, mehnat karo, bas aur kya hai? to apne is mindset ko le kar ke maine kaha ke business mein sab se badi cheez jo hai kamyabi ke liye hard labor.</w:t>
      </w:r>
      <w:r>
        <w:br/>
      </w:r>
      <w:r>
        <w:rPr>
          <w:sz w:val="20"/>
        </w:rPr>
        <w:t>43:16  kaha ke nahi, nahi, nahi. planning sab se badi cheez hai.</w:t>
      </w:r>
      <w:r>
        <w:br/>
      </w:r>
      <w:r>
        <w:rPr>
          <w:sz w:val="20"/>
        </w:rPr>
        <w:t>43:21  planning number one par hai, hard labor number do par hai.</w:t>
      </w:r>
      <w:r>
        <w:br/>
      </w:r>
      <w:r>
        <w:rPr>
          <w:sz w:val="20"/>
        </w:rPr>
        <w:t>43:28  ab yeh kaise aadmi ko samajh mein aata hai? jab soche woh. jab ghusse mein aa jayenge to kuch nahi dikhai padega aap ko. to sabr ka sab se bada faida yeh hai ke aap wise planning kar paate hain.</w:t>
      </w:r>
    </w:p>
    <w:p>
      <w:pPr>
        <w:pStyle w:val="Heading2"/>
      </w:pPr>
      <w:r>
        <w:t>Struggle and forgiveness yield greater reward</w:t>
      </w:r>
    </w:p>
    <w:p>
      <w:r>
        <w:rPr>
          <w:color w:val="666666"/>
          <w:sz w:val="18"/>
        </w:rPr>
        <w:t>Double Reward 15 Feb 2020 - Maulana Wahiduddin Khan · 2m 13s · at 1:40 · https://youtu.be/Os-Kuq1-wAk?t=100</w:t>
      </w:r>
    </w:p>
    <w:p>
      <w:r>
        <w:rPr>
          <w:i/>
        </w:rPr>
        <w:t>“Jab aadmi koi aisa kaam kare jismein usko zyada struggle karna pade.”</w:t>
      </w:r>
    </w:p>
    <w:p>
      <w:r>
        <w:rPr>
          <w:sz w:val="20"/>
        </w:rPr>
        <w:t>1:40  ziyada reward hai. is per ghor karte hue yeh samajh mein aaya ke jab aadmi koi aisa kaam kare jis mein us ko ziyada struggle karna pare,</w:t>
      </w:r>
      <w:r>
        <w:br/>
      </w:r>
      <w:r>
        <w:rPr>
          <w:sz w:val="20"/>
        </w:rPr>
        <w:t>1:59  to us waqt is ka mind ziyada activate hota hai.</w:t>
      </w:r>
      <w:r>
        <w:br/>
      </w:r>
      <w:r>
        <w:rPr>
          <w:sz w:val="20"/>
        </w:rPr>
        <w:t>2:06  is ka mind ziyada activate hota hai. misaal ke taur par dekhiye,</w:t>
      </w:r>
      <w:r>
        <w:br/>
      </w:r>
      <w:r>
        <w:rPr>
          <w:sz w:val="20"/>
        </w:rPr>
        <w:t>2:15  koi,</w:t>
      </w:r>
      <w:r>
        <w:br/>
      </w:r>
      <w:r>
        <w:rPr>
          <w:sz w:val="20"/>
        </w:rPr>
        <w:t>2:19  koi government aap ko haq ke sath aap</w:t>
      </w:r>
      <w:r>
        <w:br/>
      </w:r>
      <w:r>
        <w:rPr>
          <w:sz w:val="20"/>
        </w:rPr>
        <w:t>2:27  ko takleef de, aap pe zulm kare, us waqt aap us ke zulm ke bawajood us ke liye duaen karen, us ko Allah ka paigham pohanchayen,</w:t>
      </w:r>
      <w:r>
        <w:br/>
      </w:r>
      <w:r>
        <w:rPr>
          <w:sz w:val="20"/>
        </w:rPr>
        <w:t>2:45  to aap ko double mehnat karni parti hai.</w:t>
      </w:r>
      <w:r>
        <w:br/>
      </w:r>
      <w:r>
        <w:rPr>
          <w:sz w:val="20"/>
        </w:rPr>
        <w:t>2:53  kyunke aap ne apne mind ko negative se positive ki taraf le aate hain, negative se positive ki taraf le aate hain,</w:t>
      </w:r>
      <w:r>
        <w:br/>
      </w:r>
      <w:r>
        <w:rPr>
          <w:sz w:val="20"/>
        </w:rPr>
        <w:t>3:05  un wanted ko wanted banate hain.</w:t>
      </w:r>
      <w:r>
        <w:br/>
      </w:r>
      <w:r>
        <w:rPr>
          <w:sz w:val="20"/>
        </w:rPr>
        <w:t>3:13  kisi government se, kisi mulk se, kisi party se aap ko dukh pohanche, aur us ko aap maaf karen, maaf kar ke us ke liye acha badla den us ko,</w:t>
      </w:r>
      <w:r>
        <w:br/>
      </w:r>
      <w:r>
        <w:rPr>
          <w:sz w:val="20"/>
        </w:rPr>
        <w:t>3:32  jis ke mani aap ne ziyada struggle kiya, aap ke mind ko ziyada struggle, mehnat karni pari. to is bana par is ka sawab ziyada hota hai.</w:t>
      </w:r>
    </w:p>
    <w:p>
      <w:pPr>
        <w:pStyle w:val="Heading2"/>
      </w:pPr>
      <w:r>
        <w:t>Hadith: paradise is surrounded by hardships</w:t>
      </w:r>
    </w:p>
    <w:p>
      <w:r>
        <w:rPr>
          <w:color w:val="666666"/>
          <w:sz w:val="18"/>
        </w:rPr>
        <w:t>CPS Women Article Discussion 17 February 5, 2023 · 29s · at 19:17 · https://youtu.be/YwT3btklNZk?t=1157</w:t>
      </w:r>
    </w:p>
    <w:p>
      <w:r>
        <w:rPr>
          <w:i/>
        </w:rPr>
        <w:t>“जन्नत नागवारियों से ढक दी गई है — एक हदीस”</w:t>
      </w:r>
    </w:p>
    <w:p>
      <w:r>
        <w:rPr>
          <w:sz w:val="20"/>
        </w:rPr>
        <w:t>19:17  hum logon ko maulana sahabi se milegi aur ek hadesh hai jo ki yeh hai ki jannat naqush gawariyon se thaak di gayi hai. to uska matlab yeh maulana sahab ne bataya ki allah ne apni duniya ka nizam is tarah banaya hai. yahan jannat ki taraf badhne wale ke liye naqushkwar halaat se guzre bagair ja raha hi rahi hai. to yeh bhi bahut accha explain kiya malana sahab ne.</w:t>
      </w:r>
      <w:r>
        <w:br/>
      </w:r>
      <w:r>
        <w:rPr>
          <w:sz w:val="20"/>
        </w:rPr>
        <w:t>19:46  baqi asha hi dusra sastinon ko aap kuch bolengi? aslahalik hoon. aslahalik hoon. aslaha. hum koi sabke setalon se hum yeh experiential learning se share kar sakte hain aap logon se.</w:t>
      </w:r>
    </w:p>
    <w:p>
      <w:pPr>
        <w:pStyle w:val="Heading2"/>
      </w:pPr>
      <w:r>
        <w:t>Quran 31:18 against arrogance toward others</w:t>
      </w:r>
    </w:p>
    <w:p>
      <w:r>
        <w:rPr>
          <w:color w:val="666666"/>
          <w:sz w:val="18"/>
        </w:rPr>
        <w:t>Good Relationships CPS Women Discussion 23 September 10, 2023 · 21s · at 39:45 · https://youtu.be/5UlMoC6-jGU?t=2385</w:t>
      </w:r>
    </w:p>
    <w:p>
      <w:r>
        <w:rPr>
          <w:i/>
        </w:rPr>
        <w:t>“Don't strut on the earth in arrogance, Allah dislikes the proud”</w:t>
      </w:r>
    </w:p>
    <w:p>
      <w:r>
        <w:rPr>
          <w:sz w:val="20"/>
        </w:rPr>
        <w:t>39:45  Toh Allah taala mein bol rahe hain yahan tum zameen par akadkar mat chalo aur logon se munh pro se dheero mat. Kyunki Allah taala arrogant ko aur jo pro feel hote hain un logon ko kabhi pasand nahi karega.</w:t>
      </w:r>
      <w:r>
        <w:br/>
      </w:r>
      <w:r>
        <w:rPr>
          <w:sz w:val="20"/>
        </w:rPr>
        <w:t>40:06  Toh hum doosron ke saath bahut garmi ke saath aur simplicity ke saath, humbleness ke saath rehne se hum unse good relationships maintain kar sakte hain aur ek doosre se learn kar sakte hain, grow kar sakte hain. Hamari jo role hai yahan acchi tarah play kar sakte hain. Thank you, Ayisha.</w:t>
      </w:r>
    </w:p>
    <w:p>
      <w:pPr>
        <w:pStyle w:val="Heading2"/>
      </w:pPr>
      <w:r>
        <w:t>Introduction and two principles of life</w:t>
      </w:r>
    </w:p>
    <w:p>
      <w:r>
        <w:rPr>
          <w:color w:val="666666"/>
          <w:sz w:val="18"/>
        </w:rPr>
        <w:t>Adjustment the Only Option I January 26, 2010 · 4m 44s · at 0:06 · https://youtu.be/5jDoLit5NWU?t=6</w:t>
      </w:r>
    </w:p>
    <w:p>
      <w:r>
        <w:rPr>
          <w:i/>
        </w:rPr>
        <w:t>“Bismillah al-Rahman al-Raheem”</w:t>
      </w:r>
    </w:p>
    <w:p>
      <w:r>
        <w:rPr>
          <w:sz w:val="20"/>
        </w:rPr>
        <w:t>0:06  bismillah hir rahman nir rahim.</w:t>
      </w:r>
      <w:r>
        <w:br/>
      </w:r>
      <w:r>
        <w:rPr>
          <w:sz w:val="20"/>
        </w:rPr>
        <w:t>0:14  wa salla Allahu ala nabiyyi al-karim.</w:t>
      </w:r>
      <w:r>
        <w:br/>
      </w:r>
      <w:r>
        <w:rPr>
          <w:sz w:val="20"/>
        </w:rPr>
        <w:t>0:22  rabbi ishrah li sadri, wa yassir li amri, wah lul uqdatan min lisani, yafqahu qawli.</w:t>
      </w:r>
      <w:r>
        <w:br/>
      </w:r>
      <w:r>
        <w:rPr>
          <w:sz w:val="20"/>
        </w:rPr>
        <w:t>0:31  aaj ka topic hai: "adjustment the only option".</w:t>
      </w:r>
      <w:r>
        <w:br/>
      </w:r>
      <w:r>
        <w:rPr>
          <w:sz w:val="20"/>
        </w:rPr>
        <w:t>0:39  yani is duniya mein hamare liye ek hi option hai, woh hai adjustment.</w:t>
      </w:r>
      <w:r>
        <w:br/>
      </w:r>
      <w:r>
        <w:rPr>
          <w:sz w:val="20"/>
        </w:rPr>
        <w:t>0:47  agar hum adjustment karne ko tayyar na hon to phir koi doosra option hum apne aap create nahin kar sakte.</w:t>
      </w:r>
      <w:r>
        <w:br/>
      </w:r>
      <w:r>
        <w:rPr>
          <w:sz w:val="20"/>
        </w:rPr>
        <w:t>0:56  phir to yani disaster hai, tabahi hai.</w:t>
      </w:r>
      <w:r>
        <w:br/>
      </w:r>
      <w:r>
        <w:rPr>
          <w:sz w:val="20"/>
        </w:rPr>
        <w:t>1:04  jaise khana jo hai, food ke yani hamein food chahiye to food ke liye hamein jo khuda ne</w:t>
      </w:r>
      <w:r>
        <w:br/>
      </w:r>
      <w:r>
        <w:rPr>
          <w:sz w:val="20"/>
        </w:rPr>
        <w:t>1:12  paida kiya hai wahi lena hai.</w:t>
      </w:r>
      <w:r>
        <w:br/>
      </w:r>
      <w:r>
        <w:rPr>
          <w:sz w:val="20"/>
        </w:rPr>
        <w:t>1:21  patthar koi option nahi hai.</w:t>
      </w:r>
      <w:r>
        <w:br/>
      </w:r>
      <w:r>
        <w:rPr>
          <w:sz w:val="20"/>
        </w:rPr>
        <w:t>1:29  ya to khana khaiye ya mar jaiye.</w:t>
      </w:r>
      <w:r>
        <w:br/>
      </w:r>
      <w:r>
        <w:rPr>
          <w:sz w:val="20"/>
        </w:rPr>
        <w:t>1:37  aise hi ya to adjust kijiye ya suicide kar lijiye.</w:t>
      </w:r>
      <w:r>
        <w:br/>
      </w:r>
      <w:r>
        <w:rPr>
          <w:sz w:val="20"/>
        </w:rPr>
        <w:t>1:46  dekhiye, yeh bohat hi important baat hai.</w:t>
      </w:r>
      <w:r>
        <w:br/>
      </w:r>
      <w:r>
        <w:rPr>
          <w:sz w:val="20"/>
        </w:rPr>
        <w:t>1:54  yeh duniya kis ne banai hai? hum ne, aap ne to nahi banai hai.</w:t>
      </w:r>
      <w:r>
        <w:br/>
      </w:r>
      <w:r>
        <w:rPr>
          <w:sz w:val="20"/>
        </w:rPr>
        <w:t>2:02  to jo duniya banane wala hai, uska apna creation plan hai.</w:t>
      </w:r>
      <w:r>
        <w:br/>
      </w:r>
      <w:r>
        <w:rPr>
          <w:sz w:val="20"/>
        </w:rPr>
        <w:t>2:11  uske apne laws hain, jis ko hum kehte hain law of nature.</w:t>
      </w:r>
      <w:r>
        <w:br/>
      </w:r>
      <w:r>
        <w:rPr>
          <w:sz w:val="20"/>
        </w:rPr>
        <w:t>2:19  to bas wahi janna hai.</w:t>
      </w:r>
      <w:r>
        <w:br/>
      </w:r>
      <w:r>
        <w:rPr>
          <w:sz w:val="20"/>
        </w:rPr>
        <w:t>2:27  We have to discover those divine laws and we have to follow it.</w:t>
      </w:r>
      <w:r>
        <w:br/>
      </w:r>
      <w:r>
        <w:rPr>
          <w:sz w:val="20"/>
        </w:rPr>
        <w:t>2:36  There is no other option.</w:t>
      </w:r>
      <w:r>
        <w:br/>
      </w:r>
      <w:r>
        <w:rPr>
          <w:sz w:val="20"/>
        </w:rPr>
        <w:t>2:43  to duniya ke banane wale ne dekhiye, do bohat hi basic principles is duniya mein rakh diye hain.</w:t>
      </w:r>
      <w:r>
        <w:br/>
      </w:r>
      <w:r>
        <w:rPr>
          <w:sz w:val="20"/>
        </w:rPr>
        <w:t>2:50  ek hai individual life ke liye, ek hai social life ke liye.</w:t>
      </w:r>
      <w:r>
        <w:br/>
      </w:r>
      <w:r>
        <w:rPr>
          <w:sz w:val="20"/>
        </w:rPr>
        <w:t>2:58  hamari life is duniya mein two fold hoti hai.</w:t>
      </w:r>
      <w:r>
        <w:br/>
      </w:r>
      <w:r>
        <w:rPr>
          <w:sz w:val="20"/>
        </w:rPr>
        <w:t>3:05  ek akele ki, aur yeh ke hum ek samaj mein hote hain, ek society mein hote hain, doosron</w:t>
      </w:r>
      <w:r>
        <w:br/>
      </w:r>
      <w:r>
        <w:rPr>
          <w:sz w:val="20"/>
        </w:rPr>
        <w:t>3:13  ke beech mein hote hain.</w:t>
      </w:r>
      <w:r>
        <w:br/>
      </w:r>
      <w:r>
        <w:rPr>
          <w:sz w:val="20"/>
        </w:rPr>
        <w:t>3:20  to yaad rakhiye, khuda ne dono ke liye ek law set kar diya hai, pehle din se.</w:t>
      </w:r>
      <w:r>
        <w:br/>
      </w:r>
      <w:r>
        <w:rPr>
          <w:sz w:val="20"/>
        </w:rPr>
        <w:t>3:28  wala tabdila li khalqi allahi khuda ne apna jo creation plan ke waqt jo bana diya hai, us mein</w:t>
      </w:r>
      <w:r>
        <w:br/>
      </w:r>
      <w:r>
        <w:rPr>
          <w:sz w:val="20"/>
        </w:rPr>
        <w:t>3:35  koi badlav nahi, koi change nahi.</w:t>
      </w:r>
      <w:r>
        <w:br/>
      </w:r>
      <w:r>
        <w:rPr>
          <w:sz w:val="20"/>
        </w:rPr>
        <w:t>3:43  to individual ke liye kya hai? woh hai idealism.</w:t>
      </w:r>
      <w:r>
        <w:br/>
      </w:r>
      <w:r>
        <w:rPr>
          <w:sz w:val="20"/>
        </w:rPr>
        <w:t>3:50  Individual life ke liye hai idealism, aur social life ke liye hai pragmatism. bas.</w:t>
      </w:r>
      <w:r>
        <w:br/>
      </w:r>
      <w:r>
        <w:rPr>
          <w:sz w:val="20"/>
        </w:rPr>
        <w:t>3:57  There is no third law.</w:t>
      </w:r>
      <w:r>
        <w:br/>
      </w:r>
      <w:r>
        <w:rPr>
          <w:sz w:val="20"/>
        </w:rPr>
        <w:t>4:05  aap ko apne personal mamle mein ideal par chalne ki koshish karna hai.</w:t>
      </w:r>
      <w:r>
        <w:br/>
      </w:r>
      <w:r>
        <w:rPr>
          <w:sz w:val="20"/>
        </w:rPr>
        <w:t>4:12  kyun ke aap ki zindagi apni zindagi hai.</w:t>
      </w:r>
      <w:r>
        <w:br/>
      </w:r>
      <w:r>
        <w:rPr>
          <w:sz w:val="20"/>
        </w:rPr>
        <w:t>4:20  apne aap ko aap discipline mein rakh sakte hain.</w:t>
      </w:r>
      <w:r>
        <w:br/>
      </w:r>
      <w:r>
        <w:rPr>
          <w:sz w:val="20"/>
        </w:rPr>
        <w:t>4:27  apne aap par aap ka control hai.</w:t>
      </w:r>
      <w:r>
        <w:br/>
      </w:r>
      <w:r>
        <w:rPr>
          <w:sz w:val="20"/>
        </w:rPr>
        <w:t>4:35  to jo bhi ideals hain, jo me'yari usool hain, us ko follow karna hai aap ko.</w:t>
      </w:r>
      <w:r>
        <w:br/>
      </w:r>
      <w:r>
        <w:rPr>
          <w:sz w:val="20"/>
        </w:rPr>
        <w:t>4:42  to kya karna hai? In your personal life be idealist.</w:t>
      </w:r>
      <w:r>
        <w:br/>
      </w:r>
      <w:r>
        <w:rPr>
          <w:sz w:val="20"/>
        </w:rPr>
        <w:t>4:50  Idealist.</w:t>
      </w:r>
    </w:p>
    <w:p>
      <w:pPr>
        <w:pStyle w:val="Heading2"/>
      </w:pPr>
      <w:r>
        <w:t>Sabr as non-clash with creation plan</w:t>
      </w:r>
    </w:p>
    <w:p>
      <w:r>
        <w:rPr>
          <w:color w:val="666666"/>
          <w:sz w:val="18"/>
        </w:rPr>
        <w:t>Attaining Wisdom through State of Helplessness November 28, 2019 - Maulana Wahiduddin Khan · 36s · at 0:51 · https://youtu.be/dS29D4Pt-3U?t=51</w:t>
      </w:r>
    </w:p>
    <w:p>
      <w:r>
        <w:rPr>
          <w:i/>
        </w:rPr>
        <w:t>“Sabr yah hai ke Allah ki planning se insaan ke irade ka takraao”</w:t>
      </w:r>
    </w:p>
    <w:p>
      <w:r>
        <w:rPr>
          <w:sz w:val="20"/>
        </w:rPr>
        <w:t>0:51  yeh dekhen, sabr kya hai? sabr yeh hai ke allah ki jo planning hai, us se insan ke iraday ka takrao ke mein chahta hoon mera kaam aaj ho jaye aur planning mein das saal baad likha hua hai.</w:t>
      </w:r>
      <w:r>
        <w:br/>
      </w:r>
      <w:r>
        <w:rPr>
          <w:sz w:val="20"/>
        </w:rPr>
        <w:t>1:17  to is par razi hona yeh bara shayad sab se bara inaam ka sabab hai.</w:t>
      </w:r>
    </w:p>
    <w:p>
      <w:pPr>
        <w:pStyle w:val="Heading2"/>
      </w:pPr>
      <w:r>
        <w:t>Trigger point for Qiyamat and inevitability</w:t>
      </w:r>
    </w:p>
    <w:p>
      <w:r>
        <w:rPr>
          <w:color w:val="666666"/>
          <w:sz w:val="18"/>
        </w:rPr>
        <w:t>Q&amp;A 24 May 2009 Maulana Wahiduddin Khan · 4m 06s · at 14:21 · https://youtu.be/Ek6Ct3LZGOs?t=861</w:t>
      </w:r>
    </w:p>
    <w:p>
      <w:r>
        <w:rPr>
          <w:i/>
        </w:rPr>
        <w:t>“This question is from Miss Rachana from Singapore.”</w:t>
      </w:r>
    </w:p>
    <w:p>
      <w:r>
        <w:rPr>
          <w:sz w:val="20"/>
        </w:rPr>
        <w:t>14:21  mera bhi experience to yahi hai. This question is from Miss Rachana from Singapore. In your last lecture, you had mentioned that Qiyamat will come all of a sudden.</w:t>
      </w:r>
      <w:r>
        <w:br/>
      </w:r>
      <w:r>
        <w:rPr>
          <w:sz w:val="20"/>
        </w:rPr>
        <w:t>14:35  What will be the trigger point for Qiyamat</w:t>
      </w:r>
      <w:r>
        <w:br/>
      </w:r>
      <w:r>
        <w:rPr>
          <w:sz w:val="20"/>
        </w:rPr>
        <w:t>14:38  ? If all people follow theright path, can Qiyamat be avoided or is it inevitable?</w:t>
      </w:r>
      <w:r>
        <w:br/>
      </w:r>
      <w:r>
        <w:rPr>
          <w:sz w:val="20"/>
        </w:rPr>
        <w:t>14:51  dekhen, jahan tak mein janta hoon, jo padha hai maine,</w:t>
      </w:r>
      <w:r>
        <w:br/>
      </w:r>
      <w:r>
        <w:rPr>
          <w:sz w:val="20"/>
        </w:rPr>
        <w:t>14:58  to woh yahi hai jaisa ke hadith mein aaya hai ke qayamat bure logon par aayegi. hadith mein aata hai ke is waqt tak qayamat nahin aayegi jab tak dunya mein Allah Allah karne wale log baqi hain.</w:t>
      </w:r>
      <w:r>
        <w:br/>
      </w:r>
      <w:r>
        <w:rPr>
          <w:sz w:val="20"/>
        </w:rPr>
        <w:t>15:13  ek bhi Allah Allah karne wala baqi hai to qayamat nahin aayegi.</w:t>
      </w:r>
      <w:r>
        <w:br/>
      </w:r>
      <w:r>
        <w:rPr>
          <w:sz w:val="20"/>
        </w:rPr>
        <w:t>15:17  dekhen, is hadith ka matlab be log nahin samajhte. yeh is se matlab discussion nahin hai ke ungliyon par Allah Allah Allah Allah Allah Allah ke bas ruki rahegi.</w:t>
      </w:r>
      <w:r>
        <w:br/>
      </w:r>
      <w:r>
        <w:rPr>
          <w:sz w:val="20"/>
        </w:rPr>
        <w:t>15:26  yeh bilkul absent baat hai. nahin, is ka matlab yeh hai ke Allah ko apna concern banane wale</w:t>
      </w:r>
      <w:r>
        <w:br/>
      </w:r>
      <w:r>
        <w:rPr>
          <w:sz w:val="20"/>
        </w:rPr>
        <w:t>15:35  log jab dunya mein nahin rahenge, Allah ko priority base pe lene wale jab dunya mein nahin rahenge, Allah se sahi maano mein darne wale dunya mein nahin rahenge to qayamat aa jayegi.</w:t>
      </w:r>
      <w:r>
        <w:br/>
      </w:r>
      <w:r>
        <w:rPr>
          <w:sz w:val="20"/>
        </w:rPr>
        <w:t>15:49  kyun? yeh dunya jo hai, yeh koi</w:t>
      </w:r>
      <w:r>
        <w:br/>
      </w:r>
      <w:r>
        <w:rPr>
          <w:sz w:val="20"/>
        </w:rPr>
        <w:t>15:53  hamara yani hamari property nahin hai. yeh jo planet hai, yeh jo life support system hai, yahan par itni sari jo hamari cheezen hain, di gayi hain hum ko.</w:t>
      </w:r>
      <w:r>
        <w:br/>
      </w:r>
      <w:r>
        <w:rPr>
          <w:sz w:val="20"/>
        </w:rPr>
        <w:t>16:06  yeh koi hum, yeh koi hum, is ka hum matlab right ke nahin mili hain.</w:t>
      </w:r>
      <w:r>
        <w:br/>
      </w:r>
      <w:r>
        <w:rPr>
          <w:sz w:val="20"/>
        </w:rPr>
        <w:t>16:12  yeh test ke liye mili hain. yaad rakhen, koi bhi cheez kisi ko right ke taur par nahin mili, sirf test ke liye. test ka matlab kya hai?</w:t>
      </w:r>
      <w:r>
        <w:br/>
      </w:r>
      <w:r>
        <w:rPr>
          <w:sz w:val="20"/>
        </w:rPr>
        <w:t>16:22  yeh dekhne ke liye ke kaun sacha hai, kaun jhootha hai, kaun apni</w:t>
      </w:r>
      <w:r>
        <w:br/>
      </w:r>
      <w:r>
        <w:rPr>
          <w:sz w:val="20"/>
        </w:rPr>
        <w:t>16:31  freedom ko misuse karta hai, kaun is ko proper tareeqe se use karta hai. to is hadith ka matlab mein yeh samjhaun ke jo woh hai ke ek bhi aadmi Allah Allah karne wala jab na rahe to Khuda dekh raha hai, dekh raha hai, dekh raha hai.</w:t>
      </w:r>
      <w:r>
        <w:br/>
      </w:r>
      <w:r>
        <w:rPr>
          <w:sz w:val="20"/>
        </w:rPr>
        <w:t>16:48  is ka selection ka jo kaam hai, woh chal raha hai. yahan tak jab Khuda dekhega ke ab woh doori close ho gaya, ab koi aadmi jo paida hoga dunya mein, sirf bigdega, woh banne wala hai hi nahin.</w:t>
      </w:r>
      <w:r>
        <w:br/>
      </w:r>
      <w:r>
        <w:rPr>
          <w:sz w:val="20"/>
        </w:rPr>
        <w:t>17:03  woh</w:t>
      </w:r>
      <w:r>
        <w:br/>
      </w:r>
      <w:r>
        <w:rPr>
          <w:sz w:val="20"/>
        </w:rPr>
        <w:t>17:07  to Khuda watch kar raha hai, Khuda ke angel watch kar rahe hain. to jab Khuda ka yeh faisla hoga ke ab koi aadmi aisa paida hone wala nahin hai, kyunke itna culture itna bigad chuka hai, society itni bigad chuki hai, conditionen itni kharab ho chuki hain</w:t>
      </w:r>
      <w:r>
        <w:br/>
      </w:r>
      <w:r>
        <w:rPr>
          <w:sz w:val="20"/>
        </w:rPr>
        <w:t>17:29  ke jo aayega, usi mein condition hota rahega.</w:t>
      </w:r>
      <w:r>
        <w:br/>
      </w:r>
      <w:r>
        <w:rPr>
          <w:sz w:val="20"/>
        </w:rPr>
        <w:t>17:34  to jab yeh haal, jab yeh hoga to qayamat aa jayegi, kyunke iske baad koi kyun rahe duniya mein? yeh yeh duniya ko phir bhi rahe. yeh duniya justification kho denge log.</w:t>
      </w:r>
      <w:r>
        <w:br/>
      </w:r>
      <w:r>
        <w:rPr>
          <w:sz w:val="20"/>
        </w:rPr>
        <w:t>17:48  justification tab tak rehta hai jab tak ke kuch aadmi nikal rahe hain, jo apne khud creator ko manne wale,</w:t>
      </w:r>
      <w:r>
        <w:br/>
      </w:r>
      <w:r>
        <w:rPr>
          <w:sz w:val="20"/>
        </w:rPr>
        <w:t>17:56  ke creator ko acknowledge karne wale. jab society itni bigad jayegi ke aise log paida hona band ho jayenge to justification khatm ho jayega.</w:t>
      </w:r>
      <w:r>
        <w:br/>
      </w:r>
      <w:r>
        <w:rPr>
          <w:sz w:val="20"/>
        </w:rPr>
        <w:t>18:08  justification ke khatm hone ka naam qayamat ka yani where justification ends,</w:t>
      </w:r>
      <w:r>
        <w:br/>
      </w:r>
      <w:r>
        <w:rPr>
          <w:sz w:val="20"/>
        </w:rPr>
        <w:t>18:17  qayamat begins. jahan justification khatm hota hai, wahin se qayamat shuru ho jati hai. yeh matlab hai qayamat ka</w:t>
      </w:r>
    </w:p>
    <w:p>
      <w:pPr>
        <w:pStyle w:val="Heading2"/>
      </w:pPr>
      <w:r>
        <w:t>Gratitude leads to paradise, ingratitude to hell</w:t>
      </w:r>
    </w:p>
    <w:p>
      <w:r>
        <w:rPr>
          <w:color w:val="666666"/>
          <w:sz w:val="18"/>
        </w:rPr>
        <w:t>Importance of Shukr (Thankfulness) July 24, 2022 · 30s · at 41:46 · https://youtu.be/MgWNIv0k1sk?t=2506</w:t>
      </w:r>
    </w:p>
    <w:p>
      <w:r>
        <w:rPr>
          <w:i/>
        </w:rPr>
        <w:t>“Agar hum shukr ada karte hain to Allah aur dega”</w:t>
      </w:r>
    </w:p>
    <w:p>
      <w:r>
        <w:rPr>
          <w:sz w:val="20"/>
        </w:rPr>
        <w:t>41:46  quran ke mutabiq yeh baat hai. aur agar hum shukr ada karte hain to allah taala jo hai la in shakartum la zi dannakum ka matlab hai ke dunya mein bhi allah aur de ga aur akhirat mein is ka reward jo hai, woh jannat hai.</w:t>
      </w:r>
      <w:r>
        <w:br/>
      </w:r>
      <w:r>
        <w:rPr>
          <w:sz w:val="20"/>
        </w:rPr>
        <w:t>42:01  to yeh bohat hi bari quran ki bohat hi important aayatein hain aur is ko hamein hamesha yaad rakhna chahiye ke nashukri hum ko jahannum tak le ja sakti hai aur shukr hum ko jannat tak le jaye ga.</w:t>
      </w:r>
    </w:p>
    <w:p>
      <w:pPr>
        <w:pStyle w:val="Heading2"/>
      </w:pPr>
      <w:r>
        <w:t>Patience means wise planning</w:t>
      </w:r>
    </w:p>
    <w:p>
      <w:r>
        <w:rPr>
          <w:color w:val="666666"/>
          <w:sz w:val="18"/>
        </w:rPr>
        <w:t>Power of Patience | June 16, 2010 | Maulana Wahiduddin Khan · 30s · at 35:39 · https://youtu.be/FlWqljdLKHE?t=2139</w:t>
      </w:r>
    </w:p>
    <w:p>
      <w:r>
        <w:rPr>
          <w:i/>
        </w:rPr>
        <w:t>“Patience means wise planning.”</w:t>
      </w:r>
    </w:p>
    <w:p>
      <w:r>
        <w:rPr>
          <w:sz w:val="20"/>
        </w:rPr>
        <w:t>35:39  ye karna yeh chahiye ke bhai subhan sehilta sabr bardasht tahammul patience dekhen patience kya cheez hai patience</w:t>
      </w:r>
      <w:r>
        <w:br/>
      </w:r>
      <w:r>
        <w:rPr>
          <w:sz w:val="20"/>
        </w:rPr>
        <w:t>35:49  jo hai koi cowardice nahi hai boz dili nahi hai patience means wise planning patience means wise planning yaani</w:t>
      </w:r>
      <w:r>
        <w:br/>
      </w:r>
      <w:r>
        <w:rPr>
          <w:sz w:val="20"/>
        </w:rPr>
        <w:t>35:59  jab koi baat aayi to aap bhadke nahi aap bhadke nahi</w:t>
      </w:r>
    </w:p>
    <w:p>
      <w:pPr>
        <w:pStyle w:val="Heading2"/>
      </w:pPr>
      <w:r>
        <w:t>Forgiveness story with phone call example</w:t>
      </w:r>
    </w:p>
    <w:p>
      <w:r>
        <w:rPr>
          <w:color w:val="666666"/>
          <w:sz w:val="18"/>
        </w:rPr>
        <w:t>Interaction with Umries 26 July, 2019 - Maulana Wahiduddin Khan · 2m 41s · at 2:03 · https://youtu.be/x26fUHWfzFg?t=123</w:t>
      </w:r>
    </w:p>
    <w:p>
      <w:r>
        <w:rPr>
          <w:i/>
        </w:rPr>
        <w:t>“Jannat ko paane ka sab se aasan tareeqa kya hai?”</w:t>
      </w:r>
    </w:p>
    <w:p>
      <w:r>
        <w:rPr>
          <w:sz w:val="20"/>
        </w:rPr>
        <w:t>2:03  dekhein aaj main soch raha tha subah aaj subah ke jannat ko pane ka sab se aasan tareeqa kya hai?</w:t>
      </w:r>
      <w:r>
        <w:br/>
      </w:r>
      <w:r>
        <w:rPr>
          <w:sz w:val="20"/>
        </w:rPr>
        <w:t>2:15  hain sab se aasan. to mujhe yaad aaya ke kai aayatein aur hadithien aisi hain jis ka khulasa ye hai.</w:t>
      </w:r>
      <w:r>
        <w:br/>
      </w:r>
      <w:r>
        <w:rPr>
          <w:sz w:val="20"/>
        </w:rPr>
        <w:t>2:31  kai aayatein aur kai hadithien. in ka khulasa ye hai ke</w:t>
      </w:r>
      <w:r>
        <w:br/>
      </w:r>
      <w:r>
        <w:rPr>
          <w:sz w:val="20"/>
        </w:rPr>
        <w:t>2:40  mere alfaaz mein</w:t>
      </w:r>
      <w:r>
        <w:br/>
      </w:r>
      <w:r>
        <w:rPr>
          <w:sz w:val="20"/>
        </w:rPr>
        <w:t>2:45  maaf karo tum ko maaf kiya jayega.</w:t>
      </w:r>
      <w:r>
        <w:br/>
      </w:r>
      <w:r>
        <w:rPr>
          <w:sz w:val="20"/>
        </w:rPr>
        <w:t>2:50  hain</w:t>
      </w:r>
      <w:r>
        <w:br/>
      </w:r>
      <w:r>
        <w:rPr>
          <w:sz w:val="20"/>
        </w:rPr>
        <w:t>2:57  kai aayatein hadithien aisi hain jin ka khulasa ye hai ke maaf karo tum ko maaf kiya jayega.</w:t>
      </w:r>
      <w:r>
        <w:br/>
      </w:r>
      <w:r>
        <w:rPr>
          <w:sz w:val="20"/>
        </w:rPr>
        <w:t>3:08  to sab se aasan ye hai.</w:t>
      </w:r>
      <w:r>
        <w:br/>
      </w:r>
      <w:r>
        <w:rPr>
          <w:sz w:val="20"/>
        </w:rPr>
        <w:t>3:13  sab se aasan ye hai.</w:t>
      </w:r>
      <w:r>
        <w:br/>
      </w:r>
      <w:r>
        <w:rPr>
          <w:sz w:val="20"/>
        </w:rPr>
        <w:t>3:20  misal ke taur par dekhiye hamari beti jin ko apa karte hain aap log kisi shakhs se baat hui un ki.</w:t>
      </w:r>
      <w:r>
        <w:br/>
      </w:r>
      <w:r>
        <w:rPr>
          <w:sz w:val="20"/>
        </w:rPr>
        <w:t>3:31  kuch pehle ki baat hai. wo hum se bahut zyada un ko ikhtilaf tha.</w:t>
      </w:r>
      <w:r>
        <w:br/>
      </w:r>
      <w:r>
        <w:rPr>
          <w:sz w:val="20"/>
        </w:rPr>
        <w:t>3:40  to baat telephone par baat karte hue unhone kaha ke tum log log se murad zahir hai ke main tha.</w:t>
      </w:r>
      <w:r>
        <w:br/>
      </w:r>
      <w:r>
        <w:rPr>
          <w:sz w:val="20"/>
        </w:rPr>
        <w:t>3:52  tum log jahannum mein jaoge.</w:t>
      </w:r>
      <w:r>
        <w:br/>
      </w:r>
      <w:r>
        <w:rPr>
          <w:sz w:val="20"/>
        </w:rPr>
        <w:t>3:57  telephone par kaha unhone. tum log jahannum mein jaoge. ye jante hain maine kya kiya? hain</w:t>
      </w:r>
      <w:r>
        <w:br/>
      </w:r>
      <w:r>
        <w:rPr>
          <w:sz w:val="20"/>
        </w:rPr>
        <w:t>4:10  ye zahir hai ke bahut hi sakht baat thi. bahut sakht baat thi. to maine ye kiya ke khuda ya maine is shakhs ko maaf kiya.</w:t>
      </w:r>
      <w:r>
        <w:br/>
      </w:r>
      <w:r>
        <w:rPr>
          <w:sz w:val="20"/>
        </w:rPr>
        <w:t>4:24  tata ke mere paas koi amal to hai nahi. isi cheez ko bator amal likh le ke kisi ne aisa kaha aur maine us ko maaf kiya.</w:t>
      </w:r>
      <w:r>
        <w:br/>
      </w:r>
      <w:r>
        <w:rPr>
          <w:sz w:val="20"/>
        </w:rPr>
        <w:t>4:34  taakeh is yeh yeh yeh maafi meri mere liye jannat ka certificate ban jaye.</w:t>
      </w:r>
    </w:p>
    <w:p>
      <w:pPr>
        <w:pStyle w:val="Heading2"/>
      </w:pPr>
      <w:r>
        <w:t>Ego clash leads to avoidance difficulty</w:t>
      </w:r>
    </w:p>
    <w:p>
      <w:r>
        <w:rPr>
          <w:color w:val="666666"/>
          <w:sz w:val="18"/>
        </w:rPr>
        <w:t>Principle of Avoidance in Islam I 12 Dec, 2010 - Maulana Wahiduddin Khan · 33s · at 3:00 · https://youtu.be/LcEmPmf5es0?t=180</w:t>
      </w:r>
    </w:p>
    <w:p>
      <w:r>
        <w:rPr>
          <w:i/>
        </w:rPr>
        <w:t>“Car mister non-ego hai, us se ego clash nahi hota.”</w:t>
      </w:r>
    </w:p>
    <w:p>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p>
    <w:p>
      <w:pPr>
        <w:pStyle w:val="Heading2"/>
      </w:pPr>
      <w:r>
        <w:t>Complaint hides opportunity to forgive</w:t>
      </w:r>
    </w:p>
    <w:p>
      <w:r>
        <w:rPr>
          <w:color w:val="666666"/>
          <w:sz w:val="18"/>
        </w:rPr>
        <w:t>Double Reward 15 Feb 2020 - Maulana Wahiduddin Khan · 36s · at 7:44 · https://youtu.be/Os-Kuq1-wAk?t=464</w:t>
      </w:r>
    </w:p>
    <w:p>
      <w:r>
        <w:rPr>
          <w:i/>
        </w:rPr>
        <w:t>“Kaisi ajeeb baat hai.”</w:t>
      </w:r>
    </w:p>
    <w:p>
      <w:r>
        <w:rPr>
          <w:sz w:val="20"/>
        </w:rPr>
        <w:t>7:44  ziyada sawab kamayen. kaisi ajib baat hai. log kya karte hain ke shikayat de ke baith jate hain, udas ho jate hain, ghussa ho jate hain,</w:t>
      </w:r>
      <w:r>
        <w:br/>
      </w:r>
      <w:r>
        <w:rPr>
          <w:sz w:val="20"/>
        </w:rPr>
        <w:t>7:58  shikayat de ke baithte hain. lekin jahan shikayat de ke baithte hain log, wahan un ke liye ek aur mauqa chupa hua hai,</w:t>
      </w:r>
      <w:r>
        <w:br/>
      </w:r>
      <w:r>
        <w:rPr>
          <w:sz w:val="20"/>
        </w:rPr>
        <w:t>8:10  woh yeh ke is ko maaf karen. maaf karne ke baad to sirf yeh nahin hai ke maaf kiya, maaf kiya keh diya. nahin, acha sulook karna.</w:t>
      </w:r>
    </w:p>
    <w:p>
      <w:pPr>
        <w:pStyle w:val="Heading2"/>
      </w:pPr>
      <w:r>
        <w:t>No one performs worship with full perfection</w:t>
      </w:r>
    </w:p>
    <w:p>
      <w:r>
        <w:rPr>
          <w:color w:val="666666"/>
          <w:sz w:val="18"/>
        </w:rPr>
        <w:t>The Quran 11 90 CPS Women Weekly Discussion 32 December 10, 2023 · 39s · at 9:47 · https://youtu.be/GB7dNbRkNI4?t=587</w:t>
      </w:r>
    </w:p>
    <w:p>
      <w:r>
        <w:rPr>
          <w:i/>
        </w:rPr>
        <w:t>“हम पूरी इबादत भी उस perfection के साथ नहीं कर पाते”</w:t>
      </w:r>
    </w:p>
    <w:p>
      <w:r>
        <w:rPr>
          <w:sz w:val="20"/>
        </w:rPr>
        <w:t>9:47  mujhe lagta hai ke hum poori ibaadat bhi us us perfection ke saath nahi kar paate jo uska haq hai.</w:t>
      </w:r>
      <w:r>
        <w:br/>
      </w:r>
      <w:r>
        <w:rPr>
          <w:sz w:val="20"/>
        </w:rPr>
        <w:t>10:26  to yeh ek bahut bada rehmat ka pehlu allah taala ka, bahut badi sifaat hai jo samajh mein aayi. kyunki jaise kai mujhe school ke teachers kuch yaad aaye.</w:t>
      </w:r>
    </w:p>
    <w:p>
      <w:pPr>
        <w:pStyle w:val="Heading2"/>
      </w:pPr>
      <w:r>
        <w:t>World as a custom-made blessing from God</w:t>
      </w:r>
    </w:p>
    <w:p>
      <w:r>
        <w:rPr>
          <w:color w:val="666666"/>
          <w:sz w:val="18"/>
        </w:rPr>
        <w:t>Problem and Shukr March 15, 2015 · 2m 05s · at 5:55 · https://youtu.be/SPBsXjH1hzM?t=355</w:t>
      </w:r>
    </w:p>
    <w:p>
      <w:r>
        <w:rPr>
          <w:i/>
        </w:rPr>
        <w:t>“Allah ka shukr karne ka matlab kya hai? Yeh duniya di hai”</w:t>
      </w:r>
    </w:p>
    <w:p>
      <w:r>
        <w:rPr>
          <w:sz w:val="20"/>
        </w:rPr>
        <w:t>5:55  to dekhiye, Allah ka shukr karne ka matlab kya hai? Allah ka shukr karna hai aap ko yeh dunya di hai Allah taala ne.</w:t>
      </w:r>
      <w:r>
        <w:br/>
      </w:r>
      <w:r>
        <w:rPr>
          <w:sz w:val="20"/>
        </w:rPr>
        <w:t>6:07  yeh jo zameen hai, yeh zameen mein bahut sare halaat hain, wo halaat agar na rahein to aap zameen par reh nahi sakte. is ke andar bahut hi, bahut hi yani right proportion mein yahan par wo hai kashish, yani gravity.</w:t>
      </w:r>
      <w:r>
        <w:br/>
      </w:r>
      <w:r>
        <w:rPr>
          <w:sz w:val="20"/>
        </w:rPr>
        <w:t>6:33  jo gravitational pull zameen ke andar hai, wo bahut hi right proportion mein hai. is tarah se suraj ki roshni bahut hi right proportion mein aap ki taraf aati hai.</w:t>
      </w:r>
      <w:r>
        <w:br/>
      </w:r>
      <w:r>
        <w:rPr>
          <w:sz w:val="20"/>
        </w:rPr>
        <w:t>6:46  barish hoti hai, wo bhi bahut hi right proportion mein hoti hai. agar zara sa proportion bigad jaye to aap sara mamla kharab ho jayega aap ka.</w:t>
      </w:r>
      <w:r>
        <w:br/>
      </w:r>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r>
        <w:br/>
      </w:r>
      <w:r>
        <w:rPr>
          <w:sz w:val="20"/>
        </w:rPr>
        <w:t>7:31  is ko phal chahiye to drakht se phal latak rahe hain. billion billion cheezen hain jo insan ke liye Allah ne paida ki hain.</w:t>
      </w:r>
      <w:r>
        <w:br/>
      </w:r>
      <w:r>
        <w:rPr>
          <w:sz w:val="20"/>
        </w:rPr>
        <w:t>7:44  to yeh cheezen aap ko batati hain ke Allah ka shukar kar ke is dunya mein raho. yeh world tumhare liye blessing ki dunya hai.</w:t>
      </w:r>
      <w:r>
        <w:br/>
      </w:r>
      <w:r>
        <w:rPr>
          <w:sz w:val="20"/>
        </w:rPr>
        <w:t>7:54  yeh dunya jo hai tumhare liye blessing ki dunya hai. to shukar ke ehsas mein jiyo.</w:t>
      </w:r>
    </w:p>
    <w:p>
      <w:pPr>
        <w:pStyle w:val="Heading2"/>
      </w:pPr>
      <w:r>
        <w:t>Prophet's hardship in Mecca didn't stop his ultimate success</w:t>
      </w:r>
    </w:p>
    <w:p>
      <w:r>
        <w:rPr>
          <w:color w:val="666666"/>
          <w:sz w:val="18"/>
        </w:rPr>
        <w:t>Importance of Shukr (Thankfulness) July 24, 2022 · 2m 39s · at 31:35 · https://youtu.be/MgWNIv0k1sk?t=1895</w:t>
      </w:r>
    </w:p>
    <w:p>
      <w:r>
        <w:rPr>
          <w:i/>
        </w:rPr>
        <w:t>“Hamesha hamare andar salahiyatein hoti hain”</w:t>
      </w:r>
    </w:p>
    <w:p>
      <w:r>
        <w:rPr>
          <w:sz w:val="20"/>
        </w:rPr>
        <w:t>31:35  to aisa kabhi nahi hota ke bilkul insan ke andar tamam salahiyaten khatm ho gayi hon to ab opportunities ko avail karne ki.</w:t>
      </w:r>
      <w:r>
        <w:br/>
      </w:r>
      <w:r>
        <w:rPr>
          <w:sz w:val="20"/>
        </w:rPr>
        <w:t>31:45  to aisa nahi hota. Hamesha hamare andar salahiyaten hoti hain. Agar hum apne andar positivity hamare andar rahe, negativity na rahe.</w:t>
      </w:r>
      <w:r>
        <w:br/>
      </w:r>
      <w:r>
        <w:rPr>
          <w:sz w:val="20"/>
        </w:rPr>
        <w:t>31:54  nashukri jo hai, wo wo negativity paida karti hai. Isi liye Allah taala ko nashukri bohat zyada napasand hai.</w:t>
      </w:r>
      <w:r>
        <w:br/>
      </w:r>
      <w:r>
        <w:rPr>
          <w:sz w:val="20"/>
        </w:rPr>
        <w:t>32:02  Maulana kehte the ke jo positive soul hai, wahi jannat mein jayegi. To nashukri jo hai, wo hamare andar negativity paida karti hai.</w:t>
      </w:r>
      <w:r>
        <w:br/>
      </w:r>
      <w:r>
        <w:rPr>
          <w:sz w:val="20"/>
        </w:rPr>
        <w:t>32:11  to har halat mein hamein ye khatm karna hai apne andar se. To is ke liye tarah tarah se hum ne apne aap ko explain karna hai. Misal ke taur par, hum hum ko kisi se takleef pahunch gayi to us ko ignore kar dena hai.</w:t>
      </w:r>
      <w:r>
        <w:br/>
      </w:r>
      <w:r>
        <w:rPr>
          <w:sz w:val="20"/>
        </w:rPr>
        <w:t>32:25  us ko sabr, sabr Quran mein aya hai ke sabr jo hai, is ka bohat be hisab ajr hai.</w:t>
      </w:r>
      <w:r>
        <w:br/>
      </w:r>
      <w:r>
        <w:rPr>
          <w:sz w:val="20"/>
        </w:rPr>
        <w:t>32:32  is par hum sabr kar lein. To sabr kar lenge to Allah taala ki madad aa jayegi. Kyun ke hum jab hum Allah taala ke hukum ke mutabiq amal karenge to Allah taala aur zyada hamari madad karega.</w:t>
      </w:r>
      <w:r>
        <w:br/>
      </w:r>
      <w:r>
        <w:rPr>
          <w:sz w:val="20"/>
        </w:rPr>
        <w:t>32:43  aur Allah ki madad se hum jo hai, apne hamare apne kaam mein hum kamyab ho jayenge. To problems jo hain, wo challenges hain.</w:t>
      </w:r>
      <w:r>
        <w:br/>
      </w:r>
      <w:r>
        <w:rPr>
          <w:sz w:val="20"/>
        </w:rPr>
        <w:t>32:53  wo aisi baat nahi hai ke jis ke paas problem hai, us ke aage mawaqe nahi hain. Mawaqe ko istemal karein.</w:t>
      </w:r>
      <w:r>
        <w:br/>
      </w:r>
      <w:r>
        <w:rPr>
          <w:sz w:val="20"/>
        </w:rPr>
        <w:t>33:00  sab se zyada problems to Rasool Allah Sal Allahu Alaihi Wasallam ko the. Makka mein kya halat thi? Log jo hain, namaz roza tak nahi karne dete the.</w:t>
      </w:r>
      <w:r>
        <w:br/>
      </w:r>
      <w:r>
        <w:rPr>
          <w:sz w:val="20"/>
        </w:rPr>
        <w:t>33:09  to itna zyada pareshan karte the, Makka chhod ke bhagna pada. To kya aap kamyab nahi hue? Aap ke Michael Hart ne likha hai ke dunya ke sab se zyada barhe kamyab insan</w:t>
      </w:r>
      <w:r>
        <w:br/>
      </w:r>
      <w:r>
        <w:rPr>
          <w:sz w:val="20"/>
        </w:rPr>
        <w:t>33:22  the. To problem ko hum kis tarike se us ko apne potential ko actualize karein?</w:t>
      </w:r>
      <w:r>
        <w:br/>
      </w:r>
      <w:r>
        <w:rPr>
          <w:sz w:val="20"/>
        </w:rPr>
        <w:t>33:30  kis tarike se opportunities ko avail karein? To hikmat ke sath, practical wisdom ke sath. To inhi problem se hum oopar uth jayenge aur hum wahi kamyabi hasil kar sakte hain jo koi bhi kamyabi kisi ne bhi hasil</w:t>
      </w:r>
      <w:r>
        <w:br/>
      </w:r>
      <w:r>
        <w:rPr>
          <w:sz w:val="20"/>
        </w:rPr>
        <w:t>33:49  ki hai. Ek bar Maulana ne encyclopedia mein dikhaya tha ji ke jitne barhe barhe insan paida hue hain, barhi barhi discoveries ki hain, wo sab wahi the jo problem mein paida hue ji, ghareeb ghar mein paida hue, museebaton mein paida hue.</w:t>
      </w:r>
      <w:r>
        <w:br/>
      </w:r>
      <w:r>
        <w:rPr>
          <w:sz w:val="20"/>
        </w:rPr>
        <w:t>34:03  to un ke andar zabardast incentive hota hai kaam karne ka. To incentive ki wajah se wo taraqqi kar pate hain. To hamein halaat jo hain, wo badalte rehte hain.</w:t>
      </w:r>
    </w:p>
    <w:p>
      <w:pPr>
        <w:pStyle w:val="Heading2"/>
      </w:pPr>
      <w:r>
        <w:t>Unity in diversity</w:t>
      </w:r>
    </w:p>
    <w:p>
      <w:r>
        <w:rPr>
          <w:color w:val="666666"/>
          <w:sz w:val="18"/>
        </w:rPr>
        <w:t>Q&amp;A 08 July 2007 - Maulana Wahiduddin Khan · 2m 57s · at 23:26 · https://youtu.be/k921gOjkIaw?t=1406</w:t>
      </w:r>
    </w:p>
    <w:p>
      <w:r>
        <w:rPr>
          <w:i/>
        </w:rPr>
        <w:t>“Unity ka yeh matlab hi galat hai jo aap le rahe hain.”</w:t>
      </w:r>
    </w:p>
    <w:p>
      <w:r>
        <w:rPr>
          <w:sz w:val="20"/>
        </w:rPr>
        <w:t>23:26  yunity ka yeh matlab hi galat hai jo aap le rahe hain. unity jo hai, unity in diversity hoti hai. yaad rakhiye, yeh sab yeh bhi ek myth hai.</w:t>
      </w:r>
      <w:r>
        <w:br/>
      </w:r>
      <w:r>
        <w:rPr>
          <w:sz w:val="20"/>
        </w:rPr>
        <w:t>23:35  log samajhte hain ke unity, unity, unity, unity kabhi na hui hai aur na kabhi ho sakti hai. ek hi formula hai: let us agree to disagree.</w:t>
      </w:r>
      <w:r>
        <w:br/>
      </w:r>
      <w:r>
        <w:rPr>
          <w:sz w:val="20"/>
        </w:rPr>
        <w:t>23:46  bas aur koi doosra formula nahi hai. kyunke uniformity nature mein nahi hai. ek scholar ne bahut sahi kaha ke nature abhors uniformity.</w:t>
      </w:r>
      <w:r>
        <w:br/>
      </w:r>
      <w:r>
        <w:rPr>
          <w:sz w:val="20"/>
        </w:rPr>
        <w:t>24:00  ab zara jab nature hi mein uniformity na ho to aap kahan se layenge? main samajhta hoon ke yeh differences jo hain, bahut hi yeh bhi ek blessing hai.</w:t>
      </w:r>
      <w:r>
        <w:br/>
      </w:r>
      <w:r>
        <w:rPr>
          <w:sz w:val="20"/>
        </w:rPr>
        <w:t>24:10  kyunke is ki wajah se daailaag aata hai, ekschainj aata hai. difrans of opinion na ho to aap daailaag kaise karenge? dekhiye, yeh bhi ek mith hai.</w:t>
      </w:r>
      <w:r>
        <w:br/>
      </w:r>
      <w:r>
        <w:rPr>
          <w:sz w:val="20"/>
        </w:rPr>
        <w:t>24:21  jo cheez evil hai, woh woh woh difrans nahi hai. woh hai ikstrimism. yaad rakhiye, ek hai difrans, ek hai ikstrimism.</w:t>
      </w:r>
      <w:r>
        <w:br/>
      </w:r>
      <w:r>
        <w:rPr>
          <w:sz w:val="20"/>
        </w:rPr>
        <w:t>24:33  to difference ek bahut blessing hai, bahut badi. kyunke without difference, without without difference, there is no dialogue, no exchange of thought, and no intellectual development.</w:t>
      </w:r>
      <w:r>
        <w:br/>
      </w:r>
      <w:r>
        <w:rPr>
          <w:sz w:val="20"/>
        </w:rPr>
        <w:t>24:48  kyunke bari hub ikstrimism hai. kisi maamle mein aap ikstrimist ban jayen to wahi bara hai. ke difrans hai to woh aadmi galat hai.</w:t>
      </w:r>
      <w:r>
        <w:br/>
      </w:r>
      <w:r>
        <w:rPr>
          <w:sz w:val="20"/>
        </w:rPr>
        <w:t>24:56  difrans hai to is ko maaro. difrans hai to is ko taal matol mat karo. to jab aap difrans ko is had tak le jayen to woh bari cheez hai.</w:t>
      </w:r>
      <w:r>
        <w:br/>
      </w:r>
      <w:r>
        <w:rPr>
          <w:sz w:val="20"/>
        </w:rPr>
        <w:t>25:10  warna ikhtilaf ya ya difrans jo hai, woh to bahut achhi cheez hai. isi liye hadees mein aata hai ke ikhtilaf amti rahma.</w:t>
      </w:r>
      <w:r>
        <w:br/>
      </w:r>
      <w:r>
        <w:rPr>
          <w:sz w:val="20"/>
        </w:rPr>
        <w:t>25:19  hamare muhaddiseen is par kehte hain ke sahib, yeh is mein zaeef hai aur is ki sanad kamzor hai. main samajhta hoon ke bahut hi sahi hadees yeh hai.</w:t>
      </w:r>
      <w:r>
        <w:br/>
      </w:r>
      <w:r>
        <w:rPr>
          <w:sz w:val="20"/>
        </w:rPr>
        <w:t>25:30  Ikhtilaf ke maani kya hain? Difference. Meri ummat ka difference meri ummat ki blessing hai. Kyunke difference ki wajah se logon mein exchange hoga, dialogue hoga, sochenge aur intellectual development ka process non-stop chalta rahega.</w:t>
      </w:r>
      <w:r>
        <w:br/>
      </w:r>
      <w:r>
        <w:rPr>
          <w:sz w:val="20"/>
        </w:rPr>
        <w:t>25:47  yeh matlab hai is ka. main abhi aisi yunity ko main nahi chahta insaan ke andar. main disunity ko chahta hoon.</w:t>
      </w:r>
      <w:r>
        <w:br/>
      </w:r>
      <w:r>
        <w:rPr>
          <w:sz w:val="20"/>
        </w:rPr>
        <w:t>25:56  jaise gender equality, yeh bhi ek myth hai. main kehta hoon gender inequality zyada natural hai. agar gender equality hogi to yeh uniformity aa jayegi.</w:t>
      </w:r>
      <w:r>
        <w:br/>
      </w:r>
      <w:r>
        <w:rPr>
          <w:sz w:val="20"/>
        </w:rPr>
        <w:t>26:08  to sab kya karenge? achha achha kapda padh ke baithe rahenge. log value nahi jaante exchange ki, discussion ki, dialogue ki value nahi jaante.</w:t>
      </w:r>
      <w:r>
        <w:br/>
      </w:r>
      <w:r>
        <w:rPr>
          <w:sz w:val="20"/>
        </w:rPr>
        <w:t>26:18  is liye aisi baaten karte hain.</w:t>
      </w:r>
    </w:p>
    <w:p>
      <w:pPr>
        <w:pStyle w:val="Heading2"/>
      </w:pPr>
      <w:r>
        <w:t>Pampering causes children's ruin</w:t>
      </w:r>
    </w:p>
    <w:p>
      <w:r>
        <w:rPr>
          <w:color w:val="666666"/>
          <w:sz w:val="18"/>
        </w:rPr>
        <w:t>The Case of Present Day Muslims (In Conversation with Maulana) February 14, 2010 · 3m 44s · at 27:59 · https://youtu.be/Rw-5WYJKQtw?t=1679</w:t>
      </w:r>
    </w:p>
    <w:p>
      <w:r>
        <w:rPr>
          <w:i/>
        </w:rPr>
        <w:t>“Only one reason: pampering.”</w:t>
      </w:r>
    </w:p>
    <w:p>
      <w:r>
        <w:rPr>
          <w:sz w:val="20"/>
        </w:rPr>
        <w:t>27:59  yani unki auladen nalaik bhi hain aur naferman bhi. is ki kya wajah hai?</w:t>
      </w:r>
      <w:r>
        <w:br/>
      </w:r>
      <w:r>
        <w:rPr>
          <w:sz w:val="20"/>
        </w:rPr>
        <w:t>28:08  sirf aik wajah hai: pampering. sari zimmedari maa baap par hai. har maa baap pampering kar ke apne bachhon ko kharab karte hain.</w:t>
      </w:r>
      <w:r>
        <w:br/>
      </w:r>
      <w:r>
        <w:rPr>
          <w:sz w:val="20"/>
        </w:rPr>
        <w:t>28:22  bas aur koi wajah hai hi nahi doosri. apne bachhon ko easy money denge, easy car denge, easy luxury denge.</w:t>
      </w:r>
      <w:r>
        <w:br/>
      </w:r>
      <w:r>
        <w:rPr>
          <w:sz w:val="20"/>
        </w:rPr>
        <w:t>28:31  matlab unhein mehnat nahi karni padi aur free mein baap ne de diya. to sab se buri cheez jo hai, pampering.</w:t>
      </w:r>
      <w:r>
        <w:br/>
      </w:r>
      <w:r>
        <w:rPr>
          <w:sz w:val="20"/>
        </w:rPr>
        <w:t>28:41  bachhon ke andar realistic approach nahi aa pata. haqeeqat nahi samajh paate woh. bana kamaye mil gaya, bana pasina bahaye mil gaya, kuch bhi nahi kiya aur sab cheez mil gayi.</w:t>
      </w:r>
      <w:r>
        <w:br/>
      </w:r>
      <w:r>
        <w:rPr>
          <w:sz w:val="20"/>
        </w:rPr>
        <w:t>28:54  to to bigadenge, woh to bigadenge. aur koi maa baap is ke liye tayyar nahi ke mein pampering karta hoon. mein jis se baap se baat karta hoon na, ae hum to kuch nahi karte, hum kya karte hain?</w:t>
      </w:r>
      <w:r>
        <w:br/>
      </w:r>
      <w:r>
        <w:rPr>
          <w:sz w:val="20"/>
        </w:rPr>
        <w:t>29:06  wajah kya hai? bhai, woh samajhte hain ke humein to is ko dena chahiye hawai jahaz. to humein to aik aik cycle de di hai, humein to dena chahiye aik mahal, humein to aik flat de diya hai.</w:t>
      </w:r>
      <w:r>
        <w:br/>
      </w:r>
      <w:r>
        <w:rPr>
          <w:sz w:val="20"/>
        </w:rPr>
        <w:t>29:19  to koi maa baap is ko pakad nahi paate ke ke ah ke yani asal asal baat kya hai.</w:t>
      </w:r>
      <w:r>
        <w:br/>
      </w:r>
      <w:r>
        <w:rPr>
          <w:sz w:val="20"/>
        </w:rPr>
        <w:t>29:32  to jab tak maa baap pampering ko nahi chhodenge, tab tak bachhe bigadte hi rahenge. bachhon ka bigadna khatm nahi hoga. woh age jo ke hoti hai, jis ko kehte hain yani preparatory period.</w:t>
      </w:r>
      <w:r>
        <w:br/>
      </w:r>
      <w:r>
        <w:rPr>
          <w:sz w:val="20"/>
        </w:rPr>
        <w:t>29:45  bachhon ka jo preparatory period hai, usi mein inko pampering mil rahi hai.</w:t>
      </w:r>
      <w:r>
        <w:br/>
      </w:r>
      <w:r>
        <w:rPr>
          <w:sz w:val="20"/>
        </w:rPr>
        <w:t>29:53  to behal, mein is ko samajhta hoon ke</w:t>
      </w:r>
      <w:r>
        <w:br/>
      </w:r>
      <w:r>
        <w:rPr>
          <w:sz w:val="20"/>
        </w:rPr>
        <w:t>29:58  hadith mein aata hai ke apne bachhon ko namaz parhna sikhao. jab das saal ke ho jayen to to unhein maro.</w:t>
      </w:r>
      <w:r>
        <w:br/>
      </w:r>
      <w:r>
        <w:rPr>
          <w:sz w:val="20"/>
        </w:rPr>
        <w:t>30:08  fa darbah bil ghashrah, yeh hai na? fa darbah bil ghashrah. to log samajhte hain ke marna, marna nahi. hammering karo in ki.</w:t>
      </w:r>
      <w:r>
        <w:br/>
      </w:r>
      <w:r>
        <w:rPr>
          <w:sz w:val="20"/>
        </w:rPr>
        <w:t>30:19  yeh matlab nahi ke danda le ke maro in ko. yeh namaz ki baat nahi hai. yani language of pampering mat istemal karo.</w:t>
      </w:r>
      <w:r>
        <w:br/>
      </w:r>
      <w:r>
        <w:rPr>
          <w:sz w:val="20"/>
        </w:rPr>
        <w:t>30:27  language of hammering istemal karo. yeh matlab hai is ka. log jo hain, apne bachhon ke sath language of language of pampering istemal karte hain.</w:t>
      </w:r>
      <w:r>
        <w:br/>
      </w:r>
      <w:r>
        <w:rPr>
          <w:sz w:val="20"/>
        </w:rPr>
        <w:t>30:37  is hadith ka matlab yeh hai ke nahi, ladke bigad jayenge is se. tum un se language of hammering istemal karo. yeh matlab nahi ke sach much beat beat karo in ki.</w:t>
      </w:r>
      <w:r>
        <w:br/>
      </w:r>
      <w:r>
        <w:rPr>
          <w:sz w:val="20"/>
        </w:rPr>
        <w:t>30:47  to aap ya to yeh kijiye, nahi kijiye to phir bhugtiye is ki price dijiye is ki. agar aap pampering nahi chhodna chahte to phir price is ki dijiye is ki ke ladke bigadenge.</w:t>
      </w:r>
      <w:r>
        <w:br/>
      </w:r>
      <w:r>
        <w:rPr>
          <w:sz w:val="20"/>
        </w:rPr>
        <w:t>31:00  to bigadna hi bigadna hai in ko. to bigadna hi bigadna hai in ko.</w:t>
      </w:r>
      <w:r>
        <w:br/>
      </w:r>
      <w:r>
        <w:rPr>
          <w:sz w:val="20"/>
        </w:rPr>
        <w:t>31:10  is ke bohat bade qisse hain. main chahu to qissa bayan karne ke liye bohat se qisse bayan karu ke kaise kaise log pampering kar ke bigad rakha hai apne bachchon ko logon ne. lekin in principle main kehta hu ke saare maa baap zimmedar hain is situation se.</w:t>
      </w:r>
      <w:r>
        <w:br/>
      </w:r>
      <w:r>
        <w:rPr>
          <w:sz w:val="20"/>
        </w:rPr>
        <w:t>31:25  khud shikayat karte hain aulaad ki. zimmedar woh khud hain. shikayat doosron ko karte hain. zimmedar woh khud hain kyunke woh pampering kar ke kharab kar diya unho ne is ko.</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Adam and Iblis respond differently to sin</w:t>
      </w:r>
    </w:p>
    <w:p>
      <w:r>
        <w:rPr>
          <w:color w:val="666666"/>
          <w:sz w:val="18"/>
        </w:rPr>
        <w:t>The Quran 11 90 CPS Women Weekly Discussion 32 December 10, 2023 · 1m 44s · at 27:13 · https://youtu.be/GB7dNbRkNI4?t=1633</w:t>
      </w:r>
    </w:p>
    <w:p>
      <w:r>
        <w:rPr>
          <w:i/>
        </w:rPr>
        <w:t>“यह पहली situation आदम और इब्लीस के ज़रिए दिखाई”</w:t>
      </w:r>
    </w:p>
    <w:p>
      <w:r>
        <w:rPr>
          <w:sz w:val="20"/>
        </w:rPr>
        <w:t>27:13  to main chahoongi ke aur koi ladies hain jo apni learning share karna chahti hain? Aisha Yusra, please. Assalam o alaikum. yeh jo verse se maine yeh samajh payi ke Allah se maafi mang ho, Allah taala maaf karne wala hai.</w:t>
      </w:r>
      <w:r>
        <w:br/>
      </w:r>
      <w:r>
        <w:rPr>
          <w:sz w:val="20"/>
        </w:rPr>
        <w:t>27:37  iska pehli situation Allah taala humko dikhaya hai through Adam and Iblis ke zariye. to jab Adam ke aage jhukoo bole the to Iblis ne mana kiya. to yeh jo alamles sanyam ne woh jo darakat hai uske paas mat jana bole the. Allah tha na to usi ke paas gaye the aur ghalti kiya tha.</w:t>
      </w:r>
      <w:r>
        <w:br/>
      </w:r>
      <w:r>
        <w:rPr>
          <w:sz w:val="20"/>
        </w:rPr>
        <w:t>28:04  lekin foran unhone toba kiya hai. ise sachchi toba kiya hai to isi toba ki waja se alam wale starank ko Allah taala first payamber bana diya hai. to Iblis ne mana kiya hai I mean forgiveness bhi nahi manga hai Allah se. to unhone itni achi jannat se nikal kar jahannum mein daal diya gaya hai.</w:t>
      </w:r>
      <w:r>
        <w:br/>
      </w:r>
      <w:r>
        <w:rPr>
          <w:sz w:val="20"/>
        </w:rPr>
        <w:t>28:29  to jab insan se ghalti hoti hai, foreign toba karte hain to Allah taala uske tobab ko quboon karke usko gift bhi dete hain. Spiritually unki jo level hai woh level increase hoti hai aur qudrah se qareeb hote hain aur woh insan pehli jaise naye rakhti hai. to uske andar intellectual development mein ek aur rank badhti aati hai.</w:t>
      </w:r>
      <w:r>
        <w:br/>
      </w:r>
      <w:r>
        <w:rPr>
          <w:sz w:val="20"/>
        </w:rPr>
        <w:t>28:57  maine is line se verse se yahi samajh payi thi izar matlab. aur koi sisters hain jo apni learning ko share karna chahti hoon? Raimut Anisa, please share your learning. zaminlahir rahman ya rahim. Assuvidamu laikum.</w:t>
      </w:r>
    </w:p>
    <w:p>
      <w:pPr>
        <w:pStyle w:val="Heading2"/>
      </w:pPr>
      <w:r>
        <w:t>Lockdown as blessing for introspection</w:t>
      </w:r>
    </w:p>
    <w:p>
      <w:r>
        <w:rPr>
          <w:color w:val="666666"/>
          <w:sz w:val="18"/>
        </w:rPr>
        <w:t>Prayer for the Country April 05, 2020 Maulana Wahiduddin Khan · 25s · at 0:28 · https://youtu.be/9Fh70tItjlQ?t=28</w:t>
      </w:r>
    </w:p>
    <w:p>
      <w:r>
        <w:rPr>
          <w:i/>
        </w:rPr>
        <w:t>“Aap jaante hain ke aaj kal hamare yahan lockdown ka mamla hai.”</w:t>
      </w:r>
    </w:p>
    <w:p>
      <w:r>
        <w:rPr>
          <w:sz w:val="20"/>
        </w:rPr>
        <w:t>0:28  aap jante hain ke aaj kal hamare haan lockdown ka muamla hai.</w:t>
      </w:r>
      <w:r>
        <w:br/>
      </w:r>
      <w:r>
        <w:rPr>
          <w:sz w:val="20"/>
        </w:rPr>
        <w:t>0:38  main samajhta hoon ke yeh hamare liye aik nemat ka moqa hai. hum sab logon ke liye moqa hai ke woh introspection karen.</w:t>
      </w:r>
    </w:p>
    <w:p>
      <w:pPr>
        <w:pStyle w:val="Heading2"/>
      </w:pPr>
      <w:r>
        <w:t>Modern tension from unaddressed gratitude nature</w:t>
      </w:r>
    </w:p>
    <w:p>
      <w:r>
        <w:rPr>
          <w:color w:val="666666"/>
          <w:sz w:val="18"/>
        </w:rPr>
        <w:t>Ancient Shirk or Modern Shirk February 1, 2008 Maulana Wahiduddin Khan · 5m 49s · at 12:00 · https://youtu.be/LB6iBYerQmw?t=720</w:t>
      </w:r>
    </w:p>
    <w:p>
      <w:r>
        <w:rPr>
          <w:i/>
        </w:rPr>
        <w:t>“Aaj saari duniya aap dekhiye, sab log tension mein hain”</w:t>
      </w:r>
    </w:p>
    <w:p>
      <w:r>
        <w:rPr>
          <w:sz w:val="20"/>
        </w:rPr>
        <w:t>12:00  Aaj sari dunya aap dekhiye, sab log tension mein hain, stress mein hain.</w:t>
      </w:r>
      <w:r>
        <w:br/>
      </w:r>
      <w:r>
        <w:rPr>
          <w:sz w:val="20"/>
        </w:rPr>
        <w:t>12:09  Kaha jata hai ke sab se bara problem is zamane ka tension hai ya stress hai. Kyun ke chahe aap dolat ikatha kar lein, achhe se achha ghar bana lein, khoobsurat carain aap ke ghar ke samne khadi hui hon,</w:t>
      </w:r>
      <w:r>
        <w:br/>
      </w:r>
      <w:r>
        <w:rPr>
          <w:sz w:val="20"/>
        </w:rPr>
        <w:t>12:23  Sab kuch ho, sab kuch ho, sab kuch ho. Lekin phir kya hota hai? Stress.</w:t>
      </w:r>
      <w:r>
        <w:br/>
      </w:r>
      <w:r>
        <w:rPr>
          <w:sz w:val="20"/>
        </w:rPr>
        <w:t>12:30  Phir kya hota hai? Tension. Yeh ek aam baat hai. Is zamane mein ek bohat bari industry hai jis ko kehte hain de-stressing.</w:t>
      </w:r>
      <w:r>
        <w:br/>
      </w:r>
      <w:r>
        <w:rPr>
          <w:sz w:val="20"/>
        </w:rPr>
        <w:t>12:45  De-stressing. Jitne bare bare log hain, paise wale log hain, woh sab de-stressing ke liye daud rahe hain is industry ki taraf.</w:t>
      </w:r>
      <w:r>
        <w:br/>
      </w:r>
      <w:r>
        <w:rPr>
          <w:sz w:val="20"/>
        </w:rPr>
        <w:t>12:54  Apne ko tension free banana, apne stress ko khatam karna, yeh in ka sab se bara problem hai. To de-stressing is zamane mein ek bohat bari flourishing industry hai.</w:t>
      </w:r>
      <w:r>
        <w:br/>
      </w:r>
      <w:r>
        <w:rPr>
          <w:sz w:val="20"/>
        </w:rPr>
        <w:t>13:09  Ab bare bare log is mein lage hue hain. Achha, kyun hai yeh? Is ka jo reason hai, woh hai ek qism ka contradiction jis mein insaan jeeta hai.</w:t>
      </w:r>
      <w:r>
        <w:br/>
      </w:r>
      <w:r>
        <w:rPr>
          <w:sz w:val="20"/>
        </w:rPr>
        <w:t>13:24  Yani present man is living in contradiction and result is in tension.</w:t>
      </w:r>
      <w:r>
        <w:br/>
      </w:r>
      <w:r>
        <w:rPr>
          <w:sz w:val="20"/>
        </w:rPr>
        <w:t>13:32  And the direct result of this contradiction is tension and stress. Aaj ka insaan jeeta hai tazad mein, contradiction mein.</w:t>
      </w:r>
      <w:r>
        <w:br/>
      </w:r>
      <w:r>
        <w:rPr>
          <w:sz w:val="20"/>
        </w:rPr>
        <w:t>13:43  Isi ka barah e raast nateeja hai tension aur stress. Woh kaise? Is ko ghor kijiye.</w:t>
      </w:r>
      <w:r>
        <w:br/>
      </w:r>
      <w:r>
        <w:rPr>
          <w:sz w:val="20"/>
        </w:rPr>
        <w:t>13:52  Dekhiye, jaisa ke main ne arz kiya, insaan by birth ek nature le kar paida hua hai. Woh nature hai tashakkur, gratitude, acknowledge karna.</w:t>
      </w:r>
      <w:r>
        <w:br/>
      </w:r>
      <w:r>
        <w:rPr>
          <w:sz w:val="20"/>
        </w:rPr>
        <w:t>14:08  Insaan ki nature mein yeh cheez introven hai. Nature mein introven hai ke kisi se kuch mile to us ko acknowledge kare.</w:t>
      </w:r>
      <w:r>
        <w:br/>
      </w:r>
      <w:r>
        <w:rPr>
          <w:sz w:val="20"/>
        </w:rPr>
        <w:t>14:20  Kisi se kuch mile to us ka etraf kare.</w:t>
      </w:r>
      <w:r>
        <w:br/>
      </w:r>
      <w:r>
        <w:rPr>
          <w:sz w:val="20"/>
        </w:rPr>
        <w:t>14:26  To agar aap etraf na karein to kya hoga? Aap contradiction mein jeene lagen ge.</w:t>
      </w:r>
      <w:r>
        <w:br/>
      </w:r>
      <w:r>
        <w:rPr>
          <w:sz w:val="20"/>
        </w:rPr>
        <w:t>14:33  Yani aap ko kisi se ek bara gift mila, kisi se ek bari blessing mile, kisi se aap ko bohat bara faida mile, lekin aap us ko acknowledge na karein,</w:t>
      </w:r>
      <w:r>
        <w:br/>
      </w:r>
      <w:r>
        <w:rPr>
          <w:sz w:val="20"/>
        </w:rPr>
        <w:t>14:51  is ka eteraaf na karein to kya hoga? aap ke andar aik bohat zabardast qism ki kashmakash shuru ho jayegi.</w:t>
      </w:r>
      <w:r>
        <w:br/>
      </w:r>
      <w:r>
        <w:rPr>
          <w:sz w:val="20"/>
        </w:rPr>
        <w:t>14:58  aap ki nature chahegi acknowledge karna, lekin aap ka jo argument mind hai, woh acknowledge nahi karega. to nature mein aur aap ke argument mind mein aik kashmakash shuru ho jayegi.</w:t>
      </w:r>
      <w:r>
        <w:br/>
      </w:r>
      <w:r>
        <w:rPr>
          <w:sz w:val="20"/>
        </w:rPr>
        <w:t>15:14  aik complex create hoga. to isi ka naam hai tension. nature kahegi acknowledge karo, lekin aap apni barhai ko baqi rakhne ke liye acknowledge nahi karenge</w:t>
      </w:r>
      <w:r>
        <w:br/>
      </w:r>
      <w:r>
        <w:rPr>
          <w:sz w:val="20"/>
        </w:rPr>
        <w:t>15:28  to isi ka naam hai tension. arabic mein aik woh hai ke itta shar man ahsanti lae.</w:t>
      </w:r>
      <w:r>
        <w:br/>
      </w:r>
      <w:r>
        <w:rPr>
          <w:sz w:val="20"/>
        </w:rPr>
        <w:t>15:41  itta shar man ahsanti lae. yaani tum ne agar kisi ke sath, aadmi ke sath ehsaan kiya hai, yaani good behaviour kiya hai, us ko kuch bari cheez de di hai to us ke shar se bacho, us ki burai se bacho.</w:t>
      </w:r>
      <w:r>
        <w:br/>
      </w:r>
      <w:r>
        <w:rPr>
          <w:sz w:val="20"/>
        </w:rPr>
        <w:t>15:58  kyun?</w:t>
      </w:r>
      <w:r>
        <w:br/>
      </w:r>
      <w:r>
        <w:rPr>
          <w:sz w:val="20"/>
        </w:rPr>
        <w:t>15:59  hota yahi hai ke aadmi agar aap ke dene ko acknowledge kar le to phir woh shar nahi phailayega.</w:t>
      </w:r>
      <w:r>
        <w:br/>
      </w:r>
      <w:r>
        <w:rPr>
          <w:sz w:val="20"/>
        </w:rPr>
        <w:t>16:10  kyunki us ki nature address ho gayi. jab acknowledge kar liya us ne to us ki nature address ho gayi, woh tension free ho gaya.</w:t>
      </w:r>
      <w:r>
        <w:br/>
      </w:r>
      <w:r>
        <w:rPr>
          <w:sz w:val="20"/>
        </w:rPr>
        <w:t>16:20  lekin jab woh acknowledge na kare ke aap ne diya hai, aap se mila hai, aap ki den hai to is maani ke us ki nature address nahi ho rahi hai.</w:t>
      </w:r>
      <w:r>
        <w:br/>
      </w:r>
      <w:r>
        <w:rPr>
          <w:sz w:val="20"/>
        </w:rPr>
        <w:t>16:34  to ab woh kya karega? ulta aap ko bura batane lagega. taake taake yeh apne ko dhoka de. yaani false conviction mein jeene ke liye yeh aadmi is qabil hai nahi ke use kuch mile kisi ko.</w:t>
      </w:r>
      <w:r>
        <w:br/>
      </w:r>
      <w:r>
        <w:rPr>
          <w:sz w:val="20"/>
        </w:rPr>
        <w:t>16:48  yeh to bohat kharab aadmi hai.</w:t>
      </w:r>
      <w:r>
        <w:br/>
      </w:r>
      <w:r>
        <w:rPr>
          <w:sz w:val="20"/>
        </w:rPr>
        <w:t>16:51  to apne ehsaan ko jo aadmi bura bhala kehta hai, apne ehsaan ke khilaf jo ulta propaganda karta hai, to us ka raaz yahi hai.</w:t>
      </w:r>
      <w:r>
        <w:br/>
      </w:r>
      <w:r>
        <w:rPr>
          <w:sz w:val="20"/>
        </w:rPr>
        <w:t>17:02  woh yeh show karna chahta hai ke yeh aadmi to kisi qabil nahi hai, worthless hai. yeh lekin apne nature ko to mita nahi sakta.</w:t>
      </w:r>
      <w:r>
        <w:br/>
      </w:r>
      <w:r>
        <w:rPr>
          <w:sz w:val="20"/>
        </w:rPr>
        <w:t>17:10  woh nature phir bhi alive rehta hai. to zahir mein to woh us ke khilaf propaganda karega,</w:t>
      </w:r>
      <w:r>
        <w:br/>
      </w:r>
      <w:r>
        <w:rPr>
          <w:sz w:val="20"/>
        </w:rPr>
        <w:t>17:20  andar us ka nature alive rahega. to yahan par kya hoga? contradiction mein jeene lagega woh. kyunki woh apne nature ko address nahi kar raha hai.</w:t>
      </w:r>
      <w:r>
        <w:br/>
      </w:r>
      <w:r>
        <w:rPr>
          <w:sz w:val="20"/>
        </w:rPr>
        <w:t>17:34  yahi maamla is ka hai ke insaan jo hai, jo itna aalami satah par, universal level par, international problem hai aaj ka tension.</w:t>
      </w:r>
    </w:p>
    <w:p>
      <w:pPr>
        <w:pStyle w:val="Heading2"/>
      </w:pPr>
      <w:r>
        <w:t>Gratitude comes from thinking and reflection</w:t>
      </w:r>
    </w:p>
    <w:p>
      <w:r>
        <w:rPr>
          <w:color w:val="666666"/>
          <w:sz w:val="18"/>
        </w:rPr>
        <w:t>Q&amp;A 03 Jan 2010 - Maulana Wahiduddin Khan · 1m 04s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r>
        <w:br/>
      </w:r>
      <w:r>
        <w:rPr>
          <w:sz w:val="20"/>
        </w:rPr>
        <w:t>0:54  speech jo hai, specially khuda ne di hai insaan ko. yeh socha maine, to mere dil mein kaha ki kitna allah taala ke blessing hai</w:t>
      </w:r>
      <w:r>
        <w:br/>
      </w:r>
      <w:r>
        <w:rPr>
          <w:sz w:val="20"/>
        </w:rPr>
        <w:t>1:06  ki bolna jo hai, na mountain ko mila, na ocean ko mila, na galaxy koi bol sakti hai, na solar system bol sakta, na gilaas bol sakta. aur insaan ko khuda ne bolne ki taaqat di. is tarah sochne se</w:t>
      </w:r>
      <w:r>
        <w:br/>
      </w:r>
      <w:r>
        <w:rPr>
          <w:sz w:val="20"/>
        </w:rPr>
        <w:t>1:23  shukr aata hai, gratefulness aata hai. nahin sochenge to kuch bhi nahin.</w:t>
      </w:r>
      <w:r>
        <w:br/>
      </w:r>
      <w:r>
        <w:rPr>
          <w:sz w:val="20"/>
        </w:rPr>
        <w:t>1:33  aaj subah ek telephone ek saahab se baat ho rahi thi,</w:t>
      </w:r>
    </w:p>
    <w:p>
      <w:pPr>
        <w:pStyle w:val="Heading2"/>
      </w:pPr>
      <w:r>
        <w:t>Proof of God via inferential argument</w:t>
      </w:r>
    </w:p>
    <w:p>
      <w:r>
        <w:rPr>
          <w:color w:val="666666"/>
          <w:sz w:val="18"/>
        </w:rPr>
        <w:t>How to Find Truth | August 8, 2007 · 2m 31s · at 55:04 · https://youtu.be/YaxWNPN2K5A?t=3304</w:t>
      </w:r>
    </w:p>
    <w:p>
      <w:r>
        <w:rPr>
          <w:i/>
        </w:rPr>
        <w:t>“You prove existence of God by inferential argument same as electrons”</w:t>
      </w:r>
    </w:p>
    <w:p>
      <w:r>
        <w:rPr>
          <w:sz w:val="20"/>
        </w:rPr>
        <w:t>55:04  in post-Einstein era.</w:t>
      </w:r>
      <w:r>
        <w:br/>
      </w:r>
      <w:r>
        <w:rPr>
          <w:sz w:val="20"/>
        </w:rPr>
        <w:t>55:10  And now, there is no way except to I accept inferential argument as and valid argument.</w:t>
      </w:r>
      <w:r>
        <w:br/>
      </w:r>
      <w:r>
        <w:rPr>
          <w:sz w:val="20"/>
        </w:rPr>
        <w:t>55:16  Otherwise, you cannot prove anything.</w:t>
      </w:r>
      <w:r>
        <w:br/>
      </w:r>
      <w:r>
        <w:rPr>
          <w:sz w:val="20"/>
        </w:rPr>
        <w:t>55:22  For example, all the scientists believe in X-rays. X-rays.</w:t>
      </w:r>
      <w:r>
        <w:br/>
      </w:r>
      <w:r>
        <w:rPr>
          <w:sz w:val="20"/>
        </w:rPr>
        <w:t>55:28  But what is X-rays? You cannot prove X-rays by</w:t>
      </w:r>
      <w:r>
        <w:br/>
      </w:r>
      <w:r>
        <w:rPr>
          <w:sz w:val="20"/>
        </w:rPr>
        <w:t>55:34  Direct argument.</w:t>
      </w:r>
      <w:r>
        <w:br/>
      </w:r>
      <w:r>
        <w:rPr>
          <w:sz w:val="20"/>
        </w:rPr>
        <w:t>55:42  You are compelled to prove X-rays by inferential argument.</w:t>
      </w:r>
      <w:r>
        <w:br/>
      </w:r>
      <w:r>
        <w:rPr>
          <w:sz w:val="20"/>
        </w:rPr>
        <w:t>55:49  So, when I said this, I referred to the present situation that now, you cannot say</w:t>
      </w:r>
      <w:r>
        <w:br/>
      </w:r>
      <w:r>
        <w:rPr>
          <w:sz w:val="20"/>
        </w:rPr>
        <w:t>55:57  I, I meant that now, the argument ab</w:t>
      </w:r>
      <w:r>
        <w:br/>
      </w:r>
      <w:r>
        <w:rPr>
          <w:sz w:val="20"/>
        </w:rPr>
        <w:t>56:04  Out God and the argument about electron are one and the same.</w:t>
      </w:r>
      <w:r>
        <w:br/>
      </w:r>
      <w:r>
        <w:rPr>
          <w:sz w:val="20"/>
        </w:rPr>
        <w:t>56:12  about electron, you use inferential argument.</w:t>
      </w:r>
      <w:r>
        <w:br/>
      </w:r>
      <w:r>
        <w:rPr>
          <w:sz w:val="20"/>
        </w:rPr>
        <w:t>56:19  about X-rays, you you use inferential argument.</w:t>
      </w:r>
      <w:r>
        <w:br/>
      </w:r>
      <w:r>
        <w:rPr>
          <w:sz w:val="20"/>
        </w:rPr>
        <w:t>56:27  So, is the case about the about the about the about</w:t>
      </w:r>
      <w:r>
        <w:br/>
      </w:r>
      <w:r>
        <w:rPr>
          <w:sz w:val="20"/>
        </w:rPr>
        <w:t>56:35  about God? We prove the existence of God by inferential argument.</w:t>
      </w:r>
      <w:r>
        <w:br/>
      </w:r>
      <w:r>
        <w:rPr>
          <w:sz w:val="20"/>
        </w:rPr>
        <w:t>56:41  You also prove the existence of electron by inferential argument.</w:t>
      </w:r>
      <w:r>
        <w:br/>
      </w:r>
      <w:r>
        <w:rPr>
          <w:sz w:val="20"/>
        </w:rPr>
        <w:t>56:47  So, there is no difference.</w:t>
      </w:r>
      <w:r>
        <w:br/>
      </w:r>
      <w:r>
        <w:rPr>
          <w:sz w:val="20"/>
        </w:rPr>
        <w:t>56:53  So, if you are right when you prove the existence of electron by inferential argument, we are also</w:t>
      </w:r>
      <w:r>
        <w:br/>
      </w:r>
      <w:r>
        <w:rPr>
          <w:sz w:val="20"/>
        </w:rPr>
        <w:t>56:59  correct when you prove when we when we prove</w:t>
      </w:r>
      <w:r>
        <w:br/>
      </w:r>
      <w:r>
        <w:rPr>
          <w:sz w:val="20"/>
        </w:rPr>
        <w:t>57:05  The existence of God by inferential argument.</w:t>
      </w:r>
      <w:r>
        <w:br/>
      </w:r>
      <w:r>
        <w:rPr>
          <w:sz w:val="20"/>
        </w:rPr>
        <w:t>57:10  It was this background that made him speechless.</w:t>
      </w:r>
      <w:r>
        <w:br/>
      </w:r>
      <w:r>
        <w:rPr>
          <w:sz w:val="20"/>
        </w:rPr>
        <w:t>57:15  So, he was, I think he was a sincere person.</w:t>
      </w:r>
      <w:r>
        <w:br/>
      </w:r>
      <w:r>
        <w:rPr>
          <w:sz w:val="20"/>
        </w:rPr>
        <w:t>57:20  He was ready to surrender before reason.</w:t>
      </w:r>
      <w:r>
        <w:br/>
      </w:r>
      <w:r>
        <w:rPr>
          <w:sz w:val="20"/>
        </w:rPr>
        <w:t>57:25  So, he surrendered.</w:t>
      </w:r>
      <w:r>
        <w:br/>
      </w:r>
      <w:r>
        <w:rPr>
          <w:sz w:val="20"/>
        </w:rPr>
        <w:t>57:30  So, these three things are required.</w:t>
      </w:r>
    </w:p>
    <w:p>
      <w:pPr>
        <w:pStyle w:val="Heading2"/>
      </w:pPr>
      <w:r>
        <w:t>Newton's patience and concentration built modern science</w:t>
      </w:r>
    </w:p>
    <w:p>
      <w:r>
        <w:rPr>
          <w:color w:val="666666"/>
          <w:sz w:val="18"/>
        </w:rPr>
        <w:t>Power of Peace June 6, 2010 Maulana Wahiduddin Khan · 2m 40s · at 3:06 · https://youtu.be/QNnouRoYI38?t=186</w:t>
      </w:r>
    </w:p>
    <w:p>
      <w:r>
        <w:rPr>
          <w:i/>
        </w:rPr>
        <w:t>“Newton ka naam bahut bara hai”</w:t>
      </w:r>
    </w:p>
    <w:p>
      <w:r>
        <w:rPr>
          <w:sz w:val="20"/>
        </w:rPr>
        <w:t>3:06  dekhein, newton ka naam bohat bara hai.</w:t>
      </w:r>
      <w:r>
        <w:br/>
      </w:r>
      <w:r>
        <w:rPr>
          <w:sz w:val="20"/>
        </w:rPr>
        <w:t>3:12  is ki death hui thi 1727 mein. 1727 mein. woh founder of modern science mana jata hai.</w:t>
      </w:r>
      <w:r>
        <w:br/>
      </w:r>
      <w:r>
        <w:rPr>
          <w:sz w:val="20"/>
        </w:rPr>
        <w:t>3:26  to is ke baray mein kaha jata hai ke jab chota tha woh, idhar udhar chup chap khara rehta tha. chup chap. to us ko kaha jata tha "wool gatherer".</w:t>
      </w:r>
      <w:r>
        <w:br/>
      </w:r>
      <w:r>
        <w:rPr>
          <w:sz w:val="20"/>
        </w:rPr>
        <w:t>3:40  "Wool gatherer".</w:t>
      </w:r>
      <w:r>
        <w:br/>
      </w:r>
      <w:r>
        <w:rPr>
          <w:sz w:val="20"/>
        </w:rPr>
        <w:t>3:43  baad ko maloom hua ke is ke andar concentration ki bohat zabardast taqat thi. Concentration. yani kisi aik point par bohat ziyada sochna.</w:t>
      </w:r>
      <w:r>
        <w:br/>
      </w:r>
      <w:r>
        <w:rPr>
          <w:sz w:val="20"/>
        </w:rPr>
        <w:t>3:58  dekhein, yeh sabr ke baghair nahi ho sakta. aap aik so aik cheezon se sabr karte hain, tab aap concentrate karte hain.</w:t>
      </w:r>
      <w:r>
        <w:br/>
      </w:r>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r>
        <w:br/>
      </w:r>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Acknowledging wrong leads to growth</w:t>
      </w:r>
    </w:p>
    <w:p>
      <w:r>
        <w:rPr>
          <w:color w:val="666666"/>
          <w:sz w:val="18"/>
        </w:rPr>
        <w:t>Dars-e-Quran, Chapter 2, Verse 37 | January  07, 2018 · 1m 31s · at 10:54 · https://youtu.be/ao6Cr57KuEM?t=654</w:t>
      </w:r>
    </w:p>
    <w:p>
      <w:r>
        <w:rPr>
          <w:i/>
        </w:rPr>
        <w:t>“Kaisi ajeeb baat hai? To is ayat se ye sabq milta hai”</w:t>
      </w:r>
    </w:p>
    <w:p>
      <w:r>
        <w:rPr>
          <w:sz w:val="20"/>
        </w:rPr>
        <w:t>10:54  kaisi ajib baat hai? to is is ayat se ye sabak milta hai ke etiraf mein, acknowledge karne mein, I was wrong kehne ka kya hai? acknowledge karna hai, etiraf karna hai. to acknowledge karne mein, etiraf karne mein kabhi bhi aap peeche na</w:t>
      </w:r>
      <w:r>
        <w:br/>
      </w:r>
      <w:r>
        <w:rPr>
          <w:sz w:val="20"/>
        </w:rPr>
        <w:t>11:24  rahiye. foran keh dijiye ke ye baat mere liye nai hai, ye baat mujhe ajib maloom hui, main is se pehle nahi janta tha is baat ko. to agar aap ke andar ye mizaj ho, ye spirit ho, to ab kya hoga? aap ki creativity barhe gi, aap</w:t>
      </w:r>
      <w:r>
        <w:br/>
      </w:r>
      <w:r>
        <w:rPr>
          <w:sz w:val="20"/>
        </w:rPr>
        <w:t>11:54  کا intellectual development، intellectual development بڑھے گا، آپ کی spiritual development بڑھے گا۔</w:t>
      </w:r>
      <w:r>
        <w:br/>
      </w:r>
      <w:r>
        <w:rPr>
          <w:sz w:val="20"/>
        </w:rPr>
        <w:t>12:04  har aitbaar se aap grow karenge, grow karenge, grow karenge.</w:t>
      </w:r>
      <w:r>
        <w:br/>
      </w:r>
      <w:r>
        <w:rPr>
          <w:sz w:val="20"/>
        </w:rPr>
        <w:t>12:15  aur agar aap ke andar yeh mizaj na ho, I was wrong kehne ka, to aap</w:t>
      </w:r>
    </w:p>
    <w:p>
      <w:pPr>
        <w:pStyle w:val="Heading2"/>
      </w:pPr>
      <w:r>
        <w:t>Pampering causes children disobedience</w:t>
      </w:r>
    </w:p>
    <w:p>
      <w:r>
        <w:rPr>
          <w:color w:val="666666"/>
          <w:sz w:val="18"/>
        </w:rPr>
        <w:t>The Case of Present Day Muslims (In Conversation with Maulana) February 14, 2010 · 2m 47s · at 27:59 · https://youtu.be/Rw-5WYJKQtw?t=1679</w:t>
      </w:r>
    </w:p>
    <w:p>
      <w:r>
        <w:rPr>
          <w:i/>
        </w:rPr>
        <w:t>“Only one reason: pampering.”</w:t>
      </w:r>
    </w:p>
    <w:p>
      <w:r>
        <w:rPr>
          <w:sz w:val="20"/>
        </w:rPr>
        <w:t>27:59  yani unki auladen nalaik bhi hain aur naferman bhi. is ki kya wajah hai?</w:t>
      </w:r>
      <w:r>
        <w:br/>
      </w:r>
      <w:r>
        <w:rPr>
          <w:sz w:val="20"/>
        </w:rPr>
        <w:t>28:08  sirf aik wajah hai: pampering. sari zimmedari maa baap par hai. har maa baap pampering kar ke apne bachhon ko kharab karte hain.</w:t>
      </w:r>
      <w:r>
        <w:br/>
      </w:r>
      <w:r>
        <w:rPr>
          <w:sz w:val="20"/>
        </w:rPr>
        <w:t>28:22  bas aur koi wajah hai hi nahi doosri. apne bachhon ko easy money denge, easy car denge, easy luxury denge.</w:t>
      </w:r>
      <w:r>
        <w:br/>
      </w:r>
      <w:r>
        <w:rPr>
          <w:sz w:val="20"/>
        </w:rPr>
        <w:t>28:31  matlab unhein mehnat nahi karni padi aur free mein baap ne de diya. to sab se buri cheez jo hai, pampering.</w:t>
      </w:r>
      <w:r>
        <w:br/>
      </w:r>
      <w:r>
        <w:rPr>
          <w:sz w:val="20"/>
        </w:rPr>
        <w:t>28:41  bachhon ke andar realistic approach nahi aa pata. haqeeqat nahi samajh paate woh. bana kamaye mil gaya, bana pasina bahaye mil gaya, kuch bhi nahi kiya aur sab cheez mil gayi.</w:t>
      </w:r>
      <w:r>
        <w:br/>
      </w:r>
      <w:r>
        <w:rPr>
          <w:sz w:val="20"/>
        </w:rPr>
        <w:t>28:54  to to bigadenge, woh to bigadenge. aur koi maa baap is ke liye tayyar nahi ke mein pampering karta hoon. mein jis se baap se baat karta hoon na, ae hum to kuch nahi karte, hum kya karte hain?</w:t>
      </w:r>
      <w:r>
        <w:br/>
      </w:r>
      <w:r>
        <w:rPr>
          <w:sz w:val="20"/>
        </w:rPr>
        <w:t>29:06  wajah kya hai? bhai, woh samajhte hain ke humein to is ko dena chahiye hawai jahaz. to humein to aik aik cycle de di hai, humein to dena chahiye aik mahal, humein to aik flat de diya hai.</w:t>
      </w:r>
      <w:r>
        <w:br/>
      </w:r>
      <w:r>
        <w:rPr>
          <w:sz w:val="20"/>
        </w:rPr>
        <w:t>29:19  to koi maa baap is ko pakad nahi paate ke ke ah ke yani asal asal baat kya hai.</w:t>
      </w:r>
      <w:r>
        <w:br/>
      </w:r>
      <w:r>
        <w:rPr>
          <w:sz w:val="20"/>
        </w:rPr>
        <w:t>29:32  to jab tak maa baap pampering ko nahi chhodenge, tab tak bachhe bigadte hi rahenge. bachhon ka bigadna khatm nahi hoga. woh age jo ke hoti hai, jis ko kehte hain yani preparatory period.</w:t>
      </w:r>
      <w:r>
        <w:br/>
      </w:r>
      <w:r>
        <w:rPr>
          <w:sz w:val="20"/>
        </w:rPr>
        <w:t>29:45  bachhon ka jo preparatory period hai, usi mein inko pampering mil rahi hai.</w:t>
      </w:r>
      <w:r>
        <w:br/>
      </w:r>
      <w:r>
        <w:rPr>
          <w:sz w:val="20"/>
        </w:rPr>
        <w:t>29:53  to behal, mein is ko samajhta hoon ke</w:t>
      </w:r>
      <w:r>
        <w:br/>
      </w:r>
      <w:r>
        <w:rPr>
          <w:sz w:val="20"/>
        </w:rPr>
        <w:t>29:58  hadith mein aata hai ke apne bachhon ko namaz parhna sikhao. jab das saal ke ho jayen to to unhein maro.</w:t>
      </w:r>
      <w:r>
        <w:br/>
      </w:r>
      <w:r>
        <w:rPr>
          <w:sz w:val="20"/>
        </w:rPr>
        <w:t>30:08  fa darbah bil ghashrah, yeh hai na? fa darbah bil ghashrah. to log samajhte hain ke marna, marna nahi. hammering karo in ki.</w:t>
      </w:r>
      <w:r>
        <w:br/>
      </w:r>
      <w:r>
        <w:rPr>
          <w:sz w:val="20"/>
        </w:rPr>
        <w:t>30:19  yeh matlab nahi ke danda le ke maro in ko. yeh namaz ki baat nahi hai. yani language of pampering mat istemal karo.</w:t>
      </w:r>
      <w:r>
        <w:br/>
      </w:r>
      <w:r>
        <w:rPr>
          <w:sz w:val="20"/>
        </w:rPr>
        <w:t>30:27  language of hammering istemal karo. yeh matlab hai is ka. log jo hain, apne bachhon ke sath language of language of pampering istemal karte hain.</w:t>
      </w:r>
      <w:r>
        <w:br/>
      </w:r>
      <w:r>
        <w:rPr>
          <w:sz w:val="20"/>
        </w:rPr>
        <w:t>30:37  is hadith ka matlab yeh hai ke nahi, ladke bigad jayenge is se. tum un se language of hammering istemal karo. yeh matlab nahi ke sach much beat beat karo in ki.</w:t>
      </w:r>
    </w:p>
    <w:p>
      <w:pPr>
        <w:pStyle w:val="Heading2"/>
      </w:pPr>
      <w:r>
        <w:t>Travel as intellectual journey</w:t>
      </w:r>
    </w:p>
    <w:p>
      <w:r>
        <w:rPr>
          <w:color w:val="666666"/>
          <w:sz w:val="18"/>
        </w:rPr>
        <w:t>An Intellectual journey 1 May 2011 - Maulana Wahiduddin Khan · 36s · at 0:55 · https://youtu.be/lnfjC7x_s2A?t=55</w:t>
      </w:r>
    </w:p>
    <w:p>
      <w:r>
        <w:rPr>
          <w:i/>
        </w:rPr>
        <w:t>“Har safar mera intellectual journey hota hai”</w:t>
      </w:r>
    </w:p>
    <w:p>
      <w:r>
        <w:rPr>
          <w:sz w:val="20"/>
        </w:rPr>
        <w:t>0:55  har safar mera jo hai woh intellectual journey hota hai ya rohani safar hota hai,</w:t>
      </w:r>
      <w:r>
        <w:br/>
      </w:r>
      <w:r>
        <w:rPr>
          <w:sz w:val="20"/>
        </w:rPr>
        <w:t>1:06  physical safar nahi hota.</w:t>
      </w:r>
      <w:r>
        <w:br/>
      </w:r>
      <w:r>
        <w:rPr>
          <w:sz w:val="20"/>
        </w:rPr>
        <w:t>1:11  aur mein samajhta hoon ke safar jo hai bohat bari cheez hai. safar mein aap ko naye naye experience hote hain, naye naye logon se interaction hota hai,</w:t>
      </w:r>
      <w:r>
        <w:br/>
      </w:r>
      <w:r>
        <w:rPr>
          <w:sz w:val="20"/>
        </w:rPr>
        <w:t>1:27  naye naye cheezein aap ko observation mein aati hain.</w:t>
      </w:r>
    </w:p>
    <w:p>
      <w:pPr>
        <w:pStyle w:val="Heading2"/>
      </w:pPr>
      <w:r>
        <w:t>Sincerity includes objectivity and unbiased thinking</w:t>
      </w:r>
    </w:p>
    <w:p>
      <w:r>
        <w:rPr>
          <w:color w:val="666666"/>
          <w:sz w:val="18"/>
        </w:rPr>
        <w:t>How to Find Truth | August 8, 2007 · 3m 02s · at 24:19 · https://youtu.be/YaxWNPN2K5A?t=1459</w:t>
      </w:r>
    </w:p>
    <w:p>
      <w:r>
        <w:rPr>
          <w:i/>
        </w:rPr>
        <w:t>“Sincerity is a very comprehensive word”</w:t>
      </w:r>
    </w:p>
    <w:p>
      <w:r>
        <w:rPr>
          <w:sz w:val="20"/>
        </w:rPr>
        <w:t>24:19  Perishin is common to all men, men and women.</w:t>
      </w:r>
      <w:r>
        <w:br/>
      </w:r>
      <w:r>
        <w:rPr>
          <w:sz w:val="20"/>
        </w:rPr>
        <w:t>24:27  So this is the first condition.</w:t>
      </w:r>
      <w:r>
        <w:br/>
      </w:r>
      <w:r>
        <w:rPr>
          <w:sz w:val="20"/>
        </w:rPr>
        <w:t>24:35  Seeking spirit is the first condition.</w:t>
      </w:r>
      <w:r>
        <w:br/>
      </w:r>
      <w:r>
        <w:rPr>
          <w:sz w:val="20"/>
        </w:rPr>
        <w:t>24:42  Deen, the second condition is sincerity. Sincerity,</w:t>
      </w:r>
      <w:r>
        <w:br/>
      </w:r>
      <w:r>
        <w:rPr>
          <w:sz w:val="20"/>
        </w:rPr>
        <w:t>24:50  Sincerity is a very comprehensive word.</w:t>
      </w:r>
      <w:r>
        <w:br/>
      </w:r>
      <w:r>
        <w:rPr>
          <w:sz w:val="20"/>
        </w:rPr>
        <w:t>25:00  One who is sincere, he, he will be a very serious person.</w:t>
      </w:r>
      <w:r>
        <w:br/>
      </w:r>
      <w:r>
        <w:rPr>
          <w:sz w:val="20"/>
        </w:rPr>
        <w:t>25:10  sincere, sincere person is, is a,</w:t>
      </w:r>
      <w:r>
        <w:br/>
      </w:r>
      <w:r>
        <w:rPr>
          <w:sz w:val="20"/>
        </w:rPr>
        <w:t>25:20  as a person who has objective thinking.</w:t>
      </w:r>
      <w:r>
        <w:br/>
      </w:r>
      <w:r>
        <w:rPr>
          <w:sz w:val="20"/>
        </w:rPr>
        <w:t>25:26  Sincerity is included objectivity.</w:t>
      </w:r>
      <w:r>
        <w:br/>
      </w:r>
      <w:r>
        <w:rPr>
          <w:sz w:val="20"/>
        </w:rPr>
        <w:t>25:32  One who is sincere, is also an unbiased person.</w:t>
      </w:r>
      <w:r>
        <w:br/>
      </w:r>
      <w:r>
        <w:rPr>
          <w:sz w:val="20"/>
        </w:rPr>
        <w:t>25:38  Bias and sincerity both cannot go together.</w:t>
      </w:r>
      <w:r>
        <w:br/>
      </w:r>
      <w:r>
        <w:rPr>
          <w:sz w:val="20"/>
        </w:rPr>
        <w:t>25:44  So by this end</w:t>
      </w:r>
      <w:r>
        <w:br/>
      </w:r>
      <w:r>
        <w:rPr>
          <w:sz w:val="20"/>
        </w:rPr>
        <w:t>25:50  partiality and surface thinking and cheap taste and subjectivity, all these things are against the sincerity. sincerity makes you a person who is an objective thinker who is an</w:t>
      </w:r>
      <w:r>
        <w:br/>
      </w:r>
      <w:r>
        <w:rPr>
          <w:sz w:val="20"/>
        </w:rPr>
        <w:t>26:20  unbiased, who has unbiased mind, who has high thinking.</w:t>
      </w:r>
      <w:r>
        <w:br/>
      </w:r>
      <w:r>
        <w:rPr>
          <w:sz w:val="20"/>
        </w:rPr>
        <w:t>26:30  So all the positive, so all the positive qualities, all the high intellectual qualities are an integral part of sincerity.</w:t>
      </w:r>
      <w:r>
        <w:br/>
      </w:r>
      <w:r>
        <w:rPr>
          <w:sz w:val="20"/>
        </w:rPr>
        <w:t>26:41  A sincere person</w:t>
      </w:r>
      <w:r>
        <w:br/>
      </w:r>
      <w:r>
        <w:rPr>
          <w:sz w:val="20"/>
        </w:rPr>
        <w:t>26:51  can not afford to live in partiality.</w:t>
      </w:r>
      <w:r>
        <w:br/>
      </w:r>
      <w:r>
        <w:rPr>
          <w:sz w:val="20"/>
        </w:rPr>
        <w:t>26:59  A sincere person cannot afford to live in hate.</w:t>
      </w:r>
      <w:r>
        <w:br/>
      </w:r>
      <w:r>
        <w:rPr>
          <w:sz w:val="20"/>
        </w:rPr>
        <w:t>27:07  sincere person cannot afford to live in negativity.</w:t>
      </w:r>
      <w:r>
        <w:br/>
      </w:r>
      <w:r>
        <w:rPr>
          <w:sz w:val="20"/>
        </w:rPr>
        <w:t>27:14  A sincere person cannot afford to live in selfishness.</w:t>
      </w:r>
    </w:p>
    <w:p>
      <w:pPr>
        <w:pStyle w:val="Heading2"/>
      </w:pPr>
      <w:r>
        <w:t>Peace gives opportunities</w:t>
      </w:r>
    </w:p>
    <w:p>
      <w:r>
        <w:rPr>
          <w:color w:val="666666"/>
          <w:sz w:val="18"/>
        </w:rPr>
        <w:t>The Concept of Justice in Islam May 03, 2007 · 37s · at 26:18 · https://youtu.be/DY5SY8H554c?t=1578</w:t>
      </w:r>
    </w:p>
    <w:p>
      <w:r>
        <w:rPr>
          <w:i/>
        </w:rPr>
        <w:t>“Peace is more important than anything else.”</w:t>
      </w:r>
    </w:p>
    <w:p>
      <w:r>
        <w:rPr>
          <w:sz w:val="20"/>
        </w:rPr>
        <w:t>26:18  Why? Because peace gives you opportunities. Every time there are opportunities</w:t>
      </w:r>
      <w:r>
        <w:br/>
      </w:r>
      <w:r>
        <w:rPr>
          <w:sz w:val="20"/>
        </w:rPr>
        <w:t>26:31  . But to avail those opportunities is required peace.</w:t>
      </w:r>
      <w:r>
        <w:br/>
      </w:r>
      <w:r>
        <w:rPr>
          <w:sz w:val="20"/>
        </w:rPr>
        <w:t>26:39  According to the Quran, the Quran says, "Innamal osra yusra." It means that every time there are opportunities,</w:t>
      </w:r>
    </w:p>
    <w:p>
      <w:pPr>
        <w:pStyle w:val="Heading2"/>
      </w:pPr>
      <w:r>
        <w:t>focus on common ground to build good relationships</w:t>
      </w:r>
    </w:p>
    <w:p>
      <w:r>
        <w:rPr>
          <w:color w:val="666666"/>
          <w:sz w:val="18"/>
        </w:rPr>
        <w:t>Good Relationships CPS Women Discussion 23 September 10, 2023 · 2m 44s · at 36:43 · https://youtu.be/5UlMoC6-jGU?t=2203</w:t>
      </w:r>
    </w:p>
    <w:p>
      <w:r>
        <w:rPr>
          <w:i/>
        </w:rPr>
        <w:t>“Good relationships grow by discussing common ground, not uncommon ground”</w:t>
      </w:r>
    </w:p>
    <w:p>
      <w:r>
        <w:rPr>
          <w:sz w:val="20"/>
        </w:rPr>
        <w:t>36:43  Woh yeh hai ki acche samaj banane ke liye good relationship zaroori hai aur hum creation plan of god ko samajhne se humko maloom hota hai ki good relationships also part of it aur Maulana sahib, one of his, mentioned one of his lectures.</w:t>
      </w:r>
      <w:r>
        <w:br/>
      </w:r>
      <w:r>
        <w:rPr>
          <w:sz w:val="20"/>
        </w:rPr>
        <w:t>37:06  Usmein Maulana ne chapter three verse 64 mein kaha ki aaiye kitab walon aaiye hamari aur tumhari common topic mein. Toh professor ne ahl-e-kitab ko bolte hain ki aao hum hamari aur tumhari jo topic hai, common topic hai, usi par charcha karenge.</w:t>
      </w:r>
      <w:r>
        <w:br/>
      </w:r>
      <w:r>
        <w:rPr>
          <w:sz w:val="20"/>
        </w:rPr>
        <w:t>37:33  Yahan Maulana ne bola hai ki jab koi relationship mein two two parts hote hain. Ek hota hai common aur ek uncommon. Agar hum common topic mein charcha karne se hamari jo friendship hai, relationship hai woh badhti hai, qaim rehti hai.</w:t>
      </w:r>
      <w:r>
        <w:br/>
      </w:r>
      <w:r>
        <w:rPr>
          <w:sz w:val="20"/>
        </w:rPr>
        <w:t>37:52  Jab hum uncommon ground par jaakar discuss karne se woh relationship toot jaati hai toh hum hum yeh karni chahiye ki common topics ko related karke charcha karni chahiye. Tab hamare andar itna maturity aayegi ki uncommon mein bhi hum discuss kar saken. Yeh Maulana ki lecture hai.</w:t>
      </w:r>
      <w:r>
        <w:br/>
      </w:r>
      <w:r>
        <w:rPr>
          <w:sz w:val="20"/>
        </w:rPr>
        <w:t>38:14  Aur number four is aise daees hum jo CPS mission hai divine mission, hum sab daees hain. Daees ko zaroorat hai ki good relationship maintain karni chahiye. Toh hum sab se acche relations karne se hi hum khuda ki paigham doosron tak pahunch jaate hain aur jo hamari role hai daee role woh effectively play kar sakte hain.</w:t>
      </w:r>
      <w:r>
        <w:br/>
      </w:r>
      <w:r>
        <w:rPr>
          <w:sz w:val="20"/>
        </w:rPr>
        <w:t>38:43  iska example hai jab musal ehsaal ne firoun ke paas jaane ka uda ne gum diya tab firoun</w:t>
      </w:r>
      <w:r>
        <w:br/>
      </w:r>
      <w:r>
        <w:rPr>
          <w:sz w:val="20"/>
        </w:rPr>
        <w:t>38:50  ne bola hai ki aap firoun ke paas jao aur unse bahut smoothly baat karo ki firan ek</w:t>
      </w:r>
      <w:r>
        <w:br/>
      </w:r>
      <w:r>
        <w:rPr>
          <w:sz w:val="20"/>
        </w:rPr>
        <w:t>38:57  arrogant tha lekin khuda ne yeh hukm diya ke tum unse bohat achhe zubaan se, achhe tareeqe se</w:t>
      </w:r>
      <w:r>
        <w:br/>
      </w:r>
      <w:r>
        <w:rPr>
          <w:sz w:val="20"/>
        </w:rPr>
        <w:t>39:05  baat karo ke saamne wala insaan kitna bhi bure ho hamare ko bahar ki misses dene ke liye,</w:t>
      </w:r>
      <w:r>
        <w:br/>
      </w:r>
      <w:r>
        <w:rPr>
          <w:sz w:val="20"/>
        </w:rPr>
        <w:t>39:12  unse achhe relationship maintain karne ke liye unse bohat achhi taraf baat karni chahiye aur adjustment also part</w:t>
      </w:r>
      <w:r>
        <w:br/>
      </w:r>
      <w:r>
        <w:rPr>
          <w:sz w:val="20"/>
        </w:rPr>
        <w:t>39:19  of good relationship.</w:t>
      </w:r>
      <w:r>
        <w:br/>
      </w:r>
      <w:r>
        <w:rPr>
          <w:sz w:val="20"/>
        </w:rPr>
        <w:t>39:27  Toh adjustment aur yeh jo raazi yeh dono good relationship yeh do cheezon se badhti jaati hai aur film rehti hai aur ek verse hai quran mein chapter 31 verse 18.</w:t>
      </w:r>
    </w:p>
    <w:p>
      <w:pPr>
        <w:pStyle w:val="Heading2"/>
      </w:pPr>
      <w:r>
        <w:t>Peaceful activism versus violent activism defined</w:t>
      </w:r>
    </w:p>
    <w:p>
      <w:r>
        <w:rPr>
          <w:color w:val="666666"/>
          <w:sz w:val="18"/>
        </w:rPr>
        <w:t>Don't Be Angry Culture January 15, 2012 · 33s · at 1:00:42 · https://youtu.be/NrA3X8y_FLY?t=3642</w:t>
      </w:r>
    </w:p>
    <w:p>
      <w:r>
        <w:rPr>
          <w:i/>
        </w:rPr>
        <w:t>“Ek hai Peaceful Activism, ek hai Violent Activism”</w:t>
      </w:r>
    </w:p>
    <w:p>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p>
    <w:p>
      <w:pPr>
        <w:pStyle w:val="Heading2"/>
      </w:pPr>
      <w:r>
        <w:t>Desert cactus metaphor: hardship builds resilience</w:t>
      </w:r>
    </w:p>
    <w:p>
      <w:r>
        <w:rPr>
          <w:color w:val="666666"/>
          <w:sz w:val="18"/>
        </w:rPr>
        <w:t>CPS Women Article Discussion 17 February 5, 2023 · 49s · at 40:56 · https://youtu.be/YwT3btklNZk?t=2456</w:t>
      </w:r>
    </w:p>
    <w:p>
      <w:r>
        <w:rPr>
          <w:i/>
        </w:rPr>
        <w:t>“जैसे desert में cactus climate को adopt कर लेते हैं”</w:t>
      </w:r>
    </w:p>
    <w:p>
      <w:r>
        <w:rPr>
          <w:sz w:val="20"/>
        </w:rPr>
        <w:t>40:56  haan haan aur aapka ek ek example aur mujhe yaad aa raha hai. jo jaise yah hota hai na desert, desert mein jo cactus wagairah paida hote hain us climate mein to vah itne matlab uske kehna chahiye ki wahan ki climate ko adopt kar lete hain aur uske according panapte hain.</w:t>
      </w:r>
      <w:r>
        <w:br/>
      </w:r>
      <w:r>
        <w:rPr>
          <w:sz w:val="20"/>
        </w:rPr>
        <w:t>41:20  to agar hamare upar test bhi aate hain aur hum patients usmein rakhte hain to hamari jo tarbiyat hoti hai jaise ki doctor safina ne kaha hai ki humko na uske according is tarah se hamari vah ho jati hai ki humein majbooti aati hai. strong bante hain hum log. bahut achha bataya rajiya, bahut achha.</w:t>
      </w:r>
      <w:r>
        <w:br/>
      </w:r>
      <w:r>
        <w:rPr>
          <w:sz w:val="20"/>
        </w:rPr>
        <w:t>41:45  matlab sara nichod bata diya hai ki sabr ko kyon malayana sahab ne bahaduri bataya hai. ji ji bilkul. yaad aa gaya mujhe. sab number hai kuch kehna chah rahi hai. hum soch rahe hain ki sabr hum logon ka hal lamha mein karna hai.</w:t>
      </w:r>
    </w:p>
    <w:p>
      <w:pPr>
        <w:pStyle w:val="Heading2"/>
      </w:pPr>
      <w:r>
        <w:t>Humility leads to discovering deen's hidden wisdom</w:t>
      </w:r>
    </w:p>
    <w:p>
      <w:r>
        <w:rPr>
          <w:color w:val="666666"/>
          <w:sz w:val="18"/>
        </w:rPr>
        <w:t>Attaining Wisdom through State of Helplessness November 28, 2019 - Maulana Wahiduddin Khan · 2m 04s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p>
    <w:p>
      <w:pPr>
        <w:pStyle w:val="Heading2"/>
      </w:pPr>
      <w:r>
        <w:t>Job market credit card analogy and story</w:t>
      </w:r>
    </w:p>
    <w:p>
      <w:r>
        <w:rPr>
          <w:color w:val="666666"/>
          <w:sz w:val="18"/>
        </w:rPr>
        <w:t>The Secret of Success 5 Feb, 2008 - Maulana Wahiduddin Khan · 3m 03s · at 0:28 · https://youtu.be/aI0KGyoK7NM?t=28</w:t>
      </w:r>
    </w:p>
    <w:p>
      <w:r>
        <w:rPr>
          <w:i/>
        </w:rPr>
        <w:t>“Ek sahab se baat ho rahi thi, ek naujawan se”</w:t>
      </w:r>
    </w:p>
    <w:p>
      <w:r>
        <w:rPr>
          <w:sz w:val="20"/>
        </w:rPr>
        <w:t>0:28  ek sahib se baat ho rahi thi, ek naujawan se,</w:t>
      </w:r>
      <w:r>
        <w:br/>
      </w:r>
      <w:r>
        <w:rPr>
          <w:sz w:val="20"/>
        </w:rPr>
        <w:t>0:35  to maine kaha ke woh naujawan</w:t>
      </w:r>
      <w:r>
        <w:br/>
      </w:r>
      <w:r>
        <w:rPr>
          <w:sz w:val="20"/>
        </w:rPr>
        <w:t>0:43  rozgar ki talash mein thay. to maine kaha ke dekhiye, agar ek aadmi ke paas</w:t>
      </w:r>
      <w:r>
        <w:br/>
      </w:r>
      <w:r>
        <w:rPr>
          <w:sz w:val="20"/>
        </w:rPr>
        <w:t>0:54  bank ka credit card hai aur woh jata hai shopping karne ke liye kisi shopping center mein, to woh bohat</w:t>
      </w:r>
      <w:r>
        <w:br/>
      </w:r>
      <w:r>
        <w:rPr>
          <w:sz w:val="20"/>
        </w:rPr>
        <w:t>1:07  satisfied rehta hai ke main jo cheez chahunga wahan khareed loonga, kyunke mere paas credit card maujood hai.</w:t>
      </w:r>
      <w:r>
        <w:br/>
      </w:r>
      <w:r>
        <w:rPr>
          <w:sz w:val="20"/>
        </w:rPr>
        <w:t>1:19  to maine kaha ke isi tarah se job market mein bhi ek credit card hota hai, woh kya hai? honesty and hardworking.</w:t>
      </w:r>
      <w:r>
        <w:br/>
      </w:r>
      <w:r>
        <w:rPr>
          <w:sz w:val="20"/>
        </w:rPr>
        <w:t>1:32  maine kaha ke agar aap ke andar yeh do quality hon, honesty aur hardworking, yani danadari aur mehnat, to samjhiye ke job market ka credit card aap ke paas maujood hai.</w:t>
      </w:r>
      <w:r>
        <w:br/>
      </w:r>
      <w:r>
        <w:rPr>
          <w:sz w:val="20"/>
        </w:rPr>
        <w:t>1:56  aap jis jagah bhi jayenge, log aap ko accept karenge,</w:t>
      </w:r>
      <w:r>
        <w:br/>
      </w:r>
      <w:r>
        <w:rPr>
          <w:sz w:val="20"/>
        </w:rPr>
        <w:t>2:05  kyunke dunya ko aap ki zaroorat hai. maine kaha ke aap jaiye market mein, kahin se kahiye ke bhai main free mein kaam karunga, mujhe ek mahina kaam karne ke liye do, ek mahina rahiye wahan,</w:t>
      </w:r>
      <w:r>
        <w:br/>
      </w:r>
      <w:r>
        <w:rPr>
          <w:sz w:val="20"/>
        </w:rPr>
        <w:t>2:22  aur yeh dikha dijiye ke aap honest bhi hain aur hard worker bhi hain. to aise hi kiya unhone. kisi dukan mein gaye, kaha unhone kaha ke theek hai, aap raho hamare haan ek mahina.</w:t>
      </w:r>
      <w:r>
        <w:br/>
      </w:r>
      <w:r>
        <w:rPr>
          <w:sz w:val="20"/>
        </w:rPr>
        <w:t>2:34  to unhone is tarah se kaam kiya, honesty ke sath aur hardworking ke sath, ke woh abhi mahina poora nahi hua tha, sirf das din hue thay, unhone baqayda rakh liya unko,</w:t>
      </w:r>
      <w:r>
        <w:br/>
      </w:r>
      <w:r>
        <w:rPr>
          <w:sz w:val="20"/>
        </w:rPr>
        <w:t>2:47  aur ma'qool salary unko muqarrar kar di. to yaad rakhiye, jis tarah se aap ke paas credit card ho ya cash payment ka saman aap ke paas ho, to aap shopping center mein jate hain, bohat itminan ke sath,</w:t>
      </w:r>
      <w:r>
        <w:br/>
      </w:r>
      <w:r>
        <w:rPr>
          <w:sz w:val="20"/>
        </w:rPr>
        <w:t>3:07  jo chahte hain wahan se khareed lete hain. aise hi apne andar yeh do quality paida kijiye, honesty aur hardworking.</w:t>
      </w:r>
      <w:r>
        <w:br/>
      </w:r>
      <w:r>
        <w:rPr>
          <w:sz w:val="20"/>
        </w:rPr>
        <w:t>3:18  jo kaam kijiye, dil laga kar kijiye. jo kaam kijiye, poori mehnat ke sath kijiye. bas har jagah aap wanted ban jayenge.</w:t>
      </w:r>
    </w:p>
    <w:p>
      <w:pPr>
        <w:pStyle w:val="Heading2"/>
      </w:pPr>
      <w:r>
        <w:t>Easiest way to paradise is forgiveness</w:t>
      </w:r>
    </w:p>
    <w:p>
      <w:r>
        <w:rPr>
          <w:color w:val="666666"/>
          <w:sz w:val="18"/>
        </w:rPr>
        <w:t>Interaction with Umries 26 July, 2019 - Maulana Wahiduddin Khan · 47s · at 2:03 · https://youtu.be/x26fUHWfzFg?t=123</w:t>
      </w:r>
    </w:p>
    <w:p>
      <w:r>
        <w:rPr>
          <w:i/>
        </w:rPr>
        <w:t>“Jannat ko paane ka sab se aasan tareeqa kya hai?”</w:t>
      </w:r>
    </w:p>
    <w:p>
      <w:r>
        <w:rPr>
          <w:sz w:val="20"/>
        </w:rPr>
        <w:t>2:03  dekhein aaj main soch raha tha subah aaj subah ke jannat ko pane ka sab se aasan tareeqa kya hai?</w:t>
      </w:r>
      <w:r>
        <w:br/>
      </w:r>
      <w:r>
        <w:rPr>
          <w:sz w:val="20"/>
        </w:rPr>
        <w:t>2:15  hain sab se aasan. to mujhe yaad aaya ke kai aayatein aur hadithien aisi hain jis ka khulasa ye hai.</w:t>
      </w:r>
      <w:r>
        <w:br/>
      </w:r>
      <w:r>
        <w:rPr>
          <w:sz w:val="20"/>
        </w:rPr>
        <w:t>2:31  kai aayatein aur kai hadithien. in ka khulasa ye hai ke</w:t>
      </w:r>
      <w:r>
        <w:br/>
      </w:r>
      <w:r>
        <w:rPr>
          <w:sz w:val="20"/>
        </w:rPr>
        <w:t>2:40  mere alfaaz mein</w:t>
      </w:r>
      <w:r>
        <w:br/>
      </w:r>
      <w:r>
        <w:rPr>
          <w:sz w:val="20"/>
        </w:rPr>
        <w:t>2:45  maaf karo tum ko maaf kiya jayega.</w:t>
      </w:r>
    </w:p>
    <w:p>
      <w:pPr>
        <w:pStyle w:val="Heading2"/>
      </w:pPr>
      <w:r>
        <w:t>One man one mission vs one man to mission</w:t>
      </w:r>
    </w:p>
    <w:p>
      <w:r>
        <w:rPr>
          <w:color w:val="666666"/>
          <w:sz w:val="18"/>
        </w:rPr>
        <w:t>Understanding Islam (In Conversation with Maulana) June 20, 2010 Maulana Wahidudidn Khan · 1m 42s · at 11:38 · https://youtu.be/7UylaPL-iO8?t=698</w:t>
      </w:r>
    </w:p>
    <w:p>
      <w:r>
        <w:rPr>
          <w:i/>
        </w:rPr>
        <w:t>“Dekhiye, har ek se, har ek ko aisa nahi karna hai”</w:t>
      </w:r>
    </w:p>
    <w:p>
      <w:r>
        <w:rPr>
          <w:sz w:val="20"/>
        </w:rPr>
        <w:t>11:38  maulana, das question is from miss sadia khan from new delhi. how can somebody become one man to mission?</w:t>
      </w:r>
      <w:r>
        <w:br/>
      </w:r>
      <w:r>
        <w:rPr>
          <w:sz w:val="20"/>
        </w:rPr>
        <w:t>11:48  it is often difficult to draw the line. that is, it is difficult to balance work and missionary activities.</w:t>
      </w:r>
      <w:r>
        <w:br/>
      </w:r>
      <w:r>
        <w:rPr>
          <w:sz w:val="20"/>
        </w:rPr>
        <w:t>12:07  dekhiye, har ek se, har ek ko aisa nahi karna hai ke woh one man one mission bane. har ek ko nahi karna hai.</w:t>
      </w:r>
      <w:r>
        <w:br/>
      </w:r>
      <w:r>
        <w:rPr>
          <w:sz w:val="20"/>
        </w:rPr>
        <w:t>12:16  har ek ko to sirf one man to mission banna hai. yaani koi koi aisa aadmi hota hai ke apne ko dedicate kar deta hai.</w:t>
      </w:r>
      <w:r>
        <w:br/>
      </w:r>
      <w:r>
        <w:rPr>
          <w:sz w:val="20"/>
        </w:rPr>
        <w:t>12:27  to woh to koi karoron mein ek hota hai. baqi logon se wahi one man to mission hi matloob hai, wahi bas.</w:t>
      </w:r>
      <w:r>
        <w:br/>
      </w:r>
      <w:r>
        <w:rPr>
          <w:sz w:val="20"/>
        </w:rPr>
        <w:t>12:37  ke fifty percent, fifty fifty ka woh rakhen. fifty percent aap ne khana kamana, fifty percent dawat ka kaam karna.</w:t>
      </w:r>
      <w:r>
        <w:br/>
      </w:r>
      <w:r>
        <w:rPr>
          <w:sz w:val="20"/>
        </w:rPr>
        <w:t>12:47  one man one mission jo hai sab log nahi ho sakte. yeh impossible hai. ab kyunke is ke liye, is ke liye to bas sirf yeh hai ke ek junoon chahiye, ek madness chahiye.</w:t>
      </w:r>
      <w:r>
        <w:br/>
      </w:r>
      <w:r>
        <w:rPr>
          <w:sz w:val="20"/>
        </w:rPr>
        <w:t>13:00  to sab log agar mad ban jayen to dunya ka kaam hi khatam ho jayega.</w:t>
      </w:r>
      <w:r>
        <w:br/>
      </w:r>
      <w:r>
        <w:rPr>
          <w:sz w:val="20"/>
        </w:rPr>
        <w:t>13:06  to koi koi aisa hota hai jo one man one mission ban jata hai, baqi to wahi one man to mission wale hote hain. aur woh bhi Allah taala ke haan maqbool bande hain, un ko bhi Allah taala ke haan inaam milega.</w:t>
      </w:r>
    </w:p>
    <w:p>
      <w:pPr>
        <w:pStyle w:val="Heading2"/>
      </w:pPr>
      <w:r>
        <w:t>Prophet's dua for being grateful</w:t>
      </w:r>
    </w:p>
    <w:p>
      <w:r>
        <w:rPr>
          <w:color w:val="666666"/>
          <w:sz w:val="18"/>
        </w:rPr>
        <w:t>The Concept of Shukr in Islam | June 17, 2008 · 1m 00s · at 46:42 · https://youtu.be/ySbCs4MRNXU?t=2802</w:t>
      </w:r>
    </w:p>
    <w:p>
      <w:r>
        <w:rPr>
          <w:i/>
        </w:rPr>
        <w:t>“Rasool Allah ne dua ki: Rabbi ja'alni laka shakkar.”</w:t>
      </w:r>
    </w:p>
    <w:p>
      <w:r>
        <w:rPr>
          <w:sz w:val="20"/>
        </w:rPr>
        <w:t>46:42  woh musnad ahmad mein aayi hai aur tirmizi mein aayi hai, ibn majah mein aayi hai.</w:t>
      </w:r>
      <w:r>
        <w:br/>
      </w:r>
      <w:r>
        <w:rPr>
          <w:sz w:val="20"/>
        </w:rPr>
        <w:t>46:49  yeh hadees yani yeh dua.</w:t>
      </w:r>
      <w:r>
        <w:br/>
      </w:r>
      <w:r>
        <w:rPr>
          <w:sz w:val="20"/>
        </w:rPr>
        <w:t>46:57  is dua ka ek part yeh hai ke rasool Allah ne kaha ke rab j'alni laka shakkara.</w:t>
      </w:r>
      <w:r>
        <w:br/>
      </w:r>
      <w:r>
        <w:rPr>
          <w:sz w:val="20"/>
        </w:rPr>
        <w:t>47:04  bohat ajeeb baat hai is ko sochiye ke rasool Allah ne dua karte hue kaha ke rab j'alni l</w:t>
      </w:r>
      <w:r>
        <w:br/>
      </w:r>
      <w:r>
        <w:rPr>
          <w:sz w:val="20"/>
        </w:rPr>
        <w:t>47:12  ka shakkara. aye khuda mujh ko bohat zyada shukr karne wala bana. shakkara ma'ni bohat shukr karne wala. is mein ek exaggeration hai ye. yani superlative degree mein kaha gaya hai shukr. rab j'alni laka shakkara. aye khuda mujh ko bohat zyada shukr karne wala bana. is ka matlab kya hua? ke jo shukr chahiye</w:t>
      </w:r>
    </w:p>
    <w:p>
      <w:pPr>
        <w:pStyle w:val="Heading2"/>
      </w:pPr>
      <w:r>
        <w:t>Discovering God through contemplating His creation</w:t>
      </w:r>
    </w:p>
    <w:p>
      <w:r>
        <w:rPr>
          <w:color w:val="666666"/>
          <w:sz w:val="18"/>
        </w:rPr>
        <w:t>Don't Be Angry Culture January 15, 2012 · 2m 56s · at 1:26:39 · https://youtu.be/NrA3X8y_FLY?t=5199</w:t>
      </w:r>
    </w:p>
    <w:p>
      <w:r>
        <w:rPr>
          <w:i/>
        </w:rPr>
        <w:t>“God ko aap dekh to sakte nahi, kyunki wo beyond space and time hai”</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Formula of wait wait wait for better tomorrow</w:t>
      </w:r>
    </w:p>
    <w:p>
      <w:r>
        <w:rPr>
          <w:color w:val="666666"/>
          <w:sz w:val="18"/>
        </w:rPr>
        <w:t>From The Spiritual Tree 28 Nov, 2010 - Maulana Wahiduddin Khan · 51s · at 3:14 · https://youtu.be/LDMY7FjQRIE?t=194</w:t>
      </w:r>
    </w:p>
    <w:p>
      <w:r>
        <w:rPr>
          <w:i/>
        </w:rPr>
        <w:t>“To isi ko le kar mein ek formula dena chahta hoon”</w:t>
      </w:r>
    </w:p>
    <w:p>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p>
    <w:p>
      <w:pPr>
        <w:pStyle w:val="Heading2"/>
      </w:pPr>
      <w:r>
        <w:t>Highest sense of justice is concession</w:t>
      </w:r>
    </w:p>
    <w:p>
      <w:r>
        <w:rPr>
          <w:color w:val="666666"/>
          <w:sz w:val="18"/>
        </w:rPr>
        <w:t>The Concept of Justice in Islam May 03, 2007 · 47s · at 52:09 · https://youtu.be/DY5SY8H554c?t=3129</w:t>
      </w:r>
    </w:p>
    <w:p>
      <w:r>
        <w:rPr>
          <w:i/>
        </w:rPr>
        <w:t>“The highest sense of justice is to give concession to others.”</w:t>
      </w:r>
    </w:p>
    <w:p>
      <w:r>
        <w:rPr>
          <w:sz w:val="20"/>
        </w:rPr>
        <w:t>52:09  And the highest sense of justice is to give concession to others.</w:t>
      </w:r>
      <w:r>
        <w:br/>
      </w:r>
      <w:r>
        <w:rPr>
          <w:sz w:val="20"/>
        </w:rPr>
        <w:t>52:20  To give concession to others. Every time when you live in a society</w:t>
      </w:r>
      <w:r>
        <w:br/>
      </w:r>
      <w:r>
        <w:rPr>
          <w:sz w:val="20"/>
        </w:rPr>
        <w:t>52:30  when you live in a society, every time you</w:t>
      </w:r>
      <w:r>
        <w:br/>
      </w:r>
      <w:r>
        <w:rPr>
          <w:sz w:val="20"/>
        </w:rPr>
        <w:t>52:40  find some bad experiences, some unpleasant experiences every time, every day and night,</w:t>
      </w:r>
    </w:p>
    <w:p>
      <w:pPr>
        <w:pStyle w:val="Heading2"/>
      </w:pPr>
      <w:r>
        <w:t>Truth makes brave, falsehood makes coward</w:t>
      </w:r>
    </w:p>
    <w:p>
      <w:r>
        <w:rPr>
          <w:color w:val="666666"/>
          <w:sz w:val="18"/>
        </w:rPr>
        <w:t>How to Develop Spiritual Personality July 16, 2006 Maulana Wahiduddin Khan · 1m 53s · at 45:56 · https://youtu.be/nxFUXRFboW4?t=2756</w:t>
      </w:r>
    </w:p>
    <w:p>
      <w:r>
        <w:rPr>
          <w:i/>
        </w:rPr>
        <w:t>“Abbasiyat period mein ek khaleefa ka ek beta tha.”</w:t>
      </w:r>
    </w:p>
    <w:p>
      <w:r>
        <w:rPr>
          <w:sz w:val="20"/>
        </w:rPr>
        <w:t>45:56  is ko to restrict is point mein ek aap ko ek qissa batata hoon. Abbasid period mein ek khalifa ka ek beta tha.</w:t>
      </w:r>
      <w:r>
        <w:br/>
      </w:r>
      <w:r>
        <w:rPr>
          <w:sz w:val="20"/>
        </w:rPr>
        <w:t>46:09  to woh kisi budhiya ke ghar mein gaya aur wahan us ne badtamii ki wahan us ne pareshan kiya budhiya ko. to budhiya khalifa ke paas aayi aur kaha ke aage beta hamare ghar mein ghus gaya aur aap ko pareshan kiya aise aise kiya us ne.</w:t>
      </w:r>
      <w:r>
        <w:br/>
      </w:r>
      <w:r>
        <w:rPr>
          <w:sz w:val="20"/>
        </w:rPr>
        <w:t>46:27  to budhiya to to khalifa ne apne bete ko bulaya. ek taraf beta khara kiya ek taraf budhiya ko khara kiya. aur budhiya se kaha ke bolo kya tumhari shikayat hai?</w:t>
      </w:r>
      <w:r>
        <w:br/>
      </w:r>
      <w:r>
        <w:rPr>
          <w:sz w:val="20"/>
        </w:rPr>
        <w:t>46:40  woh boli. aur phir bete se kaha ke tum batao kya tumhare paas is ka is ke bare mein kya kahna hai tum ko. to woh kahne laga kuch.</w:t>
      </w:r>
      <w:r>
        <w:br/>
      </w:r>
      <w:r>
        <w:rPr>
          <w:sz w:val="20"/>
        </w:rPr>
        <w:t>46:51  ab wahan par aisa hua ke budhiya khoob zor zor se bol rahi thi. aur woh jo beta tha khalifa ka woh dheere dheere bolta tha. to wazir sahib khare hue the wahan par.</w:t>
      </w:r>
      <w:r>
        <w:br/>
      </w:r>
      <w:r>
        <w:rPr>
          <w:sz w:val="20"/>
        </w:rPr>
        <w:t>47:04  yani khalifa ke wazir. to unhon ne budhiya se kaha ke dekho ye shahzada hai aise mat bolo. dheere dheere bolo.</w:t>
      </w:r>
      <w:r>
        <w:br/>
      </w:r>
      <w:r>
        <w:rPr>
          <w:sz w:val="20"/>
        </w:rPr>
        <w:t>47:13  to khalifa ne kaha ke is ko bolne do.</w:t>
      </w:r>
      <w:r>
        <w:br/>
      </w:r>
      <w:r>
        <w:rPr>
          <w:sz w:val="20"/>
        </w:rPr>
        <w:t>47:22  badi ajeeb baat kahi us ne. ke sach ne budhiya ko bahadur bana diya hai. aur jhooth ne is shahzade ko buzdil bana diya hai.</w:t>
      </w:r>
      <w:r>
        <w:br/>
      </w:r>
      <w:r>
        <w:rPr>
          <w:sz w:val="20"/>
        </w:rPr>
        <w:t>47:36  bahut hi ajeeb baat ye hai. khalifa ne kaha ke sach ne budhiya ko bahadur bana diya hai. aur jhooth ne is shahzade ko buzdil bana diya hai.</w:t>
      </w:r>
    </w:p>
    <w:p>
      <w:pPr>
        <w:pStyle w:val="Heading2"/>
      </w:pPr>
      <w:r>
        <w:t>Gratitude comes from thinking and reflection</w:t>
      </w:r>
    </w:p>
    <w:p>
      <w:r>
        <w:rPr>
          <w:color w:val="666666"/>
          <w:sz w:val="18"/>
        </w:rPr>
        <w:t>Q&amp;A 03 Jan 2010 - Maulana Wahiduddin Khan · 25s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p>
    <w:p>
      <w:pPr>
        <w:pStyle w:val="Heading2"/>
      </w:pPr>
      <w:r>
        <w:t>Ordinary and creative ma'rifah</w:t>
      </w:r>
    </w:p>
    <w:p>
      <w:r>
        <w:rPr>
          <w:color w:val="666666"/>
          <w:sz w:val="18"/>
        </w:rPr>
        <w:t>Creative Marefat 8 April 2017 - Maulana Wahiduddin Khan · 24s · at 0:31 · https://youtu.be/I2hKHNIQ-1U?t=31</w:t>
      </w:r>
    </w:p>
    <w:p>
      <w:r>
        <w:rPr>
          <w:i/>
        </w:rPr>
        <w:t>“Is waqt mujhe creative ma'rifat ke baare mein kuch kehna hai”</w:t>
      </w:r>
    </w:p>
    <w:p>
      <w:r>
        <w:rPr>
          <w:sz w:val="20"/>
        </w:rPr>
        <w:t>0:31  is waqt mujhe creative marifat ke bare mein kuch kehna hai. dekhein, marifat ek hoti hai aam, ek hoti hai creative marifat.</w:t>
      </w:r>
      <w:r>
        <w:br/>
      </w:r>
      <w:r>
        <w:rPr>
          <w:sz w:val="20"/>
        </w:rPr>
        <w:t>0:46  to</w:t>
      </w:r>
      <w:r>
        <w:br/>
      </w:r>
      <w:r>
        <w:rPr>
          <w:sz w:val="20"/>
        </w:rPr>
        <w:t>0:48  yeh baat mein hadith ki buniyad par keh raha hoon.</w:t>
      </w:r>
    </w:p>
    <w:p>
      <w:pPr>
        <w:pStyle w:val="Heading2"/>
      </w:pPr>
      <w:r>
        <w:t>Definition of shukr (gratitude) in Islam</w:t>
      </w:r>
    </w:p>
    <w:p>
      <w:r>
        <w:rPr>
          <w:color w:val="666666"/>
          <w:sz w:val="18"/>
        </w:rPr>
        <w:t>The Concept of Shukr in Islam | June 17, 2008 · 1m 00s · at 0:44 · https://youtu.be/ySbCs4MRNXU?t=44</w:t>
      </w:r>
    </w:p>
    <w:p>
      <w:r>
        <w:rPr>
          <w:i/>
        </w:rPr>
        <w:t>“Shukr ka matlab hai aetraf karna, grateful hona.”</w:t>
      </w:r>
    </w:p>
    <w:p>
      <w:r>
        <w:rPr>
          <w:sz w:val="20"/>
        </w:rPr>
        <w:t>0:44  shukr in Islam.</w:t>
      </w:r>
      <w:r>
        <w:br/>
      </w:r>
      <w:r>
        <w:rPr>
          <w:sz w:val="20"/>
        </w:rPr>
        <w:t>0:52  Shukr ki bohat zyada importance hai Islam mein.</w:t>
      </w:r>
      <w:r>
        <w:br/>
      </w:r>
      <w:r>
        <w:rPr>
          <w:sz w:val="20"/>
        </w:rPr>
        <w:t>0:59  Shukr ka matlab hai etiraf karna, grateful hona.</w:t>
      </w:r>
      <w:r>
        <w:br/>
      </w:r>
      <w:r>
        <w:rPr>
          <w:sz w:val="20"/>
        </w:rPr>
        <w:t>1:07  Toh Khuda ka grateful hona, gratefulness ka ehsas aana aadmi</w:t>
      </w:r>
      <w:r>
        <w:br/>
      </w:r>
      <w:r>
        <w:rPr>
          <w:sz w:val="20"/>
        </w:rPr>
        <w:t>1:14  ke andar, isi ko kehte hain shukr.</w:t>
      </w:r>
      <w:r>
        <w:br/>
      </w:r>
      <w:r>
        <w:rPr>
          <w:sz w:val="20"/>
        </w:rPr>
        <w:t>1:20  Yaani jab insan ko kisi se kuch milta hai, jab insan ke sath koi aadmi ehsan karta hai,</w:t>
      </w:r>
      <w:r>
        <w:br/>
      </w:r>
      <w:r>
        <w:rPr>
          <w:sz w:val="20"/>
        </w:rPr>
        <w:t>1:26  kuch deta hai usko, toh uske andar etiraf ka jazba paida hota hai.</w:t>
      </w:r>
      <w:r>
        <w:br/>
      </w:r>
      <w:r>
        <w:rPr>
          <w:sz w:val="20"/>
        </w:rPr>
        <w:t>1:32  Isi ko shukr kehte hain.</w:t>
      </w:r>
      <w:r>
        <w:br/>
      </w:r>
      <w:r>
        <w:rPr>
          <w:sz w:val="20"/>
        </w:rPr>
        <w:t>1:38  Insan ke in</w:t>
      </w:r>
    </w:p>
    <w:p>
      <w:pPr>
        <w:pStyle w:val="Heading2"/>
      </w:pPr>
      <w:r>
        <w:t>Quran on envy and everyone's personal test from God</w:t>
      </w:r>
    </w:p>
    <w:p>
      <w:r>
        <w:rPr>
          <w:color w:val="666666"/>
          <w:sz w:val="18"/>
        </w:rPr>
        <w:t>Good Relationships CPS Women Discussion 23 September 10, 2023 · 2m 00s · at 10:14 · https://youtu.be/5UlMoC6-jGU?t=614</w:t>
      </w:r>
    </w:p>
    <w:p>
      <w:r>
        <w:rPr>
          <w:i/>
        </w:rPr>
        <w:t>“Quran says don't wish for what others have been given”</w:t>
      </w:r>
    </w:p>
    <w:p>
      <w:r>
        <w:rPr>
          <w:sz w:val="20"/>
        </w:rPr>
        <w:t>10:14  is wajah se, is farq se hum aksar negativity ya phir hasad ya maalesh is tarah ki emotions ko feel karne lagte hain. jaise ki Quran ki ayat surah Nisaah ki 32 mein bataya gaya hai ki aur tum aisi cheez ki tamanna na karo jismein Allah ne tummein tummein se ek ko doosre par badhai di hai.</w:t>
      </w:r>
      <w:r>
        <w:br/>
      </w:r>
      <w:r>
        <w:rPr>
          <w:sz w:val="20"/>
        </w:rPr>
        <w:t>10:41  mardon ke liye hissa hai apni kamai ka aur auraton ke liye hissa hai apni kamai ka. to iska saaf matlab yeh hai jaise aapko ne bataya ki aurat aur mard ka farq bhi ismein sahi ho raha hai ki ek ek hi family mein mard ko Allah taala ne physical power di. to agar woh usko misuse kar raha hai to woh uska test hai jiske liye woh apna test kharab kar raha hai.</w:t>
      </w:r>
      <w:r>
        <w:br/>
      </w:r>
      <w:r>
        <w:rPr>
          <w:sz w:val="20"/>
        </w:rPr>
        <w:t>11:05  to is ayat ko padhkar main yeh samajh paai ki hum is duniya mein ek doosre ke upar kisi na kisi cheez mein badai dekar bhejhe gaye hain. lekin yeh badai dekhkar jealousy karna is tarah ka ravaiyya humein nahi apnana hai. humein ek doosre ki hirs mein nahi rehna hai. balki humein is baat par tawajjoh deni hai ki hum amal kya kar rahe hain? hamara test paper jo uska doosre aadmi ka kuch aur test paper hai. hamara kuch aur test paper hai.</w:t>
      </w:r>
      <w:r>
        <w:br/>
      </w:r>
      <w:r>
        <w:rPr>
          <w:sz w:val="20"/>
        </w:rPr>
        <w:t>11:32  hum us test paper mein poore utar rahe hain ya nahi utar rahe hain? yeh hamara maqsad hona chahiye. yeh scheme of god hum samajh samajh lein. to ek bahut badi mujhe lagta hai jo society mein ajeeb si yeh problems hoti hain yeh bahut zyada sort out ho jayen. sabko clarity ho jaye.</w:t>
      </w:r>
      <w:r>
        <w:br/>
      </w:r>
      <w:r>
        <w:rPr>
          <w:sz w:val="20"/>
        </w:rPr>
        <w:t>11:49  har koi is apne is test ko jaane ka aur har koi usi ke liye amal karna shuru kar dega chance nahi kyunki woh apni jannat abhi bhi kama sakta hai.</w:t>
      </w:r>
      <w:r>
        <w:br/>
      </w:r>
      <w:r>
        <w:rPr>
          <w:sz w:val="20"/>
        </w:rPr>
        <w:t>12:14  to allahatala ne har ek ko jo jahan rakha hai wahin par usko test diya hai aur uska isko imkan diye hain ki woh har tarah ke amal kar sakein aur phir apne liye woh aafarat ke liye jannat bana sake ya zehan lo. to basically to bahut easy hai agar hum is tarah sochein aur yeh sochein ki agar mere paas yahan duniya mein kuch nahi diya gaya.</w:t>
      </w:r>
    </w:p>
    <w:p>
      <w:pPr>
        <w:pStyle w:val="Heading2"/>
      </w:pPr>
      <w:r>
        <w:t>Tolerance vs Intolerance</w:t>
      </w:r>
    </w:p>
    <w:p>
      <w:r>
        <w:rPr>
          <w:color w:val="666666"/>
          <w:sz w:val="18"/>
        </w:rPr>
        <w:t>The Importance of Positive Attitude | November 01, 2007 · 30s · at 42:49 · https://youtu.be/r4zLbCBxPyc?t=2569</w:t>
      </w:r>
    </w:p>
    <w:p>
      <w:r>
        <w:rPr>
          <w:i/>
        </w:rPr>
        <w:t>“Tolerance se zindagi milti hai, Intolerance se Suicide Bombing”</w:t>
      </w:r>
    </w:p>
    <w:p>
      <w:r>
        <w:rPr>
          <w:sz w:val="20"/>
        </w:rPr>
        <w:t>42:49  tolerance se aap ko zindagi milti hai.</w:t>
      </w:r>
      <w:r>
        <w:br/>
      </w:r>
      <w:r>
        <w:rPr>
          <w:sz w:val="20"/>
        </w:rPr>
        <w:t>42:53  aur intolerance se aap ko suicide bombing tak le aati hai.</w:t>
      </w:r>
      <w:r>
        <w:br/>
      </w:r>
      <w:r>
        <w:rPr>
          <w:sz w:val="20"/>
        </w:rPr>
        <w:t>42:58  jitne log hain jo suicide bombing kar rahe hain.</w:t>
      </w:r>
      <w:r>
        <w:br/>
      </w:r>
      <w:r>
        <w:rPr>
          <w:sz w:val="20"/>
        </w:rPr>
        <w:t>43:02  un ko aap poochhiye aap ke tumhein kyun apni jaanen de rahe ho? to kahenge dekhiye yeh</w:t>
      </w:r>
      <w:r>
        <w:br/>
      </w:r>
      <w:r>
        <w:rPr>
          <w:sz w:val="20"/>
        </w:rPr>
        <w:t>43:06  burai hai, is ko aap kaise bardasht karen? is evil ko hum kaise bardasht karen? bhai bardasht karna</w:t>
      </w:r>
      <w:r>
        <w:br/>
      </w:r>
      <w:r>
        <w:rPr>
          <w:sz w:val="20"/>
        </w:rPr>
        <w:t>43:10  he to hai he, isi ka naam zindagi hai.</w:t>
      </w:r>
      <w:r>
        <w:br/>
      </w:r>
      <w:r>
        <w:rPr>
          <w:sz w:val="20"/>
        </w:rPr>
        <w:t>43:15  jis cheez ko</w:t>
      </w:r>
    </w:p>
    <w:p>
      <w:pPr>
        <w:pStyle w:val="Heading2"/>
      </w:pPr>
      <w:r>
        <w:t>Truth is absolute</w:t>
      </w:r>
    </w:p>
    <w:p>
      <w:r>
        <w:rPr>
          <w:color w:val="666666"/>
          <w:sz w:val="18"/>
        </w:rPr>
        <w:t>Q&amp;A 08 July 2007 - Maulana Wahiduddin Khan · 1m 00s · at 8:36 · https://youtu.be/k921gOjkIaw?t=516</w:t>
      </w:r>
    </w:p>
    <w:p>
      <w:r>
        <w:rPr>
          <w:i/>
        </w:rPr>
        <w:t>“This is absurd, absolutely absurd.”</w:t>
      </w:r>
    </w:p>
    <w:p>
      <w:r>
        <w:rPr>
          <w:sz w:val="20"/>
        </w:rPr>
        <w:t>8:36  ab yeh absurd baat hai, yeh bilkul absurd baat hai.</w:t>
      </w:r>
      <w:r>
        <w:br/>
      </w:r>
      <w:r>
        <w:rPr>
          <w:sz w:val="20"/>
        </w:rPr>
        <w:t>8:44  app yani truth aik app, aik absolute cheez hai. society absolute nahi hai, society absolute cheez nahi hai.</w:t>
      </w:r>
      <w:r>
        <w:br/>
      </w:r>
      <w:r>
        <w:rPr>
          <w:sz w:val="20"/>
        </w:rPr>
        <w:t>8:56  to kisi aisi cheez se jo khud absolute nahi hai, us ko aap kaise criteria bana sakte hain? aisi cheez ko judge karne ka jo absolute hai, yeh to possible nahi hai.</w:t>
      </w:r>
      <w:r>
        <w:br/>
      </w:r>
      <w:r>
        <w:rPr>
          <w:sz w:val="20"/>
        </w:rPr>
        <w:t>9:10  society to ek ek limited cheez ka naam hai, aur truth to ek universal cheez hai. universal cheez hai, universal cheez hai. is wajah se main nahi samajhta ke society kabhi bhi criteria nikal sakti hai ke truth ko judge karne ka.</w:t>
      </w:r>
      <w:r>
        <w:br/>
      </w:r>
      <w:r>
        <w:rPr>
          <w:sz w:val="20"/>
        </w:rPr>
        <w:t>9:27  truth absolute cheez hai, aur universal thinking chahiye is ko samajhne ke liye aur is ko judge karne ke liye.</w:t>
      </w:r>
    </w:p>
    <w:p>
      <w:pPr>
        <w:pStyle w:val="Heading2"/>
      </w:pPr>
      <w:r>
        <w:t>Hajra's trust in Allah: the ultimate example of patience</w:t>
      </w:r>
    </w:p>
    <w:p>
      <w:r>
        <w:rPr>
          <w:color w:val="666666"/>
          <w:sz w:val="18"/>
        </w:rPr>
        <w:t>CPS Women Article Discussion 17 February 5, 2023 · 1m 45s · at 46:35 · https://youtu.be/YwT3btklNZk?t=2795</w:t>
      </w:r>
    </w:p>
    <w:p>
      <w:r>
        <w:rPr>
          <w:i/>
        </w:rPr>
        <w:t>“इब्राहीम अलैहिस्सलाम ने हाजरा और इस्माइल को रेगिस्तान में छोड़ा”</w:t>
      </w:r>
    </w:p>
    <w:p>
      <w:r>
        <w:rPr>
          <w:sz w:val="20"/>
        </w:rPr>
        <w:t>46:35  ek ek aur ek baat hai yahan par ki jab ibrahim alaisallam ne hazrahim alaisallam ko, ismal alaisallam ko dessert mein chhodkar jaate hain na tab hazral allahb ne ibrahim allahb se poochhte hain kya yah humko kair kuch chhodkar jaate hain to? to un jawab dete hain na aisa ab humkumanu hain. to last mein poochhte hain kya yah allah ka order hai? to ji, to tum chale jao. allah humko ayalahi karega.</w:t>
      </w:r>
      <w:r>
        <w:br/>
      </w:r>
      <w:r>
        <w:rPr>
          <w:sz w:val="20"/>
        </w:rPr>
        <w:t>47:05  tumhe chale jao. yah the best example of patients. haan. yah to hai na ji. baat samjhe. baqi lakh par unko bharosa nahin rahne se impatient hoti hai. lekin ek hi word hajra alislam bolta hai ki allaf hamare ko zaya nahin karega. to vah same. itna sahi baat sahi baat</w:t>
      </w:r>
      <w:r>
        <w:br/>
      </w:r>
      <w:r>
        <w:rPr>
          <w:sz w:val="20"/>
        </w:rPr>
        <w:t>47:30  yah ayushta ki baat se mujhe yah samajh mein aaya ki allah par bharosa jo hai vah hamein sabr karne par bahut kamar to allah par bharosa full trust on allah ki agar yah ab neva to vah zaroor hamein uska badla dega. to yah bharosa bahut zaroori hai tabhi hum sabr kar paate hain. haan sabr ke liye to rok ka taakat dega. bilkul.</w:t>
      </w:r>
      <w:r>
        <w:br/>
      </w:r>
      <w:r>
        <w:rPr>
          <w:sz w:val="20"/>
        </w:rPr>
        <w:t>47:59  suran kaboot mein tezi ke liye. boliye. suran kaboot mein jo hai allah taukkah ko sabr allah taukkah par zik raha hai isi isi land par. phir jo bhi karna hai allah taukkah sabr lekar allah taukkah haan, tabhi jaakar hum kamyab hue hain.</w:t>
      </w:r>
      <w:r>
        <w:br/>
      </w:r>
      <w:r>
        <w:rPr>
          <w:sz w:val="20"/>
        </w:rPr>
        <w:t>48:20  humko sabr karna hi hai agar hum sab har haal mein sabr karna hai agar hum allah ko allah ki marzi taht karein allah ka khush allah ka khush na karein apne intention se allah ke lagayein ki allah khush rahenge hum to hum to aur bhi kamyab honge jami rahenge.</w:t>
      </w:r>
    </w:p>
    <w:p>
      <w:pPr>
        <w:pStyle w:val="Heading2"/>
      </w:pPr>
      <w:r>
        <w:t>Prophet's delinking policy</w:t>
      </w:r>
    </w:p>
    <w:p>
      <w:r>
        <w:rPr>
          <w:color w:val="666666"/>
          <w:sz w:val="18"/>
        </w:rPr>
        <w:t>The Concept of Justice in Islam May 03, 2007 · 45s · at 24:04 · https://youtu.be/DY5SY8H554c?t=1444</w:t>
      </w:r>
    </w:p>
    <w:p>
      <w:r>
        <w:rPr>
          <w:i/>
        </w:rPr>
        <w:t>“The Prophet adopted a delinking policy.”</w:t>
      </w:r>
    </w:p>
    <w:p>
      <w:r>
        <w:rPr>
          <w:sz w:val="20"/>
        </w:rPr>
        <w:t>24:04  So the Prophet adopted a delinking policy. He never bracketed. He never attached the question of justice with the peace.</w:t>
      </w:r>
      <w:r>
        <w:br/>
      </w:r>
      <w:r>
        <w:rPr>
          <w:sz w:val="20"/>
        </w:rPr>
        <w:t>24:19  So he adopted the peace for the sake of peace formula. Although justice was denied, but as he was able to achieve peace, so he agreed upon.</w:t>
      </w:r>
      <w:r>
        <w:br/>
      </w:r>
      <w:r>
        <w:rPr>
          <w:sz w:val="20"/>
        </w:rPr>
        <w:t>24:38  So he took that, so he accepted that agreement. So this was the policy of the Prophet of Islam.</w:t>
      </w:r>
    </w:p>
    <w:p>
      <w:pPr>
        <w:pStyle w:val="Heading2"/>
      </w:pPr>
      <w:r>
        <w:t>the tongue is the most dangerous part of the body</w:t>
      </w:r>
    </w:p>
    <w:p>
      <w:r>
        <w:rPr>
          <w:color w:val="666666"/>
          <w:sz w:val="18"/>
        </w:rPr>
        <w:t>How to Build A Strong Personality June 14, 2008 · 3m 05s · at 29:10 · https://youtu.be/CEzRHSVoQlI?t=1750</w:t>
      </w:r>
    </w:p>
    <w:p>
      <w:r>
        <w:rPr>
          <w:i/>
        </w:rPr>
        <w:t>“Zaban bohot zyada important hai insan ke body mein”</w:t>
      </w:r>
    </w:p>
    <w:p>
      <w:r>
        <w:rPr>
          <w:sz w:val="20"/>
        </w:rPr>
        <w:t>29:10  woh speech ka ek fana hota hai. speech, yeh zaban jo hai, bohat zyada, bohat zyada important hai insan ke body mein.</w:t>
      </w:r>
      <w:r>
        <w:br/>
      </w:r>
      <w:r>
        <w:rPr>
          <w:sz w:val="20"/>
        </w:rPr>
        <w:t>29:24  Rasool Allah ne ek sahabi ko, apne ek contemporary musalman ko</w:t>
      </w:r>
      <w:r>
        <w:br/>
      </w:r>
      <w:r>
        <w:rPr>
          <w:sz w:val="20"/>
        </w:rPr>
        <w:t>29:33  dekha ke woh kuch bol raha hai,</w:t>
      </w:r>
      <w:r>
        <w:br/>
      </w:r>
      <w:r>
        <w:rPr>
          <w:sz w:val="20"/>
        </w:rPr>
        <w:t>29:39  carefree andaaz mein. to aap ne kaha ke apni zaban se bacho, apni zaban se bacho.</w:t>
      </w:r>
      <w:r>
        <w:br/>
      </w:r>
      <w:r>
        <w:rPr>
          <w:sz w:val="20"/>
        </w:rPr>
        <w:t>29:50  to us ne poocha ke humein apni zaban se hi bachna hai?</w:t>
      </w:r>
      <w:r>
        <w:br/>
      </w:r>
      <w:r>
        <w:rPr>
          <w:sz w:val="20"/>
        </w:rPr>
        <w:t>29:54  to aap ne kaha ke yahi zaban jo hai, yahi to ko jahannum mein le jayegi. illa hasaida al-sunatihim zaban ki kheti hi to tum ko jahannum mein le jayegi.</w:t>
      </w:r>
      <w:r>
        <w:br/>
      </w:r>
      <w:r>
        <w:rPr>
          <w:sz w:val="20"/>
        </w:rPr>
        <w:t>30:09  to kheti se kya murad hai? zaban ki kheti se murad zahir hai ke positive remark murad nahi hai, is se murad hai negative remark.</w:t>
      </w:r>
      <w:r>
        <w:br/>
      </w:r>
      <w:r>
        <w:rPr>
          <w:sz w:val="20"/>
        </w:rPr>
        <w:t>30:19  to aap apni zaban ko istemal karne ke mamle mein cautious na hon, muhtat na hon, kuch bhi keh diya karein kisi ke bare mein ke main to janta hoon ke yeh jhoota aadmi hai,</w:t>
      </w:r>
      <w:r>
        <w:br/>
      </w:r>
      <w:r>
        <w:rPr>
          <w:sz w:val="20"/>
        </w:rPr>
        <w:t>30:33  main janta hoon ke yeh corrupt aadmi hai, main to janta hoon ke yeh expatrator aadmi hai. aise log bolte rehte hain,</w:t>
      </w:r>
      <w:r>
        <w:br/>
      </w:r>
      <w:r>
        <w:rPr>
          <w:sz w:val="20"/>
        </w:rPr>
        <w:t>30:44  bolte rehte hain. aise hi</w:t>
      </w:r>
      <w:r>
        <w:br/>
      </w:r>
      <w:r>
        <w:rPr>
          <w:sz w:val="20"/>
        </w:rPr>
        <w:t>30:47  misalan main hinduo ke jalse mein jata hoon bohat dinon se, to ab mere bare mein kuch logon ne kiya propaganda kiya ke yeh to pro hindu hain aur anti muslim hain.</w:t>
      </w:r>
      <w:r>
        <w:br/>
      </w:r>
      <w:r>
        <w:rPr>
          <w:sz w:val="20"/>
        </w:rPr>
        <w:t>31:00  yani pro hindu aur anti muslim hain. yeh kisi ne nahi kiya ke mujh se aage poocha ke wahan ja kar aap kya karte hain? main ne kaha ke main Islam ki baatein kehta hoon, aur kya kehta hoon?</w:t>
      </w:r>
      <w:r>
        <w:br/>
      </w:r>
      <w:r>
        <w:rPr>
          <w:sz w:val="20"/>
        </w:rPr>
        <w:t>31:14  yeh zamana free inquiry ka zamana hai, janne ka zamana hai. log cheezon ke bare mein janna chahte hain.</w:t>
      </w:r>
      <w:r>
        <w:br/>
      </w:r>
      <w:r>
        <w:rPr>
          <w:sz w:val="20"/>
        </w:rPr>
        <w:t>31:25  to log chahte hain ke Islam kya hai? chahe hindu ho ya isai ho, koi bhi ho, woh janna chahta hai ke Islam kya hai. to main wahan ja kar ke batata hoon un ko simple way mein ke Islam yeh hai.</w:t>
      </w:r>
      <w:r>
        <w:br/>
      </w:r>
      <w:r>
        <w:rPr>
          <w:sz w:val="20"/>
        </w:rPr>
        <w:t>31:42  to agar woh mujh se poochte to main batata ke main wahan jata hoon, yani Islam ko introduce karne ke liye, lekin na poocha, na telephone kiya.</w:t>
      </w:r>
      <w:r>
        <w:br/>
      </w:r>
      <w:r>
        <w:rPr>
          <w:sz w:val="20"/>
        </w:rPr>
        <w:t>31:52  apne aap lage logon se bata kehne keh dekho, yeh to hinduo ke jalsay mein jatay hain, yeh to pro hindu hain aur anti muslim hain. yeh hai gas se bolna.</w:t>
      </w:r>
      <w:r>
        <w:br/>
      </w:r>
      <w:r>
        <w:rPr>
          <w:sz w:val="20"/>
        </w:rPr>
        <w:t>32:05  to gas se agar aap bolen to bohat ziyada sochein keh aap jo bolne ja rahe hain, woh negative hai ya positive hai.</w:t>
      </w:r>
    </w:p>
    <w:p>
      <w:pPr>
        <w:pStyle w:val="Heading2"/>
      </w:pPr>
      <w:r>
        <w:t>Moral values are actually universal values across religions</w:t>
      </w:r>
    </w:p>
    <w:p>
      <w:r>
        <w:rPr>
          <w:color w:val="666666"/>
          <w:sz w:val="18"/>
        </w:rPr>
        <w:t>Ethical Values in Islam, June 19, 2008 · 44s · at 2:04 · https://youtu.be/2yPff80nSBY?t=124</w:t>
      </w:r>
    </w:p>
    <w:p>
      <w:r>
        <w:rPr>
          <w:i/>
        </w:rPr>
        <w:t>“Moral values, human values — these are universal values”</w:t>
      </w:r>
    </w:p>
    <w:p>
      <w:r>
        <w:rPr>
          <w:sz w:val="20"/>
        </w:rPr>
        <w:t>2:04  yahan main kahunga ke moral values naam hai universal values ka.</w:t>
      </w:r>
      <w:r>
        <w:br/>
      </w:r>
      <w:r>
        <w:rPr>
          <w:sz w:val="20"/>
        </w:rPr>
        <w:t>2:15  moral values ya human values, jo bhi aap kahein, to woh darasal universal values ka naam hai, yani afaqi aqdar.</w:t>
      </w:r>
      <w:r>
        <w:br/>
      </w:r>
      <w:r>
        <w:rPr>
          <w:sz w:val="20"/>
        </w:rPr>
        <w:t>2:26  is mein aaj jahan tak maine padha hai, different mazhab mein lagbhag wahi qadrein hain, wahi values hain. Kyun ke insaan jab aapas mein mil kar rahein, ek society ki shakal mein,</w:t>
      </w:r>
      <w:r>
        <w:br/>
      </w:r>
      <w:r>
        <w:rPr>
          <w:sz w:val="20"/>
        </w:rPr>
        <w:t>2:41  to har jagah isi value ki zaroorat hoti hai jo kisi doosri jagah.</w:t>
      </w:r>
    </w:p>
    <w:p>
      <w:pPr>
        <w:pStyle w:val="Heading2"/>
      </w:pPr>
      <w:r>
        <w:t>Paradise has no problems but pleasant activities</w:t>
      </w:r>
    </w:p>
    <w:p>
      <w:r>
        <w:rPr>
          <w:color w:val="666666"/>
          <w:sz w:val="18"/>
        </w:rPr>
        <w:t>Speaking Truth (In conversation with Maulan) · 2m 21s · at 8:05 · https://youtu.be/Fi3Z0-JgBac?t=485</w:t>
      </w:r>
    </w:p>
    <w:p>
      <w:r>
        <w:rPr>
          <w:i/>
        </w:rPr>
        <w:t>“Dekhiye, ek hai problem, ek hai activities”</w:t>
      </w:r>
    </w:p>
    <w:p>
      <w:r>
        <w:rPr>
          <w:sz w:val="20"/>
        </w:rPr>
        <w:t>8:05  dekhiye, ek hai problem,</w:t>
      </w:r>
      <w:r>
        <w:br/>
      </w:r>
      <w:r>
        <w:rPr>
          <w:sz w:val="20"/>
        </w:rPr>
        <w:t>8:07  ek hai activities.</w:t>
      </w:r>
      <w:r>
        <w:br/>
      </w:r>
      <w:r>
        <w:rPr>
          <w:sz w:val="20"/>
        </w:rPr>
        <w:t>8:11  problem ka matlab yeh hai ki hum</w:t>
      </w:r>
      <w:r>
        <w:br/>
      </w:r>
      <w:r>
        <w:rPr>
          <w:sz w:val="20"/>
        </w:rPr>
        <w:t>8:15  dar mein zindagi guzaren</w:t>
      </w:r>
      <w:r>
        <w:br/>
      </w:r>
      <w:r>
        <w:rPr>
          <w:sz w:val="20"/>
        </w:rPr>
        <w:t>8:18  aur logon ke buraiyon se bachne ka khauf hamein laga hua ho.</w:t>
      </w:r>
      <w:r>
        <w:br/>
      </w:r>
      <w:r>
        <w:rPr>
          <w:sz w:val="20"/>
        </w:rPr>
        <w:t>8:26  toh quran mein hai ki "la khaufun alaihim wala hum yahzaroon."</w:t>
      </w:r>
      <w:r>
        <w:br/>
      </w:r>
      <w:r>
        <w:rPr>
          <w:sz w:val="20"/>
        </w:rPr>
        <w:t>8:32  unko na dar hoga aur na andesha hoga.</w:t>
      </w:r>
      <w:r>
        <w:br/>
      </w:r>
      <w:r>
        <w:rPr>
          <w:sz w:val="20"/>
        </w:rPr>
        <w:t>8:38  unhein na takleef hogi</w:t>
      </w:r>
      <w:r>
        <w:br/>
      </w:r>
      <w:r>
        <w:rPr>
          <w:sz w:val="20"/>
        </w:rPr>
        <w:t>8:40  aur na gham hoga.</w:t>
      </w:r>
      <w:r>
        <w:br/>
      </w:r>
      <w:r>
        <w:rPr>
          <w:sz w:val="20"/>
        </w:rPr>
        <w:t>8:43  baqi jahan tak activities ki baat hai,</w:t>
      </w:r>
      <w:r>
        <w:br/>
      </w:r>
      <w:r>
        <w:rPr>
          <w:sz w:val="20"/>
        </w:rPr>
        <w:t>8:46  to quran mein hai ke</w:t>
      </w:r>
      <w:r>
        <w:br/>
      </w:r>
      <w:r>
        <w:rPr>
          <w:sz w:val="20"/>
        </w:rPr>
        <w:t>8:49  "wuhum fi shughlin faaquhoon."</w:t>
      </w:r>
      <w:r>
        <w:br/>
      </w:r>
      <w:r>
        <w:rPr>
          <w:sz w:val="20"/>
        </w:rPr>
        <w:t>8:54  yaani bohat hi pleasant activities.</w:t>
      </w:r>
      <w:r>
        <w:br/>
      </w:r>
      <w:r>
        <w:rPr>
          <w:sz w:val="20"/>
        </w:rPr>
        <w:t>9:01  saari activities hongi.</w:t>
      </w:r>
      <w:r>
        <w:br/>
      </w:r>
      <w:r>
        <w:rPr>
          <w:sz w:val="20"/>
        </w:rPr>
        <w:t>9:03  jaise hum meeting karte hain, wahan bhi meeting hogi.</w:t>
      </w:r>
      <w:r>
        <w:br/>
      </w:r>
      <w:r>
        <w:rPr>
          <w:sz w:val="20"/>
        </w:rPr>
        <w:t>9:06  hum safar karte hain, wahan bhi safar hoga.</w:t>
      </w:r>
      <w:r>
        <w:br/>
      </w:r>
      <w:r>
        <w:rPr>
          <w:sz w:val="20"/>
        </w:rPr>
        <w:t>9:09  lekin wahan ke aeroplane mein jab hum baithenge, to up and down ka hamein experience nahi hoga.</w:t>
      </w:r>
      <w:r>
        <w:br/>
      </w:r>
      <w:r>
        <w:rPr>
          <w:sz w:val="20"/>
        </w:rPr>
        <w:t>9:18  aap jante hain ke jahazon mein aksar aisa hota hai ke isko kehte hain down draft,</w:t>
      </w:r>
      <w:r>
        <w:br/>
      </w:r>
      <w:r>
        <w:rPr>
          <w:sz w:val="20"/>
        </w:rPr>
        <w:t>9:24  up draft, down draft. isko kehte hain up draft, down draft. kyunke air ka dabav kahin ghat jata hai, kahin badh jata hai. kahin pocket hote hain. to jahaz achanak neeche aa jata hai.</w:t>
      </w:r>
      <w:r>
        <w:br/>
      </w:r>
      <w:r>
        <w:rPr>
          <w:sz w:val="20"/>
        </w:rPr>
        <w:t>9:39  to yeh sab wahan nahi hoga. train hai to yahan aap jante hain ke accident ho jate hain. woh gaadi jo hai, derail ho jati hai. patri utar jati hai. to yeh sab challenge nahi hai. ek hai challenge, ek hai problem.</w:t>
      </w:r>
      <w:r>
        <w:br/>
      </w:r>
      <w:r>
        <w:rPr>
          <w:sz w:val="20"/>
        </w:rPr>
        <w:t>9:56  to wahan problem nahi hoga. baqi pleasant way mein har cheez hogi wahan par. pleasant way mein har cheez hogi.</w:t>
      </w:r>
      <w:r>
        <w:br/>
      </w:r>
      <w:r>
        <w:rPr>
          <w:sz w:val="20"/>
        </w:rPr>
        <w:t>10:09  har cheez hogi wahan par. discussion hoga, competition hoga, daud-dhoop hogi. saari pleasant activities wahan par hongi. lekin jo unnecessary problems jo hain, woh wahan par nahi honge.</w:t>
      </w:r>
    </w:p>
    <w:p>
      <w:pPr>
        <w:pStyle w:val="Heading2"/>
      </w:pPr>
      <w:r>
        <w:t>Wudu as a reminder for purity</w:t>
      </w:r>
    </w:p>
    <w:p>
      <w:r>
        <w:rPr>
          <w:color w:val="666666"/>
          <w:sz w:val="18"/>
        </w:rPr>
        <w:t>Islam in Daily Life I 26 Dec, 2010 - Maulana Wahiduddin Khan · 2m 21s · at 17:13 · https://youtu.be/S7ahMQ1iyp0?t=1033</w:t>
      </w:r>
    </w:p>
    <w:p>
      <w:r>
        <w:rPr>
          <w:i/>
        </w:rPr>
        <w:t>“Subah uthay aap ya sham ko uthay”</w:t>
      </w:r>
    </w:p>
    <w:p>
      <w:r>
        <w:rPr>
          <w:sz w:val="20"/>
        </w:rPr>
        <w:t>17:13  subah uthe aap ya sham ko uthe namaz parhne ke liye pehla kaam karte hain aap? wuzu karte hain. wuzu kya hai?</w:t>
      </w:r>
      <w:r>
        <w:br/>
      </w:r>
      <w:r>
        <w:rPr>
          <w:sz w:val="20"/>
        </w:rPr>
        <w:t>17:25  symbolic way mein yeh apne andar ehsas jagana</w:t>
      </w:r>
      <w:r>
        <w:br/>
      </w:r>
      <w:r>
        <w:rPr>
          <w:sz w:val="20"/>
        </w:rPr>
        <w:t>17:30  ke mujhe pak saaf rehna hai. pure fire soul ke sath rehna hai. positive mind ke sath rehna hai.</w:t>
      </w:r>
      <w:r>
        <w:br/>
      </w:r>
      <w:r>
        <w:rPr>
          <w:sz w:val="20"/>
        </w:rPr>
        <w:t>17:41  kisi ajeeb cheez hai.</w:t>
      </w:r>
      <w:r>
        <w:br/>
      </w:r>
      <w:r>
        <w:rPr>
          <w:sz w:val="20"/>
        </w:rPr>
        <w:t>17:43  wuzu reminder hai. symbolic reminder. wuzu koi rasam nahi hai ke hath paon dho liya bas sawab mil gaya.</w:t>
      </w:r>
      <w:r>
        <w:br/>
      </w:r>
      <w:r>
        <w:rPr>
          <w:sz w:val="20"/>
        </w:rPr>
        <w:t>17:54  yeh baat nahi hai. wuzu ko as a reminder lena yeh asal cheez hai.</w:t>
      </w:r>
      <w:r>
        <w:br/>
      </w:r>
      <w:r>
        <w:rPr>
          <w:sz w:val="20"/>
        </w:rPr>
        <w:t>18:02  ab bataiye ke jab wuzu kiya aap ne aur is ke baad dua parhi aap ne: "allahumma j'alni min al tawwabin wa j'alni min al mutahirin" to is ka matlab kya hua?</w:t>
      </w:r>
      <w:r>
        <w:br/>
      </w:r>
      <w:r>
        <w:rPr>
          <w:sz w:val="20"/>
        </w:rPr>
        <w:t>18:17  ke khuda ya jis tarah se is pani ne</w:t>
      </w:r>
      <w:r>
        <w:br/>
      </w:r>
      <w:r>
        <w:rPr>
          <w:sz w:val="20"/>
        </w:rPr>
        <w:t>18:21  mere body ko saaf pak kiya hai, aise hi to apni rehmat se meri rooh ko pak saaf kar de.</w:t>
      </w:r>
      <w:r>
        <w:br/>
      </w:r>
      <w:r>
        <w:rPr>
          <w:sz w:val="20"/>
        </w:rPr>
        <w:t>18:30  mere mind ko pak saaf kar de. mere dil ko pak saaf kar de. aap ghor kijiye ke is isprit ke sath wuzu karen ge aap</w:t>
      </w:r>
      <w:r>
        <w:br/>
      </w:r>
      <w:r>
        <w:rPr>
          <w:sz w:val="20"/>
        </w:rPr>
        <w:t>18:40  to woh kam se kam sham tak to baqi rahe ga woh.</w:t>
      </w:r>
      <w:r>
        <w:br/>
      </w:r>
      <w:r>
        <w:rPr>
          <w:sz w:val="20"/>
        </w:rPr>
        <w:t>18:47  aap ko yeh laga rahe ga ehsas, dua nikle gi aap ki zuban se ke khuda ya mere bas mein tha apne body ko saaf karna, baqi to tere bas mein hai.</w:t>
      </w:r>
      <w:r>
        <w:br/>
      </w:r>
      <w:r>
        <w:rPr>
          <w:sz w:val="20"/>
        </w:rPr>
        <w:t>18:59  mind ko pak saaf karna, dil ko pak saaf karna, rooh ko pak saaf karna,</w:t>
      </w:r>
      <w:r>
        <w:br/>
      </w:r>
      <w:r>
        <w:rPr>
          <w:sz w:val="20"/>
        </w:rPr>
        <w:t>19:06  woh to tu hi tu hi kar sakta hai. in duaon ke sath, in ehsasat ke sath aap din guzaren ge. ab dekhen kaisa ajeeb</w:t>
      </w:r>
      <w:r>
        <w:br/>
      </w:r>
      <w:r>
        <w:rPr>
          <w:sz w:val="20"/>
        </w:rPr>
        <w:t>19:16  din hoga woh. yahi sab jannat mein dakhle ki kunji hai. phir aap dekhiye, aap namaz ke liye khare hote hain to azan mein namaz mein sabza kachi dohrai jati hai:</w:t>
      </w:r>
    </w:p>
    <w:p>
      <w:pPr>
        <w:pStyle w:val="Heading2"/>
      </w:pPr>
      <w:r>
        <w:t>No one can close the door of repentance for anyone</w:t>
      </w:r>
    </w:p>
    <w:p>
      <w:r>
        <w:rPr>
          <w:color w:val="666666"/>
          <w:sz w:val="18"/>
        </w:rPr>
        <w:t>Don't Be Angry Culture January 15, 2012 · 35s · at 1:13:44 · https://youtu.be/NrA3X8y_FLY?t=4424</w:t>
      </w:r>
    </w:p>
    <w:p>
      <w:r>
        <w:rPr>
          <w:i/>
        </w:rPr>
        <w:t>“Kya tauba ka darwaza kisi ke liye hum band kar sakte hain?”</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p>
    <w:p>
      <w:pPr>
        <w:pStyle w:val="Heading2"/>
      </w:pPr>
      <w:r>
        <w:t>Islam is a no-problem religion</w:t>
      </w:r>
    </w:p>
    <w:p>
      <w:r>
        <w:rPr>
          <w:color w:val="666666"/>
          <w:sz w:val="18"/>
        </w:rPr>
        <w:t>Islam in Daily Life I 26 Dec, 2010 - Maulana Wahiduddin Khan · 25s · at 2:54 · https://youtu.be/S7ahMQ1iyp0?t=174</w:t>
      </w:r>
    </w:p>
    <w:p>
      <w:r>
        <w:rPr>
          <w:i/>
        </w:rPr>
        <w:t>“Agar Muslimon ko alag kar ke dekhiye aap”</w:t>
      </w:r>
    </w:p>
    <w:p>
      <w:r>
        <w:rPr>
          <w:sz w:val="20"/>
        </w:rPr>
        <w:t>2:54  theek hai? ek Musalmanon ko alag kar ke dekhein aap, toh Islam jo hai,</w:t>
      </w:r>
      <w:r>
        <w:br/>
      </w:r>
      <w:r>
        <w:rPr>
          <w:sz w:val="20"/>
        </w:rPr>
        <w:t>3:00  woh no problem religion hai.</w:t>
      </w:r>
      <w:r>
        <w:br/>
      </w:r>
      <w:r>
        <w:rPr>
          <w:sz w:val="20"/>
        </w:rPr>
        <w:t>3:04  yaani ulta hai. so you have to differentiate between Islam and Muslims. you have to judge Muslims in the light of Islamic teachings, and not vice versa.</w:t>
      </w:r>
    </w:p>
    <w:p>
      <w:pPr>
        <w:pStyle w:val="Heading2"/>
      </w:pPr>
      <w:r>
        <w:t>Example of scholar believing in karma</w:t>
      </w:r>
    </w:p>
    <w:p>
      <w:r>
        <w:rPr>
          <w:color w:val="666666"/>
          <w:sz w:val="18"/>
        </w:rPr>
        <w:t>How to Find Truth | August 8, 2007 · 2m 40s · at 27:52 · https://youtu.be/YaxWNPN2K5A?t=1672</w:t>
      </w:r>
    </w:p>
    <w:p>
      <w:r>
        <w:rPr>
          <w:i/>
        </w:rPr>
        <w:t>“He was a great believer in karma theory”</w:t>
      </w:r>
    </w:p>
    <w:p>
      <w:r>
        <w:rPr>
          <w:sz w:val="20"/>
        </w:rPr>
        <w:t>27:52  All those positive qualities of mind.</w:t>
      </w:r>
      <w:r>
        <w:br/>
      </w:r>
      <w:r>
        <w:rPr>
          <w:sz w:val="20"/>
        </w:rPr>
        <w:t>28:03  Here I would like to give an example.</w:t>
      </w:r>
      <w:r>
        <w:br/>
      </w:r>
      <w:r>
        <w:rPr>
          <w:sz w:val="20"/>
        </w:rPr>
        <w:t>28:13  I happen, once I happen to meet a scholar, he was a great believer in Karma theory, a rebirth theory.</w:t>
      </w:r>
      <w:r>
        <w:br/>
      </w:r>
      <w:r>
        <w:rPr>
          <w:sz w:val="20"/>
        </w:rPr>
        <w:t>28:23  So I said, what is karma theory? According to karma theory, I and you were born in present form.</w:t>
      </w:r>
      <w:r>
        <w:br/>
      </w:r>
      <w:r>
        <w:rPr>
          <w:sz w:val="20"/>
        </w:rPr>
        <w:t>28:35  So it is a kind of transformation.</w:t>
      </w:r>
      <w:r>
        <w:br/>
      </w:r>
      <w:r>
        <w:rPr>
          <w:sz w:val="20"/>
        </w:rPr>
        <w:t>28:47  I and you both are transformed in present</w:t>
      </w:r>
      <w:r>
        <w:br/>
      </w:r>
      <w:r>
        <w:rPr>
          <w:sz w:val="20"/>
        </w:rPr>
        <w:t>28:59  form, but we have the same personality.</w:t>
      </w:r>
      <w:r>
        <w:br/>
      </w:r>
      <w:r>
        <w:rPr>
          <w:sz w:val="20"/>
        </w:rPr>
        <w:t>29:07  aur personality that was in past is transformed in present form.</w:t>
      </w:r>
      <w:r>
        <w:br/>
      </w:r>
      <w:r>
        <w:rPr>
          <w:sz w:val="20"/>
        </w:rPr>
        <w:t>29:15  So everyone, everyone, everyone who is a case of rebel, means that his personality has</w:t>
      </w:r>
      <w:r>
        <w:br/>
      </w:r>
      <w:r>
        <w:rPr>
          <w:sz w:val="20"/>
        </w:rPr>
        <w:t>29:24  found a new form</w:t>
      </w:r>
      <w:r>
        <w:br/>
      </w:r>
      <w:r>
        <w:rPr>
          <w:sz w:val="20"/>
        </w:rPr>
        <w:t>29:32  .</w:t>
      </w:r>
      <w:r>
        <w:br/>
      </w:r>
      <w:r>
        <w:rPr>
          <w:sz w:val="20"/>
        </w:rPr>
        <w:t>29:37  Personality is there, but a new form.</w:t>
      </w:r>
      <w:r>
        <w:br/>
      </w:r>
      <w:r>
        <w:rPr>
          <w:sz w:val="20"/>
        </w:rPr>
        <w:t>29:42  Personality is the same.</w:t>
      </w:r>
      <w:r>
        <w:br/>
      </w:r>
      <w:r>
        <w:rPr>
          <w:sz w:val="20"/>
        </w:rPr>
        <w:t>29:47  Rebirth means same personality is transformed into a new personality.</w:t>
      </w:r>
      <w:r>
        <w:br/>
      </w:r>
      <w:r>
        <w:rPr>
          <w:sz w:val="20"/>
        </w:rPr>
        <w:t>29:52  So, personality is there.</w:t>
      </w:r>
      <w:r>
        <w:br/>
      </w:r>
      <w:r>
        <w:rPr>
          <w:sz w:val="20"/>
        </w:rPr>
        <w:t>29:57  So I said that according to the scientific research, memory is an integral part of</w:t>
      </w:r>
      <w:r>
        <w:br/>
      </w:r>
      <w:r>
        <w:rPr>
          <w:sz w:val="20"/>
        </w:rPr>
        <w:t>30:02  human personality.</w:t>
      </w:r>
      <w:r>
        <w:br/>
      </w:r>
      <w:r>
        <w:rPr>
          <w:sz w:val="20"/>
        </w:rPr>
        <w:t>30:10  You cannot detach memory from, from the personality.</w:t>
      </w:r>
      <w:r>
        <w:br/>
      </w:r>
      <w:r>
        <w:rPr>
          <w:sz w:val="20"/>
        </w:rPr>
        <w:t>30:17  Memory is an integral part of human personality.</w:t>
      </w:r>
      <w:r>
        <w:br/>
      </w:r>
      <w:r>
        <w:rPr>
          <w:sz w:val="20"/>
        </w:rPr>
        <w:t>30:25  So if I and you and other people are a case of rebel, it means that</w:t>
      </w:r>
    </w:p>
    <w:p>
      <w:pPr>
        <w:pStyle w:val="Heading2"/>
      </w:pPr>
      <w:r>
        <w:t>Discovering principle of maneuver and ajz kamil</w:t>
      </w:r>
    </w:p>
    <w:p>
      <w:r>
        <w:rPr>
          <w:color w:val="666666"/>
          <w:sz w:val="18"/>
        </w:rPr>
        <w:t>Attaining Wisdom through State of Helplessness November 28, 2019 - Maulana Wahiduddin Khan · 5m 31s · at 27:50 · https://youtu.be/dS29D4Pt-3U?t=1670</w:t>
      </w:r>
    </w:p>
    <w:p>
      <w:r>
        <w:rPr>
          <w:i/>
        </w:rPr>
        <w:t>“Main waahed shakhs hoon jinhon ne isko daryaft kiya”</w:t>
      </w:r>
    </w:p>
    <w:p>
      <w:r>
        <w:rPr>
          <w:sz w:val="20"/>
        </w:rPr>
        <w:t>27:50  to mein wahid shakhs hoon jinhon ne is ko daryaft kiya ke in logon ko hukmaranon se takrao nahi karna chahiye tha.</w:t>
      </w:r>
      <w:r>
        <w:br/>
      </w:r>
      <w:r>
        <w:rPr>
          <w:sz w:val="20"/>
        </w:rPr>
        <w:t>28:02  bhaga takrao ke</w:t>
      </w:r>
      <w:r>
        <w:br/>
      </w:r>
      <w:r>
        <w:rPr>
          <w:sz w:val="20"/>
        </w:rPr>
        <w:t>28:06  maanish karna chahiye tha maanish. Lekin in sab logon ne takrao phir danda utha liya. Pakistan mein, misr mein, har jagah, falasteen mein.</w:t>
      </w:r>
      <w:r>
        <w:br/>
      </w:r>
      <w:r>
        <w:rPr>
          <w:sz w:val="20"/>
        </w:rPr>
        <w:t>28:18  mein akela hi woh kar sakta hoon. Mein ne kaha ke maanish karna chahiye, takrao nahi karna chahiye. To yeh meri fehrist hai ke mein bas mere bas mein nahi hai tajaddud karna.</w:t>
      </w:r>
      <w:r>
        <w:br/>
      </w:r>
      <w:r>
        <w:rPr>
          <w:sz w:val="20"/>
        </w:rPr>
        <w:t>28:35  be is wajah se mein ne samjhaya ke deen ka ek pehlu</w:t>
      </w:r>
      <w:r>
        <w:br/>
      </w:r>
      <w:r>
        <w:rPr>
          <w:sz w:val="20"/>
        </w:rPr>
        <w:t>28:44  khaifa khaifa mein tha. Allah ne chaha ise kholna to aise ek insaan ko paida kiya.</w:t>
      </w:r>
      <w:r>
        <w:br/>
      </w:r>
      <w:r>
        <w:rPr>
          <w:sz w:val="20"/>
        </w:rPr>
        <w:t>28:59  Allah se poochein kya kehte hain log?</w:t>
      </w:r>
      <w:r>
        <w:br/>
      </w:r>
      <w:r>
        <w:rPr>
          <w:sz w:val="20"/>
        </w:rPr>
        <w:t>29:01  ji Maulana, jo aap ka ehsaas hai, bilkul sahi baat hai Maulana ke deen ki azmat ke naam par aur bade bade azeem log uthe, uth ke jo hai sirf deen ka azmat hi pehlu bayan karne ke liye apni taqat ko istemal kiya aur apni zabaan ko, apni salahiyaton ko istemal kiya.</w:t>
      </w:r>
      <w:r>
        <w:br/>
      </w:r>
      <w:r>
        <w:rPr>
          <w:sz w:val="20"/>
        </w:rPr>
        <w:t>29:27  lekin Allah taala ne jo aap ke zariye se khud Allah taala ne khaas bator khaas deen ka jo modest pehlu hai, us ko yeh karne ke liye aap ko intehai modest bana kar Allah taala ne paida kiya.</w:t>
      </w:r>
      <w:r>
        <w:br/>
      </w:r>
      <w:r>
        <w:rPr>
          <w:sz w:val="20"/>
        </w:rPr>
        <w:t>29:43  Maulana,</w:t>
      </w:r>
      <w:r>
        <w:br/>
      </w:r>
      <w:r>
        <w:rPr>
          <w:sz w:val="20"/>
        </w:rPr>
        <w:t>29:47  kya keh rahe hain? Iqbal sahib yeh keh rahe hain ke ah jitne bhi ah musalmanon ke bade log hain, unhon ne Islam ke is pehlu ko ah pesh kiya jis mein azmat ki baat shamil ho ya yeh ke quwwat ki baat aati ho.</w:t>
      </w:r>
      <w:r>
        <w:br/>
      </w:r>
      <w:r>
        <w:rPr>
          <w:sz w:val="20"/>
        </w:rPr>
        <w:t>30:06  to unhon ne yahi cheez pesh ki. Sirf aap ne deen ke is pehlu ko pesh kiya jis mein modesty hoti hai, ajz hota hai.</w:t>
      </w:r>
      <w:r>
        <w:br/>
      </w:r>
      <w:r>
        <w:rPr>
          <w:sz w:val="20"/>
        </w:rPr>
        <w:t>30:16  ji j</w:t>
      </w:r>
      <w:r>
        <w:br/>
      </w:r>
      <w:r>
        <w:rPr>
          <w:sz w:val="20"/>
        </w:rPr>
        <w:t>30:17  y, ittefaq hai nahi, bilkul ittefaq hai. Maulana, acha, isi liye Maulana, koi marifat ko bhi discover nahi kar saka poori tareekh mein.</w:t>
      </w:r>
      <w:r>
        <w:br/>
      </w:r>
      <w:r>
        <w:rPr>
          <w:sz w:val="20"/>
        </w:rPr>
        <w:t>30:31  Fayyaz sahib yeh keh rahe hain ke yahi wajah hai ke poori tareekh mein koi marifat ko discover nahi kar saka.</w:t>
      </w:r>
      <w:r>
        <w:br/>
      </w:r>
      <w:r>
        <w:rPr>
          <w:sz w:val="20"/>
        </w:rPr>
        <w:t>30:38  asal baat to yahi hai ji ji, marifat jo hai milti hai maritrry ke aakhri satah par ja kar ke.</w:t>
      </w:r>
      <w:r>
        <w:br/>
      </w:r>
      <w:r>
        <w:rPr>
          <w:sz w:val="20"/>
        </w:rPr>
        <w:t>30:49  isi liye mein ne likha hai ek kitaab mein ke</w:t>
      </w:r>
      <w:r>
        <w:br/>
      </w:r>
      <w:r>
        <w:rPr>
          <w:sz w:val="20"/>
        </w:rPr>
        <w:t>30:56  momin ki kaun hai? Momin woh hai jo</w:t>
      </w:r>
      <w:r>
        <w:br/>
      </w:r>
      <w:r>
        <w:rPr>
          <w:sz w:val="20"/>
        </w:rPr>
        <w:t>31:03  woh</w:t>
      </w:r>
      <w:r>
        <w:br/>
      </w:r>
      <w:r>
        <w:rPr>
          <w:sz w:val="20"/>
        </w:rPr>
        <w:t>31:17  ek likha hai mein ne ke. Apne ko aap ne</w:t>
      </w:r>
      <w:r>
        <w:br/>
      </w:r>
      <w:r>
        <w:rPr>
          <w:sz w:val="20"/>
        </w:rPr>
        <w:t>31:33  woh kya likha hai? maine keh ajz-e-kamil ki doosri haan satah banata</w:t>
      </w:r>
      <w:r>
        <w:br/>
      </w:r>
      <w:r>
        <w:rPr>
          <w:sz w:val="20"/>
        </w:rPr>
        <w:t>31:41  hai. ji haan, extend, extend banata hai. haan, jo extend banata hai, uski kam poora kya hai?</w:t>
      </w:r>
      <w:r>
        <w:br/>
      </w:r>
      <w:r>
        <w:rPr>
          <w:sz w:val="20"/>
        </w:rPr>
        <w:t>31:55  khuda jab qadir hai, yeh jumla koi poori tareekh mein soch bhi nahi sakta, lekin likhna toh bohat door ki baat hai. yeh sirf mere jaisa kamzor aadmi soch sakta tha.</w:t>
      </w:r>
      <w:r>
        <w:br/>
      </w:r>
      <w:r>
        <w:rPr>
          <w:sz w:val="20"/>
        </w:rPr>
        <w:t>32:08  bataiye, jumla kya hai? woh</w:t>
      </w:r>
      <w:r>
        <w:br/>
      </w:r>
      <w:r>
        <w:rPr>
          <w:sz w:val="20"/>
        </w:rPr>
        <w:t>32:22  qudrat-e-kamilah ke muqable mein ajz-e-kamil ka doosra extend banat</w:t>
      </w:r>
      <w:r>
        <w:br/>
      </w:r>
      <w:r>
        <w:rPr>
          <w:sz w:val="20"/>
        </w:rPr>
        <w:t>32:29  a hai. ji ji, yeh yeh jumla hai meri taraf tareekh mein koi soch bhi nahi saka kyunke log ajz-e-kamil ki satah pe hote hi nahi.</w:t>
      </w:r>
      <w:r>
        <w:br/>
      </w:r>
      <w:r>
        <w:rPr>
          <w:sz w:val="20"/>
        </w:rPr>
        <w:t>32:41  woh aap ne jo kiya jaane, woh qadir-e-mutlaq ke muqable mein aajiz-e-mutlaq ka extend banata hai.</w:t>
      </w:r>
      <w:r>
        <w:br/>
      </w:r>
      <w:r>
        <w:rPr>
          <w:sz w:val="20"/>
        </w:rPr>
        <w:t>32:51  haan haan haan, toh aap logon se ittefaq hai? bas yeh bilkul ittefaq hai, Maulana.</w:t>
      </w:r>
    </w:p>
    <w:p>
      <w:pPr>
        <w:pStyle w:val="Heading2"/>
      </w:pPr>
      <w:r>
        <w:t>Why the Quran scatters moral teachings across every chapter</w:t>
      </w:r>
    </w:p>
    <w:p>
      <w:r>
        <w:rPr>
          <w:color w:val="666666"/>
          <w:sz w:val="18"/>
        </w:rPr>
        <w:t>Ethical Values in Islam, June 19, 2008 · 3m 01s · at 54:18 · https://youtu.be/2yPff80nSBY?t=3258</w:t>
      </w:r>
    </w:p>
    <w:p>
      <w:r>
        <w:rPr>
          <w:i/>
        </w:rPr>
        <w:t>“No chapter of the Quran is organized by subject”</w:t>
      </w:r>
    </w:p>
    <w:p>
      <w:r>
        <w:rPr>
          <w:sz w:val="20"/>
        </w:rPr>
        <w:t>54:18  quran mein koi ek surah aisi nahi hai jahan ke iska naam ho ke islam ka ikhlaqi nizam ya ethical system main islam.</w:t>
      </w:r>
      <w:r>
        <w:br/>
      </w:r>
      <w:r>
        <w:rPr>
          <w:sz w:val="20"/>
        </w:rPr>
        <w:t>54:33  aisa koi chapter nahi hai quran majeed mein.</w:t>
      </w:r>
      <w:r>
        <w:br/>
      </w:r>
      <w:r>
        <w:rPr>
          <w:sz w:val="20"/>
        </w:rPr>
        <w:t>54:36  aam taur par jo insani kitabein hoti hain, is mein aisa hota hai: chapter, chapter, chapter, chapter ke ek chapter rahe ga ek aspect par, doosra chapter rahe ga agle aspect par, teesra chapter rahe ga kisi aur aspect par.</w:t>
      </w:r>
      <w:r>
        <w:br/>
      </w:r>
      <w:r>
        <w:rPr>
          <w:sz w:val="20"/>
        </w:rPr>
        <w:t>54:53  to aspect wise jo hai, woh chapter banaye jate hain kitab ke. quran mein aisa nahi hai.</w:t>
      </w:r>
      <w:r>
        <w:br/>
      </w:r>
      <w:r>
        <w:rPr>
          <w:sz w:val="20"/>
        </w:rPr>
        <w:t>55:03  koi ek war, koi ek, koi ek chapter aisa nahi hai quran majeed ka. quran mein 114 chapter hain jin ko surah kaha jata hai.</w:t>
      </w:r>
      <w:r>
        <w:br/>
      </w:r>
      <w:r>
        <w:rPr>
          <w:sz w:val="20"/>
        </w:rPr>
        <w:t>55:12  surah to 114 chapter mein se aisa nahi hai ke koi ek chapter aisa ho jis ka naam ho ke ikhlaqi taleemat, moral teachings.</w:t>
      </w:r>
      <w:r>
        <w:br/>
      </w:r>
      <w:r>
        <w:rPr>
          <w:sz w:val="20"/>
        </w:rPr>
        <w:t>55:24  aisa nahi hai.</w:t>
      </w:r>
      <w:r>
        <w:br/>
      </w:r>
      <w:r>
        <w:rPr>
          <w:sz w:val="20"/>
        </w:rPr>
        <w:t>55:27  aap ko poore quran, poora quran ko parh kar aap ko janna parta hai ke islam ki moral teachings kya hain.</w:t>
      </w:r>
      <w:r>
        <w:br/>
      </w:r>
      <w:r>
        <w:rPr>
          <w:sz w:val="20"/>
        </w:rPr>
        <w:t>55:40  poore quran ko parh kar janna chahta hai. maslan quran ki ek ayat hai: "watwasu bis sabri watwasu bir rahm"</w:t>
      </w:r>
      <w:r>
        <w:br/>
      </w:r>
      <w:r>
        <w:rPr>
          <w:sz w:val="20"/>
        </w:rPr>
        <w:t>55:53  yani logon ko tayyar karna, samajh bujha kar ke ke aapas mein woh reham dili ke sath rahen, humdardi ke sath rahen, wal bishr ban kar rahen.</w:t>
      </w:r>
      <w:r>
        <w:br/>
      </w:r>
      <w:r>
        <w:rPr>
          <w:sz w:val="20"/>
        </w:rPr>
        <w:t>56:08  yeh ek ayat hai quran majeed ki.</w:t>
      </w:r>
      <w:r>
        <w:br/>
      </w:r>
      <w:r>
        <w:rPr>
          <w:sz w:val="20"/>
        </w:rPr>
        <w:t>56:13  yani jahan bhi aap hon, chahe family mein hon, aap society mein hon, aap kisi jahan bhi hon, kisi aap institution mein hon, to ek doosre ka well wisher ban kar aap ko rehna hai.</w:t>
      </w:r>
      <w:r>
        <w:br/>
      </w:r>
      <w:r>
        <w:rPr>
          <w:sz w:val="20"/>
        </w:rPr>
        <w:t>56:30  ab yeh ek chapter ki ek ayat mein aisa hai.</w:t>
      </w:r>
      <w:r>
        <w:br/>
      </w:r>
      <w:r>
        <w:rPr>
          <w:sz w:val="20"/>
        </w:rPr>
        <w:t>56:35  is tarah se aap jab quran ko padhenge to different chapter mein aap ko moral teachings aap ko bikhri hui milengi.</w:t>
      </w:r>
      <w:r>
        <w:br/>
      </w:r>
      <w:r>
        <w:rPr>
          <w:sz w:val="20"/>
        </w:rPr>
        <w:t>56:45  in ko aap ikattha kar ke samajh sakte hain. in ka khulasa maine aap ke samne bayan kiya.</w:t>
      </w:r>
      <w:r>
        <w:br/>
      </w:r>
      <w:r>
        <w:rPr>
          <w:sz w:val="20"/>
        </w:rPr>
        <w:t>56:55  quran ka tareeqa yahi hai. yani quran ka tareeqa chap subject ko le kar nahi hai.</w:t>
      </w:r>
      <w:r>
        <w:br/>
      </w:r>
      <w:r>
        <w:rPr>
          <w:sz w:val="20"/>
        </w:rPr>
        <w:t>57:02  quran ke jo chapters hain, woh subject wise nahi hain balke zindagi ke different aspect ko deal kiya gaya hai har chapter mein.</w:t>
      </w:r>
      <w:r>
        <w:br/>
      </w:r>
      <w:r>
        <w:rPr>
          <w:sz w:val="20"/>
        </w:rPr>
        <w:t>57:13  yani ek hi chapter mein mukhtalif baatein aap ko mil jayengi.</w:t>
      </w:r>
    </w:p>
    <w:p>
      <w:pPr>
        <w:pStyle w:val="Heading2"/>
      </w:pPr>
      <w:r>
        <w:t>Anger is man's biggest enemy</w:t>
      </w:r>
    </w:p>
    <w:p>
      <w:r>
        <w:rPr>
          <w:color w:val="666666"/>
          <w:sz w:val="18"/>
        </w:rPr>
        <w:t>Don't Be Angry Culture January 15, 2012 Maulana Wahiduddin Khan · 35s · at 1:06 · https://youtu.be/rY1Ikwmwwdk?t=66</w:t>
      </w:r>
    </w:p>
    <w:p>
      <w:r>
        <w:rPr>
          <w:i/>
        </w:rPr>
        <w:t>“Main samajhta hoon ke yeh bohat hi aham baat hai”</w:t>
      </w:r>
    </w:p>
    <w:p>
      <w:r>
        <w:rPr>
          <w:sz w:val="20"/>
        </w:rPr>
        <w:t>1:06  mein samajhta hoon ke yeh bohat hi aham baat hai ke hum yeh janen ke insaan ka sab se bara dushman ghussa hai.</w:t>
      </w:r>
      <w:r>
        <w:br/>
      </w:r>
      <w:r>
        <w:rPr>
          <w:sz w:val="20"/>
        </w:rPr>
        <w:t>1:21  jitni baat bigadti hai zindagi mein, woh sab ghussay ki wajah se bigadti hai.</w:t>
      </w:r>
      <w:r>
        <w:br/>
      </w:r>
      <w:r>
        <w:rPr>
          <w:sz w:val="20"/>
        </w:rPr>
        <w:t>1:29  aur jitni baat banti hai zindagi mein, woh us waqt banti hai jab ke aap apne ghussay ko control kar len.</w:t>
      </w:r>
    </w:p>
    <w:p>
      <w:pPr>
        <w:pStyle w:val="Heading2"/>
      </w:pPr>
      <w:r>
        <w:t>Qur'an's essence is one word: gratitude</w:t>
      </w:r>
    </w:p>
    <w:p>
      <w:r>
        <w:rPr>
          <w:color w:val="666666"/>
          <w:sz w:val="18"/>
        </w:rPr>
        <w:t>Lessons from The Quran And Hadith · 31s · at 1:18 · https://youtu.be/fBflSQEPstg?t=78</w:t>
      </w:r>
    </w:p>
    <w:p>
      <w:r>
        <w:rPr>
          <w:i/>
        </w:rPr>
        <w:t>“Ek shakhs ne poocha: Quran ka khulasa kya hai?”</w:t>
      </w:r>
    </w:p>
    <w:p>
      <w:r>
        <w:rPr>
          <w:sz w:val="20"/>
        </w:rPr>
        <w:t>1:18  Ek shakhs ne mujh se poocha ke Quran ka khulasa kya hai? To maine kaha ke jo Quran ki jo pehli ayat hai, wahi Quran ka khulasa hai.</w:t>
      </w:r>
      <w:r>
        <w:br/>
      </w:r>
      <w:r>
        <w:rPr>
          <w:sz w:val="20"/>
        </w:rPr>
        <w:t>1:33  Yaani shukr. Allah Ta'ala ki blessings, Allah Ta'ala ki nematوں ka ehsaas kar ke aadmi ke andar shukr ka jazba paida ho.</w:t>
      </w:r>
    </w:p>
    <w:p>
      <w:pPr>
        <w:pStyle w:val="Heading2"/>
      </w:pPr>
      <w:r>
        <w:t>Interfaith: wall of modesty interpretation</w:t>
      </w:r>
    </w:p>
    <w:p>
      <w:r>
        <w:rPr>
          <w:color w:val="666666"/>
          <w:sz w:val="18"/>
        </w:rPr>
        <w:t>CPS Mission · 2m 08s · at 20:36 · https://youtu.be/Ial-p18iypI?t=1236</w:t>
      </w:r>
    </w:p>
    <w:p>
      <w:r>
        <w:rPr>
          <w:i/>
        </w:rPr>
        <w:t>“In an interfaith program, a Christian priest was perturbed about Muslim women.”</w:t>
      </w:r>
    </w:p>
    <w:p>
      <w:r>
        <w:rPr>
          <w:sz w:val="20"/>
        </w:rPr>
        <w:t>20:36  i present an example to elucidate this further. in inter faith program, a christian press mentioned that he was very perturbed about a particular attitude amongst muslims with regard to muslim women.</w:t>
      </w:r>
      <w:r>
        <w:br/>
      </w:r>
      <w:r>
        <w:rPr>
          <w:sz w:val="20"/>
        </w:rPr>
        <w:t>20:51  it was about the information that a woman place was behind four walls which he had heard from some where, and his emphasis was totally on the words of four walls.</w:t>
      </w:r>
      <w:r>
        <w:br/>
      </w:r>
      <w:r>
        <w:rPr>
          <w:sz w:val="20"/>
        </w:rPr>
        <w:t>21:04  at this moment, allah reminded me of one of maulana sahib teachings that to understand many things, one should move away from the literal meaning and concentrate on its metaphorical or symbolical meaning.</w:t>
      </w:r>
      <w:r>
        <w:br/>
      </w:r>
      <w:r>
        <w:rPr>
          <w:sz w:val="20"/>
        </w:rPr>
        <w:t>21:23  in this case, wall does not refer to a physical wall because we know that a woman role is connected to nurturing of families, management of home, and educational and dawa field which includes interactions out side of home.</w:t>
      </w:r>
      <w:r>
        <w:br/>
      </w:r>
      <w:r>
        <w:rPr>
          <w:sz w:val="20"/>
        </w:rPr>
        <w:t>21:44  i humbly presented this explanation to the press, saying that the wall here does not refer to a wall of brick and mortar, rather it refers to a wall of modesty.</w:t>
      </w:r>
      <w:r>
        <w:br/>
      </w:r>
      <w:r>
        <w:rPr>
          <w:sz w:val="20"/>
        </w:rPr>
        <w:t>21:57  this is a wall which a woman should build around her self with her grace and dignity which will act as a protection in her interactions.</w:t>
      </w:r>
      <w:r>
        <w:br/>
      </w:r>
      <w:r>
        <w:rPr>
          <w:sz w:val="20"/>
        </w:rPr>
        <w:t>22:07  any one in his interactions with a woman</w:t>
      </w:r>
      <w:r>
        <w:br/>
      </w:r>
      <w:r>
        <w:rPr>
          <w:sz w:val="20"/>
        </w:rPr>
        <w:t>22:11  harbors any indecent intention should feel the presence of a wall of respect between him and the lady he is dealing with.</w:t>
      </w:r>
      <w:r>
        <w:br/>
      </w:r>
      <w:r>
        <w:rPr>
          <w:sz w:val="20"/>
        </w:rPr>
        <w:t>22:22  upon hearing this, the press said, sister, this is a very meaningful explanation. considering this incident, is it not necessary that we need to understand them in the present context for our own implementation and to present its beautiful and profound as</w:t>
      </w:r>
    </w:p>
    <w:p>
      <w:pPr>
        <w:pStyle w:val="Heading2"/>
      </w:pPr>
      <w:r>
        <w:t>Age of beautification and compulsion to greed</w:t>
      </w:r>
    </w:p>
    <w:p>
      <w:r>
        <w:rPr>
          <w:color w:val="666666"/>
          <w:sz w:val="18"/>
        </w:rPr>
        <w:t>Ancient Shirk or Modern Shirk February 1, 2008 Maulana Wahiduddin Khan · 2m 35s · at 40:24 · https://youtu.be/LB6iBYerQmw?t=2424</w:t>
      </w:r>
    </w:p>
    <w:p>
      <w:r>
        <w:rPr>
          <w:i/>
        </w:rPr>
        <w:t>“To yeh age hai, age of beautification”</w:t>
      </w:r>
    </w:p>
    <w:p>
      <w:r>
        <w:rPr>
          <w:sz w:val="20"/>
        </w:rPr>
        <w:t>40:24  har cheez ka beautification. to yeh age hai, age of beautification.</w:t>
      </w:r>
      <w:r>
        <w:br/>
      </w:r>
      <w:r>
        <w:rPr>
          <w:sz w:val="20"/>
        </w:rPr>
        <w:t>40:35  to cheezon ko aisa beautify kar diya gaya hai ke insaan is se ooper uth nahi pata. isi ki taraf dor rahe hain, isi ki taraf dor rahe hain. isi se aaj kal ke zamane mein greed paida hui hai.</w:t>
      </w:r>
      <w:r>
        <w:br/>
      </w:r>
      <w:r>
        <w:rPr>
          <w:sz w:val="20"/>
        </w:rPr>
        <w:t>40:46  pehlay zamane mein itni greed nahi thi kyunke cheezon ko itna beautify nahi kiya gaya tha. abhi bhi agar aap idhar udhar safar karein, duniya mein jayein to aap kahin pohnchenge shehar mein aur kaha jayega ke yahan par king ka mahal hai.</w:t>
      </w:r>
      <w:r>
        <w:br/>
      </w:r>
      <w:r>
        <w:rPr>
          <w:sz w:val="20"/>
        </w:rPr>
        <w:t>41:02  jab wahan pohnchenge to king ka mahal kya hoga? patharon ka ek bangam, ek khara hua ek structure. to jis building ko pehlay ke zamane ka insaan kehta tha palace, aaj ke insaan ke liye woh patharon ka ek ek bangam structure hai.</w:t>
      </w:r>
      <w:r>
        <w:br/>
      </w:r>
      <w:r>
        <w:rPr>
          <w:sz w:val="20"/>
        </w:rPr>
        <w:t>41:20  lekin aaj jo banti hain buildingein, woh kitni beautiful hoti hain. to pehlay zamane mein chalta tha aadmi bail gaadi par, is mein koi beauty nahi thi.</w:t>
      </w:r>
      <w:r>
        <w:br/>
      </w:r>
      <w:r>
        <w:rPr>
          <w:sz w:val="20"/>
        </w:rPr>
        <w:t>41:31  aaj chalta hai car par, is mein bohat zyada beauty hai. to har cheez ko is zamane mein beautify kar diya gaya hai. har cheez ko. is wajah se koi insaan afford nahi kar pata ke is ko woh ignore kare.</w:t>
      </w:r>
      <w:r>
        <w:br/>
      </w:r>
      <w:r>
        <w:rPr>
          <w:sz w:val="20"/>
        </w:rPr>
        <w:t>41:46  kaise ignore karega woh? isi se greed culture paida hua hai. pehlay jo tha, woh duniya mein need culture tha, need based culture.</w:t>
      </w:r>
      <w:r>
        <w:br/>
      </w:r>
      <w:r>
        <w:rPr>
          <w:sz w:val="20"/>
        </w:rPr>
        <w:t>41:59  ab insaan afford nahi kar pata ke woh need based culture par jiye. is ko yani compulsively jana parta hai greed based culture par.</w:t>
      </w:r>
      <w:r>
        <w:br/>
      </w:r>
      <w:r>
        <w:rPr>
          <w:sz w:val="20"/>
        </w:rPr>
        <w:t>42:13  to is zamane mein mein ek yeh kahunga ke compulso greed ka culture aa gaya hai duniya mein. pehlay agar compulso need ka culture tha to ab compulso greed ka culture hai.</w:t>
      </w:r>
      <w:r>
        <w:br/>
      </w:r>
      <w:r>
        <w:rPr>
          <w:sz w:val="20"/>
        </w:rPr>
        <w:t>42:30  pehlay aap kya karte? kuch cheez hi nahi thi ke jis mein aap daudein. bilkul simple qism ke kapre hote thay, saada qism ki, mamooli qism ki charpai hoti thi, mamooli qism ka ghar hota tha.</w:t>
      </w:r>
      <w:r>
        <w:br/>
      </w:r>
      <w:r>
        <w:rPr>
          <w:sz w:val="20"/>
        </w:rPr>
        <w:t>42:43  kuch cheez hi nahi hai jis mein aap dorain. to aap under compulsive need par rehte thay. under compulsive need par rehte thay.</w:t>
      </w:r>
      <w:r>
        <w:br/>
      </w:r>
      <w:r>
        <w:rPr>
          <w:sz w:val="20"/>
        </w:rPr>
        <w:t>42:56  ab under compulsive aap ko grade par jana parta hai.</w:t>
      </w:r>
    </w:p>
    <w:p>
      <w:pPr>
        <w:pStyle w:val="Heading2"/>
      </w:pPr>
      <w:r>
        <w:t>Sabr is silent planning</w:t>
      </w:r>
    </w:p>
    <w:p>
      <w:r>
        <w:rPr>
          <w:color w:val="666666"/>
          <w:sz w:val="18"/>
        </w:rPr>
        <w:t>Patience and Creative Thinking April 20, 2020 Maulana Wahiduddin Khan · 34s · at 10:55 · https://youtu.be/zhpSQwyj_6Q?t=655</w:t>
      </w:r>
    </w:p>
    <w:p>
      <w:r>
        <w:rPr>
          <w:i/>
        </w:rPr>
        <w:t>“Sabr ke maani, sabr kya cheez hai?”</w:t>
      </w:r>
    </w:p>
    <w:p>
      <w:r>
        <w:rPr>
          <w:sz w:val="20"/>
        </w:rPr>
        <w:t>10:55  sabr ke maani, sabr kya cheez hai? sabr naam hai khamosh</w:t>
      </w:r>
      <w:r>
        <w:br/>
      </w:r>
      <w:r>
        <w:rPr>
          <w:sz w:val="20"/>
        </w:rPr>
        <w:t>11:02  planning. sabr naam hai khamosh planning ka.</w:t>
      </w:r>
      <w:r>
        <w:br/>
      </w:r>
      <w:r>
        <w:rPr>
          <w:sz w:val="20"/>
        </w:rPr>
        <w:t>11:14  sabr koi buzdi nahi hai, sabr koi buzdi ki baat nahi hai.</w:t>
      </w:r>
    </w:p>
    <w:p>
      <w:pPr>
        <w:pStyle w:val="Heading2"/>
      </w:pPr>
      <w:r>
        <w:t>Complete framework for repentance and istighfar</w:t>
      </w:r>
    </w:p>
    <w:p>
      <w:r>
        <w:rPr>
          <w:color w:val="666666"/>
          <w:sz w:val="18"/>
        </w:rPr>
        <w:t>The Quran 11 90 CPS Women Weekly Discussion 32 December 10, 2023 · 4m 51s · at 29:25 · https://youtu.be/GB7dNbRkNI4?t=1765</w:t>
      </w:r>
    </w:p>
    <w:p>
      <w:r>
        <w:rPr>
          <w:i/>
        </w:rPr>
        <w:t>“जब कोई सिन कमिट होता है तो repentance obligatory हो जाता है”</w:t>
      </w:r>
    </w:p>
    <w:p>
      <w:r>
        <w:rPr>
          <w:sz w:val="20"/>
        </w:rPr>
        <w:t>29:25  to aur itna jo sin ka jab koi sin ka commit ho jata hai to according to Imam Al Nawabi yeh sin ka zaroori hissa repentance hai. Repentance is obligatory. It's obligatory for every sin.</w:t>
      </w:r>
      <w:r>
        <w:br/>
      </w:r>
      <w:r>
        <w:rPr>
          <w:sz w:val="20"/>
        </w:rPr>
        <w:t>29:51  to uske baad jab koi sin ho jata hai to uske tauba ki teen shara'e the. koi guna hai jo hamare aur bando ke darmian hain to hum unse maafi mang sakte hain aur jo koi guna Allah aur hamare darmian hai to toba ki karna zaroori hai. toba ke teen shara'yat hain. pehla kya hai?</w:t>
      </w:r>
      <w:r>
        <w:br/>
      </w:r>
      <w:r>
        <w:rPr>
          <w:sz w:val="20"/>
        </w:rPr>
        <w:t>30:16  foran us gunah ko, us ghalti ko chhodna tark kar dena chahiye. doosri cheez us par regret karna chahiye aur source karna chahiye ke main mujhse ek guna ho gaya. aur teesri baat hai to kamal resolve karna chahiye ke should not go back. tu guna phir mere se na ho sake. to yeh tobatul nasuh kehlata.</w:t>
      </w:r>
      <w:r>
        <w:br/>
      </w:r>
      <w:r>
        <w:rPr>
          <w:sz w:val="20"/>
        </w:rPr>
        <w:t>30:44  to iske bare mein to kaafi bohat sahi baatein hain apne behno se main humne suna. to yeh bohat hi iman ka ek hissa hai. toba aur istighfar, iman ka ek hissa hai. aapse masoom hone ke bawajood din mein aap salasan farmate the. main din mein sattar matba taur bar istighfar karta hoon.</w:t>
      </w:r>
      <w:r>
        <w:br/>
      </w:r>
      <w:r>
        <w:rPr>
          <w:sz w:val="20"/>
        </w:rPr>
        <w:t>31:14  to isteghfar ki bahut badi fazeelat hai aur surainuh mein bhi iski tafseelan aaye the bayan hui ki</w:t>
      </w:r>
      <w:r>
        <w:br/>
      </w:r>
      <w:r>
        <w:rPr>
          <w:sz w:val="20"/>
        </w:rPr>
        <w:t>31:21  isteghfar ki kitni faayde hi, kitne faayde hi isteghfar ke.</w:t>
      </w:r>
      <w:r>
        <w:br/>
      </w:r>
      <w:r>
        <w:rPr>
          <w:sz w:val="20"/>
        </w:rPr>
        <w:t>31:28  apne khaum se farmaate main meri khaum.</w:t>
      </w:r>
      <w:r>
        <w:br/>
      </w:r>
      <w:r>
        <w:rPr>
          <w:sz w:val="20"/>
        </w:rPr>
        <w:t>31:35  tum isteghfar karo, allah se isteghfar karo.</w:t>
      </w:r>
      <w:r>
        <w:br/>
      </w:r>
      <w:r>
        <w:rPr>
          <w:sz w:val="20"/>
        </w:rPr>
        <w:t>31:42  tumhein bahut si cheezon se allah taala namaazega.</w:t>
      </w:r>
      <w:r>
        <w:br/>
      </w:r>
      <w:r>
        <w:rPr>
          <w:sz w:val="20"/>
        </w:rPr>
        <w:t>31:50  aur insan hai na jab jab apne aap ko checks and balance par rakhta hai. jab istighfar karta hai to apne aap ka muhasiba karta hai aur apne aap ko check karta hai aur gunahon se use bachne ki lahitala bhi toufi khadda dete hain. to istighfar hamari zindagi ka ek hissa hona chahiye.</w:t>
      </w:r>
      <w:r>
        <w:br/>
      </w:r>
      <w:r>
        <w:rPr>
          <w:sz w:val="20"/>
        </w:rPr>
        <w:t>32:13  har rozana hum istighfar bohat hi pachtave ke sath aur bohat hi lahitala ke isme hazir wa nazir jante hue hamare gunahon, pichle gunahon ki ghaltiyon ki, ka ehsas karte hue yaad karte hue use Allah taala se hum agar nadamat ke aans bahate hue agar hum istighfar karenge to yahi sahi manav mein istighfar hai.</w:t>
      </w:r>
      <w:r>
        <w:br/>
      </w:r>
      <w:r>
        <w:rPr>
          <w:sz w:val="20"/>
        </w:rPr>
        <w:t>32:41  Maulana to Maulana ne to har cheez ke bare mein. to yahi kaha ke jisko isko spirit ke sath kiya jaye. jo bhi amal kiya jaye woh spirit ke sath kiya jaye. to safar aur toba ka spirit kya hai? apne gunahon par nadamat, phir ainadana karne ka azm, pukhta azm aur phir Allah taala ke samne sharmindagi aur ehsas aur ho sake to gidgida kar aansu bahakar lahaj se maafi mangte.</w:t>
      </w:r>
      <w:r>
        <w:br/>
      </w:r>
      <w:r>
        <w:rPr>
          <w:sz w:val="20"/>
        </w:rPr>
        <w:t>33:11  even allah ke nekbande ibadat karne ke bawajood, shehar ke, shehri jab poori raat ibadat karne ke bawajood aakhri waqt mein shehar ke waqt mein shehri subah ke waqt istighfar karte the.</w:t>
      </w:r>
      <w:r>
        <w:br/>
      </w:r>
      <w:r>
        <w:rPr>
          <w:sz w:val="20"/>
        </w:rPr>
        <w:t>33:26  allah ke nekbande allah ke raah mein kharch karne ka ayat hamein quran ke ayat bhi batati hai ki allah ke raah mein infaq fi sabilillah karne ke bawajood allah se maafi mangte, girgirate the ki shayad yeh qubool na ho. hamari infaq hamara qubool na ho.</w:t>
      </w:r>
      <w:r>
        <w:br/>
      </w:r>
      <w:r>
        <w:rPr>
          <w:sz w:val="20"/>
        </w:rPr>
        <w:t>33:48  to is tarah even neki karne ke bawajood bhi allah ke nekbande, tauba aur istighfar karte the aur qubooliyat ke liye dua mangte the. yahi meri learning hai. jaza kallah. mariya aap kuch kehna chahengi? ji, assalam u alaikum ho raha hai mukrila.</w:t>
      </w:r>
      <w:r>
        <w:br/>
      </w:r>
      <w:r>
        <w:rPr>
          <w:sz w:val="20"/>
        </w:rPr>
        <w:t>34:16  wale ki assalam? ji, main do mahine se taqreeban is group se judi hui hoon aur abhi achanak is program ke darmiyani dil mein khayal aaya ki allah tala is program ke zariye hum logon ko ek jagah ikattha kiya. bahut sare logon se mashallah hamari mulaqat hoti rehti thi.</w:t>
      </w:r>
    </w:p>
    <w:p>
      <w:pPr>
        <w:pStyle w:val="Heading2"/>
      </w:pPr>
      <w:r>
        <w:t>Anger control leads to wisdom</w:t>
      </w:r>
    </w:p>
    <w:p>
      <w:r>
        <w:rPr>
          <w:color w:val="666666"/>
          <w:sz w:val="18"/>
        </w:rPr>
        <w:t>Anger An Obstacle to wisdom 5 Jan 2020 - Maulana Wahiduddin Khan · 3m 24s · at 5:47 · https://youtu.be/q0VPtCsiYrI?t=347</w:t>
      </w:r>
    </w:p>
    <w:p>
      <w:r>
        <w:rPr>
          <w:i/>
        </w:rPr>
        <w:t>“Ghusse ko rokne wale ban jaiye.”</w:t>
      </w:r>
    </w:p>
    <w:p>
      <w:r>
        <w:rPr>
          <w:sz w:val="20"/>
        </w:rPr>
        <w:t>5:47  non anger mein bhi jaane ki koshish kijiye. ghussa ko rok rokne wale ban jaiye.</w:t>
      </w:r>
      <w:r>
        <w:br/>
      </w:r>
      <w:r>
        <w:rPr>
          <w:sz w:val="20"/>
        </w:rPr>
        <w:t>5:57  aur phir dekhiye, kya farq hota hai aap ke is mein.</w:t>
      </w:r>
      <w:r>
        <w:br/>
      </w:r>
      <w:r>
        <w:rPr>
          <w:sz w:val="20"/>
        </w:rPr>
        <w:t>6:03  ek is mahine mein aur ek is mahine mein.</w:t>
      </w:r>
      <w:r>
        <w:br/>
      </w:r>
      <w:r>
        <w:rPr>
          <w:sz w:val="20"/>
        </w:rPr>
        <w:t>6:11  to unhone bataya ke waqia yeh hai ke jab maine ek unka ke maine aap kahan se lauta main hain to maine ek diary bana li.</w:t>
      </w:r>
      <w:r>
        <w:br/>
      </w:r>
      <w:r>
        <w:rPr>
          <w:sz w:val="20"/>
        </w:rPr>
        <w:t>6:23  to daily mein likhne laga sirf ek baat ke aaj maine nayi baat kya seekhi.</w:t>
      </w:r>
      <w:r>
        <w:br/>
      </w:r>
      <w:r>
        <w:rPr>
          <w:sz w:val="20"/>
        </w:rPr>
        <w:t>6:35  maine unse kaha tha ke chhoti ho, bari ho, uski riyazat kijiye. nayi ho.</w:t>
      </w:r>
      <w:r>
        <w:br/>
      </w:r>
      <w:r>
        <w:rPr>
          <w:sz w:val="20"/>
        </w:rPr>
        <w:t>6:43  jise Japan mein kaha jata hai ke har din ek nayi baat seekhein. chahe woh sui ke nake mein dhaga dalne ka ek naya tareeqa hi kyun na ho.</w:t>
      </w:r>
      <w:r>
        <w:br/>
      </w:r>
      <w:r>
        <w:rPr>
          <w:sz w:val="20"/>
        </w:rPr>
        <w:t>6:58  to unse maine kaha ke dekhiye, aap ek mahina. to unhone bataya tha khud hi ke rozana main ghussa mein rehta hoon.</w:t>
      </w:r>
      <w:r>
        <w:br/>
      </w:r>
      <w:r>
        <w:rPr>
          <w:sz w:val="20"/>
        </w:rPr>
        <w:t>7:11  to maine kaha ke ek din kisi tarah se control kijiye aap.</w:t>
      </w:r>
      <w:r>
        <w:br/>
      </w:r>
      <w:r>
        <w:rPr>
          <w:sz w:val="20"/>
        </w:rPr>
        <w:t>7:18  aur ek din aap ek notebook rakhiye ke ek din</w:t>
      </w:r>
      <w:r>
        <w:br/>
      </w:r>
      <w:r>
        <w:rPr>
          <w:sz w:val="20"/>
        </w:rPr>
        <w:t>7:27  nahi, ek mahina. ek mahina. har din aap ne kya nayi baat seekhi. aur ek mahine aap ne jo kiya tha woh phir compare kijiye us ko.</w:t>
      </w:r>
      <w:r>
        <w:br/>
      </w:r>
      <w:r>
        <w:rPr>
          <w:sz w:val="20"/>
        </w:rPr>
        <w:t>7:44  to jab mahina pura ho gaya, woh mere paas aaye. to unhon ne kaha ke ek mahine mein itna seekha main ne jo das saal mein bhi nahin seekha tha.</w:t>
      </w:r>
      <w:r>
        <w:br/>
      </w:r>
      <w:r>
        <w:rPr>
          <w:sz w:val="20"/>
        </w:rPr>
        <w:t>8:00  nai baat hai, nai baat hai, nai baat hai.</w:t>
      </w:r>
      <w:r>
        <w:br/>
      </w:r>
      <w:r>
        <w:rPr>
          <w:sz w:val="20"/>
        </w:rPr>
        <w:t>8:06  khud mera apna tajurba hai</w:t>
      </w:r>
      <w:r>
        <w:br/>
      </w:r>
      <w:r>
        <w:rPr>
          <w:sz w:val="20"/>
        </w:rPr>
        <w:t>8:10  ke main mere andar bohat ghussa tha pehle, bohat ziyada ghussa tha.</w:t>
      </w:r>
      <w:r>
        <w:br/>
      </w:r>
      <w:r>
        <w:rPr>
          <w:sz w:val="20"/>
        </w:rPr>
        <w:t>8:19  bachpan se. to phir main ne is is ka tajurba kiya ke ghusse ko rok kar, ghusse ko control kar ke</w:t>
      </w:r>
      <w:r>
        <w:br/>
      </w:r>
      <w:r>
        <w:rPr>
          <w:sz w:val="20"/>
        </w:rPr>
        <w:t>8:35  main ne dekha ke kya hota hai.</w:t>
      </w:r>
      <w:r>
        <w:br/>
      </w:r>
      <w:r>
        <w:rPr>
          <w:sz w:val="20"/>
        </w:rPr>
        <w:t>8:41  to jab main ne ghusse ko control kiya to main ne paya ke waqai har din ek nai wisdom</w:t>
      </w:r>
      <w:r>
        <w:br/>
      </w:r>
      <w:r>
        <w:rPr>
          <w:sz w:val="20"/>
        </w:rPr>
        <w:t>8:54  main janne laga. aur sab se bari baat jo isi dauran main ne jani, mujhe shayad sab se bari baat jo main ne jani,</w:t>
      </w:r>
    </w:p>
    <w:p>
      <w:pPr>
        <w:pStyle w:val="Heading2"/>
      </w:pPr>
      <w:r>
        <w:t>Mullas and ministers misled Muslims</w:t>
      </w:r>
    </w:p>
    <w:p>
      <w:r>
        <w:rPr>
          <w:color w:val="666666"/>
          <w:sz w:val="18"/>
        </w:rPr>
        <w:t>The Case of Present Day Muslims (In Conversation with Maulana) February 14, 2010 · 3m 34s · at 15:04 · https://youtu.be/Rw-5WYJKQtw?t=904</w:t>
      </w:r>
    </w:p>
    <w:p>
      <w:r>
        <w:rPr>
          <w:i/>
        </w:rPr>
        <w:t>“Why do you blame the mullas?”</w:t>
      </w:r>
    </w:p>
    <w:p>
      <w:r>
        <w:rPr>
          <w:sz w:val="20"/>
        </w:rPr>
        <w:t>15:04  dekhen aap molviyon ko kyon kehte hain? yani molvi aur administrator both are equally responsible. kaun sa minister is mein exception hai?</w:t>
      </w:r>
      <w:r>
        <w:br/>
      </w:r>
      <w:r>
        <w:rPr>
          <w:sz w:val="20"/>
        </w:rPr>
        <w:t>15:13  mujhe bata dijiye is ka naam. koi ek bhi minister bataiye, muslim minister jo is mein exception ho. so molvi aur minister both are equally responsible for this situation of qiyas.</w:t>
      </w:r>
      <w:r>
        <w:br/>
      </w:r>
      <w:r>
        <w:rPr>
          <w:sz w:val="20"/>
        </w:rPr>
        <w:t>15:30  unhone mis lead kiya? unhone mis lead kiya?</w:t>
      </w:r>
      <w:r>
        <w:br/>
      </w:r>
      <w:r>
        <w:rPr>
          <w:sz w:val="20"/>
        </w:rPr>
        <w:t>15:35  donon ne mis lead kiya? to main ne dekha is ka jawab sirf yeh hai, dekhiye ke is mein koi shakk hi nahi ke unhone ghalti ki, galat lead kiya unhone, is mein to koi shakk nahi.</w:t>
      </w:r>
      <w:r>
        <w:br/>
      </w:r>
      <w:r>
        <w:rPr>
          <w:sz w:val="20"/>
        </w:rPr>
        <w:t>15:48  ab masla sirf yeh hai ke allah ke nazdeek un ka hukum kya hai? yani do baatein huin. ek baat yeh hai ke hum yeh maanein ke unhone mis lead kiya, mis lead kar ke qaum ko galat raste pe daudaya unhone, is mein to mere dekh koi shakk nahi hai.</w:t>
      </w:r>
      <w:r>
        <w:br/>
      </w:r>
      <w:r>
        <w:rPr>
          <w:sz w:val="20"/>
        </w:rPr>
        <w:t>16:06  ab doosri baat yeh hai ke allah ke nazdeek un ka hukum kya hai? to is mein ek aalim ne bahut sahi kaha tha aise logon ke bare mein ke agar un ki niyat achhi thi to un ka allah ka anjam bhi achha hoga, niyat buri thi to allah ke haan pakde jayenge woh.</w:t>
      </w:r>
      <w:r>
        <w:br/>
      </w:r>
      <w:r>
        <w:rPr>
          <w:sz w:val="20"/>
        </w:rPr>
        <w:t>16:23  inma al-a'maal bil-niyat ko le kar unhon ne aisa kaha. to everything depends on intention. to dunya ke aitbaar se to mis lead kiya unhon ne khuli hui baat hai.</w:t>
      </w:r>
      <w:r>
        <w:br/>
      </w:r>
      <w:r>
        <w:rPr>
          <w:sz w:val="20"/>
        </w:rPr>
        <w:t>16:35  allah ke lihaaz se kya hai? woh un ki intention pe par yani depend karta hai. allah taala isi ko pakarte hain jis ki bad intention ho, baqi is ko farigh kar dete hain, chhod dete hain is ko.</w:t>
      </w:r>
      <w:r>
        <w:br/>
      </w:r>
      <w:r>
        <w:rPr>
          <w:sz w:val="20"/>
        </w:rPr>
        <w:t>16:48  agar good intention se koi aadmi ghalati kar jaye. kal mein kisi se baat kar raha tha to mein ne kaha ke dekhiye, ikhlas har giz kafi nahi hai, wisdom asal cheez hai.</w:t>
      </w:r>
      <w:r>
        <w:br/>
      </w:r>
      <w:r>
        <w:rPr>
          <w:sz w:val="20"/>
        </w:rPr>
        <w:t>17:01  kal hi is pe baat ho rahi thi ek saahib se. ikhlas ka matlab hai sincerity. koi kitna hi mukhlis ho, kitna hi sincere ho, woh us ki zaat ke liye, apne liye.</w:t>
      </w:r>
      <w:r>
        <w:br/>
      </w:r>
      <w:r>
        <w:rPr>
          <w:sz w:val="20"/>
        </w:rPr>
        <w:t>17:12  yani ikhlas as a personal quality. aap agar bohat mukhlis hain, bohat namazi hain, bohat rozedaar hain, bohat hi aap paisa kharch karte hain, kuch bhi karte hain, aap mukhlis hain bohat, to aap ka personal woh quality hai.</w:t>
      </w:r>
      <w:r>
        <w:br/>
      </w:r>
      <w:r>
        <w:rPr>
          <w:sz w:val="20"/>
        </w:rPr>
        <w:t>17:26  woh is ka matlab nahi ke aap qaum ke liye kood padhein. aap is ke that requires wisdom, vision, wisdom, baseerat.</w:t>
      </w:r>
      <w:r>
        <w:br/>
      </w:r>
      <w:r>
        <w:rPr>
          <w:sz w:val="20"/>
        </w:rPr>
        <w:t>17:36  to ikhlas ek zaati quality hai, bohat achhi hai zaat ke liye. lekin agar aap qaum ko lead dena chahte hain to aap ke paas wisdom hona chahiye, aap ke paas vision hona chahiye, aap ke paas bohat ilm hona chahiye,</w:t>
      </w:r>
      <w:r>
        <w:br/>
      </w:r>
      <w:r>
        <w:rPr>
          <w:sz w:val="20"/>
        </w:rPr>
        <w:t>17:51  aur aap ko unbiased hona chahiye, reaction se bilkul paak hona chahiye, negative thinking se bilkul paak hona chahiye. warna ghar mein baithiye, masjid mein baithiye.</w:t>
      </w:r>
      <w:r>
        <w:br/>
      </w:r>
      <w:r>
        <w:rPr>
          <w:sz w:val="20"/>
        </w:rPr>
        <w:t>18:03  to mein ne kaha ke dekhiye, you are differentiate between wisdom and ikhlas. ikhlas ka matlab yeh nahi ke aadmi ko aap leader bana lein, us ko ikhlas hai to theek hai, us ka zaati aitbaar se bohat achha hai.</w:t>
      </w:r>
      <w:r>
        <w:br/>
      </w:r>
      <w:r>
        <w:rPr>
          <w:sz w:val="20"/>
        </w:rPr>
        <w:t>18:19  woh is ka matlab to nahi ke woh leader leader ban jaye. woh</w:t>
      </w:r>
      <w:r>
        <w:br/>
      </w:r>
      <w:r>
        <w:rPr>
          <w:sz w:val="20"/>
        </w:rPr>
        <w:t>18:25  to leadership ke liye wisdom chahiye, vision chahiye. zaati aitbaar se kafi hai ke aadmi mukhlis ho to bas achha hai, woh bohat achha hai.</w:t>
      </w:r>
    </w:p>
    <w:p>
      <w:pPr>
        <w:pStyle w:val="Heading2"/>
      </w:pPr>
      <w:r>
        <w:t>Refuting Prophet saw God in Miraj</w:t>
      </w:r>
    </w:p>
    <w:p>
      <w:r>
        <w:rPr>
          <w:color w:val="666666"/>
          <w:sz w:val="18"/>
        </w:rPr>
        <w:t>Understanding Islam (In Conversation with Maulana) June 20, 2010 Maulana Wahidudidn Khan · 32s · at 35:10 · https://youtu.be/7UylaPL-iO8?t=2110</w:t>
      </w:r>
    </w:p>
    <w:p>
      <w:r>
        <w:rPr>
          <w:i/>
        </w:rPr>
        <w:t>“Yeh bilkul hi be-asas aqeeda hai keh Rasool Allah ne Allah ko dekha”</w:t>
      </w:r>
    </w:p>
    <w:p>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p>
    <w:p>
      <w:pPr>
        <w:pStyle w:val="Heading2"/>
      </w:pPr>
      <w:r>
        <w:t>Brilliant people fail due to ego</w:t>
      </w:r>
    </w:p>
    <w:p>
      <w:r>
        <w:rPr>
          <w:color w:val="666666"/>
          <w:sz w:val="18"/>
        </w:rPr>
        <w:t>Combined Efforts April 14, 2018 · 2m 21s · at 13:52 · https://youtu.be/0Sv4c7bEwX4?t=832</w:t>
      </w:r>
    </w:p>
    <w:p>
      <w:r>
        <w:rPr>
          <w:i/>
        </w:rPr>
        <w:t>“Bada kaam sirf brilliant log karte hain”</w:t>
      </w:r>
    </w:p>
    <w:p>
      <w:r>
        <w:rPr>
          <w:sz w:val="20"/>
        </w:rPr>
        <w:t>13:52  bara kaam, dekhiye is baat ko samjhiye, bara kaam sirf brilliant log karte hain, zaheen log.</w:t>
      </w:r>
      <w:r>
        <w:br/>
      </w:r>
      <w:r>
        <w:rPr>
          <w:sz w:val="20"/>
        </w:rPr>
        <w:t>14:01  aur har brilliant aadmi egoist hota hai,</w:t>
      </w:r>
      <w:r>
        <w:br/>
      </w:r>
      <w:r>
        <w:rPr>
          <w:sz w:val="20"/>
        </w:rPr>
        <w:t>14:08  har without exception. bara kaam sirf brilliant log karte hain, intelligent bohat zyada jo ho.</w:t>
      </w:r>
      <w:r>
        <w:br/>
      </w:r>
      <w:r>
        <w:rPr>
          <w:sz w:val="20"/>
        </w:rPr>
        <w:t>14:19  lekin jo jitna brilliant hoga, utna egoist hoga wo. to sath kaam nahin kar sakta. yeh jo poori history hai, yeh poori history ke koi brilliant aadmi koi bara kaam nahin kar saka,</w:t>
      </w:r>
      <w:r>
        <w:br/>
      </w:r>
      <w:r>
        <w:rPr>
          <w:sz w:val="20"/>
        </w:rPr>
        <w:t>14:33  kyunke mil ke kaam karne ko tayyar nahin hua wo. aap koi nahin yeh bata sakta hai aadmi jis din siwaye scientists ke ke is scientists mein ego nahin hota, wahan wahan to mathematics hoti hai.</w:t>
      </w:r>
      <w:r>
        <w:br/>
      </w:r>
      <w:r>
        <w:rPr>
          <w:sz w:val="20"/>
        </w:rPr>
        <w:t>14:50  yani mathematics ne replace kar diya hai ego ko. to science mein chunke ego nahin chalte, wahan mathematics chalti hai, to wahan par takrao nahin hota.</w:t>
      </w:r>
      <w:r>
        <w:br/>
      </w:r>
      <w:r>
        <w:rPr>
          <w:sz w:val="20"/>
        </w:rPr>
        <w:t>15:05  is liye wo log bare bare kaam kar paate hain. lekin humanities mein aap jante hain ke yeh humanities ka subject hai, spirituality aur mazhab islam.</w:t>
      </w:r>
      <w:r>
        <w:br/>
      </w:r>
      <w:r>
        <w:rPr>
          <w:sz w:val="20"/>
        </w:rPr>
        <w:t>15:20  to aap ghor kijiye ke science mein to bare bare kaam hue, newton ne bohat bara kaam kiya, einstein ne bohat bara kaam kiya, rutherford ne bohat bara kaam kiya.</w:t>
      </w:r>
      <w:r>
        <w:br/>
      </w:r>
      <w:r>
        <w:rPr>
          <w:sz w:val="20"/>
        </w:rPr>
        <w:t>15:34  lekin humanities mein koi aasan nahin milega aap ko, kyunke aapas mein takra ladte rehte hain, ego, ego, ego clash hota rehta hai.</w:t>
      </w:r>
      <w:r>
        <w:br/>
      </w:r>
      <w:r>
        <w:rPr>
          <w:sz w:val="20"/>
        </w:rPr>
        <w:t>15:43  to beharhal jo yeh jo nahin gaye, iqbal, iqbal ahmad sohail sahib jo nahin gaye, to na to iqbal sahib koi bara kaam kar sake, na kamaluddin, khwaja kamaluddin bara kaam kar sake.</w:t>
      </w:r>
      <w:r>
        <w:br/>
      </w:r>
      <w:r>
        <w:rPr>
          <w:sz w:val="20"/>
        </w:rPr>
        <w:t>16:02  donon mein se koi bhi bara kaam nahin karta, donon agar ekatha ho jaate to do brain ekatha hote to kitna bara kaam ho sakta tha.</w:t>
      </w:r>
    </w:p>
    <w:p>
      <w:pPr>
        <w:pStyle w:val="Heading2"/>
      </w:pPr>
      <w:r>
        <w:t>Personal story silence in adversity earns divine help</w:t>
      </w:r>
    </w:p>
    <w:p>
      <w:r>
        <w:rPr>
          <w:color w:val="666666"/>
          <w:sz w:val="18"/>
        </w:rPr>
        <w:t>Double Reward 15 Feb 2020 - Maulana Wahiduddin Khan · 3m 53s · at 18:36 · https://youtu.be/Os-Kuq1-wAk?t=1116</w:t>
      </w:r>
    </w:p>
    <w:p>
      <w:r>
        <w:rPr>
          <w:i/>
        </w:rPr>
        <w:t>“Main aap ko ek misaal deta hoon ke yahan par Dilli mein”</w:t>
      </w:r>
    </w:p>
    <w:p>
      <w:r>
        <w:rPr>
          <w:sz w:val="20"/>
        </w:rPr>
        <w:t>18:36  mein aap ko aik misaal deta hoon ke yahan par dilli mein woh jo area hai kezo camp ka area, to mein bohat pehle ki baat hai ke is area mein chal raha tha road par paidal.</w:t>
      </w:r>
      <w:r>
        <w:br/>
      </w:r>
      <w:r>
        <w:rPr>
          <w:sz w:val="20"/>
        </w:rPr>
        <w:t>19:01  to aik,</w:t>
      </w:r>
      <w:r>
        <w:br/>
      </w:r>
      <w:r>
        <w:rPr>
          <w:sz w:val="20"/>
        </w:rPr>
        <w:t>19:04  aik aadmi bicycle dhelwata hua aaya</w:t>
      </w:r>
      <w:r>
        <w:br/>
      </w:r>
      <w:r>
        <w:rPr>
          <w:sz w:val="20"/>
        </w:rPr>
        <w:t>19:13  aur mein, mein to bilkul kinare chal raha tha, chup chap mujhe takra diya. ab mein gir pada.</w:t>
      </w:r>
      <w:r>
        <w:br/>
      </w:r>
      <w:r>
        <w:rPr>
          <w:sz w:val="20"/>
        </w:rPr>
        <w:t>19:25  yeh mein aankh lage pade hue tha, arey toot gaya, toot gaya aankh aur</w:t>
      </w:r>
      <w:r>
        <w:br/>
      </w:r>
      <w:r>
        <w:rPr>
          <w:sz w:val="20"/>
        </w:rPr>
        <w:t>19:36  khoon bhi nikalne lage mujhe, khoon. to maine kya kiya? aik dam mein chup ho gaya, aik dam chup ho gaya aur maine road ke side mein ja ke baith gaya.</w:t>
      </w:r>
      <w:r>
        <w:br/>
      </w:r>
      <w:r>
        <w:rPr>
          <w:sz w:val="20"/>
        </w:rPr>
        <w:t>19:54  road ke side mein ja ke baith gaya. yeh is se soch nikli ke yeh saath mujhe kya karna chahiye.</w:t>
      </w:r>
      <w:r>
        <w:br/>
      </w:r>
      <w:r>
        <w:rPr>
          <w:sz w:val="20"/>
        </w:rPr>
        <w:t>20:03  to mein yeh dekh ke ke yeh toot gaya hai, khoon beh raha hai, to mujhe sab se pehle doctor ke paas jana chahiye.</w:t>
      </w:r>
      <w:r>
        <w:br/>
      </w:r>
      <w:r>
        <w:rPr>
          <w:sz w:val="20"/>
        </w:rPr>
        <w:t>20:14  to qareeb ke doctor ke paas gaya mein. us aadmi se mein ne, us aadmi ko police ne pakad rakha tha. ab us se pooch rahe the kya karein, us ko chalan karein, kya karein.</w:t>
      </w:r>
      <w:r>
        <w:br/>
      </w:r>
      <w:r>
        <w:rPr>
          <w:sz w:val="20"/>
        </w:rPr>
        <w:t>20:29  to woh kuch bole hi nahi, mein chup chap raha. mein bas sirf doctor ke paas chala gaya. to woh police wala kehta hai ke baba ji to koi bolta nahi,</w:t>
      </w:r>
      <w:r>
        <w:br/>
      </w:r>
      <w:r>
        <w:rPr>
          <w:sz w:val="20"/>
        </w:rPr>
        <w:t>20:46  baba ji to koi bolta nahi. to us ne us aadmi ko chhod diya. to dekhein, kisi bhi mamle mein sab se acha tareeqa hai ke aap chup ho jayein,</w:t>
      </w:r>
      <w:r>
        <w:br/>
      </w:r>
      <w:r>
        <w:rPr>
          <w:sz w:val="20"/>
        </w:rPr>
        <w:t>21:00  no reaction at all. to us waqt kya hota hai ke aap ke mind mein jo negative thought aata hai na, woh foran positive ban jata hai.</w:t>
      </w:r>
      <w:r>
        <w:br/>
      </w:r>
      <w:r>
        <w:rPr>
          <w:sz w:val="20"/>
        </w:rPr>
        <w:t>21:13  negative thought agar aap ko, aap bhi kuch bolein to kya hota hai?</w:t>
      </w:r>
      <w:r>
        <w:br/>
      </w:r>
      <w:r>
        <w:rPr>
          <w:sz w:val="20"/>
        </w:rPr>
        <w:t>21:23  yani reaction, double reaction banta hai. woh bhi us ne bhi react kiya, aap bhi react kar rahe hain. lekin aap agar chup ho jayein to kuch nahi, wahin, wahin, wahin, wahin khatam, wahin, wahin khatam.</w:t>
      </w:r>
      <w:r>
        <w:br/>
      </w:r>
      <w:r>
        <w:rPr>
          <w:sz w:val="20"/>
        </w:rPr>
        <w:t>21:42  best, best tareeqa jo hai nature ke mutalliq, nature aap ki help mein aa jati hai. jab aap in, in inteqaam na kar lein,</w:t>
      </w:r>
      <w:r>
        <w:br/>
      </w:r>
      <w:r>
        <w:rPr>
          <w:sz w:val="20"/>
        </w:rPr>
        <w:t>21:56  na lein, jab aap negative par positive ho jayein to help, to, to nature aap ki help karti hai.</w:t>
      </w:r>
      <w:r>
        <w:br/>
      </w:r>
      <w:r>
        <w:rPr>
          <w:sz w:val="20"/>
        </w:rPr>
        <w:t>22:07  lekin jab ulta karein to nature aap ki help nahi aati. to mein sochta hoon apne tajrube ke is nashri mein ke sab se acha tareeqa hai chup ho jana,</w:t>
      </w:r>
      <w:r>
        <w:br/>
      </w:r>
      <w:r>
        <w:rPr>
          <w:sz w:val="20"/>
        </w:rPr>
        <w:t>22:22  jawabi, action na karna.</w:t>
      </w:r>
    </w:p>
    <w:p>
      <w:pPr>
        <w:pStyle w:val="Heading2"/>
      </w:pPr>
      <w:r>
        <w:t>Abu Bakr insulted, angels leave when he answers back</w:t>
      </w:r>
    </w:p>
    <w:p>
      <w:r>
        <w:rPr>
          <w:color w:val="666666"/>
          <w:sz w:val="18"/>
        </w:rPr>
        <w:t>Don't Be Angry Culture January 15, 2012 · 2m 55s · at 17:43 · https://youtu.be/NrA3X8y_FLY?t=1063</w:t>
      </w:r>
    </w:p>
    <w:p>
      <w:r>
        <w:rPr>
          <w:i/>
        </w:rPr>
        <w:t>“Ek baar Madine ke bahar ek aadmi mila Hazrat Abu Bakr ko”</w:t>
      </w:r>
    </w:p>
    <w:p>
      <w:r>
        <w:rPr>
          <w:sz w:val="20"/>
        </w:rPr>
        <w:t>17:43  aik baar aisa hai ke madine ke bahir aik aadmi mila Hazrat Abubakar ko.</w:t>
      </w:r>
      <w:r>
        <w:br/>
      </w:r>
      <w:r>
        <w:rPr>
          <w:sz w:val="20"/>
        </w:rPr>
        <w:t>17:53  to woh kisi baat par ghussa ho gaya tha. to Hazrat Umar Abubakar ko bura bhala kehne laga. bura bhala kehne laga.</w:t>
      </w:r>
      <w:r>
        <w:br/>
      </w:r>
      <w:r>
        <w:rPr>
          <w:sz w:val="20"/>
        </w:rPr>
        <w:t>18:04  to shuru mein Hazrat Abubakar chup chap suntay rahay. un ke andar jawab hi ghussa nahi aya.</w:t>
      </w:r>
      <w:r>
        <w:br/>
      </w:r>
      <w:r>
        <w:rPr>
          <w:sz w:val="20"/>
        </w:rPr>
        <w:t>18:12  wahan Rasool Allah bhi thay. to kuch dair tak sabar kiya Hazrat Abubakar ne. phir unhein bhi ghussa aa gaya. yani jawab bhi ghussa aa gaya.</w:t>
      </w:r>
      <w:r>
        <w:br/>
      </w:r>
      <w:r>
        <w:rPr>
          <w:sz w:val="20"/>
        </w:rPr>
        <w:t>18:23  ab unhon ne is ka jawab dena shuru kar diya is aadmi ka. to jaise hi Hazrat Abubakar bolay ghusse mein, to Rasool Allah wahan se chalay gay.</w:t>
      </w:r>
      <w:r>
        <w:br/>
      </w:r>
      <w:r>
        <w:rPr>
          <w:sz w:val="20"/>
        </w:rPr>
        <w:t>18:39  ab baad ko Hazrat Abubakar milay Rasool Allah se ke aap kyun chalay gay? jab tak woh bol raha tha, main chup tha, tab to aap thay wahan.</w:t>
      </w:r>
      <w:r>
        <w:br/>
      </w:r>
      <w:r>
        <w:rPr>
          <w:sz w:val="20"/>
        </w:rPr>
        <w:t>18:49  jab mujhe bhi thora ghussa aa gaya, main bol diya to aap chalay gay</w:t>
      </w:r>
      <w:r>
        <w:br/>
      </w:r>
      <w:r>
        <w:rPr>
          <w:sz w:val="20"/>
        </w:rPr>
        <w:t>18:53  ayay. to Rasool Allah ne farmaya ke jab tak tum bol nahi rahay thay, chup thay, tab tak tumhari taraf se farishta jawab de raha tha.</w:t>
      </w:r>
      <w:r>
        <w:br/>
      </w:r>
      <w:r>
        <w:rPr>
          <w:sz w:val="20"/>
        </w:rPr>
        <w:t>19:05  aur jab tum bhi bol paray, tum ko bhi ghussa aa gaya, to farishta chala gaya. is liye main bhi wahan se chala gaya. dekhiye, is mein kya baat hai?</w:t>
      </w:r>
      <w:r>
        <w:br/>
      </w:r>
      <w:r>
        <w:rPr>
          <w:sz w:val="20"/>
        </w:rPr>
        <w:t>19:17  yeh koi mysterious baat nahi hai. yani yeh na samjhiye ke mysterious hai yeh baat.</w:t>
      </w:r>
      <w:r>
        <w:br/>
      </w:r>
      <w:r>
        <w:rPr>
          <w:sz w:val="20"/>
        </w:rPr>
        <w:t>19:24  yeh bilkul rationally understandable hai. woh kaise? dekhiye, woh aadmi jab bol raha tha, bura bhala keh raha tha, aur Hazrat Abubakar chup thay,</w:t>
      </w:r>
      <w:r>
        <w:br/>
      </w:r>
      <w:r>
        <w:rPr>
          <w:sz w:val="20"/>
        </w:rPr>
        <w:t>19:38  to is ka zamir is se keh raha tha ke tum kya kar rahay ho? aisay aadmi ko keh rahay ho jo masoom hai, chup chap hai, kuch kehta nahi, aur tum bolay chalay ja rahay ho is ko?</w:t>
      </w:r>
      <w:r>
        <w:br/>
      </w:r>
      <w:r>
        <w:rPr>
          <w:sz w:val="20"/>
        </w:rPr>
        <w:t>19:53  to is ka zamir us ko malamat kar raha tha. yani khud us aadmi ka zamir Hazrat Abubakar ki taraf se bol raha tha.</w:t>
      </w:r>
      <w:r>
        <w:br/>
      </w:r>
      <w:r>
        <w:rPr>
          <w:sz w:val="20"/>
        </w:rPr>
        <w:t>20:02  to zamir ko activate karte hain farishtay. yaad rakhiye, aik hai ego, aik hai zamir. ego aur conscience.</w:t>
      </w:r>
      <w:r>
        <w:br/>
      </w:r>
      <w:r>
        <w:rPr>
          <w:sz w:val="20"/>
        </w:rPr>
        <w:t>20:11  ego ko activate karta hai shaitan. aur zamir ko activate karte hain farishtay.</w:t>
      </w:r>
      <w:r>
        <w:br/>
      </w:r>
      <w:r>
        <w:rPr>
          <w:sz w:val="20"/>
        </w:rPr>
        <w:t>20:18  to jab Hazrat Abubakar chup thay, to us aadmi ke zamir ko activate kar rahay thay farishtay.</w:t>
      </w:r>
      <w:r>
        <w:br/>
      </w:r>
      <w:r>
        <w:rPr>
          <w:sz w:val="20"/>
        </w:rPr>
        <w:t>20:28  jab Hazrat Abubakar bol paray, to wahan shaitan ko para ke woh ego ko activate karay.</w:t>
      </w:r>
    </w:p>
    <w:p>
      <w:pPr>
        <w:pStyle w:val="Heading2"/>
      </w:pPr>
      <w:r>
        <w:t>Muslims must adopt peace activism</w:t>
      </w:r>
    </w:p>
    <w:p>
      <w:r>
        <w:rPr>
          <w:color w:val="666666"/>
          <w:sz w:val="18"/>
        </w:rPr>
        <w:t>Q&amp;A 08 July 2007 - Maulana Wahiduddin Khan · 5m 21s · at 29:54 · https://youtu.be/k921gOjkIaw?t=1794</w:t>
      </w:r>
    </w:p>
    <w:p>
      <w:r>
        <w:rPr>
          <w:i/>
        </w:rPr>
        <w:t>“Woh trouble creator community hain.”</w:t>
      </w:r>
    </w:p>
    <w:p>
      <w:r>
        <w:rPr>
          <w:sz w:val="20"/>
        </w:rPr>
        <w:t>29:53  w</w:t>
      </w:r>
      <w:r>
        <w:br/>
      </w:r>
      <w:r>
        <w:rPr>
          <w:sz w:val="20"/>
        </w:rPr>
        <w:t>29:54  i is it so? woh trouble creator community hain. woh zyada sahi yeh kaha jayega ke problem creator bane hue hain. ab dekhiye, islamabad mein ek bahut hi masjid thi, bahut badi.</w:t>
      </w:r>
      <w:r>
        <w:br/>
      </w:r>
      <w:r>
        <w:rPr>
          <w:sz w:val="20"/>
        </w:rPr>
        <w:t>30:07  ab wahan kya kiya? bomb aur gun la ke rakh diya. ab drayi shuru ho gayi wahan par. abhi wahan par aap is education chalate, khoob logon ko padhate, khoob train karte logon ko.</w:t>
      </w:r>
      <w:r>
        <w:br/>
      </w:r>
      <w:r>
        <w:rPr>
          <w:sz w:val="20"/>
        </w:rPr>
        <w:t>30:20  toh musalman jo hain, woh woh toh negative sense mein, yaani woh hain, har cheez ko negative sense mein liye hue hain.</w:t>
      </w:r>
      <w:r>
        <w:br/>
      </w:r>
      <w:r>
        <w:rPr>
          <w:sz w:val="20"/>
        </w:rPr>
        <w:t>30:33  woh woh woh formula yahan apply nahi hota hai. woh formula yahan apply nahi hota hai. main samajhta hoon kisi bhi muslim reformer mein, main akela hoon, yeh yeh musalmanon ko yeh formula de raha hoon ke jo tumhare problem hain, woh tumhare liye opportunities hain.</w:t>
      </w:r>
      <w:r>
        <w:br/>
      </w:r>
      <w:r>
        <w:rPr>
          <w:sz w:val="20"/>
        </w:rPr>
        <w:t>30:51  saare reformers do sau saal se yaad rakhiye, ladai sikha rahe hain ke problem se lado, problem ko khatm karo. har jagah, kashmir mein yeh hua, falasteen mein yeh hua, aaj kal philippines mein yeh ho raha hai.</w:t>
      </w:r>
      <w:r>
        <w:br/>
      </w:r>
      <w:r>
        <w:rPr>
          <w:sz w:val="20"/>
        </w:rPr>
        <w:t>31:05  saare muslim world mein takrao. aap logon ko shayad yeh maloom hai ke nahi maloom hai ke pehle musalman ladte the colonial powers se, ab lad rahe hain aap apne hi rulers se, apne rulers se.</w:t>
      </w:r>
      <w:r>
        <w:br/>
      </w:r>
      <w:r>
        <w:rPr>
          <w:sz w:val="20"/>
        </w:rPr>
        <w:t>31:18  jis ki jis ki ek recent example, latest example tha pakistan mein ke pehle woh samajhte the ke hamare dushman jo hain, woh western powers hain.</w:t>
      </w:r>
      <w:r>
        <w:br/>
      </w:r>
      <w:r>
        <w:rPr>
          <w:sz w:val="20"/>
        </w:rPr>
        <w:t>31:28  yeh muslim jo the, saare muslims one to all western powers jo hain, hamare enemy hain, un se lado, un se lado. achha, ladne mein kuch pa nahi sake, kuch achieve nahi kiya unhone.</w:t>
      </w:r>
      <w:r>
        <w:br/>
      </w:r>
      <w:r>
        <w:rPr>
          <w:sz w:val="20"/>
        </w:rPr>
        <w:t>31:40  toh ab kya kar rahe hain? kahin woh bomb maar rahe hain, jaise ke woh glasgow mein bomb maarne ja rahe the, italy mein bomb maar diya. aur ek un ki jo jo ab jo thinking un ke andar develop hui, woh yeh hai ke hamare jo apne rulers hain, woh in in ke agent hain, yaani western powers ke agent hain.</w:t>
      </w:r>
      <w:r>
        <w:br/>
      </w:r>
      <w:r>
        <w:rPr>
          <w:sz w:val="20"/>
        </w:rPr>
        <w:t>31:58  ab in ko maro. toh yeh yeh yeh toh musalmanon ki soch, is ko kahein ke problem mein nahi hai, woh negativity mein hain.</w:t>
      </w:r>
      <w:r>
        <w:br/>
      </w:r>
      <w:r>
        <w:rPr>
          <w:sz w:val="20"/>
        </w:rPr>
        <w:t>32:07  woh sahi baat yeh hai, saare muslim negativity mein jeete hain. negativity ke siwa kuch nahi un ke paas hai. yeh baat main aap ko arz kar doon ke yeh yeh jo musalman idhar udhar bomb maar rahe hain, yeh yeh sirf haram hai, haram ke siwa aur kuch bhi nahi hai.</w:t>
      </w:r>
      <w:r>
        <w:br/>
      </w:r>
      <w:r>
        <w:rPr>
          <w:sz w:val="20"/>
        </w:rPr>
        <w:t>32:26  kyun ke islam mein use of arms jo hai, woh sirf state ke liye jaiz hai. other than state, no man has right to use arms.</w:t>
      </w:r>
      <w:r>
        <w:br/>
      </w:r>
      <w:r>
        <w:rPr>
          <w:sz w:val="20"/>
        </w:rPr>
        <w:t>32:36  is ko achhi tarah samajh lijiye aap. yeh jo aaj kal ho raha hai, khud ulama is mein involve hain, lekin ulama bhi haram kaam kar rahe hain. yeh pure conviction ke sath main keh raha hoon, main ne islam ko bahut padha hai ke other than state, no man has right to use arms.</w:t>
      </w:r>
      <w:r>
        <w:br/>
      </w:r>
      <w:r>
        <w:rPr>
          <w:sz w:val="20"/>
        </w:rPr>
        <w:t>32:59  dosre logon ko ek hi option hai peaceful activism ka, aur state bhi kab kar sakti hai? jab attack hua ho.</w:t>
      </w:r>
      <w:r>
        <w:br/>
      </w:r>
      <w:r>
        <w:rPr>
          <w:sz w:val="20"/>
        </w:rPr>
        <w:t>33:10  so at the time of attack, state has right to use arm in its defence. defence ke siwa state bhi arm nahi use kar sakti hai, aur individuals ke liye ya organizations ke liye to sary se arm ko istemal karna haram hai, bilkul haram hai,</w:t>
      </w:r>
      <w:r>
        <w:br/>
      </w:r>
      <w:r>
        <w:rPr>
          <w:sz w:val="20"/>
        </w:rPr>
        <w:t>33:29  absolute sense mein haram hai. aap sirf peaceful activism chala sakte hain, jaise kashmir mein jo kiya hai, logon ne woh bilashuba haram tha.</w:t>
      </w:r>
      <w:r>
        <w:br/>
      </w:r>
      <w:r>
        <w:rPr>
          <w:sz w:val="20"/>
        </w:rPr>
        <w:t>33:41  palestine mein jo kar rahe hain, woh bilashuba haram hai. chahe kashmir ho ya palestine ho ya philippines ho, kahin bhi duniya mein, jahan jahan bhi ho, aap ke liye ek hi option hai, woh hai peaceful activism.</w:t>
      </w:r>
      <w:r>
        <w:br/>
      </w:r>
      <w:r>
        <w:rPr>
          <w:sz w:val="20"/>
        </w:rPr>
        <w:t>33:54  peaceful activism, violent activism ka option hi nahi hai musalmanon ke liye. yaad rakhiye, violent activism ka option musalmanon ke liye hai hi nahi, bilkul</w:t>
      </w:r>
      <w:r>
        <w:br/>
      </w:r>
      <w:r>
        <w:rPr>
          <w:sz w:val="20"/>
        </w:rPr>
        <w:t>34:08  sirf ek hi option hai, woh peaceful activism. yahan tak ke main yeh kahunga ke aap, yani is, yani aam musalmanon ko, ko apna, is ko apna, woh banana, apna issue banana ke agar koi mulk attack kar raha hai, tab bhi agar state aap ko bulayegi to aap ko jana hai, nahi to nahi jana hai.</w:t>
      </w:r>
      <w:r>
        <w:br/>
      </w:r>
      <w:r>
        <w:rPr>
          <w:sz w:val="20"/>
        </w:rPr>
        <w:t>34:27  aap ko</w:t>
      </w:r>
      <w:r>
        <w:br/>
      </w:r>
      <w:r>
        <w:rPr>
          <w:sz w:val="20"/>
        </w:rPr>
        <w:t>34:30  agar ek state hai, ek muslim state hai, kisi state ne is par hamla kar diya hai, to is ka matlab nahi ke aap bhi uth kar idhar bomb marne lagen, idhar idhar.</w:t>
      </w:r>
      <w:r>
        <w:br/>
      </w:r>
      <w:r>
        <w:rPr>
          <w:sz w:val="20"/>
        </w:rPr>
        <w:t>34:40  state agar aap ko bulati hai, tab aap labbaik kahiye, nahi to apne ghar baithiye. yeh sab baatein islam mein bohat hi clear hain, lekin hamare ulma jo hain, woh khud bhi is ke khilaf chal rahe hain.</w:t>
      </w:r>
      <w:r>
        <w:br/>
      </w:r>
      <w:r>
        <w:rPr>
          <w:sz w:val="20"/>
        </w:rPr>
        <w:t>34:53  log samajhte hain ke yahi islam hoga. is waqt ulma bhi is waqt bilkul ghalati par ja rahe hain, aur masters bhi ghalati par ja rahe hain.</w:t>
      </w:r>
      <w:r>
        <w:br/>
      </w:r>
      <w:r>
        <w:rPr>
          <w:sz w:val="20"/>
        </w:rPr>
        <w:t>35:02  main is mein zara bhi shaq nahi. mujhe kisi ko agar is mein woh chahiye, yani references chahiye, to mere paas aao, main aap ko ek so ek reference batata hoon.</w:t>
      </w:r>
      <w:r>
        <w:br/>
      </w:r>
      <w:r>
        <w:rPr>
          <w:sz w:val="20"/>
        </w:rPr>
        <w:t>35:11  aap ko quran ka aur hadith ka.</w:t>
      </w:r>
    </w:p>
    <w:p>
      <w:pPr>
        <w:pStyle w:val="Heading2"/>
      </w:pPr>
      <w:r>
        <w:t>Men's ego and women's emotions: avoid touching</w:t>
      </w:r>
    </w:p>
    <w:p>
      <w:r>
        <w:rPr>
          <w:color w:val="666666"/>
          <w:sz w:val="18"/>
        </w:rPr>
        <w:t>The Importance of Positive Attitude | November 01, 2007 · 2m 31s · at 36:11 · https://youtu.be/r4zLbCBxPyc?t=2171</w:t>
      </w:r>
    </w:p>
    <w:p>
      <w:r>
        <w:rPr>
          <w:i/>
        </w:rPr>
        <w:t>“Aurat ki weakness hai Emotions. Woh emotional hoti hai. Mard ki weakness hai Ego.”</w:t>
      </w:r>
    </w:p>
    <w:p>
      <w:r>
        <w:rPr>
          <w:sz w:val="20"/>
        </w:rPr>
        <w:t>36:11  motional hoti hain. mardon ke andar weakness kya hai? woh super weakness hai mardon ke andar. mard aur bhi zyada aik weakness ka shikar hain. woh kahin kya? ego. ego. kisi mard ko aap ego ko touch kijiye. woh aag bagola ho jaye ga, ladne ko khara ho jaye ga. to mard ki weakness hai ego. aurat ki weakness hai ke woh emotional hoti hai.</w:t>
      </w:r>
      <w:r>
        <w:br/>
      </w:r>
      <w:r>
        <w:rPr>
          <w:sz w:val="20"/>
        </w:rPr>
        <w:t>36:41  to mard ke bare mein maine ek formula banaya hai woh yeh hai.</w:t>
      </w:r>
      <w:r>
        <w:br/>
      </w:r>
      <w:r>
        <w:rPr>
          <w:sz w:val="20"/>
        </w:rPr>
        <w:t>36:46  ke mard ke ego ko aap touch karte hain to isi se breakdown hota hai, isi se fasaad</w:t>
      </w:r>
      <w:r>
        <w:br/>
      </w:r>
      <w:r>
        <w:rPr>
          <w:sz w:val="20"/>
        </w:rPr>
        <w:t>36:50  hota hai, isi se danga hota hai.</w:t>
      </w:r>
      <w:r>
        <w:br/>
      </w:r>
      <w:r>
        <w:rPr>
          <w:sz w:val="20"/>
        </w:rPr>
        <w:t>36:54  to is ka formula yeh hai ke When one's Ego is touched it turns into Super Ego and</w:t>
      </w:r>
      <w:r>
        <w:br/>
      </w:r>
      <w:r>
        <w:rPr>
          <w:sz w:val="20"/>
        </w:rPr>
        <w:t>36:59  the result is Breakdown۔</w:t>
      </w:r>
      <w:r>
        <w:br/>
      </w:r>
      <w:r>
        <w:rPr>
          <w:sz w:val="20"/>
        </w:rPr>
        <w:t>37:03  Ego ko Avoid kijiye, Ego ko Touch na kijiye aap۔</w:t>
      </w:r>
      <w:r>
        <w:br/>
      </w:r>
      <w:r>
        <w:rPr>
          <w:sz w:val="20"/>
        </w:rPr>
        <w:t>37:08  agar aap chahte hain ke Peace baqi rahe, shanti baqi rahe, aman baqi rahe۔</w:t>
      </w:r>
      <w:r>
        <w:br/>
      </w:r>
      <w:r>
        <w:rPr>
          <w:sz w:val="20"/>
        </w:rPr>
        <w:t>37:12  to aap ko Avoid karna hai ke kisi ke Ego ko aap Touch karein aap۔</w:t>
      </w:r>
      <w:r>
        <w:br/>
      </w:r>
      <w:r>
        <w:rPr>
          <w:sz w:val="20"/>
        </w:rPr>
        <w:t>37:17  kyun? When one's Ego is touched it turns into Super Ego and the result is Breakdown۔</w:t>
      </w:r>
      <w:r>
        <w:br/>
      </w:r>
      <w:r>
        <w:rPr>
          <w:sz w:val="20"/>
        </w:rPr>
        <w:t>37:21  Ego ko aap ne Touch kiya to woh Super Ego banega۔</w:t>
      </w:r>
      <w:r>
        <w:br/>
      </w:r>
      <w:r>
        <w:rPr>
          <w:sz w:val="20"/>
        </w:rPr>
        <w:t>37:25  aur phir Result kya hoga? Breakdown hoga۔</w:t>
      </w:r>
      <w:r>
        <w:br/>
      </w:r>
      <w:r>
        <w:rPr>
          <w:sz w:val="20"/>
        </w:rPr>
        <w:t>37:29  to aurat ke Emotion ko Touch na kijiye۔</w:t>
      </w:r>
      <w:r>
        <w:br/>
      </w:r>
      <w:r>
        <w:rPr>
          <w:sz w:val="20"/>
        </w:rPr>
        <w:t>37:34  mard ke Ego ko Touch na kijiye۔</w:t>
      </w:r>
      <w:r>
        <w:br/>
      </w:r>
      <w:r>
        <w:rPr>
          <w:sz w:val="20"/>
        </w:rPr>
        <w:t>37:38  yehi hai raaz hayat. dunya</w:t>
      </w:r>
      <w:r>
        <w:br/>
      </w:r>
      <w:r>
        <w:rPr>
          <w:sz w:val="20"/>
        </w:rPr>
        <w:t>37:42  mein aadhi abadi aur aadhi Population auraton ki hai, aadhi Population mardon ki hai۔</w:t>
      </w:r>
      <w:r>
        <w:br/>
      </w:r>
      <w:r>
        <w:rPr>
          <w:sz w:val="20"/>
        </w:rPr>
        <w:t>37:46  Khuda ne dono ke andar bohat hi Special Quality di hai۔</w:t>
      </w:r>
      <w:r>
        <w:br/>
      </w:r>
      <w:r>
        <w:rPr>
          <w:sz w:val="20"/>
        </w:rPr>
        <w:t>37:50  mardon ke liye bhi Special Quality hai۔</w:t>
      </w:r>
      <w:r>
        <w:br/>
      </w:r>
      <w:r>
        <w:rPr>
          <w:sz w:val="20"/>
        </w:rPr>
        <w:t>37:54  auraton ke andar bhi Special Quality hai۔</w:t>
      </w:r>
      <w:r>
        <w:br/>
      </w:r>
      <w:r>
        <w:rPr>
          <w:sz w:val="20"/>
        </w:rPr>
        <w:t>37:58  dono ke beech mein aap ko rehna hai۔</w:t>
      </w:r>
      <w:r>
        <w:br/>
      </w:r>
      <w:r>
        <w:rPr>
          <w:sz w:val="20"/>
        </w:rPr>
        <w:t>38:01  aap ko dono ke beech mein rehna hai۔</w:t>
      </w:r>
      <w:r>
        <w:br/>
      </w:r>
      <w:r>
        <w:rPr>
          <w:sz w:val="20"/>
        </w:rPr>
        <w:t>38:05  to is ka formula kya hai? aap yeh jaanein ke un ki Weakness kya hai aur un ki</w:t>
      </w:r>
      <w:r>
        <w:br/>
      </w:r>
      <w:r>
        <w:rPr>
          <w:sz w:val="20"/>
        </w:rPr>
        <w:t>38:09  Weakness kya hai۔</w:t>
      </w:r>
      <w:r>
        <w:br/>
      </w:r>
      <w:r>
        <w:rPr>
          <w:sz w:val="20"/>
        </w:rPr>
        <w:t>38:13  aurat ki weakness hai emotions. woh emotional hoti hai. mard ki weakness hai ego. woh egoist hota hai. to bas aap yahi kijiye. ke aurat ke emotion ko touch na kijiye. woh bilkul normal rahe gi woh. mard ke ego ko touch na kijiye. woh bilkul normal rahe ga woh. jaise mashhoor waqia hai ke hazrat umar ne aik sahabi se kaha ke taqwa kya hai? yaani bach kar chalna kya hai</w:t>
      </w:r>
    </w:p>
    <w:p>
      <w:pPr>
        <w:pStyle w:val="Heading2"/>
      </w:pPr>
      <w:r>
        <w:t>Patience means rechecking, rethinking, and replanning</w:t>
      </w:r>
    </w:p>
    <w:p>
      <w:r>
        <w:rPr>
          <w:color w:val="666666"/>
          <w:sz w:val="18"/>
        </w:rPr>
        <w:t>CPS Women Article Discussion 17 February 5, 2023 · 26s · at 26:54 · https://youtu.be/YwT3btklNZk?t=1614</w:t>
      </w:r>
    </w:p>
    <w:p>
      <w:r>
        <w:rPr>
          <w:i/>
        </w:rPr>
        <w:t>“सब्र का दूसरा नाम है rechecking, rethinking and replanning”</w:t>
      </w:r>
    </w:p>
    <w:p>
      <w:r>
        <w:rPr>
          <w:sz w:val="20"/>
        </w:rPr>
        <w:t>26:54  iska mani main yeh samajh payi hoon ki jo log sabar karte hain, sabar sabar ka doosra naam hai rechecking, rethinking and replanning. to jo insaan ke andar iska quality rahega woh sabr ke saath yeh sari cheezon ko apnayega to woh kamyab hoga. kyun kamyab hoga ki allah unka saath hai. khuda sabarg karne walon ke saath hai.</w:t>
      </w:r>
      <w:r>
        <w:br/>
      </w:r>
      <w:r>
        <w:rPr>
          <w:sz w:val="20"/>
        </w:rPr>
        <w:t>27:20  to unke dimagh sahi tarah kaam karne lagti hain. tab woh sabr ke saath se kamyab bankar successful ho jayega. yeh yahi main rakhna hoon main unse intezar. hamesha ki tarah accha hai usmein bahut hi acchi learning hai. woh process hai.</w:t>
      </w:r>
    </w:p>
    <w:p>
      <w:pPr>
        <w:pStyle w:val="Heading2"/>
      </w:pPr>
      <w:r>
        <w:t>Night always turns to day: patience through hard times</w:t>
      </w:r>
    </w:p>
    <w:p>
      <w:r>
        <w:rPr>
          <w:color w:val="666666"/>
          <w:sz w:val="18"/>
        </w:rPr>
        <w:t>CPS Women Article Discussion 17 February 5, 2023 · 1m 44s · at 32:20 · https://youtu.be/YwT3btklNZk?t=1940</w:t>
      </w:r>
    </w:p>
    <w:p>
      <w:r>
        <w:rPr>
          <w:i/>
        </w:rPr>
        <w:t>“सूरज एक process से आता है, वैसे ही रात भी — darkness से डरो मत”</w:t>
      </w:r>
    </w:p>
    <w:p>
      <w:r>
        <w:rPr>
          <w:sz w:val="20"/>
        </w:rPr>
        <w:t>32:20  wahi woh bhi ek process hai ki suraj kabhi impressions hote nahi hain begi begi aane ka. woh bhi ek process hai. woh bhi usi tarah night bhi ek process ke zariye se hoti hai. to molana sab aisi bolti hai ki darkness se daro mat. to be patient because sunrise will will come to you. to sunrise aane wali hai.</w:t>
      </w:r>
      <w:r>
        <w:br/>
      </w:r>
      <w:r>
        <w:rPr>
          <w:sz w:val="20"/>
        </w:rPr>
        <w:t>32:49  aap intezar mein raho. to hamein raat poora jaakar hamari health ko kharab karne ka kuch matlab issue nahi hai kyunki subah aane wali hai. to agar hum patience hone se hamare achhe din bhi aayega. yeh laugh nature hai. hamesha ke liye darkness nahi rehti hai. ujala bhi aati hai.</w:t>
      </w:r>
      <w:r>
        <w:br/>
      </w:r>
      <w:r>
        <w:rPr>
          <w:sz w:val="20"/>
        </w:rPr>
        <w:t>33:12  waisa hi zindagi mein kabhi kabhi mushkilat aane se unexpected situations aane bhi hum patient ke saath lene ki zarurat hai. yeh jo time hai woh nikalne wali hai. woh hamesha ka hamesha ke liye nahi rehti hai. this time we'll pass. to hum yeh sochni chahiye aur ujale ke liye, life ke liye intezar karni chahiye.</w:t>
      </w:r>
      <w:r>
        <w:br/>
      </w:r>
      <w:r>
        <w:rPr>
          <w:sz w:val="20"/>
        </w:rPr>
        <w:t>33:36  woh bhi sochkar to kuda par bharosa rakhkar, sochkar, nai planning karke, nai opportunities ko avail karke hum wait karni chahiye. tabhi woh ujala humko achha lagegi. to ujala aayegi lekin woh ujala ujala kab achha rahegi? hum patients ke saath wait karne se hi achha rahegi. hi hai.</w:t>
      </w:r>
      <w:r>
        <w:br/>
      </w:r>
      <w:r>
        <w:rPr>
          <w:sz w:val="20"/>
        </w:rPr>
        <w:t>34:04  raat jo hai sukoon se sau jaane ke liye baad subah aati hai. bechaini se woh nahi guzaarna hai. haan, raziya kuch kehna cha rahi hai. raziya mute hai aap. ji.</w:t>
      </w:r>
    </w:p>
    <w:p>
      <w:pPr>
        <w:pStyle w:val="Heading2"/>
      </w:pPr>
      <w:r>
        <w:t>guessing something positive about someone isn't a sin</w:t>
      </w:r>
    </w:p>
    <w:p>
      <w:r>
        <w:rPr>
          <w:color w:val="666666"/>
          <w:sz w:val="18"/>
        </w:rPr>
        <w:t>How to Build A Strong Personality June 14, 2008 · 2m 16s · at 23:06 · https://youtu.be/CEzRHSVoQlI?t=1386</w:t>
      </w:r>
    </w:p>
    <w:p>
      <w:r>
        <w:rPr>
          <w:i/>
        </w:rPr>
        <w:t>“Ek hai positive remark dena, ek hai negative remark dena”</w:t>
      </w:r>
    </w:p>
    <w:p>
      <w:r>
        <w:rPr>
          <w:sz w:val="20"/>
        </w:rPr>
        <w:t>23:06  is par maine socha to mujhe samajh mein aaya ke dekhein, isi ke baare mein ek hai positive remark dena, ek hai negative remark dena.</w:t>
      </w:r>
      <w:r>
        <w:br/>
      </w:r>
      <w:r>
        <w:rPr>
          <w:sz w:val="20"/>
        </w:rPr>
        <w:t>23:22  positive remark dena aur negative remark dena. farz kiye ke ek aadmi aap ko nazar pada, woh kurta pehne hue, topi pehne hue ja raha tha.</w:t>
      </w:r>
      <w:r>
        <w:br/>
      </w:r>
      <w:r>
        <w:rPr>
          <w:sz w:val="20"/>
        </w:rPr>
        <w:t>23:35  is ko dekh kar aap ne kaha ke mujhe aisa lagta hai ke yeh aadmi quran ka haafiz hai. yeh guess kar ke kaha aap ne. to suppose woh quran ka haafiz na ho aur aap ne keh diya ke mujhe lagta hai ke yeh quran ka haafiz hai,</w:t>
      </w:r>
      <w:r>
        <w:br/>
      </w:r>
      <w:r>
        <w:rPr>
          <w:sz w:val="20"/>
        </w:rPr>
        <w:t>23:50  to yeh koi gunaah ki baat nahi hui, kyunke that was a positive remark toward that person. to hum rozana bolte rehte hain guess ke base par roz</w:t>
      </w:r>
      <w:r>
        <w:br/>
      </w:r>
      <w:r>
        <w:rPr>
          <w:sz w:val="20"/>
        </w:rPr>
        <w:t>24:04  ana. to do qismein huin: ek hai guess ya supposition ke base par kisi ke baare mein ek positive remark dena.</w:t>
      </w:r>
      <w:r>
        <w:br/>
      </w:r>
      <w:r>
        <w:rPr>
          <w:sz w:val="20"/>
        </w:rPr>
        <w:t>24:19  positive remark woh hai jis mein, is ki mein ek definition bataunga. definition: positive remark woh hai jis ko woh aadmi sune to us ko woh bura na maloom ho.</w:t>
      </w:r>
      <w:r>
        <w:br/>
      </w:r>
      <w:r>
        <w:rPr>
          <w:sz w:val="20"/>
        </w:rPr>
        <w:t>24:35  jaise ke aap ne kaha ke aadmi mujhe lagta hai ke quran ka haafiz hai, to aur woh haafiz na ho quran ka, to sune ga to woh bura nahi maloom hoga.</w:t>
      </w:r>
      <w:r>
        <w:br/>
      </w:r>
      <w:r>
        <w:rPr>
          <w:sz w:val="20"/>
        </w:rPr>
        <w:t>24:44  is ko, is ko bura nahi maloom hoga. aap yeh kahein ke aadmi mujhe lagta hai ke nadwa se parh kar aaya hai.</w:t>
      </w:r>
      <w:r>
        <w:br/>
      </w:r>
      <w:r>
        <w:rPr>
          <w:sz w:val="20"/>
        </w:rPr>
        <w:t>24:54  farz kiye ke nadwa se na parha ho us ne, to us ko bura nahi lage ga, kyunke that was a positive remark.</w:t>
      </w:r>
      <w:r>
        <w:br/>
      </w:r>
      <w:r>
        <w:rPr>
          <w:sz w:val="20"/>
        </w:rPr>
        <w:t>25:02  to ek hai woh guess, woh supposition</w:t>
      </w:r>
      <w:r>
        <w:br/>
      </w:r>
      <w:r>
        <w:rPr>
          <w:sz w:val="20"/>
        </w:rPr>
        <w:t>25:10  jis ke tehat aap kisi ke baare mein koi positive remark dein. to positive remark par aap ki pakar nahi hai, woh aap ke liye gunaah nahi hai.</w:t>
      </w:r>
    </w:p>
    <w:p>
      <w:pPr>
        <w:pStyle w:val="Heading2"/>
      </w:pPr>
      <w:r>
        <w:t>Protest is forbidden in Islam</w:t>
      </w:r>
    </w:p>
    <w:p>
      <w:r>
        <w:rPr>
          <w:color w:val="666666"/>
          <w:sz w:val="18"/>
        </w:rPr>
        <w:t>Interaction February 22, 2020 Maulana Wahiduddin Khan · 28s · at 37:42 · https://youtu.be/s4MIiunBRxI?t=2262</w:t>
      </w:r>
    </w:p>
    <w:p>
      <w:r>
        <w:rPr>
          <w:i/>
        </w:rPr>
        <w:t>“Protest is absolutely forbidden.”</w:t>
      </w:r>
    </w:p>
    <w:p>
      <w:r>
        <w:rPr>
          <w:sz w:val="20"/>
        </w:rPr>
        <w:t>37:42  htejaj. protest to behad hi haram hai. jayaz hi nahi hai wo.</w:t>
      </w:r>
      <w:r>
        <w:br/>
      </w:r>
      <w:r>
        <w:rPr>
          <w:sz w:val="20"/>
        </w:rPr>
        <w:t>37:49  usko main usko jayaz nahi samajhta. kyunki dekhiye, rasoolullah sallallahu alaihi wasallam ke zamane mein, aaj jo kuch musalmanon ke paas beet raha hai, usse hazar guna bada masla tha ke kaaba mein but. gaur kijiye ke isse bada burai kya ho sakti hai ke kaaba mein but. rasoolullah ne kabhi ek lafz bhi</w:t>
      </w:r>
    </w:p>
    <w:p>
      <w:pPr>
        <w:pStyle w:val="Heading2"/>
      </w:pPr>
      <w:r>
        <w:t>Hafiz sahab paid to read Qur'an teaches true involvement</w:t>
      </w:r>
    </w:p>
    <w:p>
      <w:r>
        <w:rPr>
          <w:color w:val="666666"/>
          <w:sz w:val="18"/>
        </w:rPr>
        <w:t>Fasting A Source of Spiritual Empowerment August 21, 2011 Maulana Wahiduddin Khan · 4m 31s · at 25:42 · https://youtu.be/Z0EbPlujcf0?t=1542</w:t>
      </w:r>
    </w:p>
    <w:p>
      <w:r>
        <w:rPr>
          <w:i/>
        </w:rPr>
        <w:t>“Ek baar main Gorakhpur gaya, yeh azadi se pehle ki baat hai”</w:t>
      </w:r>
    </w:p>
    <w:p>
      <w:r>
        <w:rPr>
          <w:sz w:val="20"/>
        </w:rPr>
        <w:t>25:42  ek baar mein gorakhpur gaya. yeh azadi se pehle ki baat hai. British Period ki baat hai yeh.</w:t>
      </w:r>
      <w:r>
        <w:br/>
      </w:r>
      <w:r>
        <w:rPr>
          <w:sz w:val="20"/>
        </w:rPr>
        <w:t>25:54  to wahan par ek sahab the jo bohat bare afsar the. jin ko kaha jata tha DTS. us waqt un ka title hua karta tha DTS.</w:t>
      </w:r>
      <w:r>
        <w:br/>
      </w:r>
      <w:r>
        <w:rPr>
          <w:sz w:val="20"/>
        </w:rPr>
        <w:t>26:04  ab pata nahi kya title hoga. BNWR ke bare afsar the woh.</w:t>
      </w:r>
      <w:r>
        <w:br/>
      </w:r>
      <w:r>
        <w:rPr>
          <w:sz w:val="20"/>
        </w:rPr>
        <w:t>26:13  bohat bara bangla tha un ka. to wahan mein chand din raha. yeh ramzan ka mahina tha woh bhi. to mein ne dekha sham ko ek sahab aate hain.</w:t>
      </w:r>
      <w:r>
        <w:br/>
      </w:r>
      <w:r>
        <w:rPr>
          <w:sz w:val="20"/>
        </w:rPr>
        <w:t>26:30  aur woh rozana wahan baith kar ke kuch parhte hain aur chale aate hain.</w:t>
      </w:r>
      <w:r>
        <w:br/>
      </w:r>
      <w:r>
        <w:rPr>
          <w:sz w:val="20"/>
        </w:rPr>
        <w:t>26:37  to mein ne woh sahab jo the jo bare afsar jo the un se mein ne poocha ke yeh kaun sahab aate hain sham ko kya maqsad hota hai.</w:t>
      </w:r>
      <w:r>
        <w:br/>
      </w:r>
      <w:r>
        <w:rPr>
          <w:sz w:val="20"/>
        </w:rPr>
        <w:t>26:49  to unhone kaha ke woh Hafiz sahab hain. hum to roza rakh nahi sakte.</w:t>
      </w:r>
      <w:r>
        <w:br/>
      </w:r>
      <w:r>
        <w:rPr>
          <w:sz w:val="20"/>
        </w:rPr>
        <w:t>26:57  hum roza nahi rakh sakte. to Hafiz sahab se keh diya ke woh sham ko aa kar parh ke chale aate hain Quran Majeed. aur phir un ko hum ramzan ka mahina khatam hoga to kuch paise de denge.</w:t>
      </w:r>
      <w:r>
        <w:br/>
      </w:r>
      <w:r>
        <w:rPr>
          <w:sz w:val="20"/>
        </w:rPr>
        <w:t>27:13  is tajrube se mujhe ek ajib ehsas hua. abhi tak mein sochta hoon yeh waqea ho gaya bohat pehle ka. yani azadi se pehle ki baat hai yeh.</w:t>
      </w:r>
      <w:r>
        <w:br/>
      </w:r>
      <w:r>
        <w:rPr>
          <w:sz w:val="20"/>
        </w:rPr>
        <w:t>27:23  shayad 70 baras ka waqea hoga yeh.</w:t>
      </w:r>
      <w:r>
        <w:br/>
      </w:r>
      <w:r>
        <w:rPr>
          <w:sz w:val="20"/>
        </w:rPr>
        <w:t>27:27  aaj mein yeh soch raha tha is waqea ko le kar. to mein ne socha ke woh afsar sahab jo the agar yeh karte</w:t>
      </w:r>
      <w:r>
        <w:br/>
      </w:r>
      <w:r>
        <w:rPr>
          <w:sz w:val="20"/>
        </w:rPr>
        <w:t>27:40  ke khuda ya mein din bhar bhooka to nahi reh sakta. mein teri kitab parh raha hoon. isi kitab ke parhne ko to meri taraf se qabool kar le.</w:t>
      </w:r>
      <w:r>
        <w:br/>
      </w:r>
      <w:r>
        <w:rPr>
          <w:sz w:val="20"/>
        </w:rPr>
        <w:t>27:57  yani Fasting ki bajaye tilawat e Quran ko meri taraf se qabool kar le. to shayad Allah ki rehmat josh karti. Allah taala qabool farmata.</w:t>
      </w:r>
      <w:r>
        <w:br/>
      </w:r>
      <w:r>
        <w:rPr>
          <w:sz w:val="20"/>
        </w:rPr>
        <w:t>28:10  lekin yeh to bilkul aisa jaise kisi ko kiraye de kar ke aap kahein ke tumhein yeh kaam kar do.</w:t>
      </w:r>
      <w:r>
        <w:br/>
      </w:r>
      <w:r>
        <w:rPr>
          <w:sz w:val="20"/>
        </w:rPr>
        <w:t>28:18  dekhein ramzan ka matlab hai apne aap ko Involve karna.</w:t>
      </w:r>
      <w:r>
        <w:br/>
      </w:r>
      <w:r>
        <w:rPr>
          <w:sz w:val="20"/>
        </w:rPr>
        <w:t>28:25  yeh nahi ke kiraye de kar kisi se aap roza rakhwa dein.</w:t>
      </w:r>
      <w:r>
        <w:br/>
      </w:r>
      <w:r>
        <w:rPr>
          <w:sz w:val="20"/>
        </w:rPr>
        <w:t>28:31  kahin se Quran parhwa dein. yeh kirayedari ka mamla nahi hai. apne aap ko Involve karne ka mamla hai.</w:t>
      </w:r>
      <w:r>
        <w:br/>
      </w:r>
      <w:r>
        <w:rPr>
          <w:sz w:val="20"/>
        </w:rPr>
        <w:t>28:42  to aaj mein soch raha tha bohat dil tarap utha mera yeh soch kar ke insaan kaisi ajib cheez hai.</w:t>
      </w:r>
      <w:r>
        <w:br/>
      </w:r>
      <w:r>
        <w:rPr>
          <w:sz w:val="20"/>
        </w:rPr>
        <w:t>28:54  Khuda dekhna chahta hai aap ka Involvement.</w:t>
      </w:r>
      <w:r>
        <w:br/>
      </w:r>
      <w:r>
        <w:rPr>
          <w:sz w:val="20"/>
        </w:rPr>
        <w:t>29:01  aap farz kijiye ke roza nahi rakhte rakh sakte. to kahein ke khuda ya mein 10 din ka roza rakhta hoon. yahi to qabool kar le meri taraf se.</w:t>
      </w:r>
      <w:r>
        <w:br/>
      </w:r>
      <w:r>
        <w:rPr>
          <w:sz w:val="20"/>
        </w:rPr>
        <w:t>29:11  ya aap is qabil bhi nahi hain. to subah sham baith kar Quran parhein. kahein ke khuda ya mere bas mein roza rakhna nahi hai.</w:t>
      </w:r>
      <w:r>
        <w:br/>
      </w:r>
      <w:r>
        <w:rPr>
          <w:sz w:val="20"/>
        </w:rPr>
        <w:t>29:25  to apni kitab ki tilawat ko meri taraf se qabool farma le.</w:t>
      </w:r>
      <w:r>
        <w:br/>
      </w:r>
      <w:r>
        <w:rPr>
          <w:sz w:val="20"/>
        </w:rPr>
        <w:t>29:33  yeh keh kar aadmi ro paray.</w:t>
      </w:r>
      <w:r>
        <w:br/>
      </w:r>
      <w:r>
        <w:rPr>
          <w:sz w:val="20"/>
        </w:rPr>
        <w:t>29:38  to shayad Allah ki rehmat josh mein aaye. Woh kahe ke mere bande mein tujh se yahi qabool kar liya.</w:t>
      </w:r>
      <w:r>
        <w:br/>
      </w:r>
      <w:r>
        <w:rPr>
          <w:sz w:val="20"/>
        </w:rPr>
        <w:t>29:51  kyunke tu ne Involvement to dikhaya.</w:t>
      </w:r>
      <w:r>
        <w:br/>
      </w:r>
      <w:r>
        <w:rPr>
          <w:sz w:val="20"/>
        </w:rPr>
        <w:t>30:00  to jo log uzr pesh karte hain woh raaz nahi samajhte raaz.</w:t>
      </w:r>
      <w:r>
        <w:br/>
      </w:r>
      <w:r>
        <w:rPr>
          <w:sz w:val="20"/>
        </w:rPr>
        <w:t>30:10  yeh yeh baat hai Involvement ki.</w:t>
      </w:r>
    </w:p>
    <w:p>
      <w:pPr>
        <w:pStyle w:val="Heading2"/>
      </w:pPr>
      <w:r>
        <w:t>Refuting atheist claim about evil in the world</w:t>
      </w:r>
    </w:p>
    <w:p>
      <w:r>
        <w:rPr>
          <w:color w:val="666666"/>
          <w:sz w:val="18"/>
        </w:rPr>
        <w:t>The Concept of Shukr in Islam | June 17, 2008 · 5m 33s · at 39:07 · https://youtu.be/ySbCs4MRNXU?t=2347</w:t>
      </w:r>
    </w:p>
    <w:p>
      <w:r>
        <w:rPr>
          <w:i/>
        </w:rPr>
        <w:t>“Atheist log zyada intelligent hote hain – yeh research mein kaha gaya.”</w:t>
      </w:r>
    </w:p>
    <w:p>
      <w:r>
        <w:rPr>
          <w:sz w:val="20"/>
        </w:rPr>
        <w:t>39:07  kal ke paper mein aik aik bohat an ek interesting cheez thi. woh northern ireland ki aik university ke professors ne aik research kiya hai. ke research is par kiya hai ke jo atheist hotay hain woh aur jo Khuda ko mannay walay woh hotay hain woh in mein compare kiya unhon ne. compare, com</w:t>
      </w:r>
      <w:r>
        <w:br/>
      </w:r>
      <w:r>
        <w:rPr>
          <w:sz w:val="20"/>
        </w:rPr>
        <w:t>39:37  parison kiya unhon ne. to comparison ke baad unhon ne aik report chhapi hai. us mein batatay hain ke atheist log ziyada intelligent hotay hain. atheist are likely to be more intelligent than those who believe in God. to is ko le kar ke aik column columnist ne aik likha hai article. jo kal ke English</w:t>
      </w:r>
      <w:r>
        <w:br/>
      </w:r>
      <w:r>
        <w:rPr>
          <w:sz w:val="20"/>
        </w:rPr>
        <w:t>40:07  sh parchy mein chupa hai.</w:t>
      </w:r>
      <w:r>
        <w:br/>
      </w:r>
      <w:r>
        <w:rPr>
          <w:sz w:val="20"/>
        </w:rPr>
        <w:t>40:12  kal ya parson ke.</w:t>
      </w:r>
      <w:r>
        <w:br/>
      </w:r>
      <w:r>
        <w:rPr>
          <w:sz w:val="20"/>
        </w:rPr>
        <w:t>40:16  to is ne jokingly yeh kaha hai ke yeh to tum ulti baat keh rahe ho.</w:t>
      </w:r>
      <w:r>
        <w:br/>
      </w:r>
      <w:r>
        <w:rPr>
          <w:sz w:val="20"/>
        </w:rPr>
        <w:t>40:20  jo Khuda ko maanne wale hain woh zyada intelligent hain.</w:t>
      </w:r>
      <w:r>
        <w:br/>
      </w:r>
      <w:r>
        <w:rPr>
          <w:sz w:val="20"/>
        </w:rPr>
        <w:t>40:25  yeh joke kya hai is ne? woh kaise? to woh kehte hain ke dekho dunya ko.</w:t>
      </w:r>
      <w:r>
        <w:br/>
      </w:r>
      <w:r>
        <w:rPr>
          <w:sz w:val="20"/>
        </w:rPr>
        <w:t>40:29  yahan kitna horror hai.</w:t>
      </w:r>
      <w:r>
        <w:br/>
      </w:r>
      <w:r>
        <w:rPr>
          <w:sz w:val="20"/>
        </w:rPr>
        <w:t>40:34  itna horror hai, itni museebat hai, itni malai hai, itna corruption hai, itni problem hai,</w:t>
      </w:r>
      <w:r>
        <w:br/>
      </w:r>
      <w:r>
        <w:rPr>
          <w:sz w:val="20"/>
        </w:rPr>
        <w:t>40:38  itna evil hai.</w:t>
      </w:r>
      <w:r>
        <w:br/>
      </w:r>
      <w:r>
        <w:rPr>
          <w:sz w:val="20"/>
        </w:rPr>
        <w:t>40:41  tab bhi yeh log Khuda ko maante hain.</w:t>
      </w:r>
      <w:r>
        <w:br/>
      </w:r>
      <w:r>
        <w:rPr>
          <w:sz w:val="20"/>
        </w:rPr>
        <w:t>40:45  aise Khuda ko jo God Almighty hai.</w:t>
      </w:r>
      <w:r>
        <w:br/>
      </w:r>
      <w:r>
        <w:rPr>
          <w:sz w:val="20"/>
        </w:rPr>
        <w:t>40:48  jo God All Right hai.</w:t>
      </w:r>
      <w:r>
        <w:br/>
      </w:r>
      <w:r>
        <w:rPr>
          <w:sz w:val="20"/>
        </w:rPr>
        <w:t>40:52  jo saari qism ki burai is ke andar hai.</w:t>
      </w:r>
      <w:r>
        <w:br/>
      </w:r>
      <w:r>
        <w:rPr>
          <w:sz w:val="20"/>
        </w:rPr>
        <w:t>40:55  tab bhi yeh maante hain ke aisa Khuda hai.</w:t>
      </w:r>
      <w:r>
        <w:br/>
      </w:r>
      <w:r>
        <w:rPr>
          <w:sz w:val="20"/>
        </w:rPr>
        <w:t>40:58  yaani evil se bhari hui ek dunya banai Khuda ne.</w:t>
      </w:r>
      <w:r>
        <w:br/>
      </w:r>
      <w:r>
        <w:rPr>
          <w:sz w:val="20"/>
        </w:rPr>
        <w:t>41:02  tab bhi woh maane hue hain ke ek aisa Khuda hai jo bohat hi All Right hai.</w:t>
      </w:r>
      <w:r>
        <w:br/>
      </w:r>
      <w:r>
        <w:rPr>
          <w:sz w:val="20"/>
        </w:rPr>
        <w:t>41:05  to yeh to bohat hi intelligent log hain yeh</w:t>
      </w:r>
      <w:r>
        <w:br/>
      </w:r>
      <w:r>
        <w:rPr>
          <w:sz w:val="20"/>
        </w:rPr>
        <w:t xml:space="preserve">41:08  </w:t>
      </w:r>
      <w:r>
        <w:br/>
      </w:r>
      <w:r>
        <w:rPr>
          <w:sz w:val="20"/>
        </w:rPr>
        <w:t>41:13  jokingly aisa kaha is ne.</w:t>
      </w:r>
      <w:r>
        <w:br/>
      </w:r>
      <w:r>
        <w:rPr>
          <w:sz w:val="20"/>
        </w:rPr>
        <w:t>41:17  ab is mein dekhiye is aadmi ki nadani.</w:t>
      </w:r>
      <w:r>
        <w:br/>
      </w:r>
      <w:r>
        <w:rPr>
          <w:sz w:val="20"/>
        </w:rPr>
        <w:t>41:21  ke unhon ne sochna chahiye tha ke yeh jo hamari dunya hai ek bohat hi tiny part hai</w:t>
      </w:r>
      <w:r>
        <w:br/>
      </w:r>
      <w:r>
        <w:rPr>
          <w:sz w:val="20"/>
        </w:rPr>
        <w:t>41:26  yeh planet mein insaan.</w:t>
      </w:r>
      <w:r>
        <w:br/>
      </w:r>
      <w:r>
        <w:rPr>
          <w:sz w:val="20"/>
        </w:rPr>
        <w:t>41:30  baqi universe to bohat hi bari hai, bohat bari hai, bohat bari hai.</w:t>
      </w:r>
      <w:r>
        <w:br/>
      </w:r>
      <w:r>
        <w:rPr>
          <w:sz w:val="20"/>
        </w:rPr>
        <w:t>41:34  aap jante hain ke sari</w:t>
      </w:r>
      <w:r>
        <w:br/>
      </w:r>
      <w:r>
        <w:rPr>
          <w:sz w:val="20"/>
        </w:rPr>
        <w:t>41:39  dunya mein jo log hain, jo insan hain to aap agar aik aik aik woh banayen, aik aik box banayen.</w:t>
      </w:r>
      <w:r>
        <w:br/>
      </w:r>
      <w:r>
        <w:rPr>
          <w:sz w:val="20"/>
        </w:rPr>
        <w:t>41:46  jis box ki chorai aik mail ho aur lambai aik mail ho.</w:t>
      </w:r>
      <w:r>
        <w:br/>
      </w:r>
      <w:r>
        <w:rPr>
          <w:sz w:val="20"/>
        </w:rPr>
        <w:t>41:54  yani aik mail aik chorai, aik mail lambai ka box banayen.</w:t>
      </w:r>
      <w:r>
        <w:br/>
      </w:r>
      <w:r>
        <w:rPr>
          <w:sz w:val="20"/>
        </w:rPr>
        <w:t>42:02  to sare insan is ke andar pack kiya ja sakte hain, sare insan.</w:t>
      </w:r>
      <w:r>
        <w:br/>
      </w:r>
      <w:r>
        <w:rPr>
          <w:sz w:val="20"/>
        </w:rPr>
        <w:t>42:10  aur ab is box ko aap dal dein pacific ocean mein to is tarah doob jaye ga ke</w:t>
      </w:r>
      <w:r>
        <w:br/>
      </w:r>
      <w:r>
        <w:rPr>
          <w:sz w:val="20"/>
        </w:rPr>
        <w:t>42:14  dikhai bhi nahi de ga woh.</w:t>
      </w:r>
      <w:r>
        <w:br/>
      </w:r>
      <w:r>
        <w:rPr>
          <w:sz w:val="20"/>
        </w:rPr>
        <w:t>42:18  to itna tiny part hai insan is dunya ka.</w:t>
      </w:r>
      <w:r>
        <w:br/>
      </w:r>
      <w:r>
        <w:rPr>
          <w:sz w:val="20"/>
        </w:rPr>
        <w:t>42:23  to corruption kahan hai? is dunya mein to hai aur kahan hai? is dunya ke chhod kar jo</w:t>
      </w:r>
      <w:r>
        <w:br/>
      </w:r>
      <w:r>
        <w:rPr>
          <w:sz w:val="20"/>
        </w:rPr>
        <w:t>42:27  nature hai wahan to koi corruption nahi hai.</w:t>
      </w:r>
      <w:r>
        <w:br/>
      </w:r>
      <w:r>
        <w:rPr>
          <w:sz w:val="20"/>
        </w:rPr>
        <w:t>42:31  hawaon mein koi corruption nahi hai, darakhton mein koi corruption nahi hai.</w:t>
      </w:r>
      <w:r>
        <w:br/>
      </w:r>
      <w:r>
        <w:rPr>
          <w:sz w:val="20"/>
        </w:rPr>
        <w:t>42:35  daryaaon aur samundaron mein koi</w:t>
      </w:r>
      <w:r>
        <w:br/>
      </w:r>
      <w:r>
        <w:rPr>
          <w:sz w:val="20"/>
        </w:rPr>
        <w:t>42:40  corruption nahi hai.</w:t>
      </w:r>
      <w:r>
        <w:br/>
      </w:r>
      <w:r>
        <w:rPr>
          <w:sz w:val="20"/>
        </w:rPr>
        <w:t>42:45  galaxy mein, solar system mein koi corruption nahi hai.</w:t>
      </w:r>
      <w:r>
        <w:br/>
      </w:r>
      <w:r>
        <w:rPr>
          <w:sz w:val="20"/>
        </w:rPr>
        <w:t>42:50  to itni bari universe hai, itni bari universe hai jis ka aik bohat hi tiny part hai insan.</w:t>
      </w:r>
      <w:r>
        <w:br/>
      </w:r>
      <w:r>
        <w:rPr>
          <w:sz w:val="20"/>
        </w:rPr>
        <w:t>42:55  to insan mein jo corruption hai is ko aap universalize kyun kar rahe hain? yahan par is contradiction</w:t>
      </w:r>
      <w:r>
        <w:br/>
      </w:r>
      <w:r>
        <w:rPr>
          <w:sz w:val="20"/>
        </w:rPr>
        <w:t>43:00  ko dekh kar ke ke insan mein kyun hai aur baqi rest of the world mein kyun nahi hai.</w:t>
      </w:r>
      <w:r>
        <w:br/>
      </w:r>
      <w:r>
        <w:rPr>
          <w:sz w:val="20"/>
        </w:rPr>
        <w:t>43:05  to aap payen</w:t>
      </w:r>
      <w:r>
        <w:br/>
      </w:r>
      <w:r>
        <w:rPr>
          <w:sz w:val="20"/>
        </w:rPr>
        <w:t>43:10  ke rest of the world jo hai is ko freedom nahi mili hui.</w:t>
      </w:r>
      <w:r>
        <w:br/>
      </w:r>
      <w:r>
        <w:rPr>
          <w:sz w:val="20"/>
        </w:rPr>
        <w:t>43:15  woh law of nature ko follow karti hai.</w:t>
      </w:r>
      <w:r>
        <w:br/>
      </w:r>
      <w:r>
        <w:rPr>
          <w:sz w:val="20"/>
        </w:rPr>
        <w:t>43:20  insan ke siwa jo nature hai, jo dunya hai woh khuda ke law of nature ko follow karti hai.</w:t>
      </w:r>
      <w:r>
        <w:br/>
      </w:r>
      <w:r>
        <w:rPr>
          <w:sz w:val="20"/>
        </w:rPr>
        <w:t>43:25  wahan par koi corruption bhi nahi hai, koi evil bhi nahi hai, kuch bhi nahi hai.</w:t>
      </w:r>
      <w:r>
        <w:br/>
      </w:r>
      <w:r>
        <w:rPr>
          <w:sz w:val="20"/>
        </w:rPr>
        <w:t>43:30  insan mein hai sirf.</w:t>
      </w:r>
      <w:r>
        <w:br/>
      </w:r>
      <w:r>
        <w:rPr>
          <w:sz w:val="20"/>
        </w:rPr>
        <w:t>43:35  to kyun hai ke insan ko khuda ne freedom diya hai? freedom kyun diya hai? test ke liye</w:t>
      </w:r>
      <w:r>
        <w:br/>
      </w:r>
      <w:r>
        <w:rPr>
          <w:sz w:val="20"/>
        </w:rPr>
        <w:t>43:40  diya hai? is tarah explain ki jiye to maloom hoga ye to bohat hi yani koi is mein is</w:t>
      </w:r>
      <w:r>
        <w:br/>
      </w:r>
      <w:r>
        <w:rPr>
          <w:sz w:val="20"/>
        </w:rPr>
        <w:t>43:46  tarah ka ki baat hi nahi hai.</w:t>
      </w:r>
      <w:r>
        <w:br/>
      </w:r>
      <w:r>
        <w:rPr>
          <w:sz w:val="20"/>
        </w:rPr>
        <w:t>43:52  lekin is tarah se explain na kar ke unhon ne ye keh diya ke jo jis dunya mein</w:t>
      </w:r>
      <w:r>
        <w:br/>
      </w:r>
      <w:r>
        <w:rPr>
          <w:sz w:val="20"/>
        </w:rPr>
        <w:t>43:58  itna dunya mein kahan evil hai? evil to is is tiny part mein hai jis ko hum insan kehte hain.</w:t>
      </w:r>
      <w:r>
        <w:br/>
      </w:r>
      <w:r>
        <w:rPr>
          <w:sz w:val="20"/>
        </w:rPr>
        <w:t>44:04  baqi to evil free hai.</w:t>
      </w:r>
      <w:r>
        <w:br/>
      </w:r>
      <w:r>
        <w:rPr>
          <w:sz w:val="20"/>
        </w:rPr>
        <w:t>44:10  puri puri dunya evil free hai.</w:t>
      </w:r>
      <w:r>
        <w:br/>
      </w:r>
      <w:r>
        <w:rPr>
          <w:sz w:val="20"/>
        </w:rPr>
        <w:t>44:15  to main jab main ne parha ye to main ne socha ke in logon ke dil mein shukr</w:t>
      </w:r>
      <w:r>
        <w:br/>
      </w:r>
      <w:r>
        <w:rPr>
          <w:sz w:val="20"/>
        </w:rPr>
        <w:t>44:19  kese aaye? kyunke wo to yani evil thinking bhari hui hai un ke mind mein.</w:t>
      </w:r>
      <w:r>
        <w:br/>
      </w:r>
      <w:r>
        <w:rPr>
          <w:sz w:val="20"/>
        </w:rPr>
        <w:t>44:23  negative thinking bhari hui hai un ke mind mein.</w:t>
      </w:r>
      <w:r>
        <w:br/>
      </w:r>
      <w:r>
        <w:rPr>
          <w:sz w:val="20"/>
        </w:rPr>
        <w:t>44:27  to ye satan aisi baatein dalta hai aadmi ke andar.</w:t>
      </w:r>
      <w:r>
        <w:br/>
      </w:r>
      <w:r>
        <w:rPr>
          <w:sz w:val="20"/>
        </w:rPr>
        <w:t>44:32  is tarah se wo hatata hai logon ko shukr ke rastay se.</w:t>
      </w:r>
      <w:r>
        <w:br/>
      </w:r>
      <w:r>
        <w:rPr>
          <w:sz w:val="20"/>
        </w:rPr>
        <w:t>44:36  jo kaha tha is ne ke she</w:t>
      </w:r>
    </w:p>
    <w:p>
      <w:pPr>
        <w:pStyle w:val="Heading2"/>
      </w:pPr>
      <w:r>
        <w:t>Dream about avoidance and being unaware of own awareness</w:t>
      </w:r>
    </w:p>
    <w:p>
      <w:r>
        <w:rPr>
          <w:color w:val="666666"/>
          <w:sz w:val="18"/>
        </w:rPr>
        <w:t>Principle of Avoidance in Islam I 12 Dec, 2010 - Maulana Wahiduddin Khan · 4m 03s · at 0:52 · https://youtu.be/LcEmPmf5es0?t=52</w:t>
      </w:r>
    </w:p>
    <w:p>
      <w:r>
        <w:rPr>
          <w:i/>
        </w:rPr>
        <w:t>“Aaj ka topic bahut ajeeb sa hai mere liye.”</w:t>
      </w:r>
    </w:p>
    <w:p>
      <w:r>
        <w:rPr>
          <w:sz w:val="20"/>
        </w:rPr>
        <w:t>0:52  aaj ka topic bohat ajeeb sa hai mere liye.</w:t>
      </w:r>
      <w:r>
        <w:br/>
      </w:r>
      <w:r>
        <w:rPr>
          <w:sz w:val="20"/>
        </w:rPr>
        <w:t>0:58  kal shaam tak mujhe samajh mein nahin aaya tha ke aaj ka topic kya ho, to sochte sochte mein so gaya. phir raat ko ek khwaab dekha ke koi shakhs mujh se keh raha hai ke aap itna zyada</w:t>
      </w:r>
      <w:r>
        <w:br/>
      </w:r>
      <w:r>
        <w:rPr>
          <w:sz w:val="20"/>
        </w:rPr>
        <w:t>1:16  e'raaz ki baat karte hain, to kab tak e'raaz kiya jaaye?</w:t>
      </w:r>
      <w:r>
        <w:br/>
      </w:r>
      <w:r>
        <w:rPr>
          <w:sz w:val="20"/>
        </w:rPr>
        <w:t>1:27  main ne kaha ek e'raaz to hamesha karna hai, is mein kab tak ka sawaal hai?</w:t>
      </w:r>
      <w:r>
        <w:br/>
      </w:r>
      <w:r>
        <w:rPr>
          <w:sz w:val="20"/>
        </w:rPr>
        <w:t>1:37  e'raaz to karna hi karna hai, e'raaz ka matlab hai avoidance, avoid karna.</w:t>
      </w:r>
      <w:r>
        <w:br/>
      </w:r>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r>
        <w:br/>
      </w:r>
      <w:r>
        <w:rPr>
          <w:sz w:val="20"/>
        </w:rPr>
        <w:t>2:43  to main ne kaha ke aap ek usool jis ko jaante hain road par, usi usool ko aap zindagi mein nahin jaante.</w:t>
      </w:r>
      <w:r>
        <w:br/>
      </w:r>
      <w:r>
        <w:rPr>
          <w:sz w:val="20"/>
        </w:rPr>
        <w:t>2:55  kyun ke aap ke saamne ek car hoti hai,</w:t>
      </w:r>
      <w:r>
        <w:br/>
      </w:r>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r>
        <w:br/>
      </w:r>
      <w:r>
        <w:rPr>
          <w:sz w:val="20"/>
        </w:rPr>
        <w:t>3:34  to aap dekhiye ke car jo hai mister non ego hai,</w:t>
      </w:r>
      <w:r>
        <w:br/>
      </w:r>
      <w:r>
        <w:rPr>
          <w:sz w:val="20"/>
        </w:rPr>
        <w:t>3:39  tab to aap ko problem nahin aata, bohat aasani se aap e'raaz karte hain.</w:t>
      </w:r>
      <w:r>
        <w:br/>
      </w:r>
      <w:r>
        <w:rPr>
          <w:sz w:val="20"/>
        </w:rPr>
        <w:t>3:46  aur jaise hi aap insaan se maamla pada to aap kehte hain ke e'raaz avoid kab tak karein? to main ne kaha ke wahi kijiye jo aap road par car mein chalte hue karte hain.</w:t>
      </w:r>
      <w:r>
        <w:br/>
      </w:r>
      <w:r>
        <w:rPr>
          <w:sz w:val="20"/>
        </w:rPr>
        <w:t>4:03  kyun ke apne jaanne se bekhabar hain aap. jis baat ko aap jaante hain road par safar ke maamle mein, usi ko aap nahin jaante insaan ke saath rehne ke maamle mein.</w:t>
      </w:r>
      <w:r>
        <w:br/>
      </w:r>
      <w:r>
        <w:rPr>
          <w:sz w:val="20"/>
        </w:rPr>
        <w:t>4:19  to yeh baat usey kehte hue mere dimaagh se ek ek naya jumla nikla jo</w:t>
      </w:r>
      <w:r>
        <w:br/>
      </w:r>
      <w:r>
        <w:rPr>
          <w:sz w:val="20"/>
        </w:rPr>
        <w:t>4:22  main pehle se mere dimaagh mein nahin tha.</w:t>
      </w:r>
      <w:r>
        <w:br/>
      </w:r>
      <w:r>
        <w:rPr>
          <w:sz w:val="20"/>
        </w:rPr>
        <w:t>4:28  woh yeh tha ke being unaware of ones awareness, being unaware of ones awareness, yaani apne jaanne se bekhabar hona.</w:t>
      </w:r>
      <w:r>
        <w:br/>
      </w:r>
      <w:r>
        <w:rPr>
          <w:sz w:val="20"/>
        </w:rPr>
        <w:t>4:44  to main sochta raha ke aakhir Allah yeh mere khwaab mein yeh lafz kyun aaya mere mind mein? ke aadmi apne jaanne se bekhabar hota hai.</w:t>
      </w:r>
    </w:p>
    <w:p>
      <w:pPr>
        <w:pStyle w:val="Heading2"/>
      </w:pPr>
      <w:r>
        <w:t>Wall of modesty explained to priest</w:t>
      </w:r>
    </w:p>
    <w:p>
      <w:r>
        <w:rPr>
          <w:color w:val="666666"/>
          <w:sz w:val="18"/>
        </w:rPr>
        <w:t>CPS Mission · 59s · at 21:44 · https://youtu.be/Ial-p18iypI?t=1304</w:t>
      </w:r>
    </w:p>
    <w:p>
      <w:r>
        <w:rPr>
          <w:i/>
        </w:rPr>
        <w:t>“I humbly presented this explanation to the priest.”</w:t>
      </w:r>
    </w:p>
    <w:p>
      <w:r>
        <w:rPr>
          <w:sz w:val="20"/>
        </w:rPr>
        <w:t>21:44  i humbly presented this explanation to the press, saying that the wall here does not refer to a wall of brick and mortar, rather it refers to a wall of modesty.</w:t>
      </w:r>
      <w:r>
        <w:br/>
      </w:r>
      <w:r>
        <w:rPr>
          <w:sz w:val="20"/>
        </w:rPr>
        <w:t>21:57  this is a wall which a woman should build around her self with her grace and dignity which will act as a protection in her interactions.</w:t>
      </w:r>
      <w:r>
        <w:br/>
      </w:r>
      <w:r>
        <w:rPr>
          <w:sz w:val="20"/>
        </w:rPr>
        <w:t>22:07  any one in his interactions with a woman</w:t>
      </w:r>
      <w:r>
        <w:br/>
      </w:r>
      <w:r>
        <w:rPr>
          <w:sz w:val="20"/>
        </w:rPr>
        <w:t>22:11  harbors any indecent intention should feel the presence of a wall of respect between him and the lady he is dealing with.</w:t>
      </w:r>
      <w:r>
        <w:br/>
      </w:r>
      <w:r>
        <w:rPr>
          <w:sz w:val="20"/>
        </w:rPr>
        <w:t>22:22  upon hearing this, the press said, sister, this is a very meaningful explanation. considering this incident, is it not necessary that we need to understand them in the present context for our own implementation and to present its beautiful and profound as</w:t>
      </w:r>
    </w:p>
    <w:p>
      <w:pPr>
        <w:pStyle w:val="Heading2"/>
      </w:pPr>
      <w:r>
        <w:t>Politicizing justice is wrong</w:t>
      </w:r>
    </w:p>
    <w:p>
      <w:r>
        <w:rPr>
          <w:color w:val="666666"/>
          <w:sz w:val="18"/>
        </w:rPr>
        <w:t>The Concept of Justice in Islam May 03, 2007 · 2m 52s · at 6:40 · https://youtu.be/DY5SY8H554c?t=400</w:t>
      </w:r>
    </w:p>
    <w:p>
      <w:r>
        <w:rPr>
          <w:i/>
        </w:rPr>
        <w:t>“They have politicized the concept of justice. How?”</w:t>
      </w:r>
    </w:p>
    <w:p>
      <w:r>
        <w:rPr>
          <w:sz w:val="20"/>
        </w:rPr>
        <w:t>6:40  They have politicized the concept of justice. How? They</w:t>
      </w:r>
      <w:r>
        <w:br/>
      </w:r>
      <w:r>
        <w:rPr>
          <w:sz w:val="20"/>
        </w:rPr>
        <w:t>6:56  took the word Adl or justice in</w:t>
      </w:r>
      <w:r>
        <w:br/>
      </w:r>
      <w:r>
        <w:rPr>
          <w:sz w:val="20"/>
        </w:rPr>
        <w:t>7:07  passive ways. All the verses deal, all the verses in the Quran are in passive ways. But these scholars have taken it in active ways.</w:t>
      </w:r>
      <w:r>
        <w:br/>
      </w:r>
      <w:r>
        <w:rPr>
          <w:sz w:val="20"/>
        </w:rPr>
        <w:t>7:20  That is,</w:t>
      </w:r>
      <w:r>
        <w:br/>
      </w:r>
      <w:r>
        <w:rPr>
          <w:sz w:val="20"/>
        </w:rPr>
        <w:t>7:25  all the verses tell us that you have to follow the principle of justice. But they interpreted these verses in such a manner that Quran enjoins us to impose Qist on the earth</w:t>
      </w:r>
      <w:r>
        <w:br/>
      </w:r>
      <w:r>
        <w:rPr>
          <w:sz w:val="20"/>
        </w:rPr>
        <w:t>7:49  . To implement Qist on all the people. So they have taken these verses in active ways, although all these verses are in passive ways.</w:t>
      </w:r>
      <w:r>
        <w:br/>
      </w:r>
      <w:r>
        <w:rPr>
          <w:sz w:val="20"/>
        </w:rPr>
        <w:t>8:06  Basically, they have</w:t>
      </w:r>
      <w:r>
        <w:br/>
      </w:r>
      <w:r>
        <w:rPr>
          <w:sz w:val="20"/>
        </w:rPr>
        <w:t>8:17  taken two verses from the Quran.</w:t>
      </w:r>
      <w:r>
        <w:br/>
      </w:r>
      <w:r>
        <w:rPr>
          <w:sz w:val="20"/>
        </w:rPr>
        <w:t>8:25  And</w:t>
      </w:r>
      <w:r>
        <w:br/>
      </w:r>
      <w:r>
        <w:rPr>
          <w:sz w:val="20"/>
        </w:rPr>
        <w:t>8:28  basically, there are two scholars. One is an Arab scholar and the second is the scholar who was born in India.</w:t>
      </w:r>
      <w:r>
        <w:br/>
      </w:r>
      <w:r>
        <w:rPr>
          <w:sz w:val="20"/>
        </w:rPr>
        <w:t>8:44  So Syed Qutb is a well-known Arab scholar. He has published a commentary that is Fi Jalalil Quran.</w:t>
      </w:r>
      <w:r>
        <w:br/>
      </w:r>
      <w:r>
        <w:rPr>
          <w:sz w:val="20"/>
        </w:rPr>
        <w:t>8:59  It is an Arabic commentary of the Quran. And Syed Abdullah Al-Mawdudi has published a complete commentary in Urdu.</w:t>
      </w:r>
      <w:r>
        <w:br/>
      </w:r>
      <w:r>
        <w:rPr>
          <w:sz w:val="20"/>
        </w:rPr>
        <w:t>9:15  Its title is Tafhimul Quran. So basically, there are two scholars. One from Arab and the second from Indian subcontinent.</w:t>
      </w:r>
      <w:r>
        <w:br/>
      </w:r>
      <w:r>
        <w:rPr>
          <w:sz w:val="20"/>
        </w:rPr>
        <w:t>9:28  These scholars have</w:t>
      </w:r>
    </w:p>
    <w:p>
      <w:pPr>
        <w:pStyle w:val="Heading2"/>
      </w:pPr>
      <w:r>
        <w:t>Purposeful person plans morning, reflects each evening</w:t>
      </w:r>
    </w:p>
    <w:p>
      <w:r>
        <w:rPr>
          <w:color w:val="666666"/>
          <w:sz w:val="18"/>
        </w:rPr>
        <w:t>The Quran 11 90 CPS Women Weekly Discussion 32 December 10, 2023 · 29s · at 7:53 · https://youtu.be/GB7dNbRkNI4?t=473</w:t>
      </w:r>
    </w:p>
    <w:p>
      <w:r>
        <w:rPr>
          <w:i/>
        </w:rPr>
        <w:t>“बामकसद आदमी सुबह मनसूबा बनाए, शाम को महासबा करे”</w:t>
      </w:r>
    </w:p>
    <w:p>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r>
        <w:br/>
      </w:r>
      <w:r>
        <w:rPr>
          <w:sz w:val="20"/>
        </w:rPr>
        <w:t>8:22  isse kya modesty develop hoti hai ek individual ke andar?</w:t>
      </w:r>
    </w:p>
    <w:p>
      <w:pPr>
        <w:pStyle w:val="Heading2"/>
      </w:pPr>
      <w:r>
        <w:t>Compare self to God for humility</w:t>
      </w:r>
    </w:p>
    <w:p>
      <w:r>
        <w:rPr>
          <w:color w:val="666666"/>
          <w:sz w:val="18"/>
        </w:rPr>
        <w:t>Combined Efforts April 14, 2018 · 49s · at 37:03 · https://youtu.be/0Sv4c7bEwX4?t=2223</w:t>
      </w:r>
    </w:p>
    <w:p>
      <w:r>
        <w:rPr>
          <w:i/>
        </w:rPr>
        <w:t>“Main hamesha compare karta hoon apne aap ko god se”</w:t>
      </w:r>
    </w:p>
    <w:p>
      <w:r>
        <w:rPr>
          <w:sz w:val="20"/>
        </w:rPr>
        <w:t>37:03  yaqeen kijiye, rozana compare karta hoon. in comparison that we understand. to main jab compare karta hoon to apne ko bohat chota pata hoon aur khuda ko bohat bara pata hoon.</w:t>
      </w:r>
      <w:r>
        <w:br/>
      </w:r>
      <w:r>
        <w:rPr>
          <w:sz w:val="20"/>
        </w:rPr>
        <w:t>37:17  to phir jo is tarah compare kare, wo wo uska ego kahan se aa jayega? kahan se aa jayega?</w:t>
      </w:r>
      <w:r>
        <w:br/>
      </w:r>
      <w:r>
        <w:rPr>
          <w:sz w:val="20"/>
        </w:rPr>
        <w:t>37:26  khuda ke direct hukum ke khilaf kiya? adam ne khuda ne direct kaha tha, us pe pass na jana.</w:t>
      </w:r>
      <w:r>
        <w:br/>
      </w:r>
      <w:r>
        <w:rPr>
          <w:sz w:val="20"/>
        </w:rPr>
        <w:t>37:36  direct kaha, phir bhi adam ne us ko kharab kar diya. to khuda ek ek kahega ab se ke mera mera direct mera hukum ko nahi follow kiya adam ne aur main ne us ko maaf kar diya.</w:t>
      </w:r>
    </w:p>
    <w:p>
      <w:pPr>
        <w:pStyle w:val="Heading2"/>
      </w:pPr>
      <w:r>
        <w:t>Patience has no limit</w:t>
      </w:r>
    </w:p>
    <w:p>
      <w:r>
        <w:rPr>
          <w:color w:val="666666"/>
          <w:sz w:val="18"/>
        </w:rPr>
        <w:t>Dars-e-Quran, Chapter 2, Verses 44-46, January 28, 2018 · 30s · at 1:11:24 · https://youtu.be/3Kd5InuBtFA?t=4284</w:t>
      </w:r>
    </w:p>
    <w:p>
      <w:r>
        <w:rPr>
          <w:i/>
        </w:rPr>
        <w:t>“سب سے بڑی عبادت، اس کی بھی لمٹ رہے گی؟”</w:t>
      </w:r>
    </w:p>
    <w:p>
      <w:r>
        <w:rPr>
          <w:sz w:val="20"/>
        </w:rPr>
        <w:t>1:11:24  sab se bari ibadat, us ki bhi limit rahe gi? patience ki limit hi nahi koi hai. woh to sari zindagi ke liye "inma sabir ujru" baghair hisab. yeh Quran ki ayat hai. sab se bari bekhabri yeh hai ke log jante hi nahi ke sabr, sabr amal hai. yeh yaad</w:t>
      </w:r>
    </w:p>
    <w:p>
      <w:pPr>
        <w:pStyle w:val="Heading2"/>
      </w:pPr>
      <w:r>
        <w:t>Full argument: reconciling gratitude with life's hardship</w:t>
      </w:r>
    </w:p>
    <w:p>
      <w:r>
        <w:rPr>
          <w:color w:val="666666"/>
          <w:sz w:val="18"/>
        </w:rPr>
        <w:t>Problem and Shukr March 15, 2015 · 3m 53s · at 1:16 · https://youtu.be/SPBsXjH1hzM?t=76</w:t>
      </w:r>
    </w:p>
    <w:p>
      <w:r>
        <w:rPr>
          <w:i/>
        </w:rPr>
        <w:t>“Quran ki pehli aayat hai: Alhamdulillahi rabbil aalameen”</w:t>
      </w:r>
    </w:p>
    <w:p>
      <w:r>
        <w:rPr>
          <w:sz w:val="20"/>
        </w:rPr>
        <w:t>1:16  hamd ke maani hote hain shukr. haqeeqat, hamd ki haqeeqat shukr hai, praise nahi hai. to "alhamdulillah rabbil alameen" ka matlab hai: "alshukr lillahi rabbil alameen".</w:t>
      </w:r>
      <w:r>
        <w:br/>
      </w:r>
      <w:r>
        <w:rPr>
          <w:sz w:val="20"/>
        </w:rPr>
        <w:t>1:35  to shukr aap karte hain kab? jab aap ko comfortable life ho, sab cheez aap ki durust ho, koi masla aap ko pareshan na kar raha ho, tab aap kehte hain ke Allah ka shukr hai.</w:t>
      </w:r>
      <w:r>
        <w:br/>
      </w:r>
      <w:r>
        <w:rPr>
          <w:sz w:val="20"/>
        </w:rPr>
        <w:t>1:54  lekin dekhiye, doosri taraf isi quran mein yeh aayat bhi hai ke "laqad khalaqnal insana fi kabadin"</w:t>
      </w:r>
      <w:r>
        <w:br/>
      </w:r>
      <w:r>
        <w:rPr>
          <w:sz w:val="20"/>
        </w:rPr>
        <w:t>2:05  . insaan ko paida kiya hai hum ne kabad mein. kabad ka matlab hota hai problem. to ek aitbaar se duniya darulshukr hai, aur doosre aitbaar se duniya darulkabad hai.</w:t>
      </w:r>
      <w:r>
        <w:br/>
      </w:r>
      <w:r>
        <w:rPr>
          <w:sz w:val="20"/>
        </w:rPr>
        <w:t>2:22  ab dekhiye, do contradictory baat hai yeh.</w:t>
      </w:r>
      <w:r>
        <w:br/>
      </w:r>
      <w:r>
        <w:rPr>
          <w:sz w:val="20"/>
        </w:rPr>
        <w:t>2:27  jab dunya dar-ul-kabad ho, yani problem ho, mushaqqat ho, to shukr kaise karenge aap?</w:t>
      </w:r>
      <w:r>
        <w:br/>
      </w:r>
      <w:r>
        <w:rPr>
          <w:sz w:val="20"/>
        </w:rPr>
        <w:t>2:37  bilkul contradictory soorat-e-haal hai yeh. ke ek taraf Quran yeh kehta hai ke tum shukr ke nafsiyat mein jiyo,</w:t>
      </w:r>
      <w:r>
        <w:br/>
      </w:r>
      <w:r>
        <w:rPr>
          <w:sz w:val="20"/>
        </w:rPr>
        <w:t>2:50  shukr karte hue dunya mein raho, shukr ke ehsas mein tumhare subah shaam guzren, ek taraf yeh kehta hai.</w:t>
      </w:r>
      <w:r>
        <w:br/>
      </w:r>
      <w:r>
        <w:rPr>
          <w:sz w:val="20"/>
        </w:rPr>
        <w:t>3:00  doosri taraf wahi Quran yeh kehta hai ke dunya jo hai tumhare liye mushaqqat ka alam hai,</w:t>
      </w:r>
      <w:r>
        <w:br/>
      </w:r>
      <w:r>
        <w:rPr>
          <w:sz w:val="20"/>
        </w:rPr>
        <w:t>3:09  masla, problem ki jagah hai, to kaise shukr karega aadmi? yeh ek bahut bada sawal tha mere zehen mein, to Allah ke fazl se aaj hi subah ko mujhe iska jawab mila.</w:t>
      </w:r>
      <w:r>
        <w:br/>
      </w:r>
      <w:r>
        <w:rPr>
          <w:sz w:val="20"/>
        </w:rPr>
        <w:t>3:24  wo jawab yeh hai</w:t>
      </w:r>
      <w:r>
        <w:br/>
      </w:r>
      <w:r>
        <w:rPr>
          <w:sz w:val="20"/>
        </w:rPr>
        <w:t>3:29  ke insaan ko dunya mein do mukhtalif pehluon ke darmiyan rehna padta hai. ek taraf yeh ke Allah ke muqable mein iska response kya ho, doosri taraf insaanon ke bare mein iska response kya ho.</w:t>
      </w:r>
      <w:r>
        <w:br/>
      </w:r>
      <w:r>
        <w:rPr>
          <w:sz w:val="20"/>
        </w:rPr>
        <w:t>3:47  yani ek taraf hum rehte hain society mein, insaanon ke darmiyan, to hamara response insaanon ke bare mein kya ho?</w:t>
      </w:r>
      <w:r>
        <w:br/>
      </w:r>
      <w:r>
        <w:rPr>
          <w:sz w:val="20"/>
        </w:rPr>
        <w:t>3:56  doosri taraf hum Allah ki rububiyat mein jeete hain, to Allah ke muqable mein hamara response kya ho?</w:t>
      </w:r>
      <w:r>
        <w:br/>
      </w:r>
      <w:r>
        <w:rPr>
          <w:sz w:val="20"/>
        </w:rPr>
        <w:t>4:06  to is par sochte hue meri samajh aayi ke insaan ko Allah taala ne ek aisi zindagi di hai jis mein back waqt isko do taqazon ke darmiyan jeena padta hai.</w:t>
      </w:r>
      <w:r>
        <w:br/>
      </w:r>
      <w:r>
        <w:rPr>
          <w:sz w:val="20"/>
        </w:rPr>
        <w:t>4:22  yani Allah ki nisbat se shukr, insaan ki nisbat se problem ka tajruba. to kya karna hai?</w:t>
      </w:r>
      <w:r>
        <w:br/>
      </w:r>
      <w:r>
        <w:rPr>
          <w:sz w:val="20"/>
        </w:rPr>
        <w:t>4:33  jo Quran mein aaya hai ke sabr karo, sabr karo, sabr karo, bahut zyada sabr ki baat hai. to sabr aap kis ke bare mein karenge? Allah ke khilaf. Allah ke mamle mein sabr ka koi sawal nahi hai.</w:t>
      </w:r>
      <w:r>
        <w:br/>
      </w:r>
      <w:r>
        <w:rPr>
          <w:sz w:val="20"/>
        </w:rPr>
        <w:t>4:45  to Allah ke mamle mein shukr, insaan ke mamle mein sabr, yeh meri samajh mein aaya.</w:t>
      </w:r>
      <w:r>
        <w:br/>
      </w:r>
      <w:r>
        <w:rPr>
          <w:sz w:val="20"/>
        </w:rPr>
        <w:t>4:54  insaan ko shukr ke ehsas mein jeena hai, Allah ki nisbat se. aur insaan ko sabr ke, sabr karte hue rehna hai insani dunya mein.</w:t>
      </w:r>
    </w:p>
    <w:p>
      <w:pPr>
        <w:pStyle w:val="Heading2"/>
      </w:pPr>
      <w:r>
        <w:t>Happiness from truth is greatest prize</w:t>
      </w:r>
    </w:p>
    <w:p>
      <w:r>
        <w:rPr>
          <w:color w:val="666666"/>
          <w:sz w:val="18"/>
        </w:rPr>
        <w:t>Speaking Truth (In conversation with Maulan) · 30s · at 0:24 · https://youtu.be/Fi3Z0-JgBac?t=24</w:t>
      </w:r>
    </w:p>
    <w:p>
      <w:r>
        <w:rPr>
          <w:i/>
        </w:rPr>
        <w:t>“Dekhiye, yeh question bahut aasaan toh nahi hai”</w:t>
      </w:r>
    </w:p>
    <w:p>
      <w:r>
        <w:rPr>
          <w:sz w:val="20"/>
        </w:rPr>
        <w:t>0:24  dekhiye, yeh question bohat asan to nahi hai, lekin mera aik tajurba hai. woh yeh hai ke</w:t>
      </w:r>
      <w:r>
        <w:br/>
      </w:r>
      <w:r>
        <w:rPr>
          <w:sz w:val="20"/>
        </w:rPr>
        <w:t>0:39  door se dekhne mein to lagta hai ke bohat mushkil hai sach par rehna. lekin agar aadmi aik bar yeh decision le le ke mujhe to sachi par rehna hai,</w:t>
      </w:r>
    </w:p>
    <w:p>
      <w:pPr>
        <w:pStyle w:val="Heading2"/>
      </w:pPr>
      <w:r>
        <w:t>Everyone needs a graveyard to bury others' hurts</w:t>
      </w:r>
    </w:p>
    <w:p>
      <w:r>
        <w:rPr>
          <w:color w:val="666666"/>
          <w:sz w:val="18"/>
        </w:rPr>
        <w:t>Lessons from The Quran And Hadith · 38s · at 31:08 · https://youtu.be/fBflSQEPstg?t=1868</w:t>
      </w:r>
    </w:p>
    <w:p>
      <w:r>
        <w:rPr>
          <w:i/>
        </w:rPr>
        <w:t>“Har aadmi ke paas ek bada qabristan hona chahiye.”</w:t>
      </w:r>
    </w:p>
    <w:p>
      <w:r>
        <w:rPr>
          <w:sz w:val="20"/>
        </w:rPr>
        <w:t>31:08  Kisi ne sahi kaha ke har aadmi ke paas ek bahut bada qabristan hona chahiye. Har aadmi ke paas ek bahut bada qabristan hona chahiye.</w:t>
      </w:r>
      <w:r>
        <w:br/>
      </w:r>
      <w:r>
        <w:rPr>
          <w:sz w:val="20"/>
        </w:rPr>
        <w:t>31:18  Jiske andar woh doosron ki ezaon ko dafan kar sake.</w:t>
      </w:r>
      <w:r>
        <w:br/>
      </w:r>
      <w:r>
        <w:rPr>
          <w:sz w:val="20"/>
        </w:rPr>
        <w:t>31:25  Jab aadmi sataye, jab aadmi eza pahunchaye to usko dafan kar sake is qabristan mein.</w:t>
      </w:r>
      <w:r>
        <w:br/>
      </w:r>
      <w:r>
        <w:rPr>
          <w:sz w:val="20"/>
        </w:rPr>
        <w:t>31:36  Yeh hai sabr. To yeh iska faida kya hota hai? Iska faida yeh hota hai ke aapke andar sakaratmak personality banti hai.</w:t>
      </w:r>
    </w:p>
    <w:p>
      <w:pPr>
        <w:pStyle w:val="Heading2"/>
      </w:pPr>
      <w:r>
        <w:t>Journey from gratitude to discovering peace</w:t>
      </w:r>
    </w:p>
    <w:p>
      <w:r>
        <w:rPr>
          <w:color w:val="666666"/>
          <w:sz w:val="18"/>
        </w:rPr>
        <w:t>Indian Muslims May 18, 2014 Maulana Wahiduddin Khan · 4m 34s · at 3:30 · https://youtu.be/jHtuZ4UgvEw?t=210</w:t>
      </w:r>
    </w:p>
    <w:p>
      <w:r>
        <w:rPr>
          <w:i/>
        </w:rPr>
        <w:t>“Subah ko mere mind mein ek naya process jari hua”</w:t>
      </w:r>
    </w:p>
    <w:p>
      <w:r>
        <w:rPr>
          <w:sz w:val="20"/>
        </w:rPr>
        <w:t>3:30  subah ko meray mind mein aik naya process jari hua. soch ka. aik naya process.</w:t>
      </w:r>
      <w:r>
        <w:br/>
      </w:r>
      <w:r>
        <w:rPr>
          <w:sz w:val="20"/>
        </w:rPr>
        <w:t>3:40  main nay socha kay kal sham ko main nay jo khana khaya tha, raat ko woh digest ho gaya. aur subah ko phir mujhe bhook lagi kay main breakfast karoon.</w:t>
      </w:r>
      <w:r>
        <w:br/>
      </w:r>
      <w:r>
        <w:rPr>
          <w:sz w:val="20"/>
        </w:rPr>
        <w:t>3:53  to main nay socha kay kitni bari nemat hai. agar khana hazam na hota to main kiya karta? bohat bara problem hota. phir main utha, bathroom mein gaya.</w:t>
      </w:r>
      <w:r>
        <w:br/>
      </w:r>
      <w:r>
        <w:rPr>
          <w:sz w:val="20"/>
        </w:rPr>
        <w:t>4:07  wahan par pani main nay istemal kiya. to main nay socha kay pani kitni bari nemat hai. pani na hota to kiya haal hota mera? yani wuzu karnay kay liye, nahany kay liye, har kaam kay liye pani.</w:t>
      </w:r>
      <w:r>
        <w:br/>
      </w:r>
      <w:r>
        <w:rPr>
          <w:sz w:val="20"/>
        </w:rPr>
        <w:t>4:23  phir main nay breakfast liya to main nay socha kay daikhain, zameen hamaray liye gehoon uga rahi hai, chana uga rahi hai. darakht phal paida kar rahay hain.</w:t>
      </w:r>
      <w:r>
        <w:br/>
      </w:r>
      <w:r>
        <w:rPr>
          <w:sz w:val="20"/>
        </w:rPr>
        <w:t>4:35  kitni bari nemat hai. yeh sab na hota to kiya hota? yeh sab sochtay huay main apnay ghar kay samnay jo balcony hai, wahan aya.</w:t>
      </w:r>
      <w:r>
        <w:br/>
      </w:r>
      <w:r>
        <w:rPr>
          <w:sz w:val="20"/>
        </w:rPr>
        <w:t>4:48  to suraj nikl raha tha. phir main nay socha kay suraj kay zariye, suraj hum say nau lakh tees hazar mile door hai.</w:t>
      </w:r>
      <w:r>
        <w:br/>
      </w:r>
      <w:r>
        <w:rPr>
          <w:sz w:val="20"/>
        </w:rPr>
        <w:t>4:59  nau crore tees lakh mile door hai. wahan say itni achi roshni chali aa rahi hai. golden light.</w:t>
      </w:r>
      <w:r>
        <w:br/>
      </w:r>
      <w:r>
        <w:rPr>
          <w:sz w:val="20"/>
        </w:rPr>
        <w:t>5:07  agar suraj na hota to kya hota? phir maine dekha ke hawaein chal rahi hain. mujhko oxygen pohncha rahi hain. agar mujhe oxygen na milta to kya hota?</w:t>
      </w:r>
      <w:r>
        <w:br/>
      </w:r>
      <w:r>
        <w:rPr>
          <w:sz w:val="20"/>
        </w:rPr>
        <w:t>5:21  ek ek cheez mein sochta raha, aaj sochta raha. aur shukr karta raha. tab meri samajh mein aaya ke kya wajah hai ke main jeeta hoon shukr mein aur doosre musalman jeete hain mayoosi mein.</w:t>
      </w:r>
      <w:r>
        <w:br/>
      </w:r>
      <w:r>
        <w:rPr>
          <w:sz w:val="20"/>
        </w:rPr>
        <w:t>5:40  ek mujhe discovery hui aaj subah ko. phir main quran ki is aayat ko samjha, jo pehli aayat hai.</w:t>
      </w:r>
      <w:r>
        <w:br/>
      </w:r>
      <w:r>
        <w:rPr>
          <w:sz w:val="20"/>
        </w:rPr>
        <w:t>5:49  alhamdu lillahi rabbil alameen. yaani shukr hai</w:t>
      </w:r>
      <w:r>
        <w:br/>
      </w:r>
      <w:r>
        <w:rPr>
          <w:sz w:val="20"/>
        </w:rPr>
        <w:t>5:57  is allah ka jo saare alam ka rabb hai. dekhein, yeh aayat saada aayat nahi hai.</w:t>
      </w:r>
      <w:r>
        <w:br/>
      </w:r>
      <w:r>
        <w:rPr>
          <w:sz w:val="20"/>
        </w:rPr>
        <w:t>6:06  is mein bohat hi bari baat hai.</w:t>
      </w:r>
      <w:r>
        <w:br/>
      </w:r>
      <w:r>
        <w:rPr>
          <w:sz w:val="20"/>
        </w:rPr>
        <w:t>6:11  is mein yeh baat hai ke aye insaan, allah ka jo allah ki taraf se jo rububiyat ka nizam hai, us par is mein jiyo to shukriya hi shukr tumhare andar rahega.</w:t>
      </w:r>
      <w:r>
        <w:br/>
      </w:r>
      <w:r>
        <w:rPr>
          <w:sz w:val="20"/>
        </w:rPr>
        <w:t>6:29  yeh sab jo baatein maine kahin, woh allah ke nizam rububiyat ke ajzaa hain. yaani neend aati hai, allah ki taraf se aati hai.</w:t>
      </w:r>
      <w:r>
        <w:br/>
      </w:r>
      <w:r>
        <w:rPr>
          <w:sz w:val="20"/>
        </w:rPr>
        <w:t>6:42  hum khana khate hain, woh hazam hota hai, allah ki taraf se hota hai. dana ugta hai zameen se, woh allah ki taraf se hota hai. peed par phal nikalte hain, woh allah ki taraf se hota hai.</w:t>
      </w:r>
      <w:r>
        <w:br/>
      </w:r>
      <w:r>
        <w:rPr>
          <w:sz w:val="20"/>
        </w:rPr>
        <w:t>6:54  suraj ki roshni allah ki taraf se. oxygen ki supply allah ki taraf se. woh saari cheezein hain jis ko hum kehte hain life support system.</w:t>
      </w:r>
      <w:r>
        <w:br/>
      </w:r>
      <w:r>
        <w:rPr>
          <w:sz w:val="20"/>
        </w:rPr>
        <w:t>7:03  woh sab allah ki taraf se hai. aur yeh ek nizam rububiyat hai allah ka, jo yeh sab cheezein hamein supply kar raha hai.</w:t>
      </w:r>
      <w:r>
        <w:br/>
      </w:r>
      <w:r>
        <w:rPr>
          <w:sz w:val="20"/>
        </w:rPr>
        <w:t>7:12  to yeh soch kar ke bilkul yaani shukr se main ek thrilling shukr mujhe mere andar aa gaya. thrilling shukr. na mere mind mein koi tension tha, na koi frustration tha,</w:t>
      </w:r>
      <w:r>
        <w:br/>
      </w:r>
      <w:r>
        <w:rPr>
          <w:sz w:val="20"/>
        </w:rPr>
        <w:t>7:26  na koi negativity thi. tab meri samajh mein aaya ke baat kya hai. agar aap jiyen allah ke rububiyat ka nizam, jo aap ko saari boundaries de raha hai, us mein jiyen to aap shukr hi shukr mein jiyenge.</w:t>
      </w:r>
      <w:r>
        <w:br/>
      </w:r>
      <w:r>
        <w:rPr>
          <w:sz w:val="20"/>
        </w:rPr>
        <w:t>7:47  peace of mind hoga aap ke andar. achha, agar aap jiyen insani intezammat mein, yaani politics mein jiyen, market mein jiyen, duniya mein jo insaan ki sargharmiyan hain, us mein jiyen to aap ke andar mayoosi hi mayoosi hogi.</w:t>
      </w:r>
    </w:p>
    <w:p>
      <w:pPr>
        <w:pStyle w:val="Heading2"/>
      </w:pPr>
      <w:r>
        <w:t>Both truth and lie require sacrifice</w:t>
      </w:r>
    </w:p>
    <w:p>
      <w:r>
        <w:rPr>
          <w:color w:val="666666"/>
          <w:sz w:val="18"/>
        </w:rPr>
        <w:t>Speaking Truth (In conversation with Maulan) · 45s · at 1:55 · https://youtu.be/Fi3Z0-JgBac?t=115</w:t>
      </w:r>
    </w:p>
    <w:p>
      <w:r>
        <w:rPr>
          <w:i/>
        </w:rPr>
        <w:t>“Jo log jhooth bolkar apni zindagi banate hain”</w:t>
      </w:r>
    </w:p>
    <w:p>
      <w:r>
        <w:rPr>
          <w:sz w:val="20"/>
        </w:rPr>
        <w:t>1:55  jo log jhoot bolkar apni zindagi banate hain.</w:t>
      </w:r>
      <w:r>
        <w:br/>
      </w:r>
      <w:r>
        <w:rPr>
          <w:sz w:val="20"/>
        </w:rPr>
        <w:t>1:58  unhe bhi kahin na kahin sacrifice toh karni padti hai.</w:t>
      </w:r>
      <w:r>
        <w:br/>
      </w:r>
      <w:r>
        <w:rPr>
          <w:sz w:val="20"/>
        </w:rPr>
        <w:t>2:01  ki duniya mein, aap jante hain ki hamesha</w:t>
      </w:r>
      <w:r>
        <w:br/>
      </w:r>
      <w:r>
        <w:rPr>
          <w:sz w:val="20"/>
        </w:rPr>
        <w:t>2:05  oonch-neech hota rehta hai.</w:t>
      </w:r>
      <w:r>
        <w:br/>
      </w:r>
      <w:r>
        <w:rPr>
          <w:sz w:val="20"/>
        </w:rPr>
        <w:t>2:07  main samajhta hoon ki sacrifice dono taraf karni padti hai.</w:t>
      </w:r>
      <w:r>
        <w:br/>
      </w:r>
      <w:r>
        <w:rPr>
          <w:sz w:val="20"/>
        </w:rPr>
        <w:t>2:12  ek baar jab main bombay mein gaya, toh ek doodh ki dukaan thi.</w:t>
      </w:r>
      <w:r>
        <w:br/>
      </w:r>
      <w:r>
        <w:rPr>
          <w:sz w:val="20"/>
        </w:rPr>
        <w:t>2:17  wahan badi bheed lagi hui thi.</w:t>
      </w:r>
      <w:r>
        <w:br/>
      </w:r>
      <w:r>
        <w:rPr>
          <w:sz w:val="20"/>
        </w:rPr>
        <w:t>2:21  toh maine socha ki shayad yeh sasta bechte honge doodh.</w:t>
      </w:r>
      <w:r>
        <w:br/>
      </w:r>
      <w:r>
        <w:rPr>
          <w:sz w:val="20"/>
        </w:rPr>
        <w:t>2:24  sasta hone ki bheed hai yahan.</w:t>
      </w:r>
      <w:r>
        <w:br/>
      </w:r>
      <w:r>
        <w:rPr>
          <w:sz w:val="20"/>
        </w:rPr>
        <w:t>2:27  toh pata chala ki nahi, woh mehnga bech rahe the.</w:t>
      </w:r>
      <w:r>
        <w:br/>
      </w:r>
      <w:r>
        <w:rPr>
          <w:sz w:val="20"/>
        </w:rPr>
        <w:t>2:29  woh yeh bombay ka qissa hai.</w:t>
      </w:r>
      <w:r>
        <w:br/>
      </w:r>
      <w:r>
        <w:rPr>
          <w:sz w:val="20"/>
        </w:rPr>
        <w:t>2:33  toh maine unse mila phir.</w:t>
      </w:r>
      <w:r>
        <w:br/>
      </w:r>
      <w:r>
        <w:rPr>
          <w:sz w:val="20"/>
        </w:rPr>
        <w:t>2:36  toh unhone kaha ke main</w:t>
      </w:r>
      <w:r>
        <w:br/>
      </w:r>
      <w:r>
        <w:rPr>
          <w:sz w:val="20"/>
        </w:rPr>
        <w:t>2:39  pure milk supply</w:t>
      </w:r>
    </w:p>
    <w:p>
      <w:pPr>
        <w:pStyle w:val="Heading2"/>
      </w:pPr>
      <w:r>
        <w:t>the Ansar's unmatched generosity toward the Muhajireen</w:t>
      </w:r>
    </w:p>
    <w:p>
      <w:r>
        <w:rPr>
          <w:color w:val="666666"/>
          <w:sz w:val="18"/>
        </w:rPr>
        <w:t>Good Relationships CPS Women Discussion 23 September 10, 2023 · 2m 19s · at 25:55 · https://youtu.be/5UlMoC6-jGU?t=1555</w:t>
      </w:r>
    </w:p>
    <w:p>
      <w:r>
        <w:rPr>
          <w:i/>
        </w:rPr>
        <w:t>“When the Muhajireen reached Madina, the Ansar's generosity was unmatched”</w:t>
      </w:r>
    </w:p>
    <w:p>
      <w:r>
        <w:rPr>
          <w:sz w:val="20"/>
        </w:rPr>
        <w:t>25:55  ki dua aur etraaf ki baat par likha hai Maulana sahab ne ki jab ek makka ke musalman</w:t>
      </w:r>
      <w:r>
        <w:br/>
      </w:r>
      <w:r>
        <w:rPr>
          <w:sz w:val="20"/>
        </w:rPr>
        <w:t>26:05  jab mahazir ki hasiyat se madina mein aaye to rasullah sallaha ne farmaaya is moqaat ki tafsir, sirat</w:t>
      </w:r>
      <w:r>
        <w:br/>
      </w:r>
      <w:r>
        <w:rPr>
          <w:sz w:val="20"/>
        </w:rPr>
        <w:t>26:15  ki kitabon mein maujood hai.</w:t>
      </w:r>
      <w:r>
        <w:br/>
      </w:r>
      <w:r>
        <w:rPr>
          <w:sz w:val="20"/>
        </w:rPr>
        <w:t>26:26  Is maamle mein ansar ne ek tarfa aur vajah se kamale ehsar ka subudh ya uski koi doosri misaar poori tareekh mein nahin milti hai. To us par mahaaj, ansal ke aala suluk se khud mahaazreen ke behad mutasir the. To manasha likhte hain ki is hadith se nehat ahum islami usool maloom hota hai.</w:t>
      </w:r>
      <w:r>
        <w:br/>
      </w:r>
      <w:r>
        <w:rPr>
          <w:sz w:val="20"/>
        </w:rPr>
        <w:t>26:47  woh yeh ki zaid ko bakar se kuch mile, jo hai ajar mil jayega.</w:t>
      </w:r>
      <w:r>
        <w:br/>
      </w:r>
      <w:r>
        <w:rPr>
          <w:sz w:val="20"/>
        </w:rPr>
        <w:t>26:54  to rasool Allah ne unse kaha tha na ki jab tak tum unki inki tareef karo aur Allah</w:t>
      </w:r>
      <w:r>
        <w:br/>
      </w:r>
      <w:r>
        <w:rPr>
          <w:sz w:val="20"/>
        </w:rPr>
        <w:t>27:01  se unke liye dua karte raho.</w:t>
      </w:r>
      <w:r>
        <w:br/>
      </w:r>
      <w:r>
        <w:rPr>
          <w:sz w:val="20"/>
        </w:rPr>
        <w:t>27:08  yeh sabse bada ajar hai.</w:t>
      </w:r>
      <w:r>
        <w:br/>
      </w:r>
      <w:r>
        <w:rPr>
          <w:sz w:val="20"/>
        </w:rPr>
        <w:t>27:15  matlab yeh sabse badi cheez hogi.</w:t>
      </w:r>
      <w:r>
        <w:br/>
      </w:r>
      <w:r>
        <w:rPr>
          <w:sz w:val="20"/>
        </w:rPr>
        <w:t>27:22  to isi ko Maulana sahab ne likha bemaal wale ke paas bhi dene ke liye ek cheez maujood</w:t>
      </w:r>
      <w:r>
        <w:br/>
      </w:r>
      <w:r>
        <w:rPr>
          <w:sz w:val="20"/>
        </w:rPr>
        <w:t>27:29  hai aur dua aur woh dua aur ek taraf hai.</w:t>
      </w:r>
      <w:r>
        <w:br/>
      </w:r>
      <w:r>
        <w:rPr>
          <w:sz w:val="20"/>
        </w:rPr>
        <w:t>27:36  maine sahi se padha nahi tha isko.</w:t>
      </w:r>
      <w:r>
        <w:br/>
      </w:r>
      <w:r>
        <w:rPr>
          <w:sz w:val="20"/>
        </w:rPr>
        <w:t>27:43  to woh jo hai yeh cheez se bhi bahut samajh mein aata hai ki aadmi khali woh cheez</w:t>
      </w:r>
      <w:r>
        <w:br/>
      </w:r>
      <w:r>
        <w:rPr>
          <w:sz w:val="20"/>
        </w:rPr>
        <w:t>27:53  kisi ke paas nahi hoti hai.</w:t>
      </w:r>
      <w:r>
        <w:br/>
      </w:r>
      <w:r>
        <w:rPr>
          <w:sz w:val="20"/>
        </w:rPr>
        <w:t>28:03  to yeh hota hai matlab asli, aala, akhla, yeh mujhe samajh mein aaya.</w:t>
      </w:r>
      <w:r>
        <w:br/>
      </w:r>
      <w:r>
        <w:rPr>
          <w:sz w:val="20"/>
        </w:rPr>
        <w:t>28:14  Papa you are very very true in saying this ki aaj agar musalmanon mein kami hai to prophet muhammad ko wah apna role model kehte to hain, kehte hain lekin mante nahin hain. We have often often seen in our society.</w:t>
      </w:r>
    </w:p>
    <w:p>
      <w:pPr>
        <w:pStyle w:val="Heading2"/>
      </w:pPr>
      <w:r>
        <w:t>I'tikaf and spiritual seclusion</w:t>
      </w:r>
    </w:p>
    <w:p>
      <w:r>
        <w:rPr>
          <w:color w:val="666666"/>
          <w:sz w:val="18"/>
        </w:rPr>
        <w:t>Ramadan Q and A Session with Prof. Farida Khanam 27th March' 2022 · 5m 23s · at 50:17 · https://youtu.be/M_pJVGZWKIM?t=3017</w:t>
      </w:r>
    </w:p>
    <w:p>
      <w:r>
        <w:rPr>
          <w:i/>
        </w:rPr>
        <w:t>“Matlab compulsory toh nahi hai lekin iske baare mein”</w:t>
      </w:r>
    </w:p>
    <w:p>
      <w:r>
        <w:rPr>
          <w:sz w:val="20"/>
        </w:rPr>
        <w:t>50:17  matlab compulsory toh nahi hai lekin iske bare mein kuch batayenge yahan paritapa aur agar jaise ladies masjid nahi ja sakti toh ghar mein kar sakti hain. ghar mein kya kahein? aitkaf. haan aitkaf toh ladies ghar mein karti hain. ladies ghar mein kar sakti hain. ji uske bare mein thoda explain kar denge matlab kis tarah se karna hota hai.</w:t>
      </w:r>
      <w:r>
        <w:br/>
      </w:r>
      <w:r>
        <w:rPr>
          <w:sz w:val="20"/>
        </w:rPr>
        <w:t>50:45  koi time fix nahi hota matlab do teen ghante ke liye bhi kar sakte hain. haan, sahi baat hai na aadhe aadhe din keep karte hain lekin ramzan ka jo tha na ramzan ke naam se karein to karte hain. waise to woh ramzan ka respation nahi hoga. das din behtar hai lekin agar hamare paas kam time hai aur ladies ki bahut zimmedariyan hoti hain to hum kam time ke liye bhi aitikaf kar sakte hain.</w:t>
      </w:r>
      <w:r>
        <w:br/>
      </w:r>
      <w:r>
        <w:rPr>
          <w:sz w:val="20"/>
        </w:rPr>
        <w:t>51:11  wahi hota hai wahi nafil namaden, wahi quran, wahi duaen yahi sab hota hai alag se nahi kuch hota hai. quran ka matlab karju mein se karna? puran kuch samajhkar padhna, usko tadabur karna to woh hai thodi do uski thodi translation jisko aadmi na aati hoon translation ke saath padhna to yeh sab hai.</w:t>
      </w:r>
      <w:r>
        <w:br/>
      </w:r>
      <w:r>
        <w:rPr>
          <w:sz w:val="20"/>
        </w:rPr>
        <w:t>51:35  abba aitikaf ke bare mein humne yeh suna hai ki ek ghar ka ek kona apne liye woh kar lein aur shayad family members ko bata dein ki woh aitikaf mein baithi hain unko koi disturb na karein. aisa kuch hai aapka? suna aam halat mein koi disturb na karein lekin agar koi bahut emergency situation aa gayi hai to uth bhi sakte hain.</w:t>
      </w:r>
      <w:r>
        <w:br/>
      </w:r>
      <w:r>
        <w:rPr>
          <w:sz w:val="20"/>
        </w:rPr>
        <w:t>51:58  ek baar abdullah ibn e abbas yeh the kaf mein the mazdir nabbir mein koi aa gaya uski koi sab zaroorat ke liye to abdullah ibn e abbas uthkar gaye uska kaam kiya phir khamoshi se kaam karke phir aakar itne kaf mein baith gaye. to emergency ke liye uthe. aam halat mein nahi uthae. ok, doctor najma siddiqui hai. she wants to ask one question. aap aap mute unmute karein apne. awaaz nahi aa</w:t>
      </w:r>
      <w:r>
        <w:br/>
      </w:r>
      <w:r>
        <w:rPr>
          <w:sz w:val="20"/>
        </w:rPr>
        <w:t>52:28  rahi hai? theek hai. assalamualikum. maine abhi Maulana ka ek video dekha tha to Maulana ne kaha ki yeh jo last ke din hai yeh ek tarah se hamara physical aitikaf hai. lekin otherwise spiritual, spiritual ek aitikaf to pure ramzan hai aur iske alawa bhi agar hum har waqt Allah ke bare mein sochte hain to woh bhi hamara aitikaf hai.</w:t>
      </w:r>
      <w:r>
        <w:br/>
      </w:r>
      <w:r>
        <w:rPr>
          <w:sz w:val="20"/>
        </w:rPr>
        <w:t>52:56  to main doctor farida khanam se kahungi zara is baat ko elaborate kar doon. jo unhone Maulana ne yeh baat kari hai. aitikaf ka literal meaning hai seclusion ghosha nasheeni. haan. to asal mein kya hai ki is duniya mein jab aadmi hai to bahut sari uski madhya zarooraten hoti hain to uski wajah se bahut zyada woh spiritual uska development jitna hona chahiye nahi ho ho pata.</w:t>
      </w:r>
      <w:r>
        <w:br/>
      </w:r>
      <w:r>
        <w:rPr>
          <w:sz w:val="20"/>
        </w:rPr>
        <w:t>53:23  yeh madhya cheezen jo hain na woh ek whale ban jati hain. to isliye hum ek tikaf mein log jaate hain taaki bilkul total sense mein woh Khuda se matlab aj ho sake.</w:t>
      </w:r>
      <w:r>
        <w:br/>
      </w:r>
      <w:r>
        <w:rPr>
          <w:sz w:val="20"/>
        </w:rPr>
        <w:t>53:37  to yeh jo hai ehtikaf ka yahi matlab hai aur woh hai to woh physical to physical hum</w:t>
      </w:r>
      <w:r>
        <w:br/>
      </w:r>
      <w:r>
        <w:rPr>
          <w:sz w:val="20"/>
        </w:rPr>
        <w:t>53:43  namaz aise kar rahe hain yeh physical hai lekin hum kin kin jazbaad ke saath namaz padh rahe</w:t>
      </w:r>
      <w:r>
        <w:br/>
      </w:r>
      <w:r>
        <w:rPr>
          <w:sz w:val="20"/>
        </w:rPr>
        <w:t>53:50  hain kitna humne khuda mein dil lagaya hua hai khuda se hamare kitna talluq hai to woh sab</w:t>
      </w:r>
      <w:r>
        <w:br/>
      </w:r>
      <w:r>
        <w:rPr>
          <w:sz w:val="20"/>
        </w:rPr>
        <w:t>53:57  spiritual lete hain kaafi to sab poori saari ibaadaat hi asal mein uska ibaadaat jo wahi hai</w:t>
      </w:r>
      <w:r>
        <w:br/>
      </w:r>
      <w:r>
        <w:rPr>
          <w:sz w:val="20"/>
        </w:rPr>
        <w:t>54:04  jo spiritual ho jo hamare dil aur dimaag ke saath poore tareeqe se woh nikle aur khali jo</w:t>
      </w:r>
      <w:r>
        <w:br/>
      </w:r>
      <w:r>
        <w:rPr>
          <w:sz w:val="20"/>
        </w:rPr>
        <w:t>54:10  log main ek pissa aapko batati hoon ke masjid nabbe mein ek shahi aaye namaz padhi unhone rasoolullah</w:t>
      </w:r>
      <w:r>
        <w:br/>
      </w:r>
      <w:r>
        <w:rPr>
          <w:sz w:val="20"/>
        </w:rPr>
        <w:t>54:17  masjid mein baithe hue the namaz padhi to aapne kaha ke jab namaz padhkar aaye to aapne kaha</w:t>
      </w:r>
      <w:r>
        <w:br/>
      </w:r>
      <w:r>
        <w:rPr>
          <w:sz w:val="20"/>
        </w:rPr>
        <w:t>54:24  jao dobara namaz padhoge kyunke tumne namaz nahin padhi.</w:t>
      </w:r>
      <w:r>
        <w:br/>
      </w:r>
      <w:r>
        <w:rPr>
          <w:sz w:val="20"/>
        </w:rPr>
        <w:t>54:31  iska matlab hai unhone yeh sara to pura kiya hoga na farm wali namaz lekin woh work nahi hui jab tak hum pure dilo dimagh ke saath spirit ke saath namaz nahi padhenge to ya namaz ya koi bhi ibadat to woh pura ke haan acceptable nahi hogi. wahi wahi wahi spiritual namaz hai wahi spiritual ho jaye. I think we should end this session now. We are getting a seat.</w:t>
      </w:r>
      <w:r>
        <w:br/>
      </w:r>
      <w:r>
        <w:rPr>
          <w:sz w:val="20"/>
        </w:rPr>
        <w:t>55:00  chalo chalo mera ek program hai.</w:t>
      </w:r>
      <w:r>
        <w:br/>
      </w:r>
      <w:r>
        <w:rPr>
          <w:sz w:val="20"/>
        </w:rPr>
        <w:t>55:10  Ok, So I think we should end this session giving aap a time to prepare for tomorrow.</w:t>
      </w:r>
      <w:r>
        <w:br/>
      </w:r>
      <w:r>
        <w:rPr>
          <w:sz w:val="20"/>
        </w:rPr>
        <w:t>55:20  So farad bhai ek chhoti si dua kar dein session ko end kar dein.</w:t>
      </w:r>
      <w:r>
        <w:br/>
      </w:r>
      <w:r>
        <w:rPr>
          <w:sz w:val="20"/>
        </w:rPr>
        <w:t>55:30  hum dua mein abhi aaj woh dua padhenge jo rasoolullah sallallahu sallallahu chand dekhne ke liye padhte the.</w:t>
      </w:r>
      <w:r>
        <w:br/>
      </w:r>
      <w:r>
        <w:rPr>
          <w:sz w:val="20"/>
        </w:rPr>
        <w:t>55:40  Islam, aur abdi aur abdullah, hilalu rusting waqair. kya Allah hamare upar is ramzan ko amn aur iman ke saath lah, salamati aur Islam ke saath rah. mera rab Allah hai ab ramzan kab hi rab Allah hai. Allah is ramzan ko purust aur khair wala ramzan banao. amin. amin. summa amin.</w:t>
      </w:r>
    </w:p>
    <w:p>
      <w:pPr>
        <w:pStyle w:val="Heading2"/>
      </w:pPr>
      <w:r>
        <w:t>Starting point for reform: realism</w:t>
      </w:r>
    </w:p>
    <w:p>
      <w:r>
        <w:rPr>
          <w:color w:val="666666"/>
          <w:sz w:val="18"/>
        </w:rPr>
        <w:t>Realistic Approach March 30, 2014 Maulana Wahiduddin Khan · 45s · at 2:10 · https://youtu.be/K36UonBsGlA?t=130</w:t>
      </w:r>
    </w:p>
    <w:p>
      <w:r>
        <w:rPr>
          <w:i/>
        </w:rPr>
        <w:t>“If you want to reform Muslims, here is the starting point.”</w:t>
      </w:r>
    </w:p>
    <w:p>
      <w:r>
        <w:rPr>
          <w:sz w:val="20"/>
        </w:rPr>
        <w:t>2:10  to agar kisi ko kuch kaam karna hai musalmanon ki islaah ke liye to Here is the starting point. Doosron ke zulm ke khilaaf cheekh pukaar karna, yeh kehna ke yeh dushman hai, woh dushman hai, yeh sab bilkul Baseless baatein hain.</w:t>
      </w:r>
      <w:r>
        <w:br/>
      </w:r>
      <w:r>
        <w:rPr>
          <w:sz w:val="20"/>
        </w:rPr>
        <w:t>2:25  Baseless baatein hain. Aap hazaar saal tak cheeqte rahiye, kuch hone wala nahi hai. Asal cheez yeh hai ke musalmanon mein Realistic Approach laai jaye.</w:t>
      </w:r>
      <w:r>
        <w:br/>
      </w:r>
      <w:r>
        <w:rPr>
          <w:sz w:val="20"/>
        </w:rPr>
        <w:t>2:40  haqeeqat pasandi laai jaye. Rasool Allah Salallahu Alaihi Wasallam ne apni dua mein yeh alfaaz bolay thay ke Allah aye Allah</w:t>
      </w:r>
    </w:p>
    <w:p>
      <w:pPr>
        <w:pStyle w:val="Heading2"/>
      </w:pPr>
      <w:r>
        <w:t>Unawareness of changed times leads to politics</w:t>
      </w:r>
    </w:p>
    <w:p>
      <w:r>
        <w:rPr>
          <w:color w:val="666666"/>
          <w:sz w:val="18"/>
        </w:rPr>
        <w:t>Q&amp;A 03 Jan 2010 - Maulana Wahiduddin Khan · 1m 45s · at 5:47 · https://youtu.be/tEiK4snkN_Y?t=347</w:t>
      </w:r>
    </w:p>
    <w:p>
      <w:r>
        <w:rPr>
          <w:i/>
        </w:rPr>
        <w:t>“Main samajhta hoon ki unawareness iska raaj hai”</w:t>
      </w:r>
    </w:p>
    <w:p>
      <w:r>
        <w:rPr>
          <w:sz w:val="20"/>
        </w:rPr>
        <w:t>5:47  main samajhta hoon ki unawareness iska raaz hai. jaante hain nahin ki zamana badal gaya hai. zamane mein kya nayi baatein hain. aur jo maari jaati hai, iski hamare ulama par, leaderon par, rama par, unhone bataya nahin naujawanon ko</w:t>
      </w:r>
      <w:r>
        <w:br/>
      </w:r>
      <w:r>
        <w:rPr>
          <w:sz w:val="20"/>
        </w:rPr>
        <w:t>6:04  ki ek naye zamane mein hum dakhel ho gaye hain.</w:t>
      </w:r>
      <w:r>
        <w:br/>
      </w:r>
      <w:r>
        <w:rPr>
          <w:sz w:val="20"/>
        </w:rPr>
        <w:t>6:11  purani zamane zamane ki baat hai. kabhi hai naujawan muslim, tadabbar bhi kiya tu ne. wo kya gardu hai tu, jiska hai toota hua tara. bas maji ke yani political jo badhai hai, usi ko yaad dilate rahe. bas</w:t>
      </w:r>
      <w:r>
        <w:br/>
      </w:r>
      <w:r>
        <w:rPr>
          <w:sz w:val="20"/>
        </w:rPr>
        <w:t>6:28  maji hum aise the, maji hum aise the.</w:t>
      </w:r>
      <w:r>
        <w:br/>
      </w:r>
      <w:r>
        <w:rPr>
          <w:sz w:val="20"/>
        </w:rPr>
        <w:t>6:34  khud meri family mein ek jo hamare ek bade shayar the, khud meri family mein, to wo bhi isi tarah ki baatein karte the. unka sher tha ki, "ya dayam ke tale qaum ka bedaar tha, har musalman nashe tauheed mein sarshaar tha." bas wahi yaad aayi. maji ke maji ki yaad.</w:t>
      </w:r>
      <w:r>
        <w:br/>
      </w:r>
      <w:r>
        <w:rPr>
          <w:sz w:val="20"/>
        </w:rPr>
        <w:t>6:57  aaj jo opportunity khuli hai, aaj jo naye halaat paida hue hain, jo hamare liye favorable hai, wo kisi ne bataya hi nahi. kisi ne bhi nahi bataya. allah taala ki taufeeq se, mujhe main pehla shakhs poore muslim world mein, jisne bataya</w:t>
      </w:r>
      <w:r>
        <w:br/>
      </w:r>
      <w:r>
        <w:rPr>
          <w:sz w:val="20"/>
        </w:rPr>
        <w:t>7:14  ki naye opportunity ko avel karo. poore muslim world mein, allah taala ki taufeeq se, main iske liye khada hua ki bataun ki naye mawake khule hain, unko avel karo. lekin sab maji ki baat hai, maji ki baat hai, maji ki baat hai.</w:t>
      </w:r>
    </w:p>
    <w:p>
      <w:pPr>
        <w:pStyle w:val="Heading2"/>
      </w:pPr>
      <w:r>
        <w:t>Dawah is pure work with angelic support</w:t>
      </w:r>
    </w:p>
    <w:p>
      <w:r>
        <w:rPr>
          <w:color w:val="666666"/>
          <w:sz w:val="18"/>
        </w:rPr>
        <w:t>The Importance of Shukr 19 Dec, 2010 - Maulana Wahiduddin Khan · 4m 26s · at 51:15 · https://youtu.be/F4mVn0DwH34?t=3075</w:t>
      </w:r>
    </w:p>
    <w:p>
      <w:r>
        <w:rPr>
          <w:i/>
        </w:rPr>
        <w:t>“Dawat ka jo kaam hai Quran jo hai kitab e dawat hai.”</w:t>
      </w:r>
    </w:p>
    <w:p>
      <w:r>
        <w:rPr>
          <w:sz w:val="20"/>
        </w:rPr>
        <w:t>51:15  dawat dawat ka jo kaam hai to quran jo hai kitab dawat hai sara quran jo hai dawat ki kitab hai sara quran</w:t>
      </w:r>
      <w:r>
        <w:br/>
      </w:r>
      <w:r>
        <w:rPr>
          <w:sz w:val="20"/>
        </w:rPr>
        <w:t>51:34  is mein kuch aayatein aisi hain jo bahut hi ajeeb aayatein hain jo yeh batati hain ke daai ke liye special security hoti hai bahut ajeeb baat hai aam logon ke liye koi special security nahi hai inhe khud hi arrange karna hai aap apna mamla karein to karein nahi to na karein to marein</w:t>
      </w:r>
      <w:r>
        <w:br/>
      </w:r>
      <w:r>
        <w:rPr>
          <w:sz w:val="20"/>
        </w:rPr>
        <w:t>52:02  daai ke liye special securi</w:t>
      </w:r>
      <w:r>
        <w:br/>
      </w:r>
      <w:r>
        <w:rPr>
          <w:sz w:val="20"/>
        </w:rPr>
        <w:t>52:03  ty hai lahu ma'aqqabatun min bayni yadayhi wa min khalfihi yahfazoohum min amrillah yani daai ki is ka matlab yeh hai ke daai ke aage peeche farishte hote hain jo uski himayat karte hain Allah ke hukum se aur bhi aayatein is mafhoom ki hain quran majeed mein yani special security usko kahenge</w:t>
      </w:r>
      <w:r>
        <w:br/>
      </w:r>
      <w:r>
        <w:rPr>
          <w:sz w:val="20"/>
        </w:rPr>
        <w:t>52:28  special security</w:t>
      </w:r>
      <w:r>
        <w:br/>
      </w:r>
      <w:r>
        <w:rPr>
          <w:sz w:val="20"/>
        </w:rPr>
        <w:t>52:32  jis ka matlab kya hua ke dawat ka kaam jab aap ke samne aa jaye</w:t>
      </w:r>
      <w:r>
        <w:br/>
      </w:r>
      <w:r>
        <w:rPr>
          <w:sz w:val="20"/>
        </w:rPr>
        <w:t>52:40  to is yaqeen ke saath is mein apne ko daal dijiye ke ab ab ab mamla Allah ka ho gaya</w:t>
      </w:r>
      <w:r>
        <w:br/>
      </w:r>
      <w:r>
        <w:rPr>
          <w:sz w:val="20"/>
        </w:rPr>
        <w:t>52:53  aur is kaam mein jo jo aap kar rahe hain aap log bar bar is tarah ke waqiyat samne aa rahe hain rozana mere paas aise telephone aate hain ke ajeeb ghareeb tor par Allah taala ki madad ho jati hai ajeeb ghareeb tor par</w:t>
      </w:r>
      <w:r>
        <w:br/>
      </w:r>
      <w:r>
        <w:rPr>
          <w:sz w:val="20"/>
        </w:rPr>
        <w:t>53:12  abhi hum log bahar gaye the to hamare paas kai bundle the kitabon ke</w:t>
      </w:r>
      <w:r>
        <w:br/>
      </w:r>
      <w:r>
        <w:rPr>
          <w:sz w:val="20"/>
        </w:rPr>
        <w:t>53:21  hum log galiban chaar aadmi the lekin bundle jo tha woh zyada tha jitna ke unhe jitna</w:t>
      </w:r>
      <w:r>
        <w:br/>
      </w:r>
      <w:r>
        <w:rPr>
          <w:sz w:val="20"/>
        </w:rPr>
        <w:t>53:31  ke woh le sakte the woh</w:t>
      </w:r>
      <w:r>
        <w:br/>
      </w:r>
      <w:r>
        <w:rPr>
          <w:sz w:val="20"/>
        </w:rPr>
        <w:t>53:35  to main jab gate pe pahuncha aur unhone trolley se bundle utare bahut sare maine kaha ji sahab kaise ho aap kaise le jayenge use wapas kar dega woh</w:t>
      </w:r>
      <w:r>
        <w:br/>
      </w:r>
      <w:r>
        <w:rPr>
          <w:sz w:val="20"/>
        </w:rPr>
        <w:t>53:48  meri zabaan se nikla ke is se itne saare bundle up laen kitabon ke apne saathiyon se main ne kaha ye to wapas kar dega wo book nahi karega wo</w:t>
      </w:r>
      <w:r>
        <w:br/>
      </w:r>
      <w:r>
        <w:rPr>
          <w:sz w:val="20"/>
        </w:rPr>
        <w:t>53:59  nahi lega wo counter par</w:t>
      </w:r>
      <w:r>
        <w:br/>
      </w:r>
      <w:r>
        <w:rPr>
          <w:sz w:val="20"/>
        </w:rPr>
        <w:t>54:03  to mujhe ab tak yaad hai ke hamare saath Mr Rajat the bare aitraaz se unhon ne kaha ke that is an unjust problem us waqt main rone laga ke dekhiye hamare saathiyon mein kaise jazbaat hain that is an unjust problem</w:t>
      </w:r>
      <w:r>
        <w:br/>
      </w:r>
      <w:r>
        <w:rPr>
          <w:sz w:val="20"/>
        </w:rPr>
        <w:t>54:23  wo hamara nahi maamla hai wo farishton ka maamla hai wo wo niptein</w:t>
      </w:r>
      <w:r>
        <w:br/>
      </w:r>
      <w:r>
        <w:rPr>
          <w:sz w:val="20"/>
        </w:rPr>
        <w:t>54:27  ge wo</w:t>
      </w:r>
      <w:r>
        <w:br/>
      </w:r>
      <w:r>
        <w:rPr>
          <w:sz w:val="20"/>
        </w:rPr>
        <w:t>54:31  to trolley se saara bundle le kar gaye wahan par log to wazan ke lehaz se do bare bare cartoon jo hai wo fazil the do carton fazil the kitabon ke ye do isse lotana chahiye tha to us ne kaha ye to excess hai ye to zyada hai</w:t>
      </w:r>
      <w:r>
        <w:br/>
      </w:r>
      <w:r>
        <w:rPr>
          <w:sz w:val="20"/>
        </w:rPr>
        <w:t>54:54  to hamare saathi koi bole nahi</w:t>
      </w:r>
      <w:r>
        <w:br/>
      </w:r>
      <w:r>
        <w:rPr>
          <w:sz w:val="20"/>
        </w:rPr>
        <w:t>54:59  to jab ye nahi bole to farishta bola angel ne un ke kaan mein daal diya ke le lo ye khuda ke kaam ke liye ja rahe hain yani bohat hi ajeeb baat hai ke isi waqt ek aur lady aayi thi uska samaan zyada tha us ko lota diya us ne hamari aankhon ke saamne hamari aankhon ke saamne isi counter par jo aadmi tha un ka lota diya</w:t>
      </w:r>
      <w:r>
        <w:br/>
      </w:r>
      <w:r>
        <w:rPr>
          <w:sz w:val="20"/>
        </w:rPr>
        <w:t>55:22  hum logon ko le liya kyunke is mein quran tha islamic literature tha hum bahar ja rahe the kisi conference mein</w:t>
      </w:r>
      <w:r>
        <w:br/>
      </w:r>
      <w:r>
        <w:rPr>
          <w:sz w:val="20"/>
        </w:rPr>
        <w:t>55:34  to dawat ka ye kaam jo hai ye supreme hai sab se bara kaam hai</w:t>
      </w:r>
    </w:p>
    <w:p>
      <w:pPr>
        <w:pStyle w:val="Heading2"/>
      </w:pPr>
      <w:r>
        <w:t>Fewer questions mean more thinking</w:t>
      </w:r>
    </w:p>
    <w:p>
      <w:r>
        <w:rPr>
          <w:color w:val="666666"/>
          <w:sz w:val="18"/>
        </w:rPr>
        <w:t>Attaining Wisdom through State of Helplessness November 28, 2019 - Maulana Wahiduddin Khan · 36s · at 13:01 · https://youtu.be/dS29D4Pt-3U?t=781</w:t>
      </w:r>
    </w:p>
    <w:p>
      <w:r>
        <w:rPr>
          <w:i/>
        </w:rPr>
        <w:t>“Sawal karna koi matloob cheez nahi hai”</w:t>
      </w:r>
    </w:p>
    <w:p>
      <w:r>
        <w:rPr>
          <w:sz w:val="20"/>
        </w:rPr>
        <w:t>13:01  hmm, yeh yeh yeh dekhiye, is ka matlab yeh hai ke sawal karna yeh koi matloob cheez nahi hai.</w:t>
      </w:r>
      <w:r>
        <w:br/>
      </w:r>
      <w:r>
        <w:rPr>
          <w:sz w:val="20"/>
        </w:rPr>
        <w:t>13:14  aisi cheez ka aap sawal ko khud hi hal kijiye, apni aqal ko istemal kijiye. jab aap ki aqal kaam na kar rahi ho to aap sawal kijiye.</w:t>
      </w:r>
      <w:r>
        <w:br/>
      </w:r>
      <w:r>
        <w:rPr>
          <w:sz w:val="20"/>
        </w:rPr>
        <w:t>13:27  kam sawal karne ka mani hai ke taqal zyada, yani aqli ghor o fikr zyada karna.</w:t>
      </w:r>
    </w:p>
    <w:p>
      <w:pPr>
        <w:pStyle w:val="Heading2"/>
      </w:pPr>
      <w:r>
        <w:t>Love your enemy saves yourself</w:t>
      </w:r>
    </w:p>
    <w:p>
      <w:r>
        <w:rPr>
          <w:color w:val="666666"/>
          <w:sz w:val="18"/>
        </w:rPr>
        <w:t>Moral Values in Islam 10 July, 2008 - Maulana Wahiduddin Khan · 38s · at 11:00 · https://youtu.be/IdBtIDNiLUg?t=660</w:t>
      </w:r>
    </w:p>
    <w:p>
      <w:r>
        <w:rPr>
          <w:i/>
        </w:rPr>
        <w:t>“Love your enemy means save yourself.”</w:t>
      </w:r>
    </w:p>
    <w:p>
      <w:r>
        <w:rPr>
          <w:sz w:val="20"/>
        </w:rPr>
        <w:t>11:00  I would like to see that: "Love your enemy" means save yourself.</w:t>
      </w:r>
      <w:r>
        <w:br/>
      </w:r>
      <w:r>
        <w:rPr>
          <w:sz w:val="20"/>
        </w:rPr>
        <w:t>11:12  lu yur salf, wai?</w:t>
      </w:r>
      <w:r>
        <w:br/>
      </w:r>
      <w:r>
        <w:rPr>
          <w:sz w:val="20"/>
        </w:rPr>
        <w:t>11:18  When you love your enemy, you are saving yourself from being a victim of destruction.</w:t>
      </w:r>
      <w:r>
        <w:br/>
      </w:r>
      <w:r>
        <w:rPr>
          <w:sz w:val="20"/>
        </w:rPr>
        <w:t>11:30  Enmity means destruction, hate means destruction.</w:t>
      </w:r>
    </w:p>
    <w:p>
      <w:pPr>
        <w:pStyle w:val="Heading2"/>
      </w:pPr>
      <w:r>
        <w:t>Distraction of worldly love prevents gratitude</w:t>
      </w:r>
    </w:p>
    <w:p>
      <w:r>
        <w:rPr>
          <w:color w:val="666666"/>
          <w:sz w:val="18"/>
        </w:rPr>
        <w:t>The Concept of Shukr in Islam | June 17, 2008 · 4m 35s · at 49:44 · https://youtu.be/ySbCs4MRNXU?t=2984</w:t>
      </w:r>
    </w:p>
    <w:p>
      <w:r>
        <w:rPr>
          <w:i/>
        </w:rPr>
        <w:t>“Ek sahib ka bacha paida hua, do mahine ka tha.”</w:t>
      </w:r>
    </w:p>
    <w:p>
      <w:r>
        <w:rPr>
          <w:sz w:val="20"/>
        </w:rPr>
        <w:t>49:44  is mein koi mystery nahi hai.</w:t>
      </w:r>
      <w:r>
        <w:br/>
      </w:r>
      <w:r>
        <w:rPr>
          <w:sz w:val="20"/>
        </w:rPr>
        <w:t>49:50  kyun ke ziyada shukar aata hai ziyada soch se.</w:t>
      </w:r>
      <w:r>
        <w:br/>
      </w:r>
      <w:r>
        <w:rPr>
          <w:sz w:val="20"/>
        </w:rPr>
        <w:t>49:56  to rasool Allah ne ziyada soch ki tofeeq mangi ke mujhe bohat ziyada sochne wala bana.</w:t>
      </w:r>
      <w:r>
        <w:br/>
      </w:r>
      <w:r>
        <w:rPr>
          <w:sz w:val="20"/>
        </w:rPr>
        <w:t>50:02  ab jaise dekhiye aik sahib ka bachcha paida hua.</w:t>
      </w:r>
      <w:r>
        <w:br/>
      </w:r>
      <w:r>
        <w:rPr>
          <w:sz w:val="20"/>
        </w:rPr>
        <w:t>50:08  to koi do mahine hua</w:t>
      </w:r>
      <w:r>
        <w:br/>
      </w:r>
      <w:r>
        <w:rPr>
          <w:sz w:val="20"/>
        </w:rPr>
        <w:t>50:14  hoga.</w:t>
      </w:r>
      <w:r>
        <w:br/>
      </w:r>
      <w:r>
        <w:rPr>
          <w:sz w:val="20"/>
        </w:rPr>
        <w:t>50:18  un ka telephone aaya ke main aur meri biwi aap se milna chahte hain.</w:t>
      </w:r>
      <w:r>
        <w:br/>
      </w:r>
      <w:r>
        <w:rPr>
          <w:sz w:val="20"/>
        </w:rPr>
        <w:t>50:21  to main ne kaha kis liye? unhon ne kaha ke kuch baat karna hai aap se spirituality par.</w:t>
      </w:r>
      <w:r>
        <w:br/>
      </w:r>
      <w:r>
        <w:rPr>
          <w:sz w:val="20"/>
        </w:rPr>
        <w:t>50:25  to main ne kaha bhai bachon ko le kar to mat aiyega.</w:t>
      </w:r>
      <w:r>
        <w:br/>
      </w:r>
      <w:r>
        <w:rPr>
          <w:sz w:val="20"/>
        </w:rPr>
        <w:t>50:29  koi bachon ko le kar aap aayenge to phir bachhe hi ki baat ho gi, woh baat</w:t>
      </w:r>
      <w:r>
        <w:br/>
      </w:r>
      <w:r>
        <w:rPr>
          <w:sz w:val="20"/>
        </w:rPr>
        <w:t>50:33  nahin ho sakti hai.</w:t>
      </w:r>
      <w:r>
        <w:br/>
      </w:r>
      <w:r>
        <w:rPr>
          <w:sz w:val="20"/>
        </w:rPr>
        <w:t>50:37  kaha nahin nahin aisa nahin hai, mera bachha aisa hai, mera bachha waisa hai, mera bachha bilkul chup</w:t>
      </w:r>
      <w:r>
        <w:br/>
      </w:r>
      <w:r>
        <w:rPr>
          <w:sz w:val="20"/>
        </w:rPr>
        <w:t>50:41  rehta hai, kuch bhi nahin bolta.</w:t>
      </w:r>
      <w:r>
        <w:br/>
      </w:r>
      <w:r>
        <w:rPr>
          <w:sz w:val="20"/>
        </w:rPr>
        <w:t>50:45  khair jab unhon ne insist kiya to main ne kaha aa jaiye.</w:t>
      </w:r>
      <w:r>
        <w:br/>
      </w:r>
      <w:r>
        <w:rPr>
          <w:sz w:val="20"/>
        </w:rPr>
        <w:t>50:51  ab suniye dono husband aur wife aaye mere paas taqreeban qareeb do ghanta baithe. do ghanta.</w:t>
      </w:r>
      <w:r>
        <w:br/>
      </w:r>
      <w:r>
        <w:rPr>
          <w:sz w:val="20"/>
        </w:rPr>
        <w:t>50:57  aur jante hain kya hua? dono poori tarah poore yaani is poore time mein bas bachhe ko dekhte rahe.</w:t>
      </w:r>
      <w:r>
        <w:br/>
      </w:r>
      <w:r>
        <w:rPr>
          <w:sz w:val="20"/>
        </w:rPr>
        <w:t>51:03  woh bhi bachhe ko dekh rahe hain, woh bhi bachhe ko dekh rahe hain.</w:t>
      </w:r>
      <w:r>
        <w:br/>
      </w:r>
      <w:r>
        <w:rPr>
          <w:sz w:val="20"/>
        </w:rPr>
        <w:t>51:09  isi ko dekh dekhte khush ho rahe hain.</w:t>
      </w:r>
      <w:r>
        <w:br/>
      </w:r>
      <w:r>
        <w:rPr>
          <w:sz w:val="20"/>
        </w:rPr>
        <w:t>51:15  yeh do mahine ka bachha jo hai sara focus in ka isi bachhe par tha.</w:t>
      </w:r>
      <w:r>
        <w:br/>
      </w:r>
      <w:r>
        <w:rPr>
          <w:sz w:val="20"/>
        </w:rPr>
        <w:t>51:20  meri koi baat sunne ke liye woh un ka mind jo hai ready hi nahin tha.</w:t>
      </w:r>
      <w:r>
        <w:br/>
      </w:r>
      <w:r>
        <w:rPr>
          <w:sz w:val="20"/>
        </w:rPr>
        <w:t>51:25  spirituality ki baat sunne ke liye.</w:t>
      </w:r>
      <w:r>
        <w:br/>
      </w:r>
      <w:r>
        <w:rPr>
          <w:sz w:val="20"/>
        </w:rPr>
        <w:t>51:30  to logon ko bachha bari cheez dikhai diya.</w:t>
      </w:r>
      <w:r>
        <w:br/>
      </w:r>
      <w:r>
        <w:rPr>
          <w:sz w:val="20"/>
        </w:rPr>
        <w:t>51:35  to Khuda kahan se bara un ko dikhai de ga? kahan se shukr karen ge woh? to jab</w:t>
      </w:r>
      <w:r>
        <w:br/>
      </w:r>
      <w:r>
        <w:rPr>
          <w:sz w:val="20"/>
        </w:rPr>
        <w:t>51:40  tak aap apne aap ko</w:t>
      </w:r>
      <w:r>
        <w:br/>
      </w:r>
      <w:r>
        <w:rPr>
          <w:sz w:val="20"/>
        </w:rPr>
        <w:t>51:46  ghairullah se na uthayen, other than God jo cheezen hain, jab tak aap is mein jee rahe</w:t>
      </w:r>
      <w:r>
        <w:br/>
      </w:r>
      <w:r>
        <w:rPr>
          <w:sz w:val="20"/>
        </w:rPr>
        <w:t>51:52  hain tab tak aap shukr nahin kar sakte aap.</w:t>
      </w:r>
      <w:r>
        <w:br/>
      </w:r>
      <w:r>
        <w:rPr>
          <w:sz w:val="20"/>
        </w:rPr>
        <w:t>51:58  other than God jo cheezen is duniya mein hain, chahe woh aap ka bachha hi kyun na ho,</w:t>
      </w:r>
      <w:r>
        <w:br/>
      </w:r>
      <w:r>
        <w:rPr>
          <w:sz w:val="20"/>
        </w:rPr>
        <w:t>52:04  chahe woh aap ki kothi aur car kyun na ho, aap ka bank balance kyun na ho, kis</w:t>
      </w:r>
      <w:r>
        <w:br/>
      </w:r>
      <w:r>
        <w:rPr>
          <w:sz w:val="20"/>
        </w:rPr>
        <w:t>52:10  koi bhi cheez, jab tak aap ka concern woh cheezen hongi yaani other than God wali cheezen to</w:t>
      </w:r>
      <w:r>
        <w:br/>
      </w:r>
      <w:r>
        <w:rPr>
          <w:sz w:val="20"/>
        </w:rPr>
        <w:t>52:16  aap ke andar woh thinking nahin develop kare gi.</w:t>
      </w:r>
      <w:r>
        <w:br/>
      </w:r>
      <w:r>
        <w:rPr>
          <w:sz w:val="20"/>
        </w:rPr>
        <w:t>52:23  yaani God oriented thinking develop hi nahin kare gi.</w:t>
      </w:r>
      <w:r>
        <w:br/>
      </w:r>
      <w:r>
        <w:rPr>
          <w:sz w:val="20"/>
        </w:rPr>
        <w:t>52:31  to aap shukr kaise karenge? shukr karne ke liye jo starting point hai woh hai gaud oriented thinking.</w:t>
      </w:r>
      <w:r>
        <w:br/>
      </w:r>
      <w:r>
        <w:rPr>
          <w:sz w:val="20"/>
        </w:rPr>
        <w:t>52:38  yani cheezon mein jalwa dekhna Khuda ka. jaise</w:t>
      </w:r>
      <w:r>
        <w:br/>
      </w:r>
      <w:r>
        <w:rPr>
          <w:sz w:val="20"/>
        </w:rPr>
        <w:t>52:46  ek arab shair tha Abu al-Atahiyah, uska naam tha. Abu al-Atahiyah.</w:t>
      </w:r>
      <w:r>
        <w:br/>
      </w:r>
      <w:r>
        <w:rPr>
          <w:sz w:val="20"/>
        </w:rPr>
        <w:t>52:52  wo to usne kaha ke wa fi kulli shay'in lahu aayatun tadullu 'ala annahu al-wahid.</w:t>
      </w:r>
      <w:r>
        <w:br/>
      </w:r>
      <w:r>
        <w:rPr>
          <w:sz w:val="20"/>
        </w:rPr>
        <w:t>52:58  yani har cheez, har cheez, har cheez jo hai batati hai ke Khuda ek hai, Khuda ek hai,</w:t>
      </w:r>
      <w:r>
        <w:br/>
      </w:r>
      <w:r>
        <w:rPr>
          <w:sz w:val="20"/>
        </w:rPr>
        <w:t>53:04  Khuda ek hai.</w:t>
      </w:r>
      <w:r>
        <w:br/>
      </w:r>
      <w:r>
        <w:rPr>
          <w:sz w:val="20"/>
        </w:rPr>
        <w:t>53:10  to yeh kaise</w:t>
      </w:r>
      <w:r>
        <w:br/>
      </w:r>
      <w:r>
        <w:rPr>
          <w:sz w:val="20"/>
        </w:rPr>
        <w:t>53:16  bolti to nahi? cheezen bolti to nahi hain.</w:t>
      </w:r>
      <w:r>
        <w:br/>
      </w:r>
      <w:r>
        <w:rPr>
          <w:sz w:val="20"/>
        </w:rPr>
        <w:t>53:21  darakht bolta nahi hai.</w:t>
      </w:r>
      <w:r>
        <w:br/>
      </w:r>
      <w:r>
        <w:rPr>
          <w:sz w:val="20"/>
        </w:rPr>
        <w:t>53:26  soch kar ke aap is mein se nikalte hain.</w:t>
      </w:r>
      <w:r>
        <w:br/>
      </w:r>
      <w:r>
        <w:rPr>
          <w:sz w:val="20"/>
        </w:rPr>
        <w:t>53:31  har cheez mein jo wisdom hai, har cheez mein jo design hai, har cheez mein jo hikmaten hain,</w:t>
      </w:r>
      <w:r>
        <w:br/>
      </w:r>
      <w:r>
        <w:rPr>
          <w:sz w:val="20"/>
        </w:rPr>
        <w:t>53:37  jab us par aap sochte hain to wahan aap Khuda ka jalwa dekhte hain.</w:t>
      </w:r>
      <w:r>
        <w:br/>
      </w:r>
      <w:r>
        <w:rPr>
          <w:sz w:val="20"/>
        </w:rPr>
        <w:t>53:42  yani creation mein aap ko creator dikhai padne lagta hai.</w:t>
      </w:r>
      <w:r>
        <w:br/>
      </w:r>
      <w:r>
        <w:rPr>
          <w:sz w:val="20"/>
        </w:rPr>
        <w:t>53:47  creation mein aap ko creator dikhai padne lagta hai.</w:t>
      </w:r>
      <w:r>
        <w:br/>
      </w:r>
      <w:r>
        <w:rPr>
          <w:sz w:val="20"/>
        </w:rPr>
        <w:t>53:55  تو اس طرح جب سوچتے ہیں آپ، اس طرح جب آپ نے اپنے mind کو active کرتے ہیں</w:t>
      </w:r>
      <w:r>
        <w:br/>
      </w:r>
      <w:r>
        <w:rPr>
          <w:sz w:val="20"/>
        </w:rPr>
        <w:t>54:03  tab kya hota hai? tab woh cheez aati hai jis ko maine kaha super shukr. woh thrilling.</w:t>
      </w:r>
      <w:r>
        <w:br/>
      </w:r>
      <w:r>
        <w:rPr>
          <w:sz w:val="20"/>
        </w:rPr>
        <w:t>54:11  wo thrilling aati hai jis thrilling se aap ke andar super shukr ka jazba paida ho.</w:t>
      </w:r>
    </w:p>
    <w:p>
      <w:pPr>
        <w:pStyle w:val="Heading2"/>
      </w:pPr>
      <w:r>
        <w:t>Fifty years of daily introspection to remove negativity</w:t>
      </w:r>
    </w:p>
    <w:p>
      <w:r>
        <w:rPr>
          <w:color w:val="666666"/>
          <w:sz w:val="18"/>
        </w:rPr>
        <w:t>Human Values · 1m 55s · at 8:27 · https://youtu.be/Art0kheDD40?t=507</w:t>
      </w:r>
    </w:p>
    <w:p>
      <w:r>
        <w:rPr>
          <w:i/>
        </w:rPr>
        <w:t>“Positive thinking bahut zaroori hai, lekin pehle negativity khatam karni padegi”</w:t>
      </w:r>
    </w:p>
    <w:p>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Continuous growth through humility</w:t>
      </w:r>
    </w:p>
    <w:p>
      <w:r>
        <w:rPr>
          <w:color w:val="666666"/>
          <w:sz w:val="18"/>
        </w:rPr>
        <w:t>Dars-e-Quran, Chapter 2, Verse 37 | January  07, 2018 · 30s · at 13:25 · https://youtu.be/ao6Cr57KuEM?t=805</w:t>
      </w:r>
    </w:p>
    <w:p>
      <w:r>
        <w:rPr>
          <w:i/>
        </w:rPr>
        <w:t>“Aap ka wisdom, aap ka zehni irtiqa”</w:t>
      </w:r>
    </w:p>
    <w:p>
      <w:r>
        <w:rPr>
          <w:sz w:val="20"/>
        </w:rPr>
        <w:t>13:25  t non stop jari rahega.</w:t>
      </w:r>
      <w:r>
        <w:br/>
      </w:r>
      <w:r>
        <w:rPr>
          <w:sz w:val="20"/>
        </w:rPr>
        <w:t>13:33  aap ka wisdom, aap ka zehni irtiqaa non stop jari rahega.</w:t>
      </w:r>
      <w:r>
        <w:br/>
      </w:r>
      <w:r>
        <w:rPr>
          <w:sz w:val="20"/>
        </w:rPr>
        <w:t>13:41  yahan tak ke aap pehle agar ben the to is ke baad aap super ben ban jayenge.</w:t>
      </w:r>
      <w:r>
        <w:br/>
      </w:r>
      <w:r>
        <w:rPr>
          <w:sz w:val="20"/>
        </w:rPr>
        <w:t>13:48  yeh kaisi ajeeb baat hai</w:t>
      </w:r>
    </w:p>
    <w:p>
      <w:pPr>
        <w:pStyle w:val="Heading2"/>
      </w:pPr>
      <w:r>
        <w:t>Western civilization cannot be an enemy of Islam</w:t>
      </w:r>
    </w:p>
    <w:p>
      <w:r>
        <w:rPr>
          <w:color w:val="666666"/>
          <w:sz w:val="18"/>
        </w:rPr>
        <w:t>Is Islam in Danger, January 10, 2007 · 56s · at 7:42 · https://youtu.be/1vrUjeA7508?t=462</w:t>
      </w:r>
    </w:p>
    <w:p>
      <w:r>
        <w:rPr>
          <w:i/>
        </w:rPr>
        <w:t>“پھر یہ کہا جاتا ہے کہ Western Civilization نے حملہ کیا ہوا ہے ہمارے مذہب پر”</w:t>
      </w:r>
    </w:p>
    <w:p>
      <w:r>
        <w:rPr>
          <w:sz w:val="20"/>
        </w:rPr>
        <w:t>7:42  Islam se is ka koi ta'alluq nahi hai. Phir yeh kaha jaata hai ke dekhiye, Western Civilization jo hai woh hamla kiya hua hai hamare mazhab par.</w:t>
      </w:r>
      <w:r>
        <w:br/>
      </w:r>
      <w:r>
        <w:rPr>
          <w:sz w:val="20"/>
        </w:rPr>
        <w:t>7:58  Saare literature jo padhein aap is zamane mein jo likha gaya hai, us mein Western Civilization ko project kiya jaata hai Enemy of Islam ke taur par.</w:t>
      </w:r>
      <w:r>
        <w:br/>
      </w:r>
      <w:r>
        <w:rPr>
          <w:sz w:val="20"/>
        </w:rPr>
        <w:t>8:10  Saara hi literature, without any exception.</w:t>
      </w:r>
      <w:r>
        <w:br/>
      </w:r>
      <w:r>
        <w:rPr>
          <w:sz w:val="20"/>
        </w:rPr>
        <w:t>8:15  without any exception. Western Civilization ko project kiya jaata hai Enemy of Islam ke taur par.</w:t>
      </w:r>
      <w:r>
        <w:br/>
      </w:r>
      <w:r>
        <w:rPr>
          <w:sz w:val="20"/>
        </w:rPr>
        <w:t>8:24  Yeh bilkul be buniyad baat hai.</w:t>
      </w:r>
      <w:r>
        <w:br/>
      </w:r>
      <w:r>
        <w:rPr>
          <w:sz w:val="20"/>
        </w:rPr>
        <w:t>8:28  Koi Civilization Islam ke liye Enemy nahi ban sakti. Civilization kya hai?</w:t>
      </w:r>
    </w:p>
    <w:p>
      <w:pPr>
        <w:pStyle w:val="Heading2"/>
      </w:pPr>
      <w:r>
        <w:t>Why tell the truth when lying pays off right now</w:t>
      </w:r>
    </w:p>
    <w:p>
      <w:r>
        <w:rPr>
          <w:color w:val="666666"/>
          <w:sz w:val="18"/>
        </w:rPr>
        <w:t>Ethical Values in Islam, June 19, 2008 · 1m 30s · at 32:13 · https://youtu.be/2yPff80nSBY?t=1933</w:t>
      </w:r>
    </w:p>
    <w:p>
      <w:r>
        <w:rPr>
          <w:i/>
        </w:rPr>
        <w:t>“So why should a person tell the truth?”</w:t>
      </w:r>
    </w:p>
    <w:p>
      <w:r>
        <w:rPr>
          <w:sz w:val="20"/>
        </w:rPr>
        <w:t>32:13  to sach kyun bole aadmi? to</w:t>
      </w:r>
      <w:r>
        <w:br/>
      </w:r>
      <w:r>
        <w:rPr>
          <w:sz w:val="20"/>
        </w:rPr>
        <w:t>32:17  yeh jo concept hai world hereafter ka, woh yeh batata hai ke is duniya mein agar tum ne sahi sahi zindagi guzari,</w:t>
      </w:r>
      <w:r>
        <w:br/>
      </w:r>
      <w:r>
        <w:rPr>
          <w:sz w:val="20"/>
        </w:rPr>
        <w:t>32:31  sachi zindagi guzari, to tum ko maut ke baad akhirat ki duniya mein eternal paradise milegi, eternal pleasure milega.</w:t>
      </w:r>
      <w:r>
        <w:br/>
      </w:r>
      <w:r>
        <w:rPr>
          <w:sz w:val="20"/>
        </w:rPr>
        <w:t>32:44  yeh kitna bara incentive hai. to bad character ke liye foran samne punishment ka aa jata hai, dar.</w:t>
      </w:r>
      <w:r>
        <w:br/>
      </w:r>
      <w:r>
        <w:rPr>
          <w:sz w:val="20"/>
        </w:rPr>
        <w:t>32:56  aur good conduct, good, good, good conduct ke liye, yani har aadmi har mauqe par do ke beech mein rehta hai: ya to good conduct ya bad conduct, acha kirdaar ya bura kirdaar.</w:t>
      </w:r>
      <w:r>
        <w:br/>
      </w:r>
      <w:r>
        <w:rPr>
          <w:sz w:val="20"/>
        </w:rPr>
        <w:t>33:14  to har mauqe par is ko andar se yeh baat is ka conscious batata hai ke yeh saada baat nahi hai.</w:t>
      </w:r>
      <w:r>
        <w:br/>
      </w:r>
      <w:r>
        <w:rPr>
          <w:sz w:val="20"/>
        </w:rPr>
        <w:t>33:28  agar tum achai ki taraf jaoge to tum ko bohat bara reward milega, paradise ki shakal mein.</w:t>
      </w:r>
      <w:r>
        <w:br/>
      </w:r>
      <w:r>
        <w:rPr>
          <w:sz w:val="20"/>
        </w:rPr>
        <w:t>33:38  burai ki taraf jaoge to phir bohat bara punishment milega, hell ki shakal mein.</w:t>
      </w:r>
    </w:p>
    <w:p>
      <w:pPr>
        <w:pStyle w:val="Heading2"/>
      </w:pPr>
      <w:r>
        <w:t>Intellectual power beats weapons: USSR and US examples</w:t>
      </w:r>
    </w:p>
    <w:p>
      <w:r>
        <w:rPr>
          <w:color w:val="666666"/>
          <w:sz w:val="18"/>
        </w:rPr>
        <w:t>Don't Be Angry Culture January 15, 2012 · 2m 45s · at 58:30 · https://youtu.be/NrA3X8y_FLY?t=3510</w:t>
      </w:r>
    </w:p>
    <w:p>
      <w:r>
        <w:rPr>
          <w:i/>
        </w:rPr>
        <w:t>“Fikri quwwat hi badi taqat hai, hathiyar ki taqat koi taqat nahi”</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p>
    <w:p>
      <w:pPr>
        <w:pStyle w:val="Heading2"/>
      </w:pPr>
      <w:r>
        <w:t>Snake bite story leading to gratitude lesson</w:t>
      </w:r>
    </w:p>
    <w:p>
      <w:r>
        <w:rPr>
          <w:color w:val="666666"/>
          <w:sz w:val="18"/>
        </w:rPr>
        <w:t>Interaction with Umries 26 July, 2019 - Maulana Wahiduddin Khan · 5m 07s · at 22:38 · https://youtu.be/x26fUHWfzFg?t=1358</w:t>
      </w:r>
    </w:p>
    <w:p>
      <w:r>
        <w:rPr>
          <w:i/>
        </w:rPr>
        <w:t>“Woh jab main utra kashti se”</w:t>
      </w:r>
    </w:p>
    <w:p>
      <w:r>
        <w:rPr>
          <w:sz w:val="20"/>
        </w:rPr>
        <w:t>22:38  woh jab mein utra kashti se to phir mujhe paidal chalna tha paidal kashti se jab mein utra tha paidal chalna tha to ek jagah gadha tha is mein mera paon chala gaya tha to is mein saanp tha saanp ne kaat liya mujhe</w:t>
      </w:r>
      <w:r>
        <w:br/>
      </w:r>
      <w:r>
        <w:rPr>
          <w:sz w:val="20"/>
        </w:rPr>
        <w:t>23:04  yaani kaat hi sare nahin ke latak gaya woh daant phansa kar ke latak gaya to mein ne jhatka diya use to nikla woh</w:t>
      </w:r>
      <w:r>
        <w:br/>
      </w:r>
      <w:r>
        <w:rPr>
          <w:sz w:val="20"/>
        </w:rPr>
        <w:t>23:19  ab woh muddaton saalon tak mujhe paon mein dard hota raha</w:t>
      </w:r>
      <w:r>
        <w:br/>
      </w:r>
      <w:r>
        <w:rPr>
          <w:sz w:val="20"/>
        </w:rPr>
        <w:t>23:27  aaj kal nahi ho raha hai lekin kabhi kabhi ubhar aata hai</w:t>
      </w:r>
      <w:r>
        <w:br/>
      </w:r>
      <w:r>
        <w:rPr>
          <w:sz w:val="20"/>
        </w:rPr>
        <w:t>23:33  sirf ek message ke liye</w:t>
      </w:r>
      <w:r>
        <w:br/>
      </w:r>
      <w:r>
        <w:rPr>
          <w:sz w:val="20"/>
        </w:rPr>
        <w:t>23:36  aur aaj kya hai aapki jeb mein mobile hai button dabaiye aur secondon mein yahan se wahan</w:t>
      </w:r>
      <w:r>
        <w:br/>
      </w:r>
      <w:r>
        <w:rPr>
          <w:sz w:val="20"/>
        </w:rPr>
        <w:t>23:43  pehanch jayega</w:t>
      </w:r>
      <w:r>
        <w:br/>
      </w:r>
      <w:r>
        <w:rPr>
          <w:sz w:val="20"/>
        </w:rPr>
        <w:t>23:45  bahria saraiwo hi nahi bahria se deewar</w:t>
      </w:r>
      <w:r>
        <w:br/>
      </w:r>
      <w:r>
        <w:rPr>
          <w:sz w:val="20"/>
        </w:rPr>
        <w:t>23:50  kahin bhi yeh kis ki dein hai</w:t>
      </w:r>
      <w:r>
        <w:br/>
      </w:r>
      <w:r>
        <w:rPr>
          <w:sz w:val="20"/>
        </w:rPr>
        <w:t>23:56  maghrib ki dein hai</w:t>
      </w:r>
      <w:r>
        <w:br/>
      </w:r>
      <w:r>
        <w:rPr>
          <w:sz w:val="20"/>
        </w:rPr>
        <w:t>23:58  aur is ko aap marna chahte hain jhoote jhoote</w:t>
      </w:r>
      <w:r>
        <w:br/>
      </w:r>
      <w:r>
        <w:rPr>
          <w:sz w:val="20"/>
        </w:rPr>
        <w:t>24:02  jhoota excuse nahi</w:t>
      </w:r>
      <w:r>
        <w:br/>
      </w:r>
      <w:r>
        <w:rPr>
          <w:sz w:val="20"/>
        </w:rPr>
        <w:t>24:04  karte yeh to haram kaam hai haram to zyada buri cheez hai bilkul apne mohsin ko mohsin khushi jo kehte hain mohsin khushi</w:t>
      </w:r>
      <w:r>
        <w:br/>
      </w:r>
      <w:r>
        <w:rPr>
          <w:sz w:val="20"/>
        </w:rPr>
        <w:t>24:17  aaj tak mujhe yaad hai ke sirf ek chhote se message ke liye shayad yahi message tha ke ke itni so chhapiye aur is mein itna sab hua</w:t>
      </w:r>
      <w:r>
        <w:br/>
      </w:r>
      <w:r>
        <w:rPr>
          <w:sz w:val="20"/>
        </w:rPr>
        <w:t>24:33  itne zalim hain itne log mein batata hoon ke bheed bakri ke barabar bhi bolo bolo nahin hai jo jhoote excuse nikalte hain maghrib se hai nafrat karne ke liye hain jhoote hain kaise sahib kya khayal hai aap ka</w:t>
      </w:r>
      <w:r>
        <w:br/>
      </w:r>
      <w:r>
        <w:rPr>
          <w:sz w:val="20"/>
        </w:rPr>
        <w:t>24:51  haan Maulana</w:t>
      </w:r>
      <w:r>
        <w:br/>
      </w:r>
      <w:r>
        <w:rPr>
          <w:sz w:val="20"/>
        </w:rPr>
        <w:t>24:55  mein ne jo qissa bataya woh qissa aap log samajh paye ge nahin samajh payega samajh paye hain Maulana hain bahut zyada yeh hai Maulana ji ke qissa ki jo hai na poore daur ko musbat is mein convert kar deta hai Maulana shukr mein yeh kar deta hai Maulana aap ka yeh qissa hai</w:t>
      </w:r>
      <w:r>
        <w:br/>
      </w:r>
      <w:r>
        <w:rPr>
          <w:sz w:val="20"/>
        </w:rPr>
        <w:t>25:19  aap tasawwur kijiye ke mere paon mein is pani mein ek saanp tha woh mein ne dekha nahi</w:t>
      </w:r>
      <w:r>
        <w:br/>
      </w:r>
      <w:r>
        <w:rPr>
          <w:sz w:val="20"/>
        </w:rPr>
        <w:t>25:26  to mera paon pani mein chala gaya ab is ne pakad liya</w:t>
      </w:r>
      <w:r>
        <w:br/>
      </w:r>
      <w:r>
        <w:rPr>
          <w:sz w:val="20"/>
        </w:rPr>
        <w:t>25:32  to jab woh uthaya paon to woh latka hua tha to jhatka mein ne to nikla woh yani</w:t>
      </w:r>
      <w:r>
        <w:br/>
      </w:r>
      <w:r>
        <w:rPr>
          <w:sz w:val="20"/>
        </w:rPr>
        <w:t>25:40  aise bhayanak safar tha woh aaj tak mein yaad karta hoon kyun is liye communication nahi tha</w:t>
      </w:r>
      <w:r>
        <w:br/>
      </w:r>
      <w:r>
        <w:rPr>
          <w:sz w:val="20"/>
        </w:rPr>
        <w:t>25:48  sirf is liye communication nahi tha aaj communication hai to</w:t>
      </w:r>
      <w:r>
        <w:br/>
      </w:r>
      <w:r>
        <w:rPr>
          <w:sz w:val="20"/>
        </w:rPr>
        <w:t>25:54  hamare saathi khawaja qalbuddin sahib new zealand mein hain aur yahan se hum ne chaha ke in</w:t>
      </w:r>
      <w:r>
        <w:br/>
      </w:r>
      <w:r>
        <w:rPr>
          <w:sz w:val="20"/>
        </w:rPr>
        <w:t>26:01  سے contact کریں سکاڈو میں ہو گیا</w:t>
      </w:r>
      <w:r>
        <w:br/>
      </w:r>
      <w:r>
        <w:rPr>
          <w:sz w:val="20"/>
        </w:rPr>
        <w:t>26:05  yani</w:t>
      </w:r>
      <w:r>
        <w:br/>
      </w:r>
      <w:r>
        <w:rPr>
          <w:sz w:val="20"/>
        </w:rPr>
        <w:t>26:05  mein hoon Dilli mein khwaja qalbuddin sahib hain New Zealand mein aur wahan se baat ho gayi yeh sara jo hai ahl ahl maghrib ke deen hain</w:t>
      </w:r>
      <w:r>
        <w:br/>
      </w:r>
      <w:r>
        <w:rPr>
          <w:sz w:val="20"/>
        </w:rPr>
        <w:t>26:23  aise hazaron lakhon cheezein hain ek do nahin hain un ke liye aap ek jhoota hai ek jhooti daleel le kar ke is se nafrat karenge</w:t>
      </w:r>
      <w:r>
        <w:br/>
      </w:r>
      <w:r>
        <w:rPr>
          <w:sz w:val="20"/>
        </w:rPr>
        <w:t>26:40  bilkul galat hai haram kaam hai haram se bhi to bura hi hai un ke liye duaen kijiye un ke liye khair khwah baniye un ke liye shukr ada kijiye kaisa aap aap mein se koi sahib bolenge jo mein ne bataya kya is par comment hai aap ka</w:t>
      </w:r>
      <w:r>
        <w:br/>
      </w:r>
      <w:r>
        <w:rPr>
          <w:sz w:val="20"/>
        </w:rPr>
        <w:t>27:01  maulana yani kis qadar maghrib ke samne humein shukr ke taur par gir jana chahiye un ke agay</w:t>
      </w:r>
      <w:r>
        <w:br/>
      </w:r>
      <w:r>
        <w:rPr>
          <w:sz w:val="20"/>
        </w:rPr>
        <w:t>27:13  un ke qadmon ke agay gir jana chahiye shukr ke taur par ke kitna bara role unhon ne</w:t>
      </w:r>
      <w:r>
        <w:br/>
      </w:r>
      <w:r>
        <w:rPr>
          <w:sz w:val="20"/>
        </w:rPr>
        <w:t>27:19  hamare liye faraham kiya na sirf secular aitbar se balkay mazhabi aitbar se bhi ke jo jo zaat</w:t>
      </w:r>
      <w:r>
        <w:br/>
      </w:r>
      <w:r>
        <w:rPr>
          <w:sz w:val="20"/>
        </w:rPr>
        <w:t>27:27  alam hai razzaq hai uska framework unhon ne diya yani yeh itna bara ehsan unhon ne</w:t>
      </w:r>
      <w:r>
        <w:br/>
      </w:r>
      <w:r>
        <w:rPr>
          <w:sz w:val="20"/>
        </w:rPr>
        <w:t>27:35  kiya itne bare woh mohsin hain hamare ke is ehsan ke badle mein humein to un ke in</w:t>
      </w:r>
      <w:r>
        <w:br/>
      </w:r>
      <w:r>
        <w:rPr>
          <w:sz w:val="20"/>
        </w:rPr>
        <w:t>27:41  ke agay gir jana chahiye</w:t>
      </w:r>
      <w:r>
        <w:br/>
      </w:r>
      <w:r>
        <w:rPr>
          <w:sz w:val="20"/>
        </w:rPr>
        <w:t>27:45  aitraf mein gir jana chahiye</w:t>
      </w:r>
    </w:p>
    <w:p>
      <w:pPr>
        <w:pStyle w:val="Heading2"/>
      </w:pPr>
      <w:r>
        <w:t>From complaint to genuine gratitude journey</w:t>
      </w:r>
    </w:p>
    <w:p>
      <w:r>
        <w:rPr>
          <w:color w:val="666666"/>
          <w:sz w:val="18"/>
        </w:rPr>
        <w:t>Creative Marefat 8 April 2017 - Maulana Wahiduddin Khan · 5m 34s · at 9:00 · https://youtu.be/I2hKHNIQ-1U?t=540</w:t>
      </w:r>
    </w:p>
    <w:p>
      <w:r>
        <w:rPr>
          <w:i/>
        </w:rPr>
        <w:t>“To kabhi bhi aap negative na hon”</w:t>
      </w:r>
    </w:p>
    <w:p>
      <w:r>
        <w:rPr>
          <w:sz w:val="20"/>
        </w:rPr>
        <w:t>9:00  to kabhi bhi aap negative na hon. maslan aap dekhiye jo log service karte hain kisi company mein, jis se miliye, kuch na kuch shikayat ki baat bole ga woh.</w:t>
      </w:r>
      <w:r>
        <w:br/>
      </w:r>
      <w:r>
        <w:rPr>
          <w:sz w:val="20"/>
        </w:rPr>
        <w:t>9:12  kisi chahe woh top ka ho is mein, tab bhi kuch na kuch shikayat ki boli bole ga. halankay woh to woh to woh kaam kar raha hai, woh company woh kaam kar rahi hai jo Hazrat Maryam ke liye Zakariya ne kiya tha.</w:t>
      </w:r>
      <w:r>
        <w:br/>
      </w:r>
      <w:r>
        <w:rPr>
          <w:sz w:val="20"/>
        </w:rPr>
        <w:t>9:25  yani ek kaam bhi economic base de rahi hai. Hazrat Maryam ke liye Zakariya economic base ban gaye. woh bhi bohat mamooli darja batayein.</w:t>
      </w:r>
      <w:r>
        <w:br/>
      </w:r>
      <w:r>
        <w:rPr>
          <w:sz w:val="20"/>
        </w:rPr>
        <w:t>9:36  ek choti si kothri banati thi, woh subah shaam un ko khana mil jata tha. aap to that se rehte hain,</w:t>
      </w:r>
      <w:r>
        <w:br/>
      </w:r>
      <w:r>
        <w:rPr>
          <w:sz w:val="20"/>
        </w:rPr>
        <w:t>9:43  model flat pe rehte hain, car par chalte hain, hawa jahaz safar karte hain, bank balance aap ke paas hai. to aap ko jo company aap de rahi hai, wo is se bohat zyada hai jo Maryam ko Hazrat Zakariya de rahe the.</w:t>
      </w:r>
      <w:r>
        <w:br/>
      </w:r>
      <w:r>
        <w:rPr>
          <w:sz w:val="20"/>
        </w:rPr>
        <w:t>9:57  lekin shikayat phir bhi</w:t>
      </w:r>
      <w:r>
        <w:br/>
      </w:r>
      <w:r>
        <w:rPr>
          <w:sz w:val="20"/>
        </w:rPr>
        <w:t>10:01  shikayat. bas jhoota Alhamdulillah har har aadmi karega. aaj kal ya jis se main milta hoon to baat baat par Alhamdulillah, Alhamdulillah mujhe bohat ghussa aata hai ke jhoota Alhamdulillah hai, jhoota Alhamdulillah.</w:t>
      </w:r>
      <w:r>
        <w:br/>
      </w:r>
      <w:r>
        <w:rPr>
          <w:sz w:val="20"/>
        </w:rPr>
        <w:t>10:15  kisi ne ab tak mujhe aisa aadmi nahi mila jo company ki mein jo us ko job mila ho, us par Alhamdulillah kahe.</w:t>
      </w:r>
      <w:r>
        <w:br/>
      </w:r>
      <w:r>
        <w:rPr>
          <w:sz w:val="20"/>
        </w:rPr>
        <w:t>10:23  koi aisa hi nahi mila. communication pe kisi ne Alhamdulillah nahi kaha, modern civilization pe kisi ne Alhamdulillah nahi kaha, par jhoot jhoot par bol rahe hain, Alhamdulillah sachai par nahi bol rahe.</w:t>
      </w:r>
      <w:r>
        <w:br/>
      </w:r>
      <w:r>
        <w:rPr>
          <w:sz w:val="20"/>
        </w:rPr>
        <w:t>10:40  to is ayat mein ek bohat bada wo hai sabak ke Hazrat Hazrat Maryam jo thin, un ko subah subah subah rizq milta tha.</w:t>
      </w:r>
      <w:r>
        <w:br/>
      </w:r>
      <w:r>
        <w:rPr>
          <w:sz w:val="20"/>
        </w:rPr>
        <w:t>10:52  Quran mein aata hai ke jab bhi un ke jo kafeel the, Hazrat Zakariya jab bhi aate the, un ke hujre mein ek hujre mein rehti thi, wo jo jo kahein us se chhota tha</w:t>
      </w:r>
      <w:r>
        <w:br/>
      </w:r>
      <w:r>
        <w:rPr>
          <w:sz w:val="20"/>
        </w:rPr>
        <w:t>11:03  aur is mein attach bath bhi nahi tha, is mein light bhi nahi thi. to Hazrat Maryam ke paas wo rizq paate the, rizq to poocha unhone ke Maryam to koi rizq kahan se aata hai?</w:t>
      </w:r>
      <w:r>
        <w:br/>
      </w:r>
      <w:r>
        <w:rPr>
          <w:sz w:val="20"/>
        </w:rPr>
        <w:t>11:19  to unhone kaha Allah se.</w:t>
      </w:r>
      <w:r>
        <w:br/>
      </w:r>
      <w:r>
        <w:rPr>
          <w:sz w:val="20"/>
        </w:rPr>
        <w:t>11:21  to yeh hamare yaani be daani se log jo hain, is ka matlab yeh samajhte hain ke jaade ke zamane mein garmi ka phal, garmi ke zamane mein jaade ka phal, yeh bilkul yaani bilkul mujhe wahshat hoti hai is tafseeron se.</w:t>
      </w:r>
      <w:r>
        <w:br/>
      </w:r>
      <w:r>
        <w:rPr>
          <w:sz w:val="20"/>
        </w:rPr>
        <w:t>11:37  yeh ek Khuda, Khuda ka yahi bari de nahi hai.</w:t>
      </w:r>
      <w:r>
        <w:br/>
      </w:r>
      <w:r>
        <w:rPr>
          <w:sz w:val="20"/>
        </w:rPr>
        <w:t>11:41  Khuda jo Rab al-Kainat hai, Rab al-Alameen hai, us ke sab pe de nahi hai ke jaade mein garmi ke phir bhej de aur garmi jaade ke phal bhi dega.</w:t>
      </w:r>
      <w:r>
        <w:br/>
      </w:r>
      <w:r>
        <w:rPr>
          <w:sz w:val="20"/>
        </w:rPr>
        <w:t>11:53  yeh yeh yeh hai Khuda ki rehmat ko intercept karna,</w:t>
      </w:r>
      <w:r>
        <w:br/>
      </w:r>
      <w:r>
        <w:rPr>
          <w:sz w:val="20"/>
        </w:rPr>
        <w:t>11:58  yeh Khuda ki rehmat ko intercept karna. yeh hai un ko marifat milti thi, marifat, marifat, wisdom, realization, Allah ki yaani Allah ki glory, yeh sab cheezein.</w:t>
      </w:r>
      <w:r>
        <w:br/>
      </w:r>
      <w:r>
        <w:rPr>
          <w:sz w:val="20"/>
        </w:rPr>
        <w:t>12:17  to unhone kaha Hazrat, unhone kaha ke Allah ki taraf se, lekin is mein bhi ek nuqta hai. yeh teen baatein maine aap ko kahein, agar aap in baaton ka acknowledge karein, tab aap ke andar yeh Israel paida hogi.</w:t>
      </w:r>
      <w:r>
        <w:br/>
      </w:r>
      <w:r>
        <w:rPr>
          <w:sz w:val="20"/>
        </w:rPr>
        <w:t>12:35  eitraaf</w:t>
      </w:r>
      <w:r>
        <w:br/>
      </w:r>
      <w:r>
        <w:rPr>
          <w:sz w:val="20"/>
        </w:rPr>
        <w:t>12:38  Quran mein hai ke lan shukartum, agar to eitraaf karoge, tab aur denge, aur denge. aur ka matlab yeh hai, is ka matlab nahi ke ek car hai, do car aa jayegi, yeh matlab nahi hai.</w:t>
      </w:r>
      <w:r>
        <w:br/>
      </w:r>
      <w:r>
        <w:rPr>
          <w:sz w:val="20"/>
        </w:rPr>
        <w:t>12:50  is ka matlab yeh hai ke agar tum shukr karoge, tumhare andar wisdom aayegi, tumhare andar</w:t>
      </w:r>
      <w:r>
        <w:br/>
      </w:r>
      <w:r>
        <w:rPr>
          <w:sz w:val="20"/>
        </w:rPr>
        <w:t>12:56  gehri sachai, gehri deep thinking aayegi, tumhare andar rabbani marifat aayegi, yeh matlab hai.</w:t>
      </w:r>
      <w:r>
        <w:br/>
      </w:r>
      <w:r>
        <w:rPr>
          <w:sz w:val="20"/>
        </w:rPr>
        <w:t>13:06  yeh matlab nahi ke ek flat hai, do flat ho jayega, yeh matlab nahi hai. to aap logon ko main kahunga ke aap log, aap sab logon ko yeh yeh teeno nematein mili hui hain jo maine arz kiya.</w:t>
      </w:r>
      <w:r>
        <w:br/>
      </w:r>
      <w:r>
        <w:rPr>
          <w:sz w:val="20"/>
        </w:rPr>
        <w:t>13:22  lekin aap ke andar idhar udhar ki baaton par khoob Alhamdulillah kehte hain, aap is par nahi kehte Alhamdulillah.</w:t>
      </w:r>
      <w:r>
        <w:br/>
      </w:r>
      <w:r>
        <w:rPr>
          <w:sz w:val="20"/>
        </w:rPr>
        <w:t>13:31  misal ke taur par aap ka flat ban raha tha, aaj builder ne aap ko chabi de di, to aap kahenge Alhamdulillah, builder ne aaj mujhe chabi de di.</w:t>
      </w:r>
      <w:r>
        <w:br/>
      </w:r>
      <w:r>
        <w:rPr>
          <w:sz w:val="20"/>
        </w:rPr>
        <w:t>13:41  yeh Alhamdulillah nahi hai, yeh yeh to mazak hai, yeh joke hai.</w:t>
      </w:r>
      <w:r>
        <w:br/>
      </w:r>
      <w:r>
        <w:rPr>
          <w:sz w:val="20"/>
        </w:rPr>
        <w:t>13:48  Alhamdulillah wo hai jo Allah ki taraf se mil raha hai, aap ko builder ki taraf mil raha hai, wo Alhamdulillah nahi hai.</w:t>
      </w:r>
      <w:r>
        <w:br/>
      </w:r>
      <w:r>
        <w:rPr>
          <w:sz w:val="20"/>
        </w:rPr>
        <w:t>13:57  to jab aap ke andar yeh baat aayegi ke jo Allah ki taraf se mil raha ho, us ko aap agar dil se samjhenge, acknowledge karenge, shukr karenge, to wisdom badhegi, marifat badhegi,</w:t>
      </w:r>
      <w:r>
        <w:br/>
      </w:r>
      <w:r>
        <w:rPr>
          <w:sz w:val="20"/>
        </w:rPr>
        <w:t>14:13  rabani hikmat barhe gi, yeh matlab hai is ka.</w:t>
      </w:r>
      <w:r>
        <w:br/>
      </w:r>
      <w:r>
        <w:rPr>
          <w:sz w:val="20"/>
        </w:rPr>
        <w:t>14:21  to jo log is mission mein jure hue hain, un ko main keh raha hoon ke woh unhein yani aala alhamdulillah jeena hai.</w:t>
      </w:r>
    </w:p>
    <w:p>
      <w:pPr>
        <w:pStyle w:val="Heading2"/>
      </w:pPr>
      <w:r>
        <w:t>Bad dua is not allowed in Islam</w:t>
      </w:r>
    </w:p>
    <w:p>
      <w:r>
        <w:rPr>
          <w:color w:val="666666"/>
          <w:sz w:val="18"/>
        </w:rPr>
        <w:t>Putting End to Complaints April 22, 2020 Maulana Wahiduddin Khan · 31s · at 9:07 · https://youtu.be/jwchAfcFrkM?t=547</w:t>
      </w:r>
    </w:p>
    <w:p>
      <w:r>
        <w:rPr>
          <w:i/>
        </w:rPr>
        <w:t>“Bad dua nahi, yaad rakhiye”</w:t>
      </w:r>
    </w:p>
    <w:p>
      <w:r>
        <w:rPr>
          <w:sz w:val="20"/>
        </w:rPr>
        <w:t>9:07  bad dua nahi, yaad rakhiye, bad dua islam mein jaiz nahi hai.</w:t>
      </w:r>
      <w:r>
        <w:br/>
      </w:r>
      <w:r>
        <w:rPr>
          <w:sz w:val="20"/>
        </w:rPr>
        <w:t>9:16  hum sab logon ko yeh karna hai ke agar hum bad dua karte thay to is ko chhod dein, hamesha ke liye.</w:t>
      </w:r>
      <w:r>
        <w:br/>
      </w:r>
      <w:r>
        <w:rPr>
          <w:sz w:val="20"/>
        </w:rPr>
        <w:t>9:31  agar hum samajhte thay ke ghalati doosre ki hai to is ko maaf kar dein,</w:t>
      </w:r>
    </w:p>
    <w:p>
      <w:pPr>
        <w:pStyle w:val="Heading2"/>
      </w:pPr>
      <w:r>
        <w:t>Deconditioning requires merciless introspection</w:t>
      </w:r>
    </w:p>
    <w:p>
      <w:r>
        <w:rPr>
          <w:color w:val="666666"/>
          <w:sz w:val="18"/>
        </w:rPr>
        <w:t>Q&amp;A 24 May 2009 Maulana Wahiduddin Khan · 2m 19s · at 30:07 · https://youtu.be/Ek6Ct3LZGOs?t=1807</w:t>
      </w:r>
    </w:p>
    <w:p>
      <w:r>
        <w:rPr>
          <w:i/>
        </w:rPr>
        <w:t>“Main samajhta hoon ke is ki startig apne aap se hoti hai.”</w:t>
      </w:r>
    </w:p>
    <w:p>
      <w:r>
        <w:rPr>
          <w:sz w:val="20"/>
        </w:rPr>
        <w:t>30:07  ab jo deconditioning ki baat hai, to main samajhta hoon ke iski starting apne aap se hoti hai. jis aadmi ne apne ko apni deconditioning na ki ho, woh doosron ko nahin kar sakta.</w:t>
      </w:r>
      <w:r>
        <w:br/>
      </w:r>
      <w:r>
        <w:rPr>
          <w:sz w:val="20"/>
        </w:rPr>
        <w:t>30:17  yaad rakhiye, charity begins from home, jo angrezi mein kaha jata hai, charity begins from home.</w:t>
      </w:r>
      <w:r>
        <w:br/>
      </w:r>
      <w:r>
        <w:rPr>
          <w:sz w:val="20"/>
        </w:rPr>
        <w:t>30:25  to deconditioning apne aap se shuru hoti hai. ab bahut hi mushkil kaam hai, yaad rakhiye, deconditioning. deconditioning ko main agar define karoon doosre shabdon mein to main kahunga merciless introspection.</w:t>
      </w:r>
      <w:r>
        <w:br/>
      </w:r>
      <w:r>
        <w:rPr>
          <w:sz w:val="20"/>
        </w:rPr>
        <w:t>30:44  deconditioning kaun kar payega? apni khud, apni jo merciless introspection kare, to kaun karta hai? hum ko koi mila nahin aisa aadmi.</w:t>
      </w:r>
      <w:r>
        <w:br/>
      </w:r>
      <w:r>
        <w:rPr>
          <w:sz w:val="20"/>
        </w:rPr>
        <w:t>30:58  to deconditioning doosron ko karna</w:t>
      </w:r>
      <w:r>
        <w:br/>
      </w:r>
      <w:r>
        <w:rPr>
          <w:sz w:val="20"/>
        </w:rPr>
        <w:t>31:02  bilkul possible kaam hai. bismillah, agar woh jo american woh tha, professor watson, woh to samajhta tha ke decondition ho nahin sakti hai. bahut bada professor tha watson, lekin usne samjha jo condition ho chuki hai, woh wahi wahi wahi nature hai.</w:t>
      </w:r>
      <w:r>
        <w:br/>
      </w:r>
      <w:r>
        <w:rPr>
          <w:sz w:val="20"/>
        </w:rPr>
        <w:t>31:19  main is ko galat samajhta hoon,</w:t>
      </w:r>
      <w:r>
        <w:br/>
      </w:r>
      <w:r>
        <w:rPr>
          <w:sz w:val="20"/>
        </w:rPr>
        <w:t>31:21  bilkul. halanki sau saal se logon ke dimagh pe bhara hua hai, lekin yeh bilkul baseless baat hai.</w:t>
      </w:r>
      <w:r>
        <w:br/>
      </w:r>
      <w:r>
        <w:rPr>
          <w:sz w:val="20"/>
        </w:rPr>
        <w:t>31:30  deconditioning bilkul possible hai, lekin deconditioning begins from yourself,</w:t>
      </w:r>
      <w:r>
        <w:br/>
      </w:r>
      <w:r>
        <w:rPr>
          <w:sz w:val="20"/>
        </w:rPr>
        <w:t>31:39  kyunki aap is ko janenge nahin, is ki abc d nahin janenge, is ka formula nahin janenge. agar aap ne apni deconditioning nahin ki hai to aap is ka formula nahin janenge.</w:t>
      </w:r>
      <w:r>
        <w:br/>
      </w:r>
      <w:r>
        <w:rPr>
          <w:sz w:val="20"/>
        </w:rPr>
        <w:t>31:50  to doosron ko kya karenge aap? to mujhe to koi aadmi nahin maloom jo merciless introspection karta ho. apna</w:t>
      </w:r>
      <w:r>
        <w:br/>
      </w:r>
      <w:r>
        <w:rPr>
          <w:sz w:val="20"/>
        </w:rPr>
        <w:t>31:59  jo karta ho, woh main is ka mujhe naam bataiye, us ko main us se milunga. us ka milna mere liye ibadat hoga, inshallah.</w:t>
      </w:r>
      <w:r>
        <w:br/>
      </w:r>
      <w:r>
        <w:rPr>
          <w:sz w:val="20"/>
        </w:rPr>
        <w:t>32:11  to yaad rakhiye, is duniya mein sachai ko paane ke liye deconditioning yani bilkul shart hai.</w:t>
      </w:r>
      <w:r>
        <w:br/>
      </w:r>
      <w:r>
        <w:rPr>
          <w:sz w:val="20"/>
        </w:rPr>
        <w:t>32:21  shart</w:t>
      </w:r>
    </w:p>
    <w:p>
      <w:pPr>
        <w:pStyle w:val="Heading2"/>
      </w:pPr>
      <w:r>
        <w:t>Sending a message in pre-tech era</w:t>
      </w:r>
    </w:p>
    <w:p>
      <w:r>
        <w:rPr>
          <w:color w:val="666666"/>
          <w:sz w:val="18"/>
        </w:rPr>
        <w:t>Interaction with Umries 26 July, 2019 - Maulana Wahiduddin Khan · 2m 25s · at 19:34 · https://youtu.be/x26fUHWfzFg?t=1174</w:t>
      </w:r>
    </w:p>
    <w:p>
      <w:r>
        <w:rPr>
          <w:i/>
        </w:rPr>
        <w:t>“Us zamane mein chalta tha woh woh telegraph”</w:t>
      </w:r>
    </w:p>
    <w:p>
      <w:r>
        <w:rPr>
          <w:sz w:val="20"/>
        </w:rPr>
        <w:t>19:34  us zamane mein chalta tha woh woh telegraph jo tikotra tikotra ka awaz deta tha aap log jante nahi honge tikotra kya cheez hai</w:t>
      </w:r>
      <w:r>
        <w:br/>
      </w:r>
      <w:r>
        <w:rPr>
          <w:sz w:val="20"/>
        </w:rPr>
        <w:t>19:51  to</w:t>
      </w:r>
      <w:r>
        <w:br/>
      </w:r>
      <w:r>
        <w:rPr>
          <w:sz w:val="20"/>
        </w:rPr>
        <w:t>19:54  to is zamane mein na telegraph tha badhiya mein na telephone tha koi zariya nahin the message ka</w:t>
      </w:r>
      <w:r>
        <w:br/>
      </w:r>
      <w:r>
        <w:rPr>
          <w:sz w:val="20"/>
        </w:rPr>
        <w:t>20:06  to barsaat ka zamana aa gaya aur naddi jo thi hamare gaon se woh mujhe baarh aa gayi</w:t>
      </w:r>
      <w:r>
        <w:br/>
      </w:r>
      <w:r>
        <w:rPr>
          <w:sz w:val="20"/>
        </w:rPr>
        <w:t>20:18  ab mujhe apne gaon se dilli message bhejane ke liye koi zariya nahi tha sirf yeh tha ke</w:t>
      </w:r>
      <w:r>
        <w:br/>
      </w:r>
      <w:r>
        <w:rPr>
          <w:sz w:val="20"/>
        </w:rPr>
        <w:t>20:26  mein apne gaon se saraiwo jaon aur saraiwo mein telephone to tha nahi</w:t>
      </w:r>
      <w:r>
        <w:br/>
      </w:r>
      <w:r>
        <w:rPr>
          <w:sz w:val="20"/>
        </w:rPr>
        <w:t>20:35  wahan ke wahan ke</w:t>
      </w:r>
      <w:r>
        <w:br/>
      </w:r>
      <w:r>
        <w:rPr>
          <w:sz w:val="20"/>
        </w:rPr>
        <w:t>20:39  post office mein telegraph hota tha wahi tikotra wala</w:t>
      </w:r>
      <w:r>
        <w:br/>
      </w:r>
      <w:r>
        <w:rPr>
          <w:sz w:val="20"/>
        </w:rPr>
        <w:t>20:44  is se pata hua woh message bhejega</w:t>
      </w:r>
      <w:r>
        <w:br/>
      </w:r>
      <w:r>
        <w:rPr>
          <w:sz w:val="20"/>
        </w:rPr>
        <w:t>20:50  to is baarh</w:t>
      </w:r>
      <w:r>
        <w:br/>
      </w:r>
      <w:r>
        <w:rPr>
          <w:sz w:val="20"/>
        </w:rPr>
        <w:t>20:52  ki wajah se wahan is zamane mein woh chalti thi pehle kashti to kashti bhi band ho gayi thi</w:t>
      </w:r>
      <w:r>
        <w:br/>
      </w:r>
      <w:r>
        <w:rPr>
          <w:sz w:val="20"/>
        </w:rPr>
        <w:t>21:02  nahin band nahin ho gayi thi choti kashti hua karti thi woh chalti thi</w:t>
      </w:r>
      <w:r>
        <w:br/>
      </w:r>
      <w:r>
        <w:rPr>
          <w:sz w:val="20"/>
        </w:rPr>
        <w:t>21:12  to mein ne yeh faisla kiya ke mere gaon se Sarawi jana hai aur wahan se post office ke zariye se yeh message bhejane hai ke aap woh kitab ko itna chhapiye</w:t>
      </w:r>
      <w:r>
        <w:br/>
      </w:r>
      <w:r>
        <w:rPr>
          <w:sz w:val="20"/>
        </w:rPr>
        <w:t>21:31  ab ghor kijiye ke mein nikla ghar apne ghar se to pani tha phir woh yaani nadiyon mein pani bhara hua tha to mujhe ghanton intezar karna tha ke woh kashti idhar se udhar jati thi phir idhar se udhar aati thi to ek chakar mein ghanton lagta tha</w:t>
      </w:r>
    </w:p>
    <w:p>
      <w:pPr>
        <w:pStyle w:val="Heading2"/>
      </w:pPr>
      <w:r>
        <w:t>Positive aspects of ancient shirk lost today</w:t>
      </w:r>
    </w:p>
    <w:p>
      <w:r>
        <w:rPr>
          <w:color w:val="666666"/>
          <w:sz w:val="18"/>
        </w:rPr>
        <w:t>Ancient Shirk or Modern Shirk February 1, 2008 Maulana Wahiduddin Khan · 2m 56s · at 24:30 · https://youtu.be/LB6iBYerQmw?t=1470</w:t>
      </w:r>
    </w:p>
    <w:p>
      <w:r>
        <w:rPr>
          <w:i/>
        </w:rPr>
        <w:t>“Pehle zamane ke shirk mein kuch positive aspect thay”</w:t>
      </w:r>
    </w:p>
    <w:p>
      <w:r>
        <w:rPr>
          <w:sz w:val="20"/>
        </w:rPr>
        <w:t>24:30  pehlay zamanay kay shirk mein kuch positive aspect thay, aaj to positive aspect bhi khatam ho gaya hai. Mislan dekhiye, pehlay zamanay ka jo insan tha, woh nature ko, nature kay agay jhukta tha,</w:t>
      </w:r>
      <w:r>
        <w:br/>
      </w:r>
      <w:r>
        <w:rPr>
          <w:sz w:val="20"/>
        </w:rPr>
        <w:t>24:47  nature ki worship karta tha. Is say us kay andar yeh quality paida hui, modesty ki quality, jhuknay ki quality.</w:t>
      </w:r>
      <w:r>
        <w:br/>
      </w:r>
      <w:r>
        <w:rPr>
          <w:sz w:val="20"/>
        </w:rPr>
        <w:t>24:57  kisi kay samnay jhukna. Jaisay mein nay aik aik kitaab parhi to us mein bataya tha unhonay Japan kay baray mein kay Japanese kay people kaisay hain,</w:t>
      </w:r>
      <w:r>
        <w:br/>
      </w:r>
      <w:r>
        <w:rPr>
          <w:sz w:val="20"/>
        </w:rPr>
        <w:t>25:12  hotay hain, un ki psyche kiya hoti hai.</w:t>
      </w:r>
      <w:r>
        <w:br/>
      </w:r>
      <w:r>
        <w:rPr>
          <w:sz w:val="20"/>
        </w:rPr>
        <w:t>25:15  to unhonay kaha tha kay har Japanese jo hai, har Japani aadmi is feeling mein jeeta hai kay I am under someone. I am under someone.</w:t>
      </w:r>
      <w:r>
        <w:br/>
      </w:r>
      <w:r>
        <w:rPr>
          <w:sz w:val="20"/>
        </w:rPr>
        <w:t>25:28  to chuna kay yeh yeh tha zehn pehlay kay insan ka kay woh chuna kay nature ko worship karta tha, nature kay agay jhukta tha,</w:t>
      </w:r>
      <w:r>
        <w:br/>
      </w:r>
      <w:r>
        <w:rPr>
          <w:sz w:val="20"/>
        </w:rPr>
        <w:t>25:43  nature kay agay surrender kiayay hua tha, to is say us kay andar aik submission ka mizaj aya. Submission ka mizaj.</w:t>
      </w:r>
      <w:r>
        <w:br/>
      </w:r>
      <w:r>
        <w:rPr>
          <w:sz w:val="20"/>
        </w:rPr>
        <w:t>25:55  aur doosri yeh kay woh chuna kay nature ko samajhta tha kay yeh God hai, to us ko pollute nahi karta tha.</w:t>
      </w:r>
      <w:r>
        <w:br/>
      </w:r>
      <w:r>
        <w:rPr>
          <w:sz w:val="20"/>
        </w:rPr>
        <w:t>26:04  us ko reverence ki nazar say dekhta tha. Woh aaj ka insan dekhiye kiya hai, aaj ka insan mein yeh dono positive value khatam ho gayi hain.</w:t>
      </w:r>
      <w:r>
        <w:br/>
      </w:r>
      <w:r>
        <w:rPr>
          <w:sz w:val="20"/>
        </w:rPr>
        <w:t>26:17  chuna kay nature ko woh sirf dekhta hai entertainment kay nazriay say. Entertainment.</w:t>
      </w:r>
      <w:r>
        <w:br/>
      </w:r>
      <w:r>
        <w:rPr>
          <w:sz w:val="20"/>
        </w:rPr>
        <w:t>26:25  sirf entertainment. To jhukna nahi hai yahan par. Yahan par modesty nahi hai. Yahan par submission nahi hai. Yahan par akarr hai, pride hai, arrogance hai.</w:t>
      </w:r>
      <w:r>
        <w:br/>
      </w:r>
      <w:r>
        <w:rPr>
          <w:sz w:val="20"/>
        </w:rPr>
        <w:t>26:37  to pehlay ka jo insan tha, us kay shirk say us ko kam az kam itna to tha kay us ko submission mila tha, modesty mili thi, jhuknay ka mizaj bana tha</w:t>
      </w:r>
      <w:r>
        <w:br/>
      </w:r>
      <w:r>
        <w:rPr>
          <w:sz w:val="20"/>
        </w:rPr>
        <w:t>26:49  kay yeh sab cheezain God hain, is liye mujhe jhukna hai. Aur doosri cheez yeh hai kay aaj ka insan jo hai, aap dekhiye, us nay saray nature ko pollute kar rakha hai.</w:t>
      </w:r>
      <w:r>
        <w:br/>
      </w:r>
      <w:r>
        <w:rPr>
          <w:sz w:val="20"/>
        </w:rPr>
        <w:t>26:58  air pollution, water pollution, noise pollution, yeh sab pehlay kaha tha. Pehlay aisa nahi tha.</w:t>
      </w:r>
      <w:r>
        <w:br/>
      </w:r>
      <w:r>
        <w:rPr>
          <w:sz w:val="20"/>
        </w:rPr>
        <w:t>27:08  chuna kay insan jis nature mein rehta tha, us nature ko woh worship karta tha. Us say woh jhuka rehta tha.</w:t>
      </w:r>
      <w:r>
        <w:br/>
      </w:r>
      <w:r>
        <w:rPr>
          <w:sz w:val="20"/>
        </w:rPr>
        <w:t>27:16  to us ko pollute karna us kay mizaj mein nahi tha. Apnay God ko kaisay pollute karay ga koi? Apnay God ko kaisay ganda karay ga aadmi?</w:t>
      </w:r>
    </w:p>
    <w:p>
      <w:pPr>
        <w:pStyle w:val="Heading2"/>
      </w:pPr>
      <w:r>
        <w:t>Prophet Ayyub's (Job's) extreme patience through suffering</w:t>
      </w:r>
    </w:p>
    <w:p>
      <w:r>
        <w:rPr>
          <w:color w:val="666666"/>
          <w:sz w:val="18"/>
        </w:rPr>
        <w:t>Importance of Patience in Islam December 11, 2022 · 3m 09s · at 52:48 · https://youtu.be/Cy59II1dC-I?t=3168</w:t>
      </w:r>
    </w:p>
    <w:p>
      <w:r>
        <w:rPr>
          <w:i/>
        </w:rPr>
        <w:t>“Why do prophets endure such harsh circumstances?”</w:t>
      </w:r>
    </w:p>
    <w:p>
      <w:r>
        <w:rPr>
          <w:sz w:val="20"/>
        </w:rPr>
        <w:t>52:48  kyunki insaan jo hai, na ek potential ki shakal mein paida hua hai. Toh jab yahi jo shocks padte hain, ye museebatein padti hain, isi se insaan mature hota hai. Toh</w:t>
      </w:r>
      <w:r>
        <w:br/>
      </w:r>
      <w:r>
        <w:rPr>
          <w:sz w:val="20"/>
        </w:rPr>
        <w:t>52:59  profits ke liye bahut zyada zaroori hai ke unka full potential jo hai, na unka awake ho jaye. To unke upar bahut sakht halaat guzarte hain. Aur jin logon ne koi museebaten nahi uthai hoti hain, woh bilkul unka potential hi bedaar nahi hota. To is wajah se woh koi bahut bada kaam nahi kar paate hain. To yahi ek misaal hai Hazrat Ayub alaihi salam ki ke woh bahut zyada woh bani israil ke ek paigambar the. Woh</w:t>
      </w:r>
      <w:r>
        <w:br/>
      </w:r>
      <w:r>
        <w:rPr>
          <w:sz w:val="20"/>
        </w:rPr>
        <w:t>53:27  to unko bahut zyada unke paas wealth thi, unke paas bachche the, bahut zyada janwar us zamane ka.</w:t>
      </w:r>
      <w:r>
        <w:br/>
      </w:r>
      <w:r>
        <w:rPr>
          <w:sz w:val="20"/>
        </w:rPr>
        <w:t>53:33  to wealth thi, janwar hote the.</w:t>
      </w:r>
      <w:r>
        <w:br/>
      </w:r>
      <w:r>
        <w:rPr>
          <w:sz w:val="20"/>
        </w:rPr>
        <w:t>53:35  to har cheez unke paas thi, unki achhi sehat thi.</w:t>
      </w:r>
      <w:r>
        <w:br/>
      </w:r>
      <w:r>
        <w:rPr>
          <w:sz w:val="20"/>
        </w:rPr>
        <w:t>53:40  to bahut zyada Khuda ka shukr ada karte the.</w:t>
      </w:r>
      <w:r>
        <w:br/>
      </w:r>
      <w:r>
        <w:rPr>
          <w:sz w:val="20"/>
        </w:rPr>
        <w:t>53:43  to logon ne kehna shuru kar diya ki unko itna zyada Allah ne diya hua hai, to wah</w:t>
      </w:r>
      <w:r>
        <w:br/>
      </w:r>
      <w:r>
        <w:rPr>
          <w:sz w:val="20"/>
        </w:rPr>
        <w:t>53:48  to shukr karenge.</w:t>
      </w:r>
      <w:r>
        <w:br/>
      </w:r>
      <w:r>
        <w:rPr>
          <w:sz w:val="20"/>
        </w:rPr>
        <w:t>53:50  to Allah taala ne ek-ek cheez, ek-ek cheez karke unse le liya.</w:t>
      </w:r>
      <w:r>
        <w:br/>
      </w:r>
      <w:r>
        <w:rPr>
          <w:sz w:val="20"/>
        </w:rPr>
        <w:t>53:55  uske baad bhi jab bhi unse koi cheez chinti, uske baad bhi wah Khuda ka shukr ada karte</w:t>
      </w:r>
      <w:r>
        <w:br/>
      </w:r>
      <w:r>
        <w:rPr>
          <w:sz w:val="20"/>
        </w:rPr>
        <w:t>54:00  aur kehte ki yeh Allah ka tha, Allah ne diya tha, Allah ne le liya.</w:t>
      </w:r>
      <w:r>
        <w:br/>
      </w:r>
      <w:r>
        <w:rPr>
          <w:sz w:val="20"/>
        </w:rPr>
        <w:t>54:03  to tab bhi wah Khuda ka shukr ada karte.</w:t>
      </w:r>
      <w:r>
        <w:br/>
      </w:r>
      <w:r>
        <w:rPr>
          <w:sz w:val="20"/>
        </w:rPr>
        <w:t>54:05  to sari cheezein unki chhin gayi, yahan tak ki unke poore</w:t>
      </w:r>
      <w:r>
        <w:br/>
      </w:r>
      <w:r>
        <w:rPr>
          <w:sz w:val="20"/>
        </w:rPr>
        <w:t>54:10  skin disease ho gayi, poore badan mein unke phode nikal aaye. Uske baad bhi unhone Khuda ka shukr ada kiya, Khuda ke aage sajde mein gir pade. To Allah taala har bande ko test karte hain ke ek to dekhiye, sab kuch aadmi ko mila hua hai, to woh Alhamdulillah, Alhamdulillah kare. To uski koi itni badi value nahi hai. Lekin aise halaat mein ke sab kuch chhin jaye, uske baad bhi woh Khuda ka shukr ada kare, to yeh bahut hi badi baat hai.</w:t>
      </w:r>
      <w:r>
        <w:br/>
      </w:r>
      <w:r>
        <w:rPr>
          <w:sz w:val="20"/>
        </w:rPr>
        <w:t>54:39  To Allah taala aakhri had tak insaan ka test lete hain. To jab sab kuch unka chhin gaya, tab bhi unhone Khuda ka shukr ada kiya. Phir kai saal tak bible mein bahut detail mein aaya hai, kai saal tak aisa hi raha. Unhone ek baar bhi nashukri nahi ki. To uske baad Allah taala ne se unhone dua kiya ke Allah taala</w:t>
      </w:r>
      <w:r>
        <w:br/>
      </w:r>
      <w:r>
        <w:rPr>
          <w:sz w:val="20"/>
        </w:rPr>
        <w:t>55:03  ab jo hai, yeh isko theek kar dijiye, meri sehat theek kar dijiye. To Allah taala ne unki dua qabool ki. Aur uske baad unhone ek ek chashma nikla, us chashme se unhone nahaya aur uska pani piya. Woh bilkul theek ho gaye. Phir Allah taala ne unko aur zyada diya. To is tarike se Allah taala unko test kar raha tha. To yeh misaal hai sabr mein. Hazrat Ayub ki misaal di jaati hai.</w:t>
      </w:r>
      <w:r>
        <w:br/>
      </w:r>
      <w:r>
        <w:rPr>
          <w:sz w:val="20"/>
        </w:rPr>
        <w:t>55:30  To yeh bahut bada waqia hai sabr ka ke har halat mein humein Khuda ka shukr ada karna chahiye, chahe hamare paas kam hai ya zyada hai. Har halat mein humein Khuda ka shukr guzar banda bankar is duniya mein rehna hai. Ji, ab balki sabr ka ek reference ek sahabi ke call mein bhi aata hai, jiska main zikr karna chahunga. Yeh bahut bade sahabi the,</w:t>
      </w:r>
    </w:p>
    <w:p>
      <w:pPr>
        <w:pStyle w:val="Heading2"/>
      </w:pPr>
      <w:r>
        <w:t>Saying Alhamdulillah out of habit is just lip service</w:t>
      </w:r>
    </w:p>
    <w:p>
      <w:r>
        <w:rPr>
          <w:color w:val="666666"/>
          <w:sz w:val="18"/>
        </w:rPr>
        <w:t>Importance of Shukr (Thankfulness) July 24, 2022 · 30s · at 27:39 · https://youtu.be/MgWNIv0k1sk?t=1659</w:t>
      </w:r>
    </w:p>
    <w:p>
      <w:r>
        <w:rPr>
          <w:i/>
        </w:rPr>
        <w:t>“Allah ki badai apne baap dada jaisi karo”</w:t>
      </w:r>
    </w:p>
    <w:p>
      <w:r>
        <w:rPr>
          <w:sz w:val="20"/>
        </w:rPr>
        <w:t>27:39  quran mein aaya hai ke Allah ki barhai is tarah karo jis tarah tum apne baap dada ki, apne ancestors ki barhai karte ho</w:t>
      </w:r>
      <w:r>
        <w:br/>
      </w:r>
      <w:r>
        <w:rPr>
          <w:sz w:val="20"/>
        </w:rPr>
        <w:t>27:47  . to jo aisi barhai kare, jo apne baap dada aur ancestors wali barhai kare, Allah taala ki charcha kare, to wohi samajh lijiye, wohi real charcha hai.</w:t>
      </w:r>
      <w:r>
        <w:br/>
      </w:r>
      <w:r>
        <w:rPr>
          <w:sz w:val="20"/>
        </w:rPr>
        <w:t>27:59  yeh jo munh se jo alhamdulillah jo aaj kal raaij ho gaya hai, yeh is ki koi value nahin hai Allah ke nazdeek. is ko hum keh sakte hain lip service.</w:t>
      </w:r>
    </w:p>
    <w:p>
      <w:pPr>
        <w:pStyle w:val="Heading2"/>
      </w:pPr>
      <w:r>
        <w:t>Salahuddin Ayyubi's missed chance to bear witness over revenge</w:t>
      </w:r>
    </w:p>
    <w:p>
      <w:r>
        <w:rPr>
          <w:color w:val="666666"/>
          <w:sz w:val="18"/>
        </w:rPr>
        <w:t>Don't Be Angry Culture January 15, 2012 · 5m 46s · at 33:05 · https://youtu.be/NrA3X8y_FLY?t=1985</w:t>
      </w:r>
    </w:p>
    <w:p>
      <w:r>
        <w:rPr>
          <w:i/>
        </w:rPr>
        <w:t>“Salahuddin Ayyubi ka ek waqia aata hai tareekh ki kitabon mein”</w:t>
      </w:r>
    </w:p>
    <w:p>
      <w:r>
        <w:rPr>
          <w:sz w:val="20"/>
        </w:rPr>
        <w:t>33:05  Salahuddin Ayubi ke ek waqeye ko le kar.</w:t>
      </w:r>
      <w:r>
        <w:br/>
      </w:r>
      <w:r>
        <w:rPr>
          <w:sz w:val="20"/>
        </w:rPr>
        <w:t>33:09  Aap jante hain ke Salahuddin Ayubi barahween sadi eesvi ka aadmi tha. Is ne jo third crusades hain, is mein is ne bohat zabardast role kiya tha.</w:t>
      </w:r>
      <w:r>
        <w:br/>
      </w:r>
      <w:r>
        <w:rPr>
          <w:sz w:val="20"/>
        </w:rPr>
        <w:t>33:23  Aur is ki wajah se third crusade mein musalmanon ko jeet hui thi.</w:t>
      </w:r>
      <w:r>
        <w:br/>
      </w:r>
      <w:r>
        <w:rPr>
          <w:sz w:val="20"/>
        </w:rPr>
        <w:t>33:28  To is ka ek waqea aata hai tareekh ki kitabon mein ke third crusades mein Christian side se ek ek hota tha general, uska naam tha Reginald.</w:t>
      </w:r>
      <w:r>
        <w:br/>
      </w:r>
      <w:r>
        <w:rPr>
          <w:sz w:val="20"/>
        </w:rPr>
        <w:t>33:40  Reginald. To is dauran mein jab ke ladaai chal rahi thi to Reginald ne ek baar ek ek Muslim karwan ko pakda.</w:t>
      </w:r>
      <w:r>
        <w:br/>
      </w:r>
      <w:r>
        <w:rPr>
          <w:sz w:val="20"/>
        </w:rPr>
        <w:t>33:54  Aur Muslim karwan ko jo bhi kiya ho, mara peeta ho, loota ho, jo bhi kiya ho.</w:t>
      </w:r>
      <w:r>
        <w:br/>
      </w:r>
      <w:r>
        <w:rPr>
          <w:sz w:val="20"/>
        </w:rPr>
        <w:t>34:00  To us waqt is ne yani josh mein aa kar Reginald ne kaha musalman se ke bulao Muhammad ko, woh tumhari madad kare.</w:t>
      </w:r>
      <w:r>
        <w:br/>
      </w:r>
      <w:r>
        <w:rPr>
          <w:sz w:val="20"/>
        </w:rPr>
        <w:t>34:16  Call Muhammad to save you yeh aata hai kitabon mein. To yeh jo is ne kaha tha ke bulao Muhammad ko, woh tumhari madad</w:t>
      </w:r>
      <w:r>
        <w:br/>
      </w:r>
      <w:r>
        <w:rPr>
          <w:sz w:val="20"/>
        </w:rPr>
        <w:t>34:27  kare, yeh khabar pahunchi Salahuddin Ayubi ko. Yeh bohat ghussa ho gaye. Bohat ghussa ho gaya, unhon ne kaha ke achha theek hai, main is ko qatl kar ke rahoon ga.</w:t>
      </w:r>
      <w:r>
        <w:br/>
      </w:r>
      <w:r>
        <w:rPr>
          <w:sz w:val="20"/>
        </w:rPr>
        <w:t>34:41  To aakhir mein kya hua ke Hattin mein mashhoor jo hai jang Hattin, barah-e-to yeh Nuh, Hattin mein ek ladaai hui jis mein Salahuddin Ayubi ne bohat bara role tha un ka</w:t>
      </w:r>
      <w:r>
        <w:br/>
      </w:r>
      <w:r>
        <w:rPr>
          <w:sz w:val="20"/>
        </w:rPr>
        <w:t>34:56  . To is mein musalmanon ko jeet hui. Aur is mein Reginald pakda gaya. Reginald giraftaar ho kar ke Salahuddin ke paas laya gaya, us ke tent mein.</w:t>
      </w:r>
      <w:r>
        <w:br/>
      </w:r>
      <w:r>
        <w:rPr>
          <w:sz w:val="20"/>
        </w:rPr>
        <w:t>35:07  Jab tent mein woh aaya, laya gaya to Salahuddin Ayubi ne us ko yaad dilaya ke tum woh shakhs ho jis ne aisa kaha tha ke dekho, ab main tum ko batata hoon, is ka badla leta hoon tum se.</w:t>
      </w:r>
      <w:r>
        <w:br/>
      </w:r>
      <w:r>
        <w:rPr>
          <w:sz w:val="20"/>
        </w:rPr>
        <w:t>35:21  To kitabon mein aata hai ke Salahuddin Ayubi ne talwar uthai aur yeh keh kar us ko qatl kar diya ke ها أنا أنتصر لمحمد علیہ الصلاة والسلام yeh lo, main Muhammad ki taraf se tum se badla leta hoon.</w:t>
      </w:r>
      <w:r>
        <w:br/>
      </w:r>
      <w:r>
        <w:rPr>
          <w:sz w:val="20"/>
        </w:rPr>
        <w:t>35:40  Gardan maar di is ki. Is ko jab main ne parha, is waqeye ko to ek ajeeb ghareeb soch mere andar paida hui.</w:t>
      </w:r>
      <w:r>
        <w:br/>
      </w:r>
      <w:r>
        <w:rPr>
          <w:sz w:val="20"/>
        </w:rPr>
        <w:t>35:50  Main ne kaha Salahuddin Ayubi ke liye woh ek opportunity thi. Gawahi dene ki, sachai gawahi. Dekhiye, hum aap gawah hain.</w:t>
      </w:r>
      <w:r>
        <w:br/>
      </w:r>
      <w:r>
        <w:rPr>
          <w:sz w:val="20"/>
        </w:rPr>
        <w:t>35:59  Hadees mein aata hai ke المسلمون شهداء الله فی الارض musalman jo hai dunya mein haq ke gawah hain.</w:t>
      </w:r>
      <w:r>
        <w:br/>
      </w:r>
      <w:r>
        <w:rPr>
          <w:sz w:val="20"/>
        </w:rPr>
        <w:t>36:10  Yaani jab koi mauqa ho to khade ho kar batayein ke sachai yeh hai, yeh baatil hai, yeh haq hai.</w:t>
      </w:r>
      <w:r>
        <w:br/>
      </w:r>
      <w:r>
        <w:rPr>
          <w:sz w:val="20"/>
        </w:rPr>
        <w:t>36:18  To us waqt kya maamla tha, dekhiye, is par ghaur kijiye. Reginald ne jab yeh kaha tha ke bulao Muhammad ko, tum ko bachayein mujh se, us ke dimagh mein kahin yeh ghusa hua hoga ke musalman Muhammad ko samajhte hain ke un ke andar koi divine power hai,</w:t>
      </w:r>
      <w:r>
        <w:br/>
      </w:r>
      <w:r>
        <w:rPr>
          <w:sz w:val="20"/>
        </w:rPr>
        <w:t>36:38  Khudai taqat hai. Jaisa ke aam taur par hota hai doosre mazhabon mein.</w:t>
      </w:r>
      <w:r>
        <w:br/>
      </w:r>
      <w:r>
        <w:rPr>
          <w:sz w:val="20"/>
        </w:rPr>
        <w:t>36:45  To musalman bhi yahi samajhte honge.</w:t>
      </w:r>
      <w:r>
        <w:br/>
      </w:r>
      <w:r>
        <w:rPr>
          <w:sz w:val="20"/>
        </w:rPr>
        <w:t>36:50  Is liye is ki jo jumla nikla zuban se ke Muhammad Muhammad ko tum samajhte ho ke woh tumhare savior hain, tumhein bachane wale hain, to bulao, bachayein mujh ko un se.</w:t>
      </w:r>
      <w:r>
        <w:br/>
      </w:r>
      <w:r>
        <w:rPr>
          <w:sz w:val="20"/>
        </w:rPr>
        <w:t>37:02  Yeh is ka ek baatil khayal tha, fasid khayal tha. Aisa Islam mein koi taleem nahi hai.</w:t>
      </w:r>
      <w:r>
        <w:br/>
      </w:r>
      <w:r>
        <w:rPr>
          <w:sz w:val="20"/>
        </w:rPr>
        <w:t>37:10  Kyun ke Quran mein hai ke إنما أنا بشر مثلكم إليكم إله واحد ke main ek bashar hoon.</w:t>
      </w:r>
      <w:r>
        <w:br/>
      </w:r>
      <w:r>
        <w:rPr>
          <w:sz w:val="20"/>
        </w:rPr>
        <w:t>37:21  Yeh farmaya Paighambar ne. Main ek bashar hoon. Sirf itni si baat hai ke mere upar wahi aati hai Allah Ta'ala ki taraf se, is liye ke main is ko tumhein tak pahunchaoon.</w:t>
      </w:r>
      <w:r>
        <w:br/>
      </w:r>
      <w:r>
        <w:rPr>
          <w:sz w:val="20"/>
        </w:rPr>
        <w:t>37:36  Baaki taqat, ikhtiyar, qudrat yeh sab Allah ka hissa hai. Mujhe kisi cheez ki qudrat haasil nahi hai. To yeh kitna bara is ke andar galat fehmi thi Islam ke bare mein ke musalman samajhte hain ke Muhammad jo hain un ke andar koi Khudai taqat hai.</w:t>
      </w:r>
      <w:r>
        <w:br/>
      </w:r>
      <w:r>
        <w:rPr>
          <w:sz w:val="20"/>
        </w:rPr>
        <w:t>37:55  jaisa ke doosri qaumein samajhti hain. jabke mamla yeh hai ke Islam mein yeh aqeedah nahi hai. Islam mein aqeedah yeh hai ke sirf ek Allah taala ko sari taqat hasil hai.</w:t>
      </w:r>
      <w:r>
        <w:br/>
      </w:r>
      <w:r>
        <w:rPr>
          <w:sz w:val="20"/>
        </w:rPr>
        <w:t>38:09  to us waqt Salahuddin Ayyubi ke liye ek opportunity thi gawahi dene ke liye. woh khada hota ke main gawahi deta hoon ke taqat sirf ek Allah ko hai.</w:t>
      </w:r>
      <w:r>
        <w:br/>
      </w:r>
      <w:r>
        <w:rPr>
          <w:sz w:val="20"/>
        </w:rPr>
        <w:t>38:20  Muhammad Allah ke Rasool hain, woh Khuda nahi hain.</w:t>
      </w:r>
      <w:r>
        <w:br/>
      </w:r>
      <w:r>
        <w:rPr>
          <w:sz w:val="20"/>
        </w:rPr>
        <w:t>38:25  Ulama ko bithata ke samjhao is ko, Reginald ko. is ki galat fehmi door karo. marne se pehle woh jaan le ke sachai kya hai.</w:t>
      </w:r>
      <w:r>
        <w:br/>
      </w:r>
      <w:r>
        <w:rPr>
          <w:sz w:val="20"/>
        </w:rPr>
        <w:t>38:36  lekin bas gardan talwar uthai, gardan maar di is ki. kyun? ghusse mein aadmi ki aql jo hai kho jati hai. ghusse mein aadmi right thinking se mehroom ho jata hai.</w:t>
      </w:r>
    </w:p>
    <w:p>
      <w:pPr>
        <w:pStyle w:val="Heading2"/>
      </w:pPr>
      <w:r>
        <w:t>circumstances don't decide your character, principles do</w:t>
      </w:r>
    </w:p>
    <w:p>
      <w:r>
        <w:rPr>
          <w:color w:val="666666"/>
          <w:sz w:val="18"/>
        </w:rPr>
        <w:t>Good Relationships CPS Women Discussion 23 September 10, 2023 · 28s · at 6:56 · https://youtu.be/5UlMoC6-jGU?t=416</w:t>
      </w:r>
    </w:p>
    <w:p>
      <w:r>
        <w:rPr>
          <w:i/>
        </w:rPr>
        <w:t>“Halaat hamare character ka faisla nahi karte”</w:t>
      </w:r>
    </w:p>
    <w:p>
      <w:r>
        <w:rPr>
          <w:sz w:val="20"/>
        </w:rPr>
        <w:t>6:56  halaat hamare character ka faisla nahi karte balki hamara apna socha samjha usool hamare character ka faisla karta hai. yaani khudai usool par qaym rehna, taqwah par qaym rehna. yeh islami ikhlaq hai aur bausul insaan islami ikhlaq par qaym rehta hai aur yahi hamare aapas ke relation ko behtar banata hai. achha musalman, to beghar sochiye samjhiye zindagi guzarna.</w:t>
      </w:r>
      <w:r>
        <w:br/>
      </w:r>
      <w:r>
        <w:rPr>
          <w:sz w:val="20"/>
        </w:rPr>
        <w:t>7:24  beghar kisi cheez ko samjhe bas guzarte rehna jo hamari zindagi mein jo bhi hamari samajh ban gayi, to yeh achha musalman nahi banata, achha insaan nahi banata. Islam ka maqsad hai ki insaan ki soch ko iski islah ho aur jis insaan ki soch mein Islam utar jaye, woh apne aap achha insaan ban jata hai aur kisi ke liye bhala na sochna, aisi soch yaqeenan Islam se khali hogi.</w:t>
      </w:r>
    </w:p>
    <w:p>
      <w:pPr>
        <w:pStyle w:val="Heading2"/>
      </w:pPr>
      <w:r>
        <w:t>Life's way is patience and self-control</w:t>
      </w:r>
    </w:p>
    <w:p>
      <w:r>
        <w:rPr>
          <w:color w:val="666666"/>
          <w:sz w:val="18"/>
        </w:rPr>
        <w:t>Realistic Approach March 30, 2014 Maulana Wahiduddin Khan · 33s · at 13:49 · https://youtu.be/K36UonBsGlA?t=829</w:t>
      </w:r>
    </w:p>
    <w:p>
      <w:r>
        <w:rPr>
          <w:i/>
        </w:rPr>
        <w:t>“This is the way of life, this is the way of patience.”</w:t>
      </w:r>
    </w:p>
    <w:p>
      <w:r>
        <w:rPr>
          <w:sz w:val="20"/>
        </w:rPr>
        <w:t>13:49  yeh hai zindagi ka tareeqa. yeh hai sabr ka tareeqa. is duniya mein sabr ke baghair aap ko kuch nahin mil sakta.</w:t>
      </w:r>
      <w:r>
        <w:br/>
      </w:r>
      <w:r>
        <w:rPr>
          <w:sz w:val="20"/>
        </w:rPr>
        <w:t>14:01  sabr ke baghair aap ko kuch nahin mil sakta. to Musalman sabr karne ke liye tayyar nahin hain. sabr ke ma'ani kya hain?</w:t>
      </w:r>
      <w:r>
        <w:br/>
      </w:r>
      <w:r>
        <w:rPr>
          <w:sz w:val="20"/>
        </w:rPr>
        <w:t>14:13  yani sabr ke ma'ani hain ke apne jazbat ko thaam kar ke aap daryaft karein duniya ko. apne jazbat mein na jiyein aap.</w:t>
      </w:r>
    </w:p>
    <w:p>
      <w:pPr>
        <w:pStyle w:val="Heading2"/>
      </w:pPr>
      <w:r>
        <w:t>Follow government orders, avoid anti-government</w:t>
      </w:r>
    </w:p>
    <w:p>
      <w:r>
        <w:rPr>
          <w:color w:val="666666"/>
          <w:sz w:val="18"/>
        </w:rPr>
        <w:t>Prayer for the Country April 05, 2020 Maulana Wahiduddin Khan · 26s · at 30:06 · https://youtu.be/9Fh70tItjlQ?t=1806</w:t>
      </w:r>
    </w:p>
    <w:p>
      <w:r>
        <w:rPr>
          <w:i/>
        </w:rPr>
        <w:t>“Main samajhta hoon ke ek hi kaam karna hai.”</w:t>
      </w:r>
    </w:p>
    <w:p>
      <w:r>
        <w:rPr>
          <w:sz w:val="20"/>
        </w:rPr>
        <w:t>30:06  mein samajhta hoon ke aik hi kaam karna hai. woh yeh ke government ke order ko follow karna hai. new government system banaye, us ke mutabiq chalna hai.</w:t>
      </w:r>
      <w:r>
        <w:br/>
      </w:r>
      <w:r>
        <w:rPr>
          <w:sz w:val="20"/>
        </w:rPr>
        <w:t>30:21  anti-government soch bohat hi galat hai. Islam ke khilaf hai. anti-government soch Islam ke khilaf hai.</w:t>
      </w:r>
    </w:p>
    <w:p>
      <w:pPr>
        <w:pStyle w:val="Heading2"/>
      </w:pPr>
      <w:r>
        <w:t>Secular vs religious discourse</w:t>
      </w:r>
    </w:p>
    <w:p>
      <w:r>
        <w:rPr>
          <w:color w:val="666666"/>
          <w:sz w:val="18"/>
        </w:rPr>
        <w:t>When God's Name is Invoked December 21, 2019 - Interaction with Maulana Wahiduddin Khan, · 2m 02s · at 29:32 · https://youtu.be/jgNjICoo-Cw?t=1772</w:t>
      </w:r>
    </w:p>
    <w:p>
      <w:r>
        <w:rPr>
          <w:i/>
        </w:rPr>
        <w:t>“Maine ye dekha ke jo secular world hai.”</w:t>
      </w:r>
    </w:p>
    <w:p>
      <w:r>
        <w:rPr>
          <w:sz w:val="20"/>
        </w:rPr>
        <w:t>29:32  maine yeh dekha ke jo secular world hai ya academic world hai, is mein to bahut achhe tareeqe se discussions hote hain aur bilkul alag alag rai logon ki hoti hain.</w:t>
      </w:r>
      <w:r>
        <w:br/>
      </w:r>
      <w:r>
        <w:rPr>
          <w:sz w:val="20"/>
        </w:rPr>
        <w:t>29:43  koi bura nahi manta, balkeh woh alag rai ko us ko welcome kiya jata hai. lekin jab religious world mein aate hain,</w:t>
      </w:r>
      <w:r>
        <w:br/>
      </w:r>
      <w:r>
        <w:rPr>
          <w:sz w:val="20"/>
        </w:rPr>
        <w:t>29:59  secular world mein is ko bilkul discussion ko bura nahi mana jata, chahe kitna hi log ek doosre se ikhtilaf karne hon. balkeh wahi achha samjha jata hai ke logon ki alag alag rai ho, isi par to discussion hota hai.</w:t>
      </w:r>
      <w:r>
        <w:br/>
      </w:r>
      <w:r>
        <w:rPr>
          <w:sz w:val="20"/>
        </w:rPr>
        <w:t>30:14  lekin mazhabi duniya mein foran jo hai, is ko debate ban jata hai, log intolerant ho jate hain, doosre ki baat sunna nahi chahte hain, bas apni baat kehna chahte hain.</w:t>
      </w:r>
      <w:r>
        <w:br/>
      </w:r>
      <w:r>
        <w:rPr>
          <w:sz w:val="20"/>
        </w:rPr>
        <w:t>30:27  to is tareeqe se sirf mahol kharab hota hai. agar hum samajhte hain ke hamari baat sahi hai aur doosre ko is ko ghor karna chahiye to is, lekin woh itna zyada negative ho jata hai ke woh us par ghor nahi kar pata.</w:t>
      </w:r>
      <w:r>
        <w:br/>
      </w:r>
      <w:r>
        <w:rPr>
          <w:sz w:val="20"/>
        </w:rPr>
        <w:t>30:45  to agar hamare andar yeh aa jaye ke azadi to Khuda ne diya hai, to hum is ko sochne ki azadi hai, to woh bhi alag sochega.</w:t>
      </w:r>
      <w:r>
        <w:br/>
      </w:r>
      <w:r>
        <w:rPr>
          <w:sz w:val="20"/>
        </w:rPr>
        <w:t>30:55  agar hum chahte hain ke hamari baat sahi hai aur woh samjhe, to hum agar is ko bahut hi coolly aur peacefully is ko batayenge to ho sakta hai aaj nahi, kal woh baat samajh le.</w:t>
      </w:r>
      <w:r>
        <w:br/>
      </w:r>
      <w:r>
        <w:rPr>
          <w:sz w:val="20"/>
        </w:rPr>
        <w:t>31:07  to aisa kyun hota hai ke secular world wala tareeqa jo hai, religious world mein apnaya nahi ja sakta?</w:t>
      </w:r>
      <w:r>
        <w:br/>
      </w:r>
      <w:r>
        <w:rPr>
          <w:sz w:val="20"/>
        </w:rPr>
        <w:t>31:15  Maulana, yeh aap ka sawal hai ke yeh dekhne mein aata hai ke secular world mein agar mukhtalif rai hon to is ko kharab nahi mana jata hai, balkeh achha mana jata hai.</w:t>
      </w:r>
      <w:r>
        <w:br/>
      </w:r>
      <w:r>
        <w:rPr>
          <w:sz w:val="20"/>
        </w:rPr>
        <w:t>31:26  lekin agar wahi religious world mein dekhen to agar ek se zyada rai aa jaye to log intolerant ho jate hain ek</w:t>
      </w:r>
    </w:p>
    <w:p>
      <w:pPr>
        <w:pStyle w:val="Heading2"/>
      </w:pPr>
      <w:r>
        <w:t>What great artists and scientists share is patience</w:t>
      </w:r>
    </w:p>
    <w:p>
      <w:r>
        <w:rPr>
          <w:color w:val="666666"/>
          <w:sz w:val="18"/>
        </w:rPr>
        <w:t>Fasting A Source of Spiritual Empowerment August 21, 2011 Maulana Wahiduddin Khan · 2m 32s · at 36:16 · https://youtu.be/Z0EbPlujcf0?t=2176</w:t>
      </w:r>
    </w:p>
    <w:p>
      <w:r>
        <w:rPr>
          <w:i/>
        </w:rPr>
        <w:t>“Roze ko hadith mein kaha gaya hai Shahr-us-Sabr”</w:t>
      </w:r>
    </w:p>
    <w:p>
      <w:r>
        <w:rPr>
          <w:sz w:val="20"/>
        </w:rPr>
        <w:t>36:16  Phir dekhiye roze ko hadith mein kaha gaya hai shahr al sabr. Sabr ka mahina. Sabr ka matlab hai Patience.</w:t>
      </w:r>
      <w:r>
        <w:br/>
      </w:r>
      <w:r>
        <w:rPr>
          <w:sz w:val="20"/>
        </w:rPr>
        <w:t>36:28  Patience ka mahina. Dekhiye Patience jo hai zindagi mein yani sab se bari cheez hai.</w:t>
      </w:r>
      <w:r>
        <w:br/>
      </w:r>
      <w:r>
        <w:rPr>
          <w:sz w:val="20"/>
        </w:rPr>
        <w:t>36:37  Patience.</w:t>
      </w:r>
      <w:r>
        <w:br/>
      </w:r>
      <w:r>
        <w:rPr>
          <w:sz w:val="20"/>
        </w:rPr>
        <w:t>36:40  aaj subah mein radio par sun raha tha. to aik aik artist ka interview aa raha tha.</w:t>
      </w:r>
      <w:r>
        <w:br/>
      </w:r>
      <w:r>
        <w:rPr>
          <w:sz w:val="20"/>
        </w:rPr>
        <w:t>36:51  aaj hi subah ki baat hai.</w:t>
      </w:r>
      <w:r>
        <w:br/>
      </w:r>
      <w:r>
        <w:rPr>
          <w:sz w:val="20"/>
        </w:rPr>
        <w:t>36:55  aal india radio par. to is se poocha gaya is artist se.</w:t>
      </w:r>
      <w:r>
        <w:br/>
      </w:r>
      <w:r>
        <w:rPr>
          <w:sz w:val="20"/>
        </w:rPr>
        <w:t>37:06  ke what makes an artist a great artist?</w:t>
      </w:r>
      <w:r>
        <w:br/>
      </w:r>
      <w:r>
        <w:rPr>
          <w:sz w:val="20"/>
        </w:rPr>
        <w:t>37:11  koi artist bara artist kaise banta hai?</w:t>
      </w:r>
      <w:r>
        <w:br/>
      </w:r>
      <w:r>
        <w:rPr>
          <w:sz w:val="20"/>
        </w:rPr>
        <w:t>37:18  is ne kaha in a single word patience. patience sabr tahammul bardasht.</w:t>
      </w:r>
      <w:r>
        <w:br/>
      </w:r>
      <w:r>
        <w:rPr>
          <w:sz w:val="20"/>
        </w:rPr>
        <w:t>37:31  yani artist ko bara artist banne ke liye sab se bari cheez jo chahiye woh hai sabr tahammul bardasht. kyun?</w:t>
      </w:r>
      <w:r>
        <w:br/>
      </w:r>
      <w:r>
        <w:rPr>
          <w:sz w:val="20"/>
        </w:rPr>
        <w:t>37:42  aik lambi koshish karni parti hai.</w:t>
      </w:r>
      <w:r>
        <w:br/>
      </w:r>
      <w:r>
        <w:rPr>
          <w:sz w:val="20"/>
        </w:rPr>
        <w:t>37:47  kitne saare distractions se apne ko bachana parta hai. kitne mauqe par apne emotions ko kill karna parta hai. tab ja kar aap aik acha artist bante hain.</w:t>
      </w:r>
      <w:r>
        <w:br/>
      </w:r>
      <w:r>
        <w:rPr>
          <w:sz w:val="20"/>
        </w:rPr>
        <w:t>38:03  yeh baat poochi gayi newton se.</w:t>
      </w:r>
      <w:r>
        <w:br/>
      </w:r>
      <w:r>
        <w:rPr>
          <w:sz w:val="20"/>
        </w:rPr>
        <w:t>38:08  to is ne kaha ke acha scientist banne ke liye is ne bhi yeh kaha tha ke patience.</w:t>
      </w:r>
      <w:r>
        <w:br/>
      </w:r>
      <w:r>
        <w:rPr>
          <w:sz w:val="20"/>
        </w:rPr>
        <w:t>38:16  apne bare mein is ne kaha tha ke i have no special sagacity only the power of patient thought</w:t>
      </w:r>
      <w:r>
        <w:br/>
      </w:r>
      <w:r>
        <w:rPr>
          <w:sz w:val="20"/>
        </w:rPr>
        <w:t>38:25  . to dekhiye chahe art ka mamla ho. chahe science ka mamla ho. aur chahe deen ka mamla ho.</w:t>
      </w:r>
      <w:r>
        <w:br/>
      </w:r>
      <w:r>
        <w:rPr>
          <w:sz w:val="20"/>
        </w:rPr>
        <w:t>38:37  har mamle mein</w:t>
      </w:r>
      <w:r>
        <w:br/>
      </w:r>
      <w:r>
        <w:rPr>
          <w:sz w:val="20"/>
        </w:rPr>
        <w:t>38:41  aala darje tak pahunchne ke liye jo sab se bari cheez darkar hai woh hai patience</w:t>
      </w:r>
    </w:p>
    <w:p>
      <w:pPr>
        <w:pStyle w:val="Heading2"/>
      </w:pPr>
      <w:r>
        <w:t>Japan's avoidance led to economic superpower</w:t>
      </w:r>
    </w:p>
    <w:p>
      <w:r>
        <w:rPr>
          <w:color w:val="666666"/>
          <w:sz w:val="18"/>
        </w:rPr>
        <w:t>The Importance of Positive Attitude | November 01, 2007 · 2m 02s · at 24:32 · https://youtu.be/r4zLbCBxPyc?t=1472</w:t>
      </w:r>
    </w:p>
    <w:p>
      <w:r>
        <w:rPr>
          <w:i/>
        </w:rPr>
        <w:t>“Japan ki nai history shuru hoti hai Second World War ke baad”</w:t>
      </w:r>
    </w:p>
    <w:p>
      <w:r>
        <w:rPr>
          <w:sz w:val="20"/>
        </w:rPr>
        <w:t>24:32  japan ki.</w:t>
      </w:r>
      <w:r>
        <w:br/>
      </w:r>
      <w:r>
        <w:rPr>
          <w:sz w:val="20"/>
        </w:rPr>
        <w:t>24:36  japan mein World War, second World War ke baad america ne wahan ka ek bohat bara jazeera, kyunke</w:t>
      </w:r>
      <w:r>
        <w:br/>
      </w:r>
      <w:r>
        <w:rPr>
          <w:sz w:val="20"/>
        </w:rPr>
        <w:t>24:39  aap jante hain japan jo hai bohat se jazeera hain wahan.</w:t>
      </w:r>
      <w:r>
        <w:br/>
      </w:r>
      <w:r>
        <w:rPr>
          <w:sz w:val="20"/>
        </w:rPr>
        <w:t>24:42  bohat se jazeera hain, jazeeraon hi ka mulk hai woh.</w:t>
      </w:r>
      <w:r>
        <w:br/>
      </w:r>
      <w:r>
        <w:rPr>
          <w:sz w:val="20"/>
        </w:rPr>
        <w:t>24:46  ek jazeera is ka naam hai Okinawa.</w:t>
      </w:r>
      <w:r>
        <w:br/>
      </w:r>
      <w:r>
        <w:rPr>
          <w:sz w:val="20"/>
        </w:rPr>
        <w:t>24:49  is par qabza kar liya is ne.</w:t>
      </w:r>
      <w:r>
        <w:br/>
      </w:r>
      <w:r>
        <w:rPr>
          <w:sz w:val="20"/>
        </w:rPr>
        <w:t>24:53  aur apna adda bana liya wahan.</w:t>
      </w:r>
      <w:r>
        <w:br/>
      </w:r>
      <w:r>
        <w:rPr>
          <w:sz w:val="20"/>
        </w:rPr>
        <w:t>24:56  yani japan ka ek jazeera, ek Island.</w:t>
      </w:r>
      <w:r>
        <w:br/>
      </w:r>
      <w:r>
        <w:rPr>
          <w:sz w:val="20"/>
        </w:rPr>
        <w:t>24:59  ek bohat bara Island</w:t>
      </w:r>
      <w:r>
        <w:br/>
      </w:r>
      <w:r>
        <w:rPr>
          <w:sz w:val="20"/>
        </w:rPr>
        <w:t>25:03  jis ka naam hai Okinawa, is ko america ne qabza kar liya.</w:t>
      </w:r>
      <w:r>
        <w:br/>
      </w:r>
      <w:r>
        <w:rPr>
          <w:sz w:val="20"/>
        </w:rPr>
        <w:t>25:07  abhi tak qabza hai is ka.</w:t>
      </w:r>
      <w:r>
        <w:br/>
      </w:r>
      <w:r>
        <w:rPr>
          <w:sz w:val="20"/>
        </w:rPr>
        <w:t>25:10  lekin japan ne is okinawa ko phir se chhenne ke liye koi ladai nahi ki.</w:t>
      </w:r>
      <w:r>
        <w:br/>
      </w:r>
      <w:r>
        <w:rPr>
          <w:sz w:val="20"/>
        </w:rPr>
        <w:t>25:14  japan jo hai Atom Bomb ko bhula diya is ne.</w:t>
      </w:r>
      <w:r>
        <w:br/>
      </w:r>
      <w:r>
        <w:rPr>
          <w:sz w:val="20"/>
        </w:rPr>
        <w:t>25:18  america Atom Bomb chala raha tha in ke upar.</w:t>
      </w:r>
      <w:r>
        <w:br/>
      </w:r>
      <w:r>
        <w:rPr>
          <w:sz w:val="20"/>
        </w:rPr>
        <w:t>25:22  is ko bhula diya.</w:t>
      </w:r>
      <w:r>
        <w:br/>
      </w:r>
      <w:r>
        <w:rPr>
          <w:sz w:val="20"/>
        </w:rPr>
        <w:t>25:26  okinawa ko bhi bhula diya is ne.</w:t>
      </w:r>
      <w:r>
        <w:br/>
      </w:r>
      <w:r>
        <w:rPr>
          <w:sz w:val="20"/>
        </w:rPr>
        <w:t>25:30  aur is ke baad unhon ne kiya kiya? unhon ne kiya ke apne mulk ko</w:t>
      </w:r>
      <w:r>
        <w:br/>
      </w:r>
      <w:r>
        <w:rPr>
          <w:sz w:val="20"/>
        </w:rPr>
        <w:t>25:33  Educate karo. Apne mulk mein Industry chalao. Apne mulk ki technology ko barhao. Sensi, Scientific Development ko barhao. Is par lag gaye woh. Yeh tha, yeh tha wahi. Yaani Ignore karne wali Policy. Avoid karne wali Policy. Yaani Policy of Avoidance chalai unhon ne. Jabke doosre mulk ne Policy of Avoidance nahi chalai. Japan ne Policy of</w:t>
      </w:r>
      <w:r>
        <w:br/>
      </w:r>
      <w:r>
        <w:rPr>
          <w:sz w:val="20"/>
        </w:rPr>
        <w:t>26:03  Avoidance chalai.</w:t>
      </w:r>
      <w:r>
        <w:br/>
      </w:r>
      <w:r>
        <w:rPr>
          <w:sz w:val="20"/>
        </w:rPr>
        <w:t>26:10  aur aaj aap jante hain ke japan jo hai Economic Superpower bana hua hai.</w:t>
      </w:r>
      <w:r>
        <w:br/>
      </w:r>
      <w:r>
        <w:rPr>
          <w:sz w:val="20"/>
        </w:rPr>
        <w:t>26:16  Economic Superpower bana hua hai.</w:t>
      </w:r>
      <w:r>
        <w:br/>
      </w:r>
      <w:r>
        <w:rPr>
          <w:sz w:val="20"/>
        </w:rPr>
        <w:t>26:22  Policy of Avoidance chalane ke nateejay mein.</w:t>
      </w:r>
      <w:r>
        <w:br/>
      </w:r>
      <w:r>
        <w:rPr>
          <w:sz w:val="20"/>
        </w:rPr>
        <w:t>26:28  to main yeh keh raha hoon ke Positive Attitude jo hai woh aik Universal Principle hai.</w:t>
      </w:r>
    </w:p>
    <w:p>
      <w:pPr>
        <w:pStyle w:val="Heading2"/>
      </w:pPr>
      <w:r>
        <w:t>Hadith on best sinners and Sahaba's humility</w:t>
      </w:r>
    </w:p>
    <w:p>
      <w:r>
        <w:rPr>
          <w:color w:val="666666"/>
          <w:sz w:val="18"/>
        </w:rPr>
        <w:t>The Quran 11 90 CPS Women Weekly Discussion 32 December 10, 2023 · 2m 25s · at 5:28 · https://youtu.be/GB7dNbRkNI4?t=328</w:t>
      </w:r>
    </w:p>
    <w:p>
      <w:r>
        <w:rPr>
          <w:i/>
        </w:rPr>
        <w:t>“हदीस में बताया, हर इंसान ख़ताकार है”</w:t>
      </w:r>
    </w:p>
    <w:p>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r>
        <w:br/>
      </w:r>
      <w:r>
        <w:rPr>
          <w:sz w:val="20"/>
        </w:rPr>
        <w:t>6:21  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r>
        <w:br/>
      </w:r>
      <w:r>
        <w:rPr>
          <w:sz w:val="20"/>
        </w:rPr>
        <w:t>6:50  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r>
        <w:br/>
      </w:r>
      <w:r>
        <w:rPr>
          <w:sz w:val="20"/>
        </w:rPr>
        <w:t>7:17  to is tarah yeh kehna ki main galti par tha jabki woh galti par na bhi ho to</w:t>
      </w:r>
      <w:r>
        <w:br/>
      </w:r>
      <w:r>
        <w:rPr>
          <w:sz w:val="20"/>
        </w:rPr>
        <w:t>7:24  momin ko farishton ki sohbat milti hai aur khud ko khuda ke aage jhukna, jhukakar momin ko taskeen</w:t>
      </w:r>
      <w:r>
        <w:br/>
      </w:r>
      <w:r>
        <w:rPr>
          <w:sz w:val="20"/>
        </w:rPr>
        <w:t>7:31  milti hai, satisfied ho jata hai, rehta hai woh aur jo insan apni galti ka aitraaf nahi kar</w:t>
      </w:r>
      <w:r>
        <w:br/>
      </w:r>
      <w:r>
        <w:rPr>
          <w:sz w:val="20"/>
        </w:rPr>
        <w:t>7:38  pata woh farishton se door ho jata hai aur woh sirf apne sarkishi ko sarkish jo hota hai</w:t>
      </w:r>
      <w:r>
        <w:br/>
      </w:r>
      <w:r>
        <w:rPr>
          <w:sz w:val="20"/>
        </w:rPr>
        <w:t>7:45  ego ke jazbat ko taskeen kar leta hai, satisfied kar leta hai.</w:t>
      </w:r>
      <w:r>
        <w:br/>
      </w:r>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pStyle w:val="Heading2"/>
      </w:pPr>
      <w:r>
        <w:t>Sabr is Avoidance</w:t>
      </w:r>
    </w:p>
    <w:p>
      <w:r>
        <w:rPr>
          <w:color w:val="666666"/>
          <w:sz w:val="18"/>
        </w:rPr>
        <w:t>The Importance of Positive Attitude | November 01, 2007 · 32s · at 40:45 · https://youtu.be/r4zLbCBxPyc?t=2445</w:t>
      </w:r>
    </w:p>
    <w:p>
      <w:r>
        <w:rPr>
          <w:i/>
        </w:rPr>
        <w:t>“Sabr hai ignore karna, avoid karna, aur apne raaste par chalte rehna”</w:t>
      </w:r>
    </w:p>
    <w:p>
      <w:r>
        <w:rPr>
          <w:sz w:val="20"/>
        </w:rPr>
        <w:t>40:45  Is ko Ignore karna, is ko Avoid karna.</w:t>
      </w:r>
      <w:r>
        <w:br/>
      </w:r>
      <w:r>
        <w:rPr>
          <w:sz w:val="20"/>
        </w:rPr>
        <w:t>40:48  Aur apne rastay par chalte rehna.</w:t>
      </w:r>
      <w:r>
        <w:br/>
      </w:r>
      <w:r>
        <w:rPr>
          <w:sz w:val="20"/>
        </w:rPr>
        <w:t>40:52  Yeh hai sabr.</w:t>
      </w:r>
      <w:r>
        <w:br/>
      </w:r>
      <w:r>
        <w:rPr>
          <w:sz w:val="20"/>
        </w:rPr>
        <w:t>40:56  Yeh hai sabr.</w:t>
      </w:r>
      <w:r>
        <w:br/>
      </w:r>
      <w:r>
        <w:rPr>
          <w:sz w:val="20"/>
        </w:rPr>
        <w:t>40:59  To sabr wahi hai jis ko hum kehte hain Positive Attitude.</w:t>
      </w:r>
      <w:r>
        <w:br/>
      </w:r>
      <w:r>
        <w:rPr>
          <w:sz w:val="20"/>
        </w:rPr>
        <w:t>41:03  Avoid karna wahi hai jis ko hum kehte hain Positive Attitude.</w:t>
      </w:r>
      <w:r>
        <w:br/>
      </w:r>
      <w:r>
        <w:rPr>
          <w:sz w:val="20"/>
        </w:rPr>
        <w:t>41:06  Yeh sab ek hi haqeeqat ke kai naam hain.</w:t>
      </w:r>
      <w:r>
        <w:br/>
      </w:r>
      <w:r>
        <w:rPr>
          <w:sz w:val="20"/>
        </w:rPr>
        <w:t>41:10  yani ek hi sachai hai, ek hi reality hai.</w:t>
      </w:r>
      <w:r>
        <w:br/>
      </w:r>
      <w:r>
        <w:rPr>
          <w:sz w:val="20"/>
        </w:rPr>
        <w:t>41:14  is ke different naam hain.</w:t>
      </w:r>
    </w:p>
    <w:p>
      <w:pPr>
        <w:pStyle w:val="Heading2"/>
      </w:pPr>
      <w:r>
        <w:t>No ideal husband or wife exists</w:t>
      </w:r>
    </w:p>
    <w:p>
      <w:r>
        <w:rPr>
          <w:color w:val="666666"/>
          <w:sz w:val="18"/>
        </w:rPr>
        <w:t>The Case of Present Day Muslims (In Conversation with Maulana) February 14, 2010 · 36s · at 25:18 · https://youtu.be/Rw-5WYJKQtw?t=1518</w:t>
      </w:r>
    </w:p>
    <w:p>
      <w:r>
        <w:rPr>
          <w:i/>
        </w:rPr>
        <w:t>“No ideal husband or wife exists.”</w:t>
      </w:r>
    </w:p>
    <w:p>
      <w:r>
        <w:rPr>
          <w:sz w:val="20"/>
        </w:rPr>
        <w:t>25:18  aisa yeh jhoota, yani false, un ko knowledge dete hain. False, aisa na koi ideal husband hai, na koi ideal wife hai, na koi ideal larki hai, na koi ideal larka hai.</w:t>
      </w:r>
      <w:r>
        <w:br/>
      </w:r>
      <w:r>
        <w:rPr>
          <w:sz w:val="20"/>
        </w:rPr>
        <w:t>25:30  lekin novel parh kar ke, movie dekh kar ke, aur TV dekh kar ke logon ke zehn mein consciously, unconsciously aata hai ke koi aisa ho sakta hai, koi aisi larki, aisa larka.</w:t>
      </w:r>
      <w:r>
        <w:br/>
      </w:r>
      <w:r>
        <w:rPr>
          <w:sz w:val="20"/>
        </w:rPr>
        <w:t>25:43  to woh love, ab love effort kisi se hua un ko, to is mein se oh mil gaya mujhe. Love effort jab hota hai to is mein se haan mil gaya mujhe, woh ideal pair mil gaya, lekin woh ideal pair tha hi nahi.</w:t>
      </w:r>
    </w:p>
    <w:p>
      <w:pPr>
        <w:pStyle w:val="Heading2"/>
      </w:pPr>
      <w:r>
        <w:t>Negativity destroys gratitude</w:t>
      </w:r>
    </w:p>
    <w:p>
      <w:r>
        <w:rPr>
          <w:color w:val="666666"/>
          <w:sz w:val="18"/>
        </w:rPr>
        <w:t>The Concept of Shukr in Islam | June 17, 2008 · 3m 06s · at 36:01 · https://youtu.be/ySbCs4MRNXU?t=2161</w:t>
      </w:r>
    </w:p>
    <w:p>
      <w:r>
        <w:rPr>
          <w:i/>
        </w:rPr>
        <w:t>“Ek drop poison saara paani kharab kar deta hai.”</w:t>
      </w:r>
    </w:p>
    <w:p>
      <w:r>
        <w:rPr>
          <w:sz w:val="20"/>
        </w:rPr>
        <w:t>36:01  بہت زیادہ positive activity کا نام ہے۔ positive۔</w:t>
      </w:r>
      <w:r>
        <w:br/>
      </w:r>
      <w:r>
        <w:rPr>
          <w:sz w:val="20"/>
        </w:rPr>
        <w:t>36:06  hundred percent positive aap honge tab hi aap shukr kar sakte hain.</w:t>
      </w:r>
      <w:r>
        <w:br/>
      </w:r>
      <w:r>
        <w:rPr>
          <w:sz w:val="20"/>
        </w:rPr>
        <w:t>36:11  one percent bhi agar aap ke andar negativity agar hai to aap shukr nahi kar sakte.</w:t>
      </w:r>
      <w:r>
        <w:br/>
      </w:r>
      <w:r>
        <w:rPr>
          <w:sz w:val="20"/>
        </w:rPr>
        <w:t>36:16  acchi tarah samajh lijiye.</w:t>
      </w:r>
      <w:r>
        <w:br/>
      </w:r>
      <w:r>
        <w:rPr>
          <w:sz w:val="20"/>
        </w:rPr>
        <w:t>36:21  jis tarah se ek glass pani hai, acha pani.</w:t>
      </w:r>
      <w:r>
        <w:br/>
      </w:r>
      <w:r>
        <w:rPr>
          <w:sz w:val="20"/>
        </w:rPr>
        <w:t>36:26  is mein aap ek choti si boond</w:t>
      </w:r>
      <w:r>
        <w:br/>
      </w:r>
      <w:r>
        <w:rPr>
          <w:sz w:val="20"/>
        </w:rPr>
        <w:t>36:31  ، ایک بہت چھوٹا سا ڈراپ، سرسوں کے برابر آپ ڈال دیں، poison۔</w:t>
      </w:r>
      <w:r>
        <w:br/>
      </w:r>
      <w:r>
        <w:rPr>
          <w:sz w:val="20"/>
        </w:rPr>
        <w:t>36:36  to sara pani jo hai kharab ho jayega.</w:t>
      </w:r>
      <w:r>
        <w:br/>
      </w:r>
      <w:r>
        <w:rPr>
          <w:sz w:val="20"/>
        </w:rPr>
        <w:t>36:41  ek poori balti pani hai is mein aap ek drop daal diye poison ka to sara pani kharab</w:t>
      </w:r>
      <w:r>
        <w:br/>
      </w:r>
      <w:r>
        <w:rPr>
          <w:sz w:val="20"/>
        </w:rPr>
        <w:t>36:46  ho jayega.</w:t>
      </w:r>
      <w:r>
        <w:br/>
      </w:r>
      <w:r>
        <w:rPr>
          <w:sz w:val="20"/>
        </w:rPr>
        <w:t>36:51  isi tarah se insani personality ka mamla hai.</w:t>
      </w:r>
      <w:r>
        <w:br/>
      </w:r>
      <w:r>
        <w:rPr>
          <w:sz w:val="20"/>
        </w:rPr>
        <w:t>36:56  jis aadmi ke andar</w:t>
      </w:r>
      <w:r>
        <w:br/>
      </w:r>
      <w:r>
        <w:rPr>
          <w:sz w:val="20"/>
        </w:rPr>
        <w:t>37:01  کچھ بھی، ایک آئٹہ کے برابر بھی negativity ہے تو شکر اس کے دل میں نہیں آ سکتا۔</w:t>
      </w:r>
      <w:r>
        <w:br/>
      </w:r>
      <w:r>
        <w:rPr>
          <w:sz w:val="20"/>
        </w:rPr>
        <w:t>37:07  shukr to bohat ziyada positivity chahta hai.</w:t>
      </w:r>
      <w:r>
        <w:br/>
      </w:r>
      <w:r>
        <w:rPr>
          <w:sz w:val="20"/>
        </w:rPr>
        <w:t>37:14  Positivity, hundred percent positivity.</w:t>
      </w:r>
      <w:r>
        <w:br/>
      </w:r>
      <w:r>
        <w:rPr>
          <w:sz w:val="20"/>
        </w:rPr>
        <w:t>37:20  is liye sabar banna hai.</w:t>
      </w:r>
      <w:r>
        <w:br/>
      </w:r>
      <w:r>
        <w:rPr>
          <w:sz w:val="20"/>
        </w:rPr>
        <w:t>37:26  kyun ke aap mita sakte nahi dunya ko, dunya se evil ko. dunya se</w:t>
      </w:r>
      <w:r>
        <w:br/>
      </w:r>
      <w:r>
        <w:rPr>
          <w:sz w:val="20"/>
        </w:rPr>
        <w:t>37:32  evil ko mita nahi sakte aap.</w:t>
      </w:r>
      <w:r>
        <w:br/>
      </w:r>
      <w:r>
        <w:rPr>
          <w:sz w:val="20"/>
        </w:rPr>
        <w:t>37:37  evil to rahegi.</w:t>
      </w:r>
      <w:r>
        <w:br/>
      </w:r>
      <w:r>
        <w:rPr>
          <w:sz w:val="20"/>
        </w:rPr>
        <w:t>37:42  kyun ke insaan ko Khuda ne di hai freedom, azadi.</w:t>
      </w:r>
      <w:r>
        <w:br/>
      </w:r>
      <w:r>
        <w:rPr>
          <w:sz w:val="20"/>
        </w:rPr>
        <w:t>37:47  to azadi di hai to log misuse bhi karenge, yeh bhi karenge, woh bhi karenge.</w:t>
      </w:r>
      <w:r>
        <w:br/>
      </w:r>
      <w:r>
        <w:rPr>
          <w:sz w:val="20"/>
        </w:rPr>
        <w:t>37:52  to aap mitaen kaise? aap ke bas mein nahi hai ke aap freedom ko abalish kar dein.</w:t>
      </w:r>
      <w:r>
        <w:br/>
      </w:r>
      <w:r>
        <w:rPr>
          <w:sz w:val="20"/>
        </w:rPr>
        <w:t>37:57  is liye aap ke bas mein yeh bhi nahi hai ke sari unpresent situation ko aap khatam</w:t>
      </w:r>
      <w:r>
        <w:br/>
      </w:r>
      <w:r>
        <w:rPr>
          <w:sz w:val="20"/>
        </w:rPr>
        <w:t>38:02  kar dein.</w:t>
      </w:r>
      <w:r>
        <w:br/>
      </w:r>
      <w:r>
        <w:rPr>
          <w:sz w:val="20"/>
        </w:rPr>
        <w:t>38:06  woh rahegi.</w:t>
      </w:r>
      <w:r>
        <w:br/>
      </w:r>
      <w:r>
        <w:rPr>
          <w:sz w:val="20"/>
        </w:rPr>
        <w:t>38:09  jis mani ke is ke rehte hue aap ko positive banna padega.</w:t>
      </w:r>
      <w:r>
        <w:br/>
      </w:r>
      <w:r>
        <w:rPr>
          <w:sz w:val="20"/>
        </w:rPr>
        <w:t>38:13  aur woh kaise hoga? woh sabr ke through hoga.</w:t>
      </w:r>
      <w:r>
        <w:br/>
      </w:r>
      <w:r>
        <w:rPr>
          <w:sz w:val="20"/>
        </w:rPr>
        <w:t>38:17  yani un par sabr kar ke aap un ko positive banayenge.</w:t>
      </w:r>
      <w:r>
        <w:br/>
      </w:r>
      <w:r>
        <w:rPr>
          <w:sz w:val="20"/>
        </w:rPr>
        <w:t>38:21  jab positive banayenge tab aap ke andar thrilling shukr aayega.</w:t>
      </w:r>
      <w:r>
        <w:br/>
      </w:r>
      <w:r>
        <w:rPr>
          <w:sz w:val="20"/>
        </w:rPr>
        <w:t>38:24  yeh hai process.</w:t>
      </w:r>
      <w:r>
        <w:br/>
      </w:r>
      <w:r>
        <w:rPr>
          <w:sz w:val="20"/>
        </w:rPr>
        <w:t>38:28  yani aap ko in sari cheezon ko ignore karna padega.</w:t>
      </w:r>
      <w:r>
        <w:br/>
      </w:r>
      <w:r>
        <w:rPr>
          <w:sz w:val="20"/>
        </w:rPr>
        <w:t>38:32  jo aap ke against mein ho rahi hain.</w:t>
      </w:r>
      <w:r>
        <w:br/>
      </w:r>
      <w:r>
        <w:rPr>
          <w:sz w:val="20"/>
        </w:rPr>
        <w:t>38:37  ignore karna padega.</w:t>
      </w:r>
      <w:r>
        <w:br/>
      </w:r>
      <w:r>
        <w:rPr>
          <w:sz w:val="20"/>
        </w:rPr>
        <w:t>38:42  sabr karna padega un ke upar.</w:t>
      </w:r>
      <w:r>
        <w:br/>
      </w:r>
      <w:r>
        <w:rPr>
          <w:sz w:val="20"/>
        </w:rPr>
        <w:t>38:47  apne seene ko is se khaali karna pare ga.</w:t>
      </w:r>
      <w:r>
        <w:br/>
      </w:r>
      <w:r>
        <w:rPr>
          <w:sz w:val="20"/>
        </w:rPr>
        <w:t>38:52  jab aisa aap kar len ge tab aap ke andar positivity aaye gi.</w:t>
      </w:r>
      <w:r>
        <w:br/>
      </w:r>
      <w:r>
        <w:rPr>
          <w:sz w:val="20"/>
        </w:rPr>
        <w:t>38:57  aur jab positivity aaye gi tab aap ke andar woh soch jaag jaaye gi.</w:t>
      </w:r>
      <w:r>
        <w:br/>
      </w:r>
      <w:r>
        <w:rPr>
          <w:sz w:val="20"/>
        </w:rPr>
        <w:t>39:02  woh soch jis soch ka nateeja hota hai super shukr.</w:t>
      </w:r>
    </w:p>
    <w:p>
      <w:pPr>
        <w:pStyle w:val="Heading2"/>
      </w:pPr>
      <w:r>
        <w:t>Anger corrupts divine wisdom</w:t>
      </w:r>
    </w:p>
    <w:p>
      <w:r>
        <w:rPr>
          <w:color w:val="666666"/>
          <w:sz w:val="18"/>
        </w:rPr>
        <w:t>Don't Be Angry Culture January 15, 2012 Maulana Wahiduddin Khan · 42s · at 7:28 · https://youtu.be/rY1Ikwmwwdk?t=448</w:t>
      </w:r>
    </w:p>
    <w:p>
      <w:r>
        <w:rPr>
          <w:i/>
        </w:rPr>
        <w:t>“Anger corrupts the Divine Wisdom”</w:t>
      </w:r>
    </w:p>
    <w:p>
      <w:r>
        <w:rPr>
          <w:sz w:val="20"/>
        </w:rPr>
        <w:t>7:28  is ka matlab yeh hua ke Anger corrupts the Divine Wisdom.</w:t>
      </w:r>
      <w:r>
        <w:br/>
      </w:r>
      <w:r>
        <w:rPr>
          <w:sz w:val="20"/>
        </w:rPr>
        <w:t>7:39  Anger corrupts the Divine Wisdom. Allah taala ne aap ke andar jo Divine Wisdom rakhi hai, jo fitrat se milti hai, phir imaan se milti hai,</w:t>
      </w:r>
      <w:r>
        <w:br/>
      </w:r>
      <w:r>
        <w:rPr>
          <w:sz w:val="20"/>
        </w:rPr>
        <w:t>7:54  woh sab Jeopardize ho jati hai,</w:t>
      </w:r>
      <w:r>
        <w:br/>
      </w:r>
      <w:r>
        <w:rPr>
          <w:sz w:val="20"/>
        </w:rPr>
        <w:t>7:57  ghussa aa jaye toh. Dekhiye, is par maine ghor kiya toh meri samajh mein aaya ke pehla nuqsan jo ghusse ka hota hai woh kya hai?</w:t>
      </w:r>
    </w:p>
    <w:p>
      <w:pPr>
        <w:pStyle w:val="Heading2"/>
      </w:pPr>
      <w:r>
        <w:t>Ancient nature worship and its characteristics</w:t>
      </w:r>
    </w:p>
    <w:p>
      <w:r>
        <w:rPr>
          <w:color w:val="666666"/>
          <w:sz w:val="18"/>
        </w:rPr>
        <w:t>Ancient Shirk or Modern Shirk February 1, 2008 Maulana Wahiduddin Khan · 2m 57s · at 4:23 · https://youtu.be/LB6iBYerQmw?t=263</w:t>
      </w:r>
    </w:p>
    <w:p>
      <w:r>
        <w:rPr>
          <w:i/>
        </w:rPr>
        <w:t>“To qadeem zamane mein kya tha? Aaj kya hai?”</w:t>
      </w:r>
    </w:p>
    <w:p>
      <w:r>
        <w:rPr>
          <w:sz w:val="20"/>
        </w:rPr>
        <w:t>4:23  to qadeem zamane mein kya tha? aaj kya hai? pehle zamane mein kya tha? aur ab kya hai?</w:t>
      </w:r>
      <w:r>
        <w:br/>
      </w:r>
      <w:r>
        <w:rPr>
          <w:sz w:val="20"/>
        </w:rPr>
        <w:t>4:31  dekhiye, pehle zamane mein yeh tha ke aadmi nature ko worship karta tha, jis ko kehte hain nature worship.</w:t>
      </w:r>
      <w:r>
        <w:br/>
      </w:r>
      <w:r>
        <w:rPr>
          <w:sz w:val="20"/>
        </w:rPr>
        <w:t>4:44  pehla hazaron saal tak insaan nature worship mein pada raha. yani woh dekhta tha ke ab usko daryaaon se paani mil raha hai, to daryaaon ko poojne laga.</w:t>
      </w:r>
      <w:r>
        <w:br/>
      </w:r>
      <w:r>
        <w:rPr>
          <w:sz w:val="20"/>
        </w:rPr>
        <w:t>4:58  woh dekhta tha ke mujhe aasman se baarish ho rahi hai, to baarish ke ek God usne farz kiya aur usko poojne laga. woh dekhta tha ke suraj se mujh ko roshni mil rahi hai, to suraj ko usne God samajh liya.</w:t>
      </w:r>
      <w:r>
        <w:br/>
      </w:r>
      <w:r>
        <w:rPr>
          <w:sz w:val="20"/>
        </w:rPr>
        <w:t>5:13  yeh hai nature. yeh sab kuch jo hamare aas paas hai, woh nature hai. to aadmi ko sab kuch nature se to mil raha hai.</w:t>
      </w:r>
      <w:r>
        <w:br/>
      </w:r>
      <w:r>
        <w:rPr>
          <w:sz w:val="20"/>
        </w:rPr>
        <w:t>5:25  chalne ke liye aadmi kahan chalega?</w:t>
      </w:r>
      <w:r>
        <w:br/>
      </w:r>
      <w:r>
        <w:rPr>
          <w:sz w:val="20"/>
        </w:rPr>
        <w:t>5:28  space mein to nahi chal sakta woh. usko zameen chahiye. zameen hai tab chalenge aap. aap fiza mein ya space mein nahi chal sakte.</w:t>
      </w:r>
      <w:r>
        <w:br/>
      </w:r>
      <w:r>
        <w:rPr>
          <w:sz w:val="20"/>
        </w:rPr>
        <w:t>5:39  to zameen ko aadmi ne samajh liya ke yahi guard hai. phir us ko pani chahiye, oxygen chahiye, hawa chahiye, roshni chahiye, khana chahiye.</w:t>
      </w:r>
      <w:r>
        <w:br/>
      </w:r>
      <w:r>
        <w:rPr>
          <w:sz w:val="20"/>
        </w:rPr>
        <w:t>5:54  yeh sari cheezein hain jis ko hum kehte hain, jis ko kaha jata hai life support system. to life support system ke baghair to aap jee nahi sakte dunya mein.</w:t>
      </w:r>
      <w:r>
        <w:br/>
      </w:r>
      <w:r>
        <w:rPr>
          <w:sz w:val="20"/>
        </w:rPr>
        <w:t>6:07  aadmi kaise jiye ga? agar woh inkar kar de pani peene se, inkar kar de khana khane se, woh inkar kar de zameen par chalne se, woh inkar kar de suraj ki roshni mein dekhne se,</w:t>
      </w:r>
      <w:r>
        <w:br/>
      </w:r>
      <w:r>
        <w:rPr>
          <w:sz w:val="20"/>
        </w:rPr>
        <w:t>6:21  to zahir hai ke aisa aadmi jee nahi sakta.</w:t>
      </w:r>
      <w:r>
        <w:br/>
      </w:r>
      <w:r>
        <w:rPr>
          <w:sz w:val="20"/>
        </w:rPr>
        <w:t>6:25  to yeh sari cheezein jin se aadmi faida utha raha tha aur janta tha ke is ke baghair meri zindagi zindagi nahi hai,</w:t>
      </w:r>
      <w:r>
        <w:br/>
      </w:r>
      <w:r>
        <w:rPr>
          <w:sz w:val="20"/>
        </w:rPr>
        <w:t>6:37  to isi ko us ne samjha ke bas yahi hai jis ko mujhe worship karna chahiye. to us ko hum kehte hain mazhab ki zaban mein us ko kaha jata hai shirk.</w:t>
      </w:r>
      <w:r>
        <w:br/>
      </w:r>
      <w:r>
        <w:rPr>
          <w:sz w:val="20"/>
        </w:rPr>
        <w:t>6:51  yani is ne alag kar diya khaliq ko aur creature ko,</w:t>
      </w:r>
      <w:r>
        <w:br/>
      </w:r>
      <w:r>
        <w:rPr>
          <w:sz w:val="20"/>
        </w:rPr>
        <w:t>6:56  paida karne wale ko aur paida ki hui cheezon ko, banane wale ko aur bani hui cheezon ko alag kar diya.</w:t>
      </w:r>
      <w:r>
        <w:br/>
      </w:r>
      <w:r>
        <w:rPr>
          <w:sz w:val="20"/>
        </w:rPr>
        <w:t>7:06  to insaan ki fitrat andar se jo gratitude pesh karna chahti thi, jo tashakkur pesh karna chahti thi, jo acknowledge karna chahti thi, jo itraaf karna chahti thi,</w:t>
      </w:r>
    </w:p>
    <w:p>
      <w:pPr>
        <w:pStyle w:val="Heading2"/>
      </w:pPr>
      <w:r>
        <w:t>Hazrat Ali's formula: whatever happened was for good</w:t>
      </w:r>
    </w:p>
    <w:p>
      <w:r>
        <w:rPr>
          <w:color w:val="666666"/>
          <w:sz w:val="18"/>
        </w:rPr>
        <w:t>Power of Peace June 6, 2010 Maulana Wahiduddin Khan · 28s · at 54:46 · https://youtu.be/QNnouRoYI38?t=3286</w:t>
      </w:r>
    </w:p>
    <w:p>
      <w:r>
        <w:rPr>
          <w:i/>
        </w:rPr>
        <w:t>“Al-khair fima waqa — whatever happened, happened for good”</w:t>
      </w:r>
    </w:p>
    <w:p>
      <w:r>
        <w:rPr>
          <w:sz w:val="20"/>
        </w:rPr>
        <w:t>54:46  bhaṛak bhaṛak kar laṛta rahe ga aur ghussa kare ga, tension mein rahe ga hamesha. aik bohat bara faida sabr ka yeh hai ke aap ko tension free bana deta hai sabr.</w:t>
      </w:r>
      <w:r>
        <w:br/>
      </w:r>
      <w:r>
        <w:rPr>
          <w:sz w:val="20"/>
        </w:rPr>
        <w:t>55:00  bohat bara faida. jaisay Hazrat Ali ka qoul hai ke al-khair fima waqa' jo ho gaya wohi theek tha.</w:t>
      </w:r>
      <w:r>
        <w:br/>
      </w:r>
      <w:r>
        <w:rPr>
          <w:sz w:val="20"/>
        </w:rPr>
        <w:t>55:11  Whatever happened, happened for good.</w:t>
      </w:r>
    </w:p>
    <w:p>
      <w:pPr>
        <w:pStyle w:val="Heading2"/>
      </w:pPr>
      <w:r>
        <w:t>Readiness to surrender before reason</w:t>
      </w:r>
    </w:p>
    <w:p>
      <w:r>
        <w:rPr>
          <w:color w:val="666666"/>
          <w:sz w:val="18"/>
        </w:rPr>
        <w:t>How to Find Truth | August 8, 2007 · 1m 03s · at 41:21 · https://youtu.be/YaxWNPN2K5A?t=2481</w:t>
      </w:r>
    </w:p>
    <w:p>
      <w:r>
        <w:rPr>
          <w:i/>
        </w:rPr>
        <w:t>“The third condition is readiness to surrender before reason”</w:t>
      </w:r>
    </w:p>
    <w:p>
      <w:r>
        <w:rPr>
          <w:sz w:val="20"/>
        </w:rPr>
        <w:t>41:21  The third condition in this pursuit is readiness to surrender before reason.</w:t>
      </w:r>
      <w:r>
        <w:br/>
      </w:r>
      <w:r>
        <w:rPr>
          <w:sz w:val="20"/>
        </w:rPr>
        <w:t>41:31  readiness to surrender before reason.</w:t>
      </w:r>
      <w:r>
        <w:br/>
      </w:r>
      <w:r>
        <w:rPr>
          <w:sz w:val="20"/>
        </w:rPr>
        <w:t>41:42  This is the third condition.</w:t>
      </w:r>
      <w:r>
        <w:br/>
      </w:r>
      <w:r>
        <w:rPr>
          <w:sz w:val="20"/>
        </w:rPr>
        <w:t>41:53  Now, to state this point, I will give an example.</w:t>
      </w:r>
      <w:r>
        <w:br/>
      </w:r>
      <w:r>
        <w:rPr>
          <w:sz w:val="20"/>
        </w:rPr>
        <w:t>42:08  In 1965, I was in Lucknow, so I happened to meet a scholar. He</w:t>
      </w:r>
    </w:p>
    <w:p>
      <w:pPr>
        <w:pStyle w:val="Heading2"/>
      </w:pPr>
      <w:r>
        <w:t>Ego management prevents great achievements</w:t>
      </w:r>
    </w:p>
    <w:p>
      <w:r>
        <w:rPr>
          <w:color w:val="666666"/>
          <w:sz w:val="18"/>
        </w:rPr>
        <w:t>How to Develop Spiritual Personality July 16, 2006 Maulana Wahiduddin Khan · 5m 26s · at 53:44 · https://youtu.be/nxFUXRFboW4?t=3224</w:t>
      </w:r>
    </w:p>
    <w:p>
      <w:r>
        <w:rPr>
          <w:i/>
        </w:rPr>
        <w:t>“Raat ko mere paas aaye woh. Mr. Andre Baiko unka naam tha.”</w:t>
      </w:r>
    </w:p>
    <w:p>
      <w:r>
        <w:rPr>
          <w:sz w:val="20"/>
        </w:rPr>
        <w:t>53:44  mujhe ab is silsile mein bahut saare tajurbaat hue hain zindagi mein bahut se tajurbaat hue hain. ek qissa bahut hi anokha hua mere saath Switzerland mein.</w:t>
      </w:r>
      <w:r>
        <w:br/>
      </w:r>
      <w:r>
        <w:rPr>
          <w:sz w:val="20"/>
        </w:rPr>
        <w:t>53:57  Switzerland mein ek bayn alaqwami conference thi. wahan par woh chahte the muntazim ke aman par ek dastavez banaya jaye.</w:t>
      </w:r>
      <w:r>
        <w:br/>
      </w:r>
      <w:r>
        <w:rPr>
          <w:sz w:val="20"/>
        </w:rPr>
        <w:t>54:11  is dastavez ko saari duniya mein mukhtalif zabaanon mein chhapa jaye.</w:t>
      </w:r>
      <w:r>
        <w:br/>
      </w:r>
      <w:r>
        <w:rPr>
          <w:sz w:val="20"/>
        </w:rPr>
        <w:t>54:18  har zaban mein chhapa jaye. bahut muntazim bahut paisa tha is ke paas bahut badi tanzeem thi woh. un ke paas paise ki kami nahi thi.</w:t>
      </w:r>
      <w:r>
        <w:br/>
      </w:r>
      <w:r>
        <w:rPr>
          <w:sz w:val="20"/>
        </w:rPr>
        <w:t>54:28  to unhon ne chaha ke aman par ek dastavez banaya jaye. is dastavez ko saari duniya mein har zaban mein chhaap kar phelaya jaye. to unhon ne kya kya ke professors ke group banaye unhon ne.</w:t>
      </w:r>
      <w:r>
        <w:br/>
      </w:r>
      <w:r>
        <w:rPr>
          <w:sz w:val="20"/>
        </w:rPr>
        <w:t>54:40  Asiayi professors Europee professors American professors group banaye. aur poora ek din un ko diya.</w:t>
      </w:r>
      <w:r>
        <w:br/>
      </w:r>
      <w:r>
        <w:rPr>
          <w:sz w:val="20"/>
        </w:rPr>
        <w:t>54:50  to sab ne din bhar ki koshish se dastavez banaye. aur teen dastavez pesh kiye gaye jo muntazim the un ke samne.</w:t>
      </w:r>
      <w:r>
        <w:br/>
      </w:r>
      <w:r>
        <w:rPr>
          <w:sz w:val="20"/>
        </w:rPr>
        <w:t>55:02  to padha unhon ne to is ko kisi ka pasand na aaya un ko teenon mein se koi bhi. yani aisa nahi nazar aaya ke is ko bayn alaqwami satah par phelayen hum.</w:t>
      </w:r>
      <w:r>
        <w:br/>
      </w:r>
      <w:r>
        <w:rPr>
          <w:sz w:val="20"/>
        </w:rPr>
        <w:t>55:11  har zaban mein is ko tarjuma kar ke phelayen. yani itna zyada nahi dikhai pada un ko. to raat ko mere paas aaye woh. Mr. Andre Baiko un ka naam tha.</w:t>
      </w:r>
      <w:r>
        <w:br/>
      </w:r>
      <w:r>
        <w:rPr>
          <w:sz w:val="20"/>
        </w:rPr>
        <w:t>55:27  to unhon ne kaha ke woh Isaai the unhon ne kaha ke main jab main ne dekha yeh teenon aur mujhe pasand nahi aaya to main yahan ke church mein gaya.</w:t>
      </w:r>
      <w:r>
        <w:br/>
      </w:r>
      <w:r>
        <w:rPr>
          <w:sz w:val="20"/>
        </w:rPr>
        <w:t>55:39  church mein ja kar ke maine dua ki. ke kya karoon. to mere dil mein aaya ke main aap ke paas aaoon. yani un ke kehne ke mutabiq masih ne un se kaha ke jao maula wahiduddin ke paas.</w:t>
      </w:r>
      <w:r>
        <w:br/>
      </w:r>
      <w:r>
        <w:rPr>
          <w:sz w:val="20"/>
        </w:rPr>
        <w:t>55:54  aesa unhone bayan kiya. to raat ke waqt mere paas aaye. bas aap hi kar sakte hain ye kaam. to meri beti doctor farida khanum mere saath theen.</w:t>
      </w:r>
      <w:r>
        <w:br/>
      </w:r>
      <w:r>
        <w:rPr>
          <w:sz w:val="20"/>
        </w:rPr>
        <w:t>56:07  meri angrezi itni achhi nahi hai un ki angrezi bahut achhi hai masha allah. to un ki madad se maine ek dastavez banaya. aur saari raat hum donon jage saari raat dua karte rahe aur likhte rahe dua karte rahe likhte rahe.</w:t>
      </w:r>
      <w:r>
        <w:br/>
      </w:r>
      <w:r>
        <w:rPr>
          <w:sz w:val="20"/>
        </w:rPr>
        <w:t>56:22  subah ko hamari ladki gayin computer par type kiya. type kar ke unhone subah tak ja kar ke mister andre baiko ko de diya.</w:t>
      </w:r>
      <w:r>
        <w:br/>
      </w:r>
      <w:r>
        <w:rPr>
          <w:sz w:val="20"/>
        </w:rPr>
        <w:t>56:35  un ko bahut pasand aaya bahut achha laga un ko. foran hi is ko unhone qabool kar liya. is ke baad jab aagla session hua subah ko to is ko unhone pesh kiya unhone kaha ke ye dastavez hai humein aap log is ko manzoor kijiye.</w:t>
      </w:r>
      <w:r>
        <w:br/>
      </w:r>
      <w:r>
        <w:rPr>
          <w:sz w:val="20"/>
        </w:rPr>
        <w:t>56:51  is ko manzoori de dijiye aap log isi ko hum phelaayenge. jitne log the sab ne kaha ke ye shaandaar dastavez hai sab ne ye kaha.</w:t>
      </w:r>
      <w:r>
        <w:br/>
      </w:r>
      <w:r>
        <w:rPr>
          <w:sz w:val="20"/>
        </w:rPr>
        <w:t>57:01  baghair kisi istisna ke.</w:t>
      </w:r>
      <w:r>
        <w:br/>
      </w:r>
      <w:r>
        <w:rPr>
          <w:sz w:val="20"/>
        </w:rPr>
        <w:t>57:07  ye shaandaar dastavez hai koi shak nahi is mein</w:t>
      </w:r>
      <w:r>
        <w:br/>
      </w:r>
      <w:r>
        <w:rPr>
          <w:sz w:val="20"/>
        </w:rPr>
        <w:t>57:10  . lekin kisi ne bhi is par dastakhat nahi kiya. kyunki danishwar jo hote hain woh sab gharoor wale hote hain. danishwar ka matlab hai mister gharoor wale.</w:t>
      </w:r>
      <w:r>
        <w:br/>
      </w:r>
      <w:r>
        <w:rPr>
          <w:sz w:val="20"/>
        </w:rPr>
        <w:t>57:24  gharoor wala kaun hota hai woh surrender nahi karta kisi ke aage. sab se badi burai jo hai hoti hai danishwaron mein ke woh surrender nahi karte.</w:t>
      </w:r>
      <w:r>
        <w:br/>
      </w:r>
      <w:r>
        <w:rPr>
          <w:sz w:val="20"/>
        </w:rPr>
        <w:t>57:32  isi liye aaj tak danishwaron ne koi bada kaam nahi kiya. abhi tak mujhe yaad hai wahan ke ek jo sab se bahut hi zabardast ek aadmi aaye the bahut bade professor bahut hi zyada parhe likhe.</w:t>
      </w:r>
      <w:r>
        <w:br/>
      </w:r>
      <w:r>
        <w:rPr>
          <w:sz w:val="20"/>
        </w:rPr>
        <w:t>57:45  to unhone kaha ke yehi taqreeban aisi alfaz un ki theen ke ye ek shaandaar dastavez hai</w:t>
      </w:r>
      <w:r>
        <w:br/>
      </w:r>
      <w:r>
        <w:rPr>
          <w:sz w:val="20"/>
        </w:rPr>
        <w:t>57:56  koi shak nahi is mein lekin main dastakhat nahi karne wala</w:t>
      </w:r>
      <w:r>
        <w:br/>
      </w:r>
      <w:r>
        <w:rPr>
          <w:sz w:val="20"/>
        </w:rPr>
        <w:t>58:02  ye bhi kaha unhone sab ke saamne kyun ye ek zehen ki paidaawar hai. ek ijtimai zehen ki paidaawar nahi hai matlab hum ne sab mil kar ke nahi banaya hai is ko ek shakhs ne banaya hai.</w:t>
      </w:r>
      <w:r>
        <w:br/>
      </w:r>
      <w:r>
        <w:rPr>
          <w:sz w:val="20"/>
        </w:rPr>
        <w:t>58:16  yehi koi baat hai. cheez dekho na ke ye dekho ke kitne aadmiyon ne banaya hai.</w:t>
      </w:r>
      <w:r>
        <w:br/>
      </w:r>
      <w:r>
        <w:rPr>
          <w:sz w:val="20"/>
        </w:rPr>
        <w:t>58:24  cheez dekho ye na dekho ke kitne aadmiyon ne banaya hai. nateeja kya hua ke woh dastavez chhapa to lekin unhone jo un ki jo khwahish thi woh khatam ho gayi.</w:t>
      </w:r>
      <w:r>
        <w:br/>
      </w:r>
      <w:r>
        <w:rPr>
          <w:sz w:val="20"/>
        </w:rPr>
        <w:t>58:35  saari duniya mein phelaane wali nahi. ke har zaban mein is ka tarjuma karein saari duniya mein phelaayen is ko inter up karein. un ki apni jo jo report chhapi is report mein to is ko shamil kiya unhone.</w:t>
      </w:r>
      <w:r>
        <w:br/>
      </w:r>
      <w:r>
        <w:rPr>
          <w:sz w:val="20"/>
        </w:rPr>
        <w:t>58:49  lekin bayn alaqwami satah par jo phelaane ka jo jo jo plan tha woh sab khatam ho gaya. sirf kis liye un ke gharoor ki wajah se.</w:t>
      </w:r>
      <w:r>
        <w:br/>
      </w:r>
      <w:r>
        <w:rPr>
          <w:sz w:val="20"/>
        </w:rPr>
        <w:t>59:00  un ke ana ki wajah se un ke ego ki wajah se. to dekhiye agar aap chahte hain koi bada kaam karna. yaad rakhiye koi ek aadmi bada kaam nahi kar sakta.</w:t>
      </w:r>
    </w:p>
    <w:p>
      <w:pPr>
        <w:pStyle w:val="Heading2"/>
      </w:pPr>
      <w:r>
        <w:t>Gratitude not pride</w:t>
      </w:r>
    </w:p>
    <w:p>
      <w:r>
        <w:rPr>
          <w:color w:val="666666"/>
          <w:sz w:val="18"/>
        </w:rPr>
        <w:t>Journey of Divine Civilization | January 24, 2010 · 30s · at 41:23 · https://youtu.be/QCWXCjeZxnc?t=2483</w:t>
      </w:r>
    </w:p>
    <w:p>
      <w:r>
        <w:rPr>
          <w:i/>
        </w:rPr>
        <w:t>“To yeh dekhiye”</w:t>
      </w:r>
    </w:p>
    <w:p>
      <w:r>
        <w:rPr>
          <w:sz w:val="20"/>
        </w:rPr>
        <w:t>41:23  to ye dekhiye, koi fakhr ki baat nahi hai, ye shukr ki baat hai.</w:t>
      </w:r>
      <w:r>
        <w:br/>
      </w:r>
      <w:r>
        <w:rPr>
          <w:sz w:val="20"/>
        </w:rPr>
        <w:t>41:27  sainkdo saal se agar kaam nahi ho raha tha aur aap ko Allah taala ne tofeeq di hai</w:t>
      </w:r>
      <w:r>
        <w:br/>
      </w:r>
      <w:r>
        <w:rPr>
          <w:sz w:val="20"/>
        </w:rPr>
        <w:t>41:32  kaam karne ki, to shukr kijiye is par. shukr.</w:t>
      </w:r>
      <w:r>
        <w:br/>
      </w:r>
      <w:r>
        <w:rPr>
          <w:sz w:val="20"/>
        </w:rPr>
        <w:t>41:36  quran mein ek bahut ajeeb baat hai.</w:t>
      </w:r>
      <w:r>
        <w:br/>
      </w:r>
      <w:r>
        <w:rPr>
          <w:sz w:val="20"/>
        </w:rPr>
        <w:t>41:40  atkhl baba sajdan.</w:t>
      </w:r>
      <w:r>
        <w:br/>
      </w:r>
      <w:r>
        <w:rPr>
          <w:sz w:val="20"/>
        </w:rPr>
        <w:t>41:44  israel ke se kaha gaya tha ke tum dakhil ho jao falasteen mein aur sajda karte hue.</w:t>
      </w:r>
      <w:r>
        <w:br/>
      </w:r>
      <w:r>
        <w:rPr>
          <w:sz w:val="20"/>
        </w:rPr>
        <w:t>41:49  atkhl baba sajdan.</w:t>
      </w:r>
    </w:p>
    <w:p>
      <w:pPr>
        <w:pStyle w:val="Heading2"/>
      </w:pPr>
      <w:r>
        <w:t>Patience as entry point and first condition</w:t>
      </w:r>
    </w:p>
    <w:p>
      <w:r>
        <w:rPr>
          <w:color w:val="666666"/>
          <w:sz w:val="18"/>
        </w:rPr>
        <w:t>Become Alert at Satan's Negative Influence Dec 14 2019 - Maulana Wahiduddin Khan · 1m 57s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r>
        <w:br/>
      </w:r>
      <w:r>
        <w:rPr>
          <w:sz w:val="20"/>
        </w:rPr>
        <w:t>3:01  kyunke jo aadmi sabr na kare to us ne</w:t>
      </w:r>
      <w:r>
        <w:br/>
      </w:r>
      <w:r>
        <w:rPr>
          <w:sz w:val="20"/>
        </w:rPr>
        <w:t>3:11  apne darwaze ko band rakha.</w:t>
      </w:r>
      <w:r>
        <w:br/>
      </w:r>
      <w:r>
        <w:rPr>
          <w:sz w:val="20"/>
        </w:rPr>
        <w:t>3:18  ma'refat ke</w:t>
      </w:r>
      <w:r>
        <w:br/>
      </w:r>
      <w:r>
        <w:rPr>
          <w:sz w:val="20"/>
        </w:rPr>
        <w:t>3:26  ka darwaza tha, us ko band rakha.</w:t>
      </w:r>
      <w:r>
        <w:br/>
      </w:r>
      <w:r>
        <w:rPr>
          <w:sz w:val="20"/>
        </w:rPr>
        <w:t>3:35  kyunke dekhein, insaan har lamha, har lamha,</w:t>
      </w:r>
      <w:r>
        <w:br/>
      </w:r>
      <w:r>
        <w:rPr>
          <w:sz w:val="20"/>
        </w:rPr>
        <w:t>3:45  insaan ke andar har lamha koi na koi manfi baat aati hai. kyunke shaitan 24 ghante un ke sath laga hua hai.</w:t>
      </w:r>
      <w:r>
        <w:br/>
      </w:r>
      <w:r>
        <w:rPr>
          <w:sz w:val="20"/>
        </w:rPr>
        <w:t>4:00  to shaitan aadmi ke andar kisi na kisi manfi baat ko batata hai.</w:t>
      </w:r>
      <w:r>
        <w:br/>
      </w:r>
      <w:r>
        <w:rPr>
          <w:sz w:val="20"/>
        </w:rPr>
        <w:t>4:10  to insaan ka pehla kaam yeh hai ke yeh jaane ke kahan shaitan ne us par hamla kar diya hai.</w:t>
      </w:r>
      <w:r>
        <w:br/>
      </w:r>
      <w:r>
        <w:rPr>
          <w:sz w:val="20"/>
        </w:rPr>
        <w:t>4:27  yeh pehli shart hai.</w:t>
      </w:r>
    </w:p>
    <w:p>
      <w:pPr>
        <w:pStyle w:val="Heading2"/>
      </w:pPr>
      <w:r>
        <w:t>Hatred taught at home makes good neighborly behavior impossible</w:t>
      </w:r>
    </w:p>
    <w:p>
      <w:r>
        <w:rPr>
          <w:color w:val="666666"/>
          <w:sz w:val="18"/>
        </w:rPr>
        <w:t>Ethical Values in Islam, June 19, 2008 · 2m 18s · at 10:36 · https://youtu.be/2yPff80nSBY?t=636</w:t>
      </w:r>
    </w:p>
    <w:p>
      <w:r>
        <w:rPr>
          <w:i/>
        </w:rPr>
        <w:t>“If you fill your family's hearts with hate for neighbors”</w:t>
      </w:r>
    </w:p>
    <w:p>
      <w:r>
        <w:rPr>
          <w:sz w:val="20"/>
        </w:rPr>
        <w:t>10:36  itni zyada saada nahi hai. jaise main ek misaal doon aap ko ke</w:t>
      </w:r>
      <w:r>
        <w:br/>
      </w:r>
      <w:r>
        <w:rPr>
          <w:sz w:val="20"/>
        </w:rPr>
        <w:t>10:45  aap aik family mein rehte hain, aik society mein rehte hain, aik country mein rehte hain, to agar aap doosron ke khilaaf heat phailayen, to wahan par jin logon ko aap influence karenge, jin ke dil mein heat bharenge,</w:t>
      </w:r>
      <w:r>
        <w:br/>
      </w:r>
      <w:r>
        <w:rPr>
          <w:sz w:val="20"/>
        </w:rPr>
        <w:t>11:03  woh kabhi bhi moral values ko follow nahin kar sakte, kabhi bhi nahin.</w:t>
      </w:r>
      <w:r>
        <w:br/>
      </w:r>
      <w:r>
        <w:rPr>
          <w:sz w:val="20"/>
        </w:rPr>
        <w:t>11:08  misalan aik ghar hai, is ghar ke logon ko, jo members hain aap ki family ke, un ke dil mein aap parosi ke liye heat bharen, din raat yeh batayen ke parosi baray kharab log hain, baray gande log hain,</w:t>
      </w:r>
      <w:r>
        <w:br/>
      </w:r>
      <w:r>
        <w:rPr>
          <w:sz w:val="20"/>
        </w:rPr>
        <w:t>11:24  yeh bohat hi baray log hain. to apne family members ko aap ne yeh kiya ke parosi ke baray mein un ke dil mein heat bhar diya.</w:t>
      </w:r>
      <w:r>
        <w:br/>
      </w:r>
      <w:r>
        <w:rPr>
          <w:sz w:val="20"/>
        </w:rPr>
        <w:t>11:37  ab aap agar kahain ke parosiyon ke sath acha sulook karo, to aap ka kehna bilkul, yaani meaningless hoga. to agar aap chahte hain ke aap apne parosi ke sath acha sulook karen,</w:t>
      </w:r>
      <w:r>
        <w:br/>
      </w:r>
      <w:r>
        <w:rPr>
          <w:sz w:val="20"/>
        </w:rPr>
        <w:t>11:55  to aap ko is se bachna paray ga ke apne family mein, apne family members mein, aap parosi ke baray mein heat bharen.</w:t>
      </w:r>
      <w:r>
        <w:br/>
      </w:r>
      <w:r>
        <w:rPr>
          <w:sz w:val="20"/>
        </w:rPr>
        <w:t>12:05  yeh bilkul ho nahin sakta hai, kabhi bhi. to karna to yeh hai ke parosiyon ke sath aap acha sulook karen, good behaviour aap ka ho, lekin aap ko chalna wahan se paray ga ke parosiyon ke baray mein negative thought agar aata hai aap ke ghar mein,</w:t>
      </w:r>
      <w:r>
        <w:br/>
      </w:r>
      <w:r>
        <w:rPr>
          <w:sz w:val="20"/>
        </w:rPr>
        <w:t>12:22  to aap jaldi se is ko door karen.</w:t>
      </w:r>
      <w:r>
        <w:br/>
      </w:r>
      <w:r>
        <w:rPr>
          <w:sz w:val="20"/>
        </w:rPr>
        <w:t>12:27  bohat si baaten aisi hoti rehti hain apne rishtedaron ke baray mein, parosiyon ke baray mein, relatives ke baray mein, hoti rehti hain barabar.</w:t>
      </w:r>
      <w:r>
        <w:br/>
      </w:r>
      <w:r>
        <w:rPr>
          <w:sz w:val="20"/>
        </w:rPr>
        <w:t>12:39  to jab bhi aisa ho ke is qism ka charchah ho, to isi waqt roken aap is ko. logon ke dil mein negative thought na aanay den, kyun ke agar woh aa gaya to phir, phir, phir border buruz nahin chalegi.</w:t>
      </w:r>
    </w:p>
    <w:p>
      <w:pPr>
        <w:pStyle w:val="Heading2"/>
      </w:pPr>
      <w:r>
        <w:t>Full explanation of sabr for tazkiyah</w:t>
      </w:r>
    </w:p>
    <w:p>
      <w:r>
        <w:rPr>
          <w:color w:val="666666"/>
          <w:sz w:val="18"/>
        </w:rPr>
        <w:t>Become Alert at Satan's Negative Influence Dec 14 2019 - Maulana Wahiduddin Khan · 4m 37s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r>
        <w:br/>
      </w:r>
      <w:r>
        <w:rPr>
          <w:sz w:val="20"/>
        </w:rPr>
        <w:t>3:01  kyunke jo aadmi sabr na kare to us ne</w:t>
      </w:r>
      <w:r>
        <w:br/>
      </w:r>
      <w:r>
        <w:rPr>
          <w:sz w:val="20"/>
        </w:rPr>
        <w:t>3:11  apne darwaze ko band rakha.</w:t>
      </w:r>
      <w:r>
        <w:br/>
      </w:r>
      <w:r>
        <w:rPr>
          <w:sz w:val="20"/>
        </w:rPr>
        <w:t>3:18  ma'refat ke</w:t>
      </w:r>
      <w:r>
        <w:br/>
      </w:r>
      <w:r>
        <w:rPr>
          <w:sz w:val="20"/>
        </w:rPr>
        <w:t>3:26  ka darwaza tha, us ko band rakha.</w:t>
      </w:r>
      <w:r>
        <w:br/>
      </w:r>
      <w:r>
        <w:rPr>
          <w:sz w:val="20"/>
        </w:rPr>
        <w:t>3:35  kyunke dekhein, insaan har lamha, har lamha,</w:t>
      </w:r>
      <w:r>
        <w:br/>
      </w:r>
      <w:r>
        <w:rPr>
          <w:sz w:val="20"/>
        </w:rPr>
        <w:t>3:45  insaan ke andar har lamha koi na koi manfi baat aati hai. kyunke shaitan 24 ghante un ke sath laga hua hai.</w:t>
      </w:r>
      <w:r>
        <w:br/>
      </w:r>
      <w:r>
        <w:rPr>
          <w:sz w:val="20"/>
        </w:rPr>
        <w:t>4:00  to shaitan aadmi ke andar kisi na kisi manfi baat ko batata hai.</w:t>
      </w:r>
      <w:r>
        <w:br/>
      </w:r>
      <w:r>
        <w:rPr>
          <w:sz w:val="20"/>
        </w:rPr>
        <w:t>4:10  to insaan ka pehla kaam yeh hai ke yeh jaane ke kahan shaitan ne us par hamla kar diya hai.</w:t>
      </w:r>
      <w:r>
        <w:br/>
      </w:r>
      <w:r>
        <w:rPr>
          <w:sz w:val="20"/>
        </w:rPr>
        <w:t>4:27  yeh pehli shart hai.</w:t>
      </w:r>
      <w:r>
        <w:br/>
      </w:r>
      <w:r>
        <w:rPr>
          <w:sz w:val="20"/>
        </w:rPr>
        <w:t>4:34  woh kya ayat hai ke shaitan jab un par karta hai to woh "tazakkaru fainnal lazina ittaqu iza massahum taifun minash shaitani tazakkaru fainnahum mubsiroon".</w:t>
      </w:r>
      <w:r>
        <w:br/>
      </w:r>
      <w:r>
        <w:rPr>
          <w:sz w:val="20"/>
        </w:rPr>
        <w:t>4:53  tarjuma parhein na.</w:t>
      </w:r>
      <w:r>
        <w:br/>
      </w:r>
      <w:r>
        <w:rPr>
          <w:sz w:val="20"/>
        </w:rPr>
        <w:t>5:05  hawala aur tarjuma.</w:t>
      </w:r>
      <w:r>
        <w:br/>
      </w:r>
      <w:r>
        <w:rPr>
          <w:sz w:val="20"/>
        </w:rPr>
        <w:t>5:09  surah al-araf ayat number 201. "innal lazina ittaqu iza massahum taifun minash shaitani tazakkaru fainnahum mubsiroon".</w:t>
      </w:r>
      <w:r>
        <w:br/>
      </w:r>
      <w:r>
        <w:rPr>
          <w:sz w:val="20"/>
        </w:rPr>
        <w:t>5:19  beshak jo log allah se darne wale hain, jab un ko shaitan ki taraf se kuch waswasa aata hai to woh ho jate hain achaanak, aur woh is waqt ho jate hain.</w:t>
      </w:r>
      <w:r>
        <w:br/>
      </w:r>
      <w:r>
        <w:rPr>
          <w:sz w:val="20"/>
        </w:rPr>
        <w:t>5:36  to shaitan jab insan par hamla karta hai to insan ka kaam hai ke us ko foran samajh le.</w:t>
      </w:r>
      <w:r>
        <w:br/>
      </w:r>
      <w:r>
        <w:rPr>
          <w:sz w:val="20"/>
        </w:rPr>
        <w:t>5:56  misalan koi muamla aata hai aur insan ke andar bhai ke zor se waar aa gaya to woh is mauqe par insan ko pehchanna chahiye ke yeh to shaitan ne hamla kar diya hai.</w:t>
      </w:r>
      <w:r>
        <w:br/>
      </w:r>
      <w:r>
        <w:rPr>
          <w:sz w:val="20"/>
        </w:rPr>
        <w:t>6:16  ab doosre bache.</w:t>
      </w:r>
      <w:r>
        <w:br/>
      </w:r>
      <w:r>
        <w:rPr>
          <w:sz w:val="20"/>
        </w:rPr>
        <w:t>6:20  to sabr ka kirdaar yahi hai.</w:t>
      </w:r>
      <w:r>
        <w:br/>
      </w:r>
      <w:r>
        <w:rPr>
          <w:sz w:val="20"/>
        </w:rPr>
        <w:t>6:28  aur yeh bohat ahem kirdaar hai.</w:t>
      </w:r>
      <w:r>
        <w:br/>
      </w:r>
      <w:r>
        <w:rPr>
          <w:sz w:val="20"/>
        </w:rPr>
        <w:t>6:34  sabr ko point out karta hai ke kahan woh uska relevant hoga. relevant.</w:t>
      </w:r>
      <w:r>
        <w:br/>
      </w:r>
      <w:r>
        <w:rPr>
          <w:sz w:val="20"/>
        </w:rPr>
        <w:t>6:43  jab aadmi apne relevant ko jaane aur us se apne aap ko bachaye tab us ke upar tazkiya ka rasta khul jata hai.</w:t>
      </w:r>
      <w:r>
        <w:br/>
      </w:r>
      <w:r>
        <w:rPr>
          <w:sz w:val="20"/>
        </w:rPr>
        <w:t>7:01  yeh hai mera mukhtasar koi comment.</w:t>
      </w:r>
      <w:r>
        <w:br/>
      </w:r>
      <w:r>
        <w:rPr>
          <w:sz w:val="20"/>
        </w:rPr>
        <w:t>7:07  aur aap log comment karna chahein to kar sakte hain.</w:t>
      </w:r>
    </w:p>
    <w:p>
      <w:pPr>
        <w:pStyle w:val="Heading2"/>
      </w:pPr>
      <w:r>
        <w:t>Prayer means trust in Allah</w:t>
      </w:r>
    </w:p>
    <w:p>
      <w:r>
        <w:rPr>
          <w:color w:val="666666"/>
          <w:sz w:val="18"/>
        </w:rPr>
        <w:t>Dars-e-Quran, Chapter 2, Verses 44-46, January 28, 2018 · 1m 00s · at 27:15 · https://youtu.be/3Kd5InuBtFA?t=1635</w:t>
      </w:r>
    </w:p>
    <w:p>
      <w:r>
        <w:rPr>
          <w:i/>
        </w:rPr>
        <w:t>“نماز کا مطلب کیا ہے؟ اللہ پر بھروسہ کرو”</w:t>
      </w:r>
    </w:p>
    <w:p>
      <w:r>
        <w:rPr>
          <w:sz w:val="20"/>
        </w:rPr>
        <w:t>27:15  namaz ka matlab kya hai? Allah par bharosa karo, Allah par bharosa karo, Allah se dua karo.</w:t>
      </w:r>
      <w:r>
        <w:br/>
      </w:r>
      <w:r>
        <w:rPr>
          <w:sz w:val="20"/>
        </w:rPr>
        <w:t>27:23  to yeh is is ayat ko is time mein bhi sabr o salat aap masjid ke mahol ko le</w:t>
      </w:r>
      <w:r>
        <w:br/>
      </w:r>
      <w:r>
        <w:rPr>
          <w:sz w:val="20"/>
        </w:rPr>
        <w:t>27:30  kar samajhna chahenge to nahi samjhenge.</w:t>
      </w:r>
      <w:r>
        <w:br/>
      </w:r>
      <w:r>
        <w:rPr>
          <w:sz w:val="20"/>
        </w:rPr>
        <w:t>27:38  aaj jo aaj jo masjidon ka mahol hai,</w:t>
      </w:r>
      <w:r>
        <w:br/>
      </w:r>
      <w:r>
        <w:rPr>
          <w:sz w:val="20"/>
        </w:rPr>
        <w:t>27:46  wahan ke mahol ko le kar samajhna chahein aap to nahi samajh sakte.</w:t>
      </w:r>
      <w:r>
        <w:br/>
      </w:r>
      <w:r>
        <w:rPr>
          <w:sz w:val="20"/>
        </w:rPr>
        <w:t>27:53  aap wahan jo mahol tha makkah madine mein, saatvi sadi eesvi mein, us ko le kar sochiye, tab</w:t>
      </w:r>
      <w:r>
        <w:br/>
      </w:r>
      <w:r>
        <w:rPr>
          <w:sz w:val="20"/>
        </w:rPr>
        <w:t>28:01  samajh payenge aap keh kya matlab hai sabr ka, kya matlab hai namaz ka.</w:t>
      </w:r>
      <w:r>
        <w:br/>
      </w:r>
      <w:r>
        <w:rPr>
          <w:sz w:val="20"/>
        </w:rPr>
        <w:t>28:08  is ka matlab yeh hai keh dawat</w:t>
      </w:r>
    </w:p>
    <w:p>
      <w:pPr>
        <w:pStyle w:val="Heading2"/>
      </w:pPr>
      <w:r>
        <w:t>Seeking spirit from intellectual discontentment</w:t>
      </w:r>
    </w:p>
    <w:p>
      <w:r>
        <w:rPr>
          <w:color w:val="666666"/>
          <w:sz w:val="18"/>
        </w:rPr>
        <w:t>How to Find Truth | August 8, 2007 · 1m 02s · at 2:13 · https://youtu.be/YaxWNPN2K5A?t=133</w:t>
      </w:r>
    </w:p>
    <w:p>
      <w:r>
        <w:rPr>
          <w:i/>
        </w:rPr>
        <w:t>“Seeking spirit is the result of pursuit”</w:t>
      </w:r>
    </w:p>
    <w:p>
      <w:r>
        <w:rPr>
          <w:sz w:val="20"/>
        </w:rPr>
        <w:t>2:13  why this question? it is, I think that, seeking spirit is a, seeking spirit is the result of this</w:t>
      </w:r>
      <w:r>
        <w:br/>
      </w:r>
      <w:r>
        <w:rPr>
          <w:sz w:val="20"/>
        </w:rPr>
        <w:t>2:45  pursuit.</w:t>
      </w:r>
      <w:r>
        <w:br/>
      </w:r>
      <w:r>
        <w:rPr>
          <w:sz w:val="20"/>
        </w:rPr>
        <w:t>2:52  Pursuit of truth is a result of one's seeking spirit.</w:t>
      </w:r>
      <w:r>
        <w:br/>
      </w:r>
      <w:r>
        <w:rPr>
          <w:sz w:val="20"/>
        </w:rPr>
        <w:t>3:00  Man is a seeking animal.</w:t>
      </w:r>
      <w:r>
        <w:br/>
      </w:r>
      <w:r>
        <w:rPr>
          <w:sz w:val="20"/>
        </w:rPr>
        <w:t>3:07  Now, what is seeking? Seeking is intellectual discontentment.</w:t>
      </w:r>
    </w:p>
    <w:p>
      <w:pPr>
        <w:pStyle w:val="Heading2"/>
      </w:pPr>
      <w:r>
        <w:t>Importance of Positive Attitude</w:t>
      </w:r>
    </w:p>
    <w:p>
      <w:r>
        <w:rPr>
          <w:color w:val="666666"/>
          <w:sz w:val="18"/>
        </w:rPr>
        <w:t>The Importance of Positive Attitude | November 01, 2007 · 30s · at 0:43 · https://youtu.be/r4zLbCBxPyc?t=43</w:t>
      </w:r>
    </w:p>
    <w:p>
      <w:r>
        <w:rPr>
          <w:i/>
        </w:rPr>
        <w:t>“Positive Attitude is the most important thing in life”</w:t>
      </w:r>
    </w:p>
    <w:p>
      <w:r>
        <w:rPr>
          <w:sz w:val="20"/>
        </w:rPr>
        <w:t>0:43  "Importance of Positive Attitude" yani musbat tarz-e fikr ki ahmiyat.</w:t>
      </w:r>
      <w:r>
        <w:br/>
      </w:r>
      <w:r>
        <w:rPr>
          <w:sz w:val="20"/>
        </w:rPr>
        <w:t>0:53  مثبت طرز فکر یا Positive Attitude زندگی میں سب سے زیادہ important چیز ہے۔</w:t>
      </w:r>
      <w:r>
        <w:br/>
      </w:r>
      <w:r>
        <w:rPr>
          <w:sz w:val="20"/>
        </w:rPr>
        <w:t>1:03  mein samajhta hoon ke sari doosri jo achhi baatein hain</w:t>
      </w:r>
    </w:p>
    <w:p>
      <w:pPr>
        <w:pStyle w:val="Heading2"/>
      </w:pPr>
      <w:r>
        <w:t>Shift from jihad to dawah over 30 years</w:t>
      </w:r>
    </w:p>
    <w:p>
      <w:r>
        <w:rPr>
          <w:color w:val="666666"/>
          <w:sz w:val="18"/>
        </w:rPr>
        <w:t>An Intellectual journey 1 May 2011 - Maulana Wahiduddin Khan · 5m 53s · at 27:40 · https://youtu.be/lnfjC7x_s2A?t=1660</w:t>
      </w:r>
    </w:p>
    <w:p>
      <w:r>
        <w:rPr>
          <w:i/>
        </w:rPr>
        <w:t>“To jis ko kehte hain arabi mein Arab Imarat”</w:t>
      </w:r>
    </w:p>
    <w:p>
      <w:r>
        <w:rPr>
          <w:sz w:val="20"/>
        </w:rPr>
        <w:t>27:40  to jis ko kehte hain Arabi mein Arab Emarat.</w:t>
      </w:r>
      <w:r>
        <w:br/>
      </w:r>
      <w:r>
        <w:rPr>
          <w:sz w:val="20"/>
        </w:rPr>
        <w:t>27:44  to wahan maine kai safar mere hue hain. ab jo safar hua hai is bar, yaani April 2011 mein, sirf 2011 ki taraf se hi hai, 2011</w:t>
      </w:r>
      <w:r>
        <w:br/>
      </w:r>
      <w:r>
        <w:rPr>
          <w:sz w:val="20"/>
        </w:rPr>
        <w:t>28:01  April 2011 mein ke aakhri hafte mein, is se bohat mukhtalif tha is se pichhle safaron ka. mislan ab se 30 saal pehle main gaya tha Arab Emarat mein,</w:t>
      </w:r>
      <w:r>
        <w:br/>
      </w:r>
      <w:r>
        <w:rPr>
          <w:sz w:val="20"/>
        </w:rPr>
        <w:t>28:15  thirty years pehle.</w:t>
      </w:r>
      <w:r>
        <w:br/>
      </w:r>
      <w:r>
        <w:rPr>
          <w:sz w:val="20"/>
        </w:rPr>
        <w:t>28:19  wahan par aik aik meeting hui, aik jalsah hua, is mein arab bhi thay, nan arab bhi thay, aur kafi bara ijtima hua tha parhay likhay logon ka.</w:t>
      </w:r>
      <w:r>
        <w:br/>
      </w:r>
      <w:r>
        <w:rPr>
          <w:sz w:val="20"/>
        </w:rPr>
        <w:t>28:34  wo sab parhay likhay log thay.</w:t>
      </w:r>
      <w:r>
        <w:br/>
      </w:r>
      <w:r>
        <w:rPr>
          <w:sz w:val="20"/>
        </w:rPr>
        <w:t>28:37  to wahan par mein ne yeh baat kahi thi ke musalman jo hain, jihad ke naam par jo laraai bhadaai kar rahay hain, wohi sab se bara masla un ka hai.</w:t>
      </w:r>
      <w:r>
        <w:br/>
      </w:r>
      <w:r>
        <w:rPr>
          <w:sz w:val="20"/>
        </w:rPr>
        <w:t>28:49  jab tak is ko band nahi karengay, tab tak un ka koi problem solve nahi honay wala hai.</w:t>
      </w:r>
      <w:r>
        <w:br/>
      </w:r>
      <w:r>
        <w:rPr>
          <w:sz w:val="20"/>
        </w:rPr>
        <w:t>28:56  aur yeh distraction hai, yeh jo jihad samajhtay hain, is ko "the great soul of distraction" yaani dawat se hata diya.</w:t>
      </w:r>
      <w:r>
        <w:br/>
      </w:r>
      <w:r>
        <w:rPr>
          <w:sz w:val="20"/>
        </w:rPr>
        <w:t>29:06  jihad nahi hai, yeh to distraction hai. aaj jo kaam karna tha, dawat ka kaam karna tha.</w:t>
      </w:r>
      <w:r>
        <w:br/>
      </w:r>
      <w:r>
        <w:rPr>
          <w:sz w:val="20"/>
        </w:rPr>
        <w:t>29:13  saari opportunities khuli hain dawat ke liye,</w:t>
      </w:r>
      <w:r>
        <w:br/>
      </w:r>
      <w:r>
        <w:rPr>
          <w:sz w:val="20"/>
        </w:rPr>
        <w:t>29:18  saari opportunity, opportunity explosion hai. yeh yeh zamanah jo hai, opportunity explosion ka zamanah hai. ab musalman kahan lagay hue hain?</w:t>
      </w:r>
      <w:r>
        <w:br/>
      </w:r>
      <w:r>
        <w:rPr>
          <w:sz w:val="20"/>
        </w:rPr>
        <w:t>29:28  jihad ke naam par laraai bhadaai, yeh kya hai? yeh distraction hai.</w:t>
      </w:r>
      <w:r>
        <w:br/>
      </w:r>
      <w:r>
        <w:rPr>
          <w:sz w:val="20"/>
        </w:rPr>
        <w:t>29:36  is waqt jab mein ne kaha tha 30 saal pehle yeh baat, to aisa lagta tha log mujhe kha jayengay. itna ziyada log is se mein agay aur itna ziyada yaani negative ho gaye ke bas</w:t>
      </w:r>
      <w:r>
        <w:br/>
      </w:r>
      <w:r>
        <w:rPr>
          <w:sz w:val="20"/>
        </w:rPr>
        <w:t>29:52  ajeeb haal tha. is baar mein ne wohi baat kahi isi arab amarat mein, to koi kisi ne negative response nahi diya.</w:t>
      </w:r>
      <w:r>
        <w:br/>
      </w:r>
      <w:r>
        <w:rPr>
          <w:sz w:val="20"/>
        </w:rPr>
        <w:t>30:03  har aik ka positive response tha. aur log yeh poochne lagay ke yeh bataiye ke hum dawat kaise karein?</w:t>
      </w:r>
      <w:r>
        <w:br/>
      </w:r>
      <w:r>
        <w:rPr>
          <w:sz w:val="20"/>
        </w:rPr>
        <w:t>30:13  koi isi ko le kar log poochne lagay. mislan aik aik lady ne poocha kaha ke sahib, kaha jata hai ke aurat ka awaz bhi parda hai,</w:t>
      </w:r>
      <w:r>
        <w:br/>
      </w:r>
      <w:r>
        <w:rPr>
          <w:sz w:val="20"/>
        </w:rPr>
        <w:t>30:26  to hum jab mardon se awaz bhi nahi nikaal saktay, mardon ke sath to hum kaise dawat dengay? aap</w:t>
      </w:r>
      <w:r>
        <w:br/>
      </w:r>
      <w:r>
        <w:rPr>
          <w:sz w:val="20"/>
        </w:rPr>
        <w:t>30:33  ne kaha yeh masla hi galat hai, yeh Islam mein hai hi nahi awaz ka parda. yeh to bilkul masla hi, bilkul base less hai.</w:t>
      </w:r>
      <w:r>
        <w:br/>
      </w:r>
      <w:r>
        <w:rPr>
          <w:sz w:val="20"/>
        </w:rPr>
        <w:t>30:44  yaani Hazrat Hajra bolein mardon se, Musa ke zamanay mein woh khawateen jo aayin theen, woh bolein mardon se, Hazrat Khadija bolein mardon se, Aisha bolein mardon se.</w:t>
      </w:r>
      <w:r>
        <w:br/>
      </w:r>
      <w:r>
        <w:rPr>
          <w:sz w:val="20"/>
        </w:rPr>
        <w:t>30:55  to kahan se yeh nikal aaya ke awaz parda hai? yeh to base less hai bilkul.</w:t>
      </w:r>
      <w:r>
        <w:br/>
      </w:r>
      <w:r>
        <w:rPr>
          <w:sz w:val="20"/>
        </w:rPr>
        <w:t>31:00  aap khoob boliye, na bol sakein to literature pesh kijiye.</w:t>
      </w:r>
      <w:r>
        <w:br/>
      </w:r>
      <w:r>
        <w:rPr>
          <w:sz w:val="20"/>
        </w:rPr>
        <w:t>31:09  aik sahib ne kaha ke sahib, hamaray paros mein bohat se nan muslim hain, to hum un se jab interact karte hain to apnay haan khanay ke liye kehtay hain, to hum kya karein?</w:t>
      </w:r>
      <w:r>
        <w:br/>
      </w:r>
      <w:r>
        <w:rPr>
          <w:sz w:val="20"/>
        </w:rPr>
        <w:t>31:20  wo samajhtay hain wahan khana khaya to Islam hi chala jayega. mein ne kaha yeh to bilkul jhoota Islam hai,</w:t>
      </w:r>
      <w:r>
        <w:br/>
      </w:r>
      <w:r>
        <w:rPr>
          <w:sz w:val="20"/>
        </w:rPr>
        <w:t>31:27  wahan khaiye, aap un ke sath baithiye, un ko aap apnay haan, un ko aap apnay haan bulaiye, aap un ke haan jaiye. yahan tak ke aik sahib ne kaha ke rozay ke zamanay mein hum ko bulaya kisi ghair muslim ne apnay haan, to jeeb mein unhon ne namak rakh liya</w:t>
      </w:r>
      <w:r>
        <w:br/>
      </w:r>
      <w:r>
        <w:rPr>
          <w:sz w:val="20"/>
        </w:rPr>
        <w:t>31:45  aur us namak se iftar kiya, phir un ka khana khaya. kyunke agar wahan khana kha letay to roza hi chala jata. mein ne kaha astaghfirullah, yeh Islam hai, yeh Islam nahi hai.</w:t>
      </w:r>
      <w:r>
        <w:br/>
      </w:r>
      <w:r>
        <w:rPr>
          <w:sz w:val="20"/>
        </w:rPr>
        <w:t>31:56  to bilkul yaani absurd cheezein yeh sab hain. aap khoob khaiye, wahan roza ikhtiyar kijiye.</w:t>
      </w:r>
      <w:r>
        <w:br/>
      </w:r>
      <w:r>
        <w:rPr>
          <w:sz w:val="20"/>
        </w:rPr>
        <w:t>32:05  to gharaaz hai ke ab jo tha mamla, woh yeh pooch rahay thay ke hum dawat ka daawti kaam kaise karein? tab to dawat ko bilkul unhon ne sunnay ka inkaar kar diya tha ke dawat kya hai?</w:t>
      </w:r>
      <w:r>
        <w:br/>
      </w:r>
      <w:r>
        <w:rPr>
          <w:sz w:val="20"/>
        </w:rPr>
        <w:t>32:17  abhi to humein jihad karna hai, dawat ka koi sawal hi nahi hai. yeh to dushman hain hamaray, un ko humein qatl karna hai, dushmanon ko.</w:t>
      </w:r>
      <w:r>
        <w:br/>
      </w:r>
      <w:r>
        <w:rPr>
          <w:sz w:val="20"/>
        </w:rPr>
        <w:t>32:26  tab yeh mood tha. ab mood doosra hai ke theek hai, hum dawati kaam karna chahte hain, hamein bataiye kaise dawati kaam karein?</w:t>
      </w:r>
      <w:r>
        <w:br/>
      </w:r>
      <w:r>
        <w:rPr>
          <w:sz w:val="20"/>
        </w:rPr>
        <w:t>32:37  to is se maine yeh samjha, aur yeh india mein bhi hum is ko dekhte hain, yeh yeh phenomenon india mein bhi hai ke jo dunya ke halaat hain, yaani so called jihad se jis tarah tabahi hui, barbadi hui,</w:t>
      </w:r>
      <w:r>
        <w:br/>
      </w:r>
      <w:r>
        <w:rPr>
          <w:sz w:val="20"/>
        </w:rPr>
        <w:t>32:53  ab har aadmi dekh raha hai is ko. kashmir mein, falasteen mein, bosnia mein, chechnya mein, har jagah tabahi, tabahi. sinkang mein</w:t>
      </w:r>
      <w:r>
        <w:br/>
      </w:r>
      <w:r>
        <w:rPr>
          <w:sz w:val="20"/>
        </w:rPr>
        <w:t>33:02  har jagah tabahi, tabahi, tabahi, tabahi. to aadmi kab tak is ko tolerate kare? ab logon ke andar second thought aa gaya, yaani 30 saal pehle second thought nahi aaya tha.</w:t>
      </w:r>
      <w:r>
        <w:br/>
      </w:r>
      <w:r>
        <w:rPr>
          <w:sz w:val="20"/>
        </w:rPr>
        <w:t>33:18  us waqt to josh o kharosh mein thay ke hamein dushmano ko khatam karna hai,</w:t>
      </w:r>
      <w:r>
        <w:br/>
      </w:r>
      <w:r>
        <w:rPr>
          <w:sz w:val="20"/>
        </w:rPr>
        <w:t>33:22  ab second thought aa gaya is had tak ke ab poochne lage ke ab kaise dawat dawati kaam karein? yeh batao.</w:t>
      </w:r>
    </w:p>
    <w:p>
      <w:pPr>
        <w:pStyle w:val="Heading2"/>
      </w:pPr>
      <w:r>
        <w:t>True Alhamdulillah from heart</w:t>
      </w:r>
    </w:p>
    <w:p>
      <w:r>
        <w:rPr>
          <w:color w:val="666666"/>
          <w:sz w:val="18"/>
        </w:rPr>
        <w:t>Art of War and Islam · 2m 28s · at 54:06 · https://youtu.be/LvYP_pf17S0?t=3246</w:t>
      </w:r>
    </w:p>
    <w:p>
      <w:r>
        <w:rPr>
          <w:i/>
        </w:rPr>
        <w:t>“The first verse of the Qur'an is Alhamdulillah”</w:t>
      </w:r>
    </w:p>
    <w:p>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r>
        <w:br/>
      </w:r>
      <w:r>
        <w:rPr>
          <w:sz w:val="20"/>
        </w:rPr>
        <w:t>56:27  God will not provide any kind of reward for this kind of "Alhamdulillah."</w:t>
      </w:r>
    </w:p>
    <w:p>
      <w:pPr>
        <w:pStyle w:val="Heading2"/>
      </w:pPr>
      <w:r>
        <w:t>People rarely admit their own mistakes</w:t>
      </w:r>
    </w:p>
    <w:p>
      <w:r>
        <w:rPr>
          <w:color w:val="666666"/>
          <w:sz w:val="18"/>
        </w:rPr>
        <w:t>The Quran 11 90 CPS Women Weekly Discussion 32 December 10, 2023 · 2m 03s · at 3:25 · https://youtu.be/GB7dNbRkNI4?t=205</w:t>
      </w:r>
    </w:p>
    <w:p>
      <w:r>
        <w:rPr>
          <w:i/>
        </w:rPr>
        <w:t>“किसी इंसान से ग़लती हो तो मानने को तैयार नहीं होता”</w:t>
      </w:r>
    </w:p>
    <w:p>
      <w:r>
        <w:rPr>
          <w:sz w:val="20"/>
        </w:rPr>
        <w:t>3:25  aksar aisa hota hai ke kisi insaan ke muqable mein ek insaan se ghalti hoti hai to insaan apna apni jo ghalti manne ko tayyar nahi hota. Bahut kam log hote hain jo foreign apni ghalti ko mante hain. Zyada tar log ghalti mante nahi hain, itraaf nahi karte kyunke apne ego ki wajah se ya phir majboora na maafi mangkar baat ko khatm kar diya jata hai. To iska matlab insaan ke andar ghalti ka pachtawa nahi hai.</w:t>
      </w:r>
      <w:r>
        <w:br/>
      </w:r>
      <w:r>
        <w:rPr>
          <w:sz w:val="20"/>
        </w:rPr>
        <w:t>3:54  agar aisa kar raha hai insaan ke woh majbooran ghalti maan raha hai, ehsaas nahi hai, Khuda ka dar nahi hai. To Maulana sahib ne bahut hi aala tareeqe se is baat ko hamein bataya hai ke insaan sirf zuban se maafi mangkar ya sirf itraaf karke baat ko yeh matlab yeh na samjhe ke khatm ho gayi hai. Yeh to karna hi hai.</w:t>
      </w:r>
      <w:r>
        <w:br/>
      </w:r>
      <w:r>
        <w:rPr>
          <w:sz w:val="20"/>
        </w:rPr>
        <w:t>4:19  insaan ka aala character yeh hona chahiye ke woh apni jo woh matlab ke woh agar usne kisi ka dil dukhaya hai apni zuban se ya kisi tareeqe se, to uske baad woh us insaan ke sath apni jo hai apna connection mazboot kare, apni mohabbat ka rishta badhane ki koshish kare. Uske liye aur acha kaam kare, uski madad kare, uski fikr kare.</w:t>
      </w:r>
      <w:r>
        <w:br/>
      </w:r>
      <w:r>
        <w:rPr>
          <w:sz w:val="20"/>
        </w:rPr>
        <w:t>4:44  taake uska dil jo hai us se jo bhi takleef hui ho, uske dil par jo dhabba lag gaya ho uski taraf se jo takleef hui ho to usko woh woh uski mohabbat aur uska fikr jo hai usko saaf kar dein. Us se uska dil saaf ho jaye.</w:t>
      </w:r>
      <w:r>
        <w:br/>
      </w:r>
      <w:r>
        <w:rPr>
          <w:sz w:val="20"/>
        </w:rPr>
        <w:t>5:03  to iska matlab hua ke insaan ke mamle mein bhi ghalti ho jaane ke baad ek insaan ko shiddat se pachtawa hona aur itraaf karna yeh insaan ki khud ki zaroorat hai taake farishton ke jo record hain, farishte jo record banate hain uska naam us mein likha ja sake ke woh ek modest insaan hai. Zaroori hota hai ke hum apna itraaf karen, uske sath woh karen.</w:t>
      </w:r>
      <w:r>
        <w:br/>
      </w:r>
      <w:r>
        <w:rPr>
          <w:sz w:val="20"/>
        </w:rPr>
        <w:t>5:28  to hadith mein bataya gaya hai ki har insan khata kar hai aur sabse achha khata kar yani sinner woh</w:t>
      </w:r>
    </w:p>
    <w:p>
      <w:pPr>
        <w:pStyle w:val="Heading2"/>
      </w:pPr>
      <w:r>
        <w:t>Secular people are Yajuj Majuj</w:t>
      </w:r>
    </w:p>
    <w:p>
      <w:r>
        <w:rPr>
          <w:color w:val="666666"/>
          <w:sz w:val="18"/>
        </w:rPr>
        <w:t>Journey of Divine Civilization | January 24, 2010 · 30s · at 30:45 · https://youtu.be/QCWXCjeZxnc?t=1845</w:t>
      </w:r>
    </w:p>
    <w:p>
      <w:r>
        <w:rPr>
          <w:i/>
        </w:rPr>
        <w:t>“Yajuj Majuj kamaane hain secular log”</w:t>
      </w:r>
    </w:p>
    <w:p>
      <w:r>
        <w:rPr>
          <w:sz w:val="20"/>
        </w:rPr>
        <w:t>30:45  ajooj majooj kamane hain secular log. yaajooj majooj kya hain? secular log. yeh sara safar-e-marifat secular logon nay kiya hai. aur jo believers hain, un ka yahi aik hi karmanama hai kay unhonay mehfooz rakha Quran ko. to lekin secular log jo kar kar paye kya? woh sirf data ikhatta kar sakay. bas agay aik kaam jo hai, ab believers ko karna hai. aur yahan par hamaray rehbar, hamaray ulama phir phir dobar</w:t>
      </w:r>
    </w:p>
    <w:p>
      <w:pPr>
        <w:pStyle w:val="Heading2"/>
      </w:pPr>
      <w:r>
        <w:t>Full moonsighting story and its two life lessons</w:t>
      </w:r>
    </w:p>
    <w:p>
      <w:r>
        <w:rPr>
          <w:color w:val="666666"/>
          <w:sz w:val="18"/>
        </w:rPr>
        <w:t>Fasting A Source of Spiritual Empowerment August 21, 2011 Maulana Wahiduddin Khan · 4m 33s · at 13:50 · https://youtu.be/Z0EbPlujcf0?t=830</w:t>
      </w:r>
    </w:p>
    <w:p>
      <w:r>
        <w:rPr>
          <w:i/>
        </w:rPr>
        <w:t>“Shaban ki aakhri tareekh aayi, chand nikalne wali raat”</w:t>
      </w:r>
    </w:p>
    <w:p>
      <w:r>
        <w:rPr>
          <w:sz w:val="20"/>
        </w:rPr>
        <w:t>13:50  Is ke liye kya hota hai? Is ko spiritual food dene ka zariya ban jata hai. Jaise aap dekhiye Shaban ki aakhri tareekh aayi.</w:t>
      </w:r>
      <w:r>
        <w:br/>
      </w:r>
      <w:r>
        <w:rPr>
          <w:sz w:val="20"/>
        </w:rPr>
        <w:t>14:03  Yaani woh raat jab ke Ramzan ka chand niklta hai.</w:t>
      </w:r>
      <w:r>
        <w:br/>
      </w:r>
      <w:r>
        <w:rPr>
          <w:sz w:val="20"/>
        </w:rPr>
        <w:t>14:11  To aaj kal Dilli mein to chand bohat kam dikhaya jata hai. Lekin hum log jab thay is se pehle UP mein raha karte hain hum gaon mein.</w:t>
      </w:r>
      <w:r>
        <w:br/>
      </w:r>
      <w:r>
        <w:rPr>
          <w:sz w:val="20"/>
        </w:rPr>
        <w:t>14:21  To gaon mein matlab saaf hota tha. Ufuq par ya fiza mein koi pollution nahi hua karta tha.</w:t>
      </w:r>
      <w:r>
        <w:br/>
      </w:r>
      <w:r>
        <w:rPr>
          <w:sz w:val="20"/>
        </w:rPr>
        <w:t>14:30  To chand saaf dikhai deta tha. To hum log chhat par charh jatay thay.</w:t>
      </w:r>
      <w:r>
        <w:br/>
      </w:r>
      <w:r>
        <w:rPr>
          <w:sz w:val="20"/>
        </w:rPr>
        <w:t>14:37  Ab dekh rahay hain, dekh rahay hain, dekh rahay hain yahan tak ke achaanak aik bareek chand dikhai diya. To ajeeb qism ka joy hota tha. Ajeeb qism ka joy.</w:t>
      </w:r>
      <w:r>
        <w:br/>
      </w:r>
      <w:r>
        <w:rPr>
          <w:sz w:val="20"/>
        </w:rPr>
        <w:t>14:51  Ke yeh chand hai jo is baat ki khabar de raha hai ke Ramzan ka mahina aa gaya.</w:t>
      </w:r>
      <w:r>
        <w:br/>
      </w:r>
      <w:r>
        <w:rPr>
          <w:sz w:val="20"/>
        </w:rPr>
        <w:t>14:58  To us waqt hum itna ziyada, yaani mein yeh baat kar raha hoon naujawani ki umar ki,</w:t>
      </w:r>
      <w:r>
        <w:br/>
      </w:r>
      <w:r>
        <w:rPr>
          <w:sz w:val="20"/>
        </w:rPr>
        <w:t>15:05  Ab mein sochta hoon to chand ka tuloo hona koi saada baat nahi hai. Yaani jab aap dekhte hain chand ki pehli tareekh to bohat saray waqiat bhi le kar aata hai.</w:t>
      </w:r>
      <w:r>
        <w:br/>
      </w:r>
      <w:r>
        <w:rPr>
          <w:sz w:val="20"/>
        </w:rPr>
        <w:t>15:22  Woh kya? Yeh chand barhega, barhega, barhega yahan tak ke chaudhveen ka chand ban jaye ga. Phir woh ghatay ga, ghatay ga, ghatay ga yahan tak ke khatam ho jaye ga.</w:t>
      </w:r>
      <w:r>
        <w:br/>
      </w:r>
      <w:r>
        <w:rPr>
          <w:sz w:val="20"/>
        </w:rPr>
        <w:t>15:34  To yeh kya hua? Yeh bhi aik bohat bara tajurba hai. Is liye bataya, yeh bataya ke dunya mein urooj bhi hai aur zawal bhi hai.</w:t>
      </w:r>
      <w:r>
        <w:br/>
      </w:r>
      <w:r>
        <w:rPr>
          <w:sz w:val="20"/>
        </w:rPr>
        <w:t>15:47  Is dunya mein aap ameer bhi honge, ghareeb bhi honge. Is dunya mein aap ke paas political power bhi aye ga, aap political power chhin bhi jaye ga.</w:t>
      </w:r>
      <w:r>
        <w:br/>
      </w:r>
      <w:r>
        <w:rPr>
          <w:sz w:val="20"/>
        </w:rPr>
        <w:t>15:59  To is ka matlab kya hua?</w:t>
      </w:r>
      <w:r>
        <w:br/>
      </w:r>
      <w:r>
        <w:rPr>
          <w:sz w:val="20"/>
        </w:rPr>
        <w:t>16:01  Ke chand ka dekhna aap ko aik bohat bara sabak deta hai. Ke zindagi mein tawazun ko barqarar rakho.</w:t>
      </w:r>
      <w:r>
        <w:br/>
      </w:r>
      <w:r>
        <w:rPr>
          <w:sz w:val="20"/>
        </w:rPr>
        <w:t>16:11  Utaar charhao se disturb na ho. Kyun ke hota hi hota hai yeh. Yeh hoga. Sab ke sath hua, tumhare sath bhi hoga.</w:t>
      </w:r>
      <w:r>
        <w:br/>
      </w:r>
      <w:r>
        <w:rPr>
          <w:sz w:val="20"/>
        </w:rPr>
        <w:t>16:23  Aadmi jawan hota hai, phir boorha ho jata hai, phir mar jata hai.</w:t>
      </w:r>
      <w:r>
        <w:br/>
      </w:r>
      <w:r>
        <w:rPr>
          <w:sz w:val="20"/>
        </w:rPr>
        <w:t>16:27  To yeh jo changes hain ya tabdeeliyan hain, urooj o zawal hain, yeh aik law of nature hain. Kaisa ajeeb sabak diya hai yeh chand ne.</w:t>
      </w:r>
      <w:r>
        <w:br/>
      </w:r>
      <w:r>
        <w:rPr>
          <w:sz w:val="20"/>
        </w:rPr>
        <w:t>16:43  Phir aap sochiye ke chand jo bareek dikhai deta hai, tab bhi poora chand hota hai.</w:t>
      </w:r>
      <w:r>
        <w:br/>
      </w:r>
      <w:r>
        <w:rPr>
          <w:sz w:val="20"/>
        </w:rPr>
        <w:t>16:52  Yaani sirf dekhnay ke lihaaz se hum aik lakeer dekhte hain.</w:t>
      </w:r>
      <w:r>
        <w:br/>
      </w:r>
      <w:r>
        <w:rPr>
          <w:sz w:val="20"/>
        </w:rPr>
        <w:t>16:55  Haqeeqat mein to poora chand hota hai. Kyun ke is ke aik goshe mein, aik hissay mein suraj ki roshni par par rahi hoti hai, baqi woh nahi par rahi hoti hai.</w:t>
      </w:r>
      <w:r>
        <w:br/>
      </w:r>
      <w:r>
        <w:rPr>
          <w:sz w:val="20"/>
        </w:rPr>
        <w:t>17:07  To baqi andheray mein hota hai, to dikhai nahi deta. Jahan suraj ki roshni parti hai, woh dikhai deta hai. Yeh bhi aik ajeeb ghareeb tajurba hai.</w:t>
      </w:r>
      <w:r>
        <w:br/>
      </w:r>
      <w:r>
        <w:rPr>
          <w:sz w:val="20"/>
        </w:rPr>
        <w:t>17:19  Is ka matlab hai ke cheezon ko face value par na lo.</w:t>
      </w:r>
      <w:r>
        <w:br/>
      </w:r>
      <w:r>
        <w:rPr>
          <w:sz w:val="20"/>
        </w:rPr>
        <w:t>17:24  Kitna bara ajeeb sabak hai yeh.</w:t>
      </w:r>
      <w:r>
        <w:br/>
      </w:r>
      <w:r>
        <w:rPr>
          <w:sz w:val="20"/>
        </w:rPr>
        <w:t>17:29  kitna ajeeb sabaq hai. Face Revolve par lein aap to aap kahenge chand ek bareek sa, ek ek cheez hai, bohat bareek si.</w:t>
      </w:r>
      <w:r>
        <w:br/>
      </w:r>
      <w:r>
        <w:rPr>
          <w:sz w:val="20"/>
        </w:rPr>
        <w:t>17:42  dhage ki tarah. lekin aap gehrai mein jayenge to kahenge nahi chand to ek bohat bara, ek bohat bari chattan hai, bohat bara woh hai, ek sayara hai.</w:t>
      </w:r>
      <w:r>
        <w:br/>
      </w:r>
      <w:r>
        <w:rPr>
          <w:sz w:val="20"/>
        </w:rPr>
        <w:t>17:55  to goya chand yeh bhi sabaq de raha hai ke cheezon ko Face Value par mat lo. Face Value par loge to tumhare andar kya hoga?</w:t>
      </w:r>
      <w:r>
        <w:br/>
      </w:r>
      <w:r>
        <w:rPr>
          <w:sz w:val="20"/>
        </w:rPr>
        <w:t>18:04  Misunderstanding aayegi. baton ko samjhoge nahi.</w:t>
      </w:r>
      <w:r>
        <w:br/>
      </w:r>
      <w:r>
        <w:rPr>
          <w:sz w:val="20"/>
        </w:rPr>
        <w:t>18:11  baton ko samjhoge nahi gehrai mein. ab dekhiye pehle din kya tabah sabaq mil gaya hum ko? bilkul pehle din.</w:t>
      </w:r>
    </w:p>
    <w:p>
      <w:pPr>
        <w:pStyle w:val="Heading2"/>
      </w:pPr>
      <w:r>
        <w:t>Hadith: Process to achieve taste of faith</w:t>
      </w:r>
    </w:p>
    <w:p>
      <w:r>
        <w:rPr>
          <w:color w:val="666666"/>
          <w:sz w:val="18"/>
        </w:rPr>
        <w:t>Religious Understanding October 18, 2015 Maulana Wahiduddin Khan · 2m 36s · at 7:48 · https://youtu.be/yt5TAVhva6E?t=468</w:t>
      </w:r>
    </w:p>
    <w:p>
      <w:r>
        <w:rPr>
          <w:i/>
        </w:rPr>
        <w:t>“Ek hadith hai.”</w:t>
      </w:r>
    </w:p>
    <w:p>
      <w:r>
        <w:rPr>
          <w:sz w:val="20"/>
        </w:rPr>
        <w:t>7:48  "zaak ta'am al eeman man raliya billahi rabban wa bil islami deenan wa bi muhammadin rasoolan".</w:t>
      </w:r>
      <w:r>
        <w:br/>
      </w:r>
      <w:r>
        <w:rPr>
          <w:sz w:val="20"/>
        </w:rPr>
        <w:t>7:57  imaan ka mazaa chakhha us shakhs ne jo raazi ho gaya Allah par ko rabb maan kar, aur Islam ko apna deen maan kar, aur Muhammad ko apna rasool maan kar.</w:t>
      </w:r>
      <w:r>
        <w:br/>
      </w:r>
      <w:r>
        <w:rPr>
          <w:sz w:val="20"/>
        </w:rPr>
        <w:t>8:13  yahan pe dekhen raazi hone se is ko zaa'iqah mila. is ka matlab kya hai? to aam aadmi ziyada sochega nahin, woh is theek samajh le ga bas.</w:t>
      </w:r>
      <w:r>
        <w:br/>
      </w:r>
      <w:r>
        <w:rPr>
          <w:sz w:val="20"/>
        </w:rPr>
        <w:t>8:27  lekin jo parha likha aadmi hai woh sochega ke izhaar raazi hone se mazaa zaa'iqah kaise mil gaya? to dekhen yahan in lafzon ko bilkul literature mein na leejiyay, balkay is pe ghaur keejiyay.</w:t>
      </w:r>
      <w:r>
        <w:br/>
      </w:r>
      <w:r>
        <w:rPr>
          <w:sz w:val="20"/>
        </w:rPr>
        <w:t>8:50  yahan matlab hai raazi hone ka,</w:t>
      </w:r>
      <w:r>
        <w:br/>
      </w:r>
      <w:r>
        <w:rPr>
          <w:sz w:val="20"/>
        </w:rPr>
        <w:t>8:57  raazi hona goya nateeje ki baat hai, result. is ke peechay ek process hai, process is mein bataya nahin gaya hai, result bataya gaya hai.</w:t>
      </w:r>
      <w:r>
        <w:br/>
      </w:r>
      <w:r>
        <w:rPr>
          <w:sz w:val="20"/>
        </w:rPr>
        <w:t>9:11  to raazi hoga ka matlab yeh hai jis ne ghaur o fikr kiya, jis ne socha, aur us ko</w:t>
      </w:r>
      <w:r>
        <w:br/>
      </w:r>
      <w:r>
        <w:rPr>
          <w:sz w:val="20"/>
        </w:rPr>
        <w:t>9:22  ma'rifat ke darjay mein Islam haasil hua.</w:t>
      </w:r>
      <w:r>
        <w:br/>
      </w:r>
      <w:r>
        <w:rPr>
          <w:sz w:val="20"/>
        </w:rPr>
        <w:t>9:28  raazi hone ka matlab hai ke us ko ma'rifat ke darjay mein Islam haasil hua.</w:t>
      </w:r>
      <w:r>
        <w:br/>
      </w:r>
      <w:r>
        <w:rPr>
          <w:sz w:val="20"/>
        </w:rPr>
        <w:t>9:38  to yeh jo Islam hota hai, ma'rifat ka darjay wala Islam, is mein intellectual level par bohat zabardast ek ek joy milta hai, ek</w:t>
      </w:r>
      <w:r>
        <w:br/>
      </w:r>
      <w:r>
        <w:rPr>
          <w:sz w:val="20"/>
        </w:rPr>
        <w:t>9:54  ek aisi cheez milti hai jis ko lafzon mein bayan karna mushkil hai.</w:t>
      </w:r>
      <w:r>
        <w:br/>
      </w:r>
      <w:r>
        <w:rPr>
          <w:sz w:val="20"/>
        </w:rPr>
        <w:t>9:59  to is ka matlab hai is hadith ka ke woh log jo tadabbur karein, ghor o fikr karein, cheezon se sabak lein, to un ko marifat ke darje ka deen milega.</w:t>
      </w:r>
      <w:r>
        <w:br/>
      </w:r>
      <w:r>
        <w:rPr>
          <w:sz w:val="20"/>
        </w:rPr>
        <w:t>10:16  yani Allah ko Rabbul Alameen jab manenge to woh marifat ke darje ka manna hoga, sirf aqeeday ke darje ka manna nahi.</w:t>
      </w:r>
    </w:p>
    <w:p>
      <w:pPr>
        <w:pStyle w:val="Heading2"/>
      </w:pPr>
      <w:r>
        <w:t>Satan's deception and how wisdom defeats it</w:t>
      </w:r>
    </w:p>
    <w:p>
      <w:r>
        <w:rPr>
          <w:color w:val="666666"/>
          <w:sz w:val="18"/>
        </w:rPr>
        <w:t>What is Shukr (Gratitude) January 30, 2014 Maulana Wahiduddin Khan · 4m 44s · at 14:10 · https://youtu.be/V4LkYRRzQ3E?t=850</w:t>
      </w:r>
    </w:p>
    <w:p>
      <w:r>
        <w:rPr>
          <w:i/>
        </w:rPr>
        <w:t>“Aur jo shaitan ne kaha tha jab challenge diya tha”</w:t>
      </w:r>
    </w:p>
    <w:p>
      <w:r>
        <w:rPr>
          <w:sz w:val="20"/>
        </w:rPr>
        <w:t>14:10  aur jo shaitan ne kaha tha jab Challenge diya tha is ne Allah taala ko ke وَلَا تَجَدُوا أَكْثَرَهُمْ شَاكِرِينَ</w:t>
      </w:r>
      <w:r>
        <w:br/>
      </w:r>
      <w:r>
        <w:rPr>
          <w:sz w:val="20"/>
        </w:rPr>
        <w:t>14:20  . yeh bohat sochne ki baat hai ke shaitan ne aisa kyun kaha ke insanon ki Majority shukar se mehroom ho jaye gi. وَلَا تَجَدُوا أَكْثَرَهُمْ شَاكِرِينَ.</w:t>
      </w:r>
      <w:r>
        <w:br/>
      </w:r>
      <w:r>
        <w:rPr>
          <w:sz w:val="20"/>
        </w:rPr>
        <w:t>14:32  yeh bohat sochne ki baat hai ke shaitan ne kyun kaha aisa?</w:t>
      </w:r>
      <w:r>
        <w:br/>
      </w:r>
      <w:r>
        <w:rPr>
          <w:sz w:val="20"/>
        </w:rPr>
        <w:t>14:39  to is ka sabab yeh tha ke shaitan yeh jaanta tha apni zaahanat ke zor par ke insaan ko rehna parega ek daarul qabz mein, World of Problem mein,</w:t>
      </w:r>
      <w:r>
        <w:br/>
      </w:r>
      <w:r>
        <w:rPr>
          <w:sz w:val="20"/>
        </w:rPr>
        <w:t>14:55  tarah tarah ke naakhushgawar tajurbaat ke darmiyan. kyunke Allah ne is ko Freedom diya hai. Freedom, yeh Freedom hai jo masail paida karti hai.</w:t>
      </w:r>
      <w:r>
        <w:br/>
      </w:r>
      <w:r>
        <w:rPr>
          <w:sz w:val="20"/>
        </w:rPr>
        <w:t>15:09  to insaan is ko hakeemana tor par Explain nahi kar payega.</w:t>
      </w:r>
      <w:r>
        <w:br/>
      </w:r>
      <w:r>
        <w:rPr>
          <w:sz w:val="20"/>
        </w:rPr>
        <w:t>15:19  kyunke hakeemana tor par Explain karne ke liye sabr chahiye, Patience chahiye, Wisdom chahiye. to wohin par woh insaan is ko baqayeda hai.</w:t>
      </w:r>
      <w:r>
        <w:br/>
      </w:r>
      <w:r>
        <w:rPr>
          <w:sz w:val="20"/>
        </w:rPr>
        <w:t>15:33  yaani insaan ko baqayeda kar ke yeh sikhata hai ke yeh is ka talluq insaan ke zulm se hai.</w:t>
      </w:r>
      <w:r>
        <w:br/>
      </w:r>
      <w:r>
        <w:rPr>
          <w:sz w:val="20"/>
        </w:rPr>
        <w:t>15:44  yaani jab bhi aap dekhen ke koi aadmi doosre ke khilaaf shikayat kar raha hai, doosre ke zulm ki dastaan bayan kar raha hai, doosron ki na-insaafi ko le kar jhanda utha raha hai, to woh sab samajh len ke woh shaitan ne is ko Activate kar rakha hai.</w:t>
      </w:r>
      <w:r>
        <w:br/>
      </w:r>
      <w:r>
        <w:rPr>
          <w:sz w:val="20"/>
        </w:rPr>
        <w:t>16:04  shaitan yahi insaan ko Activate karta hai ke dekho yeh na-insaafi hai, dekho yeh zulm ho raha hai, dekho yeh aadmi Problem Create kar raha hai, dekho yeh aadmi tum ko loot raha hai.</w:t>
      </w:r>
      <w:r>
        <w:br/>
      </w:r>
      <w:r>
        <w:rPr>
          <w:sz w:val="20"/>
        </w:rPr>
        <w:t>16:21  is tarah ke jazbaat ko bharkana yeh insaan ka kaam hai, yeh shaitan ka kaam hai. insaan isi tarah ke Negative jazbaat ko bharkata hai.</w:t>
      </w:r>
      <w:r>
        <w:br/>
      </w:r>
      <w:r>
        <w:rPr>
          <w:sz w:val="20"/>
        </w:rPr>
        <w:t>16:32  bharka kar ke aadmi ko shukr ki nafsiyat se mahroom kar deta hai. Wisdom ko chheen leta hai is se. to hikmat ka yeh hui ke aap shaitan ka muqabla karna seekhen.</w:t>
      </w:r>
      <w:r>
        <w:br/>
      </w:r>
      <w:r>
        <w:rPr>
          <w:sz w:val="20"/>
        </w:rPr>
        <w:t>16:46  shaitan jab aap par hamla kare ya shaitan jab aap ko Activate kare, shaitan jab aap ke andar koi</w:t>
      </w:r>
      <w:r>
        <w:br/>
      </w:r>
      <w:r>
        <w:rPr>
          <w:sz w:val="20"/>
        </w:rPr>
        <w:t>16:58  is tarah ki baat daale aap ke zehen mein to foran aap is ko nikaal den.</w:t>
      </w:r>
      <w:r>
        <w:br/>
      </w:r>
      <w:r>
        <w:rPr>
          <w:sz w:val="20"/>
        </w:rPr>
        <w:t>17:06  foran jaan len ke yeh shaitani waswasa hai. yaani woh khayal jo aap ke andar aaya ke dekho yeh zulm kar raha hai, dekho yeh na-insaafi kar raha hai, dekho yeh burai kar raha hai, to aap ke andar yeh hikmat ho ke aap jaanen ke yeh to shaitan sikha raha hai ab is ko.</w:t>
      </w:r>
      <w:r>
        <w:br/>
      </w:r>
      <w:r>
        <w:rPr>
          <w:sz w:val="20"/>
        </w:rPr>
        <w:t>17:23  kyunke jo kuch ho raha hai woh is ka talluq haqeeqatan kisi ke zulm se nahi hai. woh to Creation Plan of God ka hissa hai.</w:t>
      </w:r>
      <w:r>
        <w:br/>
      </w:r>
      <w:r>
        <w:rPr>
          <w:sz w:val="20"/>
        </w:rPr>
        <w:t>17:35  chahe yeh nizaam ho ya woh nizaam, un ki hukumat ho ya un ki hukumat, woh bahar rahega, baqi rahega. yaani koi bhi Ruler ho, koi bhi hakim ho, koi bhi nizaam ho,</w:t>
      </w:r>
      <w:r>
        <w:br/>
      </w:r>
      <w:r>
        <w:rPr>
          <w:sz w:val="20"/>
        </w:rPr>
        <w:t>17:48  koi bhi System ho, har jagah yeh baatein rahengi baqi bhi. kyun? is liye ke insaan ki azaadi ko koi awarith nahi kar sakega. insaan ki azaadi ko koi chheen nahi sakega.</w:t>
      </w:r>
      <w:r>
        <w:br/>
      </w:r>
      <w:r>
        <w:rPr>
          <w:sz w:val="20"/>
        </w:rPr>
        <w:t>18:00  to koi bhi nizaam aap qaim karen, kyunke insaan ki azaadi baqi hai, to bas insaan apni azaadi ki bina par phir bhi masle Create karta rahega.</w:t>
      </w:r>
      <w:r>
        <w:br/>
      </w:r>
      <w:r>
        <w:rPr>
          <w:sz w:val="20"/>
        </w:rPr>
        <w:t>18:11  hamesha.</w:t>
      </w:r>
      <w:r>
        <w:br/>
      </w:r>
      <w:r>
        <w:rPr>
          <w:sz w:val="20"/>
        </w:rPr>
        <w:t>18:13  to shaitan bohat hoshiyari ke sath, yaani tazeen ke sath sikhata hai insaan ko ke dekho yeh na-insaafi hai, dekho yeh zulm hai,</w:t>
      </w:r>
      <w:r>
        <w:br/>
      </w:r>
      <w:r>
        <w:rPr>
          <w:sz w:val="20"/>
        </w:rPr>
        <w:t>18:28  dekho yeh Evil hai. to aadmi ko chahiye ke itna zyada woh ba-hosh ho, keh sake ke nahi, yeh to Creation Plan of God ka hissa hai.</w:t>
      </w:r>
      <w:r>
        <w:br/>
      </w:r>
      <w:r>
        <w:rPr>
          <w:sz w:val="20"/>
        </w:rPr>
        <w:t>18:41  is tarah woh shaitan ko bhagayega.</w:t>
      </w:r>
      <w:r>
        <w:br/>
      </w:r>
      <w:r>
        <w:rPr>
          <w:sz w:val="20"/>
        </w:rPr>
        <w:t>18:45  shaitan ko bhagane ka tareeqa yeh hai ke aap maamlaat ko, waqeaat ko sahi andaaz mein Explain kar saken.</w:t>
      </w:r>
    </w:p>
    <w:p>
      <w:pPr>
        <w:pStyle w:val="Heading2"/>
      </w:pPr>
      <w:r>
        <w:t>False hopes business of dargahs and graves</w:t>
      </w:r>
    </w:p>
    <w:p>
      <w:r>
        <w:rPr>
          <w:color w:val="666666"/>
          <w:sz w:val="18"/>
        </w:rPr>
        <w:t>Understanding Islam (In Conversation with Maulana) June 20, 2010 Maulana Wahidudidn Khan · 1m 34s · at 8:26 · https://youtu.be/7UylaPL-iO8?t=506</w:t>
      </w:r>
    </w:p>
    <w:p>
      <w:r>
        <w:rPr>
          <w:i/>
        </w:rPr>
        <w:t>“Main is ko kehta hoon false hopes business”</w:t>
      </w:r>
    </w:p>
    <w:p>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p>
    <w:p>
      <w:pPr>
        <w:pStyle w:val="Heading2"/>
      </w:pPr>
      <w:r>
        <w:t>Same criterion to prove anything</w:t>
      </w:r>
    </w:p>
    <w:p>
      <w:r>
        <w:rPr>
          <w:color w:val="666666"/>
          <w:sz w:val="18"/>
        </w:rPr>
        <w:t>How to Find Truth | August 8, 2007 · 1m 03s · at 44:57 · https://youtu.be/YaxWNPN2K5A?t=2697</w:t>
      </w:r>
    </w:p>
    <w:p>
      <w:r>
        <w:rPr>
          <w:i/>
        </w:rPr>
        <w:t>“I said the same criterion you have to prove anything else”</w:t>
      </w:r>
    </w:p>
    <w:p>
      <w:r>
        <w:rPr>
          <w:sz w:val="20"/>
        </w:rPr>
        <w:t>44:57  is.</w:t>
      </w:r>
      <w:r>
        <w:br/>
      </w:r>
      <w:r>
        <w:rPr>
          <w:sz w:val="20"/>
        </w:rPr>
        <w:t>45:05  After a little pause, I said the same criterion which you have to prove anything else.</w:t>
      </w:r>
      <w:r>
        <w:br/>
      </w:r>
      <w:r>
        <w:rPr>
          <w:sz w:val="20"/>
        </w:rPr>
        <w:t>45:13  I have the same criterion which you have to prove anything else.</w:t>
      </w:r>
      <w:r>
        <w:br/>
      </w:r>
      <w:r>
        <w:rPr>
          <w:sz w:val="20"/>
        </w:rPr>
        <w:t>45:22  And he became silent.</w:t>
      </w:r>
      <w:r>
        <w:br/>
      </w:r>
      <w:r>
        <w:rPr>
          <w:sz w:val="20"/>
        </w:rPr>
        <w:t>45:30  Conversation reached to the end.</w:t>
      </w:r>
      <w:r>
        <w:br/>
      </w:r>
      <w:r>
        <w:rPr>
          <w:sz w:val="20"/>
        </w:rPr>
        <w:t>45:35  It was shortest dialogue perhaps in history.</w:t>
      </w:r>
      <w:r>
        <w:br/>
      </w:r>
      <w:r>
        <w:rPr>
          <w:sz w:val="20"/>
        </w:rPr>
        <w:t>45:40  One question, one answer.</w:t>
      </w:r>
      <w:r>
        <w:br/>
      </w:r>
      <w:r>
        <w:rPr>
          <w:sz w:val="20"/>
        </w:rPr>
        <w:t>45:45  And it was the, and the dialogue ended.</w:t>
      </w:r>
      <w:r>
        <w:br/>
      </w:r>
      <w:r>
        <w:rPr>
          <w:sz w:val="20"/>
        </w:rPr>
        <w:t>45:50  Perhaps it was the shortest dialogue in the history.</w:t>
      </w:r>
      <w:r>
        <w:br/>
      </w:r>
      <w:r>
        <w:rPr>
          <w:sz w:val="20"/>
        </w:rPr>
        <w:t>45:55  He said what criterion, wa</w:t>
      </w:r>
    </w:p>
    <w:p>
      <w:pPr>
        <w:pStyle w:val="Heading2"/>
      </w:pPr>
      <w:r>
        <w:t>Shariah flexibility and head covering</w:t>
      </w:r>
    </w:p>
    <w:p>
      <w:r>
        <w:rPr>
          <w:color w:val="666666"/>
          <w:sz w:val="18"/>
        </w:rPr>
        <w:t>Ramadan Q and A Session with Prof. Farida Khanam 27th March' 2022 · 5m 39s · at 23:29 · https://youtu.be/M_pJVGZWKIM?t=1409</w:t>
      </w:r>
    </w:p>
    <w:p>
      <w:r>
        <w:rPr>
          <w:i/>
        </w:rPr>
        <w:t>“Aur Shabana wants to ask a question”</w:t>
      </w:r>
    </w:p>
    <w:p>
      <w:r>
        <w:rPr>
          <w:sz w:val="20"/>
        </w:rPr>
        <w:t>23:29  aur shabanu wants to ask a question. please go ahead shabanu. aslam likho mujhe sawal ramzan se related to nahi hai. hamari cps ki group ke discussion se related hai. mujhe doctor safeena ne ek explanation mein humein bataya ahia islam ki ka koi reference diya tha. i'm so sorry mujhe ayat yaad nahi hai.</w:t>
      </w:r>
      <w:r>
        <w:br/>
      </w:r>
      <w:r>
        <w:rPr>
          <w:sz w:val="20"/>
        </w:rPr>
        <w:t>23:58  agar aap mein se kisi ko yaad ho to please mere is question ke saath add kar lijiyega.</w:t>
      </w:r>
      <w:r>
        <w:br/>
      </w:r>
      <w:r>
        <w:rPr>
          <w:sz w:val="20"/>
        </w:rPr>
        <w:t>24:03  lekin usmein jo mujhe baat kuch samajh aa rahi thi wah yeh ki allah taala ne shariyaton mein</w:t>
      </w:r>
      <w:r>
        <w:br/>
      </w:r>
      <w:r>
        <w:rPr>
          <w:sz w:val="20"/>
        </w:rPr>
        <w:t>24:09  fark rakha hai aur usmein kuch jo mujhe samajh aa rahi hai agar main jo bhi galat samajh</w:t>
      </w:r>
      <w:r>
        <w:br/>
      </w:r>
      <w:r>
        <w:rPr>
          <w:sz w:val="20"/>
        </w:rPr>
        <w:t>24:15  aa rahi hoon to please mujhe guide kijiyega ki allah tara ne shariyaton mein fark isliye rakha ki</w:t>
      </w:r>
      <w:r>
        <w:br/>
      </w:r>
      <w:r>
        <w:rPr>
          <w:sz w:val="20"/>
        </w:rPr>
        <w:t>24:21  hum samajh paaye aur mujhe ismein yeh bhi samajh aa raha tha ki hum agar hum travel dekhte</w:t>
      </w:r>
      <w:r>
        <w:br/>
      </w:r>
      <w:r>
        <w:rPr>
          <w:sz w:val="20"/>
        </w:rPr>
        <w:t>24:26  hain journey hast adam se lekar yahan tak to ek jo difference aa raha hai wah time and</w:t>
      </w:r>
      <w:r>
        <w:br/>
      </w:r>
      <w:r>
        <w:rPr>
          <w:sz w:val="20"/>
        </w:rPr>
        <w:t>24:32  space ka difference aa raha hai na ki civilizations badli hain, mahaul badla hai, environment badli hai us</w:t>
      </w:r>
      <w:r>
        <w:br/>
      </w:r>
      <w:r>
        <w:rPr>
          <w:sz w:val="20"/>
        </w:rPr>
        <w:t>24:38  lihaza se aur generation badli hai, naslon ka irtqaah hua hai, irtqaah se murad ke environment ka irtqaah</w:t>
      </w:r>
      <w:r>
        <w:br/>
      </w:r>
      <w:r>
        <w:rPr>
          <w:sz w:val="20"/>
        </w:rPr>
        <w:t>24:44  hua hai, infrastructure ka irtqaah hua hai.</w:t>
      </w:r>
      <w:r>
        <w:br/>
      </w:r>
      <w:r>
        <w:rPr>
          <w:sz w:val="20"/>
        </w:rPr>
        <w:t>24:50  uske lihaz se profit to profit jo shariyat hai wah jo tareeke hain wah badle hain aur aur doctor safeena ne us message mein humein wah jo padhkar samjhane ki koshish ki thi ke alataala ne zamood ko toda hai aur shariyat jo hai wah is tarah se badli gayi hai.</w:t>
      </w:r>
      <w:r>
        <w:br/>
      </w:r>
      <w:r>
        <w:rPr>
          <w:sz w:val="20"/>
        </w:rPr>
        <w:t>25:08  agar is nazar se quran ko is aspect se dekhu to shariyat badalti hui nazar aa rahi hai aur jab hum latala se milne ka ki baat karte hain to usmein shariyat is not is not what is mattering. wah jo jo jiska sawal hoga wah aqide ka sawal ho raha hai aur aqida kya tha uska sawal ho raha hai.</w:t>
      </w:r>
      <w:r>
        <w:br/>
      </w:r>
      <w:r>
        <w:rPr>
          <w:sz w:val="20"/>
        </w:rPr>
        <w:t>25:30  to mujhe aisa lag raha hai ke hamare din mein kuch constant factor hain aur kuch variable factor hain. jaise physics aur chemistry ke kuch laws hote hain usmein humne kab koi cheezein wah karan hota pakad mein nahi aa raha hai. to the point bataein. yeh question is kya yes. hum</w:t>
      </w:r>
      <w:r>
        <w:br/>
      </w:r>
      <w:r>
        <w:rPr>
          <w:sz w:val="20"/>
        </w:rPr>
        <w:t>25:52  kya hum keh sakte hain ke deen ke jo shariyat hai wah variable factor hai aur aqida jo hai wah constant factor hai. to to hamara focus aqide par rehna chahiye kyunke over the time hamari jo tareeke hain wah badalte jayenge to kyunke kya hum is tarah se bol sakte hain? zija kalam.</w:t>
      </w:r>
      <w:r>
        <w:br/>
      </w:r>
      <w:r>
        <w:rPr>
          <w:sz w:val="20"/>
        </w:rPr>
        <w:t>26:17  akeeda to permanent part hai aur shariyat mein to tabdeeli hoti hai halaat ke lihaz se tabdeeli hoti hai aur mulk mein logon ki jo shariyat hai dress hai unka jo pehnawa hai unke jo rusu hain rawaj hai to wah to fark hota hi hai ab jo sard mausam hai to wahan ka doosra dress hoga to garam mausam doosra dress hoga.</w:t>
      </w:r>
      <w:r>
        <w:br/>
      </w:r>
      <w:r>
        <w:rPr>
          <w:sz w:val="20"/>
        </w:rPr>
        <w:t>26:42  ab isi mein mere khyal mein yeh yeh iska bhi aata hai ki yeh parde wala hum fasla bhi isi mein aata hai ki pehle zamane mein school nahi hote the unka uniform nahi hota tha. ab uniform hota hai to school woh ismein hum sochenge ki bhai ab ya to saare bachchon ko jahil rakho ya bachchon ko padhao to school ka uniform accept karo.</w:t>
      </w:r>
      <w:r>
        <w:br/>
      </w:r>
      <w:r>
        <w:rPr>
          <w:sz w:val="20"/>
        </w:rPr>
        <w:t>27:10  to yeh sab baatein hain jo Maulana ko milkar usko istehad karna chahiye kyunki hamare khaas ismein bahut zyada intezam kiya gaya ruxsat ka bunjaish hai ruxsat hai.</w:t>
      </w:r>
      <w:r>
        <w:br/>
      </w:r>
      <w:r>
        <w:rPr>
          <w:sz w:val="20"/>
        </w:rPr>
        <w:t>27:23  misal ke daur par main batati hoon ki agar hum wazu nahi kar sakte hain hum kisi bimari hai, thanda hai mausam hai to hum tayammum kar sakte hain hum khade hokar namaz nahi padh sakte hain to baithkar namaz padh sakte hain to Islam itna beautiful religion hai usmein taayamat tak ke hisab se usmein saare intezammat kar diye gaye hain logon ki rigidity se problem ho raha hai.</w:t>
      </w:r>
      <w:r>
        <w:br/>
      </w:r>
      <w:r>
        <w:rPr>
          <w:sz w:val="20"/>
        </w:rPr>
        <w:t>27:48  to yeh rigidity hai uski wajah se problem ho raha hai Islam mein koi problem nahi hai. akela to permanent hai hota ek hai permanent hai namaz roza aaj zakat.</w:t>
      </w:r>
      <w:r>
        <w:br/>
      </w:r>
      <w:r>
        <w:rPr>
          <w:sz w:val="20"/>
        </w:rPr>
        <w:t>27:58  yeh sab permanent hai lekin jo taur tareeqe hain usmein koi gunjaish hai islam mein change karne ki</w:t>
      </w:r>
      <w:r>
        <w:br/>
      </w:r>
      <w:r>
        <w:rPr>
          <w:sz w:val="20"/>
        </w:rPr>
        <w:t>28:04  toh hum us hum jaise main yeh odhe hoon yeh yeh khimar hai yeh khimar hai aur isi</w:t>
      </w:r>
      <w:r>
        <w:br/>
      </w:r>
      <w:r>
        <w:rPr>
          <w:sz w:val="20"/>
        </w:rPr>
        <w:t>28:10  tareeqe se jilbag hota tha woh yahan daal diya jata tha lekin woh school mein jilbag vilbag daalkar</w:t>
      </w:r>
      <w:r>
        <w:br/>
      </w:r>
      <w:r>
        <w:rPr>
          <w:sz w:val="20"/>
        </w:rPr>
        <w:t>28:16  jayenge toh woh school mein bachchon ko padhne nahi denge tamam duniya mein apne bachchon ko school mein</w:t>
      </w:r>
      <w:r>
        <w:br/>
      </w:r>
      <w:r>
        <w:rPr>
          <w:sz w:val="20"/>
        </w:rPr>
        <w:t>28:22  uniform ke mutabiq padha rahi hai toh yahi sab baatein hain jo unko samajhna chahiye ki hamein is</w:t>
      </w:r>
      <w:r>
        <w:br/>
      </w:r>
      <w:r>
        <w:rPr>
          <w:sz w:val="20"/>
        </w:rPr>
        <w:t>28:28  duniya mein uske rawaj ke mutabiq jo ki quran hadish ki spirit se na takrayein usmein hum kis</w:t>
      </w:r>
      <w:r>
        <w:br/>
      </w:r>
      <w:r>
        <w:rPr>
          <w:sz w:val="20"/>
        </w:rPr>
        <w:t>28:34  tarah rahe hain?</w:t>
      </w:r>
      <w:r>
        <w:br/>
      </w:r>
      <w:r>
        <w:rPr>
          <w:sz w:val="20"/>
        </w:rPr>
        <w:t>28:41  to yeh samajhna padega. izhaar kar lo is saath mein. Apa Apa ek question mera tha hai na Islam mein sar ko dhakna hai. haan uska band shayad timing ke paas pura hai.</w:t>
      </w:r>
      <w:r>
        <w:br/>
      </w:r>
      <w:r>
        <w:rPr>
          <w:sz w:val="20"/>
        </w:rPr>
        <w:t>29:08  maine baar baar puran ki ayat ko dekha hai main aapko bhej bhi doongi asal mein kya hai</w:t>
      </w:r>
    </w:p>
    <w:p>
      <w:pPr>
        <w:pStyle w:val="Heading2"/>
      </w:pPr>
      <w:r>
        <w:t>No news is good news practical formula</w:t>
      </w:r>
    </w:p>
    <w:p>
      <w:r>
        <w:rPr>
          <w:color w:val="666666"/>
          <w:sz w:val="18"/>
        </w:rPr>
        <w:t>The Secret of Success 5 Feb, 2008 - Maulana Wahiduddin Khan · 2m 42s · at 5:39 · https://youtu.be/aI0KGyoK7NM?t=339</w:t>
      </w:r>
    </w:p>
    <w:p>
      <w:r>
        <w:rPr>
          <w:i/>
        </w:rPr>
        <w:t>“Jese ek maqoola hai, 'no news is good news'”</w:t>
      </w:r>
    </w:p>
    <w:p>
      <w:r>
        <w:rPr>
          <w:sz w:val="20"/>
        </w:rPr>
        <w:t>5:39  wohi dhal jata hai maqoolay mein ya kahawat mein. jaisay aik maqoola hai, "no news is good news".</w:t>
      </w:r>
      <w:r>
        <w:br/>
      </w:r>
      <w:r>
        <w:rPr>
          <w:sz w:val="20"/>
        </w:rPr>
        <w:t>5:52  mein samajhta hoon ke bohat hi pakka maqoola hai. mein jab bhi kahin bahar jata hoon to mein kehta hoon ke dekho, mein telephone nahi karunga, mein koi khat bhi nahi bhejunga.</w:t>
      </w:r>
      <w:r>
        <w:br/>
      </w:r>
      <w:r>
        <w:rPr>
          <w:sz w:val="20"/>
        </w:rPr>
        <w:t>6:08  bas yeh samajh lo ke agar koi khabar nahi aati hai, koi paigham nahi aata hai to sab kuch theek hai. kyunke agar koi baat bigre gi to foran paigham aayega.</w:t>
      </w:r>
      <w:r>
        <w:br/>
      </w:r>
      <w:r>
        <w:rPr>
          <w:sz w:val="20"/>
        </w:rPr>
        <w:t>6:26  jab bhi koi koi buri khabar hoti hai to foran woh bheji jati hai. lekin good news ko kya bhejna hai? to yeh yeh samajh lena ke jab khabar nahi aa rahi hai to good news hai.</w:t>
      </w:r>
      <w:r>
        <w:br/>
      </w:r>
      <w:r>
        <w:rPr>
          <w:sz w:val="20"/>
        </w:rPr>
        <w:t>6:43  to behtareen formula yeh hai ke "no news is good news". is zamanay mein safar bohat barh gaya hai. har ghar mein aap dekhte hain ke log bahar jatay hain.</w:t>
      </w:r>
      <w:r>
        <w:br/>
      </w:r>
      <w:r>
        <w:rPr>
          <w:sz w:val="20"/>
        </w:rPr>
        <w:t>6:54  kahin job ke liye, kahin taleem ke liye, kahin siyahat ke liye. to log ghar walay pareshan rehte hain ke aray bhai koi khabar nahi aayi, koi telephone nahi aaya.</w:t>
      </w:r>
      <w:r>
        <w:br/>
      </w:r>
      <w:r>
        <w:rPr>
          <w:sz w:val="20"/>
        </w:rPr>
        <w:t>7:06  koi khabar na aaye to achi khabar hai yeh. is liye pareshan honay ki zaroorat nahi hai. bas is formula ko pakar lijiye, "no news is good news".</w:t>
      </w:r>
      <w:r>
        <w:br/>
      </w:r>
      <w:r>
        <w:rPr>
          <w:sz w:val="20"/>
        </w:rPr>
        <w:t>7:23  kyunke agar koi baat bigre gi to zaroor khabar aayegi, zaroor telegram aayega, zaroor telephone aayega. to jab paigham nahi aaya hai wahan se to samajh lijiye ke sab theek hi theek hai.</w:t>
      </w:r>
      <w:r>
        <w:br/>
      </w:r>
      <w:r>
        <w:rPr>
          <w:sz w:val="20"/>
        </w:rPr>
        <w:t>7:37  behtareen formula yeh hai. behtareen formula hai ke "no news is good news". is zamanay mein har ghar ki zaroorat hai, kyunke har ghar se kuch log idhar jatay hain, udhar jatay hain.</w:t>
      </w:r>
      <w:r>
        <w:br/>
      </w:r>
      <w:r>
        <w:rPr>
          <w:sz w:val="20"/>
        </w:rPr>
        <w:t>7:50  phir log khawamkhwah pareshan hotay hain. pareshan honay ki koi zaroorat hi nahi. agar wahan se koi paigham nahi aa raha hai to samajh lijiye ke sab kuch theek thaak hai, sab kuch acha hai.</w:t>
      </w:r>
      <w:r>
        <w:br/>
      </w:r>
      <w:r>
        <w:rPr>
          <w:sz w:val="20"/>
        </w:rPr>
        <w:t>8:05  to aaj kal ki duniya mein jab ke safar bohat barh gaya hai</w:t>
      </w:r>
      <w:r>
        <w:br/>
      </w:r>
      <w:r>
        <w:rPr>
          <w:sz w:val="20"/>
        </w:rPr>
        <w:t>8:11  to har ghar ko chahiye ke bas is formula ko pakar le. "no news is good news".</w:t>
      </w:r>
    </w:p>
    <w:p>
      <w:pPr>
        <w:pStyle w:val="Heading2"/>
      </w:pPr>
      <w:r>
        <w:t>Sawm symbol of restricted freedom</w:t>
      </w:r>
    </w:p>
    <w:p>
      <w:r>
        <w:rPr>
          <w:color w:val="666666"/>
          <w:sz w:val="18"/>
        </w:rPr>
        <w:t>Fasting I 9th May 07 · 30s · at 9:54 · https://youtu.be/FU1JoXdA9us?t=594</w:t>
      </w:r>
    </w:p>
    <w:p>
      <w:r>
        <w:rPr>
          <w:i/>
        </w:rPr>
        <w:t>“Sawm or fasting is a symbol of this kind of injunction”</w:t>
      </w:r>
    </w:p>
    <w:p>
      <w:r>
        <w:rPr>
          <w:sz w:val="20"/>
        </w:rPr>
        <w:t>9:54  Sawm or fasting is a symbol of this kind of injunction.</w:t>
      </w:r>
      <w:r>
        <w:br/>
      </w:r>
      <w:r>
        <w:rPr>
          <w:sz w:val="20"/>
        </w:rPr>
        <w:t>10:04  What is required by man is to live in this world, but with restricted freedom.</w:t>
      </w:r>
      <w:r>
        <w:br/>
      </w:r>
      <w:r>
        <w:rPr>
          <w:sz w:val="20"/>
        </w:rPr>
        <w:t>10:14  You know, philosophers say that the greatest boon</w:t>
      </w:r>
    </w:p>
    <w:p>
      <w:pPr>
        <w:pStyle w:val="Heading2"/>
      </w:pPr>
      <w:r>
        <w:t>Role of patience in self-awareness</w:t>
      </w:r>
    </w:p>
    <w:p>
      <w:r>
        <w:rPr>
          <w:color w:val="666666"/>
          <w:sz w:val="18"/>
        </w:rPr>
        <w:t>Become Alert at Satan's Negative Influence Dec 14 2019 - Maulana Wahiduddin Khan · 40s · at 6:20 · https://youtu.be/njCxCpiLQ60?t=380</w:t>
      </w:r>
    </w:p>
    <w:p>
      <w:r>
        <w:rPr>
          <w:i/>
        </w:rPr>
        <w:t>“To sabr ka kirdar yehi hai”</w:t>
      </w:r>
    </w:p>
    <w:p>
      <w:r>
        <w:rPr>
          <w:sz w:val="20"/>
        </w:rPr>
        <w:t>6:20  to sabr ka kirdaar yahi hai.</w:t>
      </w:r>
      <w:r>
        <w:br/>
      </w:r>
      <w:r>
        <w:rPr>
          <w:sz w:val="20"/>
        </w:rPr>
        <w:t>6:28  aur yeh bohat ahem kirdaar hai.</w:t>
      </w:r>
      <w:r>
        <w:br/>
      </w:r>
      <w:r>
        <w:rPr>
          <w:sz w:val="20"/>
        </w:rPr>
        <w:t>6:34  sabr ko point out karta hai ke kahan woh uska relevant hoga. relevant.</w:t>
      </w:r>
      <w:r>
        <w:br/>
      </w:r>
      <w:r>
        <w:rPr>
          <w:sz w:val="20"/>
        </w:rPr>
        <w:t>6:43  jab aadmi apne relevant ko jaane aur us se apne aap ko bachaye tab us ke upar tazkiya ka rasta khul jata hai.</w:t>
      </w:r>
    </w:p>
    <w:p>
      <w:pPr>
        <w:pStyle w:val="Heading2"/>
      </w:pPr>
      <w:r>
        <w:t>Prophet Yunus's anger and the lesson of lost right thinking</w:t>
      </w:r>
    </w:p>
    <w:p>
      <w:r>
        <w:rPr>
          <w:color w:val="666666"/>
          <w:sz w:val="18"/>
        </w:rPr>
        <w:t>Don't Be Angry Culture January 15, 2012 · 4m 46s · at 8:29 · https://youtu.be/NrA3X8y_FLY?t=509</w:t>
      </w:r>
    </w:p>
    <w:p>
      <w:r>
        <w:rPr>
          <w:i/>
        </w:rPr>
        <w:t>“Hazrat Yunus alaihissalam Nainawa mein dawat dene bheje gaye the”</w:t>
      </w:r>
    </w:p>
    <w:p>
      <w:r>
        <w:rPr>
          <w:sz w:val="20"/>
        </w:rPr>
        <w:t>8:29  is ki misaal Hazrat Yunus alaihi salam ki hai. Hazrat Yunus alaihi salam peghambar thay. woh bheje gaye thay dawat ke liye Nineveh mein, jo Iraq ka aik shehar tha.</w:t>
      </w:r>
      <w:r>
        <w:br/>
      </w:r>
      <w:r>
        <w:rPr>
          <w:sz w:val="20"/>
        </w:rPr>
        <w:t>8:46  is zamane mein woh jo hai Center tha Iraq ka. to wahan par unhon ne dawat di.</w:t>
      </w:r>
      <w:r>
        <w:br/>
      </w:r>
      <w:r>
        <w:rPr>
          <w:sz w:val="20"/>
        </w:rPr>
        <w:t>8:58  logon ne nahi mana un ki baat. to jaldi woh ghussa ho kar wahan se chale gaye. basti chhod diya unhon ne.</w:t>
      </w:r>
      <w:r>
        <w:br/>
      </w:r>
      <w:r>
        <w:rPr>
          <w:sz w:val="20"/>
        </w:rPr>
        <w:t>9:10  to Quran mein yeh lafz aaya hai Surah Al-Anbiya mein. "wa dhunnu izh-haba mu'adiban wa dhanna an lan naqdira 'alayhi"</w:t>
      </w:r>
      <w:r>
        <w:br/>
      </w:r>
      <w:r>
        <w:rPr>
          <w:sz w:val="20"/>
        </w:rPr>
        <w:t>9:25  . yani "He went out of anger."</w:t>
      </w:r>
      <w:r>
        <w:br/>
      </w:r>
      <w:r>
        <w:rPr>
          <w:sz w:val="20"/>
        </w:rPr>
        <w:t>9:32  . yani woh ghusse mein basti chhod ke chale gaye.</w:t>
      </w:r>
      <w:r>
        <w:br/>
      </w:r>
      <w:r>
        <w:rPr>
          <w:sz w:val="20"/>
        </w:rPr>
        <w:t>9:37  "He went out of anger." . to kya hua? yani Allah taala ko un ka yeh amal pasand nahi aaya.</w:t>
      </w:r>
      <w:r>
        <w:br/>
      </w:r>
      <w:r>
        <w:rPr>
          <w:sz w:val="20"/>
        </w:rPr>
        <w:t>9:46  woh machhli ke pait mein chale gaye. phir unhon ne maafi mangi. aur dobara woh Nineveh wapas gaye. aur phir wahan dawat di unhon ne.</w:t>
      </w:r>
      <w:r>
        <w:br/>
      </w:r>
      <w:r>
        <w:rPr>
          <w:sz w:val="20"/>
        </w:rPr>
        <w:t>9:57  ab dekhiye, ghusse se kya nuqsan hua un ko?</w:t>
      </w:r>
      <w:r>
        <w:br/>
      </w:r>
      <w:r>
        <w:rPr>
          <w:sz w:val="20"/>
        </w:rPr>
        <w:t>10:00  ghusse ka nuqsan yeh hua ke jo Right thinking thi is moamle mein, us se un ka zehn hat gaya. Right thinking yeh thi ke kisi nabi ke liye yeh jaiz nahi hai ke woh itmam-e-hujjat se pehle apni mozu' qoum ko chhod de.</w:t>
      </w:r>
      <w:r>
        <w:br/>
      </w:r>
      <w:r>
        <w:rPr>
          <w:sz w:val="20"/>
        </w:rPr>
        <w:t>10:24  nabi aisa nahi kar sakta. chahe log pathar maarein, tab bhi nahi chhod sakta woh.</w:t>
      </w:r>
      <w:r>
        <w:br/>
      </w:r>
      <w:r>
        <w:rPr>
          <w:sz w:val="20"/>
        </w:rPr>
        <w:t>10:31  to Hazrat Yunus peghambar thay. Nineveh ke log un ke mozu' thay. to unhein wahan rehna hi rehna tha.</w:t>
      </w:r>
      <w:r>
        <w:br/>
      </w:r>
      <w:r>
        <w:rPr>
          <w:sz w:val="20"/>
        </w:rPr>
        <w:t>10:43  chahe woh acha sulook karein ya bura sulook karein. maanein ya na maanein. us waqt tak jab tak ke itmam-e-hujjat na ho jaye.</w:t>
      </w:r>
      <w:r>
        <w:br/>
      </w:r>
      <w:r>
        <w:rPr>
          <w:sz w:val="20"/>
        </w:rPr>
        <w:t>10:53  itmam-e-hujjat bhi dekhiye, aisa nahi ke hum khud se faisla kar lein.</w:t>
      </w:r>
      <w:r>
        <w:br/>
      </w:r>
      <w:r>
        <w:rPr>
          <w:sz w:val="20"/>
        </w:rPr>
        <w:t>10:57  yeh Allah ki taraf se farishta aa kar batata hai ke ab itmam-e-hujjat ho gaya, tum bhi basti ko chhod kar ja sakte ho. khud se aap nahi faisla kar sakte.</w:t>
      </w:r>
      <w:r>
        <w:br/>
      </w:r>
      <w:r>
        <w:rPr>
          <w:sz w:val="20"/>
        </w:rPr>
        <w:t>11:09  yad rakhiye, itmam e hujjat ka muamla ijtihadi muamla nahi hai. isi liye ab peghambar ke baad kisi bhi muslim ko, kisi bhi giroh ko yeh haq nahi hai ke woh kahe ke hum ne itmam e hujjat kar diya.</w:t>
      </w:r>
      <w:r>
        <w:br/>
      </w:r>
      <w:r>
        <w:rPr>
          <w:sz w:val="20"/>
        </w:rPr>
        <w:t>11:24  bilkul woh gunah ka feal hoga.</w:t>
      </w:r>
      <w:r>
        <w:br/>
      </w:r>
      <w:r>
        <w:rPr>
          <w:sz w:val="20"/>
        </w:rPr>
        <w:t>11:29  hum ko aap ko sirf dawat dena, dawat dena, dawat dena, ise mar jana hai. kyun? hamare par farishta nahi aayega yeh batane ke liye ke itmam e hujjat ho gaya.</w:t>
      </w:r>
      <w:r>
        <w:br/>
      </w:r>
      <w:r>
        <w:rPr>
          <w:sz w:val="20"/>
        </w:rPr>
        <w:t>11:40  bilkul yeh sarkashi hogi agar aap kisi basti ko chhod dein ya keh kar ke itmam e hujjat ho gaya, is liye mein ab yahan se ja raha hoon.</w:t>
      </w:r>
      <w:r>
        <w:br/>
      </w:r>
      <w:r>
        <w:rPr>
          <w:sz w:val="20"/>
        </w:rPr>
        <w:t>11:54  nabi'on ke baad yeh haq khatm ho chuka hai kisi ummat ke liye. baad ke logon ko sirf dawat dena hai, dawat dena hai, dawat dena hai, ise hi mar jana hai.</w:t>
      </w:r>
      <w:r>
        <w:br/>
      </w:r>
      <w:r>
        <w:rPr>
          <w:sz w:val="20"/>
        </w:rPr>
        <w:t>12:05  kyun ke hamare paas farishta nahi aayega yeh batane ke liye ke itmam e hujjat ho gaya. to beharhal Hazrat Yunus ne bazr e ijtihad, na ke bazariya e farishta,</w:t>
      </w:r>
      <w:r>
        <w:br/>
      </w:r>
      <w:r>
        <w:rPr>
          <w:sz w:val="20"/>
        </w:rPr>
        <w:t>12:20  yani Allah taala ka farishta nahi aaya tha un ke paas batane ke liye,</w:t>
      </w:r>
      <w:r>
        <w:br/>
      </w:r>
      <w:r>
        <w:rPr>
          <w:sz w:val="20"/>
        </w:rPr>
        <w:t>12:23  khud se samajh liya ke itmam e hujjat ho gaya. to unhone chhod diya. to aap dekhiye ke unhein dobara Nineveh wapas jana pada.</w:t>
      </w:r>
      <w:r>
        <w:br/>
      </w:r>
      <w:r>
        <w:rPr>
          <w:sz w:val="20"/>
        </w:rPr>
        <w:t>12:38  yeh tha ek ek misaal hai. agar peghambar bhi, peghambar ko bhi ghussa aa jaye to us ke bhi divine wisdom mein farq pad jayega.</w:t>
      </w:r>
      <w:r>
        <w:br/>
      </w:r>
      <w:r>
        <w:rPr>
          <w:sz w:val="20"/>
        </w:rPr>
        <w:t>12:52  woh bhi right thinking nahi kar payega. woh galat faisla le lega. mein samajhta hoon ke yeh aakhri misaal hai jo hamein darane ke liye kafi hai.</w:t>
      </w:r>
      <w:r>
        <w:br/>
      </w:r>
      <w:r>
        <w:rPr>
          <w:sz w:val="20"/>
        </w:rPr>
        <w:t>13:04  ke jab peghambar bhi is mein exempted nahi hai ke ghussa aaye to right thinking chali jaye, to hum kaise is se bache reh sakte hain?</w:t>
      </w:r>
    </w:p>
    <w:p>
      <w:pPr>
        <w:pStyle w:val="Heading2"/>
      </w:pPr>
      <w:r>
        <w:t>First chance lost, second chance key</w:t>
      </w:r>
    </w:p>
    <w:p>
      <w:r>
        <w:rPr>
          <w:color w:val="666666"/>
          <w:sz w:val="18"/>
        </w:rPr>
        <w:t>Dars-e-Quran, Chapter 2, Verse 37 | January  07, 2018 · 1m 30s · at 21:35 · https://youtu.be/ao6Cr57KuEM?t=1295</w:t>
      </w:r>
    </w:p>
    <w:p>
      <w:r>
        <w:rPr>
          <w:i/>
        </w:rPr>
        <w:t>“Adam ke qisse mein ye sabq hai ke aadmi ke liye muqaddar hai”</w:t>
      </w:r>
    </w:p>
    <w:p>
      <w:r>
        <w:rPr>
          <w:sz w:val="20"/>
        </w:rPr>
        <w:t>21:35  dobara daryaft kare, aur phir apni condition shuru kar de.</w:t>
      </w:r>
      <w:r>
        <w:br/>
      </w:r>
      <w:r>
        <w:rPr>
          <w:sz w:val="20"/>
        </w:rPr>
        <w:t>21:41  phir apni condition shuru kar de.</w:t>
      </w:r>
      <w:r>
        <w:br/>
      </w:r>
      <w:r>
        <w:rPr>
          <w:sz w:val="20"/>
        </w:rPr>
        <w:t>21:47  to mein samajhta hoon ke Adam ke qisse mein yeh sabak bhi hai ke aadmi ke liye muqaddar</w:t>
      </w:r>
      <w:r>
        <w:br/>
      </w:r>
      <w:r>
        <w:rPr>
          <w:sz w:val="20"/>
        </w:rPr>
        <w:t>21:53  hai ke woh first chance ko kho de.</w:t>
      </w:r>
      <w:r>
        <w:br/>
      </w:r>
      <w:r>
        <w:rPr>
          <w:sz w:val="20"/>
        </w:rPr>
        <w:t>21:59  aadmi ke liye muqaddar</w:t>
      </w:r>
      <w:r>
        <w:br/>
      </w:r>
      <w:r>
        <w:rPr>
          <w:sz w:val="20"/>
        </w:rPr>
        <w:t>22:05  hai ke woh first chance ko kho de. is ki kamyabi ka raaz yeh hai ke woh second chance ko na khoye. agar aadmi first chance ko khota hai to that is due to law, the law of nature. first chance ko khona woh ek normal baat hai. to aadmi ko chahiye ke woh discover kare ke us ke liye second chance kya</w:t>
      </w:r>
      <w:r>
        <w:br/>
      </w:r>
      <w:r>
        <w:rPr>
          <w:sz w:val="20"/>
        </w:rPr>
        <w:t>22:35  hai, is second chance ko avail kare.</w:t>
      </w:r>
      <w:r>
        <w:br/>
      </w:r>
      <w:r>
        <w:rPr>
          <w:sz w:val="20"/>
        </w:rPr>
        <w:t>22:41  to kaha ke Adam ka pehle marhale mein jannat ko khona, phir dobara jannat mein entry milna, yeh</w:t>
      </w:r>
      <w:r>
        <w:br/>
      </w:r>
      <w:r>
        <w:rPr>
          <w:sz w:val="20"/>
        </w:rPr>
        <w:t>22:47  ek poori tareekh ke liye ek sabak hai ke tum first chance ko khoge is duniya mein.</w:t>
      </w:r>
      <w:r>
        <w:br/>
      </w:r>
      <w:r>
        <w:rPr>
          <w:sz w:val="20"/>
        </w:rPr>
        <w:t>22:53  tumhari kamyabi ko raaz yeh hai ke tum second chance ko avail kar sako.</w:t>
      </w:r>
      <w:r>
        <w:br/>
      </w:r>
      <w:r>
        <w:rPr>
          <w:sz w:val="20"/>
        </w:rPr>
        <w:t>22:59  second chance ko avail karna na bhoolo.</w:t>
      </w:r>
    </w:p>
    <w:p>
      <w:pPr>
        <w:pStyle w:val="Heading2"/>
      </w:pPr>
      <w:r>
        <w:t>Forgiveness gives opportunity for greater reward</w:t>
      </w:r>
    </w:p>
    <w:p>
      <w:r>
        <w:rPr>
          <w:color w:val="666666"/>
          <w:sz w:val="18"/>
        </w:rPr>
        <w:t>Double Reward 15 Feb 2020 - Maulana Wahiduddin Khan · 3m 00s · at 7:08 · https://youtu.be/Os-Kuq1-wAk?t=428</w:t>
      </w:r>
    </w:p>
    <w:p>
      <w:r>
        <w:rPr>
          <w:i/>
        </w:rPr>
        <w:t>“Is mein dekhiye, bahut zyada sochne ki baat hai ke Rasulullah ko Allah ne hukum diya”</w:t>
      </w:r>
    </w:p>
    <w:p>
      <w:r>
        <w:rPr>
          <w:sz w:val="20"/>
        </w:rPr>
        <w:t>7:08  is mein dekhiye, bohat ziyada sochne ki baat hai ke Rasool Allah ko Allah ne hukum diya ke tum aisa karo, yani jo zulm kare us ko maaf karo,</w:t>
      </w:r>
      <w:r>
        <w:br/>
      </w:r>
      <w:r>
        <w:rPr>
          <w:sz w:val="20"/>
        </w:rPr>
        <w:t>7:23  jo bura sulook kare us ka acha sulook karo.</w:t>
      </w:r>
      <w:r>
        <w:br/>
      </w:r>
      <w:r>
        <w:rPr>
          <w:sz w:val="20"/>
        </w:rPr>
        <w:t>7:30  is ka na mani ke jab koi aadmi aap ke sath galat sulook kare to aap ko mauqa de raha hai ke aap ziyada sawab kamayen,</w:t>
      </w:r>
      <w:r>
        <w:br/>
      </w:r>
      <w:r>
        <w:rPr>
          <w:sz w:val="20"/>
        </w:rPr>
        <w:t>7:44  ziyada sawab kamayen. kaisi ajib baat hai. log kya karte hain ke shikayat de ke baith jate hain, udas ho jate hain, ghussa ho jate hain,</w:t>
      </w:r>
      <w:r>
        <w:br/>
      </w:r>
      <w:r>
        <w:rPr>
          <w:sz w:val="20"/>
        </w:rPr>
        <w:t>7:58  shikayat de ke baithte hain. lekin jahan shikayat de ke baithte hain log, wahan un ke liye ek aur mauqa chupa hua hai,</w:t>
      </w:r>
      <w:r>
        <w:br/>
      </w:r>
      <w:r>
        <w:rPr>
          <w:sz w:val="20"/>
        </w:rPr>
        <w:t>8:10  woh yeh ke is ko maaf karen. maaf karne ke baad to sirf yeh nahin hai ke maaf kiya, maaf kiya keh diya. nahin, acha sulook karna.</w:t>
      </w:r>
      <w:r>
        <w:br/>
      </w:r>
      <w:r>
        <w:rPr>
          <w:sz w:val="20"/>
        </w:rPr>
        <w:t>8:21  misalan aap is ko islami kitaben den parhne ke liye, quran den parhne ke liye,</w:t>
      </w:r>
      <w:r>
        <w:br/>
      </w:r>
      <w:r>
        <w:rPr>
          <w:sz w:val="20"/>
        </w:rPr>
        <w:t>8:35  is tarah ka muamla karen aap.</w:t>
      </w:r>
      <w:r>
        <w:br/>
      </w:r>
      <w:r>
        <w:rPr>
          <w:sz w:val="20"/>
        </w:rPr>
        <w:t>8:43  to main sochta hoon ke yeh jo reaction karte hain log, woh bilkul hi khud apne khilaf hai, woh reaction ka tareeqa khud apne khilaf hai.</w:t>
      </w:r>
      <w:r>
        <w:br/>
      </w:r>
      <w:r>
        <w:rPr>
          <w:sz w:val="20"/>
        </w:rPr>
        <w:t>9:01  ek reaction ka tareeqa ek, ek, ek chance ko kho dena hai, ek upper choti ko kho dena hai,</w:t>
      </w:r>
      <w:r>
        <w:br/>
      </w:r>
      <w:r>
        <w:rPr>
          <w:sz w:val="20"/>
        </w:rPr>
        <w:t>9:16  zyada bara sawab paani ke mauqe ko kho dena hai.</w:t>
      </w:r>
      <w:r>
        <w:br/>
      </w:r>
      <w:r>
        <w:rPr>
          <w:sz w:val="20"/>
        </w:rPr>
        <w:t>9:30  to main sochta hoon ke hum mein se har ek ko chahiye ke woh</w:t>
      </w:r>
      <w:r>
        <w:br/>
      </w:r>
      <w:r>
        <w:rPr>
          <w:sz w:val="20"/>
        </w:rPr>
        <w:t>9:38  apni ek mustahkam aadat bana le, aadat ke react nahin karega, negative nahin karega.</w:t>
      </w:r>
      <w:r>
        <w:br/>
      </w:r>
      <w:r>
        <w:rPr>
          <w:sz w:val="20"/>
        </w:rPr>
        <w:t>9:53  kyun ke woh wohi to sab se bara reward paane ka mauqa hota hai.</w:t>
      </w:r>
    </w:p>
    <w:p>
      <w:pPr>
        <w:pStyle w:val="Heading2"/>
      </w:pPr>
      <w:r>
        <w:t>No compulsion in religion</w:t>
      </w:r>
    </w:p>
    <w:p>
      <w:r>
        <w:rPr>
          <w:color w:val="666666"/>
          <w:sz w:val="18"/>
        </w:rPr>
        <w:t>CPS Mission · 25s · at 20:02 · https://youtu.be/Ial-p18iypI?t=1202</w:t>
      </w:r>
    </w:p>
    <w:p>
      <w:r>
        <w:rPr>
          <w:i/>
        </w:rPr>
        <w:t>“Indeed, acceptance is your freedom. There is no compulsion in religion.”</w:t>
      </w:r>
    </w:p>
    <w:p>
      <w:r>
        <w:rPr>
          <w:sz w:val="20"/>
        </w:rPr>
        <w:t>20:02  indeed, its acceptance is your freedom. there is no compulsion in religion. is what the quran has to say.</w:t>
      </w:r>
      <w:r>
        <w:br/>
      </w:r>
      <w:r>
        <w:rPr>
          <w:sz w:val="20"/>
        </w:rPr>
        <w:t>20:13  cps mission presents the quran and hadith in the modern jargon which addresses the modern minds so that we understand its application in the modern context.</w:t>
      </w:r>
    </w:p>
    <w:p>
      <w:pPr>
        <w:pStyle w:val="Heading2"/>
      </w:pPr>
      <w:r>
        <w:t>Muslim anger missed dawah opportunity</w:t>
      </w:r>
    </w:p>
    <w:p>
      <w:r>
        <w:rPr>
          <w:color w:val="666666"/>
          <w:sz w:val="18"/>
        </w:rPr>
        <w:t>Don't Be Angry Culture January 15, 2012 Maulana Wahiduddin Khan · 2m 20s · at 44:02 · https://youtu.be/rY1Ikwmwwdk?t=2642</w:t>
      </w:r>
    </w:p>
    <w:p>
      <w:r>
        <w:rPr>
          <w:i/>
        </w:rPr>
        <w:t>“Ottoman Empire khatam hui, Mughal Empire khatam hui”</w:t>
      </w:r>
    </w:p>
    <w:p>
      <w:r>
        <w:rPr>
          <w:sz w:val="20"/>
        </w:rPr>
        <w:t>44:02  Ottoman Empire khatam hui, Mughal Empire khatam hui. aur bohat si hukoomaten idhar udhar jo theen sab khatam huin. unhon ne dabdaba qaim kiya apna. ab Musalman sab ghusse mein aa gaye.</w:t>
      </w:r>
      <w:r>
        <w:br/>
      </w:r>
      <w:r>
        <w:rPr>
          <w:sz w:val="20"/>
        </w:rPr>
        <w:t>44:11  saari dunya ke Musalman ghusse mein aa gaye.</w:t>
      </w:r>
      <w:r>
        <w:br/>
      </w:r>
      <w:r>
        <w:rPr>
          <w:sz w:val="20"/>
        </w:rPr>
        <w:t>44:17  aur larai chher di.</w:t>
      </w:r>
      <w:r>
        <w:br/>
      </w:r>
      <w:r>
        <w:rPr>
          <w:sz w:val="20"/>
        </w:rPr>
        <w:t>44:19  milla kuch bhi nahi. do saal, do sau saal ki do do saal ki jang mein. do sau nahi, do sau, do do saal.</w:t>
      </w:r>
      <w:r>
        <w:br/>
      </w:r>
      <w:r>
        <w:rPr>
          <w:sz w:val="20"/>
        </w:rPr>
        <w:t>44:30  yani nineteen century, twenty-eighth century. do</w:t>
      </w:r>
      <w:r>
        <w:br/>
      </w:r>
      <w:r>
        <w:rPr>
          <w:sz w:val="20"/>
        </w:rPr>
        <w:t>44:38  itni lambi war jo hai is mein kya mila?</w:t>
      </w:r>
      <w:r>
        <w:br/>
      </w:r>
      <w:r>
        <w:rPr>
          <w:sz w:val="20"/>
        </w:rPr>
        <w:t>44:45  nahi, do sau saal theek kaha mein ne kaha, do sau saal. do sau saal ki larai mein kya mila? kuch bhi nahi mila. do sau saal ki larai mein kuch bhi nahi mila.</w:t>
      </w:r>
      <w:r>
        <w:br/>
      </w:r>
      <w:r>
        <w:rPr>
          <w:sz w:val="20"/>
        </w:rPr>
        <w:t>44:57  aur nuqsan kya hua? nuqsan hua yeh hua ke yeh saare log aa gaye thay hamare deshon mein, hamare mulkon mein.</w:t>
      </w:r>
      <w:r>
        <w:br/>
      </w:r>
      <w:r>
        <w:rPr>
          <w:sz w:val="20"/>
        </w:rPr>
        <w:t>45:06  yeh thay madu hamare. madu. yeh saare log madu thay. European qaumein jo aa gayi theen Muslim mulkon mein.</w:t>
      </w:r>
      <w:r>
        <w:br/>
      </w:r>
      <w:r>
        <w:rPr>
          <w:sz w:val="20"/>
        </w:rPr>
        <w:t>45:20  colonialism ke zamane mein. nawabadiyati dour ke zamane mein. to</w:t>
      </w:r>
      <w:r>
        <w:br/>
      </w:r>
      <w:r>
        <w:rPr>
          <w:sz w:val="20"/>
        </w:rPr>
        <w:t>45:26  yeh to madعو thay hamare. madعو khud aa gaya daai ke paas. ab in ko dawat do.</w:t>
      </w:r>
      <w:r>
        <w:br/>
      </w:r>
      <w:r>
        <w:rPr>
          <w:sz w:val="20"/>
        </w:rPr>
        <w:t>45:34  isi ka nateeja dekhiye yeh hai ke is zamane mein aik bohat bari industry nikli hai jis ko kehte hain tourism.</w:t>
      </w:r>
      <w:r>
        <w:br/>
      </w:r>
      <w:r>
        <w:rPr>
          <w:sz w:val="20"/>
        </w:rPr>
        <w:t>45:44  tourism, siyahati ki industry.</w:t>
      </w:r>
      <w:r>
        <w:br/>
      </w:r>
      <w:r>
        <w:rPr>
          <w:sz w:val="20"/>
        </w:rPr>
        <w:t>45:47  pehlay aisa nahi hota tha kyunke communication jo ho gaya, communication aaya, sawariyan aain. aur aasani ho gayi aanay janay mein.</w:t>
      </w:r>
      <w:r>
        <w:br/>
      </w:r>
      <w:r>
        <w:rPr>
          <w:sz w:val="20"/>
        </w:rPr>
        <w:t>45:59  globalization hua. to aik naya aik silsila shuru hua siyahati ka. lakhon lakh log yahan se wahan janay lagay.</w:t>
      </w:r>
      <w:r>
        <w:br/>
      </w:r>
      <w:r>
        <w:rPr>
          <w:sz w:val="20"/>
        </w:rPr>
        <w:t>46:09  ab muslim mulkon mein siyah bhi aanay lagay, bohat ziyada</w:t>
      </w:r>
      <w:r>
        <w:br/>
      </w:r>
      <w:r>
        <w:rPr>
          <w:sz w:val="20"/>
        </w:rPr>
        <w:t>46:13  . lekin musalman in siyahon ko negative nazar se dekhte hain. samajhte hain ke yeh sab sazishi hain, hamare dushman hain yeh log.</w:t>
      </w:r>
    </w:p>
    <w:p>
      <w:pPr>
        <w:pStyle w:val="Heading2"/>
      </w:pPr>
      <w:r>
        <w:t>Maulana discovering a new blessing every single morning</w:t>
      </w:r>
    </w:p>
    <w:p>
      <w:r>
        <w:rPr>
          <w:color w:val="666666"/>
          <w:sz w:val="18"/>
        </w:rPr>
        <w:t>Importance of Shukr (Thankfulness) July 24, 2022 · 1m 58s · at 3:23 · https://youtu.be/MgWNIv0k1sk?t=203</w:t>
      </w:r>
    </w:p>
    <w:p>
      <w:r>
        <w:rPr>
          <w:i/>
        </w:rPr>
        <w:t>“Shukr ke item ko discover karna padta hai”</w:t>
      </w:r>
    </w:p>
    <w:p>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p>
      <w:pPr>
        <w:pStyle w:val="Heading2"/>
      </w:pPr>
      <w:r>
        <w:t>Quranic lesson and unique CPS literature</w:t>
      </w:r>
    </w:p>
    <w:p>
      <w:r>
        <w:rPr>
          <w:color w:val="666666"/>
          <w:sz w:val="18"/>
        </w:rPr>
        <w:t>CPS Mission · 4m 20s · at 15:42 · https://youtu.be/Ial-p18iypI?t=942</w:t>
      </w:r>
    </w:p>
    <w:p>
      <w:r>
        <w:rPr>
          <w:i/>
        </w:rPr>
        <w:t>“Contemplate in the following verses of the Quran, Surah Al-Hadid.”</w:t>
      </w:r>
    </w:p>
    <w:p>
      <w:r>
        <w:rPr>
          <w:sz w:val="20"/>
        </w:rPr>
        <w:t>15:42  the opportunity to be a part of the true mission is only in this world until death comes upon us. contemplate on the following verses of the Quran, Surah Al-Hadid, Chapter 57, Verses 12 to 16</w:t>
      </w:r>
      <w:r>
        <w:br/>
      </w:r>
      <w:r>
        <w:rPr>
          <w:sz w:val="20"/>
        </w:rPr>
        <w:t>15:59  . in the day, you shall see the faithful both men and women with their lights streaming out before them and in their right hands. glidings for you today, you shall enter gardens with rivers flowing through them, where in you shall forever develop.</w:t>
      </w:r>
      <w:r>
        <w:br/>
      </w:r>
      <w:r>
        <w:rPr>
          <w:sz w:val="20"/>
        </w:rPr>
        <w:t>16:16  this the supreme triumph</w:t>
      </w:r>
      <w:r>
        <w:br/>
      </w:r>
      <w:r>
        <w:rPr>
          <w:sz w:val="20"/>
        </w:rPr>
        <w:t>16:18  . in that day, the hypocrites both men and women will say to the faithful, wait a while for us so that we may have some of your light.</w:t>
      </w:r>
      <w:r>
        <w:br/>
      </w:r>
      <w:r>
        <w:rPr>
          <w:sz w:val="20"/>
        </w:rPr>
        <w:t>16:26  they will be told, turn back and look for a light else where. a wall will then be raised between them. it will have a gate on the inside of which will be grace and mercy, and on the outside of which will be punishment.</w:t>
      </w:r>
      <w:r>
        <w:br/>
      </w:r>
      <w:r>
        <w:rPr>
          <w:sz w:val="20"/>
        </w:rPr>
        <w:t>16:42  the hypocrites will call out to the faithful, were we not in your side</w:t>
      </w:r>
      <w:r>
        <w:br/>
      </w:r>
      <w:r>
        <w:rPr>
          <w:sz w:val="20"/>
        </w:rPr>
        <w:t>16:48  . they will reply, yes, but you gave in to temptation. you wavered and doubted and were deceived by your wishful thinking until god's will was done.</w:t>
      </w:r>
      <w:r>
        <w:br/>
      </w:r>
      <w:r>
        <w:rPr>
          <w:sz w:val="20"/>
        </w:rPr>
        <w:t>16:59  then the deceiver misled you about god. so this day, no ransom can be taken from you, nor from those who are bent on denying the truth.</w:t>
      </w:r>
      <w:r>
        <w:br/>
      </w:r>
      <w:r>
        <w:rPr>
          <w:sz w:val="20"/>
        </w:rPr>
        <w:t>17:10  your home is the fire, that's your companion, and hapless journeys end.</w:t>
      </w:r>
      <w:r>
        <w:br/>
      </w:r>
      <w:r>
        <w:rPr>
          <w:sz w:val="20"/>
        </w:rPr>
        <w:t>17:17  has the time not come for the faithful? when their hearts in all humility should engage in the remembrance of god and of the revelation of truth so that they should not become like those who are given the book before them.</w:t>
      </w:r>
      <w:r>
        <w:br/>
      </w:r>
      <w:r>
        <w:rPr>
          <w:sz w:val="20"/>
        </w:rPr>
        <w:t>17:33  whose hearts with the passage of time became hardened and many of whom were disobedient.</w:t>
      </w:r>
      <w:r>
        <w:br/>
      </w:r>
      <w:r>
        <w:rPr>
          <w:sz w:val="20"/>
        </w:rPr>
        <w:t>17:39  you heard the verses now, what i just now read from the Quran. please ponder on the meaning of light, the request of people to allow them some of the light, the wall which will be raised, wishful thinking, the deception of satan,</w:t>
      </w:r>
      <w:r>
        <w:br/>
      </w:r>
      <w:r>
        <w:rPr>
          <w:sz w:val="20"/>
        </w:rPr>
        <w:t>17:59  hardening of the heart, and god's address to the believers. there is a chance to walk in the light in this world.</w:t>
      </w:r>
      <w:r>
        <w:br/>
      </w:r>
      <w:r>
        <w:rPr>
          <w:sz w:val="20"/>
        </w:rPr>
        <w:t>18:08  do not create a wall of ignorance. do not nurture false expectations that performing a few rituals will please god.</w:t>
      </w:r>
      <w:r>
        <w:br/>
      </w:r>
      <w:r>
        <w:rPr>
          <w:sz w:val="20"/>
        </w:rPr>
        <w:t>18:19  Quran addresses the believers to safeguard from the hardening of the hearts. our hearts should be as per Allah's expectations.</w:t>
      </w:r>
      <w:r>
        <w:br/>
      </w:r>
      <w:r>
        <w:rPr>
          <w:sz w:val="20"/>
        </w:rPr>
        <w:t>18:29  Surah Zumar Ayat number 23 describes this, god has sent down the best message, a scripture that is consimilar and oft repeated, that causes the skins of those in awe of their lord to creep.</w:t>
      </w:r>
      <w:r>
        <w:br/>
      </w:r>
      <w:r>
        <w:rPr>
          <w:sz w:val="20"/>
        </w:rPr>
        <w:t>18:48  then their skins and their hearts soften at the mention of god, such is god's guidance. he bestows it upon whoever he will, but no one can guide those whom god leaves to stray.</w:t>
      </w:r>
      <w:r>
        <w:br/>
      </w:r>
      <w:r>
        <w:rPr>
          <w:sz w:val="20"/>
        </w:rPr>
        <w:t>19:04  so the stand of the verses from the Quran. each verse of the Quran is like an ocean filled in a jug.</w:t>
      </w:r>
      <w:r>
        <w:br/>
      </w:r>
      <w:r>
        <w:rPr>
          <w:sz w:val="20"/>
        </w:rPr>
        <w:t>19:12  each hadith has a universal application. Maulana sahib is teaching us this through his writings. so read the literature yourself.</w:t>
      </w:r>
      <w:r>
        <w:br/>
      </w:r>
      <w:r>
        <w:rPr>
          <w:sz w:val="20"/>
        </w:rPr>
        <w:t>19:22  if anyone gives you the feeling that you will suffer worldly losses, do not fear. satan has his deceptively cunning ways to instill fear in us</w:t>
      </w:r>
      <w:r>
        <w:br/>
      </w:r>
      <w:r>
        <w:rPr>
          <w:sz w:val="20"/>
        </w:rPr>
        <w:t>19:36  throu his presentation of imaginary soroz and imaginary losses. we should not fall for them.</w:t>
      </w:r>
      <w:r>
        <w:br/>
      </w:r>
      <w:r>
        <w:rPr>
          <w:sz w:val="20"/>
        </w:rPr>
        <w:t>19:47  next, it is crucial to be aware of those aspects of cps literature which are unique and which we will not find any where else.</w:t>
      </w:r>
      <w:r>
        <w:br/>
      </w:r>
      <w:r>
        <w:rPr>
          <w:sz w:val="20"/>
        </w:rPr>
        <w:t>19:59  let us understand this in the light of reason.</w:t>
      </w:r>
    </w:p>
    <w:p>
      <w:pPr>
        <w:pStyle w:val="Heading2"/>
      </w:pPr>
      <w:r>
        <w:t>The law of patience and creativity from Quran</w:t>
      </w:r>
    </w:p>
    <w:p>
      <w:r>
        <w:rPr>
          <w:color w:val="666666"/>
          <w:sz w:val="18"/>
        </w:rPr>
        <w:t>Patience and Creative Thinking April 20, 2020 Maulana Wahiduddin Khan · 5m 48s · at 1:03 · https://youtu.be/zhpSQwyj_6Q?t=63</w:t>
      </w:r>
    </w:p>
    <w:p>
      <w:r>
        <w:rPr>
          <w:i/>
        </w:rPr>
        <w:t>“Izn ka matlab hai Allah ke qanoon se, fitrat ke qanoon se”</w:t>
      </w:r>
    </w:p>
    <w:p>
      <w:r>
        <w:rPr>
          <w:sz w:val="20"/>
        </w:rPr>
        <w:t>1:03  izn ka matlab hai Allah ke qanoon se, fitrat ke qanoon se.</w:t>
      </w:r>
      <w:r>
        <w:br/>
      </w:r>
      <w:r>
        <w:rPr>
          <w:sz w:val="20"/>
        </w:rPr>
        <w:t>1:12  woh kya hai? woh hai sabr, patience, wallahu ma'a al-sabireen. yani Allah ke is qanoon ka faida is ko milta hai jo sabr ka saboot de, patience ka saboot de.</w:t>
      </w:r>
      <w:r>
        <w:br/>
      </w:r>
      <w:r>
        <w:rPr>
          <w:sz w:val="20"/>
        </w:rPr>
        <w:t>1:41  is ayat ko</w:t>
      </w:r>
      <w:r>
        <w:br/>
      </w:r>
      <w:r>
        <w:rPr>
          <w:sz w:val="20"/>
        </w:rPr>
        <w:t>1:46  bohat din tak woh sochta raha, phir mujhe aik research mili. aik research hui hai, ghaliban America mein.</w:t>
      </w:r>
      <w:r>
        <w:br/>
      </w:r>
      <w:r>
        <w:rPr>
          <w:sz w:val="20"/>
        </w:rPr>
        <w:t>2:00  woh bohat hi ajeeb o ghareeb research hai,</w:t>
      </w:r>
      <w:r>
        <w:br/>
      </w:r>
      <w:r>
        <w:rPr>
          <w:sz w:val="20"/>
        </w:rPr>
        <w:t>2:04  jo</w:t>
      </w:r>
      <w:r>
        <w:br/>
      </w:r>
      <w:r>
        <w:rPr>
          <w:sz w:val="20"/>
        </w:rPr>
        <w:t>2:08  qanoon mein di hui is law ko confirm karti hai.</w:t>
      </w:r>
      <w:r>
        <w:br/>
      </w:r>
      <w:r>
        <w:rPr>
          <w:sz w:val="20"/>
        </w:rPr>
        <w:t>2:21  woh yeh hai ke do communities,</w:t>
      </w:r>
      <w:r>
        <w:br/>
      </w:r>
      <w:r>
        <w:rPr>
          <w:sz w:val="20"/>
        </w:rPr>
        <w:t>2:30  aik</w:t>
      </w:r>
      <w:r>
        <w:br/>
      </w:r>
      <w:r>
        <w:rPr>
          <w:sz w:val="20"/>
        </w:rPr>
        <w:t>2:33  strong community, aik kamzor community, jab dono mein takrao hota hai</w:t>
      </w:r>
      <w:r>
        <w:br/>
      </w:r>
      <w:r>
        <w:rPr>
          <w:sz w:val="20"/>
        </w:rPr>
        <w:t>2:46  to agar kamzor community</w:t>
      </w:r>
      <w:r>
        <w:br/>
      </w:r>
      <w:r>
        <w:rPr>
          <w:sz w:val="20"/>
        </w:rPr>
        <w:t>2:53  sabr se kaam le, sabr, patience, patience, to woh patience ki taqat se</w:t>
      </w:r>
      <w:r>
        <w:br/>
      </w:r>
      <w:r>
        <w:rPr>
          <w:sz w:val="20"/>
        </w:rPr>
        <w:t>3:06  ghaalib aa jati hai.</w:t>
      </w:r>
      <w:r>
        <w:br/>
      </w:r>
      <w:r>
        <w:rPr>
          <w:sz w:val="20"/>
        </w:rPr>
        <w:t>3:11  to is par jo research hui hai,</w:t>
      </w:r>
      <w:r>
        <w:br/>
      </w:r>
      <w:r>
        <w:rPr>
          <w:sz w:val="20"/>
        </w:rPr>
        <w:t>3:16  is mein bataya gaya hai</w:t>
      </w:r>
      <w:r>
        <w:br/>
      </w:r>
      <w:r>
        <w:rPr>
          <w:sz w:val="20"/>
        </w:rPr>
        <w:t>3:22  ke patience,</w:t>
      </w:r>
      <w:r>
        <w:br/>
      </w:r>
      <w:r>
        <w:rPr>
          <w:sz w:val="20"/>
        </w:rPr>
        <w:t>3:28  jo community patience par qaim rehti hai,</w:t>
      </w:r>
      <w:r>
        <w:br/>
      </w:r>
      <w:r>
        <w:rPr>
          <w:sz w:val="20"/>
        </w:rPr>
        <w:t>3:38  to is ke andar</w:t>
      </w:r>
      <w:r>
        <w:br/>
      </w:r>
      <w:r>
        <w:rPr>
          <w:sz w:val="20"/>
        </w:rPr>
        <w:t>3:42  creativity barhti hai.</w:t>
      </w:r>
      <w:r>
        <w:br/>
      </w:r>
      <w:r>
        <w:rPr>
          <w:sz w:val="20"/>
        </w:rPr>
        <w:t>3:46  yani taqatwar community, taqatwar ka matlab adad ziyada ho, ziyada adad wali community</w:t>
      </w:r>
      <w:r>
        <w:br/>
      </w:r>
      <w:r>
        <w:rPr>
          <w:sz w:val="20"/>
        </w:rPr>
        <w:t>4:01  par kam adad wali community patience se kaam leti hai. patience ka matlab yeh hai ke woh bajaye takrao karne ke,</w:t>
      </w:r>
      <w:r>
        <w:br/>
      </w:r>
      <w:r>
        <w:rPr>
          <w:sz w:val="20"/>
        </w:rPr>
        <w:t>4:18  negative</w:t>
      </w:r>
      <w:r>
        <w:br/>
      </w:r>
      <w:r>
        <w:rPr>
          <w:sz w:val="20"/>
        </w:rPr>
        <w:t>4:22  reaction dikhane ke bajaye,</w:t>
      </w:r>
      <w:r>
        <w:br/>
      </w:r>
      <w:r>
        <w:rPr>
          <w:sz w:val="20"/>
        </w:rPr>
        <w:t>4:29  woh</w:t>
      </w:r>
      <w:r>
        <w:br/>
      </w:r>
      <w:r>
        <w:rPr>
          <w:sz w:val="20"/>
        </w:rPr>
        <w:t>4:33  khamosh planning karti hai. khamosh planning.</w:t>
      </w:r>
      <w:r>
        <w:br/>
      </w:r>
      <w:r>
        <w:rPr>
          <w:sz w:val="20"/>
        </w:rPr>
        <w:t>4:40  to khamosh planning karne wali jo community hai,</w:t>
      </w:r>
      <w:r>
        <w:br/>
      </w:r>
      <w:r>
        <w:rPr>
          <w:sz w:val="20"/>
        </w:rPr>
        <w:t>4:47  us ke andar</w:t>
      </w:r>
      <w:r>
        <w:br/>
      </w:r>
      <w:r>
        <w:rPr>
          <w:sz w:val="20"/>
        </w:rPr>
        <w:t>4:53  creativity barh jati hai.</w:t>
      </w:r>
      <w:r>
        <w:br/>
      </w:r>
      <w:r>
        <w:rPr>
          <w:sz w:val="20"/>
        </w:rPr>
        <w:t>4:58  aur doosri taraf, doosri community</w:t>
      </w:r>
      <w:r>
        <w:br/>
      </w:r>
      <w:r>
        <w:rPr>
          <w:sz w:val="20"/>
        </w:rPr>
        <w:t>5:07  creativity karne lagti hai.</w:t>
      </w:r>
      <w:r>
        <w:br/>
      </w:r>
      <w:r>
        <w:rPr>
          <w:sz w:val="20"/>
        </w:rPr>
        <w:t>5:15  is qanoon mein, yeh qanoon jo surah fiqh mein bataya gaya hai,</w:t>
      </w:r>
      <w:r>
        <w:br/>
      </w:r>
      <w:r>
        <w:rPr>
          <w:sz w:val="20"/>
        </w:rPr>
        <w:t>5:24  ek bohat ahem baat batayi gayi hai, bohat ahem baat, ke is duniya mein patience asal taqat hai.</w:t>
      </w:r>
      <w:r>
        <w:br/>
      </w:r>
      <w:r>
        <w:rPr>
          <w:sz w:val="20"/>
        </w:rPr>
        <w:t>5:38  is duniya mein patience asal taqat hai.</w:t>
      </w:r>
      <w:r>
        <w:br/>
      </w:r>
      <w:r>
        <w:rPr>
          <w:sz w:val="20"/>
        </w:rPr>
        <w:t>5:48  kyunke patience ka nateeja yeh hota hai ke aadmi sochta hai, planning karta hai,</w:t>
      </w:r>
      <w:r>
        <w:br/>
      </w:r>
      <w:r>
        <w:rPr>
          <w:sz w:val="20"/>
        </w:rPr>
        <w:t>6:02  to is tareeqe se is ki creativity barhti hai.</w:t>
      </w:r>
      <w:r>
        <w:br/>
      </w:r>
      <w:r>
        <w:rPr>
          <w:sz w:val="20"/>
        </w:rPr>
        <w:t>6:09  aur creativity barhte barhte yeh halat hota hai ke ek waqt aata hai</w:t>
      </w:r>
      <w:r>
        <w:br/>
      </w:r>
      <w:r>
        <w:rPr>
          <w:sz w:val="20"/>
        </w:rPr>
        <w:t>6:18  ke ek community un creative ban jati hai aur doosri community creative ban jati hai.</w:t>
      </w:r>
      <w:r>
        <w:br/>
      </w:r>
      <w:r>
        <w:rPr>
          <w:sz w:val="20"/>
        </w:rPr>
        <w:t>6:32  ek un creative aur doosri creative.</w:t>
      </w:r>
      <w:r>
        <w:br/>
      </w:r>
      <w:r>
        <w:rPr>
          <w:sz w:val="20"/>
        </w:rPr>
        <w:t>6:40  to is tareeqe se ghalbat ka matlab yeh nahi ke hukoomat, yeh hukoomat ke maani mein nahi hai,</w:t>
      </w:r>
    </w:p>
    <w:p>
      <w:pPr>
        <w:pStyle w:val="Heading2"/>
      </w:pPr>
      <w:r>
        <w:t>Gratitude for blessings brings more</w:t>
      </w:r>
    </w:p>
    <w:p>
      <w:r>
        <w:rPr>
          <w:color w:val="666666"/>
          <w:sz w:val="18"/>
        </w:rPr>
        <w:t>Prayer for the Country April 05, 2020 Maulana Wahiduddin Khan · 32s · at 20:21 · https://youtu.be/9Fh70tItjlQ?t=1221</w:t>
      </w:r>
    </w:p>
    <w:p>
      <w:r>
        <w:rPr>
          <w:i/>
        </w:rPr>
        <w:t>“Na mile hue ko agar yaad karenge hum to nashukri aayegi.”</w:t>
      </w:r>
    </w:p>
    <w:p>
      <w:r>
        <w:rPr>
          <w:sz w:val="20"/>
        </w:rPr>
        <w:t>20:21  Na mila hue ko agar yaad karenge hum to nashukri aayegi. Lekin mile hue ko yaad karenge to shukr ka jazba paida hoga.</w:t>
      </w:r>
      <w:r>
        <w:br/>
      </w:r>
      <w:r>
        <w:rPr>
          <w:sz w:val="20"/>
        </w:rPr>
        <w:t>20:31  To isi ki taleem di gayi hai Quran mein ke mile hue ko khoob shukr karo. Mile hue ke etraf karo, guzarish karo. To aur cheezein milegi.</w:t>
      </w:r>
      <w:r>
        <w:br/>
      </w:r>
      <w:r>
        <w:rPr>
          <w:sz w:val="20"/>
        </w:rPr>
        <w:t>20:46  aur cheezein tum ko supply ki jayengi.</w:t>
      </w:r>
    </w:p>
    <w:p>
      <w:pPr>
        <w:pStyle w:val="Heading2"/>
      </w:pPr>
      <w:r>
        <w:t>Purpose of visiting graves is to remember death</w:t>
      </w:r>
    </w:p>
    <w:p>
      <w:r>
        <w:rPr>
          <w:color w:val="666666"/>
          <w:sz w:val="18"/>
        </w:rPr>
        <w:t>Understanding Islam (In Conversation with Maulana) June 20, 2010 Maulana Wahidudidn Khan · 1m 26s · at 31:22 · https://youtu.be/7UylaPL-iO8?t=1882</w:t>
      </w:r>
    </w:p>
    <w:p>
      <w:r>
        <w:rPr>
          <w:i/>
        </w:rPr>
        <w:t>“Yeh to bilkul absurd hai”</w:t>
      </w:r>
    </w:p>
    <w:p>
      <w:r>
        <w:rPr>
          <w:sz w:val="20"/>
        </w:rPr>
        <w:t>31:22  maulana her next question is i often find people who go to graveyards to do fateha. has this been sanctioned in islam?</w:t>
      </w:r>
      <w:r>
        <w:br/>
      </w:r>
      <w:r>
        <w:rPr>
          <w:sz w:val="20"/>
        </w:rPr>
        <w:t>31:34  yeh kis ka hai? sadia ka hi hai. doosra sawal hai me</w:t>
      </w:r>
      <w:r>
        <w:br/>
      </w:r>
      <w:r>
        <w:rPr>
          <w:sz w:val="20"/>
        </w:rPr>
        <w:t>31:37  ra. yeh toh bilkul absurd hai. yeh jate hain jo log fateha khwani ke liye. kuch bhi nahi hai is ka, koi na sawab hai na azab hai.</w:t>
      </w:r>
      <w:r>
        <w:br/>
      </w:r>
      <w:r>
        <w:rPr>
          <w:sz w:val="20"/>
        </w:rPr>
        <w:t>31:48  waqt waqt time ko waste karna hai. dekhiye qabar pe jane ka sirf aik hi baat hai, aik hi maqsad hai.</w:t>
      </w:r>
      <w:r>
        <w:br/>
      </w:r>
      <w:r>
        <w:rPr>
          <w:sz w:val="20"/>
        </w:rPr>
        <w:t>31:57  woh hai maut ko yaad karna. maut ko yaad karna. rasool Allah guzre aik martaba qabristan se, Allah ne farmaya ke assalam o alaikum ya al quboor, inna insha Allah bikum lahiqoon.</w:t>
      </w:r>
      <w:r>
        <w:br/>
      </w:r>
      <w:r>
        <w:rPr>
          <w:sz w:val="20"/>
        </w:rPr>
        <w:t>32:14  yani aye qabar walon, hum bhi tum se milne wale hain, matlab hum bhi marne wale hain. toh qabar jo hai woh maut ka spot hai ke yahan aik aadmi bury kiya gaya hai.</w:t>
      </w:r>
      <w:r>
        <w:br/>
      </w:r>
      <w:r>
        <w:rPr>
          <w:sz w:val="20"/>
        </w:rPr>
        <w:t>32:26  qabar batati hai ke aik aadmi yahan mara, wahan us ko bury kiya gaya. us ko yaad karna. achha, hum bhi marenge, hum bhi kahin bury kar diye jayenge.</w:t>
      </w:r>
      <w:r>
        <w:br/>
      </w:r>
      <w:r>
        <w:rPr>
          <w:sz w:val="20"/>
        </w:rPr>
        <w:t>32:36  bas waqia fateha khwani waghera toh nothing, bilkul hi koi is ka matlab hi nahi hai. na quran mein hai, na hadith mein hai.</w:t>
      </w:r>
    </w:p>
    <w:p>
      <w:pPr>
        <w:pStyle w:val="Heading2"/>
      </w:pPr>
      <w:r>
        <w:t>Children as trial priority shift danger</w:t>
      </w:r>
    </w:p>
    <w:p>
      <w:r>
        <w:rPr>
          <w:color w:val="666666"/>
          <w:sz w:val="18"/>
        </w:rPr>
        <w:t>Q&amp;A 24 May 2009 Maulana Wahiduddin Khan · 2m 54s · at 7:17 · https://youtu.be/Ek6Ct3LZGOs?t=437</w:t>
      </w:r>
    </w:p>
    <w:p>
      <w:r>
        <w:rPr>
          <w:i/>
        </w:rPr>
        <w:t>“Haan, Quran mein dekhen ek aayat hai.”</w:t>
      </w:r>
    </w:p>
    <w:p>
      <w:r>
        <w:rPr>
          <w:sz w:val="20"/>
        </w:rPr>
        <w:t>7:17  haan, Quran mein dekhein ek ayat hai: "إن من أزواجكم وأولادكم أعدو فاذروه" ۔</w:t>
      </w:r>
      <w:r>
        <w:br/>
      </w:r>
      <w:r>
        <w:rPr>
          <w:sz w:val="20"/>
        </w:rPr>
        <w:t>7:25  tumhari biwion mein aur tumhari aulad mein dushman hain, un se bacho. un se bacho. tumhari biwion mein aur tumhari aulad mein tumhare dushman hain, tum se bacho.</w:t>
      </w:r>
      <w:r>
        <w:br/>
      </w:r>
      <w:r>
        <w:rPr>
          <w:sz w:val="20"/>
        </w:rPr>
        <w:t>7:39  mein jahan tak samjha hoon is ka matlab ke woh woh tumhare concern badal dete hain. priority badal dete hain. ek believer jo hai, ek woman jo hai, us ki priority Khuda hona chahiye.</w:t>
      </w:r>
      <w:r>
        <w:br/>
      </w:r>
      <w:r>
        <w:rPr>
          <w:sz w:val="20"/>
        </w:rPr>
        <w:t>7:52  us ka concern Khuda hona chahiye. lekin yeh log jo hai badal dete hain is ko.</w:t>
      </w:r>
      <w:r>
        <w:br/>
      </w:r>
      <w:r>
        <w:rPr>
          <w:sz w:val="20"/>
        </w:rPr>
        <w:t>7:58  sole concern jo ban jata hai aulad aur family aur ghar. to yeh bohat hi bari ayat hai yeh. woh dushman hain woh tumhare.</w:t>
      </w:r>
      <w:r>
        <w:br/>
      </w:r>
      <w:r>
        <w:rPr>
          <w:sz w:val="20"/>
        </w:rPr>
        <w:t>8:07  yani woh paidaishi dushman nahi hain. yani dushman by birth nahi hain woh.</w:t>
      </w:r>
      <w:r>
        <w:br/>
      </w:r>
      <w:r>
        <w:rPr>
          <w:sz w:val="20"/>
        </w:rPr>
        <w:t>8:14  lekin woh tumhare liye trial hain. yani azmaish hain. ke kahin aisa na ho ke un ke chakar mein par kar ke tum apna concern badal do. jo hona chahiye Khuda ke liye, woh un ko un ke liye kar do.</w:t>
      </w:r>
      <w:r>
        <w:br/>
      </w:r>
      <w:r>
        <w:rPr>
          <w:sz w:val="20"/>
        </w:rPr>
        <w:t>8:29  yeh hai. to priority basis par aadmi ko sirf Khuda ke Khuda ko lena chahiye, lena hai. apna concern sirf Khuda ko banana hai.</w:t>
      </w:r>
      <w:r>
        <w:br/>
      </w:r>
      <w:r>
        <w:rPr>
          <w:sz w:val="20"/>
        </w:rPr>
        <w:t>8:40  mein ne is se pehle aap ko bataya tha ke ek American writer ne kitab likhi hai Islam par. to bohat hi study kiya is ne. to is mein woh bohat sahi kehta hai</w:t>
      </w:r>
      <w:r>
        <w:br/>
      </w:r>
      <w:r>
        <w:rPr>
          <w:sz w:val="20"/>
        </w:rPr>
        <w:t>8:51  ke "the greatest concern of Islam is Allah" ۔ to greatest concern jo hai woh Allah hona chahiye.</w:t>
      </w:r>
      <w:r>
        <w:br/>
      </w:r>
      <w:r>
        <w:rPr>
          <w:sz w:val="20"/>
        </w:rPr>
        <w:t>9:01  lekin yeh log jo hain badal dete hain. yani aulad greatest concern ban jati hai.</w:t>
      </w:r>
      <w:r>
        <w:br/>
      </w:r>
      <w:r>
        <w:rPr>
          <w:sz w:val="20"/>
        </w:rPr>
        <w:t>9:09  family greatest concern ban jati hai. bohat bara isi ko kaha gaya Quran mein ke woh to dushman hain tumhare. woh tumhare dushman hain.</w:t>
      </w:r>
      <w:r>
        <w:br/>
      </w:r>
      <w:r>
        <w:rPr>
          <w:sz w:val="20"/>
        </w:rPr>
        <w:t>9:20  bohat zyada sochne ki ayat hai. "إن من أولادكم وأزواجكم أعدو فاذروه" ۔</w:t>
      </w:r>
      <w:r>
        <w:br/>
      </w:r>
      <w:r>
        <w:rPr>
          <w:sz w:val="20"/>
        </w:rPr>
        <w:t>9:27  tumhari biwiyan aur tumhari aulad tumhare dushman hain, dushman. un se bacho. un se bacho. is ka matlab yeh nahi ke woh by birth dushman hain.</w:t>
      </w:r>
      <w:r>
        <w:br/>
      </w:r>
      <w:r>
        <w:rPr>
          <w:sz w:val="20"/>
        </w:rPr>
        <w:t>9:37  by birth koi dushman nahi hota hai.</w:t>
      </w:r>
      <w:r>
        <w:br/>
      </w:r>
      <w:r>
        <w:rPr>
          <w:sz w:val="20"/>
        </w:rPr>
        <w:t>9:42  un se jo attachment hota hai, un se jo dil ka taluq hota hai, us se jo mohabbat hoti hai, us ki wajah se woh aik shift late hain, woh shift. aur bohat hi gradual tareeqa aata hai, shift aata hai.</w:t>
      </w:r>
      <w:r>
        <w:br/>
      </w:r>
      <w:r>
        <w:rPr>
          <w:sz w:val="20"/>
        </w:rPr>
        <w:t>9:55  unconsciously aata hai. aadmi ko pata nahi chalta ke meri priority badal gayi. mera concern badal gaya.</w:t>
      </w:r>
      <w:r>
        <w:br/>
      </w:r>
      <w:r>
        <w:rPr>
          <w:sz w:val="20"/>
        </w:rPr>
        <w:t>10:03  lekin bohat bara bhayanak anjaam hota hai insaan ka.</w:t>
      </w:r>
    </w:p>
    <w:p>
      <w:pPr>
        <w:pStyle w:val="Heading2"/>
      </w:pPr>
      <w:r>
        <w:t>Turning negative events positive like Prophet</w:t>
      </w:r>
    </w:p>
    <w:p>
      <w:r>
        <w:rPr>
          <w:color w:val="666666"/>
          <w:sz w:val="18"/>
        </w:rPr>
        <w:t>Indian Muslims May 18, 2014 Maulana Wahiduddin Khan · 2m 25s · at 37:08 · https://youtu.be/jHtuZ4UgvEw?t=2228</w:t>
      </w:r>
    </w:p>
    <w:p>
      <w:r>
        <w:rPr>
          <w:i/>
        </w:rPr>
        <w:t>“Rasool Allah ko Makkah se nikala gaya”</w:t>
      </w:r>
    </w:p>
    <w:p>
      <w:r>
        <w:rPr>
          <w:sz w:val="20"/>
        </w:rPr>
        <w:t>37:08  har surat-e-haal mein aap is mein ek positive angle pa lete hain. jaise misaal ke taur par Rasool Allah salallaho alaihi wasallam ko Makkah se nikala gaya.</w:t>
      </w:r>
      <w:r>
        <w:br/>
      </w:r>
      <w:r>
        <w:rPr>
          <w:sz w:val="20"/>
        </w:rPr>
        <w:t>37:19  Makkah aap ka watan tha. wahan aise halaat paida kiye gaye ke Rasool Allah salallaho alaihi wasallam ko nikalna pada. aur wahan se ja ke Madine mein basna pada.</w:t>
      </w:r>
      <w:r>
        <w:br/>
      </w:r>
      <w:r>
        <w:rPr>
          <w:sz w:val="20"/>
        </w:rPr>
        <w:t>37:30  us waqt Rasool Allah salallaho alaihi wasallam ne hadithon mein aap talash kijiye, ek bhi negative baat nahi kahi. Makkah walon ke zulm ki baat, Makkah walon ki conspiracy ki baat, kuch bhi nahi, kuch bhi nahi, kuch bhi nahi.</w:t>
      </w:r>
      <w:r>
        <w:br/>
      </w:r>
      <w:r>
        <w:rPr>
          <w:sz w:val="20"/>
        </w:rPr>
        <w:t>37:44  is ke bar aks kya kaha aap ne? umir tu bi qillatin ta'kulu al qura yaquluna yasrib wa hiya al madina ke yeh jo mujhe Makkah wale yahan se bhej rahe hain Madina, yeh to mere liye aur bara darwaza khol rahe hain.</w:t>
      </w:r>
      <w:r>
        <w:br/>
      </w:r>
      <w:r>
        <w:rPr>
          <w:sz w:val="20"/>
        </w:rPr>
        <w:t>38:03  mere liye zyada bara darwaza khol rahe hain. hum ko mauqa de rahe hain ke hum Madine mein ja kar ke wahan dawat ka center banayein. aur dawat ko hum Arab mein aur Arab ke bahar phailayein.</w:t>
      </w:r>
      <w:r>
        <w:br/>
      </w:r>
      <w:r>
        <w:rPr>
          <w:sz w:val="20"/>
        </w:rPr>
        <w:t>38:18  aur yahi hua. yani Makkah se aap ka nikalna zahir hai ke negative waqea tha. aap ne is ko positive angle de diya.</w:t>
      </w:r>
      <w:r>
        <w:br/>
      </w:r>
      <w:r>
        <w:rPr>
          <w:sz w:val="20"/>
        </w:rPr>
        <w:t>38:29  hamare leader hi nahi kar sake. na Arab wale, na Arab leader, na non Arab leader. koi mujhe ek bhi nahi maloom aisa. Arab se Ajam tak koi ek bhi leader mujhe aisa na maloom hai jo Rasool Allah salallaho alaihi wasallam ke yeh vision ko jis ne daryaft kiya ho.</w:t>
      </w:r>
      <w:r>
        <w:br/>
      </w:r>
      <w:r>
        <w:rPr>
          <w:sz w:val="20"/>
        </w:rPr>
        <w:t>38:46  ke negative ko positive badalna. aap ghor kijiye ke Makkah se jab Rasool Allah salallaho alaihi wasallam aur ashab-e-Rasool nikale gaye the to woh bazahir to negative waqea tha yeh.</w:t>
      </w:r>
      <w:r>
        <w:br/>
      </w:r>
      <w:r>
        <w:rPr>
          <w:sz w:val="20"/>
        </w:rPr>
        <w:t>39:00  ke watan se chhodna pada un ko. lekin kitna zabardast vision tha Rasool Allah salallaho alaihi wasallam ka. aap ne kaha yeh to bara achha hai.</w:t>
      </w:r>
      <w:r>
        <w:br/>
      </w:r>
      <w:r>
        <w:rPr>
          <w:sz w:val="20"/>
        </w:rPr>
        <w:t>39:09  hamare liye mauqa de rahe hain ke hum yahan se ja kar Madine mein apna center banayein, stronghold banayein. aur wahan se sare Arab mein dawat phailayein, Arab ke bahar hi phailayein.</w:t>
      </w:r>
      <w:r>
        <w:br/>
      </w:r>
      <w:r>
        <w:rPr>
          <w:sz w:val="20"/>
        </w:rPr>
        <w:t>39:22  aur chunancha aise hi hua. is tarah aap ne yeh kaha ke sahaba ko bilkul positive bana diya, positive. shikayat khatm.</w:t>
      </w:r>
    </w:p>
    <w:p>
      <w:pPr>
        <w:pStyle w:val="Heading2"/>
      </w:pPr>
      <w:r>
        <w:t>the phrase that starts self-correction: I was wrong</w:t>
      </w:r>
    </w:p>
    <w:p>
      <w:r>
        <w:rPr>
          <w:color w:val="666666"/>
          <w:sz w:val="18"/>
        </w:rPr>
        <w:t>How to Build A Strong Personality June 14, 2008 · 35s · at 14:44 · https://youtu.be/CEzRHSVoQlI?t=884</w:t>
      </w:r>
    </w:p>
    <w:p>
      <w:r>
        <w:rPr>
          <w:i/>
        </w:rPr>
        <w:t>“Wo hai ye kehna khule dil se ke I was wrong”</w:t>
      </w:r>
    </w:p>
    <w:p>
      <w:r>
        <w:rPr>
          <w:sz w:val="20"/>
        </w:rPr>
        <w:t>14:44  woh hai yeh kehna khule dil se ke i was wrong. i was wrong.</w:t>
      </w:r>
      <w:r>
        <w:br/>
      </w:r>
      <w:r>
        <w:rPr>
          <w:sz w:val="20"/>
        </w:rPr>
        <w:t>14:54  dekhiye, jab aap yeh kehte hain to apne andar aap self correction ka process jaari kar dete hain.</w:t>
      </w:r>
      <w:r>
        <w:br/>
      </w:r>
      <w:r>
        <w:rPr>
          <w:sz w:val="20"/>
        </w:rPr>
        <w:t>15:03  jab bhi aap ne yeh keh diya ke i was wrong, is ka matlab kya hua? ke aap ne apne aap ko correct kiya, aage ke liye decide kiya ke aap aisa nahi karenge.</w:t>
      </w:r>
    </w:p>
    <w:p>
      <w:pPr>
        <w:pStyle w:val="Heading2"/>
      </w:pPr>
      <w:r>
        <w:t>Prophet's avoidance strategies in Madinah including trench</w:t>
      </w:r>
    </w:p>
    <w:p>
      <w:r>
        <w:rPr>
          <w:color w:val="666666"/>
          <w:sz w:val="18"/>
        </w:rPr>
        <w:t>Principle of Avoidance in Islam I 12 Dec, 2010 - Maulana Wahiduddin Khan · 4m 01s · at 17:34 · https://youtu.be/LcEmPmf5es0?t=1054</w:t>
      </w:r>
    </w:p>
    <w:p>
      <w:r>
        <w:rPr>
          <w:i/>
        </w:rPr>
        <w:t>“Madina mein bhi kya hua? Wahan bhi avoidance.”</w:t>
      </w:r>
    </w:p>
    <w:p>
      <w:r>
        <w:rPr>
          <w:sz w:val="20"/>
        </w:rPr>
        <w:t>17:34  Madinah mein bhi kya hua? Wahan bhi avoidance. Maslan ek baar Makah se woh log ek bada lashkar bana kar aaye.</w:t>
      </w:r>
      <w:r>
        <w:br/>
      </w:r>
      <w:r>
        <w:rPr>
          <w:sz w:val="20"/>
        </w:rPr>
        <w:t>17:47  To aap pata karte rehte the. To pata chala ke woh lashkar le ke chale aa rahe hain Makah se.</w:t>
      </w:r>
      <w:r>
        <w:br/>
      </w:r>
      <w:r>
        <w:rPr>
          <w:sz w:val="20"/>
        </w:rPr>
        <w:t>17:54  To aap ne kaha ke chalo hum khandAK khodte hain. Trench. Ek mashhoor hai ghazwa, ghazwa khandAK ke naam se.</w:t>
      </w:r>
      <w:r>
        <w:br/>
      </w:r>
      <w:r>
        <w:rPr>
          <w:sz w:val="20"/>
        </w:rPr>
        <w:t>18:05  Woh ghazwa nahi tha yani koi koi ladai nahi hui thi is mein. Woh ladai ko avoid karna tha.</w:t>
      </w:r>
      <w:r>
        <w:br/>
      </w:r>
      <w:r>
        <w:rPr>
          <w:sz w:val="20"/>
        </w:rPr>
        <w:t>18:15  Madinah aisa tha ke Madinah mein dekhiye teen taraf se penetration naamumkin tha. Teen taraf se ghire khajooron ke bagh the.</w:t>
      </w:r>
      <w:r>
        <w:br/>
      </w:r>
      <w:r>
        <w:rPr>
          <w:sz w:val="20"/>
        </w:rPr>
        <w:t>18:28  Teen taraf se ghire bagh the khajooron ke. Teen taraf se koi penetrate nahi kar sakta tha. Ek taraf se rasta tha sirf.</w:t>
      </w:r>
      <w:r>
        <w:br/>
      </w:r>
      <w:r>
        <w:rPr>
          <w:sz w:val="20"/>
        </w:rPr>
        <w:t>18:38  Woh jaane helicopter bhi nahi tha ke utar jaye aadmi urr kar ke. To jidhar khula tha udhar aap ne khandAK khodi.</w:t>
      </w:r>
      <w:r>
        <w:br/>
      </w:r>
      <w:r>
        <w:rPr>
          <w:sz w:val="20"/>
        </w:rPr>
        <w:t>18:47  Teen taraf to apne aap woh mehfooz tha. Ek taraf khula tha. Khandak khodi. Khandak kya thi woh? Khandak avoid karna tha.</w:t>
      </w:r>
      <w:r>
        <w:br/>
      </w:r>
      <w:r>
        <w:rPr>
          <w:sz w:val="20"/>
        </w:rPr>
        <w:t>18:59  Khandak kya tha? Avoid karna tha. Khandak ka matlab trench.</w:t>
      </w:r>
      <w:r>
        <w:br/>
      </w:r>
      <w:r>
        <w:rPr>
          <w:sz w:val="20"/>
        </w:rPr>
        <w:t>19:06  Yani jab aap ne suna ke woh idhar se log aa rahe hain to aap ne sahaba ko ikattha kiya aur aap mashwara kiya un se kya kiya jaye. To aap ne kaha ke humein ladai karna nahi hai.</w:t>
      </w:r>
      <w:r>
        <w:br/>
      </w:r>
      <w:r>
        <w:rPr>
          <w:sz w:val="20"/>
        </w:rPr>
        <w:t>19:18  To tum batao. To ek sahab the jinka naam tha Salman Farsi.</w:t>
      </w:r>
      <w:r>
        <w:br/>
      </w:r>
      <w:r>
        <w:rPr>
          <w:sz w:val="20"/>
        </w:rPr>
        <w:t>19:24  Woh Iran mein paida hue the. Phir Islam mein aaye. To unhone kaha ke hamare haan Iran mein badshah log jab chahte hain ladai na karna.</w:t>
      </w:r>
      <w:r>
        <w:br/>
      </w:r>
      <w:r>
        <w:rPr>
          <w:sz w:val="20"/>
        </w:rPr>
        <w:t>19:37  To kya karte hain? Khandak khodte hain.</w:t>
      </w:r>
      <w:r>
        <w:br/>
      </w:r>
      <w:r>
        <w:rPr>
          <w:sz w:val="20"/>
        </w:rPr>
        <w:t>19:42  Khandak. Yani apne aur dushman ke beech mein ek khandAK qaim kar diya. Rok rok qaim kar diya.</w:t>
      </w:r>
      <w:r>
        <w:br/>
      </w:r>
      <w:r>
        <w:rPr>
          <w:sz w:val="20"/>
        </w:rPr>
        <w:t>19:57  To woh aap ne kaha bahut achha mashwara yeh to hai. Aur khud bhi aap khandAK khodne mein shareek ho gaye.</w:t>
      </w:r>
      <w:r>
        <w:br/>
      </w:r>
      <w:r>
        <w:rPr>
          <w:sz w:val="20"/>
        </w:rPr>
        <w:t>20:07  Khud bhi.</w:t>
      </w:r>
      <w:r>
        <w:br/>
      </w:r>
      <w:r>
        <w:rPr>
          <w:sz w:val="20"/>
        </w:rPr>
        <w:t>20:14  Yani aaj kal ki zuban mein aap keh sakte hain ke woh buffer. Khandak kya tha? Ek buffer tha woh. Apne aur dushman ke beech mein buffer. Chunancha ladai nahi hui.</w:t>
      </w:r>
      <w:r>
        <w:br/>
      </w:r>
      <w:r>
        <w:rPr>
          <w:sz w:val="20"/>
        </w:rPr>
        <w:t>20:27  Ek baar to aap apne ashaab ke sath ja rahe the</w:t>
      </w:r>
      <w:r>
        <w:br/>
      </w:r>
      <w:r>
        <w:rPr>
          <w:sz w:val="20"/>
        </w:rPr>
        <w:t>20:31  To pata chala yani aap barabar aap khabar lete rehte the khabar. Ke kya idhar ke log koi activity to nahi hai?</w:t>
      </w:r>
      <w:r>
        <w:br/>
      </w:r>
      <w:r>
        <w:rPr>
          <w:sz w:val="20"/>
        </w:rPr>
        <w:t>20:42  Yani idhar ki activities ki khabar lete rehte hain. Aap ke paas intelligence ka nizam tha baqayda.</w:t>
      </w:r>
      <w:r>
        <w:br/>
      </w:r>
      <w:r>
        <w:rPr>
          <w:sz w:val="20"/>
        </w:rPr>
        <w:t>20:49  To pata chala ke idhar se ek yani ek dasta chala aa raha hai aap ki taraf ladai karne ke liye.</w:t>
      </w:r>
      <w:r>
        <w:br/>
      </w:r>
      <w:r>
        <w:rPr>
          <w:sz w:val="20"/>
        </w:rPr>
        <w:t>21:00  To aap ne kaha ke rasta badlo. Jis raste se woh aa rahe the usi pe aap bhi ja rahe the.</w:t>
      </w:r>
      <w:r>
        <w:br/>
      </w:r>
      <w:r>
        <w:rPr>
          <w:sz w:val="20"/>
        </w:rPr>
        <w:t>21:07  To takrao hota ja kar ke aage. To aap ne wahan par ek guide liya. Aur ek alag naye raste se chal kar aage nikal gaye.</w:t>
      </w:r>
      <w:r>
        <w:br/>
      </w:r>
      <w:r>
        <w:rPr>
          <w:sz w:val="20"/>
        </w:rPr>
        <w:t>21:19  To takrao nahi hua. Yeh hai</w:t>
      </w:r>
      <w:r>
        <w:br/>
      </w:r>
      <w:r>
        <w:rPr>
          <w:sz w:val="20"/>
        </w:rPr>
        <w:t>21:23  earaaz. yeh hai avoidance. yeh hai apnay aur doosray kay beech mein buffer qaim ker dena. yeh tareeqa individual life mein bhi hai.</w:t>
      </w:r>
    </w:p>
    <w:p>
      <w:pPr>
        <w:pStyle w:val="Heading2"/>
      </w:pPr>
      <w:r>
        <w:t>every mistake forces a choice: weak or strong personality</w:t>
      </w:r>
    </w:p>
    <w:p>
      <w:r>
        <w:rPr>
          <w:color w:val="666666"/>
          <w:sz w:val="18"/>
        </w:rPr>
        <w:t>How to Build A Strong Personality June 14, 2008 · 2m 46s · at 52:32 · https://youtu.be/CEzRHSVoQlI?t=3152</w:t>
      </w:r>
    </w:p>
    <w:p>
      <w:r>
        <w:rPr>
          <w:i/>
        </w:rPr>
        <w:t>“Jab bhi aap se koi galti ho jaye, do option hote hain”</w:t>
      </w:r>
    </w:p>
    <w:p>
      <w:r>
        <w:rPr>
          <w:sz w:val="20"/>
        </w:rPr>
        <w:t>52:32  dekhein, yeh saada baat nahi hai. jab aap apni ghalati ko, jab aap se koi ghalati ho jaye, us waqt aap ke samne do option hota hai.</w:t>
      </w:r>
      <w:r>
        <w:br/>
      </w:r>
      <w:r>
        <w:rPr>
          <w:sz w:val="20"/>
        </w:rPr>
        <w:t>52:46  ek yeh hai ke aap apni ghalati ko na maanein, tarah tarah se is ko aap</w:t>
      </w:r>
      <w:r>
        <w:br/>
      </w:r>
      <w:r>
        <w:rPr>
          <w:sz w:val="20"/>
        </w:rPr>
        <w:t>52:54  ko nikalen, aise bahane ke aap ko apni ghalati ko na manna pade. aur doosra yeh ke seedhe seedhe maan lein. agar aap apni ghalati ko na maanein, bahane nikalen, excuse pesh karein to aap ke andar weak personality janam legi.</w:t>
      </w:r>
      <w:r>
        <w:br/>
      </w:r>
      <w:r>
        <w:rPr>
          <w:sz w:val="20"/>
        </w:rPr>
        <w:t>53:18  yaad rakhiye, jab bhi aap koi ghalati karein to aap do option ke beech mein ho jate hain hamesha.</w:t>
      </w:r>
      <w:r>
        <w:br/>
      </w:r>
      <w:r>
        <w:rPr>
          <w:sz w:val="20"/>
        </w:rPr>
        <w:t>53:28  agar aap ne saaf tareeqe se apni ghalati maan li, bilkul openly apni ghalati maan li to aap ne apne andar strong personality paida ki.</w:t>
      </w:r>
      <w:r>
        <w:br/>
      </w:r>
      <w:r>
        <w:rPr>
          <w:sz w:val="20"/>
        </w:rPr>
        <w:t>53:46  strong personality ko apne andar aap ne,</w:t>
      </w:r>
      <w:r>
        <w:br/>
      </w:r>
      <w:r>
        <w:rPr>
          <w:sz w:val="20"/>
        </w:rPr>
        <w:t>53:52  apne apni apni personality ko aap ne strong personality banaya.</w:t>
      </w:r>
      <w:r>
        <w:br/>
      </w:r>
      <w:r>
        <w:rPr>
          <w:sz w:val="20"/>
        </w:rPr>
        <w:t>53:59  is ka, is ke bajaye agar aap yeh kiya ke aap lage excuse pesh karne ya ghalati kahein ke "nahi, ghalati to nahi</w:t>
      </w:r>
      <w:r>
        <w:br/>
      </w:r>
      <w:r>
        <w:rPr>
          <w:sz w:val="20"/>
        </w:rPr>
        <w:t>54:08  hai", yeh tarah tarah se is ko explain karein ke "theek hai, kuch na kuch" to aap ne apne andar weak personality paida ki.</w:t>
      </w:r>
      <w:r>
        <w:br/>
      </w:r>
      <w:r>
        <w:rPr>
          <w:sz w:val="20"/>
        </w:rPr>
        <w:t>54:23  to har waqt aadmi do mein se ek ke beech mein hota hai,</w:t>
      </w:r>
      <w:r>
        <w:br/>
      </w:r>
      <w:r>
        <w:rPr>
          <w:sz w:val="20"/>
        </w:rPr>
        <w:t>54:28  yaani ek qism ka behavior is ke andar weak personality paida karta hai aur doosre qism ka behavior is ke andar strong personality paida karta hai.</w:t>
      </w:r>
      <w:r>
        <w:br/>
      </w:r>
      <w:r>
        <w:rPr>
          <w:sz w:val="20"/>
        </w:rPr>
        <w:t>54:42  aur yeh saada baat nahi hai. dunya se agar aakhirat tak is ka hamein price deni parti hai, agar dunya mein kisi ne weak personality banai to phir woh paradise mein jagah nahi paye ga.</w:t>
      </w:r>
      <w:r>
        <w:br/>
      </w:r>
      <w:r>
        <w:rPr>
          <w:sz w:val="20"/>
        </w:rPr>
        <w:t>54:59  paradise weak personality walon ke liye nahi hai.</w:t>
      </w:r>
      <w:r>
        <w:br/>
      </w:r>
      <w:r>
        <w:rPr>
          <w:sz w:val="20"/>
        </w:rPr>
        <w:t>55:05  aur agar aap ne apne andar strong personality banai to aap ka selection hoga paradise ke liye. to dekhen, kitna bara masla hai.</w:t>
      </w:r>
    </w:p>
    <w:p>
      <w:pPr>
        <w:pStyle w:val="Heading2"/>
      </w:pPr>
      <w:r>
        <w:t>Patience and repelling evil</w:t>
      </w:r>
    </w:p>
    <w:p>
      <w:r>
        <w:rPr>
          <w:color w:val="666666"/>
          <w:sz w:val="18"/>
        </w:rPr>
        <w:t>Dr Naseem Siddiqui Memorial Part 1 · 27s · at 4:18 · https://youtu.be/q-kccRjp1iU?t=258</w:t>
      </w:r>
    </w:p>
    <w:p>
      <w:r>
        <w:rPr>
          <w:i/>
        </w:rPr>
        <w:t>“But no one will be granted such goodness”</w:t>
      </w:r>
    </w:p>
    <w:p>
      <w:r>
        <w:rPr>
          <w:sz w:val="20"/>
        </w:rPr>
        <w:t>4:18  But no one will be granted such goodness except those who exercise patience and self-restraint; no one is granted it save those who are truly fortunate. If a prompting from Satan should stir you, seek refuge with God; He is the All-Hearing and the All-Knowing." Thank you.</w:t>
      </w:r>
      <w:r>
        <w:br/>
      </w:r>
      <w:r>
        <w:rPr>
          <w:sz w:val="20"/>
        </w:rPr>
        <w:t>4:45  We have all gathered here for the memorial meeting of Dr.</w:t>
      </w:r>
    </w:p>
    <w:p>
      <w:pPr>
        <w:pStyle w:val="Heading2"/>
      </w:pPr>
      <w:r>
        <w:t>Introducing the Don't Be Angry culture concept</w:t>
      </w:r>
    </w:p>
    <w:p>
      <w:r>
        <w:rPr>
          <w:color w:val="666666"/>
          <w:sz w:val="18"/>
        </w:rPr>
        <w:t>Don't Be Angry Culture January 15, 2012 · 29s · at 0:35 · https://youtu.be/NrA3X8y_FLY?t=35</w:t>
      </w:r>
    </w:p>
    <w:p>
      <w:r>
        <w:rPr>
          <w:i/>
        </w:rPr>
        <w:t>“Aaj ka title hai: la taghdab culture”</w:t>
      </w:r>
    </w:p>
    <w:p>
      <w:r>
        <w:rPr>
          <w:sz w:val="20"/>
        </w:rPr>
        <w:t>0:35  aaj ka title hai: "la taghzab culture".</w:t>
      </w:r>
      <w:r>
        <w:br/>
      </w:r>
      <w:r>
        <w:rPr>
          <w:sz w:val="20"/>
        </w:rPr>
        <w:t>0:45  aik hadith mein hai ke "la taghzab", ghussa na karo, isi se main ne yeh title liya hai. la taghzab culture ka matlab hai "Don't be angry" culture.</w:t>
      </w:r>
    </w:p>
    <w:p>
      <w:pPr>
        <w:pStyle w:val="Heading2"/>
      </w:pPr>
      <w:r>
        <w:t>Struggle activates the mind for reward</w:t>
      </w:r>
    </w:p>
    <w:p>
      <w:r>
        <w:rPr>
          <w:color w:val="666666"/>
          <w:sz w:val="18"/>
        </w:rPr>
        <w:t>Double Reward 15 Feb 2020 - Maulana Wahiduddin Khan · 34s · at 1:40 · https://youtu.be/Os-Kuq1-wAk?t=100</w:t>
      </w:r>
    </w:p>
    <w:p>
      <w:r>
        <w:rPr>
          <w:i/>
        </w:rPr>
        <w:t>“Jab aadmi koi aisa kaam kare jismein usko zyada struggle karna pade.”</w:t>
      </w:r>
    </w:p>
    <w:p>
      <w:r>
        <w:rPr>
          <w:sz w:val="20"/>
        </w:rPr>
        <w:t>1:40  ziyada reward hai. is per ghor karte hue yeh samajh mein aaya ke jab aadmi koi aisa kaam kare jis mein us ko ziyada struggle karna pare,</w:t>
      </w:r>
      <w:r>
        <w:br/>
      </w:r>
      <w:r>
        <w:rPr>
          <w:sz w:val="20"/>
        </w:rPr>
        <w:t>1:59  to us waqt is ka mind ziyada activate hota hai.</w:t>
      </w:r>
      <w:r>
        <w:br/>
      </w:r>
      <w:r>
        <w:rPr>
          <w:sz w:val="20"/>
        </w:rPr>
        <w:t>2:06  is ka mind ziyada activate hota hai. misaal ke taur par dekhiye,</w:t>
      </w:r>
    </w:p>
    <w:p>
      <w:pPr>
        <w:pStyle w:val="Heading2"/>
      </w:pPr>
      <w:r>
        <w:t>Religious show without progress due to missing link</w:t>
      </w:r>
    </w:p>
    <w:p>
      <w:r>
        <w:rPr>
          <w:color w:val="666666"/>
          <w:sz w:val="18"/>
        </w:rPr>
        <w:t>The Importance of Non Confrontational Method, | August 29, 2010 · 1m 32s · at 31:20 · https://youtu.be/8ZGB0tWQtg8?t=1880</w:t>
      </w:r>
    </w:p>
    <w:p>
      <w:r>
        <w:rPr>
          <w:i/>
        </w:rPr>
        <w:t>“There is a lot of show of Ramadan and Hajj.”</w:t>
      </w:r>
    </w:p>
    <w:p>
      <w:r>
        <w:rPr>
          <w:sz w:val="20"/>
        </w:rPr>
        <w:t>31:20  sab kuch hai musalmanon mein.</w:t>
      </w:r>
      <w:r>
        <w:br/>
      </w:r>
      <w:r>
        <w:rPr>
          <w:sz w:val="20"/>
        </w:rPr>
        <w:t>31:25  ab Ramzan mein roze ki dhoom hai.</w:t>
      </w:r>
      <w:r>
        <w:br/>
      </w:r>
      <w:r>
        <w:rPr>
          <w:sz w:val="20"/>
        </w:rPr>
        <w:t>31:29  aaj kal jahan jaiye Ramzan ki dhoom milegi.</w:t>
      </w:r>
      <w:r>
        <w:br/>
      </w:r>
      <w:r>
        <w:rPr>
          <w:sz w:val="20"/>
        </w:rPr>
        <w:t>31:34  Ramzan ki dhoom hai, masjidon mein jayen to namaz ki dhoom hai.</w:t>
      </w:r>
      <w:r>
        <w:br/>
      </w:r>
      <w:r>
        <w:rPr>
          <w:sz w:val="20"/>
        </w:rPr>
        <w:t>31:38  ab Mecca jayen hajj ke zamane mein to wahan hajj ki dhoom hai.</w:t>
      </w:r>
      <w:r>
        <w:br/>
      </w:r>
      <w:r>
        <w:rPr>
          <w:sz w:val="20"/>
        </w:rPr>
        <w:t>31:43  har jagah dhoom hi dhoom hai.</w:t>
      </w:r>
      <w:r>
        <w:br/>
      </w:r>
      <w:r>
        <w:rPr>
          <w:sz w:val="20"/>
        </w:rPr>
        <w:t>31:47  to namaz ki dhoom, roze ki dhoom, hajj ki dhoom,</w:t>
      </w:r>
      <w:r>
        <w:br/>
      </w:r>
      <w:r>
        <w:rPr>
          <w:sz w:val="20"/>
        </w:rPr>
        <w:t>31:51  madrason ki dhoom, masjidon ki dhoom.</w:t>
      </w:r>
      <w:r>
        <w:br/>
      </w:r>
      <w:r>
        <w:rPr>
          <w:sz w:val="20"/>
        </w:rPr>
        <w:t>31:57  sirf dhoom hi dhoom har jagah hai.</w:t>
      </w:r>
      <w:r>
        <w:br/>
      </w:r>
      <w:r>
        <w:rPr>
          <w:sz w:val="20"/>
        </w:rPr>
        <w:t>32:02  phir musalman kyun taraqqi nahi kar rahe? phir kyun shikayatein un ko hain? jab hajj ki dhoom hai</w:t>
      </w:r>
      <w:r>
        <w:br/>
      </w:r>
      <w:r>
        <w:rPr>
          <w:sz w:val="20"/>
        </w:rPr>
        <w:t>32:07  to shikayat kyun hai? phir taraqqi ruki hui kyun hai? to is ki wajah yeh ek link miss</w:t>
      </w:r>
      <w:r>
        <w:br/>
      </w:r>
      <w:r>
        <w:rPr>
          <w:sz w:val="20"/>
        </w:rPr>
        <w:t>32:12  kar rahi hai.</w:t>
      </w:r>
      <w:r>
        <w:br/>
      </w:r>
      <w:r>
        <w:rPr>
          <w:sz w:val="20"/>
        </w:rPr>
        <w:t>32:17  woh hai sulah. Adjustment</w:t>
      </w:r>
      <w:r>
        <w:br/>
      </w:r>
      <w:r>
        <w:rPr>
          <w:sz w:val="20"/>
        </w:rPr>
        <w:t>32:22  .</w:t>
      </w:r>
      <w:r>
        <w:br/>
      </w:r>
      <w:r>
        <w:rPr>
          <w:sz w:val="20"/>
        </w:rPr>
        <w:t>32:26  takrao na karna.</w:t>
      </w:r>
      <w:r>
        <w:br/>
      </w:r>
      <w:r>
        <w:rPr>
          <w:sz w:val="20"/>
        </w:rPr>
        <w:t>32:31  Opportunity ko, opportunity ko talash kar ke us ko avail karna.</w:t>
      </w:r>
      <w:r>
        <w:br/>
      </w:r>
      <w:r>
        <w:rPr>
          <w:sz w:val="20"/>
        </w:rPr>
        <w:t>32:35  yeh yeh yeh link miss kar gayi hai.</w:t>
      </w:r>
      <w:r>
        <w:br/>
      </w:r>
      <w:r>
        <w:rPr>
          <w:sz w:val="20"/>
        </w:rPr>
        <w:t>32:40  to mein samajhta hoon ke.</w:t>
      </w:r>
      <w:r>
        <w:br/>
      </w:r>
      <w:r>
        <w:rPr>
          <w:sz w:val="20"/>
        </w:rPr>
        <w:t>32:44  aur is ki wajah se kya hai? Starting point hi logon ko nahin maloom.</w:t>
      </w:r>
      <w:r>
        <w:br/>
      </w:r>
      <w:r>
        <w:rPr>
          <w:sz w:val="20"/>
        </w:rPr>
        <w:t>32:48  aap ghor kijiye ke mujhe yahan se farz kijiye ke jana hai faridabad.</w:t>
      </w:r>
    </w:p>
    <w:p>
      <w:pPr>
        <w:pStyle w:val="Heading2"/>
      </w:pPr>
      <w:r>
        <w:t>Deconditioning the mind before values can take root</w:t>
      </w:r>
    </w:p>
    <w:p>
      <w:r>
        <w:rPr>
          <w:color w:val="666666"/>
          <w:sz w:val="18"/>
        </w:rPr>
        <w:t>Human Values · 2m 09s · at 2:34 · https://youtu.be/Art0kheDD40?t=154</w:t>
      </w:r>
    </w:p>
    <w:p>
      <w:r>
        <w:rPr>
          <w:i/>
        </w:rPr>
        <w:t>“Pehli baat jo mujhe samajh aayi hai wo hai deconditioning”</w:t>
      </w:r>
    </w:p>
    <w:p>
      <w:r>
        <w:rPr>
          <w:sz w:val="20"/>
        </w:rPr>
        <w:t>2:34  dekhein, pehli baat jo mujhe samajh aayi hai woh hai deconditioning.</w:t>
      </w:r>
      <w:r>
        <w:br/>
      </w:r>
      <w:r>
        <w:rPr>
          <w:sz w:val="20"/>
        </w:rPr>
        <w:t>2:42  dekhein, hum aap jaante hain ke jab bhi hum janam lete hain duniya mein, jo kisi parivar mein janam lete hain, kisi society mein hum rehte hain, hum move karte hain kisi institution mein,</w:t>
      </w:r>
      <w:r>
        <w:br/>
      </w:r>
      <w:r>
        <w:rPr>
          <w:sz w:val="20"/>
        </w:rPr>
        <w:t>2:58  in sab se hum kuch sunte hain, kuch paate hain, woh hamare mind mein baithta rehta hai.</w:t>
      </w:r>
      <w:r>
        <w:br/>
      </w:r>
      <w:r>
        <w:rPr>
          <w:sz w:val="20"/>
        </w:rPr>
        <w:t>3:06  psychological research batati hai ke jo baat memory mein aa gayi woh aa gayi, phir woh nikalti nahi hai. to we are living in a jungle of thought.</w:t>
      </w:r>
      <w:r>
        <w:br/>
      </w:r>
      <w:r>
        <w:rPr>
          <w:sz w:val="20"/>
        </w:rPr>
        <w:t>3:19  har aadmi. to jo kuch bhi mujhe suna, jo kuch bhi maine parha, woh mere mind mein record ho gaya.</w:t>
      </w:r>
      <w:r>
        <w:br/>
      </w:r>
      <w:r>
        <w:rPr>
          <w:sz w:val="20"/>
        </w:rPr>
        <w:t>3:27  to jab tak aap isi karte hain conditioning, to jab tak aap is conditioning ki de conditioning na karein, is waqt tak aap normal tareeqe se soch nahi payenge.</w:t>
      </w:r>
      <w:r>
        <w:br/>
      </w:r>
      <w:r>
        <w:rPr>
          <w:sz w:val="20"/>
        </w:rPr>
        <w:t>3:45  main samajhta hoon ke de conditioning ka matlab hai,</w:t>
      </w:r>
      <w:r>
        <w:br/>
      </w:r>
      <w:r>
        <w:rPr>
          <w:sz w:val="20"/>
        </w:rPr>
        <w:t>3:51  yaani sort out karna.</w:t>
      </w:r>
      <w:r>
        <w:br/>
      </w:r>
      <w:r>
        <w:rPr>
          <w:sz w:val="20"/>
        </w:rPr>
        <w:t>3:54  hamare mind mein har qism ke thought bhare hue hain. to jaise ke kala aur safed, neela aur peela, koi cheez ho mili hui aapas mein, to hum sort out karte hain wahan par.</w:t>
      </w:r>
      <w:r>
        <w:br/>
      </w:r>
      <w:r>
        <w:rPr>
          <w:sz w:val="20"/>
        </w:rPr>
        <w:t>4:08  kale ko alag karte hain, white ko alag karte hain. aise hi hamein apne mind mein karna padta hai.</w:t>
      </w:r>
      <w:r>
        <w:br/>
      </w:r>
      <w:r>
        <w:rPr>
          <w:sz w:val="20"/>
        </w:rPr>
        <w:t>4:16  tab ja kar hamari objectivity aati hai. tab ja kar hum justice ke sath soch paate hain. warna hum conditioned thinking mein rehte hain, باعث thinking mein rehte hain.</w:t>
      </w:r>
      <w:r>
        <w:br/>
      </w:r>
      <w:r>
        <w:rPr>
          <w:sz w:val="20"/>
        </w:rPr>
        <w:t>4:30  main samajhta hoon ke yeh kaam jab tak nahi hoga, de conditioning ka, tab tak modern values ko hum society mein translate kar payein, aisa mujhe bahut hi dil kar dikhai deta hai.</w:t>
      </w:r>
    </w:p>
    <w:p>
      <w:pPr>
        <w:pStyle w:val="Heading2"/>
      </w:pPr>
      <w:r>
        <w:t>Prophet's patience with idols in Kaaba vs Babri Masjid</w:t>
      </w:r>
    </w:p>
    <w:p>
      <w:r>
        <w:rPr>
          <w:color w:val="666666"/>
          <w:sz w:val="18"/>
        </w:rPr>
        <w:t>Power of Peace June 6, 2010 Maulana Wahiduddin Khan · 3m 30s · at 6:53 · https://youtu.be/QNnouRoYI38?t=413</w:t>
      </w:r>
    </w:p>
    <w:p>
      <w:r>
        <w:rPr>
          <w:i/>
        </w:rPr>
        <w:t>“Prophet of Islam ne 610 AD mein elaan kiya nabi ka”</w:t>
      </w:r>
    </w:p>
    <w:p>
      <w:r>
        <w:rPr>
          <w:sz w:val="20"/>
        </w:rPr>
        <w:t>6:53  Prophet of Islam jo thay, woh 610 AD mein unho ne aelan kiya nabi ka. 610 AD mein.</w:t>
      </w:r>
      <w:r>
        <w:br/>
      </w:r>
      <w:r>
        <w:rPr>
          <w:sz w:val="20"/>
        </w:rPr>
        <w:t>7:04  is waqt kya tha wahan? makkah mein. makkah mein aik bohat hi sacred mosque thi, jo kaaba kehte hain.</w:t>
      </w:r>
      <w:r>
        <w:br/>
      </w:r>
      <w:r>
        <w:rPr>
          <w:sz w:val="20"/>
        </w:rPr>
        <w:t>7:13  jis ko ke bohat baray nabi thay, hazrat ibrahim, unhon ne banaya tha. baitullah us ko kaha jata tha. lekin baad ko</w:t>
      </w:r>
      <w:r>
        <w:br/>
      </w:r>
      <w:r>
        <w:rPr>
          <w:sz w:val="20"/>
        </w:rPr>
        <w:t>7:27  degeneration hua logon ka. aur logon ka woh hua, yaani un ke andar bigaad aaya. to yeh ghar banaya tha toheed ke worship ke liye.</w:t>
      </w:r>
      <w:r>
        <w:br/>
      </w:r>
      <w:r>
        <w:rPr>
          <w:sz w:val="20"/>
        </w:rPr>
        <w:t>7:39  aik khuda ki worship ke liye.</w:t>
      </w:r>
      <w:r>
        <w:br/>
      </w:r>
      <w:r>
        <w:rPr>
          <w:sz w:val="20"/>
        </w:rPr>
        <w:t>7:42  aur logon ne is mein kya kiya ke woh but la ke rakh diye. 360 but. to jis waqt rasool Allah wahan aaye, us waqt jo scene tha woh yeh tha ke aik khuda ki worship ke liye jo ghar banaya gaya tha, wahan 360 but rakhe hue hain.</w:t>
      </w:r>
      <w:r>
        <w:br/>
      </w:r>
      <w:r>
        <w:rPr>
          <w:sz w:val="20"/>
        </w:rPr>
        <w:t>8:05  Naturally it was a provocative situation, provocative scene.</w:t>
      </w:r>
      <w:r>
        <w:br/>
      </w:r>
      <w:r>
        <w:rPr>
          <w:sz w:val="20"/>
        </w:rPr>
        <w:t>8:12  yaani be hosh ho jaye aadmi. ab mein aap ko compare karne ko kahoon ga. In comparison, that we understand.</w:t>
      </w:r>
      <w:r>
        <w:br/>
      </w:r>
      <w:r>
        <w:rPr>
          <w:sz w:val="20"/>
        </w:rPr>
        <w:t>8:22  yeh to hai 610 AD ki baat. is ke baad 1949 mein. audhiya ki babri masjid mein teen but rakh diye gaye.</w:t>
      </w:r>
      <w:r>
        <w:br/>
      </w:r>
      <w:r>
        <w:rPr>
          <w:sz w:val="20"/>
        </w:rPr>
        <w:t>8:32  ab do ko compare kar ke dekhein aap. musalman bhark uthay ke masjid mein but rakh diya, teen but.</w:t>
      </w:r>
      <w:r>
        <w:br/>
      </w:r>
      <w:r>
        <w:rPr>
          <w:sz w:val="20"/>
        </w:rPr>
        <w:t>8:40  bhark uthay aur saare india mein, saari duniya mein hungama khara kar diya. achha, rasool Allah bharkay nahi? kuch bhi nahi kiya unhon ne. Simply unhon ne is ko avoid kiya.</w:t>
      </w:r>
      <w:r>
        <w:br/>
      </w:r>
      <w:r>
        <w:rPr>
          <w:sz w:val="20"/>
        </w:rPr>
        <w:t>8:53  quran mein ayat utri to is mein ayat utri ke "wasiyabka fatahir". apne aap ko purify karo. yeh nahi utri ke "tahirkabdakumul islam".</w:t>
      </w:r>
      <w:r>
        <w:br/>
      </w:r>
      <w:r>
        <w:rPr>
          <w:sz w:val="20"/>
        </w:rPr>
        <w:t>9:05  kaaba ko pak karo.</w:t>
      </w:r>
      <w:r>
        <w:br/>
      </w:r>
      <w:r>
        <w:rPr>
          <w:sz w:val="20"/>
        </w:rPr>
        <w:t>9:08  yaani quran mein yeh aayatein nahi utri ke kaaba ko purify karo. apne ko purify karo. ab result hi dekhein aap result.</w:t>
      </w:r>
      <w:r>
        <w:br/>
      </w:r>
      <w:r>
        <w:rPr>
          <w:sz w:val="20"/>
        </w:rPr>
        <w:t>9:18  musalmanon ne jo hungama kiya, result kya nikla? 1992 mein masjid jo hai divorce kar di gayi.</w:t>
      </w:r>
      <w:r>
        <w:br/>
      </w:r>
      <w:r>
        <w:rPr>
          <w:sz w:val="20"/>
        </w:rPr>
        <w:t>9:27  itna aapas mein zid barhi, aapas mein itna takrao barha, itna nafrat barhi.</w:t>
      </w:r>
      <w:r>
        <w:br/>
      </w:r>
      <w:r>
        <w:rPr>
          <w:sz w:val="20"/>
        </w:rPr>
        <w:t>9:34  yaani ke zid ki politics.</w:t>
      </w:r>
      <w:r>
        <w:br/>
      </w:r>
      <w:r>
        <w:rPr>
          <w:sz w:val="20"/>
        </w:rPr>
        <w:t>9:40  aur masjidain aaj wahan par mixer mandir hain. achha, rasool Allah ne aaraaz kiya, kuch bhi is ko touch nahi kiya buton ko.</w:t>
      </w:r>
      <w:r>
        <w:br/>
      </w:r>
      <w:r>
        <w:rPr>
          <w:sz w:val="20"/>
        </w:rPr>
        <w:t>9:49  to kya hua? aik waqt aaya ke kaaba buton se pak ho gaya, aaj woh aik khuda ki ibadat ka ghar bana hua hai. yeh hai sabr aur be sabri ko aap dekh lijiyay.</w:t>
      </w:r>
      <w:r>
        <w:br/>
      </w:r>
      <w:r>
        <w:rPr>
          <w:sz w:val="20"/>
        </w:rPr>
        <w:t>10:03  sabr aur be sabri ka farq dekh lijiyay. ke rasool Allah ne sahan shilta dikhai, sabr kiya, patience se kaam liya. to wohi hai ke "alam annal nasra ma'as sabr".</w:t>
      </w:r>
      <w:r>
        <w:br/>
      </w:r>
      <w:r>
        <w:rPr>
          <w:sz w:val="20"/>
        </w:rPr>
        <w:t>10:15  sabr ke sath success juri hui hai. aur jab be sabri dikhai musalmanon ne to ulta ho gaya.</w:t>
      </w:r>
      <w:r>
        <w:br/>
      </w:r>
      <w:r>
        <w:rPr>
          <w:sz w:val="20"/>
        </w:rPr>
        <w:t>10:24  kyun ke hota yeh hai ke jab aap sabr karte hain, sahan shilta dikhate hain, to saare forces jo hain nature ki, woh aap ke backing par aa jati hain.</w:t>
      </w:r>
    </w:p>
    <w:p>
      <w:pPr>
        <w:pStyle w:val="Heading2"/>
      </w:pPr>
      <w:r>
        <w:t>9/11 anger led America into a five trillion dollar failed war</w:t>
      </w:r>
    </w:p>
    <w:p>
      <w:r>
        <w:rPr>
          <w:color w:val="666666"/>
          <w:sz w:val="18"/>
        </w:rPr>
        <w:t>Don't Be Angry Culture January 15, 2012 · 2m 20s · at 40:10 · https://youtu.be/NrA3X8y_FLY?t=2410</w:t>
      </w:r>
    </w:p>
    <w:p>
      <w:r>
        <w:rPr>
          <w:i/>
        </w:rPr>
        <w:t>“Nine Eleven ke baad America ke leader ghussa ho gaye”</w:t>
      </w:r>
    </w:p>
    <w:p>
      <w:r>
        <w:rPr>
          <w:sz w:val="20"/>
        </w:rPr>
        <w:t>40:10  is ki taza misaal main deta hoon aap ko. taza misaal United States of America ki hai. aap jante hain ke Nine Eleven ka jo waqea hua tha, us ke baad America ke Leader ghussa ho gaye.</w:t>
      </w:r>
      <w:r>
        <w:br/>
      </w:r>
      <w:r>
        <w:rPr>
          <w:sz w:val="20"/>
        </w:rPr>
        <w:t>40:27  bohat. kyunke woh jo tower tha New York mein, woh main ne dekha hai, us mein main charha bhi hoon. woh America ka Pride tha.</w:t>
      </w:r>
      <w:r>
        <w:br/>
      </w:r>
      <w:r>
        <w:rPr>
          <w:sz w:val="20"/>
        </w:rPr>
        <w:t>40:39  woh America ka Pride tha woh.</w:t>
      </w:r>
      <w:r>
        <w:br/>
      </w:r>
      <w:r>
        <w:rPr>
          <w:sz w:val="20"/>
        </w:rPr>
        <w:t>40:45  to jab us ko hua jahaz takra kar ke us ko tod diya gaya to kya ke America ke Pride ko tod diya gaya.</w:t>
      </w:r>
      <w:r>
        <w:br/>
      </w:r>
      <w:r>
        <w:rPr>
          <w:sz w:val="20"/>
        </w:rPr>
        <w:t>40:56  ab Amrici log ghussa ho gaye. unhone kaha ke hum in logon se inteqam len ge. yeh baatein baqayda maujood hain ke inteqam lene ka jazba bharka America walon mein.</w:t>
      </w:r>
      <w:r>
        <w:br/>
      </w:r>
      <w:r>
        <w:rPr>
          <w:sz w:val="20"/>
        </w:rPr>
        <w:t>41:09  achha, is ke baad hamla kiya.</w:t>
      </w:r>
      <w:r>
        <w:br/>
      </w:r>
      <w:r>
        <w:rPr>
          <w:sz w:val="20"/>
        </w:rPr>
        <w:t>41:15  Bush ke zamaney mein.</w:t>
      </w:r>
      <w:r>
        <w:br/>
      </w:r>
      <w:r>
        <w:rPr>
          <w:sz w:val="20"/>
        </w:rPr>
        <w:t>41:20  aur jitni taqat thi America ne laga di. aur itni yani itni bari ladai ladni pari America ko ke us mein Five Trillion dollar kharch ho gaye us ke.</w:t>
      </w:r>
      <w:r>
        <w:br/>
      </w:r>
      <w:r>
        <w:rPr>
          <w:sz w:val="20"/>
        </w:rPr>
        <w:t>41:35  paanch Trillion dollar. yani paanch kharab dollar. lekin aaj aap ko pata hai ke America apne maqsad ko achieve nahi kar saka, wapas ja raha hai.</w:t>
      </w:r>
      <w:r>
        <w:br/>
      </w:r>
      <w:r>
        <w:rPr>
          <w:sz w:val="20"/>
        </w:rPr>
        <w:t>41:48  yeh sab log jante hain. is ke kitne fauji mare gaye, kitna paisa nuqsan hua. khud America ki Economy jo hai woh hil gayi bilkul.</w:t>
      </w:r>
      <w:r>
        <w:br/>
      </w:r>
      <w:r>
        <w:rPr>
          <w:sz w:val="20"/>
        </w:rPr>
        <w:t>42:00  aap jante hain. kyun? ghusse ke tehat ek faisla kiya tha Super Power ne. to yaad rakhiye, Super Power bhi agar ghusse mein ek faisla kare to us ka faisla bhi galat hi hoga.</w:t>
      </w:r>
      <w:r>
        <w:br/>
      </w:r>
      <w:r>
        <w:rPr>
          <w:sz w:val="20"/>
        </w:rPr>
        <w:t>42:19  koi Afford nahi kar sakta ghusse ko, chahe Super Power ho, chahe ek aam insan ho. yeh kitni bari baat hai.</w:t>
      </w:r>
    </w:p>
    <w:p>
      <w:pPr>
        <w:pStyle w:val="Heading2"/>
      </w:pPr>
      <w:r>
        <w:t>Prophet's strategy of peace through patience</w:t>
      </w:r>
    </w:p>
    <w:p>
      <w:r>
        <w:rPr>
          <w:color w:val="666666"/>
          <w:sz w:val="18"/>
        </w:rPr>
        <w:t>Interview Session with Maulana Wahiduddin Khan English · 1m 30s · at 17:03 · https://youtu.be/oNKYrZsbzr4?t=1023</w:t>
      </w:r>
    </w:p>
    <w:p>
      <w:r>
        <w:rPr>
          <w:i/>
        </w:rPr>
        <w:t>“So was the case of the Prophet of Islam.”</w:t>
      </w:r>
    </w:p>
    <w:p>
      <w:r>
        <w:rPr>
          <w:sz w:val="20"/>
        </w:rPr>
        <w:t>17:03  So avail these opportunities, and then we'll find justice. So was the case of the Prophet of Islam. When the Prophet of Islam was in Mecca, he faced so many hostilities.</w:t>
      </w:r>
      <w:r>
        <w:br/>
      </w:r>
      <w:r>
        <w:rPr>
          <w:sz w:val="20"/>
        </w:rPr>
        <w:t>17:19  They became hostile. They wanted to kill the Prophet of Islam. So he migrated, and he settled in Medina.</w:t>
      </w:r>
      <w:r>
        <w:br/>
      </w:r>
      <w:r>
        <w:rPr>
          <w:sz w:val="20"/>
        </w:rPr>
        <w:t>17:30  But there was some attack from the Meccan side. So he wanted to establish peace.</w:t>
      </w:r>
      <w:r>
        <w:br/>
      </w:r>
      <w:r>
        <w:rPr>
          <w:sz w:val="20"/>
        </w:rPr>
        <w:t>17:41  He started negotiation. So they insisted that the Prophet must accept their conditions.</w:t>
      </w:r>
      <w:r>
        <w:br/>
      </w:r>
      <w:r>
        <w:rPr>
          <w:sz w:val="20"/>
        </w:rPr>
        <w:t>17:52  The Prophet accepted their conditions.</w:t>
      </w:r>
      <w:r>
        <w:br/>
      </w:r>
      <w:r>
        <w:rPr>
          <w:sz w:val="20"/>
        </w:rPr>
        <w:t>17:56  So he</w:t>
      </w:r>
      <w:r>
        <w:br/>
      </w:r>
      <w:r>
        <w:rPr>
          <w:sz w:val="20"/>
        </w:rPr>
        <w:t>18:00  established peace by accepting their conditions. It is called Hudaybiyah. Hudaybiyah was an agreement of peace.</w:t>
      </w:r>
      <w:r>
        <w:br/>
      </w:r>
      <w:r>
        <w:rPr>
          <w:sz w:val="20"/>
        </w:rPr>
        <w:t>18:10  And this peace was obtained by accepting all those conditions of the other party. So the Prophet said that if there is peace, there are opportunities</w:t>
      </w:r>
      <w:r>
        <w:br/>
      </w:r>
      <w:r>
        <w:rPr>
          <w:sz w:val="20"/>
        </w:rPr>
        <w:t>18:23  . So first of all, we have to establish peace at any cost. Then we will avail the opportunities. This was the strategy of the Prophet of Islam.</w:t>
      </w:r>
    </w:p>
    <w:p>
      <w:pPr>
        <w:pStyle w:val="Heading2"/>
      </w:pPr>
      <w:r>
        <w:t>Universal principle of avoidance in stars and animals</w:t>
      </w:r>
    </w:p>
    <w:p>
      <w:r>
        <w:rPr>
          <w:color w:val="666666"/>
          <w:sz w:val="18"/>
        </w:rPr>
        <w:t>Principle of Avoidance in Islam I 12 Dec, 2010 - Maulana Wahiduddin Khan · 3m 48s · at 12:13 · https://youtu.be/LcEmPmf5es0?t=733</w:t>
      </w:r>
    </w:p>
    <w:p>
      <w:r>
        <w:rPr>
          <w:i/>
        </w:rPr>
        <w:t>“Universal principal universe mein woh cheez qaim hai.”</w:t>
      </w:r>
    </w:p>
    <w:p>
      <w:r>
        <w:rPr>
          <w:sz w:val="20"/>
        </w:rPr>
        <w:t>12:13  universal principle universe mein woh cheez qaim hai. apne bare mein hum bekhabar hain. hum kehte hain araz kab tak?</w:t>
      </w:r>
      <w:r>
        <w:br/>
      </w:r>
      <w:r>
        <w:rPr>
          <w:sz w:val="20"/>
        </w:rPr>
        <w:t>12:22  aap dekhiye yeh itni universe hai, itni bari.</w:t>
      </w:r>
      <w:r>
        <w:br/>
      </w:r>
      <w:r>
        <w:rPr>
          <w:sz w:val="20"/>
        </w:rPr>
        <w:t>12:28  anginat is mein star hain, galaxy hain. yani star aur planet itne zyada hain ke aap ginti aaj tak nahi ho saki in ki.</w:t>
      </w:r>
      <w:r>
        <w:br/>
      </w:r>
      <w:r>
        <w:rPr>
          <w:sz w:val="20"/>
        </w:rPr>
        <w:t>12:43  jab Galileo ne mamooli دوربین se dekha tha tab bhi nahi gin gin pata tha woh. is ke baad jab polio observatory bani tab bhi nahi insan gin saka.</w:t>
      </w:r>
      <w:r>
        <w:br/>
      </w:r>
      <w:r>
        <w:rPr>
          <w:sz w:val="20"/>
        </w:rPr>
        <w:t>12:56  ab jo Hubble observatory hai is se bhi nahi gin pata aadmi.</w:t>
      </w:r>
      <w:r>
        <w:br/>
      </w:r>
      <w:r>
        <w:rPr>
          <w:sz w:val="20"/>
        </w:rPr>
        <w:t>13:01  is se aage ab space observatory bani hai tab bhi nahi gin pata insan. kitne sitare hain aasman mein.</w:t>
      </w:r>
      <w:r>
        <w:br/>
      </w:r>
      <w:r>
        <w:rPr>
          <w:sz w:val="20"/>
        </w:rPr>
        <w:t>13:12  lekin itna hum ko maloom hai ke sab sitare move kar rahe hain, harkat mein hain. koi bhi stationary nahi hai. sab daud rahe hain, sab daud rahe hain, sab daud rahe hain.</w:t>
      </w:r>
      <w:r>
        <w:br/>
      </w:r>
      <w:r>
        <w:rPr>
          <w:sz w:val="20"/>
        </w:rPr>
        <w:t>13:25  billion billion years se daud rahe hain lekin in mein takrao nahi hota.</w:t>
      </w:r>
      <w:r>
        <w:br/>
      </w:r>
      <w:r>
        <w:rPr>
          <w:sz w:val="20"/>
        </w:rPr>
        <w:t>13:29  kyun? woh principal of avoidance par qaim rehte hain hamesha. ek sitara doosre sitare se takraye baghair apni movement ko jaari karta hai.</w:t>
      </w:r>
      <w:r>
        <w:br/>
      </w:r>
      <w:r>
        <w:rPr>
          <w:sz w:val="20"/>
        </w:rPr>
        <w:t>13:47  yahan tak ke maine ek kitaab mein parha ek baar ke ek galaxy hai us mein billion sitare hote hain. woh move karti karti hai doosre galaxy mein dakhil hoti hai.</w:t>
      </w:r>
      <w:r>
        <w:br/>
      </w:r>
      <w:r>
        <w:rPr>
          <w:sz w:val="20"/>
        </w:rPr>
        <w:t>13:59  idhar se udhar nikal jati hai aur phir takrao nahi hota.</w:t>
      </w:r>
      <w:r>
        <w:br/>
      </w:r>
      <w:r>
        <w:rPr>
          <w:sz w:val="20"/>
        </w:rPr>
        <w:t>14:04  kaisi anokhi baat hai.</w:t>
      </w:r>
      <w:r>
        <w:br/>
      </w:r>
      <w:r>
        <w:rPr>
          <w:sz w:val="20"/>
        </w:rPr>
        <w:t>14:08  karoron sitaron ka ek majmooa jisko hum galaxy kehte hain, kakshan sab ke sab move kar rahe hain. aur move karte hue doosre galaxy mein dakhil hote hain.</w:t>
      </w:r>
      <w:r>
        <w:br/>
      </w:r>
      <w:r>
        <w:rPr>
          <w:sz w:val="20"/>
        </w:rPr>
        <w:t>14:21  idhar se udhar nikal gaye aur takrao nahi hua.</w:t>
      </w:r>
      <w:r>
        <w:br/>
      </w:r>
      <w:r>
        <w:rPr>
          <w:sz w:val="20"/>
        </w:rPr>
        <w:t>14:26  yeh sab kyun? sab ke sab principal of avoidance par qaim hain. bana takrao kiye chalna, bana takrao kiye dorna, bana takrao kiye apni activities ko jaari rakhna.</w:t>
      </w:r>
      <w:r>
        <w:br/>
      </w:r>
      <w:r>
        <w:rPr>
          <w:sz w:val="20"/>
        </w:rPr>
        <w:t>14:43  yeh hai avoidance.</w:t>
      </w:r>
      <w:r>
        <w:br/>
      </w:r>
      <w:r>
        <w:rPr>
          <w:sz w:val="20"/>
        </w:rPr>
        <w:t>14:48  yahi animal mein yahi baat hai. aap dekhiye ke aata hai TV par woh animal ke</w:t>
      </w:r>
      <w:r>
        <w:br/>
      </w:r>
      <w:r>
        <w:rPr>
          <w:sz w:val="20"/>
        </w:rPr>
        <w:t>15:02  zindagi ke bare mein. toh bohat yeh zamane mein bohat commentary banai gayi hai.</w:t>
      </w:r>
      <w:r>
        <w:br/>
      </w:r>
      <w:r>
        <w:rPr>
          <w:sz w:val="20"/>
        </w:rPr>
        <w:t>15:11  yani real life jo hai animal ki iski. toh main ne kai baar dekha isko. toh kya hota hai?</w:t>
      </w:r>
      <w:r>
        <w:br/>
      </w:r>
      <w:r>
        <w:rPr>
          <w:sz w:val="20"/>
        </w:rPr>
        <w:t>15:20  idhar se ek animal aa raha hai, idhar se doosra animal ja raha hai. toh dono state nahi chalte. wahi keep left aur keep right ka tareeqa ikhtiyar karte hain.</w:t>
      </w:r>
      <w:r>
        <w:br/>
      </w:r>
      <w:r>
        <w:rPr>
          <w:sz w:val="20"/>
        </w:rPr>
        <w:t>15:31  idhar nikal gaye, idhar nikal gaye.</w:t>
      </w:r>
      <w:r>
        <w:br/>
      </w:r>
      <w:r>
        <w:rPr>
          <w:sz w:val="20"/>
        </w:rPr>
        <w:t>15:37  kabhi bhi aisa nahi hota ke idhar se ek animal aa raha hai, idhar se ek ja raha hai, dono takrayein aapas mein. yani sher aur haathi takra jayein.</w:t>
      </w:r>
      <w:r>
        <w:br/>
      </w:r>
      <w:r>
        <w:rPr>
          <w:sz w:val="20"/>
        </w:rPr>
        <w:t>15:47  haathi idhar chala jayega aur sher idhar chala jayega.</w:t>
      </w:r>
      <w:r>
        <w:br/>
      </w:r>
      <w:r>
        <w:rPr>
          <w:sz w:val="20"/>
        </w:rPr>
        <w:t>15:52  yahi tareeqa Islam mein ikhtiyar kiya gaya hai. Rasool Allah S.A.W. poori zindagi jo hai woh avoidance par pesh karti hai. avoidance.</w:t>
      </w:r>
    </w:p>
    <w:p>
      <w:pPr>
        <w:pStyle w:val="Heading2"/>
      </w:pPr>
      <w:r>
        <w:t>Trials in life are the price of paradise</w:t>
      </w:r>
    </w:p>
    <w:p>
      <w:r>
        <w:rPr>
          <w:color w:val="666666"/>
          <w:sz w:val="18"/>
        </w:rPr>
        <w:t>Lessons from The Quran And Hadith · 50s · at 32:08 · https://youtu.be/fBflSQEPstg?t=1928</w:t>
      </w:r>
    </w:p>
    <w:p>
      <w:r>
        <w:rPr>
          <w:i/>
        </w:rPr>
        <w:t>“Yeh duniya ek test hai, kya aap positive reh sakte hain?”</w:t>
      </w:r>
    </w:p>
    <w:p>
      <w:r>
        <w:rPr>
          <w:sz w:val="20"/>
        </w:rPr>
        <w:t>32:08  Haqeeqat yeh hai ke is duniya mein isi baat ka test liya ja raha hai. Duniya mein kyun Khuda ne har qism ki nakhushgawar baaten rakh dein?</w:t>
      </w:r>
      <w:r>
        <w:br/>
      </w:r>
      <w:r>
        <w:rPr>
          <w:sz w:val="20"/>
        </w:rPr>
        <w:t>32:20  Isi liye rakh dein ke aap Khuda test le raha hai ke sari nakhushgawariyon ke bawajood, pasand ke khilaf baaton ke bawajood,</w:t>
      </w:r>
      <w:r>
        <w:br/>
      </w:r>
      <w:r>
        <w:rPr>
          <w:sz w:val="20"/>
        </w:rPr>
        <w:t>32:35  Kya aap reh sakte hain sakaratmak sochne wale ban kar? Yahi to qeemat hai jannat ki.</w:t>
      </w:r>
      <w:r>
        <w:br/>
      </w:r>
      <w:r>
        <w:rPr>
          <w:sz w:val="20"/>
        </w:rPr>
        <w:t>32:46  Yahi to jannat ki qeemat hai.</w:t>
      </w:r>
      <w:r>
        <w:br/>
      </w:r>
      <w:r>
        <w:rPr>
          <w:sz w:val="20"/>
        </w:rPr>
        <w:t>32:53  Jannat kisi ko muft mein nahin milegi.</w:t>
      </w:r>
    </w:p>
    <w:p>
      <w:pPr>
        <w:pStyle w:val="Heading2"/>
      </w:pPr>
      <w:r>
        <w:t>Full explanation of jihad's true Quranic meaning</w:t>
      </w:r>
    </w:p>
    <w:p>
      <w:r>
        <w:rPr>
          <w:color w:val="666666"/>
          <w:sz w:val="18"/>
        </w:rPr>
        <w:t>Don't Be Angry Culture January 15, 2012 · 1m 52s · at 1:23:19 · https://youtu.be/NrA3X8y_FLY?t=4999</w:t>
      </w:r>
    </w:p>
    <w:p>
      <w:r>
        <w:rPr>
          <w:i/>
        </w:rPr>
        <w:t>“Jihad ka mani koshish hai, bas aur kuch nahi”</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Turn enemies into potential friends</w:t>
      </w:r>
    </w:p>
    <w:p>
      <w:r>
        <w:rPr>
          <w:color w:val="666666"/>
          <w:sz w:val="18"/>
        </w:rPr>
        <w:t>Anger An Obstacle to wisdom 5 Jan 2020 - Maulana Wahiduddin Khan · 6m 06s · at 49:41 · https://youtu.be/q0VPtCsiYrI?t=2981</w:t>
      </w:r>
    </w:p>
    <w:p>
      <w:r>
        <w:rPr>
          <w:i/>
        </w:rPr>
        <w:t>“Dekhiye, aas paas ke jo log hain.”</w:t>
      </w:r>
    </w:p>
    <w:p>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Need-based vs greed-based material culture</w:t>
      </w:r>
    </w:p>
    <w:p>
      <w:r>
        <w:rPr>
          <w:color w:val="666666"/>
          <w:sz w:val="18"/>
        </w:rPr>
        <w:t>Ancient Shirk or Modern Shirk February 1, 2008 Maulana Wahiduddin Khan · 2m 14s · at 33:36 · https://youtu.be/LB6iBYerQmw?t=2016</w:t>
      </w:r>
    </w:p>
    <w:p>
      <w:r>
        <w:rPr>
          <w:i/>
        </w:rPr>
        <w:t>“Ab is mein kahiye kya hai?”</w:t>
      </w:r>
    </w:p>
    <w:p>
      <w:r>
        <w:rPr>
          <w:sz w:val="20"/>
        </w:rPr>
        <w:t>33:36  Ab is mein kahiye kya hai? Agar aisa ho jaye to kya hoga? Material cheezon ko aap lenge bator need ke, greed ke nahin.</w:t>
      </w:r>
      <w:r>
        <w:br/>
      </w:r>
      <w:r>
        <w:rPr>
          <w:sz w:val="20"/>
        </w:rPr>
        <w:t>33:46  To greed lene ke maani kya hue? Ke orientation aap ka wahi ho gaya, soul concern aap ka wahi ho gaya.</w:t>
      </w:r>
      <w:r>
        <w:br/>
      </w:r>
      <w:r>
        <w:rPr>
          <w:sz w:val="20"/>
        </w:rPr>
        <w:t>33:54  Cheezon ko aap jab bator greed lene lage, is ka matlab kya hua? Ke aap ne apna soul concern cheezon hi ko bana liya.</w:t>
      </w:r>
      <w:r>
        <w:br/>
      </w:r>
      <w:r>
        <w:rPr>
          <w:sz w:val="20"/>
        </w:rPr>
        <w:t>34:06  Aur jab aap bator need lein, to is ke maani ke woh cheezein aap ke liye secondary hain.</w:t>
      </w:r>
      <w:r>
        <w:br/>
      </w:r>
      <w:r>
        <w:rPr>
          <w:sz w:val="20"/>
        </w:rPr>
        <w:t>34:13  Secondary hain. To khalq ko primary banana aur material cheezon ko secondary banana, yeh hota hai in ka tareeqa jo sachay rastay par hotay hain,</w:t>
      </w:r>
      <w:r>
        <w:br/>
      </w:r>
      <w:r>
        <w:rPr>
          <w:sz w:val="20"/>
        </w:rPr>
        <w:t>34:27  Jin ko hum tauheed kehte hain. Jo bhatkay hue rastay par hotay hain, bhatkay hue rastay par, woh zabaan se bol denge ke hum khalq ko maante hain, lafz service ke tor par.</w:t>
      </w:r>
      <w:r>
        <w:br/>
      </w:r>
      <w:r>
        <w:rPr>
          <w:sz w:val="20"/>
        </w:rPr>
        <w:t>34:39  Lekin sara orientation woh kar rahe hain kis par? Material cheezein, more and more, more and more, yaani greed.</w:t>
      </w:r>
      <w:r>
        <w:br/>
      </w:r>
      <w:r>
        <w:rPr>
          <w:sz w:val="20"/>
        </w:rPr>
        <w:t>34:51  Greed. To ek hai need, ek hai greed. Material cheezon ke maal maamle mein ek hai need, ek hai greed.</w:t>
      </w:r>
      <w:r>
        <w:br/>
      </w:r>
      <w:r>
        <w:rPr>
          <w:sz w:val="20"/>
        </w:rPr>
        <w:t>35:02  To jo log sirf formal tor par keh dein ke main khalq ko maanta hoon, lekin woh greed culture mein pade hue hon, to unhon ne nahin maana.</w:t>
      </w:r>
      <w:r>
        <w:br/>
      </w:r>
      <w:r>
        <w:rPr>
          <w:sz w:val="20"/>
        </w:rPr>
        <w:t>35:15  To material cheezon ke maamle mein ek hai need culture, ek greed culture,</w:t>
      </w:r>
      <w:r>
        <w:br/>
      </w:r>
      <w:r>
        <w:rPr>
          <w:sz w:val="20"/>
        </w:rPr>
        <w:t>35:20  Yaani need based culture ya greed based culture.</w:t>
      </w:r>
      <w:r>
        <w:br/>
      </w:r>
      <w:r>
        <w:rPr>
          <w:sz w:val="20"/>
        </w:rPr>
        <w:t>35:26  Material cheezon ke maamle mein yeh do tareeqay hain. Ek hai ke need based aur doosra hai greed based. To agar aap khalq ko apna supreme concern banayenge,</w:t>
      </w:r>
      <w:r>
        <w:br/>
      </w:r>
      <w:r>
        <w:rPr>
          <w:sz w:val="20"/>
        </w:rPr>
        <w:t>35:41  To aap ki zindagi material cheezon ke maamle mein need based hogi. Kyun ke aap ko time nahin.</w:t>
      </w:r>
    </w:p>
    <w:p>
      <w:pPr>
        <w:pStyle w:val="Heading2"/>
      </w:pPr>
      <w:r>
        <w:t>Patience essential for dawah</w:t>
      </w:r>
    </w:p>
    <w:p>
      <w:r>
        <w:rPr>
          <w:color w:val="666666"/>
          <w:sz w:val="18"/>
        </w:rPr>
        <w:t>The Importance of Non Confrontational Method, | August 29, 2010 · 31s · at 17:05 · https://youtu.be/8ZGB0tWQtg8?t=1025</w:t>
      </w:r>
    </w:p>
    <w:p>
      <w:r>
        <w:rPr>
          <w:i/>
        </w:rPr>
        <w:t>“And be patient with your Lord.”</w:t>
      </w:r>
    </w:p>
    <w:p>
      <w:r>
        <w:rPr>
          <w:sz w:val="20"/>
        </w:rPr>
        <w:t>17:05  .</w:t>
      </w:r>
      <w:r>
        <w:br/>
      </w:r>
      <w:r>
        <w:rPr>
          <w:sz w:val="20"/>
        </w:rPr>
        <w:t>17:09  is mein phir kya hai? walrabbaka fasbir.</w:t>
      </w:r>
      <w:r>
        <w:br/>
      </w:r>
      <w:r>
        <w:rPr>
          <w:sz w:val="20"/>
        </w:rPr>
        <w:t>17:12  aur sabr karo.</w:t>
      </w:r>
      <w:r>
        <w:br/>
      </w:r>
      <w:r>
        <w:rPr>
          <w:sz w:val="20"/>
        </w:rPr>
        <w:t>17:15  yani da'wat karo aur sabr karo.</w:t>
      </w:r>
      <w:r>
        <w:br/>
      </w:r>
      <w:r>
        <w:rPr>
          <w:sz w:val="20"/>
        </w:rPr>
        <w:t>17:18  da'wat karo aur sabr karo.</w:t>
      </w:r>
      <w:r>
        <w:br/>
      </w:r>
      <w:r>
        <w:rPr>
          <w:sz w:val="20"/>
        </w:rPr>
        <w:t>17:21  kyunke sabr ke baghair da'wat nahi.</w:t>
      </w:r>
      <w:r>
        <w:br/>
      </w:r>
      <w:r>
        <w:rPr>
          <w:sz w:val="20"/>
        </w:rPr>
        <w:t>17:25  صبر کا مطلب یہی ہے کہ accept the reality, accept the status quo.</w:t>
      </w:r>
      <w:r>
        <w:br/>
      </w:r>
      <w:r>
        <w:rPr>
          <w:sz w:val="20"/>
        </w:rPr>
        <w:t>17:28  yeh hi sabr hai.</w:t>
      </w:r>
      <w:r>
        <w:br/>
      </w:r>
      <w:r>
        <w:rPr>
          <w:sz w:val="20"/>
        </w:rPr>
        <w:t>17:31  kisi bhi situation mein ek status quo hota hai.</w:t>
      </w:r>
      <w:r>
        <w:br/>
      </w:r>
      <w:r>
        <w:rPr>
          <w:sz w:val="20"/>
        </w:rPr>
        <w:t>17:34  kisi bhi, is ki kisi bhi situation mein hamesha.</w:t>
      </w:r>
    </w:p>
    <w:p>
      <w:pPr>
        <w:pStyle w:val="Heading2"/>
      </w:pPr>
      <w:r>
        <w:t>Refuting belief Prophet saw God in the Miraj</w:t>
      </w:r>
    </w:p>
    <w:p>
      <w:r>
        <w:rPr>
          <w:color w:val="666666"/>
          <w:sz w:val="18"/>
        </w:rPr>
        <w:t>Understanding Islam (In Conversation with Maulana) June 20, 2010 Maulana Wahidudidn Khan · 4m 04s · at 34:42 · https://youtu.be/7UylaPL-iO8?t=2082</w:t>
      </w:r>
    </w:p>
    <w:p>
      <w:r>
        <w:rPr>
          <w:i/>
        </w:rPr>
        <w:t>“Yeh bilkul hi be-asas aqeeda hai keh Rasool Allah ne Allah ko dekha”</w:t>
      </w:r>
    </w:p>
    <w:p>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p>
    <w:p>
      <w:pPr>
        <w:pStyle w:val="Heading2"/>
      </w:pPr>
      <w:r>
        <w:t>Why Muslims focus on political freedom</w:t>
      </w:r>
    </w:p>
    <w:p>
      <w:r>
        <w:rPr>
          <w:color w:val="666666"/>
          <w:sz w:val="18"/>
        </w:rPr>
        <w:t>From the Spiritual Tree 20 February 2011 - Maulana Wahiduddin Khan · 4m 54s · at 17:57 · https://youtu.be/FpBLnD-xv6A?t=1077</w:t>
      </w:r>
    </w:p>
    <w:p>
      <w:r>
        <w:rPr>
          <w:i/>
        </w:rPr>
        <w:t>“Sawaal hai kyun woh log 95 par focus nahi kar rahe hain”</w:t>
      </w:r>
    </w:p>
    <w:p>
      <w:r>
        <w:rPr>
          <w:sz w:val="20"/>
        </w:rPr>
        <w:t>17:57  sawal hai kyun woh log 95 par focus nahi kar rahe hain? ek par focus kar rahe hain. political freedom ek ek hai. main muslim countries mein bar bar gaya hoon.</w:t>
      </w:r>
      <w:r>
        <w:br/>
      </w:r>
      <w:r>
        <w:rPr>
          <w:sz w:val="20"/>
        </w:rPr>
        <w:t>18:09  khoob aaraam se reh rahe the log. kisi cheez ki kami nahi thi. free education, free medical facilities, easy job.</w:t>
      </w:r>
      <w:r>
        <w:br/>
      </w:r>
      <w:r>
        <w:rPr>
          <w:sz w:val="20"/>
        </w:rPr>
        <w:t>18:19  yaani jo jis lihaaz se bhi dekhein sab aasaan tha un ko. khoob aaraam se reh rahe the. political freedom ki kami thi.</w:t>
      </w:r>
      <w:r>
        <w:br/>
      </w:r>
      <w:r>
        <w:rPr>
          <w:sz w:val="20"/>
        </w:rPr>
        <w:t>18:29  balkeh china mein political freedom nahi hai. phir bhi china taraqqi kar raha hai. political freedom koi criteria nahi hai.</w:t>
      </w:r>
      <w:r>
        <w:br/>
      </w:r>
      <w:r>
        <w:rPr>
          <w:sz w:val="20"/>
        </w:rPr>
        <w:t>18:40  asal cheez yeh hai ke aap ko khane kamane ki azaadi ho, parhne likhne ki azaadi ho, ilaaj ki azaadi ho, chalne phirne ki azaadi ho. woh sab maujood tha wahan par.</w:t>
      </w:r>
      <w:r>
        <w:br/>
      </w:r>
      <w:r>
        <w:rPr>
          <w:sz w:val="20"/>
        </w:rPr>
        <w:t>18:52  isi liye hadeeson mein bohat zyada mana kiya gaya hai khurooj se. yaani governments ke khilaaf ladai ladna.</w:t>
      </w:r>
      <w:r>
        <w:br/>
      </w:r>
      <w:r>
        <w:rPr>
          <w:sz w:val="20"/>
        </w:rPr>
        <w:t>19:04  political authority ke khilaaf hungama karna. kyun? is ka matlab kya hai? is ka matlab yeh hai ke political seat par chahe koi bhi ho, opportunities khuli rehti hain doosre maidaanon mein.</w:t>
      </w:r>
      <w:r>
        <w:br/>
      </w:r>
      <w:r>
        <w:rPr>
          <w:sz w:val="20"/>
        </w:rPr>
        <w:t>19:18  matlab education ka field, dawat ka field, business ka field, social work ka field. saare taraqqiyaat ke field khule hue hain.</w:t>
      </w:r>
      <w:r>
        <w:br/>
      </w:r>
      <w:r>
        <w:rPr>
          <w:sz w:val="20"/>
        </w:rPr>
        <w:t>19:31  to political seat par koi aur baitha hua hai to baithne dijiye is ko.</w:t>
      </w:r>
      <w:r>
        <w:br/>
      </w:r>
      <w:r>
        <w:rPr>
          <w:sz w:val="20"/>
        </w:rPr>
        <w:t>19:37  adar deen political field jo khuli hui hain opportunities us ko avail kijiye. lekin bas wohi hamein chahiye. hato to wahan se political seat se.</w:t>
      </w:r>
      <w:r>
        <w:br/>
      </w:r>
      <w:r>
        <w:rPr>
          <w:sz w:val="20"/>
        </w:rPr>
        <w:t>19:48  lekin sawal yeh hai ke woh ek hate ga, doosra aaye ga. saare log to kabhi bhi nahi baith sakte. aisa naamumkin hai ke kisi mulk ke saare log political seat pe baith jayein.</w:t>
      </w:r>
      <w:r>
        <w:br/>
      </w:r>
      <w:r>
        <w:rPr>
          <w:sz w:val="20"/>
        </w:rPr>
        <w:t>20:01  to ek kitaab chhapi hai amreeka se. kaha jata hai ke woh isi ne trigger kiya hai. isi ne is yaani popular revolution jis ko kaha jata hai us ko trigger kiya hai is ne.</w:t>
      </w:r>
      <w:r>
        <w:br/>
      </w:r>
      <w:r>
        <w:rPr>
          <w:sz w:val="20"/>
        </w:rPr>
        <w:t>20:14  woh chhapi hai 2010 mein. is ka naam hai "from dictatorship to democracy". ek amreeki scholar ne likha hai.</w:t>
      </w:r>
      <w:r>
        <w:br/>
      </w:r>
      <w:r>
        <w:rPr>
          <w:sz w:val="20"/>
        </w:rPr>
        <w:t>20:27  woh 93 pages ki kitaab hai. woh aur 24 languages mein is ka tarjuma kiya gaya hai. 24 languages.</w:t>
      </w:r>
      <w:r>
        <w:br/>
      </w:r>
      <w:r>
        <w:rPr>
          <w:sz w:val="20"/>
        </w:rPr>
        <w:t>20:38  "from dictatorship to democracy". to 24 zubanon mein. ab yeh muslim countries jo hain arab countries is mein azadi yaani is ki nahi thi ke aap akhbar nikalein apna, kitabein chhapein apni.</w:t>
      </w:r>
      <w:r>
        <w:br/>
      </w:r>
      <w:r>
        <w:rPr>
          <w:sz w:val="20"/>
        </w:rPr>
        <w:t>20:55  wahan sab government se control hota tha. yaani publishing, printing yeh sab government se control hota tha. aam logon ko ijazat nahi thi.</w:t>
      </w:r>
      <w:r>
        <w:br/>
      </w:r>
      <w:r>
        <w:rPr>
          <w:sz w:val="20"/>
        </w:rPr>
        <w:t>21:05  yeh kitaab jo hai aam tareeqe se chhap nahi sakti thi. lekin zamanah aa gaya aap jante hain ke internet ka. ab chahe woh bazaar mein kitaab ki shakal mein na bake tab bhi aap ko ghar mein maujood hai internet par.</w:t>
      </w:r>
      <w:r>
        <w:br/>
      </w:r>
      <w:r>
        <w:rPr>
          <w:sz w:val="20"/>
        </w:rPr>
        <w:t>21:23  to unhon ne 24 zubanon mein is kitaab ko internet par upload kar diya. 93 pages ki is kitaab ko.</w:t>
      </w:r>
      <w:r>
        <w:br/>
      </w:r>
      <w:r>
        <w:rPr>
          <w:sz w:val="20"/>
        </w:rPr>
        <w:t>21:34  is ka title tha "from dictatorship to democracy". kaha jata hai isi kitaab ne trigger kiya. main kehta hoon ke is kitaab ne trigger kiya to khud quran ne kyun trigger nahi kiya?</w:t>
      </w:r>
      <w:r>
        <w:br/>
      </w:r>
      <w:r>
        <w:rPr>
          <w:sz w:val="20"/>
        </w:rPr>
        <w:t>21:50  yeh bhi sawal hai na? quran bhi maujood tha un ke paas. is mein likha hua tha "al sulh khair". is ka matlab hai "from violence to peace".</w:t>
      </w:r>
      <w:r>
        <w:br/>
      </w:r>
      <w:r>
        <w:rPr>
          <w:sz w:val="20"/>
        </w:rPr>
        <w:t>22:01  to "from dictatorship to democracy" aur trigger kar diya un ko. aur doosri jo maujood tha un ke paas quran ki shakal mein, hadith ki shakal mein, sunnat rasool ki shakal mein.</w:t>
      </w:r>
      <w:r>
        <w:br/>
      </w:r>
      <w:r>
        <w:rPr>
          <w:sz w:val="20"/>
        </w:rPr>
        <w:t>22:14  "from violence to peace". is ko trigger kyun nahi kiya? yaani matlab yeh tha ke tum ko sab kuch mila hua hai to da'wati kaam karo.</w:t>
      </w:r>
      <w:r>
        <w:br/>
      </w:r>
      <w:r>
        <w:rPr>
          <w:sz w:val="20"/>
        </w:rPr>
        <w:t>22:27  education mein jao. social reform karo. society ko acha banao. yeh sab kaam karo.</w:t>
      </w:r>
      <w:r>
        <w:br/>
      </w:r>
      <w:r>
        <w:rPr>
          <w:sz w:val="20"/>
        </w:rPr>
        <w:t>22:39  yeh sab chhod kar ke bas political opposition, political revolt, anti authority hangame phir kyun chale gaye?</w:t>
      </w:r>
    </w:p>
    <w:p>
      <w:pPr>
        <w:pStyle w:val="Heading2"/>
      </w:pPr>
      <w:r>
        <w:t>Difference between God's rope and human favor</w:t>
      </w:r>
    </w:p>
    <w:p>
      <w:r>
        <w:rPr>
          <w:color w:val="666666"/>
          <w:sz w:val="18"/>
        </w:rPr>
        <w:t>Power of Peace June 6, 2010 Maulana Wahiduddin Khan · 2m 15s · at 1:51:26 · https://youtu.be/QNnouRoYI38?t=6686</w:t>
      </w:r>
    </w:p>
    <w:p>
      <w:r>
        <w:rPr>
          <w:i/>
        </w:rPr>
        <w:t>“Hablallah ke maane hote hain Allah ki rassi”</w:t>
      </w:r>
    </w:p>
    <w:p>
      <w:r>
        <w:rPr>
          <w:sz w:val="20"/>
        </w:rPr>
        <w:t>1:51:26  Aap dunya ke bloosher banen. Dunya ke andar aap ek giver member ban kar zindagi guzaren waghera. To aap ko ek darja</w:t>
      </w:r>
      <w:r>
        <w:br/>
      </w:r>
      <w:r>
        <w:rPr>
          <w:sz w:val="20"/>
        </w:rPr>
        <w:t>1:51:36  milta hai. Yeh law of nature, yani yeh hai divine law. Aaj kal musalmanon ko to hablullah nahi mila hua hai.</w:t>
      </w:r>
      <w:r>
        <w:br/>
      </w:r>
      <w:r>
        <w:rPr>
          <w:sz w:val="20"/>
        </w:rPr>
        <w:t>1:51:45  Ab jo hota hai, woh insaan ke upar hota hai. Jaise abhi kal parson yahan par jo muzahira hua tha, woh sara tha woh human rights ko le kar ke.</w:t>
      </w:r>
      <w:r>
        <w:br/>
      </w:r>
      <w:r>
        <w:rPr>
          <w:sz w:val="20"/>
        </w:rPr>
        <w:t>1:51:56  Yani human rights se in ko mil raha hai mandate. Khuda se nahi mil raha hai.</w:t>
      </w:r>
      <w:r>
        <w:br/>
      </w:r>
      <w:r>
        <w:rPr>
          <w:sz w:val="20"/>
        </w:rPr>
        <w:t>1:52:03  To ek hai Khuda ke diye hue qanoon, Khuda ki sunnat Allah ki buniyad par aap kuch kar rahe hon, us se kuch mil raha ho aap ko. To woh to mili nahi raha musalmanon ko.</w:t>
      </w:r>
      <w:r>
        <w:br/>
      </w:r>
      <w:r>
        <w:rPr>
          <w:sz w:val="20"/>
        </w:rPr>
        <w:t>1:52:12  Woh sirf political partiyon ka saath le kar ke ya woh human rights ka naam le kar ke yeh sab shor shar hangamay ho rahe hain.</w:t>
      </w:r>
      <w:r>
        <w:br/>
      </w:r>
      <w:r>
        <w:rPr>
          <w:sz w:val="20"/>
        </w:rPr>
        <w:t>1:52:25  To main to samajhta hoon is waqt jo musalman hain, shayad dunya mein woh hablunnas par hain, woh hablullah par nahi hain. Hablullah par hotay to yeh halatain hi hoti hain in ki.</w:t>
      </w:r>
      <w:r>
        <w:br/>
      </w:r>
      <w:r>
        <w:rPr>
          <w:sz w:val="20"/>
        </w:rPr>
        <w:t>1:52:35  Saray musalman main samajhta hoon ke hablunnas par hain is waqt. Yani insanon ne jo norm muqarrar kiya hai, insaan ek ek hai divine norm. Divine norm par aap kharay hon to woh hablullah par kharay hue aap.</w:t>
      </w:r>
      <w:r>
        <w:br/>
      </w:r>
      <w:r>
        <w:rPr>
          <w:sz w:val="20"/>
        </w:rPr>
        <w:t>1:52:47  Aur jo human norm hai, us par kh</w:t>
      </w:r>
      <w:r>
        <w:br/>
      </w:r>
      <w:r>
        <w:rPr>
          <w:sz w:val="20"/>
        </w:rPr>
        <w:t>1:52:50  ray hon. Jaise ke United Nations ka jo qanoon hai ya human rights ka jo mamla hai aur jo qanoon hain aur jo partiyan hain, un ka favor milta hai kisi ko.</w:t>
      </w:r>
      <w:r>
        <w:br/>
      </w:r>
      <w:r>
        <w:rPr>
          <w:sz w:val="20"/>
        </w:rPr>
        <w:t>1:53:03  Inhi sab cheezon par kharay hotay hain aap. Yani to isi ko main yani human norm kehta hoon. To woh hablunnas hai woh.</w:t>
      </w:r>
      <w:r>
        <w:br/>
      </w:r>
      <w:r>
        <w:rPr>
          <w:sz w:val="20"/>
        </w:rPr>
        <w:t>1:53:12  To aaj kal to main yahi chahta hoon, samajhta hoon musalmanon ko hablunnas mila hua hai, hablullah nahi mila hua.</w:t>
      </w:r>
    </w:p>
    <w:p>
      <w:pPr>
        <w:pStyle w:val="Heading2"/>
      </w:pPr>
      <w:r>
        <w:t>Full teaching on sincere repentance and modesty</w:t>
      </w:r>
    </w:p>
    <w:p>
      <w:r>
        <w:rPr>
          <w:color w:val="666666"/>
          <w:sz w:val="18"/>
        </w:rPr>
        <w:t>The Quran 11 90 CPS Women Weekly Discussion 32 December 10, 2023 · 5m 54s · at 1:59 · https://youtu.be/GB7dNbRkNI4?t=119</w:t>
      </w:r>
    </w:p>
    <w:p>
      <w:r>
        <w:rPr>
          <w:i/>
        </w:rPr>
        <w:t>“एक मोमिन जब सच्चे दिल से अल्लाह से तोबा करता है”</w:t>
      </w:r>
    </w:p>
    <w:p>
      <w:r>
        <w:rPr>
          <w:sz w:val="20"/>
        </w:rPr>
        <w:t>1:59  ek momin jab sachche dil se Allah se toba karta hai, apni ghaltiyon ki maafi mangta hai, to Allah us us insaan ko apni rehmaten khaas mil leta hai. Isi liye ek sacchi toba insaan ki zindagi badal deti hai. Yeh ehsaas, yeh regret ke maine bahut badi ghalti ki hai. Usko repentance kehne ka isko kehte hain matlab pachtawa kehte hain.</w:t>
      </w:r>
      <w:r>
        <w:br/>
      </w:r>
      <w:r>
        <w:rPr>
          <w:sz w:val="20"/>
        </w:rPr>
        <w:t>2:27  quran mein tobay nasooh ke bare mein bataya gaya hai.</w:t>
      </w:r>
      <w:r>
        <w:br/>
      </w:r>
      <w:r>
        <w:rPr>
          <w:sz w:val="20"/>
        </w:rPr>
        <w:t>2:38  hum bola na wahiduddin sahib kehte hain tobay nasooh yani sachchi toba insan ki soch ka rukh</w:t>
      </w:r>
      <w:r>
        <w:br/>
      </w:r>
      <w:r>
        <w:rPr>
          <w:sz w:val="20"/>
        </w:rPr>
        <w:t>2:49  badal deti yani bolne aur amal mein bahut zyada apne ko pabind rakhta hai.</w:t>
      </w:r>
      <w:r>
        <w:br/>
      </w:r>
      <w:r>
        <w:rPr>
          <w:sz w:val="20"/>
        </w:rPr>
        <w:t>3:01  insaan ka aakhirat se nidar ho. Jaise bahut sare insaan hote hain. Aakhirat se nidar ho gaye, zindagi guzarte hain.</w:t>
      </w:r>
      <w:r>
        <w:br/>
      </w:r>
      <w:r>
        <w:rPr>
          <w:sz w:val="20"/>
        </w:rPr>
        <w:t>3:25  aksar aisa hota hai ke kisi insaan ke muqable mein ek insaan se ghalti hoti hai to insaan apna apni jo ghalti manne ko tayyar nahi hota. Bahut kam log hote hain jo foreign apni ghalti ko mante hain. Zyada tar log ghalti mante nahi hain, itraaf nahi karte kyunke apne ego ki wajah se ya phir majboora na maafi mangkar baat ko khatm kar diya jata hai. To iska matlab insaan ke andar ghalti ka pachtawa nahi hai.</w:t>
      </w:r>
      <w:r>
        <w:br/>
      </w:r>
      <w:r>
        <w:rPr>
          <w:sz w:val="20"/>
        </w:rPr>
        <w:t>3:54  agar aisa kar raha hai insaan ke woh majbooran ghalti maan raha hai, ehsaas nahi hai, Khuda ka dar nahi hai. To Maulana sahib ne bahut hi aala tareeqe se is baat ko hamein bataya hai ke insaan sirf zuban se maafi mangkar ya sirf itraaf karke baat ko yeh matlab yeh na samjhe ke khatm ho gayi hai. Yeh to karna hi hai.</w:t>
      </w:r>
      <w:r>
        <w:br/>
      </w:r>
      <w:r>
        <w:rPr>
          <w:sz w:val="20"/>
        </w:rPr>
        <w:t>4:19  insaan ka aala character yeh hona chahiye ke woh apni jo woh matlab ke woh agar usne kisi ka dil dukhaya hai apni zuban se ya kisi tareeqe se, to uske baad woh us insaan ke sath apni jo hai apna connection mazboot kare, apni mohabbat ka rishta badhane ki koshish kare. Uske liye aur acha kaam kare, uski madad kare, uski fikr kare.</w:t>
      </w:r>
      <w:r>
        <w:br/>
      </w:r>
      <w:r>
        <w:rPr>
          <w:sz w:val="20"/>
        </w:rPr>
        <w:t>4:44  taake uska dil jo hai us se jo bhi takleef hui ho, uske dil par jo dhabba lag gaya ho uski taraf se jo takleef hui ho to usko woh woh uski mohabbat aur uska fikr jo hai usko saaf kar dein. Us se uska dil saaf ho jaye.</w:t>
      </w:r>
      <w:r>
        <w:br/>
      </w:r>
      <w:r>
        <w:rPr>
          <w:sz w:val="20"/>
        </w:rPr>
        <w:t>5:03  to iska matlab hua ke insaan ke mamle mein bhi ghalti ho jaane ke baad ek insaan ko shiddat se pachtawa hona aur itraaf karna yeh insaan ki khud ki zaroorat hai taake farishton ke jo record hain, farishte jo record banate hain uska naam us mein likha ja sake ke woh ek modest insaan hai. Zaroori hota hai ke hum apna itraaf karen, uske sath woh karen.</w:t>
      </w:r>
      <w:r>
        <w:br/>
      </w:r>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r>
        <w:br/>
      </w:r>
      <w:r>
        <w:rPr>
          <w:sz w:val="20"/>
        </w:rPr>
        <w:t>6:21  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r>
        <w:br/>
      </w:r>
      <w:r>
        <w:rPr>
          <w:sz w:val="20"/>
        </w:rPr>
        <w:t>6:50  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r>
        <w:br/>
      </w:r>
      <w:r>
        <w:rPr>
          <w:sz w:val="20"/>
        </w:rPr>
        <w:t>7:17  to is tarah yeh kehna ki main galti par tha jabki woh galti par na bhi ho to</w:t>
      </w:r>
      <w:r>
        <w:br/>
      </w:r>
      <w:r>
        <w:rPr>
          <w:sz w:val="20"/>
        </w:rPr>
        <w:t>7:24  momin ko farishton ki sohbat milti hai aur khud ko khuda ke aage jhukna, jhukakar momin ko taskeen</w:t>
      </w:r>
      <w:r>
        <w:br/>
      </w:r>
      <w:r>
        <w:rPr>
          <w:sz w:val="20"/>
        </w:rPr>
        <w:t>7:31  milti hai, satisfied ho jata hai, rehta hai woh aur jo insan apni galti ka aitraaf nahi kar</w:t>
      </w:r>
      <w:r>
        <w:br/>
      </w:r>
      <w:r>
        <w:rPr>
          <w:sz w:val="20"/>
        </w:rPr>
        <w:t>7:38  pata woh farishton se door ho jata hai aur woh sirf apne sarkishi ko sarkish jo hota hai</w:t>
      </w:r>
      <w:r>
        <w:br/>
      </w:r>
      <w:r>
        <w:rPr>
          <w:sz w:val="20"/>
        </w:rPr>
        <w:t>7:45  ego ke jazbat ko taskeen kar leta hai, satisfied kar leta hai.</w:t>
      </w:r>
      <w:r>
        <w:br/>
      </w:r>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pStyle w:val="Heading2"/>
      </w:pPr>
      <w:r>
        <w:t>Focus on one missing item causes ruin</w:t>
      </w:r>
    </w:p>
    <w:p>
      <w:r>
        <w:rPr>
          <w:color w:val="666666"/>
          <w:sz w:val="18"/>
        </w:rPr>
        <w:t>An Intellectual journey 1 May 2011 - Maulana Wahiduddin Khan · 52s · at 21:20 · https://youtu.be/lnfjC7x_s2A?t=1280</w:t>
      </w:r>
    </w:p>
    <w:p>
      <w:r>
        <w:rPr>
          <w:i/>
        </w:rPr>
        <w:t>“Har aadmi ko 99 items blessings mile hue hain”</w:t>
      </w:r>
    </w:p>
    <w:p>
      <w:r>
        <w:rPr>
          <w:sz w:val="20"/>
        </w:rPr>
        <w:t>21:20  to maine kaha ke dekhein is mein kya sabak hai? sabak yeh hai ke har aadmi, har aadmi, har aadmi ko 99 item mile hue hain.</w:t>
      </w:r>
      <w:r>
        <w:br/>
      </w:r>
      <w:r>
        <w:rPr>
          <w:sz w:val="20"/>
        </w:rPr>
        <w:t>21:33  koi bhi aisa nahi hai jis ke jis ko</w:t>
      </w:r>
      <w:r>
        <w:br/>
      </w:r>
      <w:r>
        <w:rPr>
          <w:sz w:val="20"/>
        </w:rPr>
        <w:t>21:39  99 item blessing ke na mile hue hon. lekin kis koi na koi ek item us ko nahi mila hua hota hai. woh har ek ko, chahe woh president ho, chahe king ho, chahe koi baldi aadmi ho, ek item to miss karega.</w:t>
      </w:r>
      <w:r>
        <w:br/>
      </w:r>
      <w:r>
        <w:rPr>
          <w:sz w:val="20"/>
        </w:rPr>
        <w:t>21:53  har ek ko</w:t>
      </w:r>
      <w:r>
        <w:br/>
      </w:r>
      <w:r>
        <w:rPr>
          <w:sz w:val="20"/>
        </w:rPr>
        <w:t>21:55  phir bhi jannat mili thi un ko, yaani adam ko, phir bhi ek item, ek item miss kar raha tha.</w:t>
      </w:r>
      <w:r>
        <w:br/>
      </w:r>
      <w:r>
        <w:rPr>
          <w:sz w:val="20"/>
        </w:rPr>
        <w:t>22:04  yaani poore poore jannat un ko de di gayi thi jo hazaron empire se bari thi woh.</w:t>
      </w:r>
    </w:p>
    <w:p>
      <w:pPr>
        <w:pStyle w:val="Heading2"/>
      </w:pPr>
      <w:r>
        <w:t>Justice is to follow not to establish system</w:t>
      </w:r>
    </w:p>
    <w:p>
      <w:r>
        <w:rPr>
          <w:color w:val="666666"/>
          <w:sz w:val="18"/>
        </w:rPr>
        <w:t>Speaking Truth (In conversation with Maulan) · 4m 47s · at 31:41 · https://youtu.be/Fi3Z0-JgBac?t=1901</w:t>
      </w:r>
    </w:p>
    <w:p>
      <w:r>
        <w:rPr>
          <w:i/>
        </w:rPr>
        <w:t>“Dekhiye, system ko establish karna yeh hamari zimmedari nahi hai”</w:t>
      </w:r>
    </w:p>
    <w:p>
      <w:r>
        <w:rPr>
          <w:sz w:val="20"/>
        </w:rPr>
        <w:t>31:41  Dekhiye, system ko establish karna yeh hamari zimmedari nahi hai. Justice ko follow karna zimmedari hai. Yeh bahut badi fallacy hai. Quran mein hai, dekhiye, Surah Hadeed mein ki</w:t>
      </w:r>
      <w:r>
        <w:br/>
      </w:r>
      <w:r>
        <w:rPr>
          <w:sz w:val="20"/>
        </w:rPr>
        <w:t>32:00  ke inna arsalna</w:t>
      </w:r>
      <w:r>
        <w:br/>
      </w:r>
      <w:r>
        <w:rPr>
          <w:sz w:val="20"/>
        </w:rPr>
        <w:t>32:03  rasoolana bil bainat</w:t>
      </w:r>
      <w:r>
        <w:br/>
      </w:r>
      <w:r>
        <w:rPr>
          <w:sz w:val="20"/>
        </w:rPr>
        <w:t>32:06  wa anzalna mahu bil kitab wa bil mizan le taqumat nasu bil qist.</w:t>
      </w:r>
      <w:r>
        <w:br/>
      </w:r>
      <w:r>
        <w:rPr>
          <w:sz w:val="20"/>
        </w:rPr>
        <w:t>32:13  le taqumat nasu bil qist.</w:t>
      </w:r>
      <w:r>
        <w:br/>
      </w:r>
      <w:r>
        <w:rPr>
          <w:sz w:val="20"/>
        </w:rPr>
        <w:t>32:18  so that so that people follow the principle of justice.</w:t>
      </w:r>
      <w:r>
        <w:br/>
      </w:r>
      <w:r>
        <w:rPr>
          <w:sz w:val="20"/>
        </w:rPr>
        <w:t>32:24  yahan establish ki baat nahi hai.</w:t>
      </w:r>
      <w:r>
        <w:br/>
      </w:r>
      <w:r>
        <w:rPr>
          <w:sz w:val="20"/>
        </w:rPr>
        <w:t>32:27  le taqumat nasu bil qist.</w:t>
      </w:r>
      <w:r>
        <w:br/>
      </w:r>
      <w:r>
        <w:rPr>
          <w:sz w:val="20"/>
        </w:rPr>
        <w:t>32:29  taake log follow karen qist ko.</w:t>
      </w:r>
      <w:r>
        <w:br/>
      </w:r>
      <w:r>
        <w:rPr>
          <w:sz w:val="20"/>
        </w:rPr>
        <w:t>32:33  yeh bohat bari fallacy hai ke ayat mein to yeh hai ke follow karna aur usko bana diya</w:t>
      </w:r>
      <w:r>
        <w:br/>
      </w:r>
      <w:r>
        <w:rPr>
          <w:sz w:val="20"/>
        </w:rPr>
        <w:t>32:39  kya establish karna.</w:t>
      </w:r>
      <w:r>
        <w:br/>
      </w:r>
      <w:r>
        <w:rPr>
          <w:sz w:val="20"/>
        </w:rPr>
        <w:t>32:42  yeh bohat bari fallacy hai jo aajkal kuch logon ne paida kar rakhi hai.</w:t>
      </w:r>
      <w:r>
        <w:br/>
      </w:r>
      <w:r>
        <w:rPr>
          <w:sz w:val="20"/>
        </w:rPr>
        <w:t>32:46  to khuda ne justice ke principle bataye</w:t>
      </w:r>
      <w:r>
        <w:br/>
      </w:r>
      <w:r>
        <w:rPr>
          <w:sz w:val="20"/>
        </w:rPr>
        <w:t>32:51  quran mein. rasoolullah ne hadisen batayi.</w:t>
      </w:r>
      <w:r>
        <w:br/>
      </w:r>
      <w:r>
        <w:rPr>
          <w:sz w:val="20"/>
        </w:rPr>
        <w:t>32:54  woh is liye hain ke hum unhein follow karen.</w:t>
      </w:r>
      <w:r>
        <w:br/>
      </w:r>
      <w:r>
        <w:rPr>
          <w:sz w:val="20"/>
        </w:rPr>
        <w:t>32:57  na yeh ke naafiz karen.</w:t>
      </w:r>
      <w:r>
        <w:br/>
      </w:r>
      <w:r>
        <w:rPr>
          <w:sz w:val="20"/>
        </w:rPr>
        <w:t>32:59  hukumatun se laren.</w:t>
      </w:r>
      <w:r>
        <w:br/>
      </w:r>
      <w:r>
        <w:rPr>
          <w:sz w:val="20"/>
        </w:rPr>
        <w:t>33:01  sangharsh chalayen. takrayen.</w:t>
      </w:r>
      <w:r>
        <w:br/>
      </w:r>
      <w:r>
        <w:rPr>
          <w:sz w:val="20"/>
        </w:rPr>
        <w:t>33:03  yeh sab bila shubah haram hai.</w:t>
      </w:r>
      <w:r>
        <w:br/>
      </w:r>
      <w:r>
        <w:rPr>
          <w:sz w:val="20"/>
        </w:rPr>
        <w:t>33:06  ab dekhiye, follow karne ki baat jo hai yeh hoti hai according to the situation.</w:t>
      </w:r>
      <w:r>
        <w:br/>
      </w:r>
      <w:r>
        <w:rPr>
          <w:sz w:val="20"/>
        </w:rPr>
        <w:t>33:13  follow karna jo hai woh</w:t>
      </w:r>
      <w:r>
        <w:br/>
      </w:r>
      <w:r>
        <w:rPr>
          <w:sz w:val="20"/>
        </w:rPr>
        <w:t>33:15  according to the situation.</w:t>
      </w:r>
      <w:r>
        <w:br/>
      </w:r>
      <w:r>
        <w:rPr>
          <w:sz w:val="20"/>
        </w:rPr>
        <w:t>33:17  quran mein hai ke istqullah mastata tum.</w:t>
      </w:r>
      <w:r>
        <w:br/>
      </w:r>
      <w:r>
        <w:rPr>
          <w:sz w:val="20"/>
        </w:rPr>
        <w:t>33:21  jaisi situation waisa follow karo tum.</w:t>
      </w:r>
      <w:r>
        <w:br/>
      </w:r>
      <w:r>
        <w:rPr>
          <w:sz w:val="20"/>
        </w:rPr>
        <w:t>33:25  to</w:t>
      </w:r>
      <w:r>
        <w:br/>
      </w:r>
      <w:r>
        <w:rPr>
          <w:sz w:val="20"/>
        </w:rPr>
        <w:t>33:25  agar hum kahin akele hain,</w:t>
      </w:r>
      <w:r>
        <w:br/>
      </w:r>
      <w:r>
        <w:rPr>
          <w:sz w:val="20"/>
        </w:rPr>
        <w:t>33:28  to hum akele jo samajh mein aayega uske mutabiq hum justice par chalenge.</w:t>
      </w:r>
      <w:r>
        <w:br/>
      </w:r>
      <w:r>
        <w:rPr>
          <w:sz w:val="20"/>
        </w:rPr>
        <w:t>33:34  agar kahin hamara ek samaj hai jaise India hai, to India mein hamari kabhi bhi yeh nahi zimmedari</w:t>
      </w:r>
      <w:r>
        <w:br/>
      </w:r>
      <w:r>
        <w:rPr>
          <w:sz w:val="20"/>
        </w:rPr>
        <w:t>33:40  ke hum yahan ki hukoomaton se takraen.</w:t>
      </w:r>
      <w:r>
        <w:br/>
      </w:r>
      <w:r>
        <w:rPr>
          <w:sz w:val="20"/>
        </w:rPr>
        <w:t>33:42  aur yahan par kahin ke humko justice yahan par establish karna hai.</w:t>
      </w:r>
      <w:r>
        <w:br/>
      </w:r>
      <w:r>
        <w:rPr>
          <w:sz w:val="20"/>
        </w:rPr>
        <w:t>33:45  yeh jhoothi politics hai.</w:t>
      </w:r>
      <w:r>
        <w:br/>
      </w:r>
      <w:r>
        <w:rPr>
          <w:sz w:val="20"/>
        </w:rPr>
        <w:t>33:47  nahi. India mein madarse hain, wahan ulma hain, taulifta hain.</w:t>
      </w:r>
      <w:r>
        <w:br/>
      </w:r>
      <w:r>
        <w:rPr>
          <w:sz w:val="20"/>
        </w:rPr>
        <w:t>33:54  to hamein yeh karna chahiye ke pehle hum quran padh kar ke jaane ke khuda ne hukam kya diya</w:t>
      </w:r>
      <w:r>
        <w:br/>
      </w:r>
      <w:r>
        <w:rPr>
          <w:sz w:val="20"/>
        </w:rPr>
        <w:t>34:00  hai. to usko hum follow karen.</w:t>
      </w:r>
      <w:r>
        <w:br/>
      </w:r>
      <w:r>
        <w:rPr>
          <w:sz w:val="20"/>
        </w:rPr>
        <w:t>34:04  samajh mein nahi aata hai to ulma ko refer karen.</w:t>
      </w:r>
      <w:r>
        <w:br/>
      </w:r>
      <w:r>
        <w:rPr>
          <w:sz w:val="20"/>
        </w:rPr>
        <w:t>34:07  taulifta ko refer karen.</w:t>
      </w:r>
      <w:r>
        <w:br/>
      </w:r>
      <w:r>
        <w:rPr>
          <w:sz w:val="20"/>
        </w:rPr>
        <w:t>34:08  woh jo batayen usko follow karen.</w:t>
      </w:r>
      <w:r>
        <w:br/>
      </w:r>
      <w:r>
        <w:rPr>
          <w:sz w:val="20"/>
        </w:rPr>
        <w:t>34:12  yaad</w:t>
      </w:r>
      <w:r>
        <w:br/>
      </w:r>
      <w:r>
        <w:rPr>
          <w:sz w:val="20"/>
        </w:rPr>
        <w:t>34:12  rakhiye, asal cheez yeh hai ke maine apni aazadi ke sath kya kiya.</w:t>
      </w:r>
      <w:r>
        <w:br/>
      </w:r>
      <w:r>
        <w:rPr>
          <w:sz w:val="20"/>
        </w:rPr>
        <w:t>34:17  yeh nahi ke system ek impose kar diya gaya to main aisa karna pada mujhe.</w:t>
      </w:r>
      <w:r>
        <w:br/>
      </w:r>
      <w:r>
        <w:rPr>
          <w:sz w:val="20"/>
        </w:rPr>
        <w:t>34:21  isme koi reward nahi hai.</w:t>
      </w:r>
      <w:r>
        <w:br/>
      </w:r>
      <w:r>
        <w:rPr>
          <w:sz w:val="20"/>
        </w:rPr>
        <w:t>34:25  yani system ek ban jaye usme aap impose karen logon ke upar justice.</w:t>
      </w:r>
      <w:r>
        <w:br/>
      </w:r>
      <w:r>
        <w:rPr>
          <w:sz w:val="20"/>
        </w:rPr>
        <w:t>34:29  to iska koi bhi reward nahi hai.</w:t>
      </w:r>
      <w:r>
        <w:br/>
      </w:r>
      <w:r>
        <w:rPr>
          <w:sz w:val="20"/>
        </w:rPr>
        <w:t>34:32  reward us par hai jo maine apni aazadi se</w:t>
      </w:r>
      <w:r>
        <w:br/>
      </w:r>
      <w:r>
        <w:rPr>
          <w:sz w:val="20"/>
        </w:rPr>
        <w:t>34:36  kiya ho. isi liye hai ke le yakoomat nasu bil qist.</w:t>
      </w:r>
      <w:r>
        <w:br/>
      </w:r>
      <w:r>
        <w:rPr>
          <w:sz w:val="20"/>
        </w:rPr>
        <w:t>34:41  ke khuda ne justice ke principle bataye paighambaron ke zariye se.</w:t>
      </w:r>
      <w:r>
        <w:br/>
      </w:r>
      <w:r>
        <w:rPr>
          <w:sz w:val="20"/>
        </w:rPr>
        <w:t>34:47  kyun?</w:t>
      </w:r>
      <w:r>
        <w:br/>
      </w:r>
      <w:r>
        <w:rPr>
          <w:sz w:val="20"/>
        </w:rPr>
        <w:t>34:48  taake log justice ko follow karen.</w:t>
      </w:r>
      <w:r>
        <w:br/>
      </w:r>
      <w:r>
        <w:rPr>
          <w:sz w:val="20"/>
        </w:rPr>
        <w:t>34:51  yani apni aazadi se, apne choice se follow karen.</w:t>
      </w:r>
      <w:r>
        <w:br/>
      </w:r>
      <w:r>
        <w:rPr>
          <w:sz w:val="20"/>
        </w:rPr>
        <w:t>34:57  तो according to the situation ہوگا।</w:t>
      </w:r>
      <w:r>
        <w:br/>
      </w:r>
      <w:r>
        <w:rPr>
          <w:sz w:val="20"/>
        </w:rPr>
        <w:t>35:00  aam agar aadmi akela hai to akela follow karega.</w:t>
      </w:r>
      <w:r>
        <w:br/>
      </w:r>
      <w:r>
        <w:rPr>
          <w:sz w:val="20"/>
        </w:rPr>
        <w:t>35:03  samaj hai to samaj mein jaise india mein hum ulma ke advice lekar follow karein.</w:t>
      </w:r>
      <w:r>
        <w:br/>
      </w:r>
      <w:r>
        <w:rPr>
          <w:sz w:val="20"/>
        </w:rPr>
        <w:t>35:11  agar kahin aisa hai ke wahan par aapki</w:t>
      </w:r>
      <w:r>
        <w:br/>
      </w:r>
      <w:r>
        <w:rPr>
          <w:sz w:val="20"/>
        </w:rPr>
        <w:t>35:15  government hai to wahan government bhi usko follow karegi.</w:t>
      </w:r>
      <w:r>
        <w:br/>
      </w:r>
      <w:r>
        <w:rPr>
          <w:sz w:val="20"/>
        </w:rPr>
        <w:t>35:21  to according to the situation yeh hukam hai.</w:t>
      </w:r>
      <w:r>
        <w:br/>
      </w:r>
      <w:r>
        <w:rPr>
          <w:sz w:val="20"/>
        </w:rPr>
        <w:t>35:23  na ke ek absolute aisa koi khuda ne nahi hukam de diya ke system ko tod tod karke</w:t>
      </w:r>
      <w:r>
        <w:br/>
      </w:r>
      <w:r>
        <w:rPr>
          <w:sz w:val="20"/>
        </w:rPr>
        <w:t>35:30  har jagah justice qaim karo.</w:t>
      </w:r>
      <w:r>
        <w:br/>
      </w:r>
      <w:r>
        <w:rPr>
          <w:sz w:val="20"/>
        </w:rPr>
        <w:t>35:32  yeh jhootha nazariya hai.</w:t>
      </w:r>
      <w:r>
        <w:br/>
      </w:r>
      <w:r>
        <w:rPr>
          <w:sz w:val="20"/>
        </w:rPr>
        <w:t>35:33  aur bila</w:t>
      </w:r>
      <w:r>
        <w:br/>
      </w:r>
      <w:r>
        <w:rPr>
          <w:sz w:val="20"/>
        </w:rPr>
        <w:t>35:34  shubah main isko haram samajhta hoon aisi politics ko. Iska Quran Hadees se koi talluq nahi hai. Follow karna justice ko yeh hai Islam. Na ki justice ko impose karna. Justice ko establish karna woh Islam nahi hai. Woh to woh hai. Woh to woh hai kya kehte hain usko.</w:t>
      </w:r>
      <w:r>
        <w:br/>
      </w:r>
      <w:r>
        <w:rPr>
          <w:sz w:val="20"/>
        </w:rPr>
        <w:t>35:52  Fasad hai woh. Kai Muslim countries mein sab ho raha hai. Magar lad rahe hain log justice kayam karne ke liye. Pakistan mein, Sudan mein,</w:t>
      </w:r>
      <w:r>
        <w:br/>
      </w:r>
      <w:r>
        <w:rPr>
          <w:sz w:val="20"/>
        </w:rPr>
        <w:t>36:06  aur Egypt mein, aur Syria mein har jagah. Takhriban har Muslim country mein. Aur kya ho raha hai?</w:t>
      </w:r>
      <w:r>
        <w:br/>
      </w:r>
      <w:r>
        <w:rPr>
          <w:sz w:val="20"/>
        </w:rPr>
        <w:t>36:14  Aapas mein maar rahe hain. Aapas mein kaat rahe hain. Yaani masjidon mein bomb chal rahe hain. Maqbaron mein bomb chal rahe hain. Madarson mein goliyan chal rahi hain. Yeh koi justice hai?</w:t>
      </w:r>
    </w:p>
    <w:p>
      <w:pPr>
        <w:pStyle w:val="Heading2"/>
      </w:pPr>
      <w:r>
        <w:t>Peaceful method yields better results</w:t>
      </w:r>
    </w:p>
    <w:p>
      <w:r>
        <w:rPr>
          <w:color w:val="666666"/>
          <w:sz w:val="18"/>
        </w:rPr>
        <w:t>Moral Values in Islam 10 July, 2008 - Maulana Wahiduddin Khan · 1m 31s · at 30:16 · https://youtu.be/IdBtIDNiLUg?t=1816</w:t>
      </w:r>
    </w:p>
    <w:p>
      <w:r>
        <w:rPr>
          <w:i/>
        </w:rPr>
        <w:t>“When you compare violent method and peaceful method.”</w:t>
      </w:r>
    </w:p>
    <w:p>
      <w:r>
        <w:rPr>
          <w:sz w:val="20"/>
        </w:rPr>
        <w:t>30:16  when you compare violent method and peaceful method, you will find that peaceful method yields positive result and violent method yields negative result.</w:t>
      </w:r>
      <w:r>
        <w:br/>
      </w:r>
      <w:r>
        <w:rPr>
          <w:sz w:val="20"/>
        </w:rPr>
        <w:t>30:35  this mention in a hadith,</w:t>
      </w:r>
      <w:r>
        <w:br/>
      </w:r>
      <w:r>
        <w:rPr>
          <w:sz w:val="20"/>
        </w:rPr>
        <w:t>30:41  this is mentioned in a hadith.</w:t>
      </w:r>
      <w:r>
        <w:br/>
      </w:r>
      <w:r>
        <w:rPr>
          <w:sz w:val="20"/>
        </w:rPr>
        <w:t>30:43  the prophet of islam has said: "inna allaha yu'ti al-riq ma la yu'ti al-'unf".</w:t>
      </w:r>
      <w:r>
        <w:br/>
      </w:r>
      <w:r>
        <w:rPr>
          <w:sz w:val="20"/>
        </w:rPr>
        <w:t>30:58  it means that god grants to non-violence what he does not grant to violence.</w:t>
      </w:r>
      <w:r>
        <w:br/>
      </w:r>
      <w:r>
        <w:rPr>
          <w:sz w:val="20"/>
        </w:rPr>
        <w:t>31:15  it means that peaceful method is far more effective than the violent method. interpret result</w:t>
      </w:r>
      <w:r>
        <w:br/>
      </w:r>
      <w:r>
        <w:rPr>
          <w:sz w:val="20"/>
        </w:rPr>
        <w:t>31:27  peaceful method is better than the violent method</w:t>
      </w:r>
      <w:r>
        <w:br/>
      </w:r>
      <w:r>
        <w:rPr>
          <w:sz w:val="20"/>
        </w:rPr>
        <w:t>31:39  when you judge the both in terms of result.</w:t>
      </w:r>
    </w:p>
    <w:p>
      <w:pPr>
        <w:pStyle w:val="Heading2"/>
      </w:pPr>
      <w:r>
        <w:t>Nature worship then vs entertainment now</w:t>
      </w:r>
    </w:p>
    <w:p>
      <w:r>
        <w:rPr>
          <w:color w:val="666666"/>
          <w:sz w:val="18"/>
        </w:rPr>
        <w:t>Ancient Shirk or Modern Shirk February 1, 2008 Maulana Wahiduddin Khan · 33s · at 10:09 · https://youtu.be/LB6iBYerQmw?t=609</w:t>
      </w:r>
    </w:p>
    <w:p>
      <w:r>
        <w:rPr>
          <w:i/>
        </w:rPr>
        <w:t>“Ab kya hai?”</w:t>
      </w:r>
    </w:p>
    <w:p>
      <w:r>
        <w:rPr>
          <w:sz w:val="20"/>
        </w:rPr>
        <w:t>10:09  ab kya hai? ab yeh yeh hai ke ab woh nature ko inhone bajaye worship ke entertainment ka zariya bana liya.</w:t>
      </w:r>
      <w:r>
        <w:br/>
      </w:r>
      <w:r>
        <w:rPr>
          <w:sz w:val="20"/>
        </w:rPr>
        <w:t>10:17  yani ek shabda mein yeh kahoon ga ke pehle zamane mein nature jo thi, woh object of worship thi insaan ke liye.</w:t>
      </w:r>
      <w:r>
        <w:br/>
      </w:r>
      <w:r>
        <w:rPr>
          <w:sz w:val="20"/>
        </w:rPr>
        <w:t>10:27  object of worship. Ab woh insaan ke liye object of entertainment hai. Itna hi farq hua hai. Ab bhi insaan sab kuch is nature par karta hai.</w:t>
      </w:r>
    </w:p>
    <w:p>
      <w:pPr>
        <w:pStyle w:val="Heading2"/>
      </w:pPr>
      <w:r>
        <w:t>Prophet's advice: Don't be angry</w:t>
      </w:r>
    </w:p>
    <w:p>
      <w:r>
        <w:rPr>
          <w:color w:val="666666"/>
          <w:sz w:val="18"/>
        </w:rPr>
        <w:t>Art of War and Islam · 27s · at 4:57 · https://youtu.be/LvYP_pf17S0?t=297</w:t>
      </w:r>
    </w:p>
    <w:p>
      <w:r>
        <w:rPr>
          <w:i/>
        </w:rPr>
        <w:t>“Once a man came to the Prophet”</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p>
    <w:p>
      <w:pPr>
        <w:pStyle w:val="Heading2"/>
      </w:pPr>
      <w:r>
        <w:t>Hadith: anger corrupts divine wisdom</w:t>
      </w:r>
    </w:p>
    <w:p>
      <w:r>
        <w:rPr>
          <w:color w:val="666666"/>
          <w:sz w:val="18"/>
        </w:rPr>
        <w:t>Don't Be Angry Culture January 15, 2012 · 40s · at 6:52 · https://youtu.be/NrA3X8y_FLY?t=412</w:t>
      </w:r>
    </w:p>
    <w:p>
      <w:r>
        <w:rPr>
          <w:i/>
        </w:rPr>
        <w:t>“In al-ghadaba layufsidu al-eman”</w:t>
      </w:r>
    </w:p>
    <w:p>
      <w:r>
        <w:rPr>
          <w:sz w:val="20"/>
        </w:rPr>
        <w:t>6:52  "in al-ghadab la yashhad al-iman" . ghussa aadmi ke iman mein fasaad daal deta hai.</w:t>
      </w:r>
      <w:r>
        <w:br/>
      </w:r>
      <w:r>
        <w:rPr>
          <w:sz w:val="20"/>
        </w:rPr>
        <w:t>7:05  yahan iman ka lafz saada taur par aik rasmi aqeeday ke matlab mein nahi hai, woh hai Divine Wisdom ke matlab mein.</w:t>
      </w:r>
      <w:r>
        <w:br/>
      </w:r>
      <w:r>
        <w:rPr>
          <w:sz w:val="20"/>
        </w:rPr>
        <w:t>7:17  is ka matlab yeh hua ke "Anger corrupts the Divine Wisdom." "Anger corrupts the Divine Wisdom."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