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Clips — Maulana Wahiduddin Khan</w:t>
      </w:r>
    </w:p>
    <w:p>
      <w:r>
        <w:rPr>
          <w:sz w:val="18"/>
        </w:rPr>
        <w:t>300 clips · theme faith · full transcripts with timestamps · exported 2026-09-22</w:t>
      </w:r>
    </w:p>
    <w:p>
      <w:pPr>
        <w:pStyle w:val="Heading2"/>
      </w:pPr>
      <w:r>
        <w:t>Allah's concern and gratitude mechanism</w:t>
      </w:r>
    </w:p>
    <w:p>
      <w:r>
        <w:rPr>
          <w:color w:val="666666"/>
          <w:sz w:val="18"/>
        </w:rPr>
        <w:t>The Concept of Paradise and Hell July 22, 2017 · 4m 45s · at 2:15 · https://youtu.be/gG6ZaAIyeb4?t=135</w:t>
      </w:r>
    </w:p>
    <w:p>
      <w:r>
        <w:rPr>
          <w:i/>
        </w:rPr>
        <w:t>“Yeh jo farmaya ke Allah tum ko azaab de kar kya karega?”</w:t>
      </w:r>
    </w:p>
    <w:p>
      <w:r>
        <w:rPr>
          <w:sz w:val="20"/>
        </w:rPr>
        <w:t>2:15  yeh jo farmaya ke allah tum ko azab de kar kya karega, matlab allah ki concern nahi ke azab de, yeh concern hi nahi hai.</w:t>
      </w:r>
      <w:r>
        <w:br/>
      </w:r>
      <w:r>
        <w:rPr>
          <w:sz w:val="20"/>
        </w:rPr>
        <w:t>2:31  allah ka yeh concern hi nahi hai ke tum ko azab de. kyun? agar allah ke jo us ki baatein hain, jo quran hai, us mein kahin fit nahi hota aala azab,</w:t>
      </w:r>
      <w:r>
        <w:br/>
      </w:r>
      <w:r>
        <w:rPr>
          <w:sz w:val="20"/>
        </w:rPr>
        <w:t>2:47  fit nahi hota. kyunke aap quran ko parhiye to quran mein bar bar yeh baat kahi gayi hai ke allah ne insaan ko paida kiya aik behtareen makhlooq ke taur par,</w:t>
      </w:r>
      <w:r>
        <w:br/>
      </w:r>
      <w:r>
        <w:rPr>
          <w:sz w:val="20"/>
        </w:rPr>
        <w:t>3:09  asal takhleeq ke taur par. mukhtalif alfaaz hain,</w:t>
      </w:r>
      <w:r>
        <w:br/>
      </w:r>
      <w:r>
        <w:rPr>
          <w:sz w:val="20"/>
        </w:rPr>
        <w:t>3:17  best creation ke taur par. doosra lafz yeh hai ke insaan allah ka master art hai.</w:t>
      </w:r>
      <w:r>
        <w:br/>
      </w:r>
      <w:r>
        <w:rPr>
          <w:sz w:val="20"/>
        </w:rPr>
        <w:t>3:28  poori kainat insaan ka, poori kainat jo hai, woh allah ke art ka namoona hai. is mein bhi insaan master art hai.</w:t>
      </w:r>
      <w:r>
        <w:br/>
      </w:r>
      <w:r>
        <w:rPr>
          <w:sz w:val="20"/>
        </w:rPr>
        <w:t>3:43  yeh quran mein saaf saaf likha hua hai ke allah ne insaan ko paida kiya tamam doosri makhlooqat se behtar.</w:t>
      </w:r>
      <w:r>
        <w:br/>
      </w:r>
      <w:r>
        <w:rPr>
          <w:sz w:val="20"/>
        </w:rPr>
        <w:t>3:55  is hawalay ke jab insaan ko allah ne paida kiya tamam makhlooqat se behtar to kya allah yeh chahega ke is ko halak kiya jaye?</w:t>
      </w:r>
      <w:r>
        <w:br/>
      </w:r>
      <w:r>
        <w:rPr>
          <w:sz w:val="20"/>
        </w:rPr>
        <w:t>4:06  kabhi nahi. allah asal al-khaliqeen hain. koi bhi artist aisa nahi chahega ke is ka art jo hai, kooday mein phenk diya jaye.</w:t>
      </w:r>
      <w:r>
        <w:br/>
      </w:r>
      <w:r>
        <w:rPr>
          <w:sz w:val="20"/>
        </w:rPr>
        <w:t>4:19  to allah ko chahega? to allah ka pehla choice taqreeban yeh hai ke insaan ko is ka proper place mile, yaani paradise.</w:t>
      </w:r>
      <w:r>
        <w:br/>
      </w:r>
      <w:r>
        <w:rPr>
          <w:sz w:val="20"/>
        </w:rPr>
        <w:t>4:35  paradise insaan ka proper place hai, proper aboard hai. is ka sahi maano mein habitat hai.</w:t>
      </w:r>
      <w:r>
        <w:br/>
      </w:r>
      <w:r>
        <w:rPr>
          <w:sz w:val="20"/>
        </w:rPr>
        <w:t>4:48  to allah ka pehla creation yeh hoga ke insaan ko is ka habitat mile, is ka proper aboard milay.</w:t>
      </w:r>
      <w:r>
        <w:br/>
      </w:r>
      <w:r>
        <w:rPr>
          <w:sz w:val="20"/>
        </w:rPr>
        <w:t>5:02  yeh bohat sochne ki baat hai. to aagay jo yeh hai ke la fakkartum, agar tum fikr karo to la fakkartum, yeh bhi saada maani mein nahi ho sakta.</w:t>
      </w:r>
      <w:r>
        <w:br/>
      </w:r>
      <w:r>
        <w:rPr>
          <w:sz w:val="20"/>
        </w:rPr>
        <w:t>5:17  yaani insani ka, insani ke oopar nahi maamla hai ke is ko kare. yeh khud allah ka maamla bhi hai. yeh insaan hi ka concern nahi hai ke woh shukr kare.</w:t>
      </w:r>
      <w:r>
        <w:br/>
      </w:r>
      <w:r>
        <w:rPr>
          <w:sz w:val="20"/>
        </w:rPr>
        <w:t>5:30  khud allah concern hai. shukr kare taake woh select kiya jaye paradise ke liye. is ka matlab kya hua?</w:t>
      </w:r>
      <w:r>
        <w:br/>
      </w:r>
      <w:r>
        <w:rPr>
          <w:sz w:val="20"/>
        </w:rPr>
        <w:t>5:42  allah aise asbaab faraham karega dunya mein jo</w:t>
      </w:r>
      <w:r>
        <w:br/>
      </w:r>
      <w:r>
        <w:rPr>
          <w:sz w:val="20"/>
        </w:rPr>
        <w:t>5:50  shukr ke item</w:t>
      </w:r>
      <w:r>
        <w:br/>
      </w:r>
      <w:r>
        <w:rPr>
          <w:sz w:val="20"/>
        </w:rPr>
        <w:t>5:57  ka kaam karen. yaani shukr ke asbaab dunya mein paida honge. insaan ko to sirf avail karna hai. jab aap shukr karte hain to haqeeqat mein shukr ke asbaab jo khud allah ki taraf se paida kiye gaye hain, aap us ko avail karte hain.</w:t>
      </w:r>
      <w:r>
        <w:br/>
      </w:r>
      <w:r>
        <w:rPr>
          <w:sz w:val="20"/>
        </w:rPr>
        <w:t>6:17  shukr karne ka, shukr karne ka matlab hai shukr ke asbaab ko avail karna. jaise mein aik misaal deta hoon, aaj subah mein apne office ke samne baitha hua tha.</w:t>
      </w:r>
      <w:r>
        <w:br/>
      </w:r>
      <w:r>
        <w:rPr>
          <w:sz w:val="20"/>
        </w:rPr>
        <w:t>6:30  mere samne nature thi, darakhton ki line, nature ka scene.</w:t>
      </w:r>
      <w:r>
        <w:br/>
      </w:r>
      <w:r>
        <w:rPr>
          <w:sz w:val="20"/>
        </w:rPr>
        <w:t>6:42  is ko dekhte dekhte mera dhyan chala gaya kuch aur cheezen jo maine dekhi hain, maslan koi bara park ya taal mahal ya koi bara airport, is tarah kuch scene.</w:t>
      </w:r>
    </w:p>
    <w:p>
      <w:pPr>
        <w:pStyle w:val="Heading2"/>
      </w:pPr>
      <w:r>
        <w:t>Rain metaphor: creation waits for humans to act</w:t>
      </w:r>
    </w:p>
    <w:p>
      <w:r>
        <w:rPr>
          <w:color w:val="666666"/>
          <w:sz w:val="18"/>
        </w:rPr>
        <w:t>Team Spirit November 29, 2013 Maulana Wahiduddin Khan · 2m 02s · at 1:24 · https://youtu.be/KRZ_uy8sxk0?t=84</w:t>
      </w:r>
    </w:p>
    <w:p>
      <w:r>
        <w:rPr>
          <w:i/>
        </w:rPr>
        <w:t>“Jab baarish barasti hai to baadalon ko intezar hota hai”</w:t>
      </w:r>
    </w:p>
    <w:p>
      <w:r>
        <w:rPr>
          <w:sz w:val="20"/>
        </w:rPr>
        <w:t>1:24  door jadeed mein kuch nai opportunities paida huin, kis liye? kisi kaam ke liye. jaise Allah barish barsate hain to kisi kaam ke liye.</w:t>
      </w:r>
      <w:r>
        <w:br/>
      </w:r>
      <w:r>
        <w:rPr>
          <w:sz w:val="20"/>
        </w:rPr>
        <w:t>1:41  jab barish marti hai to badalon ko intezar hota hai ek waqeye ka, ke kisan pani ko istemal kar ke fasal ugaye.</w:t>
      </w:r>
      <w:r>
        <w:br/>
      </w:r>
      <w:r>
        <w:rPr>
          <w:sz w:val="20"/>
        </w:rPr>
        <w:t>1:53  balkeh sari kainat, kyunke aap barish jab hoti hai to poori kainat milti hai, us waqt tab barish hoti hai. barish koi sadah waqea nahi hai.</w:t>
      </w:r>
      <w:r>
        <w:br/>
      </w:r>
      <w:r>
        <w:rPr>
          <w:sz w:val="20"/>
        </w:rPr>
        <w:t>2:05  goya ke poora kainaati nizam jo hai, us ne mutahid ho kar ek kaam kiya to barish hui. to kya aap samajhte hain ke bas baat khatam ho gayi?</w:t>
      </w:r>
      <w:r>
        <w:br/>
      </w:r>
      <w:r>
        <w:rPr>
          <w:sz w:val="20"/>
        </w:rPr>
        <w:t>2:18  woh poora kainaati nizam intezar kar raha hai ek waqeye ka,</w:t>
      </w:r>
      <w:r>
        <w:br/>
      </w:r>
      <w:r>
        <w:rPr>
          <w:sz w:val="20"/>
        </w:rPr>
        <w:t>2:23  jo doosron ko karna hai, barish ko nahi. woh hai ke pani ko istemal kar ke fasal ugana, taake dana paida ho, ghalla paida ho, phal paida ho, insaan ke liye ghiza hasil ho.</w:t>
      </w:r>
      <w:r>
        <w:br/>
      </w:r>
      <w:r>
        <w:rPr>
          <w:sz w:val="20"/>
        </w:rPr>
        <w:t>2:39  to poora kainaati nizam barish barsata hai, lekin khud is waqeye ko wajood mein nahi lata jo aakhri cheez darkar hai.</w:t>
      </w:r>
      <w:r>
        <w:br/>
      </w:r>
      <w:r>
        <w:rPr>
          <w:sz w:val="20"/>
        </w:rPr>
        <w:t>2:51  woh to kuch doosre logon ko karna hai.</w:t>
      </w:r>
      <w:r>
        <w:br/>
      </w:r>
      <w:r>
        <w:rPr>
          <w:sz w:val="20"/>
        </w:rPr>
        <w:t>2:53  lekin kainaati nizam jab barish barsata hai to woh poora kainaati nizam intezar kar raha hai ke woh log uthein jinhone barish ke pani ko istemal kar ke is ko lalati fasal mein tabdeel karna hai.</w:t>
      </w:r>
      <w:r>
        <w:br/>
      </w:r>
      <w:r>
        <w:rPr>
          <w:sz w:val="20"/>
        </w:rPr>
        <w:t>3:13  to</w:t>
      </w:r>
      <w:r>
        <w:br/>
      </w:r>
      <w:r>
        <w:rPr>
          <w:sz w:val="20"/>
        </w:rPr>
        <w:t>3:14  mujhe jo maine kaha vision ki baat, 200 saal se tareekh ko ek intezar hai, balkeh shayad 300 saal tak is ko barha sakte hain aap.</w:t>
      </w:r>
    </w:p>
    <w:p>
      <w:pPr>
        <w:pStyle w:val="Heading2"/>
      </w:pPr>
      <w:r>
        <w:t>Thinking must have purpose certainty</w:t>
      </w:r>
    </w:p>
    <w:p>
      <w:r>
        <w:rPr>
          <w:color w:val="666666"/>
          <w:sz w:val="18"/>
        </w:rPr>
        <w:t>Right Thinking February 3, 2014 Maulana Wahiduddin Khan · 31s · at 14:46 · https://youtu.be/RU4GUAVEOdw?t=886</w:t>
      </w:r>
    </w:p>
    <w:p>
      <w:r>
        <w:rPr>
          <w:i/>
        </w:rPr>
        <w:t>“Dekhiye ghaur o fikr ka koi maqsad hota hai”</w:t>
      </w:r>
    </w:p>
    <w:p>
      <w:r>
        <w:rPr>
          <w:sz w:val="20"/>
        </w:rPr>
        <w:t>14:46  bahut zyada mujrimana baat hai. to dekhiye ghor o fikr ka koi maqsad hota hai. yaani thinking for the sake of thinking koi cheez nahi hoti.</w:t>
      </w:r>
      <w:r>
        <w:br/>
      </w:r>
      <w:r>
        <w:rPr>
          <w:sz w:val="20"/>
        </w:rPr>
        <w:t>14:59  maqsad kya hai? yaqeen tak pahunchna.</w:t>
      </w:r>
      <w:r>
        <w:br/>
      </w:r>
      <w:r>
        <w:rPr>
          <w:sz w:val="20"/>
        </w:rPr>
        <w:t>15:06  maqsad kya hai? yaqeen tak pahunchna. jaise kuch logon ne meter par ghor kiya, ghor kiya, ghor kiya to unhone car bana li. phir ghor kiya, ghor kiya to unhone hawa jahaz bana liya.</w:t>
      </w:r>
    </w:p>
    <w:p>
      <w:pPr>
        <w:pStyle w:val="Heading2"/>
      </w:pPr>
      <w:r>
        <w:t>widow raises son through riots into a life of dawah</w:t>
      </w:r>
    </w:p>
    <w:p>
      <w:r>
        <w:rPr>
          <w:color w:val="666666"/>
          <w:sz w:val="18"/>
        </w:rPr>
        <w:t>CPS Women Experiences Peace Conference April 29-30, 2023 · 1m 53s · at 3:10 · https://youtu.be/VrP-HOSml6E?t=190</w:t>
      </w:r>
    </w:p>
    <w:p>
      <w:r>
        <w:rPr>
          <w:i/>
        </w:rPr>
        <w:t>“Chhe saal ka hi mera bachcha tha jab mere shauhar ka intekal ho gaya”</w:t>
      </w:r>
    </w:p>
    <w:p>
      <w:r>
        <w:rPr>
          <w:sz w:val="20"/>
        </w:rPr>
        <w:t>3:10  wahan maine apne aap ko aur apne bachche ko safe rakha aur dawah work jaari rakha. chhe saal ka hi mera bachcha tha. jab mere shauhar ka intaqal ho gaya. aage ki zindagi ke liye mujhe kamana bhi tha. bilkul ghutan wali zindagi mein.</w:t>
      </w:r>
      <w:r>
        <w:br/>
      </w:r>
      <w:r>
        <w:rPr>
          <w:sz w:val="20"/>
        </w:rPr>
        <w:t>3:38  molana ki teaching ke saath ek daai ki zindagi guzata, apne aap ko jalte hue tave par rakhna tha.</w:t>
      </w:r>
      <w:r>
        <w:br/>
      </w:r>
      <w:r>
        <w:rPr>
          <w:sz w:val="20"/>
        </w:rPr>
        <w:t>3:49  मुश्किल life में रोज़ाना का हौसला व जज़्बा मुझे CPS women marfan dawa group से मिलता रहा.</w:t>
      </w:r>
      <w:r>
        <w:br/>
      </w:r>
      <w:r>
        <w:rPr>
          <w:sz w:val="20"/>
        </w:rPr>
        <w:t>4:00  women's group ne mujhe kabhi bhi tanha nahi chhoda aur na hi kabhi mujhe mayoos hone diya.</w:t>
      </w:r>
      <w:r>
        <w:br/>
      </w:r>
      <w:r>
        <w:rPr>
          <w:sz w:val="20"/>
        </w:rPr>
        <w:t>4:11  Maulana se paayi hui tarbiyat se parvarish ki maine apne bachche ki. maine use good works ke bush ke saath bada kiya. jab is Ramzan hamare shahar mein dange hue, hum dono ne dawah ki fiza ko kharab hote hue dekha.</w:t>
      </w:r>
      <w:r>
        <w:br/>
      </w:r>
      <w:r>
        <w:rPr>
          <w:sz w:val="20"/>
        </w:rPr>
        <w:t>4:34  apni apni jaan ki amaan woh zyada se zyada dawah work karne ke liye Khuda se duaen maangi. nayi zindagi ka shukr Shafi ne roza rakhkar ada kiya. ise main yahan isiliye lekar aayi hoon taaki woh aap sabse aur zyada seekh sake.</w:t>
      </w:r>
      <w:r>
        <w:br/>
      </w:r>
      <w:r>
        <w:rPr>
          <w:sz w:val="20"/>
        </w:rPr>
        <w:t>5:03  meri qaum ki zyada tar afraad na to Quran mein tadabbur karti hai aur na deen aur madh ke rishte ko behtar kar paayi hai. Maulana ki teaching ki sakht zaroorat hai.</w:t>
      </w:r>
    </w:p>
    <w:p>
      <w:pPr>
        <w:pStyle w:val="Heading2"/>
      </w:pPr>
      <w:r>
        <w:t>Mobile phone analogy for staying connected to God</w:t>
      </w:r>
    </w:p>
    <w:p>
      <w:r>
        <w:rPr>
          <w:color w:val="666666"/>
          <w:sz w:val="18"/>
        </w:rPr>
        <w:t>Personality Building January 05, 2014 · 1m 39s · at 2:35 · https://youtu.be/3Zppdm2K4ug?t=155</w:t>
      </w:r>
    </w:p>
    <w:p>
      <w:r>
        <w:rPr>
          <w:i/>
        </w:rPr>
        <w:t>“Every one of you carries a mobile phone today”</w:t>
      </w:r>
    </w:p>
    <w:p>
      <w:r>
        <w:rPr>
          <w:sz w:val="20"/>
        </w:rPr>
        <w:t>2:35  dekhiye, aap mein se har shakhs ke paas aaj kal mobile phone hota hai, to aap jante hain ke mobile phone jo hai, woh bar bar is ko charge karna parta hai.</w:t>
      </w:r>
      <w:r>
        <w:br/>
      </w:r>
      <w:r>
        <w:rPr>
          <w:sz w:val="20"/>
        </w:rPr>
        <w:t>2:53  jaise aap ke paas aik mobile phone hai, woh kitna hi acha ho, lekin woh charge nahin hai, to aap ka dunya se koi contact nahin hoga.</w:t>
      </w:r>
      <w:r>
        <w:br/>
      </w:r>
      <w:r>
        <w:rPr>
          <w:sz w:val="20"/>
        </w:rPr>
        <w:t>3:09  woh mobile aap ke liye aik</w:t>
      </w:r>
      <w:r>
        <w:br/>
      </w:r>
      <w:r>
        <w:rPr>
          <w:sz w:val="20"/>
        </w:rPr>
        <w:t>3:14  aise hoga jaise koi dabba, lekin jab is ko aap charge karte hain to instantly aap sari dunya se aap ka connection ban jata hai.</w:t>
      </w:r>
      <w:r>
        <w:br/>
      </w:r>
      <w:r>
        <w:rPr>
          <w:sz w:val="20"/>
        </w:rPr>
        <w:t>3:29  dunya mein kahin bhi aap dial karein, wahan aik aadmi hello karega, aur aap us se baat karne ki position mein honge.</w:t>
      </w:r>
      <w:r>
        <w:br/>
      </w:r>
      <w:r>
        <w:rPr>
          <w:sz w:val="20"/>
        </w:rPr>
        <w:t>3:39  yeh matlab hai "recharge your mind" ka. to aap ko apne mind ko bar bar recharge karna hai taake mind aap is qabil rahe aap ka ke aap jo world of reality hai,</w:t>
      </w:r>
      <w:r>
        <w:br/>
      </w:r>
      <w:r>
        <w:rPr>
          <w:sz w:val="20"/>
        </w:rPr>
        <w:t>3:57  is se aap ka connection bana rahe. hamara aik world of reality jo hai, woh God hai.</w:t>
      </w:r>
      <w:r>
        <w:br/>
      </w:r>
      <w:r>
        <w:rPr>
          <w:sz w:val="20"/>
        </w:rPr>
        <w:t>4:03  to God se apna connection banaye rakhne ke liye aap ko apne mind ko recharge karna hai. yeh concept Quran mein maujood hai.</w:t>
      </w:r>
    </w:p>
    <w:p>
      <w:pPr>
        <w:pStyle w:val="Heading2"/>
      </w:pPr>
      <w:r>
        <w:t>A complete formula for controlling anger</w:t>
      </w:r>
    </w:p>
    <w:p>
      <w:r>
        <w:rPr>
          <w:color w:val="666666"/>
          <w:sz w:val="18"/>
        </w:rPr>
        <w:t>A Study of Human History February 5, 2023 · 2m 41s · at 59:03 · https://youtu.be/2aGbbn-RmQQ?t=3543</w:t>
      </w:r>
    </w:p>
    <w:p>
      <w:r>
        <w:rPr>
          <w:i/>
        </w:rPr>
        <w:t>“Everyone gets angry when things don't go their way”</w:t>
      </w:r>
    </w:p>
    <w:p>
      <w:r>
        <w:rPr>
          <w:sz w:val="20"/>
        </w:rPr>
        <w:t>59:03  Dekhiye, insan ek ek idealist creature hai. To gussa to sabhi ko aata hai ki uski marzi ke mutabik kaam nahi hota, uske desire ke mutabik nahi hota, usko fulfillment nahi milta. To gussa aata hai. Lekin gussa bahut hi waqti hona chahiye.</w:t>
      </w:r>
      <w:r>
        <w:br/>
      </w:r>
      <w:r>
        <w:rPr>
          <w:sz w:val="20"/>
        </w:rPr>
        <w:t>59:23  insan itna zyada think kare, itna mature ho jaye ki woh foran usko explain kar le. Kyunki koi bhi suffering, koi bhi masa masla hamesha ke liye nahi hota, waqti hota hai. To agar aadmi sochega, to woh foran usko bahut sare tarike hote hain gusse ko control karne ke. To insan ek to soch kar ke control kare.</w:t>
      </w:r>
      <w:r>
        <w:br/>
      </w:r>
      <w:r>
        <w:rPr>
          <w:sz w:val="20"/>
        </w:rPr>
        <w:t>59:51  usme kai baar aisa hota hai ki aadmi ekdum uska emotional reaction hota hai aur soche, to maloom ho jata hai ki iska to bahut solution hai, yeh to bahut aasani se yeh hal ho sakta hai. To kai baar aisa hota hai ki posture hadith mein bhi hai ki posture badal do, gussa aa raha hai,</w:t>
      </w:r>
      <w:r>
        <w:br/>
      </w:r>
      <w:r>
        <w:rPr>
          <w:sz w:val="20"/>
        </w:rPr>
        <w:t>1:00:10  ab baithe ho to chalne lago aur kuch kuch physical activity mein apne aap ko engage kar lo. Ya kuch apne sabse badi baat to mujhe lagti hai ki apni jo Allah taala ki jo nematein hain,</w:t>
      </w:r>
      <w:r>
        <w:br/>
      </w:r>
      <w:r>
        <w:rPr>
          <w:sz w:val="20"/>
        </w:rPr>
        <w:t>1:00:24  gussa aaya aaya hoga ki kisi ek cheez nahi usko mili, lekin uske alawa hazaron nematein usko mil rahi hain.</w:t>
      </w:r>
      <w:r>
        <w:br/>
      </w:r>
      <w:r>
        <w:rPr>
          <w:sz w:val="20"/>
        </w:rPr>
        <w:t>1:00:32  to us unn nemat'on par itna woh sarsaar rahe, itna zyada Allah ka shukr ada karne wala ho ki usko usko woh lage hi na. Jaise bachcha, ab chhota bachcha hota</w:t>
      </w:r>
      <w:r>
        <w:br/>
      </w:r>
      <w:r>
        <w:rPr>
          <w:sz w:val="20"/>
        </w:rPr>
        <w:t>1:00:47  hai, woh maa ko ek thappad maar bhi deta hai. Jo chhota bachcha, woh maa usse itna zyada pyaar karti hai ki woh usko seene se laga leti hai. To aise hi hai, Allah taala insaan ko bahut zyada maa se bhi hazaron darja darja pyaar karta hai. Allah taala to agar</w:t>
      </w:r>
      <w:r>
        <w:br/>
      </w:r>
      <w:r>
        <w:rPr>
          <w:sz w:val="20"/>
        </w:rPr>
        <w:t>1:01:05  koi cheez kisi wajah se insaan ko nahi mili hui hai, to woh samajh le ki uska ismein koi maslahat hogi. To us maslahat ko janne ki koshish karein aur gusse ko waqt banaye, mustaqil na gussa banaye. Gussa waqt hone ka matlab yeh hai ki hum Khuda ka shukr nahi ada kar rahe hain. Aur Maulana kehte the ki main ek second ke liye bhi</w:t>
      </w:r>
      <w:r>
        <w:br/>
      </w:r>
      <w:r>
        <w:rPr>
          <w:sz w:val="20"/>
        </w:rPr>
        <w:t>1:01:27  shukr ka erosion bardasht nahi kar sakta. To gusse ka matlab hai ki hum Khuda ka utne time ke liye, jitne time hamein gussa hai, utne time mein hum Khuda ka shukr ada nahi kar rahe hain. To yeh hamara bahut bada nuksan hoga. To soch samajhkar ek zindagi ko guzarna hai. Kyunki zindagi</w:t>
      </w:r>
    </w:p>
    <w:p>
      <w:pPr>
        <w:pStyle w:val="Heading2"/>
      </w:pPr>
      <w:r>
        <w:t>God as Khaliq the Creator and Rabb the Sustainer</w:t>
      </w:r>
    </w:p>
    <w:p>
      <w:r>
        <w:rPr>
          <w:color w:val="666666"/>
          <w:sz w:val="18"/>
        </w:rPr>
        <w:t>Dars e Quran December 5, 2006 Maulana Wahiduddin Khan · 2m 36s · at 34:09 · https://youtu.be/09Bs9GKXrL0?t=2049</w:t>
      </w:r>
    </w:p>
    <w:p>
      <w:r>
        <w:rPr>
          <w:i/>
        </w:rPr>
        <w:t>“وہ خدا جو سارے عالموں کا خالق ہے اور رب ہے”</w:t>
      </w:r>
    </w:p>
    <w:p>
      <w:r>
        <w:rPr>
          <w:sz w:val="20"/>
        </w:rPr>
        <w:t>34:09  yaani woh woh Khuda jo saare aalimon ka, sirf zameen ka nahi, saara jo space mein jo jitne bhi aalim hain, space mein jitni bhi cheezein hain,</w:t>
      </w:r>
      <w:r>
        <w:br/>
      </w:r>
      <w:r>
        <w:rPr>
          <w:sz w:val="20"/>
        </w:rPr>
        <w:t>34:23  un sab ka woh khaliq hai aur Rabb hai. Khaliq ka matlab hota hai paida karne wala. Yaani</w:t>
      </w:r>
      <w:r>
        <w:br/>
      </w:r>
      <w:r>
        <w:rPr>
          <w:sz w:val="20"/>
        </w:rPr>
        <w:t>34:36  woh adam wajood se wajood mein laane wala,</w:t>
      </w:r>
      <w:r>
        <w:br/>
      </w:r>
      <w:r>
        <w:rPr>
          <w:sz w:val="20"/>
        </w:rPr>
        <w:t>34:40  nahi se hai mein laane wala. To woh hua khaliq aur Rabb woh hai jo paida hone ke baad jo us ko sambhalna, us ko control karna,</w:t>
      </w:r>
      <w:r>
        <w:br/>
      </w:r>
      <w:r>
        <w:rPr>
          <w:sz w:val="20"/>
        </w:rPr>
        <w:t>34:54  us ke mamlaat ki nigahdasht karna aur us ko theek theek chalta rahe, uska intezam karna, yeh saara Rabb mein aata hai.</w:t>
      </w:r>
      <w:r>
        <w:br/>
      </w:r>
      <w:r>
        <w:rPr>
          <w:sz w:val="20"/>
        </w:rPr>
        <w:t>35:04  to Khuda jo hai, is kainat ka khaliq bhi hai aur Rabb bhi hai.</w:t>
      </w:r>
      <w:r>
        <w:br/>
      </w:r>
      <w:r>
        <w:rPr>
          <w:sz w:val="20"/>
        </w:rPr>
        <w:t>35:10  insan se le kar jitni bhi duniya hain, sab ka khaliq wohi hai. Chahe aik chota zara ho ya galaxy ho ya aur koi cheez ho.</w:t>
      </w:r>
      <w:r>
        <w:br/>
      </w:r>
      <w:r>
        <w:rPr>
          <w:sz w:val="20"/>
        </w:rPr>
        <w:t>35:22  to aik taraf Khuda khaliq hai in tamam cheezon ka, doosri taraf wohi Rabb hai in cheezon ka. Jaise ke aap dekhiye, aik pead ko dekhiye, aap aik chota sa seed zameen mein dala gaya.</w:t>
      </w:r>
      <w:r>
        <w:br/>
      </w:r>
      <w:r>
        <w:rPr>
          <w:sz w:val="20"/>
        </w:rPr>
        <w:t>35:35  woh seed jo hai, badhte badhte poora darakht ban gaya</w:t>
      </w:r>
      <w:r>
        <w:br/>
      </w:r>
      <w:r>
        <w:rPr>
          <w:sz w:val="20"/>
        </w:rPr>
        <w:t>35:39  jis mein shakhain hain, pati hai, phool hai, phal hai. Yeh hai rububiyat. Isi ko rububiyat ka ikhtiyar bhi zuban hai.</w:t>
      </w:r>
      <w:r>
        <w:br/>
      </w:r>
      <w:r>
        <w:rPr>
          <w:sz w:val="20"/>
        </w:rPr>
        <w:t>35:48  to aik poora aik Rabbani shahkar hai yeh kainat ke Khuda ki rububiyat har jagah dikhai pad rahi hai.</w:t>
      </w:r>
      <w:r>
        <w:br/>
      </w:r>
      <w:r>
        <w:rPr>
          <w:sz w:val="20"/>
        </w:rPr>
        <w:t>36:01  to Khuda ka khaliq hona is se maloom hota hai ke aik cheez jo nahi thi, woh wajood mein aa gayi aur us ka Rabb hona hai.</w:t>
      </w:r>
      <w:r>
        <w:br/>
      </w:r>
      <w:r>
        <w:rPr>
          <w:sz w:val="20"/>
        </w:rPr>
        <w:t>36:12  aap rozana dekh sakte hain ke kis tarah se duniya bohat hi perfect way mein chal rahi hai. Aap dekhiye ke yeh duniya mein har cheez revolve kar rahi hai.</w:t>
      </w:r>
      <w:r>
        <w:br/>
      </w:r>
      <w:r>
        <w:rPr>
          <w:sz w:val="20"/>
        </w:rPr>
        <w:t>36:24  Suraj, chand, sitare, zameen sab musalsal ghoom rahe hain, apne apne orbit par ghoom rahe hain aur zameen ka double rotation hai.</w:t>
      </w:r>
      <w:r>
        <w:br/>
      </w:r>
      <w:r>
        <w:rPr>
          <w:sz w:val="20"/>
        </w:rPr>
        <w:t>36:37  yaani apne orbit par bhi aur apne axis par bhi. Yeh saari harkatein jo hain, 24 ghante jaari hain aur in mein aik second ka farq nahi aata.</w:t>
      </w:r>
    </w:p>
    <w:p>
      <w:pPr>
        <w:pStyle w:val="Heading2"/>
      </w:pPr>
      <w:r>
        <w:t>Claiming to be India's only true patriot</w:t>
      </w:r>
    </w:p>
    <w:p>
      <w:r>
        <w:rPr>
          <w:color w:val="666666"/>
          <w:sz w:val="18"/>
        </w:rPr>
        <w:t>The Concept of Paradise in Islam May 27, 2012 Maulana Wahiduddin Khan · 40s · at 9:19 · https://youtu.be/vrXgNg6BLnE?t=559</w:t>
      </w:r>
    </w:p>
    <w:p>
      <w:r>
        <w:rPr>
          <w:i/>
        </w:rPr>
        <w:t>“Is desh mein sirf ek hi aadmi deshbhakt hai”</w:t>
      </w:r>
    </w:p>
    <w:p>
      <w:r>
        <w:rPr>
          <w:sz w:val="20"/>
        </w:rPr>
        <w:t>9:19  abhi mere paas ek interview ke liye kuch log aaye the media ke. to maine kaha is desh mein sirf ek hi aadmi desh bhakt hai.</w:t>
      </w:r>
      <w:r>
        <w:br/>
      </w:r>
      <w:r>
        <w:rPr>
          <w:sz w:val="20"/>
        </w:rPr>
        <w:t>9:33  koi bhi desh bhakt nahin. baatein karte hain desh bhakti ke log. maine kaha main saaf taur par kehta hoon ke is india mein koi desh bhakt nahin hai siwaye mere.</w:t>
      </w:r>
      <w:r>
        <w:br/>
      </w:r>
      <w:r>
        <w:rPr>
          <w:sz w:val="20"/>
        </w:rPr>
        <w:t>9:43  main akela desh bhakt hoon is dunya mein. kyunke har aadmi beta poojan mein laga hua hai. har politician, har minister, har ohdedaar, har afsar beta poojan mein.</w:t>
      </w:r>
    </w:p>
    <w:p>
      <w:pPr>
        <w:pStyle w:val="Heading2"/>
      </w:pPr>
      <w:r>
        <w:t>Telescope revealed stars are unimaginably huge, not twinkling dots</w:t>
      </w:r>
    </w:p>
    <w:p>
      <w:r>
        <w:rPr>
          <w:color w:val="666666"/>
          <w:sz w:val="18"/>
        </w:rPr>
        <w:t>Physical Science or Divine Science November 25, 2012 · 58s · at 31:08 · https://youtu.be/BaWTblQLpE4?t=1868</w:t>
      </w:r>
    </w:p>
    <w:p>
      <w:r>
        <w:rPr>
          <w:i/>
        </w:rPr>
        <w:t>“Twinkle twinkle little star — telescope ne dikhaya kitne bade hain”</w:t>
      </w:r>
    </w:p>
    <w:p>
      <w:r>
        <w:rPr>
          <w:sz w:val="20"/>
        </w:rPr>
        <w:t>31:08  ek qadeem zamanon mein jo sitare hain, unko hum samajhte the chhote chhote chhote sitare hain, qamqame hain. woh qamqame hain.</w:t>
      </w:r>
      <w:r>
        <w:br/>
      </w:r>
      <w:r>
        <w:rPr>
          <w:sz w:val="20"/>
        </w:rPr>
        <w:t>31:18  ek</w:t>
      </w:r>
      <w:r>
        <w:br/>
      </w:r>
      <w:r>
        <w:rPr>
          <w:sz w:val="20"/>
        </w:rPr>
        <w:t>31:19  ek English poet tha, Taylor, jo 18 24 mein uski death hui. to uski nazm bahot mashhoor nazm hai ke "twinkle twinkle little star, how I wonder what you are" . yeh chhote se sitare tim timarahe hain,</w:t>
      </w:r>
      <w:r>
        <w:br/>
      </w:r>
      <w:r>
        <w:rPr>
          <w:sz w:val="20"/>
        </w:rPr>
        <w:t>31:40  "twinkle twinkle little star, how I wonder what you are" . to hum sitaron ko chhota samajhte the,</w:t>
      </w:r>
      <w:r>
        <w:br/>
      </w:r>
      <w:r>
        <w:rPr>
          <w:sz w:val="20"/>
        </w:rPr>
        <w:t>31:49  chand aur suraj ko bhi chhota sa samajhte the. sari tareekh mein, sari tareekh mein science ne pehli bar bataya jab telescope ijad hua ke yeh to bahut hi bade hain, bahut hi bade hain, bahut hi bade hain.</w:t>
      </w:r>
    </w:p>
    <w:p>
      <w:pPr>
        <w:pStyle w:val="Heading2"/>
      </w:pPr>
      <w:r>
        <w:t>why God alone fails to excite people</w:t>
      </w:r>
    </w:p>
    <w:p>
      <w:r>
        <w:rPr>
          <w:color w:val="666666"/>
          <w:sz w:val="18"/>
        </w:rPr>
        <w:t>CPS Women Article Discussion 15 January 15, 2023 · 2m 10s · at 17:02 · https://youtu.be/Z_r5cv7WqfE?t=1022</w:t>
      </w:r>
    </w:p>
    <w:p>
      <w:r>
        <w:rPr>
          <w:i/>
        </w:rPr>
        <w:t>“Ask about his family, he glows — ask about God, nothing”</w:t>
      </w:r>
    </w:p>
    <w:p>
      <w:r>
        <w:rPr>
          <w:sz w:val="20"/>
        </w:rPr>
        <w:t>17:02  Maulana sahib ke ne apne is article mein Khuda se ghafil to uska to heading hi aisa hai jisko jo hamein samajh mein aata hai.</w:t>
      </w:r>
      <w:r>
        <w:br/>
      </w:r>
      <w:r>
        <w:rPr>
          <w:sz w:val="20"/>
        </w:rPr>
        <w:t>17:19  unhone is baat par focus kiya hai ki agar kisi shakhs se uske bete ke bare mein ya uske khandan ke badon ke bare mein ya kisi buzurg ke bare mein poocha jaye to wah josh mein aa jata hai aur bahut detail mein uske bare mein batane lagta hai aur batata rehta hai.</w:t>
      </w:r>
      <w:r>
        <w:br/>
      </w:r>
      <w:r>
        <w:rPr>
          <w:sz w:val="20"/>
        </w:rPr>
        <w:t>17:40  yaani hum duniyavi cheezon ke bare mein hum bhi agar apne ko sochein to duniyavi cheezon mein aisi insaan explain karta hai lekin Khuda ke bare mein agar poocha to uske andar koi josh nahi aata. Josh paida nahi hota aur wah kuch pata bhi nahi pata except kuch common cheezon ke jo Allah ke bare mein hain aur koi halchal nahi machti uske andar.</w:t>
      </w:r>
      <w:r>
        <w:br/>
      </w:r>
      <w:r>
        <w:rPr>
          <w:sz w:val="20"/>
        </w:rPr>
        <w:t>18:08  lekin Quran ka focus jo hamein Maulana ne usko matlab se padhne ko kaha, samjhaya to Quran ka focus Allah aur uski blessings bhi hai aur agar hum Quran samajhkar padhein to hamein yeh baat samajh mein ayegi ki Allah ne hamare saath kya kya kiya hai?</w:t>
      </w:r>
      <w:r>
        <w:br/>
      </w:r>
      <w:r>
        <w:rPr>
          <w:sz w:val="20"/>
        </w:rPr>
        <w:t>18:27  to is liye Maulana sahib jo thay unka focus hamesha Allah par rehta tha aur us poori kainat ke</w:t>
      </w:r>
      <w:r>
        <w:br/>
      </w:r>
      <w:r>
        <w:rPr>
          <w:sz w:val="20"/>
        </w:rPr>
        <w:t>18:38  baray mein batate thay jo Allah ne banai hai, kaise duniya banai, saaray pahad, samandar yeh saari cheezein</w:t>
      </w:r>
      <w:r>
        <w:br/>
      </w:r>
      <w:r>
        <w:rPr>
          <w:sz w:val="20"/>
        </w:rPr>
        <w:t>18:49  aur ped, paudhe, janwar aur insan ke liye saari favorable conditions banai saari duniya mein yaani proper sunlight,</w:t>
      </w:r>
      <w:r>
        <w:br/>
      </w:r>
      <w:r>
        <w:rPr>
          <w:sz w:val="20"/>
        </w:rPr>
        <w:t>19:00  proper oxygen, proper gravity waghera waghera aur tab Allah ne insan ko paida kiya.</w:t>
      </w:r>
      <w:r>
        <w:br/>
      </w:r>
      <w:r>
        <w:rPr>
          <w:sz w:val="20"/>
        </w:rPr>
        <w:t>19:12  yeh Quran mein hai ki usne baad mein Allah ko paida kiya aur jinn o insaan ko isliye paida kiya ki uski ibadat karein. To Maulana ne apne lectures aur writings ke through hum sabko yeh samjhaya hai ki Allah ko hum kaise discover karein? Sirf Allah ki tasbi padh lena kaafi nahi hai.</w:t>
      </w:r>
    </w:p>
    <w:p>
      <w:pPr>
        <w:pStyle w:val="Heading2"/>
      </w:pPr>
      <w:r>
        <w:t>parable of the king seeking a happy man's shirt</w:t>
      </w:r>
    </w:p>
    <w:p>
      <w:r>
        <w:rPr>
          <w:color w:val="666666"/>
          <w:sz w:val="18"/>
        </w:rPr>
        <w:t>Introduction to Paradise December 18, 2022 · 4m 10s · at 37:51 · https://youtu.be/82pHJMz7OHs?t=2271</w:t>
      </w:r>
    </w:p>
    <w:p>
      <w:r>
        <w:rPr>
          <w:i/>
        </w:rPr>
        <w:t>“Once a king was told: wear a happy man's shirt and you'll be happy”</w:t>
      </w:r>
    </w:p>
    <w:p>
      <w:r>
        <w:rPr>
          <w:sz w:val="20"/>
        </w:rPr>
        <w:t>37:51  hai. ek badi ek kahani hai ki ek bar ek raja ne, koi bhi khush nahi rehta. wo raja, wo king ho ya common ho, to raja ko kisi ne bataya ki tum ek happy man ki shirt pehno, to tum khush rahoge. ab usne apne tamam logon ko har taraf bhej diya ki jakar happy man ki shirt lekar aao. ab woh jisse bhi puchte gaye ki tum happy ho, woh kehta hai, "nahi, main to nahi happy h</w:t>
      </w:r>
      <w:r>
        <w:br/>
      </w:r>
      <w:r>
        <w:rPr>
          <w:sz w:val="20"/>
        </w:rPr>
        <w:t>38:21  oon." to finally kya hua? ek tile par woh chadh ke dekha to ek aadmi baitha hua tha. to usse pucha ki tum happy ho?</w:t>
      </w:r>
      <w:r>
        <w:br/>
      </w:r>
      <w:r>
        <w:rPr>
          <w:sz w:val="20"/>
        </w:rPr>
        <w:t>38:30  usne kaha, "haan, main to happy hoon. badshah ko tumhari shirt chahiye." to usne kaha, "mere pas shirt hi nahi hai." to koi bhi happy nahi hai, kyunki duniya ke itne zyada masail hain ki usi mein har aadmi uljha hua hai. ab uske pas kuch tha hi nahi uske sochne ke liye, to woh happy tha.</w:t>
      </w:r>
      <w:r>
        <w:br/>
      </w:r>
      <w:r>
        <w:rPr>
          <w:sz w:val="20"/>
        </w:rPr>
        <w:t>38:49  to yeh hai ki insan ke andar yeh sare jazbat, yeh feeling jo hain, ek ideal world ki chhupi hui hain. to woh woh chahta hai, kitna bhi duniya mein woh kuch bhi karta hai,</w:t>
      </w:r>
      <w:r>
        <w:br/>
      </w:r>
      <w:r>
        <w:rPr>
          <w:sz w:val="20"/>
        </w:rPr>
        <w:t>39:03  bade se bada ghar banaye, bade se badi gaadi kharide, kuch bhi kare, usko kam nazar aata hai, kyunki woh jannat ki talash mein hai. lekin woh samajhta nahi is baat ko. woh samajhta hai ki falan cheez hamein mil jayegi, to hum khush ho jayeng</w:t>
      </w:r>
      <w:r>
        <w:br/>
      </w:r>
      <w:r>
        <w:rPr>
          <w:sz w:val="20"/>
        </w:rPr>
        <w:t>39:18  e. falan cheez bhi mil jati hai, magar woh khush nahi hota. to usko yeh hamein batana hai ki tum kyun khush nahi ho, tumhare andar tension kyun hai, stress kyun hai, yeh pareshani kyun hai. to usko batana hai ki dekho, duniya mein fulfillment allah taala ne rakha hi nahi hai. duniya to bas ek bangi ka kaam kar raha hai ki tumko sirf ek jhalak dikha di gayi hai jannat ki, aur woh sirf dikha dekhne ke liye hai.</w:t>
      </w:r>
      <w:r>
        <w:br/>
      </w:r>
      <w:r>
        <w:rPr>
          <w:sz w:val="20"/>
        </w:rPr>
        <w:t>39:45  khana aap kitna bhi tasty khayen, do-char look mein ke baad phir woh waisa nahi lagta jaise aapko pehle lag raha tha. to duniya mein aapke liye fulfillment nahi hai. duniya mein sirf ek test milega, jisse aap samajh sakte hain ki jannat kaisi hogi. to bilkul insan ki misal maulana kehte the, "machhli aur pani ki hai ki machhli jo hai, pani mein khush hai,</w:t>
      </w:r>
      <w:r>
        <w:br/>
      </w:r>
      <w:r>
        <w:rPr>
          <w:sz w:val="20"/>
        </w:rPr>
        <w:t>40:08  aur usko pani se nikal diya jaye, to woh tadpegi. usko aap kuch kuch bhi den, usko phir bhi woh tadpti rahegi bagair pani ke." to insan ka jo habitat hai, woh jannat hai, aur jannat ke bagair insan kabhi bhi khush nahi reh sakta.</w:t>
      </w:r>
      <w:r>
        <w:br/>
      </w:r>
      <w:r>
        <w:rPr>
          <w:sz w:val="20"/>
        </w:rPr>
        <w:t>40:24  to sirf usko itni khushi mil sakti hai ki uska khuda se connection qayam ho, aur woh is ummeed mein jiye ki akhirat mein usko jannat milegi, allah taala ka qurb milega. to is tarike se hamein usko batana hai ki tum jo hai, yeh jo home sickness wali tumhari feeling hai, woh jannat hi mein jakar woh khatm hogi. aur yahan par jo hai, tumko khuda ka creation plan jo hai, woh samajhna hai,</w:t>
      </w:r>
      <w:r>
        <w:br/>
      </w:r>
      <w:r>
        <w:rPr>
          <w:sz w:val="20"/>
        </w:rPr>
        <w:t>40:53  us se baghabar hona hai, aur usi ke mutabik tumko apni zindagi guzarni hai. aur yeh duniya jo hai, woh preparation ground hai. yeh duniya jo hai, home of reward nahi hai, darul jaza nahi hai, balke darul imtihan hai. to agar usko yeh baat samajh mein aa jaye, na to woh bilkul mutamain ho jayega. kyunki jaise hum safar mein jate hain, to safar mein tarah tarah ki pareshaniyan hoti hain. ab jahaz mein bhi aadmi jata hai, ek jagah baitha hua</w:t>
      </w:r>
      <w:r>
        <w:br/>
      </w:r>
      <w:r>
        <w:rPr>
          <w:sz w:val="20"/>
        </w:rPr>
        <w:t>41:20  hai. ab kaun chahta hai ki ek jagah ab kai ghanta baitha rahe? to yeh pareshani hai, lekin woh usko tension nahi hoti, kyunki woh janta hai ki 10 ghante, 15 ghante mein hum apni manzile maqsood tak pahunch jayenge.</w:t>
      </w:r>
      <w:r>
        <w:br/>
      </w:r>
      <w:r>
        <w:rPr>
          <w:sz w:val="20"/>
        </w:rPr>
        <w:t>41:34  to agar insan jaane ki yeh chand saal hain is duniya mein, aur hamein akhir mein doosri duniya, perfect world mein, ideal world mein jana hai, to uska yeh jo tension hai, yeh khatm ho jayega, aur woh mutamain ho jayega, aur khuda se taluq qayam karega. aur usi ke mutabik woh apni personality ko develop karega, taaki woh akhirat mein, jannat mein jagah pane ka haqdar thehre.</w:t>
      </w:r>
    </w:p>
    <w:p>
      <w:pPr>
        <w:pStyle w:val="Heading2"/>
      </w:pPr>
      <w:r>
        <w:t>Da'wah follows Allah's planning and help</w:t>
      </w:r>
    </w:p>
    <w:p>
      <w:r>
        <w:rPr>
          <w:color w:val="666666"/>
          <w:sz w:val="18"/>
        </w:rPr>
        <w:t>Interaction with umries 24 july, 2019 - Maulana Wahiduddin Khan · 47s · at 2:49 · https://youtu.be/8d1GN1f_oMs?t=169</w:t>
      </w:r>
    </w:p>
    <w:p>
      <w:r>
        <w:rPr>
          <w:i/>
        </w:rPr>
        <w:t>“Koi sachchi da'wat Allah ki planning ke mutabiq hoti hai”</w:t>
      </w:r>
    </w:p>
    <w:p>
      <w:r>
        <w:rPr>
          <w:sz w:val="20"/>
        </w:rPr>
        <w:t>2:49  to yeh aik saada baat nahi thi. koi sachi baat dawat, koi sachi dawat hamesha Allah ki, Allah ke planning ke mutabiq hoti hai.</w:t>
      </w:r>
      <w:r>
        <w:br/>
      </w:r>
      <w:r>
        <w:rPr>
          <w:sz w:val="20"/>
        </w:rPr>
        <w:t>3:04  Allah ki madad se uthti hai. Allah se duaein karna, Allah se mangna ke hamari dawat sahi tareeqe se kamyab ho.</w:t>
      </w:r>
      <w:r>
        <w:br/>
      </w:r>
      <w:r>
        <w:rPr>
          <w:sz w:val="20"/>
        </w:rPr>
        <w:t>3:22  to jo daai hota hai, woh bohat ziyada pehle Allah ke saath muamla kar chuka hota hai, phir woh shuru karta hai apni dawat.</w:t>
      </w:r>
    </w:p>
    <w:p>
      <w:pPr>
        <w:pStyle w:val="Heading2"/>
      </w:pPr>
      <w:r>
        <w:t>Raja Mahendra Pratap and ideology of love</w:t>
      </w:r>
    </w:p>
    <w:p>
      <w:r>
        <w:rPr>
          <w:color w:val="666666"/>
          <w:sz w:val="18"/>
        </w:rPr>
        <w:t>The Concept of Love in Religion (Part 1) Nov 5, 2006 Maulana Wahiduddin khan · 5m 57s · at 19:47 · https://youtu.be/-VR4C3Wqx2Y?t=1187</w:t>
      </w:r>
    </w:p>
    <w:p>
      <w:r>
        <w:rPr>
          <w:i/>
        </w:rPr>
        <w:t>“Hamaare desh mein ek bahut bade leader the, unka naam tha Raja Mahendra Pratap”</w:t>
      </w:r>
    </w:p>
    <w:p>
      <w:r>
        <w:rPr>
          <w:sz w:val="20"/>
        </w:rPr>
        <w:t>19:47  dekhiye, main aap ko yaad dilaoon, hamare desh mein ek bohat bade leader the, un ka naam tha raja mahendra pratap. yeh first world war ki baat hai, first world war ke zamane ki baat hai.</w:t>
      </w:r>
      <w:r>
        <w:br/>
      </w:r>
      <w:r>
        <w:rPr>
          <w:sz w:val="20"/>
        </w:rPr>
        <w:t>20:01  raja mahendra pratap toh unhone ek party banayi thi, mahatma gandhi toh peaceful movement chala rahe the, chalaya unhone.</w:t>
      </w:r>
      <w:r>
        <w:br/>
      </w:r>
      <w:r>
        <w:rPr>
          <w:sz w:val="20"/>
        </w:rPr>
        <w:t>20:14  woh peace ke ko mante the zyada. mahendra pratap ka kehna tha ke nahi, angrezon ko mar kar nikalna hai. toh unhone, mahendra pratap ne aur kai logon ne mil kar ke ek government in exile, jis ko kehte hain government in exile, kabul mein banayi thi.</w:t>
      </w:r>
      <w:r>
        <w:br/>
      </w:r>
      <w:r>
        <w:rPr>
          <w:sz w:val="20"/>
        </w:rPr>
        <w:t>20:32  unhone is ka kya, un ka kya manna tha ke jo countries britishs ke rival hain, un se army hasil karna aur phir india par attack kar ke angrezon ko bhagana.</w:t>
      </w:r>
      <w:r>
        <w:br/>
      </w:r>
      <w:r>
        <w:rPr>
          <w:sz w:val="20"/>
        </w:rPr>
        <w:t>20:50  is ke liye afghanistan se unhone baat cheet ki. is dauran ameer habibullah ruler tha wahan ka, us ne kaha ke chalo, main 25 hazar toh fauj tum ko de doon ga.</w:t>
      </w:r>
      <w:r>
        <w:br/>
      </w:r>
      <w:r>
        <w:rPr>
          <w:sz w:val="20"/>
        </w:rPr>
        <w:t>21:01  germany gaye, wahan baat cheet ki, unhone kaha ke main bhi tum ko army de doon ga. phir woh moscow gaye. is zamane mein lenin wahan ka ruler tha russia ka.</w:t>
      </w:r>
      <w:r>
        <w:br/>
      </w:r>
      <w:r>
        <w:rPr>
          <w:sz w:val="20"/>
        </w:rPr>
        <w:t>21:13  toh jo main kehna chahta hoon, yaani unhone bahar se army le kar ke chaha ke india ko freedom dilwayein, angrezon ko nikal kar ke. toh khair, yeh toh ek ek romantic idea tha.</w:t>
      </w:r>
      <w:r>
        <w:br/>
      </w:r>
      <w:r>
        <w:rPr>
          <w:sz w:val="20"/>
        </w:rPr>
        <w:t>21:24  main nahi manta ke yeh bhi koi, yeh bhi koi tareeqa hai. gandhi ko manta hoon ke gandhi ne jo chalaya, woh ek better tha, jis mein result nikle, jis ka koi.</w:t>
      </w:r>
      <w:r>
        <w:br/>
      </w:r>
      <w:r>
        <w:rPr>
          <w:sz w:val="20"/>
        </w:rPr>
        <w:t>21:38  lekin yeh jo chalaya unhone ke bahar se fauj le kar ke aao aur india mein attack karo aur angrezon ko bhagao, yeh toh simply ek romantic idea hai. khair, toh raja mahendra pratap 1919 yaani 1919 mein gaye moscow.</w:t>
      </w:r>
      <w:r>
        <w:br/>
      </w:r>
      <w:r>
        <w:rPr>
          <w:sz w:val="20"/>
        </w:rPr>
        <w:t>22:00  moscow mein woh mile lenin se. aap jante hain ke lenin jo hai, top ka leader tha communist party ka, aur us waqt wahan woh yaani jo wahan state bani thi, communist state, us ka woh head tha 1919 mein, 1919 mein.</w:t>
      </w:r>
      <w:r>
        <w:br/>
      </w:r>
      <w:r>
        <w:rPr>
          <w:sz w:val="20"/>
        </w:rPr>
        <w:t>22:23  toh jab woh gaye us ke paas toh unhone jo appointment liya, unhone us ke secretary se aaj sham ka appointment liya, kal milna tha.</w:t>
      </w:r>
      <w:r>
        <w:br/>
      </w:r>
      <w:r>
        <w:rPr>
          <w:sz w:val="20"/>
        </w:rPr>
        <w:t>22:38  toh unhone secretary ko, lenin ki secretary ko ek book di, ek choti si book, us ka naam tha "religion of love".</w:t>
      </w:r>
      <w:r>
        <w:br/>
      </w:r>
      <w:r>
        <w:rPr>
          <w:sz w:val="20"/>
        </w:rPr>
        <w:t>22:50  "religion of love" us ko secretary ne lenin ko diya. toh lenin ne raat hi ko padh dala, us ko raat hi ko, taake kal jab milna hai mujhe toh padhe rahoon main is kitab ko.</w:t>
      </w:r>
      <w:r>
        <w:br/>
      </w:r>
      <w:r>
        <w:rPr>
          <w:sz w:val="20"/>
        </w:rPr>
        <w:t>23:05  toh lenin ne us ko padh liya, lekin us mein kuch bla nahi. us ko koi kuch update the, us mein simply kuch values ki baatein thi, kuch bla nahi.</w:t>
      </w:r>
      <w:r>
        <w:br/>
      </w:r>
      <w:r>
        <w:rPr>
          <w:sz w:val="20"/>
        </w:rPr>
        <w:t>23:18  yaani is wajah se woh kuch impress nahi hua. woh</w:t>
      </w:r>
      <w:r>
        <w:br/>
      </w:r>
      <w:r>
        <w:rPr>
          <w:sz w:val="20"/>
        </w:rPr>
        <w:t>23:25  toh is par maine socha ke kyun impress nahi hua woh? aur hazaron book chhapi hain love par, kyun koi impress nahi hota un ko padh kar ke?</w:t>
      </w:r>
      <w:r>
        <w:br/>
      </w:r>
      <w:r>
        <w:rPr>
          <w:sz w:val="20"/>
        </w:rPr>
        <w:t>23:37  is liye "it requires an ideology of love". aap love ki baatein karte hain, lekin aap koi ideology of love nahi dete.</w:t>
      </w:r>
      <w:r>
        <w:br/>
      </w:r>
      <w:r>
        <w:rPr>
          <w:sz w:val="20"/>
        </w:rPr>
        <w:t>23:47  jaldi book parh lijiye, aap</w:t>
      </w:r>
      <w:r>
        <w:br/>
      </w:r>
      <w:r>
        <w:rPr>
          <w:sz w:val="20"/>
        </w:rPr>
        <w:t>23:52  bas lo ki baatein hon gi ke bhaiyon ek doosre se pyar karo. is tarah se koi pyar nahin karta. aap ko ek ideology of love dena hoga is aadmi ko.</w:t>
      </w:r>
      <w:r>
        <w:br/>
      </w:r>
      <w:r>
        <w:rPr>
          <w:sz w:val="20"/>
        </w:rPr>
        <w:t>24:06  to aap to ab dekhiye ke ab lelin ko dekhiye. aap lelin ko marx ne ek ideology of state di thi, wo is se impress hua tha aur communist party ka member ban gaya tha.</w:t>
      </w:r>
      <w:r>
        <w:br/>
      </w:r>
      <w:r>
        <w:rPr>
          <w:sz w:val="20"/>
        </w:rPr>
        <w:t>24:22  to idhar to is ko ek ideology mil rahi thi, ideology communist ideology. yahan simply ek book de rahe the jis mein kuch quotation the aur kuch wo, kuch wo thi parables se, kuch the aise hi kuch.</w:t>
      </w:r>
      <w:r>
        <w:br/>
      </w:r>
      <w:r>
        <w:rPr>
          <w:sz w:val="20"/>
        </w:rPr>
        <w:t>24:43  to dekhiye jo kami hai wo kya hai? love culture kyun nahin promote ho raha hai? hate culture promote ho raha hai. hate culture.</w:t>
      </w:r>
      <w:r>
        <w:br/>
      </w:r>
      <w:r>
        <w:rPr>
          <w:sz w:val="20"/>
        </w:rPr>
        <w:t>24:54  rousseau ne ek ideology of politics di, marx ne ek ideology of economics di. to wo wo cheez promote hui, lekin jo log love ki baatein karte hain,</w:t>
      </w:r>
      <w:r>
        <w:br/>
      </w:r>
      <w:r>
        <w:rPr>
          <w:sz w:val="20"/>
        </w:rPr>
        <w:t>25:08  they failed to provide an ideology of love. to insaan ka mind address nahin ho raha hai. kyun? insaan, aap jante hain ke man is a thinking animal.</w:t>
      </w:r>
      <w:r>
        <w:br/>
      </w:r>
      <w:r>
        <w:rPr>
          <w:sz w:val="20"/>
        </w:rPr>
        <w:t>25:21  aadmi sochta hai, is ko logic chahiye, is ko reason chahiye kisi baat ko manne ke liye.</w:t>
      </w:r>
      <w:r>
        <w:br/>
      </w:r>
      <w:r>
        <w:rPr>
          <w:sz w:val="20"/>
        </w:rPr>
        <w:t>25:33  to love ki baat karna aur idea, ideology of love provide na karna, ye hai sab se bari tragedy.</w:t>
      </w:r>
    </w:p>
    <w:p>
      <w:pPr>
        <w:pStyle w:val="Heading2"/>
      </w:pPr>
      <w:r>
        <w:t>Faith is not lip service</w:t>
      </w:r>
    </w:p>
    <w:p>
      <w:r>
        <w:rPr>
          <w:color w:val="666666"/>
          <w:sz w:val="18"/>
        </w:rPr>
        <w:t>Fiqh in Islam (Prophetic Wisdom) November 24, 2006 · 30s · at 1:13 · https://youtu.be/magXxJDsM8c?t=73</w:t>
      </w:r>
    </w:p>
    <w:p>
      <w:r>
        <w:rPr>
          <w:i/>
        </w:rPr>
        <w:t>“Kisi qism ke harkat lisani yani Lip Service ka naam nahi hai”</w:t>
      </w:r>
    </w:p>
    <w:p>
      <w:r>
        <w:rPr>
          <w:sz w:val="20"/>
        </w:rPr>
        <w:t>1:13  kisi qism ki harkat lisani yaani lip service ka naam nahi hai. kuch words hain, kuch shabd hain, un ko aap zaban se dohra den to mysteriously aap ko iman mil jayega, aisa nahi hai. yaani iman koi munter ki cheez nahi hai. iman fiqh ka naam hai, yaani iman samajh ka naam hai, understand karne</w:t>
      </w:r>
    </w:p>
    <w:p>
      <w:pPr>
        <w:pStyle w:val="Heading2"/>
      </w:pPr>
      <w:r>
        <w:t>Quranic verse on creation matches big bang</w:t>
      </w:r>
    </w:p>
    <w:p>
      <w:r>
        <w:rPr>
          <w:color w:val="666666"/>
          <w:sz w:val="18"/>
        </w:rPr>
        <w:t>God Particle 8 July 2012 - Maulana Wahiduddin Khan · 3m 02s · at 26:39 · https://youtu.be/GajbNL2XS1o?t=1599</w:t>
      </w:r>
    </w:p>
    <w:p>
      <w:r>
        <w:rPr>
          <w:i/>
        </w:rPr>
        <w:t>“In the Quran, Surah Al-Anbiya chapter 21 says”</w:t>
      </w:r>
    </w:p>
    <w:p>
      <w:r>
        <w:rPr>
          <w:sz w:val="20"/>
        </w:rPr>
        <w:t>26:39  ke "Innas samawati wal arda kantā ratqan fafataqnahuma waja'alna min al-ma'i kulla shayin hayyin".</w:t>
      </w:r>
      <w:r>
        <w:br/>
      </w:r>
      <w:r>
        <w:rPr>
          <w:sz w:val="20"/>
        </w:rPr>
        <w:t>26:51  yeh hai chapter 21 verse 30</w:t>
      </w:r>
      <w:r>
        <w:br/>
      </w:r>
      <w:r>
        <w:rPr>
          <w:sz w:val="20"/>
        </w:rPr>
        <w:t>26:57  yani Al-Anbiya ki teesri ayat. to is ka, is ka matlab kya hai? is ka tarjuma yeh hai ke "The heavens and the earth were</w:t>
      </w:r>
      <w:r>
        <w:br/>
      </w:r>
      <w:r>
        <w:rPr>
          <w:sz w:val="20"/>
        </w:rPr>
        <w:t>27:14  joint together, then We split them asunder".</w:t>
      </w:r>
      <w:r>
        <w:br/>
      </w:r>
      <w:r>
        <w:rPr>
          <w:sz w:val="20"/>
        </w:rPr>
        <w:t>27:22  yani zameen aur aasman aapas mein jude hue the, phir hum ne is ko alag kar diya. aur phir hum ne pani bana se har cheez banai, zinda cheez.</w:t>
      </w:r>
      <w:r>
        <w:br/>
      </w:r>
      <w:r>
        <w:rPr>
          <w:sz w:val="20"/>
        </w:rPr>
        <w:t>27:34  is mein dekhiye, do lafz istemal hua hai: ratq aur fatq. yani zameen o aasman</w:t>
      </w:r>
      <w:r>
        <w:br/>
      </w:r>
      <w:r>
        <w:rPr>
          <w:sz w:val="20"/>
        </w:rPr>
        <w:t>27:42  is se pehle fatq ratq ki haalat mein the. ratq kehte hain Arabi mein, kehte hain munzamm al-ajza. jaise yeh hai, yeh munzamm al-ajza ek doosre mein juda hua.</w:t>
      </w:r>
      <w:r>
        <w:br/>
      </w:r>
      <w:r>
        <w:rPr>
          <w:sz w:val="20"/>
        </w:rPr>
        <w:t>27:57  muntazim al-ajza yani joint together. to kaisi ajeeb baat hai ke quran yeh keh raha hai ke ibtida mein poora zameen o aasman ka jo mass hai, jo madah hai,</w:t>
      </w:r>
      <w:r>
        <w:br/>
      </w:r>
      <w:r>
        <w:rPr>
          <w:sz w:val="20"/>
        </w:rPr>
        <w:t>28:14  poora ka poora aik aik hi wahid cheez mein aise juda hua tha. ratq ki halat mein tha, yani integrated form mein tha.</w:t>
      </w:r>
      <w:r>
        <w:br/>
      </w:r>
      <w:r>
        <w:rPr>
          <w:sz w:val="20"/>
        </w:rPr>
        <w:t>28:27  phir kya hua? fatq hua. fatq ka mani kehte hain kholna, disintegrate karna. yeh bohat hi ajeeb hui baat hai ke pehle ratq tha, phir fatq hua.</w:t>
      </w:r>
      <w:r>
        <w:br/>
      </w:r>
      <w:r>
        <w:rPr>
          <w:sz w:val="20"/>
        </w:rPr>
        <w:t>28:39  yani pehle sari universe integrated form mein thi, phir is mein disintegration hua.</w:t>
      </w:r>
      <w:r>
        <w:br/>
      </w:r>
      <w:r>
        <w:rPr>
          <w:sz w:val="20"/>
        </w:rPr>
        <w:t>28:48  to yeh ain wahi cheez hai jis ko baad ko science, science ne daryaft kiya big bang ki shakal mein. big bang ki theory yahi hai ke pehle poori kainat aik bohat bade cosmic ball ki surat mein thi.</w:t>
      </w:r>
      <w:r>
        <w:br/>
      </w:r>
      <w:r>
        <w:rPr>
          <w:sz w:val="20"/>
        </w:rPr>
        <w:t>29:04  bohat yani sare particle jo universe mein aaj hain, woh sab ke sab jure hue the. is ko kaha jata hai cosmic ball.</w:t>
      </w:r>
      <w:r>
        <w:br/>
      </w:r>
      <w:r>
        <w:rPr>
          <w:sz w:val="20"/>
        </w:rPr>
        <w:t>29:15  to is mein explosion hua. explosion hua, tab ja kar ke aisa hua ke sare particle bikhar gaye. yahi to hua. ratq tha, phir fatq hua.</w:t>
      </w:r>
      <w:r>
        <w:br/>
      </w:r>
      <w:r>
        <w:rPr>
          <w:sz w:val="20"/>
        </w:rPr>
        <w:t>29:25  ain wahi cheez hai. ratq tha, phir fatq hua. is ke baad farmaya ke "waj alna min al-mai kull shai hai" aur hum ne banaya pani se tamam zindagi zinda cheezon ko.</w:t>
      </w:r>
    </w:p>
    <w:p>
      <w:pPr>
        <w:pStyle w:val="Heading2"/>
      </w:pPr>
      <w:r>
        <w:t>the Quranic law of change and why top-down revolution fails</w:t>
      </w:r>
    </w:p>
    <w:p>
      <w:r>
        <w:rPr>
          <w:color w:val="666666"/>
          <w:sz w:val="18"/>
        </w:rPr>
        <w:t>CPS Women Article Discussion 16 January 22, 2023 · 4m 23s · at 0:39 · https://youtu.be/szqwtxpGb0E?t=39</w:t>
      </w:r>
    </w:p>
    <w:p>
      <w:r>
        <w:rPr>
          <w:i/>
        </w:rPr>
        <w:t>“Allah kisi qaum ki halat nahi badalta jab tak woh khud na badlein”</w:t>
      </w:r>
    </w:p>
    <w:p>
      <w:r>
        <w:rPr>
          <w:sz w:val="20"/>
        </w:rPr>
        <w:t>0:39  roz aur javal ke tareekhi qanoon ko quran mein mukhtasar taur par is tarah bayan kiya gaya hai. allah kisi group par we maqam mein halat, we maqam yani halatein qaumi ko us waqt tak nahi badalta jab tak woh apne maan baay nafs yani halatein nafs ko na badle. anfAl 53 raat 11.</w:t>
      </w:r>
      <w:r>
        <w:br/>
      </w:r>
      <w:r>
        <w:rPr>
          <w:sz w:val="20"/>
        </w:rPr>
        <w:t>1:06  in ayat mein maan bae nafs ki tabdeeli se murad tabdeeli hai jo afraad ki satah par hoti hai. kyunke nafs afradi ki satah par paya jata hai na ke istema ki satah par. matlab yeh hai ke qaumon ka sawal us waqt hota hai jabke unke afraad mein bigad aa gaya ho. isi tarah qaumon ka uruj us waqt hota hai jabke afraad ki satah par un mein zindagi paida ho jaye.</w:t>
      </w:r>
      <w:r>
        <w:br/>
      </w:r>
      <w:r>
        <w:rPr>
          <w:sz w:val="20"/>
        </w:rPr>
        <w:t>1:33  is sunnat ilahi ke mutabiq islah qaum ka tareeqa islah hai qaum ka tareeqa yeh hai ke usko islah afraad se shuru kiya jaye na ke inqilab e hukoomat se. inqilab e hukoomat ke nare se kaam ka aaghaz woh ya kisi garuh ke maan baekom ko maan baekom se badalne ki koshish karna hai.</w:t>
      </w:r>
      <w:r>
        <w:br/>
      </w:r>
      <w:r>
        <w:rPr>
          <w:sz w:val="20"/>
        </w:rPr>
        <w:t>1:58  zahir hai ke is qism ki koshish ek aisi duniya mein nateeja khej nahi ho sakti jiske paida karne wale ne uske maan baekom ki tabdeeli ko iske maan bahnafs ki tabdeeli ke sath jod diyao. yeh baagh ko baagh se nikalne ki koshish hogi jabke is duniya mein baagh ko sirf beej se nikala ja sakta hai. tareekh ka sabse bada sabak yeh hai ke kisi ne tareekh se sabak nahi seekha.</w:t>
      </w:r>
      <w:r>
        <w:br/>
      </w:r>
      <w:r>
        <w:rPr>
          <w:sz w:val="20"/>
        </w:rPr>
        <w:t>2:28  yeh call jis tarah doosri qaumon ke liye sahi hai theek isi tarah woh hamare upar bhi sadhe khata hai. hamare tabhi tareekh qism ke sab sab kaamo z waqiyat se bhari hui hai. magar hum mein se koi shakhs jab kaam karne ke liye uthta hai to aksar woh unhi nakaam tajarbaat kar do jata hai jo usse pehle bar bar pesh aa chuke hain.</w:t>
      </w:r>
      <w:r>
        <w:br/>
      </w:r>
      <w:r>
        <w:rPr>
          <w:sz w:val="20"/>
        </w:rPr>
        <w:t>2:50  woh tareef ke qanoon ko jante hue apne aap ko shori ya ghair shori taur par isse alag kar leta hai. woh janta hai ke jo kuch hua woh sirf doosron ke liye tha. hamare sath aisa nahi hoga. tareekh musalsal taur par yeh sabak deti rahi hai ke koi kaun us waqt taraf bhi karti hai jabke uske afraat mein character ki taqat paida ho jaye.</w:t>
      </w:r>
      <w:r>
        <w:br/>
      </w:r>
      <w:r>
        <w:rPr>
          <w:sz w:val="20"/>
        </w:rPr>
        <w:t>3:15  magar hamara haal yeh hai ke hum afraat mein character paida ki baghair tarke ki taraf chhalang laga dete hain.</w:t>
      </w:r>
      <w:r>
        <w:br/>
      </w:r>
      <w:r>
        <w:rPr>
          <w:sz w:val="20"/>
        </w:rPr>
        <w:t>3:27  saari tareekh ka faisla hai ke qaumon ki sarbulandi ka raaz ittedai satah par taameer aur istehkam hai.</w:t>
      </w:r>
      <w:r>
        <w:br/>
      </w:r>
      <w:r>
        <w:rPr>
          <w:sz w:val="20"/>
        </w:rPr>
        <w:t>3:40  magar log mauqa milte hi siyasiyadaare se muqabla aa rahi shuru kar dete hain.</w:t>
      </w:r>
      <w:r>
        <w:br/>
      </w:r>
      <w:r>
        <w:rPr>
          <w:sz w:val="20"/>
        </w:rPr>
        <w:t>3:53  tareekh rehti hai ke haqeeqat pasandi kisi bhi kamyabi tak pahunchne ka wahid jeena hai. magar hamare rehnuma nyay gvedardi ke sath khaum ko jazbati ham gaon mein mashkoor kar dete hain. millat ko uthane ka koi mansooba usi waqt kamyab ho sakta hai jabke millat ki afraat ko uthaya ja chuka ho.</w:t>
      </w:r>
      <w:r>
        <w:br/>
      </w:r>
      <w:r>
        <w:rPr>
          <w:sz w:val="20"/>
        </w:rPr>
        <w:t>4:15  millat ki tarqqi ke liye aise afraat darkar hain jo bolne se zyada chup rehna jante ho, jo alfaaz se zyada mani ki zaman samajhte ho, jo taqat se zyada dilli ke aage chhupne wale ho, jo kehne se zyada karna jante ho, jo aage badhne se zyada peeche hatne ke bahadur ho, filhal yeh ke jo duniya se zyada akhirat ko dekh rahe ho, dekh rahe ho.</w:t>
      </w:r>
      <w:r>
        <w:br/>
      </w:r>
      <w:r>
        <w:rPr>
          <w:sz w:val="20"/>
        </w:rPr>
        <w:t>4:42  aise afraat ke bairah millat ki sarg mandi ka nara lagana aisa hi hai jaise dal dal ke upar deewar khadi karna.</w:t>
      </w:r>
      <w:r>
        <w:br/>
      </w:r>
      <w:r>
        <w:rPr>
          <w:sz w:val="20"/>
        </w:rPr>
        <w:t>5:02  is article se jo main jis yeh mujhe jo samajh mein aaya kyunke insaan ke andar sab se zyada</w:t>
      </w:r>
    </w:p>
    <w:p>
      <w:pPr>
        <w:pStyle w:val="Heading2"/>
      </w:pPr>
      <w:r>
        <w:t>Quranic verses on patience during loss, in English</w:t>
      </w:r>
    </w:p>
    <w:p>
      <w:r>
        <w:rPr>
          <w:color w:val="666666"/>
          <w:sz w:val="18"/>
        </w:rPr>
        <w:t>Remembrance Memorial Service Honouring Maulana Wahiduddin Khan - 25 April 2021 · 57s · at 5:55 · https://youtu.be/7FuPpaskfBQ?t=355</w:t>
      </w:r>
    </w:p>
    <w:p>
      <w:r>
        <w:rPr>
          <w:i/>
        </w:rPr>
        <w:t>“Seek help through patience and prayer, surely God is with the steadfast”</w:t>
      </w:r>
    </w:p>
    <w:p>
      <w:r>
        <w:rPr>
          <w:sz w:val="20"/>
        </w:rPr>
        <w:t>5:55  in the name of God, the most gracious, the most merciful. You who believe, seek help through patience and prayer.</w:t>
      </w:r>
      <w:r>
        <w:br/>
      </w:r>
      <w:r>
        <w:rPr>
          <w:sz w:val="20"/>
        </w:rPr>
        <w:t>6:09  Surely, God is with the steadfast.</w:t>
      </w:r>
      <w:r>
        <w:br/>
      </w:r>
      <w:r>
        <w:rPr>
          <w:sz w:val="20"/>
        </w:rPr>
        <w:t>6:13  Do not say that those who are killed in God's calls are dead. They are alive, but you are not aware of it.</w:t>
      </w:r>
      <w:r>
        <w:br/>
      </w:r>
      <w:r>
        <w:rPr>
          <w:sz w:val="20"/>
        </w:rPr>
        <w:t>6:23  We shall certainly test you with fear and hunger and loss of property, life and crops. Give good news to those who endeavor with fortitude.</w:t>
      </w:r>
      <w:r>
        <w:br/>
      </w:r>
      <w:r>
        <w:rPr>
          <w:sz w:val="20"/>
        </w:rPr>
        <w:t>6:36  Those who save and afflicted with a calamity. We belong to God, and to Him we shall return</w:t>
      </w:r>
      <w:r>
        <w:br/>
      </w:r>
      <w:r>
        <w:rPr>
          <w:sz w:val="20"/>
        </w:rPr>
        <w:t>6:43  . Other ones who will have blessings and mercy from their Lord. It is they who are on the right path. Amen.</w:t>
      </w:r>
    </w:p>
    <w:p>
      <w:pPr>
        <w:pStyle w:val="Heading2"/>
      </w:pPr>
      <w:r>
        <w:t>Introduction between Hell and Paradise</w:t>
      </w:r>
    </w:p>
    <w:p>
      <w:r>
        <w:rPr>
          <w:color w:val="666666"/>
          <w:sz w:val="18"/>
        </w:rPr>
        <w:t>Between Hell And Paradise Jan 27, 2013 - Maulana Wahiduddin Khan · 49s · at 0:41 · https://youtu.be/ZsC5AXf1iKM?t=41</w:t>
      </w:r>
    </w:p>
    <w:p>
      <w:r>
        <w:rPr>
          <w:i/>
        </w:rPr>
        <w:t>“Aaj ka topic hai 'Between Hell and Paradise'.”</w:t>
      </w:r>
    </w:p>
    <w:p>
      <w:r>
        <w:rPr>
          <w:sz w:val="20"/>
        </w:rPr>
        <w:t>0:41  aaj ka topic hai "Between Hell and Paradise", yani jannat aur jahannum ke darmiyan.</w:t>
      </w:r>
      <w:r>
        <w:br/>
      </w:r>
      <w:r>
        <w:rPr>
          <w:sz w:val="20"/>
        </w:rPr>
        <w:t>0:57  dekhiye, is duniya mein aadmi ki jo zindagi hai, har lamha, har second, woh do choices ke darmiyan hota hai.</w:t>
      </w:r>
      <w:r>
        <w:br/>
      </w:r>
      <w:r>
        <w:rPr>
          <w:sz w:val="20"/>
        </w:rPr>
        <w:t>1:16  ek choice liya to Hell mein gaya, doosra choice liya to Paradise mein gaya.</w:t>
      </w:r>
      <w:r>
        <w:br/>
      </w:r>
      <w:r>
        <w:rPr>
          <w:sz w:val="20"/>
        </w:rPr>
        <w:t>1:26  yahi zindagi hai.</w:t>
      </w:r>
    </w:p>
    <w:p>
      <w:pPr>
        <w:pStyle w:val="Heading2"/>
      </w:pPr>
      <w:r>
        <w:t>Quran verse on those who treated religion as a game</w:t>
      </w:r>
    </w:p>
    <w:p>
      <w:r>
        <w:rPr>
          <w:color w:val="666666"/>
          <w:sz w:val="18"/>
        </w:rPr>
        <w:t>CPS Women Monthly Q and A with Prof. Farida Khanam and Maulana Farhad Ahmed Umeri May 28, 2023 · 2m 32s · at 47:57 · https://youtu.be/Yxxy8MJSAj0?t=2877</w:t>
      </w:r>
    </w:p>
    <w:p>
      <w:r>
        <w:rPr>
          <w:i/>
        </w:rPr>
        <w:t>“Jinhone apne deen ko khel aur tamasha bana liya tha”</w:t>
      </w:r>
    </w:p>
    <w:p>
      <w:r>
        <w:rPr>
          <w:sz w:val="20"/>
        </w:rPr>
        <w:t>47:57  ek sawal hai kuch aaya hai lonon koda ka wah haj karne gayi hain. farashaab chapter seven ki verse 51. unhone poocha hai isko explain karne ke liye kaha hai.</w:t>
      </w:r>
      <w:r>
        <w:br/>
      </w:r>
      <w:r>
        <w:rPr>
          <w:sz w:val="20"/>
        </w:rPr>
        <w:t>48:12  wah jinhone apne din ko khel aur tamasha bana liya tha aur jinko duniya ki zindagi ne dhoke mein daal rakha tha, bas aaj hum unko bhula denge jis tarah unhone apne is din ki mulaqaat ko bhula diya tha aur jaisa ki wah hamari nishaniyon ka inkaar karte rahe to wah isko zara sawal samajhna chah rahi thi.</w:t>
      </w:r>
      <w:r>
        <w:br/>
      </w:r>
      <w:r>
        <w:rPr>
          <w:sz w:val="20"/>
        </w:rPr>
        <w:t>48:42  dekhiye Allah taala ka at kanoon hai faz guruni adgurukum. tum mujhe yaad karo main tumhe yaad karunga. usi tarike sadish mein jo meri taraf ek balisht aage badhega main uski taraf ek haath aage badhaunga. to insaan ka kaam yeh hai insaan ki zimmedari yeh hoti hai ki Khuda ki taraf padhe to Allah kala uski taraf uski rahumahi karega uski madad karega. is sense mein yeh.</w:t>
      </w:r>
      <w:r>
        <w:br/>
      </w:r>
      <w:r>
        <w:rPr>
          <w:sz w:val="20"/>
        </w:rPr>
        <w:t>49:07  duniya mein jo cheezein mil rahi hain jo aapko dozakh kehte hain ya jahan hum kehte hain wahan par lagte hain usko alag jagah. achha, usmein doosra jo portion hai wah yeh hai ki jisne khel khud ko apna deen bana liya.</w:t>
      </w:r>
      <w:r>
        <w:br/>
      </w:r>
      <w:r>
        <w:rPr>
          <w:sz w:val="20"/>
        </w:rPr>
        <w:t>49:34  teen banaane ka matlab islam nahi hai ke usne apna entertainment culture ko apna liya, khaai shaad ke</w:t>
      </w:r>
      <w:r>
        <w:br/>
      </w:r>
      <w:r>
        <w:rPr>
          <w:sz w:val="20"/>
        </w:rPr>
        <w:t>49:40  peeche jalne laga.</w:t>
      </w:r>
      <w:r>
        <w:br/>
      </w:r>
      <w:r>
        <w:rPr>
          <w:sz w:val="20"/>
        </w:rPr>
        <w:t>49:46  yeh sab cheez jo karega to jo insaan aisa karega ullah tala ko bulaayega hi.</w:t>
      </w:r>
      <w:r>
        <w:br/>
      </w:r>
      <w:r>
        <w:rPr>
          <w:sz w:val="20"/>
        </w:rPr>
        <w:t>49:52  usko acche khaane, qism qism ke khaane acche lagenge.</w:t>
      </w:r>
      <w:r>
        <w:br/>
      </w:r>
      <w:r>
        <w:rPr>
          <w:sz w:val="20"/>
        </w:rPr>
        <w:t>49:58  entertainment culture usko accha lagega.</w:t>
      </w:r>
      <w:r>
        <w:br/>
      </w:r>
      <w:r>
        <w:rPr>
          <w:sz w:val="20"/>
        </w:rPr>
        <w:t>50:05  jo apne rab ke saamne khada hone se dra aur khai shaad ki pairvi se apne aap ko roka, to jannat uska thikana jannat hai. to yeh to basic usool hai jannat mein jaane ke ek pehlu se ki aapko aakhir ke saamne, Khuda ke saamne khada hona isse darna hai. doosra apni khwaish ke mutabik nahi chalna har waqt.</w:t>
      </w:r>
      <w:r>
        <w:br/>
      </w:r>
      <w:r>
        <w:rPr>
          <w:sz w:val="20"/>
        </w:rPr>
        <w:t>50:29  matlab yeh ke alfaas ko literally nahi lena hai matlab khuda ki blessing se khuda ki rehmat se</w:t>
      </w:r>
    </w:p>
    <w:p>
      <w:pPr>
        <w:pStyle w:val="Heading2"/>
      </w:pPr>
      <w:r>
        <w:t>Childhood moon follows me out of love</w:t>
      </w:r>
    </w:p>
    <w:p>
      <w:r>
        <w:rPr>
          <w:color w:val="666666"/>
          <w:sz w:val="18"/>
        </w:rPr>
        <w:t>Discovering God June 30, 2019 Maulana Wahiduddin Khan · 58s · at 3:10 · https://youtu.be/Yt1-eX7XzYU?t=190</w:t>
      </w:r>
    </w:p>
    <w:p>
      <w:r>
        <w:rPr>
          <w:i/>
        </w:rPr>
        <w:t>“Us waqt main gaon mein rehta tha”</w:t>
      </w:r>
    </w:p>
    <w:p>
      <w:r>
        <w:rPr>
          <w:sz w:val="20"/>
        </w:rPr>
        <w:t>3:10  to choti umar mein tha. us waqt main raat ko apnay ghar ke angan mein chal raha tha.</w:t>
      </w:r>
      <w:r>
        <w:br/>
      </w:r>
      <w:r>
        <w:rPr>
          <w:sz w:val="20"/>
        </w:rPr>
        <w:t>3:25  us waqt chaudhveen raat ki, chaudhveen raat thi.</w:t>
      </w:r>
      <w:r>
        <w:br/>
      </w:r>
      <w:r>
        <w:rPr>
          <w:sz w:val="20"/>
        </w:rPr>
        <w:t>3:35  aap jante hain ke jab aap ke sar par chand chonkh raha ho aur aap chalen to aisa lagega ke aap ke sath chand chal raha hai.</w:t>
      </w:r>
      <w:r>
        <w:br/>
      </w:r>
      <w:r>
        <w:rPr>
          <w:sz w:val="20"/>
        </w:rPr>
        <w:t>3:54  to main ne apni maan se kaha</w:t>
      </w:r>
      <w:r>
        <w:br/>
      </w:r>
      <w:r>
        <w:rPr>
          <w:sz w:val="20"/>
        </w:rPr>
        <w:t>3:59  keh dekho maan, chand kitna zyada mujh se mohabbat karta hai.</w:t>
      </w:r>
    </w:p>
    <w:p>
      <w:pPr>
        <w:pStyle w:val="Heading2"/>
      </w:pPr>
      <w:r>
        <w:t>Unity advice from Jesus and Prophet</w:t>
      </w:r>
    </w:p>
    <w:p>
      <w:r>
        <w:rPr>
          <w:color w:val="666666"/>
          <w:sz w:val="18"/>
        </w:rPr>
        <w:t>CPS Mission Re Born | April 11, 2006 | Maulana Wahiduddin Khan · 5m 39s · at 1:18:01 · https://youtu.be/jC8IPGPSOCA?t=4681</w:t>
      </w:r>
    </w:p>
    <w:p>
      <w:r>
        <w:rPr>
          <w:i/>
        </w:rPr>
        <w:t>“To Hazrat Masih ne kaha tha apne disciple se ek hi naseehat ki thi”</w:t>
      </w:r>
    </w:p>
    <w:p>
      <w:r>
        <w:rPr>
          <w:sz w:val="20"/>
        </w:rPr>
        <w:t>1:18:01  to Hazrat Masih ne kaha tha apne disciples se ek hi naseehat ki thi, unhon ne wohi same naseehat Rasool Allah ne. bohat ajib baat hai ke ek hi naseehat ki thi Hazrat Masih ne apne disciples se jab unhon ne kaha tha ke is mission ko aage badhao. unhon ne kaha tha ke dekho, aapas mein tum log ikhtilaf na karna. yeh difference ko le kar ke ladna jhagadna nahi hai. difference ke lad</w:t>
      </w:r>
      <w:r>
        <w:br/>
      </w:r>
      <w:r>
        <w:rPr>
          <w:sz w:val="20"/>
        </w:rPr>
        <w:t>1:18:31  kar alag alag na mat ho jana. theek yahi naseehat Rasool Allah ne ki ke ikhtilaf mat karna aapas mein. differences ko le kar alag alag mat ho jana. ek hi naseehat. aisa kyun hai? dekhiye, kitne hi zyada log, kitne hi zyada log marifat ko paye hue hon, kitni zyada un ko discovery hui ho</w:t>
      </w:r>
      <w:r>
        <w:br/>
      </w:r>
      <w:r>
        <w:rPr>
          <w:sz w:val="20"/>
        </w:rPr>
        <w:t>1:19:01  kitne zyada woh educated hon, lekin difference is part of nature. yaad rakhiye, difference jo hai woh part of nature hai. kabhi bhi yeh mumkin nahi hai ke differences na aayen. impossible hai. yahan tak Quran se maloom hota hai ke do prophet agar ek hi zamane mein hon to do prophet ke beech mein bhi difference aa jata hai. jaisa ke Hazrat Musa Haroon mein hua.</w:t>
      </w:r>
      <w:r>
        <w:br/>
      </w:r>
      <w:r>
        <w:rPr>
          <w:sz w:val="20"/>
        </w:rPr>
        <w:t>1:19:33  to difference ka paish aana jo hai, it is but natural. is wajah se kisi team ka tootna hamesha sirf ek sabab se hota hai, woh hai difference. jab bhi koi team tooti hai to sirf is liye tooti hai ke differences aa gaye logon mein. is ko le kar log alag alag ho gaye. isi liye Hazrat Masih ne sab se zyada zor diya tha is par</w:t>
      </w:r>
      <w:r>
        <w:br/>
      </w:r>
      <w:r>
        <w:rPr>
          <w:sz w:val="20"/>
        </w:rPr>
        <w:t>1:20:03  ke tum log kabhi kabhi kabhi bhi aisa mat karna ke difference ko le kar ke alag alag ho jao. yeh Rasool Allah ne kaha ke kabhi mat karna aisa ke difference ko le kar tum alag alag ho jao. to karna kya hai? ek hi kaam hai, difference ko aap excuse na banayen. koi bhi doosra solution is ka nahi hai. difference ko aap excuse na banayen.</w:t>
      </w:r>
      <w:r>
        <w:br/>
      </w:r>
      <w:r>
        <w:rPr>
          <w:sz w:val="20"/>
        </w:rPr>
        <w:t>1:20:35  agar aap yeh condition lagayen ke mujhe satisfy kiya jaye, mere difference ko samjhaya jaye, mujhe jab main poori tarah se samajh jaunga, tab main saath dunga, nahi to saath nahi dunga. aisa bilkul possible nahi hai. impossible hai yeh kyun ke sochne ke tareeqe alag hain. har ek ke, har ek ka</w:t>
      </w:r>
      <w:r>
        <w:br/>
      </w:r>
      <w:r>
        <w:rPr>
          <w:sz w:val="20"/>
        </w:rPr>
        <w:t>1:21:06  ek ek cell jo hai, different hai. har ek ki aankh different hai, mind different hai, taste different hai. yeh possible hi nahi hai ke har difference par aap ko satisfy kiya ja sake. main aap ko do example deta hoon. Mahatma Gandhi ke bare mein Jawahar Lal Nehru ne apni autobiography mein likha hai ke Congress mein jab meet</w:t>
      </w:r>
      <w:r>
        <w:br/>
      </w:r>
      <w:r>
        <w:rPr>
          <w:sz w:val="20"/>
        </w:rPr>
        <w:t>1:21:36  ing hoti thi aur Gandhi ji koi baat kehte the to aksar aisa hota tha ke Gandhi ji ka argument jo hai, humein satisfy nahi karte the. un ke logic jo hai, hum hum is logic par mutmaeen nahi hote the. to Gandhi ji jab dekhte the ke logic se yeh log nahi maan rahe hain to woh kehte the ke "this is my inner side speaks" to phir sab log surrender kar dete the.</w:t>
      </w:r>
      <w:r>
        <w:br/>
      </w:r>
      <w:r>
        <w:rPr>
          <w:sz w:val="20"/>
        </w:rPr>
        <w:t>1:22:09  to agar logic par chalana hota to Congress azadi se pehle toot jati. agar shart yeh hoti, agar condition yeh hoti ke Gandhi ji sab ko satisfy karen, jo woh kahein us par sab ko satisfy karen, logically aur rationally, to azadi se pehle hi Congress toot jati aur Gandhi ji koi role play nahi kar paate. inspite all those differences, aap ko</w:t>
      </w:r>
      <w:r>
        <w:br/>
      </w:r>
      <w:r>
        <w:rPr>
          <w:sz w:val="20"/>
        </w:rPr>
        <w:t>1:22:40  unite hona padta hai. in differences ko mita kar unity duniya mein kabhi aati nahi hai. differences ko avoid kar ke aati hai unity, na ke differences ko mita kar. yeh mamla khud Rasool Allah ka tha. aap padh lijiye, Sulah Hudaibiyah jo hui thi, sare hi companion aap ke us ke khilaf the. Rasool Allah Sallallahu Alaihi Wasallam ne</w:t>
      </w:r>
      <w:r>
        <w:br/>
      </w:r>
      <w:r>
        <w:rPr>
          <w:sz w:val="20"/>
        </w:rPr>
        <w:t>1:23:11  apne jo un ke mukhalifeen the, un se ek agreement kiya tha, peace agreement. us peace agreement par jo jo us ki shartein thin, to sab ki sab unilateral thin. yaani aap ne doosron ki shart maan li, jab ke aap ki shart unhon ne nahi maani, phir bhi aap ne sign kar diya us ke upar. to aap ke jo companion the, woh sab ke sab khilaf ho gaye us ke. yahan tak ke Hazrat Umar Farooq, jo itne bare</w:t>
      </w:r>
    </w:p>
    <w:p>
      <w:pPr>
        <w:pStyle w:val="Heading2"/>
      </w:pPr>
      <w:r>
        <w:t>Tree meditation and human-tree relationship</w:t>
      </w:r>
    </w:p>
    <w:p>
      <w:r>
        <w:rPr>
          <w:color w:val="666666"/>
          <w:sz w:val="18"/>
        </w:rPr>
        <w:t>The Concept of Love in Religion (Part 1) Nov 5, 2006 Maulana Wahiduddin khan · 3m 28s · at 33:21 · https://youtu.be/-VR4C3Wqx2Y?t=2001</w:t>
      </w:r>
    </w:p>
    <w:p>
      <w:r>
        <w:rPr>
          <w:i/>
        </w:rPr>
        <w:t>“Mera jo spiritual tree hai, uske neeche soch raha tha”</w:t>
      </w:r>
    </w:p>
    <w:p>
      <w:r>
        <w:rPr>
          <w:sz w:val="20"/>
        </w:rPr>
        <w:t>33:21  to main apne is, mera jo spiritual tree hai, us ke neeche soch raha tha, soch raha tha, soch raha tha.</w:t>
      </w:r>
      <w:r>
        <w:br/>
      </w:r>
      <w:r>
        <w:rPr>
          <w:sz w:val="20"/>
        </w:rPr>
        <w:t>33:32  to mere mind mein achaanak yeh aaya ke yeh jo drakht hai,</w:t>
      </w:r>
      <w:r>
        <w:br/>
      </w:r>
      <w:r>
        <w:rPr>
          <w:sz w:val="20"/>
        </w:rPr>
        <w:t>33:40  us ko hazaron saal se insaan dekhta raha hai, hazaron saal se dekhta raha hai. lekin</w:t>
      </w:r>
      <w:r>
        <w:br/>
      </w:r>
      <w:r>
        <w:rPr>
          <w:sz w:val="20"/>
        </w:rPr>
        <w:t>33:50  ek bohat bohat sari baatein jo tree se juri hui hain, aap jante hain ke tree ek science hai, poori poori poori ek science hai ek tree.</w:t>
      </w:r>
      <w:r>
        <w:br/>
      </w:r>
      <w:r>
        <w:rPr>
          <w:sz w:val="20"/>
        </w:rPr>
        <w:t>34:03  to woh pehle insaan jaanta nahi tha. jaise misaal ke taur par insaan nahi jaanta tha pehle ke insaan aur tree ke beech mein ek bohat gehra rishta hai.</w:t>
      </w:r>
      <w:r>
        <w:br/>
      </w:r>
      <w:r>
        <w:rPr>
          <w:sz w:val="20"/>
        </w:rPr>
        <w:t>34:18  hum yeh jaante thay ke insaan saans leta hai, is ko hum samajhte hain ke hawa mein saans leta hai. bas lekin yeh ab pata chala hai ke insaan aur tree ke beech mein ek rishta hai.</w:t>
      </w:r>
      <w:r>
        <w:br/>
      </w:r>
      <w:r>
        <w:rPr>
          <w:sz w:val="20"/>
        </w:rPr>
        <w:t>34:33  yaani hum jab saans lete hain to hum inhale karte hain oxygen aur exhale karte hain carbon, carbon dioxide.</w:t>
      </w:r>
      <w:r>
        <w:br/>
      </w:r>
      <w:r>
        <w:rPr>
          <w:sz w:val="20"/>
        </w:rPr>
        <w:t>34:47  hum jo jo oxygen hum inhale karte hain, woh kahan se aaya? woh inhi darakhton se aaya. in darakhton mein ek bohat hi bohat zabardast qism ka ek process chalta hai jo kehte hain chlorophyll.</w:t>
      </w:r>
      <w:r>
        <w:br/>
      </w:r>
      <w:r>
        <w:rPr>
          <w:sz w:val="20"/>
        </w:rPr>
        <w:t>35:03  woh ek alag science hai, is ki chlorophyll ki science alag alag science hai. to to tree jo hai, woh is science ki jo is ke andar hoti hai karkhana,</w:t>
      </w:r>
      <w:r>
        <w:br/>
      </w:r>
      <w:r>
        <w:rPr>
          <w:sz w:val="20"/>
        </w:rPr>
        <w:t>35:17  yaani chlorophyll to ek is mein factory banti hai peed ke is par, is se woh oxygen extract karta hai.</w:t>
      </w:r>
      <w:r>
        <w:br/>
      </w:r>
      <w:r>
        <w:rPr>
          <w:sz w:val="20"/>
        </w:rPr>
        <w:t>35:27  ab woh air jo hai, oxygen ko supply karta hai, woh air mein aati hai, air se mere paas aati hai, aur main saans leta hoon. to jis oxygen ko main exhale, jis oxygen ko main inhale kar raha hoon, woh peed se supply ho rahi hai.</w:t>
      </w:r>
      <w:r>
        <w:br/>
      </w:r>
      <w:r>
        <w:rPr>
          <w:sz w:val="20"/>
        </w:rPr>
        <w:t>35:43  aur phir jis carbon dioxide ko main exhale kar raha hoon, aap jaante hain ke woh woh ek ek ek woh hai, harmful hai insaan ke liye.</w:t>
      </w:r>
      <w:r>
        <w:br/>
      </w:r>
      <w:r>
        <w:rPr>
          <w:sz w:val="20"/>
        </w:rPr>
        <w:t>35:55  agar poora jo atmosphere bhar jaye carbon dioxide se to hum mar jayenge. to yeh kahan dispose off hota hai?</w:t>
      </w:r>
      <w:r>
        <w:br/>
      </w:r>
      <w:r>
        <w:rPr>
          <w:sz w:val="20"/>
        </w:rPr>
        <w:t>36:04  woh kahan jaata hai? woh woh peed le leta hai. to kaisa ajeeb baat hai ke carbon dioxide peed ka food hai, oxygen mera food hai.</w:t>
      </w:r>
      <w:r>
        <w:br/>
      </w:r>
      <w:r>
        <w:rPr>
          <w:sz w:val="20"/>
        </w:rPr>
        <w:t>36:16  kitna ajeeb o ghareeb exchange hai! ji,</w:t>
      </w:r>
      <w:r>
        <w:br/>
      </w:r>
      <w:r>
        <w:rPr>
          <w:sz w:val="20"/>
        </w:rPr>
        <w:t>36:21  yeh hazaron saal se yeh baat thi duniya mein. main insaan kuch jaanta hi nahi tha.</w:t>
      </w:r>
      <w:r>
        <w:br/>
      </w:r>
      <w:r>
        <w:rPr>
          <w:sz w:val="20"/>
        </w:rPr>
        <w:t>36:29  yeh modern jo thinkers hain, modern scientist jo hain, paida hue mostly Europe mein, unhone discover kiya is ko. to ab mere mind mein yeh baat aayi to maine socha ke poori humanity ke liye mujhe ek pyar aa gaya, mere liye jo humanity sainkaron saal se lagi hui hai, mujhe batane mein,</w:t>
      </w:r>
    </w:p>
    <w:p>
      <w:pPr>
        <w:pStyle w:val="Heading2"/>
      </w:pPr>
      <w:r>
        <w:t>Hadith whoever is taken to account is destroyed</w:t>
      </w:r>
    </w:p>
    <w:p>
      <w:r>
        <w:rPr>
          <w:color w:val="666666"/>
          <w:sz w:val="18"/>
        </w:rPr>
        <w:t>Ramadan The Month of Remembrance June 21, 2015 Maulana Wahiduddin Khan · 1m 55s · at 47:16 · https://youtu.be/1Ho3kzPdAjs?t=2836</w:t>
      </w:r>
    </w:p>
    <w:p>
      <w:r>
        <w:rPr>
          <w:i/>
        </w:rPr>
        <w:t>“Hadees mein aaya hai 'Man nokash faqat halak' Jis ka hisaab liya”</w:t>
      </w:r>
    </w:p>
    <w:p>
      <w:r>
        <w:rPr>
          <w:sz w:val="20"/>
        </w:rPr>
        <w:t>47:16  hadith mein aaya hai man naqsh faqad khalaq man naqsh faqad khalaq. jis ka hisab liya gaya, woh halak hua. jis ka hisab liya gaya, woh halak hua. khudaaya! hamein is se bacha. khudaaya!</w:t>
      </w:r>
      <w:r>
        <w:br/>
      </w:r>
      <w:r>
        <w:rPr>
          <w:sz w:val="20"/>
        </w:rPr>
        <w:t>47:38  hamein is hangam se bacha. hamein un logon mein shamil farma jo teri rehmat se, jo teri rehmat se bila hisab kitab jannat mein dakhil kiye jayenge. ya Allah!</w:t>
      </w:r>
      <w:r>
        <w:br/>
      </w:r>
      <w:r>
        <w:rPr>
          <w:sz w:val="20"/>
        </w:rPr>
        <w:t>48:02  mein phir dua karta hoon</w:t>
      </w:r>
      <w:r>
        <w:br/>
      </w:r>
      <w:r>
        <w:rPr>
          <w:sz w:val="20"/>
        </w:rPr>
        <w:t>48:06  naghma siddiqui ke liye.</w:t>
      </w:r>
      <w:r>
        <w:br/>
      </w:r>
      <w:r>
        <w:rPr>
          <w:sz w:val="20"/>
        </w:rPr>
        <w:t>48:10  ya allah, mein phir dua karta hoon naghma siddiqui ke liye</w:t>
      </w:r>
      <w:r>
        <w:br/>
      </w:r>
      <w:r>
        <w:rPr>
          <w:sz w:val="20"/>
        </w:rPr>
        <w:t>48:16  ke un ko</w:t>
      </w:r>
      <w:r>
        <w:br/>
      </w:r>
      <w:r>
        <w:rPr>
          <w:sz w:val="20"/>
        </w:rPr>
        <w:t>48:18  shifa ata farma, sehat ata farma, aafiyat ata farma.</w:t>
      </w:r>
      <w:r>
        <w:br/>
      </w:r>
      <w:r>
        <w:rPr>
          <w:sz w:val="20"/>
        </w:rPr>
        <w:t>48:25  un ko bohat jald is qabil bana de ke mission mein jis tarah pehle wo</w:t>
      </w:r>
      <w:r>
        <w:br/>
      </w:r>
      <w:r>
        <w:rPr>
          <w:sz w:val="20"/>
        </w:rPr>
        <w:t>48:31  aikteev thee, dobara isi tarah aikteev ho jayen.</w:t>
      </w:r>
      <w:r>
        <w:br/>
      </w:r>
      <w:r>
        <w:rPr>
          <w:sz w:val="20"/>
        </w:rPr>
        <w:t>48:37  ya Allah,</w:t>
      </w:r>
      <w:r>
        <w:br/>
      </w:r>
      <w:r>
        <w:rPr>
          <w:sz w:val="20"/>
        </w:rPr>
        <w:t>48:41  hamari duaon ko qabool farma. aap ke hi ajiz bande jo yahan hain, hamari duaon par ameen keh rahe hain, hum sab ki dua ko qabool farma. rabana taqabbal minna innaka ant assabur al aleem rabana taqabbal minna innaka ant assabur al aleem wa tub alaina innaka ant attawab ur rahim wa salli Allahu ta'ala ala khair khalkihi Muhammadin wa aalihi wa ashabihi ajmaeen birahmateka ya rabbal alameen.</w:t>
      </w:r>
    </w:p>
    <w:p>
      <w:pPr>
        <w:pStyle w:val="Heading2"/>
      </w:pPr>
      <w:r>
        <w:t>God's masterpiece won't be destroyed</w:t>
      </w:r>
    </w:p>
    <w:p>
      <w:r>
        <w:rPr>
          <w:color w:val="666666"/>
          <w:sz w:val="18"/>
        </w:rPr>
        <w:t>The Concept of Paradise and Hell July 22, 2017 · 39s · at 3:55 · https://youtu.be/gG6ZaAIyeb4?t=235</w:t>
      </w:r>
    </w:p>
    <w:p>
      <w:r>
        <w:rPr>
          <w:i/>
        </w:rPr>
        <w:t>“Would God want to destroy His best creation? Never.”</w:t>
      </w:r>
    </w:p>
    <w:p>
      <w:r>
        <w:rPr>
          <w:sz w:val="20"/>
        </w:rPr>
        <w:t>3:55  is hawalay ke jab insaan ko allah ne paida kiya tamam makhlooqat se behtar to kya allah yeh chahega ke is ko halak kiya jaye?</w:t>
      </w:r>
      <w:r>
        <w:br/>
      </w:r>
      <w:r>
        <w:rPr>
          <w:sz w:val="20"/>
        </w:rPr>
        <w:t>4:06  kabhi nahi. allah asal al-khaliqeen hain. koi bhi artist aisa nahi chahega ke is ka art jo hai, kooday mein phenk diya jaye.</w:t>
      </w:r>
      <w:r>
        <w:br/>
      </w:r>
      <w:r>
        <w:rPr>
          <w:sz w:val="20"/>
        </w:rPr>
        <w:t>4:19  to allah ko chahega? to allah ka pehla choice taqreeban yeh hai ke insaan ko is ka proper place mile, yaani paradise.</w:t>
      </w:r>
    </w:p>
    <w:p>
      <w:pPr>
        <w:pStyle w:val="Heading2"/>
      </w:pPr>
      <w:r>
        <w:t>Believer as well-wisher for others</w:t>
      </w:r>
    </w:p>
    <w:p>
      <w:r>
        <w:rPr>
          <w:color w:val="666666"/>
          <w:sz w:val="18"/>
        </w:rPr>
        <w:t>Character of a Believer April 16, 2016 Maulana Wahiduddin Khan · 30s · at 33:05 · https://youtu.be/HpOK8NY312g?t=1985</w:t>
      </w:r>
    </w:p>
    <w:p>
      <w:r>
        <w:rPr>
          <w:i/>
        </w:rPr>
        <w:t>“So Mawlana, according to the Quran, one of the very important qualities”</w:t>
      </w:r>
    </w:p>
    <w:p>
      <w:r>
        <w:rPr>
          <w:sz w:val="20"/>
        </w:rPr>
        <w:t>33:05  so Maulana, according to the Quran, one of the very important qualities of a believer is that he is a well-wisher for others. and you are saying a well-wisher does not want to create even the least problem for anyone. and that is what is meant by being a no problem person. Maulana, my next question is that, how should a believer balance the demands of this life while also working for the hereafter?</w:t>
      </w:r>
      <w:r>
        <w:br/>
      </w:r>
      <w:r>
        <w:rPr>
          <w:sz w:val="20"/>
        </w:rPr>
        <w:t>33:35  dekhiye, balance ki baat nahin hai.</w:t>
      </w:r>
    </w:p>
    <w:p>
      <w:pPr>
        <w:pStyle w:val="Heading2"/>
      </w:pPr>
      <w:r>
        <w:t>Desire without fulfillment in this world points to Paradise</w:t>
      </w:r>
    </w:p>
    <w:p>
      <w:r>
        <w:rPr>
          <w:color w:val="666666"/>
          <w:sz w:val="18"/>
        </w:rPr>
        <w:t>Islam in Daily Life May 26, 2013 · 5m 45s · at 35:14 · https://youtu.be/iNyWPrbyyhA?t=2114</w:t>
      </w:r>
    </w:p>
    <w:p>
      <w:r>
        <w:rPr>
          <w:i/>
        </w:rPr>
        <w:t>“Main aaj ka ek qissa sunata hoon”</w:t>
      </w:r>
    </w:p>
    <w:p>
      <w:r>
        <w:rPr>
          <w:sz w:val="20"/>
        </w:rPr>
        <w:t>35:14  kisi aur cheez mein nahi ho sakti. kal mujhe ek ek tajurba hua. ek apa kahin se koi mithai layein, bohat khane mein bohat hi tasty thi woh.</w:t>
      </w:r>
      <w:r>
        <w:br/>
      </w:r>
      <w:r>
        <w:rPr>
          <w:sz w:val="20"/>
        </w:rPr>
        <w:t>35:30  to main ne ek kha liya.</w:t>
      </w:r>
      <w:r>
        <w:br/>
      </w:r>
      <w:r>
        <w:rPr>
          <w:sz w:val="20"/>
        </w:rPr>
        <w:t>35:33  ab is ke baad kya hua ke khansi aur cough, achi khasi museebat ho gayi mere liye. to main ne socha, yaani yeh bhi ek tajurba tha.</w:t>
      </w:r>
      <w:r>
        <w:br/>
      </w:r>
      <w:r>
        <w:rPr>
          <w:sz w:val="20"/>
        </w:rPr>
        <w:t>35:46  yaani woh woh bohat tasty thi khane mein. lekin result kya nikla ke khansi aa gayi aur cough anay laga.</w:t>
      </w:r>
      <w:r>
        <w:br/>
      </w:r>
      <w:r>
        <w:rPr>
          <w:sz w:val="20"/>
        </w:rPr>
        <w:t>35:55  to mein ne socha ke Allah taala ne is dunya mein test birds to diye hain, lekin enjoy nahi diya hai.</w:t>
      </w:r>
      <w:r>
        <w:br/>
      </w:r>
      <w:r>
        <w:rPr>
          <w:sz w:val="20"/>
        </w:rPr>
        <w:t>36:06  ek baar ajeeb ehsaas hua mujhe. Yaani bohat hi ajeeb baat hai. Aakhir test birds agar mere andar na hota to mein kaise is ki lazzat ko mehsoos kar sakta tha.</w:t>
      </w:r>
      <w:r>
        <w:br/>
      </w:r>
      <w:r>
        <w:rPr>
          <w:sz w:val="20"/>
        </w:rPr>
        <w:t>36:18  waaqatan woh bohat hi lazeez thi mithai woh.</w:t>
      </w:r>
      <w:r>
        <w:br/>
      </w:r>
      <w:r>
        <w:rPr>
          <w:sz w:val="20"/>
        </w:rPr>
        <w:t>36:23  lekin ek hi baar khane ke baad maine kaha ab yaani khana hai is ko. To is dunya mein Allah taala ne cis enjoy diya, lekin enjoy ko rakh diya akhirat mein.</w:t>
      </w:r>
      <w:r>
        <w:br/>
      </w:r>
      <w:r>
        <w:rPr>
          <w:sz w:val="20"/>
        </w:rPr>
        <w:t>36:37  test birds to diye, lekin aap chahte hain ke aap ko lazeez cheezein milein to woh akhirat mein milein gi, dunya mein nahi.</w:t>
      </w:r>
      <w:r>
        <w:br/>
      </w:r>
      <w:r>
        <w:rPr>
          <w:sz w:val="20"/>
        </w:rPr>
        <w:t>36:46  yeh bhi, yeh yeh bhi ek tosam ki baat hai. Aur bohat ajeeb cheez hai yeh. Jitne bhi insaan ke andar jazbaat hain, desires hain, jitne bhi senses hain,</w:t>
      </w:r>
      <w:r>
        <w:br/>
      </w:r>
      <w:r>
        <w:rPr>
          <w:sz w:val="20"/>
        </w:rPr>
        <w:t>37:02  jitni bhi khwahishein hain, un sab ka muamla yeh hai ke dunya mein aap ko aap ko khwahish ka tajurba hota hai, lekin fulfillment ka tajurba nahi hota.</w:t>
      </w:r>
      <w:r>
        <w:br/>
      </w:r>
      <w:r>
        <w:rPr>
          <w:sz w:val="20"/>
        </w:rPr>
        <w:t>37:14  maashra ka bhi nahi hota.</w:t>
      </w:r>
      <w:r>
        <w:br/>
      </w:r>
      <w:r>
        <w:rPr>
          <w:sz w:val="20"/>
        </w:rPr>
        <w:t>37:17  ke woh kis liye aisa rakha Allah taala ne. Yeh ek bohat hi taaqatwar reminder hai yeh. Yeh jo Allah ne dori bana di, desire mein aur fulfillment jo Allah taala ne dori bana di, dono mil nahi sakte.</w:t>
      </w:r>
      <w:r>
        <w:br/>
      </w:r>
      <w:r>
        <w:rPr>
          <w:sz w:val="20"/>
        </w:rPr>
        <w:t>37:35  insaan ke andar desire hai aur fulfillment jo hai woh us ko haasil nahi hota. To yeh contradiction hai, ek dori hai.</w:t>
      </w:r>
      <w:r>
        <w:br/>
      </w:r>
      <w:r>
        <w:rPr>
          <w:sz w:val="20"/>
        </w:rPr>
        <w:t>37:44  yeh bohat hi powerful reminder hai insaan ke liye taake woh insaan jannat ko yaad kare. Kyun ke jab test birds hain to zaroor hai ke is ki test, is ke mutabiq tasty cheezein kahin maujood hon.</w:t>
      </w:r>
      <w:r>
        <w:br/>
      </w:r>
      <w:r>
        <w:rPr>
          <w:sz w:val="20"/>
        </w:rPr>
        <w:t>38:02  jab sense of enjoy hai to zaroor hai ke is ka takmeel ka kahin samaan ho.</w:t>
      </w:r>
      <w:r>
        <w:br/>
      </w:r>
      <w:r>
        <w:rPr>
          <w:sz w:val="20"/>
        </w:rPr>
        <w:t>38:10  isi cheez ko Quran mein kaha gaya hai ke "ومن کل الشیء خلقنا زوجين لعلكم تذکرون" ۔</w:t>
      </w:r>
      <w:r>
        <w:br/>
      </w:r>
      <w:r>
        <w:rPr>
          <w:sz w:val="20"/>
        </w:rPr>
        <w:t>38:18  ke har cheez ko Allah taala ne paida kiya pair pair, jore jore.</w:t>
      </w:r>
      <w:r>
        <w:br/>
      </w:r>
      <w:r>
        <w:rPr>
          <w:sz w:val="20"/>
        </w:rPr>
        <w:t>38:28  yeh male hai to female hai.</w:t>
      </w:r>
      <w:r>
        <w:br/>
      </w:r>
      <w:r>
        <w:rPr>
          <w:sz w:val="20"/>
        </w:rPr>
        <w:t>38:32  hata ke particle hain bhi, negative particle hain to positive particle hain to negative particle hain.</w:t>
      </w:r>
      <w:r>
        <w:br/>
      </w:r>
      <w:r>
        <w:rPr>
          <w:sz w:val="20"/>
        </w:rPr>
        <w:t>38:40  insaan mein mard hai to aurat hai. Yaani poori dunya mein har cheez jo hai pair pair ki shakal mein hai.</w:t>
      </w:r>
      <w:r>
        <w:br/>
      </w:r>
      <w:r>
        <w:rPr>
          <w:sz w:val="20"/>
        </w:rPr>
        <w:t>38:49  to yeh wahi to yahan bhi hai. Aap ko jo desire di gayi hai, is ka bhi ek pair chahiye. Sense of enjoy jo diya gaya aap ko, is ka bhi ek pair chahiye.</w:t>
      </w:r>
      <w:r>
        <w:br/>
      </w:r>
      <w:r>
        <w:rPr>
          <w:sz w:val="20"/>
        </w:rPr>
        <w:t>39:01  woh pair hai fulfillment. Sense of enjoy ka pair kya hai? Fulfillment.</w:t>
      </w:r>
      <w:r>
        <w:br/>
      </w:r>
      <w:r>
        <w:rPr>
          <w:sz w:val="20"/>
        </w:rPr>
        <w:t>39:09  to aap sochein ke jab har cheez ka pair maujood hai to is is ka pair kahan hai? "ومن کل الشیء خلقنا زوجين لعلكم تذكرون" ۔</w:t>
      </w:r>
      <w:r>
        <w:br/>
      </w:r>
      <w:r>
        <w:rPr>
          <w:sz w:val="20"/>
        </w:rPr>
        <w:t>39:22  yeh Quran ki ayat hai ke hum ne paida ki har cheez jore jore taake tum sochein. Sochein ka matlab kya hai?</w:t>
      </w:r>
      <w:r>
        <w:br/>
      </w:r>
      <w:r>
        <w:rPr>
          <w:sz w:val="20"/>
        </w:rPr>
        <w:t>39:34  ke ek cheez ka jora, sab cheez ka jora to ek aur cheez hai, is ka jora kahan hai?</w:t>
      </w:r>
      <w:r>
        <w:br/>
      </w:r>
      <w:r>
        <w:rPr>
          <w:sz w:val="20"/>
        </w:rPr>
        <w:t>39:38  mein desire ka fulfillment, fulfillment kahan hai? Jab har cheez ka jora maujood hai aur yeh jo nature mein jo system hai, is mein woh jore par mabni hai.</w:t>
      </w:r>
      <w:r>
        <w:br/>
      </w:r>
      <w:r>
        <w:rPr>
          <w:sz w:val="20"/>
        </w:rPr>
        <w:t>39:54  yaani pair based system hai nature. To yeh bhi, is ka bhi jora chahiye. Yaani desire ka jora, fulfillment hai, woh bhi to chahiye.</w:t>
      </w:r>
      <w:r>
        <w:br/>
      </w:r>
      <w:r>
        <w:rPr>
          <w:sz w:val="20"/>
        </w:rPr>
        <w:t>40:06  to woh hai jannat</w:t>
      </w:r>
      <w:r>
        <w:br/>
      </w:r>
      <w:r>
        <w:rPr>
          <w:sz w:val="20"/>
        </w:rPr>
        <w:t>40:07  . is tarah aap jannat ko yaad karenge, jannat ke liye duaen karenge, jannat ke liye aap mutamanni rahenge, jannat ki taraf daudenge.</w:t>
      </w:r>
      <w:r>
        <w:br/>
      </w:r>
      <w:r>
        <w:rPr>
          <w:sz w:val="20"/>
        </w:rPr>
        <w:t>40:19  jo quran mein hai ke "labis lahaza falya'mal al'amilun" . jannat ki taraf log, woh cheezen log daudein us ki taraf.</w:t>
      </w:r>
      <w:r>
        <w:br/>
      </w:r>
      <w:r>
        <w:rPr>
          <w:sz w:val="20"/>
        </w:rPr>
        <w:t>40:32  "saroo ila maghfirah wa jannat as-samawat" .</w:t>
      </w:r>
      <w:r>
        <w:br/>
      </w:r>
      <w:r>
        <w:rPr>
          <w:sz w:val="20"/>
        </w:rPr>
        <w:t>40:38  "saroo ila maghfirah wa jannat as-samawat" woh lafz hai ke daudo jannat ki taraf, jo zameen o aasman ki kushadgi ke barabar hai.</w:t>
      </w:r>
      <w:r>
        <w:br/>
      </w:r>
      <w:r>
        <w:rPr>
          <w:sz w:val="20"/>
        </w:rPr>
        <w:t>40:53  to yeh hai islam mein daily life.</w:t>
      </w:r>
    </w:p>
    <w:p>
      <w:pPr>
        <w:pStyle w:val="Heading2"/>
      </w:pPr>
      <w:r>
        <w:t>Rebutting 'Islam is the most misunderstood religion'</w:t>
      </w:r>
    </w:p>
    <w:p>
      <w:r>
        <w:rPr>
          <w:color w:val="666666"/>
          <w:sz w:val="18"/>
        </w:rPr>
        <w:t>Communal Interpretation of Islam, February 27, 2011 · 43s · at 12:00 · https://youtu.be/6RmJeBE6wyY?t=720</w:t>
      </w:r>
    </w:p>
    <w:p>
      <w:r>
        <w:rPr>
          <w:i/>
        </w:rPr>
        <w:t>“A book claims: 'Islam is the most misunderstood religion'”</w:t>
      </w:r>
    </w:p>
    <w:p>
      <w:r>
        <w:rPr>
          <w:sz w:val="20"/>
        </w:rPr>
        <w:t>12:00  jaise aajkal aam baat hai ke log Musalman jo kuch karte hain, usiko Islam samajh lete hain. Jaise ek kitaab likhi gayi hai, ek Musalman ne likhi hai: "Islam da most misunderstood religion".</w:t>
      </w:r>
      <w:r>
        <w:br/>
      </w:r>
      <w:r>
        <w:rPr>
          <w:sz w:val="20"/>
        </w:rPr>
        <w:t>12:15  main ne kaha yeh galat hai baat.</w:t>
      </w:r>
      <w:r>
        <w:br/>
      </w:r>
      <w:r>
        <w:rPr>
          <w:sz w:val="20"/>
        </w:rPr>
        <w:t>12:18  Islam, yaani Musalmanon ne bigaad rakha hai. Yeh Musalman nahin jinhon ne bigaad rakha hai. Islam kyun? Islam kyun bigdega?</w:t>
      </w:r>
      <w:r>
        <w:br/>
      </w:r>
      <w:r>
        <w:rPr>
          <w:sz w:val="20"/>
        </w:rPr>
        <w:t>12:28  Musalmanon ne isko bigaad rakha hai.</w:t>
      </w:r>
      <w:r>
        <w:br/>
      </w:r>
      <w:r>
        <w:rPr>
          <w:sz w:val="20"/>
        </w:rPr>
        <w:t>12:33  yaani Musalman jo kuch karte hain, usko justify kar rahe hain. Aajkal aam taur par article jo likhte hain, Musalman to kya karte hain? Musalmanon ke bigaad ko justify karte hain Islam se.</w:t>
      </w:r>
    </w:p>
    <w:p>
      <w:pPr>
        <w:pStyle w:val="Heading2"/>
      </w:pPr>
      <w:r>
        <w:t>This world is a preparation ground, not the destination</w:t>
      </w:r>
    </w:p>
    <w:p>
      <w:r>
        <w:rPr>
          <w:color w:val="666666"/>
          <w:sz w:val="18"/>
        </w:rPr>
        <w:t>On Death June 08, 2014 · 2m 38s · at 21:29 · https://youtu.be/p0lSKQ0edmw?t=1289</w:t>
      </w:r>
    </w:p>
    <w:p>
      <w:r>
        <w:rPr>
          <w:i/>
        </w:rPr>
        <w:t>“Quran ek hi kitab hai jo hamein batati hai”</w:t>
      </w:r>
    </w:p>
    <w:p>
      <w:r>
        <w:rPr>
          <w:sz w:val="20"/>
        </w:rPr>
        <w:t>21:29  lekin hum mein se har shakhs ke liye is ne namoone de diya ke tum bhi isi tarah socho۔</w:t>
      </w:r>
      <w:r>
        <w:br/>
      </w:r>
      <w:r>
        <w:rPr>
          <w:sz w:val="20"/>
        </w:rPr>
        <w:t>21:37  kyunke dekhiye, quran aik hi kitaab hai jo hamein batati hai ke paida karne wale ne hamein jo paida kiya hai to is ka ke is ne plan kiya tha۔</w:t>
      </w:r>
      <w:r>
        <w:br/>
      </w:r>
      <w:r>
        <w:rPr>
          <w:sz w:val="20"/>
        </w:rPr>
        <w:t>21:58  is ka plan kiya tha, kis mansoobe ke tehat is ne paida kiya, yeh quran mein hai۔</w:t>
      </w:r>
      <w:r>
        <w:br/>
      </w:r>
      <w:r>
        <w:rPr>
          <w:sz w:val="20"/>
        </w:rPr>
        <w:t>22:04  to quran ke mutabiq woh hai "liyaeblūkum ayyākum wa'aṣṭu'nā" ۔ is ka matlab yeh hai ke yeh duniya jo hai, yeh duniya</w:t>
      </w:r>
      <w:r>
        <w:br/>
      </w:r>
      <w:r>
        <w:rPr>
          <w:sz w:val="20"/>
        </w:rPr>
        <w:t>22:18  right here right doubt ki duniya nahi hai. yeh duniya hai preparation ki duniya, apne aap ko tayyar karne ki duniya۔</w:t>
      </w:r>
      <w:r>
        <w:br/>
      </w:r>
      <w:r>
        <w:rPr>
          <w:sz w:val="20"/>
        </w:rPr>
        <w:t>22:33  jaise aap college mein parhte hain, university mein parhte hain to aap un ko prepare karte hain. aage jo job lena hai aap ko, maslan ab aap, maslan aap mba ka course karte hain to kis liye aage aap ko job lena hai؟</w:t>
      </w:r>
      <w:r>
        <w:br/>
      </w:r>
      <w:r>
        <w:rPr>
          <w:sz w:val="20"/>
        </w:rPr>
        <w:t>22:53  aisi yeh duniya hai. is duniya mein aap ko apne aap ko prepare karna hai. isi ko quran mein tazkiyah kaha gaya hai۔</w:t>
      </w:r>
      <w:r>
        <w:br/>
      </w:r>
      <w:r>
        <w:rPr>
          <w:sz w:val="20"/>
        </w:rPr>
        <w:t>23:05  jaisa aap un ko prepare karenge, waise hi aap ko seat milegi۔</w:t>
      </w:r>
      <w:r>
        <w:br/>
      </w:r>
      <w:r>
        <w:rPr>
          <w:sz w:val="20"/>
        </w:rPr>
        <w:t>23:13  jaisa ke aap jante hain ke education mein jo aadmi sirf matric tak parhe, is ke baad woh aage na parh sake to us ko mamooli service milegi۔</w:t>
      </w:r>
      <w:r>
        <w:br/>
      </w:r>
      <w:r>
        <w:rPr>
          <w:sz w:val="20"/>
        </w:rPr>
        <w:t>23:25  jo aage parhe, aage parhe, aage parhe, koi bari qualification is ki ho to us ko bara job milta hai۔</w:t>
      </w:r>
      <w:r>
        <w:br/>
      </w:r>
      <w:r>
        <w:rPr>
          <w:sz w:val="20"/>
        </w:rPr>
        <w:t>23:35  aise hi muamla duniya ka hai ke aadmi is duniya mein, yaani pre death period jo hai, woh preparatory period hai۔</w:t>
      </w:r>
      <w:r>
        <w:br/>
      </w:r>
      <w:r>
        <w:rPr>
          <w:sz w:val="20"/>
        </w:rPr>
        <w:t>23:49  jaisa aap banayenge, waisa aap wahan ko maqam payenge۔</w:t>
      </w:r>
      <w:r>
        <w:br/>
      </w:r>
      <w:r>
        <w:rPr>
          <w:sz w:val="20"/>
        </w:rPr>
        <w:t>23:58  quran mein hai ke aakhirat ke bare mein "fi maqati sittin 'inda malīkin muqtadirin" ۔</w:t>
      </w:r>
    </w:p>
    <w:p>
      <w:pPr>
        <w:pStyle w:val="Heading2"/>
      </w:pPr>
      <w:r>
        <w:t>From mechanical to intelligent universe</w:t>
      </w:r>
    </w:p>
    <w:p>
      <w:r>
        <w:rPr>
          <w:color w:val="666666"/>
          <w:sz w:val="18"/>
        </w:rPr>
        <w:t>Journey of History I 23 Dec, 2012 - Maulana Wahiduddin Khan · 2m 22s · at 24:53 · https://youtu.be/1NvRxiYKTnc?t=1493</w:t>
      </w:r>
    </w:p>
    <w:p>
      <w:r>
        <w:rPr>
          <w:i/>
        </w:rPr>
        <w:t>“Duniya ke baare mein jo ilmi mutala shuru hua.”</w:t>
      </w:r>
    </w:p>
    <w:p>
      <w:r>
        <w:rPr>
          <w:sz w:val="20"/>
        </w:rPr>
        <w:t>24:53  jo ilmi mutalea shuru hua, iska founder bataya jata hai Galileo aur Newton.</w:t>
      </w:r>
      <w:r>
        <w:br/>
      </w:r>
      <w:r>
        <w:rPr>
          <w:sz w:val="20"/>
        </w:rPr>
        <w:t>25:02  is zamane mein ilmi mutalea shuru hua. to shuru zamane mein, yani Newton ke zamane mein yeh samjha gaya</w:t>
      </w:r>
      <w:r>
        <w:br/>
      </w:r>
      <w:r>
        <w:rPr>
          <w:sz w:val="20"/>
        </w:rPr>
        <w:t>25:11  ke kainat jo hai, aik mechanical machine hai. jaise aik machine hai, isko aap chala dein, chalti rahe gi. iske pas aql nahi hai, iske pas thought nahi hai.</w:t>
      </w:r>
      <w:r>
        <w:br/>
      </w:r>
      <w:r>
        <w:rPr>
          <w:sz w:val="20"/>
        </w:rPr>
        <w:t>25:23  to kainat poori ki poori aik mechanical machine hai.</w:t>
      </w:r>
      <w:r>
        <w:br/>
      </w:r>
      <w:r>
        <w:rPr>
          <w:sz w:val="20"/>
        </w:rPr>
        <w:t>25:30  goya kainat ka jo base hai, matter hai.</w:t>
      </w:r>
      <w:r>
        <w:br/>
      </w:r>
      <w:r>
        <w:rPr>
          <w:sz w:val="20"/>
        </w:rPr>
        <w:t>25:37  lekin</w:t>
      </w:r>
      <w:r>
        <w:br/>
      </w:r>
      <w:r>
        <w:rPr>
          <w:sz w:val="20"/>
        </w:rPr>
        <w:t>25:41  yeh jo theory thi, woh damage ho rahi thi yahan tak ke Einstein ke zamane mein bilkul khatam ho gayi. kyunke aap jante hain ke Einstein ka jo discoveries thin, isne sabit kiya ke matter nahi balkeh energy jo hai,</w:t>
      </w:r>
      <w:r>
        <w:br/>
      </w:r>
      <w:r>
        <w:rPr>
          <w:sz w:val="20"/>
        </w:rPr>
        <w:t>26:00  kainat ki base hai. yani building block kainat ka pehle jo samjha gaya tha ke matter hai, to Einstein ne jo discovery ki, us se sabit hua ke building block universe ka matter nahi hai, energy hai.</w:t>
      </w:r>
      <w:r>
        <w:br/>
      </w:r>
      <w:r>
        <w:rPr>
          <w:sz w:val="20"/>
        </w:rPr>
        <w:t>26:16  to woh damage ho gaya, woh. phir abhi bhi safar jari raha.</w:t>
      </w:r>
      <w:r>
        <w:br/>
      </w:r>
      <w:r>
        <w:rPr>
          <w:sz w:val="20"/>
        </w:rPr>
        <w:t>26:24  age Fred Hoyle aur doosre jo scientist paida hue, unhone dikhaya ke energy nahi balkeh intelligent jo hai, intelligence building block hai.</w:t>
      </w:r>
      <w:r>
        <w:br/>
      </w:r>
      <w:r>
        <w:rPr>
          <w:sz w:val="20"/>
        </w:rPr>
        <w:t>26:36  yani universe ke peechay intelligence hai, zehanat. kaisi ajeeb baat hai.</w:t>
      </w:r>
      <w:r>
        <w:br/>
      </w:r>
      <w:r>
        <w:rPr>
          <w:sz w:val="20"/>
        </w:rPr>
        <w:t>26:45  yani matter se age barh kar, matter ke baad, matter se safar shuru kar ke pohncha energy tak.</w:t>
      </w:r>
      <w:r>
        <w:br/>
      </w:r>
      <w:r>
        <w:rPr>
          <w:sz w:val="20"/>
        </w:rPr>
        <w:t>26:54  energy se pohnch kar pohncha intelligence tak. to ab yeh mana ja raha hai scientific community mein</w:t>
      </w:r>
      <w:r>
        <w:br/>
      </w:r>
      <w:r>
        <w:rPr>
          <w:sz w:val="20"/>
        </w:rPr>
        <w:t>27:04  ke is dunya ke peechay intelligence hai. yeh intelligent universe hai, yeh mechanical universe nahi hai.</w:t>
      </w:r>
    </w:p>
    <w:p>
      <w:pPr>
        <w:pStyle w:val="Heading2"/>
      </w:pPr>
      <w:r>
        <w:t>Verses 5-6: mighty mountains crushed into scattered dust</w:t>
      </w:r>
    </w:p>
    <w:p>
      <w:r>
        <w:rPr>
          <w:color w:val="666666"/>
          <w:sz w:val="18"/>
        </w:rPr>
        <w:t>Surah Al-Waqi'ah A Life-Changing Surah (Part 1) March 9, 2025 · 2m 18s · at 15:34 · https://youtu.be/enNA8TyC-Mc?t=934</w:t>
      </w:r>
    </w:p>
    <w:p>
      <w:r>
        <w:rPr>
          <w:i/>
        </w:rPr>
        <w:t>“The mountains will be crushed to pieces, crumbled to dust.”</w:t>
      </w:r>
    </w:p>
    <w:p>
      <w:r>
        <w:rPr>
          <w:sz w:val="20"/>
        </w:rPr>
        <w:t>15:34  Next verse is verse number five, wa bussatil jibalu bassan. And the mountains will be crushed to pieces, crumbled to dust.</w:t>
      </w:r>
      <w:r>
        <w:br/>
      </w:r>
      <w:r>
        <w:rPr>
          <w:sz w:val="20"/>
        </w:rPr>
        <w:t>15:46  Mountains that appear tall and so big and so strong will become like dust on the Day of Judgment.</w:t>
      </w:r>
      <w:r>
        <w:br/>
      </w:r>
      <w:r>
        <w:rPr>
          <w:sz w:val="20"/>
        </w:rPr>
        <w:t>15:56  The air will blow them away, finished, completely gone, no trace, completely disappeared.</w:t>
      </w:r>
      <w:r>
        <w:br/>
      </w:r>
      <w:r>
        <w:rPr>
          <w:sz w:val="20"/>
        </w:rPr>
        <w:t>16:04  So complete destruction of the mountains on the Day of Judgment. The Quran says in Surah Al-Muzzammil, yauma tarjuf al ardu wal jibalu wa kanatil jibalu kasibam maheelan. The mountains will crumble into shifting sand dunes.</w:t>
      </w:r>
      <w:r>
        <w:br/>
      </w:r>
      <w:r>
        <w:rPr>
          <w:sz w:val="20"/>
        </w:rPr>
        <w:t>16:24  Today we see the mountains so strong and so big you cannot cut it or touch it. On the Day of Judgment, it will become like shifting sand dunes.</w:t>
      </w:r>
      <w:r>
        <w:br/>
      </w:r>
      <w:r>
        <w:rPr>
          <w:sz w:val="20"/>
        </w:rPr>
        <w:t>16:34  So there will be a complete upheaval of the natural world we know today. When the final hour will come, even the most solid structures will be blown away.</w:t>
      </w:r>
      <w:r>
        <w:br/>
      </w:r>
      <w:r>
        <w:rPr>
          <w:sz w:val="20"/>
        </w:rPr>
        <w:t>16:49  If the strong mountains will be blown away, you can imagine nothing will remain intact.</w:t>
      </w:r>
      <w:r>
        <w:br/>
      </w:r>
      <w:r>
        <w:rPr>
          <w:sz w:val="20"/>
        </w:rPr>
        <w:t>16:59  So God will dismantle even the strongest element of creation. And this shows the temporary nature of the physical world.</w:t>
      </w:r>
      <w:r>
        <w:br/>
      </w:r>
      <w:r>
        <w:rPr>
          <w:sz w:val="20"/>
        </w:rPr>
        <w:t>17:10  Surah Taha, chapter 20 says, wa yas'alunaka anil jibali. They ask you about mountains. qul yansifuha rabbi nafsan</w:t>
      </w:r>
      <w:r>
        <w:br/>
      </w:r>
      <w:r>
        <w:rPr>
          <w:sz w:val="20"/>
        </w:rPr>
        <w:t>17:21  Tell them, "My Lord will scatter them like dust." wa yazaruhah qaa'an safsafa. And leave the earth leveled and plain.</w:t>
      </w:r>
      <w:r>
        <w:br/>
      </w:r>
      <w:r>
        <w:rPr>
          <w:sz w:val="20"/>
        </w:rPr>
        <w:t>17:31  La tara fiha iwajaw wa la amta. You will not see any holes or depressions or elevations. It will be absolutely flat</w:t>
      </w:r>
      <w:r>
        <w:br/>
      </w:r>
      <w:r>
        <w:rPr>
          <w:sz w:val="20"/>
        </w:rPr>
        <w:t>17:40  . So these verses reflect God's power to bring about total transformation and total change on the planet Earth.</w:t>
      </w:r>
    </w:p>
    <w:p>
      <w:pPr>
        <w:pStyle w:val="Heading2"/>
      </w:pPr>
      <w:r>
        <w:t>Goal: self-realization and calling to God</w:t>
      </w:r>
    </w:p>
    <w:p>
      <w:r>
        <w:rPr>
          <w:color w:val="666666"/>
          <w:sz w:val="18"/>
        </w:rPr>
        <w:t>Purpose of Human Life I 2nd Dec. '12 · 1m 31s · at 47:16 · https://youtu.be/ilEf2fol6Gk?t=2836</w:t>
      </w:r>
    </w:p>
    <w:p>
      <w:r>
        <w:rPr>
          <w:i/>
        </w:rPr>
        <w:t>“نشانہ: معرفت اور دعوت”</w:t>
      </w:r>
    </w:p>
    <w:p>
      <w:r>
        <w:rPr>
          <w:sz w:val="20"/>
        </w:rPr>
        <w:t>47:16  Abhi to orientation galat hai. To ab main yeh arz karna chahunga ke Allah ke kitab ke mutabiq musalman ka ya ahle iman ka nishana kya hona chahiye? Sirf do nishana: Maarifat aur Dawat.</w:t>
      </w:r>
      <w:r>
        <w:br/>
      </w:r>
      <w:r>
        <w:rPr>
          <w:sz w:val="20"/>
        </w:rPr>
        <w:t>47:47  Maarifat ka matlab hai self realization. Yani apne aap ko itna aap develop karein, apni samajh ko itna apne andar intellectual development layein ke Allah ko aap discovery ke zariye pa sakein. Abhi to humne paya hai sirf kalma padhte the. Kalma padh liya aur samajhte hain ke Allah mil gaya. Allah nahi mila hai. Allah ko pa</w:t>
      </w:r>
      <w:r>
        <w:br/>
      </w:r>
      <w:r>
        <w:rPr>
          <w:sz w:val="20"/>
        </w:rPr>
        <w:t>48:17  ane wala woh hai jis ne discovery ke darje mein Allah ko paya ho. Yeh hai maarifat. Kalma padhne wale ne Allah ko nahi paya hai. To jab aap Quran mein ghor karenge, jab aap nature mein ghor karenge, zameen o aasman mein ghor karenge, jaisa ke Quran mein bar</w:t>
      </w:r>
    </w:p>
    <w:p>
      <w:pPr>
        <w:pStyle w:val="Heading2"/>
      </w:pPr>
      <w:r>
        <w:t>Reflecting on human powerlessness before God's power</w:t>
      </w:r>
    </w:p>
    <w:p>
      <w:r>
        <w:rPr>
          <w:color w:val="666666"/>
          <w:sz w:val="18"/>
        </w:rPr>
        <w:t>Kashmir, A Lesson September 14, 2014 · 48s · at 33:06 · https://youtu.be/JQoYEj0Vntc?t=1986</w:t>
      </w:r>
    </w:p>
    <w:p>
      <w:r>
        <w:rPr>
          <w:i/>
        </w:rPr>
        <w:t>“Khudaya, tu Al-Powerful hai, main Al-Powerless hoon”</w:t>
      </w:r>
    </w:p>
    <w:p>
      <w:r>
        <w:rPr>
          <w:sz w:val="20"/>
        </w:rPr>
        <w:t>33:06  ab yeh ehsas mujh mein hota hai, tari rehta hai ke abhi jab mein aa kar baitha to mein ne kaha ke Khudaya, tu all powerful hai, mein to all powerless hoon.</w:t>
      </w:r>
      <w:r>
        <w:br/>
      </w:r>
      <w:r>
        <w:rPr>
          <w:sz w:val="20"/>
        </w:rPr>
        <w:t>33:22  Khudaya, tu to all powerful hai, mein all powerless hoon. to ek ek aisa insan jo all powerless hai, all powerful ki baat kaise kahe?</w:t>
      </w:r>
      <w:r>
        <w:br/>
      </w:r>
      <w:r>
        <w:rPr>
          <w:sz w:val="20"/>
        </w:rPr>
        <w:t>33:38  mein yahan baitha hoon ke aap ki baat kahoon, lekin kaise ek aisa insan kahe jo all powerful ki baat ek all powerless kaise kahe?</w:t>
      </w:r>
    </w:p>
    <w:p>
      <w:pPr>
        <w:pStyle w:val="Heading2"/>
      </w:pPr>
      <w:r>
        <w:t>The culture of helping others</w:t>
      </w:r>
    </w:p>
    <w:p>
      <w:r>
        <w:rPr>
          <w:color w:val="666666"/>
          <w:sz w:val="18"/>
        </w:rPr>
        <w:t>Help of God | Nov 05, 2016 · 31s · at 6:31 · https://youtu.be/xi-pxaxK9ts?t=391</w:t>
      </w:r>
    </w:p>
    <w:p>
      <w:r>
        <w:rPr>
          <w:i/>
        </w:rPr>
        <w:t>“Nasrat culture humare andar hona chahiye”</w:t>
      </w:r>
    </w:p>
    <w:p>
      <w:r>
        <w:rPr>
          <w:sz w:val="20"/>
        </w:rPr>
        <w:t>6:31  nusrat Culture hamare andar hona chahiye.</w:t>
      </w:r>
      <w:r>
        <w:br/>
      </w:r>
      <w:r>
        <w:rPr>
          <w:sz w:val="20"/>
        </w:rPr>
        <w:t>6:39  nusrat yeh nahin hai ke aap kisi ko paisa de dein, kisi ko khana khila dein.</w:t>
      </w:r>
      <w:r>
        <w:br/>
      </w:r>
      <w:r>
        <w:rPr>
          <w:sz w:val="20"/>
        </w:rPr>
        <w:t>6:47  nusrat shayad nusrat ki sab se bari qism yeh hai ke aap us ko sachai ka rasta dikhaein.</w:t>
      </w:r>
      <w:r>
        <w:br/>
      </w:r>
      <w:r>
        <w:rPr>
          <w:sz w:val="20"/>
        </w:rPr>
        <w:t>6:55  sachai ka rasta.</w:t>
      </w:r>
    </w:p>
    <w:p>
      <w:pPr>
        <w:pStyle w:val="Heading2"/>
      </w:pPr>
      <w:r>
        <w:t>Probability of God from science</w:t>
      </w:r>
    </w:p>
    <w:p>
      <w:r>
        <w:rPr>
          <w:color w:val="666666"/>
          <w:sz w:val="18"/>
        </w:rPr>
        <w:t>Divine Guidance November 20, 2016 · 17m 03s · at 25:34 · https://youtu.be/tbcloc-fvSE?t=1534</w:t>
      </w:r>
    </w:p>
    <w:p>
      <w:r>
        <w:rPr>
          <w:i/>
        </w:rPr>
        <w:t>“Pehle yeh kehna kaha jaata tha”</w:t>
      </w:r>
    </w:p>
    <w:p>
      <w:r>
        <w:rPr>
          <w:sz w:val="20"/>
        </w:rPr>
        <w:t>25:34  pehlay yeh kaha jata tha ke, yani jo hamare Muslim philosophers the ke certainly there is God. to certainty prove nahi hui. yani science ke mutale mein yeh prove nahi hui ke certainty se hum koi baat kar sakte hain. lekin doosri cheez prove ho gayi. hum yeh keh sakte hain ke probably there is God.</w:t>
      </w:r>
      <w:r>
        <w:br/>
      </w:r>
      <w:r>
        <w:rPr>
          <w:sz w:val="20"/>
        </w:rPr>
        <w:t>25:57  yeh bohat bara change aaya insani fikr mein. ke agarche hum yeh kahani ke portion mein nahi hain, ilmi taur par, scientific taur par ke certainly there is God. magar hum yeh kahani ke portion mein hain ke probably there is God.</w:t>
      </w:r>
      <w:r>
        <w:br/>
      </w:r>
      <w:r>
        <w:rPr>
          <w:sz w:val="20"/>
        </w:rPr>
        <w:t>26:14  aur purely scientific methodology ke mutabiq ye ye ye ke nahin establish kar deta hai baaton ko.</w:t>
      </w:r>
      <w:r>
        <w:br/>
      </w:r>
      <w:r>
        <w:rPr>
          <w:sz w:val="20"/>
        </w:rPr>
        <w:t>26:19  ya jahan hum yeh keh saken to woh establishment aa gaya.</w:t>
      </w:r>
      <w:r>
        <w:br/>
      </w:r>
      <w:r>
        <w:rPr>
          <w:sz w:val="20"/>
        </w:rPr>
        <w:t>26:25  to kitni bari baat science se proof hui hai.</w:t>
      </w:r>
      <w:r>
        <w:br/>
      </w:r>
      <w:r>
        <w:rPr>
          <w:sz w:val="20"/>
        </w:rPr>
        <w:t>26:31  hamare paas se hazaron guna bari baat.</w:t>
      </w:r>
      <w:r>
        <w:br/>
      </w:r>
      <w:r>
        <w:rPr>
          <w:sz w:val="20"/>
        </w:rPr>
        <w:t>26:36  aisi aur bhi bohat si baaten hain.</w:t>
      </w:r>
      <w:r>
        <w:br/>
      </w:r>
      <w:r>
        <w:rPr>
          <w:sz w:val="20"/>
        </w:rPr>
        <w:t>26:42  misal ke taur par yeh jo study ki gayi hai poori universe ki, is mein ab yeh tamam scientists manne lage</w:t>
      </w:r>
      <w:r>
        <w:br/>
      </w:r>
      <w:r>
        <w:rPr>
          <w:sz w:val="20"/>
        </w:rPr>
        <w:t>26:48  hain ke universe is an intelligent universe.</w:t>
      </w:r>
      <w:r>
        <w:br/>
      </w:r>
      <w:r>
        <w:rPr>
          <w:sz w:val="20"/>
        </w:rPr>
        <w:t>26:54  intuitor ke zamane mein samajhte the ke bas ek ek mechanical universe hai.</w:t>
      </w:r>
      <w:r>
        <w:br/>
      </w:r>
      <w:r>
        <w:rPr>
          <w:sz w:val="20"/>
        </w:rPr>
        <w:t>26:59  jaise pathar hai, waise sari kainat hai.</w:t>
      </w:r>
      <w:r>
        <w:br/>
      </w:r>
      <w:r>
        <w:rPr>
          <w:sz w:val="20"/>
        </w:rPr>
        <w:t>27:05  ab mein mana jane laga ke intelligent universe intelligent hai.</w:t>
      </w:r>
      <w:r>
        <w:br/>
      </w:r>
      <w:r>
        <w:rPr>
          <w:sz w:val="20"/>
        </w:rPr>
        <w:t>27:11  yani is ke andar zehanat hai.</w:t>
      </w:r>
      <w:r>
        <w:br/>
      </w:r>
      <w:r>
        <w:rPr>
          <w:sz w:val="20"/>
        </w:rPr>
        <w:t>27:16  to in person to nahi keh rahe hain woh is ko, lekin is ke ilawa yeh maan rahe</w:t>
      </w:r>
      <w:r>
        <w:br/>
      </w:r>
      <w:r>
        <w:rPr>
          <w:sz w:val="20"/>
        </w:rPr>
        <w:t>27:22  hain ke kainat mein zehanat hai.</w:t>
      </w:r>
      <w:r>
        <w:br/>
      </w:r>
      <w:r>
        <w:rPr>
          <w:sz w:val="20"/>
        </w:rPr>
        <w:t>27:28  zehanat agar hai to koi zaheen hai.</w:t>
      </w:r>
      <w:r>
        <w:br/>
      </w:r>
      <w:r>
        <w:rPr>
          <w:sz w:val="20"/>
        </w:rPr>
        <w:t>27:34  zehanat qaim kaise hui? zehanat qaim kaise hui? zehanat hai to zaheen hai.</w:t>
      </w:r>
      <w:r>
        <w:br/>
      </w:r>
      <w:r>
        <w:rPr>
          <w:sz w:val="20"/>
        </w:rPr>
        <w:t>27:39  to is tarah ki bohat sari cheezen hain, ek do nahi, jo modern science ne sabit kiya hai,</w:t>
      </w:r>
      <w:r>
        <w:br/>
      </w:r>
      <w:r>
        <w:rPr>
          <w:sz w:val="20"/>
        </w:rPr>
        <w:t>27:45  jo sari ki sari Islam ke favor mein hai.</w:t>
      </w:r>
      <w:r>
        <w:br/>
      </w:r>
      <w:r>
        <w:rPr>
          <w:sz w:val="20"/>
        </w:rPr>
        <w:t>27:51  to maujooda zamane ke jo rehnuma the, jo ulma the, sab ko chahiye tha ke woh toot paden science par.</w:t>
      </w:r>
      <w:r>
        <w:br/>
      </w:r>
      <w:r>
        <w:rPr>
          <w:sz w:val="20"/>
        </w:rPr>
        <w:t>27:56  khoob study karen, khoob padhen.</w:t>
      </w:r>
      <w:r>
        <w:br/>
      </w:r>
      <w:r>
        <w:rPr>
          <w:sz w:val="20"/>
        </w:rPr>
        <w:t>28:02  madarson mein padhai jaye, masjidon mein padhai jaye, har jagah padhai jaye science.</w:t>
      </w:r>
      <w:r>
        <w:br/>
      </w:r>
      <w:r>
        <w:rPr>
          <w:sz w:val="20"/>
        </w:rPr>
        <w:t>28:08  aur phir science ko istemal karen.</w:t>
      </w:r>
      <w:r>
        <w:br/>
      </w:r>
      <w:r>
        <w:rPr>
          <w:sz w:val="20"/>
        </w:rPr>
        <w:t>28:14  jis tarah sahaba ne apne zamane mein talwar ko istemal kiya tha, ab waqt aa gaya tha ke</w:t>
      </w:r>
      <w:r>
        <w:br/>
      </w:r>
      <w:r>
        <w:rPr>
          <w:sz w:val="20"/>
        </w:rPr>
        <w:t>28:19  science ko istemal kiya jae.</w:t>
      </w:r>
      <w:r>
        <w:br/>
      </w:r>
      <w:r>
        <w:rPr>
          <w:sz w:val="20"/>
        </w:rPr>
        <w:t>28:25  sahaba ko ek naya daur create karna tha.</w:t>
      </w:r>
      <w:r>
        <w:br/>
      </w:r>
      <w:r>
        <w:rPr>
          <w:sz w:val="20"/>
        </w:rPr>
        <w:t>28:31  is daur ko todna tha.</w:t>
      </w:r>
      <w:r>
        <w:br/>
      </w:r>
      <w:r>
        <w:rPr>
          <w:sz w:val="20"/>
        </w:rPr>
        <w:t>28:36  nature worship ke daur ko todna tha.</w:t>
      </w:r>
      <w:r>
        <w:br/>
      </w:r>
      <w:r>
        <w:rPr>
          <w:sz w:val="20"/>
        </w:rPr>
        <w:t>28:42  jo jis ke upar bare bare king, bare bare emperor qabiz the.</w:t>
      </w:r>
      <w:r>
        <w:br/>
      </w:r>
      <w:r>
        <w:rPr>
          <w:sz w:val="20"/>
        </w:rPr>
        <w:t>28:48  yani nature worship ka jo zamana tha, us ki pusht par bare bare king the, bare bare emperor the.</w:t>
      </w:r>
      <w:r>
        <w:br/>
      </w:r>
      <w:r>
        <w:rPr>
          <w:sz w:val="20"/>
        </w:rPr>
        <w:t>28:54  is liye zarurat thi ke is ko taqat se toda jae.</w:t>
      </w:r>
      <w:r>
        <w:br/>
      </w:r>
      <w:r>
        <w:rPr>
          <w:sz w:val="20"/>
        </w:rPr>
        <w:t>28:59  wa qatiluhum wattalahum fidna to us waqt jo taqat thi, talwar thi.</w:t>
      </w:r>
      <w:r>
        <w:br/>
      </w:r>
      <w:r>
        <w:rPr>
          <w:sz w:val="20"/>
        </w:rPr>
        <w:t>29:05  us waqt ki taqat jo talwar thi.</w:t>
      </w:r>
      <w:r>
        <w:br/>
      </w:r>
      <w:r>
        <w:rPr>
          <w:sz w:val="20"/>
        </w:rPr>
        <w:t>29:11  to sahaba ne talwar ko istemal kar ke is taqat ko tod diya.</w:t>
      </w:r>
      <w:r>
        <w:br/>
      </w:r>
      <w:r>
        <w:rPr>
          <w:sz w:val="20"/>
        </w:rPr>
        <w:t>29:16  yehan tak ke naya daur duniya mein aya.</w:t>
      </w:r>
      <w:r>
        <w:br/>
      </w:r>
      <w:r>
        <w:rPr>
          <w:sz w:val="20"/>
        </w:rPr>
        <w:t>29:22  is raaz ko samjha hai Henry Piren ne, jo France ka bohat bara historian tha.</w:t>
      </w:r>
      <w:r>
        <w:br/>
      </w:r>
      <w:r>
        <w:rPr>
          <w:sz w:val="20"/>
        </w:rPr>
        <w:t>29:28  us ne likha hai ke Islam changed the course of the globe.</w:t>
      </w:r>
      <w:r>
        <w:br/>
      </w:r>
      <w:r>
        <w:rPr>
          <w:sz w:val="20"/>
        </w:rPr>
        <w:t>29:34  Islam changed the face of the globe.</w:t>
      </w:r>
      <w:r>
        <w:br/>
      </w:r>
      <w:r>
        <w:rPr>
          <w:sz w:val="20"/>
        </w:rPr>
        <w:t>29:39  Islam changed the face of the globe.</w:t>
      </w:r>
      <w:r>
        <w:br/>
      </w:r>
      <w:r>
        <w:rPr>
          <w:sz w:val="20"/>
        </w:rPr>
        <w:t>29:45  The treasured order of history was overthrown.</w:t>
      </w:r>
      <w:r>
        <w:br/>
      </w:r>
      <w:r>
        <w:rPr>
          <w:sz w:val="20"/>
        </w:rPr>
        <w:t>29:51  to sahaba ne jo us waqt koi dosra option nahi tha ke talwar ko istemal kiya jae.</w:t>
      </w:r>
      <w:r>
        <w:br/>
      </w:r>
      <w:r>
        <w:rPr>
          <w:sz w:val="20"/>
        </w:rPr>
        <w:t>29:56  kyun ke talwar ke siwa koi taqat thi nahi.</w:t>
      </w:r>
      <w:r>
        <w:br/>
      </w:r>
      <w:r>
        <w:rPr>
          <w:sz w:val="20"/>
        </w:rPr>
        <w:t>30:02  lekan ab science ne jo daryaften ki hain, wo sari ki sari itni taqatwar hain ke ab talwar</w:t>
      </w:r>
      <w:r>
        <w:br/>
      </w:r>
      <w:r>
        <w:rPr>
          <w:sz w:val="20"/>
        </w:rPr>
        <w:t>30:08  ki zarurat hi nahi hai.</w:t>
      </w:r>
      <w:r>
        <w:br/>
      </w:r>
      <w:r>
        <w:rPr>
          <w:sz w:val="20"/>
        </w:rPr>
        <w:t>30:14  jab dalil ki taqat aa jae to talwar ki zarurat hi nahi parti.</w:t>
      </w:r>
      <w:r>
        <w:br/>
      </w:r>
      <w:r>
        <w:rPr>
          <w:sz w:val="20"/>
        </w:rPr>
        <w:t>30:19  kyun ke insan ka dimagh jo hai, wo dalil se jhuk jata hai.</w:t>
      </w:r>
      <w:r>
        <w:br/>
      </w:r>
      <w:r>
        <w:rPr>
          <w:sz w:val="20"/>
        </w:rPr>
        <w:t>30:25  to sahaba ne jo kaam kiya tha talwar ki taqat se, ab wo kaam karna tha scientific dalail</w:t>
      </w:r>
      <w:r>
        <w:br/>
      </w:r>
      <w:r>
        <w:rPr>
          <w:sz w:val="20"/>
        </w:rPr>
        <w:t>30:31  ki taqat se.</w:t>
      </w:r>
      <w:r>
        <w:br/>
      </w:r>
      <w:r>
        <w:rPr>
          <w:sz w:val="20"/>
        </w:rPr>
        <w:t>30:36  lekin mere ilm ke mutabiq maujooda zamane mein koi ek shakhs bhi nahin jis ne is raaz ko jaana ho.</w:t>
      </w:r>
      <w:r>
        <w:br/>
      </w:r>
      <w:r>
        <w:rPr>
          <w:sz w:val="20"/>
        </w:rPr>
        <w:t>30:42  bade bade log paida hue, un ko title diya gaya mufakkir.</w:t>
      </w:r>
      <w:r>
        <w:br/>
      </w:r>
      <w:r>
        <w:rPr>
          <w:sz w:val="20"/>
        </w:rPr>
        <w:t>30:48  lekin kisi mufakkir ne jaana nahin is ko, kisi thinker ne.</w:t>
      </w:r>
      <w:r>
        <w:br/>
      </w:r>
      <w:r>
        <w:rPr>
          <w:sz w:val="20"/>
        </w:rPr>
        <w:t>30:54  to ab main yeh kahunga ke ab jo daur hai, woh daur hai tabyeen-e-haq ka daur.</w:t>
      </w:r>
      <w:r>
        <w:br/>
      </w:r>
      <w:r>
        <w:rPr>
          <w:sz w:val="20"/>
        </w:rPr>
        <w:t>30:59  tabyeen-e-haq ka daur.</w:t>
      </w:r>
      <w:r>
        <w:br/>
      </w:r>
      <w:r>
        <w:rPr>
          <w:sz w:val="20"/>
        </w:rPr>
        <w:t>31:05  yeh saare dalail jama ho chuke, saari haqiqatein establish ho chuki, saari baatein saabit ho chuki.</w:t>
      </w:r>
      <w:r>
        <w:br/>
      </w:r>
      <w:r>
        <w:rPr>
          <w:sz w:val="20"/>
        </w:rPr>
        <w:t>31:11  ab kya karna hai? ab tabyeen-e-haq ka kaam karna hai.</w:t>
      </w:r>
      <w:r>
        <w:br/>
      </w:r>
      <w:r>
        <w:rPr>
          <w:sz w:val="20"/>
        </w:rPr>
        <w:t>31:16  aur is ke liye kya karna hai aap ko? modern communication, printing press, aur saari jo modern facilities</w:t>
      </w:r>
      <w:r>
        <w:br/>
      </w:r>
      <w:r>
        <w:rPr>
          <w:sz w:val="20"/>
        </w:rPr>
        <w:t>31:22  hain, un ko istemal kijiye.</w:t>
      </w:r>
      <w:r>
        <w:br/>
      </w:r>
      <w:r>
        <w:rPr>
          <w:sz w:val="20"/>
        </w:rPr>
        <w:t>31:28  like ki koi zaroorat nahin.</w:t>
      </w:r>
      <w:r>
        <w:br/>
      </w:r>
      <w:r>
        <w:rPr>
          <w:sz w:val="20"/>
        </w:rPr>
        <w:t>31:34  kyun ke ab isi ke saath yeh bhi hamein jaanna chahiye ke science ka daur aaya to democracy ka</w:t>
      </w:r>
      <w:r>
        <w:br/>
      </w:r>
      <w:r>
        <w:rPr>
          <w:sz w:val="20"/>
        </w:rPr>
        <w:t>31:39  bhi daur aa gaya.</w:t>
      </w:r>
      <w:r>
        <w:br/>
      </w:r>
      <w:r>
        <w:rPr>
          <w:sz w:val="20"/>
        </w:rPr>
        <w:t>31:45  yani science ka daur aaya ilmi aitbaar se, democracy ka daur aaya siyasi ke aitbaar se.</w:t>
      </w:r>
      <w:r>
        <w:br/>
      </w:r>
      <w:r>
        <w:rPr>
          <w:sz w:val="20"/>
        </w:rPr>
        <w:t>31:51  to democracy ka matlab kya hai? everything for everyone.</w:t>
      </w:r>
      <w:r>
        <w:br/>
      </w:r>
      <w:r>
        <w:rPr>
          <w:sz w:val="20"/>
        </w:rPr>
        <w:t>31:56  yahi democracy hai.</w:t>
      </w:r>
      <w:r>
        <w:br/>
      </w:r>
      <w:r>
        <w:rPr>
          <w:sz w:val="20"/>
        </w:rPr>
        <w:t>32:02  democracy hai everything for everyone.</w:t>
      </w:r>
      <w:r>
        <w:br/>
      </w:r>
      <w:r>
        <w:rPr>
          <w:sz w:val="20"/>
        </w:rPr>
        <w:t>32:08  har cheez har ek ke liye.</w:t>
      </w:r>
      <w:r>
        <w:br/>
      </w:r>
      <w:r>
        <w:rPr>
          <w:sz w:val="20"/>
        </w:rPr>
        <w:t>32:14  ab koi zaroorat nahin hai aap talwar chalayein, gun chalayein, bomb chalayein.</w:t>
      </w:r>
      <w:r>
        <w:br/>
      </w:r>
      <w:r>
        <w:rPr>
          <w:sz w:val="20"/>
        </w:rPr>
        <w:t>32:19  kyun ke har cheez aap ki hai.</w:t>
      </w:r>
      <w:r>
        <w:br/>
      </w:r>
      <w:r>
        <w:rPr>
          <w:sz w:val="20"/>
        </w:rPr>
        <w:t>32:25  har cheez istemal kijiye.</w:t>
      </w:r>
      <w:r>
        <w:br/>
      </w:r>
      <w:r>
        <w:rPr>
          <w:sz w:val="20"/>
        </w:rPr>
        <w:t>32:31  har cheez ko aap avail kar sakte hain.</w:t>
      </w:r>
      <w:r>
        <w:br/>
      </w:r>
      <w:r>
        <w:rPr>
          <w:sz w:val="20"/>
        </w:rPr>
        <w:t>32:36  har cheez ko aap istemal kar sakte hain.</w:t>
      </w:r>
      <w:r>
        <w:br/>
      </w:r>
      <w:r>
        <w:rPr>
          <w:sz w:val="20"/>
        </w:rPr>
        <w:t>32:42  sirf ek hi shart hai ke aap violence na karein, tashaddud na karein.</w:t>
      </w:r>
      <w:r>
        <w:br/>
      </w:r>
      <w:r>
        <w:rPr>
          <w:sz w:val="20"/>
        </w:rPr>
        <w:t>32:48  yeh thi, yeh tha woh kaam jis ko karna tha hamare ulma ko, hamare mufakkireen ko, hamare rehnamaon ko.</w:t>
      </w:r>
      <w:r>
        <w:br/>
      </w:r>
      <w:r>
        <w:rPr>
          <w:sz w:val="20"/>
        </w:rPr>
        <w:t>32:54  yeh sab kuch to fail ho gaye.</w:t>
      </w:r>
      <w:r>
        <w:br/>
      </w:r>
      <w:r>
        <w:rPr>
          <w:sz w:val="20"/>
        </w:rPr>
        <w:t>32:59  lekin mein samajhta hoon ke in ka fail hona kisi doosre group ko moqa deta hai.</w:t>
      </w:r>
      <w:r>
        <w:br/>
      </w:r>
      <w:r>
        <w:rPr>
          <w:sz w:val="20"/>
        </w:rPr>
        <w:t>33:05  in ka fail hona hamare aap ke liye aik bohat bara, bohat bari blessing hai.</w:t>
      </w:r>
      <w:r>
        <w:br/>
      </w:r>
      <w:r>
        <w:rPr>
          <w:sz w:val="20"/>
        </w:rPr>
        <w:t>33:11  humein moqa mil raha hai ke hum dauren is maidan mein.</w:t>
      </w:r>
      <w:r>
        <w:br/>
      </w:r>
      <w:r>
        <w:rPr>
          <w:sz w:val="20"/>
        </w:rPr>
        <w:t>33:16  yani fail hone ka elaan karne ki zaroorat nahi hai.</w:t>
      </w:r>
      <w:r>
        <w:br/>
      </w:r>
      <w:r>
        <w:rPr>
          <w:sz w:val="20"/>
        </w:rPr>
        <w:t>33:22  jo maidan khali pada hua hai, us mein aajayein, istemal kijiye.</w:t>
      </w:r>
      <w:r>
        <w:br/>
      </w:r>
      <w:r>
        <w:rPr>
          <w:sz w:val="20"/>
        </w:rPr>
        <w:t>33:28  tabyeen-e-haq ke liye sargaram ho jaiye.</w:t>
      </w:r>
      <w:r>
        <w:br/>
      </w:r>
      <w:r>
        <w:rPr>
          <w:sz w:val="20"/>
        </w:rPr>
        <w:t>33:34  is ayat ko bhi logon ne achi tarah samjha nahi ke sanuunihim aayaatina fil afaaqi wa fi anfusihim hatta</w:t>
      </w:r>
      <w:r>
        <w:br/>
      </w:r>
      <w:r>
        <w:rPr>
          <w:sz w:val="20"/>
        </w:rPr>
        <w:t>33:39  yatabayyana lahum annahu lahum is mein jo cheez hai, afaaq anfus ki daryaften, wahi science to hai, aur</w:t>
      </w:r>
      <w:r>
        <w:br/>
      </w:r>
      <w:r>
        <w:rPr>
          <w:sz w:val="20"/>
        </w:rPr>
        <w:t>33:45  kya hai? afaaq anfus ki daryaften hain, isi ka naam science hai.</w:t>
      </w:r>
      <w:r>
        <w:br/>
      </w:r>
      <w:r>
        <w:rPr>
          <w:sz w:val="20"/>
        </w:rPr>
        <w:t>33:51  to science ke baad woh daur aa gaya hai jis ko kaha gaya hai Quran mein tabyeeen-e-haq.</w:t>
      </w:r>
      <w:r>
        <w:br/>
      </w:r>
      <w:r>
        <w:rPr>
          <w:sz w:val="20"/>
        </w:rPr>
        <w:t>33:56  ab sirf avail karne ki baat hai.</w:t>
      </w:r>
      <w:r>
        <w:br/>
      </w:r>
      <w:r>
        <w:rPr>
          <w:sz w:val="20"/>
        </w:rPr>
        <w:t>34:02  Allah taala ne sare intezamat kar diye, sara saman ikhatta kar diya.</w:t>
      </w:r>
      <w:r>
        <w:br/>
      </w:r>
      <w:r>
        <w:rPr>
          <w:sz w:val="20"/>
        </w:rPr>
        <w:t>34:08  sara communication se le kar ke jo bhi requirement hain, sab ko faraham kar diya.</w:t>
      </w:r>
      <w:r>
        <w:br/>
      </w:r>
      <w:r>
        <w:rPr>
          <w:sz w:val="20"/>
        </w:rPr>
        <w:t>34:14  ab sirf avail karne ka mamla hai.</w:t>
      </w:r>
      <w:r>
        <w:br/>
      </w:r>
      <w:r>
        <w:rPr>
          <w:sz w:val="20"/>
        </w:rPr>
        <w:t>34:19  ab musalmanon ko yeh karna hai ke woh ladai khatam karein, gun kar ke bomb kar ke khatam karein.</w:t>
      </w:r>
      <w:r>
        <w:br/>
      </w:r>
      <w:r>
        <w:rPr>
          <w:sz w:val="20"/>
        </w:rPr>
        <w:t>34:25  logon ko dushman samajhna khatam karein.</w:t>
      </w:r>
      <w:r>
        <w:br/>
      </w:r>
      <w:r>
        <w:rPr>
          <w:sz w:val="20"/>
        </w:rPr>
        <w:t>34:31  conspiracy karne wale apne display se nikal dein.</w:t>
      </w:r>
      <w:r>
        <w:br/>
      </w:r>
      <w:r>
        <w:rPr>
          <w:sz w:val="20"/>
        </w:rPr>
        <w:t>34:36  aik dam positive ban jayein.</w:t>
      </w:r>
      <w:r>
        <w:br/>
      </w:r>
      <w:r>
        <w:rPr>
          <w:sz w:val="20"/>
        </w:rPr>
        <w:t>34:42  aur modern opportunities ko istemal karein tabyeeen-e-haq ke liye.</w:t>
      </w:r>
      <w:r>
        <w:br/>
      </w:r>
      <w:r>
        <w:rPr>
          <w:sz w:val="20"/>
        </w:rPr>
        <w:t>34:48  misal ke taur par dekhein, Quran ko distribute karne ka mamla hai.</w:t>
      </w:r>
      <w:r>
        <w:br/>
      </w:r>
      <w:r>
        <w:rPr>
          <w:sz w:val="20"/>
        </w:rPr>
        <w:t>34:54  hadees mein aata hai ke Allah ka kalma duniya ke har ghar mein pohnch jayega.</w:t>
      </w:r>
      <w:r>
        <w:br/>
      </w:r>
      <w:r>
        <w:rPr>
          <w:sz w:val="20"/>
        </w:rPr>
        <w:t>34:59  har chote ghar mein, har bare ghar mein.</w:t>
      </w:r>
      <w:r>
        <w:br/>
      </w:r>
      <w:r>
        <w:rPr>
          <w:sz w:val="20"/>
        </w:rPr>
        <w:t>35:05  to Allah ka kalma kya hai? yahi Quran hai, word of God hai.</w:t>
      </w:r>
      <w:r>
        <w:br/>
      </w:r>
      <w:r>
        <w:rPr>
          <w:sz w:val="20"/>
        </w:rPr>
        <w:t>35:11  abhi mujhe bataya subah ko Mr. Izzat ne, woh gaye thay kahin safar par hawa jahaz se.</w:t>
      </w:r>
      <w:r>
        <w:br/>
      </w:r>
      <w:r>
        <w:rPr>
          <w:sz w:val="20"/>
        </w:rPr>
        <w:t>35:16  to airport par unhon ne kuch naujawan thay, modern qism ke, un ko quran diya.</w:t>
      </w:r>
      <w:r>
        <w:br/>
      </w:r>
      <w:r>
        <w:rPr>
          <w:sz w:val="20"/>
        </w:rPr>
        <w:t>35:22  to woh naujawan jo tha, wow wow, aap jante hain ke wow jo hai, bohat ziyada khush ho</w:t>
      </w:r>
      <w:r>
        <w:br/>
      </w:r>
      <w:r>
        <w:rPr>
          <w:sz w:val="20"/>
        </w:rPr>
        <w:t>35:28  jaye aadmi, tab bola jata hai wow.</w:t>
      </w:r>
      <w:r>
        <w:br/>
      </w:r>
      <w:r>
        <w:rPr>
          <w:sz w:val="20"/>
        </w:rPr>
        <w:t>35:34  to wahan aur bhi kuch larkay larkiyan theen, to un ko bohat taajjub hua ke acha un ko</w:t>
      </w:r>
      <w:r>
        <w:br/>
      </w:r>
      <w:r>
        <w:rPr>
          <w:sz w:val="20"/>
        </w:rPr>
        <w:t>35:39  quran mil gaya hai.</w:t>
      </w:r>
      <w:r>
        <w:br/>
      </w:r>
      <w:r>
        <w:rPr>
          <w:sz w:val="20"/>
        </w:rPr>
        <w:t>35:45  unhon ne bhi ja kar hamein bhi diya, to unhon ne sab ko quran diya.</w:t>
      </w:r>
      <w:r>
        <w:br/>
      </w:r>
      <w:r>
        <w:rPr>
          <w:sz w:val="20"/>
        </w:rPr>
        <w:t>35:51  to quran pa kar ke wow kaha us ne.</w:t>
      </w:r>
      <w:r>
        <w:br/>
      </w:r>
      <w:r>
        <w:rPr>
          <w:sz w:val="20"/>
        </w:rPr>
        <w:t>35:56  yeh aaj ki khabar hai.</w:t>
      </w:r>
      <w:r>
        <w:br/>
      </w:r>
      <w:r>
        <w:rPr>
          <w:sz w:val="20"/>
        </w:rPr>
        <w:t>36:02  to sari dunya intezar kar rahi hai, koi hum ko Khuda kitab de, hum wow keh ke lein us ko. Sari dunya.</w:t>
      </w:r>
      <w:r>
        <w:br/>
      </w:r>
      <w:r>
        <w:rPr>
          <w:sz w:val="20"/>
        </w:rPr>
        <w:t>36:08  ab na koi talwar ki zaroorat nahi hai, koi gun ki zaroorat nahi hai, koi bomb ki zaroorat nahi hai.</w:t>
      </w:r>
      <w:r>
        <w:br/>
      </w:r>
      <w:r>
        <w:rPr>
          <w:sz w:val="20"/>
        </w:rPr>
        <w:t>36:14  aur suicide bombing to madness hai, woh to kuch bhi nahi hai, nothing hai.</w:t>
      </w:r>
      <w:r>
        <w:br/>
      </w:r>
      <w:r>
        <w:rPr>
          <w:sz w:val="20"/>
        </w:rPr>
        <w:t>36:19  nafrat ki boli bhi ab jaiz nahi rahi.</w:t>
      </w:r>
      <w:r>
        <w:br/>
      </w:r>
      <w:r>
        <w:rPr>
          <w:sz w:val="20"/>
        </w:rPr>
        <w:t>36:25  sirf ek hikmat Rasool, ek us waqt Rasool nahi apna sake Musalman, woh hai Deal Leaking Policy.</w:t>
      </w:r>
      <w:r>
        <w:br/>
      </w:r>
      <w:r>
        <w:rPr>
          <w:sz w:val="20"/>
        </w:rPr>
        <w:t>36:31  is se sari baat bigar gayi.</w:t>
      </w:r>
      <w:r>
        <w:br/>
      </w:r>
      <w:r>
        <w:rPr>
          <w:sz w:val="20"/>
        </w:rPr>
        <w:t>36:36  مسلمان deal-making policy اختیار نہ کر سکے، اس سے ساری بات بگڑ گئی، سب کچھ jeopardized ہو گیا۔</w:t>
      </w:r>
      <w:r>
        <w:br/>
      </w:r>
      <w:r>
        <w:rPr>
          <w:sz w:val="20"/>
        </w:rPr>
        <w:t>36:42  ab Musalmanon ko chahiye ke apni ghalti ka aitraf karein, toba karein.</w:t>
      </w:r>
      <w:r>
        <w:br/>
      </w:r>
      <w:r>
        <w:rPr>
          <w:sz w:val="20"/>
        </w:rPr>
        <w:t>36:48  aur yeh jo Mr. Izzat ne jo waqia bataya, us ko alamaati taur par dekhein ke sari dunya</w:t>
      </w:r>
      <w:r>
        <w:br/>
      </w:r>
      <w:r>
        <w:rPr>
          <w:sz w:val="20"/>
        </w:rPr>
        <w:t>36:54  isi intezar mein hai.</w:t>
      </w:r>
      <w:r>
        <w:br/>
      </w:r>
      <w:r>
        <w:rPr>
          <w:sz w:val="20"/>
        </w:rPr>
        <w:t>36:59  alamaati taur par mein kahunga ke sari dunya isi intezar mein hai ke us ki apni qabil</w:t>
      </w:r>
      <w:r>
        <w:br/>
      </w:r>
      <w:r>
        <w:rPr>
          <w:sz w:val="20"/>
        </w:rPr>
        <w:t>37:05  fehm zaban mein tarjuma kar ke aap chhapayein.</w:t>
      </w:r>
      <w:r>
        <w:br/>
      </w:r>
      <w:r>
        <w:rPr>
          <w:sz w:val="20"/>
        </w:rPr>
        <w:t>37:11  aur har har Musalman apni jeb mein rakhe, apne bag mein rakhe, jahan koi mile us ko de</w:t>
      </w:r>
      <w:r>
        <w:br/>
      </w:r>
      <w:r>
        <w:rPr>
          <w:sz w:val="20"/>
        </w:rPr>
        <w:t>37:16  de, jahan koi mile us ko de de.</w:t>
      </w:r>
      <w:r>
        <w:br/>
      </w:r>
      <w:r>
        <w:rPr>
          <w:sz w:val="20"/>
        </w:rPr>
        <w:t>37:22  to har ek tayyar hai kehne ke liye ke wow wow.</w:t>
      </w:r>
      <w:r>
        <w:br/>
      </w:r>
      <w:r>
        <w:rPr>
          <w:sz w:val="20"/>
        </w:rPr>
        <w:t>37:28  to ab waqt woh aa gaya hai.</w:t>
      </w:r>
      <w:r>
        <w:br/>
      </w:r>
      <w:r>
        <w:rPr>
          <w:sz w:val="20"/>
        </w:rPr>
        <w:t>37:34  ek sher hai, shayad maine aap ko suna hoga is sher pehle.</w:t>
      </w:r>
      <w:r>
        <w:br/>
      </w:r>
      <w:r>
        <w:rPr>
          <w:sz w:val="20"/>
        </w:rPr>
        <w:t>37:39  ek Persian line hai: hamma ahwaa-e-sahra sar-e-khud nahad bar qaf-e-boomid ya ke rozeh bishkaar khwaahi aawut.</w:t>
      </w:r>
      <w:r>
        <w:br/>
      </w:r>
      <w:r>
        <w:rPr>
          <w:sz w:val="20"/>
        </w:rPr>
        <w:t>37:45  is ka tarjuma ye hai ke jangal ke tamam hirn, jangal ke tamam hirn apna sir hath phaili</w:t>
      </w:r>
      <w:r>
        <w:br/>
      </w:r>
      <w:r>
        <w:rPr>
          <w:sz w:val="20"/>
        </w:rPr>
        <w:t>37:51  hui, tali phaili hui khare hain.</w:t>
      </w:r>
      <w:r>
        <w:br/>
      </w:r>
      <w:r>
        <w:rPr>
          <w:sz w:val="20"/>
        </w:rPr>
        <w:t>37:56  koi koi aye in ko shikar kare.</w:t>
      </w:r>
      <w:r>
        <w:br/>
      </w:r>
      <w:r>
        <w:rPr>
          <w:sz w:val="20"/>
        </w:rPr>
        <w:t>38:02  to sari dunya is ki misal ban gayi hai.</w:t>
      </w:r>
      <w:r>
        <w:br/>
      </w:r>
      <w:r>
        <w:rPr>
          <w:sz w:val="20"/>
        </w:rPr>
        <w:t>38:08  hama ahwa-e-sahra sar-e-khud nahad bar qaf ba-umid-e-shikar khwahi aamad.</w:t>
      </w:r>
      <w:r>
        <w:br/>
      </w:r>
      <w:r>
        <w:rPr>
          <w:sz w:val="20"/>
        </w:rPr>
        <w:t>38:14  yani jangal ke tamam hirn apna sir hatheli phaili hui intazar kar rahe hain, koi aye in ka shikar kare.</w:t>
      </w:r>
      <w:r>
        <w:br/>
      </w:r>
      <w:r>
        <w:rPr>
          <w:sz w:val="20"/>
        </w:rPr>
        <w:t>38:19  to sari dunya intazar kar rahi hai, koi uthe aur is ko Khuda kitab de, wo wa'o kar</w:t>
      </w:r>
      <w:r>
        <w:br/>
      </w:r>
      <w:r>
        <w:rPr>
          <w:sz w:val="20"/>
        </w:rPr>
        <w:t>38:25  ke toot pare is ke upar.</w:t>
      </w:r>
      <w:r>
        <w:br/>
      </w:r>
      <w:r>
        <w:rPr>
          <w:sz w:val="20"/>
        </w:rPr>
        <w:t>38:31  ek ko aap dein to ek ko aap dein to dusre sab keh rahe hain, mujhe bhi do,</w:t>
      </w:r>
      <w:r>
        <w:br/>
      </w:r>
      <w:r>
        <w:rPr>
          <w:sz w:val="20"/>
        </w:rPr>
        <w:t>38:36  mujhe bhi do, mujhe bhi do, mujhe bhi do.</w:t>
      </w:r>
      <w:r>
        <w:br/>
      </w:r>
      <w:r>
        <w:rPr>
          <w:sz w:val="20"/>
        </w:rPr>
        <w:t>38:42  is par maine bahut ghor kiya, bahut ghor kiya, bahut dinon se, balke saalon tak ghor karta raha.</w:t>
      </w:r>
      <w:r>
        <w:br/>
      </w:r>
      <w:r>
        <w:rPr>
          <w:sz w:val="20"/>
        </w:rPr>
        <w:t>38:48  آخر میں میری سمجھ میں آیا کہ ساری غلطی یہ ہوئی کہ Dealing Policy اختیار نہ کر سکے مسلمان۔</w:t>
      </w:r>
      <w:r>
        <w:br/>
      </w:r>
      <w:r>
        <w:rPr>
          <w:sz w:val="20"/>
        </w:rPr>
        <w:t>38:54  رسول اللہ صلی اللہ علیہ وسلم کی policy dealing.</w:t>
      </w:r>
      <w:r>
        <w:br/>
      </w:r>
      <w:r>
        <w:rPr>
          <w:sz w:val="20"/>
        </w:rPr>
        <w:t>38:59  ek baat ko dusri baat se alag kar ke dekhna.</w:t>
      </w:r>
      <w:r>
        <w:br/>
      </w:r>
      <w:r>
        <w:rPr>
          <w:sz w:val="20"/>
        </w:rPr>
        <w:t>39:05  aur ye ek hi baat sirf Kaba hi ka muamla nahi hai, puri puri yani ta'is saal ki</w:t>
      </w:r>
      <w:r>
        <w:br/>
      </w:r>
      <w:r>
        <w:rPr>
          <w:sz w:val="20"/>
        </w:rPr>
        <w:t>39:11  مدت میں رسول اللہ نے Dealing Policy اختیار کی۔</w:t>
      </w:r>
      <w:r>
        <w:br/>
      </w:r>
      <w:r>
        <w:rPr>
          <w:sz w:val="20"/>
        </w:rPr>
        <w:t>39:16  jaise misal ke taur par Hudaybiyah ke mauqe par jab aap ne likhwaya tha Muhammad Rasool Allah, unhon</w:t>
      </w:r>
      <w:r>
        <w:br/>
      </w:r>
      <w:r>
        <w:rPr>
          <w:sz w:val="20"/>
        </w:rPr>
        <w:t>39:22  ne unhon ne etiraz kiya ke nahi, hum aap ko Rasool Allah nahi mante.</w:t>
      </w:r>
      <w:r>
        <w:br/>
      </w:r>
      <w:r>
        <w:rPr>
          <w:sz w:val="20"/>
        </w:rPr>
        <w:t>39:28  jaldi se aap ne mita diya is ko.</w:t>
      </w:r>
      <w:r>
        <w:br/>
      </w:r>
      <w:r>
        <w:rPr>
          <w:sz w:val="20"/>
        </w:rPr>
        <w:t>39:34  to aap ne deal link kiya is ko.</w:t>
      </w:r>
      <w:r>
        <w:br/>
      </w:r>
      <w:r>
        <w:rPr>
          <w:sz w:val="20"/>
        </w:rPr>
        <w:t>39:39  یعنی مٹانے کو اور اصل جو مسئلہ تھا اس کو جو انہوں نے deal with کیا آپ نے۔</w:t>
      </w:r>
      <w:r>
        <w:br/>
      </w:r>
      <w:r>
        <w:rPr>
          <w:sz w:val="20"/>
        </w:rPr>
        <w:t>39:45  to Musalman khoob taqreeren karte hain Rasool Allah ke bare mein, bade bade na'at khwani karte hain.</w:t>
      </w:r>
      <w:r>
        <w:br/>
      </w:r>
      <w:r>
        <w:rPr>
          <w:sz w:val="20"/>
        </w:rPr>
        <w:t>39:51  na'at khwani ke liye bade bade alfaaz un ke paas hote hain.</w:t>
      </w:r>
      <w:r>
        <w:br/>
      </w:r>
      <w:r>
        <w:rPr>
          <w:sz w:val="20"/>
        </w:rPr>
        <w:t>39:56  lekin jo Rasool Allah ki jo asal sunnat hai, jo policy hai, jo hikmat hai, us ko ikhtiyar</w:t>
      </w:r>
      <w:r>
        <w:br/>
      </w:r>
      <w:r>
        <w:rPr>
          <w:sz w:val="20"/>
        </w:rPr>
        <w:t>40:02  nahi kiya kisi ne.</w:t>
      </w:r>
      <w:r>
        <w:br/>
      </w:r>
      <w:r>
        <w:rPr>
          <w:sz w:val="20"/>
        </w:rPr>
        <w:t>40:08  تو یہ میں سمجھتا ہوں کہ یہ جڑ کی بات ہے کہ موجودہ زمانے میں dealing with</w:t>
      </w:r>
      <w:r>
        <w:br/>
      </w:r>
      <w:r>
        <w:rPr>
          <w:sz w:val="20"/>
        </w:rPr>
        <w:t>40:14  جو سنت ہے، وہ اختیار نہ کر سکے، اس وجہ سے آج کے opportunities کو نہیں پہچانا۔</w:t>
      </w:r>
      <w:r>
        <w:br/>
      </w:r>
      <w:r>
        <w:rPr>
          <w:sz w:val="20"/>
        </w:rPr>
        <w:t>40:19  is wajah se koi kaam nahi kar sake, is wajah se shikayat, nafrat ye un ke hisse mein aya.</w:t>
      </w:r>
      <w:r>
        <w:br/>
      </w:r>
      <w:r>
        <w:rPr>
          <w:sz w:val="20"/>
        </w:rPr>
        <w:t>40:25  lekin ab aakhri waqt aa gaya hai, aakhri waqt aa gaya hai, aakhri waqt aa gaya hai ke</w:t>
      </w:r>
      <w:r>
        <w:br/>
      </w:r>
      <w:r>
        <w:rPr>
          <w:sz w:val="20"/>
        </w:rPr>
        <w:t>40:31  sari ummat-e-Muslima mil kar tauba kare.</w:t>
      </w:r>
      <w:r>
        <w:br/>
      </w:r>
      <w:r>
        <w:rPr>
          <w:sz w:val="20"/>
        </w:rPr>
        <w:t>40:36  jis ko Quran mein tauba-e-jum'i kaha gaya hai, ijtima'i tauba.</w:t>
      </w:r>
      <w:r>
        <w:br/>
      </w:r>
      <w:r>
        <w:rPr>
          <w:sz w:val="20"/>
        </w:rPr>
        <w:t>40:42  woh dil se maane ke hum ne ghalti ki, dil se maane ke hum Derail ho gaye, hamara</w:t>
      </w:r>
      <w:r>
        <w:br/>
      </w:r>
      <w:r>
        <w:rPr>
          <w:sz w:val="20"/>
        </w:rPr>
        <w:t>40:48  qafla Derail ho gaya.</w:t>
      </w:r>
      <w:r>
        <w:br/>
      </w:r>
      <w:r>
        <w:rPr>
          <w:sz w:val="20"/>
        </w:rPr>
        <w:t>40:54  dil se maane ke Allah ne hum par nematein khol di thin, mawaqe ki, is ko hum istemaal</w:t>
      </w:r>
      <w:r>
        <w:br/>
      </w:r>
      <w:r>
        <w:rPr>
          <w:sz w:val="20"/>
        </w:rPr>
        <w:t>40:59  nahin kar sake.</w:t>
      </w:r>
      <w:r>
        <w:br/>
      </w:r>
      <w:r>
        <w:rPr>
          <w:sz w:val="20"/>
        </w:rPr>
        <w:t>41:05  is ko dil se maane, tab ja kar ke ek naya daur shuru hoga.</w:t>
      </w:r>
      <w:r>
        <w:br/>
      </w:r>
      <w:r>
        <w:rPr>
          <w:sz w:val="20"/>
        </w:rPr>
        <w:t>41:11  dekhein, jab aadmi ek ghalti kar daale to us ke baad naya aaghaaz, nayi Beginning us waqt hoti</w:t>
      </w:r>
      <w:r>
        <w:br/>
      </w:r>
      <w:r>
        <w:rPr>
          <w:sz w:val="20"/>
        </w:rPr>
        <w:t>41:16  hai jab woh kahe ke I باز rang.</w:t>
      </w:r>
      <w:r>
        <w:br/>
      </w:r>
      <w:r>
        <w:rPr>
          <w:sz w:val="20"/>
        </w:rPr>
        <w:t>41:22  agar aap koi ghalti kar dein to jaldi se kahiye ke I باز rang.</w:t>
      </w:r>
      <w:r>
        <w:br/>
      </w:r>
      <w:r>
        <w:rPr>
          <w:sz w:val="20"/>
        </w:rPr>
        <w:t>41:28  kyun ke is ke baad nayi Beginning shuru ho jaati hai.</w:t>
      </w:r>
      <w:r>
        <w:br/>
      </w:r>
      <w:r>
        <w:rPr>
          <w:sz w:val="20"/>
        </w:rPr>
        <w:t>41:34  I باز rang kehte hi nayi Beginning shuru ho jaati hai.</w:t>
      </w:r>
      <w:r>
        <w:br/>
      </w:r>
      <w:r>
        <w:rPr>
          <w:sz w:val="20"/>
        </w:rPr>
        <w:t>41:39  jo bohat jald apni manzil tak pounchti hai.</w:t>
      </w:r>
      <w:r>
        <w:br/>
      </w:r>
      <w:r>
        <w:rPr>
          <w:sz w:val="20"/>
        </w:rPr>
        <w:t>41:45  to main aap logon se kahunga ke saare Musalmanon ko yeh paigham pounchaiye.</w:t>
      </w:r>
      <w:r>
        <w:br/>
      </w:r>
      <w:r>
        <w:rPr>
          <w:sz w:val="20"/>
        </w:rPr>
        <w:t>41:51  saari duniya ke Musalmanon ko har zabaan mein yeh paigham pounchaiye.</w:t>
      </w:r>
      <w:r>
        <w:br/>
      </w:r>
      <w:r>
        <w:rPr>
          <w:sz w:val="20"/>
        </w:rPr>
        <w:t>41:56  aur aaj ka jo zamana hai, aap jaante hain ke communication ka zamana hai.</w:t>
      </w:r>
      <w:r>
        <w:br/>
      </w:r>
      <w:r>
        <w:rPr>
          <w:sz w:val="20"/>
        </w:rPr>
        <w:t>42:02  communication ke zamane mein itna mumkin ho gaya hai saari duniya ko paigham pounchana ke is se pehle</w:t>
      </w:r>
      <w:r>
        <w:br/>
      </w:r>
      <w:r>
        <w:rPr>
          <w:sz w:val="20"/>
        </w:rPr>
        <w:t>42:08  kabhi itna mumkin nahin tha.</w:t>
      </w:r>
      <w:r>
        <w:br/>
      </w:r>
      <w:r>
        <w:rPr>
          <w:sz w:val="20"/>
        </w:rPr>
        <w:t>42:14  to ab Allah taala ne saare imkanaat jama kar diye, saare mawaqe khol diye, saari cheezon ko aasaan kar diya.</w:t>
      </w:r>
      <w:r>
        <w:br/>
      </w:r>
      <w:r>
        <w:rPr>
          <w:sz w:val="20"/>
        </w:rPr>
        <w:t>42:19  jab main yeh sochta hoon to mujhe Surah Al-Baqarah ki woh aayat yaad aati hai jo dua ki</w:t>
      </w:r>
      <w:r>
        <w:br/>
      </w:r>
      <w:r>
        <w:rPr>
          <w:sz w:val="20"/>
        </w:rPr>
        <w:t>42:25  zabaan mein hai ke RABBANAA WA LAA TUHMMIL ALAYNAA ITHRAN KAM AHMMALTUHU ALAYNAA MIN QABLINA yani Sahaba ki zabaan</w:t>
      </w:r>
      <w:r>
        <w:br/>
      </w:r>
      <w:r>
        <w:rPr>
          <w:sz w:val="20"/>
        </w:rPr>
        <w:t>42:31  se yeh dua hui thi ke aey Rab!</w:t>
      </w:r>
      <w:r>
        <w:br/>
      </w:r>
      <w:r>
        <w:rPr>
          <w:sz w:val="20"/>
        </w:rPr>
        <w:t>42:37  hum ko woh bojh na daal jo pichla bojh daala gaya tha.</w:t>
      </w:r>
    </w:p>
    <w:p>
      <w:pPr>
        <w:pStyle w:val="Heading2"/>
      </w:pPr>
      <w:r>
        <w:t>Tourism boom as a new sector-ground opportunity for dawah</w:t>
      </w:r>
    </w:p>
    <w:p>
      <w:r>
        <w:rPr>
          <w:color w:val="666666"/>
          <w:sz w:val="18"/>
        </w:rPr>
        <w:t>From Temporary Paradise to Permanent Paradise December 18, 2011 · 2m 23s · at 30:56 · https://youtu.be/fX2fy0lqG2Y?t=1856</w:t>
      </w:r>
    </w:p>
    <w:p>
      <w:r>
        <w:rPr>
          <w:i/>
        </w:rPr>
        <w:t>“Yeh hai sector ground, duniya sectary basis par afraad ko lene wala hai”</w:t>
      </w:r>
    </w:p>
    <w:p>
      <w:r>
        <w:rPr>
          <w:sz w:val="20"/>
        </w:rPr>
        <w:t>30:56  yani Allah taala ko itna zyada matloob hai ke log janoon haqeeqat ko. zyada se zyada log jo hain is dunya mein, yani aisi zindagi guzarein ke woh select kiye ja sakein.</w:t>
      </w:r>
      <w:r>
        <w:br/>
      </w:r>
      <w:r>
        <w:rPr>
          <w:sz w:val="20"/>
        </w:rPr>
        <w:t>31:14  jaise ke main ne arz kiya, yeh sector ground hai, dunya secretary bases par yahan afraad ko liya jaane wala hai jannat ke liye.</w:t>
      </w:r>
      <w:r>
        <w:br/>
      </w:r>
      <w:r>
        <w:rPr>
          <w:sz w:val="20"/>
        </w:rPr>
        <w:t>31:24  to misaal ke tor par dekhiye. tourism ko lijiye, kabhi pichle zamane mein is tarah se siyahat nahi hoti thi jaise aaj kal hoti hai.</w:t>
      </w:r>
      <w:r>
        <w:br/>
      </w:r>
      <w:r>
        <w:rPr>
          <w:sz w:val="20"/>
        </w:rPr>
        <w:t>31:36  sari dunya ke log nikal nikal kar ke ja rahe hain siyahat ke liye. yani tourism industry aik khul gayi hai.</w:t>
      </w:r>
      <w:r>
        <w:br/>
      </w:r>
      <w:r>
        <w:rPr>
          <w:sz w:val="20"/>
        </w:rPr>
        <w:t>31:47  tourist industry, tourist industry is zamane mein bohat bari industry maani jati hai.</w:t>
      </w:r>
      <w:r>
        <w:br/>
      </w:r>
      <w:r>
        <w:rPr>
          <w:sz w:val="20"/>
        </w:rPr>
        <w:t>31:56  abhi hamare saathi kuch gaye thay turkey, unhone bataya ke wahan par sab bhare hue hain tourist, yani foreigners. kyun?</w:t>
      </w:r>
      <w:r>
        <w:br/>
      </w:r>
      <w:r>
        <w:rPr>
          <w:sz w:val="20"/>
        </w:rPr>
        <w:t>32:04  wahan par jo tareekhi imaratein hain, tareekhi yaadgarein hain, un ko dekhne ke liye India mein aate hain. jis park mein aap jaiye, wahan par kisi bhi park mein aap jaiye, kisi bhi taj mahal mein jaiye, kahin jaiye jo yahan yaadgarein hain tareekhi, wahan aap ko milenge foreigners.</w:t>
      </w:r>
      <w:r>
        <w:br/>
      </w:r>
      <w:r>
        <w:rPr>
          <w:sz w:val="20"/>
        </w:rPr>
        <w:t>32:23  yeh kya hai?</w:t>
      </w:r>
      <w:r>
        <w:br/>
      </w:r>
      <w:r>
        <w:rPr>
          <w:sz w:val="20"/>
        </w:rPr>
        <w:t>32:25  yeh madu khud daai ke paas aa raha hai. yani qadeem zamane mein jo daa the, sahaba karam woh safar kar ke gaye.</w:t>
      </w:r>
      <w:r>
        <w:br/>
      </w:r>
      <w:r>
        <w:rPr>
          <w:sz w:val="20"/>
        </w:rPr>
        <w:t>32:37  hajjat ul wida mein rasool Allah ne farmaya tha ke tum log nikal jao Arab se mukhtalif mulkon mein aur Allah ke deen pahunchao logon ko.</w:t>
      </w:r>
      <w:r>
        <w:br/>
      </w:r>
      <w:r>
        <w:rPr>
          <w:sz w:val="20"/>
        </w:rPr>
        <w:t>32:48  main apne kuch saathiyon ke saath chand saal pehle gaya tha Cyprus,</w:t>
      </w:r>
      <w:r>
        <w:br/>
      </w:r>
      <w:r>
        <w:rPr>
          <w:sz w:val="20"/>
        </w:rPr>
        <w:t>32:53  to saipras mein wahan par qabr hai aik sahabiay ki. to sahaba ka aik waqt wahan pohncha tha bano ameer ke zamanay mein, to log jatay thay safar kar ke oonton par, khacharon par,</w:t>
      </w:r>
      <w:r>
        <w:br/>
      </w:r>
      <w:r>
        <w:rPr>
          <w:sz w:val="20"/>
        </w:rPr>
        <w:t>33:08  paidal. tab ja kar doosron tak deen pohncha patay thay woh. yani daai ko safar kar ke madu ke paas jana parta tha.</w:t>
      </w:r>
    </w:p>
    <w:p>
      <w:pPr>
        <w:pStyle w:val="Heading2"/>
      </w:pPr>
      <w:r>
        <w:t>Abraham's traditional proof vs scientific proof</w:t>
      </w:r>
    </w:p>
    <w:p>
      <w:r>
        <w:rPr>
          <w:color w:val="666666"/>
          <w:sz w:val="18"/>
        </w:rPr>
        <w:t>Q&amp;A 7 Nov, 2007 - Maulana Wahiduddin Khan · 49s · at 11:16 · https://youtu.be/82gnng-T5xE?t=676</w:t>
      </w:r>
    </w:p>
    <w:p>
      <w:r>
        <w:rPr>
          <w:i/>
        </w:rPr>
        <w:t>“Dekhiye, Prophet Ibrahim ne jo proof diya tha”</w:t>
      </w:r>
    </w:p>
    <w:p>
      <w:r>
        <w:rPr>
          <w:sz w:val="20"/>
        </w:rPr>
        <w:t>11:16  dekho, prophet Ibrahim ne jo proof diya tha woh traditional proof tha. traditional proof. unhon ne yeh kaha ke khuda suraj ko nikalta hai east se, to nikalte ho west se is ko.</w:t>
      </w:r>
      <w:r>
        <w:br/>
      </w:r>
      <w:r>
        <w:rPr>
          <w:sz w:val="20"/>
        </w:rPr>
        <w:t>11:34  to main samajhta hoon ke traditional proof tha yeh.</w:t>
      </w:r>
      <w:r>
        <w:br/>
      </w:r>
      <w:r>
        <w:rPr>
          <w:sz w:val="20"/>
        </w:rPr>
        <w:t>11:37  ab jo science ne jo examine kiya hai, jo detail study ki hai, jo explore kiya hai baaton ko, to woh zyada, is ko main kahoon ke ek scientific framework mein is ko proof kar diya science ne.</w:t>
      </w:r>
      <w:r>
        <w:br/>
      </w:r>
      <w:r>
        <w:rPr>
          <w:sz w:val="20"/>
        </w:rPr>
        <w:t>11:50  us waqt woh traditional framework mein jo baat kahi thi unhon ne,</w:t>
      </w:r>
      <w:r>
        <w:br/>
      </w:r>
      <w:r>
        <w:rPr>
          <w:sz w:val="20"/>
        </w:rPr>
        <w:t>11:55  is cheez ko science ne scientific framework mein is ko proof kar diya. yeh farq hai. aur is mein koi harj nahi hai.</w:t>
      </w:r>
    </w:p>
    <w:p>
      <w:pPr>
        <w:pStyle w:val="Heading2"/>
      </w:pPr>
      <w:r>
        <w:t>Satan makes wrongdoing look right</w:t>
      </w:r>
    </w:p>
    <w:p>
      <w:r>
        <w:rPr>
          <w:color w:val="666666"/>
          <w:sz w:val="18"/>
        </w:rPr>
        <w:t>The Quran 6 42-45 CPS Women Weekly Discussion March 16, 2025 #quran · 28s · at 48:17 · https://youtu.be/mYePK_dupws?t=2897</w:t>
      </w:r>
    </w:p>
    <w:p>
      <w:r>
        <w:rPr>
          <w:i/>
        </w:rPr>
        <w:t>“Satan always misleads people by making sense seem right”</w:t>
      </w:r>
    </w:p>
    <w:p>
      <w:r>
        <w:rPr>
          <w:sz w:val="20"/>
        </w:rPr>
        <w:t>48:17  The third point, Satan always misleads people by making sense seem right. Saturn yeh dikhata hai humein ki humari galtiyon ko, humari gunaahon ko, woh dikhata hai ki tum sahi par ho. Woh aisi shakal humare saamne pesh karta aur hum woh galti kar baithte hain. The fourth point, Allah's punishment can come suddenly.</w:t>
      </w:r>
      <w:r>
        <w:br/>
      </w:r>
      <w:r>
        <w:rPr>
          <w:sz w:val="20"/>
        </w:rPr>
        <w:t>48:45  It is always when we are prosper, we don't think of God, But we can always see, we can always understand that anytime punishment can come. Jaise ki mujhe yaad hai, meri saath hamesha yeh bola karti thi ki shabina kaun si ghadi kaisi chali aa rahi hai? Yeh bahut mushkil hai samajhna. Isliye har waqt Allah ko is stamne sizde mein gira raha karo.</w:t>
      </w:r>
    </w:p>
    <w:p>
      <w:pPr>
        <w:pStyle w:val="Heading2"/>
      </w:pPr>
      <w:r>
        <w:t>Conditioning as barrier to understanding</w:t>
      </w:r>
    </w:p>
    <w:p>
      <w:r>
        <w:rPr>
          <w:color w:val="666666"/>
          <w:sz w:val="18"/>
        </w:rPr>
        <w:t>Missing Pair of Our World | May 7, 2007 · 3m 00s · at 28:30 · https://youtu.be/debZDQerew0?t=1710</w:t>
      </w:r>
    </w:p>
    <w:p>
      <w:r>
        <w:rPr>
          <w:i/>
        </w:rPr>
        <w:t>“There is a hadith: The Prophet of Islam has said.”</w:t>
      </w:r>
    </w:p>
    <w:p>
      <w:r>
        <w:rPr>
          <w:sz w:val="20"/>
        </w:rPr>
        <w:t>28:30  The reason is conditioning. There is a hadith. The Prophet of Islam has said: "Kal mauludi yulad al fitra yu waddanhi wa majsanihi wa nasrani"</w:t>
      </w:r>
      <w:r>
        <w:br/>
      </w:r>
      <w:r>
        <w:rPr>
          <w:sz w:val="20"/>
        </w:rPr>
        <w:t>29:00  .</w:t>
      </w:r>
      <w:r>
        <w:br/>
      </w:r>
      <w:r>
        <w:rPr>
          <w:sz w:val="20"/>
        </w:rPr>
        <w:t>29:07  Everyone is born in nature.</w:t>
      </w:r>
      <w:r>
        <w:br/>
      </w:r>
      <w:r>
        <w:rPr>
          <w:sz w:val="20"/>
        </w:rPr>
        <w:t>29:15  Everyone is born in divine nature.</w:t>
      </w:r>
      <w:r>
        <w:br/>
      </w:r>
      <w:r>
        <w:rPr>
          <w:sz w:val="20"/>
        </w:rPr>
        <w:t>29:22  Then his parents make him who are Christian or Parsi.</w:t>
      </w:r>
      <w:r>
        <w:br/>
      </w:r>
      <w:r>
        <w:rPr>
          <w:sz w:val="20"/>
        </w:rPr>
        <w:t>29:30  "These three words are, don't take these three words in a literal sense."</w:t>
      </w:r>
      <w:r>
        <w:br/>
      </w:r>
      <w:r>
        <w:rPr>
          <w:sz w:val="20"/>
        </w:rPr>
        <w:t>29:35  You have to generalize it.</w:t>
      </w:r>
      <w:r>
        <w:br/>
      </w:r>
      <w:r>
        <w:rPr>
          <w:sz w:val="20"/>
        </w:rPr>
        <w:t>29:40  You have to universalize it.</w:t>
      </w:r>
      <w:r>
        <w:br/>
      </w:r>
      <w:r>
        <w:rPr>
          <w:sz w:val="20"/>
        </w:rPr>
        <w:t>29:45  Then you will find the true meaning of this Hadith.</w:t>
      </w:r>
      <w:r>
        <w:br/>
      </w:r>
      <w:r>
        <w:rPr>
          <w:sz w:val="20"/>
        </w:rPr>
        <w:t>29:50  This hadith tells us about the conditioning.</w:t>
      </w:r>
      <w:r>
        <w:br/>
      </w:r>
      <w:r>
        <w:rPr>
          <w:sz w:val="20"/>
        </w:rPr>
        <w:t>29:55  What is now known the phenomena of now known as kundalini</w:t>
      </w:r>
      <w:r>
        <w:br/>
      </w:r>
      <w:r>
        <w:rPr>
          <w:sz w:val="20"/>
        </w:rPr>
        <w:t>30:00  Shunning? Conditioning.</w:t>
      </w:r>
      <w:r>
        <w:br/>
      </w:r>
      <w:r>
        <w:rPr>
          <w:sz w:val="20"/>
        </w:rPr>
        <w:t>30:10  تو this hadith means that everyone is Muslim by birth.</w:t>
      </w:r>
      <w:r>
        <w:br/>
      </w:r>
      <w:r>
        <w:rPr>
          <w:sz w:val="20"/>
        </w:rPr>
        <w:t>30:20  Everyone is Mr. Nature by birth, but his parents</w:t>
      </w:r>
      <w:r>
        <w:br/>
      </w:r>
      <w:r>
        <w:rPr>
          <w:sz w:val="20"/>
        </w:rPr>
        <w:t>30:30  turn, but his parents turn him into Mr. Conditioned. Everyone is Mr. Nature by birth, but his parents turn him into Mr. Conditioned.</w:t>
      </w:r>
      <w:r>
        <w:br/>
      </w:r>
      <w:r>
        <w:rPr>
          <w:sz w:val="20"/>
        </w:rPr>
        <w:t>31:00  .</w:t>
      </w:r>
      <w:r>
        <w:br/>
      </w:r>
      <w:r>
        <w:rPr>
          <w:sz w:val="20"/>
        </w:rPr>
        <w:t>31:06  So this is the problem.</w:t>
      </w:r>
      <w:r>
        <w:br/>
      </w:r>
      <w:r>
        <w:rPr>
          <w:sz w:val="20"/>
        </w:rPr>
        <w:t>31:12  According to my experience, I can say that there is no exception at all.</w:t>
      </w:r>
      <w:r>
        <w:br/>
      </w:r>
      <w:r>
        <w:rPr>
          <w:sz w:val="20"/>
        </w:rPr>
        <w:t>31:18  Everyone is Mr. Condition, because after taking birth, he lives in a family, in a society, in institutions.</w:t>
      </w:r>
      <w:r>
        <w:br/>
      </w:r>
      <w:r>
        <w:rPr>
          <w:sz w:val="20"/>
        </w:rPr>
        <w:t>31:24  So, everyone</w:t>
      </w:r>
    </w:p>
    <w:p>
      <w:pPr>
        <w:pStyle w:val="Heading2"/>
      </w:pPr>
      <w:r>
        <w:t>Paradise is individual based full argument</w:t>
      </w:r>
    </w:p>
    <w:p>
      <w:r>
        <w:rPr>
          <w:color w:val="666666"/>
          <w:sz w:val="18"/>
        </w:rPr>
        <w:t>People of Paradise February 17, 2019 Maulana Wahiduddin Khan · 5m 51s · at 0:37 · https://youtu.be/zAJQJjX2PCI?t=37</w:t>
      </w:r>
    </w:p>
    <w:p>
      <w:r>
        <w:rPr>
          <w:i/>
        </w:rPr>
        <w:t>“Aaj mein jannat ke baare mein soch raha tha.”</w:t>
      </w:r>
    </w:p>
    <w:p>
      <w:r>
        <w:rPr>
          <w:sz w:val="20"/>
        </w:rPr>
        <w:t>0:37  jannat ke bare mein soch raha tha,</w:t>
      </w:r>
      <w:r>
        <w:br/>
      </w:r>
      <w:r>
        <w:rPr>
          <w:sz w:val="20"/>
        </w:rPr>
        <w:t>0:42  yani Who are people of Paradise?</w:t>
      </w:r>
      <w:r>
        <w:br/>
      </w:r>
      <w:r>
        <w:rPr>
          <w:sz w:val="20"/>
        </w:rPr>
        <w:t>0:49  to aam taur par yeh</w:t>
      </w:r>
      <w:r>
        <w:br/>
      </w:r>
      <w:r>
        <w:rPr>
          <w:sz w:val="20"/>
        </w:rPr>
        <w:t>0:54  soch hai logon mein ke</w:t>
      </w:r>
      <w:r>
        <w:br/>
      </w:r>
      <w:r>
        <w:rPr>
          <w:sz w:val="20"/>
        </w:rPr>
        <w:t>1:01  jannat group wise hai, group wise.</w:t>
      </w:r>
      <w:r>
        <w:br/>
      </w:r>
      <w:r>
        <w:rPr>
          <w:sz w:val="20"/>
        </w:rPr>
        <w:t>1:09  yani yeh ummat, woh ummat, yeh groh, woh groh. yani har ek ne apne groh ko</w:t>
      </w:r>
      <w:r>
        <w:br/>
      </w:r>
      <w:r>
        <w:rPr>
          <w:sz w:val="20"/>
        </w:rPr>
        <w:t>1:19  maan liya hai, samajh liya hai ke is groh se jo</w:t>
      </w:r>
      <w:r>
        <w:br/>
      </w:r>
      <w:r>
        <w:rPr>
          <w:sz w:val="20"/>
        </w:rPr>
        <w:t>1:25  wasta ho, us ke liye jannat hai.</w:t>
      </w:r>
      <w:r>
        <w:br/>
      </w:r>
      <w:r>
        <w:rPr>
          <w:sz w:val="20"/>
        </w:rPr>
        <w:t>1:33  to yaad rakhiye, jannat group wise ya community wise nahi hai, balkeh person wise hai.</w:t>
      </w:r>
      <w:r>
        <w:br/>
      </w:r>
      <w:r>
        <w:rPr>
          <w:sz w:val="20"/>
        </w:rPr>
        <w:t>1:48  yani individual based hai, na ke community based.</w:t>
      </w:r>
      <w:r>
        <w:br/>
      </w:r>
      <w:r>
        <w:rPr>
          <w:sz w:val="20"/>
        </w:rPr>
        <w:t>1:55  yeh baat quran ki ek ayat mein kahi gayi hai, is ka aap ko pehle isi ko suniye aap</w:t>
      </w:r>
      <w:r>
        <w:br/>
      </w:r>
      <w:r>
        <w:rPr>
          <w:sz w:val="20"/>
        </w:rPr>
        <w:t>2:05  . bismillah rahman rahim. innallazina amanu wallazina hadu wannasara wassabieena man amana billahi wal yawmil akhiri wa amila salihan faluhum ajruhum inda rabbihim wala khawfun alaihim wala hum yahzanun.</w:t>
      </w:r>
      <w:r>
        <w:br/>
      </w:r>
      <w:r>
        <w:rPr>
          <w:sz w:val="20"/>
        </w:rPr>
        <w:t>2:25  Surah Al-Baqarah chapter number 2 verse number 62.</w:t>
      </w:r>
      <w:r>
        <w:br/>
      </w:r>
      <w:r>
        <w:rPr>
          <w:sz w:val="20"/>
        </w:rPr>
        <w:t>2:31  yun hai ke jo log iman laye aur jo log Yahudi hue aur Nasara aur Sabiy, in mein</w:t>
      </w:r>
      <w:r>
        <w:br/>
      </w:r>
      <w:r>
        <w:rPr>
          <w:sz w:val="20"/>
        </w:rPr>
        <w:t>2:39  se jo shakhs iman laya Allah par aur aakhirat ke din par aur usne nek kaam kiya</w:t>
      </w:r>
      <w:r>
        <w:br/>
      </w:r>
      <w:r>
        <w:rPr>
          <w:sz w:val="20"/>
        </w:rPr>
        <w:t>2:44  to uske liye uske Rab ke paas ajar hai aur unke liye na koi darr</w:t>
      </w:r>
      <w:r>
        <w:br/>
      </w:r>
      <w:r>
        <w:rPr>
          <w:sz w:val="20"/>
        </w:rPr>
        <w:t>2:49  hai aur na woh ghamgeen honge.</w:t>
      </w:r>
      <w:r>
        <w:br/>
      </w:r>
      <w:r>
        <w:rPr>
          <w:sz w:val="20"/>
        </w:rPr>
        <w:t>2:56  is ki tafsir tazkirul quran mein is tarah hai.</w:t>
      </w:r>
      <w:r>
        <w:br/>
      </w:r>
      <w:r>
        <w:rPr>
          <w:sz w:val="20"/>
        </w:rPr>
        <w:t>3:02  is ayat mein char grohon ka zikr hai: ek musalman jo hazrat Muhammad sallallahu alaihi wasallam ki ummat hain, doosre yahudi, doosre yehud jo apne ko hazrat musa ki ummat kehte hain,</w:t>
      </w:r>
      <w:r>
        <w:br/>
      </w:r>
      <w:r>
        <w:rPr>
          <w:sz w:val="20"/>
        </w:rPr>
        <w:t>3:16  tissre nasara jo hazrat maseeh ki ummat hone ke daavedaar hain, chauthe sahabi jo apne ko hazrat yahya ki ummat batate thay aur qadeem zamana mein iraq ke ilaqay mein abad thay.</w:t>
      </w:r>
      <w:r>
        <w:br/>
      </w:r>
      <w:r>
        <w:rPr>
          <w:sz w:val="20"/>
        </w:rPr>
        <w:t>3:30  woh ahl-e-kitaab thay aur kaaba ki taraf rukh kar ke namaz parhte thay, magar ab sahabi firqa khatm ho chuka, dunya mein ab is ka kahin wajood nahi.</w:t>
      </w:r>
      <w:r>
        <w:br/>
      </w:r>
      <w:r>
        <w:rPr>
          <w:sz w:val="20"/>
        </w:rPr>
        <w:t>3:42  yahan musalmanon ko alag nahi kiya hai, balkay un ka aur doosre paighambaron se nisbat rakhne wali ummaton ka zikr ek saath kiya gaya hai.</w:t>
      </w:r>
      <w:r>
        <w:br/>
      </w:r>
      <w:r>
        <w:rPr>
          <w:sz w:val="20"/>
        </w:rPr>
        <w:t>3:52  is ka matlab yeh hai ke giroh hone ke aitbaar se Allah ke nazdeek sab barabar ka darja rakhte hain. giroh ke aitbaar se ek giroh aur doosre giroh mein koi farq nahi.</w:t>
      </w:r>
      <w:r>
        <w:br/>
      </w:r>
      <w:r>
        <w:rPr>
          <w:sz w:val="20"/>
        </w:rPr>
        <w:t>4:04  sab ki nijaat ka ek hi muhkam usool hai aur woh hai imaan aur amal saleh. koi giroh apne ko khwah musalman kehta ho ya woh apne ko yahoodi ya maseehi ya sahabi kahe,</w:t>
      </w:r>
      <w:r>
        <w:br/>
      </w:r>
      <w:r>
        <w:rPr>
          <w:sz w:val="20"/>
        </w:rPr>
        <w:t>4:18  in mein se koi bhi mahaz ek مخصوص giroh hone ki bina par Khuda ke haan koi khaas darja nahi rakhta. darja ka aitbaar is par hai ke kis ne Khuda ki mansha ke mutabiq apni zindagi, apni amli zindagi ko dhala.</w:t>
      </w:r>
      <w:r>
        <w:br/>
      </w:r>
      <w:r>
        <w:rPr>
          <w:sz w:val="20"/>
        </w:rPr>
        <w:t>4:34  nabi ke zamane mein jab is ke mannay walay, mannay walon ka giroh banta hai to is ki buniyad hamesha imaan aur amal saleh par hoti hai.</w:t>
      </w:r>
      <w:r>
        <w:br/>
      </w:r>
      <w:r>
        <w:rPr>
          <w:sz w:val="20"/>
        </w:rPr>
        <w:t>4:45  is waqt aisa hota hai ke nabi ki pukaar ko sun kar kuch logon ke andar zehni aur fikri inqilaab aata hai. un ke andar ek naya azm jaagta hai.</w:t>
      </w:r>
      <w:r>
        <w:br/>
      </w:r>
      <w:r>
        <w:rPr>
          <w:sz w:val="20"/>
        </w:rPr>
        <w:t>4:55  unki zindagi ka naqsha jo ab tak zaati khwahishon ki buniyad par chal raha tha, woh khudai taleemat ki buniyad par qaim hota hai. yahi log haqeeqi maanon mein nabi ki ummat hotay hain.</w:t>
      </w:r>
      <w:r>
        <w:br/>
      </w:r>
      <w:r>
        <w:rPr>
          <w:sz w:val="20"/>
        </w:rPr>
        <w:t>5:08  un ke liye nabi ki zabaan se aakhirat ki nemat'on ki basharat di jati hai, magar baad ki naslon mein soorat-e-haal badal jati hai.</w:t>
      </w:r>
      <w:r>
        <w:br/>
      </w:r>
      <w:r>
        <w:rPr>
          <w:sz w:val="20"/>
        </w:rPr>
        <w:t>5:18  ab Khuda ka deen un ke liye ek qism ki qaumi riwayat ban jata hai. jo basharatain imaan o amal ki buniyad par di gayi theen, un ko mahaz girohi ta'alluq ka nateeja samajh liya jata hai.</w:t>
      </w:r>
      <w:r>
        <w:br/>
      </w:r>
      <w:r>
        <w:rPr>
          <w:sz w:val="20"/>
        </w:rPr>
        <w:t>5:31  woh gumaan kar letay hain ke un ke giroh ka Allah se koi khaas rishta hai jo doosre logon se nahi hai. jo shakhs is مخصوص giroh se ta'alluq rakhe, khwah aqeedah aur amal ke aitbaar se woh kaisa hi ho, baharhal us ki nijaat ho kar rahay gi.</w:t>
      </w:r>
      <w:r>
        <w:br/>
      </w:r>
      <w:r>
        <w:rPr>
          <w:sz w:val="20"/>
        </w:rPr>
        <w:t>5:49  jannat is ke apnay giroh ke liye hai aur jahannum sirf doosre girohon ke liye, magar Allah ka kisi giroh se khaas rishta nahi.</w:t>
      </w:r>
      <w:r>
        <w:br/>
      </w:r>
      <w:r>
        <w:rPr>
          <w:sz w:val="20"/>
        </w:rPr>
        <w:t>5:58  Allah ke haan jo kuch aitbaar hai, woh sirf is baat ka hai ke aadmi apne fikr aur amal mein kaisa hai. aakhirat mein aadmi ke anjaam ka faisla us ke haqeeqi kirdaar ki buniyad par hoga, na ke girohi nisbaton ki buniyad par.</w:t>
      </w:r>
      <w:r>
        <w:br/>
      </w:r>
      <w:r>
        <w:rPr>
          <w:sz w:val="20"/>
        </w:rPr>
        <w:t>6:15  dekhiye, is ka khulasa yeh hai ke Paradise</w:t>
      </w:r>
    </w:p>
    <w:p>
      <w:pPr>
        <w:pStyle w:val="Heading2"/>
      </w:pPr>
      <w:r>
        <w:t>Mango story leads to discovering God of Love</w:t>
      </w:r>
    </w:p>
    <w:p>
      <w:r>
        <w:rPr>
          <w:color w:val="666666"/>
          <w:sz w:val="18"/>
        </w:rPr>
        <w:t>Discovering God June 30, 2019 Maulana Wahiduddin Khan · 5m 49s · at 23:03 · https://youtu.be/Yt1-eX7XzYU?t=1383</w:t>
      </w:r>
    </w:p>
    <w:p>
      <w:r>
        <w:rPr>
          <w:i/>
        </w:rPr>
        <w:t>“Aam khaya mango”</w:t>
      </w:r>
    </w:p>
    <w:p>
      <w:r>
        <w:rPr>
          <w:sz w:val="20"/>
        </w:rPr>
        <w:t>23:03  aam khaya, mango. aap jante hain ke mango ke baray mein agar aap dekhein</w:t>
      </w:r>
      <w:r>
        <w:br/>
      </w:r>
      <w:r>
        <w:rPr>
          <w:sz w:val="20"/>
        </w:rPr>
        <w:t>23:19  to maloom hoga aap ko ke mango</w:t>
      </w:r>
      <w:r>
        <w:br/>
      </w:r>
      <w:r>
        <w:rPr>
          <w:sz w:val="20"/>
        </w:rPr>
        <w:t>23:29  duniya mein do hazar qism ki phool hain aur</w:t>
      </w:r>
      <w:r>
        <w:br/>
      </w:r>
      <w:r>
        <w:rPr>
          <w:sz w:val="20"/>
        </w:rPr>
        <w:t>23:37  un mein top par mango hai.</w:t>
      </w:r>
      <w:r>
        <w:br/>
      </w:r>
      <w:r>
        <w:rPr>
          <w:sz w:val="20"/>
        </w:rPr>
        <w:t>23:43  mango top par hai.</w:t>
      </w:r>
      <w:r>
        <w:br/>
      </w:r>
      <w:r>
        <w:rPr>
          <w:sz w:val="20"/>
        </w:rPr>
        <w:t>23:48  to kal mein mango, yeh ek mango maine khaya to aap jante hain kya hua?</w:t>
      </w:r>
      <w:r>
        <w:br/>
      </w:r>
      <w:r>
        <w:rPr>
          <w:sz w:val="20"/>
        </w:rPr>
        <w:t>24:03  meri aankhon se khushi ke aansu nikal paray, khushi ke aansu.</w:t>
      </w:r>
      <w:r>
        <w:br/>
      </w:r>
      <w:r>
        <w:rPr>
          <w:sz w:val="20"/>
        </w:rPr>
        <w:t>24:13  yani main ro raha tha to woh rona khushi ka aansu tha ke Allah Rab-ul-Alameen kitna zyada meherban hai insaan ke upar ke us ne jo food diya, food, food mein test de diya.</w:t>
      </w:r>
      <w:r>
        <w:br/>
      </w:r>
      <w:r>
        <w:rPr>
          <w:sz w:val="20"/>
        </w:rPr>
        <w:t>24:40  test aisa nahi hai ke jaise haiwan khate hain to us mein koi test nahi milta un ko.</w:t>
      </w:r>
      <w:r>
        <w:br/>
      </w:r>
      <w:r>
        <w:rPr>
          <w:sz w:val="20"/>
        </w:rPr>
        <w:t>24:48  lekin insaan jab khata hai to har food item mein us ko test milta hai.</w:t>
      </w:r>
      <w:r>
        <w:br/>
      </w:r>
      <w:r>
        <w:rPr>
          <w:sz w:val="20"/>
        </w:rPr>
        <w:t>25:04  yeh aap ki marifat par hai ke aap</w:t>
      </w:r>
      <w:r>
        <w:br/>
      </w:r>
      <w:r>
        <w:rPr>
          <w:sz w:val="20"/>
        </w:rPr>
        <w:t>25:12  khane se ya kisi bhi cheez se kya lete hain. marifat, mislan dekhein, bohat pehle ki baat hai, main Lucknow mein tha.</w:t>
      </w:r>
      <w:r>
        <w:br/>
      </w:r>
      <w:r>
        <w:rPr>
          <w:sz w:val="20"/>
        </w:rPr>
        <w:t>25:27  Lucknow mein ek sahib ke haan mera khana aaya, khana tha to khane par yahi aam aaya jo jo kal mein ne khaya.</w:t>
      </w:r>
      <w:r>
        <w:br/>
      </w:r>
      <w:r>
        <w:rPr>
          <w:sz w:val="20"/>
        </w:rPr>
        <w:t>25:37  wahan ke local zaban mein is ko kehte hain Lucknow safeda, yahan kuch aur bolte honge. wahan Lucknow mein is ko kehte hain bari abadi zaban mein Lucknow safeda.</w:t>
      </w:r>
      <w:r>
        <w:br/>
      </w:r>
      <w:r>
        <w:rPr>
          <w:sz w:val="20"/>
        </w:rPr>
        <w:t>25:54  to ghaliban jis ka jis ghar par maine khana khaya tha, unhon ne ghaliban pehli baar khaya tha woh Lucknow safeda.</w:t>
      </w:r>
      <w:r>
        <w:br/>
      </w:r>
      <w:r>
        <w:rPr>
          <w:sz w:val="20"/>
        </w:rPr>
        <w:t>26:07  to un ko itna acha laga ke apne bete se unhon ne kaha ke dekho, hamari ek zameen hai Lucknow aur Sitapur ke beech mein, ek land hai Lucknow aur Sitapur ke beech mein.</w:t>
      </w:r>
      <w:r>
        <w:br/>
      </w:r>
      <w:r>
        <w:rPr>
          <w:sz w:val="20"/>
        </w:rPr>
        <w:t>26:24  to woh us poori land par, us poori zameen par Lucknow safeda lagwa do.</w:t>
      </w:r>
      <w:r>
        <w:br/>
      </w:r>
      <w:r>
        <w:rPr>
          <w:sz w:val="20"/>
        </w:rPr>
        <w:t>26:33  chunanche lakhnau safida lagwaya gaya aur ittifaq se mein is ke baad kuch dinon ke baad, kuch saalon ke baad mein wahan jana hua to apni bagh ka unhon ne khilaya tha mujhe lakhnau safida.</w:t>
      </w:r>
      <w:r>
        <w:br/>
      </w:r>
      <w:r>
        <w:rPr>
          <w:sz w:val="20"/>
        </w:rPr>
        <w:t>26:50  to lakhnau safida bohat hi lazeez aam hota hai.</w:t>
      </w:r>
      <w:r>
        <w:br/>
      </w:r>
      <w:r>
        <w:rPr>
          <w:sz w:val="20"/>
        </w:rPr>
        <w:t>26:57  to aam ka jo achi qism hai, woh apne test ke aitbar se number one hai.</w:t>
      </w:r>
      <w:r>
        <w:br/>
      </w:r>
      <w:r>
        <w:rPr>
          <w:sz w:val="20"/>
        </w:rPr>
        <w:t>27:11  aur aap jante hain ke Allah taala ne insan ke andar ten tha qism ke test rakhe hain. Aap ghor kijiye ke Allah ne sirf food paida nahi kiya, sirf phal nahi paida kiya,</w:t>
      </w:r>
      <w:r>
        <w:br/>
      </w:r>
      <w:r>
        <w:rPr>
          <w:sz w:val="20"/>
        </w:rPr>
        <w:t>27:27  balke aap ke zehn mein test rakh diya. Yeh test kya hai? Yeh test jo hai,</w:t>
      </w:r>
      <w:r>
        <w:br/>
      </w:r>
      <w:r>
        <w:rPr>
          <w:sz w:val="20"/>
        </w:rPr>
        <w:t>27:39  jab mein is test ko tajruba karta hoon</w:t>
      </w:r>
      <w:r>
        <w:br/>
      </w:r>
      <w:r>
        <w:rPr>
          <w:sz w:val="20"/>
        </w:rPr>
        <w:t>27:46  to jante hain kya hota hai?</w:t>
      </w:r>
      <w:r>
        <w:br/>
      </w:r>
      <w:r>
        <w:rPr>
          <w:sz w:val="20"/>
        </w:rPr>
        <w:t>27:52  mujhe</w:t>
      </w:r>
      <w:r>
        <w:br/>
      </w:r>
      <w:r>
        <w:rPr>
          <w:sz w:val="20"/>
        </w:rPr>
        <w:t>27:56  aisa lagta hai ke Allah rab ul alameen, yani khaliq e kainat, mujhe peshgi tajruba kara raha hai</w:t>
      </w:r>
      <w:r>
        <w:br/>
      </w:r>
      <w:r>
        <w:rPr>
          <w:sz w:val="20"/>
        </w:rPr>
        <w:t>28:08  ke aye mere bande, aye mere bande, agar tu</w:t>
      </w:r>
      <w:r>
        <w:br/>
      </w:r>
      <w:r>
        <w:rPr>
          <w:sz w:val="20"/>
        </w:rPr>
        <w:t>28:18  meri,</w:t>
      </w:r>
      <w:r>
        <w:br/>
      </w:r>
      <w:r>
        <w:rPr>
          <w:sz w:val="20"/>
        </w:rPr>
        <w:t>28:23  mere karishme plan ko samjhe aur mere karishme plan ke mutabiq zindagi guzaar kar mere paas aaye</w:t>
      </w:r>
      <w:r>
        <w:br/>
      </w:r>
      <w:r>
        <w:rPr>
          <w:sz w:val="20"/>
        </w:rPr>
        <w:t>28:35  to tere paas kaisi kaisi</w:t>
      </w:r>
      <w:r>
        <w:br/>
      </w:r>
      <w:r>
        <w:rPr>
          <w:sz w:val="20"/>
        </w:rPr>
        <w:t>28:41  present cheezein teri mehya kar rakhi hain maine. Yeh peshgi khabar hai.</w:t>
      </w:r>
    </w:p>
    <w:p>
      <w:pPr>
        <w:pStyle w:val="Heading2"/>
      </w:pPr>
      <w:r>
        <w:t>Remove the cloud to achieve reform</w:t>
      </w:r>
    </w:p>
    <w:p>
      <w:r>
        <w:rPr>
          <w:color w:val="666666"/>
          <w:sz w:val="18"/>
        </w:rPr>
        <w:t>Revival of Muslims March 8, 2015 · 40s · at 43:44 · https://youtu.be/B9E2OTb4BVE?t=2624</w:t>
      </w:r>
    </w:p>
    <w:p>
      <w:r>
        <w:rPr>
          <w:i/>
        </w:rPr>
        <w:t>“Musalman apne obsession mein ji rahe hain”</w:t>
      </w:r>
    </w:p>
    <w:p>
      <w:r>
        <w:rPr>
          <w:sz w:val="20"/>
        </w:rPr>
        <w:t>43:44  is liye woh kuch samajh nahi paate. toh is badal ko hatana hai, yaani is shart ko todna hai, tab ja kar islaah hogi.</w:t>
      </w:r>
      <w:r>
        <w:br/>
      </w:r>
      <w:r>
        <w:rPr>
          <w:sz w:val="20"/>
        </w:rPr>
        <w:t>43:56  aur aur koi tareeqa islaah ka nahi hai. aap jalsay karein ya hangame karein, kuch bhi karein, kuch hone wala nahi jab tak shart nahi toote gi, tab tak koi islaah nahi hogi.</w:t>
      </w:r>
      <w:r>
        <w:br/>
      </w:r>
      <w:r>
        <w:rPr>
          <w:sz w:val="20"/>
        </w:rPr>
        <w:t>44:12  jaise ke suraj ke aur mere beech mein badal aa gaya aur dhoop khatam ho gayi toh mein shor karta, mein bomb marta toh is se kuch aur hota nahi.</w:t>
      </w:r>
    </w:p>
    <w:p>
      <w:pPr>
        <w:pStyle w:val="Heading2"/>
      </w:pPr>
      <w:r>
        <w:t>Prophet forbade criticizing Badri companions</w:t>
      </w:r>
    </w:p>
    <w:p>
      <w:r>
        <w:rPr>
          <w:color w:val="666666"/>
          <w:sz w:val="18"/>
        </w:rPr>
        <w:t>Divine Inspiration September 17, 2017 Maulana Wahiduddin Khan · 55s · at 14:37 · https://youtu.be/xn4EhCPAE3o?t=877</w:t>
      </w:r>
    </w:p>
    <w:p>
      <w:r>
        <w:rPr>
          <w:i/>
        </w:rPr>
        <w:t>“The Prophet said: 'Don't say anything to them.'”</w:t>
      </w:r>
    </w:p>
    <w:p>
      <w:r>
        <w:rPr>
          <w:sz w:val="20"/>
        </w:rPr>
        <w:t>14:37  bura kaha. to aap ne farmaya ke un ko kuch mat kaho.</w:t>
      </w:r>
      <w:r>
        <w:br/>
      </w:r>
      <w:r>
        <w:rPr>
          <w:sz w:val="20"/>
        </w:rPr>
        <w:t>14:47  kya maloom Allah ne un ki taraf jhaank kar dekha ho?</w:t>
      </w:r>
      <w:r>
        <w:br/>
      </w:r>
      <w:r>
        <w:rPr>
          <w:sz w:val="20"/>
        </w:rPr>
        <w:t>14:57  yaani badr ke waqe ke baad kya maloom Allah ne un ki taraf jhaank kar dekha ho aur yeh keh diya ho ke: "af'al ma shi'tum fa inni qad ghafert lakum".</w:t>
      </w:r>
      <w:r>
        <w:br/>
      </w:r>
      <w:r>
        <w:rPr>
          <w:sz w:val="20"/>
        </w:rPr>
        <w:t>15:18  yaani ab jo chahe karo, maine tum ko bakhsh diya. "af'al ma shi'tum fa inni qad ghafert lakum".</w:t>
      </w:r>
      <w:r>
        <w:br/>
      </w:r>
      <w:r>
        <w:rPr>
          <w:sz w:val="20"/>
        </w:rPr>
        <w:t>15:33  jo chaho karo, maine tum ko bakhsh diya. to dekhiye, yeh sirf badr ki baat nahin hai.</w:t>
      </w:r>
    </w:p>
    <w:p>
      <w:pPr>
        <w:pStyle w:val="Heading2"/>
      </w:pPr>
      <w:r>
        <w:t>Islam is flexible yet based on revelation</w:t>
      </w:r>
    </w:p>
    <w:p>
      <w:r>
        <w:rPr>
          <w:color w:val="666666"/>
          <w:sz w:val="18"/>
        </w:rPr>
        <w:t>Q&amp;A 18 Mar 2013 Maulana Wahiduddin Khan · 1m 44s · at 8:38 · https://youtu.be/xnyDMlViqpg?t=518</w:t>
      </w:r>
    </w:p>
    <w:p>
      <w:r>
        <w:rPr>
          <w:i/>
        </w:rPr>
        <w:t>“Masla ye nahi hai, ye to aapka apna criterion hai.”</w:t>
      </w:r>
    </w:p>
    <w:p>
      <w:r>
        <w:rPr>
          <w:sz w:val="20"/>
        </w:rPr>
        <w:t>8:38  so?" masla ye nahin hai, ye to aapka apna criteria hai, flexible. islam to yakeenan poori tarah flexible hai. lekin cheez ye hai ki ye wo log ke halaat hote hain jo religion ko, yaani</w:t>
      </w:r>
      <w:r>
        <w:br/>
      </w:r>
      <w:r>
        <w:rPr>
          <w:sz w:val="20"/>
        </w:rPr>
        <w:t>8:55  dekhiye, religion ke do concept hain. ek hai based on revelation. ek hai simply ek, ek, ek social phenomenon. to agar aap phenomenon ke taur par religion ko mante hain, to aap jo chahe kuch shamil kar lijiye. lekin wo religion jo revelation base karta hai, to wo to ye dekha gaya text mein kya hai. jo text mein hai, wahi authentic hai.</w:t>
      </w:r>
      <w:r>
        <w:br/>
      </w:r>
      <w:r>
        <w:rPr>
          <w:sz w:val="20"/>
        </w:rPr>
        <w:t>9:21  baqi ye bilkul galat hai ki Islam flexible nahi hai. ye musalman jo hain, unko dekhkar aap rai bana rahe hain. to musalman ka naam Islam nahi hai. Islam aakhri had tak flexible hai. us had tak flexible to koi bhi mazhab nahi hai, mere tajurbe ke mutabiq. doosre mazhab mein to bilkul hi nahi flexibility hai.</w:t>
      </w:r>
      <w:r>
        <w:br/>
      </w:r>
      <w:r>
        <w:rPr>
          <w:sz w:val="20"/>
        </w:rPr>
        <w:t>9:41  Islam mein aakhri had tak flexibility hai. lekin ye cheez criteria nahi hai. criteria ye hai ki aap ek, ek social phenomenon ke taur par mante hain mazhab ko ya usko,</w:t>
      </w:r>
      <w:r>
        <w:br/>
      </w:r>
      <w:r>
        <w:rPr>
          <w:sz w:val="20"/>
        </w:rPr>
        <w:t>9:56  yaani revelation based mante hain.</w:t>
      </w:r>
      <w:r>
        <w:br/>
      </w:r>
      <w:r>
        <w:rPr>
          <w:sz w:val="20"/>
        </w:rPr>
        <w:t>10:00  ye, ye asal criteria hai. main manta hoon revelation based. to jo revelation mein jo cheez hai, wahi, wahi authentic rahegi. baqi ye flexible hai ya nahi hai, ye to bilkul irrelevant baat hai. kyunki flexible to bahut hai Islam.</w:t>
      </w:r>
      <w:r>
        <w:br/>
      </w:r>
      <w:r>
        <w:rPr>
          <w:sz w:val="20"/>
        </w:rPr>
        <w:t>10:17  Islam se zyada koi mazhab flexible nahi hai.</w:t>
      </w:r>
    </w:p>
    <w:p>
      <w:pPr>
        <w:pStyle w:val="Heading2"/>
      </w:pPr>
      <w:r>
        <w:t>Human industry fails to match nature</w:t>
      </w:r>
    </w:p>
    <w:p>
      <w:r>
        <w:rPr>
          <w:color w:val="666666"/>
          <w:sz w:val="18"/>
        </w:rPr>
        <w:t>Contemplation on The Quran December 16, 2018 Maulana Wahiduddin Khan · 2m 55s · at 7:31 · https://youtu.be/bSOe1_KKEYk?t=451</w:t>
      </w:r>
    </w:p>
    <w:p>
      <w:r>
        <w:rPr>
          <w:i/>
        </w:rPr>
        <w:t>“Yahan main aapko yaad dilaaun ke jab jadeed san'at ka daur aaya”</w:t>
      </w:r>
    </w:p>
    <w:p>
      <w:r>
        <w:rPr>
          <w:sz w:val="20"/>
        </w:rPr>
        <w:t>7:31  yeh taqabul hai.</w:t>
      </w:r>
      <w:r>
        <w:br/>
      </w:r>
      <w:r>
        <w:rPr>
          <w:sz w:val="20"/>
        </w:rPr>
        <w:t>7:35  yahan mein aap ko yaad dilaoon ke jab jadeed sanat ka daur aaya to jo developed countries kehelate hain, jaise Japan, Germany, America waghera,</w:t>
      </w:r>
      <w:r>
        <w:br/>
      </w:r>
      <w:r>
        <w:rPr>
          <w:sz w:val="20"/>
        </w:rPr>
        <w:t>7:51  to wahan yeh koshish ki gayi ke jis tarah nature ki satah par</w:t>
      </w:r>
      <w:r>
        <w:br/>
      </w:r>
      <w:r>
        <w:rPr>
          <w:sz w:val="20"/>
        </w:rPr>
        <w:t>8:00  zero defect management qaim hai, wahi yahan pe qaim kiya jaye.</w:t>
      </w:r>
      <w:r>
        <w:br/>
      </w:r>
      <w:r>
        <w:rPr>
          <w:sz w:val="20"/>
        </w:rPr>
        <w:t>8:08  yaani zero defect industry, zero defect administration.</w:t>
      </w:r>
      <w:r>
        <w:br/>
      </w:r>
      <w:r>
        <w:rPr>
          <w:sz w:val="20"/>
        </w:rPr>
        <w:t>8:18  magar lambi koshish ke bawajood yahan koi kamyabi nahi hui. is par baqayda kitabein likhi gayi hain, survey ki reportein aayi hain,</w:t>
      </w:r>
      <w:r>
        <w:br/>
      </w:r>
      <w:r>
        <w:rPr>
          <w:sz w:val="20"/>
        </w:rPr>
        <w:t>8:32  article likhe gaye hain. aap ko is mein tafseel janna ho to zero defect management aap type kijiye, aap ko bohat si baatein samne aa jayengi.</w:t>
      </w:r>
      <w:r>
        <w:br/>
      </w:r>
      <w:r>
        <w:rPr>
          <w:sz w:val="20"/>
        </w:rPr>
        <w:t>8:51  to yeh dekhiye, yeh jo jo taluq, yeh jo yeh jo yeh jo taqabul hai,</w:t>
      </w:r>
      <w:r>
        <w:br/>
      </w:r>
      <w:r>
        <w:rPr>
          <w:sz w:val="20"/>
        </w:rPr>
        <w:t>9:00  turaf al-ashya ke usool ko yahan apply kijiye, in comparison that we understand ke usool ko yahan apply kijiye.</w:t>
      </w:r>
      <w:r>
        <w:br/>
      </w:r>
      <w:r>
        <w:rPr>
          <w:sz w:val="20"/>
        </w:rPr>
        <w:t>9:12  to aap payenge ke</w:t>
      </w:r>
      <w:r>
        <w:br/>
      </w:r>
      <w:r>
        <w:rPr>
          <w:sz w:val="20"/>
        </w:rPr>
        <w:t>9:18  jo human industry hai,</w:t>
      </w:r>
      <w:r>
        <w:br/>
      </w:r>
      <w:r>
        <w:rPr>
          <w:sz w:val="20"/>
        </w:rPr>
        <w:t>9:23  woh to</w:t>
      </w:r>
      <w:r>
        <w:br/>
      </w:r>
      <w:r>
        <w:rPr>
          <w:sz w:val="20"/>
        </w:rPr>
        <w:t>9:28  defective industry hai.</w:t>
      </w:r>
      <w:r>
        <w:br/>
      </w:r>
      <w:r>
        <w:rPr>
          <w:sz w:val="20"/>
        </w:rPr>
        <w:t>9:33  developed countries mein bohat ziyada koshish ki gayi,</w:t>
      </w:r>
      <w:r>
        <w:br/>
      </w:r>
      <w:r>
        <w:rPr>
          <w:sz w:val="20"/>
        </w:rPr>
        <w:t>9:40  taqreeban sau saal se yeh koshish jaari thi, lekin kamyabi nahi hui.</w:t>
      </w:r>
      <w:r>
        <w:br/>
      </w:r>
      <w:r>
        <w:rPr>
          <w:sz w:val="20"/>
        </w:rPr>
        <w:t>9:50  sab se pehle ghaleban Japan ne ailan kiya tha ke wahan zero defect industry qaim ho gayi hai, lekin aisa hua nahi.</w:t>
      </w:r>
      <w:r>
        <w:br/>
      </w:r>
      <w:r>
        <w:rPr>
          <w:sz w:val="20"/>
        </w:rPr>
        <w:t>10:06  is ke bar aks insaan jo nature hai, nature jo barah-e-rast khaliq ke control mein hai, wahan zero defect management qaim hai.</w:t>
      </w:r>
    </w:p>
    <w:p>
      <w:pPr>
        <w:pStyle w:val="Heading2"/>
      </w:pPr>
      <w:r>
        <w:t>History of failed interfaith dialogue attempts since 1893</w:t>
      </w:r>
    </w:p>
    <w:p>
      <w:r>
        <w:rPr>
          <w:color w:val="666666"/>
          <w:sz w:val="18"/>
        </w:rPr>
        <w:t>Interfaith Dialogue (English) February 1, 2014 Maulana Wahiduddin Khan · 55s · at 1:40 · https://youtu.be/esM8RDj_new?t=100</w:t>
      </w:r>
    </w:p>
    <w:p>
      <w:r>
        <w:rPr>
          <w:i/>
        </w:rPr>
        <w:t>“Perhaps the latest was held in Chicago in 1893”</w:t>
      </w:r>
    </w:p>
    <w:p>
      <w:r>
        <w:rPr>
          <w:sz w:val="20"/>
        </w:rPr>
        <w:t>1:40  Perhaps the latest was that</w:t>
      </w:r>
      <w:r>
        <w:br/>
      </w:r>
      <w:r>
        <w:rPr>
          <w:sz w:val="20"/>
        </w:rPr>
        <w:t>1:48  held in Chicago in 1893. In</w:t>
      </w:r>
      <w:r>
        <w:br/>
      </w:r>
      <w:r>
        <w:rPr>
          <w:sz w:val="20"/>
        </w:rPr>
        <w:t>1:56  this dialogue, all the major religions were present.</w:t>
      </w:r>
      <w:r>
        <w:br/>
      </w:r>
      <w:r>
        <w:rPr>
          <w:sz w:val="20"/>
        </w:rPr>
        <w:t>2:05  But</w:t>
      </w:r>
      <w:r>
        <w:br/>
      </w:r>
      <w:r>
        <w:rPr>
          <w:sz w:val="20"/>
        </w:rPr>
        <w:t>2:09  according to my experience, all these exercises are</w:t>
      </w:r>
      <w:r>
        <w:br/>
      </w:r>
      <w:r>
        <w:rPr>
          <w:sz w:val="20"/>
        </w:rPr>
        <w:t>2:25  fruitless, resultless. No positive result can be cited.</w:t>
      </w:r>
    </w:p>
    <w:p>
      <w:pPr>
        <w:pStyle w:val="Heading2"/>
      </w:pPr>
      <w:r>
        <w:t>How you react to criticism reveals your ego</w:t>
      </w:r>
    </w:p>
    <w:p>
      <w:r>
        <w:rPr>
          <w:color w:val="666666"/>
          <w:sz w:val="18"/>
        </w:rPr>
        <w:t>Shock A Blessing in Disguise November 01, 2009 · 2m 53s · at 1:02:38 · https://youtu.be/trEB_2Bwos8?t=3758</w:t>
      </w:r>
    </w:p>
    <w:p>
      <w:r>
        <w:rPr>
          <w:i/>
        </w:rPr>
        <w:t>“How do you feel when someone criticizes you?”</w:t>
      </w:r>
    </w:p>
    <w:p>
      <w:r>
        <w:rPr>
          <w:sz w:val="20"/>
        </w:rPr>
        <w:t>1:02:38  das questions from doctor muslima siddiqui how can i see myself from a spiritual blindness so that i may be able to communicate to the angels kind like me dekhen angel jo hai woh complex free hote hain</w:t>
      </w:r>
      <w:r>
        <w:br/>
      </w:r>
      <w:r>
        <w:rPr>
          <w:sz w:val="20"/>
        </w:rPr>
        <w:t>1:02:58  mukammal taur par sabse badi kamzori jo insaan mein hai woh har aadmi complex mein jeeta hai bias mein jeeta hai aur iska ek udharan jo hai ya ek misaal yeh hai ke kisi bhi shakhs ko aap criticize kijiye uske upar foran bura maan jayega woh aur tareef kijiye to khush ho jayega woh yeh hi to jad hai evil ki kahin tareef kijiye to khush</w:t>
      </w:r>
      <w:r>
        <w:br/>
      </w:r>
      <w:r>
        <w:rPr>
          <w:sz w:val="20"/>
        </w:rPr>
        <w:t>1:03:25  aur agar criticize kijiye to woh bura maan leta hai to angel ki sohbat kaise milega isko angel to jeete hain objectivity par positivity par inka koi bias nahi koi complex nahi is satah par jab jayenge tab angel se ap negotiation hoga lekin logon ka haal yeh hai ke woh jeete hain yani doosri satah</w:t>
      </w:r>
      <w:r>
        <w:br/>
      </w:r>
      <w:r>
        <w:rPr>
          <w:sz w:val="20"/>
        </w:rPr>
        <w:t>1:03:52  par woh chahte hain ke angel se unka negotiation ho jaye to yeh kaise ho sakta hai nahi ho sakta nahi ho sakta hai to apne ko purity apne andar purity lani padegi apne andar jisko kaha jata hai tazkiya</w:t>
      </w:r>
      <w:r>
        <w:br/>
      </w:r>
      <w:r>
        <w:rPr>
          <w:sz w:val="20"/>
        </w:rPr>
        <w:t>1:04:06  purity ka matlab hai ke ap apne andar apne ko modest banaye apne ko complex free banaye bias se bahar aayen aur ek hi pehchan mein to iski ek hi pehchan agar ho ek pehchan ke apne ko jaanchiye ke jab koi apko criticize karta hai to achha lagta hai bura lagta hai apko ek hi pehchan agar batana ho kisi ko ke tum sahi raste mein ho galat raste par ho tum mr right ho ya mr right nahi ho</w:t>
      </w:r>
      <w:r>
        <w:br/>
      </w:r>
      <w:r>
        <w:rPr>
          <w:sz w:val="20"/>
        </w:rPr>
        <w:t>1:04:35  to criticism ke waqt dekho ke tum ko tumhare dil mein kya guzra</w:t>
      </w:r>
      <w:r>
        <w:br/>
      </w:r>
      <w:r>
        <w:rPr>
          <w:sz w:val="20"/>
        </w:rPr>
        <w:t>1:04:40  bas yahi pehchan hai yeh Haider Umar wala jo mizaj hai wah paida karna padega ke rahimahullah umran wa ahadan uyubihi asadmi par Allah reham kare jis ne mere aib ka tohfa mujhe bheja</w:t>
      </w:r>
      <w:r>
        <w:br/>
      </w:r>
      <w:r>
        <w:rPr>
          <w:sz w:val="20"/>
        </w:rPr>
        <w:t>1:04:55  yani criticism ko lete the woh bo tor gift ke jab aisa hoga to to angel spas aa jayenge</w:t>
      </w:r>
      <w:r>
        <w:br/>
      </w:r>
      <w:r>
        <w:rPr>
          <w:sz w:val="20"/>
        </w:rPr>
        <w:t>1:05:05  wo angel culture mein admi jeene lage ga to main samajhta hoon ke bohat hi crucial pehchan hi hai ke admi apne aap ko dekhe ke jab usko criticize kiya jata hai to use kaisa lagta hai wo bura lagta hai acha lagta hai hazrat umar ko acha lagta tha yani criticize karna hazrat umar ko acha lagta tha wo tab wo angel ke sath jeete thay wo</w:t>
      </w:r>
    </w:p>
    <w:p>
      <w:pPr>
        <w:pStyle w:val="Heading2"/>
      </w:pPr>
      <w:r>
        <w:t>Landlord returns stolen land after fearing the afterlife</w:t>
      </w:r>
    </w:p>
    <w:p>
      <w:r>
        <w:rPr>
          <w:color w:val="666666"/>
          <w:sz w:val="18"/>
        </w:rPr>
        <w:t>On Life and Death July 24, 2011 · 1m 34s · at 57:37 · https://youtu.be/Z0pdhT_HJNk?t=3457</w:t>
      </w:r>
    </w:p>
    <w:p>
      <w:r>
        <w:rPr>
          <w:i/>
        </w:rPr>
        <w:t>“There was a landowner in our area who has since passed away.”</w:t>
      </w:r>
    </w:p>
    <w:p>
      <w:r>
        <w:rPr>
          <w:sz w:val="20"/>
        </w:rPr>
        <w:t>57:37  puri zindagi bhula deti hai. hamare alam mein aik sahab the, woh</w:t>
      </w:r>
      <w:r>
        <w:br/>
      </w:r>
      <w:r>
        <w:rPr>
          <w:sz w:val="20"/>
        </w:rPr>
        <w:t>57:47  zameendar the. ab un ka intiqal ho chuka hai. to un se mera kai bar milna hota tha.</w:t>
      </w:r>
      <w:r>
        <w:br/>
      </w:r>
      <w:r>
        <w:rPr>
          <w:sz w:val="20"/>
        </w:rPr>
        <w:t>57:56  to bohat zameen log idhar udhar ke log qabza kar lete the, ghalat tareeqe se.</w:t>
      </w:r>
      <w:r>
        <w:br/>
      </w:r>
      <w:r>
        <w:rPr>
          <w:sz w:val="20"/>
        </w:rPr>
        <w:t>58:04  apne apne us ko bohat parha liya tha unhon ne.</w:t>
      </w:r>
      <w:r>
        <w:br/>
      </w:r>
      <w:r>
        <w:rPr>
          <w:sz w:val="20"/>
        </w:rPr>
        <w:t>58:08  phir un ko kuch parha, unhon ne literature ko. aur un ko yeh ehsas hua ke marna hai, marne ke baad Allah ke samne pesh hona hai.</w:t>
      </w:r>
      <w:r>
        <w:br/>
      </w:r>
      <w:r>
        <w:rPr>
          <w:sz w:val="20"/>
        </w:rPr>
        <w:t>58:19  to aik aik shakhs ko unhon ne zameen lotai, jo zameen ghalat tareeqe se unhon ne qabza kar liya tha, woh sab lotai hai.</w:t>
      </w:r>
      <w:r>
        <w:br/>
      </w:r>
      <w:r>
        <w:rPr>
          <w:sz w:val="20"/>
        </w:rPr>
        <w:t>58:30  unhon ne aik hadith parhi, us mein hadith mein tha ke aik aik zameen thi, us par do aadmi jhagad rahe the ke koi meri aur koi meri.</w:t>
      </w:r>
      <w:r>
        <w:br/>
      </w:r>
      <w:r>
        <w:rPr>
          <w:sz w:val="20"/>
        </w:rPr>
        <w:t>58:40  to rasool Allah ne farmaya ke jo aadmi ghalat qabza kar le zameen par, to woh zameen us ko nahi ho jayegi. us ki akhirat mein us ke liye aag ka tukra banegi.</w:t>
      </w:r>
      <w:r>
        <w:br/>
      </w:r>
      <w:r>
        <w:rPr>
          <w:sz w:val="20"/>
        </w:rPr>
        <w:t>58:50  yahan to woh samajhta hai ke mein ne zameen par qabza kar liya, wahan us ke hisse mein akhirat mein aag ka tukra ayega.</w:t>
      </w:r>
      <w:r>
        <w:br/>
      </w:r>
      <w:r>
        <w:rPr>
          <w:sz w:val="20"/>
        </w:rPr>
        <w:t>58:58  to unhon ne sari zameen apne logon ki taraf wapas kardi. to maut aik aisi cheez hai ji jo aap ko aik dam badal deti hai.</w:t>
      </w:r>
    </w:p>
    <w:p>
      <w:pPr>
        <w:pStyle w:val="Heading2"/>
      </w:pPr>
      <w:r>
        <w:t>Full argument: denying divine wonders is the new denial</w:t>
      </w:r>
    </w:p>
    <w:p>
      <w:r>
        <w:rPr>
          <w:color w:val="666666"/>
          <w:sz w:val="18"/>
        </w:rPr>
        <w:t>Lessons from My Journey to Agra October 27, 2013 · 5m 28s · at 39:04 · https://youtu.be/Gg2N0h4ETH8?t=2344</w:t>
      </w:r>
    </w:p>
    <w:p>
      <w:r>
        <w:rPr>
          <w:i/>
        </w:rPr>
        <w:t>“Aap jaante hain Agra mein Taj Mahal duniya ke ajaibaat mein hai”</w:t>
      </w:r>
    </w:p>
    <w:p>
      <w:r>
        <w:rPr>
          <w:sz w:val="20"/>
        </w:rPr>
        <w:t>39:04  mein aik misaal doon aap ko ke aap jantay hain ke Taj Agra mein Taj Mahal hai jo bohat hi mashhoor hai, jo dunya kay saat ajubaat mein shumar hota hai.</w:t>
      </w:r>
      <w:r>
        <w:br/>
      </w:r>
      <w:r>
        <w:rPr>
          <w:sz w:val="20"/>
        </w:rPr>
        <w:t>39:16  dunya bhar say log atay hain is ko dekhnay kay liye.</w:t>
      </w:r>
      <w:r>
        <w:br/>
      </w:r>
      <w:r>
        <w:rPr>
          <w:sz w:val="20"/>
        </w:rPr>
        <w:t>39:22  to aik waqia mein nay parha ke Europe ki aik khatoon aayi India to woh Agra gayi Taj Mahal dekhnay kay liye.</w:t>
      </w:r>
      <w:r>
        <w:br/>
      </w:r>
      <w:r>
        <w:rPr>
          <w:sz w:val="20"/>
        </w:rPr>
        <w:t>39:34  jab us nay Taj Mahal ko dekha, doosri zaban say nikla: "wonder, wonderful, wonderful". aik hi aik hi lafz us European lady ki zaban par aik hi lafz aaya us ko dekh kar Taj Mahal ko: "wonderful, wonderful".</w:t>
      </w:r>
      <w:r>
        <w:br/>
      </w:r>
      <w:r>
        <w:rPr>
          <w:sz w:val="20"/>
        </w:rPr>
        <w:t>39:52  ab mein ne socha ke dekhiye, yeh europe se aayi india, is darmiyan mein million billion allah ki nishaniyan theen</w:t>
      </w:r>
      <w:r>
        <w:br/>
      </w:r>
      <w:r>
        <w:rPr>
          <w:sz w:val="20"/>
        </w:rPr>
        <w:t>40:02  , wahan woh nahi kar saki: "wonderful, wonderful". har cheez mein wonder tha. is ko taj mahal mein to wonder dikhai diya, allah ki nishaniyan jo theen, is mein wonder nahi dikhai diya.</w:t>
      </w:r>
      <w:r>
        <w:br/>
      </w:r>
      <w:r>
        <w:rPr>
          <w:sz w:val="20"/>
        </w:rPr>
        <w:t>40:15  yahi takzeeb, yahi takzeeb hai ke jab woh ghar se rawana hui hogi, car par baithi hogi, woh bhi ek wonder tha ke meter aap ko le ke daur raha hai.</w:t>
      </w:r>
      <w:r>
        <w:br/>
      </w:r>
      <w:r>
        <w:rPr>
          <w:sz w:val="20"/>
        </w:rPr>
        <w:t>40:27  phir jo hawai jahaz mein sawar hui, sawar ho kar ke dilli ke hawai adde par utri, to woh bhi ek wonder tha ke ek meter aap ko le ke urr raha hai.</w:t>
      </w:r>
      <w:r>
        <w:br/>
      </w:r>
      <w:r>
        <w:rPr>
          <w:sz w:val="20"/>
        </w:rPr>
        <w:t>40:37  kaisi ajeeb cheez hai ke meter urr raha hai aap ko. hatta ke jab hotel mein is ne khana khaya hoga to woh bhi wonder tha: khana kya hai?</w:t>
      </w:r>
      <w:r>
        <w:br/>
      </w:r>
      <w:r>
        <w:rPr>
          <w:sz w:val="20"/>
        </w:rPr>
        <w:t>40:47  yani non food, food mein convert ho gaya. non food jo hai, woh food mein convert ho gaya, woh bhi ek wonder hai.</w:t>
      </w:r>
      <w:r>
        <w:br/>
      </w:r>
      <w:r>
        <w:rPr>
          <w:sz w:val="20"/>
        </w:rPr>
        <w:t>40:56  pani piya is ne, woh bhi ek wonder tha ke non water, water mein convert ho gaya. to is tarah ke yahan se wahan tak le kar wonders ka ek silsila, lekin is ko in cheezon ko is ne bartan wonder nahi dekha,</w:t>
      </w:r>
      <w:r>
        <w:br/>
      </w:r>
      <w:r>
        <w:rPr>
          <w:sz w:val="20"/>
        </w:rPr>
        <w:t>41:14  sirf taj mahal is ko dikha diya ke yeh wonder hai. yeh isi ka naam takzeeb hai.</w:t>
      </w:r>
      <w:r>
        <w:br/>
      </w:r>
      <w:r>
        <w:rPr>
          <w:sz w:val="20"/>
        </w:rPr>
        <w:t>41:21  to takzeeb anbiya ka daur to khatam ho gaya, lekin takzeeb ayat ka daur baqi hai, takzeeb aala ka daur baqi hai.</w:t>
      </w:r>
      <w:r>
        <w:br/>
      </w:r>
      <w:r>
        <w:rPr>
          <w:sz w:val="20"/>
        </w:rPr>
        <w:t>41:33  to yeh sirf safaron se, is safar ki baat nahi hai, balke aap jahan bhi aap hain, jis mahol mein aap rehte hain, wahan bhi allah ki nishaniyan hain.</w:t>
      </w:r>
      <w:r>
        <w:br/>
      </w:r>
      <w:r>
        <w:rPr>
          <w:sz w:val="20"/>
        </w:rPr>
        <w:t>41:44  har waqt, har har lamha nishaniyan hain. to is ko pata ho, wonder aap ko daryaft karna chahiye</w:t>
      </w:r>
      <w:r>
        <w:br/>
      </w:r>
      <w:r>
        <w:rPr>
          <w:sz w:val="20"/>
        </w:rPr>
        <w:t>41:50  jis ko quran mein aala kaha gaya hai. agar aap bartan wonder daryaft karenge to aap ke thrill aaye ga, aap ke andar thrilling shukr aaye ga, aap allah ki azmaton ko mein ghark ho jayenge.</w:t>
      </w:r>
      <w:r>
        <w:br/>
      </w:r>
      <w:r>
        <w:rPr>
          <w:sz w:val="20"/>
        </w:rPr>
        <w:t>42:05  yeh sab hoga. agar lekin agar aap aisa na karen to goya ke allah ke wonder ko aap ne inkar kiya. "fabee aala rabbikuma" to zuban jo hai, is ka misdaq ban gaye aap.</w:t>
      </w:r>
      <w:r>
        <w:br/>
      </w:r>
      <w:r>
        <w:rPr>
          <w:sz w:val="20"/>
        </w:rPr>
        <w:t>42:22  to is safar mein mujhe yeh bhi ek tajurba hua, ek daryaft hui ke takzeeb anbiya ka daur agarche khatam ho gaya, lekin is se bari ek takzeeb hai, is ka daur jari hai, woh hai takzeeb ayat, takzeeb aala, yani divine wonders ki takzeeb.</w:t>
      </w:r>
      <w:r>
        <w:br/>
      </w:r>
      <w:r>
        <w:rPr>
          <w:sz w:val="20"/>
        </w:rPr>
        <w:t>42:45  divine wonders ko daryaft na karna</w:t>
      </w:r>
      <w:r>
        <w:br/>
      </w:r>
      <w:r>
        <w:rPr>
          <w:sz w:val="20"/>
        </w:rPr>
        <w:t>42:49  , kyunke jab aap daryaft nahi karenge to aap kaise aap ke andar thrill shukr kahan se aaye ga? allah ki azmat ka tasawwur kaise aap ke zehn mein aaye ga?</w:t>
      </w:r>
      <w:r>
        <w:br/>
      </w:r>
      <w:r>
        <w:rPr>
          <w:sz w:val="20"/>
        </w:rPr>
        <w:t>43:02  to andhe pan mein jiyenge aap.</w:t>
      </w:r>
      <w:r>
        <w:br/>
      </w:r>
      <w:r>
        <w:rPr>
          <w:sz w:val="20"/>
        </w:rPr>
        <w:t>43:07  to yeh ek ajeeb ghareeb daryaft thi jo mujhe is safar mein hui ke takzeeb anbiya ka daur khatam ho gaya, lekin takzeeb ayat ka daur baqi hai.</w:t>
      </w:r>
      <w:r>
        <w:br/>
      </w:r>
      <w:r>
        <w:rPr>
          <w:sz w:val="20"/>
        </w:rPr>
        <w:t>43:19  har lamha aadmi ya to allah ki ayat ki tasdeeq kar ke inaam pa raha hai ya allah ki ayat ki takzeeb kar ke woh allah ki saza ka rizq le raha hai.</w:t>
      </w:r>
      <w:r>
        <w:br/>
      </w:r>
      <w:r>
        <w:rPr>
          <w:sz w:val="20"/>
        </w:rPr>
        <w:t>43:34  har lamha "fabee" yani ek hai "fabee aala rabbikuma" to zuban yeh aaj bhi baqi hai.</w:t>
      </w:r>
      <w:r>
        <w:br/>
      </w:r>
      <w:r>
        <w:rPr>
          <w:sz w:val="20"/>
        </w:rPr>
        <w:t>43:46  yeh ek ajeeb ghareeb daryaft thi jo mujhe is safar mein hui. to is zehn ke sath chunke mein ne safar kiya to do din ke safar mein bohat si cheezein aisi aayin jis mein bar bar yani kabhi khauf tari hua, kabhi shukr aaya, kabhi allah ka ka zikr jari hua meri zuban par.</w:t>
      </w:r>
      <w:r>
        <w:br/>
      </w:r>
      <w:r>
        <w:rPr>
          <w:sz w:val="20"/>
        </w:rPr>
        <w:t>44:09  is tarah ke yani is tarah ki kaifiyat ke sath yeh poora safar hua.</w:t>
      </w:r>
      <w:r>
        <w:br/>
      </w:r>
      <w:r>
        <w:rPr>
          <w:sz w:val="20"/>
        </w:rPr>
        <w:t>44:19  to</w:t>
      </w:r>
      <w:r>
        <w:br/>
      </w:r>
      <w:r>
        <w:rPr>
          <w:sz w:val="20"/>
        </w:rPr>
        <w:t>44:20  yeh bohat hi ajeeb daryaft thi mere liye ke takzeeb anbiya ka daur agarche khatam ho gaya, lekin is se ziyada barhe pemane par takzeeb ayat ka daur jari hai is zamane mein.</w:t>
      </w:r>
    </w:p>
    <w:p>
      <w:pPr>
        <w:pStyle w:val="Heading2"/>
      </w:pPr>
      <w:r>
        <w:t>Intellectually awakened are the true humans</w:t>
      </w:r>
    </w:p>
    <w:p>
      <w:r>
        <w:rPr>
          <w:color w:val="666666"/>
          <w:sz w:val="18"/>
        </w:rPr>
        <w:t>The Importance of Intellectual awakening 30 sept, 2007 - Maulana Wahiduddin Khan · 29s · at 0:58 · https://youtu.be/SaIe6RpHEpg?t=58</w:t>
      </w:r>
    </w:p>
    <w:p>
      <w:r>
        <w:rPr>
          <w:i/>
        </w:rPr>
        <w:t>“Dekhiye, is duniya mein sab kuch”</w:t>
      </w:r>
    </w:p>
    <w:p>
      <w:r>
        <w:rPr>
          <w:sz w:val="20"/>
        </w:rPr>
        <w:t>0:58  dekhiye, is dunya mein sab kuch</w:t>
      </w:r>
      <w:r>
        <w:br/>
      </w:r>
      <w:r>
        <w:rPr>
          <w:sz w:val="20"/>
        </w:rPr>
        <w:t>1:05  zehni bedari par depend karta hai.</w:t>
      </w:r>
      <w:r>
        <w:br/>
      </w:r>
      <w:r>
        <w:rPr>
          <w:sz w:val="20"/>
        </w:rPr>
        <w:t>1:10  jo log intellectually awakened hon, wohi sach much to insan hain. aur jo log intellectually awakened na hon, woh just like animal hain.</w:t>
      </w:r>
    </w:p>
    <w:p>
      <w:pPr>
        <w:pStyle w:val="Heading2"/>
      </w:pPr>
      <w:r>
        <w:t>If you remove discipline, society becomes jungle</w:t>
      </w:r>
    </w:p>
    <w:p>
      <w:r>
        <w:rPr>
          <w:color w:val="666666"/>
          <w:sz w:val="18"/>
        </w:rPr>
        <w:t>Why this Ethical Crisis (Moral Crisis) I December 16, 2007 - Maulana Wahiduddin Khan · 36s · at 25:10 · https://youtu.be/00lGcZ0tyyg?t=1510</w:t>
      </w:r>
    </w:p>
    <w:p>
      <w:r>
        <w:rPr>
          <w:i/>
        </w:rPr>
        <w:t>“Agar tum aisa karte ho to jungle bana dena chahte ho?”</w:t>
      </w:r>
    </w:p>
    <w:p>
      <w:r>
        <w:rPr>
          <w:sz w:val="20"/>
        </w:rPr>
        <w:t>25:10  unhein unhein discipline ke sath rehna hai, is ka ehsas nahi un ko. unhein yahan discipline ke sath rehna hai, is ka unhein ehsas nahi.</w:t>
      </w:r>
      <w:r>
        <w:br/>
      </w:r>
      <w:r>
        <w:rPr>
          <w:sz w:val="20"/>
        </w:rPr>
        <w:t>25:22  aise hi poori dunya ko aap kya chahte hain? ke jungal jungal bana dena chahte hain ke</w:t>
      </w:r>
      <w:r>
        <w:br/>
      </w:r>
      <w:r>
        <w:rPr>
          <w:sz w:val="20"/>
        </w:rPr>
        <w:t>25:27  discipline ka ehsas na rahe, responsibility ka ehsas na rahe, moral values ka ehsas na rahe? to phir dunya kya banegi?</w:t>
      </w:r>
      <w:r>
        <w:br/>
      </w:r>
      <w:r>
        <w:rPr>
          <w:sz w:val="20"/>
        </w:rPr>
        <w:t>25:38  jungal banegi, har taraf violence hoga, har taraf corruption hoga, har taraf exploitation hoga, to kisi ke liye bhi peace nahi nahi hoga.</w:t>
      </w:r>
    </w:p>
    <w:p>
      <w:pPr>
        <w:pStyle w:val="Heading2"/>
      </w:pPr>
      <w:r>
        <w:t>Islam is preserved, not a 'superior' religion</w:t>
      </w:r>
    </w:p>
    <w:p>
      <w:r>
        <w:rPr>
          <w:color w:val="666666"/>
          <w:sz w:val="18"/>
        </w:rPr>
        <w:t>History of Islamic Learning May 14, 2006 Part 1 · 36s · at 9:17 · https://youtu.be/wwWdRNJl7Ck?t=557</w:t>
      </w:r>
    </w:p>
    <w:p>
      <w:r>
        <w:rPr>
          <w:i/>
        </w:rPr>
        <w:t>“Kya Islam ek afzal mazhab hai?”</w:t>
      </w:r>
    </w:p>
    <w:p>
      <w:r>
        <w:rPr>
          <w:sz w:val="20"/>
        </w:rPr>
        <w:t>9:17  to ye daur jo tha, kya tha? ye nahi ke Khuda ne ek, jaisa ke bohat se log samajhte hain ke Islam koi afzal mazhab hai. ye sab bilkul baseless baatein hain.</w:t>
      </w:r>
      <w:r>
        <w:br/>
      </w:r>
      <w:r>
        <w:rPr>
          <w:sz w:val="20"/>
        </w:rPr>
        <w:t>9:27  afzal mazhab hargiz nahi hai. Islam</w:t>
      </w:r>
      <w:r>
        <w:br/>
      </w:r>
      <w:r>
        <w:rPr>
          <w:sz w:val="20"/>
        </w:rPr>
        <w:t>9:30  Islam scientific mazhab hai. Islam preserved mazhab hai. yani is mein Khuda ne jo revelation bheja, wo jis jis jin shabdon mein aaya tha, unhi shabdon mein aaj bhi wo maujood hai.</w:t>
      </w:r>
      <w:r>
        <w:br/>
      </w:r>
      <w:r>
        <w:rPr>
          <w:sz w:val="20"/>
        </w:rPr>
        <w:t>9:47  ye hai is ka asal.</w:t>
      </w:r>
    </w:p>
    <w:p>
      <w:pPr>
        <w:pStyle w:val="Heading2"/>
      </w:pPr>
      <w:r>
        <w:t>Why God did not reveal directly</w:t>
      </w:r>
    </w:p>
    <w:p>
      <w:r>
        <w:rPr>
          <w:color w:val="666666"/>
          <w:sz w:val="18"/>
        </w:rPr>
        <w:t>Q&amp;A 06 Apr 2008 - Maulana Wahiduddin Khan · 47s · at 0:27 · https://youtu.be/UHuu4_Zbh6Q?t=27</w:t>
      </w:r>
    </w:p>
    <w:p>
      <w:r>
        <w:rPr>
          <w:i/>
        </w:rPr>
        <w:t>“Direct communication with God is not possible”</w:t>
      </w:r>
    </w:p>
    <w:p>
      <w:r>
        <w:rPr>
          <w:sz w:val="20"/>
        </w:rPr>
        <w:t>0:27  direct jo hai woh possible nahi hai. Quran mein hai, dekhein, ke Hazrat Musa ko jab Khuda ne Prophet banana chaha to Hazrat Musa ne kaha ke,</w:t>
      </w:r>
      <w:r>
        <w:br/>
      </w:r>
      <w:r>
        <w:rPr>
          <w:sz w:val="20"/>
        </w:rPr>
        <w:t>0:45  yaani direct chaha, direct experience chaha Khuda ka, Khuda ko dekhna chaha direct is se. to Quran mein aata hai ke Khuda ne jab apna jalwa utara to pahaad phat gaya aur</w:t>
      </w:r>
      <w:r>
        <w:br/>
      </w:r>
      <w:r>
        <w:rPr>
          <w:sz w:val="20"/>
        </w:rPr>
        <w:t>1:02  Musa gir pare. to Khuda ko aap kya samajhte hain? Khuda koi choti moti cheez hai? Khuda jo beyond time and capacity, beyond space hai,</w:t>
      </w:r>
    </w:p>
    <w:p>
      <w:pPr>
        <w:pStyle w:val="Heading2"/>
      </w:pPr>
      <w:r>
        <w:t>Real faith is discovery, not reciting a phrase</w:t>
      </w:r>
    </w:p>
    <w:p>
      <w:r>
        <w:rPr>
          <w:color w:val="666666"/>
          <w:sz w:val="18"/>
        </w:rPr>
        <w:t>God Realization 23 June 2018 - Maulana Wahiduddin Khan · 37s · at 11:36 · https://youtu.be/nar5wBjiT7Q?t=696</w:t>
      </w:r>
    </w:p>
    <w:p>
      <w:r>
        <w:rPr>
          <w:i/>
        </w:rPr>
        <w:t>“Isi ka naam hai marifat, isi ka naam hai discovery”</w:t>
      </w:r>
    </w:p>
    <w:p>
      <w:r>
        <w:rPr>
          <w:sz w:val="20"/>
        </w:rPr>
        <w:t>11:36  isi ka naam hai marifat, isi ka naam hai discovery. yeh hai imaan. yeh imaan nahi hai ke aap ne la ilaha illallah rat liya aur is ko zaban say parha.</w:t>
      </w:r>
      <w:r>
        <w:br/>
      </w:r>
      <w:r>
        <w:rPr>
          <w:sz w:val="20"/>
        </w:rPr>
        <w:t>11:53  yeh to Allah rabb ul alameen ko bohat hi ziyada under estimate karna hai,</w:t>
      </w:r>
      <w:r>
        <w:br/>
      </w:r>
      <w:r>
        <w:rPr>
          <w:sz w:val="20"/>
        </w:rPr>
        <w:t>12:02  Allah rabb ul alameen ko under estimate karna hai.</w:t>
      </w:r>
      <w:r>
        <w:br/>
      </w:r>
      <w:r>
        <w:rPr>
          <w:sz w:val="20"/>
        </w:rPr>
        <w:t>12:07  to is dunya mein jo bhi aap</w:t>
      </w:r>
    </w:p>
    <w:p>
      <w:pPr>
        <w:pStyle w:val="Heading2"/>
      </w:pPr>
      <w:r>
        <w:t>Definition and importance of Hadith in Islam</w:t>
      </w:r>
    </w:p>
    <w:p>
      <w:r>
        <w:rPr>
          <w:color w:val="666666"/>
          <w:sz w:val="18"/>
        </w:rPr>
        <w:t>Hadith-e-Rasool (Sayings of The Prophet of Islam) 20 June 2010 - Maulana Wahiduddin Khan · 2m 23s · at 0:32 · https://youtu.be/mxGQaBimM_Q?t=32</w:t>
      </w:r>
    </w:p>
    <w:p>
      <w:r>
        <w:rPr>
          <w:i/>
        </w:rPr>
        <w:t>“آج کا موضوع ہے حدیث رسول یا احادیث رسول”</w:t>
      </w:r>
    </w:p>
    <w:p>
      <w:r>
        <w:rPr>
          <w:sz w:val="20"/>
        </w:rPr>
        <w:t>0:32  aaj ka mauzu hai hadith-e-rasool ya ahadith-e-rasool, yaani "Sayings of the Prophet of Islam".</w:t>
      </w:r>
      <w:r>
        <w:br/>
      </w:r>
      <w:r>
        <w:rPr>
          <w:sz w:val="20"/>
        </w:rPr>
        <w:t>0:47  hadith ka literal matlab hai "Saying". islami istilaha mein hadith ka matlab hota hai peghambar-e-islam ki ahadees.</w:t>
      </w:r>
      <w:r>
        <w:br/>
      </w:r>
      <w:r>
        <w:rPr>
          <w:sz w:val="20"/>
        </w:rPr>
        <w:t>1:05  ulama ne hadith ki teen qismein batai hain: qaul, amal, aur taqreer.</w:t>
      </w:r>
      <w:r>
        <w:br/>
      </w:r>
      <w:r>
        <w:rPr>
          <w:sz w:val="20"/>
        </w:rPr>
        <w:t>1:15  qaul ka matlab yeh hai ke jo rasoolullah sallallahu 'alayhi wa sallam ne kaha. amal ka matlab hai jo aap ne kiya.</w:t>
      </w:r>
      <w:r>
        <w:br/>
      </w:r>
      <w:r>
        <w:rPr>
          <w:sz w:val="20"/>
        </w:rPr>
        <w:t>1:27  taqreer ka matlab hai ke aap ke samne koi kaam hua aur aap ne us par khamoshi ikhtiyar kar li, yaani "Silent Consent" diya aap ne.</w:t>
      </w:r>
      <w:r>
        <w:br/>
      </w:r>
      <w:r>
        <w:rPr>
          <w:sz w:val="20"/>
        </w:rPr>
        <w:t>1:42  yeh hai hadith ka matlab.</w:t>
      </w:r>
      <w:r>
        <w:br/>
      </w:r>
      <w:r>
        <w:rPr>
          <w:sz w:val="20"/>
        </w:rPr>
        <w:t>1:49  to ek islami scholar ne kaha ke "man kana fi baytihi majmu'atu l-ahadith fa-ka-annama fihi nabiyyun yatakallam".</w:t>
      </w:r>
      <w:r>
        <w:br/>
      </w:r>
      <w:r>
        <w:rPr>
          <w:sz w:val="20"/>
        </w:rPr>
        <w:t>2:10  yaani jis ghar mein hadith ka ek collection ho, hadith ka ek majmu'a ho, to goya ke wahan bolta hua peghambar maujud hai.</w:t>
      </w:r>
      <w:r>
        <w:br/>
      </w:r>
      <w:r>
        <w:rPr>
          <w:sz w:val="20"/>
        </w:rPr>
        <w:t>2:29  isko doosre dhang se aisa kaha ja sakta hai ke "Hadith is a continuation of prophethood".</w:t>
      </w:r>
      <w:r>
        <w:br/>
      </w:r>
      <w:r>
        <w:rPr>
          <w:sz w:val="20"/>
        </w:rPr>
        <w:t>2:43  hadith prophethood ka, nubuwwat ka tasalsul hai. yeh bahut zyada important baat hai.</w:t>
      </w:r>
    </w:p>
    <w:p>
      <w:pPr>
        <w:pStyle w:val="Heading2"/>
      </w:pPr>
      <w:r>
        <w:t>Defensive nature of Battle of Badr</w:t>
      </w:r>
    </w:p>
    <w:p>
      <w:r>
        <w:rPr>
          <w:color w:val="666666"/>
          <w:sz w:val="18"/>
        </w:rPr>
        <w:t>Interaction with umries 24 july, 2019 - Maulana Wahiduddin Khan · 1m 36s · at 22:36 · https://youtu.be/8d1GN1f_oMs?t=1356</w:t>
      </w:r>
    </w:p>
    <w:p>
      <w:r>
        <w:rPr>
          <w:i/>
        </w:rPr>
        <w:t>“Badr ke baare mein yeh aitraaz hai kuch ahl-e-maghrib ka”</w:t>
      </w:r>
    </w:p>
    <w:p>
      <w:r>
        <w:rPr>
          <w:sz w:val="20"/>
        </w:rPr>
        <w:t>22:36  a badar ke baray mein kya aap kehte hain? kya sochte hain aap? badar ke baray mein yeh etiraz hai kuch ahl-e-maghrib ka ke un ki maeeshi kamar tod kar jo hai Muhammad un par yeh karna chahta tha, ghalba hasil karna chahta tha.</w:t>
      </w:r>
      <w:r>
        <w:br/>
      </w:r>
      <w:r>
        <w:rPr>
          <w:sz w:val="20"/>
        </w:rPr>
        <w:t>22:52  to maeeshi kamar todne ke chakkar mein jang ho gayi.</w:t>
      </w:r>
      <w:r>
        <w:br/>
      </w:r>
      <w:r>
        <w:rPr>
          <w:sz w:val="20"/>
        </w:rPr>
        <w:t>22:56  dekhiye, yeh un ki un ki taweel hai. maeeshi kamar todna taweel hai. asal baat jo hai, woh kya hai? woh yeh hai ke rasool Allah ne</w:t>
      </w:r>
      <w:r>
        <w:br/>
      </w:r>
      <w:r>
        <w:rPr>
          <w:sz w:val="20"/>
        </w:rPr>
        <w:t>23:13  yani un ko maloom hua ke woh log hamla karne walay hain. to instagram peedya pe teeka mein likha hua hai ke agar kisi ko khabar ho jaye ke aap par hamla karne wala ho to us waqt aap ko jo aap us ke us ke jawab mein jo qarar karenge, woh difa'i hogi,</w:t>
      </w:r>
      <w:r>
        <w:br/>
      </w:r>
      <w:r>
        <w:rPr>
          <w:sz w:val="20"/>
        </w:rPr>
        <w:t>23:38  woh offensive nahi hogi. mein ne is ka hawala diya is mein al-risalah mein ke agar aap fareeq-e-sani ke baray mein aap ko itla' ho jaye ke woh hamlay ki tayari kar raha hai,</w:t>
      </w:r>
      <w:r>
        <w:br/>
      </w:r>
      <w:r>
        <w:rPr>
          <w:sz w:val="20"/>
        </w:rPr>
        <w:t>23:53  hamlay ki tayari to aap ko jaiz ho jata hai ke aap us ke jawab mein jawabi tayari karen. aur woh offensive war nahi mani jayegi, defensive war mani jayegi.</w:t>
      </w:r>
      <w:r>
        <w:br/>
      </w:r>
      <w:r>
        <w:rPr>
          <w:sz w:val="20"/>
        </w:rPr>
        <w:t>24:07  yeh mein ne likha hai risalah mein.</w:t>
      </w:r>
    </w:p>
    <w:p>
      <w:pPr>
        <w:pStyle w:val="Heading2"/>
      </w:pPr>
      <w:r>
        <w:t>Animals never face discontentment</w:t>
      </w:r>
    </w:p>
    <w:p>
      <w:r>
        <w:rPr>
          <w:color w:val="666666"/>
          <w:sz w:val="18"/>
        </w:rPr>
        <w:t>The Creation Plan of God · 28s · at 11:44 · https://youtu.be/eW4bWpFugVs?t=704</w:t>
      </w:r>
    </w:p>
    <w:p>
      <w:r>
        <w:rPr>
          <w:i/>
        </w:rPr>
        <w:t>“But unlike man, they are never faced with the problem of discontentment.”</w:t>
      </w:r>
    </w:p>
    <w:p>
      <w:r>
        <w:rPr>
          <w:sz w:val="20"/>
        </w:rPr>
        <w:t>11:44  but unlike man, they are never faced with the problem of discontentment.</w:t>
      </w:r>
      <w:r>
        <w:br/>
      </w:r>
      <w:r>
        <w:rPr>
          <w:sz w:val="20"/>
        </w:rPr>
        <w:t>11:51  the word tragedy exists only in the human dictionary. no where does it figure in that of animals. we can find the answer to this contradiction if we compare man with animals. a comparative study of man and animals shows that the concept of tomorrow,</w:t>
      </w:r>
    </w:p>
    <w:p>
      <w:pPr>
        <w:pStyle w:val="Heading2"/>
      </w:pPr>
      <w:r>
        <w:t>Alchemy analogy for wrong search</w:t>
      </w:r>
    </w:p>
    <w:p>
      <w:r>
        <w:rPr>
          <w:color w:val="666666"/>
          <w:sz w:val="18"/>
        </w:rPr>
        <w:t>Three levels of Realization 4 July 2010 - Maulana Wahiduddin Khan · 2m 51s · at 5:51 · https://youtu.be/H-kx5TldzfQ?t=351</w:t>
      </w:r>
    </w:p>
    <w:p>
      <w:r>
        <w:rPr>
          <w:i/>
        </w:rPr>
        <w:t>“Yahan main aap ko misaal doonga alchemy ki”</w:t>
      </w:r>
    </w:p>
    <w:p>
      <w:r>
        <w:rPr>
          <w:sz w:val="20"/>
        </w:rPr>
        <w:t>5:51  yahan main aap ko misaal doon ga alchemy ki.</w:t>
      </w:r>
      <w:r>
        <w:br/>
      </w:r>
      <w:r>
        <w:rPr>
          <w:sz w:val="20"/>
        </w:rPr>
        <w:t>5:55  alchemy kya cheez hai? alchemy jo hai, yeh ek Greek philosopher ne yeh concept diya, Aristotle ne.</w:t>
      </w:r>
      <w:r>
        <w:br/>
      </w:r>
      <w:r>
        <w:rPr>
          <w:sz w:val="20"/>
        </w:rPr>
        <w:t>6:07  Aristotle jo fourth century BC aadmi tha, us ke ek concept ko le kar saare log yeh samajhte rahe ke koi bhi metal convert ho kar gold ban sakta hai.</w:t>
      </w:r>
      <w:r>
        <w:br/>
      </w:r>
      <w:r>
        <w:rPr>
          <w:sz w:val="20"/>
        </w:rPr>
        <w:t>6:22  to alchemy ka matlab kya hai? to change an ordinary metal into gold. yeh hai alchemy.</w:t>
      </w:r>
      <w:r>
        <w:br/>
      </w:r>
      <w:r>
        <w:rPr>
          <w:sz w:val="20"/>
        </w:rPr>
        <w:t>6:34  to taqreeban do hazar saal tak, jis mein Musalmanon ke zamane bhi shamil hain, log alchemy mein bari bari mehnatain karte rahe.</w:t>
      </w:r>
      <w:r>
        <w:br/>
      </w:r>
      <w:r>
        <w:rPr>
          <w:sz w:val="20"/>
        </w:rPr>
        <w:t>6:46  bari bari mehnatain.</w:t>
      </w:r>
      <w:r>
        <w:br/>
      </w:r>
      <w:r>
        <w:rPr>
          <w:sz w:val="20"/>
        </w:rPr>
        <w:t>6:50  Islam, Muslim ahad mein Banu Umayyah mein Yazid ke baad jo khalifa hua tha, un ka, woh bhi isi mein mubtala tha.</w:t>
      </w:r>
      <w:r>
        <w:br/>
      </w:r>
      <w:r>
        <w:rPr>
          <w:sz w:val="20"/>
        </w:rPr>
        <w:t>7:00  lekin koi bhi kamyab nahi hua. kyunke dekhiye, gold kahan hai? gold zameen ke andar mine mein hai, mine.</w:t>
      </w:r>
      <w:r>
        <w:br/>
      </w:r>
      <w:r>
        <w:rPr>
          <w:sz w:val="20"/>
        </w:rPr>
        <w:t>7:09  M I N E, mine. woh dhoondh rahe the kahan? metal mein. yani lohe mein aur just mein ya copper mein.</w:t>
      </w:r>
      <w:r>
        <w:br/>
      </w:r>
      <w:r>
        <w:rPr>
          <w:sz w:val="20"/>
        </w:rPr>
        <w:t>7:21  to gold jo tha, woh copper mein ya gold iron mein tha hi nahi. woh to zameen ke andar mine mein tha. to un ko mila bhi nahi.</w:t>
      </w:r>
      <w:r>
        <w:br/>
      </w:r>
      <w:r>
        <w:rPr>
          <w:sz w:val="20"/>
        </w:rPr>
        <w:t>7:34  jis gold ko nature ne zameen mein mine ke andar banaya tha, rakha tha, us gold ko woh dhoondhte rahe mukhtalif metal mein.</w:t>
      </w:r>
      <w:r>
        <w:br/>
      </w:r>
      <w:r>
        <w:rPr>
          <w:sz w:val="20"/>
        </w:rPr>
        <w:t>7:43  toh mila bhi nahin un ko.</w:t>
      </w:r>
      <w:r>
        <w:br/>
      </w:r>
      <w:r>
        <w:rPr>
          <w:sz w:val="20"/>
        </w:rPr>
        <w:t>7:46  aise hi muamla hua aur logon ka jo gyan ki talash mein the, woh dhoondhte rahe dil mein. aur dil mein woh tha hi nahin. kyunki aap jante hain aaj yeh establish ho gayi hai ke aur heart is simply a source of blood circulation.</w:t>
      </w:r>
      <w:r>
        <w:br/>
      </w:r>
      <w:r>
        <w:rPr>
          <w:sz w:val="20"/>
        </w:rPr>
        <w:t>8:04  thinking ka is mein process nahin chalta heart mein. emotion ka process is mein nahin chalta.</w:t>
      </w:r>
      <w:r>
        <w:br/>
      </w:r>
      <w:r>
        <w:rPr>
          <w:sz w:val="20"/>
        </w:rPr>
        <w:t>8:15  sab kuch mine mein hota hai. toh mine based, mine based jo marifat thi, woh log is se in</w:t>
      </w:r>
      <w:r>
        <w:br/>
      </w:r>
      <w:r>
        <w:rPr>
          <w:sz w:val="20"/>
        </w:rPr>
        <w:t>8:31  aware the log. toh heart based marifat dhoondhte rahe. aur yahan toh woh thi hi nahin.</w:t>
      </w:r>
    </w:p>
    <w:p>
      <w:pPr>
        <w:pStyle w:val="Heading2"/>
      </w:pPr>
      <w:r>
        <w:t>Admit mistake to get new beginning</w:t>
      </w:r>
    </w:p>
    <w:p>
      <w:r>
        <w:rPr>
          <w:color w:val="666666"/>
          <w:sz w:val="18"/>
        </w:rPr>
        <w:t>Q&amp;A 13 JAN 2008 Maulana Wahiduddin Khan · 48s · at 7:44 · https://youtu.be/MADrJIsr4FI?t=464</w:t>
      </w:r>
    </w:p>
    <w:p>
      <w:r>
        <w:rPr>
          <w:i/>
        </w:rPr>
        <w:t>“So at least we must do this: say we were wrong.”</w:t>
      </w:r>
    </w:p>
    <w:p>
      <w:r>
        <w:rPr>
          <w:sz w:val="20"/>
        </w:rPr>
        <w:t>7:44  to kam se kam yeh karna hai hamein ke hum yeh kahein ke i was wrong, we were wrong. apni galti ko maane. tab unhe koi naya start, nayi beginning milegi. jab tak apni galti ko aap na maane, aapko nayi beginning bhi nahi milti.</w:t>
      </w:r>
      <w:r>
        <w:br/>
      </w:r>
      <w:r>
        <w:rPr>
          <w:sz w:val="20"/>
        </w:rPr>
        <w:t>8:00  to is starting point hi unke paas nahi hai. starting point se mahroom hain wo. to 1948 mein starting point tha peaceful method. aaj starting point kya hai?</w:t>
      </w:r>
      <w:r>
        <w:br/>
      </w:r>
      <w:r>
        <w:rPr>
          <w:sz w:val="20"/>
        </w:rPr>
        <w:t>8:15  yeh manna ke humne galti ki. we were wrong. tab unhe naya starting point milega. bole, ye to aimless tabahi hai. bilkul aimless.</w:t>
      </w:r>
    </w:p>
    <w:p>
      <w:pPr>
        <w:pStyle w:val="Heading2"/>
      </w:pPr>
      <w:r>
        <w:t>Believing in the unseen is the hardest test</w:t>
      </w:r>
    </w:p>
    <w:p>
      <w:r>
        <w:rPr>
          <w:color w:val="666666"/>
          <w:sz w:val="18"/>
        </w:rPr>
        <w:t>The Search for Truth March 15, 2020 Maulana Wahiduddin Khan · 2m 09s · at 15:56 · https://youtu.be/Vs_wx9z7IZQ?t=956</w:t>
      </w:r>
    </w:p>
    <w:p>
      <w:r>
        <w:rPr>
          <w:i/>
        </w:rPr>
        <w:t>“To main samajhta hoon ke yahi sab se zyada mushkil imtihaan hai.”</w:t>
      </w:r>
    </w:p>
    <w:p>
      <w:r>
        <w:rPr>
          <w:sz w:val="20"/>
        </w:rPr>
        <w:t>15:56  to mein samajhta hoon ke yahi sab se zyada... sab se zyada mushkil imtehan hai, test hai insaan ki zindagi mein.</w:t>
      </w:r>
      <w:r>
        <w:br/>
      </w:r>
      <w:r>
        <w:rPr>
          <w:sz w:val="20"/>
        </w:rPr>
        <w:t>16:16  yaani ek aisi cheez ko... ek aisi cheez par yaqeen karna jis ka bazahir koi wajood nahi.</w:t>
      </w:r>
      <w:r>
        <w:br/>
      </w:r>
      <w:r>
        <w:rPr>
          <w:sz w:val="20"/>
        </w:rPr>
        <w:t>16:31  bazahir koi wajood nahi.</w:t>
      </w:r>
      <w:r>
        <w:br/>
      </w:r>
      <w:r>
        <w:rPr>
          <w:sz w:val="20"/>
        </w:rPr>
        <w:t>16:36  hazrat moosa ne chaha tha ke woh dekhein khuda ko. aaya. lekin jawab aaya ke tum dekhne se lantarani.</w:t>
      </w:r>
      <w:r>
        <w:br/>
      </w:r>
      <w:r>
        <w:rPr>
          <w:sz w:val="20"/>
        </w:rPr>
        <w:t>16:49  to kaisi ajeeb baat hai ke khuda direct jawab deta hai</w:t>
      </w:r>
      <w:r>
        <w:br/>
      </w:r>
      <w:r>
        <w:rPr>
          <w:sz w:val="20"/>
        </w:rPr>
        <w:t>16:55  moosa ke is mukalme mein. lekin kehta hai ke lantarani. yaani tum ko ek aisi cheez ko manna hai jis ko tum na dekho.</w:t>
      </w:r>
      <w:r>
        <w:br/>
      </w:r>
      <w:r>
        <w:rPr>
          <w:sz w:val="20"/>
        </w:rPr>
        <w:t>17:11  ek na dekhe... ek unseen ko manna hai. ek unseen ke existence ko manna hai.</w:t>
      </w:r>
      <w:r>
        <w:br/>
      </w:r>
      <w:r>
        <w:rPr>
          <w:sz w:val="20"/>
        </w:rPr>
        <w:t>17:22  to mein samajhta hoon ke khaliq ki daryaft isi insaan ko hoti hai jo apni...</w:t>
      </w:r>
      <w:r>
        <w:br/>
      </w:r>
      <w:r>
        <w:rPr>
          <w:sz w:val="20"/>
        </w:rPr>
        <w:t>17:36  apne mind ko itna develop kare,</w:t>
      </w:r>
      <w:r>
        <w:br/>
      </w:r>
      <w:r>
        <w:rPr>
          <w:sz w:val="20"/>
        </w:rPr>
        <w:t>17:39  apne mind ko itna develop kare ke woh</w:t>
      </w:r>
      <w:r>
        <w:br/>
      </w:r>
      <w:r>
        <w:rPr>
          <w:sz w:val="20"/>
        </w:rPr>
        <w:t>17:45  wahan tak pahunche, wahan tak pahunche jahan unseen bhi aadmi ke liye seen ban jata hai.</w:t>
      </w:r>
      <w:r>
        <w:br/>
      </w:r>
      <w:r>
        <w:rPr>
          <w:sz w:val="20"/>
        </w:rPr>
        <w:t>17:56  aam insaan ke liye yeh samajhna mushkil hai ke woh kya cheez hai.</w:t>
      </w:r>
    </w:p>
    <w:p>
      <w:pPr>
        <w:pStyle w:val="Heading2"/>
      </w:pPr>
      <w:r>
        <w:t>Hadith on wisdom: isolation from speaking truth, not withdrawal</w:t>
      </w:r>
    </w:p>
    <w:p>
      <w:r>
        <w:rPr>
          <w:color w:val="666666"/>
          <w:sz w:val="18"/>
        </w:rPr>
        <w:t>The Importance of Tadabbur December 5, 2010 · 2m 06s · at 1:42:30 · https://youtu.be/VEhC8W1mfSY?t=6150</w:t>
      </w:r>
    </w:p>
    <w:p>
      <w:r>
        <w:rPr>
          <w:i/>
        </w:rPr>
        <w:t>“Yeh insaan sachai ki baat bola, wisdom ki baat kahi”</w:t>
      </w:r>
    </w:p>
    <w:p>
      <w:r>
        <w:rPr>
          <w:sz w:val="20"/>
        </w:rPr>
        <w:t>1:42:30  molana sahib, can you please elaborate this hadith? where our prophet of Islam said: 'if you see someone who seems to be isolated from those around him and does not talk much, then try to become close to that person, because he has been given wisdom'</w:t>
      </w:r>
      <w:r>
        <w:br/>
      </w:r>
      <w:r>
        <w:rPr>
          <w:sz w:val="20"/>
        </w:rPr>
        <w:t>1:42:52  dekhen, yeh hadith jo hai, ismein aik aur baat shamil hai ke aik aadmi jo hai sachai ki baat bola, wisdom ki baat kahi. isne general yeh hota hai ke log iski baat ko samajhte nahin paate, accept nahin karte.</w:t>
      </w:r>
      <w:r>
        <w:br/>
      </w:r>
      <w:r>
        <w:rPr>
          <w:sz w:val="20"/>
        </w:rPr>
        <w:t>1:43:08  woh is wajeh se chala jaata hai. woh</w:t>
      </w:r>
      <w:r>
        <w:br/>
      </w:r>
      <w:r>
        <w:rPr>
          <w:sz w:val="20"/>
        </w:rPr>
        <w:t>1:43:13  to is insaan ki baat uske andar hai.</w:t>
      </w:r>
      <w:r>
        <w:br/>
      </w:r>
      <w:r>
        <w:rPr>
          <w:sz w:val="20"/>
        </w:rPr>
        <w:t>1:43:15  aisa nahin ke kuch kiya nahin, khwamkhwah hi hujre mein baith gaya. wohi hum matlab nahin iska hai ke sachai ko le kar khara hua. woh sachai wali baatein bola, woh wisdom ki baatein kahi usne,</w:t>
      </w:r>
      <w:r>
        <w:br/>
      </w:r>
      <w:r>
        <w:rPr>
          <w:sz w:val="20"/>
        </w:rPr>
        <w:t>1:43:29  lekin logon ne saath nahin diya. saath na dene ki wajah se woh alag</w:t>
      </w:r>
      <w:r>
        <w:br/>
      </w:r>
      <w:r>
        <w:rPr>
          <w:sz w:val="20"/>
        </w:rPr>
        <w:t>1:43:33  alag ho gaya, yani khud nahin akele mein jaa ke baith gaya. yeh matlab nahin iska hai ke jo baith jaa hujre mein to uske paas wisdom hai. nahin, logon ne chhod diya usko.</w:t>
      </w:r>
      <w:r>
        <w:br/>
      </w:r>
      <w:r>
        <w:rPr>
          <w:sz w:val="20"/>
        </w:rPr>
        <w:t>1:43:44  jaise hamare jo Maulana Abdul Baar Nadvi sahib the, woh kaha karte the ke 'log tark-e-duniya hote hain, main matruk-e-duniya hoon. log tark-e-duniya hote hain, main matruk-e-duniya hoon.' to woh bohat saaf saaf bola karte the.</w:t>
      </w:r>
      <w:r>
        <w:br/>
      </w:r>
      <w:r>
        <w:rPr>
          <w:sz w:val="20"/>
        </w:rPr>
        <w:t>1:43:58  to logon ne unka saath chhod diya. to woh insaan jo saaf goi ki bina par akele mein pad gaya ho, uske paas</w:t>
      </w:r>
      <w:r>
        <w:br/>
      </w:r>
      <w:r>
        <w:rPr>
          <w:sz w:val="20"/>
        </w:rPr>
        <w:t>1:44:07  wisdom hogi. yahi hum matlab hai is hadith ka. yeh matlab nahin ke kuch kiya nahin, usne awam mein aaya nahin, woh aur bas hujre mein baith gaya. to us par wisdom hai, yeh matlab iska nahin hai.</w:t>
      </w:r>
    </w:p>
    <w:p>
      <w:pPr>
        <w:pStyle w:val="Heading2"/>
      </w:pPr>
      <w:r>
        <w:t>divine guidance is an eternal light</w:t>
      </w:r>
    </w:p>
    <w:p>
      <w:r>
        <w:rPr>
          <w:color w:val="666666"/>
          <w:sz w:val="18"/>
        </w:rPr>
        <w:t>In Conversation With Maulana Wahiduddin Khan (English) May 15, 2008 · 54s · at 33:10 · https://youtu.be/Yq3-vUwEu-w?t=1990</w:t>
      </w:r>
    </w:p>
    <w:p>
      <w:r>
        <w:rPr>
          <w:i/>
        </w:rPr>
        <w:t>“There is a verse in the Quran: God's light cannot be extinguished”</w:t>
      </w:r>
    </w:p>
    <w:p>
      <w:r>
        <w:rPr>
          <w:sz w:val="20"/>
        </w:rPr>
        <w:t>33:10  Maulana, there is a verse in the Quran which says that God's light cannot be extinguished. What does it mean? Here, light means guidance.</w:t>
      </w:r>
      <w:r>
        <w:br/>
      </w:r>
      <w:r>
        <w:rPr>
          <w:sz w:val="20"/>
        </w:rPr>
        <w:t>33:23  Light has no mysterious meaning.</w:t>
      </w:r>
      <w:r>
        <w:br/>
      </w:r>
      <w:r>
        <w:rPr>
          <w:sz w:val="20"/>
        </w:rPr>
        <w:t>33:27  Here, light means divine guidance. So divine guidance has an eternal reality.</w:t>
      </w:r>
      <w:r>
        <w:br/>
      </w:r>
      <w:r>
        <w:rPr>
          <w:sz w:val="20"/>
        </w:rPr>
        <w:t>33:40  No one can put it. No one can distinguish it. It is eternal.</w:t>
      </w:r>
      <w:r>
        <w:br/>
      </w:r>
      <w:r>
        <w:rPr>
          <w:sz w:val="20"/>
        </w:rPr>
        <w:t>33:50  It is alive.</w:t>
      </w:r>
      <w:r>
        <w:br/>
      </w:r>
      <w:r>
        <w:rPr>
          <w:sz w:val="20"/>
        </w:rPr>
        <w:t>33:51  So divine guidance is an eternal power. In every age, you can avail this light.</w:t>
      </w:r>
    </w:p>
    <w:p>
      <w:pPr>
        <w:pStyle w:val="Heading2"/>
      </w:pPr>
      <w:r>
        <w:t>full arc: nature worship and kingship both ended by history</w:t>
      </w:r>
    </w:p>
    <w:p>
      <w:r>
        <w:rPr>
          <w:color w:val="666666"/>
          <w:sz w:val="18"/>
        </w:rPr>
        <w:t>Journey of History December 23, 2012 · 6m 00s · at 10:20 · https://youtu.be/bvjWl3U3Dmw?t=620</w:t>
      </w:r>
    </w:p>
    <w:p>
      <w:r>
        <w:rPr>
          <w:i/>
        </w:rPr>
        <w:t>“Ab main aapko shuru se jo journey chali hai uski taraf ishara karna chahta hoon”</w:t>
      </w:r>
    </w:p>
    <w:p>
      <w:r>
        <w:rPr>
          <w:sz w:val="20"/>
        </w:rPr>
        <w:t>10:20  ab mein aap ko shuru se jo journey chali hai yeh us ke us ki taraf ishara karna chahta hoon. dekhein, sab se pehle insaan ne kya kiya?</w:t>
      </w:r>
      <w:r>
        <w:br/>
      </w:r>
      <w:r>
        <w:rPr>
          <w:sz w:val="20"/>
        </w:rPr>
        <w:t>10:32  woh nature worship mein mubtala ho gaya. jis ko hum kehte hain shirk. shirk kya hai? nature worship.</w:t>
      </w:r>
      <w:r>
        <w:br/>
      </w:r>
      <w:r>
        <w:rPr>
          <w:sz w:val="20"/>
        </w:rPr>
        <w:t>10:41  yani jo bohat ziyada dikhai dene wali cheezein theen jaise suraj, chand, sitare, samandar, pahar, inhi ko is maliya ke yahi khuda hain, in ko poojne laga hua.</w:t>
      </w:r>
      <w:r>
        <w:br/>
      </w:r>
      <w:r>
        <w:rPr>
          <w:sz w:val="20"/>
        </w:rPr>
        <w:t>10:54  shirk kya? shirk kya tha? shirk darasal nature worship thi. to nature ko</w:t>
      </w:r>
      <w:r>
        <w:br/>
      </w:r>
      <w:r>
        <w:rPr>
          <w:sz w:val="20"/>
        </w:rPr>
        <w:t>11:03  duty ki jagah se hatana tha. to Allah ne kya kiya? aik process chalaya.</w:t>
      </w:r>
      <w:r>
        <w:br/>
      </w:r>
      <w:r>
        <w:rPr>
          <w:sz w:val="20"/>
        </w:rPr>
        <w:t>11:12  is process ke baad is ke combination par science wajood mein aayi. physical sciences. physical sciences ne kya kiya?</w:t>
      </w:r>
      <w:r>
        <w:br/>
      </w:r>
      <w:r>
        <w:rPr>
          <w:sz w:val="20"/>
        </w:rPr>
        <w:t>11:24  ke nature ko duty ke maqam se hata diya. log samajhte thay ke mysterious power hai suraj mein, chand mein, sitaron mein, samandar mein, pahar mein.</w:t>
      </w:r>
      <w:r>
        <w:br/>
      </w:r>
      <w:r>
        <w:rPr>
          <w:sz w:val="20"/>
        </w:rPr>
        <w:t>11:39  to aik mysterious power ko maan kar ke woh in ko khuda banaye hue thay. in ko poojte thay. to science ne kya kiya?</w:t>
      </w:r>
      <w:r>
        <w:br/>
      </w:r>
      <w:r>
        <w:rPr>
          <w:sz w:val="20"/>
        </w:rPr>
        <w:t>11:50  expose kar diya aur yeh bataya ke koi koi mysterious power in ke paas nahi hai. yeh to natural phenomena hai.</w:t>
      </w:r>
      <w:r>
        <w:br/>
      </w:r>
      <w:r>
        <w:rPr>
          <w:sz w:val="20"/>
        </w:rPr>
        <w:t>12:01  to science ke zuhoor ke baad yeh myth khatam ho gaya. yeh myth ke nature jo hai wohi khuda hai.</w:t>
      </w:r>
      <w:r>
        <w:br/>
      </w:r>
      <w:r>
        <w:rPr>
          <w:sz w:val="20"/>
        </w:rPr>
        <w:t>12:15  yani nature ko creator ka darja de diya.</w:t>
      </w:r>
      <w:r>
        <w:br/>
      </w:r>
      <w:r>
        <w:rPr>
          <w:sz w:val="20"/>
        </w:rPr>
        <w:t>12:22  to is zamane mein jo physical sciences paida huin aur unhon ne jo discoveries keen har field mein, unhon ne telescope banayi, microscope banaya aur bohat se tareeqe daryaft kiye unhon ne.</w:t>
      </w:r>
      <w:r>
        <w:br/>
      </w:r>
      <w:r>
        <w:rPr>
          <w:sz w:val="20"/>
        </w:rPr>
        <w:t>12:37  is ke baad rationally yeh cheez prove ho gayi ke nature mein koi duty nahi hai.</w:t>
      </w:r>
      <w:r>
        <w:br/>
      </w:r>
      <w:r>
        <w:rPr>
          <w:sz w:val="20"/>
        </w:rPr>
        <w:t>12:47  jo nature hai us ke andar koi divine power nahi hai.</w:t>
      </w:r>
      <w:r>
        <w:br/>
      </w:r>
      <w:r>
        <w:rPr>
          <w:sz w:val="20"/>
        </w:rPr>
        <w:t>12:51  is tarah science ke zariye Allah taala ne nature ko duty ke maqam se hata diya. ab insaan ke liye mauqa nahi raha ke woh nature ko khuda manay.</w:t>
      </w:r>
      <w:r>
        <w:br/>
      </w:r>
      <w:r>
        <w:rPr>
          <w:sz w:val="20"/>
        </w:rPr>
        <w:t>13:02  kyun ke khud is ka apna jo yeh rational basis thi usi se prove ho gaya ke nature mein koi khudai nahi hai.</w:t>
      </w:r>
      <w:r>
        <w:br/>
      </w:r>
      <w:r>
        <w:rPr>
          <w:sz w:val="20"/>
        </w:rPr>
        <w:t>13:14  is ke baad aik aur</w:t>
      </w:r>
      <w:r>
        <w:br/>
      </w:r>
      <w:r>
        <w:rPr>
          <w:sz w:val="20"/>
        </w:rPr>
        <w:t>13:18  aik aur kuch aur log uthe jin ko hum king kehte hain. kingship kya thi? kingship thi darasal aristotle yani shakhsiyaton ko poojna, shakhsiyaton ko bara darja dena.</w:t>
      </w:r>
      <w:r>
        <w:br/>
      </w:r>
      <w:r>
        <w:rPr>
          <w:sz w:val="20"/>
        </w:rPr>
        <w:t>13:36  to insaan ne kuch shakhsiyatein jin ke paas power tha, jin ke paas political barhai thi un ke paas, unhi ko maan liya ke yahi barhe hain.</w:t>
      </w:r>
      <w:r>
        <w:br/>
      </w:r>
      <w:r>
        <w:rPr>
          <w:sz w:val="20"/>
        </w:rPr>
        <w:t>13:48  khuda ka darja unhon ne de diya king ko.</w:t>
      </w:r>
      <w:r>
        <w:br/>
      </w:r>
      <w:r>
        <w:rPr>
          <w:sz w:val="20"/>
        </w:rPr>
        <w:t>13:53  to king ki satah par personality cult ka aik zahira wajood mein aaya. yeh bhi bohat dinon tak chalta raha. lekin Allah taala ne kya kiya</w:t>
      </w:r>
      <w:r>
        <w:br/>
      </w:r>
      <w:r>
        <w:rPr>
          <w:sz w:val="20"/>
        </w:rPr>
        <w:t>14:05  ? yahan bhi aik process jari kiya Allah taala ne. aur aakhir mein satrawein sadi mein democracy aayi duniya mein.</w:t>
      </w:r>
      <w:r>
        <w:br/>
      </w:r>
      <w:r>
        <w:rPr>
          <w:sz w:val="20"/>
        </w:rPr>
        <w:t>14:15  democracy ne kingship ke institution ko khatam kar diya. to king ko jo glory, jo barhai hasil thi us ka khatma ho gaya.</w:t>
      </w:r>
      <w:r>
        <w:br/>
      </w:r>
      <w:r>
        <w:rPr>
          <w:sz w:val="20"/>
        </w:rPr>
        <w:t>14:33  jaise aap quran mein aap parhte hain ke hazrat ibrahim ke zamane mein jo badshah tha us ne kaha tha ke mein hi khuda hoon, mere siwa kaun khuda hai?</w:t>
      </w:r>
      <w:r>
        <w:br/>
      </w:r>
      <w:r>
        <w:rPr>
          <w:sz w:val="20"/>
        </w:rPr>
        <w:t>14:46  hazrat moosa ke zamane mein firoun ne yahi kaha: "mein hi khuda hoon, mere siwa kaun khuda hai?" to yeh jo political glory log mili hui thi, political power mila hua tha, us ki wajah se log bohat bare bharam mein thay.</w:t>
      </w:r>
      <w:r>
        <w:br/>
      </w:r>
      <w:r>
        <w:rPr>
          <w:sz w:val="20"/>
        </w:rPr>
        <w:t>14:59  ek false food mein jee rahe thay.</w:t>
      </w:r>
      <w:r>
        <w:br/>
      </w:r>
      <w:r>
        <w:rPr>
          <w:sz w:val="20"/>
        </w:rPr>
        <w:t>15:03  to allah taala ne aisa process chalaya history mein jis ka elimination jis ka tha democracy seventh century ad mein.</w:t>
      </w:r>
      <w:r>
        <w:br/>
      </w:r>
      <w:r>
        <w:rPr>
          <w:sz w:val="20"/>
        </w:rPr>
        <w:t>15:12  us ne kingship ke idare ko khatam kar diya.</w:t>
      </w:r>
      <w:r>
        <w:br/>
      </w:r>
      <w:r>
        <w:rPr>
          <w:sz w:val="20"/>
        </w:rPr>
        <w:t>15:19  us baat ko misr ka jo king farooq tha us ne jaan liya tha jis ko jis ki hukumat khatam hui thi nineteen fifty two mein.</w:t>
      </w:r>
      <w:r>
        <w:br/>
      </w:r>
      <w:r>
        <w:rPr>
          <w:sz w:val="20"/>
        </w:rPr>
        <w:t>15:31  to us ne kaha tha ke ab dunya mein badshahat khatam ho gayi, albatta sirf paanch badshah baqi rahenge.</w:t>
      </w:r>
      <w:r>
        <w:br/>
      </w:r>
      <w:r>
        <w:rPr>
          <w:sz w:val="20"/>
        </w:rPr>
        <w:t>15:45  chaar king ka aur ek britain ka. is ka matlab kya tha? ke kuch symbolic type ke king rahenge.</w:t>
      </w:r>
      <w:r>
        <w:br/>
      </w:r>
      <w:r>
        <w:rPr>
          <w:sz w:val="20"/>
        </w:rPr>
        <w:t>15:55  paper, paper king baqi rahenge.</w:t>
      </w:r>
      <w:r>
        <w:br/>
      </w:r>
      <w:r>
        <w:rPr>
          <w:sz w:val="20"/>
        </w:rPr>
        <w:t>15:58  real king ab dunya mein nahi honge. aur woh aise ho gaya. to democracy ne kingship ko khatam kiya.</w:t>
      </w:r>
      <w:r>
        <w:br/>
      </w:r>
      <w:r>
        <w:rPr>
          <w:sz w:val="20"/>
        </w:rPr>
        <w:t>16:08  aur king ko le kar ke pehle zamane mein jo political shirk jari tha us ka khataama ho gaya.</w:t>
      </w:r>
    </w:p>
    <w:p>
      <w:pPr>
        <w:pStyle w:val="Heading2"/>
      </w:pPr>
      <w:r>
        <w:t>Antarctica collapsing and the danger to Earth's rotation</w:t>
      </w:r>
    </w:p>
    <w:p>
      <w:r>
        <w:rPr>
          <w:color w:val="666666"/>
          <w:sz w:val="18"/>
        </w:rPr>
        <w:t>Thought of The Day February 08, 2009 · 4m 53s · at 15:36 · https://youtu.be/tn8PNm6y2mg?t=936</w:t>
      </w:r>
    </w:p>
    <w:p>
      <w:r>
        <w:rPr>
          <w:i/>
        </w:rPr>
        <w:t>“Ek report aayi hai, Antarctica melt ho raha hai”</w:t>
      </w:r>
    </w:p>
    <w:p>
      <w:r>
        <w:rPr>
          <w:sz w:val="20"/>
        </w:rPr>
        <w:t>15:36  abhi jo ek report aayi hai, is mein bataya gaya hai ke</w:t>
      </w:r>
      <w:r>
        <w:br/>
      </w:r>
      <w:r>
        <w:rPr>
          <w:sz w:val="20"/>
        </w:rPr>
        <w:t>15:45  bohat hi alarming report, bohat hi alarming report, is mein bataya gaya hai ke Antarctica jo hai, woh melt ho raha hai aur collapse hone wala hai.</w:t>
      </w:r>
      <w:r>
        <w:br/>
      </w:r>
      <w:r>
        <w:rPr>
          <w:sz w:val="20"/>
        </w:rPr>
        <w:t>16:02  Antarctica ice ice sheet is about to collapse. Antarctica jo hai, woh barf ka samandar, woh barf ka barf, woh hai continent hai,</w:t>
      </w:r>
      <w:r>
        <w:br/>
      </w:r>
      <w:r>
        <w:rPr>
          <w:sz w:val="20"/>
        </w:rPr>
        <w:t>16:19  yani no lakh square mile mein phaila hua hai. woh aur woh jo global warming hui hui hai, us ki wajah se melt ho raha hai, melt ho raha hai, aur bohat zyada dar hai ke woh collapse kar jaye aur aur ocean mein chala jaye,</w:t>
      </w:r>
      <w:r>
        <w:br/>
      </w:r>
      <w:r>
        <w:rPr>
          <w:sz w:val="20"/>
        </w:rPr>
        <w:t>16:38  pighalta hua. aur jante hain kya hoga? is ke baad saari duniya mein ek ek naya zamana aa jayega,</w:t>
      </w:r>
      <w:r>
        <w:br/>
      </w:r>
      <w:r>
        <w:rPr>
          <w:sz w:val="20"/>
        </w:rPr>
        <w:t>16:47  yani ocean jo hai, samandar jo hain, un ka level badh jayega,</w:t>
      </w:r>
      <w:r>
        <w:br/>
      </w:r>
      <w:r>
        <w:rPr>
          <w:sz w:val="20"/>
        </w:rPr>
        <w:t>16:54  dangerously badh jayega un ka level.</w:t>
      </w:r>
      <w:r>
        <w:br/>
      </w:r>
      <w:r>
        <w:rPr>
          <w:sz w:val="20"/>
        </w:rPr>
        <w:t>16:59  aur sab se bada jo danger aaya samne, woh yeh hai ke Earth ke rotation mein change aa jayega. bilkul hila dene wali baat hai.</w:t>
      </w:r>
      <w:r>
        <w:br/>
      </w:r>
      <w:r>
        <w:rPr>
          <w:sz w:val="20"/>
        </w:rPr>
        <w:t>17:10  Earth ka jo rotation hai, itna zyada perfect rotation jo hota hai, hum nihayat aaram se baithe hue hain, na koi hilna hai, na dalna hai, yeh sab khatm ho jayega.</w:t>
      </w:r>
      <w:r>
        <w:br/>
      </w:r>
      <w:r>
        <w:rPr>
          <w:sz w:val="20"/>
        </w:rPr>
        <w:t>17:22  Earth ka jo yeh bohat hi dangerous report aayi hai ke Earth ka rotation jo hai, is mein change aa jayega. yeh aisa hi hai jaise ke aap dekhte hain hawai hawai jahaz mein kya</w:t>
      </w:r>
      <w:r>
        <w:br/>
      </w:r>
      <w:r>
        <w:rPr>
          <w:sz w:val="20"/>
        </w:rPr>
        <w:t>17:34  hota hai. jab aap airplane par safar karte hain toh kai baar aisa hota hai ke is ko is mein neeche upar aane lagta hai. is ko kehte hain up draft, down draft, yani aviation ki ek term hai up draft, down draft.</w:t>
      </w:r>
      <w:r>
        <w:br/>
      </w:r>
      <w:r>
        <w:rPr>
          <w:sz w:val="20"/>
        </w:rPr>
        <w:t>17:50  jahaz jo hai, achaanak neeche aata hai, oopar jaata hai kyunke hawa ka dabaao jo hai, yeh hawa ke dabaao par depend karta hai. hawai jahaz ka safar hawa ke dabaao ghaṭta baṛhta hai to is mein hilta hai.</w:t>
      </w:r>
      <w:r>
        <w:br/>
      </w:r>
      <w:r>
        <w:rPr>
          <w:sz w:val="20"/>
        </w:rPr>
        <w:t>18:02  woh</w:t>
      </w:r>
      <w:r>
        <w:br/>
      </w:r>
      <w:r>
        <w:rPr>
          <w:sz w:val="20"/>
        </w:rPr>
        <w:t>18:03  is se up draft, down draft paida hota hai. zara neeche aa gaya, oopar aa gaya, neeche aa gaya, oopar aa gaya. is waqt aap ne dekha hoga ke passenger ka kya haal hota hai.</w:t>
      </w:r>
      <w:r>
        <w:br/>
      </w:r>
      <w:r>
        <w:rPr>
          <w:sz w:val="20"/>
        </w:rPr>
        <w:t>18:14  jahan jahaz mein musafir hote hain, lagta hai ke aap gaye ke tab gaye. aap sochiye, is is waqt ko sochiye jahan hawai zameen mein up draft, down draft hone lage, jahan hawai zameen pe countryon se earth earthquake aane lage.</w:t>
      </w:r>
      <w:r>
        <w:br/>
      </w:r>
      <w:r>
        <w:rPr>
          <w:sz w:val="20"/>
        </w:rPr>
        <w:t>18:31  kya hoga?</w:t>
      </w:r>
      <w:r>
        <w:br/>
      </w:r>
      <w:r>
        <w:rPr>
          <w:sz w:val="20"/>
        </w:rPr>
        <w:t>18:34  yeh scientific report hai, koi bhi ise dekh sakta hai ke antarctica, antarctica jo hai, woh melt ho kar, melt ho kar ke ab woh phisal raha hai,</w:t>
      </w:r>
      <w:r>
        <w:br/>
      </w:r>
      <w:r>
        <w:rPr>
          <w:sz w:val="20"/>
        </w:rPr>
        <w:t>18:49  collapse kar raha hai aur ocean mein milne wala hai. aur disappear ho jayega, woh dhire dhire</w:t>
      </w:r>
      <w:r>
        <w:br/>
      </w:r>
      <w:r>
        <w:rPr>
          <w:sz w:val="20"/>
        </w:rPr>
        <w:t>18:57  samundaron ke level baṛh jayega. aur woh jo balance rakh, is ki wajah se woh woh balancing factor hai zameen ke liye. zameen par jo aap baithe hain, itne aaraam se baithe hue hain, chalte phirte hain, isi liye hai woh ke Khuda ne ab balance qaim kar rakha hai.</w:t>
      </w:r>
      <w:r>
        <w:br/>
      </w:r>
      <w:r>
        <w:rPr>
          <w:sz w:val="20"/>
        </w:rPr>
        <w:t>19:16  pahaadon ka balance aur yeh jo barf ka jo pahaaṛ hai, is ka balance do qism ke pahaaṛ hain:</w:t>
      </w:r>
      <w:r>
        <w:br/>
      </w:r>
      <w:r>
        <w:rPr>
          <w:sz w:val="20"/>
        </w:rPr>
        <w:t>19:24  ek barf ka pahaaṛ jis ko hum antarctica kehte hain aur doosra yeh himalaya pahaaṛ. aur doosre pahaaṛ jo patthar ke pahaaṛ hote hain, yeh sab balance qaim kiye hue hain.</w:t>
      </w:r>
      <w:r>
        <w:br/>
      </w:r>
      <w:r>
        <w:rPr>
          <w:sz w:val="20"/>
        </w:rPr>
        <w:t>19:37  aap sochiye zara, yeh jo report aayi hai ke rotation mein change aa jayega, kya haal hoga hamara?</w:t>
      </w:r>
      <w:r>
        <w:br/>
      </w:r>
      <w:r>
        <w:rPr>
          <w:sz w:val="20"/>
        </w:rPr>
        <w:t>19:47  yaani continuous agar earthquake aa jaye, hilne lage to abhi to aap kya karenge?</w:t>
      </w:r>
      <w:r>
        <w:br/>
      </w:r>
      <w:r>
        <w:rPr>
          <w:sz w:val="20"/>
        </w:rPr>
        <w:t>19:54  ya hawai jahaz ki tarah up draft, down draft hone laga to aap kya karenge? yeh sab baatein bohat zyada sochne ki hain, bohat zyada sochne ki hain.</w:t>
      </w:r>
      <w:r>
        <w:br/>
      </w:r>
      <w:r>
        <w:rPr>
          <w:sz w:val="20"/>
        </w:rPr>
        <w:t>20:09  to jo quran mein kaha gaya tha ke aatifat al aatifa daur that was to come, has come, aane wala waqt aa chuka,</w:t>
      </w:r>
      <w:r>
        <w:br/>
      </w:r>
      <w:r>
        <w:rPr>
          <w:sz w:val="20"/>
        </w:rPr>
        <w:t>20:23  ab jaago, ab jaag jao.</w:t>
      </w:r>
    </w:p>
    <w:p>
      <w:pPr>
        <w:pStyle w:val="Heading2"/>
      </w:pPr>
      <w:r>
        <w:t>God subjected the universe for man</w:t>
      </w:r>
    </w:p>
    <w:p>
      <w:r>
        <w:rPr>
          <w:color w:val="666666"/>
          <w:sz w:val="18"/>
        </w:rPr>
        <w:t>AL RISALA AUGUST 2017 AUDIO VERSION · 53s · at 18:49 · https://youtu.be/bnYqzmsK1HI?t=1129</w:t>
      </w:r>
    </w:p>
    <w:p>
      <w:r>
        <w:rPr>
          <w:i/>
        </w:rPr>
        <w:t>“Allah has subjected the heavens and the earth for you”</w:t>
      </w:r>
    </w:p>
    <w:p>
      <w:r>
        <w:rPr>
          <w:sz w:val="20"/>
        </w:rPr>
        <w:t>18:49  kainati ibadat: quran ki ek ayat yeh hai: وَسَخَّرَ لَكُمْ مَا فِي السَّمَاوَاتِ وَمَا فِي الْأَرْضِ جَمِيعًا مِنْهُ إِنَّ فِي ذَلِكَ لَآيَاتٍ لِقَوْمٍ يَتَفَكَّرُونَ yaani allah ne aasmanon aur zameen ki tamam cheezon ko tumhare liye musakhkhar kar diya, sab ko apni taraf se.</w:t>
      </w:r>
      <w:r>
        <w:br/>
      </w:r>
      <w:r>
        <w:rPr>
          <w:sz w:val="20"/>
        </w:rPr>
        <w:t>19:17  beshak is mein nishaniyan hain un logon ke liye jo ghore karte hain. quran ki is ayat se maloom hota hai ke sari kainat insan ke liye banai gayi hai.</w:t>
      </w:r>
      <w:r>
        <w:br/>
      </w:r>
      <w:r>
        <w:rPr>
          <w:sz w:val="20"/>
        </w:rPr>
        <w:t>19:30  yahan yeh sawal hai ke is kainati taskheer ka maqsad kya hai? jaisa ke maloom hai, kainat ki wusat la-mehood had tak ziyada hai.</w:t>
      </w:r>
    </w:p>
    <w:p>
      <w:pPr>
        <w:pStyle w:val="Heading2"/>
      </w:pPr>
      <w:r>
        <w:t>Signs of Allah are everywhere, but only for thinkers</w:t>
      </w:r>
    </w:p>
    <w:p>
      <w:r>
        <w:rPr>
          <w:color w:val="666666"/>
          <w:sz w:val="18"/>
        </w:rPr>
        <w:t>Jihad Fillah June 23, 2013 · 3m 59s · at 5:55 · https://youtu.be/NRTno1eQTos?t=355</w:t>
      </w:r>
    </w:p>
    <w:p>
      <w:r>
        <w:rPr>
          <w:i/>
        </w:rPr>
        <w:t>“There was an Islamic poet named Abu al-Atahiya”</w:t>
      </w:r>
    </w:p>
    <w:p>
      <w:r>
        <w:rPr>
          <w:sz w:val="20"/>
        </w:rPr>
        <w:t>5:55  dekhen, ek islami shayar the, un ka naam hai abu al-atahiya.</w:t>
      </w:r>
      <w:r>
        <w:br/>
      </w:r>
      <w:r>
        <w:rPr>
          <w:sz w:val="20"/>
        </w:rPr>
        <w:t>6:02  abu al-atahiya yeh abbasi daur ke shayar hain. abbasi daur ke shayar hain. yeh 825 isvi mein un ki wafat hui.</w:t>
      </w:r>
      <w:r>
        <w:br/>
      </w:r>
      <w:r>
        <w:rPr>
          <w:sz w:val="20"/>
        </w:rPr>
        <w:t>6:16  to woh kuch sufi qism ke shayar the aur woh marifat wali baaten kiya karte the.</w:t>
      </w:r>
      <w:r>
        <w:br/>
      </w:r>
      <w:r>
        <w:rPr>
          <w:sz w:val="20"/>
        </w:rPr>
        <w:t>6:26  to un ka ek sher hai wa fi kulli shay'in lahu ayatun tadullu 'ala annahu al-wahid yani har cheez mein nishani hai jo batati hai ke allah ek hai.</w:t>
      </w:r>
      <w:r>
        <w:br/>
      </w:r>
      <w:r>
        <w:rPr>
          <w:sz w:val="20"/>
        </w:rPr>
        <w:t>6:42  to bohat din se mein sochta tha ke is ka matlab kya hai? har cheez mein nishani ka matlab kya hai?</w:t>
      </w:r>
      <w:r>
        <w:br/>
      </w:r>
      <w:r>
        <w:rPr>
          <w:sz w:val="20"/>
        </w:rPr>
        <w:t>6:51  jis tarah hum is haal mein dakhil hue, yahan par aap jante hain ke insan hai, chair hai, yahan par camera hai, kursi hai.</w:t>
      </w:r>
      <w:r>
        <w:br/>
      </w:r>
      <w:r>
        <w:rPr>
          <w:sz w:val="20"/>
        </w:rPr>
        <w:t>7:00  to yeh bhi, yeh jo cheezen yahan maujood hain, jaise dakhil honge, aap jaan lenge. aap jaan lenge ke yeh chair hai, yeh insan hai, yeh camera hai, yeh carpet hai.</w:t>
      </w:r>
      <w:r>
        <w:br/>
      </w:r>
      <w:r>
        <w:rPr>
          <w:sz w:val="20"/>
        </w:rPr>
        <w:t>7:13  to kya isi tareeqe se hai Allah ki baaten? agar hain to sab log bekhabar kyun reh gaye poori tareekh mein? agar Allah ki nishaniyan bikhri hui hain is tareeqe se ke jaise yahan par bikhri hui hain maadi cheezen, waise to kisi bhi insan ko bekhabar nahi rehna chahiye tha.</w:t>
      </w:r>
      <w:r>
        <w:br/>
      </w:r>
      <w:r>
        <w:rPr>
          <w:sz w:val="20"/>
        </w:rPr>
        <w:t>7:35  jaise is haal mein jo dakhil ho, har insan jaan lega ke yahan kya kya cheezen hain. koi bekhabar nahi rahega.</w:t>
      </w:r>
      <w:r>
        <w:br/>
      </w:r>
      <w:r>
        <w:rPr>
          <w:sz w:val="20"/>
        </w:rPr>
        <w:t>7:42  yeh mein sochta tha ke kya matlab hai is ka? to sochte sochte mera dhyan Quran ki ek aayat par gaya. yeh Surah Aal-e-Imran ke aakhir ki aayat hai 'Inna fi khalqis samawati wal ardi wakhtilafil laili wan nahari la ayatillil ulil albab' yani zameen o aasman mein sari kainat mein nishaniyan hain.</w:t>
      </w:r>
      <w:r>
        <w:br/>
      </w:r>
      <w:r>
        <w:rPr>
          <w:sz w:val="20"/>
        </w:rPr>
        <w:t>8:11  nishaniyan</w:t>
      </w:r>
      <w:r>
        <w:br/>
      </w:r>
      <w:r>
        <w:rPr>
          <w:sz w:val="20"/>
        </w:rPr>
        <w:t>8:12  hain kis ke liye? Ulil albab ke liye. tab ja kar bhai saamne woh sher aaya. unhon ne yeh baat to keh di ke nishaniyan hain, lekin nishaniyan kis ke liye hain?</w:t>
      </w:r>
      <w:r>
        <w:br/>
      </w:r>
      <w:r>
        <w:rPr>
          <w:sz w:val="20"/>
        </w:rPr>
        <w:t>8:24  jo Ulil albab hon, yani aqal wale hon, jo tadabbur karte hon, jo apni soch ko istemal karte hon, un ke liye.</w:t>
      </w:r>
      <w:r>
        <w:br/>
      </w:r>
      <w:r>
        <w:rPr>
          <w:sz w:val="20"/>
        </w:rPr>
        <w:t>8:36  warna wahi hoga ke 'wa qad marrat 'alayhimu ma marratu fi samawati wal ardi wa hum 'anha mu'ridun'. aadmi guzarta jayega, guzarta jayega in raaton se aur payega kuch bhi nahi.</w:t>
      </w:r>
      <w:r>
        <w:br/>
      </w:r>
      <w:r>
        <w:rPr>
          <w:sz w:val="20"/>
        </w:rPr>
        <w:t>8:49  payega kuch bhi nahi. to</w:t>
      </w:r>
      <w:r>
        <w:br/>
      </w:r>
      <w:r>
        <w:rPr>
          <w:sz w:val="20"/>
        </w:rPr>
        <w:t>8:55  jo be nishaniyan to har jagah hain. har har zarra nishani hai. har cheez mein nishani hai. ghaas nishani hai. lekin in nishaniyon ko paane ke liye zaroori hai ke aap Ulil albab hon.</w:t>
      </w:r>
      <w:r>
        <w:br/>
      </w:r>
      <w:r>
        <w:rPr>
          <w:sz w:val="20"/>
        </w:rPr>
        <w:t>9:09  aap aqal wale hon. aqal wale kon hain? aqal wale to yeh to sab hi hon. paida hua to aqal hai. nahi, jinhon ne apni thinking ko develop kar rakha ho.</w:t>
      </w:r>
      <w:r>
        <w:br/>
      </w:r>
      <w:r>
        <w:rPr>
          <w:sz w:val="20"/>
        </w:rPr>
        <w:t>9:20  yaad rakhiye, sirf aqal wala hona agar kafi ho to har aadmi ko nishaniyan mil jayen. kyunke aqal to sab ko hoti hai. nahi, is ka matlab hai jis ne apni aqal ko develop kiya.</w:t>
      </w:r>
      <w:r>
        <w:br/>
      </w:r>
      <w:r>
        <w:rPr>
          <w:sz w:val="20"/>
        </w:rPr>
        <w:t>9:33  develop kiya. usi ko hai jihad fi Allah.</w:t>
      </w:r>
      <w:r>
        <w:br/>
      </w:r>
      <w:r>
        <w:rPr>
          <w:sz w:val="20"/>
        </w:rPr>
        <w:t>9:37  yani strive hard to develop</w:t>
      </w:r>
      <w:r>
        <w:br/>
      </w:r>
      <w:r>
        <w:rPr>
          <w:sz w:val="20"/>
        </w:rPr>
        <w:t>9:43  God oriented thinking. jab tak aap develop nahi karenge aur jihad ki satah par jab develop nahi karenge, tab tak aap ki aqal jo hai kisi cheez se kuch payegi nahi.</w:t>
      </w:r>
    </w:p>
    <w:p>
      <w:pPr>
        <w:pStyle w:val="Heading2"/>
      </w:pPr>
      <w:r>
        <w:t>brass polished as gold, the deception metaphor</w:t>
      </w:r>
    </w:p>
    <w:p>
      <w:r>
        <w:rPr>
          <w:color w:val="666666"/>
          <w:sz w:val="18"/>
        </w:rPr>
        <w:t>Dars-e-Quran (Al-Baqarah (The Heifer) 2 7-19) July 26, 2015 · 42s · at 11:39 · https://youtu.be/kSrW4z79AHE?t=699</w:t>
      </w:r>
    </w:p>
    <w:p>
      <w:r>
        <w:rPr>
          <w:i/>
        </w:rPr>
        <w:t>“Brass polished with gold — that is deception”</w:t>
      </w:r>
    </w:p>
    <w:p>
      <w:r>
        <w:rPr>
          <w:sz w:val="20"/>
        </w:rPr>
        <w:t>11:39  to yeh us ko quran mein dhoka qarar diya gaya.</w:t>
      </w:r>
      <w:r>
        <w:br/>
      </w:r>
      <w:r>
        <w:rPr>
          <w:sz w:val="20"/>
        </w:rPr>
        <w:t>11:44  jaise yani koi bartan peetal ka ho, us par kale sone ka diya jaye to woh dhoka hua. ke jo aadmi peetal ke bartan par sone ka kari kar ke beche, to woh dhoka de raha hai logon ko.</w:t>
      </w:r>
      <w:r>
        <w:br/>
      </w:r>
      <w:r>
        <w:rPr>
          <w:sz w:val="20"/>
        </w:rPr>
        <w:t>12:01  to aise yeh log jo andar se ikhlas nahi hain, lekin society mein apna waqar bahar banaye rakhne ke liye,</w:t>
      </w:r>
      <w:r>
        <w:br/>
      </w:r>
      <w:r>
        <w:rPr>
          <w:sz w:val="20"/>
        </w:rPr>
        <w:t>12:08  woh zahiri ahkam par amal karte hain, to woh dhoka de rahe hain ke andar se to peetal hai, bahar se sone ki ki polish hai.</w:t>
      </w:r>
    </w:p>
    <w:p>
      <w:pPr>
        <w:pStyle w:val="Heading2"/>
      </w:pPr>
      <w:r>
        <w:t>Hadith Qudsi: God is with the brokenhearted</w:t>
      </w:r>
    </w:p>
    <w:p>
      <w:r>
        <w:rPr>
          <w:color w:val="666666"/>
          <w:sz w:val="18"/>
        </w:rPr>
        <w:t>What is Love of God January 21, 2024 · 25s · at 35:33 · https://youtu.be/KpTkEkHstYY?t=2133</w:t>
      </w:r>
    </w:p>
    <w:p>
      <w:r>
        <w:rPr>
          <w:i/>
        </w:rPr>
        <w:t>“Main tootay dil walon ke paas hota hoon”</w:t>
      </w:r>
    </w:p>
    <w:p>
      <w:r>
        <w:rPr>
          <w:sz w:val="20"/>
        </w:rPr>
        <w:t>35:33  is ke baghair woh Khuda se ta'alluq qaim nahi ho sakta. aur isi ka jo hai na, sab se aakhri izhaar jo hai, woh sajda hai.</w:t>
      </w:r>
      <w:r>
        <w:br/>
      </w:r>
      <w:r>
        <w:rPr>
          <w:sz w:val="20"/>
        </w:rPr>
        <w:t>35:44  tu ek Hadees Qudsi hai ke main toote dil walon ke paas</w:t>
      </w:r>
      <w:r>
        <w:br/>
      </w:r>
      <w:r>
        <w:rPr>
          <w:sz w:val="20"/>
        </w:rPr>
        <w:t>35:49  hota hoon. tu toote dil walay woh hote hain jo bilkul total sense mein helplessness ki ek tasweer hote hain. tu aisa insaan Khuda se qareeb hota hai.</w:t>
      </w:r>
    </w:p>
    <w:p>
      <w:pPr>
        <w:pStyle w:val="Heading2"/>
      </w:pPr>
      <w:r>
        <w:t>Solution to human error: rethink and correct</w:t>
      </w:r>
    </w:p>
    <w:p>
      <w:r>
        <w:rPr>
          <w:color w:val="666666"/>
          <w:sz w:val="18"/>
        </w:rPr>
        <w:t>The Lesson of History September 21, 2014 · 24s · at 8:05 · https://youtu.be/aMVHLKMkhcQ?t=485</w:t>
      </w:r>
    </w:p>
    <w:p>
      <w:r>
        <w:rPr>
          <w:i/>
        </w:rPr>
        <w:t>“Solution yeh hai ke rethink karo, U-turn lo”</w:t>
      </w:r>
    </w:p>
    <w:p>
      <w:r>
        <w:rPr>
          <w:sz w:val="20"/>
        </w:rPr>
        <w:t>8:05  jab insan ghalati, allah taala ki takhleeq ke mutabiq insan ghalati karta hai, to is ka solution kya hai?</w:t>
      </w:r>
      <w:r>
        <w:br/>
      </w:r>
      <w:r>
        <w:rPr>
          <w:sz w:val="20"/>
        </w:rPr>
        <w:t>8:13  solution yeh hai ke rethink karo, you turn lo, correction karo apna.</w:t>
      </w:r>
      <w:r>
        <w:br/>
      </w:r>
      <w:r>
        <w:rPr>
          <w:sz w:val="20"/>
        </w:rPr>
        <w:t>8:19  lekin musalmanon mein aap dekhiye, saare muslim world mein, mujhe maloom nahin koi ek bhi waqea, single waqea, jab ke musalmanon mein rethinking aayi ho.</w:t>
      </w:r>
    </w:p>
    <w:p>
      <w:pPr>
        <w:pStyle w:val="Heading2"/>
      </w:pPr>
      <w:r>
        <w:t>actor's overconfidence in youth versus the reality of aging</w:t>
      </w:r>
    </w:p>
    <w:p>
      <w:r>
        <w:rPr>
          <w:color w:val="666666"/>
          <w:sz w:val="18"/>
        </w:rPr>
        <w:t>Ideology of Tawhid June 08, 2008 · 2m 30s · at 3:59 · https://youtu.be/RKhog0mmYGc?t=239</w:t>
      </w:r>
    </w:p>
    <w:p>
      <w:r>
        <w:rPr>
          <w:i/>
        </w:rPr>
        <w:t>“Youth mein aadmi badi badi baatein karta hai”</w:t>
      </w:r>
    </w:p>
    <w:p>
      <w:r>
        <w:rPr>
          <w:sz w:val="20"/>
        </w:rPr>
        <w:t>3:59  to woh kehte hain ke: "I don't believe in God, I don't like all those rituals, I don't like to visit mandir or masjid" waghera.</w:t>
      </w:r>
      <w:r>
        <w:br/>
      </w:r>
      <w:r>
        <w:rPr>
          <w:sz w:val="20"/>
        </w:rPr>
        <w:t>4:14  aur mujhe to apne hard work par bharosa hai. dekhen, yeh baat hai sirf youth age ki.</w:t>
      </w:r>
      <w:r>
        <w:br/>
      </w:r>
      <w:r>
        <w:rPr>
          <w:sz w:val="20"/>
        </w:rPr>
        <w:t>4:24  main ne zindagi ke bohat tajrube kiye hain, main boorha ho chuka hoon to bohat zyada experience maine kiya hai. youth age mein aadmi bari bari baatein karta hai.</w:t>
      </w:r>
      <w:r>
        <w:br/>
      </w:r>
      <w:r>
        <w:rPr>
          <w:sz w:val="20"/>
        </w:rPr>
        <w:t>4:38  yeh nahi sochta hai ke jaise doosre boorhe hue, main bhi boorha hoonga. doosron ka accident hua, mujhe bhi ho sakta hai.</w:t>
      </w:r>
      <w:r>
        <w:br/>
      </w:r>
      <w:r>
        <w:rPr>
          <w:sz w:val="20"/>
        </w:rPr>
        <w:t>4:49  doosron ko koi bimari lag gayi, mujhe bhi bimari lag sakti hai. aur aakhir mein death to hona hi hona hai. to youth age ek anokhi age hoti hai, us waqt aadmi bari bari baatein karta hai.</w:t>
      </w:r>
      <w:r>
        <w:br/>
      </w:r>
      <w:r>
        <w:rPr>
          <w:sz w:val="20"/>
        </w:rPr>
        <w:t>5:04  agar woh yani aas paas logon ko dekhen kis tarah se logon ka haal hota hai, aur phir khud hum bohat se logon ko jante hain, aap bhi jante hain ke film industry mein jis mein fame hota hai aur glamour hota hai,</w:t>
      </w:r>
      <w:r>
        <w:br/>
      </w:r>
      <w:r>
        <w:rPr>
          <w:sz w:val="20"/>
        </w:rPr>
        <w:t>5:26  to kitne hota hai? kuch saal ke liye bas, us ke baad kya hai? kuch bhi nahi.</w:t>
      </w:r>
      <w:r>
        <w:br/>
      </w:r>
      <w:r>
        <w:rPr>
          <w:sz w:val="20"/>
        </w:rPr>
        <w:t>5:34  jaise hi in ka youth age khatm hua to na to photographer in ke peeche lagte, na media mein woh cover kiye jaate, pade rehte hain.</w:t>
      </w:r>
      <w:r>
        <w:br/>
      </w:r>
      <w:r>
        <w:rPr>
          <w:sz w:val="20"/>
        </w:rPr>
        <w:t>5:49  main ne khud bombay mein ek sahib ke log mujhe ek sahib ke haan le gaye jo top ke yaani filmi personality the, bohat hi top, most filmi personality.</w:t>
      </w:r>
      <w:r>
        <w:br/>
      </w:r>
      <w:r>
        <w:rPr>
          <w:sz w:val="20"/>
        </w:rPr>
        <w:t>6:01  to log mujh ko un ke ghar le gaye.</w:t>
      </w:r>
      <w:r>
        <w:br/>
      </w:r>
      <w:r>
        <w:rPr>
          <w:sz w:val="20"/>
        </w:rPr>
        <w:t>6:04  is waqt kuch bhi nahi aage peeche in ke tha, woh sab jo pehle hua karta tha.</w:t>
      </w:r>
      <w:r>
        <w:br/>
      </w:r>
      <w:r>
        <w:rPr>
          <w:sz w:val="20"/>
        </w:rPr>
        <w:t>6:11  to insaan ko chahiye ke woh farq kare youth age mein aur is ke baad jo kuch hone wala hai. agar woh aisa kar sake to bari bari baatein nahi karega.</w:t>
      </w:r>
      <w:r>
        <w:br/>
      </w:r>
      <w:r>
        <w:rPr>
          <w:sz w:val="20"/>
        </w:rPr>
        <w:t>6:25  woh jaane ga ke main youth age mein hoon is liye mujhe bari bari baatein samajh mein aa rahi hain.</w:t>
      </w:r>
    </w:p>
    <w:p>
      <w:pPr>
        <w:pStyle w:val="Heading2"/>
      </w:pPr>
      <w:r>
        <w:t>Is man fully free or fully predetermined?</w:t>
      </w:r>
    </w:p>
    <w:p>
      <w:r>
        <w:rPr>
          <w:color w:val="666666"/>
          <w:sz w:val="18"/>
        </w:rPr>
        <w:t>Between Freedom and Determinism March 25, 2012 · 55s · at 1:22:43 · https://youtu.be/ApNXrHJD9S4?t=4963</w:t>
      </w:r>
    </w:p>
    <w:p>
      <w:r>
        <w:rPr>
          <w:i/>
        </w:rPr>
        <w:t>“Is man 100% free or 100% determined? Neither.”</w:t>
      </w:r>
    </w:p>
    <w:p>
      <w:r>
        <w:rPr>
          <w:sz w:val="20"/>
        </w:rPr>
        <w:t>1:22:43  At an individual level, is man 100 percent free or 100 percent governed by his destiny?" nahin, yeh 50-50 ka mamla hai.</w:t>
      </w:r>
      <w:r>
        <w:br/>
      </w:r>
      <w:r>
        <w:rPr>
          <w:sz w:val="20"/>
        </w:rPr>
        <w:t>1:22:55  dekhiye, yeh jo hamare yahan aqeedey ki kitaben hain, kutub aqaaid, is mein teen maane jaate hain: Qadriya, Jabriya aur Wasitiya.</w:t>
      </w:r>
      <w:r>
        <w:br/>
      </w:r>
      <w:r>
        <w:rPr>
          <w:sz w:val="20"/>
        </w:rPr>
        <w:t>1:23:09  to aam taur par Qadriya aur Jabriya wale zyada hain, lekin ek aur hai Wasitiya wala, main usi ko maanta hoon, yaani beech ka.</w:t>
      </w:r>
      <w:r>
        <w:br/>
      </w:r>
      <w:r>
        <w:rPr>
          <w:sz w:val="20"/>
        </w:rPr>
        <w:t>1:23:19  yaani ek tabqa woh hai jo kehta hai keh bilkul determinism hai, doosra tabqa kehta hai keh bilkul freedom hai, lekin yeh dono yaani sahi nahin hain.</w:t>
      </w:r>
      <w:r>
        <w:br/>
      </w:r>
      <w:r>
        <w:rPr>
          <w:sz w:val="20"/>
        </w:rPr>
        <w:t>1:23:28  sahi hai keh beech ka mamla hai, yaani 50-50 ka mamla hai. insaan ko aazadi bhi hai, lekin saath saath insaan ke liye yaani kuch cheezein determine bhi hain.</w:t>
      </w:r>
      <w:r>
        <w:br/>
      </w:r>
      <w:r>
        <w:rPr>
          <w:sz w:val="20"/>
        </w:rPr>
        <w:t>1:23:39  lekin woh woh konsi cheezein hain? woh in terms of infrastructure. infrastructure hum wohi use karke is ko kar sakte hain jo Allah ne diya hai.</w:t>
      </w:r>
    </w:p>
    <w:p>
      <w:pPr>
        <w:pStyle w:val="Heading2"/>
      </w:pPr>
      <w:r>
        <w:t>Islam's teaching on never fully cutting ties with anyone</w:t>
      </w:r>
    </w:p>
    <w:p>
      <w:r>
        <w:rPr>
          <w:color w:val="666666"/>
          <w:sz w:val="18"/>
        </w:rPr>
        <w:t>Life and Death December 8, 2013 · 3m 58s · at 45:08 · https://youtu.be/scYn0iBgP4E?t=2708</w:t>
      </w:r>
    </w:p>
    <w:p>
      <w:r>
        <w:rPr>
          <w:i/>
        </w:rPr>
        <w:t>“Is maamle mein Islam ki taleem bahut clear hai”</w:t>
      </w:r>
    </w:p>
    <w:p>
      <w:r>
        <w:rPr>
          <w:sz w:val="20"/>
        </w:rPr>
        <w:t>45:08  maulana yeh question aaya hai maulana zikwan nadvi sahib se dehli se.</w:t>
      </w:r>
      <w:r>
        <w:br/>
      </w:r>
      <w:r>
        <w:rPr>
          <w:sz w:val="20"/>
        </w:rPr>
        <w:t>45:18  unhon ne poocha hai social life mein aisa hota hai ke ek aadmi se door se ek aadmi se doosre aadmi ko koi difference ho jata hai.</w:t>
      </w:r>
      <w:r>
        <w:br/>
      </w:r>
      <w:r>
        <w:rPr>
          <w:sz w:val="20"/>
        </w:rPr>
        <w:t>45:28  kya is difference ko le kar is aadmi se cut jana chahiye? yani is ko ignore kiya jaye, is se door raha jaye, is se bol chaal band kar di jaye, ya is se cutne ke bajaye is ke sath normal relation rakhna chahiye?</w:t>
      </w:r>
      <w:r>
        <w:br/>
      </w:r>
      <w:r>
        <w:rPr>
          <w:sz w:val="20"/>
        </w:rPr>
        <w:t>45:49  dekhen is mamle mein islam ki taleem bohat clear hai.</w:t>
      </w:r>
      <w:r>
        <w:br/>
      </w:r>
      <w:r>
        <w:rPr>
          <w:sz w:val="20"/>
        </w:rPr>
        <w:t>45:57  dekhen ek cheez hai right to decent, yani mujhe yeh haq hai ke main kisi ke alag rai banaon, apni ikhtilaf rai.</w:t>
      </w:r>
      <w:r>
        <w:br/>
      </w:r>
      <w:r>
        <w:rPr>
          <w:sz w:val="20"/>
        </w:rPr>
        <w:t>46:09  lekin jahan tak taluqat ki baat hai, woh ek ek ek model responsibility hai, woh alag cheez hai.</w:t>
      </w:r>
      <w:r>
        <w:br/>
      </w:r>
      <w:r>
        <w:rPr>
          <w:sz w:val="20"/>
        </w:rPr>
        <w:t>46:17  to kisi se bhi humein,</w:t>
      </w:r>
      <w:r>
        <w:br/>
      </w:r>
      <w:r>
        <w:rPr>
          <w:sz w:val="20"/>
        </w:rPr>
        <w:t>46:21  hata ke so called dushman se bhi, humein cutna nahi chahiye.</w:t>
      </w:r>
      <w:r>
        <w:br/>
      </w:r>
      <w:r>
        <w:rPr>
          <w:sz w:val="20"/>
        </w:rPr>
        <w:t>46:28  cutna, taluqat torna, bol chaal band karna, yeh to bohat hi galat baat hai. kyunke hadith mein likha aaya hai ke ke agar koi shakhs bol chaal band kare to sirf teen din ki use maaf hai, us ke baad maaf nahi hai.</w:t>
      </w:r>
      <w:r>
        <w:br/>
      </w:r>
      <w:r>
        <w:rPr>
          <w:sz w:val="20"/>
        </w:rPr>
        <w:t>46:46  case aap ka bigad ho gaya, aap ne bol chaal band kar di to teen din ke baad maaf nahi hai, aap ko bolna pare ga. aur hadith mein yeh hai ke jo pehal kare, jo pehle salam kare, pehle bole,</w:t>
      </w:r>
      <w:r>
        <w:br/>
      </w:r>
      <w:r>
        <w:rPr>
          <w:sz w:val="20"/>
        </w:rPr>
        <w:t>47:00  us ko zyada sawab mile ga.</w:t>
      </w:r>
      <w:r>
        <w:br/>
      </w:r>
      <w:r>
        <w:rPr>
          <w:sz w:val="20"/>
        </w:rPr>
        <w:t>47:03  to islam mein dekhen cutna to hai hi nahi, is ka koi khana hi nahi hai. aur yeh bhi samajh lijiye ke koi shakhs permanently aap se cut jaye, permanently aap se door ho jaye, aisa nahi hota.</w:t>
      </w:r>
      <w:r>
        <w:br/>
      </w:r>
      <w:r>
        <w:rPr>
          <w:sz w:val="20"/>
        </w:rPr>
        <w:t>47:21  insan koi pathar nahi hai,</w:t>
      </w:r>
      <w:r>
        <w:br/>
      </w:r>
      <w:r>
        <w:rPr>
          <w:sz w:val="20"/>
        </w:rPr>
        <w:t>47:23  insan ki rai badalti hai, insan ka soch badalti hai. to ho sakta hai ke aaj jo aap ka aap se cut gaya ho, kal dobara jud jaye.</w:t>
      </w:r>
      <w:r>
        <w:br/>
      </w:r>
      <w:r>
        <w:rPr>
          <w:sz w:val="20"/>
        </w:rPr>
        <w:t>47:40  isi liye hadith mein aata hai ke yani kisi se tum ko bigad ho jaye to is se bohat hi normal tareeqe se taluqat baqi rakho.</w:t>
      </w:r>
      <w:r>
        <w:br/>
      </w:r>
      <w:r>
        <w:rPr>
          <w:sz w:val="20"/>
        </w:rPr>
        <w:t>47:51  kya matlab? kisi din tumhara dobara dost ban jaye, woh tumhara dobara tumhara dost ban jaye, to dobara tumhara apna ho jaye.</w:t>
      </w:r>
      <w:r>
        <w:br/>
      </w:r>
      <w:r>
        <w:rPr>
          <w:sz w:val="20"/>
        </w:rPr>
        <w:t>47:59  woh to abghaz bagh ka hanma, aisa yakoon habeebkumma. to islam ki taleem yeh hai ke akhlaqi taluq ko aap alag rakhen ikhtilaf rai se.</w:t>
      </w:r>
      <w:r>
        <w:br/>
      </w:r>
      <w:r>
        <w:rPr>
          <w:sz w:val="20"/>
        </w:rPr>
        <w:t>48:16  ikhtilaf rai ka haq to har ek ko hai,</w:t>
      </w:r>
      <w:r>
        <w:br/>
      </w:r>
      <w:r>
        <w:rPr>
          <w:sz w:val="20"/>
        </w:rPr>
        <w:t>48:19  koi buri cheez nahi hai ikhtilaf rai har giz. to woh aap ka right to decent, jis ko kehte hain, woh har insan ka haq hai.</w:t>
      </w:r>
      <w:r>
        <w:br/>
      </w:r>
      <w:r>
        <w:rPr>
          <w:sz w:val="20"/>
        </w:rPr>
        <w:t>48:29  lekin akhlaqi taluqat jo hain, yani model relationship, woh to sab se normal tareeqe par hona chahiye, bilkul normal tareeqe par.</w:t>
      </w:r>
      <w:r>
        <w:br/>
      </w:r>
      <w:r>
        <w:rPr>
          <w:sz w:val="20"/>
        </w:rPr>
        <w:t>48:40  aur baaz auqat ho ke dil mein bhi aap aisa nahi ke banawati tor par milen, dil mein aap kisi ke bare mein negative kyun hon?</w:t>
      </w:r>
      <w:r>
        <w:br/>
      </w:r>
      <w:r>
        <w:rPr>
          <w:sz w:val="20"/>
        </w:rPr>
        <w:t>48:48  aap is ke liye dua keejiye. is ke agar aap samajhte hain ke woh kisi ghalat soch mein par gaya to aap is ke liye dua keejiye.</w:t>
      </w:r>
      <w:r>
        <w:br/>
      </w:r>
      <w:r>
        <w:rPr>
          <w:sz w:val="20"/>
        </w:rPr>
        <w:t>49:00  taalluq todne ka to koi sense islam mein nahin hai.</w:t>
      </w:r>
    </w:p>
    <w:p>
      <w:pPr>
        <w:pStyle w:val="Heading2"/>
      </w:pPr>
      <w:r>
        <w:t>No amount of deeds alone can buy Paradise</w:t>
      </w:r>
    </w:p>
    <w:p>
      <w:r>
        <w:rPr>
          <w:color w:val="666666"/>
          <w:sz w:val="18"/>
        </w:rPr>
        <w:t>CPS Women Interaction January 30, 2022 · 53s · at 6:44 · https://youtu.be/Q4CTlqZId2g?t=404</w:t>
      </w:r>
    </w:p>
    <w:p>
      <w:r>
        <w:rPr>
          <w:i/>
        </w:rPr>
        <w:t>“Paradise ek ideal aur perfect word hai”</w:t>
      </w:r>
    </w:p>
    <w:p>
      <w:r>
        <w:rPr>
          <w:sz w:val="20"/>
        </w:rPr>
        <w:t>6:44  isi tarah hum muzakkir ka personality ban payenge aur yahi woh personality hai jo jannat ke liye deserving hogi. Paradise ek ideal aur perfect word hai. Yeh ek aisi cheez hai jiski talab har insaan ko hai aur yeh paradise itni keemti hai ke woh kisi ko bhi uske haqeeqi amal ke bina par nahi mil sakti.</w:t>
      </w:r>
      <w:r>
        <w:br/>
      </w:r>
      <w:r>
        <w:rPr>
          <w:sz w:val="20"/>
        </w:rPr>
        <w:t>7:11  koi bhi amal, kaisa bhi amal ho, itni bhi taadaad mein ho, kabhi bhi is azeem khushi ka badal nahi ban sakta aur na hi hamari kisi tarah ki khushfehmiyon ke bina par hamein mil sakti hai. Iske liye hum insaan kyun ke ghalti ke bane hain, baar baar ghalti karte hain. To hum insaan kabhi bhi perfect amal kar hi nahi sakte.</w:t>
      </w:r>
      <w:r>
        <w:br/>
      </w:r>
      <w:r>
        <w:rPr>
          <w:sz w:val="20"/>
        </w:rPr>
        <w:t>7:37  hum jo cheez kar sakte hain woh apni soch ko baar baar sahi kar sakte hain. Soch ke satah par apni correction kar sakte hain aur apni soch ko perfect kar sakte hain. Shayad yahi cheez hamein jannat ke liye deserving bana sakti hai. Aksar Maulana sahib kaha karte the ke jannat na mili to kuch na mila.</w:t>
      </w:r>
    </w:p>
    <w:p>
      <w:pPr>
        <w:pStyle w:val="Heading2"/>
      </w:pPr>
      <w:r>
        <w:t>Discovering God through technology</w:t>
      </w:r>
    </w:p>
    <w:p>
      <w:r>
        <w:rPr>
          <w:color w:val="666666"/>
          <w:sz w:val="18"/>
        </w:rPr>
        <w:t>Dars-e-Quran, Ch 2, Vs 2-3 (Realization of God) Aug 5, 2018 · 2m 50s · at 17:12 · https://youtu.be/3GpOLj2lwLc?t=1032</w:t>
      </w:r>
    </w:p>
    <w:p>
      <w:r>
        <w:rPr>
          <w:i/>
        </w:rPr>
        <w:t>“Iske liye aap ke paas kya kya?”</w:t>
      </w:r>
    </w:p>
    <w:p>
      <w:r>
        <w:rPr>
          <w:sz w:val="20"/>
        </w:rPr>
        <w:t>17:12  is ke liye aap ke paas kya kya?</w:t>
      </w:r>
      <w:r>
        <w:br/>
      </w:r>
      <w:r>
        <w:rPr>
          <w:sz w:val="20"/>
        </w:rPr>
        <w:t>17:18  keh durbin aur khurdbeen ke technology rakh di nature mein, yani telescope aur aur microscope ki technology.</w:t>
      </w:r>
      <w:r>
        <w:br/>
      </w:r>
      <w:r>
        <w:rPr>
          <w:sz w:val="20"/>
        </w:rPr>
        <w:t>17:34  aap jante hain keh insan ne</w:t>
      </w:r>
      <w:r>
        <w:br/>
      </w:r>
      <w:r>
        <w:rPr>
          <w:sz w:val="20"/>
        </w:rPr>
        <w:t>17:40  is ki madad se in telescope, telescope kehte hain, yani</w:t>
      </w:r>
      <w:r>
        <w:br/>
      </w:r>
      <w:r>
        <w:rPr>
          <w:sz w:val="20"/>
        </w:rPr>
        <w:t>17:50  alam asghar, aur woh jo ayat, woh jo quran mein hai: "la aazam rabbak min misqal zarratin fil ardi wa la fis samai wa la asghar min dhalika wa la akbar".</w:t>
      </w:r>
      <w:r>
        <w:br/>
      </w:r>
      <w:r>
        <w:rPr>
          <w:sz w:val="20"/>
        </w:rPr>
        <w:t>18:03  is ayat ko parhiye aap to aap ko lagega keh woh is mein is cheez ka reference diya gaya hai jis ko hum kehte hain micro world aur micro world.</w:t>
      </w:r>
      <w:r>
        <w:br/>
      </w:r>
      <w:r>
        <w:rPr>
          <w:sz w:val="20"/>
        </w:rPr>
        <w:t>18:20  micro world aur micro world, alam asghar aur alam akbar. to Allah rabbul alameen ko pata tha keh mein apni in aankhon se na micro world ko dekh sakta,</w:t>
      </w:r>
      <w:r>
        <w:br/>
      </w:r>
      <w:r>
        <w:rPr>
          <w:sz w:val="20"/>
        </w:rPr>
        <w:t>18:37  na micro world ko dekh sakta. to khuda ne, khuda ko reham aaya mere upar, aur us ne nature mein aise laws rakh diye keh insan is ko istemal kar ke</w:t>
      </w:r>
      <w:r>
        <w:br/>
      </w:r>
      <w:r>
        <w:rPr>
          <w:sz w:val="20"/>
        </w:rPr>
        <w:t>18:58  micro micro scope aur micro aur telescope bana sake. to aap ghor kijiye keh agar aap aisa ho keh barson se aap talash kar rahe hon,</w:t>
      </w:r>
      <w:r>
        <w:br/>
      </w:r>
      <w:r>
        <w:rPr>
          <w:sz w:val="20"/>
        </w:rPr>
        <w:t>19:15  aap ki umar so saal ho, aur talash kar rahe hon keh mein khuda, mein kaise dekhun galaxy ko?</w:t>
      </w:r>
      <w:r>
        <w:br/>
      </w:r>
      <w:r>
        <w:rPr>
          <w:sz w:val="20"/>
        </w:rPr>
        <w:t>19:23  mein kaise dekhun atom ke chote chote tiny part ko? kya karun mein?</w:t>
      </w:r>
      <w:r>
        <w:br/>
      </w:r>
      <w:r>
        <w:rPr>
          <w:sz w:val="20"/>
        </w:rPr>
        <w:t>19:31  aap door bhaag rahe hain, door idhar udhar talash kar rahe hain.</w:t>
      </w:r>
      <w:r>
        <w:br/>
      </w:r>
      <w:r>
        <w:rPr>
          <w:sz w:val="20"/>
        </w:rPr>
        <w:t>19:39  phir aap ko maloom ho jaye keh yahan woh technology maujood hai jisay mein jaan jaan sakun.</w:t>
      </w:r>
      <w:r>
        <w:br/>
      </w:r>
      <w:r>
        <w:rPr>
          <w:sz w:val="20"/>
        </w:rPr>
        <w:t>19:50  to aap jante hain keh Galileo ne sab se pehle is technology ko istemal kiya. aap ghor kijiye keh Galileo ko kitni khushi mili hogi.</w:t>
      </w:r>
    </w:p>
    <w:p>
      <w:pPr>
        <w:pStyle w:val="Heading2"/>
      </w:pPr>
      <w:r>
        <w:t>Universal da'wah process and breaking unawareness</w:t>
      </w:r>
    </w:p>
    <w:p>
      <w:r>
        <w:rPr>
          <w:color w:val="666666"/>
          <w:sz w:val="18"/>
        </w:rPr>
        <w:t>Divine Plan | March 12, 2017 · 6m 06s · at 30:46 · https://youtu.be/dqB4muqGG4I?t=1846</w:t>
      </w:r>
    </w:p>
    <w:p>
      <w:r>
        <w:rPr>
          <w:i/>
        </w:rPr>
        <w:t>“Yeh sochte huye mujhe ek aayat phir se samajh mein aayi”</w:t>
      </w:r>
    </w:p>
    <w:p>
      <w:r>
        <w:rPr>
          <w:sz w:val="20"/>
        </w:rPr>
        <w:t>30:46  yeh sochhte hue mujhe ek ayat phir se samajh mein aayi ek ayat hai nazr furqan ke quran</w:t>
      </w:r>
      <w:r>
        <w:br/>
      </w:r>
      <w:r>
        <w:rPr>
          <w:sz w:val="20"/>
        </w:rPr>
        <w:t>30:57  is liye utara gaya ke woh sare alam ke liye warner bane aagah karne wala bane to kaise</w:t>
      </w:r>
      <w:r>
        <w:br/>
      </w:r>
      <w:r>
        <w:rPr>
          <w:sz w:val="20"/>
        </w:rPr>
        <w:t>31:07  bane ga to ajeeb ghareeb baat meri samajh mein aayi ke aaj woh zamana hai</w:t>
      </w:r>
      <w:r>
        <w:br/>
      </w:r>
      <w:r>
        <w:rPr>
          <w:sz w:val="20"/>
        </w:rPr>
        <w:t>31:18  ke har woh har woh jo aadmi jo quran ko manta hai woh is position mein hai ke</w:t>
      </w:r>
      <w:r>
        <w:br/>
      </w:r>
      <w:r>
        <w:rPr>
          <w:sz w:val="20"/>
        </w:rPr>
        <w:t>31:25  quran ko dunya mein pahunchaye ga har aadmi aaj ki dunya mein ek billion se zyada musalman hain</w:t>
      </w:r>
      <w:r>
        <w:br/>
      </w:r>
      <w:r>
        <w:rPr>
          <w:sz w:val="20"/>
        </w:rPr>
        <w:t>31:33  agar har aadmi yeh soch le jahan bhi hai woh jahan bhi hai aur jahan bhi hai woh</w:t>
      </w:r>
      <w:r>
        <w:br/>
      </w:r>
      <w:r>
        <w:rPr>
          <w:sz w:val="20"/>
        </w:rPr>
        <w:t>31:40  ke mujhe is process ka part banna hai quran mein jo kaha gaya hai woh</w:t>
      </w:r>
      <w:r>
        <w:br/>
      </w:r>
      <w:r>
        <w:rPr>
          <w:sz w:val="20"/>
        </w:rPr>
        <w:t>31:48  ek process hai ke sare alam ko pahunchaye ga yeh quran to koi aadmi kahan bhi ho woh</w:t>
      </w:r>
      <w:r>
        <w:br/>
      </w:r>
      <w:r>
        <w:rPr>
          <w:sz w:val="20"/>
        </w:rPr>
        <w:t>31:55  soch le ke mujhe is process ka part banna hai to apne aas paas woh aise baat paale</w:t>
      </w:r>
      <w:r>
        <w:br/>
      </w:r>
      <w:r>
        <w:rPr>
          <w:sz w:val="20"/>
        </w:rPr>
        <w:t>32:03  ga aise asbab ke is ka woh part ban jaye kahin telephone ke zariye kahin mobile ke</w:t>
      </w:r>
      <w:r>
        <w:br/>
      </w:r>
      <w:r>
        <w:rPr>
          <w:sz w:val="20"/>
        </w:rPr>
        <w:t>32:10  zariye kahein website ke zariye kahein kisi</w:t>
      </w:r>
      <w:r>
        <w:br/>
      </w:r>
      <w:r>
        <w:rPr>
          <w:sz w:val="20"/>
        </w:rPr>
        <w:t>32:18  tourist ke zariye kahein kisi pilot ke zariye har jagah kyunke dunya bikhri hui hai bohat ajeeb ghareeb</w:t>
      </w:r>
      <w:r>
        <w:br/>
      </w:r>
      <w:r>
        <w:rPr>
          <w:sz w:val="20"/>
        </w:rPr>
        <w:t>32:28  baat thi ke quran mein yeh kaha gaya ke quran is liye bheja gaya hai taake sare alam</w:t>
      </w:r>
      <w:r>
        <w:br/>
      </w:r>
      <w:r>
        <w:rPr>
          <w:sz w:val="20"/>
        </w:rPr>
        <w:t>32:38  ke liye nazeer bane sare alam ke liye kaise banega bohat simple baat hai ke musalman apne</w:t>
      </w:r>
      <w:r>
        <w:br/>
      </w:r>
      <w:r>
        <w:rPr>
          <w:sz w:val="20"/>
        </w:rPr>
        <w:t>32:48  packet mein apne pocket mein quran ka translation rakhein phir jahan bhi jayenge jis sadak par jis</w:t>
      </w:r>
      <w:r>
        <w:br/>
      </w:r>
      <w:r>
        <w:rPr>
          <w:sz w:val="20"/>
        </w:rPr>
        <w:t>32:56  road par jis shehar par jis hawai adde par jis market mein wahan unko log milenge</w:t>
      </w:r>
      <w:r>
        <w:br/>
      </w:r>
      <w:r>
        <w:rPr>
          <w:sz w:val="20"/>
        </w:rPr>
        <w:t>33:03  chalte phirte mukhtalif mulkon ke log mukhtalif qaumon ke log bas unko aap de dijiye quran un</w:t>
      </w:r>
      <w:r>
        <w:br/>
      </w:r>
      <w:r>
        <w:rPr>
          <w:sz w:val="20"/>
        </w:rPr>
        <w:t>33:11  ki zaban mein to woh kahan kahan pohnch jayega to yeh</w:t>
      </w:r>
      <w:r>
        <w:br/>
      </w:r>
      <w:r>
        <w:rPr>
          <w:sz w:val="20"/>
        </w:rPr>
        <w:t>33:18  pehli bar tareekh mein aisa hua pehli bar ke har insan jo quran ko manta hai har ek</w:t>
      </w:r>
      <w:r>
        <w:br/>
      </w:r>
      <w:r>
        <w:rPr>
          <w:sz w:val="20"/>
        </w:rPr>
        <w:t>33:26  insan har aurat har mard woh is position mein hai ke woh is universal process of dawah ka</w:t>
      </w:r>
      <w:r>
        <w:br/>
      </w:r>
      <w:r>
        <w:rPr>
          <w:sz w:val="20"/>
        </w:rPr>
        <w:t>33:33  part ban sake yani ek universal process hai ek universal process hai ek aalami process hai dawah ka</w:t>
      </w:r>
      <w:r>
        <w:br/>
      </w:r>
      <w:r>
        <w:rPr>
          <w:sz w:val="20"/>
        </w:rPr>
        <w:t>33:41  to har aadmi is position mein hai ke is universal</w:t>
      </w:r>
      <w:r>
        <w:br/>
      </w:r>
      <w:r>
        <w:rPr>
          <w:sz w:val="20"/>
        </w:rPr>
        <w:t>33:49  process of dawah ka hissa ban sake is ka part ban sake aaj zamane mein kabhi aisa to</w:t>
      </w:r>
      <w:r>
        <w:br/>
      </w:r>
      <w:r>
        <w:rPr>
          <w:sz w:val="20"/>
        </w:rPr>
        <w:t>33:56  kabhi nahi hua tha history mein yani already ek process jari hai universal mobility ka log yahan se</w:t>
      </w:r>
      <w:r>
        <w:br/>
      </w:r>
      <w:r>
        <w:rPr>
          <w:sz w:val="20"/>
        </w:rPr>
        <w:t>34:04  wahan ja rahe hain wahan se wahan ja rahe hain wahan se wahan ja rahe hain to jis</w:t>
      </w:r>
      <w:r>
        <w:br/>
      </w:r>
      <w:r>
        <w:rPr>
          <w:sz w:val="20"/>
        </w:rPr>
        <w:t>34:12  jahan pe aap khare ho jayen jis road par jis jis park mein jis station par jis</w:t>
      </w:r>
      <w:r>
        <w:br/>
      </w:r>
      <w:r>
        <w:rPr>
          <w:sz w:val="20"/>
        </w:rPr>
        <w:t>34:19  hawai adde par aap ko aise log milenge ke koi yahan ka hoga koi wahan ka hoga</w:t>
      </w:r>
      <w:r>
        <w:br/>
      </w:r>
      <w:r>
        <w:rPr>
          <w:sz w:val="20"/>
        </w:rPr>
        <w:t>34:27  isko aap de dijiye quran ka translation uski zaban mein aur phir woh pohnch gaya wahan</w:t>
      </w:r>
      <w:r>
        <w:br/>
      </w:r>
      <w:r>
        <w:rPr>
          <w:sz w:val="20"/>
        </w:rPr>
        <w:t>34:34  koi america ja raha hai koi arab ja raha hai koi africa ja raha hai to mobile ke</w:t>
      </w:r>
      <w:r>
        <w:br/>
      </w:r>
      <w:r>
        <w:rPr>
          <w:sz w:val="20"/>
        </w:rPr>
        <w:t>34:42  zariye internet ke zariye tourism ke zariye quran logon ko distribu</w:t>
      </w:r>
      <w:r>
        <w:br/>
      </w:r>
      <w:r>
        <w:rPr>
          <w:sz w:val="20"/>
        </w:rPr>
        <w:t>34:49  te karne ke zariye har aadmi is position mein hai ke woh ek universal process ka hissa ban</w:t>
      </w:r>
      <w:r>
        <w:br/>
      </w:r>
      <w:r>
        <w:rPr>
          <w:sz w:val="20"/>
        </w:rPr>
        <w:t>34:57  jaye nazr ul furqan ke allah ne bheja hai is quran ko taake woh sari dunya ke liye warner</w:t>
      </w:r>
      <w:r>
        <w:br/>
      </w:r>
      <w:r>
        <w:rPr>
          <w:sz w:val="20"/>
        </w:rPr>
        <w:t>35:05  bane sari dunya ke liye batane wala bane aagah karne wala bane to woh kaise banega is</w:t>
      </w:r>
      <w:r>
        <w:br/>
      </w:r>
      <w:r>
        <w:rPr>
          <w:sz w:val="20"/>
        </w:rPr>
        <w:t>35:12  ke liye ek</w:t>
      </w:r>
      <w:r>
        <w:br/>
      </w:r>
      <w:r>
        <w:rPr>
          <w:sz w:val="20"/>
        </w:rPr>
        <w:t>35:20  ek allah taala ek ek zamana create karega ek daur create karega ke har insan ki</w:t>
      </w:r>
      <w:r>
        <w:br/>
      </w:r>
      <w:r>
        <w:rPr>
          <w:sz w:val="20"/>
        </w:rPr>
        <w:t>35:27  reach barh jaye gi har aurat mard ki reach barh jaye gi is ki is ka pohnch pohnch</w:t>
      </w:r>
      <w:r>
        <w:br/>
      </w:r>
      <w:r>
        <w:rPr>
          <w:sz w:val="20"/>
        </w:rPr>
        <w:t>35:35  aalmi ho jaye gi jaisa ke is waqt hai kaisa ajeeb yeh moqa khola hai Allah rab ul alameen</w:t>
      </w:r>
      <w:r>
        <w:br/>
      </w:r>
      <w:r>
        <w:rPr>
          <w:sz w:val="20"/>
        </w:rPr>
        <w:t>35:43  ne hamare liye ke hum jahan hain wohi rehte hue</w:t>
      </w:r>
      <w:r>
        <w:br/>
      </w:r>
      <w:r>
        <w:rPr>
          <w:sz w:val="20"/>
        </w:rPr>
        <w:t>35:50  unhein universal dawat ka part ban sakte hain hum jahan bhi hain kahin bhi hon wohi aap universal</w:t>
      </w:r>
      <w:r>
        <w:br/>
      </w:r>
      <w:r>
        <w:rPr>
          <w:sz w:val="20"/>
        </w:rPr>
        <w:t>35:58  dawat ka part ban sakte hain kyunke printing press ka daur hai mobile ka daur hai computer ka</w:t>
      </w:r>
      <w:r>
        <w:br/>
      </w:r>
      <w:r>
        <w:rPr>
          <w:sz w:val="20"/>
        </w:rPr>
        <w:t>36:05  daur hai conference ka daur hai log yahan se wahan ja rahe hain is ka daur hai to</w:t>
      </w:r>
      <w:r>
        <w:br/>
      </w:r>
      <w:r>
        <w:rPr>
          <w:sz w:val="20"/>
        </w:rPr>
        <w:t>36:13  aap kahin bhi hon</w:t>
      </w:r>
      <w:r>
        <w:br/>
      </w:r>
      <w:r>
        <w:rPr>
          <w:sz w:val="20"/>
        </w:rPr>
        <w:t>36:21  aap universal dawat work ka part ban sakte hain to is zamane mein sab se bari zaroorat jo</w:t>
      </w:r>
      <w:r>
        <w:br/>
      </w:r>
      <w:r>
        <w:rPr>
          <w:sz w:val="20"/>
        </w:rPr>
        <w:t>36:29  hai woh yeh hai ke Quran ke manne walon ko aware kiya jaye aware un ki unawareness ko</w:t>
      </w:r>
      <w:r>
        <w:br/>
      </w:r>
      <w:r>
        <w:rPr>
          <w:sz w:val="20"/>
        </w:rPr>
        <w:t>36:37  tora jaye Quran ke jo peeru hain jo Quran ke followers hain un ki unawareness ko tora jaye</w:t>
      </w:r>
      <w:r>
        <w:br/>
      </w:r>
      <w:r>
        <w:rPr>
          <w:sz w:val="20"/>
        </w:rPr>
        <w:t>36:45  un ko ba khabar banaya jaye</w:t>
      </w:r>
    </w:p>
    <w:p>
      <w:pPr>
        <w:pStyle w:val="Heading2"/>
      </w:pPr>
      <w:r>
        <w:t>Moses spiritual experience not real</w:t>
      </w:r>
    </w:p>
    <w:p>
      <w:r>
        <w:rPr>
          <w:color w:val="666666"/>
          <w:sz w:val="18"/>
        </w:rPr>
        <w:t>Reason and Reality I August 20, 2006 Maulana Wahiduddin Khan · 1m 08s · at 1:32:43 · https://youtu.be/yRGfOhOukS8?t=5563</w:t>
      </w:r>
    </w:p>
    <w:p>
      <w:r>
        <w:rPr>
          <w:i/>
        </w:rPr>
        <w:t>“Woh spiritual experience nahi tha.”</w:t>
      </w:r>
    </w:p>
    <w:p>
      <w:r>
        <w:rPr>
          <w:sz w:val="20"/>
        </w:rPr>
        <w:t>1:32:43  woh spiritual experience nahin tha jaisa ke maine arz kiya hai.</w:t>
      </w:r>
      <w:r>
        <w:br/>
      </w:r>
      <w:r>
        <w:rPr>
          <w:sz w:val="20"/>
        </w:rPr>
        <w:t>1:32:48  mountain toor par jo hua, woh spiritual experience nahin tha kyunke woh to dekha hi nahin.</w:t>
      </w:r>
      <w:r>
        <w:br/>
      </w:r>
      <w:r>
        <w:rPr>
          <w:sz w:val="20"/>
        </w:rPr>
        <w:t>1:32:52  unhon ne woh to faint ho gaye, woh to behosh ho gaye.</w:t>
      </w:r>
      <w:r>
        <w:br/>
      </w:r>
      <w:r>
        <w:rPr>
          <w:sz w:val="20"/>
        </w:rPr>
        <w:t>1:32:56  faqr musa siqa, woh gir pade aur behosh ho gaye.</w:t>
      </w:r>
      <w:r>
        <w:br/>
      </w:r>
      <w:r>
        <w:rPr>
          <w:sz w:val="20"/>
        </w:rPr>
        <w:t>1:33:00  to kuch to dekha to hai nahin.</w:t>
      </w:r>
      <w:r>
        <w:br/>
      </w:r>
      <w:r>
        <w:rPr>
          <w:sz w:val="20"/>
        </w:rPr>
        <w:t>1:33:01  unhon ne to woh woh that was not</w:t>
      </w:r>
      <w:r>
        <w:br/>
      </w:r>
      <w:r>
        <w:rPr>
          <w:sz w:val="20"/>
        </w:rPr>
        <w:t>1:33:08  a spiritual experience.</w:t>
      </w:r>
      <w:r>
        <w:br/>
      </w:r>
      <w:r>
        <w:rPr>
          <w:sz w:val="20"/>
        </w:rPr>
        <w:t>1:33:10  that was simply a demonstration</w:t>
      </w:r>
      <w:r>
        <w:br/>
      </w:r>
      <w:r>
        <w:rPr>
          <w:sz w:val="20"/>
        </w:rPr>
        <w:t>1:33:13  ke khuda ko tum dekh nahin sakte.</w:t>
      </w:r>
      <w:r>
        <w:br/>
      </w:r>
      <w:r>
        <w:rPr>
          <w:sz w:val="20"/>
        </w:rPr>
        <w:t>1:33:15  yeh batane ke liye tha woh.</w:t>
      </w:r>
      <w:r>
        <w:br/>
      </w:r>
      <w:r>
        <w:rPr>
          <w:sz w:val="20"/>
        </w:rPr>
        <w:t>1:33:17  baqi spiritual experience jo un ka tha, woh wahi tha jo hamara aap ka hai.</w:t>
      </w:r>
      <w:r>
        <w:br/>
      </w:r>
      <w:r>
        <w:rPr>
          <w:sz w:val="20"/>
        </w:rPr>
        <w:t>1:33:21  hum khuda ki kitab padhen, khuda ki duniya is par sochen, is par tabassum karen.</w:t>
      </w:r>
      <w:r>
        <w:br/>
      </w:r>
      <w:r>
        <w:rPr>
          <w:sz w:val="20"/>
        </w:rPr>
        <w:t>1:33:28  yahi sab source hai spirituality ka.</w:t>
      </w:r>
      <w:r>
        <w:br/>
      </w:r>
      <w:r>
        <w:rPr>
          <w:sz w:val="20"/>
        </w:rPr>
        <w:t>1:33:30  un ke liye bhi tha, hamare liye bhi hai.</w:t>
      </w:r>
      <w:r>
        <w:br/>
      </w:r>
      <w:r>
        <w:rPr>
          <w:sz w:val="20"/>
        </w:rPr>
        <w:t>1:33:34  jahan tak mein samjhau.</w:t>
      </w:r>
      <w:r>
        <w:br/>
      </w:r>
      <w:r>
        <w:rPr>
          <w:sz w:val="20"/>
        </w:rPr>
        <w:t>1:33:38  das question is from raziya.</w:t>
      </w:r>
      <w:r>
        <w:br/>
      </w:r>
      <w:r>
        <w:rPr>
          <w:sz w:val="20"/>
        </w:rPr>
        <w:t>1:33:41  What is the fate of such people who die seeking paradise in this world and have not spent</w:t>
      </w:r>
      <w:r>
        <w:br/>
      </w:r>
      <w:r>
        <w:rPr>
          <w:sz w:val="20"/>
        </w:rPr>
        <w:t>1:33:47  their life is per the divine law?</w:t>
      </w:r>
      <w:r>
        <w:br/>
      </w:r>
      <w:r>
        <w:rPr>
          <w:sz w:val="20"/>
        </w:rPr>
        <w:t>1:33:51  kya phir se padhiye? What is the fate of such people who die seeking paradise in this world and have not spent life as per the divine law? Will their plea of being unaware be accepted by God?</w:t>
      </w:r>
    </w:p>
    <w:p>
      <w:pPr>
        <w:pStyle w:val="Heading2"/>
      </w:pPr>
      <w:r>
        <w:t>two worlds: this temporary life, eternal paradise</w:t>
      </w:r>
    </w:p>
    <w:p>
      <w:r>
        <w:rPr>
          <w:color w:val="666666"/>
          <w:sz w:val="18"/>
        </w:rPr>
        <w:t>Introduction to Paradise December 18, 2022 · 1m 52s · at 3:56 · https://youtu.be/82pHJMz7OHs?t=236</w:t>
      </w:r>
    </w:p>
    <w:p>
      <w:r>
        <w:rPr>
          <w:i/>
        </w:rPr>
        <w:t>“Man's age is limited, so God made a second, eternal world”</w:t>
      </w:r>
    </w:p>
    <w:p>
      <w:r>
        <w:rPr>
          <w:sz w:val="20"/>
        </w:rPr>
        <w:t>3:56  to is duniya mein insaan ki umr bhi la-mehud hai, bimari hai, budhapa hai, maut hai. to insaan jo hai, marifat ka jo yeh safar hai, wah tay nahi kar pata. to is wajah se Allah taala ne insaan ke liye do daur banaye. ek to daur yeh hai, jo hum is duniya mein guzarte hain 60 saal, 70 saal, 80 saal. yahi ismein hamara aadha waqt to hamara doosre kaamon mein guzar</w:t>
      </w:r>
      <w:r>
        <w:br/>
      </w:r>
      <w:r>
        <w:rPr>
          <w:sz w:val="20"/>
        </w:rPr>
        <w:t>4:25  jata hai. bahut hi kam, humko 10-20 saal hi mushkil se milte hain. to ismein hum Khuda ke jo kalimat hain, Khuda ki jo sifaat hain, uska hum nahi discover kar sakte. kyunki bahut zyada hain. Quran mein aaya hai ki agar tamaam darakht qalam bana diye jaayen aur tamaam samundar ki siyahi bana di jaaye, aur aur utne hi darakht aur hon aur utne hi samundar aur hon, tab bhi Khuda ke kalimat khatm nahi h</w:t>
      </w:r>
      <w:r>
        <w:br/>
      </w:r>
      <w:r>
        <w:rPr>
          <w:sz w:val="20"/>
        </w:rPr>
        <w:t>4:54  onge. to ab aap samajh sakte hain ki is mahdood umr mein hum Khuda ki marifat kaise haasil kar sakte hain. to isliye Allah taala ne ek doosri duniya banai, aur wah hai Paradise. wah ek mukammal,</w:t>
      </w:r>
      <w:r>
        <w:br/>
      </w:r>
      <w:r>
        <w:rPr>
          <w:sz w:val="20"/>
        </w:rPr>
        <w:t>5:09  eternal world hai, perfect world hai. to yeh jaise yeh duniya aarzi hai, to wah abdi duniya hai. aur yeh duniya jo hai, imperfect hai, wah perfect hai. to</w:t>
      </w:r>
      <w:r>
        <w:br/>
      </w:r>
      <w:r>
        <w:rPr>
          <w:sz w:val="20"/>
        </w:rPr>
        <w:t>5:21  hamari marifat ka safar shuru ho jayega isi duniya mein, lekin uska takmeel jo hai, wah aakhiri duniya mein, jo aakhirat mein hoga. kyunki wah la-tanaahi hai. jaise Maulana kehte the ki yeh jannat yeh nahi hai ki sirf hum sofe par baithe rahenge aur khate-peete rahenge, balki marifat ke safar ke liye jannat banai gayi hai. wahan par insaanon ko har tarah ki madad</w:t>
      </w:r>
    </w:p>
    <w:p>
      <w:pPr>
        <w:pStyle w:val="Heading2"/>
      </w:pPr>
      <w:r>
        <w:t>Religion is not for blessings</w:t>
      </w:r>
    </w:p>
    <w:p>
      <w:r>
        <w:rPr>
          <w:color w:val="666666"/>
          <w:sz w:val="18"/>
        </w:rPr>
        <w:t>Man &amp; the Religion  31 7 08 · 30s · at 12:06 · https://youtu.be/3mQBCB_ZU78?t=726</w:t>
      </w:r>
    </w:p>
    <w:p>
      <w:r>
        <w:rPr>
          <w:i/>
        </w:rPr>
        <w:t>“Mazhab aashirbaad ke liye nahi hai”</w:t>
      </w:r>
    </w:p>
    <w:p>
      <w:r>
        <w:rPr>
          <w:sz w:val="20"/>
        </w:rPr>
        <w:t>12:06  Yeh baat sab ke sochne ki hai. Aur isko ek, isko hamein correction karna hai logon ke mind ka, correction ke mazhab ashishbad ke liye nahi hai. Mazhab barkat ke liye nahi hai. Hargiz nahi. Mazhab jo hai is liye hai ke aap apne paida karne wale ko acknowledge karen, uska etraf karen.</w:t>
      </w:r>
    </w:p>
    <w:p>
      <w:pPr>
        <w:pStyle w:val="Heading2"/>
      </w:pPr>
      <w:r>
        <w:t>Impossible to be always positive</w:t>
      </w:r>
    </w:p>
    <w:p>
      <w:r>
        <w:rPr>
          <w:color w:val="666666"/>
          <w:sz w:val="18"/>
        </w:rPr>
        <w:t>Dars-e-Quran, Chapter 2, Verse 25 | November 19, 2017 | Maulana Wahiduddin Khan · 1m 01s · at 46:12 · https://youtu.be/ctvrG32NCgA?t=2772</w:t>
      </w:r>
    </w:p>
    <w:p>
      <w:r>
        <w:rPr>
          <w:i/>
        </w:rPr>
        <w:t>“In this world it is impossible to be positive every moment.”</w:t>
      </w:r>
    </w:p>
    <w:p>
      <w:r>
        <w:rPr>
          <w:sz w:val="20"/>
        </w:rPr>
        <w:t>46:12  hundred percent positive all the time." maulana, how can i overcome this? dekhiye, jis duniya mein hum</w:t>
      </w:r>
      <w:r>
        <w:br/>
      </w:r>
      <w:r>
        <w:rPr>
          <w:sz w:val="20"/>
        </w:rPr>
        <w:t>46:28  rehte hain, wahan yeh impossible hai ke har lamha, har second aap positive rahein.</w:t>
      </w:r>
      <w:r>
        <w:br/>
      </w:r>
      <w:r>
        <w:rPr>
          <w:sz w:val="20"/>
        </w:rPr>
        <w:t>46:43  zaroor kuch na kuch aisa hoga jo aap ke mind ko disturb karega. it is but natural. lekin sab se aham baat yeh hai ke negativity ka bhi ek positive role hai. sab se aham baat yeh hai ke jab hum ko gussa aa jaye, jab hum negative ho jayein, jab hum disturb ho jayein, hamara</w:t>
      </w:r>
    </w:p>
    <w:p>
      <w:pPr>
        <w:pStyle w:val="Heading2"/>
      </w:pPr>
      <w:r>
        <w:t>Personal experiment to discover what hunger truly feels like</w:t>
      </w:r>
    </w:p>
    <w:p>
      <w:r>
        <w:rPr>
          <w:color w:val="666666"/>
          <w:sz w:val="18"/>
        </w:rPr>
        <w:t>Right Thinking, February 10, 2008 · 2m 53s · at 1:24:07 · https://youtu.be/12Qqn67uhSU?t=5047</w:t>
      </w:r>
    </w:p>
    <w:p>
      <w:r>
        <w:rPr>
          <w:i/>
        </w:rPr>
        <w:t>“Bhook kya cheez hai? Isko maine ek baar”</w:t>
      </w:r>
    </w:p>
    <w:p>
      <w:r>
        <w:rPr>
          <w:sz w:val="20"/>
        </w:rPr>
        <w:t>1:24:07  ab main to ek bachpan se mera mizaj khuda ne aisa bana diya tha ke main har cheez ko khud discover karoon. yani bhook kya cheez hai?</w:t>
      </w:r>
      <w:r>
        <w:br/>
      </w:r>
      <w:r>
        <w:rPr>
          <w:sz w:val="20"/>
        </w:rPr>
        <w:t>1:24:17  is ko main ne ek baar main gaya tha south train se, kai din ka safar tha train mein, to main socha ke janoon ke bhook kya cheez hai.</w:t>
      </w:r>
      <w:r>
        <w:br/>
      </w:r>
      <w:r>
        <w:rPr>
          <w:sz w:val="20"/>
        </w:rPr>
        <w:t>1:24:29  to meri jeb mein paisa tha aur main khana chhod diya, breakfast nahi liya, lunch nahi liya, dinner nahi liya.</w:t>
      </w:r>
      <w:r>
        <w:br/>
      </w:r>
      <w:r>
        <w:rPr>
          <w:sz w:val="20"/>
        </w:rPr>
        <w:t>1:24:40  ab agla din jo aaya, woh to bohat ziyada bhook lagi. to train ek station par ruki jahan canteen hota tha, platform par to log jaane lage.</w:t>
      </w:r>
      <w:r>
        <w:br/>
      </w:r>
      <w:r>
        <w:rPr>
          <w:sz w:val="20"/>
        </w:rPr>
        <w:t>1:24:51  to main bhi utra. to jante hain, wahan jab main pahuncha canteen mein, log kursioun par baithe hue the, to main kisi kursi par baithne laga.</w:t>
      </w:r>
      <w:r>
        <w:br/>
      </w:r>
      <w:r>
        <w:rPr>
          <w:sz w:val="20"/>
        </w:rPr>
        <w:t>1:25:03  already aadmi baitha hua tha kursi par, woh main hi baithne laga.</w:t>
      </w:r>
      <w:r>
        <w:br/>
      </w:r>
      <w:r>
        <w:rPr>
          <w:sz w:val="20"/>
        </w:rPr>
        <w:t>1:25:10  to kuch dikhai nahi de raha tha, meri aankhon par itna chhaya hua tha.</w:t>
      </w:r>
      <w:r>
        <w:br/>
      </w:r>
      <w:r>
        <w:rPr>
          <w:sz w:val="20"/>
        </w:rPr>
        <w:t>1:25:14  agle din main bangalore pahuncha, to bangalore mein jab chal raha tha, bangalore city mein, main to ek aadmi ne meri peeth par haath rakha. main peeche dekh mud ke dekha to main us ko pehchanta nahi tha.</w:t>
      </w:r>
      <w:r>
        <w:br/>
      </w:r>
      <w:r>
        <w:rPr>
          <w:sz w:val="20"/>
        </w:rPr>
        <w:t>1:25:25  main ne kaha, "aap kaun hain?" to unhon ne kaha ke "main is canteen mein tha jahan aap ko hum ne dekha tha ke aap bhari seat par baith rahe the." to unhon ne jante hain kya kaha?</w:t>
      </w:r>
      <w:r>
        <w:br/>
      </w:r>
      <w:r>
        <w:rPr>
          <w:sz w:val="20"/>
        </w:rPr>
        <w:t>1:25:37  "hum logon ne samjha ke yeh aadmi piye hue hain."</w:t>
      </w:r>
      <w:r>
        <w:br/>
      </w:r>
      <w:r>
        <w:rPr>
          <w:sz w:val="20"/>
        </w:rPr>
        <w:t>1:25:43  is tarah se main ne discover kiya ke faqa kya cheez hoti hai, bhook kya cheez hoti hai. to ab log to discover karte nahi, jo suna hua maan liya, jo suna hua maan liya.</w:t>
      </w:r>
      <w:r>
        <w:br/>
      </w:r>
      <w:r>
        <w:rPr>
          <w:sz w:val="20"/>
        </w:rPr>
        <w:t>1:25:51  to ab main kya karoon? inhi se poochhiye in logon se ke "tum ne khud ko nahi socha,</w:t>
      </w:r>
      <w:r>
        <w:br/>
      </w:r>
      <w:r>
        <w:rPr>
          <w:sz w:val="20"/>
        </w:rPr>
        <w:t>1:25:57  khud ko ne tum ne is ko discover karne ki koshish ki, jo suna us ko kyun maan liya?"</w:t>
      </w:r>
      <w:r>
        <w:br/>
      </w:r>
      <w:r>
        <w:rPr>
          <w:sz w:val="20"/>
        </w:rPr>
        <w:t>1:26:05  yeh woh woh woh batayenge. main apne baray mein keh sakta hoon ke main ne har cheez ko discover karne ke liye deewangi ki had tak apne aap ko daal diya.</w:t>
      </w:r>
      <w:r>
        <w:br/>
      </w:r>
      <w:r>
        <w:rPr>
          <w:sz w:val="20"/>
        </w:rPr>
        <w:t>1:26:18  har har cheez ko main khud se discover karne ke liye ek lambi kahani hai, kaise kaise main ne</w:t>
      </w:r>
      <w:r>
        <w:br/>
      </w:r>
      <w:r>
        <w:rPr>
          <w:sz w:val="20"/>
        </w:rPr>
        <w:t>1:26:25  is ke liye kya kiya. ek bolta hai, "paidal chalne ka tajurba main ne kiya." sab chala ja raha hoon, chala ja raha hoon, chala ja raha hoon.</w:t>
      </w:r>
      <w:r>
        <w:br/>
      </w:r>
      <w:r>
        <w:rPr>
          <w:sz w:val="20"/>
        </w:rPr>
        <w:t>1:26:34  aap taajub karenge, mere paon mein chhaale pad gaye. main ek shair padhta tha: "chala hai shauq be khabar, janoob mein janiye kidhar, na koi manzil safar, na qaid kuch maqam ki." aur chala ja raha tha,</w:t>
      </w:r>
      <w:r>
        <w:br/>
      </w:r>
      <w:r>
        <w:rPr>
          <w:sz w:val="20"/>
        </w:rPr>
        <w:t>1:26:50  paon mein chhaale pad gaye. aur phir kaise kaise main pahuncha, is ki bhi lambi kahani hai. to ab logon ne discovery ki koshish nahi ki, to woh nahi be khabar reh gaye.</w:t>
      </w:r>
    </w:p>
    <w:p>
      <w:pPr>
        <w:pStyle w:val="Heading2"/>
      </w:pPr>
      <w:r>
        <w:t>one-line definition of what causes stress</w:t>
      </w:r>
    </w:p>
    <w:p>
      <w:r>
        <w:rPr>
          <w:color w:val="666666"/>
          <w:sz w:val="18"/>
        </w:rPr>
        <w:t>Stress and Spirituality January 1, 2012 · 23s · at 4:16 · https://youtu.be/TPhXL9-g6ME?t=256</w:t>
      </w:r>
    </w:p>
    <w:p>
      <w:r>
        <w:rPr>
          <w:i/>
        </w:rPr>
        <w:t>“Stress is a result of difference between aspiration and reality”</w:t>
      </w:r>
    </w:p>
    <w:p>
      <w:r>
        <w:rPr>
          <w:sz w:val="20"/>
        </w:rPr>
        <w:t>4:16  stress is a result of difference between aspiration and reality.</w:t>
      </w:r>
      <w:r>
        <w:br/>
      </w:r>
      <w:r>
        <w:rPr>
          <w:sz w:val="20"/>
        </w:rPr>
        <w:t>4:23  yaani yeh zehni tanav hai, woh is liye hota hai ke hamari khwahishein zyada hain aur jo haqeeqat mein hum paate hain woh kam hota hai.</w:t>
      </w:r>
      <w:r>
        <w:br/>
      </w:r>
      <w:r>
        <w:rPr>
          <w:sz w:val="20"/>
        </w:rPr>
        <w:t>4:35  isi contradiction ke result ka naam hai stress.</w:t>
      </w:r>
    </w:p>
    <w:p>
      <w:pPr>
        <w:pStyle w:val="Heading2"/>
      </w:pPr>
      <w:r>
        <w:t>Firm roots mean no one can remove you</w:t>
      </w:r>
    </w:p>
    <w:p>
      <w:r>
        <w:rPr>
          <w:color w:val="666666"/>
          <w:sz w:val="18"/>
        </w:rPr>
        <w:t>Mumin is Like A Tree April 11, 2007 · 42s · at 8:08 · https://youtu.be/wfkqgwkgQzs?t=488</w:t>
      </w:r>
    </w:p>
    <w:p>
      <w:r>
        <w:rPr>
          <w:i/>
        </w:rPr>
        <w:t>“No man can remove it. So is the case of a believer”</w:t>
      </w:r>
    </w:p>
    <w:p>
      <w:r>
        <w:rPr>
          <w:sz w:val="20"/>
        </w:rPr>
        <w:t>8:08  this kind of firm roots it means that it is completely, it has completely consolidated its existence.</w:t>
      </w:r>
      <w:r>
        <w:br/>
      </w:r>
      <w:r>
        <w:rPr>
          <w:sz w:val="20"/>
        </w:rPr>
        <w:t>8:23  no man can remove it. so is the case of a believer</w:t>
      </w:r>
      <w:r>
        <w:br/>
      </w:r>
      <w:r>
        <w:rPr>
          <w:sz w:val="20"/>
        </w:rPr>
        <w:t>8:30  . believer also moves and act, but first of all he tries to consolidate itself in the earth, in its ground.</w:t>
      </w:r>
    </w:p>
    <w:p>
      <w:pPr>
        <w:pStyle w:val="Heading2"/>
      </w:pPr>
      <w:r>
        <w:t>Maulana's own confession of losing deep remembrance</w:t>
      </w:r>
    </w:p>
    <w:p>
      <w:r>
        <w:rPr>
          <w:color w:val="666666"/>
          <w:sz w:val="18"/>
        </w:rPr>
        <w:t>Love of God October 04, 2009 · 55s · at 17:33 · https://youtu.be/JKCfgvpoX5s?t=1053</w:t>
      </w:r>
    </w:p>
    <w:p>
      <w:r>
        <w:rPr>
          <w:i/>
        </w:rPr>
        <w:t>“دو تین دن سے مجھے اللہ کی گہری یاد نہیں آ رہی تھی”</w:t>
      </w:r>
    </w:p>
    <w:p>
      <w:r>
        <w:rPr>
          <w:sz w:val="20"/>
        </w:rPr>
        <w:t>17:33  mein apnay baray mein batata hoon, do teen din se mein Allah ki tarah ki gehri yaad nahi aa rahi thi, gehri yaad nahi aa rahi thi.</w:t>
      </w:r>
      <w:r>
        <w:br/>
      </w:r>
      <w:r>
        <w:rPr>
          <w:sz w:val="20"/>
        </w:rPr>
        <w:t>17:44  mein bohat pareshan tha,</w:t>
      </w:r>
      <w:r>
        <w:br/>
      </w:r>
      <w:r>
        <w:rPr>
          <w:sz w:val="20"/>
        </w:rPr>
        <w:t>17:48  woh ayat jo dil ko tarpaye, jo aankhon se aansu bhar ke bahay, woh yaad. to aaj subah mein utha, fajar se pehlay mein ne namaz parhi,</w:t>
      </w:r>
      <w:r>
        <w:br/>
      </w:r>
      <w:r>
        <w:rPr>
          <w:sz w:val="20"/>
        </w:rPr>
        <w:t>18:01  mein ne kaha: "Ae Khudaaya!</w:t>
      </w:r>
      <w:r>
        <w:br/>
      </w:r>
      <w:r>
        <w:rPr>
          <w:sz w:val="20"/>
        </w:rPr>
        <w:t>18:03  kya tu mujhe chhod dega?</w:t>
      </w:r>
      <w:r>
        <w:br/>
      </w:r>
      <w:r>
        <w:rPr>
          <w:sz w:val="20"/>
        </w:rPr>
        <w:t>18:18  to phir woh wapas aa gaya, woh kaifiyat phir wapas aa gai.</w:t>
      </w:r>
    </w:p>
    <w:p>
      <w:pPr>
        <w:pStyle w:val="Heading2"/>
      </w:pPr>
      <w:r>
        <w:t>Khrushchev's rocket found no God — a flawed claim</w:t>
      </w:r>
    </w:p>
    <w:p>
      <w:r>
        <w:rPr>
          <w:color w:val="666666"/>
          <w:sz w:val="18"/>
        </w:rPr>
        <w:t>Final Role of Prophetic Mission June 1, 2008 · 52s · at 24:39 · https://youtu.be/JDqiRm5Jbm8?t=1479</w:t>
      </w:r>
    </w:p>
    <w:p>
      <w:r>
        <w:rPr>
          <w:i/>
        </w:rPr>
        <w:t>“Khrushchev said his rocket saw no God in space”</w:t>
      </w:r>
    </w:p>
    <w:p>
      <w:r>
        <w:rPr>
          <w:sz w:val="20"/>
        </w:rPr>
        <w:t>24:39  isi tarah se aap ko maloom hoga ke Khrushchev jo prime minister bana tha Russia ka, yani communist Russia ka, to 1957 mein Russia ne pehla rocket bheja tha space mein,</w:t>
      </w:r>
      <w:r>
        <w:br/>
      </w:r>
      <w:r>
        <w:rPr>
          <w:sz w:val="20"/>
        </w:rPr>
        <w:t>24:55  jis ka naam hota tha Sputnik. Sputnik pehla rocket tha jo upar gaya aur chand ke gird wo us ne wo ghuma, ghoom kar ke wapas aaya,</w:t>
      </w:r>
      <w:r>
        <w:br/>
      </w:r>
      <w:r>
        <w:rPr>
          <w:sz w:val="20"/>
        </w:rPr>
        <w:t>25:08  photo li hai us ne. to Khrushchev ne us waqt kaha tha ke hamara rocket space mein door tak gaya aur aur telescope ke us mein fit thi, kahin khuda dikhai nahi diya.</w:t>
      </w:r>
      <w:r>
        <w:br/>
      </w:r>
      <w:r>
        <w:rPr>
          <w:sz w:val="20"/>
        </w:rPr>
        <w:t>25:20  to khuda khuda kuch bhi nahi hai. yeh baat hai ab se, yani 51 years pehle ki, yani 1957 ki.</w:t>
      </w:r>
    </w:p>
    <w:p>
      <w:pPr>
        <w:pStyle w:val="Heading2"/>
      </w:pPr>
      <w:r>
        <w:t>Eliminating desires through dua and effort</w:t>
      </w:r>
    </w:p>
    <w:p>
      <w:r>
        <w:rPr>
          <w:color w:val="666666"/>
          <w:sz w:val="18"/>
        </w:rPr>
        <w:t>Realization of God in the Age of Science March 1, 2020 Maulana Wahiduddin Khan · 1m 11s · at 34:51 · https://youtu.be/duUnwicq5Yw?t=2091</w:t>
      </w:r>
    </w:p>
    <w:p>
      <w:r>
        <w:rPr>
          <w:i/>
        </w:rPr>
        <w:t>“Moulana, I love your talk today.”</w:t>
      </w:r>
    </w:p>
    <w:p>
      <w:r>
        <w:rPr>
          <w:sz w:val="20"/>
        </w:rPr>
        <w:t>34:51  these desires keep distracting us from the remembrance of God. my question is: how can we eliminate these desires and come to the level of simple living?"</w:t>
      </w:r>
      <w:r>
        <w:br/>
      </w:r>
      <w:r>
        <w:rPr>
          <w:sz w:val="20"/>
        </w:rPr>
        <w:t>35:11  mein baat yahi samajhta hoon ke aadmi apni taraf se</w:t>
      </w:r>
      <w:r>
        <w:br/>
      </w:r>
      <w:r>
        <w:rPr>
          <w:sz w:val="20"/>
        </w:rPr>
        <w:t>35:22  saari koshish kara le</w:t>
      </w:r>
      <w:r>
        <w:br/>
      </w:r>
      <w:r>
        <w:rPr>
          <w:sz w:val="20"/>
        </w:rPr>
        <w:t>35:27  aur phir is ke baad woh dua kare. aoozu billah!</w:t>
      </w:r>
      <w:r>
        <w:br/>
      </w:r>
      <w:r>
        <w:rPr>
          <w:sz w:val="20"/>
        </w:rPr>
        <w:t>35:39  dua</w:t>
      </w:r>
      <w:r>
        <w:br/>
      </w:r>
      <w:r>
        <w:rPr>
          <w:sz w:val="20"/>
        </w:rPr>
        <w:t>35:43  aur koshish dono jab ek jagah ho jayen to is ke baad zaroor yeh maqam insaan ko mil jata hai.</w:t>
      </w:r>
    </w:p>
    <w:p>
      <w:pPr>
        <w:pStyle w:val="Heading2"/>
      </w:pPr>
      <w:r>
        <w:t>Lessons from the good tree and honeybee</w:t>
      </w:r>
    </w:p>
    <w:p>
      <w:r>
        <w:rPr>
          <w:color w:val="666666"/>
          <w:sz w:val="18"/>
        </w:rPr>
        <w:t>The Discovery of God IIC Prog (CPS Members talk) November 2, 2019 · 2m 58s · at 28:41 · https://youtu.be/hsBwCnNHLvw?t=1721</w:t>
      </w:r>
    </w:p>
    <w:p>
      <w:r>
        <w:rPr>
          <w:i/>
        </w:rPr>
        <w:t>“I want to give an allegorical reference from the Quran”</w:t>
      </w:r>
    </w:p>
    <w:p>
      <w:r>
        <w:rPr>
          <w:sz w:val="20"/>
        </w:rPr>
        <w:t>28:41  And I want to give an allegorical reference from the Quran. It's a beautiful reference. Personally, I like this reference a lot. It's full of wisdom.</w:t>
      </w:r>
      <w:r>
        <w:br/>
      </w:r>
      <w:r>
        <w:rPr>
          <w:sz w:val="20"/>
        </w:rPr>
        <w:t>28:50  It's in Chapter 14, Verse 24 to 25. The Quran says, "Have you not considered how God sets forth a parable of a good word like a good tree?"</w:t>
      </w:r>
      <w:r>
        <w:br/>
      </w:r>
      <w:r>
        <w:rPr>
          <w:sz w:val="20"/>
        </w:rPr>
        <w:t>29:03  Its root is firm, and its branches are in the sk</w:t>
      </w:r>
      <w:r>
        <w:br/>
      </w:r>
      <w:r>
        <w:rPr>
          <w:sz w:val="20"/>
        </w:rPr>
        <w:t>29:07  y. It yields its fruit each season with its Lord's permission." God makes such comparisons for people in order that they may reflect.</w:t>
      </w:r>
      <w:r>
        <w:br/>
      </w:r>
      <w:r>
        <w:rPr>
          <w:sz w:val="20"/>
        </w:rPr>
        <w:t>29:18  So a good man is like a good tree. But why is man being compared to a tree? Because if you look at a tree, it starts with a seed. But then a seed turns into a plant, and then into a stronger tree trunk, and then into branches, and into leaves, and flowers, and fruits.</w:t>
      </w:r>
      <w:r>
        <w:br/>
      </w:r>
      <w:r>
        <w:rPr>
          <w:sz w:val="20"/>
        </w:rPr>
        <w:t>29:35  So what we learn from here is that just as the tree is transforming physically, men and women must develop the same qualities in terms of morality.</w:t>
      </w:r>
      <w:r>
        <w:br/>
      </w:r>
      <w:r>
        <w:rPr>
          <w:sz w:val="20"/>
        </w:rPr>
        <w:t>29:46  Every human being should be stronger like a tree trunk. His character should be as vibrant as leaves. He should be as fruitful to the society.</w:t>
      </w:r>
      <w:r>
        <w:br/>
      </w:r>
      <w:r>
        <w:rPr>
          <w:sz w:val="20"/>
        </w:rPr>
        <w:t>29:55  And just like, you know, a tree gives oxygen to everyone, similarly, man should provide shelter to his or her fellow being</w:t>
      </w:r>
      <w:r>
        <w:br/>
      </w:r>
      <w:r>
        <w:rPr>
          <w:sz w:val="20"/>
        </w:rPr>
        <w:t>30:03  s. The important thing here is that, you know, a tree is a unilateral member of the world. It's a giver member of the world.</w:t>
      </w:r>
      <w:r>
        <w:br/>
      </w:r>
      <w:r>
        <w:rPr>
          <w:sz w:val="20"/>
        </w:rPr>
        <w:t>30:12  It does not, for example, it gives us free oxygen, but does not send us a bill. So similarly, men and women should live in this society as a giver member of the society.</w:t>
      </w:r>
      <w:r>
        <w:br/>
      </w:r>
      <w:r>
        <w:rPr>
          <w:sz w:val="20"/>
        </w:rPr>
        <w:t>30:23  And that's how the society becomes beautiful.</w:t>
      </w:r>
      <w:r>
        <w:br/>
      </w:r>
      <w:r>
        <w:rPr>
          <w:sz w:val="20"/>
        </w:rPr>
        <w:t>30:26  Here, I want to just add one point that one of the biggest hindrances of personality development or unfolding of one's potential is a negative response to unwanted situations.</w:t>
      </w:r>
      <w:r>
        <w:br/>
      </w:r>
      <w:r>
        <w:rPr>
          <w:sz w:val="20"/>
        </w:rPr>
        <w:t>30:38  We all face negative situations. And these negative situations, if we give a negative response, it obstructs the natural growth of a person</w:t>
      </w:r>
      <w:r>
        <w:br/>
      </w:r>
      <w:r>
        <w:rPr>
          <w:sz w:val="20"/>
        </w:rPr>
        <w:t>30:50  . So the important point is to to leave to live in a society in a manner which does not impact a person.</w:t>
      </w:r>
      <w:r>
        <w:br/>
      </w:r>
      <w:r>
        <w:rPr>
          <w:sz w:val="20"/>
        </w:rPr>
        <w:t>30:59  Now, we get a very good example from nature, from the honeybee. We all know that, you know, a honeybee goes from its hive in search of nectar.</w:t>
      </w:r>
      <w:r>
        <w:br/>
      </w:r>
      <w:r>
        <w:rPr>
          <w:sz w:val="20"/>
        </w:rPr>
        <w:t>31:09  In its journey to the flower, it encompasses a lot of difficulties, including the thorns that are there in the flowers. But it doesn't complain.</w:t>
      </w:r>
      <w:r>
        <w:br/>
      </w:r>
      <w:r>
        <w:rPr>
          <w:sz w:val="20"/>
        </w:rPr>
        <w:t>31:17  It</w:t>
      </w:r>
      <w:r>
        <w:br/>
      </w:r>
      <w:r>
        <w:rPr>
          <w:sz w:val="20"/>
        </w:rPr>
        <w:t>31:18  just goes to the flower, it retrieves its nectar, and it comes back. So the great symbolic lesson that we are getting here from the honeybee is that do not protest, do not complain.</w:t>
      </w:r>
      <w:r>
        <w:br/>
      </w:r>
      <w:r>
        <w:rPr>
          <w:sz w:val="20"/>
        </w:rPr>
        <w:t>31:29  Take what is desirable and leave what is undesirable. This way, you will be able to lead a life which will help in unfolding your potential.</w:t>
      </w:r>
      <w:r>
        <w:br/>
      </w:r>
      <w:r>
        <w:rPr>
          <w:sz w:val="20"/>
        </w:rPr>
        <w:t>31:39  Le</w:t>
      </w:r>
    </w:p>
    <w:p>
      <w:pPr>
        <w:pStyle w:val="Heading2"/>
      </w:pPr>
      <w:r>
        <w:t>Adam's repentance as the model for Muslims today</w:t>
      </w:r>
    </w:p>
    <w:p>
      <w:r>
        <w:rPr>
          <w:color w:val="666666"/>
          <w:sz w:val="18"/>
        </w:rPr>
        <w:t>Between Hell and Paradise January 27, 2013 Maulana Wahiduddin Khan · 1m 42s · at 50:53 · https://youtu.be/kYx7-0xQpXA?t=3053</w:t>
      </w:r>
    </w:p>
    <w:p>
      <w:r>
        <w:rPr>
          <w:i/>
        </w:rPr>
        <w:t>“Jab Adam aur Hawwa zalim ban gaye, unhe repentance aaya”</w:t>
      </w:r>
    </w:p>
    <w:p>
      <w:r>
        <w:rPr>
          <w:sz w:val="20"/>
        </w:rPr>
        <w:t>50:53  lekin is mein doosra pehlu yeh hai ke jab america, jab adam aur hawa zalim ban gaye to un ko repentance aaya.</w:t>
      </w:r>
      <w:r>
        <w:br/>
      </w:r>
      <w:r>
        <w:rPr>
          <w:sz w:val="20"/>
        </w:rPr>
        <w:t>51:06  repentance aaya, woh rone lage, allah se maafii maangne lage. to allah taala ne un ko ek ek dua ki talqeen ki.</w:t>
      </w:r>
      <w:r>
        <w:br/>
      </w:r>
      <w:r>
        <w:rPr>
          <w:sz w:val="20"/>
        </w:rPr>
        <w:t>51:16  quran mein bataya gaya hai:</w:t>
      </w:r>
      <w:r>
        <w:br/>
      </w:r>
      <w:r>
        <w:rPr>
          <w:sz w:val="20"/>
        </w:rPr>
        <w:t>51:18  "rabbana zalamna anfusana walam taghfir lana watarhamna link naml khasireen". yeh tasniya ka seigha hai, yaani hum dono ne, aye allah, hum dono ne, woh adam aur hawa ne ghalti ki, hum ko maaf kar de.</w:t>
      </w:r>
      <w:r>
        <w:br/>
      </w:r>
      <w:r>
        <w:rPr>
          <w:sz w:val="20"/>
        </w:rPr>
        <w:t>51:34  yahi waqt tha is musalmanon ka. is waqt</w:t>
      </w:r>
      <w:r>
        <w:br/>
      </w:r>
      <w:r>
        <w:rPr>
          <w:sz w:val="20"/>
        </w:rPr>
        <w:t>51:37  saari duniya ke musalmanon ko hazrat adam ki sunnat ko amal karna hai. saari duniya ke musalman, chahe falasteen ke hon, chahe kashmir ke hon, chahe bosnia ke hon, chahe chechnya ke hon, chahe is ke hon ya wasat ke hon, waqt aa gaya hai ke sab log hazrat adam ki sunnat ko dohraen.</w:t>
      </w:r>
      <w:r>
        <w:br/>
      </w:r>
      <w:r>
        <w:rPr>
          <w:sz w:val="20"/>
        </w:rPr>
        <w:t>51:55  kahein ke: "khudaya, hum ne ghalti ki, hum jhooti ladai mein phanse rahe, hum se ghalti hui ke hum itna zyada tum ne de rakha tha hum ko, us ko hum ne bhula diya".</w:t>
      </w:r>
      <w:r>
        <w:br/>
      </w:r>
      <w:r>
        <w:rPr>
          <w:sz w:val="20"/>
        </w:rPr>
        <w:t>52:05  chand ek item jo nahi mile thay, usi ko focus kar diya. yeh hamara zulm tha, hamein allah maaf kar de. hum nayi planning karte hain aur naye dhang se apni apna sargarmian chalayen ge.</w:t>
      </w:r>
      <w:r>
        <w:br/>
      </w:r>
      <w:r>
        <w:rPr>
          <w:sz w:val="20"/>
        </w:rPr>
        <w:t>52:23  yahi wahid cheez hai jis ko musalmanon ko kam amal karna parega, nahi to tabahi, tabahi duniya mein bhi to aakhirat tabahi hai.</w:t>
      </w:r>
    </w:p>
    <w:p>
      <w:pPr>
        <w:pStyle w:val="Heading2"/>
      </w:pPr>
      <w:r>
        <w:t>The caller has strongest faith in God</w:t>
      </w:r>
    </w:p>
    <w:p>
      <w:r>
        <w:rPr>
          <w:color w:val="666666"/>
          <w:sz w:val="18"/>
        </w:rPr>
        <w:t>The Existence of God 2 Feb 2020 - Maulana Wahiduddin Khan · 29s · at 1:03 · https://youtu.be/aXxkHtbysm4?t=63</w:t>
      </w:r>
    </w:p>
    <w:p>
      <w:r>
        <w:rPr>
          <w:i/>
        </w:rPr>
        <w:t>“Allah Rabb al-‘alameen par sab se zyada yaqeen karne wala”</w:t>
      </w:r>
    </w:p>
    <w:p>
      <w:r>
        <w:rPr>
          <w:sz w:val="20"/>
        </w:rPr>
        <w:t>1:03  allah rab alameen par sab se zyada yaqeen karne wala woh hota hai jo dai, sachai ka dai hota hai.</w:t>
      </w:r>
      <w:r>
        <w:br/>
      </w:r>
      <w:r>
        <w:rPr>
          <w:sz w:val="20"/>
        </w:rPr>
        <w:t>1:19  sachai ka dai. aisa kyu hota hai? is liye ke jo dai hai</w:t>
      </w:r>
    </w:p>
    <w:p>
      <w:pPr>
        <w:pStyle w:val="Heading2"/>
      </w:pPr>
      <w:r>
        <w:t>counting prayers and Quran completions misses the point</w:t>
      </w:r>
    </w:p>
    <w:p>
      <w:r>
        <w:rPr>
          <w:color w:val="666666"/>
          <w:sz w:val="18"/>
        </w:rPr>
        <w:t>CPS Women Article Discussion 19 May 14, 2023 · 53s · at 19:18 · https://youtu.be/IF_kPOoba7s?t=1158</w:t>
      </w:r>
    </w:p>
    <w:p>
      <w:r>
        <w:rPr>
          <w:i/>
        </w:rPr>
        <w:t>“बाहरी form या inner spirit से compare कर सकते हैं”</w:t>
      </w:r>
    </w:p>
    <w:p>
      <w:r>
        <w:rPr>
          <w:sz w:val="20"/>
        </w:rPr>
        <w:t>19:18  to doosre lafzon mein hum use bahari form ya inner spirit se compare kar sakte hain. jaise aap log bhi sab keh rahe hain. to Maulana ne hamare dimaghon mein yeh baat bahut clear kar di hai.</w:t>
      </w:r>
      <w:r>
        <w:br/>
      </w:r>
      <w:r>
        <w:rPr>
          <w:sz w:val="20"/>
        </w:rPr>
        <w:t>19:31  to jab hum chemi aati ya quantitative tarike se ya zahiri tarike se dekhte hain ki humne kitni</w:t>
      </w:r>
      <w:r>
        <w:br/>
      </w:r>
      <w:r>
        <w:rPr>
          <w:sz w:val="20"/>
        </w:rPr>
        <w:t>19:41  naflen padhni, kitne sipparein khatm kar liye bagair samjhe hue kitni baar yeh padh liya, kitni baar woh</w:t>
      </w:r>
      <w:r>
        <w:br/>
      </w:r>
      <w:r>
        <w:rPr>
          <w:sz w:val="20"/>
        </w:rPr>
        <w:t>19:51  padh liya to usko hum aasani se naap toal sakte hain ki humne kya kya kar liya inner</w:t>
      </w:r>
      <w:r>
        <w:br/>
      </w:r>
      <w:r>
        <w:rPr>
          <w:sz w:val="20"/>
        </w:rPr>
        <w:t>20:01  spirit ke hisab se veen ki practices ko hum</w:t>
      </w:r>
      <w:r>
        <w:br/>
      </w:r>
      <w:r>
        <w:rPr>
          <w:sz w:val="20"/>
        </w:rPr>
        <w:t>20:11  to use napra toalna hamesha insaan ko fikr rehti hai ki Allah jab khauf rehta hai, dar lagta hai ki hum aur achhe amal karen aur kuch aur achhe amal karne ki tayyari karte rahen. to woh ekdam se hum gaafil nahin ho jaate.</w:t>
      </w:r>
    </w:p>
    <w:p>
      <w:pPr>
        <w:pStyle w:val="Heading2"/>
      </w:pPr>
      <w:r>
        <w:t>Communication age and knowledge sharing across cultures</w:t>
      </w:r>
    </w:p>
    <w:p>
      <w:r>
        <w:rPr>
          <w:color w:val="666666"/>
          <w:sz w:val="18"/>
        </w:rPr>
        <w:t>The Concept of Akhirat March 12, 2006 Maulana Wahiduddin Khan · 4m 56s · at 0:54 · https://youtu.be/elZCVSWN1I0?t=54</w:t>
      </w:r>
    </w:p>
    <w:p>
      <w:r>
        <w:rPr>
          <w:i/>
        </w:rPr>
        <w:t>“Yeh zamana ta'amul ka zamana hai, mukaalime ka zamana hai”</w:t>
      </w:r>
    </w:p>
    <w:p>
      <w:r>
        <w:rPr>
          <w:sz w:val="20"/>
        </w:rPr>
        <w:t>0:54  yeh zamana ta'amul ka zamana hai, mukalme ka zamana hai,</w:t>
      </w:r>
      <w:r>
        <w:br/>
      </w:r>
      <w:r>
        <w:rPr>
          <w:sz w:val="20"/>
        </w:rPr>
        <w:t>1:07  behas o mubahashe ka zamana hai, ek doosre ko samajhne ka zamana hai.</w:t>
      </w:r>
      <w:r>
        <w:br/>
      </w:r>
      <w:r>
        <w:rPr>
          <w:sz w:val="20"/>
        </w:rPr>
        <w:t>1:16  aap jante hain ke hazaron saal se dunya mein koi bara taraqqiyati amal nahi ho raha tha.</w:t>
      </w:r>
      <w:r>
        <w:br/>
      </w:r>
      <w:r>
        <w:rPr>
          <w:sz w:val="20"/>
        </w:rPr>
        <w:t>1:25  yeh taraqqiyati amal jo aaj aap dekhte hain, woh kaise hua?</w:t>
      </w:r>
      <w:r>
        <w:br/>
      </w:r>
      <w:r>
        <w:rPr>
          <w:sz w:val="20"/>
        </w:rPr>
        <w:t>1:34  yeh hua jab mawaslat ka zamana aaya.</w:t>
      </w:r>
      <w:r>
        <w:br/>
      </w:r>
      <w:r>
        <w:rPr>
          <w:sz w:val="20"/>
        </w:rPr>
        <w:t>1:41  ek scholar ne wazeh taur par kaha hai ke "our age is the age of communication".</w:t>
      </w:r>
      <w:r>
        <w:br/>
      </w:r>
      <w:r>
        <w:rPr>
          <w:sz w:val="20"/>
        </w:rPr>
        <w:t>1:51  is se pehle mawaslat nahi tha, is liye koi bara taraqqiyati amal bhi pichli tareekh mein nahi hua.</w:t>
      </w:r>
      <w:r>
        <w:br/>
      </w:r>
      <w:r>
        <w:rPr>
          <w:sz w:val="20"/>
        </w:rPr>
        <w:t>2:06  mawaslat ke aane se</w:t>
      </w:r>
      <w:r>
        <w:br/>
      </w:r>
      <w:r>
        <w:rPr>
          <w:sz w:val="20"/>
        </w:rPr>
        <w:t>2:10  ek baat to yeh hui ke seekhne ka amal bohat barh gaya. har ek ke paas kuch hota hai hissa dalne ke liye, kuch bantne ke liye.</w:t>
      </w:r>
      <w:r>
        <w:br/>
      </w:r>
      <w:r>
        <w:rPr>
          <w:sz w:val="20"/>
        </w:rPr>
        <w:t>2:25  lekin pehle yeh amal bohat mehdood had tak hota tha.</w:t>
      </w:r>
      <w:r>
        <w:br/>
      </w:r>
      <w:r>
        <w:rPr>
          <w:sz w:val="20"/>
        </w:rPr>
        <w:t>2:33  lekin jab mawaslat ka zamana aaya to yeh bantne ka amal jo hai, insani society mein be had had tak barh gaya.</w:t>
      </w:r>
      <w:r>
        <w:br/>
      </w:r>
      <w:r>
        <w:rPr>
          <w:sz w:val="20"/>
        </w:rPr>
        <w:t>2:50  so yeh tamam tar taraqqiyati amal is bantne ke amal ki wajah se hain.</w:t>
      </w:r>
      <w:r>
        <w:br/>
      </w:r>
      <w:r>
        <w:rPr>
          <w:sz w:val="20"/>
        </w:rPr>
        <w:t>2:56  ek doosre se seekhna.</w:t>
      </w:r>
      <w:r>
        <w:br/>
      </w:r>
      <w:r>
        <w:rPr>
          <w:sz w:val="20"/>
        </w:rPr>
        <w:t>3:02  jaise ke yahan jo jantr mantr mein aap ne dekha hoga, ek ajeeb dhang ki imaraten khari hui hain.</w:t>
      </w:r>
      <w:r>
        <w:br/>
      </w:r>
      <w:r>
        <w:rPr>
          <w:sz w:val="20"/>
        </w:rPr>
        <w:t>3:11  woh kya hai? woh pehle zamane ke observatory theen. woh observatory kaise bani?</w:t>
      </w:r>
      <w:r>
        <w:br/>
      </w:r>
      <w:r>
        <w:rPr>
          <w:sz w:val="20"/>
        </w:rPr>
        <w:t>3:21  woh baghdad ke model par banai gai.</w:t>
      </w:r>
      <w:r>
        <w:br/>
      </w:r>
      <w:r>
        <w:rPr>
          <w:sz w:val="20"/>
        </w:rPr>
        <w:t>3:27  baghdad mein</w:t>
      </w:r>
      <w:r>
        <w:br/>
      </w:r>
      <w:r>
        <w:rPr>
          <w:sz w:val="20"/>
        </w:rPr>
        <w:t>3:31  wahan ke muslim science-danon ne</w:t>
      </w:r>
      <w:r>
        <w:br/>
      </w:r>
      <w:r>
        <w:rPr>
          <w:sz w:val="20"/>
        </w:rPr>
        <w:t>3:39  observatory banai jis se woh khala ko mushahida kar saken. Yani sitaron ki harkat ko, suraj chand ko.</w:t>
      </w:r>
      <w:r>
        <w:br/>
      </w:r>
      <w:r>
        <w:rPr>
          <w:sz w:val="20"/>
        </w:rPr>
        <w:t>3:49  toh isi observatory ke model par India mein Jantar Mantar road par observatory banai gai.</w:t>
      </w:r>
      <w:r>
        <w:br/>
      </w:r>
      <w:r>
        <w:rPr>
          <w:sz w:val="20"/>
        </w:rPr>
        <w:t>3:59  yeh gaya Baghdad se ilm aaya India mein. Is tarah se India se ilm gaya Baghdad mein.</w:t>
      </w:r>
      <w:r>
        <w:br/>
      </w:r>
      <w:r>
        <w:rPr>
          <w:sz w:val="20"/>
        </w:rPr>
        <w:t>4:09  woh kaise? Baghdad ke khalifa ko maloom hua ke India mein ek pandit hai jis ne ek kitab likhi hai</w:t>
      </w:r>
      <w:r>
        <w:br/>
      </w:r>
      <w:r>
        <w:rPr>
          <w:sz w:val="20"/>
        </w:rPr>
        <w:t>4:23  jis mein is ne ginti karne ko aasan kar diya hai. Pehle zamane mein ginti karna bohat mushkil tha.</w:t>
      </w:r>
      <w:r>
        <w:br/>
      </w:r>
      <w:r>
        <w:rPr>
          <w:sz w:val="20"/>
        </w:rPr>
        <w:t>4:36  unhon ne, India ke ek pandit ne yeh nikala ke ek par shafar laga do toh das ban gaya. Ek aur shafar barha do toh sau ho gaya.</w:t>
      </w:r>
      <w:r>
        <w:br/>
      </w:r>
      <w:r>
        <w:rPr>
          <w:sz w:val="20"/>
        </w:rPr>
        <w:t>4:45  ek aur shafar barha do toh hazar ho gaya.</w:t>
      </w:r>
      <w:r>
        <w:br/>
      </w:r>
      <w:r>
        <w:rPr>
          <w:sz w:val="20"/>
        </w:rPr>
        <w:t>4:50  yeh un ko pata chala toh unhon ne apna aadmi bheja, us ne Sanskrit seekhi, us kitab ko us ne liya aur us ka tarjuma kiya Arabi zaban mein.</w:t>
      </w:r>
      <w:r>
        <w:br/>
      </w:r>
      <w:r>
        <w:rPr>
          <w:sz w:val="20"/>
        </w:rPr>
        <w:t>5:00  toh agarchay yeh</w:t>
      </w:r>
      <w:r>
        <w:br/>
      </w:r>
      <w:r>
        <w:rPr>
          <w:sz w:val="20"/>
        </w:rPr>
        <w:t>5:05  Indian numerals thay, lekin aam taur par unhein Arabi numerals kaha jata hai. Kyun? Kyun ke mutarif karne ka kaam Arabon ne kiya.</w:t>
      </w:r>
      <w:r>
        <w:br/>
      </w:r>
      <w:r>
        <w:rPr>
          <w:sz w:val="20"/>
        </w:rPr>
        <w:t>5:21  aur is ke baad bohat, yani science mein taraqqi is waqt tak nahi ho rahi thi jab tak ke ginti ka tareeqa yeh daryaft nahi hua tha.</w:t>
      </w:r>
      <w:r>
        <w:br/>
      </w:r>
      <w:r>
        <w:rPr>
          <w:sz w:val="20"/>
        </w:rPr>
        <w:t>5:33  ab computer age mein ginti ke aur tareeqay taraqqi kar ke ban gaye hain.</w:t>
      </w:r>
      <w:r>
        <w:br/>
      </w:r>
      <w:r>
        <w:rPr>
          <w:sz w:val="20"/>
        </w:rPr>
        <w:t>5:37  toh behal main yeh keh raha hoon ke yeh bantnay ka amal, yani India se seekha Arab ne, Arab se seekha India ne. Ab yeh bantnay ka amal bohat barh gaya hai.</w:t>
      </w:r>
    </w:p>
    <w:p>
      <w:pPr>
        <w:pStyle w:val="Heading2"/>
      </w:pPr>
      <w:r>
        <w:t>Rishikesh conference: hadiths win over Hindu audience</w:t>
      </w:r>
    </w:p>
    <w:p>
      <w:r>
        <w:rPr>
          <w:color w:val="666666"/>
          <w:sz w:val="18"/>
        </w:rPr>
        <w:t>Islam in Daily Life December 26, 2010 · 4m 01s · at 5:05 · https://youtu.be/H0VYpUX3q3Q?t=305</w:t>
      </w:r>
    </w:p>
    <w:p>
      <w:r>
        <w:rPr>
          <w:i/>
        </w:rPr>
        <w:t>“Iske baad doosra experience jo kehna chahta hoon”</w:t>
      </w:r>
    </w:p>
    <w:p>
      <w:r>
        <w:rPr>
          <w:sz w:val="20"/>
        </w:rPr>
        <w:t>5:05  iske baad doosra experience main jo kehna chahta hoon, main gaya wahan</w:t>
      </w:r>
      <w:r>
        <w:br/>
      </w:r>
      <w:r>
        <w:rPr>
          <w:sz w:val="20"/>
        </w:rPr>
        <w:t>5:14  rishikesh. rishikesh mein bhi ek conference thi jo hindu logon ne ki thi. to wahan mujhe bulaya gaya tha.</w:t>
      </w:r>
      <w:r>
        <w:br/>
      </w:r>
      <w:r>
        <w:rPr>
          <w:sz w:val="20"/>
        </w:rPr>
        <w:t>5:27  wahan bhi mujhe islam par batana tha.</w:t>
      </w:r>
      <w:r>
        <w:br/>
      </w:r>
      <w:r>
        <w:rPr>
          <w:sz w:val="20"/>
        </w:rPr>
        <w:t>5:32  to mainne kuch waqe at ya kuch hadith batain wahan par</w:t>
      </w:r>
      <w:r>
        <w:br/>
      </w:r>
      <w:r>
        <w:rPr>
          <w:sz w:val="20"/>
        </w:rPr>
        <w:t>5:39  . maslan yeh bataya mainne keh profit of islam ne kaha keh:</w:t>
      </w:r>
      <w:r>
        <w:br/>
      </w:r>
      <w:r>
        <w:rPr>
          <w:sz w:val="20"/>
        </w:rPr>
        <w:t>5:48  "المسلم منسلم الناس بال لسان و يديه".</w:t>
      </w:r>
      <w:r>
        <w:br/>
      </w:r>
      <w:r>
        <w:rPr>
          <w:sz w:val="20"/>
        </w:rPr>
        <w:t>5:55  "AtrueMuslimisone by whose handsandtonguepeople are safe."</w:t>
      </w:r>
      <w:r>
        <w:br/>
      </w:r>
      <w:r>
        <w:rPr>
          <w:sz w:val="20"/>
        </w:rPr>
        <w:t>6:01  yani sachaa momin woh hai jo is tarah rahe society mein keh logon ko is se takleef na pahunche, na is ke haath se, na is ki zabaan se.</w:t>
      </w:r>
      <w:r>
        <w:br/>
      </w:r>
      <w:r>
        <w:rPr>
          <w:sz w:val="20"/>
        </w:rPr>
        <w:t>6:16  ya no problem person par kar rahe hain.</w:t>
      </w:r>
      <w:r>
        <w:br/>
      </w:r>
      <w:r>
        <w:rPr>
          <w:sz w:val="20"/>
        </w:rPr>
        <w:t>6:20  phir ek aur hadith hai, ab mainne lekar bataya keh dekhen, islam mein sirf do tareeqe jo hain, woh accepted hain.</w:t>
      </w:r>
      <w:r>
        <w:br/>
      </w:r>
      <w:r>
        <w:rPr>
          <w:sz w:val="20"/>
        </w:rPr>
        <w:t>6:33  baqi jo hai, woh galat hai.</w:t>
      </w:r>
      <w:r>
        <w:br/>
      </w:r>
      <w:r>
        <w:rPr>
          <w:sz w:val="20"/>
        </w:rPr>
        <w:t>6:37  ek yeh hai keh aap society mein giver person bankar rahen.</w:t>
      </w:r>
      <w:r>
        <w:br/>
      </w:r>
      <w:r>
        <w:rPr>
          <w:sz w:val="20"/>
        </w:rPr>
        <w:t>6:46  "إ نلم تن فعوا فلاتضرو ا".</w:t>
      </w:r>
      <w:r>
        <w:br/>
      </w:r>
      <w:r>
        <w:rPr>
          <w:sz w:val="20"/>
        </w:rPr>
        <w:t>6:51  yani agar tum logon ko faida na pohanch sako to kam se kam nuqsan na pohanchao. yeh do darjay hain. yani ya to aap give a person bankar raho, ya kam se kam no problem person bankar raho.</w:t>
      </w:r>
      <w:r>
        <w:br/>
      </w:r>
      <w:r>
        <w:rPr>
          <w:sz w:val="20"/>
        </w:rPr>
        <w:t>7:09  kisi ajeeb taleem hai. "in lam tanfa'oo fala tadarru". agar tum doosron ko faida na pohanch sako to kam se kam nuqsan to na pohanchao.</w:t>
      </w:r>
      <w:r>
        <w:br/>
      </w:r>
      <w:r>
        <w:rPr>
          <w:sz w:val="20"/>
        </w:rPr>
        <w:t>7:20  iska matlab yeh hua ke tum samajh ke andar ya to give a person bankar raho, ya no problem person bankar raho.</w:t>
      </w:r>
      <w:r>
        <w:br/>
      </w:r>
      <w:r>
        <w:rPr>
          <w:sz w:val="20"/>
        </w:rPr>
        <w:t>7:35  yeh baatein unko bari ajeeb lagti thin. woh to samajhte hain ke islam naam hai larai jhagde ka.</w:t>
      </w:r>
      <w:r>
        <w:br/>
      </w:r>
      <w:r>
        <w:rPr>
          <w:sz w:val="20"/>
        </w:rPr>
        <w:t>7:45  aisi hi maine ek hadith sunai ke hazrat usman jo teesre caliph the, teesre khaleefa the islam ke, usman bin affan radiallahu anhu</w:t>
      </w:r>
      <w:r>
        <w:br/>
      </w:r>
      <w:r>
        <w:rPr>
          <w:sz w:val="20"/>
        </w:rPr>
        <w:t>7:58  , to unka jo khadim tha, woh kehte hain: "kan yaghtasil kullu yawm marratayn".</w:t>
      </w:r>
      <w:r>
        <w:br/>
      </w:r>
      <w:r>
        <w:rPr>
          <w:sz w:val="20"/>
        </w:rPr>
        <w:t>8:09  yani woh rozana ek baar ya do baar nahate the.</w:t>
      </w:r>
      <w:r>
        <w:br/>
      </w:r>
      <w:r>
        <w:rPr>
          <w:sz w:val="20"/>
        </w:rPr>
        <w:t>8:17  "kan yaghtasil kullu yawm marratayn". woh rozana ek baar ya do baar nahate the. to unko bohat ta'ajjub hua.</w:t>
      </w:r>
      <w:r>
        <w:br/>
      </w:r>
      <w:r>
        <w:rPr>
          <w:sz w:val="20"/>
        </w:rPr>
        <w:t>8:26  kyun ke aap to samajhte the ke musalman sirf juma juma nahata hai. itni safai islam mein hai. is tarah ki baatein huin.</w:t>
      </w:r>
      <w:r>
        <w:br/>
      </w:r>
      <w:r>
        <w:rPr>
          <w:sz w:val="20"/>
        </w:rPr>
        <w:t>8:37  to swami dayanand jo wahan ke yani chairman hain, bohat bara trust hai rishikesh mein, unhon ne kaha ke dekhein, aap hamein ek kitab likh kar dijiye.</w:t>
      </w:r>
      <w:r>
        <w:br/>
      </w:r>
      <w:r>
        <w:rPr>
          <w:sz w:val="20"/>
        </w:rPr>
        <w:t>8:52  iska title unhon ne bataya yahi: "Islam on the life". yeh unka title tha. aur usko hum das zubanon mein chhaap kar dunya bhar mein phailayenge.</w:t>
      </w:r>
    </w:p>
    <w:p>
      <w:pPr>
        <w:pStyle w:val="Heading2"/>
      </w:pPr>
      <w:r>
        <w:t>Hadith definition of a true Muslim</w:t>
      </w:r>
    </w:p>
    <w:p>
      <w:r>
        <w:rPr>
          <w:color w:val="666666"/>
          <w:sz w:val="18"/>
        </w:rPr>
        <w:t>Warning and Punishment May 15, 2008 · 36s · at 52:40 · https://youtu.be/tL3qIGvBuBE?t=3160</w:t>
      </w:r>
    </w:p>
    <w:p>
      <w:r>
        <w:rPr>
          <w:i/>
        </w:rPr>
        <w:t>“Al-Muslimu man salima an-naasu min lisaanihi wa yadihi”</w:t>
      </w:r>
    </w:p>
    <w:p>
      <w:r>
        <w:rPr>
          <w:sz w:val="20"/>
        </w:rPr>
        <w:t>52:40  So toh hamein jo hai apne hath ko bhi control karna hai, apni zuban ko bhi control karna hai. Prophet (PBUH) ne kaha ke Al-Muslim man salima al-nas min lisanihi wa yadihi. A Muslim is one.</w:t>
      </w:r>
      <w:r>
        <w:br/>
      </w:r>
      <w:r>
        <w:rPr>
          <w:sz w:val="20"/>
        </w:rPr>
        <w:t>53:02  ya A true Muslim is one.</w:t>
      </w:r>
      <w:r>
        <w:br/>
      </w:r>
      <w:r>
        <w:rPr>
          <w:sz w:val="20"/>
        </w:rPr>
        <w:t>53:06  A true Muslim is one by whose hands and tongue people are safe.</w:t>
      </w:r>
    </w:p>
    <w:p>
      <w:pPr>
        <w:pStyle w:val="Heading2"/>
      </w:pPr>
      <w:r>
        <w:t>True character is how you treat those who disagree with you</w:t>
      </w:r>
    </w:p>
    <w:p>
      <w:r>
        <w:rPr>
          <w:color w:val="666666"/>
          <w:sz w:val="18"/>
        </w:rPr>
        <w:t>Remembrance Memorial Service Honouring Maulana Wahiduddin Khan - 25 April 2021 · 57s · at 1:00:51 · https://youtu.be/7FuPpaskfBQ?t=3651</w:t>
      </w:r>
    </w:p>
    <w:p>
      <w:r>
        <w:rPr>
          <w:i/>
        </w:rPr>
        <w:t>“If you're kind to those who share your views, that's nothing special”</w:t>
      </w:r>
    </w:p>
    <w:p>
      <w:r>
        <w:rPr>
          <w:sz w:val="20"/>
        </w:rPr>
        <w:t>1:00:51  and i am sure that, you know, they will do extremely well in the coming years. and i would like to just close off with one quote from one of his books.</w:t>
      </w:r>
      <w:r>
        <w:br/>
      </w:r>
      <w:r>
        <w:rPr>
          <w:sz w:val="20"/>
        </w:rPr>
        <w:t>1:01:03  if you are well mended towards those views, towards those who views are similar to yours, you may be said to exhibit a fairly good character.</w:t>
      </w:r>
      <w:r>
        <w:br/>
      </w:r>
      <w:r>
        <w:rPr>
          <w:sz w:val="20"/>
        </w:rPr>
        <w:t>1:01:14  but if you behave properly with those holding divergent views from you or who criticize you, then you deserve to be credited with having an excellent character.</w:t>
      </w:r>
      <w:r>
        <w:br/>
      </w:r>
      <w:r>
        <w:rPr>
          <w:sz w:val="20"/>
        </w:rPr>
        <w:t>1:01:28  so these are the words which Maulana sahib has blessed us with. and as Maria sister has said early that he was a tree. and, and we have his knowledge with us.</w:t>
      </w:r>
      <w:r>
        <w:br/>
      </w:r>
      <w:r>
        <w:rPr>
          <w:sz w:val="20"/>
        </w:rPr>
        <w:t>1:01:38  we have his treasure trove with us. and, and Professor Farida mem had also said that, you know, that he was in the habit of reading. and he was a living embodiment of reading and writing.</w:t>
      </w:r>
    </w:p>
    <w:p>
      <w:pPr>
        <w:pStyle w:val="Heading2"/>
      </w:pPr>
      <w:r>
        <w:t>Two men, same bars, mud versus stars</w:t>
      </w:r>
    </w:p>
    <w:p>
      <w:r>
        <w:rPr>
          <w:color w:val="666666"/>
          <w:sz w:val="18"/>
        </w:rPr>
        <w:t>Between Hell and Paradise January 27, 2013 Maulana Wahiduddin Khan · 34s · at 31:04 · https://youtu.be/kYx7-0xQpXA?t=1864</w:t>
      </w:r>
    </w:p>
    <w:p>
      <w:r>
        <w:rPr>
          <w:i/>
        </w:rPr>
        <w:t>“Two men looked out through the same prison bars”</w:t>
      </w:r>
    </w:p>
    <w:p>
      <w:r>
        <w:rPr>
          <w:sz w:val="20"/>
        </w:rPr>
        <w:t>31:04  to wahi jo angrezi ki aik line hai, line hai ke "two men shout out of the prison bar". "one shout the mud, the other shout the star".</w:t>
      </w:r>
      <w:r>
        <w:br/>
      </w:r>
      <w:r>
        <w:rPr>
          <w:sz w:val="20"/>
        </w:rPr>
        <w:t>31:14  yani kuch logon ko negative angle dekhne mein, yani un ko khushi milti hai. kuch logon ko positive angle dekhne mein khushi milti hai.</w:t>
      </w:r>
      <w:r>
        <w:br/>
      </w:r>
      <w:r>
        <w:rPr>
          <w:sz w:val="20"/>
        </w:rPr>
        <w:t>31:24  jo cheezon ko negative angle se dekhna jo hai, woh satric ka kaam hai, saturn ka kaam hai. aur positive angle se dekhna yeh iman walon ka kaam hai, farishton ka kaam kaam hai.</w:t>
      </w:r>
    </w:p>
    <w:p>
      <w:pPr>
        <w:pStyle w:val="Heading2"/>
      </w:pPr>
      <w:r>
        <w:t>Paradise defined as the unseen unveiled</w:t>
      </w:r>
    </w:p>
    <w:p>
      <w:r>
        <w:rPr>
          <w:color w:val="666666"/>
          <w:sz w:val="18"/>
        </w:rPr>
        <w:t>The Expression of Faith (Izhar e Deen) September 1, 2013 · 32s · at 7:55 · https://youtu.be/muBDJ8a_8-0?t=475</w:t>
      </w:r>
    </w:p>
    <w:p>
      <w:r>
        <w:rPr>
          <w:i/>
        </w:rPr>
        <w:t>“Jannat ghaib ka parda hatne ka naam hai”</w:t>
      </w:r>
    </w:p>
    <w:p>
      <w:r>
        <w:rPr>
          <w:sz w:val="20"/>
        </w:rPr>
        <w:t>7:55  to maine socha ke jannat is se bohat ziyada azeem hai, jo logon ne samajh samajh rakha hai. jannat dekhiye kya hai?</w:t>
      </w:r>
      <w:r>
        <w:br/>
      </w:r>
      <w:r>
        <w:rPr>
          <w:sz w:val="20"/>
        </w:rPr>
        <w:t>8:06  jannat ghayb ka parda hatne ka naam hai.</w:t>
      </w:r>
      <w:r>
        <w:br/>
      </w:r>
      <w:r>
        <w:rPr>
          <w:sz w:val="20"/>
        </w:rPr>
        <w:t>8:12  abhi hum jo dunya mein hain, to hamare upar ghayb ka parda hai. jo haqeeqat a'la hai, hum se bartar jo haqeeqat hai, beyond space and time jo haqeeqat hai, us se hum bekhabar hain.</w:t>
      </w:r>
    </w:p>
    <w:p>
      <w:pPr>
        <w:pStyle w:val="Heading2"/>
      </w:pPr>
      <w:r>
        <w:t>Only Christians wrote science-and-God books, not Muslims</w:t>
      </w:r>
    </w:p>
    <w:p>
      <w:r>
        <w:rPr>
          <w:color w:val="666666"/>
          <w:sz w:val="18"/>
        </w:rPr>
        <w:t>Realisation of God January 19, 2014 · 2m 54s · at 22:08 · https://youtu.be/uIn3AfDkk6Y?t=1328</w:t>
      </w:r>
    </w:p>
    <w:p>
      <w:r>
        <w:rPr>
          <w:i/>
        </w:rPr>
        <w:t>“No Muslim studies science to find the secrets of God”</w:t>
      </w:r>
    </w:p>
    <w:p>
      <w:r>
        <w:rPr>
          <w:sz w:val="20"/>
        </w:rPr>
        <w:t>22:08  is is is is is is is nigri thought ki wajah se, is nafrat ki wajah se, Al Maghrib ko dushman samajhne ki wajah se unhon ne science ke ko samjha hi nahi.</w:t>
      </w:r>
      <w:r>
        <w:br/>
      </w:r>
      <w:r>
        <w:rPr>
          <w:sz w:val="20"/>
        </w:rPr>
        <w:t>22:21  koi ek bhi musalman nahi jis ne science ko is hesiyat se padha ho. job lene ke liye padhte hain log. jo musalman science ko padhta hai, woh job lene ke liye, dollar kamane ke liye, apni industry lagane ke liye.</w:t>
      </w:r>
      <w:r>
        <w:br/>
      </w:r>
      <w:r>
        <w:rPr>
          <w:sz w:val="20"/>
        </w:rPr>
        <w:t>22:35  koi musalman nahi padhta science ko is liye ke is mein Allah ki marifat ke raaz daryaft kare. koi ek bhi musalman aisa nahi, mere ilm mein nahi. is moamle par kuch kuch gyan kaam kiya toh Christian ne kiya.</w:t>
      </w:r>
      <w:r>
        <w:br/>
      </w:r>
      <w:r>
        <w:rPr>
          <w:sz w:val="20"/>
        </w:rPr>
        <w:t>22:48  Christian ne</w:t>
      </w:r>
      <w:r>
        <w:br/>
      </w:r>
      <w:r>
        <w:rPr>
          <w:sz w:val="20"/>
        </w:rPr>
        <w:t>22:51  kuch kitabein zaroor likhi gayi hain, woh sab Christian ne likhi hain. dekhiye, ek bahut hi zabardast kitaab hai jis mein 50 Christian science danon ke mazameen hain.</w:t>
      </w:r>
      <w:r>
        <w:br/>
      </w:r>
      <w:r>
        <w:rPr>
          <w:sz w:val="20"/>
        </w:rPr>
        <w:t>23:04  is is ka naam hai "Evidence of God in an Expanding Universe".</w:t>
      </w:r>
      <w:r>
        <w:br/>
      </w:r>
      <w:r>
        <w:rPr>
          <w:sz w:val="20"/>
        </w:rPr>
        <w:t>23:10  yeh kitaab pehle chhapi thi French mein, phir woh chhapi English mein. is ka English title yeh hai "Evidence of God in an Expanding Universe".</w:t>
      </w:r>
      <w:r>
        <w:br/>
      </w:r>
      <w:r>
        <w:rPr>
          <w:sz w:val="20"/>
        </w:rPr>
        <w:t>23:20  phir ek Christian ne kitaab likhi, Dr. Chris Morrison ne ek kitaab, is ka title hai "Man Does Not Stand Alone".</w:t>
      </w:r>
      <w:r>
        <w:br/>
      </w:r>
      <w:r>
        <w:rPr>
          <w:sz w:val="20"/>
        </w:rPr>
        <w:t>23:35  toh is kitaab mein agarchay title mein Khuda ka lafz nahi hai, lekin sari kitaab Khudai ke upar hai. "Man Does Not Stand Alone".</w:t>
      </w:r>
      <w:r>
        <w:br/>
      </w:r>
      <w:r>
        <w:rPr>
          <w:sz w:val="20"/>
        </w:rPr>
        <w:t>23:44  is kitaab ka Arabi tarjuma hua hai. Arabi tarjume mein unhon ne Allah ka lafz shamil kar diya hai. Arabi tarjume ka title hai "Allah Yatajalla fi Asr al Ilm".</w:t>
      </w:r>
      <w:r>
        <w:br/>
      </w:r>
      <w:r>
        <w:rPr>
          <w:sz w:val="20"/>
        </w:rPr>
        <w:t>23:56  yeh kisi musalman ki kitaab nahi hai, yeh Christian ki kitaab ka tarjuma hai.</w:t>
      </w:r>
      <w:r>
        <w:br/>
      </w:r>
      <w:r>
        <w:rPr>
          <w:sz w:val="20"/>
        </w:rPr>
        <w:t>24:01  "Allah Yatajalla fi Asr al Ilm". is tarah se Christian logon ne ek aur kitaab chhapi hai jis ka naam hai "Nature and Science Speak About God".</w:t>
      </w:r>
      <w:r>
        <w:br/>
      </w:r>
      <w:r>
        <w:rPr>
          <w:sz w:val="20"/>
        </w:rPr>
        <w:t>24:13  "nature and science speak about god" aur ek bohat hi mashhoor kitaab jo woh bhi ek christian likhi hai, jo jisme hai ke "bible, quran and science".</w:t>
      </w:r>
      <w:r>
        <w:br/>
      </w:r>
      <w:r>
        <w:rPr>
          <w:sz w:val="20"/>
        </w:rPr>
        <w:t>24:28  woh bhi isi mozu par hai. lekin is kitaabon ko yeh likhne wale sab christian hain. musalmanon ne koi is kitaab nahi likhi kyunke woh toh dushman thay.</w:t>
      </w:r>
      <w:r>
        <w:br/>
      </w:r>
      <w:r>
        <w:rPr>
          <w:sz w:val="20"/>
        </w:rPr>
        <w:t>24:38  yaani yeh uloom jahan se mil sakte thay, al maghrib ke haan se, woh toh dushman ban gaye, unse nafrat karne lage, unko society bombing karne lage.</w:t>
      </w:r>
      <w:r>
        <w:br/>
      </w:r>
      <w:r>
        <w:rPr>
          <w:sz w:val="20"/>
        </w:rPr>
        <w:t>24:48  ab mein aap ko chand misalein deta hoon ke kis tarah se in logon ne, yaani maghribi science ne, woh framework diya, woh intellectual base di jis ki roshni mein aap Allah rab ul alameen ko samajh sakein,</w:t>
      </w:r>
    </w:p>
    <w:p>
      <w:pPr>
        <w:pStyle w:val="Heading2"/>
      </w:pPr>
      <w:r>
        <w:t>Suffering as blessing and eternal regret</w:t>
      </w:r>
    </w:p>
    <w:p>
      <w:r>
        <w:rPr>
          <w:color w:val="666666"/>
          <w:sz w:val="18"/>
        </w:rPr>
        <w:t>The Concept of Death in Islam 28 Aug, 2008 - Maulana Wahiduddin Khan · 3m 40s · at 39:23 · https://youtu.be/yv_tTj6lLBY?t=2363</w:t>
      </w:r>
    </w:p>
    <w:p>
      <w:r>
        <w:rPr>
          <w:i/>
        </w:rPr>
        <w:t>“Dekhiye ek log ke andar mein question rehta hai”</w:t>
      </w:r>
    </w:p>
    <w:p>
      <w:r>
        <w:rPr>
          <w:sz w:val="20"/>
        </w:rPr>
        <w:t>39:23  dekhen ek log ke andar mein question rehta hai ke duniya mein takleefen kyun hain bimari kyun hai koi ghareeb kyun hai suffering kyun hai to suffering jo hai mein samajhta hoon ke duniya mein jo suffering hai woh woh blessing hai blessing</w:t>
      </w:r>
      <w:r>
        <w:br/>
      </w:r>
      <w:r>
        <w:rPr>
          <w:sz w:val="20"/>
        </w:rPr>
        <w:t>39:45  safarang blesing hai</w:t>
      </w:r>
      <w:r>
        <w:br/>
      </w:r>
      <w:r>
        <w:rPr>
          <w:sz w:val="20"/>
        </w:rPr>
        <w:t>39:48  kyun blesing hai woh blesing in dis guys hai dunya ki har safring jo hai woh blesing in</w:t>
      </w:r>
      <w:r>
        <w:br/>
      </w:r>
      <w:r>
        <w:rPr>
          <w:sz w:val="20"/>
        </w:rPr>
        <w:t>39:55  dis guys hai kyun</w:t>
      </w:r>
      <w:r>
        <w:br/>
      </w:r>
      <w:r>
        <w:rPr>
          <w:sz w:val="20"/>
        </w:rPr>
        <w:t>39:58  woh pre death</w:t>
      </w:r>
      <w:r>
        <w:br/>
      </w:r>
      <w:r>
        <w:rPr>
          <w:sz w:val="20"/>
        </w:rPr>
        <w:t>40:03  warning hai pre death warning</w:t>
      </w:r>
      <w:r>
        <w:br/>
      </w:r>
      <w:r>
        <w:rPr>
          <w:sz w:val="20"/>
        </w:rPr>
        <w:t>40:08  maut se pehle khuda chahta hai ke aap sochen</w:t>
      </w:r>
      <w:r>
        <w:br/>
      </w:r>
      <w:r>
        <w:rPr>
          <w:sz w:val="20"/>
        </w:rPr>
        <w:t>40:11  maut se pehle khuda chahta hai ke aap paradise ko discover karen</w:t>
      </w:r>
      <w:r>
        <w:br/>
      </w:r>
      <w:r>
        <w:rPr>
          <w:sz w:val="20"/>
        </w:rPr>
        <w:t>40:16  maut se pehle khuda chahta hai ke aap sachai ko jaan len</w:t>
      </w:r>
      <w:r>
        <w:br/>
      </w:r>
      <w:r>
        <w:rPr>
          <w:sz w:val="20"/>
        </w:rPr>
        <w:t>40:21  taake achaanak jab maut ke baad aap ko woh dunya saamne aaye jo aanay wali hai</w:t>
      </w:r>
      <w:r>
        <w:br/>
      </w:r>
      <w:r>
        <w:rPr>
          <w:sz w:val="20"/>
        </w:rPr>
        <w:t>40:27  toh aap ko pachtana na pade</w:t>
      </w:r>
      <w:r>
        <w:br/>
      </w:r>
      <w:r>
        <w:rPr>
          <w:sz w:val="20"/>
        </w:rPr>
        <w:t>40:31  aap</w:t>
      </w:r>
      <w:r>
        <w:br/>
      </w:r>
      <w:r>
        <w:rPr>
          <w:sz w:val="20"/>
        </w:rPr>
        <w:t>40:31  yeh na kahen ke mind was a kaisa missed opportunity ke jo log duniya mein tayar hain na karen yahan jo opportunities hain us ko avail na karen achaanak jab maut ke baad jo nai duniya aaye gi un ke samne jahan hell hoga aur paradise hogi to woh kahen ge ke mind was a case of missed opportunity</w:t>
      </w:r>
      <w:r>
        <w:br/>
      </w:r>
      <w:r>
        <w:rPr>
          <w:sz w:val="20"/>
        </w:rPr>
        <w:t>40:59  main toh kaise mawaqe mujhe diye the khuda ne is ko avail nahi kar saka ab main hamesha</w:t>
      </w:r>
      <w:r>
        <w:br/>
      </w:r>
      <w:r>
        <w:rPr>
          <w:sz w:val="20"/>
        </w:rPr>
        <w:t>41:04  ke liye paradise se mehroom rahoon ga</w:t>
      </w:r>
      <w:r>
        <w:br/>
      </w:r>
      <w:r>
        <w:rPr>
          <w:sz w:val="20"/>
        </w:rPr>
        <w:t>41:09  mind was a case of missed opportunity</w:t>
      </w:r>
      <w:r>
        <w:br/>
      </w:r>
      <w:r>
        <w:rPr>
          <w:sz w:val="20"/>
        </w:rPr>
        <w:t>41:12  is anjaam se bachne ke liye</w:t>
      </w:r>
      <w:r>
        <w:br/>
      </w:r>
      <w:r>
        <w:rPr>
          <w:sz w:val="20"/>
        </w:rPr>
        <w:t>41:17  bible mein hai</w:t>
      </w:r>
      <w:r>
        <w:br/>
      </w:r>
      <w:r>
        <w:rPr>
          <w:sz w:val="20"/>
        </w:rPr>
        <w:t>41:20  ke jo log dunya mein divine law ko follow nahi karenge jo dunya mein apne aap ko</w:t>
      </w:r>
      <w:r>
        <w:br/>
      </w:r>
      <w:r>
        <w:rPr>
          <w:sz w:val="20"/>
        </w:rPr>
        <w:t>41:28  jannat ke liye tayyar nahi karenge toh kya hoga wahan</w:t>
      </w:r>
      <w:r>
        <w:br/>
      </w:r>
      <w:r>
        <w:rPr>
          <w:sz w:val="20"/>
        </w:rPr>
        <w:t>41:34  is mein lafz hai ke aag ki bhatti mein unhein jana padega jahan woh abad tak rote</w:t>
      </w:r>
      <w:r>
        <w:br/>
      </w:r>
      <w:r>
        <w:rPr>
          <w:sz w:val="20"/>
        </w:rPr>
        <w:t>41:41  aur daant peeste rahenge yeh</w:t>
      </w:r>
      <w:r>
        <w:br/>
      </w:r>
      <w:r>
        <w:rPr>
          <w:sz w:val="20"/>
        </w:rPr>
        <w:t>41:44  baibal ka yani alfaaz hain jahan unhein abad tak rona aur danat peesna hoga yani hasrat ek abdi hasrat kitni hai aap sochen kitni zyada dukh hoa admi ko hota hai admi ko jab us ko koi hasrat lahaq ho jaye kaf</w:t>
      </w:r>
      <w:r>
        <w:br/>
      </w:r>
      <w:r>
        <w:rPr>
          <w:sz w:val="20"/>
        </w:rPr>
        <w:t>42:07  mein is moqe ko avail nahi kar saka ek opportunity mere samne aayi thi mein us ko avail nahi kar saka</w:t>
      </w:r>
      <w:r>
        <w:br/>
      </w:r>
      <w:r>
        <w:rPr>
          <w:sz w:val="20"/>
        </w:rPr>
        <w:t>42:16  to yeh pre-death period jo hai woh ek opportunity hai jo log is ko avail na karen is opportunity ko to maut ke baad ki zindagi mein wahi hoga jo Bible mein hai ke abad tak rona aur danat peesna hoga</w:t>
      </w:r>
      <w:r>
        <w:br/>
      </w:r>
      <w:r>
        <w:rPr>
          <w:sz w:val="20"/>
        </w:rPr>
        <w:t>42:33  abad tak rona aur danat peesna hoga to dekhen</w:t>
      </w:r>
    </w:p>
    <w:p>
      <w:pPr>
        <w:pStyle w:val="Heading2"/>
      </w:pPr>
      <w:r>
        <w:t>Meaning of salam in prayer</w:t>
      </w:r>
    </w:p>
    <w:p>
      <w:r>
        <w:rPr>
          <w:color w:val="666666"/>
          <w:sz w:val="18"/>
        </w:rPr>
        <w:t>Ramzan and Quran 22nd July 2012 · 5m 03s · at 53:53 · https://youtu.be/aE9wW4e1bX0?t=3233</w:t>
      </w:r>
    </w:p>
    <w:p>
      <w:r>
        <w:rPr>
          <w:i/>
        </w:rPr>
        <w:t>“اس طرح نماز پڑھتے ہوئے آخر میں آپ کہتے ہیں”</w:t>
      </w:r>
    </w:p>
    <w:p>
      <w:r>
        <w:rPr>
          <w:sz w:val="20"/>
        </w:rPr>
        <w:t>53:53  is tarah namaz parhte hue aakhir mein aap kehte hain, idhar udhar munh pher kar ke Assalam o Alaikum</w:t>
      </w:r>
      <w:r>
        <w:br/>
      </w:r>
      <w:r>
        <w:rPr>
          <w:sz w:val="20"/>
        </w:rPr>
        <w:t>53:59  wa Rahmatullah Assalam o Alaikum wa Rahmatullah.</w:t>
      </w:r>
      <w:r>
        <w:br/>
      </w:r>
      <w:r>
        <w:rPr>
          <w:sz w:val="20"/>
        </w:rPr>
        <w:t>54:06  yani peace be upon you peace be upon you.</w:t>
      </w:r>
      <w:r>
        <w:br/>
      </w:r>
      <w:r>
        <w:rPr>
          <w:sz w:val="20"/>
        </w:rPr>
        <w:t>54:12  kis ko keh rahe hain aap? sare mankind ko munh pherne ka matlab yahi hai ke sare</w:t>
      </w:r>
      <w:r>
        <w:br/>
      </w:r>
      <w:r>
        <w:rPr>
          <w:sz w:val="20"/>
        </w:rPr>
        <w:t>54:19  alam mein jo insaan phailay hue hain, sab ko mein kehta hon ke mere dil mein tumhare liye</w:t>
      </w:r>
      <w:r>
        <w:br/>
      </w:r>
      <w:r>
        <w:rPr>
          <w:sz w:val="20"/>
        </w:rPr>
        <w:t>54:25  sirf peace hai.</w:t>
      </w:r>
      <w:r>
        <w:br/>
      </w:r>
      <w:r>
        <w:rPr>
          <w:sz w:val="20"/>
        </w:rPr>
        <w:t>54:32  yeh hai allazeena fi salati khashi'oon yani jin ki namazon mein yeh sab kaifiyat paida hoti hain, jin</w:t>
      </w:r>
      <w:r>
        <w:br/>
      </w:r>
      <w:r>
        <w:rPr>
          <w:sz w:val="20"/>
        </w:rPr>
        <w:t>54:39  ki namazein un ke liye is qism ki shakhsiyat banane ka zariya hain.</w:t>
      </w:r>
      <w:r>
        <w:br/>
      </w:r>
      <w:r>
        <w:rPr>
          <w:sz w:val="20"/>
        </w:rPr>
        <w:t>54:45  jin ki namaz, jin ki jo jo namaz mein dakhil hote hain, to is ke baad is tarah</w:t>
      </w:r>
      <w:r>
        <w:br/>
      </w:r>
      <w:r>
        <w:rPr>
          <w:sz w:val="20"/>
        </w:rPr>
        <w:t>54:52  ke insaan ban ke ubharte hain.</w:t>
      </w:r>
      <w:r>
        <w:br/>
      </w:r>
      <w:r>
        <w:rPr>
          <w:sz w:val="20"/>
        </w:rPr>
        <w:t>54:58  un ke liye falah hai.</w:t>
      </w:r>
      <w:r>
        <w:br/>
      </w:r>
      <w:r>
        <w:rPr>
          <w:sz w:val="20"/>
        </w:rPr>
        <w:t>55:05  to ek aayat se aap ko kitna bara toofani jazba aaye ga aap ke andar.</w:t>
      </w:r>
      <w:r>
        <w:br/>
      </w:r>
      <w:r>
        <w:rPr>
          <w:sz w:val="20"/>
        </w:rPr>
        <w:t>55:12  qad aflaha al mominoon allazeena fi salatihim khashioon ek aayat se aap ke andar ek shakhsiyat emerge kare gi, ek</w:t>
      </w:r>
      <w:r>
        <w:br/>
      </w:r>
      <w:r>
        <w:rPr>
          <w:sz w:val="20"/>
        </w:rPr>
        <w:t>55:18  nai shakhsiyat, ek ek aap ke andar ek ek inqilabi shakhsiyat paida hogi.</w:t>
      </w:r>
      <w:r>
        <w:br/>
      </w:r>
      <w:r>
        <w:rPr>
          <w:sz w:val="20"/>
        </w:rPr>
        <w:t>55:25  yeh sab kab hoga? jab aap tadabbur ke sath namaz parhen ge, tadabbur ke sath quran parhen ge.</w:t>
      </w:r>
      <w:r>
        <w:br/>
      </w:r>
      <w:r>
        <w:rPr>
          <w:sz w:val="20"/>
        </w:rPr>
        <w:t>55:31  aap lekin tadabbur ka matlab technical tadabbur nahi hai.</w:t>
      </w:r>
      <w:r>
        <w:br/>
      </w:r>
      <w:r>
        <w:rPr>
          <w:sz w:val="20"/>
        </w:rPr>
        <w:t>55:38  aaj kal mein ne jagah jagah logon ko dekha hai, quran ke dars hote hain, lekin is technical</w:t>
      </w:r>
      <w:r>
        <w:br/>
      </w:r>
      <w:r>
        <w:rPr>
          <w:sz w:val="20"/>
        </w:rPr>
        <w:t>55:44  baaton ki khoob bahasein karte hain log.</w:t>
      </w:r>
      <w:r>
        <w:br/>
      </w:r>
      <w:r>
        <w:rPr>
          <w:sz w:val="20"/>
        </w:rPr>
        <w:t>55:51  technical baaton ki yahan se le kar amreeka tak mein ne dekha hai ke jagah jagah quran ke</w:t>
      </w:r>
      <w:r>
        <w:br/>
      </w:r>
      <w:r>
        <w:rPr>
          <w:sz w:val="20"/>
        </w:rPr>
        <w:t>55:58  dars hote hain, aur baith baith kar log bahasein karte hain.</w:t>
      </w:r>
      <w:r>
        <w:br/>
      </w:r>
      <w:r>
        <w:rPr>
          <w:sz w:val="20"/>
        </w:rPr>
        <w:t>56:04  ajeeb o ghareeb patti ki bahasein hain.</w:t>
      </w:r>
      <w:r>
        <w:br/>
      </w:r>
      <w:r>
        <w:rPr>
          <w:sz w:val="20"/>
        </w:rPr>
        <w:t>56:11  is ki mein ne misaal di aap ko.</w:t>
      </w:r>
      <w:r>
        <w:br/>
      </w:r>
      <w:r>
        <w:rPr>
          <w:sz w:val="20"/>
        </w:rPr>
        <w:t>56:17  to aise logon ke baray mein Hazrat Aisha ne kaha tha ke awlaika qarao wa lam yuqrawo unhon ne</w:t>
      </w:r>
      <w:r>
        <w:br/>
      </w:r>
      <w:r>
        <w:rPr>
          <w:sz w:val="20"/>
        </w:rPr>
        <w:t>56:24  quran ko parha, magar unhon ne nahi parha kyunke quran se mila nahi un ko kuch.</w:t>
      </w:r>
      <w:r>
        <w:br/>
      </w:r>
      <w:r>
        <w:rPr>
          <w:sz w:val="20"/>
        </w:rPr>
        <w:t>56:31  jis ko quran se technical baatein milein, us ko quran se kuch nahi mila.</w:t>
      </w:r>
      <w:r>
        <w:br/>
      </w:r>
      <w:r>
        <w:rPr>
          <w:sz w:val="20"/>
        </w:rPr>
        <w:t>56:37  yaad rakhiye, jis ko quran se tazkeer mile, naseehat mile, Allah se ta'alluq mile, self correction mile, us</w:t>
      </w:r>
      <w:r>
        <w:br/>
      </w:r>
      <w:r>
        <w:rPr>
          <w:sz w:val="20"/>
        </w:rPr>
        <w:t>56:44  ko quran se mila.</w:t>
      </w:r>
      <w:r>
        <w:br/>
      </w:r>
      <w:r>
        <w:rPr>
          <w:sz w:val="20"/>
        </w:rPr>
        <w:t>56:50  to Hazrat Aisha ka yeh qaul hai ke awlaika qarao wa lam yuqrawo unhon ne parha, magar unhon ne nahi parha.</w:t>
      </w:r>
      <w:r>
        <w:br/>
      </w:r>
      <w:r>
        <w:rPr>
          <w:sz w:val="20"/>
        </w:rPr>
        <w:t>56:57  yani parh kar bhi unhon ne kuch mila nahi, parh kar bhi unhein woh cheez nahi mili jis</w:t>
      </w:r>
      <w:r>
        <w:br/>
      </w:r>
      <w:r>
        <w:rPr>
          <w:sz w:val="20"/>
        </w:rPr>
        <w:t>57:04  jo ke quran se pana chahiye tha un ko.</w:t>
      </w:r>
      <w:r>
        <w:br/>
      </w:r>
      <w:r>
        <w:rPr>
          <w:sz w:val="20"/>
        </w:rPr>
        <w:t>57:10  to dekhiye, yeh bohat zyada sochiye is baat ko ke ramzan ka mahina kis liye hai? quran ko</w:t>
      </w:r>
      <w:r>
        <w:br/>
      </w:r>
      <w:r>
        <w:rPr>
          <w:sz w:val="20"/>
        </w:rPr>
        <w:t>57:17  ramzan se koi bracket kiya gaya hai.</w:t>
      </w:r>
      <w:r>
        <w:br/>
      </w:r>
      <w:r>
        <w:rPr>
          <w:sz w:val="20"/>
        </w:rPr>
        <w:t>57:23  shahr ramzan allazi unzila fihi al quran yani quran ko ramzan se bracket kiya gaya hai.</w:t>
      </w:r>
      <w:r>
        <w:br/>
      </w:r>
      <w:r>
        <w:rPr>
          <w:sz w:val="20"/>
        </w:rPr>
        <w:t>57:30  to kyun kiya gaya hai? quran ko parhne ka tareeqa kya hai? tadabbur kya hai? fanni tadabbur kya</w:t>
      </w:r>
      <w:r>
        <w:br/>
      </w:r>
      <w:r>
        <w:rPr>
          <w:sz w:val="20"/>
        </w:rPr>
        <w:t>57:36  hai? tazkari tadabbur kya hai? quran ko apni rohani ghiza banana kya hai? aur fanni bahas karna kya</w:t>
      </w:r>
      <w:r>
        <w:br/>
      </w:r>
      <w:r>
        <w:rPr>
          <w:sz w:val="20"/>
        </w:rPr>
        <w:t>57:43  hai? in sab baton ko dhiyan rakhte hue jab aap quran ko padhenge, in sab baton ko</w:t>
      </w:r>
      <w:r>
        <w:br/>
      </w:r>
      <w:r>
        <w:rPr>
          <w:sz w:val="20"/>
        </w:rPr>
        <w:t>57:50  dhiyan rakhte hue jab aap ramzan ka mahina guzarenge, tab ja kar yeh baat hogi ke jo</w:t>
      </w:r>
      <w:r>
        <w:br/>
      </w:r>
      <w:r>
        <w:rPr>
          <w:sz w:val="20"/>
        </w:rPr>
        <w:t>57:56  fazilaten aai hain ramzan ki, woh sab aap ko hasil hon gi.</w:t>
      </w:r>
      <w:r>
        <w:br/>
      </w:r>
      <w:r>
        <w:rPr>
          <w:sz w:val="20"/>
        </w:rPr>
        <w:t>58:03  تو میں یہی کہوں گا کہ بہت زیادہ اپنے شور کو جگائیے، بہت زیادہ intellectual awakening پیدا کیجئے،</w:t>
      </w:r>
      <w:r>
        <w:br/>
      </w:r>
      <w:r>
        <w:rPr>
          <w:sz w:val="20"/>
        </w:rPr>
        <w:t>58:09  bohat ziyada gehrai ke sath cheezon ko dekhiye.</w:t>
      </w:r>
      <w:r>
        <w:br/>
      </w:r>
      <w:r>
        <w:rPr>
          <w:sz w:val="20"/>
        </w:rPr>
        <w:t>58:16  maghfur tareeqe se duniya mein mat rahiye kyunke quran ki ek bohat hi, bohat reminding ayat hai ke</w:t>
      </w:r>
      <w:r>
        <w:br/>
      </w:r>
      <w:r>
        <w:rPr>
          <w:sz w:val="20"/>
        </w:rPr>
        <w:t>58:23  kal nafs za'iqatul maut har insan ko maut ka mazah chakhna hai.</w:t>
      </w:r>
      <w:r>
        <w:br/>
      </w:r>
      <w:r>
        <w:rPr>
          <w:sz w:val="20"/>
        </w:rPr>
        <w:t>58:29  yani hum jee rahe hain to is ka matlab nahi ke hum jeete rahenge.</w:t>
      </w:r>
      <w:r>
        <w:br/>
      </w:r>
      <w:r>
        <w:rPr>
          <w:sz w:val="20"/>
        </w:rPr>
        <w:t>58:36  lazman hum ek din marenge.</w:t>
      </w:r>
      <w:r>
        <w:br/>
      </w:r>
      <w:r>
        <w:rPr>
          <w:sz w:val="20"/>
        </w:rPr>
        <w:t>58:42  مرنے کے بعد کیا ہے؟ eternity کو فیس کرنا ہے۔</w:t>
      </w:r>
      <w:r>
        <w:br/>
      </w:r>
      <w:r>
        <w:rPr>
          <w:sz w:val="20"/>
        </w:rPr>
        <w:t>58:49  kaisi ajeeb baat hai!</w:t>
      </w:r>
      <w:r>
        <w:br/>
      </w:r>
      <w:r>
        <w:rPr>
          <w:sz w:val="20"/>
        </w:rPr>
        <w:t>58:56  موت آتی ہے پوائنٹ آف نو ریٹرن پر۔ اس کے پاس eternity ہے، eternity ہے، eternity ہے۔ یہ مطلب ہے اس آیت کا کہ کل نفس ذائقۃ الموت میں دعا کرتا ہوں کہ اللہ تعالیٰ مجھ کو اور آپ کو صحیح انداز میں توفیق دے کہ ہم صحیح انداز میں رمضان گزاریں، صحیح انداز میں قرآن سے فائدہ اٹھائیں۔ أقول قولي هذا واستغفراللہ لي ولكم أجمعين.</w:t>
      </w:r>
    </w:p>
    <w:p>
      <w:pPr>
        <w:pStyle w:val="Heading2"/>
      </w:pPr>
      <w:r>
        <w:t>Adam's sin and no other planet</w:t>
      </w:r>
    </w:p>
    <w:p>
      <w:r>
        <w:rPr>
          <w:color w:val="666666"/>
          <w:sz w:val="18"/>
        </w:rPr>
        <w:t>The End of Human History | June 11, 2007 · 2m 31s · at 40:12 · https://youtu.be/7-6Bj-77doE?t=2412</w:t>
      </w:r>
    </w:p>
    <w:p>
      <w:r>
        <w:rPr>
          <w:i/>
        </w:rPr>
        <w:t>“Our case is just like Adam.”</w:t>
      </w:r>
    </w:p>
    <w:p>
      <w:r>
        <w:rPr>
          <w:sz w:val="20"/>
        </w:rPr>
        <w:t>40:12  .</w:t>
      </w:r>
      <w:r>
        <w:br/>
      </w:r>
      <w:r>
        <w:rPr>
          <w:sz w:val="20"/>
        </w:rPr>
        <w:t>40:18  aur case is just like Adam.</w:t>
      </w:r>
      <w:r>
        <w:br/>
      </w:r>
      <w:r>
        <w:rPr>
          <w:sz w:val="20"/>
        </w:rPr>
        <w:t>40:24  Adam was told that don't approach to this tree, but he was overpowered by his temptation and</w:t>
      </w:r>
      <w:r>
        <w:br/>
      </w:r>
      <w:r>
        <w:rPr>
          <w:sz w:val="20"/>
        </w:rPr>
        <w:t>40:30  He ate the fruit of that forbidden tree.</w:t>
      </w:r>
      <w:r>
        <w:br/>
      </w:r>
      <w:r>
        <w:rPr>
          <w:sz w:val="20"/>
        </w:rPr>
        <w:t>40:36  Then he was thrown to this earth</w:t>
      </w:r>
      <w:r>
        <w:br/>
      </w:r>
      <w:r>
        <w:rPr>
          <w:sz w:val="20"/>
        </w:rPr>
        <w:t>40:43  . Now, it is very very serious matter. First time, Adam was thrown to this planet earth, but now, if man commit the same sin, if man remitted the same sin, then he will, then he will be that there is no other pl</w:t>
      </w:r>
      <w:r>
        <w:br/>
      </w:r>
      <w:r>
        <w:rPr>
          <w:sz w:val="20"/>
        </w:rPr>
        <w:t>41:13  and earth for him.</w:t>
      </w:r>
      <w:r>
        <w:br/>
      </w:r>
      <w:r>
        <w:rPr>
          <w:sz w:val="20"/>
        </w:rPr>
        <w:t>41:18  Deen there is no other planet earth for him.</w:t>
      </w:r>
      <w:r>
        <w:br/>
      </w:r>
      <w:r>
        <w:rPr>
          <w:sz w:val="20"/>
        </w:rPr>
        <w:t>41:23  The other planet is hell.</w:t>
      </w:r>
      <w:r>
        <w:br/>
      </w:r>
      <w:r>
        <w:rPr>
          <w:sz w:val="20"/>
        </w:rPr>
        <w:t>41:28  Adam committed a sin.</w:t>
      </w:r>
      <w:r>
        <w:br/>
      </w:r>
      <w:r>
        <w:rPr>
          <w:sz w:val="20"/>
        </w:rPr>
        <w:t>41:33  Adam was overpowered by his temptations and he was thrown to this planet Earth.</w:t>
      </w:r>
      <w:r>
        <w:br/>
      </w:r>
      <w:r>
        <w:rPr>
          <w:sz w:val="20"/>
        </w:rPr>
        <w:t>41:38  But now, the generation of</w:t>
      </w:r>
      <w:r>
        <w:br/>
      </w:r>
      <w:r>
        <w:rPr>
          <w:sz w:val="20"/>
        </w:rPr>
        <w:t>41:43  Adam, we all are generation of Adam.</w:t>
      </w:r>
      <w:r>
        <w:br/>
      </w:r>
      <w:r>
        <w:rPr>
          <w:sz w:val="20"/>
        </w:rPr>
        <w:t>41:49  If we committed that kind of sin, if we were overpowered by our temptations, then there is</w:t>
      </w:r>
      <w:r>
        <w:br/>
      </w:r>
      <w:r>
        <w:rPr>
          <w:sz w:val="20"/>
        </w:rPr>
        <w:t>41:55  No other planet Earth for us.</w:t>
      </w:r>
      <w:r>
        <w:br/>
      </w:r>
      <w:r>
        <w:rPr>
          <w:sz w:val="20"/>
        </w:rPr>
        <w:t>42:01  Other world for us is hell.</w:t>
      </w:r>
      <w:r>
        <w:br/>
      </w:r>
      <w:r>
        <w:rPr>
          <w:sz w:val="20"/>
        </w:rPr>
        <w:t>42:07  This is very very serious matter.</w:t>
      </w:r>
      <w:r>
        <w:br/>
      </w:r>
      <w:r>
        <w:rPr>
          <w:sz w:val="20"/>
        </w:rPr>
        <w:t>42:13  Very very dangerous matter.</w:t>
      </w:r>
      <w:r>
        <w:br/>
      </w:r>
      <w:r>
        <w:rPr>
          <w:sz w:val="20"/>
        </w:rPr>
        <w:t>42:19  From this planet Earth, there is no journey towards any other planet.</w:t>
      </w:r>
      <w:r>
        <w:br/>
      </w:r>
      <w:r>
        <w:rPr>
          <w:sz w:val="20"/>
        </w:rPr>
        <w:t>42:25  Adam was forgiven.</w:t>
      </w:r>
      <w:r>
        <w:br/>
      </w:r>
      <w:r>
        <w:rPr>
          <w:sz w:val="20"/>
        </w:rPr>
        <w:t>42:31  But the second sin, but the second sin committed by man will not be forgiven.</w:t>
      </w:r>
      <w:r>
        <w:br/>
      </w:r>
      <w:r>
        <w:rPr>
          <w:sz w:val="20"/>
        </w:rPr>
        <w:t>42:37  Forgiveness, forgiveness was a</w:t>
      </w:r>
    </w:p>
    <w:p>
      <w:pPr>
        <w:pStyle w:val="Heading2"/>
      </w:pPr>
      <w:r>
        <w:t>Duniya aur Aakhirat: avoid wishful thinking</w:t>
      </w:r>
    </w:p>
    <w:p>
      <w:r>
        <w:rPr>
          <w:color w:val="666666"/>
          <w:sz w:val="18"/>
        </w:rPr>
        <w:t>Success in Life And Life Hereafter April 20, 2014 Maulana Wahiduddin Khan · 1m 31s · at 0:39 · https://youtu.be/L2-KYLbot1I?t=39</w:t>
      </w:r>
    </w:p>
    <w:p>
      <w:r>
        <w:rPr>
          <w:i/>
        </w:rPr>
        <w:t>“آج کا ٹاپک ہے دنیا اور آخرت”</w:t>
      </w:r>
    </w:p>
    <w:p>
      <w:r>
        <w:rPr>
          <w:sz w:val="20"/>
        </w:rPr>
        <w:t>0:39  aaj ka topic hai dunya aur akhirat. yani islam ka concept kya hai dunya aur akhirat ki kamyabi ke liye.</w:t>
      </w:r>
      <w:r>
        <w:br/>
      </w:r>
      <w:r>
        <w:rPr>
          <w:sz w:val="20"/>
        </w:rPr>
        <w:t>1:00  yeh bohat hi ahem topic hai kyunke beshtar log wishful thinking mein pade rehte hain.</w:t>
      </w:r>
      <w:r>
        <w:br/>
      </w:r>
      <w:r>
        <w:rPr>
          <w:sz w:val="20"/>
        </w:rPr>
        <w:t>1:11  jisko quran mein kaha gaya hai amani. yani apne zehan se woh ek naqsha bana lete hain.</w:t>
      </w:r>
      <w:r>
        <w:br/>
      </w:r>
      <w:r>
        <w:rPr>
          <w:sz w:val="20"/>
        </w:rPr>
        <w:t>1:22  samajhte hain ke bas is naqshe par chalne se kamyabi mil jayegi. magar yeh baat nahi hai.</w:t>
      </w:r>
      <w:r>
        <w:br/>
      </w:r>
      <w:r>
        <w:rPr>
          <w:sz w:val="20"/>
        </w:rPr>
        <w:t>1:33  humein janna hoga ke khud jo khaliq hai jo rabb al-alameen hai uska naqsha kya hai.</w:t>
      </w:r>
      <w:r>
        <w:br/>
      </w:r>
      <w:r>
        <w:rPr>
          <w:sz w:val="20"/>
        </w:rPr>
        <w:t>1:44  yani wahi jo mein kaha karta hoon ke we have to know the creation plan of god.</w:t>
      </w:r>
      <w:r>
        <w:br/>
      </w:r>
      <w:r>
        <w:rPr>
          <w:sz w:val="20"/>
        </w:rPr>
        <w:t>1:55  toh dono pehluon se aaj mein kuch baatein arz karna chahta hoon. sabse pehle akhirat ke pehlu ko lijiye.</w:t>
      </w:r>
    </w:p>
    <w:p>
      <w:pPr>
        <w:pStyle w:val="Heading2"/>
      </w:pPr>
      <w:r>
        <w:t>Buddhism's cycle of rebirth and desire</w:t>
      </w:r>
    </w:p>
    <w:p>
      <w:r>
        <w:rPr>
          <w:color w:val="666666"/>
          <w:sz w:val="18"/>
        </w:rPr>
        <w:t>A Brief Survey of Six Major Religion January 8, 2012 · 2m 21s · at 17:28 · https://youtu.be/hXe73qNmyfE?t=1048</w:t>
      </w:r>
    </w:p>
    <w:p>
      <w:r>
        <w:rPr>
          <w:i/>
        </w:rPr>
        <w:t>“Doosri misaal leejiye Buddhism ki”</w:t>
      </w:r>
    </w:p>
    <w:p>
      <w:r>
        <w:rPr>
          <w:sz w:val="20"/>
        </w:rPr>
        <w:t>17:28  to is se sara jo tasawwur hai accountability ka woh khatm ho gaya. is tarah se dekhiye, doosra doosri misaal lijiye buddhism ki.</w:t>
      </w:r>
      <w:r>
        <w:br/>
      </w:r>
      <w:r>
        <w:rPr>
          <w:sz w:val="20"/>
        </w:rPr>
        <w:t>17:43  gautam buddh ka zamana jo hai panchvi sadi qabl maseeh ka zamana hai. panchvi sadi before christianity ka zamana hai.</w:t>
      </w:r>
      <w:r>
        <w:br/>
      </w:r>
      <w:r>
        <w:rPr>
          <w:sz w:val="20"/>
        </w:rPr>
        <w:t>17:55  to buddhist ki taleem kya thi haqeeqatan? woh bhi aaj koi iski authentic version iska maujood nahin hai.</w:t>
      </w:r>
      <w:r>
        <w:br/>
      </w:r>
      <w:r>
        <w:rPr>
          <w:sz w:val="20"/>
        </w:rPr>
        <w:t>18:06  lekin ab jo present situation jo hai woh kya hai? woh log mante hain punar janam ko.</w:t>
      </w:r>
      <w:r>
        <w:br/>
      </w:r>
      <w:r>
        <w:rPr>
          <w:sz w:val="20"/>
        </w:rPr>
        <w:t>18:17  punar janam ka matlab yeh hai ke yeh jo hamari zindagi hai aik cycle hai, aa rahe hain ja rahe hain barabar. to insaan in ke nazdeek sab se bari burai jo hai insaan ke andar woh desire ki hai.</w:t>
      </w:r>
      <w:r>
        <w:br/>
      </w:r>
      <w:r>
        <w:rPr>
          <w:sz w:val="20"/>
        </w:rPr>
        <w:t>18:31  to desire ka ko kill karna yahi insaan ka sab se bara kaam hai. to insaan kill nahi kar pata, use phir dobara paida hota hai is duniya mein.</w:t>
      </w:r>
      <w:r>
        <w:br/>
      </w:r>
      <w:r>
        <w:rPr>
          <w:sz w:val="20"/>
        </w:rPr>
        <w:t>18:45  to paida hota rahega lakhon saal tak, yahan tak ke jab apne desire ko kill kar chuka hoga, tab us ke liye nirvaad hai.</w:t>
      </w:r>
      <w:r>
        <w:br/>
      </w:r>
      <w:r>
        <w:rPr>
          <w:sz w:val="20"/>
        </w:rPr>
        <w:t>18:56  abhi bhi kya hai? dekhiye, main samajhta hoon ke sahi mazhab mein to sirf do hi daur tha: aik pre-death period, aik post-death period.</w:t>
      </w:r>
      <w:r>
        <w:br/>
      </w:r>
      <w:r>
        <w:rPr>
          <w:sz w:val="20"/>
        </w:rPr>
        <w:t>19:08  lekin is ko bigaad, yani misinterpretation se kya ban gaya? ke lakhon saal ka aik aik cycle hai jis mein jeena marna, jeena marna laga rahega, yahan tak ke ja kar aik nirvaad hoga.</w:t>
      </w:r>
      <w:r>
        <w:br/>
      </w:r>
      <w:r>
        <w:rPr>
          <w:sz w:val="20"/>
        </w:rPr>
        <w:t>19:22  ab is mein bhi insaan hadaf ho gaya. hamare liye koi incentive nahi raha. kyunke hum se mawra aik aik chal raha hai, aik circle jo pre-predetermined hai.</w:t>
      </w:r>
      <w:r>
        <w:br/>
      </w:r>
      <w:r>
        <w:rPr>
          <w:sz w:val="20"/>
        </w:rPr>
        <w:t>19:36  woh pre-determined hai, is mein hamara koi dakhal nahi.</w:t>
      </w:r>
      <w:r>
        <w:br/>
      </w:r>
      <w:r>
        <w:rPr>
          <w:sz w:val="20"/>
        </w:rPr>
        <w:t>19:42  to yeh bhi aik ajeeb o ghareeb cheez ban gayi.</w:t>
      </w:r>
    </w:p>
    <w:p>
      <w:pPr>
        <w:pStyle w:val="Heading2"/>
      </w:pPr>
      <w:r>
        <w:t>hadith: people are asleep until they die</w:t>
      </w:r>
    </w:p>
    <w:p>
      <w:r>
        <w:rPr>
          <w:color w:val="666666"/>
          <w:sz w:val="18"/>
        </w:rPr>
        <w:t>Death The Final Journey December 29, 2006 · 38s · at 35:00 · https://youtu.be/RL6vMX7Lj1w?t=2100</w:t>
      </w:r>
    </w:p>
    <w:p>
      <w:r>
        <w:rPr>
          <w:i/>
        </w:rPr>
        <w:t>“Log so rahe hain. Jab marenge to phir jagenge.”</w:t>
      </w:r>
    </w:p>
    <w:p>
      <w:r>
        <w:rPr>
          <w:sz w:val="20"/>
        </w:rPr>
        <w:t>35:00  ek hadees hai ke naas al naam agar mautu antabahu is ka matlab kya hai?</w:t>
      </w:r>
      <w:r>
        <w:br/>
      </w:r>
      <w:r>
        <w:rPr>
          <w:sz w:val="20"/>
        </w:rPr>
        <w:t>35:11  ke log soye hue hain.</w:t>
      </w:r>
      <w:r>
        <w:br/>
      </w:r>
      <w:r>
        <w:rPr>
          <w:sz w:val="20"/>
        </w:rPr>
        <w:t>35:17  soye hue hain jab maren ge to phir jaagen ge.</w:t>
      </w:r>
      <w:r>
        <w:br/>
      </w:r>
      <w:r>
        <w:rPr>
          <w:sz w:val="20"/>
        </w:rPr>
        <w:t>35:22  yani people are asleep they will wake they will wake up when they</w:t>
      </w:r>
      <w:r>
        <w:br/>
      </w:r>
      <w:r>
        <w:rPr>
          <w:sz w:val="20"/>
        </w:rPr>
        <w:t>35:35  die is ka matlab kya hai?</w:t>
      </w:r>
    </w:p>
    <w:p>
      <w:pPr>
        <w:pStyle w:val="Heading2"/>
      </w:pPr>
      <w:r>
        <w:t>Dog analogy leads to intellectual awakening importance</w:t>
      </w:r>
    </w:p>
    <w:p>
      <w:r>
        <w:rPr>
          <w:color w:val="666666"/>
          <w:sz w:val="18"/>
        </w:rPr>
        <w:t>The Importance of Intellectual awakening 30 sept, 2007 - Maulana Wahiduddin Khan · 3m 29s · at 1:27 · https://youtu.be/SaIe6RpHEpg?t=87</w:t>
      </w:r>
    </w:p>
    <w:p>
      <w:r>
        <w:rPr>
          <w:i/>
        </w:rPr>
        <w:t>“Dekhiye, abhi main aa raha tha”</w:t>
      </w:r>
    </w:p>
    <w:p>
      <w:r>
        <w:rPr>
          <w:sz w:val="20"/>
        </w:rPr>
        <w:t>1:27  dekhiye, abhi main aa raha tha to rastay mein road par ek dog baitha hua tha, sunlight mein.</w:t>
      </w:r>
      <w:r>
        <w:br/>
      </w:r>
      <w:r>
        <w:rPr>
          <w:sz w:val="20"/>
        </w:rPr>
        <w:t>1:43  woh sunlight, yaani suraj ki garmi le raha tha, bohat itminan se road ke kinare woh leta hua tha.</w:t>
      </w:r>
      <w:r>
        <w:br/>
      </w:r>
      <w:r>
        <w:rPr>
          <w:sz w:val="20"/>
        </w:rPr>
        <w:t>1:55  to main ne socha, yeh sunlight jo hai, suraj ki roshni, suraj ki garmi, ek dog bhi le raha hai aur ek insan bhi leta hai,</w:t>
      </w:r>
      <w:r>
        <w:br/>
      </w:r>
      <w:r>
        <w:rPr>
          <w:sz w:val="20"/>
        </w:rPr>
        <w:t>2:09  to kya difference hai dog mein aur insan mein?</w:t>
      </w:r>
      <w:r>
        <w:br/>
      </w:r>
      <w:r>
        <w:rPr>
          <w:sz w:val="20"/>
        </w:rPr>
        <w:t>2:16  difference yahi hai ke dog ko kuch bhi pata nahin.</w:t>
      </w:r>
      <w:r>
        <w:br/>
      </w:r>
      <w:r>
        <w:rPr>
          <w:sz w:val="20"/>
        </w:rPr>
        <w:t>2:26  yaani in terms of intellectual awareness, woh kuch bhi nahin janta. lekin insan jo hai, yeh janta hai ke suraj kya hai</w:t>
      </w:r>
      <w:r>
        <w:br/>
      </w:r>
      <w:r>
        <w:rPr>
          <w:sz w:val="20"/>
        </w:rPr>
        <w:t>2:45  aur kis tarah is ki heat aur light hamare liye bohat zyada useful hai. sara solar system jo woh janta hai,</w:t>
      </w:r>
      <w:r>
        <w:br/>
      </w:r>
      <w:r>
        <w:rPr>
          <w:sz w:val="20"/>
        </w:rPr>
        <w:t>3:00  is ka matlab kya hua? ke dog ka response kuch bhi nahin hoga. jab intellectually woh is se aagah nahin hai ke sun kya hai, light kya hai, is ki heat kya hai,</w:t>
      </w:r>
      <w:r>
        <w:br/>
      </w:r>
      <w:r>
        <w:rPr>
          <w:sz w:val="20"/>
        </w:rPr>
        <w:t>3:18  to woh bas is se faida uthaye ga aur kuch dair ke baad chala jae ga wahan se. lekin insan jo hai, woh response deta hai.</w:t>
      </w:r>
      <w:r>
        <w:br/>
      </w:r>
      <w:r>
        <w:rPr>
          <w:sz w:val="20"/>
        </w:rPr>
        <w:t>3:29  response kis baat ka? shukr ka response. aur is discover karta hai ke koi God hai jis ne itne zyada meaningful solar system ko banaya.</w:t>
      </w:r>
      <w:r>
        <w:br/>
      </w:r>
      <w:r>
        <w:rPr>
          <w:sz w:val="20"/>
        </w:rPr>
        <w:t>3:46  lekin daag ko kuch bhi pata nahi hai. daag koi intellectual response nahi deta. isi liye daag ke liye paradise nahi hai.</w:t>
      </w:r>
      <w:r>
        <w:br/>
      </w:r>
      <w:r>
        <w:rPr>
          <w:sz w:val="20"/>
        </w:rPr>
        <w:t>3:57  paradise insaan ke liye hai.</w:t>
      </w:r>
      <w:r>
        <w:br/>
      </w:r>
      <w:r>
        <w:rPr>
          <w:sz w:val="20"/>
        </w:rPr>
        <w:t>4:01  sach poochein to isi response par paradise ka haqdar banta hai koi insaan.</w:t>
      </w:r>
      <w:r>
        <w:br/>
      </w:r>
      <w:r>
        <w:rPr>
          <w:sz w:val="20"/>
        </w:rPr>
        <w:t>4:11  to jo aadmi</w:t>
      </w:r>
      <w:r>
        <w:br/>
      </w:r>
      <w:r>
        <w:rPr>
          <w:sz w:val="20"/>
        </w:rPr>
        <w:t>4:15  like an animal duniya mein jiye, woh khaye piye aur phir mar jaye. yeh kehte hain aaj kal ke bhai, paisa kamao, enjoy karo, paisa kamao, enjoy karo.</w:t>
      </w:r>
      <w:r>
        <w:br/>
      </w:r>
      <w:r>
        <w:rPr>
          <w:sz w:val="20"/>
        </w:rPr>
        <w:t>4:29  yeh hai living just like an animal. aise logon ke liye paradise nahi hai.</w:t>
      </w:r>
      <w:r>
        <w:br/>
      </w:r>
      <w:r>
        <w:rPr>
          <w:sz w:val="20"/>
        </w:rPr>
        <w:t>4:39  paradise un logon ke liye hai jo</w:t>
      </w:r>
      <w:r>
        <w:br/>
      </w:r>
      <w:r>
        <w:rPr>
          <w:sz w:val="20"/>
        </w:rPr>
        <w:t>4:44  spiritual response de saken.</w:t>
      </w:r>
      <w:r>
        <w:br/>
      </w:r>
      <w:r>
        <w:rPr>
          <w:sz w:val="20"/>
        </w:rPr>
        <w:t>4:49  yeh ek bohat bara</w:t>
      </w:r>
      <w:r>
        <w:br/>
      </w:r>
      <w:r>
        <w:rPr>
          <w:sz w:val="20"/>
        </w:rPr>
        <w:t>4:53  issue hai.</w:t>
      </w:r>
    </w:p>
    <w:p>
      <w:pPr>
        <w:pStyle w:val="Heading2"/>
      </w:pPr>
      <w:r>
        <w:t>Muslims stuck in historical framework</w:t>
      </w:r>
    </w:p>
    <w:p>
      <w:r>
        <w:rPr>
          <w:color w:val="666666"/>
          <w:sz w:val="18"/>
        </w:rPr>
        <w:t>Religion in the Age of Science June 15, 2008 · 4m 50s · at 32:08 · https://youtu.be/utKHeKzoGhw?t=1928</w:t>
      </w:r>
    </w:p>
    <w:p>
      <w:r>
        <w:rPr>
          <w:i/>
        </w:rPr>
        <w:t>“Insaanon ko badai ka darja deta raha.”</w:t>
      </w:r>
    </w:p>
    <w:p>
      <w:r>
        <w:rPr>
          <w:sz w:val="20"/>
        </w:rPr>
        <w:t>32:08  insanon ko barhai ka darja deta raha.</w:t>
      </w:r>
      <w:r>
        <w:br/>
      </w:r>
      <w:r>
        <w:rPr>
          <w:sz w:val="20"/>
        </w:rPr>
        <w:t>32:13  yahan tak ke musalman bhi ab bhi barhai ke darje diye hue hain muhammad ko, khuda ko nahi. aap jab chahen dekh lijiye kisi musalmanon ki majlis mein, un ke jalsay mein.</w:t>
      </w:r>
      <w:r>
        <w:br/>
      </w:r>
      <w:r>
        <w:rPr>
          <w:sz w:val="20"/>
        </w:rPr>
        <w:t>32:25  un ke barhon ke charche rahen ge. khuda ka charcha nahi rahe ga. hamare hazrat aise the, hamare hazrat waise the. yani har majlis mein musalmanon ki, har jalsay mein, jahan bhi jaiye un ke jo insani bare hain is ke charche sunen ge aap un se.</w:t>
      </w:r>
      <w:r>
        <w:br/>
      </w:r>
      <w:r>
        <w:rPr>
          <w:sz w:val="20"/>
        </w:rPr>
        <w:t>32:42  khuda ka charcha nahi hoga. mein ne khud kai bar is ka tajurba kiya hai ke musalmanon ki majlis mein baith kar jab mein khuda ka charcha karta hoon to log thora sa disgust ho jate hain.</w:t>
      </w:r>
      <w:r>
        <w:br/>
      </w:r>
      <w:r>
        <w:rPr>
          <w:sz w:val="20"/>
        </w:rPr>
        <w:t>32:55  woh samajh nahi pate ke khuda ka charcha karna koi meaningful baat hai. aap ne bare ko charcha kiya ya un ka tha?</w:t>
      </w:r>
      <w:r>
        <w:br/>
      </w:r>
      <w:r>
        <w:rPr>
          <w:sz w:val="20"/>
        </w:rPr>
        <w:t>33:03  woh bohat khush ho jate hain woh. hamare hazrat aise the, hamare hazrat waise the. abhi kal mere pas telephone aya pakistan se. kal ki baat hai.</w:t>
      </w:r>
      <w:r>
        <w:br/>
      </w:r>
      <w:r>
        <w:rPr>
          <w:sz w:val="20"/>
        </w:rPr>
        <w:t>33:13  kya aap janab par tanqeed karte hain? janab par criticize karte hain? aap iqbal par criticize karte hain? kehte hain bare log the woh.</w:t>
      </w:r>
      <w:r>
        <w:br/>
      </w:r>
      <w:r>
        <w:rPr>
          <w:sz w:val="20"/>
        </w:rPr>
        <w:t>33:24  yani khuda par criticism roza na ho raha hai. tab un ko koi pareshani nahi hai. aisi kitaben chhap rahi hain jin ka title hota hai "God Is Dead".</w:t>
      </w:r>
      <w:r>
        <w:br/>
      </w:r>
      <w:r>
        <w:rPr>
          <w:sz w:val="20"/>
        </w:rPr>
        <w:t>33:35  koi pareshani un ko nahi hai. agar aap mr. janab par criticize kar den, iqbal par criticize kar den, abdullah modi par criticize kar den, syed qutb par criticize kar den to bhadakte hain woh.</w:t>
      </w:r>
      <w:r>
        <w:br/>
      </w:r>
      <w:r>
        <w:rPr>
          <w:sz w:val="20"/>
        </w:rPr>
        <w:t>33:52  ek india mein do sahaba ne paida hue un ko shaheedain kaha jata hai. syed ahmed shaheed aur syed ahmed brelvi.</w:t>
      </w:r>
      <w:r>
        <w:br/>
      </w:r>
      <w:r>
        <w:rPr>
          <w:sz w:val="20"/>
        </w:rPr>
        <w:t>34:02  un ko shaheedain kehte hain. do shaheed hone wale. agar yeh maharajah ranjit singh ke khilaf lad kar ke woh woh balakot mein woh woh khatam ho gaye the to un ko shaheedain kaha jata hai.</w:t>
      </w:r>
      <w:r>
        <w:br/>
      </w:r>
      <w:r>
        <w:rPr>
          <w:sz w:val="20"/>
        </w:rPr>
        <w:t>34:16  mominon par tanqeed, criticize kiya hai ke khwamkhwah ja ke lad gaye. yani un ka poora jo woh khud aur un ke jo sathi the sab ke sab balakot mein khatam ho gaye.</w:t>
      </w:r>
      <w:r>
        <w:br/>
      </w:r>
      <w:r>
        <w:rPr>
          <w:sz w:val="20"/>
        </w:rPr>
        <w:t>34:26  to mein ne kaha yeh koi kaam tha? kya islam sikhata hai ke bas apne ko apne aap ko khatam kar dalo? yeh kon sa islam hai? kuch bhi gain nahi kiya unhon ne.</w:t>
      </w:r>
      <w:r>
        <w:br/>
      </w:r>
      <w:r>
        <w:rPr>
          <w:sz w:val="20"/>
        </w:rPr>
        <w:t>34:38  kuch bhi gain nahi kiya unhon ne. aap jante hain raja maharajah ranjit singh jo tha us ki us ki us ka jo rule tha woh sirf punjab par tak nahi tha bohat bara tha us ka.</w:t>
      </w:r>
      <w:r>
        <w:br/>
      </w:r>
      <w:r>
        <w:rPr>
          <w:sz w:val="20"/>
        </w:rPr>
        <w:t>34:54  us zamane mein us ne napoleon ke jo military hua karti thi us ki retired generalon ko bulaya tha. un se apni fauj ko train kiya tha.</w:t>
      </w:r>
      <w:r>
        <w:br/>
      </w:r>
      <w:r>
        <w:rPr>
          <w:sz w:val="20"/>
        </w:rPr>
        <w:t>35:04  us ke pas top khana tha. us se ladne ke liye woh pahunch gaye. bilkul untrained logon ko le kar ke. sab khatam ho gaye. to mein ne is par likha.</w:t>
      </w:r>
      <w:r>
        <w:br/>
      </w:r>
      <w:r>
        <w:rPr>
          <w:sz w:val="20"/>
        </w:rPr>
        <w:t>35:14  ab bohat ghussa hai logon se. acha aap shaheedain par qalam uthate hain?</w:t>
      </w:r>
      <w:r>
        <w:br/>
      </w:r>
      <w:r>
        <w:rPr>
          <w:sz w:val="20"/>
        </w:rPr>
        <w:t>35:21  to isi dunya mein aaj har aadmi khuda ke khilaf bolay is article mein mislan yeh ke khuda jo hai stupid logon ka subject hai.</w:t>
      </w:r>
      <w:r>
        <w:br/>
      </w:r>
      <w:r>
        <w:rPr>
          <w:sz w:val="20"/>
        </w:rPr>
        <w:t>35:32  intelligent logon ka subject hai, atheism hai. is se bhi dekhiye aap. yeh koi bharkaye ga nahi. is par koi jalsa nahi hoga. koi bhadakne wala is par nahi hai.</w:t>
      </w:r>
      <w:r>
        <w:br/>
      </w:r>
      <w:r>
        <w:rPr>
          <w:sz w:val="20"/>
        </w:rPr>
        <w:t>35:43  kisi ajib baat hai yeh keh raha hai ke khuda ka subject to stupid logon ka subject hai. aur jo intelligent log hote hain un ka subject atheism hai.</w:t>
      </w:r>
      <w:r>
        <w:br/>
      </w:r>
      <w:r>
        <w:rPr>
          <w:sz w:val="20"/>
        </w:rPr>
        <w:t>35:53  kitni bari baat hai bataiye. koi ek musalman dunya mein nahi bhadakne wala hai is par. jabke doosre subjects par jo rasool Allah se related hote hain rozana bhadakte hain log.</w:t>
      </w:r>
      <w:r>
        <w:br/>
      </w:r>
      <w:r>
        <w:rPr>
          <w:sz w:val="20"/>
        </w:rPr>
        <w:t>36:04  aaj bhi maine suna ke haiderabad mein isi qism ka ek jalsa ho raha hai. to yeh sochne ki baat hai aisa kyun ho raha hai? iski wajah yeh thi ke abhi abhi yeh musalman pre-scientific age mein jee rahe hain.</w:t>
      </w:r>
      <w:r>
        <w:br/>
      </w:r>
      <w:r>
        <w:rPr>
          <w:sz w:val="20"/>
        </w:rPr>
        <w:t>36:19  abhi unhein pata nahi ke science ne khuda ki glory jo hai ek is tarah discover kar ke bata diya hai logon ko. tab bhi unhein pata nahi. unke paas historical framework hai.</w:t>
      </w:r>
      <w:r>
        <w:br/>
      </w:r>
      <w:r>
        <w:rPr>
          <w:sz w:val="20"/>
        </w:rPr>
        <w:t>36:29  scientific framework abhi bhi unke paas nahi hai. poori history mein insan ke paas scientific framework nahi tha. to woh khuda ko underestimate karte rahe.</w:t>
      </w:r>
      <w:r>
        <w:br/>
      </w:r>
      <w:r>
        <w:rPr>
          <w:sz w:val="20"/>
        </w:rPr>
        <w:t>36:44  aur aur musalmanon ke paas abhi bhi nahi hai scientific framework. sirf historical framework hai bas. jismein unko lagta hai ke hamare bade bade bade kaam kiye hain in logon ne.</w:t>
      </w:r>
      <w:r>
        <w:br/>
      </w:r>
      <w:r>
        <w:rPr>
          <w:sz w:val="20"/>
        </w:rPr>
        <w:t>36:54  to isi inhi ko le kar ke charcha karte hain.</w:t>
      </w:r>
    </w:p>
    <w:p>
      <w:pPr>
        <w:pStyle w:val="Heading2"/>
      </w:pPr>
      <w:r>
        <w:t>Philosophers wrongly thought nature is part of God</w:t>
      </w:r>
    </w:p>
    <w:p>
      <w:r>
        <w:rPr>
          <w:color w:val="666666"/>
          <w:sz w:val="18"/>
        </w:rPr>
        <w:t>Nature and Spirituality June 04, 2006 Maulana Wahiduddin Khan · 49s · at 2:08 · https://youtu.be/1IiOpGIsp64?t=128</w:t>
      </w:r>
    </w:p>
    <w:p>
      <w:r>
        <w:rPr>
          <w:i/>
        </w:rPr>
        <w:t>“Philosophers mistakenly thought nature is a part of God”</w:t>
      </w:r>
    </w:p>
    <w:p>
      <w:r>
        <w:rPr>
          <w:sz w:val="20"/>
        </w:rPr>
        <w:t>2:08  philosophers ne ghalati se yeh samjha ke nechar</w:t>
      </w:r>
      <w:r>
        <w:br/>
      </w:r>
      <w:r>
        <w:rPr>
          <w:sz w:val="20"/>
        </w:rPr>
        <w:t>2:15  khuda ke</w:t>
      </w:r>
      <w:r>
        <w:br/>
      </w:r>
      <w:r>
        <w:rPr>
          <w:sz w:val="20"/>
        </w:rPr>
        <w:t>2:19  yeh jo being hai is ka aik part hai. yani khud khuda ne nechar ki surat ikhtiyar kar li hai.</w:t>
      </w:r>
      <w:r>
        <w:br/>
      </w:r>
      <w:r>
        <w:rPr>
          <w:sz w:val="20"/>
        </w:rPr>
        <w:t>2:26  yeh ghalat hai. nechar god nahi hai. nechar god ka creation hai.</w:t>
      </w:r>
      <w:r>
        <w:br/>
      </w:r>
      <w:r>
        <w:rPr>
          <w:sz w:val="20"/>
        </w:rPr>
        <w:t>2:36  to is zamane mein aik philosophy bani hai jis ko kehte hain naturalism. naturalism kya hai? yeh hai secularization of nature.</w:t>
      </w:r>
      <w:r>
        <w:br/>
      </w:r>
      <w:r>
        <w:rPr>
          <w:sz w:val="20"/>
        </w:rPr>
        <w:t>2:49  yani nechar ko le kar aik secular philosophy banai gayi. is ko kehte hain naturalism.</w:t>
      </w:r>
    </w:p>
    <w:p>
      <w:pPr>
        <w:pStyle w:val="Heading2"/>
      </w:pPr>
      <w:r>
        <w:t>Hajar's pivotal role in monotheism</w:t>
      </w:r>
    </w:p>
    <w:p>
      <w:r>
        <w:rPr>
          <w:color w:val="666666"/>
          <w:sz w:val="18"/>
        </w:rPr>
        <w:t>Contemplation on The Quran December 16, 2018 Maulana Wahiduddin Khan · 4m 07s · at 51:18 · https://youtu.be/bSOe1_KKEYk?t=3078</w:t>
      </w:r>
    </w:p>
    <w:p>
      <w:r>
        <w:rPr>
          <w:i/>
        </w:rPr>
        <w:t>“Aik khatoon ko istemal kiya, Hajarah ko”</w:t>
      </w:r>
    </w:p>
    <w:p>
      <w:r>
        <w:rPr>
          <w:sz w:val="20"/>
        </w:rPr>
        <w:t>51:18  is mein un ka role number one samajhta hoon. dekhiye, main aik baat arz karta hoon, aap usay sochiye ke allah taala ne bohat paighambar bheje, jise quran mein kehte hain "tara".</w:t>
      </w:r>
      <w:r>
        <w:br/>
      </w:r>
      <w:r>
        <w:rPr>
          <w:sz w:val="20"/>
        </w:rPr>
        <w:t>51:34  tara lagataar bheje, lagataar bheje, lekin jo allah chahte the, jo inqilab mabni bar tauheed inqilab, yeh tha allah ka nishana,</w:t>
      </w:r>
      <w:r>
        <w:br/>
      </w:r>
      <w:r>
        <w:rPr>
          <w:sz w:val="20"/>
        </w:rPr>
        <w:t>51:51  woh nahin hota tha.</w:t>
      </w:r>
      <w:r>
        <w:br/>
      </w:r>
      <w:r>
        <w:rPr>
          <w:sz w:val="20"/>
        </w:rPr>
        <w:t>51:55  phir allah ne kya kiya? aik khatoon ko istemal kiya, hajra ko.</w:t>
      </w:r>
      <w:r>
        <w:br/>
      </w:r>
      <w:r>
        <w:rPr>
          <w:sz w:val="20"/>
        </w:rPr>
        <w:t>52:04  hajra ko un ke chote bete ismail, chote se thay, us ko le kar kaha ke tum desert mein bas jao aur aik aik aik aik sahrai qaum banao</w:t>
      </w:r>
      <w:r>
        <w:br/>
      </w:r>
      <w:r>
        <w:rPr>
          <w:sz w:val="20"/>
        </w:rPr>
        <w:t>52:21  jo condition se pak ho.</w:t>
      </w:r>
      <w:r>
        <w:br/>
      </w:r>
      <w:r>
        <w:rPr>
          <w:sz w:val="20"/>
        </w:rPr>
        <w:t>52:26  is khatoon ko le aaye, ko chhor diya hazrat ibrahim ne sehra mein aur chalay gaye. is khatoon ne poocha, yaani hazrat hajra ne ke hum ko is haale ke chhok jatay hain, pani bhi nahin, yahan kuch bhi nahin,</w:t>
      </w:r>
      <w:r>
        <w:br/>
      </w:r>
      <w:r>
        <w:rPr>
          <w:sz w:val="20"/>
        </w:rPr>
        <w:t>52:45  to kya allah ne aap ko is ka hukum diya hai?</w:t>
      </w:r>
      <w:r>
        <w:br/>
      </w:r>
      <w:r>
        <w:rPr>
          <w:sz w:val="20"/>
        </w:rPr>
        <w:t>52:55  to ibrahim kehte hain haan. to phir woh khatoon kya kehti hai? "idhn la azawna" phir Allah hum ko</w:t>
      </w:r>
      <w:r>
        <w:br/>
      </w:r>
      <w:r>
        <w:rPr>
          <w:sz w:val="20"/>
        </w:rPr>
        <w:t>53:11  zaya nahi karega. yeh laغو sahra hai, wahan pani bhi nahi hai, koi sabza bhi nahi hai, khane peene ki cheez bhi nahi hai, koi sar, koi sar par koi saya bhi nahi hai.</w:t>
      </w:r>
      <w:r>
        <w:br/>
      </w:r>
      <w:r>
        <w:rPr>
          <w:sz w:val="20"/>
        </w:rPr>
        <w:t>53:24  woh khatoon ne aise kaha, kahan se kaha? main apne bare mein apna kar ke sochta hoon ke agar main hota to meri zuban se aisa jumla na nikalta ke Khuda phir humein zaya nahi karega.</w:t>
      </w:r>
      <w:r>
        <w:br/>
      </w:r>
      <w:r>
        <w:rPr>
          <w:sz w:val="20"/>
        </w:rPr>
        <w:t>53:39  aur isi khatoon ki qurbani ki wajah se phir Rasool Allah paida hue, Sahaba paida hue, woh struggle wajood mein aayi jo Arab mein ki gayi,</w:t>
      </w:r>
      <w:r>
        <w:br/>
      </w:r>
      <w:r>
        <w:rPr>
          <w:sz w:val="20"/>
        </w:rPr>
        <w:t>53:54  jis se sans sajjitain khatam huin, tribal age khatam hua, shirk ka daur khatam hua. is ki is ki jar mein yeh khatoon hai, is ko ghor kijiye aap.</w:t>
      </w:r>
      <w:r>
        <w:br/>
      </w:r>
      <w:r>
        <w:rPr>
          <w:sz w:val="20"/>
        </w:rPr>
        <w:t>54:13  yeh jo hua ke tamam anbiya mard thay, mard jitne bhi nabi aaye, sab mard thay.</w:t>
      </w:r>
      <w:r>
        <w:br/>
      </w:r>
      <w:r>
        <w:rPr>
          <w:sz w:val="20"/>
        </w:rPr>
        <w:t>54:24  un mardon ne hazaron saal tak goosh karte rahe ke shirk khatam ho, na dohrae, lekin nahi hua.</w:t>
      </w:r>
      <w:r>
        <w:br/>
      </w:r>
      <w:r>
        <w:rPr>
          <w:sz w:val="20"/>
        </w:rPr>
        <w:t>54:36  Quran mein hai ke "ya hasrat alal badiya" mayati rasool Allah kano bhi yastadun ke nabiyon ka mazak uraya.</w:t>
      </w:r>
      <w:r>
        <w:br/>
      </w:r>
      <w:r>
        <w:rPr>
          <w:sz w:val="20"/>
        </w:rPr>
        <w:t>54:50  yeh sab mard mard hi to thay. phir woh daur aaya, naya daur, jab shirk khatam hua, tauheed qaim hui, shah sirajiyatein khatam huin.</w:t>
      </w:r>
      <w:r>
        <w:br/>
      </w:r>
      <w:r>
        <w:rPr>
          <w:sz w:val="20"/>
        </w:rPr>
        <w:t>55:03  to kis ke zariye se hua? is ki jar mein yaad rakhiye, Hajra, Hajra hai, Hajra.</w:t>
      </w:r>
      <w:r>
        <w:br/>
      </w:r>
      <w:r>
        <w:rPr>
          <w:sz w:val="20"/>
        </w:rPr>
        <w:t>55:14  to main to yahan tak sochta hoon ke Hajra na hotay to yeh deen na hota, hum aap na hotay.</w:t>
      </w:r>
    </w:p>
    <w:p>
      <w:pPr>
        <w:pStyle w:val="Heading2"/>
      </w:pPr>
      <w:r>
        <w:t>True Muslim psychology: modesty and da'wah</w:t>
      </w:r>
    </w:p>
    <w:p>
      <w:r>
        <w:rPr>
          <w:color w:val="666666"/>
          <w:sz w:val="18"/>
        </w:rPr>
        <w:t>Kingdom of God August 25, 2018 · 3m 03s · at 17:30 · https://youtu.be/SrnWPkMbEQw?t=1050</w:t>
      </w:r>
    </w:p>
    <w:p>
      <w:r>
        <w:rPr>
          <w:i/>
        </w:rPr>
        <w:t>“Instead, if your mindset is from the Quran, you will have modesty.”</w:t>
      </w:r>
    </w:p>
    <w:p>
      <w:r>
        <w:rPr>
          <w:sz w:val="20"/>
        </w:rPr>
        <w:t>17:30  kaisi ajeeb halat hai? achha, is ke bajaye agar woh ho aap ki soch jo quran ki ayat jo padhi gayi aap ke samne, kuch ayat mein hai aur hadith mein hai,</w:t>
      </w:r>
      <w:r>
        <w:br/>
      </w:r>
      <w:r>
        <w:rPr>
          <w:sz w:val="20"/>
        </w:rPr>
        <w:t>17:47  abhi jo padha gaya quran ki ayat padhi gayi, hadith padhi gayi, agar woh woh woh mindset aap ka ho</w:t>
      </w:r>
      <w:r>
        <w:br/>
      </w:r>
      <w:r>
        <w:rPr>
          <w:sz w:val="20"/>
        </w:rPr>
        <w:t>18:00  toh kya hoga? aap ke andar, aap ke andar modesty aaye gi, aap ke andar yeh aaye ga ke sari taqat Allah ke paas hai, hamare paas toh kuch bhi nahi hai.</w:t>
      </w:r>
      <w:r>
        <w:br/>
      </w:r>
      <w:r>
        <w:rPr>
          <w:sz w:val="20"/>
        </w:rPr>
        <w:t>18:16  toh dua aap ke andar toh dua ubhregi, dua zikr ubhregi,</w:t>
      </w:r>
      <w:r>
        <w:br/>
      </w:r>
      <w:r>
        <w:rPr>
          <w:sz w:val="20"/>
        </w:rPr>
        <w:t>18:24  zikr ubhregi, dua ubhregi. har mauqe par aap Allah ko yaad karenge ke wahi sab kuch hai, wahi giver hai, wahi sovereign hai, wahi giver hai.</w:t>
      </w:r>
      <w:r>
        <w:br/>
      </w:r>
      <w:r>
        <w:rPr>
          <w:sz w:val="20"/>
        </w:rPr>
        <w:t>18:38  hum protector hain, hum protector hain.</w:t>
      </w:r>
      <w:r>
        <w:br/>
      </w:r>
      <w:r>
        <w:rPr>
          <w:sz w:val="20"/>
        </w:rPr>
        <w:t>18:46  ab is waqt dekhiye, musalmanon mein yeh nafsiyat ghayab ho gayi hai kyunke woh samajhte hain ke hum toh hamara taaj chheen liya hai, duniya ne hamara taaj chheen liya hai.</w:t>
      </w:r>
      <w:r>
        <w:br/>
      </w:r>
      <w:r>
        <w:rPr>
          <w:sz w:val="20"/>
        </w:rPr>
        <w:t>18:59  toh ghusse mein hain, nafrat mein hain, lad rahe hain, pathar maar rahe hain taake apna taaj wapas lein.</w:t>
      </w:r>
      <w:r>
        <w:br/>
      </w:r>
      <w:r>
        <w:rPr>
          <w:sz w:val="20"/>
        </w:rPr>
        <w:t>19:14  yeh hai ummat ka,</w:t>
      </w:r>
      <w:r>
        <w:br/>
      </w:r>
      <w:r>
        <w:rPr>
          <w:sz w:val="20"/>
        </w:rPr>
        <w:t>19:19  yani ummat ka,</w:t>
      </w:r>
      <w:r>
        <w:br/>
      </w:r>
      <w:r>
        <w:rPr>
          <w:sz w:val="20"/>
        </w:rPr>
        <w:t>19:25  ummat ki tasveer.</w:t>
      </w:r>
      <w:r>
        <w:br/>
      </w:r>
      <w:r>
        <w:rPr>
          <w:sz w:val="20"/>
        </w:rPr>
        <w:t>19:30  aur yeh yeh ek din mein nahi bani hai, yeh lambi muddat mein bohat sara literature, bohat sari speeches, bohat sare charcha hote hote hote is conversion hai ke aaj musalmanon ki yeh nafsiyat hai.</w:t>
      </w:r>
      <w:r>
        <w:br/>
      </w:r>
      <w:r>
        <w:rPr>
          <w:sz w:val="20"/>
        </w:rPr>
        <w:t>19:50  sab se nafrat. aap ghaur kijiye ke sab se bada jo kaam hai woh dawat hai,</w:t>
      </w:r>
      <w:r>
        <w:br/>
      </w:r>
      <w:r>
        <w:rPr>
          <w:sz w:val="20"/>
        </w:rPr>
        <w:t>20:02  aur dawat ka kaam karne ke liye zaroori ke andi lakum nas hai, yani mudo friendly thinking, mudo friendly behaviour.</w:t>
      </w:r>
      <w:r>
        <w:br/>
      </w:r>
      <w:r>
        <w:rPr>
          <w:sz w:val="20"/>
        </w:rPr>
        <w:t>20:17  sara insaan aap ko nazar aaye ga ke mudo hain, hamein in ko Allah ke paigham pahunchana hai. toh aap ke dil mein in ki mohabbat ubhregi, khair khwahi ubhregi.</w:t>
      </w:r>
    </w:p>
    <w:p>
      <w:pPr>
        <w:pStyle w:val="Heading2"/>
      </w:pPr>
      <w:r>
        <w:t>The four questions everyone answers before God</w:t>
      </w:r>
    </w:p>
    <w:p>
      <w:r>
        <w:rPr>
          <w:color w:val="666666"/>
          <w:sz w:val="18"/>
        </w:rPr>
        <w:t>On Life and Death July 24, 2011 · 2m 38s · at 45:43 · https://youtu.be/Z0pdhT_HJNk?t=2743</w:t>
      </w:r>
    </w:p>
    <w:p>
      <w:r>
        <w:rPr>
          <w:i/>
        </w:rPr>
        <w:t>“Man's feet won't move until he answers four things.”</w:t>
      </w:r>
    </w:p>
    <w:p>
      <w:r>
        <w:rPr>
          <w:sz w:val="20"/>
        </w:rPr>
        <w:t>45:43  hadees mein aata hai ke la tazal qadam abde hatta yus'ala an arba' yaani insaan ke paon Allah ke aage se hatenge nahi jab tak woh chaar baaton ka jawab na de le.</w:t>
      </w:r>
      <w:r>
        <w:br/>
      </w:r>
      <w:r>
        <w:rPr>
          <w:sz w:val="20"/>
        </w:rPr>
        <w:t>46:00  kaisi ajeeb baat hai.</w:t>
      </w:r>
      <w:r>
        <w:br/>
      </w:r>
      <w:r>
        <w:rPr>
          <w:sz w:val="20"/>
        </w:rPr>
        <w:t>46:06  aur har insaan Allah ke saamne khada kiya jayega. Har har aadmi, har individual.</w:t>
      </w:r>
      <w:r>
        <w:br/>
      </w:r>
      <w:r>
        <w:rPr>
          <w:sz w:val="20"/>
        </w:rPr>
        <w:t>46:15  aur is mein hai ke chaar baaton ka jawab dena padega. Ek yeh ke maal kahan se kamaya aur kahan kharch kiya is ko.</w:t>
      </w:r>
      <w:r>
        <w:br/>
      </w:r>
      <w:r>
        <w:rPr>
          <w:sz w:val="20"/>
        </w:rPr>
        <w:t>46:28  maal kahan se kamaya yeh batana padega. Matlab chori kar ke kamaya ya tijarat kar ke kamaya. Najaiz tareeqe se kamaya, jaiz tareeqe se kamaya.</w:t>
      </w:r>
      <w:r>
        <w:br/>
      </w:r>
      <w:r>
        <w:rPr>
          <w:sz w:val="20"/>
        </w:rPr>
        <w:t>46:39  corruption kar ke kamaya ya sahi tareeqe se kamaya.</w:t>
      </w:r>
      <w:r>
        <w:br/>
      </w:r>
      <w:r>
        <w:rPr>
          <w:sz w:val="20"/>
        </w:rPr>
        <w:t>46:46  toh ek yeh hai ke kahan se kamaya paisa. Doosra yeh ke kahan kharch kiya is ko.</w:t>
      </w:r>
      <w:r>
        <w:br/>
      </w:r>
      <w:r>
        <w:rPr>
          <w:sz w:val="20"/>
        </w:rPr>
        <w:t>46:53  aur is mein hai ke jawani kahan bitayi.</w:t>
      </w:r>
      <w:r>
        <w:br/>
      </w:r>
      <w:r>
        <w:rPr>
          <w:sz w:val="20"/>
        </w:rPr>
        <w:t>46:58  yeh jo allah ta'ala ne di hai aap ko jismani taqat. jawani ke andar aadmi ke andar kitni taqat hoti hai, ghor kijiye.</w:t>
      </w:r>
      <w:r>
        <w:br/>
      </w:r>
      <w:r>
        <w:rPr>
          <w:sz w:val="20"/>
        </w:rPr>
        <w:t>47:09  to yeh sab jo allah ta'ala ne diya hai aap ko is duniya mein, in sab ke bare mein poocha jayega.</w:t>
      </w:r>
      <w:r>
        <w:br/>
      </w:r>
      <w:r>
        <w:rPr>
          <w:sz w:val="20"/>
        </w:rPr>
        <w:t>47:17  aap ghor kijiye kaisi ajeeb hai yeh soch hai aadmi ke mujh se poocha jayega yeh zuban jo di hai bolne ke liye to is ko bhi poocha jayega ke tum ne apni zuban ko sach bolne ke liye istemal kiya, jhoot bolne ke liye istemal kiya?</w:t>
      </w:r>
      <w:r>
        <w:br/>
      </w:r>
      <w:r>
        <w:rPr>
          <w:sz w:val="20"/>
        </w:rPr>
        <w:t>47:37  jo bhi mila hai hum ko, dimagh mila hai sochne ke liye, kaan mila hai sunne ke liye, zuban mili hai bolne ke liye, paon mila hai chalne ke liye, paisa mila hai kharch karne ke liye.</w:t>
      </w:r>
      <w:r>
        <w:br/>
      </w:r>
      <w:r>
        <w:rPr>
          <w:sz w:val="20"/>
        </w:rPr>
        <w:t>47:47  yeh sab cheezen jo mili hui hain, in sab ke bare mein poocha jayega ke khuda ki di hui cheezon ko tum ne kahan kharch kiya?</w:t>
      </w:r>
      <w:r>
        <w:br/>
      </w:r>
      <w:r>
        <w:rPr>
          <w:sz w:val="20"/>
        </w:rPr>
        <w:t>48:04  khuda ki di hui cheezon ko tum ne kahan kharch kiya?</w:t>
      </w:r>
      <w:r>
        <w:br/>
      </w:r>
      <w:r>
        <w:rPr>
          <w:sz w:val="20"/>
        </w:rPr>
        <w:t>48:07  jaise ek hadith hai, dekhiye ke mun kaana yoman billahi wal yawm al akhir falyaq al khar aur laisbat</w:t>
      </w:r>
    </w:p>
    <w:p>
      <w:pPr>
        <w:pStyle w:val="Heading2"/>
      </w:pPr>
      <w:r>
        <w:t>Musa strategically times the miracle for a public festival</w:t>
      </w:r>
    </w:p>
    <w:p>
      <w:r>
        <w:rPr>
          <w:color w:val="666666"/>
          <w:sz w:val="18"/>
        </w:rPr>
        <w:t>Lessons from The Story of Prophet Moses Part 3, September 11, 2022 · 1m 53s · at 28:04 · https://youtu.be/juoMfCaCJyA?t=1684</w:t>
      </w:r>
    </w:p>
    <w:p>
      <w:r>
        <w:rPr>
          <w:i/>
        </w:rPr>
        <w:t>“Musa picked the exact day and time for his miracle”</w:t>
      </w:r>
    </w:p>
    <w:p>
      <w:r>
        <w:rPr>
          <w:sz w:val="20"/>
        </w:rPr>
        <w:t>28:04  acha, is ke baad yeh hua tha ke tay ho gaya to fir'on, ah, ke ke durbbar mein tay ho gaya aur is ke baad muqablay ka din muqarrar hua ke is din, ah, jadoogar aayen ge aur moosa alehالسلام bhi aayen ge, ah, aur us din muqabla ho ga.</w:t>
      </w:r>
      <w:r>
        <w:br/>
      </w:r>
      <w:r>
        <w:rPr>
          <w:sz w:val="20"/>
        </w:rPr>
        <w:t>28:20  to yeh muqablay ka din jo tha, us din kya waqe hua, ah, us par k</w:t>
      </w:r>
      <w:r>
        <w:br/>
      </w:r>
      <w:r>
        <w:rPr>
          <w:sz w:val="20"/>
        </w:rPr>
        <w:t>28:25  uch baatain. ji, ah, to moosa alehالسلام ne yeh tajweez ki ke wahan koi festival hota tha, jaise mela waghera hota hai, ah, saare log jama hotay thay aur jashan manatay thay, khushiyan manatay thay.</w:t>
      </w:r>
      <w:r>
        <w:br/>
      </w:r>
      <w:r>
        <w:rPr>
          <w:sz w:val="20"/>
        </w:rPr>
        <w:t>28:43  us ko yom-uz-zeenah quran mein kaha gaya, ghhalban decoration ke meaning hain. to, ah, fir'on ne woh baat maan</w:t>
      </w:r>
      <w:r>
        <w:br/>
      </w:r>
      <w:r>
        <w:rPr>
          <w:sz w:val="20"/>
        </w:rPr>
        <w:t>28:53  li. moosa alehالسلام ne kaha ke jo yeh festival ka din hai, us din hona chahiye yeh muqabla. to fir'on ne us ko maan liya.</w:t>
      </w:r>
      <w:r>
        <w:br/>
      </w:r>
      <w:r>
        <w:rPr>
          <w:sz w:val="20"/>
        </w:rPr>
        <w:t>29:03  aur aik aur baat moosa alehالسلام ne kahi ke jo waqt hona chahiye, woh bilkul aisa ho ke dopahar ka waqt ho aur suraj poori tarah se nikal chuka ho.</w:t>
      </w:r>
      <w:r>
        <w:br/>
      </w:r>
      <w:r>
        <w:rPr>
          <w:sz w:val="20"/>
        </w:rPr>
        <w:t>29:14  chunke moosa alehالسلام yeh chahtay thay ke log dekh len, chunke bohat bara moajza pesh honay honay wala tha, to woh chahtay thay aik to bohat ziyada majma ho, misr ke bohat log aayen, woh dekhen aur aur bilkul wazeh tor par jo haq hai, woh samnay aa jaye.</w:t>
      </w:r>
      <w:r>
        <w:br/>
      </w:r>
      <w:r>
        <w:rPr>
          <w:sz w:val="20"/>
        </w:rPr>
        <w:t>29:35  aisa na ho ke raat ko ho aur shaam ko ho ke log dekh na payen. to yeh baatain dono fir'on ne maan</w:t>
      </w:r>
      <w:r>
        <w:br/>
      </w:r>
      <w:r>
        <w:rPr>
          <w:sz w:val="20"/>
        </w:rPr>
        <w:t>29:42  li ke theek hai, yom-uz-zeenah jo festival hai, un ka jo jab jama hotay hain, us din ho ga aur giarah barah bajay jab bilkul suraj nikal jata hai, khoob ujala ho jata hai, us waqt ho ga.</w:t>
      </w:r>
    </w:p>
    <w:p>
      <w:pPr>
        <w:pStyle w:val="Heading2"/>
      </w:pPr>
      <w:r>
        <w:t>Man as perfectionist trapped in an imperfect world</w:t>
      </w:r>
    </w:p>
    <w:p>
      <w:r>
        <w:rPr>
          <w:color w:val="666666"/>
          <w:sz w:val="18"/>
        </w:rPr>
        <w:t>Concept of Death in Islam August 26, 2012 · 5m 50s · at 43:07 · https://youtu.be/y0TJxKi0L94?t=2587</w:t>
      </w:r>
    </w:p>
    <w:p>
      <w:r>
        <w:rPr>
          <w:i/>
        </w:rPr>
        <w:t>“Man is a perfection-seeking animal in an imperfect world”</w:t>
      </w:r>
    </w:p>
    <w:p>
      <w:r>
        <w:rPr>
          <w:sz w:val="20"/>
        </w:rPr>
        <w:t>43:07  insaan jo hai, woh perfectionist hai. har aadmi perfectionist hai. yaani Man is a perfection-seeking animal har aadmi.</w:t>
      </w:r>
      <w:r>
        <w:br/>
      </w:r>
      <w:r>
        <w:rPr>
          <w:sz w:val="20"/>
        </w:rPr>
        <w:t>43:22  aur dunya jo banai hai, banane wale ne, Allah taala ne, to dunya ko khuda ne perfect world ke taur par banaya hi nahi. dunya mein koi cheez perfect nahi hai.</w:t>
      </w:r>
      <w:r>
        <w:br/>
      </w:r>
      <w:r>
        <w:rPr>
          <w:sz w:val="20"/>
        </w:rPr>
        <w:t>43:34  har cheez less than ideal hai. har cheez imperfect hai. har cheez. to is ke ma'ne kya hue?</w:t>
      </w:r>
      <w:r>
        <w:br/>
      </w:r>
      <w:r>
        <w:rPr>
          <w:sz w:val="20"/>
        </w:rPr>
        <w:t>43:43  ke perfection seeking animal ko imperfect dunya mein daal diya gaya hai. yeh matlab hai is is ayat ka. Quran mein hai ke Surah at-Teen mein laqad khalaqal insana fi ahsani taqwim thumma radadnahu asfala safileen</w:t>
      </w:r>
      <w:r>
        <w:br/>
      </w:r>
      <w:r>
        <w:rPr>
          <w:sz w:val="20"/>
        </w:rPr>
        <w:t>44:04  is ka matlab kya hai? is ka matlab hai ke hum ne paida kiya insaan ko</w:t>
      </w:r>
      <w:r>
        <w:br/>
      </w:r>
      <w:r>
        <w:rPr>
          <w:sz w:val="20"/>
        </w:rPr>
        <w:t>44:14  as a perfectionist.</w:t>
      </w:r>
      <w:r>
        <w:br/>
      </w:r>
      <w:r>
        <w:rPr>
          <w:sz w:val="20"/>
        </w:rPr>
        <w:t>44:19  hum ne paida kiya insaan ko as a perfectionist aur daal diya kahan? imperfect world mein.</w:t>
      </w:r>
      <w:r>
        <w:br/>
      </w:r>
      <w:r>
        <w:rPr>
          <w:sz w:val="20"/>
        </w:rPr>
        <w:t>44:29  lafzi tarjuma to is ka yeh hai laqad khalaqal insana fi ahsani taqwim thumma radadnahu asfalas safirin to lafzi tarjuma yeh hai ke hum ne paida kiya insaan ko behtareen dhanche par, behtareen saakht par.</w:t>
      </w:r>
      <w:r>
        <w:br/>
      </w:r>
      <w:r>
        <w:rPr>
          <w:sz w:val="20"/>
        </w:rPr>
        <w:t>44:47  phir daal diya is ko bohat hi nichli jagah mein.</w:t>
      </w:r>
      <w:r>
        <w:br/>
      </w:r>
      <w:r>
        <w:rPr>
          <w:sz w:val="20"/>
        </w:rPr>
        <w:t>44:58  lekin is ka matlab kya hai? is ka matlab yahi hai ke insaan ko paida kiya hum ne</w:t>
      </w:r>
      <w:r>
        <w:br/>
      </w:r>
      <w:r>
        <w:rPr>
          <w:sz w:val="20"/>
        </w:rPr>
        <w:t>45:08  as a perfectionist ke perfection se kam kisi cheez par woh raazi na ho. to hamari jo saakht hai, hamari jo banawat hai, hamari jo nature hai, woh perfection se kam par is ko fulfillment nahi milta.</w:t>
      </w:r>
      <w:r>
        <w:br/>
      </w:r>
      <w:r>
        <w:rPr>
          <w:sz w:val="20"/>
        </w:rPr>
        <w:t>45:24  hum mein se har shakhs jaanta hai. is ke liye kisi daleel ki zaroorat nahi. hum mein se har shakhs jaanta hai ke insaan ek aisi makhlooq hai jo perfection se kam par jis ko fulfillment nahi milta.</w:t>
      </w:r>
      <w:r>
        <w:br/>
      </w:r>
      <w:r>
        <w:rPr>
          <w:sz w:val="20"/>
        </w:rPr>
        <w:t>45:44  isi liye log kehte hain ke is dunya mein pigeon, is dunya mein namumkin hai khushi.</w:t>
      </w:r>
      <w:r>
        <w:br/>
      </w:r>
      <w:r>
        <w:rPr>
          <w:sz w:val="20"/>
        </w:rPr>
        <w:t>45:54  lekin masla kya hai? masla yeh yeh jo disparity hai, woh masla hai. insaan aur is dunya ke beech mein jo disparity hai, woh asal masla hai ke insaan hai perfectionist,</w:t>
      </w:r>
      <w:r>
        <w:br/>
      </w:r>
      <w:r>
        <w:rPr>
          <w:sz w:val="20"/>
        </w:rPr>
        <w:t>46:10  rehna parta hai is ko imperfect world mein.</w:t>
      </w:r>
      <w:r>
        <w:br/>
      </w:r>
      <w:r>
        <w:rPr>
          <w:sz w:val="20"/>
        </w:rPr>
        <w:t>46:16  to maut aadmi ko yaad dilati hai</w:t>
      </w:r>
      <w:r>
        <w:br/>
      </w:r>
      <w:r>
        <w:rPr>
          <w:sz w:val="20"/>
        </w:rPr>
        <w:t>46:22  ke Khuda ne jab tum ko banaya hai perfectionist, to zaroor hai ke us ne koi perfect world bhi banaya ho.</w:t>
      </w:r>
      <w:r>
        <w:br/>
      </w:r>
      <w:r>
        <w:rPr>
          <w:sz w:val="20"/>
        </w:rPr>
        <w:t>46:33  dekhiye, Quran mein ek ayat hai wa min kulli shay'in khalqna zawjayni la'allakum tadhakkarun</w:t>
      </w:r>
      <w:r>
        <w:br/>
      </w:r>
      <w:r>
        <w:rPr>
          <w:sz w:val="20"/>
        </w:rPr>
        <w:t>46:42  hum ne paida kiya har cheez ko pair ki shakal mein, joore ki shakal mein taake tum socho.</w:t>
      </w:r>
      <w:r>
        <w:br/>
      </w:r>
      <w:r>
        <w:rPr>
          <w:sz w:val="20"/>
        </w:rPr>
        <w:t>46:52  yeh bohat important hai. yaani Allah ne paida kiya dunya mein har cheez ko joore joore</w:t>
      </w:r>
      <w:r>
        <w:br/>
      </w:r>
      <w:r>
        <w:rPr>
          <w:sz w:val="20"/>
        </w:rPr>
        <w:t>47:03  taake tum socho. yaani mujh ko Khuda ne paida kiya ek perfectionist ke taur par to is ka joora hona chahiye.</w:t>
      </w:r>
      <w:r>
        <w:br/>
      </w:r>
      <w:r>
        <w:rPr>
          <w:sz w:val="20"/>
        </w:rPr>
        <w:t>47:16  yaani perfect world honi chahiye. perfectionist ka joora kya hai? perfect world hai.</w:t>
      </w:r>
      <w:r>
        <w:br/>
      </w:r>
      <w:r>
        <w:rPr>
          <w:sz w:val="20"/>
        </w:rPr>
        <w:t>47:25  imperfect world is ka joora nahi hai.</w:t>
      </w:r>
      <w:r>
        <w:br/>
      </w:r>
      <w:r>
        <w:rPr>
          <w:sz w:val="20"/>
        </w:rPr>
        <w:t>47:33  is ayat mein goya ek bohat bari baat kahi gayi hai ke tum apne ko paate ho ke tum ek perfectionist ho.</w:t>
      </w:r>
      <w:r>
        <w:br/>
      </w:r>
      <w:r>
        <w:rPr>
          <w:sz w:val="20"/>
        </w:rPr>
        <w:t>47:44  to jis tarah dunya mein har cheez har jagah usool hai ke Khuda ne har cheez joora bana rakha hai, to is ka joora kahan hai?</w:t>
      </w:r>
      <w:r>
        <w:br/>
      </w:r>
      <w:r>
        <w:rPr>
          <w:sz w:val="20"/>
        </w:rPr>
        <w:t>47:56  insaan ke liye joora kahan hai? yaani perfectionist ka joora kya</w:t>
      </w:r>
      <w:r>
        <w:br/>
      </w:r>
      <w:r>
        <w:rPr>
          <w:sz w:val="20"/>
        </w:rPr>
        <w:t>48:02  hai? perfect world woh kahan hai? woh hai maut ke baad. is sawal ko aadmi sanjeedgi se le, is pe study kare, is par soche,</w:t>
      </w:r>
      <w:r>
        <w:br/>
      </w:r>
      <w:r>
        <w:rPr>
          <w:sz w:val="20"/>
        </w:rPr>
        <w:t>48:15  is par tadabbur kare to us ko ek discovery ho jayegi. discovery.</w:t>
      </w:r>
      <w:r>
        <w:br/>
      </w:r>
      <w:r>
        <w:rPr>
          <w:sz w:val="20"/>
        </w:rPr>
        <w:t>48:23  aur phir us ko</w:t>
      </w:r>
      <w:r>
        <w:br/>
      </w:r>
      <w:r>
        <w:rPr>
          <w:sz w:val="20"/>
        </w:rPr>
        <w:t>48:27  aik aik line of action</w:t>
      </w:r>
      <w:r>
        <w:br/>
      </w:r>
      <w:r>
        <w:rPr>
          <w:sz w:val="20"/>
        </w:rPr>
        <w:t>48:30  mil jaye gi ke ab mein apni koshishon ko kahan sirf karoon? apni energy ko kahan lagaoon? apne time ko kaise manage karoon?</w:t>
      </w:r>
      <w:r>
        <w:br/>
      </w:r>
      <w:r>
        <w:rPr>
          <w:sz w:val="20"/>
        </w:rPr>
        <w:t>48:38  har cheez ke baray mein is ko aik aik aik line mil jaye gi.</w:t>
      </w:r>
      <w:r>
        <w:br/>
      </w:r>
      <w:r>
        <w:rPr>
          <w:sz w:val="20"/>
        </w:rPr>
        <w:t>48:50  to kaisi ajeeb baat hai yeh.</w:t>
      </w:r>
    </w:p>
    <w:p>
      <w:pPr>
        <w:pStyle w:val="Heading2"/>
      </w:pPr>
      <w:r>
        <w:t>Problem-oriented thinking is satanic</w:t>
      </w:r>
    </w:p>
    <w:p>
      <w:r>
        <w:rPr>
          <w:color w:val="666666"/>
          <w:sz w:val="18"/>
        </w:rPr>
        <w:t>Purpose of Human Life I 2nd Dec. '12 · 1m 00s · at 41:03 · https://youtu.be/ilEf2fol6Gk?t=2463</w:t>
      </w:r>
    </w:p>
    <w:p>
      <w:r>
        <w:rPr>
          <w:i/>
        </w:rPr>
        <w:t>“پرابلم اورینٹڈ سوچ شیطانی ہے”</w:t>
      </w:r>
    </w:p>
    <w:p>
      <w:r>
        <w:rPr>
          <w:sz w:val="20"/>
        </w:rPr>
        <w:t>41:03  sare jo log insan ki soch problem oriented soch hai. dunya bhar ke musalman problem oriented soch. kisi bhi yahan se le kar America tak, kaise mili hai? yahan se Arab tak, kaise mili hai? sab problem ki baaten kare ga. koi bhi opportunities ki baat nahin karta. bas problem, problem, problem. yeh to shaitani</w:t>
      </w:r>
      <w:r>
        <w:br/>
      </w:r>
      <w:r>
        <w:rPr>
          <w:sz w:val="20"/>
        </w:rPr>
        <w:t>41:34  shaitani yaani behkawa hai. shaitani behkawa hai. shaitan ne hum ko hata diya hai Khuda wali soch se aur daal diya hai idhar jidhar hum kuch na paen. yaani is se bhatakte rahen. dawah soch se hatane ke liye shaitan ne kya kiya? musalmanon ke andar problem wali soch mein un ko daal diya hai. log subah ka problem padhte</w:t>
      </w:r>
    </w:p>
    <w:p>
      <w:pPr>
        <w:pStyle w:val="Heading2"/>
      </w:pPr>
      <w:r>
        <w:t>Tau'at Allah means seeing God's mercy every moment</w:t>
      </w:r>
    </w:p>
    <w:p>
      <w:r>
        <w:rPr>
          <w:color w:val="666666"/>
          <w:sz w:val="18"/>
        </w:rPr>
        <w:t>Road to Paradise April 26, 2018 · 29s · at 8:34 · https://youtu.be/X0SuQYhr3QY?t=514</w:t>
      </w:r>
    </w:p>
    <w:p>
      <w:r>
        <w:rPr>
          <w:i/>
        </w:rPr>
        <w:t>“Tau'at Allah kankatara ka matlab yeh hai”</w:t>
      </w:r>
    </w:p>
    <w:p>
      <w:r>
        <w:rPr>
          <w:sz w:val="20"/>
        </w:rPr>
        <w:t>8:34  to "taat Allah ka nuktara" ka matlab yeh hai ke har waqt tum ko dikhai de, dikhai de ke har lamha, har har second Allah ki rehmat hum ko pohnch rahi hai.</w:t>
      </w:r>
      <w:r>
        <w:br/>
      </w:r>
      <w:r>
        <w:rPr>
          <w:sz w:val="20"/>
        </w:rPr>
        <w:t>8:52  is liye hum zinda hain, is liye hum chalte hain, is liye hum sochte hain, is liye khana hazam hota hai. to yeh hai "taat Allah ka nuktara".</w:t>
      </w:r>
    </w:p>
    <w:p>
      <w:pPr>
        <w:pStyle w:val="Heading2"/>
      </w:pPr>
      <w:r>
        <w:t>Why calling a disaster 'God's punishment' is dangerous</w:t>
      </w:r>
    </w:p>
    <w:p>
      <w:r>
        <w:rPr>
          <w:color w:val="666666"/>
          <w:sz w:val="18"/>
        </w:rPr>
        <w:t>Warning and Punishment May 15, 2008 · 22s · at 2:45 · https://youtu.be/tL3qIGvBuBE?t=165</w:t>
      </w:r>
    </w:p>
    <w:p>
      <w:r>
        <w:rPr>
          <w:i/>
        </w:rPr>
        <w:t>“Yeh azaab hai — bolna bohot bhaari responsibility hai”</w:t>
      </w:r>
    </w:p>
    <w:p>
      <w:r>
        <w:rPr>
          <w:sz w:val="20"/>
        </w:rPr>
        <w:t>2:45  to jab aisa hota hai to log kehne lagte hain ke yeh azaab hai. dekhein, is tarah se bolna bohat bhari responsibility hai.</w:t>
      </w:r>
      <w:r>
        <w:br/>
      </w:r>
      <w:r>
        <w:rPr>
          <w:sz w:val="20"/>
        </w:rPr>
        <w:t>2:58  is tarah ki baat ko bohat zyada soch samajh kar bolna chahiye. bohat zyada soch samajh kar bolna chahiye. kyun?</w:t>
      </w:r>
    </w:p>
    <w:p>
      <w:pPr>
        <w:pStyle w:val="Heading2"/>
      </w:pPr>
      <w:r>
        <w:t>Nehru story and human ingratitude</w:t>
      </w:r>
    </w:p>
    <w:p>
      <w:r>
        <w:rPr>
          <w:color w:val="666666"/>
          <w:sz w:val="18"/>
        </w:rPr>
        <w:t>The Importance of Shukr December 19, 2010 · 4m 38s · at 23:46 · https://youtu.be/aoKMb5-IQQU?t=1426</w:t>
      </w:r>
    </w:p>
    <w:p>
      <w:r>
        <w:rPr>
          <w:i/>
        </w:rPr>
        <w:t>“Yahan main ek mujhe ek qissa yaad aata hai”</w:t>
      </w:r>
    </w:p>
    <w:p>
      <w:r>
        <w:rPr>
          <w:sz w:val="20"/>
        </w:rPr>
        <w:t>23:46  yahan mein ek mujh ko ek qissa yaad aata hai, woh bahut hi illustrative hai. bahut hi relevant hai.</w:t>
      </w:r>
      <w:r>
        <w:br/>
      </w:r>
      <w:r>
        <w:rPr>
          <w:sz w:val="20"/>
        </w:rPr>
        <w:t>23:57  kal maine ek sahab ko ek qissa sunaya to bahut zyada woh ajeeb laga un ko.</w:t>
      </w:r>
      <w:r>
        <w:br/>
      </w:r>
      <w:r>
        <w:rPr>
          <w:sz w:val="20"/>
        </w:rPr>
        <w:t>24:06  dekhiye yeh baat hai aazadi ke foran baad ki. to aazadi se pehle UP mein ek sahab the,</w:t>
      </w:r>
      <w:r>
        <w:br/>
      </w:r>
      <w:r>
        <w:rPr>
          <w:sz w:val="20"/>
        </w:rPr>
        <w:t>24:20  woh Congress ke worker the.</w:t>
      </w:r>
      <w:r>
        <w:br/>
      </w:r>
      <w:r>
        <w:rPr>
          <w:sz w:val="20"/>
        </w:rPr>
        <w:t>24:24  mamooli padhe likhe the lekin Congress mein jud gaye the woh apna. Congress ke worker the woh.</w:t>
      </w:r>
      <w:r>
        <w:br/>
      </w:r>
      <w:r>
        <w:rPr>
          <w:sz w:val="20"/>
        </w:rPr>
        <w:t>24:33  phir unhone apne bachche ko padhaya. to us ko ab medical test mein dala. magar us ka number bahut kam aaya.</w:t>
      </w:r>
      <w:r>
        <w:br/>
      </w:r>
      <w:r>
        <w:rPr>
          <w:sz w:val="20"/>
        </w:rPr>
        <w:t>24:43  jab selection hua medical test ka to jab list khatm ho gayi us ke beeswein number par uth kar ladka tha.</w:t>
      </w:r>
      <w:r>
        <w:br/>
      </w:r>
      <w:r>
        <w:rPr>
          <w:sz w:val="20"/>
        </w:rPr>
        <w:t>24:54  yaani bees ladke aur liye jayen tab us ka number aata tha.</w:t>
      </w:r>
      <w:r>
        <w:br/>
      </w:r>
      <w:r>
        <w:rPr>
          <w:sz w:val="20"/>
        </w:rPr>
        <w:t>25:01  ab bahut bada masla tha.</w:t>
      </w:r>
      <w:r>
        <w:br/>
      </w:r>
      <w:r>
        <w:rPr>
          <w:sz w:val="20"/>
        </w:rPr>
        <w:t>25:08  to woh Jawaharlal Nehru ke paas aaye. Jawaharlal Nehru jo the us waqt prime minister ban chuke the. is se pehle woh Congress ke leader hote the.</w:t>
      </w:r>
      <w:r>
        <w:br/>
      </w:r>
      <w:r>
        <w:rPr>
          <w:sz w:val="20"/>
        </w:rPr>
        <w:t>25:20  kahin kahin jalse mein is se mulaqat bhi hui thi pehle. to us ne kaha ke dekhiye main sari zindagi maine Congress ki khidmat mein guz</w:t>
      </w:r>
      <w:r>
        <w:br/>
      </w:r>
      <w:r>
        <w:rPr>
          <w:sz w:val="20"/>
        </w:rPr>
        <w:t>25:29  ari. mera bachcha jo hai medical mein jana chahta hai magar nahi ja pa raha hai. to is kaam ko koi kar nahi sakta tha siwaye prime minister ke.</w:t>
      </w:r>
      <w:r>
        <w:br/>
      </w:r>
      <w:r>
        <w:rPr>
          <w:sz w:val="20"/>
        </w:rPr>
        <w:t>25:42  itna mushkil kaam tha is waqt. aaj to shayad ho bhi sakta ho, is waqt nahi ho sakta tha. to jawaharlal nehru ne kiya kiya?</w:t>
      </w:r>
      <w:r>
        <w:br/>
      </w:r>
      <w:r>
        <w:rPr>
          <w:sz w:val="20"/>
        </w:rPr>
        <w:t>25:50  file mangwai is medical wahan se.</w:t>
      </w:r>
      <w:r>
        <w:br/>
      </w:r>
      <w:r>
        <w:rPr>
          <w:sz w:val="20"/>
        </w:rPr>
        <w:t>25:56  is par dekha to is ka number jo hai bees student agar barhaye jayein tab is ka number aata tha.</w:t>
      </w:r>
      <w:r>
        <w:br/>
      </w:r>
      <w:r>
        <w:rPr>
          <w:sz w:val="20"/>
        </w:rPr>
        <w:t>26:07  to unhon ne dekha ke yeh bechara congress ki bohat khidmat ki hai is ne. to seat mein bees barha diya unhon ne.</w:t>
      </w:r>
      <w:r>
        <w:br/>
      </w:r>
      <w:r>
        <w:rPr>
          <w:sz w:val="20"/>
        </w:rPr>
        <w:t>26:18  yani order kar diya ke bees seat barhai jayein wahan par.</w:t>
      </w:r>
      <w:r>
        <w:br/>
      </w:r>
      <w:r>
        <w:rPr>
          <w:sz w:val="20"/>
        </w:rPr>
        <w:t>26:21  jab bees seat barhai gayi to uth ke ladke ka bhi number aa gaya. aur woh dakhla ho gaya. phir jante hain kya hua?</w:t>
      </w:r>
      <w:r>
        <w:br/>
      </w:r>
      <w:r>
        <w:rPr>
          <w:sz w:val="20"/>
        </w:rPr>
        <w:t>26:30  woh woh main sunana chahta hoon aap ko. is ke baad jo hua. is aadmi ko jab pata chala ke mera beta jo hai medical college mein is ka dakhla ho gaya hai.</w:t>
      </w:r>
      <w:r>
        <w:br/>
      </w:r>
      <w:r>
        <w:rPr>
          <w:sz w:val="20"/>
        </w:rPr>
        <w:t>26:42  ab woh doctor banega. to phir dobara aaya woh delhi.</w:t>
      </w:r>
      <w:r>
        <w:br/>
      </w:r>
      <w:r>
        <w:rPr>
          <w:sz w:val="20"/>
        </w:rPr>
        <w:t>26:48  is waqt itna zyada security nahi hua karti thi. is waqt prime minister se milna aasan kaam hota tha.</w:t>
      </w:r>
      <w:r>
        <w:br/>
      </w:r>
      <w:r>
        <w:rPr>
          <w:sz w:val="20"/>
        </w:rPr>
        <w:t>26:56  to wahan gaya.</w:t>
      </w:r>
      <w:r>
        <w:br/>
      </w:r>
      <w:r>
        <w:rPr>
          <w:sz w:val="20"/>
        </w:rPr>
        <w:t>27:01  to gate par khada ho gaya woh. intezar mein ke niklenge woh. to time tha un ke nikalne ka. jab nehru aaye bahar gate par to achaanak uth ke paaon par gir pada woh.</w:t>
      </w:r>
      <w:r>
        <w:br/>
      </w:r>
      <w:r>
        <w:rPr>
          <w:sz w:val="20"/>
        </w:rPr>
        <w:t>27:17  nehru ke paaon par gir pada woh. kaha yeh kaha, yeh kaha, yeh kaha. to unhon ne kaha ke aap ne woh kaam kar diya jo main soch bhi nahi sakta tha.</w:t>
      </w:r>
      <w:r>
        <w:br/>
      </w:r>
      <w:r>
        <w:rPr>
          <w:sz w:val="20"/>
        </w:rPr>
        <w:t>27:31  mere bete ka admission ho gaya.</w:t>
      </w:r>
      <w:r>
        <w:br/>
      </w:r>
      <w:r>
        <w:rPr>
          <w:sz w:val="20"/>
        </w:rPr>
        <w:t>27:37  to nehru ne bees seat barhai aur is ka dakhla karne ke liye.</w:t>
      </w:r>
      <w:r>
        <w:br/>
      </w:r>
      <w:r>
        <w:rPr>
          <w:sz w:val="20"/>
        </w:rPr>
        <w:t>27:42  to woh aadmi is itna zyada thankful hua woh. zyada is ke andar shukr ka jazba aaya ke yeh paaon par gir pada. to main ne is ko socha.</w:t>
      </w:r>
      <w:r>
        <w:br/>
      </w:r>
      <w:r>
        <w:rPr>
          <w:sz w:val="20"/>
        </w:rPr>
        <w:t>27:54  to main ne kaha khuda ne</w:t>
      </w:r>
      <w:r>
        <w:br/>
      </w:r>
      <w:r>
        <w:rPr>
          <w:sz w:val="20"/>
        </w:rPr>
        <w:t>27:59  billion trillion se bhi zyada barhe pemane par yeh kaam kiya hai insaan ke liye. lekin koi khuda ke qadmon mein girne wala nahi.</w:t>
      </w:r>
      <w:r>
        <w:br/>
      </w:r>
      <w:r>
        <w:rPr>
          <w:sz w:val="20"/>
        </w:rPr>
        <w:t>28:10  koi khuda ke qadmon mein girne wala nahi. koi khuda ke aage surrender karne wala nahi. koi khuda ke liye sacha shukr karne wala nahi.</w:t>
      </w:r>
    </w:p>
    <w:p>
      <w:pPr>
        <w:pStyle w:val="Heading2"/>
      </w:pPr>
      <w:r>
        <w:t>Paradise described as an evil-free refined colony</w:t>
      </w:r>
    </w:p>
    <w:p>
      <w:r>
        <w:rPr>
          <w:color w:val="666666"/>
          <w:sz w:val="18"/>
        </w:rPr>
        <w:t>Doomsday Knocking at The Door April 18, 2010 · 50s · at 15:03 · https://youtu.be/nZVho8DkNJo?t=903</w:t>
      </w:r>
    </w:p>
    <w:p>
      <w:r>
        <w:rPr>
          <w:i/>
        </w:rPr>
        <w:t>“Paradise is a very refined colony, evil-free”</w:t>
      </w:r>
    </w:p>
    <w:p>
      <w:r>
        <w:rPr>
          <w:sz w:val="20"/>
        </w:rPr>
        <w:t>15:03  deserve karte hon. jannat Allah taala ne banai, ek bohat hi refine colony.</w:t>
      </w:r>
      <w:r>
        <w:br/>
      </w:r>
      <w:r>
        <w:rPr>
          <w:sz w:val="20"/>
        </w:rPr>
        <w:t>15:13  wahan sab kuch acha hi acha hai.</w:t>
      </w:r>
      <w:r>
        <w:br/>
      </w:r>
      <w:r>
        <w:rPr>
          <w:sz w:val="20"/>
        </w:rPr>
        <w:t>15:19  yeh evil free hai, wo bilkul</w:t>
      </w:r>
      <w:r>
        <w:br/>
      </w:r>
      <w:r>
        <w:rPr>
          <w:sz w:val="20"/>
        </w:rPr>
        <w:t>15:23  wahan koi cheez na wahan negative thinking hai, na wahan hate hai, na wahan anger hai,</w:t>
      </w:r>
      <w:r>
        <w:br/>
      </w:r>
      <w:r>
        <w:rPr>
          <w:sz w:val="20"/>
        </w:rPr>
        <w:t>15:35  na wahan violence hai. yeh jitne bhi evil character hain, wahan par nahi hain. aisi aik dunya mein basanay ke liye Khuda ko insan darkaar hai.</w:t>
      </w:r>
    </w:p>
    <w:p>
      <w:pPr>
        <w:pStyle w:val="Heading2"/>
      </w:pPr>
      <w:r>
        <w:t>Whoever says I am happy is lying</w:t>
      </w:r>
    </w:p>
    <w:p>
      <w:r>
        <w:rPr>
          <w:color w:val="666666"/>
          <w:sz w:val="18"/>
        </w:rPr>
        <w:t>God, Man and Paradise April 22, 2007 - Maulana Wahiduddin Khan · 45s · at 9:55 · https://youtu.be/zNkkEOX6bKY?t=595</w:t>
      </w:r>
    </w:p>
    <w:p>
      <w:r>
        <w:rPr>
          <w:i/>
        </w:rPr>
        <w:t>“Whoever says I am happy is lying.”</w:t>
      </w:r>
    </w:p>
    <w:p>
      <w:r>
        <w:rPr>
          <w:sz w:val="20"/>
        </w:rPr>
        <w:t>9:55  jo yeh kahe ke main khush hoon, woh jhoot bolta hai. kyunke duniya mein khushi mil hi nahin sakti. to bahal islam jo hai, us ki yeh bohat bari us ki blessing hai ke insan ko batata hai ke what is the creation plan of god.</w:t>
      </w:r>
      <w:r>
        <w:br/>
      </w:r>
      <w:r>
        <w:rPr>
          <w:sz w:val="20"/>
        </w:rPr>
        <w:t>10:15  yahi source hai happiness ka. jab aap yeh yaqeen kar len ke meri desire jo hai, un ko fulfillment fulfillment milega post death period mein, paradise mein, to aap ka tension khatam ho jata hai.</w:t>
      </w:r>
      <w:r>
        <w:br/>
      </w:r>
      <w:r>
        <w:rPr>
          <w:sz w:val="20"/>
        </w:rPr>
        <w:t>10:28  aaiye jab yeh aap soch len ke jo injustice break kiya gaya hai mere sath, us ko punishment milega post death period mein, khuda pakre ga un ko, to woh tension bhi khatam hai.</w:t>
      </w:r>
    </w:p>
    <w:p>
      <w:pPr>
        <w:pStyle w:val="Heading2"/>
      </w:pPr>
      <w:r>
        <w:t>full argument: God's mercy over wrath, with parable</w:t>
      </w:r>
    </w:p>
    <w:p>
      <w:r>
        <w:rPr>
          <w:color w:val="666666"/>
          <w:sz w:val="18"/>
        </w:rPr>
        <w:t>Realisation of God December 13, 2015 · 5m 16s · at 4:35 · https://youtu.be/88yxy1lk1GU?t=275</w:t>
      </w:r>
    </w:p>
    <w:p>
      <w:r>
        <w:rPr>
          <w:i/>
        </w:rPr>
        <w:t>“God wrote with His own hand: My mercy prevails over My wrath”</w:t>
      </w:r>
    </w:p>
    <w:p>
      <w:r>
        <w:rPr>
          <w:sz w:val="20"/>
        </w:rPr>
        <w:t>4:35  is Hadees mein Rasool Allah sallallahu alaihi wasallam ne bataya. yeh Hadees Qudsi hai. Hadees Qudsi us ko kehte hain ke peghambar ki zuban se Allah ki baat.</w:t>
      </w:r>
      <w:r>
        <w:br/>
      </w:r>
      <w:r>
        <w:rPr>
          <w:sz w:val="20"/>
        </w:rPr>
        <w:t>4:54  to is hadith mein bataya gaya hai ke Allah ne jab insan ko khalq kiya, Allah ne jab insan ko paida kiya,</w:t>
      </w:r>
      <w:r>
        <w:br/>
      </w:r>
      <w:r>
        <w:rPr>
          <w:sz w:val="20"/>
        </w:rPr>
        <w:t>5:12  fa kataba bi hady</w:t>
      </w:r>
      <w:r>
        <w:br/>
      </w:r>
      <w:r>
        <w:rPr>
          <w:sz w:val="20"/>
        </w:rPr>
        <w:t>5:19  apne hath se ek baat likh di.</w:t>
      </w:r>
      <w:r>
        <w:br/>
      </w:r>
      <w:r>
        <w:rPr>
          <w:sz w:val="20"/>
        </w:rPr>
        <w:t>5:27  fa wub indahu fawqal arsh</w:t>
      </w:r>
      <w:r>
        <w:br/>
      </w:r>
      <w:r>
        <w:rPr>
          <w:sz w:val="20"/>
        </w:rPr>
        <w:t>5:33  yeh baat Allah ke paas hai arsh ke upar.</w:t>
      </w:r>
      <w:r>
        <w:br/>
      </w:r>
      <w:r>
        <w:rPr>
          <w:sz w:val="20"/>
        </w:rPr>
        <w:t>5:41  ghor kijiye kitni important iski beginning hai. ke Allah ne jab insan ko paida kiya</w:t>
      </w:r>
      <w:r>
        <w:br/>
      </w:r>
      <w:r>
        <w:rPr>
          <w:sz w:val="20"/>
        </w:rPr>
        <w:t>5:52  to ek baat likh di apne hath se. fa kataba bi hady aur yeh likha hua fa wub indahu fawqal arsh yeh likhi hui baat Allah ke paas hai arsh ke upar.</w:t>
      </w:r>
      <w:r>
        <w:br/>
      </w:r>
      <w:r>
        <w:rPr>
          <w:sz w:val="20"/>
        </w:rPr>
        <w:t>6:17  wo baat kya hai? wo baat yeh hai ke ghalabat rahmaty ala ghzby meri rahmat mere ghazab ke upar hai.</w:t>
      </w:r>
      <w:r>
        <w:br/>
      </w:r>
      <w:r>
        <w:rPr>
          <w:sz w:val="20"/>
        </w:rPr>
        <w:t>6:34  ghalabat rahmaty ala ghzby meri rahmat mere ghazab ke upar hai. iska matlab kya hua?</w:t>
      </w:r>
      <w:r>
        <w:br/>
      </w:r>
      <w:r>
        <w:rPr>
          <w:sz w:val="20"/>
        </w:rPr>
        <w:t>6:44  iska matlab yeh hua ke rahmat ke pehlu more than fifty percent hain.</w:t>
      </w:r>
      <w:r>
        <w:br/>
      </w:r>
      <w:r>
        <w:rPr>
          <w:sz w:val="20"/>
        </w:rPr>
        <w:t>6:55  ghazab ka pehlu less than fifty percent hai.</w:t>
      </w:r>
      <w:r>
        <w:br/>
      </w:r>
      <w:r>
        <w:rPr>
          <w:sz w:val="20"/>
        </w:rPr>
        <w:t>7:04  insan se mawakhza ke mamle mein Allah taala insan ka mawakhza kare ga</w:t>
      </w:r>
      <w:r>
        <w:br/>
      </w:r>
      <w:r>
        <w:rPr>
          <w:sz w:val="20"/>
        </w:rPr>
        <w:t>7:10  a. mawakhza ka matlab hisab kitab lega. aur phir har ek ke liye jannat ka aur jahannum ka faisla kare ga.</w:t>
      </w:r>
      <w:r>
        <w:br/>
      </w:r>
      <w:r>
        <w:rPr>
          <w:sz w:val="20"/>
        </w:rPr>
        <w:t>7:22  to aap ghor kijiye kitna zyada yeh serious mamla hai. to main is se pehle yeh samajhta tha ke yeh fifty fifty ka mamla hai. kal mujhe yeh daryaft hui ke nahi,</w:t>
      </w:r>
      <w:r>
        <w:br/>
      </w:r>
      <w:r>
        <w:rPr>
          <w:sz w:val="20"/>
        </w:rPr>
        <w:t>7:35  rahmat ka pehlu more than fifty percent hai. ghazab ka pehlu less than fifty percent hai. kyunke Allah ne khud apne hath se likha aur usko mustaqil taur par arsh ke upar rakh diya.</w:t>
      </w:r>
      <w:r>
        <w:br/>
      </w:r>
      <w:r>
        <w:rPr>
          <w:sz w:val="20"/>
        </w:rPr>
        <w:t>7:53  goya yeh Allah ka wada hai.</w:t>
      </w:r>
      <w:r>
        <w:br/>
      </w:r>
      <w:r>
        <w:rPr>
          <w:sz w:val="20"/>
        </w:rPr>
        <w:t>7:57  ghalabat rahmaty ala ghzby</w:t>
      </w:r>
      <w:r>
        <w:br/>
      </w:r>
      <w:r>
        <w:rPr>
          <w:sz w:val="20"/>
        </w:rPr>
        <w:t>8:03  meri rahmat mere ghazab ke upar hai.</w:t>
      </w:r>
      <w:r>
        <w:br/>
      </w:r>
      <w:r>
        <w:rPr>
          <w:sz w:val="20"/>
        </w:rPr>
        <w:t>8:13  mujhe bohat se qisse maloom hain ke koi baap ab bete se ghussa ho gaya. koi malik apne server se ghussa ho gaya.</w:t>
      </w:r>
      <w:r>
        <w:br/>
      </w:r>
      <w:r>
        <w:rPr>
          <w:sz w:val="20"/>
        </w:rPr>
        <w:t>8:28  lekin iske baad kya hua?</w:t>
      </w:r>
      <w:r>
        <w:br/>
      </w:r>
      <w:r>
        <w:rPr>
          <w:sz w:val="20"/>
        </w:rPr>
        <w:t>8:33  wo beta ya wo server ya wo aadmi bohat zyada sharminda hua. repentance aaya uske andar.</w:t>
      </w:r>
      <w:r>
        <w:br/>
      </w:r>
      <w:r>
        <w:rPr>
          <w:sz w:val="20"/>
        </w:rPr>
        <w:t>8:43  wo bohat roya. aur ja kar ke wo apne baap ke qadmon mein gir pada ke baap mujhe maaf farma.</w:t>
      </w:r>
      <w:r>
        <w:br/>
      </w:r>
      <w:r>
        <w:rPr>
          <w:sz w:val="20"/>
        </w:rPr>
        <w:t>8:55  to wahi baap jisne ghar se nikaal diya tha. yeh sacha qissa hai. wahi baap jisne jo apne bete se ghussa ho kar ghar se nikaal diya tha.</w:t>
      </w:r>
      <w:r>
        <w:br/>
      </w:r>
      <w:r>
        <w:rPr>
          <w:sz w:val="20"/>
        </w:rPr>
        <w:t>9:06  jab beta gaya aur rote hue usne baap ke qadmon par sar rakh diya. aur kaha ke baap mujhe maaf farma.</w:t>
      </w:r>
      <w:r>
        <w:br/>
      </w:r>
      <w:r>
        <w:rPr>
          <w:sz w:val="20"/>
        </w:rPr>
        <w:t>9:19  to baap ne usko utha kar sine se laga liya. yahi hai ghalabat rahmaty ala ghzby.</w:t>
      </w:r>
      <w:r>
        <w:br/>
      </w:r>
      <w:r>
        <w:rPr>
          <w:sz w:val="20"/>
        </w:rPr>
        <w:t>9:35  yahi hai ghalbat rehmeti ala ghazbi. dekhiye yeh saada baat nahi hai. bohat hi is ke andar deep meaning hai.</w:t>
      </w:r>
    </w:p>
    <w:p>
      <w:pPr>
        <w:pStyle w:val="Heading2"/>
      </w:pPr>
      <w:r>
        <w:t>Human is like fish without water</w:t>
      </w:r>
    </w:p>
    <w:p>
      <w:r>
        <w:rPr>
          <w:color w:val="666666"/>
          <w:sz w:val="18"/>
        </w:rPr>
        <w:t>Al Risala Dec, 2017 · 39s · at 1:25 · https://youtu.be/-bHsd7QNspw?t=85</w:t>
      </w:r>
    </w:p>
    <w:p>
      <w:r>
        <w:rPr>
          <w:i/>
        </w:rPr>
        <w:t>“Thus, every creature in the universe has its suitable habitat”</w:t>
      </w:r>
    </w:p>
    <w:p>
      <w:r>
        <w:rPr>
          <w:sz w:val="20"/>
        </w:rPr>
        <w:t>1:25  is tarah kainat mein maujood har makhlooq ke liye us ka muwafiq hebitel maujood hai, magar yahan sirf insan ek aisi makhlooq hai jis ko us ka matloob hebitel hasil nahi.</w:t>
      </w:r>
      <w:r>
        <w:br/>
      </w:r>
      <w:r>
        <w:rPr>
          <w:sz w:val="20"/>
        </w:rPr>
        <w:t>1:40  insan ko aisi dunya mili hai jahan woh zinda reh sake, lekin insan ko aisi dunya hasil nahi jahan us ke liye har aitbar se fulfillment ka saman maujood ho.</w:t>
      </w:r>
      <w:r>
        <w:br/>
      </w:r>
      <w:r>
        <w:rPr>
          <w:sz w:val="20"/>
        </w:rPr>
        <w:t>1:54  yahi wajah hai ke insan is dunya mein is tarah rehta hai ke woh hamesha mahi-e-be-aab, fish without water ki tarah tadapta rehta hai.</w:t>
      </w:r>
    </w:p>
    <w:p>
      <w:pPr>
        <w:pStyle w:val="Heading2"/>
      </w:pPr>
      <w:r>
        <w:t>Conceptual thinking leads to faith like storm</w:t>
      </w:r>
    </w:p>
    <w:p>
      <w:r>
        <w:rPr>
          <w:color w:val="666666"/>
          <w:sz w:val="18"/>
        </w:rPr>
        <w:t>Dars-e-Quran, Chapter 2, Verse 255 | December 24, 2017 · 4m 36s · at 31:46 · https://youtu.be/tKX0KUhUMnw?t=1906</w:t>
      </w:r>
    </w:p>
    <w:p>
      <w:r>
        <w:rPr>
          <w:i/>
        </w:rPr>
        <w:t>“Jaise main aksar aisa karta hoon”</w:t>
      </w:r>
    </w:p>
    <w:p>
      <w:r>
        <w:rPr>
          <w:sz w:val="20"/>
        </w:rPr>
        <w:t>31:46  jaise mein aksar aisa karta hoon ke mein sochta hoon ke mein space mein hoon, yani apne aap ko soch ke level par space pe le le aata hoon. soch ke level par apne aap ko space mein le aata hoon. phir mein dekhta hoon ke soch ke level par ke yeh galaxy hai, yeh milky way hai, yeh suraj hai, yeh sayare hain, yeh ek</w:t>
      </w:r>
      <w:r>
        <w:br/>
      </w:r>
      <w:r>
        <w:rPr>
          <w:sz w:val="20"/>
        </w:rPr>
        <w:t>32:16  poora ek scene mere samne aa jata hai.</w:t>
      </w:r>
      <w:r>
        <w:br/>
      </w:r>
      <w:r>
        <w:rPr>
          <w:sz w:val="20"/>
        </w:rPr>
        <w:t>32:22  conceptual level par to ek ajeeb qism ka yaqeen paida hota hai.</w:t>
      </w:r>
      <w:r>
        <w:br/>
      </w:r>
      <w:r>
        <w:rPr>
          <w:sz w:val="20"/>
        </w:rPr>
        <w:t>32:28  ajeeb qism ka, yani wohi jo hadith mein aata hai: "ta'bud Allah ka'annaka taraha".</w:t>
      </w:r>
      <w:r>
        <w:br/>
      </w:r>
      <w:r>
        <w:rPr>
          <w:sz w:val="20"/>
        </w:rPr>
        <w:t>32:34  aap jante hain ke bohat mashhoor hadith hai jis mein yeh hai ke "ta'bud Allah ka'annaka taraha".</w:t>
      </w:r>
      <w:r>
        <w:br/>
      </w:r>
      <w:r>
        <w:rPr>
          <w:sz w:val="20"/>
        </w:rPr>
        <w:t>32:40  Allah ki ibadat is tarah karo</w:t>
      </w:r>
      <w:r>
        <w:br/>
      </w:r>
      <w:r>
        <w:rPr>
          <w:sz w:val="20"/>
        </w:rPr>
        <w:t>32:46  jaise ke tum us ko dekh rahe ho.</w:t>
      </w:r>
      <w:r>
        <w:br/>
      </w:r>
      <w:r>
        <w:rPr>
          <w:sz w:val="20"/>
        </w:rPr>
        <w:t>32:51  Allah ki ibadat is tarah karo jaise ke tum us ko dekh rahe ho.</w:t>
      </w:r>
      <w:r>
        <w:br/>
      </w:r>
      <w:r>
        <w:rPr>
          <w:sz w:val="20"/>
        </w:rPr>
        <w:t>32:55  is ka matlab kya hai? aap jante hain ke hum aap Allah ko dekh nahin sakte.</w:t>
      </w:r>
      <w:r>
        <w:br/>
      </w:r>
      <w:r>
        <w:rPr>
          <w:sz w:val="20"/>
        </w:rPr>
        <w:t>32:59  phir is, phir is jumle ka matlab kya hai? hum mein se koi bhi shakhs nahin hai jo</w:t>
      </w:r>
      <w:r>
        <w:br/>
      </w:r>
      <w:r>
        <w:rPr>
          <w:sz w:val="20"/>
        </w:rPr>
        <w:t>33:03  yeh na jaane ke hum Allah ko dekh nahin sakte.</w:t>
      </w:r>
      <w:r>
        <w:br/>
      </w:r>
      <w:r>
        <w:rPr>
          <w:sz w:val="20"/>
        </w:rPr>
        <w:t>33:08  baghair dekhe hamein maanne hain.</w:t>
      </w:r>
      <w:r>
        <w:br/>
      </w:r>
      <w:r>
        <w:rPr>
          <w:sz w:val="20"/>
        </w:rPr>
        <w:t>33:12  to is ka matlab</w:t>
      </w:r>
      <w:r>
        <w:br/>
      </w:r>
      <w:r>
        <w:rPr>
          <w:sz w:val="20"/>
        </w:rPr>
        <w:t>33:16  یہی ہے کہ conceptual thought کے لیول پر اللہ کو discover کرو۔</w:t>
      </w:r>
      <w:r>
        <w:br/>
      </w:r>
      <w:r>
        <w:rPr>
          <w:sz w:val="20"/>
        </w:rPr>
        <w:t>33:21  Conceptual thought ke level par Allah ko dekhne lago.</w:t>
      </w:r>
      <w:r>
        <w:br/>
      </w:r>
      <w:r>
        <w:rPr>
          <w:sz w:val="20"/>
        </w:rPr>
        <w:t>33:25  yeh matlab hai is ka.</w:t>
      </w:r>
      <w:r>
        <w:br/>
      </w:r>
      <w:r>
        <w:rPr>
          <w:sz w:val="20"/>
        </w:rPr>
        <w:t>33:29  aur yeh har ek ke liye mumkin hai.</w:t>
      </w:r>
      <w:r>
        <w:br/>
      </w:r>
      <w:r>
        <w:rPr>
          <w:sz w:val="20"/>
        </w:rPr>
        <w:t>33:34  conceptual thought ki salahiyat har ek ke andar hai.</w:t>
      </w:r>
      <w:r>
        <w:br/>
      </w:r>
      <w:r>
        <w:rPr>
          <w:sz w:val="20"/>
        </w:rPr>
        <w:t>33:38  aap is ko develop kijiye.</w:t>
      </w:r>
      <w:r>
        <w:br/>
      </w:r>
      <w:r>
        <w:rPr>
          <w:sz w:val="20"/>
        </w:rPr>
        <w:t>33:42  develop karte karte aap mehsoos karenge ke aap wahan pahunch gaye hain jahan "ta'bud Allah</w:t>
      </w:r>
      <w:r>
        <w:br/>
      </w:r>
      <w:r>
        <w:rPr>
          <w:sz w:val="20"/>
        </w:rPr>
        <w:t>33:47  ka'annaka taraha".</w:t>
      </w:r>
      <w:r>
        <w:br/>
      </w:r>
      <w:r>
        <w:rPr>
          <w:sz w:val="20"/>
        </w:rPr>
        <w:t>33:52  yani baghair dekhe dekhna.</w:t>
      </w:r>
      <w:r>
        <w:br/>
      </w:r>
      <w:r>
        <w:rPr>
          <w:sz w:val="20"/>
        </w:rPr>
        <w:t>33:57  yeh jo hadith mein aaya hai ke baghair dekhe Allah ko dekho.</w:t>
      </w:r>
      <w:r>
        <w:br/>
      </w:r>
      <w:r>
        <w:rPr>
          <w:sz w:val="20"/>
        </w:rPr>
        <w:t>34:02  یہ اس کا مطلب کیا ہے؟ کہ آنکھ سے تم نہیں دیکھ سکتے، لیکن conceptual thinking کے لیول</w:t>
      </w:r>
      <w:r>
        <w:br/>
      </w:r>
      <w:r>
        <w:rPr>
          <w:sz w:val="20"/>
        </w:rPr>
        <w:t>34:07  par tum dekh sakte ho.</w:t>
      </w:r>
      <w:r>
        <w:br/>
      </w:r>
      <w:r>
        <w:rPr>
          <w:sz w:val="20"/>
        </w:rPr>
        <w:t>34:12  conceptual thinking ke level par tum dekh sakte ho.</w:t>
      </w:r>
      <w:r>
        <w:br/>
      </w:r>
      <w:r>
        <w:rPr>
          <w:sz w:val="20"/>
        </w:rPr>
        <w:t>34:17  yani conceptual thinking ka matlab hai tasawwurati soch.</w:t>
      </w:r>
      <w:r>
        <w:br/>
      </w:r>
      <w:r>
        <w:rPr>
          <w:sz w:val="20"/>
        </w:rPr>
        <w:t>34:23  yani jaise ke main Aadh Akbar mein paida hua to us waqt main Aadh Akbar mein nahin hoon.</w:t>
      </w:r>
      <w:r>
        <w:br/>
      </w:r>
      <w:r>
        <w:rPr>
          <w:sz w:val="20"/>
        </w:rPr>
        <w:t>34:29  aadh akbar ke dar o deewar ko main dekh nahin raha hoon.</w:t>
      </w:r>
      <w:r>
        <w:br/>
      </w:r>
      <w:r>
        <w:rPr>
          <w:sz w:val="20"/>
        </w:rPr>
        <w:t>34:35  lekin jab main sochta hoon ke yahan par yeh tha, wahan par woh tha to tasawwurati soch ke</w:t>
      </w:r>
      <w:r>
        <w:br/>
      </w:r>
      <w:r>
        <w:rPr>
          <w:sz w:val="20"/>
        </w:rPr>
        <w:t>34:41  level par mujhe aadh akbar</w:t>
      </w:r>
      <w:r>
        <w:br/>
      </w:r>
      <w:r>
        <w:rPr>
          <w:sz w:val="20"/>
        </w:rPr>
        <w:t>34:47  dikhai dene lagta hai. yani conceptual level par mujhe adhbar dikhai dene lagta hai. to Allah rabb ul alameen ko aap apni aankhon se to nahi dekh sakte. to phir kaise hoga yeh ke "ta'bud Allah ka'annaka tarahu"? ke is ka matlab yahi hai. ka matlab yeh hai ke agarchay tum Allah rabb ul alameen ko aankh se dekh nahi s</w:t>
      </w:r>
      <w:r>
        <w:br/>
      </w:r>
      <w:r>
        <w:rPr>
          <w:sz w:val="20"/>
        </w:rPr>
        <w:t>35:17  kya, magar conceptual level ke, conceptual thinking ke level par yaqeen dekh sakte ho.</w:t>
      </w:r>
      <w:r>
        <w:br/>
      </w:r>
      <w:r>
        <w:rPr>
          <w:sz w:val="20"/>
        </w:rPr>
        <w:t>35:23  Conceptual thinking ke level par tum zaroor dekh sakte ho. Wohi karo.</w:t>
      </w:r>
      <w:r>
        <w:br/>
      </w:r>
      <w:r>
        <w:rPr>
          <w:sz w:val="20"/>
        </w:rPr>
        <w:t>35:29  phir woh yaqeen aaye ga aap ke andar.</w:t>
      </w:r>
      <w:r>
        <w:br/>
      </w:r>
      <w:r>
        <w:rPr>
          <w:sz w:val="20"/>
        </w:rPr>
        <w:t>35:35  phir woh aaye ga jo is ne kaha hai jab karbat ne ke agar aap kisi jangall ke</w:t>
      </w:r>
      <w:r>
        <w:br/>
      </w:r>
      <w:r>
        <w:rPr>
          <w:sz w:val="20"/>
        </w:rPr>
        <w:t>35:41  kinare hon aur wahan aap dekhen ke aik zinda</w:t>
      </w:r>
      <w:r>
        <w:br/>
      </w:r>
      <w:r>
        <w:rPr>
          <w:sz w:val="20"/>
        </w:rPr>
        <w:t>35:47  sheir khara hua hai.</w:t>
      </w:r>
      <w:r>
        <w:br/>
      </w:r>
      <w:r>
        <w:rPr>
          <w:sz w:val="20"/>
        </w:rPr>
        <w:t>35:54  aap kisi jangall ke kinare hain aur achaanak aap dekhen ke aap ke samne zinda sheir khara hua</w:t>
      </w:r>
      <w:r>
        <w:br/>
      </w:r>
      <w:r>
        <w:rPr>
          <w:sz w:val="20"/>
        </w:rPr>
        <w:t>36:01  hai to us waqt aap ka blood circulation blood storm ban jaye ga.</w:t>
      </w:r>
      <w:r>
        <w:br/>
      </w:r>
      <w:r>
        <w:rPr>
          <w:sz w:val="20"/>
        </w:rPr>
        <w:t>36:08  yeh hai imaan.</w:t>
      </w:r>
      <w:r>
        <w:br/>
      </w:r>
      <w:r>
        <w:rPr>
          <w:sz w:val="20"/>
        </w:rPr>
        <w:t>36:15  imaan koi aisa nahin ke aap lift service ke taur par aik aik kalma dohra dein.</w:t>
      </w:r>
    </w:p>
    <w:p>
      <w:pPr>
        <w:pStyle w:val="Heading2"/>
      </w:pPr>
      <w:r>
        <w:t>Spiritual nourishment creates paradise personality</w:t>
      </w:r>
    </w:p>
    <w:p>
      <w:r>
        <w:rPr>
          <w:color w:val="666666"/>
          <w:sz w:val="18"/>
        </w:rPr>
        <w:t>Dars-e-Quran, Ch 2, Vs 2-3 (Realization of God) Aug 5, 2018 · 5m 53s · at 24:30 · https://youtu.be/3GpOLj2lwLc?t=1470</w:t>
      </w:r>
    </w:p>
    <w:p>
      <w:r>
        <w:rPr>
          <w:i/>
        </w:rPr>
        <w:t>“Dekhiye, hamari jo body hai, ek hai iska physical nourishment.”</w:t>
      </w:r>
    </w:p>
    <w:p>
      <w:r>
        <w:rPr>
          <w:sz w:val="20"/>
        </w:rPr>
        <w:t>24:30  dekhen, hamari jo body hai, ek hai uska physical nourishment. soil se hum ne ghalla nikala, us ko roti aur chawal banaya, wo khaya.</w:t>
      </w:r>
      <w:r>
        <w:br/>
      </w:r>
      <w:r>
        <w:rPr>
          <w:sz w:val="20"/>
        </w:rPr>
        <w:t>24:44  that is physical nourishment yani physical taghzia.</w:t>
      </w:r>
      <w:r>
        <w:br/>
      </w:r>
      <w:r>
        <w:rPr>
          <w:sz w:val="20"/>
        </w:rPr>
        <w:t>24:53  isi ke sath humein ek aur cheez chahiye,</w:t>
      </w:r>
      <w:r>
        <w:br/>
      </w:r>
      <w:r>
        <w:rPr>
          <w:sz w:val="20"/>
        </w:rPr>
        <w:t>24:59  wo hai spiritual nourishment.</w:t>
      </w:r>
      <w:r>
        <w:br/>
      </w:r>
      <w:r>
        <w:rPr>
          <w:sz w:val="20"/>
        </w:rPr>
        <w:t>25:06  to physical nourishment to aap ko ho gayi khane wali cheezon se, aur spiritual nourishment jo hai, wo wahi hai jis ko maine kaha ke</w:t>
      </w:r>
      <w:r>
        <w:br/>
      </w:r>
      <w:r>
        <w:rPr>
          <w:sz w:val="20"/>
        </w:rPr>
        <w:t>25:27  nectar, nectar phailay hue hain sari universe mein.</w:t>
      </w:r>
      <w:r>
        <w:br/>
      </w:r>
      <w:r>
        <w:rPr>
          <w:sz w:val="20"/>
        </w:rPr>
        <w:t>25:34  nectar of spirituality, nectar of marifat, nectar of realization. to aap</w:t>
      </w:r>
      <w:r>
        <w:br/>
      </w:r>
      <w:r>
        <w:rPr>
          <w:sz w:val="20"/>
        </w:rPr>
        <w:t>25:47  sari dunya se jahan bhi jayen, wahan nectar maujood hai. jaisay mein jab pehli bar America gaya aur wahan mein utra airport par aur bahar aaya to fresh air thi wahan, fresh air,</w:t>
      </w:r>
      <w:r>
        <w:br/>
      </w:r>
      <w:r>
        <w:rPr>
          <w:sz w:val="20"/>
        </w:rPr>
        <w:t>26:11  fresh oxygen. to achaanak mere bahar mein aaya ke dekho, mera rab kitna meherban hai. jab mein Delhi mein tha, tab bhi woh mujh ko</w:t>
      </w:r>
      <w:r>
        <w:br/>
      </w:r>
      <w:r>
        <w:rPr>
          <w:sz w:val="20"/>
        </w:rPr>
        <w:t>26:28  oxygen supply kar raha tha. aur jab mein Amrici ki soil par aaya hoon to yahan bhi mujhe</w:t>
      </w:r>
      <w:r>
        <w:br/>
      </w:r>
      <w:r>
        <w:rPr>
          <w:sz w:val="20"/>
        </w:rPr>
        <w:t>26:43  oxygen soil supply ho raha hai. aur oxygen bananay ke liye Khuda ne aik bohat hi bari factory, photosynthesis qaim ki,</w:t>
      </w:r>
      <w:r>
        <w:br/>
      </w:r>
      <w:r>
        <w:rPr>
          <w:sz w:val="20"/>
        </w:rPr>
        <w:t>26:57  universal factory. universal factory to aik universal factory hai jis jis mein oxygen tayyar hota hai,</w:t>
      </w:r>
      <w:r>
        <w:br/>
      </w:r>
      <w:r>
        <w:rPr>
          <w:sz w:val="20"/>
        </w:rPr>
        <w:t>27:13  phir woh hawa ke zariye supply hota hai, phir hamare body mein jo system hai, woh us ko leta hai.</w:t>
      </w:r>
      <w:r>
        <w:br/>
      </w:r>
      <w:r>
        <w:rPr>
          <w:sz w:val="20"/>
        </w:rPr>
        <w:t>27:28  to itna bara nizam, itna bara nizam, itna bara nizam. aur har jagah, sari dunya mein jab is nizam se aap marifat ke nectar letay rahen to wohi hai spiritual nourishment.</w:t>
      </w:r>
      <w:r>
        <w:br/>
      </w:r>
      <w:r>
        <w:rPr>
          <w:sz w:val="20"/>
        </w:rPr>
        <w:t>27:50  jis tarah se aap food letay rahen to us se aap ko physical nourishment milta hai, health milti hai. aur jab aap</w:t>
      </w:r>
      <w:r>
        <w:br/>
      </w:r>
      <w:r>
        <w:rPr>
          <w:sz w:val="20"/>
        </w:rPr>
        <w:t>28:03  is dunya ke jo nizam hai, us mein jis tarah se shukr ke nectar phailay hue hain,</w:t>
      </w:r>
      <w:r>
        <w:br/>
      </w:r>
      <w:r>
        <w:rPr>
          <w:sz w:val="20"/>
        </w:rPr>
        <w:t>28:15  marifat ke nectar phailay hue hain, us ko letay hue, letay hue aap din guzartay hain to har lamha aap ka spiritual nourishment hota rehta hai.</w:t>
      </w:r>
      <w:r>
        <w:br/>
      </w:r>
      <w:r>
        <w:rPr>
          <w:sz w:val="20"/>
        </w:rPr>
        <w:t>28:30  yeh hai youman al-ghayb. is sari baaton ka yani kis taraf ishara kiya gaya hai is ayat mein?</w:t>
      </w:r>
      <w:r>
        <w:br/>
      </w:r>
      <w:r>
        <w:rPr>
          <w:sz w:val="20"/>
        </w:rPr>
        <w:t>28:45  youmino bil-ghayb. to is tarah se jab zindagi guzartay hain aap, eman bil-ghayb wali, rabbani insan wali to us ke baad jo insan banta hai, aap ke andar marifat wala insan, shukr karne wala insan,</w:t>
      </w:r>
      <w:r>
        <w:br/>
      </w:r>
      <w:r>
        <w:rPr>
          <w:sz w:val="20"/>
        </w:rPr>
        <w:t>29:08  Allah ki meherbanion ko acknowledge karne wala insan, is tarah zindagi guzartay guzartay aap barhtay hain, insan bante hain,</w:t>
      </w:r>
      <w:r>
        <w:br/>
      </w:r>
      <w:r>
        <w:rPr>
          <w:sz w:val="20"/>
        </w:rPr>
        <w:t>29:22  marifat wala insan, shukr wala insan, acknowledge karne wala insan. to wohi woh insan hai jo paradise mein entry paye ga.</w:t>
      </w:r>
      <w:r>
        <w:br/>
      </w:r>
      <w:r>
        <w:rPr>
          <w:sz w:val="20"/>
        </w:rPr>
        <w:t>29:38  paradise ki entry koi koi khel kood nahi hai.</w:t>
      </w:r>
      <w:r>
        <w:br/>
      </w:r>
      <w:r>
        <w:rPr>
          <w:sz w:val="20"/>
        </w:rPr>
        <w:t>29:47  woh insan jo dunya mein is tarah rahe ke woh marifat ke nectar ko leta rahe, us ke andar aik personality banay, shukr ki personality,</w:t>
      </w:r>
      <w:r>
        <w:br/>
      </w:r>
      <w:r>
        <w:rPr>
          <w:sz w:val="20"/>
        </w:rPr>
        <w:t>30:03  marifat ki personality, Allah ko acknowledge karne wali personality. to is tarah se jo hasti banti hai, woh aik bohat hi zyada, bohat hi zyada creative insan hota hai,</w:t>
      </w:r>
    </w:p>
    <w:p>
      <w:pPr>
        <w:pStyle w:val="Heading2"/>
      </w:pPr>
      <w:r>
        <w:t>Truth must be 100 percent or nothing</w:t>
      </w:r>
    </w:p>
    <w:p>
      <w:r>
        <w:rPr>
          <w:color w:val="666666"/>
          <w:sz w:val="18"/>
        </w:rPr>
        <w:t>Belief in the Existance of God | 11 Jan, 2009 · 30s · at 1:01:43 · https://youtu.be/BniNkb0aE6Q?t=3703</w:t>
      </w:r>
    </w:p>
    <w:p>
      <w:r>
        <w:rPr>
          <w:i/>
        </w:rPr>
        <w:t>“Ya to 100 percent truth hoga ya kuch bhi nahi”</w:t>
      </w:r>
    </w:p>
    <w:p>
      <w:r>
        <w:rPr>
          <w:sz w:val="20"/>
        </w:rPr>
        <w:t>1:01:43  yeh mera nature hai.</w:t>
      </w:r>
      <w:r>
        <w:br/>
      </w:r>
      <w:r>
        <w:rPr>
          <w:sz w:val="20"/>
        </w:rPr>
        <w:t>1:01:48  mera manna yeh hai ke ya to 100 feesad truth hoga ya kuch bhi nahin hoga.</w:t>
      </w:r>
      <w:r>
        <w:br/>
      </w:r>
      <w:r>
        <w:rPr>
          <w:sz w:val="20"/>
        </w:rPr>
        <w:t>1:01:53  99 فیصد truth کوئی چیز نہیں ہوتی۔</w:t>
      </w:r>
      <w:r>
        <w:br/>
      </w:r>
      <w:r>
        <w:rPr>
          <w:sz w:val="20"/>
        </w:rPr>
        <w:t>1:01:58  Yad rakhiye, ye mere apne samajh se hai.</w:t>
      </w:r>
      <w:r>
        <w:br/>
      </w:r>
      <w:r>
        <w:rPr>
          <w:sz w:val="20"/>
        </w:rPr>
        <w:t>1:02:03  99 فیصد ٹروتھ ہو اور ون فیصد وہ ٹروتھ نہ ہو تو وہ کچھ بھی، this is nothing.</w:t>
      </w:r>
      <w:r>
        <w:br/>
      </w:r>
      <w:r>
        <w:rPr>
          <w:sz w:val="20"/>
        </w:rPr>
        <w:t>1:02:08  truth ko aap baant nahin sakte. To yeh</w:t>
      </w:r>
    </w:p>
    <w:p>
      <w:pPr>
        <w:pStyle w:val="Heading2"/>
      </w:pPr>
      <w:r>
        <w:t>Death always arrives suddenly, without warning</w:t>
      </w:r>
    </w:p>
    <w:p>
      <w:r>
        <w:rPr>
          <w:color w:val="666666"/>
          <w:sz w:val="18"/>
        </w:rPr>
        <w:t>On Death June 08, 2014 · 22s · at 4:10 · https://youtu.be/p0lSKQ0edmw?t=250</w:t>
      </w:r>
    </w:p>
    <w:p>
      <w:r>
        <w:rPr>
          <w:i/>
        </w:rPr>
        <w:t>“Toh maut dekhiye, achanak aati hai”</w:t>
      </w:r>
    </w:p>
    <w:p>
      <w:r>
        <w:rPr>
          <w:sz w:val="20"/>
        </w:rPr>
        <w:t>4:10  to maut dekhiye, achaanak ati hai.</w:t>
      </w:r>
      <w:r>
        <w:br/>
      </w:r>
      <w:r>
        <w:rPr>
          <w:sz w:val="20"/>
        </w:rPr>
        <w:t>4:14  maut ka sab se zyada jo</w:t>
      </w:r>
      <w:r>
        <w:br/>
      </w:r>
      <w:r>
        <w:rPr>
          <w:sz w:val="20"/>
        </w:rPr>
        <w:t>4:22  alarming pehlu hai, woh yeh hai ke maut achaanak aati hai. is ki koi date fix nahin.</w:t>
      </w:r>
    </w:p>
    <w:p>
      <w:pPr>
        <w:pStyle w:val="Heading2"/>
      </w:pPr>
      <w:r>
        <w:t>How a hadith on Laylatul Qadr traveled across continents</w:t>
      </w:r>
    </w:p>
    <w:p>
      <w:r>
        <w:rPr>
          <w:color w:val="666666"/>
          <w:sz w:val="18"/>
        </w:rPr>
        <w:t>The Nigh of Destiny (Shab-e-Qadr) October 7, 2007 · 3m 22s · at 0:55 · https://youtu.be/SsDv69B_uDk?t=55</w:t>
      </w:r>
    </w:p>
    <w:p>
      <w:r>
        <w:rPr>
          <w:i/>
        </w:rPr>
        <w:t>“A hadith came in Musnad Imam Ahmad ibn Hanbal”</w:t>
      </w:r>
    </w:p>
    <w:p>
      <w:r>
        <w:rPr>
          <w:sz w:val="20"/>
        </w:rPr>
        <w:t>0:55  reason yeh hai ke ek hadith aayi hai musnad imam ahmad ibn hanbal mein, jo hadith ki goya encyclopedia samjhai jati hai.</w:t>
      </w:r>
      <w:r>
        <w:br/>
      </w:r>
      <w:r>
        <w:rPr>
          <w:sz w:val="20"/>
        </w:rPr>
        <w:t>1:10  musnad ahmad ke naam se woh mashhoor hai, is mein 30,000 hadisein hain.</w:t>
      </w:r>
      <w:r>
        <w:br/>
      </w:r>
      <w:r>
        <w:rPr>
          <w:sz w:val="20"/>
        </w:rPr>
        <w:t>1:19  unki umr hui 75 saal. 75 saal mein unhon ne pata nahi kitne countries ke safar kiye, asia aur africa mein.</w:t>
      </w:r>
      <w:r>
        <w:br/>
      </w:r>
      <w:r>
        <w:rPr>
          <w:sz w:val="20"/>
        </w:rPr>
        <w:t>1:31  bohat hi hairat hoti hai agar aap parhein unki zindagi ko. ahmad ibn hanbal, jo paida hue the baghdad mein, kitne sare safar kiye aur 30 aadhi hadisein ikattha karein.</w:t>
      </w:r>
      <w:r>
        <w:br/>
      </w:r>
      <w:r>
        <w:rPr>
          <w:sz w:val="20"/>
        </w:rPr>
        <w:t>1:45  kyun ke rasool allah ke baad jo aap ke companions the, wohi to hadison ke narrator the, woh sab phail gaye idhar udhar.</w:t>
      </w:r>
      <w:r>
        <w:br/>
      </w:r>
      <w:r>
        <w:rPr>
          <w:sz w:val="20"/>
        </w:rPr>
        <w:t>1:58  aisa nahi tha ke woh makkah madinah mein sab ke sab hon. koi idhar chala gaya, koi idhar chala gaya. to mukhtalif countries mein woh phail gaye.</w:t>
      </w:r>
      <w:r>
        <w:br/>
      </w:r>
      <w:r>
        <w:rPr>
          <w:sz w:val="20"/>
        </w:rPr>
        <w:t>2:14  jaise kal turki ke ek sahib aaye the yahan, woh tv se jure hue hain, woh ek interview liya unhon ne.</w:t>
      </w:r>
      <w:r>
        <w:br/>
      </w:r>
      <w:r>
        <w:rPr>
          <w:sz w:val="20"/>
        </w:rPr>
        <w:t>2:29  unhon ne bataya ke turki mein ek sahabi ki qabr hai. ek sahabi ki qabr.</w:t>
      </w:r>
      <w:r>
        <w:br/>
      </w:r>
      <w:r>
        <w:rPr>
          <w:sz w:val="20"/>
        </w:rPr>
        <w:t>2:40  ab bataein ke turki kahan aur makkah madinah kahan</w:t>
      </w:r>
      <w:r>
        <w:br/>
      </w:r>
      <w:r>
        <w:rPr>
          <w:sz w:val="20"/>
        </w:rPr>
        <w:t>2:43  ? turki toh europe ka ek part hai. toh gharaẓ hai ke saare sahaba, jo koi 140,000 ki tadad mein the, rasool Allah ka jab wafat hui hai toh sahaba ki tadad 140,000 se zyada ho chuki thi.</w:t>
      </w:r>
      <w:r>
        <w:br/>
      </w:r>
      <w:r>
        <w:rPr>
          <w:sz w:val="20"/>
        </w:rPr>
        <w:t>3:08  toh yeh log phail gaye aap ke baad mukhtalif countries mein dawah work ke liye. dawah work ke liye. toh jahan gaye wohin par rahe, wohin un ke saathi bane, wohin un ke disciples hue,</w:t>
      </w:r>
      <w:r>
        <w:br/>
      </w:r>
      <w:r>
        <w:rPr>
          <w:sz w:val="20"/>
        </w:rPr>
        <w:t>3:24  wohin se unhon ne apni baatein kahin logon ko. toh narrators jo hain woh poore poore globe par bikhre hue the us zamane ke lihaaz se.</w:t>
      </w:r>
      <w:r>
        <w:br/>
      </w:r>
      <w:r>
        <w:rPr>
          <w:sz w:val="20"/>
        </w:rPr>
        <w:t>3:34  toh ahmad ibn hambal ne bohat zyada travel kiya. woh 75 saal ki umar mein is is zamane ke lihaaz se kaise kiya unhon ne, main toh hairaan hota hoon.</w:t>
      </w:r>
      <w:r>
        <w:br/>
      </w:r>
      <w:r>
        <w:rPr>
          <w:sz w:val="20"/>
        </w:rPr>
        <w:t>3:49  beh-haal is tarah unhon ne 30,000 hadith-ein, hadith-ein toh aur zyada jama kiya lekin 30,000 unhon ne compile kiya apni kitaab mein.</w:t>
      </w:r>
      <w:r>
        <w:br/>
      </w:r>
      <w:r>
        <w:rPr>
          <w:sz w:val="20"/>
        </w:rPr>
        <w:t>4:00  toh is mein se ek hadith woh hai jo tafsir mein agar aap dekhna chahein toh tafsir al-qurtubi ne is ko naqal kiya hai aur tafsir ibn kathir mein woh naqal hui hai.</w:t>
      </w:r>
    </w:p>
    <w:p>
      <w:pPr>
        <w:pStyle w:val="Heading2"/>
      </w:pPr>
      <w:r>
        <w:t>Spirit vs form: it's real vs relative, not important vs unimportant</w:t>
      </w:r>
    </w:p>
    <w:p>
      <w:r>
        <w:rPr>
          <w:color w:val="666666"/>
          <w:sz w:val="18"/>
        </w:rPr>
        <w:t>The Spirit of Islam June 10, 2012 · 45s · at 7:59 · https://youtu.be/WqEq_ba1T0M?t=479</w:t>
      </w:r>
    </w:p>
    <w:p>
      <w:r>
        <w:rPr>
          <w:i/>
        </w:rPr>
        <w:t>“Ye equation ghalat tha ke spirit important hai aur form unimportant”</w:t>
      </w:r>
    </w:p>
    <w:p>
      <w:r>
        <w:rPr>
          <w:sz w:val="20"/>
        </w:rPr>
        <w:t>7:59  unhon nay kya tasur diya ke rooh Islam aur yaani spirit of Islam aur form of Islam ka jo equation banaya, unhon nay kaha spirit woh hai, important hai aur form naam important hai.</w:t>
      </w:r>
      <w:r>
        <w:br/>
      </w:r>
      <w:r>
        <w:rPr>
          <w:sz w:val="20"/>
        </w:rPr>
        <w:t>8:16  important aur unimportant ka equation yeh ghalat tha. aisa nahi ke shakal unimportant hai.</w:t>
      </w:r>
      <w:r>
        <w:br/>
      </w:r>
      <w:r>
        <w:rPr>
          <w:sz w:val="20"/>
        </w:rPr>
        <w:t>8:24  nahi, yeh equation woh hai, real aur relative ka hai. yaani spirit woh hai, woh Islam ka real part hai aur form woh hai, woh Islam ka relative part hai.</w:t>
      </w:r>
      <w:r>
        <w:br/>
      </w:r>
      <w:r>
        <w:rPr>
          <w:sz w:val="20"/>
        </w:rPr>
        <w:t>8:38  to sahih equation real aur relative ka hai, nah keh important aur unimportant ka.</w:t>
      </w:r>
    </w:p>
    <w:p>
      <w:pPr>
        <w:pStyle w:val="Heading2"/>
      </w:pPr>
      <w:r>
        <w:t>Criterion of true prayer: modesty</w:t>
      </w:r>
    </w:p>
    <w:p>
      <w:r>
        <w:rPr>
          <w:color w:val="666666"/>
          <w:sz w:val="18"/>
        </w:rPr>
        <w:t>On Salah (Prayer) (Part 2) 22 Jan 2006 - Maulana Wahiduddin Khan · 45s · at 3:13 · https://youtu.be/NL9OG_8LJVk?t=193</w:t>
      </w:r>
    </w:p>
    <w:p>
      <w:r>
        <w:rPr>
          <w:i/>
        </w:rPr>
        <w:t>“Allahu Akbar means God is great and I am not great.”</w:t>
      </w:r>
    </w:p>
    <w:p>
      <w:r>
        <w:rPr>
          <w:sz w:val="20"/>
        </w:rPr>
        <w:t>3:13  ke yeh jo maine arz kiya ke "Allah o Akbar" ka matlab yeh hai ke "God is great and I am not great"۔</w:t>
      </w:r>
      <w:r>
        <w:br/>
      </w:r>
      <w:r>
        <w:rPr>
          <w:sz w:val="20"/>
        </w:rPr>
        <w:t>3:22  In other words, is ka matlab kya hai? Spirit of modesty. yani is namaz inculcate karti hai spirit of modesty ko۔</w:t>
      </w:r>
      <w:r>
        <w:br/>
      </w:r>
      <w:r>
        <w:rPr>
          <w:sz w:val="20"/>
        </w:rPr>
        <w:t>3:39  yani Khuda ko bara man kar apnay aap ko</w:t>
      </w:r>
      <w:r>
        <w:br/>
      </w:r>
      <w:r>
        <w:rPr>
          <w:sz w:val="20"/>
        </w:rPr>
        <w:t>3:42  chota bana lena. yeh hai criterion. koi bhi shakhs jo aap ko namaz parhta hua dikhai deta hai, to agar aap paayein ke sach much is ke andar modesty hai,</w:t>
      </w:r>
      <w:r>
        <w:br/>
      </w:r>
      <w:r>
        <w:rPr>
          <w:sz w:val="20"/>
        </w:rPr>
        <w:t>3:56  arrogance khatam ho gaya hai,</w:t>
      </w:r>
    </w:p>
    <w:p>
      <w:pPr>
        <w:pStyle w:val="Heading2"/>
      </w:pPr>
      <w:r>
        <w:t>philosopher C.E.M. Joad on man's inherited hate</w:t>
      </w:r>
    </w:p>
    <w:p>
      <w:r>
        <w:rPr>
          <w:color w:val="666666"/>
          <w:sz w:val="18"/>
        </w:rPr>
        <w:t>From The Spiritual Tree August 31, 2008 · 1m 44s · at 8:47 · https://youtu.be/Vo6ZZkMtpm0?t=527</w:t>
      </w:r>
    </w:p>
    <w:p>
      <w:r>
        <w:rPr>
          <w:i/>
        </w:rPr>
        <w:t>“Iss kitab mein woh likhta hai ke insan ke andar by-nature hi hate bhara hua hai”</w:t>
      </w:r>
    </w:p>
    <w:p>
      <w:r>
        <w:rPr>
          <w:sz w:val="20"/>
        </w:rPr>
        <w:t>8:47  is kitab mein woh likhta hai ke insan ke andar by nature hi hate bhara hua hai.</w:t>
      </w:r>
      <w:r>
        <w:br/>
      </w:r>
      <w:r>
        <w:rPr>
          <w:sz w:val="20"/>
        </w:rPr>
        <w:t>8:58  sare insan, aurat mard, sab by nature hate le kar paida hote hain.</w:t>
      </w:r>
      <w:r>
        <w:br/>
      </w:r>
      <w:r>
        <w:rPr>
          <w:sz w:val="20"/>
        </w:rPr>
        <w:t>9:14  "Man inherits a strong feeling for hate".</w:t>
      </w:r>
      <w:r>
        <w:br/>
      </w:r>
      <w:r>
        <w:rPr>
          <w:sz w:val="20"/>
        </w:rPr>
        <w:t>9:24  "Man inherits a strong feeling for hate". yaani woh paidaishi tor par hi hate le kar paida ho raha hai.</w:t>
      </w:r>
      <w:r>
        <w:br/>
      </w:r>
      <w:r>
        <w:rPr>
          <w:sz w:val="20"/>
        </w:rPr>
        <w:t>9:38  aisa nahin hai ke paidaishi tor par koi insan hate le ke paida hota hai,</w:t>
      </w:r>
      <w:r>
        <w:br/>
      </w:r>
      <w:r>
        <w:rPr>
          <w:sz w:val="20"/>
        </w:rPr>
        <w:t>9:42  yaani insan ke khilaf insan ho. lekin ek aur ma'ne mein woh baat sahi hai, us ki woh hai Satan ke khilaf nafrat.</w:t>
      </w:r>
      <w:r>
        <w:br/>
      </w:r>
      <w:r>
        <w:rPr>
          <w:sz w:val="20"/>
        </w:rPr>
        <w:t>9:54  yeh ek waqia hai ke insan hate le kar paida hota hai, magar woh hate hoti hai Satan ke khilaf.</w:t>
      </w:r>
      <w:r>
        <w:br/>
      </w:r>
      <w:r>
        <w:rPr>
          <w:sz w:val="20"/>
        </w:rPr>
        <w:t>10:03  is ne bohat sahi baat likhi hai, lekin yeh ghalati us ki hai ke us ne samjha ke insan ke khilaf nafrat nahin. woh to is jazbe ka misuse, misuse hai.</w:t>
      </w:r>
      <w:r>
        <w:br/>
      </w:r>
      <w:r>
        <w:rPr>
          <w:sz w:val="20"/>
        </w:rPr>
        <w:t>10:19  woh jo hate andar bhari hui hai, woh us ka misuse hai. aap jante hain ke Zarathustra ek bohat bara philosopher</w:t>
      </w:r>
    </w:p>
    <w:p>
      <w:pPr>
        <w:pStyle w:val="Heading2"/>
      </w:pPr>
      <w:r>
        <w:t>Little Bang: how the solar system and Earth formed</w:t>
      </w:r>
    </w:p>
    <w:p>
      <w:r>
        <w:rPr>
          <w:color w:val="666666"/>
          <w:sz w:val="18"/>
        </w:rPr>
        <w:t>A Study of Human History February 5, 2023 · 2m 42s · at 7:53 · https://youtu.be/2aGbbn-RmQQ?t=473</w:t>
      </w:r>
    </w:p>
    <w:p>
      <w:r>
        <w:rPr>
          <w:i/>
        </w:rPr>
        <w:t>“After the Big Bang comes the Little Bang”</w:t>
      </w:r>
    </w:p>
    <w:p>
      <w:r>
        <w:rPr>
          <w:sz w:val="20"/>
        </w:rPr>
        <w:t>7:53  aap iske baad agar hum dekhein big bang hone ke baad, little bang hota hai ya solar bang kehte hain, ya yeh jo poora life support system jo poora wajood mein aaya, to main chahunga uske bare mein bhi aap kuch batayein hamein. usse aur jo hai point aur wazh hoga. maulana ne apni kitab marif mein likha hai ki kainat ki ibtida tareekh ke cheh daur hain.</w:t>
      </w:r>
      <w:r>
        <w:br/>
      </w:r>
      <w:r>
        <w:rPr>
          <w:sz w:val="20"/>
        </w:rPr>
        <w:t>8:19  to big bang aur little bang to science dano ne yeh naam diya. little bang solar bang ke liye solar system jo create hua, aur maulana ne kaha water bang, plant bang, animal bang aur human bang. to yeh sara jo hai na, usko ek usmein agar karenge, to aap usko life support system keh sakte hain.</w:t>
      </w:r>
      <w:r>
        <w:br/>
      </w:r>
      <w:r>
        <w:rPr>
          <w:sz w:val="20"/>
        </w:rPr>
        <w:t>8:43  to yeh little bang jo hai, wah 4.6 billion saal pehle hua. to yeh usse solar system wajood mein aaya. kyunki kainat jo hai, jo sare bade-bade sitare hain, galaxy hain, bahut hi zyada hot hai. to usmein jo hai, koi zindagi jo hai, wah survive nahi kar sakti. to Allah taala ne ek galaxy mein, jo ki Milky Way ke naam se jaani jati hai, uske ek corner par solar system create kiya.</w:t>
      </w:r>
      <w:r>
        <w:br/>
      </w:r>
      <w:r>
        <w:rPr>
          <w:sz w:val="20"/>
        </w:rPr>
        <w:t>9:13  to usmein jo hai, usmein usi ka ek planet hai Earth, aur usi Earth mein sara life support system hai, jiski wajah se insan aur sari jo plant life, vegetable life, sari jo hai, wah yahan par survive karti hai. to yeh jo hai, ek american science dan hai,</w:t>
      </w:r>
      <w:r>
        <w:br/>
      </w:r>
      <w:r>
        <w:rPr>
          <w:sz w:val="20"/>
        </w:rPr>
        <w:t>9:38  elan baas ne yeh naam little bang ka naam diya tha.</w:t>
      </w:r>
      <w:r>
        <w:br/>
      </w:r>
      <w:r>
        <w:rPr>
          <w:sz w:val="20"/>
        </w:rPr>
        <w:t>9:42  ek koi ek supernova tha, uske chuki yeh saari gravity se saare bound together hain, to usmein kuch gravity mein kisi ek hisse mein kuch kami hui. To uski wajah se woh kuch hisse alag ho gaye. Woh jo alag ho gaye, usi se phir kaafi time lagta hai,</w:t>
      </w:r>
      <w:r>
        <w:br/>
      </w:r>
      <w:r>
        <w:rPr>
          <w:sz w:val="20"/>
        </w:rPr>
        <w:t>10:01  zamana guzra. Usmein woh usmein action, reaction, tarah tarah ke processes hue</w:t>
      </w:r>
      <w:r>
        <w:br/>
      </w:r>
      <w:r>
        <w:rPr>
          <w:sz w:val="20"/>
        </w:rPr>
        <w:t>10:08  . Phir uske baad yeh solar system bana, aur usse ek bahut saare planet bane. Usi mein ek planet earth hai. To yeh planet earth jo hai, woh milky way mein hi waqi hua, waqi hai. To yeh bahut hi ajeeb baat hai ki yeh saari kainat mein ek hi aisa planet hai, jismein life support system paya jata hai.</w:t>
      </w:r>
    </w:p>
    <w:p>
      <w:pPr>
        <w:pStyle w:val="Heading2"/>
      </w:pPr>
      <w:r>
        <w:t>Formula to avoid complaint mindset</w:t>
      </w:r>
    </w:p>
    <w:p>
      <w:r>
        <w:rPr>
          <w:color w:val="666666"/>
          <w:sz w:val="18"/>
        </w:rPr>
        <w:t>Interaction with CPS Ulema September 26, 2020 Maulana Wahiduddin Khan · 22s · at 20:46 · https://youtu.be/bLd4ZKlFvWY?t=1246</w:t>
      </w:r>
    </w:p>
    <w:p>
      <w:r>
        <w:rPr>
          <w:i/>
        </w:rPr>
        <w:t>“Har insaan ko aap apna samajh jayen”</w:t>
      </w:r>
    </w:p>
    <w:p>
      <w:r>
        <w:rPr>
          <w:sz w:val="20"/>
        </w:rPr>
        <w:t>20:46  har insaan ko aap apna samajh jaayen, apna bhai samajh jaayen.</w:t>
      </w:r>
      <w:r>
        <w:br/>
      </w:r>
      <w:r>
        <w:rPr>
          <w:sz w:val="20"/>
        </w:rPr>
        <w:t>20:54  yeh yeh apne ko tatoliye ke kya aap usey samajhte hain, nahi samajhte hain. toh istighfar kijiye.</w:t>
      </w:r>
      <w:r>
        <w:br/>
      </w:r>
      <w:r>
        <w:rPr>
          <w:sz w:val="20"/>
        </w:rPr>
        <w:t>21:04  har insaan aap ko bhai hai.</w:t>
      </w:r>
    </w:p>
    <w:p>
      <w:pPr>
        <w:pStyle w:val="Heading2"/>
      </w:pPr>
      <w:r>
        <w:t>What makes your heart a container for God's blessing</w:t>
      </w:r>
    </w:p>
    <w:p>
      <w:r>
        <w:rPr>
          <w:color w:val="666666"/>
          <w:sz w:val="18"/>
        </w:rPr>
        <w:t>Concept of God December 7, 2014 · 2m 54s · at 27:23 · https://youtu.be/dCgL9lp8EAo?t=1643</w:t>
      </w:r>
    </w:p>
    <w:p>
      <w:r>
        <w:rPr>
          <w:i/>
        </w:rPr>
        <w:t>“So what exactly is this 'container' we need to build?”</w:t>
      </w:r>
    </w:p>
    <w:p>
      <w:r>
        <w:rPr>
          <w:sz w:val="20"/>
        </w:rPr>
        <w:t>27:23  to container kya cheez hai?</w:t>
      </w:r>
      <w:r>
        <w:br/>
      </w:r>
      <w:r>
        <w:rPr>
          <w:sz w:val="20"/>
        </w:rPr>
        <w:t>27:27  woh container container container kya hai jahan khuda ki marifat aa kar khuda ki marifat aati hai?</w:t>
      </w:r>
      <w:r>
        <w:br/>
      </w:r>
      <w:r>
        <w:rPr>
          <w:sz w:val="20"/>
        </w:rPr>
        <w:t>27:36  khuda ki inspiration jo receive karti hai, woh kya cheez hai?</w:t>
      </w:r>
      <w:r>
        <w:br/>
      </w:r>
      <w:r>
        <w:rPr>
          <w:sz w:val="20"/>
        </w:rPr>
        <w:t>27:42  woh hai positive mind. positive mind jo quran mein kaha gaya hai, salim salim us sadr, salim ul qalb.</w:t>
      </w:r>
      <w:r>
        <w:br/>
      </w:r>
      <w:r>
        <w:rPr>
          <w:sz w:val="20"/>
        </w:rPr>
        <w:t>27:56  woh kaun hai? jis ke andar negative soch na ho, nafrat na ho, inteqaam ke jazbaat na hon, violence ke tehajjud ki soch na ho.</w:t>
      </w:r>
      <w:r>
        <w:br/>
      </w:r>
      <w:r>
        <w:rPr>
          <w:sz w:val="20"/>
        </w:rPr>
        <w:t>28:13  is qism ke tamam negative thoughts se jo khali ho, tab us ko khuda ka inspiration pohnche ga. nahi to nahi pohnche ga.</w:t>
      </w:r>
      <w:r>
        <w:br/>
      </w:r>
      <w:r>
        <w:rPr>
          <w:sz w:val="20"/>
        </w:rPr>
        <w:t>28:26  to masla yeh hai ke aap jo jis dunya mein hain, is dunya mein hamesha kuch na kuch unwanted baatein hoti rehti hain.</w:t>
      </w:r>
      <w:r>
        <w:br/>
      </w:r>
      <w:r>
        <w:rPr>
          <w:sz w:val="20"/>
        </w:rPr>
        <w:t>28:34  ghar mein bhi, society mein bhi, mulk ke andar bhi, hamesha international level par bhi, jo media ke zariye aap ko maloom hota hai.</w:t>
      </w:r>
      <w:r>
        <w:br/>
      </w:r>
      <w:r>
        <w:rPr>
          <w:sz w:val="20"/>
        </w:rPr>
        <w:t>28:48  to log foran is se negative ho jate hain. jis ko bhi aaj kal aap survey kijiye, kisi ko bhi aap baaten kijiye, kisi se jo sarak pe chal raha ho, to balfor thori dair mein woh shikayat ki boli bolega.</w:t>
      </w:r>
      <w:r>
        <w:br/>
      </w:r>
      <w:r>
        <w:rPr>
          <w:sz w:val="20"/>
        </w:rPr>
        <w:t>29:04  balfor shikayat ki boli, nafrat ki boli, jhijhlahat ki boli, foran bolega. mohabbat ki boli koi nahi bolega, khair khwahi ki boli koi nahi bolega.</w:t>
      </w:r>
      <w:r>
        <w:br/>
      </w:r>
      <w:r>
        <w:rPr>
          <w:sz w:val="20"/>
        </w:rPr>
        <w:t>29:20  kam az kam mera tajurba yahi hai. is liye logon ka dil</w:t>
      </w:r>
      <w:r>
        <w:br/>
      </w:r>
      <w:r>
        <w:rPr>
          <w:sz w:val="20"/>
        </w:rPr>
        <w:t>29:28  wo wo container nahi hai jis ke andar khuda ki blessing utre.</w:t>
      </w:r>
      <w:r>
        <w:br/>
      </w:r>
      <w:r>
        <w:rPr>
          <w:sz w:val="20"/>
        </w:rPr>
        <w:t>29:36  to ek to yeh hai ke aap sache khuda ko manen, kisi but ko, kisi guru ko, kisi pegham bar ko, kisi pahar ko, kisi samandar ko, kisi suraj ko, kisi chand ko na manen.</w:t>
      </w:r>
      <w:r>
        <w:br/>
      </w:r>
      <w:r>
        <w:rPr>
          <w:sz w:val="20"/>
        </w:rPr>
        <w:t>29:50  balkeh khuda ko manen, Allah ko manen.</w:t>
      </w:r>
      <w:r>
        <w:br/>
      </w:r>
      <w:r>
        <w:rPr>
          <w:sz w:val="20"/>
        </w:rPr>
        <w:t>29:57  lekin yahi kafi nahi hai. yeh kafi nahi hai.</w:t>
      </w:r>
      <w:r>
        <w:br/>
      </w:r>
      <w:r>
        <w:rPr>
          <w:sz w:val="20"/>
        </w:rPr>
        <w:t>30:03  aap ko apne dil ko purify karna parega. aap ke mind ko positive mind banana parega. aap ki personality ko pore maanon mein musbat personality banana parega.</w:t>
      </w:r>
    </w:p>
    <w:p>
      <w:pPr>
        <w:pStyle w:val="Heading2"/>
      </w:pPr>
      <w:r>
        <w:t>Six periods of history from creation to paradise</w:t>
      </w:r>
    </w:p>
    <w:p>
      <w:r>
        <w:rPr>
          <w:color w:val="666666"/>
          <w:sz w:val="18"/>
        </w:rPr>
        <w:t>Al Risala Dec, 2017 · 5m 53s · at 33:09 · https://youtu.be/-bHsd7QNspw?t=1989</w:t>
      </w:r>
    </w:p>
    <w:p>
      <w:r>
        <w:rPr>
          <w:i/>
        </w:rPr>
        <w:t>“Rab al-alamain ne taqreeban tera billion saal pehle”</w:t>
      </w:r>
    </w:p>
    <w:p>
      <w:r>
        <w:rPr>
          <w:sz w:val="20"/>
        </w:rPr>
        <w:t>33:09  rab-ul-alameen ne taqreeban terah billion saal pehle maujoodah kainaat ki takhleeq ka aghaz kiya. sab se pehle us ne particles, yaani ajza-e-kainaat ki takhleeq ki.</w:t>
      </w:r>
      <w:r>
        <w:br/>
      </w:r>
      <w:r>
        <w:rPr>
          <w:sz w:val="20"/>
        </w:rPr>
        <w:t>33:24  particles ka yeh majmooa ibtida mein aik azeem cosmic ball ki soorat mein khala mein zahir hua. phir is cosmic ball mein infijar ya explosion hua.</w:t>
      </w:r>
      <w:r>
        <w:br/>
      </w:r>
      <w:r>
        <w:rPr>
          <w:sz w:val="20"/>
        </w:rPr>
        <w:t>33:37  is ke baad tamam sitaray aur kahkashan, galaxies, wajood mein aain. doosray marhalay mein shamsi nizaam bana.</w:t>
      </w:r>
      <w:r>
        <w:br/>
      </w:r>
      <w:r>
        <w:rPr>
          <w:sz w:val="20"/>
        </w:rPr>
        <w:t>33:47  phir shamsi nizaam ka aik sayarah zameen, yaani planet earth, apni maujoodah shakal mein wajood mein aaya. is sayarah zameen par pani, nabatat, aur haiwanat wajood mein aaye.</w:t>
      </w:r>
      <w:r>
        <w:br/>
      </w:r>
      <w:r>
        <w:rPr>
          <w:sz w:val="20"/>
        </w:rPr>
        <w:t>34:01  insaan is zameen par abad hua. phir insanon ke darmiyan aisay rabani afraad paida hue jinhon ne Khuda ki khusoosi rehnumai mein dunya mein peghambarana mission jari kiya.</w:t>
      </w:r>
      <w:r>
        <w:br/>
      </w:r>
      <w:r>
        <w:rPr>
          <w:sz w:val="20"/>
        </w:rPr>
        <w:t>34:16  khatm-e-nabuwwat ke baad tareekh ka agla daur aaya. is daur mein salibi jangon ka silsila chala. is darmiyan aise halaat paida hue jis ke tehat sainsi tarqqiyan shuru huin, yahan tak ke jadeed tehzeeb ya modern civilization wajood mein aai.</w:t>
      </w:r>
      <w:r>
        <w:br/>
      </w:r>
      <w:r>
        <w:rPr>
          <w:sz w:val="20"/>
        </w:rPr>
        <w:t>34:36  is tehzeeb ne insaan ke upar taraqqi ke woh darwaze khole jo agarche bil-quwwa taur par hamesha se maujood the, lekin bil-fi'l taur par woh band pade hue the.</w:t>
      </w:r>
      <w:r>
        <w:br/>
      </w:r>
      <w:r>
        <w:rPr>
          <w:sz w:val="20"/>
        </w:rPr>
        <w:t>34:50  yeh tehzeeb bazahir ek secular tehzeeb thi, lekin amalan woh paighambari mission ke muwafiq, yaani pro-prophetic mission, tehzeeb ki hesiyat rakhti thi.</w:t>
      </w:r>
      <w:r>
        <w:br/>
      </w:r>
      <w:r>
        <w:rPr>
          <w:sz w:val="20"/>
        </w:rPr>
        <w:t>35:03  is tehzeeb ne fitrat ke jo raaz daryaft kiye, un ko quran mein afaaq o anfus ka izhaar kaha gaya hai. yeh tehzeeb apni haqeeqat ke aitbaar se paighambar ke mission ke liye ek madadgaar tehzeeb thi.</w:t>
      </w:r>
      <w:r>
        <w:br/>
      </w:r>
      <w:r>
        <w:rPr>
          <w:sz w:val="20"/>
        </w:rPr>
        <w:t>35:20  yahi woh tareekhi waqea hai jis ko hadees mein taeed-e-deen ke alfaaz mein bayan kiya gaya hai. jis khuda ne kainat ki takhleeq ki, usi khuda ne apni kitab quran ko insaan ke paas bheja hai.</w:t>
      </w:r>
      <w:r>
        <w:br/>
      </w:r>
      <w:r>
        <w:rPr>
          <w:sz w:val="20"/>
        </w:rPr>
        <w:t>35:38  is kitab ka mutalea batata hai ke takhleeq ke bare mein khaliq ka mansooba kya hai. is mansoobe ke mutabiq maujooda duniya is liye banai gai hai ke yahan insaan azadana taur par apna amal kare.</w:t>
      </w:r>
      <w:r>
        <w:br/>
      </w:r>
      <w:r>
        <w:rPr>
          <w:sz w:val="20"/>
        </w:rPr>
        <w:t>35:53  insaan apne aap ko rabbani shakhsiyat, yaani rabbani personality, ki soorat mein develop kare. insani tareekh ki ba-ma'ni ta'beer ya meaningful interpretation mein sirf ek cheez logon ke liye rukawat banti hai, woh yeh ke aksar log apne khud-sakhta mi'yar, yaani self-styled criterion, se insani tareekh ko jantey hain.</w:t>
      </w:r>
      <w:r>
        <w:br/>
      </w:r>
      <w:r>
        <w:rPr>
          <w:sz w:val="20"/>
        </w:rPr>
        <w:t>36:21  saheeh yeh hai ke insani tareekh ko khaliq ke muqarrar kardah mi'yar ki roshni mein dekha jaye. aisa karne ki soorat mein poori tareekh ek ba-ma'ni tareekh ban jayegi.</w:t>
      </w:r>
      <w:r>
        <w:br/>
      </w:r>
      <w:r>
        <w:rPr>
          <w:sz w:val="20"/>
        </w:rPr>
        <w:t>36:35  asal yeh hai ke insani duniya aur maadi duniya mein ek bunyadi farq hai. maadi duniya fitrat ke lazmi qawaneen ke tehat chal rahi hai, is liye fitrat ko samajhne ka ek ma'loom hatmi mi'yar maujood hai.</w:t>
      </w:r>
      <w:r>
        <w:br/>
      </w:r>
      <w:r>
        <w:rPr>
          <w:sz w:val="20"/>
        </w:rPr>
        <w:t>36:52  is mi'yar ko baratani scientist newton ne fitrat ke mutale par kamyabi ke sath mantiq kiya. is ka intibaaq ya application durust sabit hua, lekin inhi qawaneen ko communism ke bani karl marx ne insani tareekh par mantiq karna chaha to woh mukammal taur par nakaam ho gaya.</w:t>
      </w:r>
      <w:r>
        <w:br/>
      </w:r>
      <w:r>
        <w:rPr>
          <w:sz w:val="20"/>
        </w:rPr>
        <w:t>37:15  khaliq ne insaan ko istithna'i taur par sochne aur amal karne ki azadi ata ki hai. is bina par insani tareekh ka wahid ghair-mutaghayyar naqsha nahi ban sakta.</w:t>
      </w:r>
      <w:r>
        <w:br/>
      </w:r>
      <w:r>
        <w:rPr>
          <w:sz w:val="20"/>
        </w:rPr>
        <w:t>37:31  insani tareekh ke mutale mein yeh karna hoga ke is ke mutaliq hisse, yaani relevant part, ko ghair-mutaliq hisse ya irrelevant part se alag kiya jaye.</w:t>
      </w:r>
      <w:r>
        <w:br/>
      </w:r>
      <w:r>
        <w:rPr>
          <w:sz w:val="20"/>
        </w:rPr>
        <w:t>37:43  yaani tareekh ke mukhtalif ajza ko sort out kar ke dekha jaye. ghair-mutaliq ajza ko alag kar ke mutaliq ajza ki roshni mein insani tareekh ki tasweer banai jaye.</w:t>
      </w:r>
      <w:r>
        <w:br/>
      </w:r>
      <w:r>
        <w:rPr>
          <w:sz w:val="20"/>
        </w:rPr>
        <w:t>37:57  is amal ke baghair tareekh ki ba-ma'ni ta'beer nahi ki ja sakti. quran ke mutale se yeh baat samajh mein aati hai ke maujooda duniya is liye banai gai taake insaan fitrat ke qawaneen ka mutalea kare aur ek tehzeeb wajood mein laye.</w:t>
      </w:r>
      <w:r>
        <w:br/>
      </w:r>
      <w:r>
        <w:rPr>
          <w:sz w:val="20"/>
        </w:rPr>
        <w:t>38:16  yeh kaam ikkiswin sadi mein apni takmeel tak pahunch chuka. ab doosra kaam yeh hai ke aala Allah par mabni ek bartar rabbani tehzeeb ki tashkeel di jaye.</w:t>
      </w:r>
      <w:r>
        <w:br/>
      </w:r>
      <w:r>
        <w:rPr>
          <w:sz w:val="20"/>
        </w:rPr>
        <w:t>38:29  is bartar tehzeeb ko woh log wajood mein la sakte hain jinhon ne maujooda duniya mein is ke liye apne aap ko tayyar kiya ho.</w:t>
      </w:r>
      <w:r>
        <w:br/>
      </w:r>
      <w:r>
        <w:rPr>
          <w:sz w:val="20"/>
        </w:rPr>
        <w:t>38:40  aaqirat ki duniya mein poori tareekh se aise tayyar shuda ashqaas ya prepared personalities ko muntakhib kar ke jannat ki azeem duniya mein jama kar diya jayega taake woh agli bartar tehzeeb mein zindagi guzaarein.</w:t>
      </w:r>
    </w:p>
    <w:p>
      <w:pPr>
        <w:pStyle w:val="Heading2"/>
      </w:pPr>
      <w:r>
        <w:t>Four questions in afterlife earnings and spending</w:t>
      </w:r>
    </w:p>
    <w:p>
      <w:r>
        <w:rPr>
          <w:color w:val="666666"/>
          <w:sz w:val="18"/>
        </w:rPr>
        <w:t>Akhirat in Islam 12 March 2006 - Maulana Wahiduddin Khan · 35s · at 6:09 · https://youtu.be/XwKgVf_XJs8?t=369</w:t>
      </w:r>
    </w:p>
    <w:p>
      <w:r>
        <w:rPr>
          <w:i/>
        </w:rPr>
        <w:t>“In afterlife, a person's foot won't move.”</w:t>
      </w:r>
    </w:p>
    <w:p>
      <w:r>
        <w:rPr>
          <w:sz w:val="20"/>
        </w:rPr>
        <w:t>6:09  yani akhirat mein insan ka qadam aage nahi barhe ga jab tak us se char baton ke bare mein pooch na liya jaye.</w:t>
      </w:r>
      <w:r>
        <w:br/>
      </w:r>
      <w:r>
        <w:rPr>
          <w:sz w:val="20"/>
        </w:rPr>
        <w:t>6:26  jab tak us se char baton ke bare mein pooch na liya jaye. Woh char baatein kya hain?</w:t>
      </w:r>
      <w:r>
        <w:br/>
      </w:r>
      <w:r>
        <w:rPr>
          <w:sz w:val="20"/>
        </w:rPr>
        <w:t>6:38  kahan se kamaya aur kahan kharch kiya.</w:t>
      </w:r>
    </w:p>
    <w:p>
      <w:pPr>
        <w:pStyle w:val="Heading2"/>
      </w:pPr>
      <w:r>
        <w:t>Kashmir army repairs mosque wall, clerics call it forbidden</w:t>
      </w:r>
    </w:p>
    <w:p>
      <w:r>
        <w:rPr>
          <w:color w:val="666666"/>
          <w:sz w:val="18"/>
        </w:rPr>
        <w:t>Muslim Militancy July 8, 2007 · 2m 44s · at 0:56 · https://youtu.be/mfIIEFQDOtg?t=56</w:t>
      </w:r>
    </w:p>
    <w:p>
      <w:r>
        <w:rPr>
          <w:i/>
        </w:rPr>
        <w:t>“کل کشمیر کے گورنر جنرل سنہا سے میری ملاقات ہوئی”</w:t>
      </w:r>
    </w:p>
    <w:p>
      <w:r>
        <w:rPr>
          <w:sz w:val="20"/>
        </w:rPr>
        <w:t>0:56  kehne ki koshish karunga. dekhiye, kal aisa hua ke kal yeh kashmir, jammu kashmir ka jo governor hain, general sinha,</w:t>
      </w:r>
      <w:r>
        <w:br/>
      </w:r>
      <w:r>
        <w:rPr>
          <w:sz w:val="20"/>
        </w:rPr>
        <w:t>1:11  un se kal meri mulaqat hui kashmir house mein.</w:t>
      </w:r>
      <w:r>
        <w:br/>
      </w:r>
      <w:r>
        <w:rPr>
          <w:sz w:val="20"/>
        </w:rPr>
        <w:t>1:16  to unhon ne ek paper ki cutting dikhai jis mein ulma ne ek fatwa issue kiya hai.</w:t>
      </w:r>
      <w:r>
        <w:br/>
      </w:r>
      <w:r>
        <w:rPr>
          <w:sz w:val="20"/>
        </w:rPr>
        <w:t>1:28  yeh fatwa press mein aa chuka hai, pehle aap log jante bhi honge ke kashmir ke, kashmir mein aisa hai ke wahan par chunchke takrao hota rehta hai,</w:t>
      </w:r>
      <w:r>
        <w:br/>
      </w:r>
      <w:r>
        <w:rPr>
          <w:sz w:val="20"/>
        </w:rPr>
        <w:t>1:40  to ek masjid mein takrao ke darmiyan is ki deewaron ko kuch nuqsan pohncha.</w:t>
      </w:r>
      <w:r>
        <w:br/>
      </w:r>
      <w:r>
        <w:rPr>
          <w:sz w:val="20"/>
        </w:rPr>
        <w:t>1:50  to army ne is ko theek kiya, is ko repair kiya,</w:t>
      </w:r>
      <w:r>
        <w:br/>
      </w:r>
      <w:r>
        <w:rPr>
          <w:sz w:val="20"/>
        </w:rPr>
        <w:t>1:58  is ki deewaron ko theek kiya, aur is ke puband ko bhi theek kiya. to repair ka kaam unhon ne kiya masjid mein.</w:t>
      </w:r>
      <w:r>
        <w:br/>
      </w:r>
      <w:r>
        <w:rPr>
          <w:sz w:val="20"/>
        </w:rPr>
        <w:t>2:08  to is par wahan ke kuch ulma ne yeh fatwa de diya ke yeh haram hai. masjid ki repair ka kaam sirf musalman kar sakte hain, non muslim yeh kaam nahi kar sakte.</w:t>
      </w:r>
      <w:r>
        <w:br/>
      </w:r>
      <w:r>
        <w:rPr>
          <w:sz w:val="20"/>
        </w:rPr>
        <w:t>2:23  aur yeh jo kaam kiya gaya, yeh haram tha. to general sinha sahib ne, jo governor hain is waqt kashmir ke, to unhon ne poocha ke kya, ke kya, kya ma</w:t>
      </w:r>
      <w:r>
        <w:br/>
      </w:r>
      <w:r>
        <w:rPr>
          <w:sz w:val="20"/>
        </w:rPr>
        <w:t>2:36  amla hai? kya islam mein aisa hi masla hai? maine kaha yeh bilkul baseless fatwa hai.</w:t>
      </w:r>
      <w:r>
        <w:br/>
      </w:r>
      <w:r>
        <w:rPr>
          <w:sz w:val="20"/>
        </w:rPr>
        <w:t>2:45  is fatwe ka koi bhi taluq islam se nahi hai. bilkul yeh be asal fatwa hai, be baseless fatwa hai, false fatwa hai.</w:t>
      </w:r>
      <w:r>
        <w:br/>
      </w:r>
      <w:r>
        <w:rPr>
          <w:sz w:val="20"/>
        </w:rPr>
        <w:t>3:02  to is tarah ki baatein sirf ek fatwe ki nahi hain, poore muslim world mein is tarah ki baatein hoti rehti hain jo media mein aati hain aur aap log jante hain.</w:t>
      </w:r>
      <w:r>
        <w:br/>
      </w:r>
      <w:r>
        <w:rPr>
          <w:sz w:val="20"/>
        </w:rPr>
        <w:t>3:14  to sab log is par hairaan hain ke aakhir yeh masla kya hai? musalman kyun itne kattar ho gaye hain? musalman ka tareeqa itna be be lashk tareeqa kyun ho gaya hai?</w:t>
      </w:r>
      <w:r>
        <w:br/>
      </w:r>
      <w:r>
        <w:rPr>
          <w:sz w:val="20"/>
        </w:rPr>
        <w:t>3:27  to kya islam sikhaata hai katt</w:t>
      </w:r>
      <w:r>
        <w:br/>
      </w:r>
      <w:r>
        <w:rPr>
          <w:sz w:val="20"/>
        </w:rPr>
        <w:t>3:30  arawwat? kya islam mein lachak nahi hai? to yeh sari dunya mein yeh log pooch rahe hain.</w:t>
      </w:r>
    </w:p>
    <w:p>
      <w:pPr>
        <w:pStyle w:val="Heading2"/>
      </w:pPr>
      <w:r>
        <w:t>overconfident mother and child on the cupboard parable</w:t>
      </w:r>
    </w:p>
    <w:p>
      <w:r>
        <w:rPr>
          <w:color w:val="666666"/>
          <w:sz w:val="18"/>
        </w:rPr>
        <w:t>The Quran 6 42-45 CPS Women Weekly Discussion March 16, 2025 #quran · 2m 55s · at 40:29 · https://youtu.be/mYePK_dupws?t=2429</w:t>
      </w:r>
    </w:p>
    <w:p>
      <w:r>
        <w:rPr>
          <w:i/>
        </w:rPr>
        <w:t>“Ek chhote se do teen saal ka bachcha bahut zid kar raha tha”</w:t>
      </w:r>
    </w:p>
    <w:p>
      <w:r>
        <w:rPr>
          <w:sz w:val="20"/>
        </w:rPr>
        <w:t>40:29  kisi ne mujhe sachhak qassa bhi hai mere magal ka ke ek chhote se do teen saal ka bachcha tha to usko bahut zid kar raha tha. to uski maa ne usko saza diya ke usko upar almari par ekdam upar baitha diya aur apne jo hai doosre kamre mein jakar early ad ke mobile mein baat kar rahi hai aur wah bachcha upar chhota sa bachcha almari ke upar baitha hua hai.</w:t>
      </w:r>
      <w:r>
        <w:br/>
      </w:r>
      <w:r>
        <w:rPr>
          <w:sz w:val="20"/>
        </w:rPr>
        <w:t>40:53  achanak bachche ka jab father wah aaya to usne itna buri tarah usko rote hue dekha wah hichki le lekar dar ki mari ro hi ja raha hai. to usne apni wife ko danta, to usne kaha ke main mamu kuch bhi kar sakti hoon. to itna bada darja usne apni, apne apne ko diye hue baithi hui thi wah. to mujhe yahi samajh mein aaya ke yeh mamla har insaan ka hai.</w:t>
      </w:r>
      <w:r>
        <w:br/>
      </w:r>
      <w:r>
        <w:rPr>
          <w:sz w:val="20"/>
        </w:rPr>
        <w:t>41:19  apne ko bahut bada insaan, bahut bada apne ko banaye hue hain, bahut bada darja diye hue hain. bahut kuch samajh raha hai kabhi paise se, kabhi maal daura se, kabhi ohde se, kabhi kisi tarah se wah apne aap ko bahut kuch samajhta hai. lekin Allah rahim hai usko ghafat se hatana chahta hai, usko jhatke deta hai. magar wah yahi kehta hai ke main ek taiyar rakhne wala insaan hoon, main kuch bhi kar sakta hoon. yahi uska hamesha ansa rehta hai.</w:t>
      </w:r>
      <w:r>
        <w:br/>
      </w:r>
      <w:r>
        <w:rPr>
          <w:sz w:val="20"/>
        </w:rPr>
        <w:t>41:49  itna zyada ghafat ke hone ke bawajood, itna zyada confidence. maa jo apne bachche ke liye is tarah se kar sakti hai.</w:t>
      </w:r>
      <w:r>
        <w:br/>
      </w:r>
      <w:r>
        <w:rPr>
          <w:sz w:val="20"/>
        </w:rPr>
        <w:t>41:58  agar bachcha wahan se gire to to isse bhi bahut samajh mein aaya ke kitni ajeeb si distraction sabke saath zindagi mein hai. wah kisi cheez mein bhi khoye hue pade hain. unko kisi cheez se matlab nahin hai.</w:t>
      </w:r>
      <w:r>
        <w:br/>
      </w:r>
      <w:r>
        <w:rPr>
          <w:sz w:val="20"/>
        </w:rPr>
        <w:t>42:24  to har aadmi yahi keh raha hai, kitni hafalat mein hai, apne aap ko bada samjha hua hai, main sab sambhal lunga aur jaise ne apne bete ko bachana chaha raha tha to unhone kaha meri mat phir na kariye. main upar pahad par chap jaunga. pahad unko bahut bada dikhai de raha tha, lekin bacha na paaye apne aap ko. to yahi aakhirat mein hamare saath bhi hone wala hai. hum apne aap ko bacha nahin paenge.</w:t>
      </w:r>
      <w:r>
        <w:br/>
      </w:r>
      <w:r>
        <w:rPr>
          <w:sz w:val="20"/>
        </w:rPr>
        <w:t>42:50  toh hidayat sab utar chuki hai insaan ko khud usko lena hai.</w:t>
      </w:r>
      <w:r>
        <w:br/>
      </w:r>
      <w:r>
        <w:rPr>
          <w:sz w:val="20"/>
        </w:rPr>
        <w:t>42:54  nahin liya toh khud hi bhugtna hai.</w:t>
      </w:r>
      <w:r>
        <w:br/>
      </w:r>
      <w:r>
        <w:rPr>
          <w:sz w:val="20"/>
        </w:rPr>
        <w:t>42:59  aisa nahin hai ke behad si nahin toote gi, woh zaroor toote gi.</w:t>
      </w:r>
      <w:r>
        <w:br/>
      </w:r>
      <w:r>
        <w:rPr>
          <w:sz w:val="20"/>
        </w:rPr>
        <w:t>43:04  magar masla yeh hai ke waqt par hi toot jaye.</w:t>
      </w:r>
      <w:r>
        <w:br/>
      </w:r>
      <w:r>
        <w:rPr>
          <w:sz w:val="20"/>
        </w:rPr>
        <w:t>43:09  toh behtar hai.</w:t>
      </w:r>
      <w:r>
        <w:br/>
      </w:r>
      <w:r>
        <w:rPr>
          <w:sz w:val="20"/>
        </w:rPr>
        <w:t>43:14  yahi meri learning thi yeh shabeena.</w:t>
      </w:r>
      <w:r>
        <w:br/>
      </w:r>
      <w:r>
        <w:rPr>
          <w:sz w:val="20"/>
        </w:rPr>
        <w:t>43:19  are agar kisi ko kuch aur nahi kehna hai to phir dua kar lein.</w:t>
      </w:r>
      <w:r>
        <w:br/>
      </w:r>
      <w:r>
        <w:rPr>
          <w:sz w:val="20"/>
        </w:rPr>
        <w:t>43:24  Ok, papa. Mujhe jo paanch last paanch points jo mujhe is poore verses aur discussion se jo mujhe samajh mein aaya, I think very ok. I think before I say I think I should call raaziya. Please raaziya aap apni learning share karein. Aap main ek point tab tak keh deti hoon jab tak roziya ka mic unmode ho raha hai, unmode ho raha hai.</w:t>
      </w:r>
    </w:p>
    <w:p>
      <w:pPr>
        <w:pStyle w:val="Heading2"/>
      </w:pPr>
      <w:r>
        <w:t>Salvation through ma'rifat and the lost deeds</w:t>
      </w:r>
    </w:p>
    <w:p>
      <w:r>
        <w:rPr>
          <w:color w:val="666666"/>
          <w:sz w:val="18"/>
        </w:rPr>
        <w:t>On Death 20 July 2019 - Maulana Wahiduddin Khan · 5m 14s · at 14:02 · https://youtu.be/jiJMaIOYb84?t=842</w:t>
      </w:r>
    </w:p>
    <w:p>
      <w:r>
        <w:rPr>
          <w:i/>
        </w:rPr>
        <w:t>“Maut ke baad salvation ka mazaar kis cheez par hoga?”</w:t>
      </w:r>
    </w:p>
    <w:p>
      <w:r>
        <w:rPr>
          <w:sz w:val="20"/>
        </w:rPr>
        <w:t>14:02  to main yeh sab baaton par sochne laga ke maut ke baad salvation ya nijat ka mazaar kis cheez par hoga?</w:t>
      </w:r>
      <w:r>
        <w:br/>
      </w:r>
      <w:r>
        <w:rPr>
          <w:sz w:val="20"/>
        </w:rPr>
        <w:t>14:18  maut ke baad insaan ki nijat ya agli agli duniya mein insani ki kamyabi ka mazaar kis cheez par hoga?</w:t>
      </w:r>
      <w:r>
        <w:br/>
      </w:r>
      <w:r>
        <w:rPr>
          <w:sz w:val="20"/>
        </w:rPr>
        <w:t>14:33  dekhiye</w:t>
      </w:r>
      <w:r>
        <w:br/>
      </w:r>
      <w:r>
        <w:rPr>
          <w:sz w:val="20"/>
        </w:rPr>
        <w:t>14:37  ke amal se kuch nahi hone wala hai,</w:t>
      </w:r>
      <w:r>
        <w:br/>
      </w:r>
      <w:r>
        <w:rPr>
          <w:sz w:val="20"/>
        </w:rPr>
        <w:t>14:43  jo kuch hone wala hai wo marifat se. marifat</w:t>
      </w:r>
      <w:r>
        <w:br/>
      </w:r>
      <w:r>
        <w:rPr>
          <w:sz w:val="20"/>
        </w:rPr>
        <w:t>14:49  yani aap ko maut se pehle maut ki marifat kitni hui? apne apne creator ki marifat,</w:t>
      </w:r>
      <w:r>
        <w:br/>
      </w:r>
      <w:r>
        <w:rPr>
          <w:sz w:val="20"/>
        </w:rPr>
        <w:t>15:03  jannat ki marifat, akhirat ki marifat kitni hui?</w:t>
      </w:r>
      <w:r>
        <w:br/>
      </w:r>
      <w:r>
        <w:rPr>
          <w:sz w:val="20"/>
        </w:rPr>
        <w:t>15:14  aur</w:t>
      </w:r>
      <w:r>
        <w:br/>
      </w:r>
      <w:r>
        <w:rPr>
          <w:sz w:val="20"/>
        </w:rPr>
        <w:t>15:18  in ko dakhil kar ke is jannat mein jis ki unhein marifat kara di hai. to zindagi ka sara mamla marifat par rahe ga.</w:t>
      </w:r>
      <w:r>
        <w:br/>
      </w:r>
      <w:r>
        <w:rPr>
          <w:sz w:val="20"/>
        </w:rPr>
        <w:t>15:33  zindagi sach poochen to marifat ka safar hai. zindagi jo hai wo marifat ka safar hai.</w:t>
      </w:r>
      <w:r>
        <w:br/>
      </w:r>
      <w:r>
        <w:rPr>
          <w:sz w:val="20"/>
        </w:rPr>
        <w:t>15:44  har din aap ko discover karna hai apne bare mein, dunya ke bare mein, jannat ke bare mein, dozakh ke bare mein, creator ke bare mein.</w:t>
      </w:r>
      <w:r>
        <w:br/>
      </w:r>
      <w:r>
        <w:rPr>
          <w:sz w:val="20"/>
        </w:rPr>
        <w:t>16:00  poori zindagi aap ko discovery mein ya marifat mein jeena hai. yeh marifat ka safar jari rahe ga, jari rahe ga, jari rahe ga, yahan tak ke achanak</w:t>
      </w:r>
      <w:r>
        <w:br/>
      </w:r>
      <w:r>
        <w:rPr>
          <w:sz w:val="20"/>
        </w:rPr>
        <w:t>16:15  aap ka switch aap ka de diya jaye ga. wo khatam.</w:t>
      </w:r>
      <w:r>
        <w:br/>
      </w:r>
      <w:r>
        <w:rPr>
          <w:sz w:val="20"/>
        </w:rPr>
        <w:t>16:25  ek second mein aap ki kahani delete kar di jaye gi. ek bar yahi mein baitha tha aur mein ek recording karwa raha tha</w:t>
      </w:r>
      <w:r>
        <w:br/>
      </w:r>
      <w:r>
        <w:rPr>
          <w:sz w:val="20"/>
        </w:rPr>
        <w:t>16:39  razia se.</w:t>
      </w:r>
      <w:r>
        <w:br/>
      </w:r>
      <w:r>
        <w:rPr>
          <w:sz w:val="20"/>
        </w:rPr>
        <w:t>16:44  to razia ka bayan hai ke aap ki wo speech jo us waqt di thi, aap ne aap ki poori zindagi ki sab se zyada anokhi speech thi.</w:t>
      </w:r>
      <w:r>
        <w:br/>
      </w:r>
      <w:r>
        <w:rPr>
          <w:sz w:val="20"/>
        </w:rPr>
        <w:t>16:57  lekin jante hain kya hua? jaise hi speech khatam hui, achanak wo delete ho gayi. phir bohat koshish ki razia ne us ko revive karne ki, wo revive nahi hui.</w:t>
      </w:r>
      <w:r>
        <w:br/>
      </w:r>
      <w:r>
        <w:rPr>
          <w:sz w:val="20"/>
        </w:rPr>
        <w:t>17:19  lekin zahir hai ke wo farishton ki dunya mein to uska record mojood hoga.</w:t>
      </w:r>
      <w:r>
        <w:br/>
      </w:r>
      <w:r>
        <w:rPr>
          <w:sz w:val="20"/>
        </w:rPr>
        <w:t>17:27  to bukhari mein ek riwayat hai,</w:t>
      </w:r>
      <w:r>
        <w:br/>
      </w:r>
      <w:r>
        <w:rPr>
          <w:sz w:val="20"/>
        </w:rPr>
        <w:t>17:33  bukhari mein ek riwayat hai ke akhirat mein sab ka hisab kitab hoga.</w:t>
      </w:r>
      <w:r>
        <w:br/>
      </w:r>
      <w:r>
        <w:rPr>
          <w:sz w:val="20"/>
        </w:rPr>
        <w:t>17:47  to ek insan wahan aye ga jis ke pas koi amal hi nahi,</w:t>
      </w:r>
      <w:r>
        <w:br/>
      </w:r>
      <w:r>
        <w:rPr>
          <w:sz w:val="20"/>
        </w:rPr>
        <w:t>17:56  uska koi, us ke pas pesh karne ke liye koi cheez hi nahi.</w:t>
      </w:r>
      <w:r>
        <w:br/>
      </w:r>
      <w:r>
        <w:rPr>
          <w:sz w:val="20"/>
        </w:rPr>
        <w:t>18:07  to ek farishta kahe ga ke mere pas ek bataqa hai, tumhara</w:t>
      </w:r>
      <w:r>
        <w:br/>
      </w:r>
      <w:r>
        <w:rPr>
          <w:sz w:val="20"/>
        </w:rPr>
        <w:t>18:19  bataqa, mani card.</w:t>
      </w:r>
      <w:r>
        <w:br/>
      </w:r>
      <w:r>
        <w:rPr>
          <w:sz w:val="20"/>
        </w:rPr>
        <w:t>18:25  to wo dhoond kar nikale ga, wo farishta, wo bataqa, isi bataqa par us ki phir bakhshish ho jaye gi.</w:t>
      </w:r>
      <w:r>
        <w:br/>
      </w:r>
      <w:r>
        <w:rPr>
          <w:sz w:val="20"/>
        </w:rPr>
        <w:t>18:36  to jab maine parha is ko to maine socha ke shayad wo mein hoon jis ka amal gum ho gaya, delete ho gaya.</w:t>
      </w:r>
      <w:r>
        <w:br/>
      </w:r>
      <w:r>
        <w:rPr>
          <w:sz w:val="20"/>
        </w:rPr>
        <w:t>18:49  aur phir farishta us ke liye ek bataqa laye ga, us bataqe ki wajah se us ki maghfirat ho gayi.</w:t>
      </w:r>
      <w:r>
        <w:br/>
      </w:r>
      <w:r>
        <w:rPr>
          <w:sz w:val="20"/>
        </w:rPr>
        <w:t>19:10  to zindagi bohat si ajeeb tajurba hai,</w:t>
      </w:r>
    </w:p>
    <w:p>
      <w:pPr>
        <w:pStyle w:val="Heading2"/>
      </w:pPr>
      <w:r>
        <w:t>Mind can change direction like a machine</w:t>
      </w:r>
    </w:p>
    <w:p>
      <w:r>
        <w:rPr>
          <w:color w:val="666666"/>
          <w:sz w:val="18"/>
        </w:rPr>
        <w:t>Understanding Islam (In Conversation with Maulana) March 14, 2011 · 1m 31s · at 5:14 · https://youtu.be/OMaWHBc_3XM?t=314</w:t>
      </w:r>
    </w:p>
    <w:p>
      <w:r>
        <w:rPr>
          <w:i/>
        </w:rPr>
        <w:t>“Agar machine within seconds direction change kar sakti hai, to mera mind kyun nahi kar sakta?”</w:t>
      </w:r>
    </w:p>
    <w:p>
      <w:r>
        <w:rPr>
          <w:sz w:val="20"/>
        </w:rPr>
        <w:t>5:14  engine lagaya tha unhon ne. to us ne wheel, jo wheel jo hota hai, flying wheel jo kehte hain, bara sa flying wheel, ek switch dabai unhon ne. to flying wheel chalne laga. within second us ne speed le liya. unhon ne kaha ke dekhiye, abhi main ek aur button dabata hoon. ek aur daba daba. to direction change kar liya. within second phir change kar idhar chalne laga. to jo kaam ek metal kar sakta hai, woh insan ki</w:t>
      </w:r>
      <w:r>
        <w:br/>
      </w:r>
      <w:r>
        <w:rPr>
          <w:sz w:val="20"/>
        </w:rPr>
        <w:t>5:44  وں نہیں کر سکتا؟ ایک مشین جو ہے، یہ کر سکتی ہے کہ within a second اپنی ڈائریکشن</w:t>
      </w:r>
      <w:r>
        <w:br/>
      </w:r>
      <w:r>
        <w:rPr>
          <w:sz w:val="20"/>
        </w:rPr>
        <w:t>5:49  change kar le.</w:t>
      </w:r>
      <w:r>
        <w:br/>
      </w:r>
      <w:r>
        <w:rPr>
          <w:sz w:val="20"/>
        </w:rPr>
        <w:t>5:54  تو انسان تو thousand نہیں، billion times زیادہ powerful ہے انجن سے۔ انجن سے۔</w:t>
      </w:r>
      <w:r>
        <w:br/>
      </w:r>
      <w:r>
        <w:rPr>
          <w:sz w:val="20"/>
        </w:rPr>
        <w:t>5:59  to aap kyun nahin kar sakte? yaad rakhiye, aik engine jo hai, kitna hi bara engine ho, is</w:t>
      </w:r>
      <w:r>
        <w:br/>
      </w:r>
      <w:r>
        <w:rPr>
          <w:sz w:val="20"/>
        </w:rPr>
        <w:t>6:04  سے میرا دماغ billion times زیادہ طاقتور ہے۔</w:t>
      </w:r>
      <w:r>
        <w:br/>
      </w:r>
      <w:r>
        <w:rPr>
          <w:sz w:val="20"/>
        </w:rPr>
        <w:t>6:09  کوئی comparison نہیں ہے ایک ایک ایک ایک mind میں اور</w:t>
      </w:r>
      <w:r>
        <w:br/>
      </w:r>
      <w:r>
        <w:rPr>
          <w:sz w:val="20"/>
        </w:rPr>
        <w:t>6:14  aik engine mein.</w:t>
      </w:r>
      <w:r>
        <w:br/>
      </w:r>
      <w:r>
        <w:rPr>
          <w:sz w:val="20"/>
        </w:rPr>
        <w:t>6:19  تو انجن اگر اپنی ڈائریکشن کو within a second change کر سکتا ہے، تو میرا مائنڈ کیوں نہیں</w:t>
      </w:r>
      <w:r>
        <w:br/>
      </w:r>
      <w:r>
        <w:rPr>
          <w:sz w:val="20"/>
        </w:rPr>
        <w:t>6:25  kar sakta? to thought process ko change karna main bohat se aasan samajhta hoon.</w:t>
      </w:r>
      <w:r>
        <w:br/>
      </w:r>
      <w:r>
        <w:rPr>
          <w:sz w:val="20"/>
        </w:rPr>
        <w:t>6:30  sirf sochne ki baat hai.</w:t>
      </w:r>
      <w:r>
        <w:br/>
      </w:r>
      <w:r>
        <w:rPr>
          <w:sz w:val="20"/>
        </w:rPr>
        <w:t>6:35  art of thinking ki baat hai.</w:t>
      </w:r>
      <w:r>
        <w:br/>
      </w:r>
      <w:r>
        <w:rPr>
          <w:sz w:val="20"/>
        </w:rPr>
        <w:t>6:40  maulana iqbal ahmad umri ne tamil nadu se likha hai: "musalmanon ne ab tak jaan ki qurbani di hai.</w:t>
      </w:r>
    </w:p>
    <w:p>
      <w:pPr>
        <w:pStyle w:val="Heading2"/>
      </w:pPr>
      <w:r>
        <w:t>Countdown from birth to death</w:t>
      </w:r>
    </w:p>
    <w:p>
      <w:r>
        <w:rPr>
          <w:color w:val="666666"/>
          <w:sz w:val="18"/>
        </w:rPr>
        <w:t>On Death 20 July 2019 - Maulana Wahiduddin Khan · 56s · at 13:05 · https://youtu.be/jiJMaIOYb84?t=785</w:t>
      </w:r>
    </w:p>
    <w:p>
      <w:r>
        <w:rPr>
          <w:i/>
        </w:rPr>
        <w:t>“Paida hote hi countdown shuru ho jata hai”</w:t>
      </w:r>
    </w:p>
    <w:p>
      <w:r>
        <w:rPr>
          <w:sz w:val="20"/>
        </w:rPr>
        <w:t>13:05  countdown. to jo aadmi paida hota hai, paida hote hi uska countdown shuru ho jata hai,</w:t>
      </w:r>
      <w:r>
        <w:br/>
      </w:r>
      <w:r>
        <w:rPr>
          <w:sz w:val="20"/>
        </w:rPr>
        <w:t>13:17  yahan tak ke achaanak woh din aata hai jis din uska muqaddar tha marna, aur woh khatm ho jata hai. hum mein se har shakhs ka sab se bara masla yahi hai ke paida hote hi hamara countdown shuru ho jata hai.</w:t>
      </w:r>
      <w:r>
        <w:br/>
      </w:r>
      <w:r>
        <w:rPr>
          <w:sz w:val="20"/>
        </w:rPr>
        <w:t>13:36  kaisi ajeeb baat hai, kaisi ajeeb baat hai ke paida hote hi countdown shuru ho gaya,</w:t>
      </w:r>
      <w:r>
        <w:br/>
      </w:r>
      <w:r>
        <w:rPr>
          <w:sz w:val="20"/>
        </w:rPr>
        <w:t>13:47  yani har din hamari umar mein ek din khatm ho raha hai, khatm ho raha hai, yahan tak ke bilkul khatm ho jata hai.</w:t>
      </w:r>
    </w:p>
    <w:p>
      <w:pPr>
        <w:pStyle w:val="Heading2"/>
      </w:pPr>
      <w:r>
        <w:t>failing to know God's love breeds distorted values</w:t>
      </w:r>
    </w:p>
    <w:p>
      <w:r>
        <w:rPr>
          <w:color w:val="666666"/>
          <w:sz w:val="18"/>
        </w:rPr>
        <w:t>Social Ethics CPS Women Article Discussion 22 September 3, 2023 · 1m 30s · at 18:53 · https://youtu.be/oG-xF3bhieg?t=1133</w:t>
      </w:r>
    </w:p>
    <w:p>
      <w:r>
        <w:rPr>
          <w:i/>
        </w:rPr>
        <w:t>“Woh lady sunkar rongte khade ho rahe hain, khuda ko jaan na payi”</w:t>
      </w:r>
    </w:p>
    <w:p>
      <w:r>
        <w:rPr>
          <w:sz w:val="20"/>
        </w:rPr>
        <w:t>18:53  jaise apa ne bataya ki woh lady mujhe bhi sunkar rongte khade ho rahe hain ki khuda ko jaan nahi pai. kyunki khuda khuda ko insan ne apni zindagi ka ek naauzbillah aisa aisa woh bana rakha hai ki woh hamare liye sirf aafat aur musibat ka zariya ho.</w:t>
      </w:r>
      <w:r>
        <w:br/>
      </w:r>
      <w:r>
        <w:rPr>
          <w:sz w:val="20"/>
        </w:rPr>
        <w:t>19:18  hudakh ki mohabbat ko janna uski marfat insan bhool gaya hai aur yeh uski rehmat ko nahi samajhne ka nateeja hai ki woh is tarah ki baat kar pai ki allah talah ko pasand nahi tha ki nauzbillah ke woh baithkar khana khayen. to main main yahi soch rahi hoon ki hamari muslims mein khaskar logon ko allah ka jo concept hai real concept nahi pata hai.</w:t>
      </w:r>
      <w:r>
        <w:br/>
      </w:r>
      <w:r>
        <w:rPr>
          <w:sz w:val="20"/>
        </w:rPr>
        <w:t>19:43  marfat nahi hai unke andar to woh sari ki sari jo ethics hain woh isi liye society mein nahi dikhai de raha, kuch bhi nahi dikhai de raha.</w:t>
      </w:r>
      <w:r>
        <w:br/>
      </w:r>
      <w:r>
        <w:rPr>
          <w:sz w:val="20"/>
        </w:rPr>
        <w:t>19:52  to yeh jo bhi hum hum kitni bhi hadees parh lein ke jo humse kate us se judo, hamein</w:t>
      </w:r>
      <w:r>
        <w:br/>
      </w:r>
      <w:r>
        <w:rPr>
          <w:sz w:val="20"/>
        </w:rPr>
        <w:t>20:02  is kaam par le jati hai aur hamare ethics matlab hamein is cheez mein aagay le jati hai</w:t>
      </w:r>
      <w:r>
        <w:br/>
      </w:r>
      <w:r>
        <w:rPr>
          <w:sz w:val="20"/>
        </w:rPr>
        <w:t>20:12  ke hum apne akhlaq yaad ko behtar bana sakein.</w:t>
      </w:r>
      <w:r>
        <w:br/>
      </w:r>
      <w:r>
        <w:rPr>
          <w:sz w:val="20"/>
        </w:rPr>
        <w:t>20:23  yeh meri learning thi.</w:t>
      </w:r>
    </w:p>
    <w:p>
      <w:pPr>
        <w:pStyle w:val="Heading2"/>
      </w:pPr>
      <w:r>
        <w:t>The difference between empty ritual and true prayer</w:t>
      </w:r>
    </w:p>
    <w:p>
      <w:r>
        <w:rPr>
          <w:color w:val="666666"/>
          <w:sz w:val="18"/>
        </w:rPr>
        <w:t>Shock A Blessing in Disguise November 01, 2009 · 5m 40s · at 1:19:47 · https://youtu.be/trEB_2Bwos8?t=4787</w:t>
      </w:r>
    </w:p>
    <w:p>
      <w:r>
        <w:rPr>
          <w:i/>
        </w:rPr>
        <w:t>“Prayer without its spirit brings nothing, not even paradise”</w:t>
      </w:r>
    </w:p>
    <w:p>
      <w:r>
        <w:rPr>
          <w:sz w:val="20"/>
        </w:rPr>
        <w:t>1:19:47  this question is from molana azkwan and from Delhi how can one inculcate the spirit of namaz in his whole life kind of commitment</w:t>
      </w:r>
      <w:r>
        <w:br/>
      </w:r>
      <w:r>
        <w:rPr>
          <w:sz w:val="20"/>
        </w:rPr>
        <w:t>1:20:04  haan dekhiye ek baat main arz karoon quran ki ek aayat hai</w:t>
      </w:r>
      <w:r>
        <w:br/>
      </w:r>
      <w:r>
        <w:rPr>
          <w:sz w:val="20"/>
        </w:rPr>
        <w:t>1:20:12  jab kuch log jannat mein chale jayenge kuch log dozakh mein toh jannat wale poochhenge ke tum ko kya cheez jahannam mein milegi qalu lam k m al musalleen hum musalleen mein se na the musalleen maani namaz padhne walon mein se na the</w:t>
      </w:r>
      <w:r>
        <w:br/>
      </w:r>
      <w:r>
        <w:rPr>
          <w:sz w:val="20"/>
        </w:rPr>
        <w:t>1:20:31  ab dekhiye ke agar wohi namaz jo form ki shakal mein padhi jati hai wohi namaz namaz ho toh ek aur surah mein padhiye aap surah almaun mein wella il musalleen yani well hai musalleen ke liye namaz padhne walon ke liye kharabi hai dekhiye wohi word yahan bhi hai same word wohan bhi hai qalu lam k musalleen bhi wohi wohi musalleen word hai</w:t>
      </w:r>
      <w:r>
        <w:br/>
      </w:r>
      <w:r>
        <w:rPr>
          <w:sz w:val="20"/>
        </w:rPr>
        <w:t>1:20:59  aur wella il musalleen bhi wohi musalleen word hai toh what was the difference between the two ek musalleen ke liye kyun wella hai tabahi hai doosre musalleen ke liye jannat kyun hai toh uska jawab khud quran mein maujood hai allazeena hum sahoon woh log jo sahoon ki namaz padhte hain ghaflat ki namaz padhte hain yani spiritually namaz padhte hain</w:t>
      </w:r>
      <w:r>
        <w:br/>
      </w:r>
      <w:r>
        <w:rPr>
          <w:sz w:val="20"/>
        </w:rPr>
        <w:t>1:21:26  jo spiritually namaz padhte hain unke liye wella hai spiritually namaz padhte hain jinke liye jannat hai ab dekhiye spirit kya cheez hai aap kehte hain spirit aa jayegi toh pura ek culture namaz ka aa jata hai aap ke andar spirit woh hai woh koi aisa nahi ke kahin confine hai woh spirit aap pura revolutionize karti hai aap ke aap ke wajood ko ek nai revolution aap ki zindagi mein aa jata hai</w:t>
      </w:r>
      <w:r>
        <w:br/>
      </w:r>
      <w:r>
        <w:rPr>
          <w:sz w:val="20"/>
        </w:rPr>
        <w:t>1:21:55  ab woh quran mein aap padh ke samajh sakte hain usko misaal ke taur pe dekhiye quran mein hai ke inna salata al muminin ke ta ke namaz waqt waqt par farz ki gayi hai ab dekhiye ke aap panch waqt ki namaz agar waqt waqt par padhte hain doosre kaam mein waqt ki paband na kare toh yeh ho sakta hai uske baad namaz mein aap ne spirit spirit kardiya spirit iski spirit alag kar diya aur formalag kar diya</w:t>
      </w:r>
      <w:r>
        <w:br/>
      </w:r>
      <w:r>
        <w:rPr>
          <w:sz w:val="20"/>
        </w:rPr>
        <w:t>1:22:24  yeh to sab hai agar aap namaz ko pabandi se padhenge waqt waqt par to ek poora culture aapki zindagi mein aa jayega time culture</w:t>
      </w:r>
      <w:r>
        <w:br/>
      </w:r>
      <w:r>
        <w:rPr>
          <w:sz w:val="20"/>
        </w:rPr>
        <w:t>1:22:37  aapko time management aa jayega aur har kaam time par karenge aap har kaam time par karenge aap aisha dekhiye namaz ke bare mein quran mein aur bhi besari baatein hain misaal ke taur par surah alkaboot mein hai inna salata tanhaa al fashaa'i wal munkar</w:t>
      </w:r>
      <w:r>
        <w:br/>
      </w:r>
      <w:r>
        <w:rPr>
          <w:sz w:val="20"/>
        </w:rPr>
        <w:t>1:22:53  namaz rokti hai buri baaton se koi namaz padha to buri baaton se rokne ki speed paida ho gaya aapke andar fazool fazool baatein karna fazool paisa kharch karna fazool outing karna fazool cheezon mein apna waqt zaya karna aur is se aage badhkar ke badsulooki karna is se aage badhkar corruption karna har cheez nikal jayegi aap ki zindagi se</w:t>
      </w:r>
      <w:r>
        <w:br/>
      </w:r>
      <w:r>
        <w:rPr>
          <w:sz w:val="20"/>
        </w:rPr>
        <w:t>1:23:21  ke namaz padho to speed ke saath padho to kya hoga woh speed aapko aisa bana dega ke aap har buri baat se apne ko bachao bachane lagenge aisi besari cheezein hain jo isko mein keh raha hoon ke namaz culture to ek hai salat sahu ek hai salat khushu quran ke lafzon mein</w:t>
      </w:r>
      <w:r>
        <w:br/>
      </w:r>
      <w:r>
        <w:rPr>
          <w:sz w:val="20"/>
        </w:rPr>
        <w:t>1:23:45  salat sahu woh hai jisme namaz ke adab shamil na hon jisme namaz ke speed shamil na ho jo mukammal namaz na ho woh salat sahu hai is par koi kuch nahi aur salat khushu kya hai ismein saare adab namaz shamil hon jo jisme namaz ko ikhtiyar kar liya gaya ho to woh woh jo ayat hai qaalul lam yakumul musalleen</w:t>
      </w:r>
      <w:r>
        <w:br/>
      </w:r>
      <w:r>
        <w:rPr>
          <w:sz w:val="20"/>
        </w:rPr>
        <w:t>1:24:13  hum na thay namaz padhne walon mein iska matlab kya hoga hum nahi thay namaz ko poore maanon mein padhne walon mein kyunke is shakl dohrane mein to quran mein khud aaye ke woh usko kuch nahi milega usko weh mil jayega to humne namaz ko iske saare adab ke saath nahi padha namaz ko shakla padha lekin is namaz culture ko ikhtiyar nahi kiya humne mukammal namaz nahi padhi to</w:t>
      </w:r>
      <w:r>
        <w:br/>
      </w:r>
      <w:r>
        <w:rPr>
          <w:sz w:val="20"/>
        </w:rPr>
        <w:t>1:24:43  hum ko jahannum mein jana pada to ek hai namaz ek hai namaz culture agar sirf aap shakl wali namaz padhte hain to iski koi value nahi hai namaz ke saath agar aapke andar namaz namaz culture bhi aa jaye iski value woh hai woh hi aapko jannat mein le jayegi is baat ko samjhiye aur namaz culture kya hai yeh sab kuch maujood hai quran o hadith mein sab kuch maujood hai quran o hadith mein</w:t>
      </w:r>
      <w:r>
        <w:br/>
      </w:r>
      <w:r>
        <w:rPr>
          <w:sz w:val="20"/>
        </w:rPr>
        <w:t>1:25:10  yani iske ek ek ajza aap dekh sakte hain quran o hadith mein agar aap sach much chahte hain jaan na ke namaz culture kya hai namaz adab namaz kya hain mukammal namaz kya hai ya sahi haqiqi namaz kya hai</w:t>
      </w:r>
    </w:p>
    <w:p>
      <w:pPr>
        <w:pStyle w:val="Heading2"/>
      </w:pPr>
      <w:r>
        <w:t>Hatred poisons gratitude to God</w:t>
      </w:r>
    </w:p>
    <w:p>
      <w:r>
        <w:rPr>
          <w:color w:val="666666"/>
          <w:sz w:val="18"/>
        </w:rPr>
        <w:t>Q&amp;A 11 Mar 2012 Maulana Wahiduddin Khan · 21s · at 3:28 · https://youtu.be/8_-rLeTGm0o?t=208</w:t>
      </w:r>
    </w:p>
    <w:p>
      <w:r>
        <w:rPr>
          <w:i/>
        </w:rPr>
        <w:t>“Iska matlab apne dil mein agar aapne bhar liya hai nafrat”</w:t>
      </w:r>
    </w:p>
    <w:p>
      <w:r>
        <w:rPr>
          <w:sz w:val="20"/>
        </w:rPr>
        <w:t>3:28  iska matlab apne dil mein agar aapne bhar liya hai nafrat, to do char qatre aap agar dalen khuda ke shukr ke, to wo phir bhi ganda hi ganda rahega. wo main samajhta hoon ki jab musalmanon ke liye farz ke darje mein zaroori hai ki wo re consider karen, phir se sochen</w:t>
      </w:r>
    </w:p>
    <w:p>
      <w:pPr>
        <w:pStyle w:val="Heading2"/>
      </w:pPr>
      <w:r>
        <w:t>Mind-based spirituality is provable</w:t>
      </w:r>
    </w:p>
    <w:p>
      <w:r>
        <w:rPr>
          <w:color w:val="666666"/>
          <w:sz w:val="18"/>
        </w:rPr>
        <w:t>Interactive Session Eng02 06 2007 · 2m 56s · at 9:05 · https://youtu.be/eubwv4eDoAM?t=545</w:t>
      </w:r>
    </w:p>
    <w:p>
      <w:r>
        <w:rPr>
          <w:i/>
        </w:rPr>
        <w:t>“As those people who believe in heart-based spirituality”</w:t>
      </w:r>
    </w:p>
    <w:p>
      <w:r>
        <w:rPr>
          <w:sz w:val="20"/>
        </w:rPr>
        <w:t>9:05  As those people who believe in heart-based spirituality, I think they cannot prove it.</w:t>
      </w:r>
      <w:r>
        <w:br/>
      </w:r>
      <w:r>
        <w:rPr>
          <w:sz w:val="20"/>
        </w:rPr>
        <w:t>9:15  It is completely a feeling. But I believe in mind-based spirituality, and I think that it is provable because all the activities of mind are well known.</w:t>
      </w:r>
      <w:r>
        <w:br/>
      </w:r>
      <w:r>
        <w:rPr>
          <w:sz w:val="20"/>
        </w:rPr>
        <w:t>9:33  We can prove that there is a mind. We can prove that mind has a thinking capacity. So those who believe in heart-based spirituality,</w:t>
      </w:r>
      <w:r>
        <w:br/>
      </w:r>
      <w:r>
        <w:rPr>
          <w:sz w:val="20"/>
        </w:rPr>
        <w:t>9:48  they cannot prove it. But I believe in mind-based spirituality, and that is completely provable because when mind is provable, then mind-based spirituality is also provable.</w:t>
      </w:r>
      <w:r>
        <w:br/>
      </w:r>
      <w:r>
        <w:rPr>
          <w:sz w:val="20"/>
        </w:rPr>
        <w:t>10:05  What is this difference between mind-based spirituality and heart-based spirituality? Can you please elaborate on that?</w:t>
      </w:r>
      <w:r>
        <w:br/>
      </w:r>
      <w:r>
        <w:rPr>
          <w:sz w:val="20"/>
        </w:rPr>
        <w:t>10:11  Yes.</w:t>
      </w:r>
      <w:r>
        <w:br/>
      </w:r>
      <w:r>
        <w:rPr>
          <w:sz w:val="20"/>
        </w:rPr>
        <w:t>10:14  Those who believe in heart-based spirituality, they believe in ecstasy. Ecstasy.</w:t>
      </w:r>
      <w:r>
        <w:br/>
      </w:r>
      <w:r>
        <w:rPr>
          <w:sz w:val="20"/>
        </w:rPr>
        <w:t>10:26  They say that when we are engaged in heart-based spirituality, we receive ecstasy.</w:t>
      </w:r>
      <w:r>
        <w:br/>
      </w:r>
      <w:r>
        <w:rPr>
          <w:sz w:val="20"/>
        </w:rPr>
        <w:t>10:37  There is vajd.</w:t>
      </w:r>
      <w:r>
        <w:br/>
      </w:r>
      <w:r>
        <w:rPr>
          <w:sz w:val="20"/>
        </w:rPr>
        <w:t>10:41  Vajd. Vajd is not a thinking state. Vajd is simply a feeling. Feeling without thinking.</w:t>
      </w:r>
      <w:r>
        <w:br/>
      </w:r>
      <w:r>
        <w:rPr>
          <w:sz w:val="20"/>
        </w:rPr>
        <w:t>10:52  Vajd or ecstasy is thinking without... Vajd or ecstasy is a feeling without thinking.</w:t>
      </w:r>
      <w:r>
        <w:br/>
      </w:r>
      <w:r>
        <w:rPr>
          <w:sz w:val="20"/>
        </w:rPr>
        <w:t>11:08  But</w:t>
      </w:r>
      <w:r>
        <w:br/>
      </w:r>
      <w:r>
        <w:rPr>
          <w:sz w:val="20"/>
        </w:rPr>
        <w:t>11:14  the other kind of spirituality that is based on mind is completely based on thinking.</w:t>
      </w:r>
      <w:r>
        <w:br/>
      </w:r>
      <w:r>
        <w:rPr>
          <w:sz w:val="20"/>
        </w:rPr>
        <w:t>11:24  All those—the result of spiritual exercise is completely—it</w:t>
      </w:r>
      <w:r>
        <w:br/>
      </w:r>
      <w:r>
        <w:rPr>
          <w:sz w:val="20"/>
        </w:rPr>
        <w:t>11:42  can be defined in an intellectual term.</w:t>
      </w:r>
      <w:r>
        <w:br/>
      </w:r>
      <w:r>
        <w:rPr>
          <w:sz w:val="20"/>
        </w:rPr>
        <w:t>11:47  For example, if I am in sorrow, if I am sad, so I can</w:t>
      </w:r>
    </w:p>
    <w:p>
      <w:pPr>
        <w:pStyle w:val="Heading2"/>
      </w:pPr>
      <w:r>
        <w:t>Always think there is a better way</w:t>
      </w:r>
    </w:p>
    <w:p>
      <w:r>
        <w:rPr>
          <w:color w:val="666666"/>
          <w:sz w:val="18"/>
        </w:rPr>
        <w:t>Remembering Maulana Wahiduddin Khan January 1, 2023 · 23s · at 29:07 · https://youtu.be/-NWNhYW850U?t=1747</w:t>
      </w:r>
    </w:p>
    <w:p>
      <w:r>
        <w:rPr>
          <w:i/>
        </w:rPr>
        <w:t>“To har baat mein think think there must be a better way”</w:t>
      </w:r>
    </w:p>
    <w:p>
      <w:r>
        <w:rPr>
          <w:sz w:val="20"/>
        </w:rPr>
        <w:t>29:07  to har baat mein think think there must be a better way yeh unhone bilkul usko apna liya tha.</w:t>
      </w:r>
      <w:r>
        <w:br/>
      </w:r>
      <w:r>
        <w:rPr>
          <w:sz w:val="20"/>
        </w:rPr>
        <w:t>29:30  har tarah se bilkul tamam log Rasool Allah sallallahu alaihi wasallam dua karte the ki tamam insaan jo hai tamam aurat mard sab bhai bhai hai, sab mard sab auratein hai jab sab sab bhai behan ke tarike se unse talluqat rakhna hai. to sab ek doosre ki khairkhwa banein, ek doosre ki madad karein, ek doosre ke kaam aayein. to yeh sab kuch unhone nature se seekha tha.</w:t>
      </w:r>
    </w:p>
    <w:p>
      <w:pPr>
        <w:pStyle w:val="Heading2"/>
      </w:pPr>
      <w:r>
        <w:t>The black cobra story: fear of God ends religious disputes</w:t>
      </w:r>
    </w:p>
    <w:p>
      <w:r>
        <w:rPr>
          <w:color w:val="666666"/>
          <w:sz w:val="18"/>
        </w:rPr>
        <w:t>Life After Death January 22, 2012 · 6m 00s · at 20:56 · https://youtu.be/5hVH1BLKBF4?t=1256</w:t>
      </w:r>
    </w:p>
    <w:p>
      <w:r>
        <w:rPr>
          <w:i/>
        </w:rPr>
        <w:t>“امت کا اختلاف کیسے ختم ہو؟ تو میں نے ایک واقعہ بتایا”</w:t>
      </w:r>
    </w:p>
    <w:p>
      <w:r>
        <w:rPr>
          <w:sz w:val="20"/>
        </w:rPr>
        <w:t>20:56  aap dunya mein bohat se ikhtilafat, log aksar ikhtilaf ki baatein karte hain. kal parson mere paas aik sahib aaye, sahib!</w:t>
      </w:r>
      <w:r>
        <w:br/>
      </w:r>
      <w:r>
        <w:rPr>
          <w:sz w:val="20"/>
        </w:rPr>
        <w:t>21:05  ummat ka ikhtilaf kaisay khatam ho? to main ne aik waqia bataya.</w:t>
      </w:r>
      <w:r>
        <w:br/>
      </w:r>
      <w:r>
        <w:rPr>
          <w:sz w:val="20"/>
        </w:rPr>
        <w:t>21:12  yeh main ne kaha ke yeh ikhtilaf ki baat nahi hai.</w:t>
      </w:r>
      <w:r>
        <w:br/>
      </w:r>
      <w:r>
        <w:rPr>
          <w:sz w:val="20"/>
        </w:rPr>
        <w:t>21:17  yeh be-khofi ki baat hai. Allah ki pakar se be-khofi.</w:t>
      </w:r>
      <w:r>
        <w:br/>
      </w:r>
      <w:r>
        <w:rPr>
          <w:sz w:val="20"/>
        </w:rPr>
        <w:t>21:24  us ne ikhtilaf paida kar rakha hai. to unhon ne bataya ke Hyderabad mein aik conference thi ulama ki.</w:t>
      </w:r>
      <w:r>
        <w:br/>
      </w:r>
      <w:r>
        <w:rPr>
          <w:sz w:val="20"/>
        </w:rPr>
        <w:t>21:34  India bhar ke tamam madaris ke ulama, zimmedar hazraat, usay bulaye gaye thay.</w:t>
      </w:r>
      <w:r>
        <w:br/>
      </w:r>
      <w:r>
        <w:rPr>
          <w:sz w:val="20"/>
        </w:rPr>
        <w:t>21:44  misalan Nadwat se wahan aaye thay Maulana Abdul Arfan sahib, jo us waqt muhtaram thay. aise hi tamam madaris ke log.</w:t>
      </w:r>
      <w:r>
        <w:br/>
      </w:r>
      <w:r>
        <w:rPr>
          <w:sz w:val="20"/>
        </w:rPr>
        <w:t>21:54  to main bhi is mein sharik tha.</w:t>
      </w:r>
      <w:r>
        <w:br/>
      </w:r>
      <w:r>
        <w:rPr>
          <w:sz w:val="20"/>
        </w:rPr>
        <w:t>22:01  to wahan ka</w:t>
      </w:r>
      <w:r>
        <w:br/>
      </w:r>
      <w:r>
        <w:rPr>
          <w:sz w:val="20"/>
        </w:rPr>
        <w:t>22:05  wahan aik tajweez yeh pesh ki gayi ke tamam madaris ka nizam yaksaan kiya jaye. misal ke taur par, aik talib-e-ilm secular education le raha hai Delhi mein.</w:t>
      </w:r>
      <w:r>
        <w:br/>
      </w:r>
      <w:r>
        <w:rPr>
          <w:sz w:val="20"/>
        </w:rPr>
        <w:t>22:20  yahan se high school pass karta hai. to kahin bhi India mein jayega to us ko agle saal dakhla mil jata hai.</w:t>
      </w:r>
      <w:r>
        <w:br/>
      </w:r>
      <w:r>
        <w:rPr>
          <w:sz w:val="20"/>
        </w:rPr>
        <w:t>22:31  yahan ka certificate wahan kaam aata hai.</w:t>
      </w:r>
      <w:r>
        <w:br/>
      </w:r>
      <w:r>
        <w:rPr>
          <w:sz w:val="20"/>
        </w:rPr>
        <w:t>22:36  to madaris mein aisa muttaheda nizam nahi hai ke yahan ka certificate wahan kaam aa jaye. har madrase ka alag alag nizam hai.</w:t>
      </w:r>
      <w:r>
        <w:br/>
      </w:r>
      <w:r>
        <w:rPr>
          <w:sz w:val="20"/>
        </w:rPr>
        <w:t>22:46  talib-e-ilm ko alag alag apne ko sabit karna parta hai. is tarah ki kai cheezein theen jo wahan par zer-e-bahs aayi theen.</w:t>
      </w:r>
      <w:r>
        <w:br/>
      </w:r>
      <w:r>
        <w:rPr>
          <w:sz w:val="20"/>
        </w:rPr>
        <w:t>22:57  maliyat ke baray mein bhi is ka bhi aik ijtimai nizam, markazi nizam banaya jaye. to kisi bhi mozu par wahan ittifaq nahi ho raha tha.</w:t>
      </w:r>
      <w:r>
        <w:br/>
      </w:r>
      <w:r>
        <w:rPr>
          <w:sz w:val="20"/>
        </w:rPr>
        <w:t>23:08  har aadmi ajeeb ajeeb baatein karta tha. aik baat yeh thi ke nisaab aik yaksaan kiya jaye.</w:t>
      </w:r>
      <w:r>
        <w:br/>
      </w:r>
      <w:r>
        <w:rPr>
          <w:sz w:val="20"/>
        </w:rPr>
        <w:t>23:15  nisaab jo jis tarah se secular idaron mein hai ke wahan nisaab aik hota hai. yahan ka aadmi wahan ja kar kaam kar sakta hai, wahan dakhla le sakta hai.</w:t>
      </w:r>
      <w:r>
        <w:br/>
      </w:r>
      <w:r>
        <w:rPr>
          <w:sz w:val="20"/>
        </w:rPr>
        <w:t>23:26  to madaris ke nisaab mein yeksaniyat laayi jaye. kisi bhi mozu par wahan ittifaq nahi ho raha tha. har aadmi apni bhi boli bolta tha.</w:t>
      </w:r>
      <w:r>
        <w:br/>
      </w:r>
      <w:r>
        <w:rPr>
          <w:sz w:val="20"/>
        </w:rPr>
        <w:t>23:40  to main chup chap baitha tha, bohat hi dard aur fikr kiye hue.</w:t>
      </w:r>
      <w:r>
        <w:br/>
      </w:r>
      <w:r>
        <w:rPr>
          <w:sz w:val="20"/>
        </w:rPr>
        <w:t>23:47  to aik sahib ne kaha ke aap bhi kahiye is mozu par kuch. to mein bohat hi dard mandi ke sath utha.</w:t>
      </w:r>
      <w:r>
        <w:br/>
      </w:r>
      <w:r>
        <w:rPr>
          <w:sz w:val="20"/>
        </w:rPr>
        <w:t>23:58  aur mein ne kaha ke</w:t>
      </w:r>
      <w:r>
        <w:br/>
      </w:r>
      <w:r>
        <w:rPr>
          <w:sz w:val="20"/>
        </w:rPr>
        <w:t>24:02  yahan itne sare log akhathe hain, agar yahan aik kala saamp nikal aye, aik naag,</w:t>
      </w:r>
      <w:r>
        <w:br/>
      </w:r>
      <w:r>
        <w:rPr>
          <w:sz w:val="20"/>
        </w:rPr>
        <w:t>24:12  to kya hoga?</w:t>
      </w:r>
      <w:r>
        <w:br/>
      </w:r>
      <w:r>
        <w:rPr>
          <w:sz w:val="20"/>
        </w:rPr>
        <w:t>24:16  sab ki raayein aik ho jayengi. to kai raayein nahi hongi. sab aadmi kahenge: "saamp, saamp! bachho, bachho!"</w:t>
      </w:r>
      <w:r>
        <w:br/>
      </w:r>
      <w:r>
        <w:rPr>
          <w:sz w:val="20"/>
        </w:rPr>
        <w:t>24:28  jab tak saamp nahi nikla hua hai, tab tak log tarah tarah ki boliyan bol rahe hain.</w:t>
      </w:r>
      <w:r>
        <w:br/>
      </w:r>
      <w:r>
        <w:rPr>
          <w:sz w:val="20"/>
        </w:rPr>
        <w:t>24:35  jaise hi aik saamp, kala saamp, phool nikal kar khara ho jaye, jis ko cobra kehte hain, c o b r a, aik cobra,</w:t>
      </w:r>
      <w:r>
        <w:br/>
      </w:r>
      <w:r>
        <w:rPr>
          <w:sz w:val="20"/>
        </w:rPr>
        <w:t>24:50  to sab aik hi raaye sab ki ho jayegi. ke "saamp, saamp! bachho is se!" yeh kehte hue meri zuban se nikla</w:t>
      </w:r>
      <w:r>
        <w:br/>
      </w:r>
      <w:r>
        <w:rPr>
          <w:sz w:val="20"/>
        </w:rPr>
        <w:t>25:02  ke shiddat-e-khauf raaiyon ke ta'addud ko khatam kar deta hai.</w:t>
      </w:r>
      <w:r>
        <w:br/>
      </w:r>
      <w:r>
        <w:rPr>
          <w:sz w:val="20"/>
        </w:rPr>
        <w:t>25:11  shiddat-e-khauf raaiyon ke ta'addud ko khatam kar deta hai.</w:t>
      </w:r>
      <w:r>
        <w:br/>
      </w:r>
      <w:r>
        <w:rPr>
          <w:sz w:val="20"/>
        </w:rPr>
        <w:t>25:17  yani agar aap ko sach much Allah ka dar ho,</w:t>
      </w:r>
      <w:r>
        <w:br/>
      </w:r>
      <w:r>
        <w:rPr>
          <w:sz w:val="20"/>
        </w:rPr>
        <w:t>25:27  sach much Allah ka dar ho, to aap itna serious ho jayenge, itna sincere ho jayenge ke wahi baat sochenge jo sochne wali baat hai.</w:t>
      </w:r>
      <w:r>
        <w:br/>
      </w:r>
      <w:r>
        <w:rPr>
          <w:sz w:val="20"/>
        </w:rPr>
        <w:t>25:39  distraction khatam ho jayega.</w:t>
      </w:r>
      <w:r>
        <w:br/>
      </w:r>
      <w:r>
        <w:rPr>
          <w:sz w:val="20"/>
        </w:rPr>
        <w:t>25:44  to Allah ka dar ke ma'ani kya hain?</w:t>
      </w:r>
      <w:r>
        <w:br/>
      </w:r>
      <w:r>
        <w:rPr>
          <w:sz w:val="20"/>
        </w:rPr>
        <w:t>25:47  Allah ki pakar ka dar. Allah ke mawakhze ka dar. maut ka dar.</w:t>
      </w:r>
      <w:r>
        <w:br/>
      </w:r>
      <w:r>
        <w:rPr>
          <w:sz w:val="20"/>
        </w:rPr>
        <w:t>25:58  to yeh aadmi ka agar ragaar aa jaye to kitna bara waqea hoga ke ikhtilaf khatam. sab log yeh kehte hain ke aaj ummat mein ikhtilaf hai.</w:t>
      </w:r>
      <w:r>
        <w:br/>
      </w:r>
      <w:r>
        <w:rPr>
          <w:sz w:val="20"/>
        </w:rPr>
        <w:t>26:11  ikhtilaf ki wajah se ummat kamzor ho gayi hai, is ki koi value nahi hai.</w:t>
      </w:r>
      <w:r>
        <w:br/>
      </w:r>
      <w:r>
        <w:rPr>
          <w:sz w:val="20"/>
        </w:rPr>
        <w:t>26:18  to ikhtilaf khatam karen. jar jar ko dekhen, root cause kya hai? ikhtilaf kyun hai? Allah se bekhaufi, maut se bekhaufi, aakhirat ki pakar se bekhaufi,</w:t>
      </w:r>
      <w:r>
        <w:br/>
      </w:r>
      <w:r>
        <w:rPr>
          <w:sz w:val="20"/>
        </w:rPr>
        <w:t>26:33  jahannum se bekhaufi.</w:t>
      </w:r>
      <w:r>
        <w:br/>
      </w:r>
      <w:r>
        <w:rPr>
          <w:sz w:val="20"/>
        </w:rPr>
        <w:t>26:39  to wahan sab log bilkul sannata chha gaya logon par jab mein ne kaha ke shiddat-e-khauf raaiyon ke ta'addud ko khatam kar deta hai.</w:t>
      </w:r>
    </w:p>
    <w:p>
      <w:pPr>
        <w:pStyle w:val="Heading2"/>
      </w:pPr>
      <w:r>
        <w:t>Loving God leaves no room to hate anyone</w:t>
      </w:r>
    </w:p>
    <w:p>
      <w:r>
        <w:rPr>
          <w:color w:val="666666"/>
          <w:sz w:val="18"/>
        </w:rPr>
        <w:t>CPS Women Interaction 6 June 30, 2022 · 52s · at 40:15 · https://youtu.be/ZkEveN93vh8?t=2415</w:t>
      </w:r>
    </w:p>
    <w:p>
      <w:r>
        <w:rPr>
          <w:i/>
        </w:rPr>
        <w:t>“Mujhe Rahman se mohabbat karne se hi fursat nahi milti”</w:t>
      </w:r>
    </w:p>
    <w:p>
      <w:r>
        <w:rPr>
          <w:sz w:val="20"/>
        </w:rPr>
        <w:t>40:15  Bas ek minute, ek baat aur isi par kehna tha mujhe abhi. Unhone jo kaha ki hate man wali baat na to is par bhi mujhe Raveya Vasturi ka yaad aaya kyunki maine tasawwuf par kitaab likhi hai na to mujhe kuch points yaad hai. To unhone kaha unse kisi ne poocha ki aap shaitan se nafrat karti hain?</w:t>
      </w:r>
      <w:r>
        <w:br/>
      </w:r>
      <w:r>
        <w:rPr>
          <w:sz w:val="20"/>
        </w:rPr>
        <w:t>40:38  To unhone kaha mujhe Rehman se mohabbat karne se hi fursat nahi milti ki main shaitan se nafrat karungi. Ab Allah se itni zyada mohabbat karein itna zyada Allah ko yaad karein. Har baat Allah mein jiye to aapko fursat hi nahi milegi ki aap kisi se nafrat karein. Theek hai? Bahut sahi, bahut sahi. Shukriya aap. Yeh yahan main ek baat inse add kar tum shapa. Ji ji appa. Ji kahiye.</w:t>
      </w:r>
      <w:r>
        <w:br/>
      </w:r>
      <w:r>
        <w:rPr>
          <w:sz w:val="20"/>
        </w:rPr>
        <w:t>41:07  Main yeh keh rahi hoon ki yeh jitni bhi baatein hain yeh Maulana ke hisab se personality development ka hissa hai. Hum personality develop inhi cheezon ke through karte hain. To personality development it's a process. Ek din mein ya do din mein nahi ho jata.</w:t>
      </w:r>
    </w:p>
    <w:p>
      <w:pPr>
        <w:pStyle w:val="Heading2"/>
      </w:pPr>
      <w:r>
        <w:t>Bible verse: God's flute and human indifference</w:t>
      </w:r>
    </w:p>
    <w:p>
      <w:r>
        <w:rPr>
          <w:color w:val="666666"/>
          <w:sz w:val="18"/>
        </w:rPr>
        <w:t>Art of Thinking May 7, 2006 Maulana Wahiduddin Khan · 5m 00s · at 4:40 · https://youtu.be/emWaKS55M_o?t=280</w:t>
      </w:r>
    </w:p>
    <w:p>
      <w:r>
        <w:rPr>
          <w:i/>
        </w:rPr>
        <w:t>“Inna zamarna lakum fama raqastum wa nadabna lakum fama baqeetum”</w:t>
      </w:r>
    </w:p>
    <w:p>
      <w:r>
        <w:rPr>
          <w:sz w:val="20"/>
        </w:rPr>
        <w:t>4:40  woh yeh hai inna zammerna lakum fa ma raqastum wa nadabna lakum fa ma baqaytum.</w:t>
      </w:r>
      <w:r>
        <w:br/>
      </w:r>
      <w:r>
        <w:rPr>
          <w:sz w:val="20"/>
        </w:rPr>
        <w:t>4:50  ek ajib ilhami zuban. ek ajib ilhami zuban maloom hoti hai. inna zammerna lakum fa ma raqastum wa nadabna lakum fa ma baqaytum.</w:t>
      </w:r>
      <w:r>
        <w:br/>
      </w:r>
      <w:r>
        <w:rPr>
          <w:sz w:val="20"/>
        </w:rPr>
        <w:t>5:04  is ka translation yeh hai: agar koi aap mein se is ki English janna chahega to main us ko kitab se dekh kar de doonga.</w:t>
      </w:r>
      <w:r>
        <w:br/>
      </w:r>
      <w:r>
        <w:rPr>
          <w:sz w:val="20"/>
        </w:rPr>
        <w:t>5:14  us waqt mujh ko is ki English translation yaad nahi hai. sirf Urdu translation jo hai woh bataunga aap ko. jab main is ko parhta hoon to mera ajib haal hota hai.</w:t>
      </w:r>
      <w:r>
        <w:br/>
      </w:r>
      <w:r>
        <w:rPr>
          <w:sz w:val="20"/>
        </w:rPr>
        <w:t>5:25  inna zammarana lakum faman raqastum wa nadabna lakum faman baqaytum.</w:t>
      </w:r>
      <w:r>
        <w:br/>
      </w:r>
      <w:r>
        <w:rPr>
          <w:sz w:val="20"/>
        </w:rPr>
        <w:t>5:34  hum ne tumhare liye bansri bajai magar tum ne dance nahi kiya.</w:t>
      </w:r>
      <w:r>
        <w:br/>
      </w:r>
      <w:r>
        <w:rPr>
          <w:sz w:val="20"/>
        </w:rPr>
        <w:t>5:43  yeh symbolic language hai.</w:t>
      </w:r>
      <w:r>
        <w:br/>
      </w:r>
      <w:r>
        <w:rPr>
          <w:sz w:val="20"/>
        </w:rPr>
        <w:t>5:48  hum ne tumhare liye bansri bajai magar tum ne dance nahi kiya. hum ne tumhare liye nauha kiya magar tum ne aansu nahi bahaye.</w:t>
      </w:r>
      <w:r>
        <w:br/>
      </w:r>
      <w:r>
        <w:rPr>
          <w:sz w:val="20"/>
        </w:rPr>
        <w:t>5:59  kaisa ajeeb hai yeh. yani khuda ne is dunya mein aise jalwe rakh diye hain.</w:t>
      </w:r>
      <w:r>
        <w:br/>
      </w:r>
      <w:r>
        <w:rPr>
          <w:sz w:val="20"/>
        </w:rPr>
        <w:t>6:09  aise signs, aise signs rakh diye hain. jin ko dekh kar aap thrill karne lago. ek thrilling experience aap ko hone lago.</w:t>
      </w:r>
      <w:r>
        <w:br/>
      </w:r>
      <w:r>
        <w:rPr>
          <w:sz w:val="20"/>
        </w:rPr>
        <w:t>6:19  ke kaisa great hai woh khuda jis ne aisi anokhi cheez banai.</w:t>
      </w:r>
      <w:r>
        <w:br/>
      </w:r>
      <w:r>
        <w:rPr>
          <w:sz w:val="20"/>
        </w:rPr>
        <w:t>6:28  mein aksar dekhta hoon cheezon ko. maslan grass. ghaas ko mein dekhta hoon to mein sochta hoon ke ghaas ka koi doosra model koi bhi artist nahi bana sakta.</w:t>
      </w:r>
      <w:r>
        <w:br/>
      </w:r>
      <w:r>
        <w:rPr>
          <w:sz w:val="20"/>
        </w:rPr>
        <w:t>6:41  yani ghaas ka jo model hai woh apne final model par hai woh. koi doosra model ghaas ka is se acha nahi bana sakta. aap sher ko dekhiye, tiger ko.</w:t>
      </w:r>
      <w:r>
        <w:br/>
      </w:r>
      <w:r>
        <w:rPr>
          <w:sz w:val="20"/>
        </w:rPr>
        <w:t>6:52  tiger ka jo model hai koi artist is se acha model tiger ka nahi bana sakta. apne final model par tiger hai.</w:t>
      </w:r>
      <w:r>
        <w:br/>
      </w:r>
      <w:r>
        <w:rPr>
          <w:sz w:val="20"/>
        </w:rPr>
        <w:t>7:04  aap peed ko dekhiye, machhli ko dekhiye. sun aur moon ko dekhiye. planet star ko dekhiye. kisi bhi cheez ko dekhiye aap.</w:t>
      </w:r>
      <w:r>
        <w:br/>
      </w:r>
      <w:r>
        <w:rPr>
          <w:sz w:val="20"/>
        </w:rPr>
        <w:t>7:14  har cheez apne final model par dikhai degi. is par aap dekh kar thrill paida hona chahiye. jis ko kaha hai ke kaha ke hum ne bansri bajai tum ne dance nahi kiya.</w:t>
      </w:r>
      <w:r>
        <w:br/>
      </w:r>
      <w:r>
        <w:rPr>
          <w:sz w:val="20"/>
        </w:rPr>
        <w:t>7:28  tum ko thrill nahi aaya.</w:t>
      </w:r>
      <w:r>
        <w:br/>
      </w:r>
      <w:r>
        <w:rPr>
          <w:sz w:val="20"/>
        </w:rPr>
        <w:t>7:32  tumhare andar storm hi aa gaya ke khuda ya kaisa ajeeb hoga tu. kaisi is cheezein bana dali tu ne. aur hum to sirf is ka ek fraction jaan paate hain.</w:t>
      </w:r>
      <w:r>
        <w:br/>
      </w:r>
      <w:r>
        <w:rPr>
          <w:sz w:val="20"/>
        </w:rPr>
        <w:t>7:47  warna is mein kya kya cheezein rakhi hui hain.</w:t>
      </w:r>
      <w:r>
        <w:br/>
      </w:r>
      <w:r>
        <w:rPr>
          <w:sz w:val="20"/>
        </w:rPr>
        <w:t>7:53  mein ek parda dekh raha tha TV mein. TV aam tor par nahi dekhta mein. lekin natural scene hota to dekhta hoon is ko. ek jungle ka scene tha is mein.</w:t>
      </w:r>
      <w:r>
        <w:br/>
      </w:r>
      <w:r>
        <w:rPr>
          <w:sz w:val="20"/>
        </w:rPr>
        <w:t>8:02  is mein podey they. is mein animal they, chidiya thi. itna beautiful lag raha tha, beautiful.</w:t>
      </w:r>
      <w:r>
        <w:br/>
      </w:r>
      <w:r>
        <w:rPr>
          <w:sz w:val="20"/>
        </w:rPr>
        <w:t>8:12  ke mein bilkul dekhne mein mahu ho gaya. aap ne bhi kai baar dekha hoga.</w:t>
      </w:r>
      <w:r>
        <w:br/>
      </w:r>
      <w:r>
        <w:rPr>
          <w:sz w:val="20"/>
        </w:rPr>
        <w:t>8:21  to yahi kaha ke inna zammarana lakum faman raqastum. hum ne bansri bajai magar tum ne dance nahi kiya.</w:t>
      </w:r>
      <w:r>
        <w:br/>
      </w:r>
      <w:r>
        <w:rPr>
          <w:sz w:val="20"/>
        </w:rPr>
        <w:t>8:35  mein ek parda radio par sun raha tha. ek ek</w:t>
      </w:r>
      <w:r>
        <w:br/>
      </w:r>
      <w:r>
        <w:rPr>
          <w:sz w:val="20"/>
        </w:rPr>
        <w:t>8:42  ladki ka interview aa raha tha is mein. jo bohat pasand karti hai music ko. to woh keh rahi thi ke kisi ka naam liya us ne ke us ki music mujhe bohat pasand hai.</w:t>
      </w:r>
      <w:r>
        <w:br/>
      </w:r>
      <w:r>
        <w:rPr>
          <w:sz w:val="20"/>
        </w:rPr>
        <w:t>8:54  to kehne lagi ke jab us ki music aati hai TV par to mein nachne lagti hoon. us music ko sun kar ke mujhe yeh haal hota hai ke mein nachne lagti hoon.</w:t>
      </w:r>
      <w:r>
        <w:br/>
      </w:r>
      <w:r>
        <w:rPr>
          <w:sz w:val="20"/>
        </w:rPr>
        <w:t>9:04  to waqai ke mujhe rone laga mein. ke kaise bewakoof log hain. ek insaan ke mamooli music ko sun kar tumhein dance, tumhein thrill aa raha hai.</w:t>
      </w:r>
      <w:r>
        <w:br/>
      </w:r>
      <w:r>
        <w:rPr>
          <w:sz w:val="20"/>
        </w:rPr>
        <w:t>9:16  aur khuda ki billion trillion time zyada jo bari music hai us par tum ko thrill nahi aata. to yahi matlab hai inna zammarana lakum faman raqastum.</w:t>
      </w:r>
      <w:r>
        <w:br/>
      </w:r>
      <w:r>
        <w:rPr>
          <w:sz w:val="20"/>
        </w:rPr>
        <w:t>9:30  hum ne tumhare liye bansri bajai aur tum ne dance nahi kiya. matlab itni beauty paida ki, itni meaning paida ki.</w:t>
      </w:r>
    </w:p>
    <w:p>
      <w:pPr>
        <w:pStyle w:val="Heading2"/>
      </w:pPr>
      <w:r>
        <w:t>Freedom is the test: use it right or misuse it</w:t>
      </w:r>
    </w:p>
    <w:p>
      <w:r>
        <w:rPr>
          <w:color w:val="666666"/>
          <w:sz w:val="18"/>
        </w:rPr>
        <w:t>The Creation Plan of God January 4, 2007 Maulana Wahiduddin Khan · 20s · at 55:42 · https://youtu.be/KNQtOQeLgTQ?t=3342</w:t>
      </w:r>
    </w:p>
    <w:p>
      <w:r>
        <w:rPr>
          <w:i/>
        </w:rPr>
        <w:t>“God gave man freedom in this world — that is the test”</w:t>
      </w:r>
    </w:p>
    <w:p>
      <w:r>
        <w:rPr>
          <w:sz w:val="20"/>
        </w:rPr>
        <w:t>55:42  ab unhe kya karna hai? yahan par dekhiye. buniyadi baat jo hai azadi ko galat istemal na karna. buniyadi baat yeh hai.</w:t>
      </w:r>
      <w:r>
        <w:br/>
      </w:r>
      <w:r>
        <w:rPr>
          <w:sz w:val="20"/>
        </w:rPr>
        <w:t>55:52  Khuda ne is dunya mein aadmi ko azadi di hai. aur yahi azmaish hai ke aap azadi ka theek istemal karte hain ya is ka aap galat istemal karte hain.</w:t>
      </w:r>
    </w:p>
    <w:p>
      <w:pPr>
        <w:pStyle w:val="Heading2"/>
      </w:pPr>
      <w:r>
        <w:t>Dual personality and eternal soul question</w:t>
      </w:r>
    </w:p>
    <w:p>
      <w:r>
        <w:rPr>
          <w:color w:val="666666"/>
          <w:sz w:val="18"/>
        </w:rPr>
        <w:t>The Concept of Death in Islam August 7, 2007 · 1m 43s · at 6:47 · https://youtu.be/pB0cQfYw91E?t=407</w:t>
      </w:r>
    </w:p>
    <w:p>
      <w:r>
        <w:rPr>
          <w:i/>
        </w:rPr>
        <w:t>“Because you know, every human being is a dual personality”</w:t>
      </w:r>
    </w:p>
    <w:p>
      <w:r>
        <w:rPr>
          <w:sz w:val="20"/>
        </w:rPr>
        <w:t>6:47  Because you know, every human being is a</w:t>
      </w:r>
      <w:r>
        <w:br/>
      </w:r>
      <w:r>
        <w:rPr>
          <w:sz w:val="20"/>
        </w:rPr>
        <w:t>6:57  dual personality. Every human being has a dual personality: body and soul, or body and mind</w:t>
      </w:r>
      <w:r>
        <w:br/>
      </w:r>
      <w:r>
        <w:rPr>
          <w:sz w:val="20"/>
        </w:rPr>
        <w:t>7:08  . By all accounts, I can say that death—it is the body that is subject to death.</w:t>
      </w:r>
      <w:r>
        <w:br/>
      </w:r>
      <w:r>
        <w:rPr>
          <w:sz w:val="20"/>
        </w:rPr>
        <w:t>7:19  When one dies, his body dies, not the soul, not his mind.</w:t>
      </w:r>
      <w:r>
        <w:br/>
      </w:r>
      <w:r>
        <w:rPr>
          <w:sz w:val="20"/>
        </w:rPr>
        <w:t>7:29  Mind is eternal. Soul is eternal.</w:t>
      </w:r>
      <w:r>
        <w:br/>
      </w:r>
      <w:r>
        <w:rPr>
          <w:sz w:val="20"/>
        </w:rPr>
        <w:t>7:36  Mind or soul is beyond the laws of death. So when the body dies, mind or soul is still alive.</w:t>
      </w:r>
      <w:r>
        <w:br/>
      </w:r>
      <w:r>
        <w:rPr>
          <w:sz w:val="20"/>
        </w:rPr>
        <w:t>7:54  So what happens to mind? What happens to the real personality?</w:t>
      </w:r>
      <w:r>
        <w:br/>
      </w:r>
      <w:r>
        <w:rPr>
          <w:sz w:val="20"/>
        </w:rPr>
        <w:t>7:59  There is soul. It is a fact that our soul is our real personality.</w:t>
      </w:r>
      <w:r>
        <w:br/>
      </w:r>
      <w:r>
        <w:rPr>
          <w:sz w:val="20"/>
        </w:rPr>
        <w:t>8:11  So what happens to our soul, to our real personality? It is the greatest question we want to know.</w:t>
      </w:r>
    </w:p>
    <w:p>
      <w:pPr>
        <w:pStyle w:val="Heading2"/>
      </w:pPr>
      <w:r>
        <w:t>Why Marx and Darwin failed to explain human history</w:t>
      </w:r>
    </w:p>
    <w:p>
      <w:r>
        <w:rPr>
          <w:color w:val="666666"/>
          <w:sz w:val="18"/>
        </w:rPr>
        <w:t>Complex Free Soul, November 22, 2015 · 1m 37s · at 32:55 · https://youtu.be/Oqwpog-LS7c?t=1975</w:t>
      </w:r>
    </w:p>
    <w:p>
      <w:r>
        <w:rPr>
          <w:i/>
        </w:rPr>
        <w:t>“Scientist physical world ki wisdom discover karta hai through mathematics”</w:t>
      </w:r>
    </w:p>
    <w:p>
      <w:r>
        <w:rPr>
          <w:sz w:val="20"/>
        </w:rPr>
        <w:t>32:55  jis tarah scientist jo hai, physical world ki wisdom ko daryaft karta hai, to wahan mathematics kaam aa jati hai. Mathematics kafi hai.</w:t>
      </w:r>
      <w:r>
        <w:br/>
      </w:r>
      <w:r>
        <w:rPr>
          <w:sz w:val="20"/>
        </w:rPr>
        <w:t>33:05  scientist jo hai, physical world ki wisdom ko daryaft karta hai through mathematics.</w:t>
      </w:r>
      <w:r>
        <w:br/>
      </w:r>
      <w:r>
        <w:rPr>
          <w:sz w:val="20"/>
        </w:rPr>
        <w:t>33:13  insan ki insan ki tareekh ko, insan ki zindagi ko aap mathematics se discover nahi kar sakte.</w:t>
      </w:r>
      <w:r>
        <w:br/>
      </w:r>
      <w:r>
        <w:rPr>
          <w:sz w:val="20"/>
        </w:rPr>
        <w:t>33:23  mathematics se aap explain nahi kar sakte. Koi inhone koshish ki to fail ho gaye. Jaise Karl Marx hai, Karl Marx ya Darwin inhone mathematical methods ko apply kiya insan ke upar, woh fail ho gaye.</w:t>
      </w:r>
      <w:r>
        <w:br/>
      </w:r>
      <w:r>
        <w:rPr>
          <w:sz w:val="20"/>
        </w:rPr>
        <w:t>33:42  mathematical method insan par apply nahi hoga. Yahan doosra method hai ke insan ki azadi ko maintain karte hue history ko manage karna</w:t>
      </w:r>
      <w:r>
        <w:br/>
      </w:r>
      <w:r>
        <w:rPr>
          <w:sz w:val="20"/>
        </w:rPr>
        <w:t>33:58  ek ek ek soche samjhe goal ki taraf.</w:t>
      </w:r>
      <w:r>
        <w:br/>
      </w:r>
      <w:r>
        <w:rPr>
          <w:sz w:val="20"/>
        </w:rPr>
        <w:t>34:05  to koi mathematical method wahan apply nahi hoga.</w:t>
      </w:r>
      <w:r>
        <w:br/>
      </w:r>
      <w:r>
        <w:rPr>
          <w:sz w:val="20"/>
        </w:rPr>
        <w:t>34:09  isi liye Karl Marx fail ho gaya, mere nazdeek Darwin bhi fail ho gaya.</w:t>
      </w:r>
      <w:r>
        <w:br/>
      </w:r>
      <w:r>
        <w:rPr>
          <w:sz w:val="20"/>
        </w:rPr>
        <w:t>34:18  to jo aadmi is criterion par poora utre, jo aadmi is is shart ko poora kar sake ke woh wisdom ko daryaft kar le,</w:t>
      </w:r>
    </w:p>
    <w:p>
      <w:pPr>
        <w:pStyle w:val="Heading2"/>
      </w:pPr>
      <w:r>
        <w:t>Everyone is responsible for themselves</w:t>
      </w:r>
    </w:p>
    <w:p>
      <w:r>
        <w:rPr>
          <w:color w:val="666666"/>
          <w:sz w:val="18"/>
        </w:rPr>
        <w:t>Experience of Hyderabad CPS Meet December 1, 2013 · 30s · at 1:16:40 · https://youtu.be/Y8mcxF2Lhyc?t=4600</w:t>
      </w:r>
    </w:p>
    <w:p>
      <w:r>
        <w:rPr>
          <w:i/>
        </w:rPr>
        <w:t>“Aap wait kis liye karein dusre ka?”</w:t>
      </w:r>
    </w:p>
    <w:p>
      <w:r>
        <w:rPr>
          <w:sz w:val="20"/>
        </w:rPr>
        <w:t>1:16:40  yeh koi excuse nahin banega ke doosra aadmi kare to hum karein ge. yeh excuse nahin hai.</w:t>
      </w:r>
      <w:r>
        <w:br/>
      </w:r>
      <w:r>
        <w:rPr>
          <w:sz w:val="20"/>
        </w:rPr>
        <w:t>1:16:46  har aadmi ko khud sochna hai, khud is ko janna hai, khud apna role tay karna hai, aur phir is mein is ko aage barhna hai.</w:t>
      </w:r>
      <w:r>
        <w:br/>
      </w:r>
      <w:r>
        <w:rPr>
          <w:sz w:val="20"/>
        </w:rPr>
        <w:t>1:16:59  yeh to meri samajh nahin aa rahi ke kaun kaun log hain. mujhe abhi tak mere saamne aisi misaalain nahin hain kaun log hain jo wait karte rehte hain, karte rehte hain doosre ka.</w:t>
      </w:r>
    </w:p>
    <w:p>
      <w:pPr>
        <w:pStyle w:val="Heading2"/>
      </w:pPr>
      <w:r>
        <w:t>One drop of hate spoils the heart</w:t>
      </w:r>
    </w:p>
    <w:p>
      <w:r>
        <w:rPr>
          <w:color w:val="666666"/>
          <w:sz w:val="18"/>
        </w:rPr>
        <w:t>Love of God | Maulana Wahiduddin Khan |  4 October 2009 · 1m 01s · at 9:47 · https://youtu.be/dRR8aqMAVww?t=587</w:t>
      </w:r>
    </w:p>
    <w:p>
      <w:r>
        <w:rPr>
          <w:i/>
        </w:rPr>
        <w:t>“ایک ڈراپ ہیٹ سے پانی ناپاک ہو جاتا ہے”</w:t>
      </w:r>
    </w:p>
    <w:p>
      <w:r>
        <w:rPr>
          <w:sz w:val="20"/>
        </w:rPr>
        <w:t>9:47  hiye, fiqh ka masla hai ke agar ek tub paani hai, us mein sirf ek drop aap gandagi ka daal dein to saara paani jo hai woh ganda ho jayega, najeis ho jayega. wuzu ke qabil nahi rahega, nahane ke qabil nahi rahega. ek drop. to yeh mamla aur izafe ke sath aap ke dil aur dimaagh ke bare mein hai.</w:t>
      </w:r>
      <w:r>
        <w:br/>
      </w:r>
      <w:r>
        <w:rPr>
          <w:sz w:val="20"/>
        </w:rPr>
        <w:t>10:19  aap ke dil aur dimaagh mein agar ek drop hate ka pad jaye to saara aap ki soch, aap ke jazbaat sab negative ho jayenge. khuda ki muhabbat ke qabil aap nahi rahenge. isi liye dekhiye, rasool allah sallallahu alaihi wasallam aur aap ke ashaab jo hain, unilaterally woh logon se, logon</w:t>
      </w:r>
    </w:p>
    <w:p>
      <w:pPr>
        <w:pStyle w:val="Heading2"/>
      </w:pPr>
      <w:r>
        <w:t>Camel proverb: it cries until it sees the mountain</w:t>
      </w:r>
    </w:p>
    <w:p>
      <w:r>
        <w:rPr>
          <w:color w:val="666666"/>
          <w:sz w:val="18"/>
        </w:rPr>
        <w:t>The Glory Of God 5 February 2006 - Maulana Wahiduddin Khan · 25s · at 16:55 · https://youtu.be/Yah55gLyV8I?t=1015</w:t>
      </w:r>
    </w:p>
    <w:p>
      <w:r>
        <w:rPr>
          <w:i/>
        </w:rPr>
        <w:t>“Onth jab tak pahad ko nahi dekhta wo bulbulata rehta hai”</w:t>
      </w:r>
    </w:p>
    <w:p>
      <w:r>
        <w:rPr>
          <w:sz w:val="20"/>
        </w:rPr>
        <w:t>16:55  dehat mein ek misl hai ke oont jab tak pahad ko nahi dekhta woh bilbilata rehta hai.</w:t>
      </w:r>
      <w:r>
        <w:br/>
      </w:r>
      <w:r>
        <w:rPr>
          <w:sz w:val="20"/>
        </w:rPr>
        <w:t>17:03  aap ne agar kabhi dekha ho ke oont jo hai ek khaas thing par bolta hai, us ko bilbilana kehte hain. to dehat mein ek misl hai ke oont jab tak pahad ko nahi dekhta woh bilbilata rehta hai.</w:t>
      </w:r>
      <w:r>
        <w:br/>
      </w:r>
      <w:r>
        <w:rPr>
          <w:sz w:val="20"/>
        </w:rPr>
        <w:t>17:17  yeh insan ka haal hai.</w:t>
      </w:r>
    </w:p>
    <w:p>
      <w:pPr>
        <w:pStyle w:val="Heading2"/>
      </w:pPr>
      <w:r>
        <w:t>Knowledge of God comes through reason, not just heart</w:t>
      </w:r>
    </w:p>
    <w:p>
      <w:r>
        <w:rPr>
          <w:color w:val="666666"/>
          <w:sz w:val="18"/>
        </w:rPr>
        <w:t>Love of God 19 Sept 2021 - Prof. Farida Khanam · 30s · at 38:35 · https://youtu.be/mpGeGz_Cfrw?t=2315</w:t>
      </w:r>
    </w:p>
    <w:p>
      <w:r>
        <w:rPr>
          <w:i/>
        </w:rPr>
        <w:t>“Khuda ki maarifat reason ke zariye se hogi, na ke heart ke zariye”</w:t>
      </w:r>
    </w:p>
    <w:p>
      <w:r>
        <w:rPr>
          <w:sz w:val="20"/>
        </w:rPr>
        <w:t>38:35  hain, hamari body mein nishaniyan hain, jo insaan ka wajood hai, us mein jo nishaniyan hain, us mein hum ko reason out karke us ko samajhna hai, us ko intellectually us ko samajhna hai. na yeh ke ek band kamre mein baith kar sirf tasbeeh padhna hai aur us ko kuch alfaaz ka wird karna hai, balkeh in alfaaz ko intellectually reason ke zariye</w:t>
      </w:r>
    </w:p>
    <w:p>
      <w:pPr>
        <w:pStyle w:val="Heading2"/>
      </w:pPr>
      <w:r>
        <w:t>Four questions and need to reflect deeply</w:t>
      </w:r>
    </w:p>
    <w:p>
      <w:r>
        <w:rPr>
          <w:color w:val="666666"/>
          <w:sz w:val="18"/>
        </w:rPr>
        <w:t>Akhirat in Islam 12 March 2006 - Maulana Wahiduddin Khan · 4m 12s · at 6:09 · https://youtu.be/XwKgVf_XJs8?t=369</w:t>
      </w:r>
    </w:p>
    <w:p>
      <w:r>
        <w:rPr>
          <w:i/>
        </w:rPr>
        <w:t>“In afterlife a person's foot won't move.”</w:t>
      </w:r>
    </w:p>
    <w:p>
      <w:r>
        <w:rPr>
          <w:sz w:val="20"/>
        </w:rPr>
        <w:t>6:09  yani akhirat mein insan ka qadam aage nahi barhe ga jab tak us se char baton ke bare mein pooch na liya jaye.</w:t>
      </w:r>
      <w:r>
        <w:br/>
      </w:r>
      <w:r>
        <w:rPr>
          <w:sz w:val="20"/>
        </w:rPr>
        <w:t>6:26  jab tak us se char baton ke bare mein pooch na liya jaye. Woh char baatein kya hain?</w:t>
      </w:r>
      <w:r>
        <w:br/>
      </w:r>
      <w:r>
        <w:rPr>
          <w:sz w:val="20"/>
        </w:rPr>
        <w:t>6:38  kahan se kamaya aur kahan kharch kiya.</w:t>
      </w:r>
      <w:r>
        <w:br/>
      </w:r>
      <w:r>
        <w:rPr>
          <w:sz w:val="20"/>
        </w:rPr>
        <w:t>6:44  kyun ke aap jante hain ke sari zindagi aadmi kamane kamane kamane mein laga rehta hai. To sab se yani jo sargharmiyan hain insan ki woh sab ki sab</w:t>
      </w:r>
      <w:r>
        <w:br/>
      </w:r>
      <w:r>
        <w:rPr>
          <w:sz w:val="20"/>
        </w:rPr>
        <w:t>7:02  sab ke sab sab ka maqsad yahi hota hai kamana. To buniyadi sargharmiyan jo hain woh yahi hain. Aap kisi se poochein ke tum kya karte ho to bataye ga mein yeh job karta hoon, yeh karobar karta hoon.</w:t>
      </w:r>
      <w:r>
        <w:br/>
      </w:r>
      <w:r>
        <w:rPr>
          <w:sz w:val="20"/>
        </w:rPr>
        <w:t>7:15  To kamana ka matlab hai kamana is duniya mein. To farmaya ke ek baat yeh poochi jaye gi ke tum ne jo paisa kamaya woh kahan se kamaya.</w:t>
      </w:r>
      <w:r>
        <w:br/>
      </w:r>
      <w:r>
        <w:rPr>
          <w:sz w:val="20"/>
        </w:rPr>
        <w:t>7:32  ke nafe tareeqe se ya ghair nafe tareeqe se.</w:t>
      </w:r>
      <w:r>
        <w:br/>
      </w:r>
      <w:r>
        <w:rPr>
          <w:sz w:val="20"/>
        </w:rPr>
        <w:t>7:38  Aur doosri baat yeh poochi jaye gi ke jo kamaya us ko kahan kharch kiya. Mun kahan se kamaya aur kahan kharch kiya.</w:t>
      </w:r>
      <w:r>
        <w:br/>
      </w:r>
      <w:r>
        <w:rPr>
          <w:sz w:val="20"/>
        </w:rPr>
        <w:t>7:55  Yeh do baatein huin. Teesri aur chothi baat yeh hai</w:t>
      </w:r>
      <w:r>
        <w:br/>
      </w:r>
      <w:r>
        <w:rPr>
          <w:sz w:val="20"/>
        </w:rPr>
        <w:t>8:03  ke kya jana aur jo jana us ke mutabiq kiya amal kiya.</w:t>
      </w:r>
      <w:r>
        <w:br/>
      </w:r>
      <w:r>
        <w:rPr>
          <w:sz w:val="20"/>
        </w:rPr>
        <w:t>8:11  Do hi cheezein insan ki sari sargharmiyon ka yani woh rehti hain, markaz bani rehti hain.</w:t>
      </w:r>
      <w:r>
        <w:br/>
      </w:r>
      <w:r>
        <w:rPr>
          <w:sz w:val="20"/>
        </w:rPr>
        <w:t>8:21  yani kamana aur seekhna.</w:t>
      </w:r>
      <w:r>
        <w:br/>
      </w:r>
      <w:r>
        <w:rPr>
          <w:sz w:val="20"/>
        </w:rPr>
        <w:t>8:26  Kamana aur seekhna. To kamane mein kya hai kamana aur kharch karna. Seekhne mein kya hai janna aur us ke mutabiq karna.</w:t>
      </w:r>
      <w:r>
        <w:br/>
      </w:r>
      <w:r>
        <w:rPr>
          <w:sz w:val="20"/>
        </w:rPr>
        <w:t>8:37  Yeh char buniyadi sargharmiyan hain insan ki.</w:t>
      </w:r>
      <w:r>
        <w:br/>
      </w:r>
      <w:r>
        <w:rPr>
          <w:sz w:val="20"/>
        </w:rPr>
        <w:t>8:43  To kamane ke do pehlu hain. Seekhne ke bhi do pehlu hain. To kul char hue yeh. To buniyadi tor par jo accountability hai jo faisla sazi hai</w:t>
      </w:r>
      <w:r>
        <w:br/>
      </w:r>
      <w:r>
        <w:rPr>
          <w:sz w:val="20"/>
        </w:rPr>
        <w:t>9:03  baad mout ke arsay mein woh inhi charon sawalon par faisla hoga. Isi par faisla kiya jaye ga ke kaun haqdar hai jannat ke liye aur kaun haqdar nahi karta.</w:t>
      </w:r>
      <w:r>
        <w:br/>
      </w:r>
      <w:r>
        <w:rPr>
          <w:sz w:val="20"/>
        </w:rPr>
        <w:t>9:17  isi par jahannum aur jannat ka</w:t>
      </w:r>
      <w:r>
        <w:br/>
      </w:r>
      <w:r>
        <w:rPr>
          <w:sz w:val="20"/>
        </w:rPr>
        <w:t>9:22  woh kiya jaye ga.</w:t>
      </w:r>
      <w:r>
        <w:br/>
      </w:r>
      <w:r>
        <w:rPr>
          <w:sz w:val="20"/>
        </w:rPr>
        <w:t>9:27  yani in charon sawalon mein jo poora utre ga us ke liye jannat hai. Abdi duniya. Aur jo is mein poora na utre us ke liye jahannum hai.</w:t>
      </w:r>
      <w:r>
        <w:br/>
      </w:r>
      <w:r>
        <w:rPr>
          <w:sz w:val="20"/>
        </w:rPr>
        <w:t>9:42  Isi theory ya aisi tasawwur ka naam hai akhirat.</w:t>
      </w:r>
      <w:r>
        <w:br/>
      </w:r>
      <w:r>
        <w:rPr>
          <w:sz w:val="20"/>
        </w:rPr>
        <w:t>9:53  To dekhein</w:t>
      </w:r>
      <w:r>
        <w:br/>
      </w:r>
      <w:r>
        <w:rPr>
          <w:sz w:val="20"/>
        </w:rPr>
        <w:t>9:57  yeh sochne ki baat hai ke</w:t>
      </w:r>
      <w:r>
        <w:br/>
      </w:r>
      <w:r>
        <w:rPr>
          <w:sz w:val="20"/>
        </w:rPr>
        <w:t>10:06  kaise koi aadmi kamyab hoga baad maut ke arse mein. yeh baat ko janna chahiye. is ko sochna chahiye.</w:t>
      </w:r>
      <w:r>
        <w:br/>
      </w:r>
      <w:r>
        <w:rPr>
          <w:sz w:val="20"/>
        </w:rPr>
        <w:t>10:17  is ko gehrai mein ja kar dekhen.</w:t>
      </w:r>
    </w:p>
    <w:p>
      <w:pPr>
        <w:pStyle w:val="Heading2"/>
      </w:pPr>
      <w:r>
        <w:t>homemaker's full journey from inspiration to dawah motto</w:t>
      </w:r>
    </w:p>
    <w:p>
      <w:r>
        <w:rPr>
          <w:color w:val="666666"/>
          <w:sz w:val="18"/>
        </w:rPr>
        <w:t>CPS Women Experiences Peace Conference April 29-30, 2023 · 3m 33s · at 12:55 · https://youtu.be/VrP-HOSml6E?t=775</w:t>
      </w:r>
    </w:p>
    <w:p>
      <w:r>
        <w:rPr>
          <w:i/>
        </w:rPr>
        <w:t>“Meri aankh mein takleef rehti hai magar mere husband kaam karenge”</w:t>
      </w:r>
    </w:p>
    <w:p>
      <w:r>
        <w:rPr>
          <w:sz w:val="20"/>
        </w:rPr>
        <w:t>12:55  yahi woh jazba hai jo Khuda ke qanoon ke mutabiq har aurat ko karna chahiye ki wo apne partner ko material cheezon se na involve karke Khuda ke kaam ke liye de sake. to Nurul Huda aap yahan aayen. Asslam u alaikum. I am Nurul Huda from Delhi team.</w:t>
      </w:r>
      <w:r>
        <w:br/>
      </w:r>
      <w:r>
        <w:rPr>
          <w:sz w:val="20"/>
        </w:rPr>
        <w:t>13:20  I was introduced to Maulana's ideology at a very young age by my father. He used to read out to us al Risala articles and then we used to have discussions on various aspects related to the topic. Gradually, I started understanding the mission, the Dawa mission.</w:t>
      </w:r>
      <w:r>
        <w:br/>
      </w:r>
      <w:r>
        <w:rPr>
          <w:sz w:val="20"/>
        </w:rPr>
        <w:t>13:44  I started reading Maulana's literature that compelled me to do something fruitful. But due to my profession as a homemaker, I did not have that much time. Reading literature was necessary to enlighten my mind, but that was not happening. At that time, my father told me that Maulana has asked us to start distributing the Quran.</w:t>
      </w:r>
      <w:r>
        <w:br/>
      </w:r>
      <w:r>
        <w:rPr>
          <w:sz w:val="20"/>
        </w:rPr>
        <w:t>14:13  We started distributing Quran but it was not very often. Then I needed some more inspiration. Then I joined CPS Ladies WhatsApp group. This group helped me learn more in very less time, interacting with different different minds. In fact, intellectual minds help me, actually they give me a kind of super energy.</w:t>
      </w:r>
      <w:r>
        <w:br/>
      </w:r>
      <w:r>
        <w:rPr>
          <w:sz w:val="20"/>
        </w:rPr>
        <w:t>14:43  The learning which I got from this group was not actually the learning, but it was the realization. I realize the importance of women in Dawa work. The role of a woman in Dawa work is very similar to a well known African saying that if a man is educated, then only he is educated.</w:t>
      </w:r>
      <w:r>
        <w:br/>
      </w:r>
      <w:r>
        <w:rPr>
          <w:sz w:val="20"/>
        </w:rPr>
        <w:t>15:11  But if a woman is educated, then generations are educated. Keeping this in mind, I started discussing and sharing whatever I learned in the class with other members of my family. We at our home have random classes on various Islamic topics with our kids.</w:t>
      </w:r>
      <w:r>
        <w:br/>
      </w:r>
      <w:r>
        <w:rPr>
          <w:sz w:val="20"/>
        </w:rPr>
        <w:t>15:36  Today, if we will teach our kids, then only our future generations will be educated. And as for my Dawa work, I have made this goal in my life that if I am going out, I will carry with myself Quran translations and give it to whoever I meet. I do not look for occasions to distribute Quran.</w:t>
      </w:r>
      <w:r>
        <w:br/>
      </w:r>
      <w:r>
        <w:rPr>
          <w:sz w:val="20"/>
        </w:rPr>
        <w:t>16:01  My motto in life is to give Quran translations to anyone and everyone and anywhere. I pray to Almighty to please guide us and enlighten us and to give us more power and strength to carry forward Dawa work till our last breath. Thank you all, Jaza kallah. ab main Aisha Yusra ko bulana chahungi.</w:t>
      </w:r>
      <w:r>
        <w:br/>
      </w:r>
      <w:r>
        <w:rPr>
          <w:sz w:val="20"/>
        </w:rPr>
        <w:t>16:28  Aisha Yusra ek jana pehchana naam hai, aisa Dai jo hum sabke liye example hai. Aisha Yusra CPS young group bhi dekhti hain. wo Telugu mein Maulana ki kitabon ko bhi translation karti hain aur sath hi CPS ke liye bhi kaam karti hain. apne aap ko Khuda ke kaam mein laga dene wali Aisha Yusra jo Vishakhapatnam se aayi hain aur mujhe bahut khushi ho rahi hai ki wo aaj hamare sath hain.</w:t>
      </w:r>
    </w:p>
    <w:p>
      <w:pPr>
        <w:pStyle w:val="Heading2"/>
      </w:pPr>
      <w:r>
        <w:t>Dealing with family stuck in form</w:t>
      </w:r>
    </w:p>
    <w:p>
      <w:r>
        <w:rPr>
          <w:color w:val="666666"/>
          <w:sz w:val="18"/>
        </w:rPr>
        <w:t>Quotes from the Quran 9 March 2007 - Maulana Wahiduddin Khan · 5m 53s · at 42:15 · https://youtu.be/UXuOgVLaWYA?t=2535</w:t>
      </w:r>
    </w:p>
    <w:p>
      <w:r>
        <w:rPr>
          <w:i/>
        </w:rPr>
        <w:t>“Ye kisi family ka problem nahi, ye universal problem hai”</w:t>
      </w:r>
    </w:p>
    <w:p>
      <w:r>
        <w:rPr>
          <w:sz w:val="20"/>
        </w:rPr>
        <w:t>42:15  dekhen, yeh kisi family ka problem nahi hai, yeh to aik universal problem hai. aap family mein hain ya aap family ke bahir hain,</w:t>
      </w:r>
      <w:r>
        <w:br/>
      </w:r>
      <w:r>
        <w:rPr>
          <w:sz w:val="20"/>
        </w:rPr>
        <w:t>42:28  phir bhi hain, aap aik international community mein hain.</w:t>
      </w:r>
      <w:r>
        <w:br/>
      </w:r>
      <w:r>
        <w:rPr>
          <w:sz w:val="20"/>
        </w:rPr>
        <w:t>42:33  to family isi international community hi ka aik part hai.</w:t>
      </w:r>
      <w:r>
        <w:br/>
      </w:r>
      <w:r>
        <w:rPr>
          <w:sz w:val="20"/>
        </w:rPr>
        <w:t>42:40  to saare log jee rahe hain form mein, hawa culture mein. hawa culture bhi kya hai, woh bhi form hai. aur jhoote pleasure mein, har aik aadmi jhoote pleasure mein daud raha hai.</w:t>
      </w:r>
      <w:r>
        <w:br/>
      </w:r>
      <w:r>
        <w:rPr>
          <w:sz w:val="20"/>
        </w:rPr>
        <w:t>42:56  aik aadmi se mein batata hoon aap ko qissa. aik</w:t>
      </w:r>
      <w:r>
        <w:br/>
      </w:r>
      <w:r>
        <w:rPr>
          <w:sz w:val="20"/>
        </w:rPr>
        <w:t>42:59  aik aadmi se meri mulaqat hui, woh baap se us ko kafi paisa mila tha. to kya hua?</w:t>
      </w:r>
      <w:r>
        <w:br/>
      </w:r>
      <w:r>
        <w:rPr>
          <w:sz w:val="20"/>
        </w:rPr>
        <w:t>43:10  do bete the, do bhai the. to aik bhai ne kaha ke mujhe business karwa do. to aik shop un ko de diya baap ne.</w:t>
      </w:r>
      <w:r>
        <w:br/>
      </w:r>
      <w:r>
        <w:rPr>
          <w:sz w:val="20"/>
        </w:rPr>
        <w:t>43:22  aur jo woh tha, us ne aik beautiful larki kahin se mil gayi, un ko us se shadi ki. aur us se kaha ke mujhe aik farm house de do. to baap ne aik bete ko farm house de diya.</w:t>
      </w:r>
      <w:r>
        <w:br/>
      </w:r>
      <w:r>
        <w:rPr>
          <w:sz w:val="20"/>
        </w:rPr>
        <w:t>43:35  aik bete ko aik bohat achi dukaan</w:t>
      </w:r>
      <w:r>
        <w:br/>
      </w:r>
      <w:r>
        <w:rPr>
          <w:sz w:val="20"/>
        </w:rPr>
        <w:t>43:39  is well established de di. woh aadmi ja kar rehne laga apne farm house mein, apne beautiful biwi ko le kar ke.</w:t>
      </w:r>
      <w:r>
        <w:br/>
      </w:r>
      <w:r>
        <w:rPr>
          <w:sz w:val="20"/>
        </w:rPr>
        <w:t>43:50  mein khud mila hoon is form mein ja kar us se, shayad abhi zinda ho woh.</w:t>
      </w:r>
      <w:r>
        <w:br/>
      </w:r>
      <w:r>
        <w:rPr>
          <w:sz w:val="20"/>
        </w:rPr>
        <w:t>43:56  jab ke ghaliban 15 saal beet chuke the us ko is biwi ke sath rehte hue.</w:t>
      </w:r>
      <w:r>
        <w:br/>
      </w:r>
      <w:r>
        <w:rPr>
          <w:sz w:val="20"/>
        </w:rPr>
        <w:t>44:04  mein ne paya hai ke na to biwi ke chehre par muskurahat thi, na us ke chehre par ismail, na us ke chehre par ismail. dono side banay hue the.</w:t>
      </w:r>
      <w:r>
        <w:br/>
      </w:r>
      <w:r>
        <w:rPr>
          <w:sz w:val="20"/>
        </w:rPr>
        <w:t>44:16  un ke un ke donon ke chehre bilkul side thay. main boorha aadmi hoon, un se ziyada khush dikhai parta tha in ko.</w:t>
      </w:r>
      <w:r>
        <w:br/>
      </w:r>
      <w:r>
        <w:rPr>
          <w:sz w:val="20"/>
        </w:rPr>
        <w:t>44:25  to balkay is ne poocha bhi kay hum jawan hain, humain khushi nahin, aap boorhay hain, aap kitna khush dikhai par rahay hain?</w:t>
      </w:r>
      <w:r>
        <w:br/>
      </w:r>
      <w:r>
        <w:rPr>
          <w:sz w:val="20"/>
        </w:rPr>
        <w:t>44:36  to log phansay huay hain kisi na kisi jhooti cheezon mein. chahay family kay bond hon, jhooti traditions hon, ya koi ungliyan, har ungli bandhay rehta hai, bara bara diamond.</w:t>
      </w:r>
      <w:r>
        <w:br/>
      </w:r>
      <w:r>
        <w:rPr>
          <w:sz w:val="20"/>
        </w:rPr>
        <w:t>44:54  main kehta hoon, yeh animal hai kay insan hai? yeh</w:t>
      </w:r>
      <w:r>
        <w:br/>
      </w:r>
      <w:r>
        <w:rPr>
          <w:sz w:val="20"/>
        </w:rPr>
        <w:t>44:57  mujhe to free day do, main free bhi nahin pehnoon ga is ko. yeh animal, yeh jo ring hotay hain diamond walay, free aap mujhe day do, main nahin pehan sakta is ko.</w:t>
      </w:r>
      <w:r>
        <w:br/>
      </w:r>
      <w:r>
        <w:rPr>
          <w:sz w:val="20"/>
        </w:rPr>
        <w:t>45:07  is liye kay mujhe apni apni si, yani yani main samajhta hoon kay mera</w:t>
      </w:r>
      <w:r>
        <w:br/>
      </w:r>
      <w:r>
        <w:rPr>
          <w:sz w:val="20"/>
        </w:rPr>
        <w:t>45:17  yani bohat hi cheap test hoga in logon ka jo banay rehtay hain is mein.</w:t>
      </w:r>
      <w:r>
        <w:br/>
      </w:r>
      <w:r>
        <w:rPr>
          <w:sz w:val="20"/>
        </w:rPr>
        <w:t>45:24  to family, family kuch nahin, na na international community kuch nahin. aadmi khud hi apnay ko utha nahin pata hai.</w:t>
      </w:r>
      <w:r>
        <w:br/>
      </w:r>
      <w:r>
        <w:rPr>
          <w:sz w:val="20"/>
        </w:rPr>
        <w:t>45:37  khud apnay ko utha nahin pata hai. uthata kab hai? jab sara time khatam ho chuka hota hai.</w:t>
      </w:r>
      <w:r>
        <w:br/>
      </w:r>
      <w:r>
        <w:rPr>
          <w:sz w:val="20"/>
        </w:rPr>
        <w:t>45:43  jaisay woh jo bataya main ne aap ko, woh exhaust ho chukay thay. ab kuch in kay andar koi yani naya initiative lainay ki taqat nahin thi. aik farm house mein paray rehtay thay, ab bilkul exhaust ho kar kay.</w:t>
      </w:r>
      <w:r>
        <w:br/>
      </w:r>
      <w:r>
        <w:rPr>
          <w:sz w:val="20"/>
        </w:rPr>
        <w:t>45:57  to main nahin manta kay koi family hai, koi community hai, koi society kisi kay liye</w:t>
      </w:r>
      <w:r>
        <w:br/>
      </w:r>
      <w:r>
        <w:rPr>
          <w:sz w:val="20"/>
        </w:rPr>
        <w:t>46:03  compulsion ban sakti hai. kuch nahin. khud hi aadmi jo hai, yani achi tarah decide nahin kar pata.</w:t>
      </w:r>
      <w:r>
        <w:br/>
      </w:r>
      <w:r>
        <w:rPr>
          <w:sz w:val="20"/>
        </w:rPr>
        <w:t>46:15  well determined nahin hota woh. is wajah se aik uzar talash karta hai kay dekho bhai, family aisa kehti hai, woh society aisi keh rahi hai.</w:t>
      </w:r>
      <w:r>
        <w:br/>
      </w:r>
      <w:r>
        <w:rPr>
          <w:sz w:val="20"/>
        </w:rPr>
        <w:t>46:24  dekho ji, wahan hamara afsar sahib bolta hai, bhai international riwaj yeh hai.</w:t>
      </w:r>
      <w:r>
        <w:br/>
      </w:r>
      <w:r>
        <w:rPr>
          <w:sz w:val="20"/>
        </w:rPr>
        <w:t>46:28  kuch nahin hai. log cheap test mein hain, cheap qism ki cheezon pe enjoy karna kar rahay hain, woh hua kartay hain. aik sahib mujhe milay jo din bhar sharab aur larkiyon aur is par badait tha, unhon nay paisay walay.</w:t>
      </w:r>
      <w:r>
        <w:br/>
      </w:r>
      <w:r>
        <w:rPr>
          <w:sz w:val="20"/>
        </w:rPr>
        <w:t>46:44  aur shaam ko jab woh ghar par aaye to unhon nay poocha, main nay</w:t>
      </w:r>
      <w:r>
        <w:br/>
      </w:r>
      <w:r>
        <w:rPr>
          <w:sz w:val="20"/>
        </w:rPr>
        <w:t>46:50  to us waqt bilkul woh kuch bhi un kay andar khushi ka nahin tha. aik aur sahib mujhe milay jo das saal tak unhon nay khushiyan manai theen.</w:t>
      </w:r>
      <w:r>
        <w:br/>
      </w:r>
      <w:r>
        <w:rPr>
          <w:sz w:val="20"/>
        </w:rPr>
        <w:t>47:00  baap nay paisa day diya tha, yeh dilli ki baat hai. das saal kay baad meri mulaqat hui, main nay kaha kay</w:t>
      </w:r>
      <w:r>
        <w:br/>
      </w:r>
      <w:r>
        <w:rPr>
          <w:sz w:val="20"/>
        </w:rPr>
        <w:t>47:06  jo khushiyan aap nay manai hain, kya woh uska store hai aap kay mind mein kahin? abhi bhi us ko enjoy kar saktay hain, us khushi ko, das saal ki khushi ko?</w:t>
      </w:r>
      <w:r>
        <w:br/>
      </w:r>
      <w:r>
        <w:rPr>
          <w:sz w:val="20"/>
        </w:rPr>
        <w:t>47:18  das saal ki khushi kahin store hai, store hai aap kay mind mein? matlab kuch bhi nahin.</w:t>
      </w:r>
      <w:r>
        <w:br/>
      </w:r>
      <w:r>
        <w:rPr>
          <w:sz w:val="20"/>
        </w:rPr>
        <w:t>47:24  woh das saal ki khushi sab chali gayi, kahin pata nahin, aaj to kuch bhi nahin is kay is mein say. to jhooti khushiyon mein jee rahay hain log aur faisla nahin kar paatay.</w:t>
      </w:r>
      <w:r>
        <w:br/>
      </w:r>
      <w:r>
        <w:rPr>
          <w:sz w:val="20"/>
        </w:rPr>
        <w:t>47:35  faisla nahin kar paatay kay hum is bond say niklain.</w:t>
      </w:r>
      <w:r>
        <w:br/>
      </w:r>
      <w:r>
        <w:rPr>
          <w:sz w:val="20"/>
        </w:rPr>
        <w:t>47:41  aur isi mar jatay hain. bataiye kay kitna bara, kitna bara loss hai kay aadmi aik golden chance ko kho raha hai kay marnay kay baad us ko us kay desire ka fulfillment milay.</w:t>
      </w:r>
      <w:r>
        <w:br/>
      </w:r>
      <w:r>
        <w:rPr>
          <w:sz w:val="20"/>
        </w:rPr>
        <w:t>47:55  marnay kay baad us ko aik eternal khushi milay.</w:t>
      </w:r>
      <w:r>
        <w:br/>
      </w:r>
      <w:r>
        <w:rPr>
          <w:sz w:val="20"/>
        </w:rPr>
        <w:t>47:57  is chance ko kho raha hai aadmi. aik kuch jhoote excuse ko lay kar kay. to main to nahin manta bhai in sab baaton ko.</w:t>
      </w:r>
    </w:p>
    <w:p>
      <w:pPr>
        <w:pStyle w:val="Heading2"/>
      </w:pPr>
      <w:r>
        <w:t>What positive thinking is and why freedom makes it necessary</w:t>
      </w:r>
    </w:p>
    <w:p>
      <w:r>
        <w:rPr>
          <w:color w:val="666666"/>
          <w:sz w:val="18"/>
        </w:rPr>
        <w:t>The Importance of Positive Thinking June 13, 2010 · 2m 19s · at 0:51 · https://youtu.be/BZ39FOoJQK8?t=51</w:t>
      </w:r>
    </w:p>
    <w:p>
      <w:r>
        <w:rPr>
          <w:i/>
        </w:rPr>
        <w:t>“Dekhiye, positive thinking kya hai?”</w:t>
      </w:r>
    </w:p>
    <w:p>
      <w:r>
        <w:rPr>
          <w:sz w:val="20"/>
        </w:rPr>
        <w:t>0:51  dekhen, positive thinking kya hai?</w:t>
      </w:r>
      <w:r>
        <w:br/>
      </w:r>
      <w:r>
        <w:rPr>
          <w:sz w:val="20"/>
        </w:rPr>
        <w:t>0:57  positive thinking ek la lafz mein hai "maintenance positivity in negativity situations".</w:t>
      </w:r>
      <w:r>
        <w:br/>
      </w:r>
      <w:r>
        <w:rPr>
          <w:sz w:val="20"/>
        </w:rPr>
        <w:t>1:07  dekhen, pazitivthnking koi abstract cheez nahin hai. kyon? isliye ke is duniya mein Allah taala ne har individual ko, har group ko, har nation ko, har community ko total azaadi di hai.</w:t>
      </w:r>
      <w:r>
        <w:br/>
      </w:r>
      <w:r>
        <w:rPr>
          <w:sz w:val="20"/>
        </w:rPr>
        <w:t>1:29  jab azaadi di hai to woh kuch bhi karega?</w:t>
      </w:r>
      <w:r>
        <w:br/>
      </w:r>
      <w:r>
        <w:rPr>
          <w:sz w:val="20"/>
        </w:rPr>
        <w:t>1:33  hum se poochhega nahin. hum se poochh kar nahin karega woh.</w:t>
      </w:r>
      <w:r>
        <w:br/>
      </w:r>
      <w:r>
        <w:rPr>
          <w:sz w:val="20"/>
        </w:rPr>
        <w:t>1:41  isko proper use bhi karega, misuse bhi karega, kuch bhi karega. hamare faal mein jaaye ya hamare against mein jaaye, "that is not his concern".</w:t>
      </w:r>
      <w:r>
        <w:br/>
      </w:r>
      <w:r>
        <w:rPr>
          <w:sz w:val="20"/>
        </w:rPr>
        <w:t>1:54  yahi</w:t>
      </w:r>
      <w:r>
        <w:br/>
      </w:r>
      <w:r>
        <w:rPr>
          <w:sz w:val="20"/>
        </w:rPr>
        <w:t>1:58  wo cheez hai jo positive thinking ka mamla paida karti hai. farz kijiye ke aap hote angels ke paros mein to wahan koi positive thinking ki baat nahin thi.</w:t>
      </w:r>
      <w:r>
        <w:br/>
      </w:r>
      <w:r>
        <w:rPr>
          <w:sz w:val="20"/>
        </w:rPr>
        <w:t>2:13  koi angel aap ko provoke nahin karta, koi angel aap ko pareshan nahin karta, to wahan positive thinking ek be-maani baat ho jaati.</w:t>
      </w:r>
      <w:r>
        <w:br/>
      </w:r>
      <w:r>
        <w:rPr>
          <w:sz w:val="20"/>
        </w:rPr>
        <w:t>2:26  Positive thinking isliye hai. ahmiyat ke aap ek aisi duniya mein hain jahan har aadmi apni apni marzi poori karna chahta hai, aap se poochhe baghair.</w:t>
      </w:r>
      <w:r>
        <w:br/>
      </w:r>
      <w:r>
        <w:rPr>
          <w:sz w:val="20"/>
        </w:rPr>
        <w:t>2:39  ab aap kya karein?</w:t>
      </w:r>
      <w:r>
        <w:br/>
      </w:r>
      <w:r>
        <w:rPr>
          <w:sz w:val="20"/>
        </w:rPr>
        <w:t>2:42  ab do option aap ke liye hain: ya to har ek se ladein, ya barah-e-raast aap positive thinker ban jaaein.</w:t>
      </w:r>
      <w:r>
        <w:br/>
      </w:r>
      <w:r>
        <w:rPr>
          <w:sz w:val="20"/>
        </w:rPr>
        <w:t>2:53  to aap dekhen ke kya aap har ek se lad sakte hain? yeh to namumkin hai. yeh to beyond your capacity. to ek hi option reh jaata hai, woh yeh: you have to maintain your positivity in negative situations.</w:t>
      </w:r>
    </w:p>
    <w:p>
      <w:pPr>
        <w:pStyle w:val="Heading2"/>
      </w:pPr>
      <w:r>
        <w:t>Every single one of our actions is being recorded</w:t>
      </w:r>
    </w:p>
    <w:p>
      <w:r>
        <w:rPr>
          <w:color w:val="666666"/>
          <w:sz w:val="18"/>
        </w:rPr>
        <w:t>Living with Angels August 6, 2023 · 26s · at 20:02 · https://youtu.be/1WO5xChgrXM?t=1202</w:t>
      </w:r>
    </w:p>
    <w:p>
      <w:r>
        <w:rPr>
          <w:i/>
        </w:rPr>
        <w:t>“Har waqt hamara har amal record ho raha hai”</w:t>
      </w:r>
    </w:p>
    <w:p>
      <w:r>
        <w:rPr>
          <w:sz w:val="20"/>
        </w:rPr>
        <w:t>20:02  to har waqt hamare record wo log tayyar kar rahe hain. ab in ke record ko tayyar karne ka bohat kya tareeqa hoga, wo Allah taala janta hai.</w:t>
      </w:r>
      <w:r>
        <w:br/>
      </w:r>
      <w:r>
        <w:rPr>
          <w:sz w:val="20"/>
        </w:rPr>
        <w:t>20:11  to wo hamara har amal record ho raha hai.</w:t>
      </w:r>
      <w:r>
        <w:br/>
      </w:r>
      <w:r>
        <w:rPr>
          <w:sz w:val="20"/>
        </w:rPr>
        <w:t>20:16  agar ye sari cheezein hum apne zehen mein mehfooz rakhein, har waqt is ko yaad rakhein to hum koi galat kaam karenge hi nahin. kyunke har waqt yaad rahega na ke hamara ye amal record ho jayega.</w:t>
      </w:r>
    </w:p>
    <w:p>
      <w:pPr>
        <w:pStyle w:val="Heading2"/>
      </w:pPr>
      <w:r>
        <w:t>Paradise's price is within you</w:t>
      </w:r>
    </w:p>
    <w:p>
      <w:r>
        <w:rPr>
          <w:color w:val="666666"/>
          <w:sz w:val="18"/>
        </w:rPr>
        <w:t>Building a Heavenly Personality 15 April 2012 Maulana Wahiduddin Khan · 21s · at 2:10 · https://youtu.be/lVtjH4AZ7dU?t=130</w:t>
      </w:r>
    </w:p>
    <w:p>
      <w:r>
        <w:rPr>
          <w:i/>
        </w:rPr>
        <w:t>“Bahut zyada is baat ko samajh lijiye”</w:t>
      </w:r>
    </w:p>
    <w:p>
      <w:r>
        <w:rPr>
          <w:sz w:val="20"/>
        </w:rPr>
        <w:t>2:10  bahut ziyada is baat ko samajh lijiye ke jannat ki price hamare bahar nahi hai, hamare andar hai.</w:t>
      </w:r>
      <w:r>
        <w:br/>
      </w:r>
      <w:r>
        <w:rPr>
          <w:sz w:val="20"/>
        </w:rPr>
        <w:t>2:20  bahar ka koi amal ke aap ne haramain ki ziyarat kar li to jannat mil gayi? harghiz harghiz aisa nahi hone wala hai.</w:t>
      </w:r>
    </w:p>
    <w:p>
      <w:pPr>
        <w:pStyle w:val="Heading2"/>
      </w:pPr>
      <w:r>
        <w:t>Discouragers speak Satan's language</w:t>
      </w:r>
    </w:p>
    <w:p>
      <w:r>
        <w:rPr>
          <w:color w:val="666666"/>
          <w:sz w:val="18"/>
        </w:rPr>
        <w:t>Q&amp;A 11 Jul 2010 Maulana Wahiduddin Khan · 43s · at 0:35 · https://youtu.be/UHtdtzGGwFQ?t=35</w:t>
      </w:r>
    </w:p>
    <w:p>
      <w:r>
        <w:rPr>
          <w:i/>
        </w:rPr>
        <w:t>“Dekhiye, ye pur hisse basa hua hai”</w:t>
      </w:r>
    </w:p>
    <w:p>
      <w:r>
        <w:rPr>
          <w:sz w:val="20"/>
        </w:rPr>
        <w:t>0:35  dekhiye, yeh pur hisse basa hua hai ke koi kaam na kare to khush rehte hain log. kaam kare to usme nukte nikalenge, discourage karenge. bilkul shaitani boli bol rahe hain yeh log, jo aisa kehte hain.</w:t>
      </w:r>
      <w:r>
        <w:br/>
      </w:r>
      <w:r>
        <w:rPr>
          <w:sz w:val="20"/>
        </w:rPr>
        <w:t>0:54  hazrat umar ne kehta hai, sahi kaha tha ke tum agar teer ki tarah seedhe ho jao, tab bhi log tumhare taraf tedhe nikal lenge. hazrat umar, jo khalifa the, unhone kaha tha ke agar teer ki tarah seedhe ho jao, arrow ki tarah, tab bhi tumhare log tedhe nikal lenge.</w:t>
      </w:r>
      <w:r>
        <w:br/>
      </w:r>
      <w:r>
        <w:rPr>
          <w:sz w:val="20"/>
        </w:rPr>
        <w:t>1:13  sahi, aap ek kaam kar rahi hain, usme usne nukte nikal diye.</w:t>
      </w:r>
    </w:p>
    <w:p>
      <w:pPr>
        <w:pStyle w:val="Heading2"/>
      </w:pPr>
      <w:r>
        <w:t>Remember Allah through His blessings; two Paradise groups</w:t>
      </w:r>
    </w:p>
    <w:p>
      <w:r>
        <w:rPr>
          <w:color w:val="666666"/>
          <w:sz w:val="18"/>
        </w:rPr>
        <w:t>Q&amp;A 04 Oct 2009, Maulana Wahiduddin Khan · 2m 32s · at 16:30 · https://youtu.be/xPBNozEQRJM?t=990</w:t>
      </w:r>
    </w:p>
    <w:p>
      <w:r>
        <w:rPr>
          <w:i/>
        </w:rPr>
        <w:t>“Dekhiye, Allah ko yaad karne ka maani ye nahi”</w:t>
      </w:r>
    </w:p>
    <w:p>
      <w:r>
        <w:rPr>
          <w:sz w:val="20"/>
        </w:rPr>
        <w:t>16:30  us ka jism ka aisa yeh yeh maani nahi hai allah ko yaad karne ka.</w:t>
      </w:r>
      <w:r>
        <w:br/>
      </w:r>
      <w:r>
        <w:rPr>
          <w:sz w:val="20"/>
        </w:rPr>
        <w:t>16:35  allah ki sifaton ko yaad karna yani allah ek hai, zaat ek hai, sifat ki zaat kaisi hai? jaise hamare jo mutakallimeen the, woh zaat par behas karne lage.</w:t>
      </w:r>
      <w:r>
        <w:br/>
      </w:r>
      <w:r>
        <w:rPr>
          <w:sz w:val="20"/>
        </w:rPr>
        <w:t>16:47  yeh yeh bilkul gumrahi ki baat samajhta hoon main is ko ke zaat par agar sochein aap ke khuda ki zaat kaisi ho, us ke jism kaisa hai?</w:t>
      </w:r>
      <w:r>
        <w:br/>
      </w:r>
      <w:r>
        <w:rPr>
          <w:sz w:val="20"/>
        </w:rPr>
        <w:t>16:55  nahi,</w:t>
      </w:r>
      <w:r>
        <w:br/>
      </w:r>
      <w:r>
        <w:rPr>
          <w:sz w:val="20"/>
        </w:rPr>
        <w:t>16:57  khuda ke attributes ko, khuda ki sifaton ko khaas taur par yeh ke khuda ne jo aap ke sath blessing, jo aap ke aap ko paida kiya, khuda ne aap ko sharton di, aap yeh life support system banaya, yeh kainat banai.</w:t>
      </w:r>
      <w:r>
        <w:br/>
      </w:r>
      <w:r>
        <w:rPr>
          <w:sz w:val="20"/>
        </w:rPr>
        <w:t>17:12  to khuda ki nematun pe ghaur karna,</w:t>
      </w:r>
      <w:r>
        <w:br/>
      </w:r>
      <w:r>
        <w:rPr>
          <w:sz w:val="20"/>
        </w:rPr>
        <w:t>17:15  khuda ki zaat par nahi, aur khuda ki zaat par mutakallimeen ne baatein keen to woh to gumrahi mein pad gaye. woh</w:t>
      </w:r>
      <w:r>
        <w:br/>
      </w:r>
      <w:r>
        <w:rPr>
          <w:sz w:val="20"/>
        </w:rPr>
        <w:t>17:24  to yeh yeh nahi hai yaad ke khuda ki yaad, us ki zaat mein yaad karein aap. nahi, khuda ke khuda ki blessing par, khuda ke qanoon par, khuda ki jo kitaab hai, us par.</w:t>
      </w:r>
      <w:r>
        <w:br/>
      </w:r>
      <w:r>
        <w:rPr>
          <w:sz w:val="20"/>
        </w:rPr>
        <w:t>17:38  aur yeh ke khuda kuch par rehmat karega, woh jannat mein jayenge, kuch logon ko ghussa dega, woh jahannum mein jayenge. yeh sari baaton ko yaad karna,</w:t>
      </w:r>
      <w:r>
        <w:br/>
      </w:r>
      <w:r>
        <w:rPr>
          <w:sz w:val="20"/>
        </w:rPr>
        <w:t>17:46  yeh yeh hai muraad. maulana, un ka doosra sawal hai ke jannat ke do giroh kaun hain?</w:t>
      </w:r>
      <w:r>
        <w:br/>
      </w:r>
      <w:r>
        <w:rPr>
          <w:sz w:val="20"/>
        </w:rPr>
        <w:t>17:57  jannat ke do giroh kaun hain? to woh to bata diya maine.</w:t>
      </w:r>
      <w:r>
        <w:br/>
      </w:r>
      <w:r>
        <w:rPr>
          <w:sz w:val="20"/>
        </w:rPr>
        <w:t>18:04  ab aap ko koi sawal to us waqt paida nahi kiya aap ne. to woh to bataya ke jannat ke do giroh jo hain, ek woh hain jo aala martabe ke log hain, woh khuda ke bilkul paros mein jagah payenge.</w:t>
      </w:r>
      <w:r>
        <w:br/>
      </w:r>
      <w:r>
        <w:rPr>
          <w:sz w:val="20"/>
        </w:rPr>
        <w:t>18:19  bohat hi aala martabe ke log. ek woh log hain jo is darje ke nahi honge, lekin unhon ne</w:t>
      </w:r>
      <w:r>
        <w:br/>
      </w:r>
      <w:r>
        <w:rPr>
          <w:sz w:val="20"/>
        </w:rPr>
        <w:t>18:25  yani ab mein koi shar nahi phaila hoga, koi fasad nahi kiya hoga, unhon ne ibadat ki hogi, akhlaqiyat pe chale honge, to un ko jahannam nahi mile gi.</w:t>
      </w:r>
      <w:r>
        <w:br/>
      </w:r>
      <w:r>
        <w:rPr>
          <w:sz w:val="20"/>
        </w:rPr>
        <w:t>18:40  jannat, woh bhi jannati bhi rahen ge, haram ke sath. lekin jo qurbat ilahi se kaha jata hai,</w:t>
      </w:r>
      <w:r>
        <w:br/>
      </w:r>
      <w:r>
        <w:rPr>
          <w:sz w:val="20"/>
        </w:rPr>
        <w:t>18:47  jo yani jannat khuda ke paros mein, jo quran quran mein yeh hai ke khuda paros mein jagah, woh unhein nahi mile gi. to aala darje ke log khuda ke paros mein jagah payen ge, aur doosre darje ke log jo hain, woh un ko bhi jannat jannat mile gi, lekin</w:t>
      </w:r>
    </w:p>
    <w:p>
      <w:pPr>
        <w:pStyle w:val="Heading2"/>
      </w:pPr>
      <w:r>
        <w:t>this world as a testing ground for gratitude in adversity</w:t>
      </w:r>
    </w:p>
    <w:p>
      <w:r>
        <w:rPr>
          <w:color w:val="666666"/>
          <w:sz w:val="18"/>
        </w:rPr>
        <w:t>Asma-e-Husna and Ism-e-Azam February 12, 2023 · 3m 52s · at 24:17 · https://youtu.be/IkYHdIFdUy4?t=1457</w:t>
      </w:r>
    </w:p>
    <w:p>
      <w:r>
        <w:rPr>
          <w:i/>
        </w:rPr>
        <w:t>“This world is a testing ground — and gratitude is the test”</w:t>
      </w:r>
    </w:p>
    <w:p>
      <w:r>
        <w:rPr>
          <w:sz w:val="20"/>
        </w:rPr>
        <w:t>24:17  to is ko aap samajh sakte hain ke shukr hamare liye kitna zyada important hai. Ulama ka yeh kehna hai ke shukr ka ek aam darja to yeh hai ke koi nemmat mile, us par aap shukr ada kijiye, lekin aala darja yeh hai ke napasandeeda halaat mein bhi aap shukr karen.</w:t>
      </w:r>
      <w:r>
        <w:br/>
      </w:r>
      <w:r>
        <w:rPr>
          <w:sz w:val="20"/>
        </w:rPr>
        <w:t>24:33  napasandeeda halat ho, aap ko koi museebat aaye, takleef aaye, aap ki ana ke khilaf koi jaye, us waqt bhi kaise insaan shukr ke mizaj ko barqarar rakhe, us par kuch bataiye.</w:t>
      </w:r>
      <w:r>
        <w:br/>
      </w:r>
      <w:r>
        <w:rPr>
          <w:sz w:val="20"/>
        </w:rPr>
        <w:t>24:45  asal shukr to wahi hai, nashukri ke halaat mein shukr karna wahi asal shukr hai. Normal halaat mein to har aadmi shukr karta hai, aur dekhiye, hum logon ko yaad rakhna chahiye ke Iblees ko jo Khuda ki rehmat se door ho gaya, woh isi wajah se aam halaat mein to kehte hain ke woh bohat zyada Khuda ki ibadat karta tha,</w:t>
      </w:r>
      <w:r>
        <w:br/>
      </w:r>
      <w:r>
        <w:rPr>
          <w:sz w:val="20"/>
        </w:rPr>
        <w:t>25:07  lekin jab abnormal halat mein is ko kaha gaya, yaani Adam ke aage jhukne ko kaha gaya, to woh kehne laga "أنا خير من" .</w:t>
      </w:r>
      <w:r>
        <w:br/>
      </w:r>
      <w:r>
        <w:rPr>
          <w:sz w:val="20"/>
        </w:rPr>
        <w:t>25:15  main to is se behtar hoon. Us waqt is ko yeh dekhna tha ke Khuda ka hukum kya hai, yeh nahi dekhna tha ke woh behtar hai ya kaun behtar hai. To woh nashukr guzar banda ban gaya, aur Allah Ta'ala ki rehmat se door ho gaya.</w:t>
      </w:r>
      <w:r>
        <w:br/>
      </w:r>
      <w:r>
        <w:rPr>
          <w:sz w:val="20"/>
        </w:rPr>
        <w:t>25:28  to aam halat mein Allah test nahi kar raha hai, test to abnormal halat mein hi ho raha hai.</w:t>
      </w:r>
      <w:r>
        <w:br/>
      </w:r>
      <w:r>
        <w:rPr>
          <w:sz w:val="20"/>
        </w:rPr>
        <w:t>25:34  to yeh dekhiye, yeh duniya jo hai, woh azmaish ki jagah hai. Yahan hum test ke liye aaye hain, to yahan par har tarah ke abnormal halaat aayenge, hamein ghussa dilaya jayega, hamein provoke kiya jayega, har tarah ke hamein unpleasant waqiyat ko face karna hoga.</w:t>
      </w:r>
      <w:r>
        <w:br/>
      </w:r>
      <w:r>
        <w:rPr>
          <w:sz w:val="20"/>
        </w:rPr>
        <w:t>25:52  to in halaat mein hamein Khuda ka shukr guzar banda bane rehna hai, aur yahi Khuda ke nazdeek jo hai, woh yahi jo hai sab se zyada valuable hai, aur wahi Allah Ta'ala ke haan woh accept kiya jayega.</w:t>
      </w:r>
      <w:r>
        <w:br/>
      </w:r>
      <w:r>
        <w:rPr>
          <w:sz w:val="20"/>
        </w:rPr>
        <w:t>26:07  aur Shaitan hamein isi point par behkata hai. Shaitan ne kaha tha na ke main tamam insano ko behka doonga, behka loonga.</w:t>
      </w:r>
      <w:r>
        <w:br/>
      </w:r>
      <w:r>
        <w:rPr>
          <w:sz w:val="20"/>
        </w:rPr>
        <w:t>26:16  to yeh isi point par, kyunke aisa hota nahi ke insaan ki desires be hisaab hain, aisa kabhi nahi hota ke jo bhi desires hain, woh insaan ko mil jaye.</w:t>
      </w:r>
      <w:r>
        <w:br/>
      </w:r>
      <w:r>
        <w:rPr>
          <w:sz w:val="20"/>
        </w:rPr>
        <w:t>26:27  aur doosre yeh hai ke tarah tarah se is ko duniya mein challenges face karne hi padte hain har aadmi ko. To woh wahan par Shaitan behkata hai ke dekho, Khuda tumhari madad nahi kar raha hai, Khuda ne tum ko aisi museebat mein daal diya hai.</w:t>
      </w:r>
      <w:r>
        <w:br/>
      </w:r>
      <w:r>
        <w:rPr>
          <w:sz w:val="20"/>
        </w:rPr>
        <w:t>26:41  to wahan par aadmi jo hai, nashukra ho jata hai.</w:t>
      </w:r>
      <w:r>
        <w:br/>
      </w:r>
      <w:r>
        <w:rPr>
          <w:sz w:val="20"/>
        </w:rPr>
        <w:t>26:45  to wahan par is ko nashukri ko shukr mein convert karna hai. To yahi is ka asal imtehan hai, aur is ko agar woh nashukri ko uzr bana lega, to phir is ka haan, samajh lijiye ke woh imtehan mein woh fail ho gaya.</w:t>
      </w:r>
      <w:r>
        <w:br/>
      </w:r>
      <w:r>
        <w:rPr>
          <w:sz w:val="20"/>
        </w:rPr>
        <w:t>27:03  to Hazrat Umar Razi Allahu Anhu se ek baar koi kisi ne, kisi ke ek Sahabi ke bare mein bari tareef</w:t>
      </w:r>
      <w:r>
        <w:br/>
      </w:r>
      <w:r>
        <w:rPr>
          <w:sz w:val="20"/>
        </w:rPr>
        <w:t>27:11  ki, to Hazrat Umar ne kaha ke kya tum ne is aadmi ke sath safar kiya hai? Kya tum ne is aadmi ke sath koi dealing ki hai? Yaani abnormal situation mein aadmi ka pata chalta hai.</w:t>
      </w:r>
      <w:r>
        <w:br/>
      </w:r>
      <w:r>
        <w:rPr>
          <w:sz w:val="20"/>
        </w:rPr>
        <w:t>27:23  to hamein agar hum ko yeh bohat, hum conscious ho jayein na ke abnormal situation mein hamara test ho raha hai, to phir hum ab shukr ka response hum de sakenge.</w:t>
      </w:r>
      <w:r>
        <w:br/>
      </w:r>
      <w:r>
        <w:rPr>
          <w:sz w:val="20"/>
        </w:rPr>
        <w:t>27:36  aisa nahi hai ke hum shukr ka response nahi de sakte</w:t>
      </w:r>
      <w:r>
        <w:br/>
      </w:r>
      <w:r>
        <w:rPr>
          <w:sz w:val="20"/>
        </w:rPr>
        <w:t>27:39  , to denge. Kyunke agar hum bohat zyada Khuda ko yaad karein, to hum sochte rahenge ke duniya mein itni sari cheezein Allah Ta'ala ne di hain, agar ek cheez nahi mili hai, aur woh bhi waqti taur par.</w:t>
      </w:r>
      <w:r>
        <w:br/>
      </w:r>
      <w:r>
        <w:rPr>
          <w:sz w:val="20"/>
        </w:rPr>
        <w:t>27:53  woh bhi aisa nahi hota ke koi koi museebat insaan ke upar aisi aa jaye jo kabhi khatam na ho. Woh bhi waqti museebat hai. To hum ko har halat mein Khuda ka shukr ada karna hai, chahe shukr ke asbab hon ya nashukri ke asbab.</w:t>
      </w:r>
    </w:p>
    <w:p>
      <w:pPr>
        <w:pStyle w:val="Heading2"/>
      </w:pPr>
      <w:r>
        <w:t>guarding against Satan's false justifications through istighfar</w:t>
      </w:r>
    </w:p>
    <w:p>
      <w:r>
        <w:rPr>
          <w:color w:val="666666"/>
          <w:sz w:val="18"/>
        </w:rPr>
        <w:t>Dars-e-Quran Chapter 2 Verses 206, 208, 212, 213 &amp; 214 July 2, 2007 Maulana Wahiduddin Khan · 1m 45s · at 30:55 · https://youtu.be/34tQK67_TvQ?t=1855</w:t>
      </w:r>
    </w:p>
    <w:p>
      <w:r>
        <w:rPr>
          <w:i/>
        </w:rPr>
        <w:t>“شیطان کی تزین سے بچنے کے لیے ہر صبح و شام آدمی کو سوچتے رہنا چاہیے”</w:t>
      </w:r>
    </w:p>
    <w:p>
      <w:r>
        <w:rPr>
          <w:sz w:val="20"/>
        </w:rPr>
        <w:t>30:55  aadmi ko khud soch kar ise janna hai kyunke ab jaisa ke main ne arz kiya ke taqwa ka matlab kya hai? submission to god by choice.</w:t>
      </w:r>
      <w:r>
        <w:br/>
      </w:r>
      <w:r>
        <w:rPr>
          <w:sz w:val="20"/>
        </w:rPr>
        <w:t>31:13  to apne choice ko aap ko istemal karna hai, apni aqal ko istemal karna hai.</w:t>
      </w:r>
      <w:r>
        <w:br/>
      </w:r>
      <w:r>
        <w:rPr>
          <w:sz w:val="20"/>
        </w:rPr>
        <w:t>31:22  aur wo jabhi hota hai jab aap introspection karte rahen.</w:t>
      </w:r>
      <w:r>
        <w:br/>
      </w:r>
      <w:r>
        <w:rPr>
          <w:sz w:val="20"/>
        </w:rPr>
        <w:t>31:25  shaitan ki tazeen se, shaitan ke jhoote justification se bachne ke liye har subah o sham, har raat aur din aadmi ko sochte rehna chahiye.</w:t>
      </w:r>
      <w:r>
        <w:br/>
      </w:r>
      <w:r>
        <w:rPr>
          <w:sz w:val="20"/>
        </w:rPr>
        <w:t>31:43  hadees mein aata hai ke rasool Allah sal Allah alaih wasallam ne farmaya ke main 70 baar astaghfar karta hoon. 70 ka matlab ginkar nahi, matlab baar baar karta hoon.</w:t>
      </w:r>
      <w:r>
        <w:br/>
      </w:r>
      <w:r>
        <w:rPr>
          <w:sz w:val="20"/>
        </w:rPr>
        <w:t>31:56  is tarah aap ne namoona diya insaan ko ke tumhein kya karna hai. astaghfar ka faida kya hota hai?</w:t>
      </w:r>
      <w:r>
        <w:br/>
      </w:r>
      <w:r>
        <w:rPr>
          <w:sz w:val="20"/>
        </w:rPr>
        <w:t>32:05  ke aap Khuda ka, Khuda ki help haasil kar lete hain,</w:t>
      </w:r>
      <w:r>
        <w:br/>
      </w:r>
      <w:r>
        <w:rPr>
          <w:sz w:val="20"/>
        </w:rPr>
        <w:t>32:16  Khuda ko apni dhaal bana lete hain.</w:t>
      </w:r>
      <w:r>
        <w:br/>
      </w:r>
      <w:r>
        <w:rPr>
          <w:sz w:val="20"/>
        </w:rPr>
        <w:t>32:19  phir farishtay aap ke madadgaar ho jaate hain aur farishtay aap ko is se bachate hain ke aap false justification mein padh kar galtiyon ke aadi ban jaayen aur phir isi mein maut aa jaaye.</w:t>
      </w:r>
    </w:p>
    <w:p>
      <w:pPr>
        <w:pStyle w:val="Heading2"/>
      </w:pPr>
      <w:r>
        <w:t>Sabr essential for crisis management</w:t>
      </w:r>
    </w:p>
    <w:p>
      <w:r>
        <w:rPr>
          <w:color w:val="666666"/>
          <w:sz w:val="18"/>
        </w:rPr>
        <w:t>Patience and Crisis 22 Dec 2019 - Maulana Wahiduddin Khan · 25s · at 2:34 · https://youtu.be/ddnUKbhEoCI?t=154</w:t>
      </w:r>
    </w:p>
    <w:p>
      <w:r>
        <w:rPr>
          <w:i/>
        </w:rPr>
        <w:t>“Sabr ke bina aap crisis se deal nahi kar sakte”</w:t>
      </w:r>
    </w:p>
    <w:p>
      <w:r>
        <w:rPr>
          <w:sz w:val="20"/>
        </w:rPr>
        <w:t>2:34  dekhen, is ka sabab yeh hai ke sabr ke baghair aap kraisiz se deal nahin kar sakte.</w:t>
      </w:r>
      <w:r>
        <w:br/>
      </w:r>
      <w:r>
        <w:rPr>
          <w:sz w:val="20"/>
        </w:rPr>
        <w:t>2:48  aur insaan ki zindagi mein sab se bara nazuk lamha wahi hota hai jab ke woh kisi kraisiz mein phans jaye.</w:t>
      </w:r>
    </w:p>
    <w:p>
      <w:pPr>
        <w:pStyle w:val="Heading2"/>
      </w:pPr>
      <w:r>
        <w:t>Heart is not a reservoir of truth</w:t>
      </w:r>
    </w:p>
    <w:p>
      <w:r>
        <w:rPr>
          <w:color w:val="666666"/>
          <w:sz w:val="18"/>
        </w:rPr>
        <w:t>The Last Phase of Human History (English) | June 8, 2007 | Maulana Wahiduddin Khan · 33s · at 9:20 · https://youtu.be/Sa6wiaUerzQ?t=560</w:t>
      </w:r>
    </w:p>
    <w:p>
      <w:r>
        <w:rPr>
          <w:i/>
        </w:rPr>
        <w:t>“Heart is nothing but a tool of circulation of blood.”</w:t>
      </w:r>
    </w:p>
    <w:p>
      <w:r>
        <w:rPr>
          <w:sz w:val="20"/>
        </w:rPr>
        <w:t>9:20  ing but a tool of circulation of blood.</w:t>
      </w:r>
      <w:r>
        <w:br/>
      </w:r>
      <w:r>
        <w:rPr>
          <w:sz w:val="20"/>
        </w:rPr>
        <w:t>9:26  Circulation of blood.</w:t>
      </w:r>
      <w:r>
        <w:br/>
      </w:r>
      <w:r>
        <w:rPr>
          <w:sz w:val="20"/>
        </w:rPr>
        <w:t>9:31  This is the only function of heart.</w:t>
      </w:r>
      <w:r>
        <w:br/>
      </w:r>
      <w:r>
        <w:rPr>
          <w:sz w:val="20"/>
        </w:rPr>
        <w:t>9:37  Our heart has no knowledge of truth.</w:t>
      </w:r>
      <w:r>
        <w:br/>
      </w:r>
      <w:r>
        <w:rPr>
          <w:sz w:val="20"/>
        </w:rPr>
        <w:t>9:42  There is no reservoir.</w:t>
      </w:r>
      <w:r>
        <w:br/>
      </w:r>
      <w:r>
        <w:rPr>
          <w:sz w:val="20"/>
        </w:rPr>
        <w:t>9:48  It is now it is an established fact that our heart has no such reservoir.</w:t>
      </w:r>
    </w:p>
    <w:p>
      <w:pPr>
        <w:pStyle w:val="Heading2"/>
      </w:pPr>
      <w:r>
        <w:t>Learn the art of anger management</w:t>
      </w:r>
    </w:p>
    <w:p>
      <w:r>
        <w:rPr>
          <w:color w:val="666666"/>
          <w:sz w:val="18"/>
        </w:rPr>
        <w:t>What is Akhirat March 12, 2006 Maulana Wahiduddin Khan · 27s · at 23:07 · https://youtu.be/F41-6s4TdW0?t=1387</w:t>
      </w:r>
    </w:p>
    <w:p>
      <w:r>
        <w:rPr>
          <w:i/>
        </w:rPr>
        <w:t>“Kyunki fitri taur par is ke andar yeh jazbaat rakha hua hai”</w:t>
      </w:r>
    </w:p>
    <w:p>
      <w:r>
        <w:rPr>
          <w:sz w:val="20"/>
        </w:rPr>
        <w:t>23:07  kyun ke fitri tor par is ke andar yeh jazbaat rakha hua hai. tab aap samjhen ke is ka matlab yeh hai ke fun-e ghussa, fun-e ghussa seekho.</w:t>
      </w:r>
      <w:r>
        <w:br/>
      </w:r>
      <w:r>
        <w:rPr>
          <w:sz w:val="20"/>
        </w:rPr>
        <w:t>23:22  aap ko fun-e ghussa sambhalna hai.</w:t>
      </w:r>
      <w:r>
        <w:br/>
      </w:r>
      <w:r>
        <w:rPr>
          <w:sz w:val="20"/>
        </w:rPr>
        <w:t>23:29  aap ko fun-e ghussa sambhalna hai.</w:t>
      </w:r>
    </w:p>
    <w:p>
      <w:pPr>
        <w:pStyle w:val="Heading2"/>
      </w:pPr>
      <w:r>
        <w:t>Purification through surrender of freedom</w:t>
      </w:r>
    </w:p>
    <w:p>
      <w:r>
        <w:rPr>
          <w:color w:val="666666"/>
          <w:sz w:val="18"/>
        </w:rPr>
        <w:t>How to Build a Heavenly Personality January 25, 2008 Maulana Wahiduddin Khan · 2m 01s · at 22:04 · https://youtu.be/FKjJyCNTdUY?t=1324</w:t>
      </w:r>
    </w:p>
    <w:p>
      <w:r>
        <w:rPr>
          <w:i/>
        </w:rPr>
        <w:t>“Now, what is purification?”</w:t>
      </w:r>
    </w:p>
    <w:p>
      <w:r>
        <w:rPr>
          <w:sz w:val="20"/>
        </w:rPr>
        <w:t>22:04  now, what is purification? what is purified personality? you know, in this world,</w:t>
      </w:r>
      <w:r>
        <w:br/>
      </w:r>
      <w:r>
        <w:rPr>
          <w:sz w:val="20"/>
        </w:rPr>
        <w:t>22:17  we are born as a, as a, we will born with the freedom, complete freedom. we enjoy complete freedom.</w:t>
      </w:r>
      <w:r>
        <w:br/>
      </w:r>
      <w:r>
        <w:rPr>
          <w:sz w:val="20"/>
        </w:rPr>
        <w:t>22:29  so the first test is that we must surrender before God.</w:t>
      </w:r>
      <w:r>
        <w:br/>
      </w:r>
      <w:r>
        <w:rPr>
          <w:sz w:val="20"/>
        </w:rPr>
        <w:t>22:40  we have to surrender our freedom, our choice.</w:t>
      </w:r>
      <w:r>
        <w:br/>
      </w:r>
      <w:r>
        <w:rPr>
          <w:sz w:val="20"/>
        </w:rPr>
        <w:t>22:50  we have to obey God's commandant, God's command by our own choice, without any compulsion.</w:t>
      </w:r>
      <w:r>
        <w:br/>
      </w:r>
      <w:r>
        <w:rPr>
          <w:sz w:val="20"/>
        </w:rPr>
        <w:t>23:00  here is the first test. we are free. we enjoy freedom.</w:t>
      </w:r>
      <w:r>
        <w:br/>
      </w:r>
      <w:r>
        <w:rPr>
          <w:sz w:val="20"/>
        </w:rPr>
        <w:t>23:11  but this freedom is as a test paper. this freedom is not as a reward, is not as a blessing.</w:t>
      </w:r>
      <w:r>
        <w:br/>
      </w:r>
      <w:r>
        <w:rPr>
          <w:sz w:val="20"/>
        </w:rPr>
        <w:t>23:22  no, this freedom is a test paper. this freedom was given us only for test, not as a reward.</w:t>
      </w:r>
      <w:r>
        <w:br/>
      </w:r>
      <w:r>
        <w:rPr>
          <w:sz w:val="20"/>
        </w:rPr>
        <w:t>23:35  so we have to know this fact.</w:t>
      </w:r>
      <w:r>
        <w:br/>
      </w:r>
      <w:r>
        <w:rPr>
          <w:sz w:val="20"/>
        </w:rPr>
        <w:t>23:44  we are not allowed to misuse our freedom. we are not allowed to misuse our freedom. we have to use our freedom properly, just according to the god's commandment.</w:t>
      </w:r>
      <w:r>
        <w:br/>
      </w:r>
      <w:r>
        <w:rPr>
          <w:sz w:val="20"/>
        </w:rPr>
        <w:t>24:06  deen,</w:t>
      </w:r>
    </w:p>
    <w:p>
      <w:pPr>
        <w:pStyle w:val="Heading2"/>
      </w:pPr>
      <w:r>
        <w:t>Tree revives after rain, echoing Quranic verse on life</w:t>
      </w:r>
    </w:p>
    <w:p>
      <w:r>
        <w:rPr>
          <w:color w:val="666666"/>
          <w:sz w:val="18"/>
        </w:rPr>
        <w:t>From The Spiritual Tree August 8, 2010 · 1m 40s · at 1:03 · https://youtu.be/H6e9NOrqgHI?t=63</w:t>
      </w:r>
    </w:p>
    <w:p>
      <w:r>
        <w:rPr>
          <w:i/>
        </w:rPr>
        <w:t>“Garmi ke doran patiyan jhad gayin, shaakhen sookh gayin”</w:t>
      </w:r>
    </w:p>
    <w:p>
      <w:r>
        <w:rPr>
          <w:sz w:val="20"/>
        </w:rPr>
        <w:t>1:03  to abhi garmi ke darmiyan mein aisa hua ke wo patiyan jhad gayeen, shakhain sookh gayeen, aur thand jaisa lagta tha, thand.</w:t>
      </w:r>
      <w:r>
        <w:br/>
      </w:r>
      <w:r>
        <w:rPr>
          <w:sz w:val="20"/>
        </w:rPr>
        <w:t>1:17  to wo quran majeed mein ayat hai ke "ana yuhyi hadhi Allahu ba'da mawtih". surah baqarah mein.</w:t>
      </w:r>
      <w:r>
        <w:br/>
      </w:r>
      <w:r>
        <w:rPr>
          <w:sz w:val="20"/>
        </w:rPr>
        <w:t>1:28  ek sokhi zameen hai, khuda kaise is mein hari bhari fasal ugaye ga?</w:t>
      </w:r>
      <w:r>
        <w:br/>
      </w:r>
      <w:r>
        <w:rPr>
          <w:sz w:val="20"/>
        </w:rPr>
        <w:t>1:33  aur phir ug aayi. to hamara jo yeh darakht hai, yeh spiritual tree, to abhi jab barish hui to achaanak hara bhara ho gaya.</w:t>
      </w:r>
      <w:r>
        <w:br/>
      </w:r>
      <w:r>
        <w:rPr>
          <w:sz w:val="20"/>
        </w:rPr>
        <w:t>1:46  ab wohi peed, jis mein sokhi shakhain theen, ab wo aap dekhen to hari hari patiyon se dhaka hua hai.</w:t>
      </w:r>
      <w:r>
        <w:br/>
      </w:r>
      <w:r>
        <w:rPr>
          <w:sz w:val="20"/>
        </w:rPr>
        <w:t>2:01  to main is ke neeche baitha hua tha aur soch raha tha isi par.</w:t>
      </w:r>
      <w:r>
        <w:br/>
      </w:r>
      <w:r>
        <w:rPr>
          <w:sz w:val="20"/>
        </w:rPr>
        <w:t>2:11  to sochte sochte ek baat samajh mein aayi.</w:t>
      </w:r>
      <w:r>
        <w:br/>
      </w:r>
      <w:r>
        <w:rPr>
          <w:sz w:val="20"/>
        </w:rPr>
        <w:t>2:20  wo main samajhta hoon ke wohi spirituality ka gist hai.</w:t>
      </w:r>
      <w:r>
        <w:br/>
      </w:r>
      <w:r>
        <w:rPr>
          <w:sz w:val="20"/>
        </w:rPr>
        <w:t>2:26  yani secret of spirituality yahi hai.</w:t>
      </w:r>
      <w:r>
        <w:br/>
      </w:r>
      <w:r>
        <w:rPr>
          <w:sz w:val="20"/>
        </w:rPr>
        <w:t>2:33  main ne socha ke yeh barish aayi hai jo is ne is ko hara bhara kar diya hai. abhi jo barish hui hai to is ki wajah se wo hara bhara ho gaya hai.</w:t>
      </w:r>
    </w:p>
    <w:p>
      <w:pPr>
        <w:pStyle w:val="Heading2"/>
      </w:pPr>
      <w:r>
        <w:t>One way to start Tazkiya conscience jolts</w:t>
      </w:r>
    </w:p>
    <w:p>
      <w:r>
        <w:rPr>
          <w:color w:val="666666"/>
          <w:sz w:val="18"/>
        </w:rPr>
        <w:t>Q and A with Maulana on 'Purification of Soul' May 7, 2016 · 1m 53s · at 3:39 · https://youtu.be/j3O1QEDlfFc?t=219</w:t>
      </w:r>
    </w:p>
    <w:p>
      <w:r>
        <w:rPr>
          <w:i/>
        </w:rPr>
        <w:t>“Dekhiye, iska ek hi tareeka hai.”</w:t>
      </w:r>
    </w:p>
    <w:p>
      <w:r>
        <w:rPr>
          <w:sz w:val="20"/>
        </w:rPr>
        <w:t>3:39  dekhiye, is ka ek hi tareeqa hai.</w:t>
      </w:r>
      <w:r>
        <w:br/>
      </w:r>
      <w:r>
        <w:rPr>
          <w:sz w:val="20"/>
        </w:rPr>
        <w:t>3:44  woh hai jab koi baat galat aap se ho jaati hai, koi baat khwahish wali ho jaati hai,</w:t>
      </w:r>
      <w:r>
        <w:br/>
      </w:r>
      <w:r>
        <w:rPr>
          <w:sz w:val="20"/>
        </w:rPr>
        <w:t>3:50  shaitan bhaga deta hai.</w:t>
      </w:r>
      <w:r>
        <w:br/>
      </w:r>
      <w:r>
        <w:rPr>
          <w:sz w:val="20"/>
        </w:rPr>
        <w:t>3:55  to us waqt kya hota hai? foran aap ka jo conscience hai, aap ka zamir jo hai, woh</w:t>
      </w:r>
      <w:r>
        <w:br/>
      </w:r>
      <w:r>
        <w:rPr>
          <w:sz w:val="20"/>
        </w:rPr>
        <w:t>4:01  chaunk uthta hai.</w:t>
      </w:r>
      <w:r>
        <w:br/>
      </w:r>
      <w:r>
        <w:rPr>
          <w:sz w:val="20"/>
        </w:rPr>
        <w:t>4:07  woh andar se aap ko batata hai ke dekhein yeh kaam to galat ho gaya.</w:t>
      </w:r>
      <w:r>
        <w:br/>
      </w:r>
      <w:r>
        <w:rPr>
          <w:sz w:val="20"/>
        </w:rPr>
        <w:t>4:12  to us waqt aadmi agar chaunk uthe aur foran apni zamir ki awaaz par chale to wahi tazkiya hoga.</w:t>
      </w:r>
      <w:r>
        <w:br/>
      </w:r>
      <w:r>
        <w:rPr>
          <w:sz w:val="20"/>
        </w:rPr>
        <w:t>4:18  to pak karne ka matlab yeh hai ke zamir ki awaaz par chalna.</w:t>
      </w:r>
      <w:r>
        <w:br/>
      </w:r>
      <w:r>
        <w:rPr>
          <w:sz w:val="20"/>
        </w:rPr>
        <w:t>4:24  ya quran aur hadees aap padhte hain, aap dekhte hain ke quran mein to yeh likha hua hai,</w:t>
      </w:r>
      <w:r>
        <w:br/>
      </w:r>
      <w:r>
        <w:rPr>
          <w:sz w:val="20"/>
        </w:rPr>
        <w:t>4:29  mein aisa kar raha hoon.</w:t>
      </w:r>
      <w:r>
        <w:br/>
      </w:r>
      <w:r>
        <w:rPr>
          <w:sz w:val="20"/>
        </w:rPr>
        <w:t>4:35  to wahan par rokein aap aur foran apne ko badlein.</w:t>
      </w:r>
      <w:r>
        <w:br/>
      </w:r>
      <w:r>
        <w:rPr>
          <w:sz w:val="20"/>
        </w:rPr>
        <w:t>4:41  yehi sahib-e-tazkiya hai.</w:t>
      </w:r>
      <w:r>
        <w:br/>
      </w:r>
      <w:r>
        <w:rPr>
          <w:sz w:val="20"/>
        </w:rPr>
        <w:t>4:46  yani apni zamir ki awaz par apne ko rokna tazkiya hai.</w:t>
      </w:r>
      <w:r>
        <w:br/>
      </w:r>
      <w:r>
        <w:rPr>
          <w:sz w:val="20"/>
        </w:rPr>
        <w:t>4:52  quran o hadith mein koi baat milti hai aap ko ya batati hai ke aap falan baat ko</w:t>
      </w:r>
      <w:r>
        <w:br/>
      </w:r>
      <w:r>
        <w:rPr>
          <w:sz w:val="20"/>
        </w:rPr>
        <w:t>4:58  ghalat kar rahe hain to wahan rukna ye tazkiya hai.</w:t>
      </w:r>
      <w:r>
        <w:br/>
      </w:r>
      <w:r>
        <w:rPr>
          <w:sz w:val="20"/>
        </w:rPr>
        <w:t>5:03  tazkiya kisi purasrar cheez ka naam nahi hai, na kisi kone mein baith kar kuch practice karne ka naam hai.</w:t>
      </w:r>
      <w:r>
        <w:br/>
      </w:r>
      <w:r>
        <w:rPr>
          <w:sz w:val="20"/>
        </w:rPr>
        <w:t>5:09  nahi, tazkiya aap ke yani mind ke zariye hota hai.</w:t>
      </w:r>
      <w:r>
        <w:br/>
      </w:r>
      <w:r>
        <w:rPr>
          <w:sz w:val="20"/>
        </w:rPr>
        <w:t>5:15  aap ka mind jo hai, jahan aap ko roka hai, chahe wo quran o hadith ke hawale se</w:t>
      </w:r>
      <w:r>
        <w:br/>
      </w:r>
      <w:r>
        <w:rPr>
          <w:sz w:val="20"/>
        </w:rPr>
        <w:t>5:20  roka hai ya apni zamir ke waste se roka hai, wahan ruk jaiye, apni islaah kijiye.</w:t>
      </w:r>
      <w:r>
        <w:br/>
      </w:r>
      <w:r>
        <w:rPr>
          <w:sz w:val="20"/>
        </w:rPr>
        <w:t>5:26  bas yahi tazkiya hai.</w:t>
      </w:r>
      <w:r>
        <w:br/>
      </w:r>
      <w:r>
        <w:rPr>
          <w:sz w:val="20"/>
        </w:rPr>
        <w:t>5:32  So Maulana sahib, is tazkiya, one time activity or one needs to do tazkiya all through his or her life. Or the question is that why does one need to do tazkiya on a continuous basis? What would you say to that?</w:t>
      </w:r>
    </w:p>
    <w:p>
      <w:pPr>
        <w:pStyle w:val="Heading2"/>
      </w:pPr>
      <w:r>
        <w:t>Kalima means realization, not lip service</w:t>
      </w:r>
    </w:p>
    <w:p>
      <w:r>
        <w:rPr>
          <w:color w:val="666666"/>
          <w:sz w:val="18"/>
        </w:rPr>
        <w:t>Mumin is Like A Tree April 11, 2007 · 24s · at 5:44 · https://youtu.be/wfkqgwkgQzs?t=344</w:t>
      </w:r>
    </w:p>
    <w:p>
      <w:r>
        <w:rPr>
          <w:i/>
        </w:rPr>
        <w:t>“Kalima is not simply a recitation, not lip service”</w:t>
      </w:r>
    </w:p>
    <w:p>
      <w:r>
        <w:rPr>
          <w:sz w:val="20"/>
        </w:rPr>
        <w:t>5:44  kalma means realization. kalma means marifa, realization.</w:t>
      </w:r>
      <w:r>
        <w:br/>
      </w:r>
      <w:r>
        <w:rPr>
          <w:sz w:val="20"/>
        </w:rPr>
        <w:t>5:53  kalma means discovery. when one discovers the truth with the capital t he discovers god as a supreme truth.</w:t>
      </w:r>
    </w:p>
    <w:p>
      <w:pPr>
        <w:pStyle w:val="Heading2"/>
      </w:pPr>
      <w:r>
        <w:t>Paradise is eternal happiness, free of limitations</w:t>
      </w:r>
    </w:p>
    <w:p>
      <w:r>
        <w:rPr>
          <w:color w:val="666666"/>
          <w:sz w:val="18"/>
        </w:rPr>
        <w:t>Mumin is Like A Tree April 11, 2007 · 39s · at 34:59 · https://youtu.be/wfkqgwkgQzs?t=2099</w:t>
      </w:r>
    </w:p>
    <w:p>
      <w:r>
        <w:rPr>
          <w:i/>
        </w:rPr>
        <w:t>“Paradise is the place where we will find happiness forever”</w:t>
      </w:r>
    </w:p>
    <w:p>
      <w:r>
        <w:rPr>
          <w:sz w:val="20"/>
        </w:rPr>
        <w:t>34:59  now, paradise is the place where we will find happiness for ever. paradise is an eternal world.</w:t>
      </w:r>
      <w:r>
        <w:br/>
      </w:r>
      <w:r>
        <w:rPr>
          <w:sz w:val="20"/>
        </w:rPr>
        <w:t>35:14  paradise is free of all kind of limitations. paradise is free of all kind of disadvantages.</w:t>
      </w:r>
      <w:r>
        <w:br/>
      </w:r>
      <w:r>
        <w:rPr>
          <w:sz w:val="20"/>
        </w:rPr>
        <w:t>35:27  paradise is free of all kind of pain and anxiety and boredom.</w:t>
      </w:r>
    </w:p>
    <w:p>
      <w:pPr>
        <w:pStyle w:val="Heading2"/>
      </w:pPr>
      <w:r>
        <w:t>Sincerity is the rarest thing in the world</w:t>
      </w:r>
    </w:p>
    <w:p>
      <w:r>
        <w:rPr>
          <w:color w:val="666666"/>
          <w:sz w:val="18"/>
        </w:rPr>
        <w:t>Prophet of Rahamat November 30, 2013 Maulana Wahiduddin Khan · 37s · at 3:11 · https://youtu.be/Ufw57FQtEtA?t=191</w:t>
      </w:r>
    </w:p>
    <w:p>
      <w:r>
        <w:rPr>
          <w:i/>
        </w:rPr>
        <w:t>“What is the rarest thing in the world?”</w:t>
      </w:r>
    </w:p>
    <w:p>
      <w:r>
        <w:rPr>
          <w:sz w:val="20"/>
        </w:rPr>
        <w:t>3:11  aur main keh sakta hoon ki sabse zyada rare cheez duniya mein kya hai? what is the rarest among the rare in the world?</w:t>
      </w:r>
      <w:r>
        <w:br/>
      </w:r>
      <w:r>
        <w:rPr>
          <w:sz w:val="20"/>
        </w:rPr>
        <w:t>3:24  to usne kaha tha ki sabse zyada rare cheez duniya mein hai sincerity. sincerity. sincerity jo hai, har mamle mein zaroori hai, chahe aap science ki study kar rahe hon ya mazhab ki study.</w:t>
      </w:r>
      <w:r>
        <w:br/>
      </w:r>
      <w:r>
        <w:rPr>
          <w:sz w:val="20"/>
        </w:rPr>
        <w:t>3:43  baghair sincerity ke aap kisi bhi baat ko samajh nahi sakte.</w:t>
      </w:r>
    </w:p>
    <w:p>
      <w:pPr>
        <w:pStyle w:val="Heading2"/>
      </w:pPr>
      <w:r>
        <w:t>Humans think within space and time, unlike God</w:t>
      </w:r>
    </w:p>
    <w:p>
      <w:r>
        <w:rPr>
          <w:color w:val="666666"/>
          <w:sz w:val="18"/>
        </w:rPr>
        <w:t>Four Phases of Human History July 13, 2008 · 2m 08s · at 6:22 · https://youtu.be/sb24VHKydog?t=382</w:t>
      </w:r>
    </w:p>
    <w:p>
      <w:r>
        <w:rPr>
          <w:i/>
        </w:rPr>
        <w:t>“We live inside space and time — so does our thinking”</w:t>
      </w:r>
    </w:p>
    <w:p>
      <w:r>
        <w:rPr>
          <w:sz w:val="20"/>
        </w:rPr>
        <w:t>6:22  kyun? dekhiye, insan rehta hai space and time ke andar. hum space and time ke andar hain.</w:t>
      </w:r>
      <w:r>
        <w:br/>
      </w:r>
      <w:r>
        <w:rPr>
          <w:sz w:val="20"/>
        </w:rPr>
        <w:t>6:31  hamari soch space and time ke andar kaam karti hai.</w:t>
      </w:r>
      <w:r>
        <w:br/>
      </w:r>
      <w:r>
        <w:rPr>
          <w:sz w:val="20"/>
        </w:rPr>
        <w:t>6:37  kuch stupid log kehte hain ke "if god created world, who created god". yeh aik stupid baat hai.</w:t>
      </w:r>
      <w:r>
        <w:br/>
      </w:r>
      <w:r>
        <w:rPr>
          <w:sz w:val="20"/>
        </w:rPr>
        <w:t>6:48  is liye</w:t>
      </w:r>
      <w:r>
        <w:br/>
      </w:r>
      <w:r>
        <w:rPr>
          <w:sz w:val="20"/>
        </w:rPr>
        <w:t>6:52  ke khuda beyond space and time hai. hum space and time ke andar sochte hain.</w:t>
      </w:r>
      <w:r>
        <w:br/>
      </w:r>
      <w:r>
        <w:rPr>
          <w:sz w:val="20"/>
        </w:rPr>
        <w:t>7:02  to yeh kehna jo bilkul</w:t>
      </w:r>
      <w:r>
        <w:br/>
      </w:r>
      <w:r>
        <w:rPr>
          <w:sz w:val="20"/>
        </w:rPr>
        <w:t>7:06  nadani ki baat hai. yeh aisa hi hai jaise koi bachcha jo abhi womb mein ho, womb mein, maa ke reham mein ho, woh kahe ke bahar koi dunya bari hai, woh to kaise manunga?</w:t>
      </w:r>
      <w:r>
        <w:br/>
      </w:r>
      <w:r>
        <w:rPr>
          <w:sz w:val="20"/>
        </w:rPr>
        <w:t>7:21  to main dekhta nahin hoon is ko.</w:t>
      </w:r>
      <w:r>
        <w:br/>
      </w:r>
      <w:r>
        <w:rPr>
          <w:sz w:val="20"/>
        </w:rPr>
        <w:t>7:25  kyun ke bachcha jab maa ke womb mein hota hai</w:t>
      </w:r>
      <w:r>
        <w:br/>
      </w:r>
      <w:r>
        <w:rPr>
          <w:sz w:val="20"/>
        </w:rPr>
        <w:t>7:33  to us ke liye impossible hota hai ke pait ke bahar woh dekhe, reham-e-madar ke bahar woh dekhe. agarche poori dunya is ke bahar mojood hai, exist kar rahi hai, lekin woh bachcha nahin dekh sakta.</w:t>
      </w:r>
      <w:r>
        <w:br/>
      </w:r>
      <w:r>
        <w:rPr>
          <w:sz w:val="20"/>
        </w:rPr>
        <w:t>7:50  to hum jab tak is dunya mein hain, yaani pre-death period mein jab tak hain, tab tak hum space and time ke andar hi soch sakte hain.</w:t>
      </w:r>
      <w:r>
        <w:br/>
      </w:r>
      <w:r>
        <w:rPr>
          <w:sz w:val="20"/>
        </w:rPr>
        <w:t>8:04  space and time ke bahar jo cheez exist kar rahi hai, us ko hum sirf imagine kar sakte hain. aik hai observation, aik hai imagination.</w:t>
      </w:r>
      <w:r>
        <w:br/>
      </w:r>
      <w:r>
        <w:rPr>
          <w:sz w:val="20"/>
        </w:rPr>
        <w:t>8:15  observation ke level par hum nahin dekh sakte khuda ko, lekin imagination ke level par hum khuda ko samajh sakte hain. yeh price bohat bhari lagti hai, lekin price to deni hai.</w:t>
      </w:r>
    </w:p>
    <w:p>
      <w:pPr>
        <w:pStyle w:val="Heading2"/>
      </w:pPr>
      <w:r>
        <w:t>Problem of evil doesn't disprove God</w:t>
      </w:r>
    </w:p>
    <w:p>
      <w:r>
        <w:rPr>
          <w:color w:val="666666"/>
          <w:sz w:val="18"/>
        </w:rPr>
        <w:t>The Problem of Evil December 4, 2011 · 43s · at 21:25 · https://youtu.be/SMqtVjaGHfw?t=1285</w:t>
      </w:r>
    </w:p>
    <w:p>
      <w:r>
        <w:rPr>
          <w:i/>
        </w:rPr>
        <w:t>“Problem of evil jisko kaha jaata hai, is se God sabit nahi hota.”</w:t>
      </w:r>
    </w:p>
    <w:p>
      <w:r>
        <w:rPr>
          <w:sz w:val="20"/>
        </w:rPr>
        <w:t>21:25  to problem of evil jis ko kaha jata hai, is se khuda, use yeh sabit nahi hota ke khuda nahi hai. sirf yeh sabit hota hai ke insan ne creational plan of god ko nahi jana.</w:t>
      </w:r>
      <w:r>
        <w:br/>
      </w:r>
      <w:r>
        <w:rPr>
          <w:sz w:val="20"/>
        </w:rPr>
        <w:t>21:39  yani khuda ka jo takhliqi mansooba hai, is se bekhabar ho kar woh dunya mein zindagi guzarna chahta hai. To yeh hai sara ilm ka sara.</w:t>
      </w:r>
      <w:r>
        <w:br/>
      </w:r>
      <w:r>
        <w:rPr>
          <w:sz w:val="20"/>
        </w:rPr>
        <w:t>21:54  agar aap is is cheez ko samjhein to sari baaton ko aap samajh sakte hain. To jis ko kaha kisi ne ke everything falls to the place, har cheez apni jagah pe fit ho jayegi.</w:t>
      </w:r>
    </w:p>
    <w:p>
      <w:pPr>
        <w:pStyle w:val="Heading2"/>
      </w:pPr>
      <w:r>
        <w:t>Avoid living in the past - don't say if</w:t>
      </w:r>
    </w:p>
    <w:p>
      <w:r>
        <w:rPr>
          <w:color w:val="666666"/>
          <w:sz w:val="18"/>
        </w:rPr>
        <w:t>Hadith (English) | March 27, 2007 | Maulana Wahiduddin Khan · 2m 02s · at 26:50 · https://youtu.be/t_exuHttk3A?t=1610</w:t>
      </w:r>
    </w:p>
    <w:p>
      <w:r>
        <w:rPr>
          <w:i/>
        </w:rPr>
        <w:t>“لو means if. Don't say if.”</w:t>
      </w:r>
    </w:p>
    <w:p>
      <w:r>
        <w:rPr>
          <w:sz w:val="20"/>
        </w:rPr>
        <w:t>26:50  law means if. Don't say if. Because if is a, a certain thought. You know, every time everyone has some, some sad memory about his past. Everyone. Every minor woman</w:t>
      </w:r>
      <w:r>
        <w:br/>
      </w:r>
      <w:r>
        <w:rPr>
          <w:sz w:val="20"/>
        </w:rPr>
        <w:t>27:20  have some, some sad memory about their past. So they say that if I, if I, that I, I fail to avail that opportunity, if I, in, in, in past there was such an, such</w:t>
      </w:r>
      <w:r>
        <w:br/>
      </w:r>
      <w:r>
        <w:rPr>
          <w:sz w:val="20"/>
        </w:rPr>
        <w:t>27:51  opportunity and I failed to avail that opportunity, have I avail that opportunity, there was, I was in success. This is law, if. So if is a certain thought, because why it is certain thought, this kind of thinking always, always</w:t>
      </w:r>
      <w:r>
        <w:br/>
      </w:r>
      <w:r>
        <w:rPr>
          <w:sz w:val="20"/>
        </w:rPr>
        <w:t>28:22  make you to live in sadness, always make you to live in past. You forget the future and you are living in past. This is the law culture. law culture is certain culture. If culture is certain culture. So don't, don't think like this. Always see the future. Don't se</w:t>
      </w:r>
    </w:p>
    <w:p>
      <w:pPr>
        <w:pStyle w:val="Heading2"/>
      </w:pPr>
      <w:r>
        <w:t>Intentions and hajj badal: rewards reach you after death</w:t>
      </w:r>
    </w:p>
    <w:p>
      <w:r>
        <w:rPr>
          <w:color w:val="666666"/>
          <w:sz w:val="18"/>
        </w:rPr>
        <w:t>Life and Death December 8, 2013 · 1m 32s · at 3:18 · https://youtu.be/scYn0iBgP4E?t=198</w:t>
      </w:r>
    </w:p>
    <w:p>
      <w:r>
        <w:rPr>
          <w:i/>
        </w:rPr>
        <w:t>“Islam mein ek badi anokhi taleem yeh hai”</w:t>
      </w:r>
    </w:p>
    <w:p>
      <w:r>
        <w:rPr>
          <w:sz w:val="20"/>
        </w:rPr>
        <w:t>3:18  Islam mein ek bari anokhi taleem yeh hai ke aadmi jab jab aadmi ki jab death hoti hai to poori tarah woh is dunya se kat jata hai.</w:t>
      </w:r>
      <w:r>
        <w:br/>
      </w:r>
      <w:r>
        <w:rPr>
          <w:sz w:val="20"/>
        </w:rPr>
        <w:t>3:33  poori tarah.</w:t>
      </w:r>
      <w:r>
        <w:br/>
      </w:r>
      <w:r>
        <w:rPr>
          <w:sz w:val="20"/>
        </w:rPr>
        <w:t>3:36  lekin ek cheez us ki baqi rehti hai. woh hai us ki niyat, uska intention.</w:t>
      </w:r>
      <w:r>
        <w:br/>
      </w:r>
      <w:r>
        <w:rPr>
          <w:sz w:val="20"/>
        </w:rPr>
        <w:t>3:47  yani jo us ki niyat thi, jo uska intention tha, woh us ke baad bhi dunya mein baqi rehti hai. us ke baad bhi woh us ko pohnchti rehti hai.</w:t>
      </w:r>
      <w:r>
        <w:br/>
      </w:r>
      <w:r>
        <w:rPr>
          <w:sz w:val="20"/>
        </w:rPr>
        <w:t>3:59  misal ke taur par dekhen, ya ek aam masla hai, sab log jante hain ke agar ek shakhs ki niyat thi ke woh hajj karna hai, us ko hajj karega woh, us ke sath tayyari kar raha tha woh, lekin us ki death ho gayi.</w:t>
      </w:r>
      <w:r>
        <w:br/>
      </w:r>
      <w:r>
        <w:rPr>
          <w:sz w:val="20"/>
        </w:rPr>
        <w:t>4:16  to us ke baad us ke jo wariseen hain, us ki taraf se hajj karwate hain, jis ko kehte hain hajj badal. to is hajj badal ka sawab us ko pohnchta hai.</w:t>
      </w:r>
      <w:r>
        <w:br/>
      </w:r>
      <w:r>
        <w:rPr>
          <w:sz w:val="20"/>
        </w:rPr>
        <w:t>4:30  jis ne hajj kiya hai, us ko bhi milta hai sawab. aur jis ne hajj ki niyat kar rakhi thi, lekin hajj karne se pehle us ki wafat ho gayi, to us ko bhi poora poora uska ajar pohnchta hai.</w:t>
      </w:r>
    </w:p>
    <w:p>
      <w:pPr>
        <w:pStyle w:val="Heading2"/>
      </w:pPr>
      <w:r>
        <w:t>Graves are just dirt, burial place doesn't matter</w:t>
      </w:r>
    </w:p>
    <w:p>
      <w:r>
        <w:rPr>
          <w:color w:val="666666"/>
          <w:sz w:val="18"/>
        </w:rPr>
        <w:t>The Nigh of Destiny (Shab-e-Qadr) October 7, 2007 · 58s · at 1:29:14 · https://youtu.be/SsDv69B_uDk?t=5354</w:t>
      </w:r>
    </w:p>
    <w:p>
      <w:r>
        <w:rPr>
          <w:i/>
        </w:rPr>
        <w:t>“Bury me wherever I die, don't send my body back”</w:t>
      </w:r>
    </w:p>
    <w:p>
      <w:r>
        <w:rPr>
          <w:sz w:val="20"/>
        </w:rPr>
        <w:t>1:29:14  dekhein jahan mare wahin dafan kar diya jaye ise main to kahin bahar jata hoon to logon se kehta hoon ke bhai dekho agar mar gaya ho to mera meri body bhejna mat wahan par ke body bhej do india mein bas jahan mar gaya wahin dafan kar do bas qissa khatam marne ke baad aadmi ki body kya hai woh mitti hai jo log pakki qabar banate hain woh to bilkul hi bekar kaam karte hain just like mitti</w:t>
      </w:r>
      <w:r>
        <w:br/>
      </w:r>
      <w:r>
        <w:rPr>
          <w:sz w:val="20"/>
        </w:rPr>
        <w:t>1:29:42  kuch nahi woh body koi matlab nahi hai log samajhte hain qabron mein jo hai woh jo ja ke wahan poochte hain aur duaen mangte hain woh sab bilkul baseless baatein hain wahan qabron mein kuch bhi nahi hai mitti hai bas to jahan jahan aadmi mare wahin us ko us ko bury kar diya jaye nearest nearest graveyard mein is se zyada aur kuch nahi hai.</w:t>
      </w:r>
    </w:p>
    <w:p>
      <w:pPr>
        <w:pStyle w:val="Heading2"/>
      </w:pPr>
      <w:r>
        <w:t>Quranic prophecy of signs in horizons</w:t>
      </w:r>
    </w:p>
    <w:p>
      <w:r>
        <w:rPr>
          <w:color w:val="666666"/>
          <w:sz w:val="18"/>
        </w:rPr>
        <w:t>AL RISALA AUGUST 2017 AUDIO VERSION · 1m 00s · at 9:58 · https://youtu.be/bnYqzmsK1HI?t=598</w:t>
      </w:r>
    </w:p>
    <w:p>
      <w:r>
        <w:rPr>
          <w:i/>
        </w:rPr>
        <w:t>“Soon we will show them Our signs in the horizons”</w:t>
      </w:r>
    </w:p>
    <w:p>
      <w:r>
        <w:rPr>
          <w:sz w:val="20"/>
        </w:rPr>
        <w:t>9:58  is jadeed scientific dour ki peshangoi Quran mein saatveen sadi isvi mein in alfaaz mein ki gayi thi: sanurihim ayatina fil afaqi wa fi anfusihim hatta yatabayyana lahum annahu alhaq yani aindah hum un ko apni nishaniyan dikhayen ge,</w:t>
      </w:r>
      <w:r>
        <w:br/>
      </w:r>
      <w:r>
        <w:rPr>
          <w:sz w:val="20"/>
        </w:rPr>
        <w:t>10:23  afaq mein bhi aur un ke apne andar bhi, yahan tak ke un par zahir ho jaye ke yeh haq hai. iman bil ghaib: Quran ki Surah Baqarah mein irshad hua hai: allazeena yuminoona bil ghaibi yani hidayat yab log woh hain jo ghaib par iman rakhte hain.</w:t>
      </w:r>
      <w:r>
        <w:br/>
      </w:r>
      <w:r>
        <w:rPr>
          <w:sz w:val="20"/>
        </w:rPr>
        <w:t>10:46  ghaib par iman ka muamla saada taur par sirf aqide ka muamla nahi hai, woh barah-e-rast taur par hidayat ke muamle se juda hua hai.</w:t>
      </w:r>
    </w:p>
    <w:p>
      <w:pPr>
        <w:pStyle w:val="Heading2"/>
      </w:pPr>
      <w:r>
        <w:t>Jewish 'chosen people' arrogance mirrored in Muslims today</w:t>
      </w:r>
    </w:p>
    <w:p>
      <w:r>
        <w:rPr>
          <w:color w:val="666666"/>
          <w:sz w:val="18"/>
        </w:rPr>
        <w:t>Communal Interpretation of Islam, February 27, 2011 · 2m 58s · at 14:09 · https://youtu.be/6RmJeBE6wyY?t=849</w:t>
      </w:r>
    </w:p>
    <w:p>
      <w:r>
        <w:rPr>
          <w:i/>
        </w:rPr>
        <w:t>“We are God's chosen people, they told the Prophet”</w:t>
      </w:r>
    </w:p>
    <w:p>
      <w:r>
        <w:rPr>
          <w:sz w:val="20"/>
        </w:rPr>
        <w:t>14:09  woh samajhte hain ke hum khud sachai par hain. Humein khud Khuda ke, hum chosen people hain. Humein kya zaroorat hai mohabbat ki? Chunache</w:t>
      </w:r>
      <w:r>
        <w:br/>
      </w:r>
      <w:r>
        <w:rPr>
          <w:sz w:val="20"/>
        </w:rPr>
        <w:t>14:19  tafseer mein yeh waqea aata hai ke Rasool Allah (SAW) gaye Yahud ke leaderon ke paas apni dawat le kar ke aur daraya unko Allah ki pakad se ke tum logon ne apne mazhab ko bigaad rakha hai.</w:t>
      </w:r>
      <w:r>
        <w:br/>
      </w:r>
      <w:r>
        <w:rPr>
          <w:sz w:val="20"/>
        </w:rPr>
        <w:t>14:31  yeh Musa ka mazhab nahin hai jis par tum khade ho. Yeh tumhara apna self style mazhab hai. To Allah ki pakad se bacho waghera.</w:t>
      </w:r>
      <w:r>
        <w:br/>
      </w:r>
      <w:r>
        <w:rPr>
          <w:sz w:val="20"/>
        </w:rPr>
        <w:t>14:42  to unhon ne kya jawab diya? Ke Muhammad, humein mat darao.</w:t>
      </w:r>
      <w:r>
        <w:br/>
      </w:r>
      <w:r>
        <w:rPr>
          <w:sz w:val="20"/>
        </w:rPr>
        <w:t>14:47  Nawaz Allah wa aiba hum to children of God hain.</w:t>
      </w:r>
      <w:r>
        <w:br/>
      </w:r>
      <w:r>
        <w:rPr>
          <w:sz w:val="20"/>
        </w:rPr>
        <w:t>14:56  yeh waqea tafseer mein maujood hai ke Rasool Allah ne jab unko inzaar kiya, unko warning di, unko daraya ke tum Allah ki pakad mein aa jaoge ke tum ne Musa ke mazhab ko bigaad rakha hai.</w:t>
      </w:r>
      <w:r>
        <w:br/>
      </w:r>
      <w:r>
        <w:rPr>
          <w:sz w:val="20"/>
        </w:rPr>
        <w:t>15:11  tum ho, yaani ek culture par aur hawala dete hue Musa ka. To unhon ne kaha ke Muhammad, humein mat darao.</w:t>
      </w:r>
      <w:r>
        <w:br/>
      </w:r>
      <w:r>
        <w:rPr>
          <w:sz w:val="20"/>
        </w:rPr>
        <w:t>15:27  hum to chosen people hain. Hamari jannat to pakki hai. Quran mein iska reference maujood hai Surah Al Maidah mein ke unhon ne kaha ke Nawaz Allah wa aiba</w:t>
      </w:r>
      <w:r>
        <w:br/>
      </w:r>
      <w:r>
        <w:rPr>
          <w:sz w:val="20"/>
        </w:rPr>
        <w:t>15:38  hum to Khuda ke, Khuda ki aulad hain aur Khuda ke, haan, ke mehboob log hain. Hum Khuda ke chosen people hain.</w:t>
      </w:r>
      <w:r>
        <w:br/>
      </w:r>
      <w:r>
        <w:rPr>
          <w:sz w:val="20"/>
        </w:rPr>
        <w:t>15:51  theek yahi zehan aaj Musalmanon ka hai.</w:t>
      </w:r>
      <w:r>
        <w:br/>
      </w:r>
      <w:r>
        <w:rPr>
          <w:sz w:val="20"/>
        </w:rPr>
        <w:t>15:58  mere paas ek sahib raat ko aaye, koi 11 bajay, 12 bajay, bohat takleef dehi ho gayi thi mere ghar par milnay kay liye.</w:t>
      </w:r>
      <w:r>
        <w:br/>
      </w:r>
      <w:r>
        <w:rPr>
          <w:sz w:val="20"/>
        </w:rPr>
        <w:t>16:08  jab mein purani dilli mein tha, tab ki baat hai yeh. to raat ko aaye, mein ne kaha kis liye aaye hain? to unhon ne baat kiya kahi, woh suniye.</w:t>
      </w:r>
      <w:r>
        <w:br/>
      </w:r>
      <w:r>
        <w:rPr>
          <w:sz w:val="20"/>
        </w:rPr>
        <w:t>16:19  unhon ne kaha ke bohat shukriya Allah taala ke hum ko Allah taala ne musalman khan dan mein paida kiya aur jannat to hamari pakki hai. yaani musalman khan dan mein paida honay se jannat pakki ho gayi.</w:t>
      </w:r>
      <w:r>
        <w:br/>
      </w:r>
      <w:r>
        <w:rPr>
          <w:sz w:val="20"/>
        </w:rPr>
        <w:t>16:32  to yeh hai kya? birth based salvation.</w:t>
      </w:r>
      <w:r>
        <w:br/>
      </w:r>
      <w:r>
        <w:rPr>
          <w:sz w:val="20"/>
        </w:rPr>
        <w:t>16:37  yeh yahoodi samajhte thay.</w:t>
      </w:r>
      <w:r>
        <w:br/>
      </w:r>
      <w:r>
        <w:rPr>
          <w:sz w:val="20"/>
        </w:rPr>
        <w:t>16:41  birth based salvation ke yeh wadi family mein paida ho gaye to jannat pakki hai. musalman samajhte hain ke muslim family mein paida ho gaye to jannat pakki hai.</w:t>
      </w:r>
      <w:r>
        <w:br/>
      </w:r>
      <w:r>
        <w:rPr>
          <w:sz w:val="20"/>
        </w:rPr>
        <w:t>16:53  saaray musalmanon ka yahi haal hai. yahoodi kehte thay ke lan tum salnar ala im mawdoodah jahannum ki aag mein chhootay walay nahin hain.</w:t>
      </w:r>
    </w:p>
    <w:p>
      <w:pPr>
        <w:pStyle w:val="Heading2"/>
      </w:pPr>
      <w:r>
        <w:t>Why Muslims renew the shahada at gatherings</w:t>
      </w:r>
    </w:p>
    <w:p>
      <w:r>
        <w:rPr>
          <w:color w:val="666666"/>
          <w:sz w:val="18"/>
        </w:rPr>
        <w:t>Discover Iman May 01, 2007 · 1m 26s · at 0:34 · https://youtu.be/DQL8J0Th5_I?t=34</w:t>
      </w:r>
    </w:p>
    <w:p>
      <w:r>
        <w:rPr>
          <w:i/>
        </w:rPr>
        <w:t>“Jab hum gathering karte hain, sabse pehle kalima parhte hain”</w:t>
      </w:r>
    </w:p>
    <w:p>
      <w:r>
        <w:rPr>
          <w:sz w:val="20"/>
        </w:rPr>
        <w:t>0:34  aap jante hain ke is tarah ka jab hum gathering karte hain to hamesha sab se pehle</w:t>
      </w:r>
      <w:r>
        <w:br/>
      </w:r>
      <w:r>
        <w:rPr>
          <w:sz w:val="20"/>
        </w:rPr>
        <w:t>0:48  kalma shahadat padhte hain, jis ko kehte hain tajdeed shahadat. to aaj mein soch raha tha ke aisa kyun hai.</w:t>
      </w:r>
      <w:r>
        <w:br/>
      </w:r>
      <w:r>
        <w:rPr>
          <w:sz w:val="20"/>
        </w:rPr>
        <w:t>0:59  yani hadith mein hai ke jaddidu imanakum bi qawli la ilaha illallah. apne iman ko, apne belief ko renew karte raho,</w:t>
      </w:r>
      <w:r>
        <w:br/>
      </w:r>
      <w:r>
        <w:rPr>
          <w:sz w:val="20"/>
        </w:rPr>
        <w:t>1:12  bar bar. yeh keh kar ke la ilaha illallah Muhammadur Rasulullah.</w:t>
      </w:r>
      <w:r>
        <w:br/>
      </w:r>
      <w:r>
        <w:rPr>
          <w:sz w:val="20"/>
        </w:rPr>
        <w:t>1:19  to yeh jo kalma ka ki tajdeed hai, to yeh simply renewal nahi hai.</w:t>
      </w:r>
      <w:r>
        <w:br/>
      </w:r>
      <w:r>
        <w:rPr>
          <w:sz w:val="20"/>
        </w:rPr>
        <w:t>1:31  sirf renew karna, revive karna. itna hi nahi hai, yeh to hai hi, lekin is se ziyada hai, yeh more than that hai.</w:t>
      </w:r>
      <w:r>
        <w:br/>
      </w:r>
      <w:r>
        <w:rPr>
          <w:sz w:val="20"/>
        </w:rPr>
        <w:t>1:44  woh kya? woh believer ki aik spirit hai, ya momin ki aik spirit hai, is ka manifestation hai.</w:t>
      </w:r>
    </w:p>
    <w:p>
      <w:pPr>
        <w:pStyle w:val="Heading2"/>
      </w:pPr>
      <w:r>
        <w:t>Qiyamah defined as history's dividing line</w:t>
      </w:r>
    </w:p>
    <w:p>
      <w:r>
        <w:rPr>
          <w:color w:val="666666"/>
          <w:sz w:val="18"/>
        </w:rPr>
        <w:t>Paradise in The Making March 27, 2011 · 32s · at 2:40 · https://youtu.be/Cn5pC7s16sY?t=160</w:t>
      </w:r>
    </w:p>
    <w:p>
      <w:r>
        <w:rPr>
          <w:i/>
        </w:rPr>
        <w:t>“قیامت کیا ہے؟ قیامت ایک حدِ فاصل ہے۔”</w:t>
      </w:r>
    </w:p>
    <w:p>
      <w:r>
        <w:rPr>
          <w:sz w:val="20"/>
        </w:rPr>
        <w:t>2:40  qayamat kya hai? qayamat ek had-e-fasal hai. qayamat se pehle human civilization thi.</w:t>
      </w:r>
      <w:r>
        <w:br/>
      </w:r>
      <w:r>
        <w:rPr>
          <w:sz w:val="20"/>
        </w:rPr>
        <w:t>2:51  qayamat ke baad divine civilization shuru hogi.</w:t>
      </w:r>
      <w:r>
        <w:br/>
      </w:r>
      <w:r>
        <w:rPr>
          <w:sz w:val="20"/>
        </w:rPr>
        <w:t>2:57  qayamat koi tabahi ki baat nahin hai. nahin. ek history ka end aur doosri history ki beginning.</w:t>
      </w:r>
      <w:r>
        <w:br/>
      </w:r>
      <w:r>
        <w:rPr>
          <w:sz w:val="20"/>
        </w:rPr>
        <w:t>3:07  jis ka naam hai qayamat.</w:t>
      </w:r>
    </w:p>
    <w:p>
      <w:pPr>
        <w:pStyle w:val="Heading2"/>
      </w:pPr>
      <w:r>
        <w:t>Hadith: sent to perfect moral values</w:t>
      </w:r>
    </w:p>
    <w:p>
      <w:r>
        <w:rPr>
          <w:color w:val="666666"/>
          <w:sz w:val="18"/>
        </w:rPr>
        <w:t>An Introduction to Islam (English) July 18, 2008 · 36s · at 27:38 · https://youtu.be/FU4NlA3rUhs?t=1658</w:t>
      </w:r>
    </w:p>
    <w:p>
      <w:r>
        <w:rPr>
          <w:i/>
        </w:rPr>
        <w:t>“There's a hadith: I was sent to complete moral values.”</w:t>
      </w:r>
    </w:p>
    <w:p>
      <w:r>
        <w:rPr>
          <w:sz w:val="20"/>
        </w:rPr>
        <w:t>27:38  there is a hadith: "bu'ithtu li utammima makarim al-akhlaq". the saying of the prophet of Islam.</w:t>
      </w:r>
      <w:r>
        <w:br/>
      </w:r>
      <w:r>
        <w:rPr>
          <w:sz w:val="20"/>
        </w:rPr>
        <w:t>27:48  he says that: "i was sent to you</w:t>
      </w:r>
      <w:r>
        <w:br/>
      </w:r>
      <w:r>
        <w:rPr>
          <w:sz w:val="20"/>
        </w:rPr>
        <w:t>27:55  to complete the modern values."</w:t>
      </w:r>
      <w:r>
        <w:br/>
      </w:r>
      <w:r>
        <w:rPr>
          <w:sz w:val="20"/>
        </w:rPr>
        <w:t>28:02  it means that i have set examples of morality in every aspect of life. you know, prophet's life was a very eventful life.</w:t>
      </w:r>
    </w:p>
    <w:p>
      <w:pPr>
        <w:pStyle w:val="Heading2"/>
      </w:pPr>
      <w:r>
        <w:t>the silver lining is human conscience itself</w:t>
      </w:r>
    </w:p>
    <w:p>
      <w:r>
        <w:rPr>
          <w:color w:val="666666"/>
          <w:sz w:val="18"/>
        </w:rPr>
        <w:t>From The Spiritual Tree September 8, 2013 · 25s · at 31:50 · https://youtu.be/Vv6vf2N8YQA?t=1910</w:t>
      </w:r>
    </w:p>
    <w:p>
      <w:r>
        <w:rPr>
          <w:i/>
        </w:rPr>
        <w:t>“Here is the silver lining”</w:t>
      </w:r>
    </w:p>
    <w:p>
      <w:r>
        <w:rPr>
          <w:sz w:val="20"/>
        </w:rPr>
        <w:t>31:50  to mein ne socha ke here is the silver lining.</w:t>
      </w:r>
      <w:r>
        <w:br/>
      </w:r>
      <w:r>
        <w:rPr>
          <w:sz w:val="20"/>
        </w:rPr>
        <w:t>31:58  yeh silver lining kahan hai? insaan ke nature mein hai, insaan ki fitrat mein hai, insaan ke apne conscience mein hai.</w:t>
      </w:r>
      <w:r>
        <w:br/>
      </w:r>
      <w:r>
        <w:rPr>
          <w:sz w:val="20"/>
        </w:rPr>
        <w:t>32:08  is ko knock kijiye, is ko khatkhataiye.</w:t>
      </w:r>
    </w:p>
    <w:p>
      <w:pPr>
        <w:pStyle w:val="Heading2"/>
      </w:pPr>
      <w:r>
        <w:t>Ramadan and surrender to God</w:t>
      </w:r>
    </w:p>
    <w:p>
      <w:r>
        <w:rPr>
          <w:color w:val="666666"/>
          <w:sz w:val="18"/>
        </w:rPr>
        <w:t>On the Month of Ramadan 23 sept, 2007 - Maulana Wahiduddin Khan · 4m 51s · at 0:36 · https://youtu.be/Q-bnwuQ42ns?t=36</w:t>
      </w:r>
    </w:p>
    <w:p>
      <w:r>
        <w:rPr>
          <w:i/>
        </w:rPr>
        <w:t>“Today's topic is 'On the Month of Ramadan'.”</w:t>
      </w:r>
    </w:p>
    <w:p>
      <w:r>
        <w:rPr>
          <w:sz w:val="20"/>
        </w:rPr>
        <w:t>0:36  aaj ka jo topic hai woh hai "on the month of Ramadan".</w:t>
      </w:r>
      <w:r>
        <w:br/>
      </w:r>
      <w:r>
        <w:rPr>
          <w:sz w:val="20"/>
        </w:rPr>
        <w:t>0:46  aap jante hain ke Ramadan jo hai woh hijri calendar ka nawaan mahina hai. is mahine ko Islam mein poore mahine ke liye fasting ka mahina banaya gaya hai,</w:t>
      </w:r>
      <w:r>
        <w:br/>
      </w:r>
      <w:r>
        <w:rPr>
          <w:sz w:val="20"/>
        </w:rPr>
        <w:t>1:08  aur kaha yeh gaya hai Quran mein ke is mahine mein Allah taala ne Quran utara, Quran. is liye tum is mahine mein poore mahine ke liye roza rakho.</w:t>
      </w:r>
      <w:r>
        <w:br/>
      </w:r>
      <w:r>
        <w:rPr>
          <w:sz w:val="20"/>
        </w:rPr>
        <w:t>1:23  to yeh hai month of Ramadan. Quran kya hai? Quran is liye utra ke saare insaan Khuda ki is kitab ke aage surrender karein,</w:t>
      </w:r>
      <w:r>
        <w:br/>
      </w:r>
      <w:r>
        <w:rPr>
          <w:sz w:val="20"/>
        </w:rPr>
        <w:t>1:37  is kitab ko maanein. yeh hai Quran ka just, Quran ke message ka just. yani isi surrender karne mein insaan ki tarraqi hai, insaan ka salvation hai.</w:t>
      </w:r>
      <w:r>
        <w:br/>
      </w:r>
      <w:r>
        <w:rPr>
          <w:sz w:val="20"/>
        </w:rPr>
        <w:t>1:58  to dekhiye,</w:t>
      </w:r>
      <w:r>
        <w:br/>
      </w:r>
      <w:r>
        <w:rPr>
          <w:sz w:val="20"/>
        </w:rPr>
        <w:t>2:01  is mahine mein aakhir mein ek raat aati hai jis ko Quran mein kaha gaya hai "Lailat al-Qadr".</w:t>
      </w:r>
      <w:r>
        <w:br/>
      </w:r>
      <w:r>
        <w:rPr>
          <w:sz w:val="20"/>
        </w:rPr>
        <w:t>2:12  mahine ke aakhri kisi din mein, aakhri kisi raat ko ek khaas raat hoti hai jis ko kaha gaya hai "Lailat al-Qadr".</w:t>
      </w:r>
      <w:r>
        <w:br/>
      </w:r>
      <w:r>
        <w:rPr>
          <w:sz w:val="20"/>
        </w:rPr>
        <w:t>2:24  Lailat al-Qadr ka matlab hai "Night of Destiny". Night of Destiny.</w:t>
      </w:r>
      <w:r>
        <w:br/>
      </w:r>
      <w:r>
        <w:rPr>
          <w:sz w:val="20"/>
        </w:rPr>
        <w:t>2:35  yeh Night of Destiny kya hai? yeh koi mysterious cheez nahi hai.</w:t>
      </w:r>
      <w:r>
        <w:br/>
      </w:r>
      <w:r>
        <w:rPr>
          <w:sz w:val="20"/>
        </w:rPr>
        <w:t>2:45  night of destiny jo hai woh koi mysterious cheez nahi hai. yeh ek aisi cheez hai jis ko aap soch kar jaan sakte hain.</w:t>
      </w:r>
      <w:r>
        <w:br/>
      </w:r>
      <w:r>
        <w:rPr>
          <w:sz w:val="20"/>
        </w:rPr>
        <w:t>2:57  aur yeh ek raat ki baat bhi nahi hai, yeh poore mahine ki baat hai. yeh jo ramzan ka mahina hai, is mein jo spirit chahiye woh yahi spirit hai jo jiska culmination hota hai lailatul qadr mein.</w:t>
      </w:r>
      <w:r>
        <w:br/>
      </w:r>
      <w:r>
        <w:rPr>
          <w:sz w:val="20"/>
        </w:rPr>
        <w:t>3:20  woh spirit kya hai? woh spirit hai khuda ke aage surrender karna, khuda ke word ko maan lena,</w:t>
      </w:r>
      <w:r>
        <w:br/>
      </w:r>
      <w:r>
        <w:rPr>
          <w:sz w:val="20"/>
        </w:rPr>
        <w:t>3:36  unconditionally. to jis jo night of destiny ka matlab hua?</w:t>
      </w:r>
      <w:r>
        <w:br/>
      </w:r>
      <w:r>
        <w:rPr>
          <w:sz w:val="20"/>
        </w:rPr>
        <w:t>3:45  insaan ki nisbat se, yaani khuda ki nisbat se woh night of destiny hai. insaan ki nisbat se kya hai? insaan ki nisbat se yeh hai ke aap yeh</w:t>
      </w:r>
      <w:r>
        <w:br/>
      </w:r>
      <w:r>
        <w:rPr>
          <w:sz w:val="20"/>
        </w:rPr>
        <w:t>4:01  yeh keh sakein, kehne ke maani hain ke aap ke dil se yeh bol nikle ke "o god, i accept with all my heart and soul what you have destine me, destine for me." o god,</w:t>
      </w:r>
      <w:r>
        <w:br/>
      </w:r>
      <w:r>
        <w:rPr>
          <w:sz w:val="20"/>
        </w:rPr>
        <w:t>4:24  i accept with all my heart and soul what you have destine for me.</w:t>
      </w:r>
      <w:r>
        <w:br/>
      </w:r>
      <w:r>
        <w:rPr>
          <w:sz w:val="20"/>
        </w:rPr>
        <w:t>4:36  to khuda ki nisbat se woh lailatul qadr hai. insaan ki nisbat se woh is spirit ko apne andar inculcate karna hai ke aap khuda ke faisle ko maanein, khuda aage surrender kar dein.</w:t>
      </w:r>
      <w:r>
        <w:br/>
      </w:r>
      <w:r>
        <w:rPr>
          <w:sz w:val="20"/>
        </w:rPr>
        <w:t>4:52  yahi just hai islam ka, yeh just hai quran ke message ka, yeh just hai insaan ke salvation ka.</w:t>
      </w:r>
      <w:r>
        <w:br/>
      </w:r>
      <w:r>
        <w:rPr>
          <w:sz w:val="20"/>
        </w:rPr>
        <w:t>5:08  to yeh hai, main samajhta hoon ke ramzan ke mahine ka khulasa isi khulase ka culmination hota hai jis ko kehte hain hum shab qadr ya lailatul qadr ya night of destiny ke khuda ke faisle par raazi ho jana,</w:t>
      </w:r>
    </w:p>
    <w:p>
      <w:pPr>
        <w:pStyle w:val="Heading2"/>
      </w:pPr>
      <w:r>
        <w:t>Angels seek those who glorify God</w:t>
      </w:r>
    </w:p>
    <w:p>
      <w:r>
        <w:rPr>
          <w:color w:val="666666"/>
          <w:sz w:val="18"/>
        </w:rPr>
        <w:t>CPS Peace Conference 2019, Day 1. Session 2 (Remembrance of God) · 26s · at 5:40 · https://youtu.be/MaqHmFTbIqk?t=340</w:t>
      </w:r>
    </w:p>
    <w:p>
      <w:r>
        <w:rPr>
          <w:i/>
        </w:rPr>
        <w:t>“Bahut dinon ke baad mujh par yeh cheez khuli”</w:t>
      </w:r>
    </w:p>
    <w:p>
      <w:r>
        <w:rPr>
          <w:sz w:val="20"/>
        </w:rPr>
        <w:t>5:40  to to har jagah ho raha hai to tootay kya hain? bohat dinon ke baad mujh par yeh cheez khuli ke charchay ho raha hai apni community ko le kar.</w:t>
      </w:r>
      <w:r>
        <w:br/>
      </w:r>
      <w:r>
        <w:rPr>
          <w:sz w:val="20"/>
        </w:rPr>
        <w:t>5:54  farishtay dhoond rahay hain ke kya koi aisa bhi insan hai jo Allah rab ul alameen ko le kar is ko charchay kare?</w:t>
      </w:r>
    </w:p>
    <w:p>
      <w:pPr>
        <w:pStyle w:val="Heading2"/>
      </w:pPr>
      <w:r>
        <w:t>Rose and thorn: maintain distance, find peace</w:t>
      </w:r>
    </w:p>
    <w:p>
      <w:r>
        <w:rPr>
          <w:color w:val="666666"/>
          <w:sz w:val="18"/>
        </w:rPr>
        <w:t>Nature and Spirituality with Q&amp;A June 04, 2006 Maulana Wahiduddin Khan · 1m 00s · at 45:12 · https://youtu.be/1lyvIoYlc70?t=2712</w:t>
      </w:r>
    </w:p>
    <w:p>
      <w:r>
        <w:rPr>
          <w:i/>
        </w:rPr>
        <w:t>“I once stood before a rose plant.”</w:t>
      </w:r>
    </w:p>
    <w:p>
      <w:r>
        <w:rPr>
          <w:sz w:val="20"/>
        </w:rPr>
        <w:t>45:12  aisay hi mein ek baar khara tha ek ek gulab ke ek peir ke samnay to mein ne dekha ke us ke branch jo hai us pe gulab ka phool bhi hai aur kanta bhi hai lekin mein ne dekha ke phool aur kanta dono ek distance ko maintain kiye hue hain</w:t>
      </w:r>
      <w:r>
        <w:br/>
      </w:r>
      <w:r>
        <w:rPr>
          <w:sz w:val="20"/>
        </w:rPr>
        <w:t>45:33  yani kanta jo hai khud phool ke andar nahi nikla hua hai phool se kuch doori par kanta hai aur jitnay bhi phool thay woh kantay thay sab ek distance ko maintain kartay thay us par sochtay sochtay mujhe samjhaya ke zindagi ka raaz yeh bata raha hai phool kya society mein kuch log ho saktay hain jo aap ke liye kantay hon to us ka simple solution</w:t>
      </w:r>
      <w:r>
        <w:br/>
      </w:r>
      <w:r>
        <w:rPr>
          <w:sz w:val="20"/>
        </w:rPr>
        <w:t>45:58  شن kya hai aap un se ek distance ko maintain kijiye simple solution</w:t>
      </w:r>
      <w:r>
        <w:br/>
      </w:r>
      <w:r>
        <w:rPr>
          <w:sz w:val="20"/>
        </w:rPr>
        <w:t>46:08  yeh solution mein ne pakar liya to aaj tak mein khuda ke fazal par qaim hoon</w:t>
      </w:r>
    </w:p>
    <w:p>
      <w:pPr>
        <w:pStyle w:val="Heading2"/>
      </w:pPr>
      <w:r>
        <w:t>Eclipse not coincidence but management</w:t>
      </w:r>
    </w:p>
    <w:p>
      <w:r>
        <w:rPr>
          <w:color w:val="666666"/>
          <w:sz w:val="18"/>
        </w:rPr>
        <w:t>From Human Civilization to Divine Civilization | January 17, 2010 · 30s · at 56:17 · https://youtu.be/bvU8NWFSmUc?t=3377</w:t>
      </w:r>
    </w:p>
    <w:p>
      <w:r>
        <w:rPr>
          <w:i/>
        </w:rPr>
        <w:t>“Remarkable coincidence? No, it's management”</w:t>
      </w:r>
    </w:p>
    <w:p>
      <w:r>
        <w:rPr>
          <w:sz w:val="20"/>
        </w:rPr>
        <w:t>56:17  to yeh coincidence ho sakta hai yeh? yeh to bohat bara koi management hai is ke, woh is aik aik jo is ko control kar raha hai. coincidence kaise yeh bataiye? to yeh remarkable coincidence kehna yeh to aik word play hai. yaani billion billion saal se ho raha hai, yeh regularly tor par ho raha hai, har saal ho raha hai. aur theek waqt par ho raha hai. aur hum is ko calculate</w:t>
      </w:r>
    </w:p>
    <w:p>
      <w:pPr>
        <w:pStyle w:val="Heading2"/>
      </w:pPr>
      <w:r>
        <w:t>mobile phones and airplanes as unthanked modern blessings</w:t>
      </w:r>
    </w:p>
    <w:p>
      <w:r>
        <w:rPr>
          <w:color w:val="666666"/>
          <w:sz w:val="18"/>
        </w:rPr>
        <w:t>Paradise in The Making March 27, 2011 · 2m 13s · at 30:38 · https://youtu.be/Cn5pC7s16sY?t=1838</w:t>
      </w:r>
    </w:p>
    <w:p>
      <w:r>
        <w:rPr>
          <w:i/>
        </w:rPr>
        <w:t>“آج کل جس کی دیکھیے اس کی جیب میں موبائل ہے۔”</w:t>
      </w:r>
    </w:p>
    <w:p>
      <w:r>
        <w:rPr>
          <w:sz w:val="20"/>
        </w:rPr>
        <w:t>30:38  lekin kon shukr karne wala hai? misaal ke tor par dekhiye. aaj kal jis ki dekhiye us ki jeb mein mobile hai.</w:t>
      </w:r>
      <w:r>
        <w:br/>
      </w:r>
      <w:r>
        <w:rPr>
          <w:sz w:val="20"/>
        </w:rPr>
        <w:t>30:49  ghareeb ameer ka farq mit gaya. sab ki jeb mobile hai. har waqt aadmi dunya se rabte karne ki position mein hai.</w:t>
      </w:r>
      <w:r>
        <w:br/>
      </w:r>
      <w:r>
        <w:rPr>
          <w:sz w:val="20"/>
        </w:rPr>
        <w:t>30:56  lekin mein yeh keh sakta hoon ke maine kam az kam abhi aik insan nahi dekha jo sach much is par shukr se, yani dilchaspi se shukr kar raha ho. is par dilchaspi se shukr.</w:t>
      </w:r>
      <w:r>
        <w:br/>
      </w:r>
      <w:r>
        <w:rPr>
          <w:sz w:val="20"/>
        </w:rPr>
        <w:t>31:07  ke aik zamana tha ke sirf badshah log kabootar ke zariye se woh karte thay. aqab bhejte thay yahan se wahan. wohi badshah log kar sakte thay.</w:t>
      </w:r>
      <w:r>
        <w:br/>
      </w:r>
      <w:r>
        <w:rPr>
          <w:sz w:val="20"/>
        </w:rPr>
        <w:t>31:16  kyun ke kabootar ko tarbiyat karne ke liye bohat ziyada wasail chahiye thay. sirf tarbiyat yafta kabootar, tarbiyat yafta parinda hi kar sakta tha yeh.</w:t>
      </w:r>
      <w:r>
        <w:br/>
      </w:r>
      <w:r>
        <w:rPr>
          <w:sz w:val="20"/>
        </w:rPr>
        <w:t>31:26  hum aap logon ke paas itna paisa nahi tha ke aik kisi kabootar ko tarbiyat karein. wohi kabootar yahan se aik aik kaghaz le gaya aur pata nahi kab wahan se lokraat aya.</w:t>
      </w:r>
      <w:r>
        <w:br/>
      </w:r>
      <w:r>
        <w:rPr>
          <w:sz w:val="20"/>
        </w:rPr>
        <w:t>31:36  yani yeh do tarafah rabita nahi hota tha. aaj jo yeh jo aap ke paas, aap ki jeib mein jo mobile hai woh kisi badshah ko, kisi shehanshah ko hasil nahi tha.</w:t>
      </w:r>
      <w:r>
        <w:br/>
      </w:r>
      <w:r>
        <w:rPr>
          <w:sz w:val="20"/>
        </w:rPr>
        <w:t>31:48  poori tareekh mein. lekin kaun yeh shukr karta ho is par?</w:t>
      </w:r>
      <w:r>
        <w:br/>
      </w:r>
      <w:r>
        <w:rPr>
          <w:sz w:val="20"/>
        </w:rPr>
        <w:t>31:54  kaun yeh shukr karta ho?</w:t>
      </w:r>
      <w:r>
        <w:br/>
      </w:r>
      <w:r>
        <w:rPr>
          <w:sz w:val="20"/>
        </w:rPr>
        <w:t>31:59  hawai jahaz mein jab urta hoon to mein dekhta hoon ke log kaan mein woh daale hue woh geet sun rahe hain.</w:t>
      </w:r>
      <w:r>
        <w:br/>
      </w:r>
      <w:r>
        <w:rPr>
          <w:sz w:val="20"/>
        </w:rPr>
        <w:t>32:09  yani hawai jahaz mein baith kar ke yeh nahi sochte ke kisi ajeeb nemat hai ke itni tez raftaar ke sath aap urr rahe hain.</w:t>
      </w:r>
      <w:r>
        <w:br/>
      </w:r>
      <w:r>
        <w:rPr>
          <w:sz w:val="20"/>
        </w:rPr>
        <w:t>32:19  aap paidal chalen, gaadi se chalen to kahin darya aa jaye ga, kahin jangla aa jaye ga, kahin ghar aa jaye ga, kahin shehar aa jaye ga. lekin hawai jahaz ke liye kuch nahi.</w:t>
      </w:r>
      <w:r>
        <w:br/>
      </w:r>
      <w:r>
        <w:rPr>
          <w:sz w:val="20"/>
        </w:rPr>
        <w:t>32:30  har cheez ko oopar ura chala ja raha hai, ura chala ja raha hai, ura chala ja raha hai. yeh kitni ajeeb nemat hai. lekin log kya karte hain? kaan mein woh daal kar ke woh filmi gaane sunte rehte hain.</w:t>
      </w:r>
      <w:r>
        <w:br/>
      </w:r>
      <w:r>
        <w:rPr>
          <w:sz w:val="20"/>
        </w:rPr>
        <w:t>32:43  moseeqi sunte rehte hain. is ka matlab hai ke logon ne jawaz kho diya hai.</w:t>
      </w:r>
    </w:p>
    <w:p>
      <w:pPr>
        <w:pStyle w:val="Heading2"/>
      </w:pPr>
      <w:r>
        <w:t>hadith: no faith without protecting your neighbor</w:t>
      </w:r>
    </w:p>
    <w:p>
      <w:r>
        <w:rPr>
          <w:color w:val="666666"/>
          <w:sz w:val="18"/>
        </w:rPr>
        <w:t>From The Spiritual Tree September 8, 2013 · 44s · at 45:51 · https://youtu.be/Vv6vf2N8YQA?t=2751</w:t>
      </w:r>
    </w:p>
    <w:p>
      <w:r>
        <w:rPr>
          <w:i/>
        </w:rPr>
        <w:t>“خدا قسم وہ مومن نہیں ہے”</w:t>
      </w:r>
    </w:p>
    <w:p>
      <w:r>
        <w:rPr>
          <w:sz w:val="20"/>
        </w:rPr>
        <w:t>45:51  mein dekhein jo formula jo Islam ne diya hai woh sirf yeh hai ke khud aap Problem Create na karein. bas. dekhein ek hadith hai ke "Wallahi la yoomin Wallahi la yoomin Wallahi la yoomin alladhi la yaman jara bawaqahu"</w:t>
      </w:r>
      <w:r>
        <w:br/>
      </w:r>
      <w:r>
        <w:rPr>
          <w:sz w:val="20"/>
        </w:rPr>
        <w:t>46:14  . Khuda kasam woh momin nahi hai, Khuda kasam momin nahi hai, Khuda kasam momin nahi hai. jo apne padosi ke liye Problem Create kare.</w:t>
      </w:r>
      <w:r>
        <w:br/>
      </w:r>
      <w:r>
        <w:rPr>
          <w:sz w:val="20"/>
        </w:rPr>
        <w:t>46:26  dekhein yeh saada tor par Religious Formula nahi hai. yeh Social Harmony ka formula hai.</w:t>
      </w:r>
    </w:p>
    <w:p>
      <w:pPr>
        <w:pStyle w:val="Heading2"/>
      </w:pPr>
      <w:r>
        <w:t>Paradise is earned by self-purification, not rituals</w:t>
      </w:r>
    </w:p>
    <w:p>
      <w:r>
        <w:rPr>
          <w:color w:val="666666"/>
          <w:sz w:val="18"/>
        </w:rPr>
        <w:t>Divine Ideology of Life I 11 July 2010 · 1m 11s · at 1:20:14 · https://youtu.be/wOmHVfyjMJY?t=4814</w:t>
      </w:r>
    </w:p>
    <w:p>
      <w:r>
        <w:rPr>
          <w:i/>
        </w:rPr>
        <w:t>“Jannat ka formula hai: zalika jaza-o-man tazakka”</w:t>
      </w:r>
    </w:p>
    <w:p>
      <w:r>
        <w:rPr>
          <w:sz w:val="20"/>
        </w:rPr>
        <w:t>1:20:14  yaad rakhiye, jannat ke liye jo formula Quran mein bataya gaya hai woh yeh hai: zala jaza wa man tazakka</w:t>
      </w:r>
      <w:r>
        <w:br/>
      </w:r>
      <w:r>
        <w:rPr>
          <w:sz w:val="20"/>
        </w:rPr>
        <w:t>1:20:23  yani jannat us ke liye jis ne apna tazkiya kiya. tazkiya kiya, yeh nahi ke subah koi ayat padh li, shaam ko ayat padh li to bas jannat mein chala gaya.</w:t>
      </w:r>
      <w:r>
        <w:br/>
      </w:r>
      <w:r>
        <w:rPr>
          <w:sz w:val="20"/>
        </w:rPr>
        <w:t>1:20:33  yeh to bilkul hi ridiculous hai, ridiculous. tazkiya kiya yani apne aap ko purify kiya. zalik jaza wa man tazka jannat us ke liye jis ne apne aap ko, soul ko purify kiya.</w:t>
      </w:r>
      <w:r>
        <w:br/>
      </w:r>
      <w:r>
        <w:rPr>
          <w:sz w:val="20"/>
        </w:rPr>
        <w:t>1:20:49  purify karna kya hai?</w:t>
      </w:r>
      <w:r>
        <w:br/>
      </w:r>
      <w:r>
        <w:rPr>
          <w:sz w:val="20"/>
        </w:rPr>
        <w:t>1:20:51  har waqt hamare andar negative thought aate hain, us ko nikalna. har waqt hamare andar kuch galat khwahishein paida hoti hain, us se ladna.</w:t>
      </w:r>
      <w:r>
        <w:br/>
      </w:r>
      <w:r>
        <w:rPr>
          <w:sz w:val="20"/>
        </w:rPr>
        <w:t>1:21:01  har waqt hamare samne aise koi aata hai ke hum debate karne lagte hain. idhar is se apne ko idhar right path pe lagana, lana.</w:t>
      </w:r>
      <w:r>
        <w:br/>
      </w:r>
      <w:r>
        <w:rPr>
          <w:sz w:val="20"/>
        </w:rPr>
        <w:t>1:21:09  har waqt koi temptation hai, aulad ka hai, bachon ka hai, family ka hai, kisi bhi cheez ka. is temptation se apne ko bachana.</w:t>
      </w:r>
      <w:r>
        <w:br/>
      </w:r>
      <w:r>
        <w:rPr>
          <w:sz w:val="20"/>
        </w:rPr>
        <w:t>1:21:19  tab woh tazkiya hota hai, tab woh purified soul banta hai.</w:t>
      </w:r>
    </w:p>
    <w:p>
      <w:pPr>
        <w:pStyle w:val="Heading2"/>
      </w:pPr>
      <w:r>
        <w:t>Love for God determines heaven or hell</w:t>
      </w:r>
    </w:p>
    <w:p>
      <w:r>
        <w:rPr>
          <w:color w:val="666666"/>
          <w:sz w:val="18"/>
        </w:rPr>
        <w:t>Love of God 29 Jan. 2012 - Maulana Wahiduddin Khan · 28s · at 26:36 · https://youtu.be/qWa_CSb03v0?t=1596</w:t>
      </w:r>
    </w:p>
    <w:p>
      <w:r>
        <w:rPr>
          <w:i/>
        </w:rPr>
        <w:t>“Allah se mohabbat shadid jis ko hai, uske liye jannat”</w:t>
      </w:r>
    </w:p>
    <w:p>
      <w:r>
        <w:rPr>
          <w:sz w:val="20"/>
        </w:rPr>
        <w:t>26:36  yani Allah se mohabbat shadeed jis ko hai, usi ko Allah ke haan jannat ke darwaze khule jayenge, aur jis ko Allah se mohabbat shadeed nahi hui,</w:t>
      </w:r>
      <w:r>
        <w:br/>
      </w:r>
      <w:r>
        <w:rPr>
          <w:sz w:val="20"/>
        </w:rPr>
        <w:t>26:49  yani strong affection nahi hua, us ko jahannum ka rasta dikhaya jayega.</w:t>
      </w:r>
    </w:p>
    <w:p>
      <w:pPr>
        <w:pStyle w:val="Heading2"/>
      </w:pPr>
      <w:r>
        <w:t>Meaning of the hadith on God's hand with the group</w:t>
      </w:r>
    </w:p>
    <w:p>
      <w:r>
        <w:rPr>
          <w:color w:val="666666"/>
          <w:sz w:val="18"/>
        </w:rPr>
        <w:t>Team Spirit November 29, 2013 Maulana Wahiduddin Khan · 46s · at 17:31 · https://youtu.be/KRZ_uy8sxk0?t=1051</w:t>
      </w:r>
    </w:p>
    <w:p>
      <w:r>
        <w:rPr>
          <w:i/>
        </w:rPr>
        <w:t>“Yad Allah ala al-jama'ah — apna role discover kijiye”</w:t>
      </w:r>
    </w:p>
    <w:p>
      <w:r>
        <w:rPr>
          <w:sz w:val="20"/>
        </w:rPr>
        <w:t>17:31  jo hadith mein hai ke "adullah alal jama", is ka matlab koi purasrar nahi hai, is ka purasrar nahi hai.</w:t>
      </w:r>
      <w:r>
        <w:br/>
      </w:r>
      <w:r>
        <w:rPr>
          <w:sz w:val="20"/>
        </w:rPr>
        <w:t>17:40  is ka matlab hai ke jab jamaat ho, team ho to woh log bohat hi bara kaam kar paate hain.</w:t>
      </w:r>
      <w:r>
        <w:br/>
      </w:r>
      <w:r>
        <w:rPr>
          <w:sz w:val="20"/>
        </w:rPr>
        <w:t>17:48  "adullah alal jama" ka mani hai ke agar kisi group ke andar</w:t>
      </w:r>
      <w:r>
        <w:br/>
      </w:r>
      <w:r>
        <w:rPr>
          <w:sz w:val="20"/>
        </w:rPr>
        <w:t>17:55  waqeatan spirit, team spirit aa jaye, team spirit</w:t>
      </w:r>
      <w:r>
        <w:br/>
      </w:r>
      <w:r>
        <w:rPr>
          <w:sz w:val="20"/>
        </w:rPr>
        <w:t>18:04  to woh bohat bara kaam kar sakti hai. to aap log dekhiye, is ko samjhiye, aap log you have to discover your yourself, yourself, you discover your role.</w:t>
      </w:r>
    </w:p>
    <w:p>
      <w:pPr>
        <w:pStyle w:val="Heading2"/>
      </w:pPr>
      <w:r>
        <w:t>Quran focuses on Muslims own weaknesses</w:t>
      </w:r>
    </w:p>
    <w:p>
      <w:r>
        <w:rPr>
          <w:color w:val="666666"/>
          <w:sz w:val="18"/>
        </w:rPr>
        <w:t>Conversation with Maulana Wahiduddin Khan | October 01, 2017 · 2m 31s · at 38:28 · https://youtu.be/TmOYGd3rp2M?t=2308</w:t>
      </w:r>
    </w:p>
    <w:p>
      <w:r>
        <w:rPr>
          <w:i/>
        </w:rPr>
        <w:t>“Dekhiye main yani human rights activists kya kehte hain”</w:t>
      </w:r>
    </w:p>
    <w:p>
      <w:r>
        <w:rPr>
          <w:sz w:val="20"/>
        </w:rPr>
        <w:t>38:28  dekhiye, main yani human rights activists kya kehte hain, woh main nahin dekhta.</w:t>
      </w:r>
      <w:r>
        <w:br/>
      </w:r>
      <w:r>
        <w:rPr>
          <w:sz w:val="20"/>
        </w:rPr>
        <w:t>38:36  jo human rights activists hote hain, woh kya kehte hain, woh main nahin dekhta.</w:t>
      </w:r>
      <w:r>
        <w:br/>
      </w:r>
      <w:r>
        <w:rPr>
          <w:sz w:val="20"/>
        </w:rPr>
        <w:t>38:43  main dekhta hoon quran kya kehta hai.</w:t>
      </w:r>
      <w:r>
        <w:br/>
      </w:r>
      <w:r>
        <w:rPr>
          <w:sz w:val="20"/>
        </w:rPr>
        <w:t>38:51  to quran mein hamesha maine dekha hai ke woh naseehat ka andaaz hota hai. bl</w:t>
      </w:r>
      <w:r>
        <w:br/>
      </w:r>
      <w:r>
        <w:rPr>
          <w:sz w:val="20"/>
        </w:rPr>
        <w:t>38:58  ame dene ka andaaz nahin hota.</w:t>
      </w:r>
      <w:r>
        <w:br/>
      </w:r>
      <w:r>
        <w:rPr>
          <w:sz w:val="20"/>
        </w:rPr>
        <w:t>39:03  yeh jo human rights activists hain, in ka andaaz hota hai blame dena, blame dena, blame dena.</w:t>
      </w:r>
      <w:r>
        <w:br/>
      </w:r>
      <w:r>
        <w:rPr>
          <w:sz w:val="20"/>
        </w:rPr>
        <w:t>39:07  quran ka andaaz naseehat ka hota hai.</w:t>
      </w:r>
      <w:r>
        <w:br/>
      </w:r>
      <w:r>
        <w:rPr>
          <w:sz w:val="20"/>
        </w:rPr>
        <w:t>39:11  main aap ko do misaalain deta hoon, bohat hi clear misaalain.</w:t>
      </w:r>
      <w:r>
        <w:br/>
      </w:r>
      <w:r>
        <w:rPr>
          <w:sz w:val="20"/>
        </w:rPr>
        <w:t>39:16  ke rasool Allah ke zamanay mein hunain ka waqia pesh aaya, jang hunain.</w:t>
      </w:r>
      <w:r>
        <w:br/>
      </w:r>
      <w:r>
        <w:rPr>
          <w:sz w:val="20"/>
        </w:rPr>
        <w:t>39:20  jo sarasar fareeq-e-saani ke zulm par mabni tha.</w:t>
      </w:r>
      <w:r>
        <w:br/>
      </w:r>
      <w:r>
        <w:rPr>
          <w:sz w:val="20"/>
        </w:rPr>
        <w:t>39:24  yani hunain ka jo</w:t>
      </w:r>
      <w:r>
        <w:br/>
      </w:r>
      <w:r>
        <w:rPr>
          <w:sz w:val="20"/>
        </w:rPr>
        <w:t>39:28  ghazwa hua tha, us mein koi shakk nahin ke doosron ne jarahiyat ki thi, zulm kiya tha.</w:t>
      </w:r>
      <w:r>
        <w:br/>
      </w:r>
      <w:r>
        <w:rPr>
          <w:sz w:val="20"/>
        </w:rPr>
        <w:t>39:33  lekin aap is par tabsarah quran mein aaya hai, aap parhiye.</w:t>
      </w:r>
      <w:r>
        <w:br/>
      </w:r>
      <w:r>
        <w:rPr>
          <w:sz w:val="20"/>
        </w:rPr>
        <w:t>39:39  is mein zulm ka lafz hi nahin.</w:t>
      </w:r>
      <w:r>
        <w:br/>
      </w:r>
      <w:r>
        <w:rPr>
          <w:sz w:val="20"/>
        </w:rPr>
        <w:t>39:44  zulm ka lafz hi nahin.</w:t>
      </w:r>
      <w:r>
        <w:br/>
      </w:r>
      <w:r>
        <w:rPr>
          <w:sz w:val="20"/>
        </w:rPr>
        <w:t>39:49  is mein hai: ويوم حنين عجبتك كثرتك yani musalmanon mein jo ek kamzori thi, ho sakta hai ke</w:t>
      </w:r>
      <w:r>
        <w:br/>
      </w:r>
      <w:r>
        <w:rPr>
          <w:sz w:val="20"/>
        </w:rPr>
        <w:t>39:54  wahan ek sau ek</w:t>
      </w:r>
      <w:r>
        <w:br/>
      </w:r>
      <w:r>
        <w:rPr>
          <w:sz w:val="20"/>
        </w:rPr>
        <w:t>39:59  asbaab hon, is ka quran ne kuch zikr hi nahin kiya.</w:t>
      </w:r>
      <w:r>
        <w:br/>
      </w:r>
      <w:r>
        <w:rPr>
          <w:sz w:val="20"/>
        </w:rPr>
        <w:t>40:05  zikr kiya is ek baat ka jo musalmanon mein thi.</w:t>
      </w:r>
      <w:r>
        <w:br/>
      </w:r>
      <w:r>
        <w:rPr>
          <w:sz w:val="20"/>
        </w:rPr>
        <w:t>40:11  is ka matlab yeh hai ke agar nannuave percent doosron ka dakhal ho, ek percent musalman ka ho,</w:t>
      </w:r>
      <w:r>
        <w:br/>
      </w:r>
      <w:r>
        <w:rPr>
          <w:sz w:val="20"/>
        </w:rPr>
        <w:t>40:17  تو اس کو قرآن میں point out کیا گیا، point out۔</w:t>
      </w:r>
      <w:r>
        <w:br/>
      </w:r>
      <w:r>
        <w:rPr>
          <w:sz w:val="20"/>
        </w:rPr>
        <w:t>40:23  misal ke taur par dekhiye, hunain mein unhon ne dhoke se yeh kiya tha</w:t>
      </w:r>
      <w:r>
        <w:br/>
      </w:r>
      <w:r>
        <w:rPr>
          <w:sz w:val="20"/>
        </w:rPr>
        <w:t>40:29  ke teer baarah shuru kar diya.</w:t>
      </w:r>
      <w:r>
        <w:br/>
      </w:r>
      <w:r>
        <w:rPr>
          <w:sz w:val="20"/>
        </w:rPr>
        <w:t>40:33  is ka zikr hi nahin.</w:t>
      </w:r>
      <w:r>
        <w:br/>
      </w:r>
      <w:r>
        <w:rPr>
          <w:sz w:val="20"/>
        </w:rPr>
        <w:t>40:36  zikr sirf yeh hai ke ويوم حنين عجبتك كثرتك yani musalmanon ke andar jo kamzori thi, usi ko</w:t>
      </w:r>
      <w:r>
        <w:br/>
      </w:r>
      <w:r>
        <w:rPr>
          <w:sz w:val="20"/>
        </w:rPr>
        <w:t>40:40  point out kiya hai.</w:t>
      </w:r>
      <w:r>
        <w:br/>
      </w:r>
      <w:r>
        <w:rPr>
          <w:sz w:val="20"/>
        </w:rPr>
        <w:t>40:44  bas aik misaal yeh hai.</w:t>
      </w:r>
      <w:r>
        <w:br/>
      </w:r>
      <w:r>
        <w:rPr>
          <w:sz w:val="20"/>
        </w:rPr>
        <w:t>40:48  doosri misaal hai Uhud ki.</w:t>
      </w:r>
      <w:r>
        <w:br/>
      </w:r>
      <w:r>
        <w:rPr>
          <w:sz w:val="20"/>
        </w:rPr>
        <w:t>40:52  jabke musalmanon ko khule taur par doosron ka zulm, kyunke woh charhai kar ke pahunche thay Madina, charhai</w:t>
      </w:r>
      <w:r>
        <w:br/>
      </w:r>
      <w:r>
        <w:rPr>
          <w:sz w:val="20"/>
        </w:rPr>
        <w:t>40:56  kar ke aaye thay aur hamla kiya tha.</w:t>
      </w:r>
    </w:p>
    <w:p>
      <w:pPr>
        <w:pStyle w:val="Heading2"/>
      </w:pPr>
      <w:r>
        <w:t>Intuition as the way to know God</w:t>
      </w:r>
    </w:p>
    <w:p>
      <w:r>
        <w:rPr>
          <w:color w:val="666666"/>
          <w:sz w:val="18"/>
        </w:rPr>
        <w:t>The Search for Truth March 15, 2020 Maulana Wahiduddin Khan · 5m 53s · at 18:39 · https://youtu.be/Vs_wx9z7IZQ?t=1119</w:t>
      </w:r>
    </w:p>
    <w:p>
      <w:r>
        <w:rPr>
          <w:i/>
        </w:rPr>
        <w:t>“Allah ne iski misaal bachay ki shakal mein ki hai.”</w:t>
      </w:r>
    </w:p>
    <w:p>
      <w:r>
        <w:rPr>
          <w:sz w:val="20"/>
        </w:rPr>
        <w:t>18:39  to mein samajhta hoon ke is ki misaal Allah taala ne</w:t>
      </w:r>
      <w:r>
        <w:br/>
      </w:r>
      <w:r>
        <w:rPr>
          <w:sz w:val="20"/>
        </w:rPr>
        <w:t>18:45  bachche ki shakal mein ki hai. aap jante hain ke bachcha jab paida hota hai</w:t>
      </w:r>
      <w:r>
        <w:br/>
      </w:r>
      <w:r>
        <w:rPr>
          <w:sz w:val="20"/>
        </w:rPr>
        <w:t>18:55  to use koi cheez dikhai nahi deti. woh dekh nahi sakta.</w:t>
      </w:r>
      <w:r>
        <w:br/>
      </w:r>
      <w:r>
        <w:rPr>
          <w:sz w:val="20"/>
        </w:rPr>
        <w:t>19:03  lekin ajeeb baat yeh hai ke woh bachcha...</w:t>
      </w:r>
      <w:r>
        <w:br/>
      </w:r>
      <w:r>
        <w:rPr>
          <w:sz w:val="20"/>
        </w:rPr>
        <w:t>19:08  aap chaar auraton ko rakh denge jahan, ek saath ki, to haath paon maarega woh.</w:t>
      </w:r>
      <w:r>
        <w:br/>
      </w:r>
      <w:r>
        <w:rPr>
          <w:sz w:val="20"/>
        </w:rPr>
        <w:t>19:18  lekin woh pakad lega usi ko jo us ki maa hai.</w:t>
      </w:r>
      <w:r>
        <w:br/>
      </w:r>
      <w:r>
        <w:rPr>
          <w:sz w:val="20"/>
        </w:rPr>
        <w:t>19:26  to Allah taala ne insaan ko wajdan ki satah par maarifat ata ki hai.</w:t>
      </w:r>
      <w:r>
        <w:br/>
      </w:r>
      <w:r>
        <w:rPr>
          <w:sz w:val="20"/>
        </w:rPr>
        <w:t>19:44  aur jis tarah bachcha jo hai wajdan ki satah par apni maa ko pehchan leta hai.</w:t>
      </w:r>
      <w:r>
        <w:br/>
      </w:r>
      <w:r>
        <w:rPr>
          <w:sz w:val="20"/>
        </w:rPr>
        <w:t>19:55  yeh ek ajeeb ajeeb baat hai jis ko hum kisi ko bata nahi sakte. koi jo jaanta ho us ko...</w:t>
      </w:r>
      <w:r>
        <w:br/>
      </w:r>
      <w:r>
        <w:rPr>
          <w:sz w:val="20"/>
        </w:rPr>
        <w:t>20:04  us ko apna shareek maarifat bana sakte hain.</w:t>
      </w:r>
      <w:r>
        <w:br/>
      </w:r>
      <w:r>
        <w:rPr>
          <w:sz w:val="20"/>
        </w:rPr>
        <w:t>20:15  sachi baat hai ke chahe main hoon ya koi jo shakhs hai, is mauzu par agar bolta hai woh maarifat ya</w:t>
      </w:r>
      <w:r>
        <w:br/>
      </w:r>
      <w:r>
        <w:rPr>
          <w:sz w:val="20"/>
        </w:rPr>
        <w:t>20:28  creator ki daryaft</w:t>
      </w:r>
      <w:r>
        <w:br/>
      </w:r>
      <w:r>
        <w:rPr>
          <w:sz w:val="20"/>
        </w:rPr>
        <w:t>20:32  to woh kuch kar nahi pata woh. woh sirf apne...</w:t>
      </w:r>
      <w:r>
        <w:br/>
      </w:r>
      <w:r>
        <w:rPr>
          <w:sz w:val="20"/>
        </w:rPr>
        <w:t>20:39  apne</w:t>
      </w:r>
      <w:r>
        <w:br/>
      </w:r>
      <w:r>
        <w:rPr>
          <w:sz w:val="20"/>
        </w:rPr>
        <w:t>20:43  wajdan ke zariye daryaft ki hui haqeeqat ko main shareek maarifat bana sakta hoon.</w:t>
      </w:r>
      <w:r>
        <w:br/>
      </w:r>
      <w:r>
        <w:rPr>
          <w:sz w:val="20"/>
        </w:rPr>
        <w:t>20:57  shareek maarifat bana sakta hoon.</w:t>
      </w:r>
      <w:r>
        <w:br/>
      </w:r>
      <w:r>
        <w:rPr>
          <w:sz w:val="20"/>
        </w:rPr>
        <w:t>21:00  aur kuch mumkin nahi hai.</w:t>
      </w:r>
      <w:r>
        <w:br/>
      </w:r>
      <w:r>
        <w:rPr>
          <w:sz w:val="20"/>
        </w:rPr>
        <w:t>21:08  meri samajh se to yahi baat aati hai.</w:t>
      </w:r>
      <w:r>
        <w:br/>
      </w:r>
      <w:r>
        <w:rPr>
          <w:sz w:val="20"/>
        </w:rPr>
        <w:t>21:22  misalan dekhiye ek mashhoor qaul hai. yeh pata nahi ke is ka qail kaun hai.</w:t>
      </w:r>
      <w:r>
        <w:br/>
      </w:r>
      <w:r>
        <w:rPr>
          <w:sz w:val="20"/>
        </w:rPr>
        <w:t>21:42  woh yeh ke Khuda khaliq kehta hai insaan se maarifat ke bare mein.</w:t>
      </w:r>
      <w:r>
        <w:br/>
      </w:r>
      <w:r>
        <w:rPr>
          <w:sz w:val="20"/>
        </w:rPr>
        <w:t>21:52  khaliq kehta hai insaan se maarifat ke bare mein.</w:t>
      </w:r>
      <w:r>
        <w:br/>
      </w:r>
      <w:r>
        <w:rPr>
          <w:sz w:val="20"/>
        </w:rPr>
        <w:t>22:05  "kunt kunzam makhfiya fabtan urfa fakhrata al-khalq".</w:t>
      </w:r>
      <w:r>
        <w:br/>
      </w:r>
      <w:r>
        <w:rPr>
          <w:sz w:val="20"/>
        </w:rPr>
        <w:t>22:15  yeh Rab kehta hai yaani wahi Rab jo Musa se humkalam hua tha.</w:t>
      </w:r>
      <w:r>
        <w:br/>
      </w:r>
      <w:r>
        <w:rPr>
          <w:sz w:val="20"/>
        </w:rPr>
        <w:t>22:24  "kunt kunzam makhfiya".</w:t>
      </w:r>
      <w:r>
        <w:br/>
      </w:r>
      <w:r>
        <w:rPr>
          <w:sz w:val="20"/>
        </w:rPr>
        <w:t>22:36  main ek chupa hua khazana tha.</w:t>
      </w:r>
      <w:r>
        <w:br/>
      </w:r>
      <w:r>
        <w:rPr>
          <w:sz w:val="20"/>
        </w:rPr>
        <w:t>22:43  phir main ne makhlooq ko paida kiya</w:t>
      </w:r>
      <w:r>
        <w:br/>
      </w:r>
      <w:r>
        <w:rPr>
          <w:sz w:val="20"/>
        </w:rPr>
        <w:t>22:50  taake main jaana jaon.</w:t>
      </w:r>
      <w:r>
        <w:br/>
      </w:r>
      <w:r>
        <w:rPr>
          <w:sz w:val="20"/>
        </w:rPr>
        <w:t>22:56  yeh bohat ajeeb cheez hai yeh.</w:t>
      </w:r>
      <w:r>
        <w:br/>
      </w:r>
      <w:r>
        <w:rPr>
          <w:sz w:val="20"/>
        </w:rPr>
        <w:t>23:11  khud kooda o khud kooda</w:t>
      </w:r>
      <w:r>
        <w:br/>
      </w:r>
      <w:r>
        <w:rPr>
          <w:sz w:val="20"/>
        </w:rPr>
        <w:t>23:14  guro, khud giray kooda". yaani insaan aik aisi makhlooq hai ke woh khud hi kooda hai, khud hi koday ko banata hai</w:t>
      </w:r>
      <w:r>
        <w:br/>
      </w:r>
      <w:r>
        <w:rPr>
          <w:sz w:val="20"/>
        </w:rPr>
        <w:t>23:34  aur khud hi koday ki mitti ki takhleeq karta hai.</w:t>
      </w:r>
      <w:r>
        <w:br/>
      </w:r>
      <w:r>
        <w:rPr>
          <w:sz w:val="20"/>
        </w:rPr>
        <w:t>23:44  to mein samajhta hoon ke jo</w:t>
      </w:r>
      <w:r>
        <w:br/>
      </w:r>
      <w:r>
        <w:rPr>
          <w:sz w:val="20"/>
        </w:rPr>
        <w:t>23:48  gehri sachai hai</w:t>
      </w:r>
      <w:r>
        <w:br/>
      </w:r>
      <w:r>
        <w:rPr>
          <w:sz w:val="20"/>
        </w:rPr>
        <w:t>23:54  woh Hazrat Musa ne kaha tha ke "</w:t>
      </w:r>
      <w:r>
        <w:br/>
      </w:r>
      <w:r>
        <w:rPr>
          <w:sz w:val="20"/>
        </w:rPr>
        <w:t>23:57  ae rab! mujhe dikha". to yeh dikha... dekhnay wali baat jo hai sirf akhirat mein mumkin hai. Sahaba ne Rasool Allah se poocha tha ke kya hum apne rab ko jannat mein dekhenge?</w:t>
      </w:r>
      <w:r>
        <w:br/>
      </w:r>
      <w:r>
        <w:rPr>
          <w:sz w:val="20"/>
        </w:rPr>
        <w:t>24:18  to aap ne kaha haan. jaise tum suraj aur chand ko dekhte ho.</w:t>
      </w:r>
    </w:p>
    <w:p>
      <w:pPr>
        <w:pStyle w:val="Heading2"/>
      </w:pPr>
      <w:r>
        <w:t>Reject interpretations unworthy of God's greatness</w:t>
      </w:r>
    </w:p>
    <w:p>
      <w:r>
        <w:rPr>
          <w:color w:val="666666"/>
          <w:sz w:val="18"/>
        </w:rPr>
        <w:t>Discovery of God May 1, 2010 Maulana Wahiduddin Khan · 30s · at 10:12 · https://youtu.be/8uH7AqevG6g?t=612</w:t>
      </w:r>
    </w:p>
    <w:p>
      <w:r>
        <w:rPr>
          <w:i/>
        </w:rPr>
        <w:t>“یاد رکھیے، کوئی بھی ایسی ایسا انٹرپریٹیشن”</w:t>
      </w:r>
    </w:p>
    <w:p>
      <w:r>
        <w:rPr>
          <w:sz w:val="20"/>
        </w:rPr>
        <w:t>10:12  lift service pe to aap ek kisi ek mamooli aadmi bhi nahi khush ho sakta aap ki lift service se. To Khuda kaise khush ho jayega?</w:t>
      </w:r>
      <w:r>
        <w:br/>
      </w:r>
      <w:r>
        <w:rPr>
          <w:sz w:val="20"/>
        </w:rPr>
        <w:t>10:23  yaad rakhiye, koi bhi aisi aisa interpretation jo Allah ki azmat ke barabar na ho, us ki shan shan na ho, us ko samjhiye ke prime facie it stands rejected.</w:t>
      </w:r>
    </w:p>
    <w:p>
      <w:pPr>
        <w:pStyle w:val="Heading2"/>
      </w:pPr>
      <w:r>
        <w:t>Meaning of abundant remembrance of Allah</w:t>
      </w:r>
    </w:p>
    <w:p>
      <w:r>
        <w:rPr>
          <w:color w:val="666666"/>
          <w:sz w:val="18"/>
        </w:rPr>
        <w:t>Q&amp;A 04 Oct 2009, Maulana Wahiduddin Khan · 47s · at 12:02 · https://youtu.be/xPBNozEQRJM?t=722</w:t>
      </w:r>
    </w:p>
    <w:p>
      <w:r>
        <w:rPr>
          <w:i/>
        </w:rPr>
        <w:t>“Haan, dekhiye, aayat hai ke Allah ka bohat zyada zikr karo”</w:t>
      </w:r>
    </w:p>
    <w:p>
      <w:r>
        <w:rPr>
          <w:sz w:val="20"/>
        </w:rPr>
        <w:t>12:02  ke allah ka bahut ziyada zikr karo. to log samajhte hain ke is ka matlab hai bahut ziyada allah allah allah allah karo. yeh bilkul galat baat hai.</w:t>
      </w:r>
      <w:r>
        <w:br/>
      </w:r>
      <w:r>
        <w:rPr>
          <w:sz w:val="20"/>
        </w:rPr>
        <w:t>12:12  allah ki bahut ziyada yaad karo.</w:t>
      </w:r>
      <w:r>
        <w:br/>
      </w:r>
      <w:r>
        <w:rPr>
          <w:sz w:val="20"/>
        </w:rPr>
        <w:t>12:17  quran hadees mein aata hai rasool allah ke bare mein hazrat ayesha ne farmaya kaana yadhkurullaha ala kulli ahyaanihi har mauqe par rasool allah allah ko yaad karte the.</w:t>
      </w:r>
      <w:r>
        <w:br/>
      </w:r>
      <w:r>
        <w:rPr>
          <w:sz w:val="20"/>
        </w:rPr>
        <w:t>12:30  is ka matlab kya hai? har cheez ko allah taala,</w:t>
      </w:r>
      <w:r>
        <w:br/>
      </w:r>
      <w:r>
        <w:rPr>
          <w:sz w:val="20"/>
        </w:rPr>
        <w:t>12:35  har cheez ko rasool allah yaani point of reference banate the khuda ki yaad karne ke liye. ke aap ko jo tajrubaat hote hain, jo kuch aap ko guzarta hai, un sab ko aap point of reference bana sakein allah ki yaad ke liye.</w:t>
      </w:r>
    </w:p>
    <w:p>
      <w:pPr>
        <w:pStyle w:val="Heading2"/>
      </w:pPr>
      <w:r>
        <w:t>Islam is preserved, not superior</w:t>
      </w:r>
    </w:p>
    <w:p>
      <w:r>
        <w:rPr>
          <w:color w:val="666666"/>
          <w:sz w:val="18"/>
        </w:rPr>
        <w:t>Islam in Daily Life December 26, 2010 · 23s · at 1:48:58 · https://youtu.be/H0VYpUX3q3Q?t=6538</w:t>
      </w:r>
    </w:p>
    <w:p>
      <w:r>
        <w:rPr>
          <w:i/>
        </w:rPr>
        <w:t>“Islam superior religion nahi hai, hargiz nahi”</w:t>
      </w:r>
    </w:p>
    <w:p>
      <w:r>
        <w:rPr>
          <w:sz w:val="20"/>
        </w:rPr>
        <w:t>1:48:58  yeh galat ilzaam hai bilkul . Superiority se koi talluq nahi hai yeh follow karne ka . Conviction se talluq hai. "The difference between conviction and superiority.</w:t>
      </w:r>
      <w:r>
        <w:br/>
      </w:r>
      <w:r>
        <w:rPr>
          <w:sz w:val="20"/>
        </w:rPr>
        <w:t>1:49:10  " Islam superior religion nahi hai, har giz nahi hai. jo aisa kehta hai woh bilkul kuch bhi nahi jaanta hai. Islam preserved religion hai, preserved.</w:t>
      </w:r>
    </w:p>
    <w:p>
      <w:pPr>
        <w:pStyle w:val="Heading2"/>
      </w:pPr>
      <w:r>
        <w:t>sincerity is the condition for real faith</w:t>
      </w:r>
    </w:p>
    <w:p>
      <w:r>
        <w:rPr>
          <w:color w:val="666666"/>
          <w:sz w:val="18"/>
        </w:rPr>
        <w:t>Dars-e-Quran (Al-Baqarah (The Heifer) 2 7-19) July 26, 2015 · 33s · at 9:46 · https://youtu.be/kSrW4z79AHE?t=586</w:t>
      </w:r>
    </w:p>
    <w:p>
      <w:r>
        <w:rPr>
          <w:i/>
        </w:rPr>
        <w:t>“Allah's mercy is only for the sincere”</w:t>
      </w:r>
    </w:p>
    <w:p>
      <w:r>
        <w:rPr>
          <w:sz w:val="20"/>
        </w:rPr>
        <w:t>9:46  kyun? Allah ki rehmat is in logon ke liye hai jo ikhlas ke sath iman ikhtiyar karein.</w:t>
      </w:r>
      <w:r>
        <w:br/>
      </w:r>
      <w:r>
        <w:rPr>
          <w:sz w:val="20"/>
        </w:rPr>
        <w:t>10:00  ikhalas ke sath sare, yani Allah ke jo ahkam hain, us pe ikhlas ke sath amal karein. ikhlas shart hai.</w:t>
      </w:r>
      <w:r>
        <w:br/>
      </w:r>
      <w:r>
        <w:rPr>
          <w:sz w:val="20"/>
        </w:rPr>
        <w:t>10:10  ikhalas ke baghair koi iman ya islam Allah ka mo'tabar nahi. yukhadi'oon allaha wal ladheena amanu.</w:t>
      </w:r>
    </w:p>
    <w:p>
      <w:pPr>
        <w:pStyle w:val="Heading2"/>
      </w:pPr>
      <w:r>
        <w:t>no human, king or rich, ever finds true fulfillment here</w:t>
      </w:r>
    </w:p>
    <w:p>
      <w:r>
        <w:rPr>
          <w:color w:val="666666"/>
          <w:sz w:val="18"/>
        </w:rPr>
        <w:t>Realization of God September 15, 2013 · 44s · at 35:52 · https://youtu.be/CNEEeM5uyi8?t=2152</w:t>
      </w:r>
    </w:p>
    <w:p>
      <w:r>
        <w:rPr>
          <w:i/>
        </w:rPr>
        <w:t>“Insaan ko kabhi bhi is duniya mein Fulfillment nahi milta”</w:t>
      </w:r>
    </w:p>
    <w:p>
      <w:r>
        <w:rPr>
          <w:sz w:val="20"/>
        </w:rPr>
        <w:t>35:52  yeh kya cheez hai? Is par ghor karte hue ek bahut ajeeb baat meri samajh mein aayi ke poori tareekh mein, aur khud mera bhi yahi tajurba hai ke insan ko is dunya mein kabhi bhi fulfillment nahi milta.</w:t>
      </w:r>
      <w:r>
        <w:br/>
      </w:r>
      <w:r>
        <w:rPr>
          <w:sz w:val="20"/>
        </w:rPr>
        <w:t>36:11  mein bhi ek insan hoon.</w:t>
      </w:r>
      <w:r>
        <w:br/>
      </w:r>
      <w:r>
        <w:rPr>
          <w:sz w:val="20"/>
        </w:rPr>
        <w:t>36:13  insan ke roop mein jo tajurba kiya mein ne lambi umar mein, woh yeh hai ke insan ko kabhi bhi is dunya mein fulfillment nahi milta. Satisfaction nahi milta.</w:t>
      </w:r>
      <w:r>
        <w:br/>
      </w:r>
      <w:r>
        <w:rPr>
          <w:sz w:val="20"/>
        </w:rPr>
        <w:t>36:25  na kisi badshah ko mila, na kisi paise wale ko mila, na kisi power wale, kisi ko dunya mein kabhi mila nahi. To is ka wajah kya hai?</w:t>
      </w:r>
    </w:p>
    <w:p>
      <w:pPr>
        <w:pStyle w:val="Heading2"/>
      </w:pPr>
      <w:r>
        <w:t>How to repent for years of missed prayers</w:t>
      </w:r>
    </w:p>
    <w:p>
      <w:r>
        <w:rPr>
          <w:color w:val="666666"/>
          <w:sz w:val="18"/>
        </w:rPr>
        <w:t>CPS Women Monthly Q and A with Prof. Farida Khanam and Maulana Farhad Ahmed Umeri May 28, 2023 · 3m 17s · at 39:24 · https://youtu.be/Yxxy8MJSAj0?t=2364</w:t>
      </w:r>
    </w:p>
    <w:p>
      <w:r>
        <w:rPr>
          <w:i/>
        </w:rPr>
        <w:t>“Tauba kijiye — Allah ke saamne nadamat ka tareeqa ikhtiyar kijiye”</w:t>
      </w:r>
    </w:p>
    <w:p>
      <w:r>
        <w:rPr>
          <w:sz w:val="20"/>
        </w:rPr>
        <w:t>39:24  samajh gaya, tauba kijiye aap.</w:t>
      </w:r>
      <w:r>
        <w:br/>
      </w:r>
      <w:r>
        <w:rPr>
          <w:sz w:val="20"/>
        </w:rPr>
        <w:t>39:46  tauba ka matlab yeh hai ki allatala ke saamne netamat ka tareeka ikhtiyaar kijiye aap.</w:t>
      </w:r>
      <w:r>
        <w:br/>
      </w:r>
      <w:r>
        <w:rPr>
          <w:sz w:val="20"/>
        </w:rPr>
        <w:t>40:09  allatala se maafi maange ki dobara aisa nahi hoga poore din ke saath.</w:t>
      </w:r>
      <w:r>
        <w:br/>
      </w:r>
      <w:r>
        <w:rPr>
          <w:sz w:val="20"/>
        </w:rPr>
        <w:t>40:31  agar namaz, yeh sahi hai?</w:t>
      </w:r>
      <w:r>
        <w:br/>
      </w:r>
      <w:r>
        <w:rPr>
          <w:sz w:val="20"/>
        </w:rPr>
        <w:t>40:54  zahiri shakal agar ho gayi toh ho gayi.</w:t>
      </w:r>
      <w:r>
        <w:br/>
      </w:r>
      <w:r>
        <w:rPr>
          <w:sz w:val="20"/>
        </w:rPr>
        <w:t>40:59  namaz toh ho gayi yaar namazen aap padhenge.</w:t>
      </w:r>
      <w:r>
        <w:br/>
      </w:r>
      <w:r>
        <w:rPr>
          <w:sz w:val="20"/>
        </w:rPr>
        <w:t>41:04  kaafir namaz padhenge.</w:t>
      </w:r>
      <w:r>
        <w:br/>
      </w:r>
      <w:r>
        <w:rPr>
          <w:sz w:val="20"/>
        </w:rPr>
        <w:t>41:10  zahiri shakal mein ho gayi toh ho gayi.</w:t>
      </w:r>
      <w:r>
        <w:br/>
      </w:r>
      <w:r>
        <w:rPr>
          <w:sz w:val="20"/>
        </w:rPr>
        <w:t>41:15  aapne chaar do ragat padhi aur usmein poori tareeke se aapne qayam kiya, ruku kiya, sajda kiya, dono</w:t>
      </w:r>
      <w:r>
        <w:br/>
      </w:r>
      <w:r>
        <w:rPr>
          <w:sz w:val="20"/>
        </w:rPr>
        <w:t>41:21  sajda kiya aur uske baad phir dobara qayam kiya, ruku kiya, do sajde ki, phir taiyar padhi, zaroorat</w:t>
      </w:r>
      <w:r>
        <w:br/>
      </w:r>
      <w:r>
        <w:rPr>
          <w:sz w:val="20"/>
        </w:rPr>
        <w:t>41:26  padha, dua padhi, salam phir diya toh namaz ho gayi.</w:t>
      </w:r>
      <w:r>
        <w:br/>
      </w:r>
      <w:r>
        <w:rPr>
          <w:sz w:val="20"/>
        </w:rPr>
        <w:t>41:32  shaitan dekhiye insan ko kabhi kabhi negi ke raste se bhi kya karta hai woh dhoke mein dalta hai ke ab nawaz kehna par woh kahega ke nawaz dobara padho. phir kahega ab thodi si nahi padho to usi baat mein laga rahega.</w:t>
      </w:r>
      <w:r>
        <w:br/>
      </w:r>
      <w:r>
        <w:rPr>
          <w:sz w:val="20"/>
        </w:rPr>
        <w:t>42:00  waswasha ko waswasha ko hataye woh shaitan ka waswasha hai.</w:t>
      </w:r>
      <w:r>
        <w:br/>
      </w:r>
      <w:r>
        <w:rPr>
          <w:sz w:val="20"/>
        </w:rPr>
        <w:t>42:10  waswasha shaitan ki taraf se hota hai.</w:t>
      </w:r>
      <w:r>
        <w:br/>
      </w:r>
      <w:r>
        <w:rPr>
          <w:sz w:val="20"/>
        </w:rPr>
        <w:t>42:20  मुझे भी असल में यह Sharnam Parvez ने जो बात कही इस तरह का शायद मैं भी aswasha</w:t>
      </w:r>
      <w:r>
        <w:br/>
      </w:r>
      <w:r>
        <w:rPr>
          <w:sz w:val="20"/>
        </w:rPr>
        <w:t>42:30  mein aati hoon.</w:t>
      </w:r>
      <w:r>
        <w:br/>
      </w:r>
      <w:r>
        <w:rPr>
          <w:sz w:val="20"/>
        </w:rPr>
        <w:t>42:41  sukoon ka matlab aisa nahi ki ek ghanta do ghanta padhna normal jaise padhte waise padhti to ho gayi namaz. unhone bahut jaldi jaldi namaz wah padh liya to aaye honge profit se mulaqaat karne. wo ab choge masjid mein aate hain to do ragad namaz padhne jaldi jaldi padh ke aa gaye honge to matlab wo tha spirit par zor dene ke liye tha farm par zor dene ke liye nahi tha wo.</w:t>
      </w:r>
    </w:p>
    <w:p>
      <w:pPr>
        <w:pStyle w:val="Heading2"/>
      </w:pPr>
      <w:r>
        <w:t>Jihad hadith reinterpreted for modern da'wah</w:t>
      </w:r>
    </w:p>
    <w:p>
      <w:r>
        <w:rPr>
          <w:color w:val="666666"/>
          <w:sz w:val="18"/>
        </w:rPr>
        <w:t>Quran Lessons (In Conversation with Maulana) 27.12.2010 · 4m 01s · at 5:45 · https://youtu.be/tFU57I6tThk?t=345</w:t>
      </w:r>
    </w:p>
    <w:p>
      <w:r>
        <w:rPr>
          <w:i/>
        </w:rPr>
        <w:t>“Maulana sahib is there any hadith of Prophet Muhammad”</w:t>
      </w:r>
    </w:p>
    <w:p>
      <w:r>
        <w:rPr>
          <w:sz w:val="20"/>
        </w:rPr>
        <w:t>5:45  aldeen from pennsylvania.</w:t>
      </w:r>
      <w:r>
        <w:br/>
      </w:r>
      <w:r>
        <w:rPr>
          <w:sz w:val="20"/>
        </w:rPr>
        <w:t>5:51  مولانا صاحب، is there any hadith of Prophet Muhammad where he said to have said that the value</w:t>
      </w:r>
      <w:r>
        <w:br/>
      </w:r>
      <w:r>
        <w:rPr>
          <w:sz w:val="20"/>
        </w:rPr>
        <w:t>5:57  of jihad is so much that a Momin would want to be born again, even hundred times to</w:t>
      </w:r>
      <w:r>
        <w:br/>
      </w:r>
      <w:r>
        <w:rPr>
          <w:sz w:val="20"/>
        </w:rPr>
        <w:t>6:03  Do it and become shaheed hundred times in the battlefield? If he did say this, then what</w:t>
      </w:r>
      <w:r>
        <w:br/>
      </w:r>
      <w:r>
        <w:rPr>
          <w:sz w:val="20"/>
        </w:rPr>
        <w:t>6:09  is its implication? sahi, yeh hadith hai, maujood hai yeh hadith,</w:t>
      </w:r>
      <w:r>
        <w:br/>
      </w:r>
      <w:r>
        <w:rPr>
          <w:sz w:val="20"/>
        </w:rPr>
        <w:t>6:15  lekin yeh hadith jo hai, yeh, um, woh hai, yani absolute sense mein nahi hai.</w:t>
      </w:r>
      <w:r>
        <w:br/>
      </w:r>
      <w:r>
        <w:rPr>
          <w:sz w:val="20"/>
        </w:rPr>
        <w:t>6:20  jis waqt ladai ho rahi thi, jis waqt islam par attack kiya kiya gaya tha, islam ko mitane,</w:t>
      </w:r>
      <w:r>
        <w:br/>
      </w:r>
      <w:r>
        <w:rPr>
          <w:sz w:val="20"/>
        </w:rPr>
        <w:t>6:25  mitaya ja raha tha, us waqt wahi tha jihad ka istemal.</w:t>
      </w:r>
      <w:r>
        <w:br/>
      </w:r>
      <w:r>
        <w:rPr>
          <w:sz w:val="20"/>
        </w:rPr>
        <w:t>6:30  aaj nahi hai woh.</w:t>
      </w:r>
      <w:r>
        <w:br/>
      </w:r>
      <w:r>
        <w:rPr>
          <w:sz w:val="20"/>
        </w:rPr>
        <w:t>6:35  aaj is hadith ko hum redefine karenge.</w:t>
      </w:r>
      <w:r>
        <w:br/>
      </w:r>
      <w:r>
        <w:rPr>
          <w:sz w:val="20"/>
        </w:rPr>
        <w:t>6:40  is waqt hadith ka application badr aur urein ke refer</w:t>
      </w:r>
      <w:r>
        <w:br/>
      </w:r>
      <w:r>
        <w:rPr>
          <w:sz w:val="20"/>
        </w:rPr>
        <w:t>6:45  ence mein hota tha. Ab is hadith ka reference hoga da'wat o tableegh ke is mein hoga. Aaj dedication ke sense mein hoga, apne aap ko Islam ki da'wat ke liye sacrifice karne ke sense mein hoga. To hadith sahi hai, main manta hoon woh sahi hai hadith, lekin woh absolute sense mein nahi hai. Is ko redefine karna hoga, aur redefine karne ka kaam hamesha kiya gaya hai. Main misaal deta hoon aap ko ke Quran mein hai ke "وَأَعِدُّوا لَهُمْ مَسْتَطَاعًا مِنْ قُوَّةٍ"۔ Rasool Allah ne farmaya ke tum jante ho quwwat kya hai? Aap ne farmaya "Ala innal quwwata ar-ram". Allah "Ala innal quwwata ar-ram" ya'ni Quran mein kaha gaya hai ke tum log apne apne mukhalifeen ke muqable mein quwwat faraham karo, taqat faraham karo. Aur hadith mein kaha gaya hai ke taqat ka matlab kya hai? Teer marna, teer marna, teer marna. To aaj koi karega is ko ke teer</w:t>
      </w:r>
      <w:r>
        <w:br/>
      </w:r>
      <w:r>
        <w:rPr>
          <w:sz w:val="20"/>
        </w:rPr>
        <w:t>7:15  kaman le kar ke apne fauj ko musallah kare? Is se kaun karta hai aisa? Aaj koi duniya ki country aisa nahi hai, Muslim country, jo apni fauj ko teer kaman se musallah kare. To wahan unhon ne redefine kiya is hadith ko, redefine kiya. To hadithon ko redefine karne ka kaam sabhi log karte hain, lekin collective sense mein karte hain, kahin karte hain, kahin nahi karte.</w:t>
      </w:r>
      <w:r>
        <w:br/>
      </w:r>
      <w:r>
        <w:rPr>
          <w:sz w:val="20"/>
        </w:rPr>
        <w:t>7:45  یر کمان لے کر کے اپنے فوج کو مسلح کرے؟ اس سے کون کرتا hai ایسا؟ آج کوئی</w:t>
      </w:r>
      <w:r>
        <w:br/>
      </w:r>
      <w:r>
        <w:rPr>
          <w:sz w:val="20"/>
        </w:rPr>
        <w:t>7:51  duniya ki country aesa nahi hai, muslim country, jo apni fauj ko teer kaman se musallah kare.</w:t>
      </w:r>
      <w:r>
        <w:br/>
      </w:r>
      <w:r>
        <w:rPr>
          <w:sz w:val="20"/>
        </w:rPr>
        <w:t>7:58  to wahan unhon ne redefine kiya is hadith ko, redefine kiya.</w:t>
      </w:r>
      <w:r>
        <w:br/>
      </w:r>
      <w:r>
        <w:rPr>
          <w:sz w:val="20"/>
        </w:rPr>
        <w:t>8:04  to hadithon ko redefine karne ka kaam sabhi log karte hain, lekin collective sense mein karte hain,</w:t>
      </w:r>
      <w:r>
        <w:br/>
      </w:r>
      <w:r>
        <w:rPr>
          <w:sz w:val="20"/>
        </w:rPr>
        <w:t>8:10  kahin karte hain, kahin nahi karte.</w:t>
      </w:r>
      <w:r>
        <w:br/>
      </w:r>
      <w:r>
        <w:rPr>
          <w:sz w:val="20"/>
        </w:rPr>
        <w:t>8:16  main kehta hoon ke jis tarah se aap ne wahan redefine kiya "alā inna al-quwwata ar-ramyu" ke</w:t>
      </w:r>
      <w:r>
        <w:br/>
      </w:r>
      <w:r>
        <w:rPr>
          <w:sz w:val="20"/>
        </w:rPr>
        <w:t>8:21  is mein redefine kiya ke aaj aap, aap ko maloom hai, turkey mein yeh pesh aa chuka hai.</w:t>
      </w:r>
      <w:r>
        <w:br/>
      </w:r>
      <w:r>
        <w:rPr>
          <w:sz w:val="20"/>
        </w:rPr>
        <w:t>8:26  turkey mein aesa hua ke wahan ke ulama, jo traditional ulama the, riwayat parast, unhon ne keh diya</w:t>
      </w:r>
      <w:r>
        <w:br/>
      </w:r>
      <w:r>
        <w:rPr>
          <w:sz w:val="20"/>
        </w:rPr>
        <w:t>8:31  ke nahi, hum to wohi talwar wali ladai ladenge.</w:t>
      </w:r>
      <w:r>
        <w:br/>
      </w:r>
      <w:r>
        <w:rPr>
          <w:sz w:val="20"/>
        </w:rPr>
        <w:t>8:36  bada hungama hua hua, aakhir woh fatwa diya gaya ke nahi, hum is ko aaj ke hathiyar se</w:t>
      </w:r>
      <w:r>
        <w:br/>
      </w:r>
      <w:r>
        <w:rPr>
          <w:sz w:val="20"/>
        </w:rPr>
        <w:t>8:41  apne apni fauj ko musallah</w:t>
      </w:r>
      <w:r>
        <w:br/>
      </w:r>
      <w:r>
        <w:rPr>
          <w:sz w:val="20"/>
        </w:rPr>
        <w:t>8:46  karenge. to chunancha wahan ki, wahan ke, wahan ki fouj jo thi turki ki, woh is ko modernize kiya gaya. to yeh jab aap re define karne ke principle ko apply karte hain doosre mamlaat mein, yahan pe apply kijiye. to beharhaal mein yeh kahunga ke jab jang pesh aa rahi thi, jab islam ko mitane ke liye log tal gaye thay, us waqt is ka application woh tha. aaj application doosra hai. aaj d</w:t>
      </w:r>
      <w:r>
        <w:br/>
      </w:r>
      <w:r>
        <w:rPr>
          <w:sz w:val="20"/>
        </w:rPr>
        <w:t>9:16  dawat ke raste mein aap ko dedicate karna hai, apne aap ko dawat ke liye, apne aap ko</w:t>
      </w:r>
      <w:r>
        <w:br/>
      </w:r>
      <w:r>
        <w:rPr>
          <w:sz w:val="20"/>
        </w:rPr>
        <w:t>9:21  sacrifice dena hai, dawat ke liye apni apni energy ko kharch karna hai.</w:t>
      </w:r>
      <w:r>
        <w:br/>
      </w:r>
      <w:r>
        <w:rPr>
          <w:sz w:val="20"/>
        </w:rPr>
        <w:t>9:26  yeh aaj ke lehaz se hoga is ka matlab.</w:t>
      </w:r>
      <w:r>
        <w:br/>
      </w:r>
      <w:r>
        <w:rPr>
          <w:sz w:val="20"/>
        </w:rPr>
        <w:t>9:31  This question is from Mr. Athar Shamsi from Delhi.</w:t>
      </w:r>
      <w:r>
        <w:br/>
      </w:r>
      <w:r>
        <w:rPr>
          <w:sz w:val="20"/>
        </w:rPr>
        <w:t>9:36  maulana, is criticism a blessing? kindly explain.</w:t>
      </w:r>
      <w:r>
        <w:br/>
      </w:r>
      <w:r>
        <w:rPr>
          <w:sz w:val="20"/>
        </w:rPr>
        <w:t>9:41  main to kahunga superb blessing hai, kyunke</w:t>
      </w:r>
    </w:p>
    <w:p>
      <w:pPr>
        <w:pStyle w:val="Heading2"/>
      </w:pPr>
      <w:r>
        <w:t>Awaken consciousness to see paradise</w:t>
      </w:r>
    </w:p>
    <w:p>
      <w:r>
        <w:rPr>
          <w:color w:val="666666"/>
          <w:sz w:val="18"/>
        </w:rPr>
        <w:t>Lessons and Experience 22 May 2011 - Maulana Wahiduddin Khan · 3m 00s · at 7:27 · https://youtu.be/vxgZMiqBTiE?t=447</w:t>
      </w:r>
    </w:p>
    <w:p>
      <w:r>
        <w:rPr>
          <w:i/>
        </w:rPr>
        <w:t>“Awaken your consciousness to see paradise”</w:t>
      </w:r>
    </w:p>
    <w:p>
      <w:r>
        <w:rPr>
          <w:sz w:val="20"/>
        </w:rPr>
        <w:t>7:27  woh mujhe yaad aaya is tajrube ke baad. to behal main samajhta hoon is hadith ka matlab yeh hai ke zameen ka har jagah aap ko, aap apne shaoor ko itna jagaiye,</w:t>
      </w:r>
      <w:r>
        <w:br/>
      </w:r>
      <w:r>
        <w:rPr>
          <w:sz w:val="20"/>
        </w:rPr>
        <w:t>7:42  apne shaoor ko itna bedaar kijiye.</w:t>
      </w:r>
      <w:r>
        <w:br/>
      </w:r>
      <w:r>
        <w:rPr>
          <w:sz w:val="20"/>
        </w:rPr>
        <w:t>7:46  ke zameen ka har jagah, yahan ka har tajruba aap ko is mein</w:t>
      </w:r>
      <w:r>
        <w:br/>
      </w:r>
      <w:r>
        <w:rPr>
          <w:sz w:val="20"/>
        </w:rPr>
        <w:t>7:54  jannat ki jhalak dikhai di. aisa jeena kaisa ajeeb jeena hoga.</w:t>
      </w:r>
      <w:r>
        <w:br/>
      </w:r>
      <w:r>
        <w:rPr>
          <w:sz w:val="20"/>
        </w:rPr>
        <w:t>8:04  yaani agar aap ki zindagi is tarah guzre aur Allah taala aap ko qabool kar le to maut ke baad aisa lagega ke aap jannat hi ke ek makaan mein pehle bhi the.</w:t>
      </w:r>
      <w:r>
        <w:br/>
      </w:r>
      <w:r>
        <w:rPr>
          <w:sz w:val="20"/>
        </w:rPr>
        <w:t>8:19  ab darwaze mein daakhil ho kar ke us ke ek aur hisse mein daakhil ho gaye.</w:t>
      </w:r>
      <w:r>
        <w:br/>
      </w:r>
      <w:r>
        <w:rPr>
          <w:sz w:val="20"/>
        </w:rPr>
        <w:t>8:24  yaani ek kamre se doosre kamre mein. yeh naamukammal version tha, woh kamil version hai. itne faraq hain.</w:t>
      </w:r>
      <w:r>
        <w:br/>
      </w:r>
      <w:r>
        <w:rPr>
          <w:sz w:val="20"/>
        </w:rPr>
        <w:t>8:37  yeh hai momin ki zindagi. jo momin ho, jo sachai ko paaye hue ho, jo Allah mein jeeta ho.</w:t>
      </w:r>
      <w:r>
        <w:br/>
      </w:r>
      <w:r>
        <w:rPr>
          <w:sz w:val="20"/>
        </w:rPr>
        <w:t>8:48  is ka jeene ka jo level hai, woh bohat ooncha ho jaye ga.</w:t>
      </w:r>
      <w:r>
        <w:br/>
      </w:r>
      <w:r>
        <w:rPr>
          <w:sz w:val="20"/>
        </w:rPr>
        <w:t>8:55  is ki manfi soch khatm ho jaye gi. aap sochiye ke jo aadmi jannat ke baghon mein walk karta ho rozana. jo aadmi jannat ke manzar ko rozana dekhta ho.</w:t>
      </w:r>
      <w:r>
        <w:br/>
      </w:r>
      <w:r>
        <w:rPr>
          <w:sz w:val="20"/>
        </w:rPr>
        <w:t>9:10  to is ka kya haal hoga woh?</w:t>
      </w:r>
      <w:r>
        <w:br/>
      </w:r>
      <w:r>
        <w:rPr>
          <w:sz w:val="20"/>
        </w:rPr>
        <w:t>9:12  is ke haan ghussa khatm, manfi soch khatm, tension khatm, be cheeni khatm, stress khatm.</w:t>
      </w:r>
      <w:r>
        <w:br/>
      </w:r>
      <w:r>
        <w:rPr>
          <w:sz w:val="20"/>
        </w:rPr>
        <w:t>9:25  jhanjhlahat khatm. aaj kal dekhiye log aam tor par jeete hain kis mein?</w:t>
      </w:r>
      <w:r>
        <w:br/>
      </w:r>
      <w:r>
        <w:rPr>
          <w:sz w:val="20"/>
        </w:rPr>
        <w:t>9:32  ehsas mehroomi mein. hum ne yeh kho diya, hum ne woh kho diya. yaani khoyi hui cheezon ke ehsas mein jeete hain saare log.</w:t>
      </w:r>
      <w:r>
        <w:br/>
      </w:r>
      <w:r>
        <w:rPr>
          <w:sz w:val="20"/>
        </w:rPr>
        <w:t>9:42  to ab jab jannat pa lein aap, to phir aap ne sab se bari cheez pa li. to phir khona kya hai? yaani khone ka ehsas hi khatm ho jaye ga woh.</w:t>
      </w:r>
      <w:r>
        <w:br/>
      </w:r>
      <w:r>
        <w:rPr>
          <w:sz w:val="20"/>
        </w:rPr>
        <w:t>9:55  aaj kal jo musalman idhar udhar larai bhirayi kiye hue hain,</w:t>
      </w:r>
      <w:r>
        <w:br/>
      </w:r>
      <w:r>
        <w:rPr>
          <w:sz w:val="20"/>
        </w:rPr>
        <w:t>9:59  to woh jannat mein walk karna nahi mila inhe.</w:t>
      </w:r>
      <w:r>
        <w:br/>
      </w:r>
      <w:r>
        <w:rPr>
          <w:sz w:val="20"/>
        </w:rPr>
        <w:t>10:05  inhe jante hi nahi jannat mein walk is dunya mein shuru ho jata hai. isi liye woh nafraton mein jeete hain. larai bhirayi kar rahe hain, khudkushi kar rahe hain.</w:t>
      </w:r>
      <w:r>
        <w:br/>
      </w:r>
      <w:r>
        <w:rPr>
          <w:sz w:val="20"/>
        </w:rPr>
        <w:t>10:20  yaani khud apne bare mein bata rahe hain ke hum ne dunya mein kuch paya hi nahi.</w:t>
      </w:r>
    </w:p>
    <w:p>
      <w:pPr>
        <w:pStyle w:val="Heading2"/>
      </w:pPr>
      <w:r>
        <w:t>Definition of the wisest person</w:t>
      </w:r>
    </w:p>
    <w:p>
      <w:r>
        <w:rPr>
          <w:color w:val="666666"/>
          <w:sz w:val="18"/>
        </w:rPr>
        <w:t>Islam on Life and Death September 11, 2007 · 25s · at 28:07 · https://youtu.be/6x7a7lMAswo?t=1687</w:t>
      </w:r>
    </w:p>
    <w:p>
      <w:r>
        <w:rPr>
          <w:i/>
        </w:rPr>
        <w:t>“Aqwais wo hai jo maut ke baad ki tayyari kare”</w:t>
      </w:r>
    </w:p>
    <w:p>
      <w:r>
        <w:rPr>
          <w:sz w:val="20"/>
        </w:rPr>
        <w:t>28:07  ek martaba rasool Allah sallay Allah alaihi wasallam se poocha gaya ke: "aqis kaun hai?" aqis maani sab se ziyada samajhdar, sab se ziyada waiz. aqis kaun hai?</w:t>
      </w:r>
      <w:r>
        <w:br/>
      </w:r>
      <w:r>
        <w:rPr>
          <w:sz w:val="20"/>
        </w:rPr>
        <w:t>28:18  to aap ne farmaya ke: "aqis woh hai jo maut ke baad aanay walay, aanay walay din ki tayari karay." maut ke baad aanay walay din ki tayari karay.</w:t>
      </w:r>
    </w:p>
    <w:p>
      <w:pPr>
        <w:pStyle w:val="Heading2"/>
      </w:pPr>
      <w:r>
        <w:t>Hadith: Allah gives more for peace than violence</w:t>
      </w:r>
    </w:p>
    <w:p>
      <w:r>
        <w:rPr>
          <w:color w:val="666666"/>
          <w:sz w:val="18"/>
        </w:rPr>
        <w:t>Violence- The Second Forbidden Tree June 14, 2009 · 28s · at 19:52 · https://youtu.be/lJu5kpvxssA?t=1192</w:t>
      </w:r>
    </w:p>
    <w:p>
      <w:r>
        <w:rPr>
          <w:i/>
        </w:rPr>
        <w:t>“Allah gives for peace what He doesn't give violence”</w:t>
      </w:r>
    </w:p>
    <w:p>
      <w:r>
        <w:rPr>
          <w:sz w:val="20"/>
        </w:rPr>
        <w:t>19:52  ek hadith hai: innalaha yu'ti 'alal rifqi ma la yu'ti 'alal 'unf. god grants to peace, what he doesn't grant to violence?</w:t>
      </w:r>
      <w:r>
        <w:br/>
      </w:r>
      <w:r>
        <w:rPr>
          <w:sz w:val="20"/>
        </w:rPr>
        <w:t>20:11  yaani khuda woh hai, peace par woh cheez deta hai jo woh violence par nahin deta.</w:t>
      </w:r>
    </w:p>
    <w:p>
      <w:pPr>
        <w:pStyle w:val="Heading2"/>
      </w:pPr>
      <w:r>
        <w:t>Islam began strange will return strange</w:t>
      </w:r>
    </w:p>
    <w:p>
      <w:r>
        <w:rPr>
          <w:color w:val="666666"/>
          <w:sz w:val="18"/>
        </w:rPr>
        <w:t>Fiqh in Islam (Prophetic Wisdom) November 24, 2006 · 31s · at 7:24 · https://youtu.be/magXxJDsM8c?t=444</w:t>
      </w:r>
    </w:p>
    <w:p>
      <w:r>
        <w:rPr>
          <w:i/>
        </w:rPr>
        <w:t>“Islam gharib se shuru hua, dobara woh gharib ban jayega”</w:t>
      </w:r>
    </w:p>
    <w:p>
      <w:r>
        <w:rPr>
          <w:sz w:val="20"/>
        </w:rPr>
        <w:t>7:24  islam ghareeb se shuru hua, dobara woh ghareeb ban jayega.</w:t>
      </w:r>
      <w:r>
        <w:br/>
      </w:r>
      <w:r>
        <w:rPr>
          <w:sz w:val="20"/>
        </w:rPr>
        <w:t>7:30  yahan ghareeb mani poor ke nahin hain, ghareeb mani strange ke hain, ajnabi ke hain.</w:t>
      </w:r>
      <w:r>
        <w:br/>
      </w:r>
      <w:r>
        <w:rPr>
          <w:sz w:val="20"/>
        </w:rPr>
        <w:t>7:36  yaani islam jab shuru hua to woh apne mahol mein ek ajnabi cheez ki hesiyat rakhta tha, ajnabi</w:t>
      </w:r>
      <w:r>
        <w:br/>
      </w:r>
      <w:r>
        <w:rPr>
          <w:sz w:val="20"/>
        </w:rPr>
        <w:t>7:42  tha aur dobara woh ajnabi ban jayega.</w:t>
      </w:r>
      <w:r>
        <w:br/>
      </w:r>
      <w:r>
        <w:rPr>
          <w:sz w:val="20"/>
        </w:rPr>
        <w:t>7:48  yeh bohat ahem baat hai</w:t>
      </w:r>
    </w:p>
    <w:p>
      <w:pPr>
        <w:pStyle w:val="Heading2"/>
      </w:pPr>
      <w:r>
        <w:t>Allahu Akbar means self-emptying</w:t>
      </w:r>
    </w:p>
    <w:p>
      <w:r>
        <w:rPr>
          <w:color w:val="666666"/>
          <w:sz w:val="18"/>
        </w:rPr>
        <w:t>Maulana on Eid 14 Oct 2007 - Maulana Wahiduddin Khan · 25s · at 6:19 · https://youtu.be/DwpvHoeAswo?t=379</w:t>
      </w:r>
    </w:p>
    <w:p>
      <w:r>
        <w:rPr>
          <w:i/>
        </w:rPr>
        <w:t>“Allahu Akbar means plant God's flag on yourself.”</w:t>
      </w:r>
    </w:p>
    <w:p>
      <w:r>
        <w:rPr>
          <w:sz w:val="20"/>
        </w:rPr>
        <w:t>6:19  sab nirthak baatein hain, nirthak. "Allah o Akbar" ka matlab hai ke aap apne upar Khuda ka jhanda gaadein. Apne ko jab aap nothing banayenge to Khuda se aap ka sunbh ban jayega.</w:t>
      </w:r>
      <w:r>
        <w:br/>
      </w:r>
      <w:r>
        <w:rPr>
          <w:sz w:val="20"/>
        </w:rPr>
        <w:t>6:33  phir aap ko Khuda se inspiration milne lagega. Jaise ek glass pani bhara hua hai to us mein aap aur pani nahi daal sakte.</w:t>
      </w:r>
    </w:p>
    <w:p>
      <w:pPr>
        <w:pStyle w:val="Heading2"/>
      </w:pPr>
      <w:r>
        <w:t>One mission peaceful proclamation of Tawhid</w:t>
      </w:r>
    </w:p>
    <w:p>
      <w:r>
        <w:rPr>
          <w:color w:val="666666"/>
          <w:sz w:val="18"/>
        </w:rPr>
        <w:t>Conversation with Maulana Wahiduddin Khan | October 01, 2017 · 1m 37s · at 22:07 · https://youtu.be/TmOYGd3rp2M?t=1327</w:t>
      </w:r>
    </w:p>
    <w:p>
      <w:r>
        <w:rPr>
          <w:i/>
        </w:rPr>
        <w:t>“Main nahi manta aisa”</w:t>
      </w:r>
    </w:p>
    <w:p>
      <w:r>
        <w:rPr>
          <w:sz w:val="20"/>
        </w:rPr>
        <w:t>22:07  ki wahdaniyat ka ailan.</w:t>
      </w:r>
      <w:r>
        <w:br/>
      </w:r>
      <w:r>
        <w:rPr>
          <w:sz w:val="20"/>
        </w:rPr>
        <w:t>22:12  jab aap yeh sochen ke har jagah koi amli program ko le kar sochen to lagega aap</w:t>
      </w:r>
      <w:r>
        <w:br/>
      </w:r>
      <w:r>
        <w:rPr>
          <w:sz w:val="20"/>
        </w:rPr>
        <w:t>22:18  ko ke har jagah amli program alag alag hai.</w:t>
      </w:r>
      <w:r>
        <w:br/>
      </w:r>
      <w:r>
        <w:rPr>
          <w:sz w:val="20"/>
        </w:rPr>
        <w:t>22:24  lekin aap sochen jab anzar ko le kar, anzar tafseer ko le kar to sirf ailan hi ek</w:t>
      </w:r>
      <w:r>
        <w:br/>
      </w:r>
      <w:r>
        <w:rPr>
          <w:sz w:val="20"/>
        </w:rPr>
        <w:t>22:29  wahid kaam kar pata hai.</w:t>
      </w:r>
      <w:r>
        <w:br/>
      </w:r>
      <w:r>
        <w:rPr>
          <w:sz w:val="20"/>
        </w:rPr>
        <w:t>22:35  chahe Pakistan ho, chahe America ho.</w:t>
      </w:r>
      <w:r>
        <w:br/>
      </w:r>
      <w:r>
        <w:rPr>
          <w:sz w:val="20"/>
        </w:rPr>
        <w:t>22:41  yani ailan ko le kar sochen, dawat ko le kar sochen.</w:t>
      </w:r>
      <w:r>
        <w:br/>
      </w:r>
      <w:r>
        <w:rPr>
          <w:sz w:val="20"/>
        </w:rPr>
        <w:t>22:45  dawat ka matlab hai ailan.</w:t>
      </w:r>
      <w:r>
        <w:br/>
      </w:r>
      <w:r>
        <w:rPr>
          <w:sz w:val="20"/>
        </w:rPr>
        <w:t>22:50  to woh to peaceful hai har jagah.</w:t>
      </w:r>
      <w:r>
        <w:br/>
      </w:r>
      <w:r>
        <w:rPr>
          <w:sz w:val="20"/>
        </w:rPr>
        <w:t>22:54  wahan na ladai hai, na bomb hai, na gun hai.</w:t>
      </w:r>
      <w:r>
        <w:br/>
      </w:r>
      <w:r>
        <w:rPr>
          <w:sz w:val="20"/>
        </w:rPr>
        <w:t>22:59  lekin hota yeh hai ke log dawat ka tasawwur in ka nahin hai.</w:t>
      </w:r>
      <w:r>
        <w:br/>
      </w:r>
      <w:r>
        <w:rPr>
          <w:sz w:val="20"/>
        </w:rPr>
        <w:t>23:03  anzar tafseer ke tasawwur ka nahin hai.</w:t>
      </w:r>
      <w:r>
        <w:br/>
      </w:r>
      <w:r>
        <w:rPr>
          <w:sz w:val="20"/>
        </w:rPr>
        <w:t>23:08  to har jagah woh koi na koi nikalay gaye hain ke falan dushman hai, is ko maro. falan</w:t>
      </w:r>
      <w:r>
        <w:br/>
      </w:r>
      <w:r>
        <w:rPr>
          <w:sz w:val="20"/>
        </w:rPr>
        <w:t>23:12  Islam ke khilaf hai, is ko qatal karo.</w:t>
      </w:r>
      <w:r>
        <w:br/>
      </w:r>
      <w:r>
        <w:rPr>
          <w:sz w:val="20"/>
        </w:rPr>
        <w:t>23:20  to asal baat yeh hai ke logon ne yahi baat nahi jaani ke islam ki bashriyat aik hi hai.</w:t>
      </w:r>
      <w:r>
        <w:br/>
      </w:r>
      <w:r>
        <w:rPr>
          <w:sz w:val="20"/>
        </w:rPr>
        <w:t>23:28  koi manta aik hi hai.</w:t>
      </w:r>
      <w:r>
        <w:br/>
      </w:r>
      <w:r>
        <w:rPr>
          <w:sz w:val="20"/>
        </w:rPr>
        <w:t>23:36  ya in aik hi sachai hai.</w:t>
      </w:r>
    </w:p>
    <w:p>
      <w:pPr>
        <w:pStyle w:val="Heading2"/>
      </w:pPr>
      <w:r>
        <w:t>Don't wait to become perfect before starting dawah</w:t>
      </w:r>
    </w:p>
    <w:p>
      <w:r>
        <w:rPr>
          <w:color w:val="666666"/>
          <w:sz w:val="18"/>
        </w:rPr>
        <w:t>Duties of Ummat-e-Wasat (The Middle Nation) September 25, 2022 · 4m 19s · at 22:31 · https://youtu.be/pIZGjyY5Zv4?t=1351</w:t>
      </w:r>
    </w:p>
    <w:p>
      <w:r>
        <w:rPr>
          <w:i/>
        </w:rPr>
        <w:t>“Some say we must first make ourselves good practicing Muslims.”</w:t>
      </w:r>
    </w:p>
    <w:p>
      <w:r>
        <w:rPr>
          <w:sz w:val="20"/>
        </w:rPr>
        <w:t>22:31  apa, yeh isi se ek related ek aur question aaya hai, doctor naghma siddiqui ne bheja hai dilli se, aur apa, yeh bhi bohat aham sawal hai. unhon ne yeh likha hai ke "some people say that we need to first make our self good practicing muslims before we can start doing dawah work." to what is the islamic perspective?</w:t>
      </w:r>
      <w:r>
        <w:br/>
      </w:r>
      <w:r>
        <w:rPr>
          <w:sz w:val="20"/>
        </w:rPr>
        <w:t>22:52  aksar log yeh kehtay hain ke arey hum to abhi tayyar hi nahi hain, to hum kaisay dawah work karein? aur is wajah se woh un ke andar ek hesitation rehta hai, ek reluctance rehta hai.</w:t>
      </w:r>
      <w:r>
        <w:br/>
      </w:r>
      <w:r>
        <w:rPr>
          <w:sz w:val="20"/>
        </w:rPr>
        <w:t>23:01  woh kharay hi nahi hotay, woh tayyar hi nahi hotay, kyunke woh kehtay hain pehlay hum apnay aap ko tayyar karein gay. to apa, yeh ek bohat bara jo ek rukawat hai zehan mein, is ko aap zaroor address karein.</w:t>
      </w:r>
      <w:r>
        <w:br/>
      </w:r>
      <w:r>
        <w:rPr>
          <w:sz w:val="20"/>
        </w:rPr>
        <w:t>23:15  to aisa to kabhi nahi hoga.</w:t>
      </w:r>
      <w:r>
        <w:br/>
      </w:r>
      <w:r>
        <w:rPr>
          <w:sz w:val="20"/>
        </w:rPr>
        <w:t>23:17  mere khayal mein koi bhi insan yeh kehne ki position mein nahi hai ke aaj se hum bilkul perfect ho gaye hain, hamaray andar koi kami nahi hai. yeh to kabhi hoga hi nahi.</w:t>
      </w:r>
      <w:r>
        <w:br/>
      </w:r>
      <w:r>
        <w:rPr>
          <w:sz w:val="20"/>
        </w:rPr>
        <w:t>23:27  ji, insan to ke andar bohat ziyada weaknesses hain, desires hain, aur tarah tarah ki is se aisi baatein zahir hoti hain ke jo abhi is ke andar bohat ziyada kami hai.</w:t>
      </w:r>
      <w:r>
        <w:br/>
      </w:r>
      <w:r>
        <w:rPr>
          <w:sz w:val="20"/>
        </w:rPr>
        <w:t>23:40  ab prophet se bhi ghaltiyan hui hain, to phir hamari kya hesiyat hai?</w:t>
      </w:r>
      <w:r>
        <w:br/>
      </w:r>
      <w:r>
        <w:rPr>
          <w:sz w:val="20"/>
        </w:rPr>
        <w:t>23:45  to yeh to kabhi nahi hoga ke hum poori tarah se perfect ho jayein aur phir dawah karein hum mar jayein ge, aur woh waqt kabhi nahi aye ga ke hum dawah karein.</w:t>
      </w:r>
      <w:r>
        <w:br/>
      </w:r>
      <w:r>
        <w:rPr>
          <w:sz w:val="20"/>
        </w:rPr>
        <w:t>23:55  to yeh to is mein kai log aisa kehtay hain ke jab tak hum perfect na ho jayein, hum poore tarah se har cheez par amal na ho jayein, tab tak hum dawah nahi karna chahiye.</w:t>
      </w:r>
      <w:r>
        <w:br/>
      </w:r>
      <w:r>
        <w:rPr>
          <w:sz w:val="20"/>
        </w:rPr>
        <w:t>24:05  lekin hum ko har mamlay mein rasool Allah Salallaho Alaihe Wasallam ki zindagi se seekhna hai. rasool Allah Salallaho Alaihe Wasallam ke haan</w:t>
      </w:r>
      <w:r>
        <w:br/>
      </w:r>
      <w:r>
        <w:rPr>
          <w:sz w:val="20"/>
        </w:rPr>
        <w:t>24:14  log atay thay, aur aap jo bhi suntay thay, do char aayaten hi sun letay thay, isi ko lay kar chalay jatay thay, phir apnay logon ko bata detay thay. kyunke dawah jo hai, intezar nahi karna hai ke kal doosra aadmi jo hai, woh khatam ho jaye.</w:t>
      </w:r>
      <w:r>
        <w:br/>
      </w:r>
      <w:r>
        <w:rPr>
          <w:sz w:val="20"/>
        </w:rPr>
        <w:t>24:29  to hum ko afsos hi reh jayega ke hum ne kaash ke hum ne yeh baat us ko bata di hoti</w:t>
      </w:r>
      <w:r>
        <w:br/>
      </w:r>
      <w:r>
        <w:rPr>
          <w:sz w:val="20"/>
        </w:rPr>
        <w:t>24:34  . bilkul to humain baghair intezar kiye hue, humain yeh baat doosron ko batani hai, aur dawah work karne se hamara character bhi improve hoga.</w:t>
      </w:r>
      <w:r>
        <w:br/>
      </w:r>
      <w:r>
        <w:rPr>
          <w:sz w:val="20"/>
        </w:rPr>
        <w:t>24:43  kyunke jab hum koi kaam mein engaged rehtay hain na, to isi ke mutabiq hamara character bhi banta hai. ji, to jo rasool Allah Salallaho Alaihe Wasallam ke baray mein aata hai ke woh 70 bar istighfar karte thay, to aisay to hum hum to kabhi bhi nahi hum kaam kar payein ge, kyunke hum to 700 bar bhi istighfar karein to kam hai.</w:t>
      </w:r>
      <w:r>
        <w:br/>
      </w:r>
      <w:r>
        <w:rPr>
          <w:sz w:val="20"/>
        </w:rPr>
        <w:t>25:04  ji, aur is ke baray mein Maulana ne likha hai apni kitab dawah haq mein ke ek saeed bin jubair ek sahabi thay, to unhon ne kaha ke agar hum intezar karein ke jab tak hum poori tarah amal na karein ge, to aisa phir hum kabhi bhi dawah work na kar sakein ge.</w:t>
      </w:r>
      <w:r>
        <w:br/>
      </w:r>
      <w:r>
        <w:rPr>
          <w:sz w:val="20"/>
        </w:rPr>
        <w:t>25:22  to is tareeqay se humain har halat mein dawah work karna hai. humain sirf ek hi baat achi maloom hai, to humain isi ko bata dena</w:t>
      </w:r>
      <w:r>
        <w:br/>
      </w:r>
      <w:r>
        <w:rPr>
          <w:sz w:val="20"/>
        </w:rPr>
        <w:t>25:31  hai doosron ko. ho sakta hai ke doosra jo hai, woh ziyada behtar tareeqay par is is par amal karne wala ban jaye. ji, bilkul apa, bohat important cheez aap ne wazeh kari.</w:t>
      </w:r>
      <w:r>
        <w:br/>
      </w:r>
      <w:r>
        <w:rPr>
          <w:sz w:val="20"/>
        </w:rPr>
        <w:t>25:44  in fact, agar apa hum dekhein khud, agar hum apni zindagi mein introspection karein, to hum log working life ya professional life mein aisay thori kehtay hain ke pehlay hum kaam ko bahar seekhein ge, phir h</w:t>
      </w:r>
      <w:r>
        <w:br/>
      </w:r>
      <w:r>
        <w:rPr>
          <w:sz w:val="20"/>
        </w:rPr>
        <w:t>25:55  um job karein ge. to isi job mein rehtay hue, jo hai, har koi shakhs seekhta hai aur agay barhta hai.</w:t>
      </w:r>
      <w:r>
        <w:br/>
      </w:r>
      <w:r>
        <w:rPr>
          <w:sz w:val="20"/>
        </w:rPr>
        <w:t>26:03  Maulana Wahiduddin Khan sahib itna emphasize karte thay, kehtay thay har situation ko aap experience samjhiye, is se aap discourage mat huiye.</w:t>
      </w:r>
      <w:r>
        <w:br/>
      </w:r>
      <w:r>
        <w:rPr>
          <w:sz w:val="20"/>
        </w:rPr>
        <w:t>26:12  aur apa, doosri yeh bhi cheez hai ke is mein hum Allah Ta'ala ki madad ko underestimate kar rahay hain. jab</w:t>
      </w:r>
      <w:r>
        <w:br/>
      </w:r>
      <w:r>
        <w:rPr>
          <w:sz w:val="20"/>
        </w:rPr>
        <w:t>26:19  hum is allah ke kaam ke liye khade honge, to yaqeenan god send help aayegi, aur aise jagahon se aayegi jahan pe guman bhi nahi hoga.</w:t>
      </w:r>
      <w:r>
        <w:br/>
      </w:r>
      <w:r>
        <w:rPr>
          <w:sz w:val="20"/>
        </w:rPr>
        <w:t>26:28  firishte madad ke liye toot padenge. to maulana to bahut kehte the ke bas bilkul deri mat kijiye, foran khade ho jaiye, aur angels ki fauj aap ki madad ke liye khadi hogi.</w:t>
      </w:r>
      <w:r>
        <w:br/>
      </w:r>
      <w:r>
        <w:rPr>
          <w:sz w:val="20"/>
        </w:rPr>
        <w:t>26:41  to is liye yeh bahut hi, yeh dono sawal bahut aham sawal the. aap ne bahut acche se is ko wazeh kiya. apa, ek comment padhna chahunga, aur sawal bhi hai.</w:t>
      </w:r>
      <w:r>
        <w:br/>
      </w:r>
      <w:r>
        <w:rPr>
          <w:sz w:val="20"/>
        </w:rPr>
        <w:t>26:51  yeh dilli se imran ahmed sahab ne bheja hai. unhone likha hai: "mashallah, yeh bahut hi aham baat hai. muslim hona koi fazilat ya fakhr ki baat nahi</w:t>
      </w:r>
    </w:p>
    <w:p>
      <w:pPr>
        <w:pStyle w:val="Heading2"/>
      </w:pPr>
      <w:r>
        <w:t>Hospital analogy: why history looks like failure</w:t>
      </w:r>
    </w:p>
    <w:p>
      <w:r>
        <w:rPr>
          <w:color w:val="666666"/>
          <w:sz w:val="18"/>
        </w:rPr>
        <w:t>The Purpose of Existence September9, 2012 · 2m 00s · at 14:04 · https://youtu.be/GB_OC-LeGCE?t=844</w:t>
      </w:r>
    </w:p>
    <w:p>
      <w:r>
        <w:rPr>
          <w:i/>
        </w:rPr>
        <w:t>“Jaise is building ko aap judge karein hospital ke criteria se”</w:t>
      </w:r>
    </w:p>
    <w:p>
      <w:r>
        <w:rPr>
          <w:sz w:val="20"/>
        </w:rPr>
        <w:t>14:04  wrong criteria se judge kar rahe hain is situation ko. ghalati humari yahan hai.</w:t>
      </w:r>
      <w:r>
        <w:br/>
      </w:r>
      <w:r>
        <w:rPr>
          <w:sz w:val="20"/>
        </w:rPr>
        <w:t>14:10  jaise is building ko aap judge karein ek hospital ke criteria se, to aap kahenge ke hospital hai, yahan to kuch bhi nahin. lekin ghalati aap ki hai kyunke yeh hospital woh hai nahin. yeh to jitne log hain, apne mind mein unhone ek order stick banaya,</w:t>
      </w:r>
      <w:r>
        <w:br/>
      </w:r>
      <w:r>
        <w:rPr>
          <w:sz w:val="20"/>
        </w:rPr>
        <w:t>14:31  khud apne mind mein. aur isse naapna shuru kar diya.</w:t>
      </w:r>
      <w:r>
        <w:br/>
      </w:r>
      <w:r>
        <w:rPr>
          <w:sz w:val="20"/>
        </w:rPr>
        <w:t>14:37  to keh rahe hain ke duniya to list of crimes hai. nahin, aap ko jaanna chahiye ke khud creation, khud creator ka creation plan kya hai?</w:t>
      </w:r>
      <w:r>
        <w:br/>
      </w:r>
      <w:r>
        <w:rPr>
          <w:sz w:val="20"/>
        </w:rPr>
        <w:t>14:52  khud creator ke nazdeek purpose of existence kya hai? apne mind se aap nahin isko teh kar sakte.</w:t>
      </w:r>
      <w:r>
        <w:br/>
      </w:r>
      <w:r>
        <w:rPr>
          <w:sz w:val="20"/>
        </w:rPr>
        <w:t>15:06  to ghalati yeh hai ke apne zehan se Khuda ke creation ko judge kar rahe hain.</w:t>
      </w:r>
      <w:r>
        <w:br/>
      </w:r>
      <w:r>
        <w:rPr>
          <w:sz w:val="20"/>
        </w:rPr>
        <w:t>15:18  yani is yehjo jahan aap baithe hue hain, kisi ne isko banaya hai, koi isko chala raha hai, iske mind se janna padega ke yeh kya cheez hai?</w:t>
      </w:r>
      <w:r>
        <w:br/>
      </w:r>
      <w:r>
        <w:rPr>
          <w:sz w:val="20"/>
        </w:rPr>
        <w:t>15:26  aap rehte hain kahin bombay mein, apne apne mind mein ek order stick banaye, isse ja kar judge karein aap usko. to bilashuba woh ghalati karenge aap.</w:t>
      </w:r>
      <w:r>
        <w:br/>
      </w:r>
      <w:r>
        <w:rPr>
          <w:sz w:val="20"/>
        </w:rPr>
        <w:t>15:38  to saare log yahi ghalati kar rahe hain ke apne khud saakhta order stick se ya khud saakhta criteria se woh Allah ke creation ko judge kar rahe hain.</w:t>
      </w:r>
      <w:r>
        <w:br/>
      </w:r>
      <w:r>
        <w:rPr>
          <w:sz w:val="20"/>
        </w:rPr>
        <w:t>15:51  to yeh jo jin jin verses ko maine refer kiya, is par aap ghor kijiye. phir aap ko bilkul har cheez khul jayegi.</w:t>
      </w:r>
    </w:p>
    <w:p>
      <w:pPr>
        <w:pStyle w:val="Heading2"/>
      </w:pPr>
      <w:r>
        <w:t>Da'wah continued despite hostility</w:t>
      </w:r>
    </w:p>
    <w:p>
      <w:r>
        <w:rPr>
          <w:color w:val="666666"/>
          <w:sz w:val="18"/>
        </w:rPr>
        <w:t>Q&amp;A 06 Apr 2008 - Maulana Wahiduddin Khan · 2m 00s · at 9:10 · https://youtu.be/UHuu4_Zbh6Q?t=550</w:t>
      </w:r>
    </w:p>
    <w:p>
      <w:r>
        <w:rPr>
          <w:i/>
        </w:rPr>
        <w:t>“If someone is hostile, avoid conflict but continue da'wah”</w:t>
      </w:r>
    </w:p>
    <w:p>
      <w:r>
        <w:rPr>
          <w:sz w:val="20"/>
        </w:rPr>
        <w:t>9:10  Zahir hai ke dawah activity padi hui hai. Wahan is tareeqe se rahega ke aap ek aadmi se milein, ab wo aadmi hate se bhara hua hai to wo ladne ke liye tayyar ho jata hai.</w:t>
      </w:r>
      <w:r>
        <w:br/>
      </w:r>
      <w:r>
        <w:rPr>
          <w:sz w:val="20"/>
        </w:rPr>
        <w:t>9:25  To aap avoid kijiye,</w:t>
      </w:r>
      <w:r>
        <w:br/>
      </w:r>
      <w:r>
        <w:rPr>
          <w:sz w:val="20"/>
        </w:rPr>
        <w:t>9:27  Jaise kal raat ko hum ne avoid kiya, hum takraye nahi. Lekin is ka matlab nahi ke dawah work band. Is ka matlab ye nahi hai.</w:t>
      </w:r>
      <w:r>
        <w:br/>
      </w:r>
      <w:r>
        <w:rPr>
          <w:sz w:val="20"/>
        </w:rPr>
        <w:t>9:40  Retire karne se bachiye aap bas. Baqi aap dua kijiye, peeche bhi tareeqe samhaiye.</w:t>
      </w:r>
      <w:r>
        <w:br/>
      </w:r>
      <w:r>
        <w:rPr>
          <w:sz w:val="20"/>
        </w:rPr>
        <w:t>9:47  Ye to kaam jari rahega. Yani is ke kade bol ka jawab phir kade bol se na dein. Ye karna hai. Baqi avoid kar ke is ko narmi se samjhana bohat hi.</w:t>
      </w:r>
      <w:r>
        <w:br/>
      </w:r>
      <w:r>
        <w:rPr>
          <w:sz w:val="20"/>
        </w:rPr>
        <w:t>10:03  Jaise Quran mein hai ke Allah taala ne jab Moosa ko bheja</w:t>
      </w:r>
      <w:r>
        <w:br/>
      </w:r>
      <w:r>
        <w:rPr>
          <w:sz w:val="20"/>
        </w:rPr>
        <w:t>10:07  Firaun ke paas, jo zamane mein despotic king bana hua tha, to farmaya ke qoolan qoolan leena narmi se baat karna.</w:t>
      </w:r>
      <w:r>
        <w:br/>
      </w:r>
      <w:r>
        <w:rPr>
          <w:sz w:val="20"/>
        </w:rPr>
        <w:t>10:22  Narmi se baat karna.</w:t>
      </w:r>
      <w:r>
        <w:br/>
      </w:r>
      <w:r>
        <w:rPr>
          <w:sz w:val="20"/>
        </w:rPr>
        <w:t>10:24  To asal cheez ye hai ke humein kade bol ko sun kar humein bhi kada bol nahi bolna hai. Ye karna hai.</w:t>
      </w:r>
      <w:r>
        <w:br/>
      </w:r>
      <w:r>
        <w:rPr>
          <w:sz w:val="20"/>
        </w:rPr>
        <w:t>10:34  Baqi jo koshish hai, wo to chalti rahe gi.</w:t>
      </w:r>
      <w:r>
        <w:br/>
      </w:r>
      <w:r>
        <w:rPr>
          <w:sz w:val="20"/>
        </w:rPr>
        <w:t>10:39  Dua ke zariye se kabhi dua karein ge aap, kabhi thande tareeqe se samjhayein ge, kabhi koi literature dein ge is ko. To ye apne method ko badalne ki baat hai, na ke dawah work ko rok dene ki baat.</w:t>
      </w:r>
      <w:r>
        <w:br/>
      </w:r>
      <w:r>
        <w:rPr>
          <w:sz w:val="20"/>
        </w:rPr>
        <w:t>10:59  This question is from Muhammad Alam. From from the point of view of Islam and also from the point of view of worldly need.</w:t>
      </w:r>
    </w:p>
    <w:p>
      <w:pPr>
        <w:pStyle w:val="Heading2"/>
      </w:pPr>
      <w:r>
        <w:t>Deeds are spiritual responses, not rituals</w:t>
      </w:r>
    </w:p>
    <w:p>
      <w:r>
        <w:rPr>
          <w:color w:val="666666"/>
          <w:sz w:val="18"/>
        </w:rPr>
        <w:t>Dars-e-Quran, Chapter 2 Verse 25 December 03, 2017 · 40s · at 18:34 · https://youtu.be/XdaA0-OrPgg?t=1114</w:t>
      </w:r>
    </w:p>
    <w:p>
      <w:r>
        <w:rPr>
          <w:i/>
        </w:rPr>
        <w:t>“Yaad rakhiye, response ka naam amal hai”</w:t>
      </w:r>
    </w:p>
    <w:p>
      <w:r>
        <w:rPr>
          <w:sz w:val="20"/>
        </w:rPr>
        <w:t>18:34  yad rakhiye, response ka naam amal hai۔kisi kisi kisi dher ka naam amal nahi hai۔</w:t>
      </w:r>
      <w:r>
        <w:br/>
      </w:r>
      <w:r>
        <w:rPr>
          <w:sz w:val="20"/>
        </w:rPr>
        <w:t>18:43  itna sara umrah, itna sara haj, itni sari rakatein, iska amal naam nahi hai۔kisi dher ka naam amal nahi hai۔</w:t>
      </w:r>
      <w:r>
        <w:br/>
      </w:r>
      <w:r>
        <w:rPr>
          <w:sz w:val="20"/>
        </w:rPr>
        <w:t>18:54  amal naam hai speech, spiritual response ka ke dunya mein aap ko misal ke tor par dunya mein aap ko logon ki taraf se nafrat mili aur aap ne un se mohabbat ki۔</w:t>
      </w:r>
    </w:p>
    <w:p>
      <w:pPr>
        <w:pStyle w:val="Heading2"/>
      </w:pPr>
      <w:r>
        <w:t>Living in a world of competition</w:t>
      </w:r>
    </w:p>
    <w:p>
      <w:r>
        <w:rPr>
          <w:color w:val="666666"/>
          <w:sz w:val="18"/>
        </w:rPr>
        <w:t>Living in a World of Competition I 24 Oct. 2010 - Maulana Wahiduddin Khan · 4m 43s · at 0:58 · https://youtu.be/2XgV28_3yug?t=58</w:t>
      </w:r>
    </w:p>
    <w:p>
      <w:r>
        <w:rPr>
          <w:i/>
        </w:rPr>
        <w:t>“Yeh duniya humein mili hui hai”</w:t>
      </w:r>
    </w:p>
    <w:p>
      <w:r>
        <w:rPr>
          <w:sz w:val="20"/>
        </w:rPr>
        <w:t>0:58  dekhiye, yeh dunya hamein mili hui hai allah ki taraf se rehne ke liye. yahan allah ka qanoon hai ke yahan par muqabla hoga, competition hoga, challenges honge,</w:t>
      </w:r>
      <w:r>
        <w:br/>
      </w:r>
      <w:r>
        <w:rPr>
          <w:sz w:val="20"/>
        </w:rPr>
        <w:t>1:11  musabaqat hogi, aur is ke jo consequences hain woh bhi honge.</w:t>
      </w:r>
      <w:r>
        <w:br/>
      </w:r>
      <w:r>
        <w:rPr>
          <w:sz w:val="20"/>
        </w:rPr>
        <w:t>1:25  hum is se escape nahi kar sakte.</w:t>
      </w:r>
      <w:r>
        <w:br/>
      </w:r>
      <w:r>
        <w:rPr>
          <w:sz w:val="20"/>
        </w:rPr>
        <w:t>1:30  quran majeed mein is baat ko kai andaaz se bataya gaya hai. ek ayat hai, yeh ayat hai chapter number 90 ki, 90.</w:t>
      </w:r>
      <w:r>
        <w:br/>
      </w:r>
      <w:r>
        <w:rPr>
          <w:sz w:val="20"/>
        </w:rPr>
        <w:t>1:48  laqad khalaqnal insana fil qabd</w:t>
      </w:r>
      <w:r>
        <w:br/>
      </w:r>
      <w:r>
        <w:rPr>
          <w:sz w:val="20"/>
        </w:rPr>
        <w:t>1:56  yani "we have created man in suffering."</w:t>
      </w:r>
      <w:r>
        <w:br/>
      </w:r>
      <w:r>
        <w:rPr>
          <w:sz w:val="20"/>
        </w:rPr>
        <w:t>2:06  yahan par yeh sochne ki baat hai ke suffering ka matlab kya hai.</w:t>
      </w:r>
      <w:r>
        <w:br/>
      </w:r>
      <w:r>
        <w:rPr>
          <w:sz w:val="20"/>
        </w:rPr>
        <w:t>2:15  suffering ka matlab yeh nahi hai ke is par pahaad toote ga,</w:t>
      </w:r>
      <w:r>
        <w:br/>
      </w:r>
      <w:r>
        <w:rPr>
          <w:sz w:val="20"/>
        </w:rPr>
        <w:t>2:23  is tarah ka musibatein is par girai jayengi, yeh matlab nahi hai. suffering ka matlab wahi hai ke is dunya ka jo qanoon hai, jo law of nature hai,</w:t>
      </w:r>
      <w:r>
        <w:br/>
      </w:r>
      <w:r>
        <w:rPr>
          <w:sz w:val="20"/>
        </w:rPr>
        <w:t>2:41  is ke mutabiq insaan ko rehna padega aise halaat mein jis ke nateeje mein suffering pesh ayegi.</w:t>
      </w:r>
      <w:r>
        <w:br/>
      </w:r>
      <w:r>
        <w:rPr>
          <w:sz w:val="20"/>
        </w:rPr>
        <w:t>2:51  yani dunya mein har insaan ko azaadi di gayi hai, har insaan azaad hai, har insaan ko mauqa hai ke woh apni daur lagaye,</w:t>
      </w:r>
      <w:r>
        <w:br/>
      </w:r>
      <w:r>
        <w:rPr>
          <w:sz w:val="20"/>
        </w:rPr>
        <w:t>3:03  apna apna maqsad hasil karne ki koshish kare.</w:t>
      </w:r>
      <w:r>
        <w:br/>
      </w:r>
      <w:r>
        <w:rPr>
          <w:sz w:val="20"/>
        </w:rPr>
        <w:t>3:09  to jab saare log daurenge, zahir hai ke takraao bhi hoga, koi koi doosre ko defeat dega, kisi doosre ko nuqsaan hoga.</w:t>
      </w:r>
      <w:r>
        <w:br/>
      </w:r>
      <w:r>
        <w:rPr>
          <w:sz w:val="20"/>
        </w:rPr>
        <w:t>3:23  yani azaadi ki bina par</w:t>
      </w:r>
      <w:r>
        <w:br/>
      </w:r>
      <w:r>
        <w:rPr>
          <w:sz w:val="20"/>
        </w:rPr>
        <w:t>3:27  muqabla, competition, aur phir azaadaana competition ki bina par suffering, yeh matlab hai is aayat ka.</w:t>
      </w:r>
      <w:r>
        <w:br/>
      </w:r>
      <w:r>
        <w:rPr>
          <w:sz w:val="20"/>
        </w:rPr>
        <w:t>3:44  to aisi haalat mein agar koi aadmi cheekhein chalayein, shikayatein kare to woh kya hai? Woh woh shikayat jhooti hai uski,</w:t>
      </w:r>
      <w:r>
        <w:br/>
      </w:r>
      <w:r>
        <w:rPr>
          <w:sz w:val="20"/>
        </w:rPr>
        <w:t>3:58  kyunki woh to rahegi.</w:t>
      </w:r>
      <w:r>
        <w:br/>
      </w:r>
      <w:r>
        <w:rPr>
          <w:sz w:val="20"/>
        </w:rPr>
        <w:t>4:03  jaise bahut se log aap ko yeh kehte hue sunen milenge ke hamare saath discrimination hota hai. Yeh ek ek ek bilkul baseless baat hai.</w:t>
      </w:r>
      <w:r>
        <w:br/>
      </w:r>
      <w:r>
        <w:rPr>
          <w:sz w:val="20"/>
        </w:rPr>
        <w:t>4:17  nahin kehna yeh chahiye ke hum competition ke zamane mein compete nahin kar sake, is liye hum suffer kar rahe hain.</w:t>
      </w:r>
      <w:r>
        <w:br/>
      </w:r>
      <w:r>
        <w:rPr>
          <w:sz w:val="20"/>
        </w:rPr>
        <w:t>4:29  discrimination kehna ek waqeye ko galat andaaz se lena hai.</w:t>
      </w:r>
      <w:r>
        <w:br/>
      </w:r>
      <w:r>
        <w:rPr>
          <w:sz w:val="20"/>
        </w:rPr>
        <w:t>4:43  aam mizaj dunya bhar mein yeh hai ke log jahan kahin kisi ko koi setback hota hai, kahan kahin kisi ko koi problem pesh aate hain, kisi ki baat koi bigad jaati hai to foran doosre ko ilzaam deta hai woh</w:t>
      </w:r>
      <w:r>
        <w:br/>
      </w:r>
      <w:r>
        <w:rPr>
          <w:sz w:val="20"/>
        </w:rPr>
        <w:t>5:01  ke falan ki saazish se hua, hamare saath discrimination kiya gaya, hum ko second class citizen bana diya gaya hai. Yeh sab baatein bilkul baseless hain.</w:t>
      </w:r>
      <w:r>
        <w:br/>
      </w:r>
      <w:r>
        <w:rPr>
          <w:sz w:val="20"/>
        </w:rPr>
        <w:t>5:14  yani is ke maani hain ke woh yeh hue ke apni ghalti ko doosre khaane mein daalna,</w:t>
      </w:r>
      <w:r>
        <w:br/>
      </w:r>
      <w:r>
        <w:rPr>
          <w:sz w:val="20"/>
        </w:rPr>
        <w:t>5:22  apne failure ko doosre khaane mein daalna. You have to accept your fail</w:t>
      </w:r>
      <w:r>
        <w:br/>
      </w:r>
      <w:r>
        <w:rPr>
          <w:sz w:val="20"/>
        </w:rPr>
        <w:t>5:29  ure. You have to accept your mistake. Ke hamari apni kisi bhool ki wajah se aisa hua.</w:t>
      </w:r>
    </w:p>
    <w:p>
      <w:pPr>
        <w:pStyle w:val="Heading2"/>
      </w:pPr>
      <w:r>
        <w:t>No malice in heart is key to Paradise</w:t>
      </w:r>
    </w:p>
    <w:p>
      <w:r>
        <w:rPr>
          <w:color w:val="666666"/>
          <w:sz w:val="18"/>
        </w:rPr>
        <w:t>What is Akhirat March 12, 2006 Maulana Wahiduddin Khan · 31s · at 10:57 · https://youtu.be/F41-6s4TdW0?t=657</w:t>
      </w:r>
    </w:p>
    <w:p>
      <w:r>
        <w:rPr>
          <w:i/>
        </w:rPr>
        <w:t>“Yani mein kisi ke liye mere dil mein malees nahi hota”</w:t>
      </w:r>
    </w:p>
    <w:p>
      <w:r>
        <w:rPr>
          <w:sz w:val="20"/>
        </w:rPr>
        <w:t>10:57  la ajad fi qalbi ghussa li ahad. yaani mein kisi ke liye, kisi ke liye mere dil mein malith nahi hota.</w:t>
      </w:r>
      <w:r>
        <w:br/>
      </w:r>
      <w:r>
        <w:rPr>
          <w:sz w:val="20"/>
        </w:rPr>
        <w:t>11:17  mere dil mein kisi ke liye malith nahi aata. yeh kaha us ne. dekhiye yahan bhi aik cheez samajh mein aayi hai.</w:t>
      </w:r>
    </w:p>
    <w:p>
      <w:pPr>
        <w:pStyle w:val="Heading2"/>
      </w:pPr>
      <w:r>
        <w:t>Bismillah represents Angelic culture</w:t>
      </w:r>
    </w:p>
    <w:p>
      <w:r>
        <w:rPr>
          <w:color w:val="666666"/>
          <w:sz w:val="18"/>
        </w:rPr>
        <w:t>Living with Angels April 24, 2007 Maulana Wahiduddin Kha · 27s · at 21:52 · https://youtu.be/vftCoFxsQFw?t=1312</w:t>
      </w:r>
    </w:p>
    <w:p>
      <w:r>
        <w:rPr>
          <w:i/>
        </w:rPr>
        <w:t>“Then I would like to give some more references.”</w:t>
      </w:r>
    </w:p>
    <w:p>
      <w:r>
        <w:rPr>
          <w:sz w:val="20"/>
        </w:rPr>
        <w:t>21:52  Then I would like to give some more references. One is Bismillahir Rahmanir Rahim.</w:t>
      </w:r>
      <w:r>
        <w:br/>
      </w:r>
      <w:r>
        <w:rPr>
          <w:sz w:val="20"/>
        </w:rPr>
        <w:t>22:03  Bismillahir Rahmanir Rahim represents that kind of culture which you may call Paradise culture or Angelic culture.</w:t>
      </w:r>
      <w:r>
        <w:br/>
      </w:r>
      <w:r>
        <w:rPr>
          <w:sz w:val="20"/>
        </w:rPr>
        <w:t>22:14  Bismillahir Rahmanir Rahim is a</w:t>
      </w:r>
    </w:p>
    <w:p>
      <w:pPr>
        <w:pStyle w:val="Heading2"/>
      </w:pPr>
      <w:r>
        <w:t>Why exceptions in nature, like Earth's double rotation, prove God intervened</w:t>
      </w:r>
    </w:p>
    <w:p>
      <w:r>
        <w:rPr>
          <w:color w:val="666666"/>
          <w:sz w:val="18"/>
        </w:rPr>
        <w:t>The Creation Plan of God January 4, 2007 Maulana Wahiduddin Khan · 5m 13s · at 15:02 · https://youtu.be/KNQtOQeLgTQ?t=902</w:t>
      </w:r>
    </w:p>
    <w:p>
      <w:r>
        <w:rPr>
          <w:i/>
        </w:rPr>
        <w:t>“Exception means intervention, and intervention proves an intervener”</w:t>
      </w:r>
    </w:p>
    <w:p>
      <w:r>
        <w:rPr>
          <w:sz w:val="20"/>
        </w:rPr>
        <w:t>15:02  kyun ke real argument kya banega? woh yeh banega ke aap yeh sochein ke jab saari duniya, saari duniya, saari duniya evil-free hai toh insaan mein kyun aakhir evil hai?</w:t>
      </w:r>
      <w:r>
        <w:br/>
      </w:r>
      <w:r>
        <w:rPr>
          <w:sz w:val="20"/>
        </w:rPr>
        <w:t>15:18  toh yeh exception aap ko ek bahut badi baat bataye ga. woh kya bataye ga? Khuda ka existence prove hoga is se.</w:t>
      </w:r>
      <w:r>
        <w:br/>
      </w:r>
      <w:r>
        <w:rPr>
          <w:sz w:val="20"/>
        </w:rPr>
        <w:t>15:30  is se intervention prove hoga ke Khuda ne intentionally intervene kiya aur insaan ko mauqa de diya ke woh woh evil barpa kare.</w:t>
      </w:r>
      <w:r>
        <w:br/>
      </w:r>
      <w:r>
        <w:rPr>
          <w:sz w:val="20"/>
        </w:rPr>
        <w:t>15:44  toh intervention jahan hai, is se kya milta hai hum ko? ke itni badi duniya mein, mein samajhta hoon ke exception yeh poora planet Earth is exception hai.</w:t>
      </w:r>
      <w:r>
        <w:br/>
      </w:r>
      <w:r>
        <w:rPr>
          <w:sz w:val="20"/>
        </w:rPr>
        <w:t>16:00  poora planet Earth. yaani yeh sirf ek hi planet hai, chhota sa, jahan aap jante hain ke life support system hai, jahan pani hai, jahan zindagi hai.</w:t>
      </w:r>
      <w:r>
        <w:br/>
      </w:r>
      <w:r>
        <w:rPr>
          <w:sz w:val="20"/>
        </w:rPr>
        <w:t>16:11  aur phir is mein insan jo hai, wahan free hai. koi aur cheez free nahi hai. kisi ko freedom nahi mila hua hai. yeh insan bolta hai jabkay sitare bol nahi sakte.</w:t>
      </w:r>
      <w:r>
        <w:br/>
      </w:r>
      <w:r>
        <w:rPr>
          <w:sz w:val="20"/>
        </w:rPr>
        <w:t>16:22  insan sochta hai jabkay koi sun soch nahi sakta.</w:t>
      </w:r>
      <w:r>
        <w:br/>
      </w:r>
      <w:r>
        <w:rPr>
          <w:sz w:val="20"/>
        </w:rPr>
        <w:t>16:27  insan chalta hai jabkay koi mountain chal nahi sakta.</w:t>
      </w:r>
      <w:r>
        <w:br/>
      </w:r>
      <w:r>
        <w:rPr>
          <w:sz w:val="20"/>
        </w:rPr>
        <w:t>16:33  to yeh planet Earth jo hai, woh ek exception hai. isi exception ka ek hissa hai insan ki zindagi. to mein yeh kahunga ke exception jo hai, Khuda ka saboot hai.</w:t>
      </w:r>
      <w:r>
        <w:br/>
      </w:r>
      <w:r>
        <w:rPr>
          <w:sz w:val="20"/>
        </w:rPr>
        <w:t>16:48  exception means intervention and invention is a proof of intervener but the existence of intervener is proved</w:t>
      </w:r>
      <w:r>
        <w:br/>
      </w:r>
      <w:r>
        <w:rPr>
          <w:sz w:val="20"/>
        </w:rPr>
        <w:t>16:57  existence of god is also proved to formula yeh hua ke exception is baat ka saboot hai ke yahan par intervention hua hai.</w:t>
      </w:r>
      <w:r>
        <w:br/>
      </w:r>
      <w:r>
        <w:rPr>
          <w:sz w:val="20"/>
        </w:rPr>
        <w:t>17:10  saari universe alag ek ek formula yahan apply kiya gaya jis ko mein exception keh raha hoon. to exception is baat ka proof bana ke yahan par intervene hua hai, intervention hua hai.</w:t>
      </w:r>
      <w:r>
        <w:br/>
      </w:r>
      <w:r>
        <w:rPr>
          <w:sz w:val="20"/>
        </w:rPr>
        <w:t>17:24  jab intervention hua hai to is ka matlab hai ke koi intervener hai. aur jab intervener sabit ho jaye, intervener ka existence prove ho jaye to is ka matlab kya hai?</w:t>
      </w:r>
      <w:r>
        <w:br/>
      </w:r>
      <w:r>
        <w:rPr>
          <w:sz w:val="20"/>
        </w:rPr>
        <w:t>17:37  god ka existence apne aap prove ho gaya. to jis cheez ko probably evil keh rahe hain, jis se woh Khuda ko inkar kar rahe hain ke Khuda nahi hai, us se to Khuda prove ho raha hai.</w:t>
      </w:r>
      <w:r>
        <w:br/>
      </w:r>
      <w:r>
        <w:rPr>
          <w:sz w:val="20"/>
        </w:rPr>
        <w:t>17:47  to dekhiye, bohat hi serious baat hai, is ko samjhiye.</w:t>
      </w:r>
      <w:r>
        <w:br/>
      </w:r>
      <w:r>
        <w:rPr>
          <w:sz w:val="20"/>
        </w:rPr>
        <w:t>17:52  yani jis ko keh rahe hain probably evil, woh hai exception. exception ko wrong nomenclature kar ke woh keh rahe hain.</w:t>
      </w:r>
      <w:r>
        <w:br/>
      </w:r>
      <w:r>
        <w:rPr>
          <w:sz w:val="20"/>
        </w:rPr>
        <w:t>18:02  yeh yeh case of wrong nomenclature ka hai.</w:t>
      </w:r>
      <w:r>
        <w:br/>
      </w:r>
      <w:r>
        <w:rPr>
          <w:sz w:val="20"/>
        </w:rPr>
        <w:t>18:07  yeh saare jo log hain, wrong nomenclature ka sahara le rahe hain. jis jo cheez thi exception, us ko keh diya evil.</w:t>
      </w:r>
      <w:r>
        <w:br/>
      </w:r>
      <w:r>
        <w:rPr>
          <w:sz w:val="20"/>
        </w:rPr>
        <w:t>18:17  aur evil keh diya, us ke baad phir kaha ke sahib, koi to Khuda hi nahi hai is kainat ka.</w:t>
      </w:r>
      <w:r>
        <w:br/>
      </w:r>
      <w:r>
        <w:rPr>
          <w:sz w:val="20"/>
        </w:rPr>
        <w:t>18:24  to mein samajhta hoon ke yeh yeh dunya jo ek exception hai poori universe mein, aap dekhen ke jitne bhi bodies hain, heavenly bodies space mein jitne bodies hain, sab evolve kar rahe hain.</w:t>
      </w:r>
      <w:r>
        <w:br/>
      </w:r>
      <w:r>
        <w:rPr>
          <w:sz w:val="20"/>
        </w:rPr>
        <w:t>18:43  koi bhi ruka hua nahi hai. sab evolve kar rahe hain. evolve kar rahe hain kis par? orbit par. sab ka ek orbit hai. woh orbit par chal rahe hain woh.</w:t>
      </w:r>
      <w:r>
        <w:br/>
      </w:r>
      <w:r>
        <w:rPr>
          <w:sz w:val="20"/>
        </w:rPr>
        <w:t>18:54  lekin lekin hamari jo Earth hai, is mein double rotation hai. yani woh evolve kar rahi hai orbit mein suraj ke gird aur sath sath woh evolve kar rahi hai apne axis par.</w:t>
      </w:r>
      <w:r>
        <w:br/>
      </w:r>
      <w:r>
        <w:rPr>
          <w:sz w:val="20"/>
        </w:rPr>
        <w:t>19:13  to orbit mein ghoomte hue woh apne axis par ghoom rahi hai. yeh double rotation. double rotation is</w:t>
      </w:r>
      <w:r>
        <w:br/>
      </w:r>
      <w:r>
        <w:rPr>
          <w:sz w:val="20"/>
        </w:rPr>
        <w:t>19:20  exception yani poori universe mein koi aaj tak aisa planet ya aisa star discover nahi ho saka hai jis ke andar double rotation ho.</w:t>
      </w:r>
      <w:r>
        <w:br/>
      </w:r>
      <w:r>
        <w:rPr>
          <w:sz w:val="20"/>
        </w:rPr>
        <w:t>19:31  ek to sab mein hai. sab apne orbit par ghoom rahe hain. lekin orbit par ghoomte hue axis par ghoomna yani double rotation, yeh to sirf sirf zameen mein hai.</w:t>
      </w:r>
      <w:r>
        <w:br/>
      </w:r>
      <w:r>
        <w:rPr>
          <w:sz w:val="20"/>
        </w:rPr>
        <w:t>19:46  yeh itna bara exception.</w:t>
      </w:r>
      <w:r>
        <w:br/>
      </w:r>
      <w:r>
        <w:rPr>
          <w:sz w:val="20"/>
        </w:rPr>
        <w:t>19:48  isi ko mein keh raha hoon ke exception is baat ka proof hai ke yahan intervention hua hai. aur intervention is baat ka proof hai ke yahan intervener hai. aur jab intervener prove ho jaye to god bhi prove ho jata hai.</w:t>
      </w:r>
      <w:r>
        <w:br/>
      </w:r>
      <w:r>
        <w:rPr>
          <w:sz w:val="20"/>
        </w:rPr>
        <w:t>20:03  yeh hai formula. ab dekhiye ke insan jo hai, sirf insani ke andar evil kyun hai?</w:t>
      </w:r>
    </w:p>
    <w:p>
      <w:pPr>
        <w:pStyle w:val="Heading2"/>
      </w:pPr>
      <w:r>
        <w:t>True faith makes one harmless and leads to paradise</w:t>
      </w:r>
    </w:p>
    <w:p>
      <w:r>
        <w:rPr>
          <w:color w:val="666666"/>
          <w:sz w:val="18"/>
        </w:rPr>
        <w:t>Hadith (English) | March 27, 2007 | Maulana Wahiduddin Khan · 5m 06s · at 34:01 · https://youtu.be/t_exuHttk3A?t=2041</w:t>
      </w:r>
    </w:p>
    <w:p>
      <w:r>
        <w:rPr>
          <w:i/>
        </w:rPr>
        <w:t>“A true believer is one by whose hands people are safe.”</w:t>
      </w:r>
    </w:p>
    <w:p>
      <w:r>
        <w:rPr>
          <w:sz w:val="20"/>
        </w:rPr>
        <w:t>34:01  aaminuhu al-naasu" . "ala dimaa'ihim wa amwaalihim" . A true believer is one by whose, by whose hands people are safe, people are safe.</w:t>
      </w:r>
      <w:r>
        <w:br/>
      </w:r>
      <w:r>
        <w:rPr>
          <w:sz w:val="20"/>
        </w:rPr>
        <w:t>34:33  People don't, people have no fear about their blood and their money. Why? Because mu'min is one who have discovered God. And one who has discovered God, he, he will find fear in his heart about God. Because God is</w:t>
      </w:r>
      <w:r>
        <w:br/>
      </w:r>
      <w:r>
        <w:rPr>
          <w:sz w:val="20"/>
        </w:rPr>
        <w:t>35:03  almighty. We are accountable to God. Discovering of God means we are accountable to God. So this kind of imaan and faith makes you very, very sincere, very cautious. When you discover that God is your Lord, your s</w:t>
      </w:r>
      <w:r>
        <w:br/>
      </w:r>
      <w:r>
        <w:rPr>
          <w:sz w:val="20"/>
        </w:rPr>
        <w:t>35:33  ustainer, your creator, at the same time you discover that you are accountable to God. And when to discover, when you discover this fact that you are accountable to God, it is but natural that you will be very, very cautious about your actions, about your speech. So</w:t>
      </w:r>
      <w:r>
        <w:br/>
      </w:r>
      <w:r>
        <w:rPr>
          <w:sz w:val="20"/>
        </w:rPr>
        <w:t>36:03  you will, so you will be a, so imaan makes you, imaan or true faith makes you a harmless person in your society. True faith makes you a peaceful person in your society. True faith makes you a disciplined person in your society. In single word I can say that true faith</w:t>
      </w:r>
      <w:r>
        <w:br/>
      </w:r>
      <w:r>
        <w:rPr>
          <w:sz w:val="20"/>
        </w:rPr>
        <w:t>36:34  makes you a predictable person in your society. Predictable person in your society. This is true faith. Then there is a hadith, "man qala laa ilaaha ill-Allah dakhala al-jannah" . One who says that there is no God but one God</w:t>
      </w:r>
      <w:r>
        <w:br/>
      </w:r>
      <w:r>
        <w:rPr>
          <w:sz w:val="20"/>
        </w:rPr>
        <w:t>37:04  , he will find entry into paradise. It means that one who realizes that God is the Lord of the universe, God is the Lord of paradise, and God is everything. This discovery or this realization,</w:t>
      </w:r>
      <w:r>
        <w:br/>
      </w:r>
      <w:r>
        <w:rPr>
          <w:sz w:val="20"/>
        </w:rPr>
        <w:t>37:35  it will, it will enlighten his life. So this kind of character is the true mu'min. And one who possesses this kind of character, he will be, he will find entry into paradise. mu'min means a person in which,</w:t>
      </w:r>
      <w:r>
        <w:br/>
      </w:r>
      <w:r>
        <w:rPr>
          <w:sz w:val="20"/>
        </w:rPr>
        <w:t>38:08  mu'min is a person who has experienced a revolution in his heart. imaan is a revolution. The one who has received this kind of revolution and who is a changed personality, he will be, he will find entry into paradise. So such kind of imaan is a certificate to parad</w:t>
      </w:r>
      <w:r>
        <w:br/>
      </w:r>
      <w:r>
        <w:rPr>
          <w:sz w:val="20"/>
        </w:rPr>
        <w:t>38:38  ise. Such kind of true belief is the only certificate to paradise. So imaan is not simply a recitation. imaan is a realization. And realization of God is everything.</w:t>
      </w:r>
    </w:p>
    <w:p>
      <w:pPr>
        <w:pStyle w:val="Heading2"/>
      </w:pPr>
      <w:r>
        <w:t>evolution of the mode of Dawah through history</w:t>
      </w:r>
    </w:p>
    <w:p>
      <w:r>
        <w:rPr>
          <w:color w:val="666666"/>
          <w:sz w:val="18"/>
        </w:rPr>
        <w:t>God, Man and Paradise April 22, 2007 · 5m 50s · at 13:17 · https://youtu.be/dJ7Hp3i_nkA?t=797</w:t>
      </w:r>
    </w:p>
    <w:p>
      <w:r>
        <w:rPr>
          <w:i/>
        </w:rPr>
        <w:t>“Ek aur cheez jismein evolution hua, woh hai mode of Dawah”</w:t>
      </w:r>
    </w:p>
    <w:p>
      <w:r>
        <w:rPr>
          <w:sz w:val="20"/>
        </w:rPr>
        <w:t>13:17  aik aur cheez jis mein evolution hua, woh hai mode of da'wah. mode of da'wah. yani dekhiye, pehle zamanay mein kya hota tha</w:t>
      </w:r>
      <w:r>
        <w:br/>
      </w:r>
      <w:r>
        <w:rPr>
          <w:sz w:val="20"/>
        </w:rPr>
        <w:t>13:32  ke</w:t>
      </w:r>
      <w:r>
        <w:br/>
      </w:r>
      <w:r>
        <w:rPr>
          <w:sz w:val="20"/>
        </w:rPr>
        <w:t>13:36  by the word of mouth teaching ki jati thi, munh se bol kar ke. by the word of mouth. to woh speech ka daur tha.</w:t>
      </w:r>
      <w:r>
        <w:br/>
      </w:r>
      <w:r>
        <w:rPr>
          <w:sz w:val="20"/>
        </w:rPr>
        <w:t>13:48  phir aap jante hain ke agla zamana aaya jab qalam bana, paper bana, to likha janay laga.</w:t>
      </w:r>
      <w:r>
        <w:br/>
      </w:r>
      <w:r>
        <w:rPr>
          <w:sz w:val="20"/>
        </w:rPr>
        <w:t>13:58  to likh kar ke khuda ki baat ko likh kar ke preserve kiya jaane laga.</w:t>
      </w:r>
      <w:r>
        <w:br/>
      </w:r>
      <w:r>
        <w:rPr>
          <w:sz w:val="20"/>
        </w:rPr>
        <w:t>14:07  yeh zamana jo hai, shuru hua seven century se jab ke quran utra. To pre quran period jo tha, woh word of, woh woh woh zamana tha jab ke speech tha dawah ka, dawah work ka zariya.</w:t>
      </w:r>
      <w:r>
        <w:br/>
      </w:r>
      <w:r>
        <w:rPr>
          <w:sz w:val="20"/>
        </w:rPr>
        <w:t>14:27  by the word of mouth. Quran mein aaya hai ke ilm bil qalam, ilm bil qalam. Yani qalam kya hai? Paper par aap pen se likhte hain.</w:t>
      </w:r>
      <w:r>
        <w:br/>
      </w:r>
      <w:r>
        <w:rPr>
          <w:sz w:val="20"/>
        </w:rPr>
        <w:t>14:37  to paper ko istemal karna aur pen se likhna, is ki taraf is mein bataya gaya ke ab zamana aa gaya hai, woh jab ke likh kar ke dawah work kiya ja sakta hai.</w:t>
      </w:r>
      <w:r>
        <w:br/>
      </w:r>
      <w:r>
        <w:rPr>
          <w:sz w:val="20"/>
        </w:rPr>
        <w:t>14:51  yeh ilm bil qalam, yeh chalta raha.</w:t>
      </w:r>
      <w:r>
        <w:br/>
      </w:r>
      <w:r>
        <w:rPr>
          <w:sz w:val="20"/>
        </w:rPr>
        <w:t>14:55  phir is ke baad ten century mein dekhiye, aap printing press aaya. Printing press. To yeh ek aur zamana aaya is ke baad.</w:t>
      </w:r>
      <w:r>
        <w:br/>
      </w:r>
      <w:r>
        <w:rPr>
          <w:sz w:val="20"/>
        </w:rPr>
        <w:t>15:05  phir aage badha to aap jante hain ke phir electronic media aaya, aur badha to multimedia aaya. Is tarah se mode of dawah mein evolution hota raha.</w:t>
      </w:r>
      <w:r>
        <w:br/>
      </w:r>
      <w:r>
        <w:rPr>
          <w:sz w:val="20"/>
        </w:rPr>
        <w:t>15:19  to ek hadith hai bukhari mein ke innalah layiyad deen bir rajulil fajir khuda apne deen ki madad.</w:t>
      </w:r>
      <w:r>
        <w:br/>
      </w:r>
      <w:r>
        <w:rPr>
          <w:sz w:val="20"/>
        </w:rPr>
        <w:t>15:33  yahan lafz jo hai, taeed ka hai. Ta'eed means support dena. Khuda apne deen ko support dega fajir aadmi ke zariye bhi.</w:t>
      </w:r>
      <w:r>
        <w:br/>
      </w:r>
      <w:r>
        <w:rPr>
          <w:sz w:val="20"/>
        </w:rPr>
        <w:t>15:43  fajir ka matlab hai ke secular, non religious.</w:t>
      </w:r>
      <w:r>
        <w:br/>
      </w:r>
      <w:r>
        <w:rPr>
          <w:sz w:val="20"/>
        </w:rPr>
        <w:t>15:47  yeh main samajhta hoon ke is ki taraf yahan par yeh ek woh hai, ek hint hai ke yeh jo civilization hai, is ko hum kehte hain.</w:t>
      </w:r>
      <w:r>
        <w:br/>
      </w:r>
      <w:r>
        <w:rPr>
          <w:sz w:val="20"/>
        </w:rPr>
        <w:t>15:59  khuda ne is civilization ko</w:t>
      </w:r>
      <w:r>
        <w:br/>
      </w:r>
      <w:r>
        <w:rPr>
          <w:sz w:val="20"/>
        </w:rPr>
        <w:t>16:03  supportive role diya hai. Civilization jo hai, woh alag koi cheez nahi hai.</w:t>
      </w:r>
      <w:r>
        <w:br/>
      </w:r>
      <w:r>
        <w:rPr>
          <w:sz w:val="20"/>
        </w:rPr>
        <w:t>16:10  main samajhta hoon ke poori poori history, poori poori universe, sab kuch is liye hai ke khuda ki glory ko wazeh karne ke liye. Yani creator ko log pehchanein, the glory ko pehchanein, isi ke liye hai.</w:t>
      </w:r>
      <w:r>
        <w:br/>
      </w:r>
      <w:r>
        <w:rPr>
          <w:sz w:val="20"/>
        </w:rPr>
        <w:t>16:25  jaise itni badi universe kyun banayi gayi?</w:t>
      </w:r>
      <w:r>
        <w:br/>
      </w:r>
      <w:r>
        <w:rPr>
          <w:sz w:val="20"/>
        </w:rPr>
        <w:t>16:29  itni badi universe kyun banayi gayi? Scientist ab tak is ka answer nahi de paye hain ke aakhir itni badi universe kyun?</w:t>
      </w:r>
      <w:r>
        <w:br/>
      </w:r>
      <w:r>
        <w:rPr>
          <w:sz w:val="20"/>
        </w:rPr>
        <w:t>16:39  is ka answer kya hai? Taa ke insaan khuda ki greatness ko jaan sake.</w:t>
      </w:r>
      <w:r>
        <w:br/>
      </w:r>
      <w:r>
        <w:rPr>
          <w:sz w:val="20"/>
        </w:rPr>
        <w:t>16:48  oh god, you are great! Yeh keh sake. Agar itni badi universe na hoti, koi choti si duniya hoti hai, to aap kaise keh pate?</w:t>
      </w:r>
      <w:r>
        <w:br/>
      </w:r>
      <w:r>
        <w:rPr>
          <w:sz w:val="20"/>
        </w:rPr>
        <w:t>16:57  oh god, you are great! To itni badi universe jo hai, is liye hai ke aap koi insaan dekha hai, us ko keh sake ke oh god, you are great!</w:t>
      </w:r>
      <w:r>
        <w:br/>
      </w:r>
      <w:r>
        <w:rPr>
          <w:sz w:val="20"/>
        </w:rPr>
        <w:t>17:08  to sab se bada jo concern khuda ka hai, woh yahi hai ke log khuda ko realize karein, khuda ko discover karein. Yahi hai jis ko kaha jata hai marifat.</w:t>
      </w:r>
      <w:r>
        <w:br/>
      </w:r>
      <w:r>
        <w:rPr>
          <w:sz w:val="20"/>
        </w:rPr>
        <w:t>17:20  to itni badi duniya jo banayi gayi, itni badi universe, taa ke khuda ke greatness ko log pehchanein. Phir aap nature ko dekhiye, jis ko aap nature kehte hain.</w:t>
      </w:r>
      <w:r>
        <w:br/>
      </w:r>
      <w:r>
        <w:rPr>
          <w:sz w:val="20"/>
        </w:rPr>
        <w:t>17:32  itni zyada meaningful hai nature.</w:t>
      </w:r>
      <w:r>
        <w:br/>
      </w:r>
      <w:r>
        <w:rPr>
          <w:sz w:val="20"/>
        </w:rPr>
        <w:t>17:35  ek ek cheez mein itni zyada</w:t>
      </w:r>
      <w:r>
        <w:br/>
      </w:r>
      <w:r>
        <w:rPr>
          <w:sz w:val="20"/>
        </w:rPr>
        <w:t>17:40  meaning hai, itni zyada beauty hai. Kyun? Yeh bhi isi liye hai ke aadmi yeh yeh is ko dekh kar discover kare ke khuda kitna meaningful hai, khuda kitna beautiful hai.</w:t>
      </w:r>
      <w:r>
        <w:br/>
      </w:r>
      <w:r>
        <w:rPr>
          <w:sz w:val="20"/>
        </w:rPr>
        <w:t>17:53  aur phir nature jo hai, khuda ko realize karne ke liye hai.</w:t>
      </w:r>
      <w:r>
        <w:br/>
      </w:r>
      <w:r>
        <w:rPr>
          <w:sz w:val="20"/>
        </w:rPr>
        <w:t>17:59  aur sailaizayshan kya hai?</w:t>
      </w:r>
      <w:r>
        <w:br/>
      </w:r>
      <w:r>
        <w:rPr>
          <w:sz w:val="20"/>
        </w:rPr>
        <w:t>18:01  jis ko hum sailaizayshan kehte hain, woh hai</w:t>
      </w:r>
      <w:r>
        <w:br/>
      </w:r>
      <w:r>
        <w:rPr>
          <w:sz w:val="20"/>
        </w:rPr>
        <w:t>18:07  support system hai dawah work ke liye. Yaani taayidi role ya supportive role hai is ka. Jaise ke aap dekhiye, sab se pehli jo invention maani jaati hai civilization mein, woh hai wheel,</w:t>
      </w:r>
      <w:r>
        <w:br/>
      </w:r>
      <w:r>
        <w:rPr>
          <w:sz w:val="20"/>
        </w:rPr>
        <w:t>18:23  pahiya.</w:t>
      </w:r>
      <w:r>
        <w:br/>
      </w:r>
      <w:r>
        <w:rPr>
          <w:sz w:val="20"/>
        </w:rPr>
        <w:t>18:26  yeh jo is ko hum kehte hain civilization, is mein pehli jo invention hai, woh maani jaati hai wheel. Wheel kya hai? Jab wheel bani to is ne the work ko mobility de di.</w:t>
      </w:r>
      <w:r>
        <w:br/>
      </w:r>
      <w:r>
        <w:rPr>
          <w:sz w:val="20"/>
        </w:rPr>
        <w:t>18:40  mobility, harkat. While jo thi, is liye bani ke is se dawah work ko mobility milay.</w:t>
      </w:r>
      <w:r>
        <w:br/>
      </w:r>
      <w:r>
        <w:rPr>
          <w:sz w:val="20"/>
        </w:rPr>
        <w:t>18:52  is ke baad jab aap duniya aagay barhi, jaise support jo hai, insaan ne woh steam power daryaft kiya aur rail bani.</w:t>
      </w:r>
    </w:p>
    <w:p>
      <w:pPr>
        <w:pStyle w:val="Heading2"/>
      </w:pPr>
      <w:r>
        <w:t>Belief in God leads to principled life</w:t>
      </w:r>
    </w:p>
    <w:p>
      <w:r>
        <w:rPr>
          <w:color w:val="666666"/>
          <w:sz w:val="18"/>
        </w:rPr>
        <w:t>Importance of Patience November 24, 2006 · 1m 29s · at 4:25 · https://youtu.be/jHo62FykHlI?t=265</w:t>
      </w:r>
    </w:p>
    <w:p>
      <w:r>
        <w:rPr>
          <w:i/>
        </w:rPr>
        <w:t>“Dekhiye yeh jo baat kahi gayi hai”</w:t>
      </w:r>
    </w:p>
    <w:p>
      <w:r>
        <w:rPr>
          <w:sz w:val="20"/>
        </w:rPr>
        <w:t>4:25  dekhiye yeh jo baat kahi gayi hai to yeh koi purasraar baat nahi hai. yeh bahut zyada samajh mein aane wali baat hai.</w:t>
      </w:r>
      <w:r>
        <w:br/>
      </w:r>
      <w:r>
        <w:rPr>
          <w:sz w:val="20"/>
        </w:rPr>
        <w:t>4:40  is mein koi raaz nahi hai. kyun? dekhiye Khuda par imaan laana kya hai?</w:t>
      </w:r>
      <w:r>
        <w:br/>
      </w:r>
      <w:r>
        <w:rPr>
          <w:sz w:val="20"/>
        </w:rPr>
        <w:t>4:51  ek</w:t>
      </w:r>
      <w:r>
        <w:br/>
      </w:r>
      <w:r>
        <w:rPr>
          <w:sz w:val="20"/>
        </w:rPr>
        <w:t>4:55  ba-maqsad zindagi guzaarne ka faisla lena hai. yaani maqsad bhari zindagi</w:t>
      </w:r>
      <w:r>
        <w:br/>
      </w:r>
      <w:r>
        <w:rPr>
          <w:sz w:val="20"/>
        </w:rPr>
        <w:t>5:07  guzarne ka faisla lena hai.</w:t>
      </w:r>
      <w:r>
        <w:br/>
      </w:r>
      <w:r>
        <w:rPr>
          <w:sz w:val="20"/>
        </w:rPr>
        <w:t>5:12  aisa aadmi, aise aadmi ke baare mein aap samajh sakte hain ke kya hota hai.</w:t>
      </w:r>
      <w:r>
        <w:br/>
      </w:r>
      <w:r>
        <w:rPr>
          <w:sz w:val="20"/>
        </w:rPr>
        <w:t>5:24  uski zindagi usooli ravaiyya, uski zindagi mein usooli ravaiyya aajata hai.</w:t>
      </w:r>
      <w:r>
        <w:br/>
      </w:r>
      <w:r>
        <w:rPr>
          <w:sz w:val="20"/>
        </w:rPr>
        <w:t>5:36  usooli kirdaar aajata hai. kuch aqdaar hoti hain jin ko use har haal mein pairvi karna padta hai.</w:t>
      </w:r>
      <w:r>
        <w:br/>
      </w:r>
      <w:r>
        <w:rPr>
          <w:sz w:val="20"/>
        </w:rPr>
        <w:t>5:48  woh samjhota nahi karta sachai se.</w:t>
      </w:r>
    </w:p>
    <w:p>
      <w:pPr>
        <w:pStyle w:val="Heading2"/>
      </w:pPr>
      <w:r>
        <w:t>Why this verse's unusual style reveals God isn't after punishment</w:t>
      </w:r>
    </w:p>
    <w:p>
      <w:r>
        <w:rPr>
          <w:color w:val="666666"/>
          <w:sz w:val="18"/>
        </w:rPr>
        <w:t>The Concept of Paradise and Hell July 22, 2017 Maulana Wahiduddin Khan · 1m 48s · at 0:51 · https://youtu.be/Bcf0rPHGVWg?t=51</w:t>
      </w:r>
    </w:p>
    <w:p>
      <w:r>
        <w:rPr>
          <w:i/>
        </w:rPr>
        <w:t>“Ma yaf'al Allahu bi'azabikum in shakartum wa amantum...”</w:t>
      </w:r>
    </w:p>
    <w:p>
      <w:r>
        <w:rPr>
          <w:sz w:val="20"/>
        </w:rPr>
        <w:t>0:51  Ma yaf'alullahu bi 'adhabikum in shakartum wa amantum, wa kanallahu shakir an 'aliman. Surah Nisa, ayat number 147.</w:t>
      </w:r>
      <w:r>
        <w:br/>
      </w:r>
      <w:r>
        <w:rPr>
          <w:sz w:val="20"/>
        </w:rPr>
        <w:t>1:05  Allah tum ko azab de kar kya karega agar tum shukr guzari karo aur iman lao</w:t>
      </w:r>
      <w:r>
        <w:br/>
      </w:r>
      <w:r>
        <w:rPr>
          <w:sz w:val="20"/>
        </w:rPr>
        <w:t>1:10  ? Allah bara qadr dan hai, sab kuch janne wala hai. Why should God thank you if you render thanks to Him and believe in Him?</w:t>
      </w:r>
      <w:r>
        <w:br/>
      </w:r>
      <w:r>
        <w:rPr>
          <w:sz w:val="20"/>
        </w:rPr>
        <w:t>1:21  God is appreciative and aware. main jahan tak mujhe yaad hai, yeh Quran ki ek anokhi ayat hai.</w:t>
      </w:r>
      <w:r>
        <w:br/>
      </w:r>
      <w:r>
        <w:rPr>
          <w:sz w:val="20"/>
        </w:rPr>
        <w:t>1:32  is tarah ka usloob shayad kisi aur ayat mein nahi</w:t>
      </w:r>
      <w:r>
        <w:br/>
      </w:r>
      <w:r>
        <w:rPr>
          <w:sz w:val="20"/>
        </w:rPr>
        <w:t>1:36  hai. yani yeh ke Khuda tum ko azab de kar kya karega?</w:t>
      </w:r>
      <w:r>
        <w:br/>
      </w:r>
      <w:r>
        <w:rPr>
          <w:sz w:val="20"/>
        </w:rPr>
        <w:t>1:43  yahan tak mujhe yaad hai, is usloob mein koi ayat doosri nahi hai. to aap jante hain, different usloob hamesha mazeed maani par dalalat karta hai.</w:t>
      </w:r>
      <w:r>
        <w:br/>
      </w:r>
      <w:r>
        <w:rPr>
          <w:sz w:val="20"/>
        </w:rPr>
        <w:t>1:57  agar usloob different hai to wahan par meaning bhi kuch different hogi.</w:t>
      </w:r>
      <w:r>
        <w:br/>
      </w:r>
      <w:r>
        <w:rPr>
          <w:sz w:val="20"/>
        </w:rPr>
        <w:t>2:05  to yeh jo farmaya ke Allah tum ko azab de kar kya karega, matlab Allah ki concern nahi ke azab de, yeh concern hi nahi hai.</w:t>
      </w:r>
      <w:r>
        <w:br/>
      </w:r>
      <w:r>
        <w:rPr>
          <w:sz w:val="20"/>
        </w:rPr>
        <w:t>2:22  Allah ka yeh concern hi nahi hai ke tum ko azab de. kyun? agar</w:t>
      </w:r>
      <w:r>
        <w:br/>
      </w:r>
      <w:r>
        <w:rPr>
          <w:sz w:val="20"/>
        </w:rPr>
        <w:t>2:28  Allah ki jo escape of thing hai, jo kahin plan hai, us mein kahin fit nahi hota azab. fit nahi hota.</w:t>
      </w:r>
    </w:p>
    <w:p>
      <w:pPr>
        <w:pStyle w:val="Heading2"/>
      </w:pPr>
      <w:r>
        <w:t>The principle of thinking about creation not Creator</w:t>
      </w:r>
    </w:p>
    <w:p>
      <w:r>
        <w:rPr>
          <w:color w:val="666666"/>
          <w:sz w:val="18"/>
        </w:rPr>
        <w:t>Right Thinking February 3, 2014 Maulana Wahiduddin Khan · 1m 37s · at 1:04 · https://youtu.be/RU4GUAVEOdw?t=64</w:t>
      </w:r>
    </w:p>
    <w:p>
      <w:r>
        <w:rPr>
          <w:i/>
        </w:rPr>
        <w:t>“Is hadees rasool mein ek bohat bara principle bataya gaya hai”</w:t>
      </w:r>
    </w:p>
    <w:p>
      <w:r>
        <w:rPr>
          <w:sz w:val="20"/>
        </w:rPr>
        <w:t>1:04  is hadith rasul mein ek bahut bada principal bataya gaya hai, jiska taluq art of thinking se hai.</w:t>
      </w:r>
      <w:r>
        <w:br/>
      </w:r>
      <w:r>
        <w:rPr>
          <w:sz w:val="20"/>
        </w:rPr>
        <w:t>1:20  hum jo dunya mein hain is mein ek hai khaliq aur doosra hai makhlooq. to jo makhlooqat hain ya jo takhleeq hai, usko hum dekhte hain, jante hain,</w:t>
      </w:r>
      <w:r>
        <w:br/>
      </w:r>
      <w:r>
        <w:rPr>
          <w:sz w:val="20"/>
        </w:rPr>
        <w:t>1:36  tajruba karte hain, mushahida karte hain. lekin khaliq to in seen hai, khaliq ghayb mein hai,</w:t>
      </w:r>
      <w:r>
        <w:br/>
      </w:r>
      <w:r>
        <w:rPr>
          <w:sz w:val="20"/>
        </w:rPr>
        <w:t>1:45  wo beyond space and time hai.</w:t>
      </w:r>
      <w:r>
        <w:br/>
      </w:r>
      <w:r>
        <w:rPr>
          <w:sz w:val="20"/>
        </w:rPr>
        <w:t>1:52  to isi liye khaliq par iman bilghayb ka taqaza kiya gaya hai.</w:t>
      </w:r>
      <w:r>
        <w:br/>
      </w:r>
      <w:r>
        <w:rPr>
          <w:sz w:val="20"/>
        </w:rPr>
        <w:t>2:02  to yeh jo farmaya ke tum</w:t>
      </w:r>
      <w:r>
        <w:br/>
      </w:r>
      <w:r>
        <w:rPr>
          <w:sz w:val="20"/>
        </w:rPr>
        <w:t>2:07  takhleeqat par ghawr karo, khaliq par mat ghawr karo.</w:t>
      </w:r>
      <w:r>
        <w:br/>
      </w:r>
      <w:r>
        <w:rPr>
          <w:sz w:val="20"/>
        </w:rPr>
        <w:t>2:15  aisa kyun farmaya? iska sabab yeh hai ke insan ghawr o fikr karta hai kisi framework ki roshni mein ya kisi known model ki roshni mein.</w:t>
      </w:r>
      <w:r>
        <w:br/>
      </w:r>
      <w:r>
        <w:rPr>
          <w:sz w:val="20"/>
        </w:rPr>
        <w:t>2:35  jaise hum sochte hain hawai jahaz ke bare mein to hawai jahaz ko</w:t>
      </w:r>
    </w:p>
    <w:p>
      <w:pPr>
        <w:pStyle w:val="Heading2"/>
      </w:pPr>
      <w:r>
        <w:t>Think about creation not creator</w:t>
      </w:r>
    </w:p>
    <w:p>
      <w:r>
        <w:rPr>
          <w:color w:val="666666"/>
          <w:sz w:val="18"/>
        </w:rPr>
        <w:t>Right Thinking February 3, 2014 Maulana Wahiduddin Khan · 35s · at 2:07 · https://youtu.be/RU4GUAVEOdw?t=127</w:t>
      </w:r>
    </w:p>
    <w:p>
      <w:r>
        <w:rPr>
          <w:i/>
        </w:rPr>
        <w:t>“Takhleeqaat par ghaur karo, khaaliq par mat ghaur karo”</w:t>
      </w:r>
    </w:p>
    <w:p>
      <w:r>
        <w:rPr>
          <w:sz w:val="20"/>
        </w:rPr>
        <w:t>2:07  takhleeqat par ghawr karo, khaliq par mat ghawr karo.</w:t>
      </w:r>
      <w:r>
        <w:br/>
      </w:r>
      <w:r>
        <w:rPr>
          <w:sz w:val="20"/>
        </w:rPr>
        <w:t>2:15  aisa kyun farmaya? iska sabab yeh hai ke insan ghawr o fikr karta hai kisi framework ki roshni mein ya kisi known model ki roshni mein.</w:t>
      </w:r>
      <w:r>
        <w:br/>
      </w:r>
      <w:r>
        <w:rPr>
          <w:sz w:val="20"/>
        </w:rPr>
        <w:t>2:35  jaise hum sochte hain hawai jahaz ke bare mein to hawai jahaz ko</w:t>
      </w:r>
    </w:p>
    <w:p>
      <w:pPr>
        <w:pStyle w:val="Heading2"/>
      </w:pPr>
      <w:r>
        <w:t>Make iman beloved, not emotional outburst</w:t>
      </w:r>
    </w:p>
    <w:p>
      <w:r>
        <w:rPr>
          <w:color w:val="666666"/>
          <w:sz w:val="18"/>
        </w:rPr>
        <w:t>Realization of God (Prophetic Wisdom) 8, 2015 · 5m 52s · at 22:34 · https://youtu.be/Fp2qEALpbUY?t=1354</w:t>
      </w:r>
    </w:p>
    <w:p>
      <w:r>
        <w:rPr>
          <w:i/>
        </w:rPr>
        <w:t>“A hadith: 'Allahumma habbib ilayna al-iman'”</w:t>
      </w:r>
    </w:p>
    <w:p>
      <w:r>
        <w:rPr>
          <w:sz w:val="20"/>
        </w:rPr>
        <w:t>22:34  aik hadith mein Rasool Allah Sal Allahu Alaihi Wasallam ne dua ke andaz mein farmaya ke: "Allahumma habbib ilayna al-iman".</w:t>
      </w:r>
      <w:r>
        <w:br/>
      </w:r>
      <w:r>
        <w:rPr>
          <w:sz w:val="20"/>
        </w:rPr>
        <w:t>22:49  ae Khuda!</w:t>
      </w:r>
      <w:r>
        <w:br/>
      </w:r>
      <w:r>
        <w:rPr>
          <w:sz w:val="20"/>
        </w:rPr>
        <w:t>22:53  hamare liye iman ko aik mehboob cheez bana de.</w:t>
      </w:r>
      <w:r>
        <w:br/>
      </w:r>
      <w:r>
        <w:rPr>
          <w:sz w:val="20"/>
        </w:rPr>
        <w:t>23:01  yani iman ke liye hamare dil mein mohabbat daal de.</w:t>
      </w:r>
      <w:r>
        <w:br/>
      </w:r>
      <w:r>
        <w:rPr>
          <w:sz w:val="20"/>
        </w:rPr>
        <w:t>23:08  aap jante hain ke do qism ka tareeqa hota hai. aik yeh hai ke aap kisi cheez ko len mahaz aik aik zaroorat ke liye.</w:t>
      </w:r>
      <w:r>
        <w:br/>
      </w:r>
      <w:r>
        <w:rPr>
          <w:sz w:val="20"/>
        </w:rPr>
        <w:t>23:22  jaise aap aik aik stick len, aik chhari len to aap us se mohabbat nahin hogi. woh to sirf aap ke liye aik zaroorat ke darje mein aik cheez hogi.</w:t>
      </w:r>
      <w:r>
        <w:br/>
      </w:r>
      <w:r>
        <w:rPr>
          <w:sz w:val="20"/>
        </w:rPr>
        <w:t>23:37  lekin maa ko apne bete se muhabbat hoti hai. to ek hota hai muhabbat wala ta'alluq. to aap ne فرمایا کہ yeh sikhaya gaya aap ne کہ hum yeh dua karte rahen.</w:t>
      </w:r>
      <w:r>
        <w:br/>
      </w:r>
      <w:r>
        <w:rPr>
          <w:sz w:val="20"/>
        </w:rPr>
        <w:t>23:53  kyunke aap jante hain ke Rasool Allah Sal Allahu Alaihi Wasallam ek namuna the. har cheez aap ki namuna hai. to humein yeh dua karte rehna chahiye ke: "Allahumma habbib ilaina al-iman".</w:t>
      </w:r>
      <w:r>
        <w:br/>
      </w:r>
      <w:r>
        <w:rPr>
          <w:sz w:val="20"/>
        </w:rPr>
        <w:t>24:04  ae kh</w:t>
      </w:r>
      <w:r>
        <w:br/>
      </w:r>
      <w:r>
        <w:rPr>
          <w:sz w:val="20"/>
        </w:rPr>
        <w:t>24:05  da! hamare liye iman ko ek mehboob cheez bana de. woh mahaz ek etiquette na ho.</w:t>
      </w:r>
      <w:r>
        <w:br/>
      </w:r>
      <w:r>
        <w:rPr>
          <w:sz w:val="20"/>
        </w:rPr>
        <w:t>24:17  woh mahaz ek manual qism ki cheez na ho. mahaz woh ek kharji ravaiyya na ho.</w:t>
      </w:r>
      <w:r>
        <w:br/>
      </w:r>
      <w:r>
        <w:rPr>
          <w:sz w:val="20"/>
        </w:rPr>
        <w:t>24:25  hamare dil mein utra hua ho. yani muhabbat sab se bari cheez hoti hai kisi insaan ke paas. sab se bara jo ta'alluq hai woh muhabbat ka ta'alluq hai.</w:t>
      </w:r>
      <w:r>
        <w:br/>
      </w:r>
      <w:r>
        <w:rPr>
          <w:sz w:val="20"/>
        </w:rPr>
        <w:t>24:39  iske aage koi aur ta'alluq nahin. jaise maa ko apne bete se muhabbat hoti hai to iske aage koi darja nahin hai ta'alluq ka.</w:t>
      </w:r>
      <w:r>
        <w:br/>
      </w:r>
      <w:r>
        <w:rPr>
          <w:sz w:val="20"/>
        </w:rPr>
        <w:t>24:49  kisi insaan ko sab se bara jo, sab se ooncha jo ta'alluq kisi se ho sakta hai usko love kehte hain, muhabbat kehte hain.</w:t>
      </w:r>
      <w:r>
        <w:br/>
      </w:r>
      <w:r>
        <w:rPr>
          <w:sz w:val="20"/>
        </w:rPr>
        <w:t>25:01  iske aage koi darja nahin ta'alluq ka. to فرمایا کہ is aala darje ka ta'alluq hona chahiye aadmi ko iman ke saath.</w:t>
      </w:r>
      <w:r>
        <w:br/>
      </w:r>
      <w:r>
        <w:rPr>
          <w:sz w:val="20"/>
        </w:rPr>
        <w:t>25:12  sab se ooncha jo darja hai muhabbat ka is darje mein, is aala level par mujhe iman mil jaye, iski dua karna.</w:t>
      </w:r>
      <w:r>
        <w:br/>
      </w:r>
      <w:r>
        <w:rPr>
          <w:sz w:val="20"/>
        </w:rPr>
        <w:t>25:26  to yeh bohat bari baat hai. kyunke jis cheez se aap ko muhabbat ho jaye woh aap ka supreme concern ban jata hai.</w:t>
      </w:r>
      <w:r>
        <w:br/>
      </w:r>
      <w:r>
        <w:rPr>
          <w:sz w:val="20"/>
        </w:rPr>
        <w:t>25:38  usko aap priority ke taur par lene lagte hain. iske siwa doosri tamam cheezein jo hain woh aap ke liye secretary ban jati hain.</w:t>
      </w:r>
      <w:r>
        <w:br/>
      </w:r>
      <w:r>
        <w:rPr>
          <w:sz w:val="20"/>
        </w:rPr>
        <w:t>25:52  to insaan ko iman mila hai ya nahin mila hai iski pehchan kya hai? ke iman iske liye</w:t>
      </w:r>
      <w:r>
        <w:br/>
      </w:r>
      <w:r>
        <w:rPr>
          <w:sz w:val="20"/>
        </w:rPr>
        <w:t>26:03  mehboob bana hai ya nahin bana hai. muhabbat ke darje mein iske andar iman dakhil hua hai ya nahin dakhil hua hai. agar iman</w:t>
      </w:r>
      <w:r>
        <w:br/>
      </w:r>
      <w:r>
        <w:rPr>
          <w:sz w:val="20"/>
        </w:rPr>
        <w:t>26:14  dekhein ek baat yeh bhi arz kar doon ke log yani people don't know the difference between iman aur josh.</w:t>
      </w:r>
      <w:r>
        <w:br/>
      </w:r>
      <w:r>
        <w:rPr>
          <w:sz w:val="20"/>
        </w:rPr>
        <w:t>26:29  yani josh ka naam muhabbat nahin hai.</w:t>
      </w:r>
      <w:r>
        <w:br/>
      </w:r>
      <w:r>
        <w:rPr>
          <w:sz w:val="20"/>
        </w:rPr>
        <w:t>26:34  yani Rasool Allah Sal Allahu Alaihi Wasallam ke saath koi koi farz kiye gustakhi kar de aur woh ladne ke khade ho jayen iska naam muhabbat nahin hai.</w:t>
      </w:r>
      <w:r>
        <w:br/>
      </w:r>
      <w:r>
        <w:rPr>
          <w:sz w:val="20"/>
        </w:rPr>
        <w:t>26:50  is baat ko achhe se samajh lijiye ke muhabbat mein aur josh mein farq hai.</w:t>
      </w:r>
      <w:r>
        <w:br/>
      </w:r>
      <w:r>
        <w:rPr>
          <w:sz w:val="20"/>
        </w:rPr>
        <w:t>26:57  is naam par ke Rasool Allah ke saath gustakhi ki gayi hai. Rasool Allah ka naam galat tareeqe se liya gaya hai. aap ladne ko khade ho jayen to yeh hargiz muhabbat Rasool nahin hai.</w:t>
      </w:r>
      <w:r>
        <w:br/>
      </w:r>
      <w:r>
        <w:rPr>
          <w:sz w:val="20"/>
        </w:rPr>
        <w:t>27:11  yeh to ek josh hai, emotional outburst hai. yeh bohat hi alag dhang ki cheez hai.</w:t>
      </w:r>
      <w:r>
        <w:br/>
      </w:r>
      <w:r>
        <w:rPr>
          <w:sz w:val="20"/>
        </w:rPr>
        <w:t>27:21  yaad rakhiye emotional outburst hota hai qaumi jazbe ke tehat. mili jazbe ke tehat. aap ko mehsoos hota hai ke mera pride jo hai woh hit ho gaya hai.</w:t>
      </w:r>
      <w:r>
        <w:br/>
      </w:r>
      <w:r>
        <w:rPr>
          <w:sz w:val="20"/>
        </w:rPr>
        <w:t>27:36  mere pride ko is ne tod diya hai. to is qism ka jo purjosh izhaar hota hai woh haqeeqat mein apne pride ko mehfooz rakhne ke liye hota hai.</w:t>
      </w:r>
      <w:r>
        <w:br/>
      </w:r>
      <w:r>
        <w:rPr>
          <w:sz w:val="20"/>
        </w:rPr>
        <w:t>27:47  apne qaumi</w:t>
      </w:r>
      <w:r>
        <w:br/>
      </w:r>
      <w:r>
        <w:rPr>
          <w:sz w:val="20"/>
        </w:rPr>
        <w:t>27:51  supremacy ko baqi rakhne ke liye hota hai. iska muhabbat Rasool se koi ta'alluq nahin.</w:t>
      </w:r>
      <w:r>
        <w:br/>
      </w:r>
      <w:r>
        <w:rPr>
          <w:sz w:val="20"/>
        </w:rPr>
        <w:t>28:00  yani qaumi nakhwat lagta hai aap ko ke toot gayi. qaumi pride jo hai woh khatre mein pad gaya. iske liye aap, iske liye log josh mein aa kar ke ladna shuru kar dete hain.</w:t>
      </w:r>
      <w:r>
        <w:br/>
      </w:r>
      <w:r>
        <w:rPr>
          <w:sz w:val="20"/>
        </w:rPr>
        <w:t>28:14  woh kuch bhi mohabbat, yaani mohabbat rasool kisi darjay mein bhi mohabbat rasool nahi hai. mohabbat rasool toh ek positive sifat ka naam hai.</w:t>
      </w:r>
      <w:r>
        <w:br/>
      </w:r>
      <w:r>
        <w:rPr>
          <w:sz w:val="20"/>
        </w:rPr>
        <w:t>28:27  ek bohat hi</w:t>
      </w:r>
    </w:p>
    <w:p>
      <w:pPr>
        <w:pStyle w:val="Heading2"/>
      </w:pPr>
      <w:r>
        <w:t>Discovering Bertrand Russell's intellectual honesty</w:t>
      </w:r>
    </w:p>
    <w:p>
      <w:r>
        <w:rPr>
          <w:color w:val="666666"/>
          <w:sz w:val="18"/>
        </w:rPr>
        <w:t>Belief in the Existance of God | 11 Jan, 2009 · 1m 00s · at 39:52 · https://youtu.be/BniNkb0aE6Q?t=2392</w:t>
      </w:r>
    </w:p>
    <w:p>
      <w:r>
        <w:rPr>
          <w:i/>
        </w:rPr>
        <w:t>“Bert Russell ke haan maine ek badi cheez discover ki”</w:t>
      </w:r>
    </w:p>
    <w:p>
      <w:r>
        <w:rPr>
          <w:sz w:val="20"/>
        </w:rPr>
        <w:t>39:52  da ka wajood, woh bilashuba sabit hai, us mein koi shakk hi nahi. Ab main yahan par aik aur reference dena chahunga, Bertrand Russell ka, jo maine arz kiya aap se pehle. Bertrand Russell ke haan maine aik bohat bari cheez discover ki. Bertrand Russell ke bare mein main yeh arz kar doon keh bohat hi honest aadmi tha woh. Yaani agarche woh atheist tha, Khuda ko nahi manta tha, lekin woh jhoot nahi bolta tha kab</w:t>
      </w:r>
      <w:r>
        <w:br/>
      </w:r>
      <w:r>
        <w:rPr>
          <w:sz w:val="20"/>
        </w:rPr>
        <w:t>40:22  hi.</w:t>
      </w:r>
      <w:r>
        <w:br/>
      </w:r>
      <w:r>
        <w:rPr>
          <w:sz w:val="20"/>
        </w:rPr>
        <w:t>40:27  khaas baat yeh thi bert drasel mein ke woh jhoot nahin bol sakta tha.</w:t>
      </w:r>
      <w:r>
        <w:br/>
      </w:r>
      <w:r>
        <w:rPr>
          <w:sz w:val="20"/>
        </w:rPr>
        <w:t>40:31  woh us ko afford nahin kar sakta tha ke woh jhoot boley.</w:t>
      </w:r>
      <w:r>
        <w:br/>
      </w:r>
      <w:r>
        <w:rPr>
          <w:sz w:val="20"/>
        </w:rPr>
        <w:t>40:35  itna honest, intellectual honest tha, itna zabardast woh.</w:t>
      </w:r>
      <w:r>
        <w:br/>
      </w:r>
      <w:r>
        <w:rPr>
          <w:sz w:val="20"/>
        </w:rPr>
        <w:t>40:40  aap us ki biography parhein, agar yeh moti si biography hai.</w:t>
      </w:r>
      <w:r>
        <w:br/>
      </w:r>
      <w:r>
        <w:rPr>
          <w:sz w:val="20"/>
        </w:rPr>
        <w:t>40:44  is mein aisi aisi baatein us ne likhi hain jo hum aap nahin likh sakte.</w:t>
      </w:r>
      <w:r>
        <w:br/>
      </w:r>
      <w:r>
        <w:rPr>
          <w:sz w:val="20"/>
        </w:rPr>
        <w:t>40:48  ek dam khula khula jo bhi weakness thi, jo bhi us ki ghaltiyan thin, seedhi seedhi likh diya us ne. woh</w:t>
      </w:r>
    </w:p>
    <w:p>
      <w:pPr>
        <w:pStyle w:val="Heading2"/>
      </w:pPr>
      <w:r>
        <w:t>Ibn Taymiyyah flogged for inciting protest</w:t>
      </w:r>
    </w:p>
    <w:p>
      <w:r>
        <w:rPr>
          <w:color w:val="666666"/>
          <w:sz w:val="18"/>
        </w:rPr>
        <w:t>Freedom of Expression in Islam | 30th Sep  2012 · 2m 00s · at 1:05:32 · https://youtu.be/UCG6uWyvK6Q?t=3932</w:t>
      </w:r>
    </w:p>
    <w:p>
      <w:r>
        <w:rPr>
          <w:i/>
        </w:rPr>
        <w:t>“Main aapko ek qissa bataoon: Imam Taymiyyah”</w:t>
      </w:r>
    </w:p>
    <w:p>
      <w:r>
        <w:rPr>
          <w:sz w:val="20"/>
        </w:rPr>
        <w:t>1:05:32  yeh yeh unke so called leader hain jo unko bharka bharka kar ke aisa karte hain. main aap ko ek qissa bataun: Imam Taimiya, jo ab Imam kahe jate hain, khazan Imam nahi kahe jate the. woh to unki mashhoor kitab jo hai, "Al-Sarib Al-Rasool", "Al-Ishad Al-Rasool". to us zamane mein kuch ek qissa hua tha, ek Christian ne Rasool Allah ke bare mein ghaliban kuch keh diya tha. to uske baad</w:t>
      </w:r>
      <w:r>
        <w:br/>
      </w:r>
      <w:r>
        <w:rPr>
          <w:sz w:val="20"/>
        </w:rPr>
        <w:t>1:06:02  unhon ne yeh kitab likhi thi. to Ibn Taymiyyah ne taqreer waghera ki aur ek bheed jama ho gayi. usko le kar ke woh Sham mein jo Muslim Sultan tha, uske paas gaye. to jante hain kya hua? Muslim Sultan ne Ibn Taymiyyah ke kode marwaye. aaj jin ko aap Imam kehte hain, jo is kitab ke writer hain, unko kode marwaye. aap ko shaq ho to aap</w:t>
      </w:r>
      <w:r>
        <w:br/>
      </w:r>
      <w:r>
        <w:rPr>
          <w:sz w:val="20"/>
        </w:rPr>
        <w:t>1:06:33  aap yeh sari maloomat internet par maujood hain, aap internet par dekh sakte hain. usko usne Sultan ne kaha ke tum ne taqreer kar ke bharkaye logon ke bhark uthe ho. main ne kaun janta tha kis ne kaha tha, kis ne kaha tha. to invens wahi qissa aaj bhi hai. invens of invens of Muslim jo thi, woh kahin internet pe thi. kaun janta tha us ko? yahi jo hamare so</w:t>
      </w:r>
      <w:r>
        <w:br/>
      </w:r>
      <w:r>
        <w:rPr>
          <w:sz w:val="20"/>
        </w:rPr>
        <w:t>1:07:03  called leader hain, yahi bharka bharka kar taqreer karte hain aur bheed jama karte hain. asaf mujrim jo hain, yaad rakhiye, awam nahi hain. asaf mujrim wahi leader hain jo taqreer karte hain, jo Quran mein akabir mujrimiya, akabir mujrimiya ka matlab yeh hai ke taqreer karne wale jazbati taqreer kar ke bharka kar logon ko bheed jama karte hain. yeh hai chief property gain karne ka bahut asan nuskha</w:t>
      </w:r>
    </w:p>
    <w:p>
      <w:pPr>
        <w:pStyle w:val="Heading2"/>
      </w:pPr>
      <w:r>
        <w:t>Doomsday knocking at the door — time is short</w:t>
      </w:r>
    </w:p>
    <w:p>
      <w:r>
        <w:rPr>
          <w:color w:val="666666"/>
          <w:sz w:val="18"/>
        </w:rPr>
        <w:t>Doomsday Knocking at The Door April 18, 2010 · 29s · at 10:50 · https://youtu.be/nZVho8DkNJo?t=650</w:t>
      </w:r>
    </w:p>
    <w:p>
      <w:r>
        <w:rPr>
          <w:i/>
        </w:rPr>
        <w:t>“Time, time is very short. Doomsday knocking at the door”</w:t>
      </w:r>
    </w:p>
    <w:p>
      <w:r>
        <w:rPr>
          <w:sz w:val="20"/>
        </w:rPr>
        <w:t>10:50  waqt. time is very short.</w:t>
      </w:r>
      <w:r>
        <w:br/>
      </w:r>
      <w:r>
        <w:rPr>
          <w:sz w:val="20"/>
        </w:rPr>
        <w:t>10:56  doom is knocking at the door.</w:t>
      </w:r>
      <w:r>
        <w:br/>
      </w:r>
      <w:r>
        <w:rPr>
          <w:sz w:val="20"/>
        </w:rPr>
        <w:t>10:58  to time, time hai nahi, time hai kahan? ab dekhiye ke Khuda ka agenda kya hai. kal kuch logon se baat ho rahi thi isi baat par ke kya hai Khuda ka agenda jis ko hum apnaein?</w:t>
      </w:r>
    </w:p>
    <w:p>
      <w:pPr>
        <w:pStyle w:val="Heading2"/>
      </w:pPr>
      <w:r>
        <w:t>Absolute truth gives conviction</w:t>
      </w:r>
    </w:p>
    <w:p>
      <w:r>
        <w:rPr>
          <w:color w:val="666666"/>
          <w:sz w:val="18"/>
        </w:rPr>
        <w:t>Islam and Spirituality (In Conversation with Maulana) January 06, 2008 · 1m 08s · at 8:34 · https://youtu.be/ZHr9_EkXCm0?t=514</w:t>
      </w:r>
    </w:p>
    <w:p>
      <w:r>
        <w:rPr>
          <w:i/>
        </w:rPr>
        <w:t>“मैं इस दुनिया में यकीन के साथ जीना चाहता हूं”</w:t>
      </w:r>
    </w:p>
    <w:p>
      <w:r>
        <w:rPr>
          <w:sz w:val="20"/>
        </w:rPr>
        <w:t>8:34  the the truth, taake mujhe conviction mile, mujhe yakeen mile. main is duniya mein yakeen ke saath jeena chahta hoon, yakeen ke saath. lekin jab aap yeh maane ke truth relative hai, to aap yakeen ke saath kaise jee sakte</w:t>
      </w:r>
      <w:r>
        <w:br/>
      </w:r>
      <w:r>
        <w:rPr>
          <w:sz w:val="20"/>
        </w:rPr>
        <w:t>8:48  hain? yeh bhi sachchai, wo bhi sachchai, wo bhi, wo bhi sachchai. to yakeen kahan raha? source of conviction wahi sachchai ban sakti hai jo absolute ho. absolute nahi hai, to wo source of conviction bhi nahi hai. isiliye aap dekhiye, log sachchai paaye hue nahi hain. har taraf discontent mein jee rahe hain, har taraf pareshani mein jee rahe hain, tension aur stress mein jee rahe hain. koi sachchai to paaye hue nahi hai.</w:t>
      </w:r>
      <w:r>
        <w:br/>
      </w:r>
      <w:r>
        <w:rPr>
          <w:sz w:val="20"/>
        </w:rPr>
        <w:t>9:17  to baharhaal, the truth ka jo concept hai, wahi hamare liye source of conviction ban sakta hai. aur jo relative truth ka jo concept hai, usmein hamein conviction nahi milega. aur conviction jisko na mile, to usko to duniya mein kuch bhi nahi mila,</w:t>
      </w:r>
      <w:r>
        <w:br/>
      </w:r>
      <w:r>
        <w:rPr>
          <w:sz w:val="20"/>
        </w:rPr>
        <w:t>9:35  kuch bhi nahi mila. wo despair mein jiyega, despair mein marega.</w:t>
      </w:r>
    </w:p>
    <w:p>
      <w:pPr>
        <w:pStyle w:val="Heading2"/>
      </w:pPr>
      <w:r>
        <w:t>You must learn God's blueprint before living life</w:t>
      </w:r>
    </w:p>
    <w:p>
      <w:r>
        <w:rPr>
          <w:color w:val="666666"/>
          <w:sz w:val="18"/>
        </w:rPr>
        <w:t>Historical Role of Islam November 19, 2006 Maulana Wahiduddin Khan · 2m 50s · at 14:42 · https://youtu.be/mBLorblU68E?t=882</w:t>
      </w:r>
    </w:p>
    <w:p>
      <w:r>
        <w:rPr>
          <w:i/>
        </w:rPr>
        <w:t>“Yeh aisi hai jaise aap nayi sophisticated car mangwayein”</w:t>
      </w:r>
    </w:p>
    <w:p>
      <w:r>
        <w:rPr>
          <w:sz w:val="20"/>
        </w:rPr>
        <w:t>14:42  yeh aise hai jaise ke aap ek nai sophisticated car mangwayen, aur aap us ko baghair jaane hue ke woh us ki, us ki, us ka kya hai woh technology,</w:t>
      </w:r>
      <w:r>
        <w:br/>
      </w:r>
      <w:r>
        <w:rPr>
          <w:sz w:val="20"/>
        </w:rPr>
        <w:t>14:58  aap baith jayen aur ghumane idhar udhar, to kya hoga? accident hoga aur aap bhi marenge, aur car bhi tabah ho jayegi.</w:t>
      </w:r>
      <w:r>
        <w:br/>
      </w:r>
      <w:r>
        <w:rPr>
          <w:sz w:val="20"/>
        </w:rPr>
        <w:t>15:08  to aap ko jaanna padta hai ke yeh jo car hai nai, sophisticated car, engineer ne kaise us ko banaya hai? engineer ki,</w:t>
      </w:r>
      <w:r>
        <w:br/>
      </w:r>
      <w:r>
        <w:rPr>
          <w:sz w:val="20"/>
        </w:rPr>
        <w:t>15:21  yani is is automatic car ko, is sophisticated car ko jis mind ne banaya hai, woh kis tarah banaya hai?</w:t>
      </w:r>
      <w:r>
        <w:br/>
      </w:r>
      <w:r>
        <w:rPr>
          <w:sz w:val="20"/>
        </w:rPr>
        <w:t>15:27  to is ka aap pamphlet padhenge, us se puchhenge, training lenge. aise hi nahi chalane lagenge.</w:t>
      </w:r>
      <w:r>
        <w:br/>
      </w:r>
      <w:r>
        <w:rPr>
          <w:sz w:val="20"/>
        </w:rPr>
        <w:t>15:36  to yeh yeh jo duniya hai itni badi, jo ek car se trillion trillion trillion time zyada badi hai,</w:t>
      </w:r>
      <w:r>
        <w:br/>
      </w:r>
      <w:r>
        <w:rPr>
          <w:sz w:val="20"/>
        </w:rPr>
        <w:t>15:48  to saare log kya kar rahe hain? ke yeh yeh jaane baghair ke jis ne create kiya hai, jo khalique hai is universe ka, us ka apna naqsha kya hai?</w:t>
      </w:r>
      <w:r>
        <w:br/>
      </w:r>
      <w:r>
        <w:rPr>
          <w:sz w:val="20"/>
        </w:rPr>
        <w:t>16:02  kis naqshe ke tehat us ne banaya hai?</w:t>
      </w:r>
      <w:r>
        <w:br/>
      </w:r>
      <w:r>
        <w:rPr>
          <w:sz w:val="20"/>
        </w:rPr>
        <w:t>16:09  to Khuda ne banaya hai, suppose pani peene ke liye, aap peene ke bajaye us ko kya karen?</w:t>
      </w:r>
      <w:r>
        <w:br/>
      </w:r>
      <w:r>
        <w:rPr>
          <w:sz w:val="20"/>
        </w:rPr>
        <w:t>16:17  sar par bahate rahen, sar bahate rahen, to pyas to bujhegi nahi aap ki? pyas to nahi bujhegi? aap ko jaanna padega ke pani Khuda ne kyun banaya hai, tab aap us ko piyenge aap.</w:t>
      </w:r>
      <w:r>
        <w:br/>
      </w:r>
      <w:r>
        <w:rPr>
          <w:sz w:val="20"/>
        </w:rPr>
        <w:t>16:30  nahi to sar par bahate rahenge aur pyas waisi ki waisi baqi rahegi aap ki. tadap tadap kar mar jayenge aap. to basic raaz jo hai ke saari duniya ke log kyun despair mein mar rahe hain?</w:t>
      </w:r>
      <w:r>
        <w:br/>
      </w:r>
      <w:r>
        <w:rPr>
          <w:sz w:val="20"/>
        </w:rPr>
        <w:t>16:42  kyun frustration mein mar rahe hain? kyun yeh keh</w:t>
      </w:r>
      <w:r>
        <w:br/>
      </w:r>
      <w:r>
        <w:rPr>
          <w:sz w:val="20"/>
        </w:rPr>
        <w:t>16:45  kar marta hai aadmi ke "I have been fail". "I have failed in my life". kyun?</w:t>
      </w:r>
      <w:r>
        <w:br/>
      </w:r>
      <w:r>
        <w:rPr>
          <w:sz w:val="20"/>
        </w:rPr>
        <w:t>16:55  creation plan ko jaane baghair. maslan is student ko agar woh mujh se mulaqat hui hoti to main kehta ke "it is it is the law of nature".</w:t>
      </w:r>
      <w:r>
        <w:br/>
      </w:r>
      <w:r>
        <w:rPr>
          <w:sz w:val="20"/>
        </w:rPr>
        <w:t>17:07  law of nature jo hai, first chance aap ko khona padta hai, tab second chance ko aap avail kar paate</w:t>
      </w:r>
      <w:r>
        <w:br/>
      </w:r>
      <w:r>
        <w:rPr>
          <w:sz w:val="20"/>
        </w:rPr>
        <w:t>17:14  hain. first chance means experience. aap ne first chance ko samajh liya, achievement.</w:t>
      </w:r>
      <w:r>
        <w:br/>
      </w:r>
      <w:r>
        <w:rPr>
          <w:sz w:val="20"/>
        </w:rPr>
        <w:t>17:23  first chance kisi ke liye achievement nahi hota. first chance hamesha tajrube ke liye hota hai, experience ke liye hota hai. to law of nature ko janiye.</w:t>
      </w:r>
    </w:p>
    <w:p>
      <w:pPr>
        <w:pStyle w:val="Heading2"/>
      </w:pPr>
      <w:r>
        <w:t>Inner knowledge false reason proves God</w:t>
      </w:r>
    </w:p>
    <w:p>
      <w:r>
        <w:rPr>
          <w:color w:val="666666"/>
          <w:sz w:val="18"/>
        </w:rPr>
        <w:t>One Can See God 4 March, 2007 Maulana Wahiduddin Khan · 5m 18s · at 2:15 · https://youtu.be/RhrntNbYslg?t=135</w:t>
      </w:r>
    </w:p>
    <w:p>
      <w:r>
        <w:rPr>
          <w:i/>
        </w:rPr>
        <w:t>“Dekhiye yeh ek bahut bada”</w:t>
      </w:r>
    </w:p>
    <w:p>
      <w:r>
        <w:rPr>
          <w:sz w:val="20"/>
        </w:rPr>
        <w:t>2:15  dekhein yeh ek bahut bada, bahut badi fallacy hai. bahut badi fallacy hai. main keh sakta hoon ke Khuda ko maine daleel se paya hai.</w:t>
      </w:r>
      <w:r>
        <w:br/>
      </w:r>
      <w:r>
        <w:rPr>
          <w:sz w:val="20"/>
        </w:rPr>
        <w:t>2:34  reason se paya hai.</w:t>
      </w:r>
      <w:r>
        <w:br/>
      </w:r>
      <w:r>
        <w:rPr>
          <w:sz w:val="20"/>
        </w:rPr>
        <w:t>2:39  aur sab se badi daleel mere paas yeh hai ke aisi baatein mere mind mein aati hain jis ko maine kabhi socha nahi tha. woh kaun dene wala hai in baaton ko?</w:t>
      </w:r>
      <w:r>
        <w:br/>
      </w:r>
      <w:r>
        <w:rPr>
          <w:sz w:val="20"/>
        </w:rPr>
        <w:t>2:51  aisi hazaron baatein hain jin ko maine padha nahi. jin ko maine</w:t>
      </w:r>
      <w:r>
        <w:br/>
      </w:r>
      <w:r>
        <w:rPr>
          <w:sz w:val="20"/>
        </w:rPr>
        <w:t>2:59  suna nahi. toh kahan se aati hain woh? ya agar kahein ke woh andar ka jo khazana hai us mein hai toh mujhe koi sa insaan batao ke woh baatein kisi ne kahi hon?</w:t>
      </w:r>
      <w:r>
        <w:br/>
      </w:r>
      <w:r>
        <w:rPr>
          <w:sz w:val="20"/>
        </w:rPr>
        <w:t>3:12  jo log yeh kehte hain ke andar hi sab kuch hai toh woh kuch bhi nahi de paye.</w:t>
      </w:r>
      <w:r>
        <w:br/>
      </w:r>
      <w:r>
        <w:rPr>
          <w:sz w:val="20"/>
        </w:rPr>
        <w:t>3:18  koi ek bhi insaan nahi hai jo yeh daawa karta ho aur koi baat de paye takhleeqi baat. duniya ki badi badi kitaabein jo hain woh scientists ne likhi hain, philosophers ne likhi hain.</w:t>
      </w:r>
      <w:r>
        <w:br/>
      </w:r>
      <w:r>
        <w:rPr>
          <w:sz w:val="20"/>
        </w:rPr>
        <w:t>3:31  aise log toh koi badi kitaab nahi de paye. toh ek daawa toh zaroor woh kar rahe hain lekin un ke paas bhi koi is ka saboot nahi hai ke kuch unhone paya hai.</w:t>
      </w:r>
      <w:r>
        <w:br/>
      </w:r>
      <w:r>
        <w:rPr>
          <w:sz w:val="20"/>
        </w:rPr>
        <w:t>3:42  ek anand bhi jee sakte hain woh. lekin aap jaise bahar kuch nahi de sake, kuch nahi bata sake ke unhone yeh paya hai.</w:t>
      </w:r>
      <w:r>
        <w:br/>
      </w:r>
      <w:r>
        <w:rPr>
          <w:sz w:val="20"/>
        </w:rPr>
        <w:t>3:53  isi tarah ke ek aadmi se meri mulaqat hui. New York Emirate mein un ki taqreer hui thi.</w:t>
      </w:r>
      <w:r>
        <w:br/>
      </w:r>
      <w:r>
        <w:rPr>
          <w:sz w:val="20"/>
        </w:rPr>
        <w:t>4:01  English bahut achhi bolte the woh. toh badi dhoom thi, taaliyan baj rahi thi. toh maine un se poocha ke aap apni koi aisi daryaft bataiye jo sirf aap ko hui ho.</w:t>
      </w:r>
      <w:r>
        <w:br/>
      </w:r>
      <w:r>
        <w:rPr>
          <w:sz w:val="20"/>
        </w:rPr>
        <w:t>4:20  maine kaha ke main aap se is par koi behas nahi karunga. sirf aap yeh kahein ke yeh daryaft mujhe hui hai jo meri apni hai. aur mujhe pehle na toh maine kabhi padha hai is ko na suna.</w:t>
      </w:r>
      <w:r>
        <w:br/>
      </w:r>
      <w:r>
        <w:rPr>
          <w:sz w:val="20"/>
        </w:rPr>
        <w:t>4:31  yeh khud ki meri daryaft hai. poori tareekh mein maine pehli baar daryaft kiya hai is ko.</w:t>
      </w:r>
      <w:r>
        <w:br/>
      </w:r>
      <w:r>
        <w:rPr>
          <w:sz w:val="20"/>
        </w:rPr>
        <w:t>4:37  toh woh ek baat bhi bata sake? unhone kaha ke yeh toh hair splitting hai.</w:t>
      </w:r>
      <w:r>
        <w:br/>
      </w:r>
      <w:r>
        <w:rPr>
          <w:sz w:val="20"/>
        </w:rPr>
        <w:t>4:50  jo kehte hain mooshgaafi. hair splitting. yeh mooshgaafi hai.</w:t>
      </w:r>
      <w:r>
        <w:br/>
      </w:r>
      <w:r>
        <w:rPr>
          <w:sz w:val="20"/>
        </w:rPr>
        <w:t>4:57  isi tarah ka sawal maine kiya Ravi Ravi Shankar se jo bahut hi maroof aadmi hain. woh bhi kuch nahi bata sake. sirf unhone ek saib ya phool ki ajezi mujhe de diya.</w:t>
      </w:r>
      <w:r>
        <w:br/>
      </w:r>
      <w:r>
        <w:rPr>
          <w:sz w:val="20"/>
        </w:rPr>
        <w:t>5:10  toh jo log yeh daawa karte hain ke insaan ke andar hi sab kuch hai toh woh toh bataein na ke unhone kya is mein nikala hai?</w:t>
      </w:r>
      <w:r>
        <w:br/>
      </w:r>
      <w:r>
        <w:rPr>
          <w:sz w:val="20"/>
        </w:rPr>
        <w:t>5:18  kya nikala hai unhone?</w:t>
      </w:r>
      <w:r>
        <w:br/>
      </w:r>
      <w:r>
        <w:rPr>
          <w:sz w:val="20"/>
        </w:rPr>
        <w:t>5:22  is tarah ka daawa karne wala sab se bada tareekh mein tha Rajneesh. shayad itna bada koi nahi aadmi hai jis ne is baat ko daawa kiya ho.</w:t>
      </w:r>
      <w:r>
        <w:br/>
      </w:r>
      <w:r>
        <w:rPr>
          <w:sz w:val="20"/>
        </w:rPr>
        <w:t>5:35  aur logon ne bahut sa kiya lekin yeh main samajhta hoon ke is maamle mein hero ki hesiyat rakhta hai.</w:t>
      </w:r>
      <w:r>
        <w:br/>
      </w:r>
      <w:r>
        <w:rPr>
          <w:sz w:val="20"/>
        </w:rPr>
        <w:t>5:41  toh un ki kitaab hai Kundali Ander Base. woh isi topic par hai.</w:t>
      </w:r>
      <w:r>
        <w:br/>
      </w:r>
      <w:r>
        <w:rPr>
          <w:sz w:val="20"/>
        </w:rPr>
        <w:t>5:49  Kundali Ander Base. is ki theme yeh hai ke woh jo deer hota hai, hiran,</w:t>
      </w:r>
      <w:r>
        <w:br/>
      </w:r>
      <w:r>
        <w:rPr>
          <w:sz w:val="20"/>
        </w:rPr>
        <w:t>5:57  jis ke andar woh hota hai,</w:t>
      </w:r>
      <w:r>
        <w:br/>
      </w:r>
      <w:r>
        <w:rPr>
          <w:sz w:val="20"/>
        </w:rPr>
        <w:t>6:02  woh mushk, shayad em you es ke hota hai woh? musk? to kaha jata hai ke ek aisa ek andar ek hota hai is ko kehte hain nafeh.</w:t>
      </w:r>
      <w:r>
        <w:br/>
      </w:r>
      <w:r>
        <w:rPr>
          <w:sz w:val="20"/>
        </w:rPr>
        <w:t>6:18  is mein woh mushk hota hai.</w:t>
      </w:r>
      <w:r>
        <w:br/>
      </w:r>
      <w:r>
        <w:rPr>
          <w:sz w:val="20"/>
        </w:rPr>
        <w:t>6:21  to jab woh pakhta ho jata hai to is ki khushbu nikalne lagti hai. to woh hiran jo hai woh, deer, bhagta hai idhar udhar.</w:t>
      </w:r>
      <w:r>
        <w:br/>
      </w:r>
      <w:r>
        <w:rPr>
          <w:sz w:val="20"/>
        </w:rPr>
        <w:t>6:30  is khushbu ko pane ke liye. halanke khushbu isi ke andar hoti hai. lekin woh dhoondta hai bahar.</w:t>
      </w:r>
      <w:r>
        <w:br/>
      </w:r>
      <w:r>
        <w:rPr>
          <w:sz w:val="20"/>
        </w:rPr>
        <w:t>6:40  to is ko ek unwan banaya unhon ne ke kundli andar basay. ab sawal hai ke yeh to sahi kahani hai sirf. sainsi tor par aap sabit nahi kar sakte ke koi aisa deer hai jo bhagta hai bahar dhoondne ke liye apni khushbu ko.</w:t>
      </w:r>
      <w:r>
        <w:br/>
      </w:r>
      <w:r>
        <w:rPr>
          <w:sz w:val="20"/>
        </w:rPr>
        <w:t>6:57  ek farzi kahani par buniyad kar diya unhon ne ek kahani. to kaisa aap ka yeh daryaft hai ke is ke liye aap ke paas khud, siwa farzi kahani ke, ek banawati kahani ke siwa aur kuch aap ke paas, kuch kahani ko nahi hota hai?</w:t>
      </w:r>
      <w:r>
        <w:br/>
      </w:r>
      <w:r>
        <w:rPr>
          <w:sz w:val="20"/>
        </w:rPr>
        <w:t>7:15  kyun ke jo tareekh hai janwaron ki woh yeh nahi batati ke woh jo deer hota hai, em you es ke musk wala, woh is tarah se daurta hai khushbu pane ke liye.</w:t>
      </w:r>
      <w:r>
        <w:br/>
      </w:r>
      <w:r>
        <w:rPr>
          <w:sz w:val="20"/>
        </w:rPr>
        <w:t>7:30  yeh to ek kahani hai bas.</w:t>
      </w:r>
    </w:p>
    <w:p>
      <w:pPr>
        <w:pStyle w:val="Heading2"/>
      </w:pPr>
      <w:r>
        <w:t>no artist can improve on nature's perfect designs</w:t>
      </w:r>
    </w:p>
    <w:p>
      <w:r>
        <w:rPr>
          <w:color w:val="666666"/>
          <w:sz w:val="18"/>
        </w:rPr>
        <w:t>Art of Thinking May 07, 2006 Maulana Wahiduddin Khan · 1m 24s · at 6:01 · https://youtu.be/OlLLhZTVNz4?t=361</w:t>
      </w:r>
    </w:p>
    <w:p>
      <w:r>
        <w:rPr>
          <w:i/>
        </w:rPr>
        <w:t>“No artist could ever design grass better than grass”</w:t>
      </w:r>
    </w:p>
    <w:p>
      <w:r>
        <w:rPr>
          <w:sz w:val="20"/>
        </w:rPr>
        <w:t>6:01  mein aksar dekhta hoon cheezon ko, mislan grass, ghaas ko mein dekhta hoon to mein sochta hoon ke ghaas ka koi doosra model, koi bhi artist nahi bana sakta.</w:t>
      </w:r>
      <w:r>
        <w:br/>
      </w:r>
      <w:r>
        <w:rPr>
          <w:sz w:val="20"/>
        </w:rPr>
        <w:t>6:14  yani ghaas ka jo model hai woh apne final model par hai. woh koi doosra model ghaas ka is se acha nahi bana sakta.</w:t>
      </w:r>
      <w:r>
        <w:br/>
      </w:r>
      <w:r>
        <w:rPr>
          <w:sz w:val="20"/>
        </w:rPr>
        <w:t>6:22  aap sher ko dekhiye, tiger ko. tiger ka jo model hai, koi artist is se acha model tiger ka nahi bana sakta.</w:t>
      </w:r>
      <w:r>
        <w:br/>
      </w:r>
      <w:r>
        <w:rPr>
          <w:sz w:val="20"/>
        </w:rPr>
        <w:t>6:33  apne final model par tiger hai. aap peṛ ko dekhiye, machhli ko dekhiye, sun aur moon ko dekhiye, planet star ko dekhiye, kisi bhi cheez ko dekhiye.</w:t>
      </w:r>
      <w:r>
        <w:br/>
      </w:r>
      <w:r>
        <w:rPr>
          <w:sz w:val="20"/>
        </w:rPr>
        <w:t>6:47  aap har cheez apne final model par dikhai degi.</w:t>
      </w:r>
      <w:r>
        <w:br/>
      </w:r>
      <w:r>
        <w:rPr>
          <w:sz w:val="20"/>
        </w:rPr>
        <w:t>6:51  is par aap dekh kar thrill paida hona chahiye. jo kaha hai ke kaha ke hum ne bansuri bajai, tum tum ne dance nahi kiya. tum ko thrill nahi aya.</w:t>
      </w:r>
      <w:r>
        <w:br/>
      </w:r>
      <w:r>
        <w:rPr>
          <w:sz w:val="20"/>
        </w:rPr>
        <w:t>7:05  tumhare andar star bhi aa gaya ke khuda ya kaisa ajeeb hoga to kaisi is cheezain bana dali to ne.</w:t>
      </w:r>
      <w:r>
        <w:br/>
      </w:r>
      <w:r>
        <w:rPr>
          <w:sz w:val="20"/>
        </w:rPr>
        <w:t>7:15  aur hum to sirf is ka ek fraction jaan paate hain warna is mein kya kya cheezain rakhi hui hain.</w:t>
      </w:r>
    </w:p>
    <w:p>
      <w:pPr>
        <w:pStyle w:val="Heading2"/>
      </w:pPr>
      <w:r>
        <w:t>Blame thyself — the cause is always within</w:t>
      </w:r>
    </w:p>
    <w:p>
      <w:r>
        <w:rPr>
          <w:color w:val="666666"/>
          <w:sz w:val="18"/>
        </w:rPr>
        <w:t>Living in a World of Competition October 24, 2010 · 39s · at 32:32 · https://youtu.be/0DRVM8YxM5U?t=1952</w:t>
      </w:r>
    </w:p>
    <w:p>
      <w:r>
        <w:rPr>
          <w:i/>
        </w:rPr>
        <w:t>“Isi liye Bible mein hai: Blame thyself”</w:t>
      </w:r>
    </w:p>
    <w:p>
      <w:r>
        <w:rPr>
          <w:sz w:val="20"/>
        </w:rPr>
        <w:t>32:32  dusron ko blame dene se koi faida nahi. isi liye Bible mein hai: "blame thy self".</w:t>
      </w:r>
      <w:r>
        <w:br/>
      </w:r>
      <w:r>
        <w:rPr>
          <w:sz w:val="20"/>
        </w:rPr>
        <w:t>32:40  apne aap ko ilzam do. yeh hai paighambar ka qaul: "blame thy self". apne aap ko ilzam do.</w:t>
      </w:r>
      <w:r>
        <w:br/>
      </w:r>
      <w:r>
        <w:rPr>
          <w:sz w:val="20"/>
        </w:rPr>
        <w:t>32:49  yani sabab apne andar talash karo, kyunke bahar to sabab hai hi nahi.</w:t>
      </w:r>
      <w:r>
        <w:br/>
      </w:r>
      <w:r>
        <w:rPr>
          <w:sz w:val="20"/>
        </w:rPr>
        <w:t>32:57  "blame thy self" ka matlab kya hai? jo guzar gaya, jo ho gaya, us ka sabab apne andar talash karo,</w:t>
      </w:r>
      <w:r>
        <w:br/>
      </w:r>
      <w:r>
        <w:rPr>
          <w:sz w:val="20"/>
        </w:rPr>
        <w:t>33:06  kyunke bahar to hai nahi koi sabab.</w:t>
      </w:r>
    </w:p>
    <w:p>
      <w:pPr>
        <w:pStyle w:val="Heading2"/>
      </w:pPr>
      <w:r>
        <w:t>Ostrich habit of escaping reality</w:t>
      </w:r>
    </w:p>
    <w:p>
      <w:r>
        <w:rPr>
          <w:color w:val="666666"/>
          <w:sz w:val="18"/>
        </w:rPr>
        <w:t>One Can See God 4 March, 2007 Maulana Wahiduddin Khan · 3m 18s · at 1:22:25 · https://youtu.be/RhrntNbYslg?t=4945</w:t>
      </w:r>
    </w:p>
    <w:p>
      <w:r>
        <w:rPr>
          <w:i/>
        </w:rPr>
        <w:t>“Ostrich ko kehte hain shatarmurgh”</w:t>
      </w:r>
    </w:p>
    <w:p>
      <w:r>
        <w:rPr>
          <w:sz w:val="20"/>
        </w:rPr>
        <w:t>1:22:25  this question is from sadia please elaborate ostrich habit haan dekhein ostrich kehte hain urdu mein shuturmurgh shuturmurgh ostrich kaha jata hai ke sab se bari bird hai agarche woh</w:t>
      </w:r>
      <w:r>
        <w:br/>
      </w:r>
      <w:r>
        <w:rPr>
          <w:sz w:val="20"/>
        </w:rPr>
        <w:t>1:22:43  woh yani flight nahi kar sakti fly fly nahi kar sakti kya kehte hain is ko urh nahi sakti woh flight less hain flight less flight less hoti hai lekin phir bhi woh bird kaha jata hai woh kyunke is ke pankh hote hain aur woh</w:t>
      </w:r>
      <w:r>
        <w:br/>
      </w:r>
      <w:r>
        <w:rPr>
          <w:sz w:val="20"/>
        </w:rPr>
        <w:t>1:23:01  kafi bhari hota hai woh main samajhta hoon ke shayad dedh sau pound is ka wazan hota hai galban toh</w:t>
      </w:r>
      <w:r>
        <w:br/>
      </w:r>
      <w:r>
        <w:rPr>
          <w:sz w:val="20"/>
        </w:rPr>
        <w:t>1:23:14  kaha jata hai ke yani ho sakta hai ke legend ho ya ho sakta hai ke waqia ho lekin yeh baat kahi jati hai behraal is ko kehte hain ostrich habit kaha jata hai ke jab storm aata hai desert mein toh desert mein jab storm aata hai toh woh aap ko ek helpless samajhne lagta hai helpless</w:t>
      </w:r>
      <w:r>
        <w:br/>
      </w:r>
      <w:r>
        <w:rPr>
          <w:sz w:val="20"/>
        </w:rPr>
        <w:t>1:23:33  toh woh kya karta hai kyunke urh urh urh toh sakta nahi woh toh bohat ziyada bhag bhi nahi sakta toh woh apna gardan jo hai is mein daal deta hai is mein sand mein matlab mein is storm ko na dekhun</w:t>
      </w:r>
      <w:r>
        <w:br/>
      </w:r>
      <w:r>
        <w:rPr>
          <w:sz w:val="20"/>
        </w:rPr>
        <w:t>1:23:51  yani storm aayega is ko khatam bhi kar dega sab kuch hoga lekin for the moment woh apni is pe gardan mein ret mein daal kar ke yeh samajh leta hai ke storm mujh se chala gaya toh yeh hai ostrich habit toh log yahi karte hain yeh yeh bhi mazhab toh wohi hai yeh jo yeh jo hai</w:t>
      </w:r>
      <w:r>
        <w:br/>
      </w:r>
      <w:r>
        <w:rPr>
          <w:sz w:val="20"/>
        </w:rPr>
        <w:t>1:24:13  yani yeh jo inhone kaha ke enjoy every moment yeh bhi ostrich habit hai wohi hai yeh aap escape karte hain zindagi ke problem se aap ko taqat nahi hai is se larne ki</w:t>
      </w:r>
      <w:r>
        <w:br/>
      </w:r>
      <w:r>
        <w:rPr>
          <w:sz w:val="20"/>
        </w:rPr>
        <w:t>1:24:30  aap ko jo stress aaya hai jo tension aaya hai us ko aap manage nahi kar sakte toh kya karte hain aap excess mein chale jate hain aur sharab pi kar ke ya meditation kar meditation kar ke ya ho ho kar ke ha ha culture chala kar ke ab yeh of ostrich habit hai yeh</w:t>
      </w:r>
      <w:r>
        <w:br/>
      </w:r>
      <w:r>
        <w:rPr>
          <w:sz w:val="20"/>
        </w:rPr>
        <w:t>1:24:48  ke problem apni jagah waise hi waise hi rehta hai ke aap thori der ke liye apne aap ko escapism ka is ko mein keh sakta hoon ke escapism hai yeh escape kar ke apne aap ko ek aisi jagah le aate hain jahan aap thori der ke liye apne ko unawareness mein daal dein</w:t>
      </w:r>
      <w:r>
        <w:br/>
      </w:r>
      <w:r>
        <w:rPr>
          <w:sz w:val="20"/>
        </w:rPr>
        <w:t>1:25:06  yeh unawareness hai yeh toh main samajhta hoon ke yeh yeh insan ke liye ostrich habit hai yeh isi type ka yeh mamla hai jis tarah ke shuturmurgh karta hai ostrich aur yeh koi yani healthy habit nahi</w:t>
      </w:r>
      <w:r>
        <w:br/>
      </w:r>
      <w:r>
        <w:rPr>
          <w:sz w:val="20"/>
        </w:rPr>
        <w:t>1:25:25  yani ostrich ke tarike se apne aap ko unaware unawareness mein daal dena yeh main nahi samajhta ke koi healthy habit hai yeh i had to share one point razi was saying that</w:t>
      </w:r>
    </w:p>
    <w:p>
      <w:pPr>
        <w:pStyle w:val="Heading2"/>
      </w:pPr>
      <w:r>
        <w:t>Hadith never lists everything; gnosis isn't a checklist</w:t>
      </w:r>
    </w:p>
    <w:p>
      <w:r>
        <w:rPr>
          <w:color w:val="666666"/>
          <w:sz w:val="18"/>
        </w:rPr>
        <w:t>Prophetic Method November 18, 2013 · 1m 29s · at 24:23 · https://youtu.be/bGA92mdRq1g?t=1463</w:t>
      </w:r>
    </w:p>
    <w:p>
      <w:r>
        <w:rPr>
          <w:i/>
        </w:rPr>
        <w:t>“Khud Rasool Allah ne hadithon mein saari baat nahi batayi”</w:t>
      </w:r>
    </w:p>
    <w:p>
      <w:r>
        <w:rPr>
          <w:sz w:val="20"/>
        </w:rPr>
        <w:t>24:23  khud Rasool Allah ne hadithon mein sari baat nahi batai hai. yeh mumkin nahi hai. agar koi yeh samjhe ke khud hadithon mein sari baat maujood hai list ke taur par, to bohat bari ghalat fehmi mein mubtala hai.</w:t>
      </w:r>
      <w:r>
        <w:br/>
      </w:r>
      <w:r>
        <w:rPr>
          <w:sz w:val="20"/>
        </w:rPr>
        <w:t>24:41  is ka yeh matlab harghiz nahi, balke Rasool Allah ka jo laya hua bulai hui hidayat hai, woh aap ko aap ko iman deti hai, aap ko zehni irtaqa deti hai,</w:t>
      </w:r>
      <w:r>
        <w:br/>
      </w:r>
      <w:r>
        <w:rPr>
          <w:sz w:val="20"/>
        </w:rPr>
        <w:t>24:55  aap ke andar thinking process jagati hai, aap ke andar creative creativity paida karti hai. to aap ki creative thinking jo hai, us se sab baaten unfold hoti rehti hain.</w:t>
      </w:r>
      <w:r>
        <w:br/>
      </w:r>
      <w:r>
        <w:rPr>
          <w:sz w:val="20"/>
        </w:rPr>
        <w:t>25:08  agar marifat ek list ki shakal mein ho, ek, do, teen, char, panch, chhe, sat, ath, nau, das, to woh marifat khushk cheez hogi. khushk</w:t>
      </w:r>
      <w:r>
        <w:br/>
      </w:r>
      <w:r>
        <w:rPr>
          <w:sz w:val="20"/>
        </w:rPr>
        <w:t>25:18  marifat ki azmat is liye ke woh ek discovery ka subject hai. discovery ka. agar marifat list ke baad hoti, ek fehrist ke baad hoti hai ke bhai ek, do, teen, char, panch, chhe, nau, das, ek ek list hai, usi ka naam marifat hai.</w:t>
      </w:r>
      <w:r>
        <w:br/>
      </w:r>
      <w:r>
        <w:rPr>
          <w:sz w:val="20"/>
        </w:rPr>
        <w:t>25:36  phir to marifat kuch bhi nahi thi.</w:t>
      </w:r>
      <w:r>
        <w:br/>
      </w:r>
      <w:r>
        <w:rPr>
          <w:sz w:val="20"/>
        </w:rPr>
        <w:t>25:38  woh aik khushk mozu hota. aik khushk mozu hota. to marifat naam hai creative process ka.</w:t>
      </w:r>
    </w:p>
    <w:p>
      <w:pPr>
        <w:pStyle w:val="Heading2"/>
      </w:pPr>
      <w:r>
        <w:t>Quran's 'joined then split apart' verse parallels the Big Bang</w:t>
      </w:r>
    </w:p>
    <w:p>
      <w:r>
        <w:rPr>
          <w:color w:val="666666"/>
          <w:sz w:val="18"/>
        </w:rPr>
        <w:t>God Particle July 8, 2012 · 5m 05s · at 26:09 · https://youtu.be/30Ulu10c2nA?t=1569</w:t>
      </w:r>
    </w:p>
    <w:p>
      <w:r>
        <w:rPr>
          <w:i/>
        </w:rPr>
        <w:t>“The heavens and the earth were joined together, then We split them apart”</w:t>
      </w:r>
    </w:p>
    <w:p>
      <w:r>
        <w:rPr>
          <w:sz w:val="20"/>
        </w:rPr>
        <w:t>26:09  to quran mein dekhiye surah al anbiya jo chapter number 21 hai, is ki aik woh ayat hai jo yeh hai ke "inna al samawati wal arda kanata rataqan fataqnahuma wa ja'alna min al ma'i kulla shai'in hayyin".</w:t>
      </w:r>
      <w:r>
        <w:br/>
      </w:r>
      <w:r>
        <w:rPr>
          <w:sz w:val="20"/>
        </w:rPr>
        <w:t>26:33  yeh hai chapter 21 verse 30 yani al anbiya ki teesri ayat. to is ka is ka matlab kya hai?</w:t>
      </w:r>
      <w:r>
        <w:br/>
      </w:r>
      <w:r>
        <w:rPr>
          <w:sz w:val="20"/>
        </w:rPr>
        <w:t>26:46  is ka tarjuma yeh hai ke "the heavens and the earth were</w:t>
      </w:r>
      <w:r>
        <w:br/>
      </w:r>
      <w:r>
        <w:rPr>
          <w:sz w:val="20"/>
        </w:rPr>
        <w:t>26:56  joint together, then we split them asunder".</w:t>
      </w:r>
      <w:r>
        <w:br/>
      </w:r>
      <w:r>
        <w:rPr>
          <w:sz w:val="20"/>
        </w:rPr>
        <w:t>27:04  yani zameen aur aasman aapas mein jure hue thay, phir hum ne is ko alag kar diya. aur phir hum ne pani bana se har cheez banai, zinda cheez.</w:t>
      </w:r>
      <w:r>
        <w:br/>
      </w:r>
      <w:r>
        <w:rPr>
          <w:sz w:val="20"/>
        </w:rPr>
        <w:t>27:16  is mein dekhen do lafz istemal hua hai: rataq aur fataq. yani zameen o aasman is se pehle fataq rataq ki halat mein thay.</w:t>
      </w:r>
      <w:r>
        <w:br/>
      </w:r>
      <w:r>
        <w:rPr>
          <w:sz w:val="20"/>
        </w:rPr>
        <w:t>27:27  rataq kehte hain arabi mein kehte hain munzamir ajza, jaise yeh hai. yeh munzamir ajza aik doosre mein juda hua.</w:t>
      </w:r>
      <w:r>
        <w:br/>
      </w:r>
      <w:r>
        <w:rPr>
          <w:sz w:val="20"/>
        </w:rPr>
        <w:t>27:39  munzamir ajza yani joint together.</w:t>
      </w:r>
      <w:r>
        <w:br/>
      </w:r>
      <w:r>
        <w:rPr>
          <w:sz w:val="20"/>
        </w:rPr>
        <w:t>27:44  to kaisi ajeeb baat hai ke quran yeh keh raha hai ke ibtida mein poora zameen o aasman ka jo mass hai, jo madah hai, poora ka poora aik aik hi wahid cheez mein aise juda hua tha.</w:t>
      </w:r>
      <w:r>
        <w:br/>
      </w:r>
      <w:r>
        <w:rPr>
          <w:sz w:val="20"/>
        </w:rPr>
        <w:t>28:02  rataq ki halat mein tha, yani integrated form mein tha.</w:t>
      </w:r>
      <w:r>
        <w:br/>
      </w:r>
      <w:r>
        <w:rPr>
          <w:sz w:val="20"/>
        </w:rPr>
        <w:t>28:08  p</w:t>
      </w:r>
      <w:r>
        <w:br/>
      </w:r>
      <w:r>
        <w:rPr>
          <w:sz w:val="20"/>
        </w:rPr>
        <w:t>28:09  har kya hua? fataq hua. fataq ka matlab kehte hain kholna, disintegrate karna. yeh bohat hi ajeeb hui baat hai ke pehle rataq tha, phir fataq hua.</w:t>
      </w:r>
      <w:r>
        <w:br/>
      </w:r>
      <w:r>
        <w:rPr>
          <w:sz w:val="20"/>
        </w:rPr>
        <w:t>28:21  yani pehle sari universe integrated form mein thi, phir is mein disintegration hua. to yeh aeen wohi cheez hai jis ko baad ko scientist science ne daryaft kiya big bang ki shakal mein</w:t>
      </w:r>
      <w:r>
        <w:br/>
      </w:r>
      <w:r>
        <w:rPr>
          <w:sz w:val="20"/>
        </w:rPr>
        <w:t>28:36  . big bang ki theory yahi hai ke pehle poori kainat aik bohat bade cosmic ball ki surat mein thi.</w:t>
      </w:r>
      <w:r>
        <w:br/>
      </w:r>
      <w:r>
        <w:rPr>
          <w:sz w:val="20"/>
        </w:rPr>
        <w:t>28:46  bohat yani sare particle jo universe mein aaj hain, woh sab ke sab jure hue thay. is ko kaha jata hai cosmic ball.</w:t>
      </w:r>
      <w:r>
        <w:br/>
      </w:r>
      <w:r>
        <w:rPr>
          <w:sz w:val="20"/>
        </w:rPr>
        <w:t>28:57  to is mein aik fusion hua. is tarah hua, tab ja kar ke aisa hua ke sare particle bikhargaye.</w:t>
      </w:r>
      <w:r>
        <w:br/>
      </w:r>
      <w:r>
        <w:rPr>
          <w:sz w:val="20"/>
        </w:rPr>
        <w:t>29:04  yehi to hua. rataq tha, phir fataq hua. aeen wohi cheez hai. rataq tha, phir fataq hua.</w:t>
      </w:r>
      <w:r>
        <w:br/>
      </w:r>
      <w:r>
        <w:rPr>
          <w:sz w:val="20"/>
        </w:rPr>
        <w:t>29:12  is ke baad farmaya ke "wa ja'alna min al ma'i kulla shai'in hayyin" aur hum ne banaya pani se tamam zindagi zinda cheezen.</w:t>
      </w:r>
      <w:r>
        <w:br/>
      </w:r>
      <w:r>
        <w:rPr>
          <w:sz w:val="20"/>
        </w:rPr>
        <w:t>29:23  is mein dekhiye, pani ki aik alamat misal de kar cheezen kaise form hui, woh bataya gaya hai ke woh woh jo disintegration, disintegration hua tha, tamam particle ka, to phir is ko Allah taala ne phir jora.</w:t>
      </w:r>
      <w:r>
        <w:br/>
      </w:r>
      <w:r>
        <w:rPr>
          <w:sz w:val="20"/>
        </w:rPr>
        <w:t>29:43  isi mein se aik misal hai pani ki, jis mein aap jante hain ke do element hotay hain, yani oxygen aur hydrogen.</w:t>
      </w:r>
      <w:r>
        <w:br/>
      </w:r>
      <w:r>
        <w:rPr>
          <w:sz w:val="20"/>
        </w:rPr>
        <w:t>29:54  hydrogen aur oxygen ke jo do atom ke milne se wahan par aik molecule banta hai.</w:t>
      </w:r>
      <w:r>
        <w:br/>
      </w:r>
      <w:r>
        <w:rPr>
          <w:sz w:val="20"/>
        </w:rPr>
        <w:t>30:04  phir molecule se</w:t>
      </w:r>
      <w:r>
        <w:br/>
      </w:r>
      <w:r>
        <w:rPr>
          <w:sz w:val="20"/>
        </w:rPr>
        <w:t>30:09  wo hota hai, yani aik bohat bada, is ka bohat hi yani complex tareeqa hai. to bahar hal, hydrogen, hydrogen, oxygen ke jo jo particle thay, woh sab to fiza bikhre hue thay.</w:t>
      </w:r>
      <w:r>
        <w:br/>
      </w:r>
      <w:r>
        <w:rPr>
          <w:sz w:val="20"/>
        </w:rPr>
        <w:t>30:24  jab woh aapas mein jarengay, tab to atom atom banega. to bikhre hue particle jure aur phir molecule bana aur phir atom bana is ka,</w:t>
      </w:r>
      <w:r>
        <w:br/>
      </w:r>
      <w:r>
        <w:rPr>
          <w:sz w:val="20"/>
        </w:rPr>
        <w:t>30:37  yani oxygen ka aur hydrogen ka, phir molecule bana.</w:t>
      </w:r>
      <w:r>
        <w:br/>
      </w:r>
      <w:r>
        <w:rPr>
          <w:sz w:val="20"/>
        </w:rPr>
        <w:t>30:41  to ain wahi cheez yeh hai jis ko aaj is science ne ka yeh jo daawa hai ke daryaft kiya hum ne is is particle ko jis ne mass diya.</w:t>
      </w:r>
      <w:r>
        <w:br/>
      </w:r>
      <w:r>
        <w:rPr>
          <w:sz w:val="20"/>
        </w:rPr>
        <w:t>30:52  kyun ke mass agar na hota to aik doosre ke liye attraction nahi hota. kyun ke madi cheezein aik doosre ko kheenchti hain. is mein yaani attraction hota hai.</w:t>
      </w:r>
      <w:r>
        <w:br/>
      </w:r>
      <w:r>
        <w:rPr>
          <w:sz w:val="20"/>
        </w:rPr>
        <w:t>31:04  to kaisi ajeeb baat hai ke jo statement quran mein tha, ain usi ke mutabiq aaj discovery hui hai.</w:t>
      </w:r>
    </w:p>
    <w:p>
      <w:pPr>
        <w:pStyle w:val="Heading2"/>
      </w:pPr>
      <w:r>
        <w:t>Merely reciting the kalima doesn't guarantee paradise</w:t>
      </w:r>
    </w:p>
    <w:p>
      <w:r>
        <w:rPr>
          <w:color w:val="666666"/>
          <w:sz w:val="18"/>
        </w:rPr>
        <w:t>Love of God October 04, 2009 · 1m 37s · at 44:25 · https://youtu.be/JKCfgvpoX5s?t=2665</w:t>
      </w:r>
    </w:p>
    <w:p>
      <w:r>
        <w:rPr>
          <w:i/>
        </w:rPr>
        <w:t>“کیسے نادان ہیں وہ لوگ جو سمجھتے ہیں کہ کلمہ گو کے لیے جنت ہے”</w:t>
      </w:r>
    </w:p>
    <w:p>
      <w:r>
        <w:rPr>
          <w:sz w:val="20"/>
        </w:rPr>
        <w:t>44:25  Kaise nadan hain woh log jo samajhte hain ke bas zuban se bol diya "La ilaha illallah" aur is par jannat mil gayi. Yeh kis qadar nadani ki baat hai!</w:t>
      </w:r>
      <w:r>
        <w:br/>
      </w:r>
      <w:r>
        <w:rPr>
          <w:sz w:val="20"/>
        </w:rPr>
        <w:t>44:37  Beshumar log yahi samajhte hain, balkeh shayad sare log yahi samajhte hain. Ek chala hua hai jumla: "Kalma go ke liye jannat hai".</w:t>
      </w:r>
      <w:r>
        <w:br/>
      </w:r>
      <w:r>
        <w:rPr>
          <w:sz w:val="20"/>
        </w:rPr>
        <w:t>44:49  Yeh ek jumla chala hua hai, sab log yahi bolte hain: "Kalma go ke liye jannat hai</w:t>
      </w:r>
      <w:r>
        <w:br/>
      </w:r>
      <w:r>
        <w:rPr>
          <w:sz w:val="20"/>
        </w:rPr>
        <w:t>44:53  ". Yani jis ne keh diya zuban se "La ilaha illallah" to bas jannat mein chala gaya.</w:t>
      </w:r>
      <w:r>
        <w:br/>
      </w:r>
      <w:r>
        <w:rPr>
          <w:sz w:val="20"/>
        </w:rPr>
        <w:t>45:00  yeh khuda ka underestimate hai. yaad rakhiye, yeh khuda ka underestimate hai. yeh jannat ka underestimate hai. yeh khuda ki planning ka underestimate hai.</w:t>
      </w:r>
      <w:r>
        <w:br/>
      </w:r>
      <w:r>
        <w:rPr>
          <w:sz w:val="20"/>
        </w:rPr>
        <w:t>45:11  khuda ki takhleeq ka underestimate hai.</w:t>
      </w:r>
      <w:r>
        <w:br/>
      </w:r>
      <w:r>
        <w:rPr>
          <w:sz w:val="20"/>
        </w:rPr>
        <w:t>45:21  un baaton par bohat ziyada sochiye kyunke sochne ka waqt sirf sirf maut se pehle hai, maut ke baad nahin. main rozana yeh sochta rehta hoon ke abhi meri maut aa jaye to achaanak main CPS se bhi cut jaunga,</w:t>
      </w:r>
      <w:r>
        <w:br/>
      </w:r>
      <w:r>
        <w:rPr>
          <w:sz w:val="20"/>
        </w:rPr>
        <w:t>45:37  Good word se bhi cut jaunga, apni family se bhi cut jaunga, apni team se cut jaunga. yeh phir akela hoon ga, main bilkul akela. achaanak phir laut nahin sakta main.</w:t>
      </w:r>
      <w:r>
        <w:br/>
      </w:r>
      <w:r>
        <w:rPr>
          <w:sz w:val="20"/>
        </w:rPr>
        <w:t>45:48  agar main chahun ke dobara laut kar yahan main CPS mein aaun, apni family mein aaun, apni team mein aaun to na impossible hoga. yeh marte hi taluq khatam, marte hi kuch bhi nahin.</w:t>
      </w:r>
    </w:p>
    <w:p>
      <w:pPr>
        <w:pStyle w:val="Heading2"/>
      </w:pPr>
      <w:r>
        <w:t>Paradise as God's neighborhood</w:t>
      </w:r>
    </w:p>
    <w:p>
      <w:r>
        <w:rPr>
          <w:color w:val="666666"/>
          <w:sz w:val="18"/>
        </w:rPr>
        <w:t>How to Find Paradise | April 4, 2006 | Maulana Wahiduddin Khan · 31s · at 3:08 · https://youtu.be/ddpvsZZz264?t=188</w:t>
      </w:r>
    </w:p>
    <w:p>
      <w:r>
        <w:rPr>
          <w:i/>
        </w:rPr>
        <w:t>“Paradise is living in God's neighborhood.”</w:t>
      </w:r>
    </w:p>
    <w:p>
      <w:r>
        <w:rPr>
          <w:sz w:val="20"/>
        </w:rPr>
        <w:t>3:08  khuda ka paros hai. khuda ke neighborhood mein jeene hi ka naam hai paradise. kai baar mujh se poocha jaata hai ke aap paradise ki baat karte hain, yeh to lalach ki baat hui. kuch system aise banaye gaye hain jinhone</w:t>
      </w:r>
    </w:p>
    <w:p>
      <w:pPr>
        <w:pStyle w:val="Heading2"/>
      </w:pPr>
      <w:r>
        <w:t>Earth is a uniquely designed life-support planet</w:t>
      </w:r>
    </w:p>
    <w:p>
      <w:r>
        <w:rPr>
          <w:color w:val="666666"/>
          <w:sz w:val="18"/>
        </w:rPr>
        <w:t>Dars-e-Quran (Al-Baqarah (The Heifer) 2 20-29 August 2, 2015 · 1m 24s · at 9:22 · https://youtu.be/HHIsKpSiODQ?t=562</w:t>
      </w:r>
    </w:p>
    <w:p>
      <w:r>
        <w:rPr>
          <w:i/>
        </w:rPr>
        <w:t>“Zameen jaisa koi planet ab tak discover nahi hua”</w:t>
      </w:r>
    </w:p>
    <w:p>
      <w:r>
        <w:rPr>
          <w:sz w:val="20"/>
        </w:rPr>
        <w:t>9:22  haan, jisne zameen banai to wali farsh aur aasman ko banaya to wali chhat. Yeh farsh aur chhat yeh tafsir ki zuban hai.</w:t>
      </w:r>
      <w:r>
        <w:br/>
      </w:r>
      <w:r>
        <w:rPr>
          <w:sz w:val="20"/>
        </w:rPr>
        <w:t>9:34  matlab yeh jo planet earth hai, yeh bohat hi unique</w:t>
      </w:r>
      <w:r>
        <w:br/>
      </w:r>
      <w:r>
        <w:rPr>
          <w:sz w:val="20"/>
        </w:rPr>
        <w:t>9:38  planet hai. Shayad duniya mein beshumar stars hain aur planets hain, lekin zameen jaisa koi nahi hai ab tak ki discovery ke mutabiq.</w:t>
      </w:r>
      <w:r>
        <w:br/>
      </w:r>
      <w:r>
        <w:rPr>
          <w:sz w:val="20"/>
        </w:rPr>
        <w:t>9:48  to yeh tum ko banaya. Yani insan agar paida kar diya jata aur kuch iske liye planet earth na hoti to kya hota?</w:t>
      </w:r>
      <w:r>
        <w:br/>
      </w:r>
      <w:r>
        <w:rPr>
          <w:sz w:val="20"/>
        </w:rPr>
        <w:t>10:00  tamam jo universe hai phaili hui, ismein ya to stars hain jo aage aage hain, aage aage hain, ismein aap reh nahi sakte, ya planet hai jo chattan hai, khushk chattanein hain, wahan bhi nahi reh sakte.</w:t>
      </w:r>
      <w:r>
        <w:br/>
      </w:r>
      <w:r>
        <w:rPr>
          <w:sz w:val="20"/>
        </w:rPr>
        <w:t>10:16  to zameen ek aisa kura hai jahan hamare liye life support system hai. Yahan pani hai, yahan ghalla paida hota hai, yahan roshni hai jis ko kehte hain life support system.</w:t>
      </w:r>
      <w:r>
        <w:br/>
      </w:r>
      <w:r>
        <w:rPr>
          <w:sz w:val="20"/>
        </w:rPr>
        <w:t>10:30  tu</w:t>
      </w:r>
      <w:r>
        <w:br/>
      </w:r>
      <w:r>
        <w:rPr>
          <w:sz w:val="20"/>
        </w:rPr>
        <w:t>10:33  planet Earth with life system. Yeh diya to aapko isko discover karo aur isko mano, tab tum Allah ke ibadat karnay walay bano gay.</w:t>
      </w:r>
    </w:p>
    <w:p>
      <w:pPr>
        <w:pStyle w:val="Heading2"/>
      </w:pPr>
      <w:r>
        <w:t>Lesson of not reacting negatively</w:t>
      </w:r>
    </w:p>
    <w:p>
      <w:r>
        <w:rPr>
          <w:color w:val="666666"/>
          <w:sz w:val="18"/>
        </w:rPr>
        <w:t>Character for Paradise Feb. 16, 2019 · 1m 31s · at 14:07 · https://youtu.be/kMURA2gUDN8?t=847</w:t>
      </w:r>
    </w:p>
    <w:p>
      <w:r>
        <w:rPr>
          <w:i/>
        </w:rPr>
        <w:t>“Is se humein kya lesson mila?”</w:t>
      </w:r>
    </w:p>
    <w:p>
      <w:r>
        <w:rPr>
          <w:sz w:val="20"/>
        </w:rPr>
        <w:t>14:07  to is se is se kya nikla hai? is se hamein kya lesson mila? lesson yeh mila ke is dunya mein har insaan ko bohat zyada alert hona chahiye</w:t>
      </w:r>
      <w:r>
        <w:br/>
      </w:r>
      <w:r>
        <w:rPr>
          <w:sz w:val="20"/>
        </w:rPr>
        <w:t>14:27  ke kahin mein reaction ka andaza ho jaye. mera</w:t>
      </w:r>
      <w:r>
        <w:br/>
      </w:r>
      <w:r>
        <w:rPr>
          <w:sz w:val="20"/>
        </w:rPr>
        <w:t>14:35  jab bhi reaction ka koi</w:t>
      </w:r>
      <w:r>
        <w:br/>
      </w:r>
      <w:r>
        <w:rPr>
          <w:sz w:val="20"/>
        </w:rPr>
        <w:t>14:42  fael us ke samne samajh aaye to woh bohat hi zyada,</w:t>
      </w:r>
      <w:r>
        <w:br/>
      </w:r>
      <w:r>
        <w:rPr>
          <w:sz w:val="20"/>
        </w:rPr>
        <w:t>14:54  bohat hi zyada</w:t>
      </w:r>
      <w:r>
        <w:br/>
      </w:r>
      <w:r>
        <w:rPr>
          <w:sz w:val="20"/>
        </w:rPr>
        <w:t>14:58  sensitive ho jaye is baat ke liye ke use react nahi karna hai. woh to inna lakum nasun ameen ka jo</w:t>
      </w:r>
      <w:r>
        <w:br/>
      </w:r>
      <w:r>
        <w:rPr>
          <w:sz w:val="20"/>
        </w:rPr>
        <w:t>15:12  paighambaron ka jo tareeqa tha, us par qaim rehna hai.</w:t>
      </w:r>
      <w:r>
        <w:br/>
      </w:r>
      <w:r>
        <w:rPr>
          <w:sz w:val="20"/>
        </w:rPr>
        <w:t>15:21  to jo log ek excuse le kar ke, jo log excuse le kar ke bomb marte hain, bomb marte hain, pathar marte hain, bura bhala kehte hain, nare lagate hain,</w:t>
      </w:r>
    </w:p>
    <w:p>
      <w:pPr>
        <w:pStyle w:val="Heading2"/>
      </w:pPr>
      <w:r>
        <w:t>Cars, ships, gratitude as discovering God's gift</w:t>
      </w:r>
    </w:p>
    <w:p>
      <w:r>
        <w:rPr>
          <w:color w:val="666666"/>
          <w:sz w:val="18"/>
        </w:rPr>
        <w:t>Prophetic Method November 18, 2013 · 2m 20s · at 19:37 · https://youtu.be/bGA92mdRq1g?t=1177</w:t>
      </w:r>
    </w:p>
    <w:p>
      <w:r>
        <w:rPr>
          <w:i/>
        </w:rPr>
        <w:t>“Allah ne mujhe kitna bada darja diya hai”</w:t>
      </w:r>
    </w:p>
    <w:p>
      <w:r>
        <w:rPr>
          <w:sz w:val="20"/>
        </w:rPr>
        <w:t>19:37  phir agar aap maujooda zamane mein hain, yani technology ke zamane mein, to aap sochen ge ke dekho, mujh ko Allah taala ne kitna bara darja diya hai.</w:t>
      </w:r>
      <w:r>
        <w:br/>
      </w:r>
      <w:r>
        <w:rPr>
          <w:sz w:val="20"/>
        </w:rPr>
        <w:t>19:51  mujh ko yani insan ko ke main agarche ur nahi sakta, mere pas par nahi hain, urane wali taqat nahi hai mere andar nahi, lekin Allah ne mujhe aqal di hai.</w:t>
      </w:r>
      <w:r>
        <w:br/>
      </w:r>
      <w:r>
        <w:rPr>
          <w:sz w:val="20"/>
        </w:rPr>
        <w:t>20:04  aqal se main ek technology ko daryaft karta hoon jo is zameen mein pehle se maujood thi. ek technology ko daryaft karen, kya kar kya hota hai ke meter jo hai, meter meter mere liye harkat pa jata hai.</w:t>
      </w:r>
      <w:r>
        <w:br/>
      </w:r>
      <w:r>
        <w:rPr>
          <w:sz w:val="20"/>
        </w:rPr>
        <w:t>20:24  yani meter mujh ko le kar sarak par dorta hai, motor ki shakal mein. motor jo darti hai road par, woh kya hai?</w:t>
      </w:r>
      <w:r>
        <w:br/>
      </w:r>
      <w:r>
        <w:rPr>
          <w:sz w:val="20"/>
        </w:rPr>
        <w:t>20:35  motor ka dorna kya hai? meter ka dorna. yani mujhe Allah ne yeh darja diya hai ke meter mujh ko le kar dore, main baith jaon, aaram se safar karon is ko.</w:t>
      </w:r>
      <w:r>
        <w:br/>
      </w:r>
      <w:r>
        <w:rPr>
          <w:sz w:val="20"/>
        </w:rPr>
        <w:t>20:48  phir aap sochen ge ke Allah ne mujhe yeh aql di, is se mere liye mumkin hua hai ke main meter ko convert kar ke kashti banaon, ship banaon, steam aur banaon, aur phir meter mujh ko le ke pani mein teere.</w:t>
      </w:r>
      <w:r>
        <w:br/>
      </w:r>
      <w:r>
        <w:rPr>
          <w:sz w:val="20"/>
        </w:rPr>
        <w:t>21:10  phir dekhiye, aap sochte sochte yahan tak pahunchen ge ke hawa jahaz tak pahunchen ge ke Allah taala ne mujhe jo aql di, is ke zariye se yeh bhi mumkin hoga mere liye ke main meter ko aisi shakal doon ke woh mujh ko le kar hawa mein ure.</w:t>
      </w:r>
      <w:r>
        <w:br/>
      </w:r>
      <w:r>
        <w:rPr>
          <w:sz w:val="20"/>
        </w:rPr>
        <w:t>21:28  to pehle aap ne daryaft kiya, yani chidiya ki shakal mein Allah ki qudrat ko.</w:t>
      </w:r>
      <w:r>
        <w:br/>
      </w:r>
      <w:r>
        <w:rPr>
          <w:sz w:val="20"/>
        </w:rPr>
        <w:t>21:38  phir jab aap yeh daryaft karen ge ke meter mujh ko le kar road par chalta hai, meter mujh ko le kar ke pani mein terta hai, meter mujh ko le kar hawa mein uṛta hai,</w:t>
      </w:r>
      <w:r>
        <w:br/>
      </w:r>
      <w:r>
        <w:rPr>
          <w:sz w:val="20"/>
        </w:rPr>
        <w:t>21:52  to aap Allah taala ki azim tareen nemat ko daryaft karen ge.</w:t>
      </w:r>
    </w:p>
    <w:p>
      <w:pPr>
        <w:pStyle w:val="Heading2"/>
      </w:pPr>
      <w:r>
        <w:t>Two domains of life: personal will and God's system</w:t>
      </w:r>
    </w:p>
    <w:p>
      <w:r>
        <w:rPr>
          <w:color w:val="666666"/>
          <w:sz w:val="18"/>
        </w:rPr>
        <w:t>The Right Path May 24, 2015 · 4m 00s · at 2:42 · https://youtu.be/XrsNdAp9PJA?t=162</w:t>
      </w:r>
    </w:p>
    <w:p>
      <w:r>
        <w:rPr>
          <w:i/>
        </w:rPr>
        <w:t>“Zindagi ke do pehlu hain: personal aur lock nature”</w:t>
      </w:r>
    </w:p>
    <w:p>
      <w:r>
        <w:rPr>
          <w:sz w:val="20"/>
        </w:rPr>
        <w:t>2:42  is tarah jab mein ne ghhor kiya to bohat si baatein samajh mein aayin. mislan dekhiye, aik baat yeh samajh mein aayi ke duniya mein aadmi jo zindagi guzarta hai,</w:t>
      </w:r>
      <w:r>
        <w:br/>
      </w:r>
      <w:r>
        <w:rPr>
          <w:sz w:val="20"/>
        </w:rPr>
        <w:t>3:00  is ke do pehlu hain.</w:t>
      </w:r>
      <w:r>
        <w:br/>
      </w:r>
      <w:r>
        <w:rPr>
          <w:sz w:val="20"/>
        </w:rPr>
        <w:t>3:04  aik to hai "personal pehlu", jo aadmi ki "personal will" par depend karta hai.</w:t>
      </w:r>
      <w:r>
        <w:br/>
      </w:r>
      <w:r>
        <w:rPr>
          <w:sz w:val="20"/>
        </w:rPr>
        <w:t>3:15  lekin isi ke sath sath aik "lock nature" hai, hum se bahar aik duniya hai. hamein is ko bhi dekh kar duniya mein chalna hai.</w:t>
      </w:r>
      <w:r>
        <w:br/>
      </w:r>
      <w:r>
        <w:rPr>
          <w:sz w:val="20"/>
        </w:rPr>
        <w:t>3:29  ise misaal ke tor par dekhiye,</w:t>
      </w:r>
      <w:r>
        <w:br/>
      </w:r>
      <w:r>
        <w:rPr>
          <w:sz w:val="20"/>
        </w:rPr>
        <w:t>3:36  hamein aankh di gayi hai jis se hum dekhte hain. to dekhna hamara zaati fe'l hai. hum chahein to aankh band kar dein, hum chahein to apni aankh band kar lein aur kuch dikhai deta hai hum ko.</w:t>
      </w:r>
      <w:r>
        <w:br/>
      </w:r>
      <w:r>
        <w:rPr>
          <w:sz w:val="20"/>
        </w:rPr>
        <w:t>3:50  aur aankh kholien to sab kuch dikhai dega.</w:t>
      </w:r>
      <w:r>
        <w:br/>
      </w:r>
      <w:r>
        <w:rPr>
          <w:sz w:val="20"/>
        </w:rPr>
        <w:t>3:54  lekin aap jante hain ke dekhne ke liye hum se hamari aankhon se bahar light chahiye. agar hamari hamare bahar light na ho to hum aankh ke bawajood kuch bhi dekh nahi sakte.</w:t>
      </w:r>
      <w:r>
        <w:br/>
      </w:r>
      <w:r>
        <w:rPr>
          <w:sz w:val="20"/>
        </w:rPr>
        <w:t>4:11  lekin aankh par to hum ko ikhtiyar hai, lekin light par ikhtiyar nahi hai. light ka jo bhandar hai, woh to suraj hai.</w:t>
      </w:r>
      <w:r>
        <w:br/>
      </w:r>
      <w:r>
        <w:rPr>
          <w:sz w:val="20"/>
        </w:rPr>
        <w:t>4:23  suraj ko suraj ko Allah ne paida kiya, isi ke tabe hai woh, is ka poora muamla. to kya aik aik pehlu hai hamari zaat ka, jahan hamein ikhtiyar hasil hai ke hum kya karein aur kya na karein?</w:t>
      </w:r>
      <w:r>
        <w:br/>
      </w:r>
      <w:r>
        <w:rPr>
          <w:sz w:val="20"/>
        </w:rPr>
        <w:t>4:45  doosra pehlu woh hai ke jo hamare ikhtiyar se bahar hai. Khuda ne yahan solar system ka nizam banaya hai, wohi is ko chala raha hai.</w:t>
      </w:r>
      <w:r>
        <w:br/>
      </w:r>
      <w:r>
        <w:rPr>
          <w:sz w:val="20"/>
        </w:rPr>
        <w:t>4:59  isi tarah dekhiye, hum saans lete hain. aik aik poora nizam hai saans ka hamare andar.</w:t>
      </w:r>
      <w:r>
        <w:br/>
      </w:r>
      <w:r>
        <w:rPr>
          <w:sz w:val="20"/>
        </w:rPr>
        <w:t>5:12  saans lete hain hum kisi hawa se oxygen lene ke liye. to saans lena to hamare ikhtiyar ki cheez hai, lekin oxygen hamare ikhtiyar ki cheez nahi hai.</w:t>
      </w:r>
      <w:r>
        <w:br/>
      </w:r>
      <w:r>
        <w:rPr>
          <w:sz w:val="20"/>
        </w:rPr>
        <w:t>5:26  woh Allah paida karta hai.</w:t>
      </w:r>
      <w:r>
        <w:br/>
      </w:r>
      <w:r>
        <w:rPr>
          <w:sz w:val="20"/>
        </w:rPr>
        <w:t>5:31  Allah paida kare to oxygen paida hoga, paida nahi hoga.</w:t>
      </w:r>
      <w:r>
        <w:br/>
      </w:r>
      <w:r>
        <w:rPr>
          <w:sz w:val="20"/>
        </w:rPr>
        <w:t>5:36  to yahi muamla poori zindagi ka hai. deen ke muamle mein aksar yeh ghalti karte hain log ke is farq ko بروز nahi rakhte, jis ko mein kaha karta hoon aksar ke lazim ko mutadab bana lete hain.</w:t>
      </w:r>
      <w:r>
        <w:br/>
      </w:r>
      <w:r>
        <w:rPr>
          <w:sz w:val="20"/>
        </w:rPr>
        <w:t>5:53  yaani jo cheez jo hukum diya gaya hai ke hum follow karein, is ko is ki pairwi karein, is ko hum mutadab bana lete hain. yaani hum yeh mani is ko bana lete hain ke duniya mein nizam qaim karein, logon se larr kar ke is ka nafaz karein.</w:t>
      </w:r>
      <w:r>
        <w:br/>
      </w:r>
      <w:r>
        <w:rPr>
          <w:sz w:val="20"/>
        </w:rPr>
        <w:t>6:10  to aise hi hoga jaise ke hum yeh apna maqsad banayein ke hamein larr kar suraj ko apne tabe banana hai, larr kar hawaon par qabza karna hai.</w:t>
      </w:r>
      <w:r>
        <w:br/>
      </w:r>
      <w:r>
        <w:rPr>
          <w:sz w:val="20"/>
        </w:rPr>
        <w:t>6:21  to yeh bilkul ridiculous baat hogi.</w:t>
      </w:r>
      <w:r>
        <w:br/>
      </w:r>
      <w:r>
        <w:rPr>
          <w:sz w:val="20"/>
        </w:rPr>
        <w:t>6:24  hum larr kar hawaon par qabza nahi kar sakte. hum larr kar suraj par apna hukum nahi chala sakte. haan, yeh hamare bas mein hai ke hum apni aankh ko, apne jo is tanffus ka nizam hai, is ko aap istemal kar ke faida uthayein.</w:t>
      </w:r>
    </w:p>
    <w:p>
      <w:pPr>
        <w:pStyle w:val="Heading2"/>
      </w:pPr>
      <w:r>
        <w:t>Self-discovery of God and paradise</w:t>
      </w:r>
    </w:p>
    <w:p>
      <w:r>
        <w:rPr>
          <w:color w:val="666666"/>
          <w:sz w:val="18"/>
        </w:rPr>
        <w:t>Who Deserve Paradise July 29, 2017 · 1m 40s · at 3:18 · https://youtu.be/lU3Lf-9oslM?t=198</w:t>
      </w:r>
    </w:p>
    <w:p>
      <w:r>
        <w:rPr>
          <w:i/>
        </w:rPr>
        <w:t>“What is the meaning of ma'rifat?”</w:t>
      </w:r>
    </w:p>
    <w:p>
      <w:r>
        <w:rPr>
          <w:sz w:val="20"/>
        </w:rPr>
        <w:t>3:18  marifat ka matlab kya hai?</w:t>
      </w:r>
      <w:r>
        <w:br/>
      </w:r>
      <w:r>
        <w:rPr>
          <w:sz w:val="20"/>
        </w:rPr>
        <w:t>3:23  marifat koi saada baat nahi, yeh self discovred marifat ka muamla hai. self discovred marifat yani aik aadmi allah rab ul alameen ko discovred karta hai,</w:t>
      </w:r>
      <w:r>
        <w:br/>
      </w:r>
      <w:r>
        <w:rPr>
          <w:sz w:val="20"/>
        </w:rPr>
        <w:t>3:44  woh is par iman lata hai, phir us ki marifat barhti hai, us ke iman mein izafa hota hai.</w:t>
      </w:r>
      <w:r>
        <w:br/>
      </w:r>
      <w:r>
        <w:rPr>
          <w:sz w:val="20"/>
        </w:rPr>
        <w:t>3:56  woh aik intellectual person, woh aik intellectually developed personality ban jata hai. to aik process hai jis process ka culmination hai jannat ki marifat.</w:t>
      </w:r>
      <w:r>
        <w:br/>
      </w:r>
      <w:r>
        <w:rPr>
          <w:sz w:val="20"/>
        </w:rPr>
        <w:t>4:16  yani aap</w:t>
      </w:r>
      <w:r>
        <w:br/>
      </w:r>
      <w:r>
        <w:rPr>
          <w:sz w:val="20"/>
        </w:rPr>
        <w:t>4:19  seekhar bante hain, phir aap allah rab ul alameen ko discovred karte hain, phir allah rab ul alameen ki us ki authenticity ko discovred karte hain, phir aap jannat ko discovred karte hain,</w:t>
      </w:r>
      <w:r>
        <w:br/>
      </w:r>
      <w:r>
        <w:rPr>
          <w:sz w:val="20"/>
        </w:rPr>
        <w:t>4:34  phir aap jannat mein</w:t>
      </w:r>
      <w:r>
        <w:br/>
      </w:r>
      <w:r>
        <w:rPr>
          <w:sz w:val="20"/>
        </w:rPr>
        <w:t>4:39  goya ke jeene lagte hain isi dunya mein.</w:t>
      </w:r>
      <w:r>
        <w:br/>
      </w:r>
      <w:r>
        <w:rPr>
          <w:sz w:val="20"/>
        </w:rPr>
        <w:t>4:47  jannat ki marifat ke mani hain jannat ki itni gehri yaft hona ke aap ke mind mein, aap ke dil mein woh sama jaye.</w:t>
      </w:r>
    </w:p>
    <w:p>
      <w:pPr>
        <w:pStyle w:val="Heading2"/>
      </w:pPr>
      <w:r>
        <w:t>Laylat al-Qadr better than thousand months by quality</w:t>
      </w:r>
    </w:p>
    <w:p>
      <w:r>
        <w:rPr>
          <w:color w:val="666666"/>
          <w:sz w:val="18"/>
        </w:rPr>
        <w:t>What is Lailat-ul-Qadr, October 01,  2007 · 5m 05s · at 21:05 · https://youtu.be/zHZSfxy2bKQ?t=1265</w:t>
      </w:r>
    </w:p>
    <w:p>
      <w:r>
        <w:rPr>
          <w:i/>
        </w:rPr>
        <w:t>“وما أدراك ما ليلة القدر؟ تم جانتے ہو کہ کیا ہے یہ لیلة القدر؟”</w:t>
      </w:r>
    </w:p>
    <w:p>
      <w:r>
        <w:rPr>
          <w:sz w:val="20"/>
        </w:rPr>
        <w:t>21:05  iyat ko batane ke liye aisa kiya jata hai.</w:t>
      </w:r>
      <w:r>
        <w:br/>
      </w:r>
      <w:r>
        <w:rPr>
          <w:sz w:val="20"/>
        </w:rPr>
        <w:t>21:11  wohi matlab hai yahan par.</w:t>
      </w:r>
      <w:r>
        <w:br/>
      </w:r>
      <w:r>
        <w:rPr>
          <w:sz w:val="20"/>
        </w:rPr>
        <w:t>21:17  wama adraka ma laylatul qadr? tum jante ho ke kya hai yeh laylatul qadr? laylatul qadr khairun min alf shahr.</w:t>
      </w:r>
      <w:r>
        <w:br/>
      </w:r>
      <w:r>
        <w:rPr>
          <w:sz w:val="20"/>
        </w:rPr>
        <w:t>21:23  laylatul qadr ya shab qadr ya night of destiny to hazar mahino se behtar hai.</w:t>
      </w:r>
      <w:r>
        <w:br/>
      </w:r>
      <w:r>
        <w:rPr>
          <w:sz w:val="20"/>
        </w:rPr>
        <w:t>21:29  hazar mahino se</w:t>
      </w:r>
      <w:r>
        <w:br/>
      </w:r>
      <w:r>
        <w:rPr>
          <w:sz w:val="20"/>
        </w:rPr>
        <w:t>21:36  behtar hai.</w:t>
      </w:r>
      <w:r>
        <w:br/>
      </w:r>
      <w:r>
        <w:rPr>
          <w:sz w:val="20"/>
        </w:rPr>
        <w:t>21:42  dekhiye, yahan par mein ek baat arz karna chahunga.</w:t>
      </w:r>
      <w:r>
        <w:br/>
      </w:r>
      <w:r>
        <w:rPr>
          <w:sz w:val="20"/>
        </w:rPr>
        <w:t>21:48  ek hadith hai jo ke al-Muwatta mein hai aur doosri kitabon mein bhi hai.</w:t>
      </w:r>
      <w:r>
        <w:br/>
      </w:r>
      <w:r>
        <w:rPr>
          <w:sz w:val="20"/>
        </w:rPr>
        <w:t>21:54  is hadith mein bataya gaya hai ke rasool Allah ke samne yeh baat aayi ke pichhli ummaton ke</w:t>
      </w:r>
      <w:r>
        <w:br/>
      </w:r>
      <w:r>
        <w:rPr>
          <w:sz w:val="20"/>
        </w:rPr>
        <w:t>22:00  log jo the, un</w:t>
      </w:r>
      <w:r>
        <w:br/>
      </w:r>
      <w:r>
        <w:rPr>
          <w:sz w:val="20"/>
        </w:rPr>
        <w:t>22:06  ki umar zyada hua karti thi.</w:t>
      </w:r>
      <w:r>
        <w:br/>
      </w:r>
      <w:r>
        <w:rPr>
          <w:sz w:val="20"/>
        </w:rPr>
        <w:t>22:10  yani hazar hazar saal.</w:t>
      </w:r>
      <w:r>
        <w:br/>
      </w:r>
      <w:r>
        <w:rPr>
          <w:sz w:val="20"/>
        </w:rPr>
        <w:t>22:14  zyada hua karti thi.</w:t>
      </w:r>
      <w:r>
        <w:br/>
      </w:r>
      <w:r>
        <w:rPr>
          <w:sz w:val="20"/>
        </w:rPr>
        <w:t>22:19  yeh aap jante hain, Hazrat Nuh (AS) jo hain, saadey nau so saal unki zindagi rahi.</w:t>
      </w:r>
      <w:r>
        <w:br/>
      </w:r>
      <w:r>
        <w:rPr>
          <w:sz w:val="20"/>
        </w:rPr>
        <w:t>22:23  labitha feehim al-hasrati illa khamsina aamah.</w:t>
      </w:r>
      <w:r>
        <w:br/>
      </w:r>
      <w:r>
        <w:rPr>
          <w:sz w:val="20"/>
        </w:rPr>
        <w:t>22:28  saadey nau so saal zinda rahe Hazrat Nuh (AS).</w:t>
      </w:r>
      <w:r>
        <w:br/>
      </w:r>
      <w:r>
        <w:rPr>
          <w:sz w:val="20"/>
        </w:rPr>
        <w:t>22:32  to pehle zamane mein logon ki umrein zyada hua karti thi.</w:t>
      </w:r>
      <w:r>
        <w:br/>
      </w:r>
      <w:r>
        <w:rPr>
          <w:sz w:val="20"/>
        </w:rPr>
        <w:t>22:36  to aap ko ya kisi sahabi ko khayal hua ke phir to hum bohat kam ibadat kar payenge.</w:t>
      </w:r>
      <w:r>
        <w:br/>
      </w:r>
      <w:r>
        <w:rPr>
          <w:sz w:val="20"/>
        </w:rPr>
        <w:t>22:41  pichhle log jo hain, hazar saal tak ibadat kar sakte the.</w:t>
      </w:r>
      <w:r>
        <w:br/>
      </w:r>
      <w:r>
        <w:rPr>
          <w:sz w:val="20"/>
        </w:rPr>
        <w:t>22:45  bohat sawab le sakte the.</w:t>
      </w:r>
      <w:r>
        <w:br/>
      </w:r>
      <w:r>
        <w:rPr>
          <w:sz w:val="20"/>
        </w:rPr>
        <w:t>22:49  hum to bohat kam din zinda rehte hain.</w:t>
      </w:r>
      <w:r>
        <w:br/>
      </w:r>
      <w:r>
        <w:rPr>
          <w:sz w:val="20"/>
        </w:rPr>
        <w:t>22:54  chalis, pachas, sath, sattar saal zinda rehte hain.</w:t>
      </w:r>
      <w:r>
        <w:br/>
      </w:r>
      <w:r>
        <w:rPr>
          <w:sz w:val="20"/>
        </w:rPr>
        <w:t>22:58  to hamein to itna sawab nahin milega.</w:t>
      </w:r>
      <w:r>
        <w:br/>
      </w:r>
      <w:r>
        <w:rPr>
          <w:sz w:val="20"/>
        </w:rPr>
        <w:t>23:02  to quran mein aaya hai ke yeh jo shab qadr hai, yeh</w:t>
      </w:r>
      <w:r>
        <w:br/>
      </w:r>
      <w:r>
        <w:rPr>
          <w:sz w:val="20"/>
        </w:rPr>
        <w:t>23:07  hazaar raaton se bhi behtar hai.</w:t>
      </w:r>
      <w:r>
        <w:br/>
      </w:r>
      <w:r>
        <w:rPr>
          <w:sz w:val="20"/>
        </w:rPr>
        <w:t>23:12  dekhiye, iska matlab samjhiye.</w:t>
      </w:r>
      <w:r>
        <w:br/>
      </w:r>
      <w:r>
        <w:rPr>
          <w:sz w:val="20"/>
        </w:rPr>
        <w:t>23:17  iska matlab yeh nahin hai ke is ek raat mein woh fazilat rakh di gayi hai jo</w:t>
      </w:r>
      <w:r>
        <w:br/>
      </w:r>
      <w:r>
        <w:rPr>
          <w:sz w:val="20"/>
        </w:rPr>
        <w:t>23:22  hazaar raat mein ho sakti hai.</w:t>
      </w:r>
      <w:r>
        <w:br/>
      </w:r>
      <w:r>
        <w:rPr>
          <w:sz w:val="20"/>
        </w:rPr>
        <w:t>23:27  dekhiye, aisa kehne ka matlab yeh hai ke aap quantity ke term mein isko explain kar rahe hain.</w:t>
      </w:r>
      <w:r>
        <w:br/>
      </w:r>
      <w:r>
        <w:rPr>
          <w:sz w:val="20"/>
        </w:rPr>
        <w:t>23:32  aur kabhi aisa mat kijiye ke kisi bhi cheez ko</w:t>
      </w:r>
      <w:r>
        <w:br/>
      </w:r>
      <w:r>
        <w:rPr>
          <w:sz w:val="20"/>
        </w:rPr>
        <w:t>23:37  quantity ke term mein aap explain karein. Quran mein dekhiye, hai qurbani ke bare mein. Log quantity ke term mein is ko explain kar rahe the. To farmaya ke lan yanalallaha lumuhuha wala dima'uha walakinn yanaluhut taqwa minkum. Khuda ko tumhara gosht aur khoon nahi pahunchta. Tumhara taqwa pahunchta hai. Yaani quantity nahi pahunchti hai, quality</w:t>
      </w:r>
      <w:r>
        <w:br/>
      </w:r>
      <w:r>
        <w:rPr>
          <w:sz w:val="20"/>
        </w:rPr>
        <w:t>24:07  pohanchti hai.</w:t>
      </w:r>
      <w:r>
        <w:br/>
      </w:r>
      <w:r>
        <w:rPr>
          <w:sz w:val="20"/>
        </w:rPr>
        <w:t>24:12  quantity nahin pohanchti hai, quality pohanchti hai.</w:t>
      </w:r>
      <w:r>
        <w:br/>
      </w:r>
      <w:r>
        <w:rPr>
          <w:sz w:val="20"/>
        </w:rPr>
        <w:t>24:17  koi ek hazaar janwar zabah kare qurbani mein aur shaan dikhane ke liye, to khuda ke haan ek</w:t>
      </w:r>
      <w:r>
        <w:br/>
      </w:r>
      <w:r>
        <w:rPr>
          <w:sz w:val="20"/>
        </w:rPr>
        <w:t>24:22  zarra bhi nahin pohancha.</w:t>
      </w:r>
      <w:r>
        <w:br/>
      </w:r>
      <w:r>
        <w:rPr>
          <w:sz w:val="20"/>
        </w:rPr>
        <w:t>24:27  lekin ek insaan, ek janwar qurban karta hai apni bohat mamooli aamdani se.</w:t>
      </w:r>
      <w:r>
        <w:br/>
      </w:r>
      <w:r>
        <w:rPr>
          <w:sz w:val="20"/>
        </w:rPr>
        <w:t>24:33  aur jab woh janwar ko qurban kar raha hota hai to</w:t>
      </w:r>
      <w:r>
        <w:br/>
      </w:r>
      <w:r>
        <w:rPr>
          <w:sz w:val="20"/>
        </w:rPr>
        <w:t>24:38  kehta hai, aye Khuda ya, is waqt mein tere samne janwar pesh kar raha hoon. Aur jab bhi zaroorat hogi to mein apne aap ko pesh karne ke liye tayyar hoon. To is toote hue dil ke sath, is kaifiyat se bhare hue dil ke sath jab aadmi kehta hai, to is ka darja hai Khuda ke haan. To farmaya ke lan yanalallaha lumuhuha wala dima'uha</w:t>
      </w:r>
      <w:r>
        <w:br/>
      </w:r>
      <w:r>
        <w:rPr>
          <w:sz w:val="20"/>
        </w:rPr>
        <w:t>25:08  ءھؤلا کینال التقویٰ منکم۔</w:t>
      </w:r>
      <w:r>
        <w:br/>
      </w:r>
      <w:r>
        <w:rPr>
          <w:sz w:val="20"/>
        </w:rPr>
        <w:t>25:12  yeh usool har jagah hai.</w:t>
      </w:r>
      <w:r>
        <w:br/>
      </w:r>
      <w:r>
        <w:rPr>
          <w:sz w:val="20"/>
        </w:rPr>
        <w:t>25:16  kabhi bhi aisa yeh ghalti mat kijiye ke quantity ke term mein aap value dene lagen sharai ahkam ko.</w:t>
      </w:r>
      <w:r>
        <w:br/>
      </w:r>
      <w:r>
        <w:rPr>
          <w:sz w:val="20"/>
        </w:rPr>
        <w:t>25:21  jo value hai, sab quality ke term mein hai.</w:t>
      </w:r>
      <w:r>
        <w:br/>
      </w:r>
      <w:r>
        <w:rPr>
          <w:sz w:val="20"/>
        </w:rPr>
        <w:t>25:25  yani کیفیت mein hai, na ke مقدار mein hai.</w:t>
      </w:r>
      <w:r>
        <w:br/>
      </w:r>
      <w:r>
        <w:rPr>
          <w:sz w:val="20"/>
        </w:rPr>
        <w:t>25:30  khuda ke haan مقدار nahin toli jati.</w:t>
      </w:r>
      <w:r>
        <w:br/>
      </w:r>
      <w:r>
        <w:rPr>
          <w:sz w:val="20"/>
        </w:rPr>
        <w:t>25:34  khuda ke haan کیفیت dekhi jati hai.</w:t>
      </w:r>
      <w:r>
        <w:br/>
      </w:r>
      <w:r>
        <w:rPr>
          <w:sz w:val="20"/>
        </w:rPr>
        <w:t>25:39  mein isko, is misaal ko wazeh karne, is baat ko wazeh karne ke liye ek misaal deta hoon.</w:t>
      </w:r>
      <w:r>
        <w:br/>
      </w:r>
      <w:r>
        <w:rPr>
          <w:sz w:val="20"/>
        </w:rPr>
        <w:t>25:44  jaise hadith mein aata hai ke qabristan mein jana bohat achhi baat maani gayi hai.</w:t>
      </w:r>
      <w:r>
        <w:br/>
      </w:r>
      <w:r>
        <w:rPr>
          <w:sz w:val="20"/>
        </w:rPr>
        <w:t>25:49  qabristan mein jana bohat achhi baat maani gayi hai.</w:t>
      </w:r>
      <w:r>
        <w:br/>
      </w:r>
      <w:r>
        <w:rPr>
          <w:sz w:val="20"/>
        </w:rPr>
        <w:t>25:55  is mein sawab hai, fazilat hai.</w:t>
      </w:r>
      <w:r>
        <w:br/>
      </w:r>
      <w:r>
        <w:rPr>
          <w:sz w:val="20"/>
        </w:rPr>
        <w:t>26:00  to kiya is ka matlab yeh hai ke aap agar wahan chale gaye, yani kisi tareeqay se chal</w:t>
      </w:r>
      <w:r>
        <w:br/>
      </w:r>
      <w:r>
        <w:rPr>
          <w:sz w:val="20"/>
        </w:rPr>
        <w:t>26:06  phir ke wahan pohanch gaye, to bas sab aap ko sawab mil gaya?</w:t>
      </w:r>
    </w:p>
    <w:p>
      <w:pPr>
        <w:pStyle w:val="Heading2"/>
      </w:pPr>
      <w:r>
        <w:t>Quantum physics proves everything is unseen</w:t>
      </w:r>
    </w:p>
    <w:p>
      <w:r>
        <w:rPr>
          <w:color w:val="666666"/>
          <w:sz w:val="18"/>
        </w:rPr>
        <w:t>Unseen God July 30, 2017 Maulana Wahiduddin Khan · 2m 51s · at 5:17 · https://youtu.be/MOkCdGFAVR4?t=317</w:t>
      </w:r>
    </w:p>
    <w:p>
      <w:r>
        <w:rPr>
          <w:i/>
        </w:rPr>
        <w:t>“Yahan tak ke pehla shakhs ek German scientist tha: Max Planck”</w:t>
      </w:r>
    </w:p>
    <w:p>
      <w:r>
        <w:rPr>
          <w:sz w:val="20"/>
        </w:rPr>
        <w:t>5:17  yahan tak ke pehla shakhs aik German scientist tha: Max Planck. Max Planck jis ki maut hui hai 1947 mein.</w:t>
      </w:r>
      <w:r>
        <w:br/>
      </w:r>
      <w:r>
        <w:rPr>
          <w:sz w:val="20"/>
        </w:rPr>
        <w:t>5:30  yeh German scientist tha. is ne aik cheez daryaft ki jis ko kehte hain quantum physics.</w:t>
      </w:r>
      <w:r>
        <w:br/>
      </w:r>
      <w:r>
        <w:rPr>
          <w:sz w:val="20"/>
        </w:rPr>
        <w:t>5:40  is ko title diya jata hai ke: originator of quantum physics. chunancha is ko isi par Nobel prize bhi diya gaya.</w:t>
      </w:r>
      <w:r>
        <w:br/>
      </w:r>
      <w:r>
        <w:rPr>
          <w:sz w:val="20"/>
        </w:rPr>
        <w:t>5:53  to</w:t>
      </w:r>
      <w:r>
        <w:br/>
      </w:r>
      <w:r>
        <w:rPr>
          <w:sz w:val="20"/>
        </w:rPr>
        <w:t>5:57  phir is par bohat se scientists ke zehnon ne kaam kiya. yahan tak ke quantum physics aik established theory ban gayi science mein.</w:t>
      </w:r>
      <w:r>
        <w:br/>
      </w:r>
      <w:r>
        <w:rPr>
          <w:sz w:val="20"/>
        </w:rPr>
        <w:t>6:11  to quantum physics kya hai? quantum physics yeh hai ke jo cheezen hum dekhte hain woh bhi dikhai nahi deti.</w:t>
      </w:r>
      <w:r>
        <w:br/>
      </w:r>
      <w:r>
        <w:rPr>
          <w:sz w:val="20"/>
        </w:rPr>
        <w:t>6:19  yeh to yeh is ka asal hai. yeh bohat hi ajeeb baat hai. chunancha dekhen British scientist Sir Arthur Eddington ne aik kitaab chhapi.</w:t>
      </w:r>
      <w:r>
        <w:br/>
      </w:r>
      <w:r>
        <w:rPr>
          <w:sz w:val="20"/>
        </w:rPr>
        <w:t>6:36  aik kitaab likhi jo chhapi thi 1929 mein.</w:t>
      </w:r>
      <w:r>
        <w:br/>
      </w:r>
      <w:r>
        <w:rPr>
          <w:sz w:val="20"/>
        </w:rPr>
        <w:t>6:44  1929 mein. is kitaab ka title tha: the</w:t>
      </w:r>
      <w:r>
        <w:br/>
      </w:r>
      <w:r>
        <w:rPr>
          <w:sz w:val="20"/>
        </w:rPr>
        <w:t>6:52  science and the unseen world. the science and the unseen world. to is ne likha is kitaab mein ke jis mez par mein kaam kar raha hoon woh lakri ki mez hai.</w:t>
      </w:r>
      <w:r>
        <w:br/>
      </w:r>
      <w:r>
        <w:rPr>
          <w:sz w:val="20"/>
        </w:rPr>
        <w:t>7:12  lekin agar mein aur zyada aur zyada aur zyada janne ki koshish karoon to aakhir mein woh electron ka aik majmooa hai.</w:t>
      </w:r>
      <w:r>
        <w:br/>
      </w:r>
      <w:r>
        <w:rPr>
          <w:sz w:val="20"/>
        </w:rPr>
        <w:t>7:23  bataur dekhte hain woh lakri ki mez hai. lekin aakhri tajziye mein woh electron ka beshumar electron ka majmooa hai.</w:t>
      </w:r>
      <w:r>
        <w:br/>
      </w:r>
      <w:r>
        <w:rPr>
          <w:sz w:val="20"/>
        </w:rPr>
        <w:t>7:34  aur electron dikhai dete nahi. to kaha sirf Allah Subhana wa Ta'ala hi unseen nahi hai.</w:t>
      </w:r>
      <w:r>
        <w:br/>
      </w:r>
      <w:r>
        <w:rPr>
          <w:sz w:val="20"/>
        </w:rPr>
        <w:t>7:44  mez bhi unseen hai.</w:t>
      </w:r>
      <w:r>
        <w:br/>
      </w:r>
      <w:r>
        <w:rPr>
          <w:sz w:val="20"/>
        </w:rPr>
        <w:t>7:48  yeh kitaab is ki bohat hi zabardast kitaab hai. yeh likhi thi is ne 1929 mein.</w:t>
      </w:r>
      <w:r>
        <w:br/>
      </w:r>
      <w:r>
        <w:rPr>
          <w:sz w:val="20"/>
        </w:rPr>
        <w:t>7:58  to</w:t>
      </w:r>
      <w:r>
        <w:br/>
      </w:r>
      <w:r>
        <w:rPr>
          <w:sz w:val="20"/>
        </w:rPr>
        <w:t>8:02  kaha quran ne awwal din hi ishara kar diya tha</w:t>
      </w:r>
    </w:p>
    <w:p>
      <w:pPr>
        <w:pStyle w:val="Heading2"/>
      </w:pPr>
      <w:r>
        <w:t>Q&amp;A: hatred, hidden embers, and never fearing an enemy</w:t>
      </w:r>
    </w:p>
    <w:p>
      <w:r>
        <w:rPr>
          <w:color w:val="666666"/>
          <w:sz w:val="18"/>
        </w:rPr>
        <w:t>Hamd in Action October 19, 2014 · 6m 00s · at 50:55 · https://youtu.be/8CnKWzV8aBY?t=3055</w:t>
      </w:r>
    </w:p>
    <w:p>
      <w:r>
        <w:rPr>
          <w:i/>
        </w:rPr>
        <w:t>“Hate hamesha hi rehti hai, koi America ki baat nahi hai”</w:t>
      </w:r>
    </w:p>
    <w:p>
      <w:r>
        <w:rPr>
          <w:sz w:val="20"/>
        </w:rPr>
        <w:t>50:55  Maulana, yeh agla comment bhi hai, woh Quran request ke sath hi associated hai ke Mr. Eric ne bheja hai Wisconsin, US se: "I am Eric and I am searching for knowledge about Islam.</w:t>
      </w:r>
      <w:r>
        <w:br/>
      </w:r>
      <w:r>
        <w:rPr>
          <w:sz w:val="20"/>
        </w:rPr>
        <w:t>51:09  I need to educate those around me because America is becoming a place of hatred. If I can prove that Islam isn't a religion of hate, maybe I can disprove the stereotypes that have been given over."</w:t>
      </w:r>
      <w:r>
        <w:br/>
      </w:r>
      <w:r>
        <w:rPr>
          <w:sz w:val="20"/>
        </w:rPr>
        <w:t>51:29  dekhein bhai, is ko nemat hai ke America jo hai, wahan hate log hateful ho gaye hain. yeh baat sahi nahin hai.</w:t>
      </w:r>
      <w:r>
        <w:br/>
      </w:r>
      <w:r>
        <w:rPr>
          <w:sz w:val="20"/>
        </w:rPr>
        <w:t>51:37  hate to dekhein, part of nature hai. hate to hamesha hi rehti hai, koi America ki baat nahin hai. hate is part of nature.</w:t>
      </w:r>
      <w:r>
        <w:br/>
      </w:r>
      <w:r>
        <w:rPr>
          <w:sz w:val="20"/>
        </w:rPr>
        <w:t>51:49  to hate ke hote hue hamein apna kaam karna parta hai.</w:t>
      </w:r>
      <w:r>
        <w:br/>
      </w:r>
      <w:r>
        <w:rPr>
          <w:sz w:val="20"/>
        </w:rPr>
        <w:t>51:53  dekhein, hate ka mamla yeh hai ke agar aap is ko activate na karein, hate hamesha rehti hai dormant position mein, dormant soyi hui.</w:t>
      </w:r>
      <w:r>
        <w:br/>
      </w:r>
      <w:r>
        <w:rPr>
          <w:sz w:val="20"/>
        </w:rPr>
        <w:t>52:05  hate koi bharkta hua angara nahin hai, woh raakh mein chupi hua angara hai.</w:t>
      </w:r>
      <w:r>
        <w:br/>
      </w:r>
      <w:r>
        <w:rPr>
          <w:sz w:val="20"/>
        </w:rPr>
        <w:t>52:14  hate jo hai, bharkta hua angara nahin hai, balkeh raakh mein chupa hua hai. aap is ko mat bharkaiye to apni jagah par rahega, waisi ki waisi.</w:t>
      </w:r>
      <w:r>
        <w:br/>
      </w:r>
      <w:r>
        <w:rPr>
          <w:sz w:val="20"/>
        </w:rPr>
        <w:t>52:28  hamare saathi dekhe jaate hain har mazhab ke logon ke darmiyan, har mazhab ke logon ke darmiyan. to wahan kisi ko bharkate nahin hain, woh to woh normal tareeqe se wahan woh kaam</w:t>
      </w:r>
      <w:r>
        <w:br/>
      </w:r>
      <w:r>
        <w:rPr>
          <w:sz w:val="20"/>
        </w:rPr>
        <w:t>52:41  kar rahe hain. abhi subah mere paas telephone aaya aik sahib ka, aik bare sheher se telephone aaya ke wahan par aik aik aik meeting thi jis mein police officer, sab pure state ke police officer wahan maujood thay,</w:t>
      </w:r>
      <w:r>
        <w:br/>
      </w:r>
      <w:r>
        <w:rPr>
          <w:sz w:val="20"/>
        </w:rPr>
        <w:t>52:57  woh minister bhi aaye hue thay. to bataya ke wahan par sakht security thi, kisi ko jaane ki ijazat nahin thi. hum wahan pohanche</w:t>
      </w:r>
      <w:r>
        <w:br/>
      </w:r>
      <w:r>
        <w:rPr>
          <w:sz w:val="20"/>
        </w:rPr>
        <w:t>53:09  to unhon ne kaha ke kya purpose hai aap ka? unhon ne kaha ke dekhein, yeh Quran hai, hum logon ko dena chahein. to unhon ne kaha jaiye, jaiye, jaiye. halankeh woh police officer thay, aap sab ke sab aur non-muslim thay.</w:t>
      </w:r>
      <w:r>
        <w:br/>
      </w:r>
      <w:r>
        <w:rPr>
          <w:sz w:val="20"/>
        </w:rPr>
        <w:t>53:23  mein samajhta hoon ke aadmi ke andar jo ego hai ya hate hai ya koi bhi negative thought hai, woh hamesha rehta hai dormant position mein, soyi hui halat mein.</w:t>
      </w:r>
      <w:r>
        <w:br/>
      </w:r>
      <w:r>
        <w:rPr>
          <w:sz w:val="20"/>
        </w:rPr>
        <w:t>53:36  bas is ko bharkaiye mat.</w:t>
      </w:r>
      <w:r>
        <w:br/>
      </w:r>
      <w:r>
        <w:rPr>
          <w:sz w:val="20"/>
        </w:rPr>
        <w:t>53:39  aaj kal jo musalman jagah jagah musalmanon ke sath jo sulook ho raha hai, jis par shikayat karte hain, woh main samajhta hoon ke har jagah unhon ne aap bul mujhe bahar ki policy chala rakhi hai.</w:t>
      </w:r>
      <w:r>
        <w:br/>
      </w:r>
      <w:r>
        <w:rPr>
          <w:sz w:val="20"/>
        </w:rPr>
        <w:t>53:50  aap bul mujhe bahar, yaani khwamkhwah logon ko bharkana. jab bharkayenge to bhark uthega, woh jab tak aap na bharkaiye, tab tak kuch nahi hai.</w:t>
      </w:r>
      <w:r>
        <w:br/>
      </w:r>
      <w:r>
        <w:rPr>
          <w:sz w:val="20"/>
        </w:rPr>
        <w:t>54:05  mera tajurba zindagi bhar ka yahi hai ke koi aadmi duniya mein aisa nahi hai jo mera dushman ho. koi aadmi aisa nahi.</w:t>
      </w:r>
      <w:r>
        <w:br/>
      </w:r>
      <w:r>
        <w:rPr>
          <w:sz w:val="20"/>
        </w:rPr>
        <w:t>54:16  isi dili ka waqia batata hoon main aap ko. jab main rehta tha wahan jameed building mein to sham ka waqt tha, maghrib baad ka.</w:t>
      </w:r>
      <w:r>
        <w:br/>
      </w:r>
      <w:r>
        <w:rPr>
          <w:sz w:val="20"/>
        </w:rPr>
        <w:t>54:28  ek shakhs mere paas aaya, woh hindu tha.</w:t>
      </w:r>
      <w:r>
        <w:br/>
      </w:r>
      <w:r>
        <w:rPr>
          <w:sz w:val="20"/>
        </w:rPr>
        <w:t>54:31  us ne kaha ke hum ne apne haan ek jalsa rakha tha aur ek molvi sahib ko wahan le jana tha. woh unhon ne kaha tha ke hum chalenge, un ko lene ke liye aaya tha.</w:t>
      </w:r>
      <w:r>
        <w:br/>
      </w:r>
      <w:r>
        <w:rPr>
          <w:sz w:val="20"/>
        </w:rPr>
        <w:t>54:42  main woh purane dilli mein rehte the, woh molvi sahib, ab un ka intqaal ho gaya hai, un ki death ho gayi hai. to unhon ne inkar kar diya kyunke wahan se khabar aayi ke wahan hindu muslim fasad ka dar hai.</w:t>
      </w:r>
      <w:r>
        <w:br/>
      </w:r>
      <w:r>
        <w:rPr>
          <w:sz w:val="20"/>
        </w:rPr>
        <w:t>54:56  kisi ne molana sahib se keh diya ke wahan par hindu muslim muslim fasad ka dar hai. to unhon ne kaha ke bhai, main main nahi jaunga wahan par.</w:t>
      </w:r>
      <w:r>
        <w:br/>
      </w:r>
      <w:r>
        <w:rPr>
          <w:sz w:val="20"/>
        </w:rPr>
        <w:t>55:07  to main razi ho gaya ke main chalta hoon. jab main chala, us waqt maghrib baad ka waqt tha, yaani andhera ho chuka tha. to mujhe mehsoos hua ke mere peeche kuch chal raha hai.</w:t>
      </w:r>
      <w:r>
        <w:br/>
      </w:r>
      <w:r>
        <w:rPr>
          <w:sz w:val="20"/>
        </w:rPr>
        <w:t>55:19  to do ladke mere peeche chal rahe the,</w:t>
      </w:r>
      <w:r>
        <w:br/>
      </w:r>
      <w:r>
        <w:rPr>
          <w:sz w:val="20"/>
        </w:rPr>
        <w:t>55:22  woh the anis aur raees. do ladke wahan raha karte the, woh mujh se aate jate the, mere paas mujh se taluq tha un ko.</w:t>
      </w:r>
      <w:r>
        <w:br/>
      </w:r>
      <w:r>
        <w:rPr>
          <w:sz w:val="20"/>
        </w:rPr>
        <w:t>55:32  to main ne kaha, aap log kahan ja rahe hain? to unhon ne kaha ke wahan kuch ho jaye to aap ko to us ke liye hum chal rahe hain, hamari safety ke liye, security ke liye.</w:t>
      </w:r>
      <w:r>
        <w:br/>
      </w:r>
      <w:r>
        <w:rPr>
          <w:sz w:val="20"/>
        </w:rPr>
        <w:t>55:43  main ne kaha nahi, aap logon ko jane ki zaroorat</w:t>
      </w:r>
      <w:r>
        <w:br/>
      </w:r>
      <w:r>
        <w:rPr>
          <w:sz w:val="20"/>
        </w:rPr>
        <w:t>55:45  nahi. main zabardasti unhein rok diya, jaiye aap. aur isi an, isi hindu ke sath jis se meri koi jaan na pehchan, kuch bhi nahi.</w:t>
      </w:r>
      <w:r>
        <w:br/>
      </w:r>
      <w:r>
        <w:rPr>
          <w:sz w:val="20"/>
        </w:rPr>
        <w:t>55:54  aur jana tha najaf garh, bilkul pehchan nahi thi un se. to unhi ke sath main bus par le gaya, mujh ko woh najaf garh gaya.</w:t>
      </w:r>
      <w:r>
        <w:br/>
      </w:r>
      <w:r>
        <w:rPr>
          <w:sz w:val="20"/>
        </w:rPr>
        <w:t>56:05  gaya main wahan par, ek kuch log aktha hue the, wahan kuch main ne taqreer ki aur raat guzari wahan aur subah wapas aaya.</w:t>
      </w:r>
      <w:r>
        <w:br/>
      </w:r>
      <w:r>
        <w:rPr>
          <w:sz w:val="20"/>
        </w:rPr>
        <w:t>56:16  to main ne un bachon se kaha tha jo mere sath the, mere sath kaha ke mere dil mein kisi ke khilaf koi heat hai hi nahi. to dusra kyun mujhe heat karega? mere dil mein kisi ke khilaf koi bura khayal hai hi nahi.</w:t>
      </w:r>
      <w:r>
        <w:br/>
      </w:r>
      <w:r>
        <w:rPr>
          <w:sz w:val="20"/>
        </w:rPr>
        <w:t>56:29  dusra kyun mere khilaf bura khayal karega?</w:t>
      </w:r>
      <w:r>
        <w:br/>
      </w:r>
      <w:r>
        <w:rPr>
          <w:sz w:val="20"/>
        </w:rPr>
        <w:t>56:32  mujhe to main ne un se kaha ke apne apne ko dekhiye, yeh mat dekhiye ke wahan koi aap ka dushman hai, apne ko dekhiye. agar aap ke andar kisi ke khilaf heat nahi hai to koi aap se heat karne wala nahi hai.</w:t>
      </w:r>
      <w:r>
        <w:br/>
      </w:r>
      <w:r>
        <w:rPr>
          <w:sz w:val="20"/>
        </w:rPr>
        <w:t>56:46  mera yahi philosophy hai aur meri zindagi isi tareeqe se guzri hai, ab bhi guzar rahi hai, Allah ke fazal se.</w:t>
      </w:r>
    </w:p>
    <w:p>
      <w:pPr>
        <w:pStyle w:val="Heading2"/>
      </w:pPr>
      <w:r>
        <w:t>Story of Abdur Rahman and the two ways of spending</w:t>
      </w:r>
    </w:p>
    <w:p>
      <w:r>
        <w:rPr>
          <w:color w:val="666666"/>
          <w:sz w:val="18"/>
        </w:rPr>
        <w:t>Dars e Quran Chapter 2 Verses 256, 257, 268, 269 &amp; 281 4 June 2007 - Maulana Wahiduddin Khan · 5m 03s · at 29:47 · https://youtu.be/mI7KYYuy2QA?t=1787</w:t>
      </w:r>
    </w:p>
    <w:p>
      <w:r>
        <w:rPr>
          <w:i/>
        </w:rPr>
        <w:t>“Ek sahabi the, Abdur Rahman bin Auf”</w:t>
      </w:r>
    </w:p>
    <w:p>
      <w:r>
        <w:rPr>
          <w:sz w:val="20"/>
        </w:rPr>
        <w:t>29:47  ek sahabi thay madine mein, rasool Allah ke saathi garam tha, abdul rahman bin auf. woh tajir thay.</w:t>
      </w:r>
      <w:r>
        <w:br/>
      </w:r>
      <w:r>
        <w:rPr>
          <w:sz w:val="20"/>
        </w:rPr>
        <w:t>29:58  to unhon ne wahan shadi ki.</w:t>
      </w:r>
      <w:r>
        <w:br/>
      </w:r>
      <w:r>
        <w:rPr>
          <w:sz w:val="20"/>
        </w:rPr>
        <w:t>30:02  to kya hua ke rasool Allah ko bhi nahi bulaya,</w:t>
      </w:r>
      <w:r>
        <w:br/>
      </w:r>
      <w:r>
        <w:rPr>
          <w:sz w:val="20"/>
        </w:rPr>
        <w:t>30:05  sahaba ko bhi nahi bulaya. halankay woh paise wale thay woh. to chand din ke baad jab rasool Allah ke paas aaye to rasool Allah ne poocha ke kai din se tum aaye nahi hamari sohbat mein?</w:t>
      </w:r>
      <w:r>
        <w:br/>
      </w:r>
      <w:r>
        <w:rPr>
          <w:sz w:val="20"/>
        </w:rPr>
        <w:t>30:25  to unhon ne kaha ke main ne madine mein ek khatoon se shadi kar li hai. ab ghor kijiye kitna saada tareeqa tha in logon ka.</w:t>
      </w:r>
      <w:r>
        <w:br/>
      </w:r>
      <w:r>
        <w:rPr>
          <w:sz w:val="20"/>
        </w:rPr>
        <w:t>30:36  madina ek shehar tha, koi dilli jaisa shehar nahi tha madina.</w:t>
      </w:r>
      <w:r>
        <w:br/>
      </w:r>
      <w:r>
        <w:rPr>
          <w:sz w:val="20"/>
        </w:rPr>
        <w:t>30:44  madina to yani ek shehar tha. bas.</w:t>
      </w:r>
      <w:r>
        <w:br/>
      </w:r>
      <w:r>
        <w:rPr>
          <w:sz w:val="20"/>
        </w:rPr>
        <w:t>30:54  to wahan par shadi karte hain ek sahabi lekin kisi ko bulate nahi. na rasool Allah ko, na sahaba ko.</w:t>
      </w:r>
      <w:r>
        <w:br/>
      </w:r>
      <w:r>
        <w:rPr>
          <w:sz w:val="20"/>
        </w:rPr>
        <w:t>31:04  bas saada tareeqay par nikah kar liya, bas baat khatam ho gayi.</w:t>
      </w:r>
      <w:r>
        <w:br/>
      </w:r>
      <w:r>
        <w:rPr>
          <w:sz w:val="20"/>
        </w:rPr>
        <w:t>31:10  yeh hai islami shadi. aaj kal kya hota hai? aaj kal yeh hota hai ke pamp and show ka zamana hai.</w:t>
      </w:r>
      <w:r>
        <w:br/>
      </w:r>
      <w:r>
        <w:rPr>
          <w:sz w:val="20"/>
        </w:rPr>
        <w:t>31:21  shadi karein ge to ek hangama khara karein ge. to isi ke baray mein farmaya ke</w:t>
      </w:r>
      <w:r>
        <w:br/>
      </w:r>
      <w:r>
        <w:rPr>
          <w:sz w:val="20"/>
        </w:rPr>
        <w:t>31:27  "in al-mubathireen kanoo ikhwan al-shayateen" . paise ko chheentne wale, apne kamaye hue paise ko chheentne wale shaitan ke bhai hain.</w:t>
      </w:r>
      <w:r>
        <w:br/>
      </w:r>
      <w:r>
        <w:rPr>
          <w:sz w:val="20"/>
        </w:rPr>
        <w:t>31:45  shaitan ke bhai hain. to is ka matlab kya hua? apni kamai ko ek dhang par kharch karna aap ko shaitan ki taraf le aata hai.</w:t>
      </w:r>
      <w:r>
        <w:br/>
      </w:r>
      <w:r>
        <w:rPr>
          <w:sz w:val="20"/>
        </w:rPr>
        <w:t>31:59  shaitan jaye ga</w:t>
      </w:r>
      <w:r>
        <w:br/>
      </w:r>
      <w:r>
        <w:rPr>
          <w:sz w:val="20"/>
        </w:rPr>
        <w:t>32:01  jahannum mein, aap ko bhi shaitan jahannum mein le jaye ga. aur doosre dhang par kharch karna paise ko, aap ko le aaye ga jannat ki taraf, jannat ki taraf.</w:t>
      </w:r>
      <w:r>
        <w:br/>
      </w:r>
      <w:r>
        <w:rPr>
          <w:sz w:val="20"/>
        </w:rPr>
        <w:t>32:16  firishton ki taraf.</w:t>
      </w:r>
      <w:r>
        <w:br/>
      </w:r>
      <w:r>
        <w:rPr>
          <w:sz w:val="20"/>
        </w:rPr>
        <w:t>32:18  ab dekhiye ke yeh abdul rahman bin auf, jinhon ne apni shadi mein kisi ko bulaya nahi. rasool Allah ko, na sahaba ko.</w:t>
      </w:r>
      <w:r>
        <w:br/>
      </w:r>
      <w:r>
        <w:rPr>
          <w:sz w:val="20"/>
        </w:rPr>
        <w:t>32:29  lekin ek mauqa par aisa hua ke un ka saman aaya bahar se, ek hazar oonton par lad kar.</w:t>
      </w:r>
      <w:r>
        <w:br/>
      </w:r>
      <w:r>
        <w:rPr>
          <w:sz w:val="20"/>
        </w:rPr>
        <w:t>32:39  woh bahar se saman mangate thay aur madine mein bechte thay. to ek hazar oonton par saman lad kar aaya. us waqt madine mein zaroorat thi,</w:t>
      </w:r>
      <w:r>
        <w:br/>
      </w:r>
      <w:r>
        <w:rPr>
          <w:sz w:val="20"/>
        </w:rPr>
        <w:t>32:53  log zaroorat mand thay saman ke. to sara saman aap ne khuda ke rastay mein de diya.</w:t>
      </w:r>
      <w:r>
        <w:br/>
      </w:r>
      <w:r>
        <w:rPr>
          <w:sz w:val="20"/>
        </w:rPr>
        <w:t>33:01  becha nahi. madine ka ek tajar aaya aap ke paas ke hamein becho, hum paisa de kar khareedna chahte hain.</w:t>
      </w:r>
      <w:r>
        <w:br/>
      </w:r>
      <w:r>
        <w:rPr>
          <w:sz w:val="20"/>
        </w:rPr>
        <w:t>33:12  aap ne kisi ko nahi diya. sab ka sab madine walon mein</w:t>
      </w:r>
      <w:r>
        <w:br/>
      </w:r>
      <w:r>
        <w:rPr>
          <w:sz w:val="20"/>
        </w:rPr>
        <w:t>33:19  de diya. ab dekhiye ke shadi mein kuch nahi kharch kiya. aur khuda ke rastay mein itna tha maal, de diya.</w:t>
      </w:r>
      <w:r>
        <w:br/>
      </w:r>
      <w:r>
        <w:rPr>
          <w:sz w:val="20"/>
        </w:rPr>
        <w:t>33:32  yeh tha in logon ka tareeqa. to "al-shaytanu ya'idukum faqr" .</w:t>
      </w:r>
      <w:r>
        <w:br/>
      </w:r>
      <w:r>
        <w:rPr>
          <w:sz w:val="20"/>
        </w:rPr>
        <w:t>33:39  ka matlab yeh hai ke kharch ka ek tareeqa woh hai jo shaitani tareeqa hai. aur kharch ka ek tareeqa woh hai jo farishton wala tareeqa hai.</w:t>
      </w:r>
      <w:r>
        <w:br/>
      </w:r>
      <w:r>
        <w:rPr>
          <w:sz w:val="20"/>
        </w:rPr>
        <w:t>33:57  shaitani tareeqa kharch ka yeh hai ke aap ke paise ko</w:t>
      </w:r>
      <w:r>
        <w:br/>
      </w:r>
      <w:r>
        <w:rPr>
          <w:sz w:val="20"/>
        </w:rPr>
        <w:t>34:01  numaish mein kharch karen. aur khapat mein, aur samanon ki kharidari mein, aur outing mein, aur shadiyon mein, aur partiyon mein.</w:t>
      </w:r>
      <w:r>
        <w:br/>
      </w:r>
      <w:r>
        <w:rPr>
          <w:sz w:val="20"/>
        </w:rPr>
        <w:t>34:13  aur kapray mein, aur is mein is mein kharch karen. ek tareeqa yeh hai ke zindagi aap ki sada ho, bilkul sada ho.</w:t>
      </w:r>
      <w:r>
        <w:br/>
      </w:r>
      <w:r>
        <w:rPr>
          <w:sz w:val="20"/>
        </w:rPr>
        <w:t>34:23  yahan tak ke shadi mein bhi aap kisi ko na bulayen. itni sada ho. lekin jab zaroorat paray khuda ke rastay mein paisa dene ki to aap dil khol kar paisa de den.</w:t>
      </w:r>
      <w:r>
        <w:br/>
      </w:r>
      <w:r>
        <w:rPr>
          <w:sz w:val="20"/>
        </w:rPr>
        <w:t>34:37  yeh hai farishton wala tareeqa.</w:t>
      </w:r>
      <w:r>
        <w:br/>
      </w:r>
      <w:r>
        <w:rPr>
          <w:sz w:val="20"/>
        </w:rPr>
        <w:t>34:43  yeh do tareeqay hain har aadmi ke liye.</w:t>
      </w:r>
    </w:p>
    <w:p>
      <w:pPr>
        <w:pStyle w:val="Heading2"/>
      </w:pPr>
      <w:r>
        <w:t>Prophet Noah's 900 years, only a few followers</w:t>
      </w:r>
    </w:p>
    <w:p>
      <w:r>
        <w:rPr>
          <w:color w:val="666666"/>
          <w:sz w:val="18"/>
        </w:rPr>
        <w:t>God's Plan For Mankind September 24, 2023 · 45s · at 18:40 · https://youtu.be/Z47sL5AFUAE?t=1120</w:t>
      </w:r>
    </w:p>
    <w:p>
      <w:r>
        <w:rPr>
          <w:i/>
        </w:rPr>
        <w:t>“हजरत नूह ने 900 साल में चंद फॉलोअर्स पाए”</w:t>
      </w:r>
    </w:p>
    <w:p>
      <w:r>
        <w:rPr>
          <w:sz w:val="20"/>
        </w:rPr>
        <w:t>18:40  thi. hazrat nuh al salam ne 900 saal tak kaam kiya, aur 900 saal mein unke paas chand followers unko mile.</w:t>
      </w:r>
      <w:r>
        <w:br/>
      </w:r>
      <w:r>
        <w:rPr>
          <w:sz w:val="20"/>
        </w:rPr>
        <w:t>18:48  unke apne ghar wale bhi poore nahin mile unko.</w:t>
      </w:r>
      <w:r>
        <w:br/>
      </w:r>
      <w:r>
        <w:rPr>
          <w:sz w:val="20"/>
        </w:rPr>
        <w:t>18:51  to log jo hain, unko bilkul dhyan nahin dete the.</w:t>
      </w:r>
      <w:r>
        <w:br/>
      </w:r>
      <w:r>
        <w:rPr>
          <w:sz w:val="20"/>
        </w:rPr>
        <w:t>18:55  aur unko bilkul unke andar kuch worldly glory, majesty, jo</w:t>
      </w:r>
      <w:r>
        <w:br/>
      </w:r>
      <w:r>
        <w:rPr>
          <w:sz w:val="20"/>
        </w:rPr>
        <w:t>19:01  baad mein tareekh ki badhaiyan prophets ke saath amle ho jati hain, woh sab toh thi nahin.</w:t>
      </w:r>
      <w:r>
        <w:br/>
      </w:r>
      <w:r>
        <w:rPr>
          <w:sz w:val="20"/>
        </w:rPr>
        <w:t>19:07  bilkul simple life unki hoti thi.</w:t>
      </w:r>
      <w:r>
        <w:br/>
      </w:r>
      <w:r>
        <w:rPr>
          <w:sz w:val="20"/>
        </w:rPr>
        <w:t>19:09  ab woh kehte the, "yeh khuda ko yahi mila tha paigambar banane ke liye."</w:t>
      </w:r>
      <w:r>
        <w:br/>
      </w:r>
      <w:r>
        <w:rPr>
          <w:sz w:val="20"/>
        </w:rPr>
        <w:t>19:13  jaise rasool allah sallallahu alaihi wasallam ke liye kehte the ki khuda ko koi doosra nahin mila, aadmi tum ko paigambar banaya hai.</w:t>
      </w:r>
      <w:r>
        <w:br/>
      </w:r>
      <w:r>
        <w:rPr>
          <w:sz w:val="20"/>
        </w:rPr>
        <w:t>19:20  to woh chahte the ki koi badshah type aadmi ho, woh paigambar ho.</w:t>
      </w:r>
      <w:r>
        <w:br/>
      </w:r>
      <w:r>
        <w:rPr>
          <w:sz w:val="20"/>
        </w:rPr>
        <w:t>19:24  to</w:t>
      </w:r>
    </w:p>
    <w:p>
      <w:pPr>
        <w:pStyle w:val="Heading2"/>
      </w:pPr>
      <w:r>
        <w:t>Quran's 7th-century prediction that science would prove its truths</w:t>
      </w:r>
    </w:p>
    <w:p>
      <w:r>
        <w:rPr>
          <w:color w:val="666666"/>
          <w:sz w:val="18"/>
        </w:rPr>
        <w:t>Physical Science or Divine Science November 25, 2012 · 5m 15s · at 3:29 · https://youtu.be/BaWTblQLpE4?t=209</w:t>
      </w:r>
    </w:p>
    <w:p>
      <w:r>
        <w:rPr>
          <w:i/>
        </w:rPr>
        <w:t>“Quran ne kaha tha, mustaqbil mein haqq wazeh ho jayega”</w:t>
      </w:r>
    </w:p>
    <w:p>
      <w:r>
        <w:rPr>
          <w:sz w:val="20"/>
        </w:rPr>
        <w:t>3:29  sab se pehle jo mere zehn mein sawal aaya, woh yeh ke Quran ki aik aayat hai jo Surah Ha Mim As Sajdah mein hai.</w:t>
      </w:r>
      <w:r>
        <w:br/>
      </w:r>
      <w:r>
        <w:rPr>
          <w:sz w:val="20"/>
        </w:rPr>
        <w:t>3:40  Surah Ha Mim Sajdah.</w:t>
      </w:r>
      <w:r>
        <w:br/>
      </w:r>
      <w:r>
        <w:rPr>
          <w:sz w:val="20"/>
        </w:rPr>
        <w:t>3:45  woh iss tarah se hai ke sanureehim ayatina fil afaqi wa fi anfusihim hatta yata bayyana al haqq</w:t>
      </w:r>
      <w:r>
        <w:br/>
      </w:r>
      <w:r>
        <w:rPr>
          <w:sz w:val="20"/>
        </w:rPr>
        <w:t>3:59  iska tarjuma yeh hai ke hum mustaqbil mein dikhayenge nishaniyan insanon mein aur kainat mein, yahan tak ke logon par khul jaye, wazeh ho jaye ke yehi haq hai.</w:t>
      </w:r>
      <w:r>
        <w:br/>
      </w:r>
      <w:r>
        <w:rPr>
          <w:sz w:val="20"/>
        </w:rPr>
        <w:t>4:21  mere samne yeh sawal tha ke jab Quran utra, 7th century AD ke first quarter mein, tab bhi woh haq tha?</w:t>
      </w:r>
      <w:r>
        <w:br/>
      </w:r>
      <w:r>
        <w:rPr>
          <w:sz w:val="20"/>
        </w:rPr>
        <w:t>4:33  to mustaqbil ke bare mein kyun kaha gaya aisa? dekhen, suno, yeh humko hai, yeh future future tense hai, mustaqbil ka seigha hai.</w:t>
      </w:r>
      <w:r>
        <w:br/>
      </w:r>
      <w:r>
        <w:rPr>
          <w:sz w:val="20"/>
        </w:rPr>
        <w:t>4:45  to Quran jab utra, ussi waqt woh haq tha? woh yeh kyun kaha gaya ke mustaqbil mein inka haq hona wazeh hoga?</w:t>
      </w:r>
      <w:r>
        <w:br/>
      </w:r>
      <w:r>
        <w:rPr>
          <w:sz w:val="20"/>
        </w:rPr>
        <w:t>4:56  kya matlab hai iska? yaani future tense mein kyun kaha gaya? kyunke woh toh present tense ki baat thi ke Quran mein jo baat kahi gayi hai, woh sab haqiqat hai.</w:t>
      </w:r>
      <w:r>
        <w:br/>
      </w:r>
      <w:r>
        <w:rPr>
          <w:sz w:val="20"/>
        </w:rPr>
        <w:t>5:11  yeh bohat baad mein mujhe samajh mein aaya ke yeh ek prediction tha, ek peshangoi thi iss age ki jisko hum kehte hain age of science.</w:t>
      </w:r>
      <w:r>
        <w:br/>
      </w:r>
      <w:r>
        <w:rPr>
          <w:sz w:val="20"/>
        </w:rPr>
        <w:t>5:24  ke age of science mein yeh baat khulegi. woh kis ma'ne mein khulegi? woh ek aur ayat se wazeh hoti hai.</w:t>
      </w:r>
      <w:r>
        <w:br/>
      </w:r>
      <w:r>
        <w:rPr>
          <w:sz w:val="20"/>
        </w:rPr>
        <w:t>5:37  Surah Al-Fatir mein yeh ayat hai ke wa laqad khalaqna al-samawati wal-ardi wa ma baynahuma la'ibeen. Ma khalaqnahuma illa bil-haqqi wa lakinna aktharahum la ya'lamoon.</w:t>
      </w:r>
      <w:r>
        <w:br/>
      </w:r>
      <w:r>
        <w:rPr>
          <w:sz w:val="20"/>
        </w:rPr>
        <w:t>5:52  in ma yakhshalla min ba'dihi al-'ulama' iska translation yeh hai ke pahadon mein tarah tarah ke rang hote hain,</w:t>
      </w:r>
      <w:r>
        <w:br/>
      </w:r>
      <w:r>
        <w:rPr>
          <w:sz w:val="20"/>
        </w:rPr>
        <w:t>6:05  chitkabre, safed, lal aur kale. yeh farmaya ya'ni pahadon ko refer karke yeh farmaya ke in ma yakhshalla min ba'dihi al-'ulama'</w:t>
      </w:r>
      <w:r>
        <w:br/>
      </w:r>
      <w:r>
        <w:rPr>
          <w:sz w:val="20"/>
        </w:rPr>
        <w:t>6:29  Allah se darte hain sirf ilm wale.</w:t>
      </w:r>
      <w:r>
        <w:br/>
      </w:r>
      <w:r>
        <w:rPr>
          <w:sz w:val="20"/>
        </w:rPr>
        <w:t>6:33  yeh ghaur kijiye ke ilm al-jibal ka hawala dekar kyun kaha gaya aisa? yahan toh ilm al-jibal ka hawala hai, ya'ni pahadon ka ilm.</w:t>
      </w:r>
      <w:r>
        <w:br/>
      </w:r>
      <w:r>
        <w:rPr>
          <w:sz w:val="20"/>
        </w:rPr>
        <w:t>6:46  iske reference mein, iske hawale se kyun kaha gaya ke ilm wale hi Allah se darte hain?</w:t>
      </w:r>
      <w:r>
        <w:br/>
      </w:r>
      <w:r>
        <w:rPr>
          <w:sz w:val="20"/>
        </w:rPr>
        <w:t>6:56  un dono ayaton ko lekar aapas sochiye, tab baat samajh mein aati hai.</w:t>
      </w:r>
      <w:r>
        <w:br/>
      </w:r>
      <w:r>
        <w:rPr>
          <w:sz w:val="20"/>
        </w:rPr>
        <w:t>7:01  woh yeh hai ke jab Quran utra, us waqt Quran ki sachaiyan jo thin, woh belief ke darje mein thin, matter of belief ya'ni aqeedah.</w:t>
      </w:r>
      <w:r>
        <w:br/>
      </w:r>
      <w:r>
        <w:rPr>
          <w:sz w:val="20"/>
        </w:rPr>
        <w:t>7:17  toh yeh prediction tha ke ek daur aayega jabke established knowledge ke satah par inki sachai sabit ho jayegi.</w:t>
      </w:r>
      <w:r>
        <w:br/>
      </w:r>
      <w:r>
        <w:rPr>
          <w:sz w:val="20"/>
        </w:rPr>
        <w:t>7:28  yeh hai matlab iska.</w:t>
      </w:r>
      <w:r>
        <w:br/>
      </w:r>
      <w:r>
        <w:rPr>
          <w:sz w:val="20"/>
        </w:rPr>
        <w:t>7:31  jab Quran utra toh aap jante hain ke woh pre-scientific age tha, woh traditional zamana tha. us waqt fitrat ke jo haqaiq hain, woh khule nahi the.</w:t>
      </w:r>
      <w:r>
        <w:br/>
      </w:r>
      <w:r>
        <w:rPr>
          <w:sz w:val="20"/>
        </w:rPr>
        <w:t>7:43  toh us waqt jo baatein batai gayi hain Quran mein, jo sachaiyan, woh logon ne as a matter of belief mana, usko aqeedah ke taur par.</w:t>
      </w:r>
      <w:r>
        <w:br/>
      </w:r>
      <w:r>
        <w:rPr>
          <w:sz w:val="20"/>
        </w:rPr>
        <w:t>7:55  toh ismein prediction tha ke ek daur aane wala hai jabke khud insani ilm, khud established knowledge, matlab jisko sab log accept kar rahe hain,</w:t>
      </w:r>
      <w:r>
        <w:br/>
      </w:r>
      <w:r>
        <w:rPr>
          <w:sz w:val="20"/>
        </w:rPr>
        <w:t>8:10  yeh saare log jis knowledge ko accept kar rahe hain, us satah par, us level par Quran ki sachaiyan sabit ho jayengi, ek proven fact ban jayengi.</w:t>
      </w:r>
      <w:r>
        <w:br/>
      </w:r>
      <w:r>
        <w:rPr>
          <w:sz w:val="20"/>
        </w:rPr>
        <w:t>8:22  ke jo cheez us waqt matter of belief thi, woh ek proven fact ban jayegi. yeh ek bohat badi peshangoi thi.</w:t>
      </w:r>
      <w:r>
        <w:br/>
      </w:r>
      <w:r>
        <w:rPr>
          <w:sz w:val="20"/>
        </w:rPr>
        <w:t>8:34  aur science ka jo zahoor hai, science jo ka isi peshangoi ki tasdeeq hai.</w:t>
      </w:r>
    </w:p>
    <w:p>
      <w:pPr>
        <w:pStyle w:val="Heading2"/>
      </w:pPr>
      <w:r>
        <w:t>Only two acceptable ways to live in society</w:t>
      </w:r>
    </w:p>
    <w:p>
      <w:r>
        <w:rPr>
          <w:color w:val="666666"/>
          <w:sz w:val="18"/>
        </w:rPr>
        <w:t>Islam in Daily Life December 26, 2010 · 1m 24s · at 6:20 · https://youtu.be/H0VYpUX3q3Q?t=380</w:t>
      </w:r>
    </w:p>
    <w:p>
      <w:r>
        <w:rPr>
          <w:i/>
        </w:rPr>
        <w:t>“Islam mein sirf do tareeqe hain jo acceptable hain”</w:t>
      </w:r>
    </w:p>
    <w:p>
      <w:r>
        <w:rPr>
          <w:sz w:val="20"/>
        </w:rPr>
        <w:t>6:20  phir ek aur hadith hai, ab mainne lekar bataya keh dekhen, islam mein sirf do tareeqe jo hain, woh accepted hain.</w:t>
      </w:r>
      <w:r>
        <w:br/>
      </w:r>
      <w:r>
        <w:rPr>
          <w:sz w:val="20"/>
        </w:rPr>
        <w:t>6:33  baqi jo hai, woh galat hai.</w:t>
      </w:r>
      <w:r>
        <w:br/>
      </w:r>
      <w:r>
        <w:rPr>
          <w:sz w:val="20"/>
        </w:rPr>
        <w:t>6:37  ek yeh hai keh aap society mein giver person bankar rahen.</w:t>
      </w:r>
      <w:r>
        <w:br/>
      </w:r>
      <w:r>
        <w:rPr>
          <w:sz w:val="20"/>
        </w:rPr>
        <w:t>6:46  "إ نلم تن فعوا فلاتضرو ا".</w:t>
      </w:r>
      <w:r>
        <w:br/>
      </w:r>
      <w:r>
        <w:rPr>
          <w:sz w:val="20"/>
        </w:rPr>
        <w:t>6:51  yani agar tum logon ko faida na pohanch sako to kam se kam nuqsan na pohanchao. yeh do darjay hain. yani ya to aap give a person bankar raho, ya kam se kam no problem person bankar raho.</w:t>
      </w:r>
      <w:r>
        <w:br/>
      </w:r>
      <w:r>
        <w:rPr>
          <w:sz w:val="20"/>
        </w:rPr>
        <w:t>7:09  kisi ajeeb taleem hai. "in lam tanfa'oo fala tadarru". agar tum doosron ko faida na pohanch sako to kam se kam nuqsan to na pohanchao.</w:t>
      </w:r>
      <w:r>
        <w:br/>
      </w:r>
      <w:r>
        <w:rPr>
          <w:sz w:val="20"/>
        </w:rPr>
        <w:t>7:20  iska matlab yeh hua ke tum samajh ke andar ya to give a person bankar raho, ya no problem person bankar raho.</w:t>
      </w:r>
      <w:r>
        <w:br/>
      </w:r>
      <w:r>
        <w:rPr>
          <w:sz w:val="20"/>
        </w:rPr>
        <w:t>7:35  yeh baatein unko bari ajeeb lagti thin. woh to samajhte hain ke islam naam hai larai jhagde ka.</w:t>
      </w:r>
    </w:p>
    <w:p>
      <w:pPr>
        <w:pStyle w:val="Heading2"/>
      </w:pPr>
      <w:r>
        <w:t>Quran's command to become people devoted to God</w:t>
      </w:r>
    </w:p>
    <w:p>
      <w:r>
        <w:rPr>
          <w:color w:val="666666"/>
          <w:sz w:val="18"/>
        </w:rPr>
        <w:t>God oriented Life January 6, 2007 · 42s · at 0:57 · https://youtu.be/UdJ9eWU_OCo?t=57</w:t>
      </w:r>
    </w:p>
    <w:p>
      <w:r>
        <w:rPr>
          <w:i/>
        </w:rPr>
        <w:t>“Quran mein ek ayat hai: kono rabbaniyeen”</w:t>
      </w:r>
    </w:p>
    <w:p>
      <w:r>
        <w:rPr>
          <w:sz w:val="20"/>
        </w:rPr>
        <w:t>0:57  Quran mein ek ayat hai: "kunoo rabbaniyyan".</w:t>
      </w:r>
      <w:r>
        <w:br/>
      </w:r>
      <w:r>
        <w:rPr>
          <w:sz w:val="20"/>
        </w:rPr>
        <w:t>1:07  tum log rabb wale ban jao, yaani rabb oriented ban jao. ka matlab yeh hua ke rabb oriented life adopt karo,</w:t>
      </w:r>
      <w:r>
        <w:br/>
      </w:r>
      <w:r>
        <w:rPr>
          <w:sz w:val="20"/>
        </w:rPr>
        <w:t>1:22  ya God oriented life adopt karo. to yeh jo hai "God oriented life", yeh khud Quran ka concept hai, Quran mein yeh baat batai gai hai.</w:t>
      </w:r>
    </w:p>
    <w:p>
      <w:pPr>
        <w:pStyle w:val="Heading2"/>
      </w:pPr>
      <w:r>
        <w:t>Galileo's dualism separates quantitative from qualitative</w:t>
      </w:r>
    </w:p>
    <w:p>
      <w:r>
        <w:rPr>
          <w:color w:val="666666"/>
          <w:sz w:val="18"/>
        </w:rPr>
        <w:t>Why this Ethical Crisis (Moral Crisis) I December 16, 2007 - Maulana Wahiduddin Khan · 3m 02s · at 8:22 · https://youtu.be/00lGcZ0tyyg?t=502</w:t>
      </w:r>
    </w:p>
    <w:p>
      <w:r>
        <w:rPr>
          <w:i/>
        </w:rPr>
        <w:t>“Galileo ne quantitative aspect ko qualitative se alag kar diya”</w:t>
      </w:r>
    </w:p>
    <w:p>
      <w:r>
        <w:rPr>
          <w:sz w:val="20"/>
        </w:rPr>
        <w:t>8:22  seventeen century mein dualism ka concept aaya. is ko Descartes ne shuru kiya aur kai logon ne shuru kiya. phir is ko zyada barhaya Galileo ne.</w:t>
      </w:r>
      <w:r>
        <w:br/>
      </w:r>
      <w:r>
        <w:rPr>
          <w:sz w:val="20"/>
        </w:rPr>
        <w:t>8:35  Galileo aap jante hain ke seventeen century mein is ka</w:t>
      </w:r>
      <w:r>
        <w:br/>
      </w:r>
      <w:r>
        <w:rPr>
          <w:sz w:val="20"/>
        </w:rPr>
        <w:t>8:40  sara kaam hua. sixteen century ka second half aur seventeen century ka first half isi ke darmiyan mein place hua Galileo.</w:t>
      </w:r>
      <w:r>
        <w:br/>
      </w:r>
      <w:r>
        <w:rPr>
          <w:sz w:val="20"/>
        </w:rPr>
        <w:t>8:53  to Galileo ne kya kiya? ke cheezon ke</w:t>
      </w:r>
      <w:r>
        <w:br/>
      </w:r>
      <w:r>
        <w:rPr>
          <w:sz w:val="20"/>
        </w:rPr>
        <w:t>8:57  quantitative aspect ko is ke qualitative aspect se alag kar diya. yahan se shuru hui hai yeh cheez.</w:t>
      </w:r>
      <w:r>
        <w:br/>
      </w:r>
      <w:r>
        <w:rPr>
          <w:sz w:val="20"/>
        </w:rPr>
        <w:t>9:06  ke hum shopping item ko dekhte hain aur created item ko nahi dekhte. jab hum khareedte hain shopping center se ek cheez to hum dekhte hain ke yeh yeh ek</w:t>
      </w:r>
      <w:r>
        <w:br/>
      </w:r>
      <w:r>
        <w:rPr>
          <w:sz w:val="20"/>
        </w:rPr>
        <w:t>9:20  purchased commodity hai. halanke woh created commodity hai. koi bhi cheez jab aap lete hain bazaar se,</w:t>
      </w:r>
      <w:r>
        <w:br/>
      </w:r>
      <w:r>
        <w:rPr>
          <w:sz w:val="20"/>
        </w:rPr>
        <w:t>9:34  kisi shopping center se to aap ko ek maloom kiya aata hai ke yeh ek purchased community, commodity hai.</w:t>
      </w:r>
      <w:r>
        <w:br/>
      </w:r>
      <w:r>
        <w:rPr>
          <w:sz w:val="20"/>
        </w:rPr>
        <w:t>9:41  purchased commodity yani khareedi hui cheez. khareedi hui cheez ke taur par lete hain is ko aap. halanke woh paida ki hui cheez hai woh.</w:t>
      </w:r>
      <w:r>
        <w:br/>
      </w:r>
      <w:r>
        <w:rPr>
          <w:sz w:val="20"/>
        </w:rPr>
        <w:t>9:51  woh created commodity hai. to creation ko aap simply ek purchasing ka item samajhte hain.</w:t>
      </w:r>
      <w:r>
        <w:br/>
      </w:r>
      <w:r>
        <w:rPr>
          <w:sz w:val="20"/>
        </w:rPr>
        <w:t>10:00  is wajah se aap ko yeh to aata hai ke dekho bhai kitna make acha hai is ka, yeh kitni company achi hai is ki. is hesiyat se sochte hain aap.</w:t>
      </w:r>
      <w:r>
        <w:br/>
      </w:r>
      <w:r>
        <w:rPr>
          <w:sz w:val="20"/>
        </w:rPr>
        <w:t>10:09  lekin khuda ne jo paida kiya is hesiyat se nahi sochte aap. to aap khush hote hain, magan hote hain, lekin</w:t>
      </w:r>
      <w:r>
        <w:br/>
      </w:r>
      <w:r>
        <w:rPr>
          <w:sz w:val="20"/>
        </w:rPr>
        <w:t>10:17  shukr ka jazba nahi aata. khuda ko acknowledge nahi karte aap. to kya hua dekhein Galileo jo tha yeh Italian starmer tha.</w:t>
      </w:r>
      <w:r>
        <w:br/>
      </w:r>
      <w:r>
        <w:rPr>
          <w:sz w:val="20"/>
        </w:rPr>
        <w:t>10:28  aur bohat is ko kaha jata hai ke modern science isi se shuru hui. phir Newton ne is ko aage barhaya. phir Einstein ne aage barhaya.</w:t>
      </w:r>
      <w:r>
        <w:br/>
      </w:r>
      <w:r>
        <w:rPr>
          <w:sz w:val="20"/>
        </w:rPr>
        <w:t>10:38  lekin jo jo jo foundation rakhi hai modern science ki woh Galileo ne aisa kaha jata hai. to aap jante hain ke Galileo se pehle kya mamla tha?</w:t>
      </w:r>
      <w:r>
        <w:br/>
      </w:r>
      <w:r>
        <w:rPr>
          <w:sz w:val="20"/>
        </w:rPr>
        <w:t>10:51  jo history of thought batati hai ke</w:t>
      </w:r>
      <w:r>
        <w:br/>
      </w:r>
      <w:r>
        <w:rPr>
          <w:sz w:val="20"/>
        </w:rPr>
        <w:t>10:54  Galileo se pehle jo traditional thinking thi us mein mathematics aur physics dono separate department thay.</w:t>
      </w:r>
      <w:r>
        <w:br/>
      </w:r>
      <w:r>
        <w:rPr>
          <w:sz w:val="20"/>
        </w:rPr>
        <w:t>11:06  Galileo se pehle yeh tha ke mathematics alag thi aur physics alag thi.</w:t>
      </w:r>
      <w:r>
        <w:br/>
      </w:r>
      <w:r>
        <w:rPr>
          <w:sz w:val="20"/>
        </w:rPr>
        <w:t>11:16  is ka karmana bataya jata hai ke is ne is is separation ko khatam kiya. mathematics ko aur physics ko dono ko ek kar diya.</w:t>
      </w:r>
    </w:p>
    <w:p>
      <w:pPr>
        <w:pStyle w:val="Heading2"/>
      </w:pPr>
      <w:r>
        <w:t>Intention determines whether an action is good</w:t>
      </w:r>
    </w:p>
    <w:p>
      <w:r>
        <w:rPr>
          <w:color w:val="666666"/>
          <w:sz w:val="18"/>
        </w:rPr>
        <w:t>Hadith (English) March 27, 2007 Maulana Wahiduddin Khan · 2m 39s · at 7:10 · https://youtu.be/VnwRJbqn9tU?t=430</w:t>
      </w:r>
    </w:p>
    <w:p>
      <w:r>
        <w:rPr>
          <w:i/>
        </w:rPr>
        <w:t>“Actions depend on intentions, this is the first hadith of Bukhari”</w:t>
      </w:r>
    </w:p>
    <w:p>
      <w:r>
        <w:rPr>
          <w:sz w:val="20"/>
        </w:rPr>
        <w:t>7:10  there is a hadith. Hadith means saying of the Prophet of Islam.</w:t>
      </w:r>
      <w:r>
        <w:br/>
      </w:r>
      <w:r>
        <w:rPr>
          <w:sz w:val="20"/>
        </w:rPr>
        <w:t>7:21  "innama al-a'malu bi al-niyyat."</w:t>
      </w:r>
      <w:r>
        <w:br/>
      </w:r>
      <w:r>
        <w:rPr>
          <w:sz w:val="20"/>
        </w:rPr>
        <w:t>7:27  It is a very well-known hadith. "innama al-a'malu bi al-niyyat."</w:t>
      </w:r>
      <w:r>
        <w:br/>
      </w:r>
      <w:r>
        <w:rPr>
          <w:sz w:val="20"/>
        </w:rPr>
        <w:t>7:35  This hadith is so important that Imam al-Bukhari has written this hadith in the outset of his bo</w:t>
      </w:r>
      <w:r>
        <w:br/>
      </w:r>
      <w:r>
        <w:rPr>
          <w:sz w:val="20"/>
        </w:rPr>
        <w:t>7:51  ok. This is the first hadith of Sahih al-Bukhari, the very first hadith of Sahih al-Bukhari. So it is very, very important.</w:t>
      </w:r>
      <w:r>
        <w:br/>
      </w:r>
      <w:r>
        <w:rPr>
          <w:sz w:val="20"/>
        </w:rPr>
        <w:t>8:03  "innama al-a'malu bi al-niyyat." Actions depend on intentions. Actions depend on intentions.</w:t>
      </w:r>
      <w:r>
        <w:br/>
      </w:r>
      <w:r>
        <w:rPr>
          <w:sz w:val="20"/>
        </w:rPr>
        <w:t>8:20  Action is only the external form. And niyyah or intention is its internal form.</w:t>
      </w:r>
      <w:r>
        <w:br/>
      </w:r>
      <w:r>
        <w:rPr>
          <w:sz w:val="20"/>
        </w:rPr>
        <w:t>8:34  God always sees the internal aspect of your action.</w:t>
      </w:r>
      <w:r>
        <w:br/>
      </w:r>
      <w:r>
        <w:rPr>
          <w:sz w:val="20"/>
        </w:rPr>
        <w:t>8:46  If the internal aspect is good, then your action is good.</w:t>
      </w:r>
      <w:r>
        <w:br/>
      </w:r>
      <w:r>
        <w:rPr>
          <w:sz w:val="20"/>
        </w:rPr>
        <w:t>8:56  Otherwise, not. For example,</w:t>
      </w:r>
      <w:r>
        <w:br/>
      </w:r>
      <w:r>
        <w:rPr>
          <w:sz w:val="20"/>
        </w:rPr>
        <w:t>9:05  intention means</w:t>
      </w:r>
      <w:r>
        <w:br/>
      </w:r>
      <w:r>
        <w:rPr>
          <w:sz w:val="20"/>
        </w:rPr>
        <w:t>9:10  if you are doing something just for faith, or acquiring money, or for political power, or anything other than akhirah, other than God, then your intention is not</w:t>
      </w:r>
      <w:r>
        <w:br/>
      </w:r>
      <w:r>
        <w:rPr>
          <w:sz w:val="20"/>
        </w:rPr>
        <w:t>9:32  good. Your intention is bad. Good intention means that you are doing that work for God, for the sake of God.</w:t>
      </w:r>
    </w:p>
    <w:p>
      <w:pPr>
        <w:pStyle w:val="Heading2"/>
      </w:pPr>
      <w:r>
        <w:t>I have a super thrilling news for you</w:t>
      </w:r>
    </w:p>
    <w:p>
      <w:r>
        <w:rPr>
          <w:color w:val="666666"/>
          <w:sz w:val="18"/>
        </w:rPr>
        <w:t>The Nigh of Destiny (Shab-e-Qadr) October 7, 2007 · 53s · at 8:35 · https://youtu.be/SsDv69B_uDk?t=515</w:t>
      </w:r>
    </w:p>
    <w:p>
      <w:r>
        <w:rPr>
          <w:i/>
        </w:rPr>
        <w:t>“Today I have a super thrilling news for you”</w:t>
      </w:r>
    </w:p>
    <w:p>
      <w:r>
        <w:rPr>
          <w:sz w:val="20"/>
        </w:rPr>
        <w:t>8:35  wohi khabrein arm strong ki khabrein barabar aa rahi theen wahan se. ke utar gaye yeh kar rahe hain woh kar rahe hain. to bohat hi jubilantly unhon ne kaha tha ke thrilling news aa rahi hain.</w:t>
      </w:r>
      <w:r>
        <w:br/>
      </w:r>
      <w:r>
        <w:rPr>
          <w:sz w:val="20"/>
        </w:rPr>
        <w:t>8:50  ab tak mujhe yaad hai ke bohat hi jubilantly unhon ne kaha ke thrilling news aa rahi hain.</w:t>
      </w:r>
      <w:r>
        <w:br/>
      </w:r>
      <w:r>
        <w:rPr>
          <w:sz w:val="20"/>
        </w:rPr>
        <w:t>9:00  to main kahunga ke aap ke I have a super thrilling news for you. Today I have a super thrilling news for you.</w:t>
      </w:r>
      <w:r>
        <w:br/>
      </w:r>
      <w:r>
        <w:rPr>
          <w:sz w:val="20"/>
        </w:rPr>
        <w:t>9:13  woh yeh ke mere inspiration ke mutabiq mere dream ke mutabiq aur mujhe nearly certain hai ke aaj hi hogi shab qadar inshallah.</w:t>
      </w:r>
    </w:p>
    <w:p>
      <w:pPr>
        <w:pStyle w:val="Heading2"/>
      </w:pPr>
      <w:r>
        <w:t>This world is an initial model; perfect world awaits</w:t>
      </w:r>
    </w:p>
    <w:p>
      <w:r>
        <w:rPr>
          <w:color w:val="666666"/>
          <w:sz w:val="18"/>
        </w:rPr>
        <w:t>Creation Plan of God August 2, 2020 Maulana Wahiduddin Khan · 3m 41s · at 10:40 · https://youtu.be/Gne8s7vy6NM?t=640</w:t>
      </w:r>
    </w:p>
    <w:p>
      <w:r>
        <w:rPr>
          <w:i/>
        </w:rPr>
        <w:t>“Yeh saari duniya jo banai gayi hai”</w:t>
      </w:r>
    </w:p>
    <w:p>
      <w:r>
        <w:rPr>
          <w:sz w:val="20"/>
        </w:rPr>
        <w:t>10:40  yeh saari duniya jo banayi gayi hai, jo kuch banaya gaya hai, woh sab ibtidai model hai. jisme pollution bhi hai, jisme negative thinking bhi hai,</w:t>
      </w:r>
      <w:r>
        <w:br/>
      </w:r>
      <w:r>
        <w:rPr>
          <w:sz w:val="20"/>
        </w:rPr>
        <w:t>10:55  jisme yeh bhi hai, woh bhi hai.</w:t>
      </w:r>
      <w:r>
        <w:br/>
      </w:r>
      <w:r>
        <w:rPr>
          <w:sz w:val="20"/>
        </w:rPr>
        <w:t>10:57  lekin profiled duniya hogi, woh</w:t>
      </w:r>
      <w:r>
        <w:br/>
      </w:r>
      <w:r>
        <w:rPr>
          <w:sz w:val="20"/>
        </w:rPr>
        <w:t>11:03  iski, is poora profiled duniya ke liye jo afraad honge, woh yahin chhat chhaante jayenge farishton ke zariye.</w:t>
      </w:r>
      <w:r>
        <w:br/>
      </w:r>
      <w:r>
        <w:rPr>
          <w:sz w:val="20"/>
        </w:rPr>
        <w:t>11:16  phir wahan kaam kya hoga?</w:t>
      </w:r>
      <w:r>
        <w:br/>
      </w:r>
      <w:r>
        <w:rPr>
          <w:sz w:val="20"/>
        </w:rPr>
        <w:t>11:22  yani wahan jo kaam hoga, yeh nahin ke aish o ishrat nahin, ek aala civilization.</w:t>
      </w:r>
      <w:r>
        <w:br/>
      </w:r>
      <w:r>
        <w:rPr>
          <w:sz w:val="20"/>
        </w:rPr>
        <w:t>11:33  woh jo unse kaha tha, Alvin Toffler, Alvin Toffler,</w:t>
      </w:r>
      <w:r>
        <w:br/>
      </w:r>
      <w:r>
        <w:rPr>
          <w:sz w:val="20"/>
        </w:rPr>
        <w:t>11:39  is duniya ko mutaarif kiya isne. toh isne kaha ke duniya ek aise daur ki taraf ja rahi hai. Alvin Toffler ne kaha, jo ghaliban 70, 70 saal pehle paida hua tha,</w:t>
      </w:r>
      <w:r>
        <w:br/>
      </w:r>
      <w:r>
        <w:rPr>
          <w:sz w:val="20"/>
        </w:rPr>
        <w:t>11:56  yeh duniya ek aise daur ki taraf ja rahi hai</w:t>
      </w:r>
      <w:r>
        <w:br/>
      </w:r>
      <w:r>
        <w:rPr>
          <w:sz w:val="20"/>
        </w:rPr>
        <w:t>11:59  jo perfect daur hoga.</w:t>
      </w:r>
      <w:r>
        <w:br/>
      </w:r>
      <w:r>
        <w:rPr>
          <w:sz w:val="20"/>
        </w:rPr>
        <w:t>12:06  har cheez perfect.</w:t>
      </w:r>
      <w:r>
        <w:br/>
      </w:r>
      <w:r>
        <w:rPr>
          <w:sz w:val="20"/>
        </w:rPr>
        <w:t>12:14  toh main samajhta hoon ke isne jo guess kiya tha, woh bilkul sahi guess tha.</w:t>
      </w:r>
      <w:r>
        <w:br/>
      </w:r>
      <w:r>
        <w:rPr>
          <w:sz w:val="20"/>
        </w:rPr>
        <w:t>12:26  isme jo mausam hoga, perfect mausam hoga. isme pollution nahin hoga.</w:t>
      </w:r>
      <w:r>
        <w:br/>
      </w:r>
      <w:r>
        <w:rPr>
          <w:sz w:val="20"/>
        </w:rPr>
        <w:t>12:43  har cheez purified hogi.</w:t>
      </w:r>
      <w:r>
        <w:br/>
      </w:r>
      <w:r>
        <w:rPr>
          <w:sz w:val="20"/>
        </w:rPr>
        <w:t>12:52  aur bahut hi achhe, good debt wahan hoga. har aadmi jo hai,</w:t>
      </w:r>
      <w:r>
        <w:br/>
      </w:r>
      <w:r>
        <w:rPr>
          <w:sz w:val="20"/>
        </w:rPr>
        <w:t>13:05  har aadmi best, behtareen</w:t>
      </w:r>
      <w:r>
        <w:br/>
      </w:r>
      <w:r>
        <w:rPr>
          <w:sz w:val="20"/>
        </w:rPr>
        <w:t>13:12  jawaar wala hoga. har aadmi ko doosre se achha parho, parho, parho, pados milega, milega.</w:t>
      </w:r>
      <w:r>
        <w:br/>
      </w:r>
      <w:r>
        <w:rPr>
          <w:sz w:val="20"/>
        </w:rPr>
        <w:t>13:30  kaisi ajeeb hogi woh duniya.</w:t>
      </w:r>
      <w:r>
        <w:br/>
      </w:r>
      <w:r>
        <w:rPr>
          <w:sz w:val="20"/>
        </w:rPr>
        <w:t>13:35  toh woh duniya jab banegi, uske liye aur bhi kuch iski pehchan hai. maslan quran mein ghaliban do aayatein ya teen aayatein hain</w:t>
      </w:r>
      <w:r>
        <w:br/>
      </w:r>
      <w:r>
        <w:rPr>
          <w:sz w:val="20"/>
        </w:rPr>
        <w:t>13:54  keh wahan par</w:t>
      </w:r>
      <w:r>
        <w:br/>
      </w:r>
      <w:r>
        <w:rPr>
          <w:sz w:val="20"/>
        </w:rPr>
        <w:t>13:59  tamam aala Allah khul jayenge.</w:t>
      </w:r>
      <w:r>
        <w:br/>
      </w:r>
      <w:r>
        <w:rPr>
          <w:sz w:val="20"/>
        </w:rPr>
        <w:t>14:06  tamam aala Allah khul jayenge. Allah ke kalmat sab khul jayenge.</w:t>
      </w:r>
    </w:p>
    <w:p>
      <w:pPr>
        <w:pStyle w:val="Heading2"/>
      </w:pPr>
      <w:r>
        <w:t>seed metaphor for self-sacrifice and growth</w:t>
      </w:r>
    </w:p>
    <w:p>
      <w:r>
        <w:rPr>
          <w:color w:val="666666"/>
          <w:sz w:val="18"/>
        </w:rPr>
        <w:t>CPS Women Experiences Peace Conference April 29-30, 2023 · 18s · at 0:29 · https://youtu.be/VrP-HOSml6E?t=29</w:t>
      </w:r>
    </w:p>
    <w:p>
      <w:r>
        <w:rPr>
          <w:i/>
        </w:rPr>
        <w:t>“Ek beej jab mitti mein dabkar apne ko fana karta hai”</w:t>
      </w:r>
    </w:p>
    <w:p>
      <w:r>
        <w:rPr>
          <w:sz w:val="20"/>
        </w:rPr>
        <w:t>0:29  to maine kaha tha ki aapne likha hai ki ek beej jab matti mein dabkar apne ko fana karta hai, uske baad woh is qabil hota hai ki woh grow karein aur paudhe se darakht banein aur phir woh usmein phool aur phal nikle.</w:t>
      </w:r>
      <w:r>
        <w:br/>
      </w:r>
      <w:r>
        <w:rPr>
          <w:sz w:val="20"/>
        </w:rPr>
        <w:t>0:47  aaj main aapki mulaqat hamare group ki kuch aisi ladies se karana chah rahi hoon jinhone ek beach ki tarah apne aap ko fana kara. apne ko fana karke apne ko intellectually grow kiya.</w:t>
      </w:r>
    </w:p>
    <w:p>
      <w:pPr>
        <w:pStyle w:val="Heading2"/>
      </w:pPr>
      <w:r>
        <w:t>Oppression not sin; verify hearsay</w:t>
      </w:r>
    </w:p>
    <w:p>
      <w:r>
        <w:rPr>
          <w:color w:val="666666"/>
          <w:sz w:val="18"/>
        </w:rPr>
        <w:t>Love of God, Question and Answer 03 May 2009 · 3m 13s · at 13:17 · https://youtu.be/iwHKsGnU7gg?t=797</w:t>
      </w:r>
    </w:p>
    <w:p>
      <w:r>
        <w:rPr>
          <w:i/>
        </w:rPr>
        <w:t>“جو کہے، اس سے پوچھیے ریفرنس”</w:t>
      </w:r>
    </w:p>
    <w:p>
      <w:r>
        <w:rPr>
          <w:sz w:val="20"/>
        </w:rPr>
        <w:t>13:17  jo kahe, us se puchiye reference. zulm sehna gunah hai to bilkul jhooti baat hai. yeh to baqayda log jhoot bolte hain. yani ek aisi cheez jis ki base quran o hadith mein na ho, woh aap kahein to yeh to jhoot hua.</w:t>
      </w:r>
      <w:r>
        <w:br/>
      </w:r>
      <w:r>
        <w:rPr>
          <w:sz w:val="20"/>
        </w:rPr>
        <w:t>13:32  kahan hai ke zulm sehna</w:t>
      </w:r>
      <w:r>
        <w:br/>
      </w:r>
      <w:r>
        <w:rPr>
          <w:sz w:val="20"/>
        </w:rPr>
        <w:t>13:35  gunah hai? kahan likha hua hai? rasool Allah zulm sehte rahe 13 saal tak makka mein? to kaha gunah kiya hai? naoozubillah. rasool Allah ek martaba makka mein, woh ek yaasir the jo islam qabool kar liya tha unho ne aur</w:t>
      </w:r>
      <w:r>
        <w:br/>
      </w:r>
      <w:r>
        <w:rPr>
          <w:sz w:val="20"/>
        </w:rPr>
        <w:t>13:51  woh kamzor tabqe se taluq rakhte the to un ko log maar peet rahe the. wahan aap se aap guzre to unho ne kaha ke dekhiye rasool Allah, hum ko maar rahe hain yeh.</w:t>
      </w:r>
      <w:r>
        <w:br/>
      </w:r>
      <w:r>
        <w:rPr>
          <w:sz w:val="20"/>
        </w:rPr>
        <w:t>14:03  to aap ne kya kaha? aap ne kaha sabra ya al yaasir fanbadukum al jannah</w:t>
      </w:r>
      <w:r>
        <w:br/>
      </w:r>
      <w:r>
        <w:rPr>
          <w:sz w:val="20"/>
        </w:rPr>
        <w:t>14:12  ae al yaasir, sabr karo kyunke tum ko jannat milegi. to zulm sahne usi ko to kehte hain zulm sehana. jo log aisa kehte hain, woh khud gunah kar rahe hain.</w:t>
      </w:r>
      <w:r>
        <w:br/>
      </w:r>
      <w:r>
        <w:rPr>
          <w:sz w:val="20"/>
        </w:rPr>
        <w:t>14:24  kahan se nikala tum ne ke zulm sehana gunah hai? kahan se? kahan likha hua hai?</w:t>
      </w:r>
      <w:r>
        <w:br/>
      </w:r>
      <w:r>
        <w:rPr>
          <w:sz w:val="20"/>
        </w:rPr>
        <w:t>14:29  isi liye main kehta hoon sab log jhoot bolte hain. jis baat ka asal na quran mein na hadith mein, us ko bayan karte ho to jhoot nahi hai. yeh aur aap log aadat bani hui, koi keh de to sun lete hain, us se koi nahi puchte ke reference batao.</w:t>
      </w:r>
      <w:r>
        <w:br/>
      </w:r>
      <w:r>
        <w:rPr>
          <w:sz w:val="20"/>
        </w:rPr>
        <w:t>14:45  hamari qaum mein musalmanon mein yeh mizaj nahi bana hai ke reference poochein quran o hadith mein. bas jo kisi ne keh diya, woh maan liya.</w:t>
      </w:r>
      <w:r>
        <w:br/>
      </w:r>
      <w:r>
        <w:rPr>
          <w:sz w:val="20"/>
        </w:rPr>
        <w:t>14:54  aur hadith mein aata hai ke kafa bilmarak yuhaddith bikulli ma sami'a yeh bhi aadmi ko ke jhoota hone ke liye kafi hai.</w:t>
      </w:r>
      <w:r>
        <w:br/>
      </w:r>
      <w:r>
        <w:rPr>
          <w:sz w:val="20"/>
        </w:rPr>
        <w:t>15:06  yani woh aadmi bhi jhoota aadmi hai ke jo suna hai, usi ko bayan kare. yaad rakhiye, yeh bhi ek hadith hai</w:t>
      </w:r>
      <w:r>
        <w:br/>
      </w:r>
      <w:r>
        <w:rPr>
          <w:sz w:val="20"/>
        </w:rPr>
        <w:t>15:12  ke jo suna aap ne, usi ko bayan kar rahe hain. aap yeh bhi ek qism ka jhoot hai. sab se pehle aap ko is insaan se poochna chahiye ke tum kahan se bol rahe ho?</w:t>
      </w:r>
      <w:r>
        <w:br/>
      </w:r>
      <w:r>
        <w:rPr>
          <w:sz w:val="20"/>
        </w:rPr>
        <w:t>15:20  yeh kahan se keh rahe ho? yeh kahan quran mein likha hua hai ke zulm sahna gunah hai? sab se pehle isi se poochna chahiye</w:t>
      </w:r>
      <w:r>
        <w:br/>
      </w:r>
      <w:r>
        <w:rPr>
          <w:sz w:val="20"/>
        </w:rPr>
        <w:t>15:31  kafa bilmarak yuhaddith bikulli ma sami'a yani woh aadmi bhi jhoota aadmi hai jo har suni hui baat ko bayan karne lage. yaad rakhiye, islam mein tehqeeq karna farz hai.</w:t>
      </w:r>
      <w:r>
        <w:br/>
      </w:r>
      <w:r>
        <w:rPr>
          <w:sz w:val="20"/>
        </w:rPr>
        <w:t>15:43  ya jahan koi fasiq bain bain tabayyin, koi baat aadmi kahe to us ki us ki tehqeeq karo, us ki scrutiny karo.</w:t>
      </w:r>
      <w:r>
        <w:br/>
      </w:r>
      <w:r>
        <w:rPr>
          <w:sz w:val="20"/>
        </w:rPr>
        <w:t>15:52  yeh nahi ke bas suna bayan kiya, suna bayan karne lage to allah ke rasool ke nazdeek yeh yeh aadmi jhoot bol raha hai.</w:t>
      </w:r>
      <w:r>
        <w:br/>
      </w:r>
      <w:r>
        <w:rPr>
          <w:sz w:val="20"/>
        </w:rPr>
        <w:t>16:00  saara kehte hain sakht baat hai. yaad rakhiye, yeh hadith kehti hai sakht hai. is mein saare musalman is mein mubtala hain. suni hui baat ko bayan karna,</w:t>
      </w:r>
      <w:r>
        <w:br/>
      </w:r>
      <w:r>
        <w:rPr>
          <w:sz w:val="20"/>
        </w:rPr>
        <w:t>16:10  yani saare musalman is mein mubtala hain jo suna hai, usi ko bayan kar rahe hain. bohat bura kaam hai yeh ke suni hui cheez ko bayan karna.</w:t>
      </w:r>
      <w:r>
        <w:br/>
      </w:r>
      <w:r>
        <w:rPr>
          <w:sz w:val="20"/>
        </w:rPr>
        <w:t>16:19  suni hui baat ki tehqeeq karna chahiye, scrutiny karna chahiye pehle. tab woh darja aata hai ke us ko aap bayan karein.</w:t>
      </w:r>
    </w:p>
    <w:p>
      <w:pPr>
        <w:pStyle w:val="Heading2"/>
      </w:pPr>
      <w:r>
        <w:t>Palestine's partition and the cost of rejecting it</w:t>
      </w:r>
    </w:p>
    <w:p>
      <w:r>
        <w:rPr>
          <w:color w:val="666666"/>
          <w:sz w:val="18"/>
        </w:rPr>
        <w:t>Between Hell and Paradise January 27, 2013 · 2m 00s · at 17:26 · https://youtu.be/0IItFxGXPQ4?t=1046</w:t>
      </w:r>
    </w:p>
    <w:p>
      <w:r>
        <w:rPr>
          <w:i/>
        </w:rPr>
        <w:t>“48 mein Palestine ka partition hua tha”</w:t>
      </w:r>
    </w:p>
    <w:p>
      <w:r>
        <w:rPr>
          <w:sz w:val="20"/>
        </w:rPr>
        <w:t>17:26  is ki ek misaal falasteen hai. 48 mein falasteen ka partition hua. aur falasteen ka taqreeban aadha hissa mil gaya arbon ko, jis mein yerushalayim bhi shamil tha.</w:t>
      </w:r>
      <w:r>
        <w:br/>
      </w:r>
      <w:r>
        <w:rPr>
          <w:sz w:val="20"/>
        </w:rPr>
        <w:t>17:42  to mile hue par raazi nahi hue woh. unhein poora falasteen chahiye tha, poora falasteen. aur unhon ne israel ke khilaaf jihad chhod diya.</w:t>
      </w:r>
      <w:r>
        <w:br/>
      </w:r>
      <w:r>
        <w:rPr>
          <w:sz w:val="20"/>
        </w:rPr>
        <w:t>17:55  kya hua? tabaahi. arbon ko jo mila tha, us par raazi ho jaate to kitne moqay thay is ko avail karte</w:t>
      </w:r>
      <w:r>
        <w:br/>
      </w:r>
      <w:r>
        <w:rPr>
          <w:sz w:val="20"/>
        </w:rPr>
        <w:t>18:05  wo. maslan education, maslan industry, business waghera. aur sab se barh kar da'wah work.</w:t>
      </w:r>
      <w:r>
        <w:br/>
      </w:r>
      <w:r>
        <w:rPr>
          <w:sz w:val="20"/>
        </w:rPr>
        <w:t>18:15  is area mein, yeh middle east ka jo area hai, woh bohat zabardast wahan par tourist ka aana jaana hai.</w:t>
      </w:r>
      <w:r>
        <w:br/>
      </w:r>
      <w:r>
        <w:rPr>
          <w:sz w:val="20"/>
        </w:rPr>
        <w:t>18:24  kyun ke wahan par is tarah ka monument bohat ziyada hai. muslim monument, muslim history, christian history, jewish history, sari yahin to bani.</w:t>
      </w:r>
      <w:r>
        <w:br/>
      </w:r>
      <w:r>
        <w:rPr>
          <w:sz w:val="20"/>
        </w:rPr>
        <w:t>18:36  to bohat ziyada aate hain log. to da'wah work karne ka moqa tha un ko.</w:t>
      </w:r>
      <w:r>
        <w:br/>
      </w:r>
      <w:r>
        <w:rPr>
          <w:sz w:val="20"/>
        </w:rPr>
        <w:t>18:45  yeh sab chhod kar bas kya hai? falasteen ka baqiya hissa unhein lena hai. aur 60 saal se ziyada muddat guzar gayi ladte hue, aur sirf tabaahi hissay mein aayi.</w:t>
      </w:r>
      <w:r>
        <w:br/>
      </w:r>
      <w:r>
        <w:rPr>
          <w:sz w:val="20"/>
        </w:rPr>
        <w:t>18:59  to dunya hi mein dikha raha hai Allah taala ke agar tum focus karoge na mile hue par, to yahan bhi khatra dunya wala aakhirat hoga.</w:t>
      </w:r>
      <w:r>
        <w:br/>
      </w:r>
      <w:r>
        <w:rPr>
          <w:sz w:val="20"/>
        </w:rPr>
        <w:t>19:10  yeh Allah taala ki taraf dikhaya ja raha hai ke agar tum focus karoge na mile hue par, to tum khatra dunya wala aakhirat ka misdaq ban jaoge.</w:t>
      </w:r>
      <w:r>
        <w:br/>
      </w:r>
      <w:r>
        <w:rPr>
          <w:sz w:val="20"/>
        </w:rPr>
        <w:t>19:21  yahan bhi khoge, wahan bhi khoye hoge. yeh har jagah ho raha hai.</w:t>
      </w:r>
    </w:p>
    <w:p>
      <w:pPr>
        <w:pStyle w:val="Heading2"/>
      </w:pPr>
      <w:r>
        <w:t>Story of Umm Haram's dream and journey</w:t>
      </w:r>
    </w:p>
    <w:p>
      <w:r>
        <w:rPr>
          <w:color w:val="666666"/>
          <w:sz w:val="18"/>
        </w:rPr>
        <w:t>Journey to a Mediterranean Island | November 23, 2008 · 5m 05s · at 30:19 · https://youtu.be/oE6JQf3sMPg?t=1819</w:t>
      </w:r>
    </w:p>
    <w:p>
      <w:r>
        <w:rPr>
          <w:i/>
        </w:rPr>
        <w:t>“I want to tell you the tradition that is the basis of the whole story”</w:t>
      </w:r>
    </w:p>
    <w:p>
      <w:r>
        <w:rPr>
          <w:sz w:val="20"/>
        </w:rPr>
        <w:t>30:19  to bare anokhe tajrube hue wahan par.</w:t>
      </w:r>
      <w:r>
        <w:br/>
      </w:r>
      <w:r>
        <w:rPr>
          <w:sz w:val="20"/>
        </w:rPr>
        <w:t>30:24  to dekhiye, mein aap ko woh riwayat batana chahta hoon jo sari kahani ka asal hai.</w:t>
      </w:r>
      <w:r>
        <w:br/>
      </w:r>
      <w:r>
        <w:rPr>
          <w:sz w:val="20"/>
        </w:rPr>
        <w:t>30:29  yeh madine ka waqia hai, rasool Allah sal Allah alaihi wasallam ka.</w:t>
      </w:r>
      <w:r>
        <w:br/>
      </w:r>
      <w:r>
        <w:rPr>
          <w:sz w:val="20"/>
        </w:rPr>
        <w:t>30:34  madine ka yani rasool Allah sal Allah alaihi wasallam ka woh daur jo ke is ko hum badni</w:t>
      </w:r>
      <w:r>
        <w:br/>
      </w:r>
      <w:r>
        <w:rPr>
          <w:sz w:val="20"/>
        </w:rPr>
        <w:t>30:39  daur kehte hain.</w:t>
      </w:r>
      <w:r>
        <w:br/>
      </w:r>
      <w:r>
        <w:rPr>
          <w:sz w:val="20"/>
        </w:rPr>
        <w:t>30:45  yani hijrat kar ke aap makka se madine gaye to wahan ek khatoon thi, un ka naam tha rameesa.</w:t>
      </w:r>
      <w:r>
        <w:br/>
      </w:r>
      <w:r>
        <w:rPr>
          <w:sz w:val="20"/>
        </w:rPr>
        <w:t>30:50  ray meem, yeh saad, alif, hamza.</w:t>
      </w:r>
      <w:r>
        <w:br/>
      </w:r>
      <w:r>
        <w:rPr>
          <w:sz w:val="20"/>
        </w:rPr>
        <w:t>30:55  rameesa un ka kuniyat thi, un ki umm Haram.</w:t>
      </w:r>
      <w:r>
        <w:br/>
      </w:r>
      <w:r>
        <w:rPr>
          <w:sz w:val="20"/>
        </w:rPr>
        <w:t>31:00  rameesa umm Haram bint bilhan.</w:t>
      </w:r>
      <w:r>
        <w:br/>
      </w:r>
      <w:r>
        <w:rPr>
          <w:sz w:val="20"/>
        </w:rPr>
        <w:t>31:05  yeh yeh madine mein rehti theen.</w:t>
      </w:r>
      <w:r>
        <w:br/>
      </w:r>
      <w:r>
        <w:rPr>
          <w:sz w:val="20"/>
        </w:rPr>
        <w:t>31:10  to rasool Allah sal Allah alaihi wasallam ki woh jo aap ki jo daya thi, yani halima sadia,</w:t>
      </w:r>
      <w:r>
        <w:br/>
      </w:r>
      <w:r>
        <w:rPr>
          <w:sz w:val="20"/>
        </w:rPr>
        <w:t>31:15  is ko kaha jata tha. halima sadi</w:t>
      </w:r>
      <w:r>
        <w:br/>
      </w:r>
      <w:r>
        <w:rPr>
          <w:sz w:val="20"/>
        </w:rPr>
        <w:t>31:20  a ki woh behan theen. Is lihaaz se Haleema Sadia aap ki raza'i maa theen aur yeh bhi aap ki raza'i maa jo hai ban gayi theen. Is rishte se aap un ke haan kabhi kabhi jaate thay. To ek din aap gaye un ke haan, yaani Umm Haram ke haan, jo ghaleban Sabit is ki biwi thi, woh</w:t>
      </w:r>
      <w:r>
        <w:br/>
      </w:r>
      <w:r>
        <w:rPr>
          <w:sz w:val="20"/>
        </w:rPr>
        <w:t>31:50  ubada bin sabit.</w:t>
      </w:r>
      <w:r>
        <w:br/>
      </w:r>
      <w:r>
        <w:rPr>
          <w:sz w:val="20"/>
        </w:rPr>
        <w:t>31:54  ubada bin sabit ansari ki biwi thi, woh ubada bin sabit al ansari.</w:t>
      </w:r>
      <w:r>
        <w:br/>
      </w:r>
      <w:r>
        <w:rPr>
          <w:sz w:val="20"/>
        </w:rPr>
        <w:t>31:58  to wahan unhon ne kuch kuch khane peene ki cheez diya, khajoor waghera ho gayi kuch.</w:t>
      </w:r>
      <w:r>
        <w:br/>
      </w:r>
      <w:r>
        <w:rPr>
          <w:sz w:val="20"/>
        </w:rPr>
        <w:t>32:03  to wahan aap so gaye, neend aa gayi aap ko un ke ghar par.</w:t>
      </w:r>
      <w:r>
        <w:br/>
      </w:r>
      <w:r>
        <w:rPr>
          <w:sz w:val="20"/>
        </w:rPr>
        <w:t>32:07  jab aap uthe to aap muskura rahe the.</w:t>
      </w:r>
      <w:r>
        <w:br/>
      </w:r>
      <w:r>
        <w:rPr>
          <w:sz w:val="20"/>
        </w:rPr>
        <w:t>32:11  rasool Allah sal Allah alih wasallm muskara rahe the.</w:t>
      </w:r>
      <w:r>
        <w:br/>
      </w:r>
      <w:r>
        <w:rPr>
          <w:sz w:val="20"/>
        </w:rPr>
        <w:t>32:16  to umm e haram ne poocha ke</w:t>
      </w:r>
      <w:r>
        <w:br/>
      </w:r>
      <w:r>
        <w:rPr>
          <w:sz w:val="20"/>
        </w:rPr>
        <w:t>32:20  ae Khuda ke rasool, aap kyun muskara rahe hain? to aap ne farmaya ke mujhe ek group dikhaya</w:t>
      </w:r>
      <w:r>
        <w:br/>
      </w:r>
      <w:r>
        <w:rPr>
          <w:sz w:val="20"/>
        </w:rPr>
        <w:t>32:26  gaya, ek group dikhaya gaya, ahle jannat ka group.</w:t>
      </w:r>
      <w:r>
        <w:br/>
      </w:r>
      <w:r>
        <w:rPr>
          <w:sz w:val="20"/>
        </w:rPr>
        <w:t>32:32  wo samandar ka safar kar raha hai.</w:t>
      </w:r>
      <w:r>
        <w:br/>
      </w:r>
      <w:r>
        <w:rPr>
          <w:sz w:val="20"/>
        </w:rPr>
        <w:t>32:38  samandar ka safar kar ke wo ek jazeere mein pahunch raha hai aur un ke bare mein aap</w:t>
      </w:r>
      <w:r>
        <w:br/>
      </w:r>
      <w:r>
        <w:rPr>
          <w:sz w:val="20"/>
        </w:rPr>
        <w:t>32:44  kaha ke aap ne farmaya ke kal mulook ala al asar, badshahon ki tarah</w:t>
      </w:r>
      <w:r>
        <w:br/>
      </w:r>
      <w:r>
        <w:rPr>
          <w:sz w:val="20"/>
        </w:rPr>
        <w:t>32:51  تختوں پر، unlike like kings on thrones.</w:t>
      </w:r>
      <w:r>
        <w:br/>
      </w:r>
      <w:r>
        <w:rPr>
          <w:sz w:val="20"/>
        </w:rPr>
        <w:t>32:58  to hazrat umm e haram ko bohat shauq hua, unhon ne kaha ke aap dua kijiye ke main bhi</w:t>
      </w:r>
      <w:r>
        <w:br/>
      </w:r>
      <w:r>
        <w:rPr>
          <w:sz w:val="20"/>
        </w:rPr>
        <w:t>33:06  is jamaat mein, is group mein shamil ho jaon.</w:t>
      </w:r>
      <w:r>
        <w:br/>
      </w:r>
      <w:r>
        <w:rPr>
          <w:sz w:val="20"/>
        </w:rPr>
        <w:t>33:14  to aap ne farmaya ke tum un mein se ho, tum un mein se ho.</w:t>
      </w:r>
      <w:r>
        <w:br/>
      </w:r>
      <w:r>
        <w:rPr>
          <w:sz w:val="20"/>
        </w:rPr>
        <w:t>33:22  phir riwayat kehti hai ke phir aap ko dobara neend aa gayi, aap so gaye.</w:t>
      </w:r>
      <w:r>
        <w:br/>
      </w:r>
      <w:r>
        <w:rPr>
          <w:sz w:val="20"/>
        </w:rPr>
        <w:t>33:28  aur dobara jab uthe aap to phir aap muskara rahe the.</w:t>
      </w:r>
      <w:r>
        <w:br/>
      </w:r>
      <w:r>
        <w:rPr>
          <w:sz w:val="20"/>
        </w:rPr>
        <w:t>33:35  to phir unhon ne poocha ke aap ae Khuda ke rasool, aap kyun muskara rahe hain? to aap</w:t>
      </w:r>
      <w:r>
        <w:br/>
      </w:r>
      <w:r>
        <w:rPr>
          <w:sz w:val="20"/>
        </w:rPr>
        <w:t>33:41  ne phir wahi baat kahi ke dobara koi aap ne koi ek ek group dikhaya gaya, jannati group,</w:t>
      </w:r>
      <w:r>
        <w:br/>
      </w:r>
      <w:r>
        <w:rPr>
          <w:sz w:val="20"/>
        </w:rPr>
        <w:t>33:47  jo samandaron ka safar kar ke isi sim jazeere mein ja raha hai.</w:t>
      </w:r>
      <w:r>
        <w:br/>
      </w:r>
      <w:r>
        <w:rPr>
          <w:sz w:val="20"/>
        </w:rPr>
        <w:t>33:53  to phir unhon ne kaha ke aap dua kijiye ke main bhi is mein rahoon.</w:t>
      </w:r>
      <w:r>
        <w:br/>
      </w:r>
      <w:r>
        <w:rPr>
          <w:sz w:val="20"/>
        </w:rPr>
        <w:t>33:58  to aap ne farmaya ke nahi, tum first group mein ho, lekin second group mein tum nahi ho.</w:t>
      </w:r>
      <w:r>
        <w:br/>
      </w:r>
      <w:r>
        <w:rPr>
          <w:sz w:val="20"/>
        </w:rPr>
        <w:t>34:03  ye hai hadith.</w:t>
      </w:r>
      <w:r>
        <w:br/>
      </w:r>
      <w:r>
        <w:rPr>
          <w:sz w:val="20"/>
        </w:rPr>
        <w:t>34:09  اب یہ سیکنڈ گروپ جو royal journey کر کے وہاں پہنچے گا، یہ ایک ایک ایک golden dream</w:t>
      </w:r>
      <w:r>
        <w:br/>
      </w:r>
      <w:r>
        <w:rPr>
          <w:sz w:val="20"/>
        </w:rPr>
        <w:t>34:14  تھا میرے mind میں، میرے ساتھیوں کے mind میں۔</w:t>
      </w:r>
      <w:r>
        <w:br/>
      </w:r>
      <w:r>
        <w:rPr>
          <w:sz w:val="20"/>
        </w:rPr>
        <w:t>34:19  yehi le kar hamein wahan gaya ke shayad hawa shumar is mein ho jaye.</w:t>
      </w:r>
      <w:r>
        <w:br/>
      </w:r>
      <w:r>
        <w:rPr>
          <w:sz w:val="20"/>
        </w:rPr>
        <w:t>34:24  to zaati taur par main keh sakta hoon ke mujhe yaqeen hai ke main aur mere saathi aur</w:t>
      </w:r>
      <w:r>
        <w:br/>
      </w:r>
      <w:r>
        <w:rPr>
          <w:sz w:val="20"/>
        </w:rPr>
        <w:t>34:30  meri team isi second group ka mushtaq hain.</w:t>
      </w:r>
      <w:r>
        <w:br/>
      </w:r>
      <w:r>
        <w:rPr>
          <w:sz w:val="20"/>
        </w:rPr>
        <w:t>34:36  یہ لکھا ہوا نہیں کہی ہے، لیکن میرا inspiration بول رہا ہے، میرا intuition بول رہا ہے کہ</w:t>
      </w:r>
      <w:r>
        <w:br/>
      </w:r>
      <w:r>
        <w:rPr>
          <w:sz w:val="20"/>
        </w:rPr>
        <w:t>34:42  ke shayad wo second group hum hi log hain.</w:t>
      </w:r>
      <w:r>
        <w:br/>
      </w:r>
      <w:r>
        <w:rPr>
          <w:sz w:val="20"/>
        </w:rPr>
        <w:t>34:48  to wahan jab hum aisa hua ke jab hamara jahaz wahan pahuncha, us ke</w:t>
      </w:r>
      <w:r>
        <w:br/>
      </w:r>
      <w:r>
        <w:rPr>
          <w:sz w:val="20"/>
        </w:rPr>
        <w:t>34:54  upar yaani in airport ke paas, to woh building bilkul airport ke paas hai, yaani paanch minute ka walking distance hai uska. To abhi hum log jahaz mein hi thay ke woh dikhai pad gaya. Phir yeh utar kar ke hum jab car se ja rahe thay hotel ki taraf, tab bhi woh dikhai de raha tha woh. Lekin hamare program mein jo tha, woh yeh tha ke hum wapsi</w:t>
      </w:r>
    </w:p>
    <w:p>
      <w:pPr>
        <w:pStyle w:val="Heading2"/>
      </w:pPr>
      <w:r>
        <w:t>God-oriented life is the Quran's own concept, chosen by free will</w:t>
      </w:r>
    </w:p>
    <w:p>
      <w:r>
        <w:rPr>
          <w:color w:val="666666"/>
          <w:sz w:val="18"/>
        </w:rPr>
        <w:t>God oriented Life January 6, 2007 · 5m 37s · at 0:34 · https://youtu.be/UdJ9eWU_OCo?t=34</w:t>
      </w:r>
    </w:p>
    <w:p>
      <w:r>
        <w:rPr>
          <w:i/>
        </w:rPr>
        <w:t>“Is waqt ki talk ka subject hai 'God Oriented Life'”</w:t>
      </w:r>
    </w:p>
    <w:p>
      <w:r>
        <w:rPr>
          <w:sz w:val="20"/>
        </w:rPr>
        <w:t>0:34  is waqt ki talk ka jo subject hai woh hai "God oriented life".</w:t>
      </w:r>
      <w:r>
        <w:br/>
      </w:r>
      <w:r>
        <w:rPr>
          <w:sz w:val="20"/>
        </w:rPr>
        <w:t>0:48  yeh concept khud Quran se liya hua hai.</w:t>
      </w:r>
      <w:r>
        <w:br/>
      </w:r>
      <w:r>
        <w:rPr>
          <w:sz w:val="20"/>
        </w:rPr>
        <w:t>0:57  Quran mein ek ayat hai: "kunoo rabbaniyyan".</w:t>
      </w:r>
      <w:r>
        <w:br/>
      </w:r>
      <w:r>
        <w:rPr>
          <w:sz w:val="20"/>
        </w:rPr>
        <w:t>1:07  tum log rabb wale ban jao, yaani rabb oriented ban jao. ka matlab yeh hua ke rabb oriented life adopt karo,</w:t>
      </w:r>
      <w:r>
        <w:br/>
      </w:r>
      <w:r>
        <w:rPr>
          <w:sz w:val="20"/>
        </w:rPr>
        <w:t>1:22  ya God oriented life adopt karo. to yeh jo hai "God oriented life", yeh khud Quran ka concept hai, Quran mein yeh baat batai gai hai.</w:t>
      </w:r>
      <w:r>
        <w:br/>
      </w:r>
      <w:r>
        <w:rPr>
          <w:sz w:val="20"/>
        </w:rPr>
        <w:t>1:39  yahan par ek baat samajhna chahiye ke</w:t>
      </w:r>
      <w:r>
        <w:br/>
      </w:r>
      <w:r>
        <w:rPr>
          <w:sz w:val="20"/>
        </w:rPr>
        <w:t>1:47  yeh koi imposition ki baat nahi hai ke aap kisi par impose karein ke tum God oriented life ko apnao.</w:t>
      </w:r>
      <w:r>
        <w:br/>
      </w:r>
      <w:r>
        <w:rPr>
          <w:sz w:val="20"/>
        </w:rPr>
        <w:t>1:59  yeh hota hai by choice, apni choice se aap aisa karte hain.</w:t>
      </w:r>
      <w:r>
        <w:br/>
      </w:r>
      <w:r>
        <w:rPr>
          <w:sz w:val="20"/>
        </w:rPr>
        <w:t>2:09  is dunya ke bare mein Quran mein aik ayat hai ke:</w:t>
      </w:r>
      <w:r>
        <w:br/>
      </w:r>
      <w:r>
        <w:rPr>
          <w:sz w:val="20"/>
        </w:rPr>
        <w:t>2:20  "afaghayr dini Allahi yabghuna walaw aslama man fi alssamawati walardhi taw'an wakarehan"</w:t>
      </w:r>
      <w:r>
        <w:br/>
      </w:r>
      <w:r>
        <w:rPr>
          <w:sz w:val="20"/>
        </w:rPr>
        <w:t>2:28  . is ka matlab yeh hai ke poori universe jo hai, yaani insaan ko chhod kar jo universe hai, woh poori ki poori Islam par hai.</w:t>
      </w:r>
      <w:r>
        <w:br/>
      </w:r>
      <w:r>
        <w:rPr>
          <w:sz w:val="20"/>
        </w:rPr>
        <w:t>2:41  Islam means surrender. yaani poori universe ka jo religion hai, woh hai religion of surrender, religion of submission.</w:t>
      </w:r>
      <w:r>
        <w:br/>
      </w:r>
      <w:r>
        <w:rPr>
          <w:sz w:val="20"/>
        </w:rPr>
        <w:t>2:55  to yeh kehna sahi hoga, yahi cheez insaan se matloob hai.</w:t>
      </w:r>
      <w:r>
        <w:br/>
      </w:r>
      <w:r>
        <w:rPr>
          <w:sz w:val="20"/>
        </w:rPr>
        <w:t>3:03  the same thing is required also by man, yaani surrender, submission. insaan ko bhi surrender kar ke rehna hai dunya mein, aur rest of universe jo hai, woh bhi surrender kar ke reh rahi hai.</w:t>
      </w:r>
      <w:r>
        <w:br/>
      </w:r>
      <w:r>
        <w:rPr>
          <w:sz w:val="20"/>
        </w:rPr>
        <w:t>3:22  to yeh kehna sahi hoga ke submission is the religion of both. submission is the only religion of both, man and the universe.</w:t>
      </w:r>
      <w:r>
        <w:br/>
      </w:r>
      <w:r>
        <w:rPr>
          <w:sz w:val="20"/>
        </w:rPr>
        <w:t>3:39  lekin is mein aik difference hai.</w:t>
      </w:r>
      <w:r>
        <w:br/>
      </w:r>
      <w:r>
        <w:rPr>
          <w:sz w:val="20"/>
        </w:rPr>
        <w:t>3:43  rest of the universe jo hai, ya aap keh sakte hain ke material world jo hai, woh is culture ko, yaani submission culture ko,</w:t>
      </w:r>
      <w:r>
        <w:br/>
      </w:r>
      <w:r>
        <w:rPr>
          <w:sz w:val="20"/>
        </w:rPr>
        <w:t>3:59  compulsorily follow kar rahi hai.</w:t>
      </w:r>
      <w:r>
        <w:br/>
      </w:r>
      <w:r>
        <w:rPr>
          <w:sz w:val="20"/>
        </w:rPr>
        <w:t>4:04  jaise sitare hain, tamam sitare jo countless hain, un ki aaj tak ginti nahi ho saki kitne sitare hain dunya mein.</w:t>
      </w:r>
      <w:r>
        <w:br/>
      </w:r>
      <w:r>
        <w:rPr>
          <w:sz w:val="20"/>
        </w:rPr>
        <w:t>4:16  yaani powerful telescope bhi abhi tak aisa nahi kar saki ke woh bataye ke sitare kitne hain space mein.</w:t>
      </w:r>
      <w:r>
        <w:br/>
      </w:r>
      <w:r>
        <w:rPr>
          <w:sz w:val="20"/>
        </w:rPr>
        <w:t>4:26  lekin yeh hum jante hain ke saare sitare revolve kar rahe hain, apne apne madar par, apne apne orbit par.</w:t>
      </w:r>
      <w:r>
        <w:br/>
      </w:r>
      <w:r>
        <w:rPr>
          <w:sz w:val="20"/>
        </w:rPr>
        <w:t>4:37  to isi tarah sari cheezein aik bohat hi zyada atal law of nature hai, bohat hi atal divine law hai, us ko har aik follow kar raha hai.</w:t>
      </w:r>
      <w:r>
        <w:br/>
      </w:r>
      <w:r>
        <w:rPr>
          <w:sz w:val="20"/>
        </w:rPr>
        <w:t>4:50  chahe woh mountain ho, chahe ocean ho, chahe tree hon, chahe animal hon, sitare hon, koi bhi cheez ho.</w:t>
      </w:r>
      <w:r>
        <w:br/>
      </w:r>
      <w:r>
        <w:rPr>
          <w:sz w:val="20"/>
        </w:rPr>
        <w:t>4:58  aik particle se le kar ke jo humanly bodies hain, sab ke sab law of nature ya divine law ko follow kar rahe hain, compulsively.</w:t>
      </w:r>
      <w:r>
        <w:br/>
      </w:r>
      <w:r>
        <w:rPr>
          <w:sz w:val="20"/>
        </w:rPr>
        <w:t>5:17  insaan ko isi universal culture ko apne choice se adopt karna hai.</w:t>
      </w:r>
      <w:r>
        <w:br/>
      </w:r>
      <w:r>
        <w:rPr>
          <w:sz w:val="20"/>
        </w:rPr>
        <w:t>5:28  yahi farq hai. insaan sirf akela aik aisi makhlooq hai, aisa creature hai jo freedom rakhta hai, freedom, choice.</w:t>
      </w:r>
      <w:r>
        <w:br/>
      </w:r>
      <w:r>
        <w:rPr>
          <w:sz w:val="20"/>
        </w:rPr>
        <w:t>5:42  baqiyon ke liye koi choice nahi hai, koi freedom nahi hai.</w:t>
      </w:r>
      <w:r>
        <w:br/>
      </w:r>
      <w:r>
        <w:rPr>
          <w:sz w:val="20"/>
        </w:rPr>
        <w:t>5:47  to jo culture, jo submission culture sari universe compulsively adopt kiye hue hai, usi culture ko insaan ko bhi isi culture ko apne choice se adopt karna hai.</w:t>
      </w:r>
      <w:r>
        <w:br/>
      </w:r>
      <w:r>
        <w:rPr>
          <w:sz w:val="20"/>
        </w:rPr>
        <w:t>6:08  yeh hai basic concept.</w:t>
      </w:r>
    </w:p>
    <w:p>
      <w:pPr>
        <w:pStyle w:val="Heading2"/>
      </w:pPr>
      <w:r>
        <w:t>Ummah-e-Wasat meaning as middle nation</w:t>
      </w:r>
    </w:p>
    <w:p>
      <w:r>
        <w:rPr>
          <w:color w:val="666666"/>
          <w:sz w:val="18"/>
        </w:rPr>
        <w:t>The Process of Revival October 25, 2015 · 1m 39s · at 41:41 · https://youtu.be/anLXAiM05KE?t=2501</w:t>
      </w:r>
    </w:p>
    <w:p>
      <w:r>
        <w:rPr>
          <w:i/>
        </w:rPr>
        <w:t>“Some scholars have explained Ummah-e-Wasat as companions”</w:t>
      </w:r>
    </w:p>
    <w:p>
      <w:r>
        <w:rPr>
          <w:sz w:val="20"/>
        </w:rPr>
        <w:t>41:41  some scholars have explained Ummah-e-Wasat as companions of Prophet,</w:t>
      </w:r>
      <w:r>
        <w:br/>
      </w:r>
      <w:r>
        <w:rPr>
          <w:sz w:val="20"/>
        </w:rPr>
        <w:t>41:47  not the whole Ummah,</w:t>
      </w:r>
      <w:r>
        <w:br/>
      </w:r>
      <w:r>
        <w:rPr>
          <w:sz w:val="20"/>
        </w:rPr>
        <w:t>41:50  please clarify on this.</w:t>
      </w:r>
      <w:r>
        <w:br/>
      </w:r>
      <w:r>
        <w:rPr>
          <w:sz w:val="20"/>
        </w:rPr>
        <w:t>41:52  dekhen ikhtilaf to hamesha hi hota hai lekin maine is par likha hai kitaab mein tafseel ke</w:t>
      </w:r>
      <w:r>
        <w:br/>
      </w:r>
      <w:r>
        <w:rPr>
          <w:sz w:val="20"/>
        </w:rPr>
        <w:t>41:57  saath likha hai ke wasat ke lafzi maani hote hain beech,</w:t>
      </w:r>
      <w:r>
        <w:br/>
      </w:r>
      <w:r>
        <w:rPr>
          <w:sz w:val="20"/>
        </w:rPr>
        <w:t>42:03  doosre jo maani maine kaha woh locus se derived nahi hote, jin logon ne doosre maani likhe</w:t>
      </w:r>
      <w:r>
        <w:br/>
      </w:r>
      <w:r>
        <w:rPr>
          <w:sz w:val="20"/>
        </w:rPr>
        <w:t>42:09  hain, maslan kuch logon ne likha hai ke afzal ummah, to wasat ka maani afzal ummah hai hi</w:t>
      </w:r>
      <w:r>
        <w:br/>
      </w:r>
      <w:r>
        <w:rPr>
          <w:sz w:val="20"/>
        </w:rPr>
        <w:t>42:14  nahi, to wasat ke jo literally jo lughwi maani hain us ko le kar hum ne banaya hai</w:t>
      </w:r>
      <w:r>
        <w:br/>
      </w:r>
      <w:r>
        <w:rPr>
          <w:sz w:val="20"/>
        </w:rPr>
        <w:t>42:21  beech ki ummah,</w:t>
      </w:r>
      <w:r>
        <w:br/>
      </w:r>
      <w:r>
        <w:rPr>
          <w:sz w:val="20"/>
        </w:rPr>
        <w:t>42:25  aur beech ki ummah is se saabit bhi hota hai liyakuna al-rasoolu shaheedan alaikum wa takunu shuhadaa'a ala al-naas</w:t>
      </w:r>
      <w:r>
        <w:br/>
      </w:r>
      <w:r>
        <w:rPr>
          <w:sz w:val="20"/>
        </w:rPr>
        <w:t>42:31  ke tum ko lena hai rasool se aur tum ko dena hai poori insaniyat ko,</w:t>
      </w:r>
      <w:r>
        <w:br/>
      </w:r>
      <w:r>
        <w:rPr>
          <w:sz w:val="20"/>
        </w:rPr>
        <w:t>42:38  rasool ki duty hai ke woh tum ko de, tumhari duty hai ke tum saare alam insaniyat ko</w:t>
      </w:r>
      <w:r>
        <w:br/>
      </w:r>
      <w:r>
        <w:rPr>
          <w:sz w:val="20"/>
        </w:rPr>
        <w:t>42:43  do, isi mein nikah nikal raha hai,</w:t>
      </w:r>
      <w:r>
        <w:br/>
      </w:r>
      <w:r>
        <w:rPr>
          <w:sz w:val="20"/>
        </w:rPr>
        <w:t>42:48  la yahan sabbiya hai</w:t>
      </w:r>
      <w:r>
        <w:br/>
      </w:r>
      <w:r>
        <w:rPr>
          <w:sz w:val="20"/>
        </w:rPr>
        <w:t>42:50  rasool taake rasool ho tumhare upar gawah aur tum bano sari dunya ke upar gawah to yeh to</w:t>
      </w:r>
      <w:r>
        <w:br/>
      </w:r>
      <w:r>
        <w:rPr>
          <w:sz w:val="20"/>
        </w:rPr>
        <w:t>42:57  beech matlab hua wohi ummat wasat ke mani beech ki ummat ke hain aur koi doosre mani yahan</w:t>
      </w:r>
      <w:r>
        <w:br/>
      </w:r>
      <w:r>
        <w:rPr>
          <w:sz w:val="20"/>
        </w:rPr>
        <w:t>43:05  fit nahin hote Maulana aap ne kaha hai ke secular modern education is meant to de-condition people</w:t>
      </w:r>
      <w:r>
        <w:br/>
      </w:r>
      <w:r>
        <w:rPr>
          <w:sz w:val="20"/>
        </w:rPr>
        <w:t>43:13  And it is doing that but we find many Muslims who are the product of modern education still</w:t>
      </w:r>
    </w:p>
    <w:p>
      <w:pPr>
        <w:pStyle w:val="Heading2"/>
      </w:pPr>
      <w:r>
        <w:t>Allah's super planning against empires</w:t>
      </w:r>
    </w:p>
    <w:p>
      <w:r>
        <w:rPr>
          <w:color w:val="666666"/>
          <w:sz w:val="18"/>
        </w:rPr>
        <w:t>The Existence of God 2 Feb 2020 - Maulana Wahiduddin Khan · 1m 35s · at 7:57 · https://youtu.be/aXxkHtbysm4?t=477</w:t>
      </w:r>
    </w:p>
    <w:p>
      <w:r>
        <w:rPr>
          <w:i/>
        </w:rPr>
        <w:t>“Super management. Main aap ko misaal deta hoon.”</w:t>
      </w:r>
    </w:p>
    <w:p>
      <w:r>
        <w:rPr>
          <w:sz w:val="20"/>
        </w:rPr>
        <w:t>7:57  super management. main aap ko misaal deta hoon. ke rasool Allah ke rasool Allah ke jo sahabi the woh yahi inhi ki aulad se the.</w:t>
      </w:r>
      <w:r>
        <w:br/>
      </w:r>
      <w:r>
        <w:rPr>
          <w:sz w:val="20"/>
        </w:rPr>
        <w:t>8:09  bano ismail ki aulad se the.</w:t>
      </w:r>
      <w:r>
        <w:br/>
      </w:r>
      <w:r>
        <w:rPr>
          <w:sz w:val="20"/>
        </w:rPr>
        <w:t>8:14  to un ko yeh karna tha ke arab se shirk ka khatma karen.</w:t>
      </w:r>
      <w:r>
        <w:br/>
      </w:r>
      <w:r>
        <w:rPr>
          <w:sz w:val="20"/>
        </w:rPr>
        <w:t>8:22  ardwane mein shirk ke jo</w:t>
      </w:r>
      <w:r>
        <w:br/>
      </w:r>
      <w:r>
        <w:rPr>
          <w:sz w:val="20"/>
        </w:rPr>
        <w:t>8:31  defender bane hue the woh do</w:t>
      </w:r>
      <w:r>
        <w:br/>
      </w:r>
      <w:r>
        <w:rPr>
          <w:sz w:val="20"/>
        </w:rPr>
        <w:t>8:37  empire the. sasani empire aur bizantini empire. waqt ke do empire is zamane ke shirk culture ke</w:t>
      </w:r>
      <w:r>
        <w:br/>
      </w:r>
      <w:r>
        <w:rPr>
          <w:sz w:val="20"/>
        </w:rPr>
        <w:t>8:53  helper bane hue the. apne faide ke liye.</w:t>
      </w:r>
      <w:r>
        <w:br/>
      </w:r>
      <w:r>
        <w:rPr>
          <w:sz w:val="20"/>
        </w:rPr>
        <w:t>9:01  donon empire itne taqatwar the ke rasool Allah ke sahabi kisi tak tareeqe se unhein zair nahi kar sakte the.</w:t>
      </w:r>
      <w:r>
        <w:br/>
      </w:r>
      <w:r>
        <w:rPr>
          <w:sz w:val="20"/>
        </w:rPr>
        <w:t>9:12  to Allah taala ne ek bohat hi super planning ki. super planning ki. donon ko ek doosre se takra diya.</w:t>
      </w:r>
      <w:r>
        <w:br/>
      </w:r>
      <w:r>
        <w:rPr>
          <w:sz w:val="20"/>
        </w:rPr>
        <w:t>9:26  yani pehle pehle</w:t>
      </w:r>
    </w:p>
    <w:p>
      <w:pPr>
        <w:pStyle w:val="Heading2"/>
      </w:pPr>
      <w:r>
        <w:t>Judaism's chosen people belief explained</w:t>
      </w:r>
    </w:p>
    <w:p>
      <w:r>
        <w:rPr>
          <w:color w:val="666666"/>
          <w:sz w:val="18"/>
        </w:rPr>
        <w:t>A Brief Survey of Six Major Religion I January 8, 2012 · 49s · at 24:53 · https://youtu.be/Iho70yq6EVk?t=1493</w:t>
      </w:r>
    </w:p>
    <w:p>
      <w:r>
        <w:rPr>
          <w:i/>
        </w:rPr>
        <w:t>“Yahudiyat mein aqeeda ban gaya: chosen people”</w:t>
      </w:r>
    </w:p>
    <w:p>
      <w:r>
        <w:rPr>
          <w:sz w:val="20"/>
        </w:rPr>
        <w:t>24:53  Yahudiyat mein jo aqeedah ban gaya baat ko, wahi jo Quran mein bataya gaya hai: "unn abna Allah wahid bahu".</w:t>
      </w:r>
      <w:r>
        <w:br/>
      </w:r>
      <w:r>
        <w:rPr>
          <w:sz w:val="20"/>
        </w:rPr>
        <w:t>25:04  yani Bible mein isko "chosen people" kaha gaya hai. yani Yahudi jo hain, woh "chosen people" hain, woh Allah ke khaas log hain, unhi ko woh sab ke sab jannat mein jane wale hain.</w:t>
      </w:r>
      <w:r>
        <w:br/>
      </w:r>
      <w:r>
        <w:rPr>
          <w:sz w:val="20"/>
        </w:rPr>
        <w:t>25:22  yani poori jo nasal hai, Yahudi nasal, poori Yahudi nasal "chosen people" hai,</w:t>
      </w:r>
      <w:r>
        <w:br/>
      </w:r>
      <w:r>
        <w:rPr>
          <w:sz w:val="20"/>
        </w:rPr>
        <w:t>25:31  woh Allah ke khaas log hain, ab woh jannat mein jayenge. toh yahan bhi dekhiye, kya hai? Quran mein bhi yeh baat hai ke "fazalnaakum ala al-alameen".</w:t>
      </w:r>
    </w:p>
    <w:p>
      <w:pPr>
        <w:pStyle w:val="Heading2"/>
      </w:pPr>
      <w:r>
        <w:t>Jihad means peaceful struggle</w:t>
      </w:r>
    </w:p>
    <w:p>
      <w:r>
        <w:rPr>
          <w:color w:val="666666"/>
          <w:sz w:val="18"/>
        </w:rPr>
        <w:t>Islam the Reformed Edition of True Religion July 21, 2006 · 41s · at 3:59 · https://youtu.be/BnFM0wiwG-Q?t=239</w:t>
      </w:r>
    </w:p>
    <w:p>
      <w:r>
        <w:rPr>
          <w:i/>
        </w:rPr>
        <w:t>“Jihad, literally jihad means to strive, to struggle”</w:t>
      </w:r>
    </w:p>
    <w:p>
      <w:r>
        <w:rPr>
          <w:sz w:val="20"/>
        </w:rPr>
        <w:t>3:59  to quran ke zariye jihad ka matlab kya hai? woh hai ideological jihad. yani military jihad nahi, ideological jihad.</w:t>
      </w:r>
      <w:r>
        <w:br/>
      </w:r>
      <w:r>
        <w:rPr>
          <w:sz w:val="20"/>
        </w:rPr>
        <w:t>4:15  jihad, literally jihad means to strive, to struggle. jihad ka koi talluq nahi. jihad has nothing to do with the violence.</w:t>
      </w:r>
      <w:r>
        <w:br/>
      </w:r>
      <w:r>
        <w:rPr>
          <w:sz w:val="20"/>
        </w:rPr>
        <w:t>4:28  yeh peaceful struggle ka, peaceful struggle ko islam mein jihad kaha gaya hai. yani utmost, jihad ka matlab hai utmost struggle.</w:t>
      </w:r>
    </w:p>
    <w:p>
      <w:pPr>
        <w:pStyle w:val="Heading2"/>
      </w:pPr>
      <w:r>
        <w:t>Abu Ruwaha's momentary faith</w:t>
      </w:r>
    </w:p>
    <w:p>
      <w:r>
        <w:rPr>
          <w:color w:val="666666"/>
          <w:sz w:val="18"/>
        </w:rPr>
        <w:t>Imaan and Marefat | July 28, 2008 | Maulana Wahiduddin Khan · 3m 04s · at 14:44 · https://youtu.be/uS8cxd8ApSA?t=884</w:t>
      </w:r>
    </w:p>
    <w:p>
      <w:r>
        <w:rPr>
          <w:i/>
        </w:rPr>
        <w:t>“Prophet ke companions mein ek sahab the: Abu Ruwaha”</w:t>
      </w:r>
    </w:p>
    <w:p>
      <w:r>
        <w:rPr>
          <w:sz w:val="20"/>
        </w:rPr>
        <w:t>14:43  to rest this point. Prophet of Islam jo the Muhammad Sallallahu Alaihi Wasallam, un ke jo ashaab the, un ke jo saathi the, un ke companion the, un mein aik sahib the, un ka naam tha a</w:t>
      </w:r>
      <w:r>
        <w:br/>
      </w:r>
      <w:r>
        <w:rPr>
          <w:sz w:val="20"/>
        </w:rPr>
        <w:t>15:01  bu Rawaha. Abu Rawaha. Abu Rawaha ne aik din aik Muslim se kaha, aik Sahabi se kaha ke ta'alaw min sa'ah, aa</w:t>
      </w:r>
      <w:r>
        <w:br/>
      </w:r>
      <w:r>
        <w:rPr>
          <w:sz w:val="20"/>
        </w:rPr>
        <w:t>15:20  o hum thodi der ke liye iman layein. Aa'o hum thodi der ke liye iman layein. To un ko bohat yeh baat anokhi lagi ke iman to humein mil gaya, jab hum ne kalma padh liya, iman mil gaya. Ab</w:t>
      </w:r>
      <w:r>
        <w:br/>
      </w:r>
      <w:r>
        <w:rPr>
          <w:sz w:val="20"/>
        </w:rPr>
        <w:t>15:38  thodi der ka iman kya hota hai? Iman to humein permanently mil gaya. Jab hum ne kalma padha to humein iman permanently mil gaya. Ab thodi der ka iman kaisa hota hai? To unhon ne Rasool Allah se ja kar kaha, ya</w:t>
      </w:r>
      <w:r>
        <w:br/>
      </w:r>
      <w:r>
        <w:rPr>
          <w:sz w:val="20"/>
        </w:rPr>
        <w:t>15:57  ani goya ke shikayat ki. To Rasool Allah ne kaha ke Allah Abu Rawaha par reham kare. Yani Abu Rawaha par Allah ki blessing ho. Woh</w:t>
      </w:r>
      <w:r>
        <w:br/>
      </w:r>
      <w:r>
        <w:rPr>
          <w:sz w:val="20"/>
        </w:rPr>
        <w:t>16:18  aise iman ko pasand karte hain jis par farishte, angel bhi rashk karein, envy karein. Farishte bhi is</w:t>
      </w:r>
      <w:r>
        <w:br/>
      </w:r>
      <w:r>
        <w:rPr>
          <w:sz w:val="20"/>
        </w:rPr>
        <w:t>16:36  par rashk karein. Ab is mein sochiye aap ke farishte ya angel kyun rashk karte hain? Farishte jo hain woh Khuda ke presence mein jeete hain. Woh Khuda, Khuda un ke liye aik observable</w:t>
      </w:r>
      <w:r>
        <w:br/>
      </w:r>
      <w:r>
        <w:rPr>
          <w:sz w:val="20"/>
        </w:rPr>
        <w:t>16:54  fact hai. Aik seen cheez hai. Woh sab kuch direct har cheez ka ilm rakhte hain woh. Hum, hum to Khuda, humare liye Khuda unseen hai. Aur farishton ke</w:t>
      </w:r>
      <w:r>
        <w:br/>
      </w:r>
      <w:r>
        <w:rPr>
          <w:sz w:val="20"/>
        </w:rPr>
        <w:t>17:12  liye Khuda seen hai. To farishte aap jante hain ke poore ma'non mein Khuda ko surrender kiye hue hain, poori tarah se. Lekin yeh jo insan the, Abu Rawaha jaise log, jo Khuda ko na</w:t>
      </w:r>
      <w:r>
        <w:br/>
      </w:r>
      <w:r>
        <w:rPr>
          <w:sz w:val="20"/>
        </w:rPr>
        <w:t>17:30  dekhte hue bhi wahi darja marifat ka pa rahe the jo farishton ko dekh kar mil raha tha, us par un ko rashk hua ke dekho hum ko to marifat hai is liye ke hum Khuda ko dekh kar hum ne jana hai, dekh kar h</w:t>
      </w:r>
    </w:p>
    <w:p>
      <w:pPr>
        <w:pStyle w:val="Heading2"/>
      </w:pPr>
      <w:r>
        <w:t>Guard your clay nature against fire-born jinn</w:t>
      </w:r>
    </w:p>
    <w:p>
      <w:r>
        <w:rPr>
          <w:color w:val="666666"/>
          <w:sz w:val="18"/>
        </w:rPr>
        <w:t>CPS Women Article Discussion 18 February 12, 2023 · 45s · at 44:38 · https://youtu.be/uq7nDrs6oZ8?t=2678</w:t>
      </w:r>
    </w:p>
    <w:p>
      <w:r>
        <w:rPr>
          <w:i/>
        </w:rPr>
        <w:t>“Jis tarah matti wali cheez ko jinno se bachana chahiye”</w:t>
      </w:r>
    </w:p>
    <w:p>
      <w:r>
        <w:rPr>
          <w:sz w:val="20"/>
        </w:rPr>
        <w:t>44:38  jinn aag ke sholon se banaye gaye hain yani ki woh apni paidaish ke twaar se aag wale creatures hain. to molana kehte hain ki jis tarah matti wali yeh wali line mujhe bahut zyada nattil ko chhooti hai ki jis tarah matti wali zameen apne aap ko aag wale suraj se door rakhti hai taaki woh jal na jaaye.</w:t>
      </w:r>
      <w:r>
        <w:br/>
      </w:r>
      <w:r>
        <w:rPr>
          <w:sz w:val="20"/>
        </w:rPr>
        <w:t>45:02  usi tarah insaan ko chahiye ki woh apne aap ko jinnho se bachaye warna woh usko ikhlaqi aur deeni e twaar se jala dalenge. to inhi shaitan humein shaitan se humein apne aap ko itna door rakhna chahiye to uska akhlaq bhi khatam ho jayega, uska deen bhi khatam ho jayega.</w:t>
      </w:r>
      <w:r>
        <w:br/>
      </w:r>
      <w:r>
        <w:rPr>
          <w:sz w:val="20"/>
        </w:rPr>
        <w:t>45:23  to anutala se dua hai ki hum sab apne ko shaitan ke dhoke se bacha saken aur apne shor ko zinda rakh saken taaki hum sirf khuda khuda se koi apna apna bujood de saken aur sirf khuda ke liye zindagi guzaar saken. ameer. ameer. kisaakar laya tha?</w:t>
      </w:r>
    </w:p>
    <w:p>
      <w:pPr>
        <w:pStyle w:val="Heading2"/>
      </w:pPr>
      <w:r>
        <w:t>Neighbor's criticism as gift to paradise</w:t>
      </w:r>
    </w:p>
    <w:p>
      <w:r>
        <w:rPr>
          <w:color w:val="666666"/>
          <w:sz w:val="18"/>
        </w:rPr>
        <w:t>Dars-e-Quran, Chapter 67, Vs 1-2 (Plan of Life) July 22, 2018 · 2m 19s · at 37:58 · https://youtu.be/hfJ5DVXJvWE?t=2278</w:t>
      </w:r>
    </w:p>
    <w:p>
      <w:r>
        <w:rPr>
          <w:i/>
        </w:rPr>
        <w:t>“To aap gaur kijiye ke jo aadmi aap ki ghalti ko bataye”</w:t>
      </w:r>
    </w:p>
    <w:p>
      <w:r>
        <w:rPr>
          <w:sz w:val="20"/>
        </w:rPr>
        <w:t>37:58  to aap ghor kijiye ke jo aadmi aap ki ghalati ko bataye,</w:t>
      </w:r>
      <w:r>
        <w:br/>
      </w:r>
      <w:r>
        <w:rPr>
          <w:sz w:val="20"/>
        </w:rPr>
        <w:t>38:09  jo aadmi apni aap ki ghalati ko bataye, is ka to aap shukr ada karein ge, aap kabhi offend nahi honge, is se ghussa nahi honge, foran ke foran dauren ge apni islaah ke liye,</w:t>
      </w:r>
      <w:r>
        <w:br/>
      </w:r>
      <w:r>
        <w:rPr>
          <w:sz w:val="20"/>
        </w:rPr>
        <w:t>38:26  foran ke foran dauren ge apni islaah ke liye. dekhiye, ek riwayat mein aata hai Hazrat Umar ke bare mein, Hazrat Umar kehte hain ke Allah is insaan par reham kare, rehmat kare,</w:t>
      </w:r>
      <w:r>
        <w:br/>
      </w:r>
      <w:r>
        <w:rPr>
          <w:sz w:val="20"/>
        </w:rPr>
        <w:t>38:46  Allah un insaan par rehmat kare jo mujhe mere aib ka tohfa bheje,</w:t>
      </w:r>
      <w:r>
        <w:br/>
      </w:r>
      <w:r>
        <w:rPr>
          <w:sz w:val="20"/>
        </w:rPr>
        <w:t>38:57  yaani mera aib mujhe bataye.</w:t>
      </w:r>
      <w:r>
        <w:br/>
      </w:r>
      <w:r>
        <w:rPr>
          <w:sz w:val="20"/>
        </w:rPr>
        <w:t>39:04  phir to yeh yeh riwayat. rahimullah imran ahada ila uyubi. Allah reham kare is insaan par jo meri taraf mere aib ka tohfa bheje,</w:t>
      </w:r>
      <w:r>
        <w:br/>
      </w:r>
      <w:r>
        <w:rPr>
          <w:sz w:val="20"/>
        </w:rPr>
        <w:t>39:20  aib ka yaani aib ko tohfa bana diya unhone,</w:t>
      </w:r>
      <w:r>
        <w:br/>
      </w:r>
      <w:r>
        <w:rPr>
          <w:sz w:val="20"/>
        </w:rPr>
        <w:t>39:25  aib ko tohfa bana diya. maslan woh aadmi aa kar kahe ke aap to nations create karte hain, aap to shor karte hain, mere bachche jab padh rahe hote hain to aap ke haan daud daud se chalne lagta hai,</w:t>
      </w:r>
      <w:r>
        <w:br/>
      </w:r>
      <w:r>
        <w:rPr>
          <w:sz w:val="20"/>
        </w:rPr>
        <w:t>39:44  recorder waghera. to jo aadmi is tarah ka aap ke kahe, aap ko darwaza knock kar ke kahe to Hazrat Umar keh rahe hain ke woh to mujhe, mujhe, mujhko sab se achha tohfa de de raha hai.</w:t>
      </w:r>
      <w:r>
        <w:br/>
      </w:r>
      <w:r>
        <w:rPr>
          <w:sz w:val="20"/>
        </w:rPr>
        <w:t>40:08  to kyun? kyun Hazrat Umar ne kyun aib batane walon ko kaha ke woh to tohfa de raha hai mujhko?</w:t>
      </w:r>
    </w:p>
    <w:p>
      <w:pPr>
        <w:pStyle w:val="Heading2"/>
      </w:pPr>
      <w:r>
        <w:t>the parable and lesson on the greatest name of God</w:t>
      </w:r>
    </w:p>
    <w:p>
      <w:r>
        <w:rPr>
          <w:color w:val="666666"/>
          <w:sz w:val="18"/>
        </w:rPr>
        <w:t>Asma-e-Husna and Ism-e-Azam February 12, 2023 · 4m 41s · at 35:35 · https://youtu.be/IkYHdIFdUy4?t=2135</w:t>
      </w:r>
    </w:p>
    <w:p>
      <w:r>
        <w:rPr>
          <w:i/>
        </w:rPr>
        <w:t>“The story of the man who forgot the magic word”</w:t>
      </w:r>
    </w:p>
    <w:p>
      <w:r>
        <w:rPr>
          <w:sz w:val="20"/>
        </w:rPr>
        <w:t>35:34  to</w:t>
      </w:r>
      <w:r>
        <w:br/>
      </w:r>
      <w:r>
        <w:rPr>
          <w:sz w:val="20"/>
        </w:rPr>
        <w:t>35:35  Aapa, mujhe yeh bataein ke yeh Ism-e-Azam kya hai jis ke zariye dua qubool hoti hai? Ism-e-Azam ko log kuch matlab something mysterious samajhte hain aur Ism-e-Azam ki talash karte rehte hain.</w:t>
      </w:r>
      <w:r>
        <w:br/>
      </w:r>
      <w:r>
        <w:rPr>
          <w:sz w:val="20"/>
        </w:rPr>
        <w:t>35:50  woh samajhte hain ke Khuda ka ek proper name hai, jaise insan ka ek naam hota hai.</w:t>
      </w:r>
      <w:r>
        <w:br/>
      </w:r>
      <w:r>
        <w:rPr>
          <w:sz w:val="20"/>
        </w:rPr>
        <w:t>35:57  to jab woh is proper name ko maloom kar lenge, to phir is name ke sath Khuda ko pukarenge, to un ki duaon ko Khuda qubool farmayega.</w:t>
      </w:r>
      <w:r>
        <w:br/>
      </w:r>
      <w:r>
        <w:rPr>
          <w:sz w:val="20"/>
        </w:rPr>
        <w:t>36:07  lekin Maulana likhte hain ke yeh Ism-e-Azam ka matlab hai kaifiyat-e-azam. Khuda ka ab jis Sahabi ki jo aap ne dua padhi, us mein koi naam aisa nahi hai.</w:t>
      </w:r>
      <w:r>
        <w:br/>
      </w:r>
      <w:r>
        <w:rPr>
          <w:sz w:val="20"/>
        </w:rPr>
        <w:t>36:18  woh us kaifiyat ke sath woh Khuda ko pukar raha tha, to woh kaifiyat a'a</w:t>
      </w:r>
      <w:r>
        <w:br/>
      </w:r>
      <w:r>
        <w:rPr>
          <w:sz w:val="20"/>
        </w:rPr>
        <w:t>36:23  zam hai. to khusoosi kaifiyat ke sath jab Khuda ko pukara jaye, to woh dua Khuda ki bargah mein zaroor qubool hoti hai, aur na ke rate hue alfaaz.</w:t>
      </w:r>
      <w:r>
        <w:br/>
      </w:r>
      <w:r>
        <w:rPr>
          <w:sz w:val="20"/>
        </w:rPr>
        <w:t>36:34  aaj kal log samajhte hain ke kuch masnoon alfaaz hain, un ko rat liya jaye, isi ko dohrate chalen. lekin woh jo masnoon alfaaz hain, woh bhi prophets ko jo kaifiyat hoti thin, un kaifiyat mein woh alfaaz nikalte the.</w:t>
      </w:r>
      <w:r>
        <w:br/>
      </w:r>
      <w:r>
        <w:rPr>
          <w:sz w:val="20"/>
        </w:rPr>
        <w:t>36:49  tab in alfaaz jo hain, woh itna zyada qeemti hote the. lekin agar hum us spirit ke baghair, devoid of spirit hon, woh alfaaz to us ki koi value nahi hai.</w:t>
      </w:r>
      <w:r>
        <w:br/>
      </w:r>
      <w:r>
        <w:rPr>
          <w:sz w:val="20"/>
        </w:rPr>
        <w:t>37:01  us poore spirit jo hain, woh us ke andar value dalte hain. to kaifiyat se bhare hue alfaaz mein Khuda ko pukarna yahi Ism-e-Azam hai, aur Khuda ka koi ek naam to ho bhi nahi sakta.</w:t>
      </w:r>
      <w:r>
        <w:br/>
      </w:r>
      <w:r>
        <w:rPr>
          <w:sz w:val="20"/>
        </w:rPr>
        <w:t>37:15  Khuda us se bohat zyada buland hai.</w:t>
      </w:r>
      <w:r>
        <w:br/>
      </w:r>
      <w:r>
        <w:rPr>
          <w:sz w:val="20"/>
        </w:rPr>
        <w:t>37:20  to yeh Maulana ne likha hai ke yeh point of reference hai. to Ism-e-Azam koi ek nahi hai, balke wohi Asma-e-Husna jo hain, wohi point of reference hain, aur isi ke zariye se hum Khuda ki hasti ka tasawwur karte hain.</w:t>
      </w:r>
      <w:r>
        <w:br/>
      </w:r>
      <w:r>
        <w:rPr>
          <w:sz w:val="20"/>
        </w:rPr>
        <w:t>37:36  to chunke lekin yeh log logon ko itna zyada yeh hai ke Khuda ka ek proper naam hai, to us ki talash karte rehte hain. asal mein</w:t>
      </w:r>
      <w:r>
        <w:br/>
      </w:r>
      <w:r>
        <w:rPr>
          <w:sz w:val="20"/>
        </w:rPr>
        <w:t>37:45  aise bohat sare kahani qisse mashhoor hain ke jaise ek koi koi pahad pahadi thi, aur us ke upar ek mahal mein kahin ek kamre mein tala laga hua tha.</w:t>
      </w:r>
      <w:r>
        <w:br/>
      </w:r>
      <w:r>
        <w:rPr>
          <w:sz w:val="20"/>
        </w:rPr>
        <w:t>37:58  to ek sadhu ne bataya ke us taale ke andar jo hai, khazana rakha hua hai. to tum upar jao, aur wahan par khul ja.</w:t>
      </w:r>
      <w:r>
        <w:br/>
      </w:r>
      <w:r>
        <w:rPr>
          <w:sz w:val="20"/>
        </w:rPr>
        <w:t>38:07  sim sim kaho ge to woh khul jayega.</w:t>
      </w:r>
      <w:r>
        <w:br/>
      </w:r>
      <w:r>
        <w:rPr>
          <w:sz w:val="20"/>
        </w:rPr>
        <w:t>38:09  woh upar gaya to woh us ko yeh Maulana ne likha hai ke upar gaya to us ko sim sim jo hai, woh bhool gaya. woh koi tim tim kar raha hai, koi dum dum kar raha hai, koi koi bhi alfaaz bol raha hai, to woh khul hi nahi raha hai.</w:t>
      </w:r>
      <w:r>
        <w:br/>
      </w:r>
      <w:r>
        <w:rPr>
          <w:sz w:val="20"/>
        </w:rPr>
        <w:t>38:21  phir woh dobara sadhu ke paas aata hai ke woh to khul hi nahi raha hai. tab unhon ne kaha ke tum sim sim kahoge, tabhi khulega. to isi se log samajhte hain ke kuch khuda ka koi proper naam hai, aur isi woh naam jab maloom ho jayega,</w:t>
      </w:r>
      <w:r>
        <w:br/>
      </w:r>
      <w:r>
        <w:rPr>
          <w:sz w:val="20"/>
        </w:rPr>
        <w:t>38:37  tabhi woh khuda ki jo hai, sari unki duaen qabool hongi.</w:t>
      </w:r>
      <w:r>
        <w:br/>
      </w:r>
      <w:r>
        <w:rPr>
          <w:sz w:val="20"/>
        </w:rPr>
        <w:t>38:43  to yeh Maulana ne kaha hai ke yeh nahi hai, balke inspired dua jo hoti hai, creative dua jo hoti hai, spirit se bhari hui dua jo hoti hai, wahi khuda ke haan qabool hoti hai.</w:t>
      </w:r>
      <w:r>
        <w:br/>
      </w:r>
      <w:r>
        <w:rPr>
          <w:sz w:val="20"/>
        </w:rPr>
        <w:t>38:56  aur wahi dua jo hai, isi dua ko kehte hain ke ism e azam ki dua, kyunke Allah taala ne khud kaha hai ke kaun hai jo mujh se mange taake main use doon.</w:t>
      </w:r>
      <w:r>
        <w:br/>
      </w:r>
      <w:r>
        <w:rPr>
          <w:sz w:val="20"/>
        </w:rPr>
        <w:t>39:07  to jab Allah taala khud keh raha hai ke tum mango, main doonga, to phir aisa hota hai. to Allah taala</w:t>
      </w:r>
      <w:r>
        <w:br/>
      </w:r>
      <w:r>
        <w:rPr>
          <w:sz w:val="20"/>
        </w:rPr>
        <w:t>39:13  khud apna naam bata deta hai ke yeh mera ism e azam hai, is ko le ke pukaaro, to tumhein tumhari duaen qabool hongi. to yeh bilkul be rooh dua samajh lijiye ke aisa hi hai jaise koi chhalni le kar bazaar jaye, to us ko kuch bhi nahi milega.</w:t>
      </w:r>
      <w:r>
        <w:br/>
      </w:r>
      <w:r>
        <w:rPr>
          <w:sz w:val="20"/>
        </w:rPr>
        <w:t>39:29  to bilkul wahi hai be rooh dua.</w:t>
      </w:r>
      <w:r>
        <w:br/>
      </w:r>
      <w:r>
        <w:rPr>
          <w:sz w:val="20"/>
        </w:rPr>
        <w:t>39:32  to aap ko jo hai, dua spirit se bhari hui dua khuda ko chahiye. to dua jo hai na, dil ki pukaar hona chahiye. aur aur yeh bhi ek baat aap sab log samajh lijiye ke agar aap log arabi ki dua padh kar yaad kar kar ke us ko ratte hain, to is mein woh spirit nahi aati.</w:t>
      </w:r>
      <w:r>
        <w:br/>
      </w:r>
      <w:r>
        <w:rPr>
          <w:sz w:val="20"/>
        </w:rPr>
        <w:t>39:52  woh bhi sahi hai, us ko padhna chahiye, lekin dua jo hai, apni madri zabaan mein aadmi jo woh dil o dimaagh ke sath woh dua karta hai, jo khuda se sargoshiyan karta hai, to woh dua jo hai, khuda ke haan woh pahunchti hai.</w:t>
      </w:r>
      <w:r>
        <w:br/>
      </w:r>
      <w:r>
        <w:rPr>
          <w:sz w:val="20"/>
        </w:rPr>
        <w:t>40:07  to dua jo hai, woh dil ke jazbaat ka naam hai. ab sahaba jo hain, woh arabi mein dua karte the, to un ki to wahi madri zabaan thi.</w:t>
      </w:r>
    </w:p>
    <w:p>
      <w:pPr>
        <w:pStyle w:val="Heading2"/>
      </w:pPr>
      <w:r>
        <w:t>Da'wah is for Allah not worldly gains</w:t>
      </w:r>
    </w:p>
    <w:p>
      <w:r>
        <w:rPr>
          <w:color w:val="666666"/>
          <w:sz w:val="18"/>
        </w:rPr>
        <w:t>Dars-e-Quran Chapter 2, Verse 38-39 January 14, 2018 · 32s · at 27:51 · https://youtu.be/mj5trn7tLLg?t=1671</w:t>
      </w:r>
    </w:p>
    <w:p>
      <w:r>
        <w:rPr>
          <w:i/>
        </w:rPr>
        <w:t>“Da'wat ka kaam dekhiye hota hai khalis akhirat ke liye”</w:t>
      </w:r>
    </w:p>
    <w:p>
      <w:r>
        <w:rPr>
          <w:sz w:val="20"/>
        </w:rPr>
        <w:t>27:51  isi liye is ko kaha tha, is ko kaha jata hai "dawat il Allah". dawat ka kaam jo hai, is ka naam hai "dawat il Allah".</w:t>
      </w:r>
      <w:r>
        <w:br/>
      </w:r>
      <w:r>
        <w:rPr>
          <w:sz w:val="20"/>
        </w:rPr>
        <w:t>28:00  Allah ki taraf pukaar, Allah ki taraf dawat. yeh Allah oriented kaam hai, yeh insaan oriented nahi hai, dunya oriented nahi hai.</w:t>
      </w:r>
      <w:r>
        <w:br/>
      </w:r>
      <w:r>
        <w:rPr>
          <w:sz w:val="20"/>
        </w:rPr>
        <w:t>28:12  to dawat ka kaam is waqt chalta hai jab aap ummat poori tarah Allah par khari hui ho, dunya maqasid na hon.</w:t>
      </w:r>
    </w:p>
    <w:p>
      <w:pPr>
        <w:pStyle w:val="Heading2"/>
      </w:pPr>
      <w:r>
        <w:t>Hadith: remember death, the destroyer of pleasures</w:t>
      </w:r>
    </w:p>
    <w:p>
      <w:r>
        <w:rPr>
          <w:color w:val="666666"/>
          <w:sz w:val="18"/>
        </w:rPr>
        <w:t>On Death June 08, 2014 · 31s · at 11:58 · https://youtu.be/p0lSKQ0edmw?t=718</w:t>
      </w:r>
    </w:p>
    <w:p>
      <w:r>
        <w:rPr>
          <w:i/>
        </w:rPr>
        <w:t>“Maut ko bahut zyada yaad karo”</w:t>
      </w:r>
    </w:p>
    <w:p>
      <w:r>
        <w:rPr>
          <w:sz w:val="20"/>
        </w:rPr>
        <w:t>11:58  akthro zikr had bil lazzat il maut</w:t>
      </w:r>
      <w:r>
        <w:br/>
      </w:r>
      <w:r>
        <w:rPr>
          <w:sz w:val="20"/>
        </w:rPr>
        <w:t>12:04  maut ko bohat ziyada yaad karo. jo lazzaton ko utha dene wali hai. is par ghhor kijiye.</w:t>
      </w:r>
      <w:r>
        <w:br/>
      </w:r>
      <w:r>
        <w:rPr>
          <w:sz w:val="20"/>
        </w:rPr>
        <w:t>12:17  maut ka lazzaton ko uthaane ka matlab kya hai? yahan lazzat ke maani koi test ki baat nahin hai.</w:t>
      </w:r>
    </w:p>
    <w:p>
      <w:pPr>
        <w:pStyle w:val="Heading2"/>
      </w:pPr>
      <w:r>
        <w:t>Childhood poetry conditioning and discovering life's true purpose</w:t>
      </w:r>
    </w:p>
    <w:p>
      <w:r>
        <w:rPr>
          <w:color w:val="666666"/>
          <w:sz w:val="18"/>
        </w:rPr>
        <w:t>About Deconditioning April 6, 2008 · 1m 59s · at 13:46 · https://youtu.be/CaCcbaMubWs?t=826</w:t>
      </w:r>
    </w:p>
    <w:p>
      <w:r>
        <w:rPr>
          <w:i/>
        </w:rPr>
        <w:t>“I was born into a family obsessed with poetry, not science.”</w:t>
      </w:r>
    </w:p>
    <w:p>
      <w:r>
        <w:rPr>
          <w:sz w:val="20"/>
        </w:rPr>
        <w:t>13:46  Main ek ek aisi family mein paida hua jahan ke adab aur shayari isi ka charchaa tha. Hamare ghar mein bohat si kitabein hoti thi, lekin sab wohi adab wali kitabein, shair o shayari wali kitabein, novel, yahi sab tha.</w:t>
      </w:r>
      <w:r>
        <w:br/>
      </w:r>
      <w:r>
        <w:rPr>
          <w:sz w:val="20"/>
        </w:rPr>
        <w:t>14:00  Ilm, ilmi kitaab ya science ki kitaab wahan par nahi hoti thi. Is zamane mein hum ne parha tha ke mashhoor jo shayar hain, Zauq, un ka yeh shair:</w:t>
      </w:r>
      <w:r>
        <w:br/>
      </w:r>
      <w:r>
        <w:rPr>
          <w:sz w:val="20"/>
        </w:rPr>
        <w:t>14:14  "Dard dil ke waste paida kiya insaan ko, warna itaat ke liye kuch kam na the." Kuroob, kuroob matlab angel ke insaan ko Khuda ne paida kiya to kis liye?</w:t>
      </w:r>
      <w:r>
        <w:br/>
      </w:r>
      <w:r>
        <w:rPr>
          <w:sz w:val="20"/>
        </w:rPr>
        <w:t>14:28  yani pain ka experience karanay kay liye insaan ko. aur jahan tak ibadat ki baat hai to bohat se angel mojood thay, woh baat kar hi rahay thay.</w:t>
      </w:r>
      <w:r>
        <w:br/>
      </w:r>
      <w:r>
        <w:rPr>
          <w:sz w:val="20"/>
        </w:rPr>
        <w:t>14:38  to yeh sher mere mind mein basa hua tha, itni lambi din se basa hua tha:</w:t>
      </w:r>
      <w:r>
        <w:br/>
      </w:r>
      <w:r>
        <w:rPr>
          <w:sz w:val="20"/>
        </w:rPr>
        <w:t>14:44  "dard dil kay wastay paida kiya insaan ko." bohat baad ko maine samjha kay yeh bilkul galat sher hai, yeh aik negative aspect batata hai zindagi ka.</w:t>
      </w:r>
      <w:r>
        <w:br/>
      </w:r>
      <w:r>
        <w:rPr>
          <w:sz w:val="20"/>
        </w:rPr>
        <w:t>14:57  jab maine yeh discover kiya kay har cheez mein negative hota hai, positive hota hai, to negative aspect ko lay letay hain jaldi jaldi say.</w:t>
      </w:r>
      <w:r>
        <w:br/>
      </w:r>
      <w:r>
        <w:rPr>
          <w:sz w:val="20"/>
        </w:rPr>
        <w:t>15:07  positive aspect ko main discover karnay ki koshish karta hoon. to positive aspect kiya hai?</w:t>
      </w:r>
      <w:r>
        <w:br/>
      </w:r>
      <w:r>
        <w:rPr>
          <w:sz w:val="20"/>
        </w:rPr>
        <w:t>15:14  khuda nay paida kiya insaan ko kay woh khuda ko pehchanay, khuda ko realize karay, khuda ko discover karay, creator ko janay. is kay liye paida kiya, yeh to koi purpose nahi hua paida karnay ka kay taraptay taraptay mar jayen aur qissa khatam.</w:t>
      </w:r>
      <w:r>
        <w:br/>
      </w:r>
      <w:r>
        <w:rPr>
          <w:sz w:val="20"/>
        </w:rPr>
        <w:t>15:31  yeh to koi purpose nahi hai.</w:t>
      </w:r>
      <w:r>
        <w:br/>
      </w:r>
      <w:r>
        <w:rPr>
          <w:sz w:val="20"/>
        </w:rPr>
        <w:t>15:36  to main khud is tarah ki bohat si cheezon ko maine jana hai, baat ko deconditioning kay zariye.</w:t>
      </w:r>
    </w:p>
    <w:p>
      <w:pPr>
        <w:pStyle w:val="Heading2"/>
      </w:pPr>
      <w:r>
        <w:t>Science reveals God through consciousness</w:t>
      </w:r>
    </w:p>
    <w:p>
      <w:r>
        <w:rPr>
          <w:color w:val="666666"/>
          <w:sz w:val="18"/>
        </w:rPr>
        <w:t>Lessons and Experience 22 May 2011 - Maulana Wahiduddin Khan · 5m 14s · at 18:18 · https://youtu.be/vxgZMiqBTiE?t=1098</w:t>
      </w:r>
    </w:p>
    <w:p>
      <w:r>
        <w:rPr>
          <w:i/>
        </w:rPr>
        <w:t>“A great thing happened through science”</w:t>
      </w:r>
    </w:p>
    <w:p>
      <w:r>
        <w:rPr>
          <w:sz w:val="20"/>
        </w:rPr>
        <w:t>18:18  is zamane mein ek bohat bari baat hui science ke zariye se. ke fitrat khul gayi. fitrat mein jo Khuda ke nishan the, Khuda ki nishaniyan thin.</w:t>
      </w:r>
      <w:r>
        <w:br/>
      </w:r>
      <w:r>
        <w:rPr>
          <w:sz w:val="20"/>
        </w:rPr>
        <w:t>18:34  woh sab khul gayin. fitrat ke qanoon jo hain, jo pehle insan janta nahin tha. is ko insan ne daryaft kiya.</w:t>
      </w:r>
      <w:r>
        <w:br/>
      </w:r>
      <w:r>
        <w:rPr>
          <w:sz w:val="20"/>
        </w:rPr>
        <w:t>18:44  is ko daryaft kiya. to yeh bilkul yaani</w:t>
      </w:r>
      <w:r>
        <w:br/>
      </w:r>
      <w:r>
        <w:rPr>
          <w:sz w:val="20"/>
        </w:rPr>
        <w:t>18:51  ek ilahi science thi. yeh poori poori science ko mein ilahi science samajhta hoon. is liye ke dekhiye Newton ke zamane mein yeh samjha jata tha ke mada</w:t>
      </w:r>
      <w:r>
        <w:br/>
      </w:r>
      <w:r>
        <w:rPr>
          <w:sz w:val="20"/>
        </w:rPr>
        <w:t>19:07  kainat ka taameerati block hai. phir taraqqi hui Einstein ke zamane mein samjha gaya ke nahin.</w:t>
      </w:r>
      <w:r>
        <w:br/>
      </w:r>
      <w:r>
        <w:rPr>
          <w:sz w:val="20"/>
        </w:rPr>
        <w:t>19:17  urja kainat ka taameerati block hai. phir aage barha mamla. ab hum David Bohm ke zamane mein hain.</w:t>
      </w:r>
      <w:r>
        <w:br/>
      </w:r>
      <w:r>
        <w:rPr>
          <w:sz w:val="20"/>
        </w:rPr>
        <w:t>19:29  aur quantum theory aayi. ab yeh mana jane laga ke shaoor jo hai woh kainat ka taameerati block hai.</w:t>
      </w:r>
      <w:r>
        <w:br/>
      </w:r>
      <w:r>
        <w:rPr>
          <w:sz w:val="20"/>
        </w:rPr>
        <w:t>19:41  ab yahan par ek bohat bara bari tragedy hui.</w:t>
      </w:r>
      <w:r>
        <w:br/>
      </w:r>
      <w:r>
        <w:rPr>
          <w:sz w:val="20"/>
        </w:rPr>
        <w:t>19:46  bohat bari tragedy hui. yaani science ke safar ne sankaron saal, sankaron saal ke bohat zyada mehnatain keen logon ne.</w:t>
      </w:r>
      <w:r>
        <w:br/>
      </w:r>
      <w:r>
        <w:rPr>
          <w:sz w:val="20"/>
        </w:rPr>
        <w:t>19:58  aur insan ko wahan pohanchaya. bilkul Khuda ke darwaze par pohancha diya.</w:t>
      </w:r>
      <w:r>
        <w:br/>
      </w:r>
      <w:r>
        <w:rPr>
          <w:sz w:val="20"/>
        </w:rPr>
        <w:t>20:06  Khuda ke darwaze par nahin, pehle insan bohat afsoson mein tha mada ke. aage barhaya, natural urja tak pohanchaya. phir shaoor tak pohancha diya.</w:t>
      </w:r>
      <w:r>
        <w:br/>
      </w:r>
      <w:r>
        <w:rPr>
          <w:sz w:val="20"/>
        </w:rPr>
        <w:t>20:16  yaani shaoor tak. lekin yahan par kya hua? ek bohat hi bari</w:t>
      </w:r>
      <w:r>
        <w:br/>
      </w:r>
      <w:r>
        <w:rPr>
          <w:sz w:val="20"/>
        </w:rPr>
        <w:t>20:25  tragedy hui. sab se pehle yeh hua tha ke secular log, yeh atheist logon ne aghwa kar liya science ki daryafton ko.</w:t>
      </w:r>
      <w:r>
        <w:br/>
      </w:r>
      <w:r>
        <w:rPr>
          <w:sz w:val="20"/>
        </w:rPr>
        <w:t>20:38  unhon ne kaha ke agar waqiyat qudrati wajoohaat ki wajah se hain to woh qudrati wajoohaat ki wajah se nahin.</w:t>
      </w:r>
      <w:r>
        <w:br/>
      </w:r>
      <w:r>
        <w:rPr>
          <w:sz w:val="20"/>
        </w:rPr>
        <w:t>20:46  yaani scientists ne yeh kiya tha ke yeh pata kiya ke yeh jo duniya chal rahi hai, yeh kainat chal rahi hai to is ke peeche qanoon hain. yaani suraj ka harkat, chand ka harkat, zameen mein jo waqiyat ho rahe hain.</w:t>
      </w:r>
      <w:r>
        <w:br/>
      </w:r>
      <w:r>
        <w:rPr>
          <w:sz w:val="20"/>
        </w:rPr>
        <w:t>21:02  poori kainat mein jo</w:t>
      </w:r>
      <w:r>
        <w:br/>
      </w:r>
      <w:r>
        <w:rPr>
          <w:sz w:val="20"/>
        </w:rPr>
        <w:t>21:06  jo sitaron ka jo nizam hai woh sab ka sab peeche ek kuch qanoon hain.</w:t>
      </w:r>
      <w:r>
        <w:br/>
      </w:r>
      <w:r>
        <w:rPr>
          <w:sz w:val="20"/>
        </w:rPr>
        <w:t>21:16  kuch qanoon hain, qanoon fitrat. yeh daryaft kiya scientists ne. to</w:t>
      </w:r>
      <w:r>
        <w:br/>
      </w:r>
      <w:r>
        <w:rPr>
          <w:sz w:val="20"/>
        </w:rPr>
        <w:t>21:26  is ka matlab yeh nikalta tha ke jab koi jab jab aik aik aik aik system qaim hai jab is mein jo bohat hi achhi tarah tarteeb hai, bohat hi achhi tarah designed hai.</w:t>
      </w:r>
      <w:r>
        <w:br/>
      </w:r>
      <w:r>
        <w:rPr>
          <w:sz w:val="20"/>
        </w:rPr>
        <w:t>21:42  bohat hi zyada</w:t>
      </w:r>
      <w:r>
        <w:br/>
      </w:r>
      <w:r>
        <w:rPr>
          <w:sz w:val="20"/>
        </w:rPr>
        <w:t>21:45  pakhta andaaz mein hai. to zahir hai koi designer hona chahiye. koi controller hona chahiye.</w:t>
      </w:r>
      <w:r>
        <w:br/>
      </w:r>
      <w:r>
        <w:rPr>
          <w:sz w:val="20"/>
        </w:rPr>
        <w:t>21:54  apne aap yeh nikalta tha. lekin wahan par aghwa kar liya is ko kis ne? atheist logon ne. unhon ne kaha ke agar waqeat qudrati wajuhaat ki wajah se hain to woh</w:t>
      </w:r>
      <w:r>
        <w:br/>
      </w:r>
      <w:r>
        <w:rPr>
          <w:sz w:val="20"/>
        </w:rPr>
        <w:t>22:02  qudrati wajuhaat ki wajah se nahin. yaani wahi fitrat hi ko sab kuch maan liya unhon ne. is ke aage kuch nahin.</w:t>
      </w:r>
      <w:r>
        <w:br/>
      </w:r>
      <w:r>
        <w:rPr>
          <w:sz w:val="20"/>
        </w:rPr>
        <w:t>22:12  ab aik naya, ab aik naye aghwa kar paida hue hain. pehle aghwa kar yeh the. yaani science ke aghwa kar.</w:t>
      </w:r>
      <w:r>
        <w:br/>
      </w:r>
      <w:r>
        <w:rPr>
          <w:sz w:val="20"/>
        </w:rPr>
        <w:t>22:21  atheist log. science ki daryaft se nikal raha tha ke is kainat ka aik munazzam hai. aik designer hai.</w:t>
      </w:r>
      <w:r>
        <w:br/>
      </w:r>
      <w:r>
        <w:rPr>
          <w:sz w:val="20"/>
        </w:rPr>
        <w:t>22:30  aik hai jo ke intezaam kar raha hai. yeh nikal raha tha is se. lekin is ko unhon ne morr de diya. aik aur. unhon ne yeh keh diya ke agar waqeat qudrati wajuhaat ki wajah se hain to woh qudrati wajuhaat ki wajah se nahin.</w:t>
      </w:r>
      <w:r>
        <w:br/>
      </w:r>
      <w:r>
        <w:rPr>
          <w:sz w:val="20"/>
        </w:rPr>
        <w:t>22:46  ab aik naya masla paida hua. abhi jo</w:t>
      </w:r>
      <w:r>
        <w:br/>
      </w:r>
      <w:r>
        <w:rPr>
          <w:sz w:val="20"/>
        </w:rPr>
        <w:t>22:50  quantum theory aayi hai. aur David Bohm ne is ko jis tarah se develop kiya hai. aur yeh sabit kiya hai logon ne.</w:t>
      </w:r>
      <w:r>
        <w:br/>
      </w:r>
      <w:r>
        <w:rPr>
          <w:sz w:val="20"/>
        </w:rPr>
        <w:t>23:00  ke kainat ka taameerati block jo hai woh shaoor hai. shaoor hai.</w:t>
      </w:r>
      <w:r>
        <w:br/>
      </w:r>
      <w:r>
        <w:rPr>
          <w:sz w:val="20"/>
        </w:rPr>
        <w:t>23:07  ab yahan par dekhiye kya tha ke shaoor ko aap zaati banayein to Khuda nikalta hai. shaoor ko aap shakhs ke lafz mein lein.</w:t>
      </w:r>
      <w:r>
        <w:br/>
      </w:r>
      <w:r>
        <w:rPr>
          <w:sz w:val="20"/>
        </w:rPr>
        <w:t>23:23  shaoor ko aap shakhs ke lafz mein lein.</w:t>
      </w:r>
      <w:r>
        <w:br/>
      </w:r>
      <w:r>
        <w:rPr>
          <w:sz w:val="20"/>
        </w:rPr>
        <w:t>23:26  yaani zaati banayein. to nikalta hai Khuda.</w:t>
      </w:r>
    </w:p>
    <w:p>
      <w:pPr>
        <w:pStyle w:val="Heading2"/>
      </w:pPr>
      <w:r>
        <w:t>a newborn child as a living sign of God</w:t>
      </w:r>
    </w:p>
    <w:p>
      <w:r>
        <w:rPr>
          <w:color w:val="666666"/>
          <w:sz w:val="18"/>
        </w:rPr>
        <w:t>Road to God July 25, 2010 Maulana Wahiduddin Khan · 2m 13s · at 52:47 · https://youtu.be/1kLAQHcFaFk?t=3167</w:t>
      </w:r>
    </w:p>
    <w:p>
      <w:r>
        <w:rPr>
          <w:i/>
        </w:rPr>
        <w:t>“A newborn baby is a living sign of God”</w:t>
      </w:r>
    </w:p>
    <w:p>
      <w:r>
        <w:rPr>
          <w:sz w:val="20"/>
        </w:rPr>
        <w:t>52:47  aksar mere paas kisi ka telephone aaye ga, koi mil kar bataye ga ke mere haan beta paida hua hai, bohat khushi khushi, bohat jubilantly. koi poocha, bhai naam poocha, koi uska naam bataiye, koi dua kijiye us ke liye.</w:t>
      </w:r>
      <w:r>
        <w:br/>
      </w:r>
      <w:r>
        <w:rPr>
          <w:sz w:val="20"/>
        </w:rPr>
        <w:t>53:04  kisi ne ab tak bhai mujhe aisa nahi mila ek lambi umar mein. kyunke dekhiye, beta kya hai? living sign of god hai. ek bachcha jo paida hota hai, aap zara ghor kijiye,</w:t>
      </w:r>
      <w:r>
        <w:br/>
      </w:r>
      <w:r>
        <w:rPr>
          <w:sz w:val="20"/>
        </w:rPr>
        <w:t>53:18  kaisa anokha hai ke pet ke andar se ek bachcha nikal aaya. kaisi ajeeb baat hai ke ek aurat ke pet se ek bachcha nikal aaya,</w:t>
      </w:r>
      <w:r>
        <w:br/>
      </w:r>
      <w:r>
        <w:rPr>
          <w:sz w:val="20"/>
        </w:rPr>
        <w:t>53:31  ek zinda bachcha. to woh ek living sign of god hai. woh us ko dekh kar aadmi ko chala uthna chahiye. lekin aaj tak mujhe koi ek insaan aisa nahi mila jo yeh kahe ke mera ek, mere ghar mein to living sign of god aa gaya hai.</w:t>
      </w:r>
      <w:r>
        <w:br/>
      </w:r>
      <w:r>
        <w:rPr>
          <w:sz w:val="20"/>
        </w:rPr>
        <w:t>53:50  har aadmi khush raha ke mera bachcha paida hoga.</w:t>
      </w:r>
      <w:r>
        <w:br/>
      </w:r>
      <w:r>
        <w:rPr>
          <w:sz w:val="20"/>
        </w:rPr>
        <w:t>53:54  ek sahib ke haan mein gaya, jo aalim thay, to ghar mein thay. mein un ke bahir baitha tha intezar mein. andar se niklay to chote bachche god mein liye hue thay.</w:t>
      </w:r>
      <w:r>
        <w:br/>
      </w:r>
      <w:r>
        <w:rPr>
          <w:sz w:val="20"/>
        </w:rPr>
        <w:t>54:04  woh woh kehte kya hain? dekhiye, Allah ne mujhe ek chand sa bachcha diya hai, aur lekin mujhe dene ke mein abhi god mein le loon us ko.</w:t>
      </w:r>
      <w:r>
        <w:br/>
      </w:r>
      <w:r>
        <w:rPr>
          <w:sz w:val="20"/>
        </w:rPr>
        <w:t>54:16  to chand sa bachcha to unhein pata hai, magar jo creator hai, uska pata nahi unhein.</w:t>
      </w:r>
      <w:r>
        <w:br/>
      </w:r>
      <w:r>
        <w:rPr>
          <w:sz w:val="20"/>
        </w:rPr>
        <w:t>54:24  chahe secular ho ya religious ho, aalim ho ya jahil ho, sab ka hai</w:t>
      </w:r>
      <w:r>
        <w:br/>
      </w:r>
      <w:r>
        <w:rPr>
          <w:sz w:val="20"/>
        </w:rPr>
        <w:t>54:30  ke beta paida hua to khush ho rahe hain, khush ho rahe hain. koi ek bhi insaan mujhe nahi maloom ab tak meri janne mein jo bachcha paida ho to kahe ke woh fu hi to living sign of god hai.</w:t>
      </w:r>
      <w:r>
        <w:br/>
      </w:r>
      <w:r>
        <w:rPr>
          <w:sz w:val="20"/>
        </w:rPr>
        <w:t>54:45  kaise matter jo hai, ek zinda bachche mein convert ho gaya? kaise aisa hua? mere ghar mein to Khuda ka ek ek nishan utar aaya hai.</w:t>
      </w:r>
    </w:p>
    <w:p>
      <w:pPr>
        <w:pStyle w:val="Heading2"/>
      </w:pPr>
      <w:r>
        <w:t>Why people become enemies of what they don't understand</w:t>
      </w:r>
    </w:p>
    <w:p>
      <w:r>
        <w:rPr>
          <w:color w:val="666666"/>
          <w:sz w:val="18"/>
        </w:rPr>
        <w:t>God Particle July 8, 2012 · 37s · at 47:47 · https://youtu.be/30Ulu10c2nA?t=2867</w:t>
      </w:r>
    </w:p>
    <w:p>
      <w:r>
        <w:rPr>
          <w:i/>
        </w:rPr>
        <w:t>“There's an Arabic saying: people become enemies of what they don't know”</w:t>
      </w:r>
    </w:p>
    <w:p>
      <w:r>
        <w:rPr>
          <w:sz w:val="20"/>
        </w:rPr>
        <w:t>47:47  aik arabi ka aik maqoola hai ke "al-nas adaa ma jahiloo". "al-nas adaa ma jahiloo" ka matlab hai ke log us baat ke dushman ban jate hain jis ko woh na jante hon.</w:t>
      </w:r>
      <w:r>
        <w:br/>
      </w:r>
      <w:r>
        <w:rPr>
          <w:sz w:val="20"/>
        </w:rPr>
        <w:t>48:02  toh na janne ki wajah se West se nafrat, maghribi tehzeeb se nafrat, hatta ke science se bhi nafrat na janne ki wajah se yeh</w:t>
      </w:r>
      <w:r>
        <w:br/>
      </w:r>
      <w:r>
        <w:rPr>
          <w:sz w:val="20"/>
        </w:rPr>
        <w:t>48:13  bohat ziyada nadani ki baatein hain. aur yeh sab bila baghair mutaliq. aise logon se jab mein baat karta hoon ke kya parha hai aap ne toh unhon ne kuch bhi nahi parha.</w:t>
      </w:r>
    </w:p>
    <w:p>
      <w:pPr>
        <w:pStyle w:val="Heading2"/>
      </w:pPr>
      <w:r>
        <w:t>Spontaneous cry for God</w:t>
      </w:r>
    </w:p>
    <w:p>
      <w:r>
        <w:rPr>
          <w:color w:val="666666"/>
          <w:sz w:val="18"/>
        </w:rPr>
        <w:t>The Search for Truth March 15, 2020 Maulana Wahiduddin Khan · 26s · at 1:13 · https://youtu.be/Vs_wx9z7IZQ?t=73</w:t>
      </w:r>
    </w:p>
    <w:p>
      <w:r>
        <w:rPr>
          <w:i/>
        </w:rPr>
        <w:t>“Khudawand, tu kab aayega?”</w:t>
      </w:r>
    </w:p>
    <w:p>
      <w:r>
        <w:rPr>
          <w:sz w:val="20"/>
        </w:rPr>
        <w:t>1:13  to yeh lafz achaanak nikal pada: "khawand, tu kab aye ga? main kab tak tere aanay ka intazar karoon?"</w:t>
      </w:r>
      <w:r>
        <w:br/>
      </w:r>
      <w:r>
        <w:rPr>
          <w:sz w:val="20"/>
        </w:rPr>
        <w:t>1:26  aisa koi aur lafz nahi hai jo meri zabaan se achaanak nikal gaya ho.</w:t>
      </w:r>
    </w:p>
    <w:p>
      <w:pPr>
        <w:pStyle w:val="Heading2"/>
      </w:pPr>
      <w:r>
        <w:t>Discovering meaning of dhikr gatherings</w:t>
      </w:r>
    </w:p>
    <w:p>
      <w:r>
        <w:rPr>
          <w:color w:val="666666"/>
          <w:sz w:val="18"/>
        </w:rPr>
        <w:t>CPS Peace Conference 2019, Day 1. Session 2 (Remembrance of God) · 2m 01s · at 5:04 · https://youtu.be/MaqHmFTbIqk?t=304</w:t>
      </w:r>
    </w:p>
    <w:p>
      <w:r>
        <w:rPr>
          <w:i/>
        </w:rPr>
        <w:t>“Is hadith ko mein is waqt se jaanta hoon”</w:t>
      </w:r>
    </w:p>
    <w:p>
      <w:r>
        <w:rPr>
          <w:sz w:val="20"/>
        </w:rPr>
        <w:t>5:04  is hadith ko main is waqt se janta hoon jab ke main nojawan ki umer mein tha. aap jantay hain ke main boorha ho chuka hoon.</w:t>
      </w:r>
      <w:r>
        <w:br/>
      </w:r>
      <w:r>
        <w:rPr>
          <w:sz w:val="20"/>
        </w:rPr>
        <w:t>5:16  tab se main sochta raha hoon aik sawal ko le kar ke farishtay toot tootay kya hain? woh to har jagah hain, har basay, har masjid, har madrasa, har jalsay, har workshop, har magazine, har kitab mein charchay ho raha hai.</w:t>
      </w:r>
      <w:r>
        <w:br/>
      </w:r>
      <w:r>
        <w:rPr>
          <w:sz w:val="20"/>
        </w:rPr>
        <w:t>5:40  to to har jagah ho raha hai to tootay kya hain? bohat dinon ke baad mujh par yeh cheez khuli ke charchay ho raha hai apni community ko le kar.</w:t>
      </w:r>
      <w:r>
        <w:br/>
      </w:r>
      <w:r>
        <w:rPr>
          <w:sz w:val="20"/>
        </w:rPr>
        <w:t>5:54  farishtay dhoond rahay hain ke kya koi aisa bhi insan hai jo Allah rab ul alameen ko le kar is ko charchay kare?</w:t>
      </w:r>
      <w:r>
        <w:br/>
      </w:r>
      <w:r>
        <w:rPr>
          <w:sz w:val="20"/>
        </w:rPr>
        <w:t>6:06  to main nahin paya, kam az kam main nahin paya. jahan bhi gaya, main jahan bhi dekha, main jo bhi kitab parhi, jo bhi akhbar parha, sab mein apni community ke zulm ka charchay.</w:t>
      </w:r>
      <w:r>
        <w:br/>
      </w:r>
      <w:r>
        <w:rPr>
          <w:sz w:val="20"/>
        </w:rPr>
        <w:t>6:19  yeh zulm hai, woh dushmani hai, woh sazish hai, yahi sab.</w:t>
      </w:r>
      <w:r>
        <w:br/>
      </w:r>
      <w:r>
        <w:rPr>
          <w:sz w:val="20"/>
        </w:rPr>
        <w:t>6:28  bohat dinon ke baad maine is cheez ko discover kiya ke farishtay dhoondtay hain is spot ko jahan log Allah ki glory band karte hon, Allah ki glory, Allah ki azmat.</w:t>
      </w:r>
      <w:r>
        <w:br/>
      </w:r>
      <w:r>
        <w:rPr>
          <w:sz w:val="20"/>
        </w:rPr>
        <w:t>6:49  to main samajhta hoon ke yeh jo aaj aap ne aaye ijtima kiya hai, meri Allah se umeed hai ke woh is ijtima ko is mein shamil farmaye ga.</w:t>
      </w:r>
    </w:p>
    <w:p>
      <w:pPr>
        <w:pStyle w:val="Heading2"/>
      </w:pPr>
      <w:r>
        <w:t>Admit we are wrong to start anew</w:t>
      </w:r>
    </w:p>
    <w:p>
      <w:r>
        <w:rPr>
          <w:color w:val="666666"/>
          <w:sz w:val="18"/>
        </w:rPr>
        <w:t>Universal outlook April 09, 2017 · 32s · at 26:02 · https://youtu.be/n3HAPCpom5c?t=1562</w:t>
      </w:r>
    </w:p>
    <w:p>
      <w:r>
        <w:rPr>
          <w:i/>
        </w:rPr>
        <w:t>“Hamare liye kisi right beginning kya hai?”</w:t>
      </w:r>
    </w:p>
    <w:p>
      <w:r>
        <w:rPr>
          <w:sz w:val="20"/>
        </w:rPr>
        <w:t>26:02  Dekhein, hamare liye kisi right beginning kya hai? Right beginning kya hai? Woh hai yeh kehna ke we we are wrong.</w:t>
      </w:r>
      <w:r>
        <w:br/>
      </w:r>
      <w:r>
        <w:rPr>
          <w:sz w:val="20"/>
        </w:rPr>
        <w:t>26:14  Iske siwa koi beginning nahin.</w:t>
      </w:r>
      <w:r>
        <w:br/>
      </w:r>
      <w:r>
        <w:rPr>
          <w:sz w:val="20"/>
        </w:rPr>
        <w:t>26:19  Musalmanon ke liye right beginning ya koi naya start sirf is waqt ho sakta hai jab ke woh kahein, unke leader kahein, unke ulama kahein, unke bade kahein ke we we are wrong, we we are wrong, we we are wrong.</w:t>
      </w:r>
    </w:p>
    <w:p>
      <w:pPr>
        <w:pStyle w:val="Heading2"/>
      </w:pPr>
      <w:r>
        <w:t>Tālif-e-qalb and changing qibla example</w:t>
      </w:r>
    </w:p>
    <w:p>
      <w:r>
        <w:rPr>
          <w:color w:val="666666"/>
          <w:sz w:val="18"/>
        </w:rPr>
        <w:t>Muslims in 21st Century (In Conversation with Maulana) 11 04 10 · 2m 30s · at 22:33 · https://youtu.be/MkMop0icjSc?t=1353</w:t>
      </w:r>
    </w:p>
    <w:p>
      <w:r>
        <w:rPr>
          <w:i/>
        </w:rPr>
        <w:t>“Talif-e-qalb ki itni ahmiyat hai”</w:t>
      </w:r>
    </w:p>
    <w:p>
      <w:r>
        <w:rPr>
          <w:sz w:val="20"/>
        </w:rPr>
        <w:t>22:33  talif e qalb ka itni ahmiyat hai, itni ahmiyat hai, itni ahmiyat hai ke Rasool Allah Salallahu Alaihi</w:t>
      </w:r>
      <w:r>
        <w:br/>
      </w:r>
      <w:r>
        <w:rPr>
          <w:sz w:val="20"/>
        </w:rPr>
        <w:t>22:39  Wasallam ne dekhe, jis ko hum kehte hain Ashura ka roza, wo kya hai? wo talif e qalb ke liye tha.</w:t>
      </w:r>
      <w:r>
        <w:br/>
      </w:r>
      <w:r>
        <w:rPr>
          <w:sz w:val="20"/>
        </w:rPr>
        <w:t>22:45  Yahood chunaanche rakhte thay yeh roza Ashura wala, to jab Madina mein agar Rasool Allah Salallahu Alaihi</w:t>
      </w:r>
      <w:r>
        <w:br/>
      </w:r>
      <w:r>
        <w:rPr>
          <w:sz w:val="20"/>
        </w:rPr>
        <w:t>22:51  Wasallam gaye to aap bhi rakhne lagay is ko.</w:t>
      </w:r>
      <w:r>
        <w:br/>
      </w:r>
      <w:r>
        <w:rPr>
          <w:sz w:val="20"/>
        </w:rPr>
        <w:t>22:57  aise hi dekhiye, Yahood log jo thay, un ka jo qibla tha ibadat ka, wo Qiblatul Sakhrat tha.</w:t>
      </w:r>
      <w:r>
        <w:br/>
      </w:r>
      <w:r>
        <w:rPr>
          <w:sz w:val="20"/>
        </w:rPr>
        <w:t>23:03  aap ne inhi qible ko apna qibla bana liya.</w:t>
      </w:r>
      <w:r>
        <w:br/>
      </w:r>
      <w:r>
        <w:rPr>
          <w:sz w:val="20"/>
        </w:rPr>
        <w:t>23:07  is ko aap parh lijiye, quran ki jo surah woh hai parah: sayaqool as-safa' min an-nas ma wallah</w:t>
      </w:r>
      <w:r>
        <w:br/>
      </w:r>
      <w:r>
        <w:rPr>
          <w:sz w:val="20"/>
        </w:rPr>
        <w:t>23:11  an qiblatuhum al-irtikal.</w:t>
      </w:r>
      <w:r>
        <w:br/>
      </w:r>
      <w:r>
        <w:rPr>
          <w:sz w:val="20"/>
        </w:rPr>
        <w:t>23:14  to is tarah ke bohat sare waqiat hain ke rasool Allah sal Allah alaihi wasallam ne out of</w:t>
      </w:r>
      <w:r>
        <w:br/>
      </w:r>
      <w:r>
        <w:rPr>
          <w:sz w:val="20"/>
        </w:rPr>
        <w:t>23:18  da way ja kar ke talif-e-qalb ki.</w:t>
      </w:r>
      <w:r>
        <w:br/>
      </w:r>
      <w:r>
        <w:rPr>
          <w:sz w:val="20"/>
        </w:rPr>
        <w:t>23:22  yeh jo aap ne qibla bana liya, yahoodi qible ko apna qibla, yeh out of da way ja</w:t>
      </w:r>
      <w:r>
        <w:br/>
      </w:r>
      <w:r>
        <w:rPr>
          <w:sz w:val="20"/>
        </w:rPr>
        <w:t>23:26  kar ke aap ne aisa kiya.</w:t>
      </w:r>
      <w:r>
        <w:br/>
      </w:r>
      <w:r>
        <w:rPr>
          <w:sz w:val="20"/>
        </w:rPr>
        <w:t>23:30  to talif-e-qalb to bohat wasee cheez</w:t>
      </w:r>
      <w:r>
        <w:br/>
      </w:r>
      <w:r>
        <w:rPr>
          <w:sz w:val="20"/>
        </w:rPr>
        <w:t>23:33  hai.</w:t>
      </w:r>
      <w:r>
        <w:br/>
      </w:r>
      <w:r>
        <w:rPr>
          <w:sz w:val="20"/>
        </w:rPr>
        <w:t>24:03  alif ka jo tareeqa hai, woh is se bekhabar hain bilkul, is wajah se bhadakte hain in cheezon par.</w:t>
      </w:r>
      <w:r>
        <w:br/>
      </w:r>
      <w:r>
        <w:rPr>
          <w:sz w:val="20"/>
        </w:rPr>
        <w:t>24:09  yani is bhadakne ki wajah yeh nahi ke islam ne aisa talif diye, har giz nahi, har giz nahi, har giz nahi.</w:t>
      </w:r>
      <w:r>
        <w:br/>
      </w:r>
      <w:r>
        <w:rPr>
          <w:sz w:val="20"/>
        </w:rPr>
        <w:t>24:15  jab yahood ke qible ko qibla bana sakta hai to yeh to bohat mamooli si baat hai, bohat</w:t>
      </w:r>
      <w:r>
        <w:br/>
      </w:r>
      <w:r>
        <w:rPr>
          <w:sz w:val="20"/>
        </w:rPr>
        <w:t>24:21  choti si baat hai.</w:t>
      </w:r>
      <w:r>
        <w:br/>
      </w:r>
      <w:r>
        <w:rPr>
          <w:sz w:val="20"/>
        </w:rPr>
        <w:t>24:27  yeh jis ibadat par, jis namaz par is ka inhisaar hai, yani akhirat ki</w:t>
      </w:r>
      <w:r>
        <w:br/>
      </w:r>
      <w:r>
        <w:rPr>
          <w:sz w:val="20"/>
        </w:rPr>
        <w:t>24:33  nijaat ka, kyunke Quran mein dekhen ke woh qalu lam nakum al musalleen, hum namaz parhne wale bhi na thay ke namaz nahi parhne wale thay, to jahannum mein gaye. Woh to jis ibaadat ki itni ahmiyat ho, us ibaadat mein qibla bana liya Yahood ka 16 mahine tak. To agar ibaadat ka qibla banaya ja sakta hai talif qalb ke taur par, to yeh to bohat choti</w:t>
      </w:r>
    </w:p>
    <w:p>
      <w:pPr>
        <w:pStyle w:val="Heading2"/>
      </w:pPr>
      <w:r>
        <w:t>Paradise for self-purification</w:t>
      </w:r>
    </w:p>
    <w:p>
      <w:r>
        <w:rPr>
          <w:color w:val="666666"/>
          <w:sz w:val="18"/>
        </w:rPr>
        <w:t>Conversation with Maulana Wahiduddin Khan | October 01, 2017 · 30s · at 27:46 · https://youtu.be/TmOYGd3rp2M?t=1666</w:t>
      </w:r>
    </w:p>
    <w:p>
      <w:r>
        <w:rPr>
          <w:i/>
        </w:rPr>
        <w:t>“Jisne apna tazkiya kiya woh jannat mein jayega bas”</w:t>
      </w:r>
    </w:p>
    <w:p>
      <w:r>
        <w:rPr>
          <w:sz w:val="20"/>
        </w:rPr>
        <w:t>27:46  un shia tha, kaun sunni tha. har giz nahin.</w:t>
      </w:r>
      <w:r>
        <w:br/>
      </w:r>
      <w:r>
        <w:rPr>
          <w:sz w:val="20"/>
        </w:rPr>
        <w:t>27:51  zalka jaza man tazka.</w:t>
      </w:r>
      <w:r>
        <w:br/>
      </w:r>
      <w:r>
        <w:rPr>
          <w:sz w:val="20"/>
        </w:rPr>
        <w:t>27:56  jis ne apna tazkiya kiya, woh jannat mein jaega. bas.</w:t>
      </w:r>
      <w:r>
        <w:br/>
      </w:r>
      <w:r>
        <w:rPr>
          <w:sz w:val="20"/>
        </w:rPr>
        <w:t>28:01  shia aur sunni se is ka koi talluq nahin hai.</w:t>
      </w:r>
      <w:r>
        <w:br/>
      </w:r>
      <w:r>
        <w:rPr>
          <w:sz w:val="20"/>
        </w:rPr>
        <w:t>28:06  maulana, do logon ne ek hi sawal bheja hai to hum dono parhte hain.</w:t>
      </w:r>
      <w:r>
        <w:br/>
      </w:r>
      <w:r>
        <w:rPr>
          <w:sz w:val="20"/>
        </w:rPr>
        <w:t>28:11  yeh pehla sawal bheja hai wajdan s</w:t>
      </w:r>
    </w:p>
    <w:p>
      <w:pPr>
        <w:pStyle w:val="Heading2"/>
      </w:pPr>
      <w:r>
        <w:t>One second of paradise erases a lifetime of suffering</w:t>
      </w:r>
    </w:p>
    <w:p>
      <w:r>
        <w:rPr>
          <w:color w:val="666666"/>
          <w:sz w:val="18"/>
        </w:rPr>
        <w:t>Man and Paradise June 9, 2013 · 1m 33s · at 18:27 · https://youtu.be/uqXu4pUko_k?t=1107</w:t>
      </w:r>
    </w:p>
    <w:p>
      <w:r>
        <w:rPr>
          <w:i/>
        </w:rPr>
        <w:t>“Ek insaan laaya jayega jisko sabse zyada takleef hui”</w:t>
      </w:r>
    </w:p>
    <w:p>
      <w:r>
        <w:rPr>
          <w:sz w:val="20"/>
        </w:rPr>
        <w:t>18:27  ek hadith hai ke ek insan laye jayega jisko duniya mein sab se zyada takleef pahunchi hogi, bahut takleef, bahut takleef.</w:t>
      </w:r>
      <w:r>
        <w:br/>
      </w:r>
      <w:r>
        <w:rPr>
          <w:sz w:val="20"/>
        </w:rPr>
        <w:t>18:44  toh usko thodi der ke liye, ek second ke liye jannat mein dakhil kiya jayega, phir nikal liya jayega. yani ek second ke liye woh jannat ka tajurba karega, uska usko experience hoga.</w:t>
      </w:r>
      <w:r>
        <w:br/>
      </w:r>
      <w:r>
        <w:rPr>
          <w:sz w:val="20"/>
        </w:rPr>
        <w:t>18:58  toh usse pucha jayega: "kabhi tum ko takleef hui hai? " toh woh kahega ke "mujhe toh kabhi takleef nahi hui." yani ek second ka jannat ka test itna overwhelming hoga ke duniya ki takleefein bhool jayega. woh</w:t>
      </w:r>
      <w:r>
        <w:br/>
      </w:r>
      <w:r>
        <w:rPr>
          <w:sz w:val="20"/>
        </w:rPr>
        <w:t>19:14  aisi cheez jannat. phir ek aadmi laye jayega jisne duniya mein har qism ki comfort, har qism ki luxury, har qism ka aaram uthaya hoga poori zindagi.</w:t>
      </w:r>
      <w:r>
        <w:br/>
      </w:r>
      <w:r>
        <w:rPr>
          <w:sz w:val="20"/>
        </w:rPr>
        <w:t>19:27  phir usko laye jayega, usko jahannum mein dala jayega ek second ke liye, phir nikal liya jayega.</w:t>
      </w:r>
      <w:r>
        <w:br/>
      </w:r>
      <w:r>
        <w:rPr>
          <w:sz w:val="20"/>
        </w:rPr>
        <w:t>19:35  toh pucha jayega ke "tumne kabhi aaram dekha hai? " toh ek second ka tajurba jahannum ka aisa sakht hoga ke woh sab bhool jayega. usko usne kaha ke "mujhe toh kabhi aaram duniya mein nahi hua.</w:t>
      </w:r>
      <w:r>
        <w:br/>
      </w:r>
      <w:r>
        <w:rPr>
          <w:sz w:val="20"/>
        </w:rPr>
        <w:t>19:48  " toh is hadith mein bataya gaya ke jannat kitni achhi jagah hai, jahannum kitni buri jagah hai.</w:t>
      </w:r>
    </w:p>
    <w:p>
      <w:pPr>
        <w:pStyle w:val="Heading2"/>
      </w:pPr>
      <w:r>
        <w:t>Criterion of true faith</w:t>
      </w:r>
    </w:p>
    <w:p>
      <w:r>
        <w:rPr>
          <w:color w:val="666666"/>
          <w:sz w:val="18"/>
        </w:rPr>
        <w:t>Quotes from the Quran 9 March 2007 - Maulana Wahiduddin Khan · 54s · at 16:03 · https://youtu.be/UXuOgVLaWYA?t=963</w:t>
      </w:r>
    </w:p>
    <w:p>
      <w:r>
        <w:rPr>
          <w:i/>
        </w:rPr>
        <w:t>“Koi yeh janna chaahe to us ka criterion yeh hai”</w:t>
      </w:r>
    </w:p>
    <w:p>
      <w:r>
        <w:rPr>
          <w:sz w:val="20"/>
        </w:rPr>
        <w:t>16:03  mujh ko khuda ki discovery hui ya nahin hui, koi yeh janna chahe to is ka criterion yeh hai ke apne dil mein woh jhanake,</w:t>
      </w:r>
      <w:r>
        <w:br/>
      </w:r>
      <w:r>
        <w:rPr>
          <w:sz w:val="20"/>
        </w:rPr>
        <w:t>16:19  khud apne dil mein, aur dekhe ke kya sach much khuda hi is ka sab se ziyada mehboob ban gaya hai?</w:t>
      </w:r>
      <w:r>
        <w:br/>
      </w:r>
      <w:r>
        <w:rPr>
          <w:sz w:val="20"/>
        </w:rPr>
        <w:t>16:34  kya sach much khuda hi is ka sab se ziyada concern ban gaya hai?</w:t>
      </w:r>
      <w:r>
        <w:br/>
      </w:r>
      <w:r>
        <w:rPr>
          <w:sz w:val="20"/>
        </w:rPr>
        <w:t>16:39  kya aisa hua hai ke mohabbat ke jo jazbat hain, mohabbat ka jo insaan ke andar jo sentiment hai, woh sab se ziyada khuda ki taraf mael ho gaya hai?</w:t>
      </w:r>
    </w:p>
    <w:p>
      <w:pPr>
        <w:pStyle w:val="Heading2"/>
      </w:pPr>
      <w:r>
        <w:t>Repentance and Allah's boundless mercy</w:t>
      </w:r>
    </w:p>
    <w:p>
      <w:r>
        <w:rPr>
          <w:color w:val="666666"/>
          <w:sz w:val="18"/>
        </w:rPr>
        <w:t>CPS Women Monthly Q and A with Prof. Farida Khanam and Maulana Farhad Ahmed Umeri June 25, 2023 · 5m 34s · at 26:53 · https://youtu.be/EzivDyOKfiE?t=1613</w:t>
      </w:r>
    </w:p>
    <w:p>
      <w:r>
        <w:rPr>
          <w:i/>
        </w:rPr>
        <w:t>“Khamoshi ke saath satta karna Allah ke ghusse ko thanda karta hai”</w:t>
      </w:r>
    </w:p>
    <w:p>
      <w:r>
        <w:rPr>
          <w:sz w:val="20"/>
        </w:rPr>
        <w:t>26:53  khamoshi ke sath satta karna allah taala ke gussi ko thanda karta hai. to khamoshi ke sath satta kijiye. tauba kijiye tauba ka tarwaza. dekhiye insan duniya ke andar jo aaya na maut tak us se sahi bhi hoga, galti bhi hogi. insan hai to galti to karega hi. tauba us ke liye rasta kya khol kar allah taala ne rakha hai? tauba ka darwaza khula rakha hai. aap ko ehsaas ho ki mujh se galti hui thi tauba kar lijiye.</w:t>
      </w:r>
      <w:r>
        <w:br/>
      </w:r>
      <w:r>
        <w:rPr>
          <w:sz w:val="20"/>
        </w:rPr>
        <w:t>27:20  har insan se, har insan dekhiye khuda se jab hum tab tab tab tab tab karte hain, khuda</w:t>
      </w:r>
      <w:r>
        <w:br/>
      </w:r>
      <w:r>
        <w:rPr>
          <w:sz w:val="20"/>
        </w:rPr>
        <w:t>27:44  se maafi mangte hain to hum khuda ke aage aaji karte hain, khuda ke aage jhukte hain.</w:t>
      </w:r>
      <w:r>
        <w:br/>
      </w:r>
      <w:r>
        <w:rPr>
          <w:sz w:val="20"/>
        </w:rPr>
        <w:t>28:09  hamari jo personality mein jo modesty, humility, paida hoti hai to vah khuda ko pasand hai jitna zyada</w:t>
      </w:r>
      <w:r>
        <w:br/>
      </w:r>
      <w:r>
        <w:rPr>
          <w:sz w:val="20"/>
        </w:rPr>
        <w:t>28:21  hamare andar modesty aayegi utna hi zyada hum khuda jo hai vah hamein accept karega hamein reward dega</w:t>
      </w:r>
      <w:r>
        <w:br/>
      </w:r>
      <w:r>
        <w:rPr>
          <w:sz w:val="20"/>
        </w:rPr>
        <w:t>28:33  uska to agar hum galti na karen na ek hadish hai na ki agar insan galti na karta</w:t>
      </w:r>
      <w:r>
        <w:br/>
      </w:r>
      <w:r>
        <w:rPr>
          <w:sz w:val="20"/>
        </w:rPr>
        <w:t>28:46  to allah taala naraz hote hain aur doosri makhlok paida karte hain kyunki galti jo nahin karta aapne</w:t>
      </w:r>
      <w:r>
        <w:br/>
      </w:r>
      <w:r>
        <w:rPr>
          <w:sz w:val="20"/>
        </w:rPr>
        <w:t>28:58  dekha hoga to bahut hi zyada thoda apne apa ko bada samajhta hai</w:t>
      </w:r>
      <w:r>
        <w:br/>
      </w:r>
      <w:r>
        <w:rPr>
          <w:sz w:val="20"/>
        </w:rPr>
        <w:t>29:11  jab uski neend khuli tu dekha ki uski uthni kaaf hai. to ab woh pareshan hoga, zaahir se baat hai pareshan ho gayi. to pareshani ka alam main dobara so jata hoon.</w:t>
      </w:r>
      <w:r>
        <w:br/>
      </w:r>
      <w:r>
        <w:rPr>
          <w:sz w:val="20"/>
        </w:rPr>
        <w:t>29:21  jab uthta tu dekhta ki uthni yahan par tu bande ke haq mein ho to us mein bhai ghazaba</w:t>
      </w:r>
      <w:r>
        <w:br/>
      </w:r>
      <w:r>
        <w:rPr>
          <w:sz w:val="20"/>
        </w:rPr>
        <w:t>29:39  ki apa bande ka hi koshish liya to usko</w:t>
      </w:r>
      <w:r>
        <w:br/>
      </w:r>
      <w:r>
        <w:rPr>
          <w:sz w:val="20"/>
        </w:rPr>
        <w:t>29:57  apa mujhe. mujhe ek khadish hai ki jab suraj doosri direction se nikal aayega to tauba nahi khologi. haan haan. to main yeh samajh rahi thi. maine kaha aapse clear kar loon. bilkul aakhri nishani aa gayi.</w:t>
      </w:r>
      <w:r>
        <w:br/>
      </w:r>
      <w:r>
        <w:rPr>
          <w:sz w:val="20"/>
        </w:rPr>
        <w:t>30:25  ab woh tawa karenge to unki qubool nahi hui. baat theek hai? haan bilkul sahi lagti hai mujhe bhi. uski ek misaal hai jo haq bilkul side ho jana jaisa. farma bardari ki na is liye us ke upar nahi hai. haan</w:t>
      </w:r>
      <w:r>
        <w:br/>
      </w:r>
      <w:r>
        <w:rPr>
          <w:sz w:val="20"/>
        </w:rPr>
        <w:t>30:55  ab pehle abhi woh utna woh utna reverse nahi hua hai abhi mauka hai. abhi tauba karen. but bahut yeh sab. tauba par aadmi ko apne upar hai apne upar aadmi ka jo hai.</w:t>
      </w:r>
      <w:r>
        <w:br/>
      </w:r>
      <w:r>
        <w:rPr>
          <w:sz w:val="20"/>
        </w:rPr>
        <w:t>31:23  kastouba lah gaye dil se gaye. ab dil se gaye. yeh bhi tauba hi hua. haan. naidamat bhi tauba hai. naidamat jo so what if the person repeats the same mistake again and again?</w:t>
      </w:r>
      <w:r>
        <w:br/>
      </w:r>
      <w:r>
        <w:rPr>
          <w:sz w:val="20"/>
        </w:rPr>
        <w:t>31:52  And he repents, again makes the same mistake.</w:t>
      </w:r>
      <w:r>
        <w:br/>
      </w:r>
      <w:r>
        <w:rPr>
          <w:sz w:val="20"/>
        </w:rPr>
        <w:t>31:57  Again he repents, again he does the same mistake.</w:t>
      </w:r>
      <w:r>
        <w:br/>
      </w:r>
      <w:r>
        <w:rPr>
          <w:sz w:val="20"/>
        </w:rPr>
        <w:t>32:03  Does the same formula applies?</w:t>
      </w:r>
      <w:r>
        <w:br/>
      </w:r>
      <w:r>
        <w:rPr>
          <w:sz w:val="20"/>
        </w:rPr>
        <w:t>32:09  ek sahab hi aakar kahte hain yeh to vaise theek nahin hai aage na karna.</w:t>
      </w:r>
      <w:r>
        <w:br/>
      </w:r>
      <w:r>
        <w:rPr>
          <w:sz w:val="20"/>
        </w:rPr>
        <w:t>32:15  lekin phir bhi allah taalaah na phir bhi mauqa diya hai.</w:t>
      </w:r>
      <w:r>
        <w:br/>
      </w:r>
      <w:r>
        <w:rPr>
          <w:sz w:val="20"/>
        </w:rPr>
        <w:t>32:21  logon ko mauqa diya hai dekhiye allah taalaah ki rehmat hai.</w:t>
      </w:r>
      <w:r>
        <w:br/>
      </w:r>
      <w:r>
        <w:rPr>
          <w:sz w:val="20"/>
        </w:rPr>
        <w:t>32:27  allah taalaah ki rama tumhari tauba se zyada wasi hai.</w:t>
      </w:r>
    </w:p>
    <w:p>
      <w:pPr>
        <w:pStyle w:val="Heading2"/>
      </w:pPr>
      <w:r>
        <w:t>Apparent injustice is really the problem of freedom</w:t>
      </w:r>
    </w:p>
    <w:p>
      <w:r>
        <w:rPr>
          <w:color w:val="666666"/>
          <w:sz w:val="18"/>
        </w:rPr>
        <w:t>Complex Free Soul, November 22, 2015 · 4m 10s · at 9:18 · https://youtu.be/Oqwpog-LS7c?t=558</w:t>
      </w:r>
    </w:p>
    <w:p>
      <w:r>
        <w:rPr>
          <w:i/>
        </w:rPr>
        <w:t>“Saari tareekh mein log injustice ke khilaf protest karte rahe”</w:t>
      </w:r>
    </w:p>
    <w:p>
      <w:r>
        <w:rPr>
          <w:sz w:val="20"/>
        </w:rPr>
        <w:t>9:18  to goya ke nafs mutmain woh hua jo divine, divine wisdom ko discover kare. jaise main kal soch raha tha, ek misaal deta hoon ke is poori tareekh mein saare log injustice ke khilaaf protest karte rahe.</w:t>
      </w:r>
      <w:r>
        <w:br/>
      </w:r>
      <w:r>
        <w:rPr>
          <w:sz w:val="20"/>
        </w:rPr>
        <w:t>9:40  philosopher, reformers, educationist, leader, sab ke sab injustice, in</w:t>
      </w:r>
      <w:r>
        <w:br/>
      </w:r>
      <w:r>
        <w:rPr>
          <w:sz w:val="20"/>
        </w:rPr>
        <w:t>9:46  justice, to injustice ke khilaaf protest kar raha, injustice ko khatm kar raha, yeh sab ka goal raha hai.</w:t>
      </w:r>
      <w:r>
        <w:br/>
      </w:r>
      <w:r>
        <w:rPr>
          <w:sz w:val="20"/>
        </w:rPr>
        <w:t>9:58  phir maine socha ke injustice to kabhi khatm nahi hui. goal to kisi ka poora hua nahi. koi bhi history mein, koi bhi aisa period nahi hai jahan injustice na ho,</w:t>
      </w:r>
      <w:r>
        <w:br/>
      </w:r>
      <w:r>
        <w:rPr>
          <w:sz w:val="20"/>
        </w:rPr>
        <w:t>10:12  including Muslim period.</w:t>
      </w:r>
      <w:r>
        <w:br/>
      </w:r>
      <w:r>
        <w:rPr>
          <w:sz w:val="20"/>
        </w:rPr>
        <w:t>10:16  to phir saare logon ki koshish ka matlab tha? iska matlab maine yeh nikala hai ke sab log ghair mutmain nafs ke saath duniya mein jeete rahe, nafs mutmainnah ke saath nahi.</w:t>
      </w:r>
      <w:r>
        <w:br/>
      </w:r>
      <w:r>
        <w:rPr>
          <w:sz w:val="20"/>
        </w:rPr>
        <w:t>10:32  kyunki jo cheez khatm na ho, saari koshishon ke bawajood, woh khatm hone ke qabil nahi. woh persist karegi.</w:t>
      </w:r>
      <w:r>
        <w:br/>
      </w:r>
      <w:r>
        <w:rPr>
          <w:sz w:val="20"/>
        </w:rPr>
        <w:t>10:43  poori tareekh mein jab sab log yahi koshish karte rahe ke injustice ko khatm karein, lekin koi khatm nahi kar paya, hamesha injustice baqi raha, to yeh maanna padega ke injustice is part of law of nature.</w:t>
      </w:r>
      <w:r>
        <w:br/>
      </w:r>
      <w:r>
        <w:rPr>
          <w:sz w:val="20"/>
        </w:rPr>
        <w:t>11:01  injustice jo hai, woh Allah taala ke creation plan of God ka hissa hai. maanna padega.</w:t>
      </w:r>
      <w:r>
        <w:br/>
      </w:r>
      <w:r>
        <w:rPr>
          <w:sz w:val="20"/>
        </w:rPr>
        <w:t>11:10  to iske maani kya hue? yeh saare log jo hain,</w:t>
      </w:r>
      <w:r>
        <w:br/>
      </w:r>
      <w:r>
        <w:rPr>
          <w:sz w:val="20"/>
        </w:rPr>
        <w:t>11:16  apne andar is cheez ko develop na kar paye jis ko kehte hain itminan e qalb. yeh jo protest karte rahe, protest karte rahe, ab protest kar, protest ki haalat mein mar gaye.</w:t>
      </w:r>
      <w:r>
        <w:br/>
      </w:r>
      <w:r>
        <w:rPr>
          <w:sz w:val="20"/>
        </w:rPr>
        <w:t>11:29  unhone is wisdom ko daryaft nahi kiya.</w:t>
      </w:r>
      <w:r>
        <w:br/>
      </w:r>
      <w:r>
        <w:rPr>
          <w:sz w:val="20"/>
        </w:rPr>
        <w:t>11:37  dekhiye, fact yeh hai ke injustice ek ek nickname ka case hai, yaani galat naam, yaani nomenclature ka case hai.</w:t>
      </w:r>
      <w:r>
        <w:br/>
      </w:r>
      <w:r>
        <w:rPr>
          <w:sz w:val="20"/>
        </w:rPr>
        <w:t>11:52  yeh ek soorat e haal ko keh diya hai injustice. woh injustice nahi hai. humne isko naam de diya hai injustice ka.</w:t>
      </w:r>
      <w:r>
        <w:br/>
      </w:r>
      <w:r>
        <w:rPr>
          <w:sz w:val="20"/>
        </w:rPr>
        <w:t>12:07  jaise ek sahab hamare iske is mein aaye class mein, woh gate par khade hue aur dekha ke auratein bhi hain, mard bhi hain, log baithe hue hain.</w:t>
      </w:r>
      <w:r>
        <w:br/>
      </w:r>
      <w:r>
        <w:rPr>
          <w:sz w:val="20"/>
        </w:rPr>
        <w:t>12:17  to kuch der dekha, uske baad dekha ke chale gaye. yeh to koi qalb maloom hota hai. yeh to koi qalb maloom hota hai.</w:t>
      </w:r>
      <w:r>
        <w:br/>
      </w:r>
      <w:r>
        <w:rPr>
          <w:sz w:val="20"/>
        </w:rPr>
        <w:t>12:28  to yeh qalb nahi tha. unhone iska naam de diya qalb. yeh to spiritual class hai.</w:t>
      </w:r>
      <w:r>
        <w:br/>
      </w:r>
      <w:r>
        <w:rPr>
          <w:sz w:val="20"/>
        </w:rPr>
        <w:t>12:37  haqeeqat ke aitbaar se yeh spiritual class hai. unhone isko naam de diya qalb ka. is tarah se ek soorat e haal duniya mein qaim hai, isko naam de diya gaya injustice.</w:t>
      </w:r>
      <w:r>
        <w:br/>
      </w:r>
      <w:r>
        <w:rPr>
          <w:sz w:val="20"/>
        </w:rPr>
        <w:t>12:46  halanke woh injustice nahi hai. woh hai problem of freedom.</w:t>
      </w:r>
      <w:r>
        <w:br/>
      </w:r>
      <w:r>
        <w:rPr>
          <w:sz w:val="20"/>
        </w:rPr>
        <w:t>12:54  yaani insaanon ko jo ke azaadi di gayi hai, to azaadi ko kabhi ek tareeqe se istemaal kar, koi doosre tareeqe se. isko haq hai ke jo jaise chahe, us wajah se istemaal kare.</w:t>
      </w:r>
      <w:r>
        <w:br/>
      </w:r>
      <w:r>
        <w:rPr>
          <w:sz w:val="20"/>
        </w:rPr>
        <w:t>13:07  to istemaal karne ki wajah se problem paida hote hain. saboot haalaat kabhi rehte nahi. to problem of freedom ko unhone naam de diya injustice.</w:t>
      </w:r>
      <w:r>
        <w:br/>
      </w:r>
      <w:r>
        <w:rPr>
          <w:sz w:val="20"/>
        </w:rPr>
        <w:t>13:21  woh aadmi ke apne dimagh ki baat thi, woh injustice nahi thi.</w:t>
      </w:r>
    </w:p>
    <w:p>
      <w:pPr>
        <w:pStyle w:val="Heading2"/>
      </w:pPr>
      <w:r>
        <w:t>saying Alhamdulillah requires forgetting complaints first</w:t>
      </w:r>
    </w:p>
    <w:p>
      <w:r>
        <w:rPr>
          <w:color w:val="666666"/>
          <w:sz w:val="18"/>
        </w:rPr>
        <w:t>Road to God July 25, 2010 Maulana Wahiduddin Khan · 1m 05s · at 50:53 · https://youtu.be/1kLAQHcFaFk?t=3053</w:t>
      </w:r>
    </w:p>
    <w:p>
      <w:r>
        <w:rPr>
          <w:i/>
        </w:rPr>
        <w:t>“Saying Alhamdulillah is easy, but is it real?”</w:t>
      </w:r>
    </w:p>
    <w:p>
      <w:r>
        <w:rPr>
          <w:sz w:val="20"/>
        </w:rPr>
        <w:t>50:53  mein samajhta hun ke hamd ek bohat hi mushkil kaam hai. munh se bol dena to bohat asan hai, aur sare log munh se sirf bolte rahe.</w:t>
      </w:r>
      <w:r>
        <w:br/>
      </w:r>
      <w:r>
        <w:rPr>
          <w:sz w:val="20"/>
        </w:rPr>
        <w:t>51:03  har aadmi sirf munh se bolta raha,</w:t>
      </w:r>
      <w:r>
        <w:br/>
      </w:r>
      <w:r>
        <w:rPr>
          <w:sz w:val="20"/>
        </w:rPr>
        <w:t>51:07  aadmi sirf munh se bolta raha.</w:t>
      </w:r>
      <w:r>
        <w:br/>
      </w:r>
      <w:r>
        <w:rPr>
          <w:sz w:val="20"/>
        </w:rPr>
        <w:t>51:12  kyun ke dekhiye, aap jis duniya mein hain, har waqt wahan par negative experience, unpleasant tajrubaat, har waqt hamein kuch na kuch provocation, shikayat, shikayat, shikayat ki baat hai.</w:t>
      </w:r>
      <w:r>
        <w:br/>
      </w:r>
      <w:r>
        <w:rPr>
          <w:sz w:val="20"/>
        </w:rPr>
        <w:t>51:28  to aap hamd kaise karenge?</w:t>
      </w:r>
      <w:r>
        <w:br/>
      </w:r>
      <w:r>
        <w:rPr>
          <w:sz w:val="20"/>
        </w:rPr>
        <w:t>51:31  yahi meri discovery hai jo shayad pehli bar mein ne discover kiya is ko ke har doosri cheez ko, shikayaton ko bhulao, tab tum alhamdolillah keh sakte ho, warna nahi keh sakte.</w:t>
      </w:r>
      <w:r>
        <w:br/>
      </w:r>
      <w:r>
        <w:rPr>
          <w:sz w:val="20"/>
        </w:rPr>
        <w:t>51:47  kyun ke hum to shikayaton mein jeete hain, neighbor se shikayat, doosre logon se shikayat, har har taraf se koi na koi aisi baaten jo hamare andar shikayat paida karen.</w:t>
      </w:r>
    </w:p>
    <w:p>
      <w:pPr>
        <w:pStyle w:val="Heading2"/>
      </w:pPr>
      <w:r>
        <w:t>Faith should dissolve like color in water, not sit like a stone</w:t>
      </w:r>
    </w:p>
    <w:p>
      <w:r>
        <w:rPr>
          <w:color w:val="666666"/>
          <w:sz w:val="18"/>
        </w:rPr>
        <w:t>Dars-e-Quran June 23, 2007 · 39s · at 49:05 · https://youtu.be/ajK0nNrp8n4?t=2945</w:t>
      </w:r>
    </w:p>
    <w:p>
      <w:r>
        <w:rPr>
          <w:i/>
        </w:rPr>
        <w:t>“Jaise yeh glass hai, iske andar pani hai”</w:t>
      </w:r>
    </w:p>
    <w:p>
      <w:r>
        <w:rPr>
          <w:sz w:val="20"/>
        </w:rPr>
        <w:t>49:05  jaise yeh glass hai, is ke andar pani hai, is ke andar agar aap pathar ke tukde dal den, pathar alag rahe ga, pani alag rahe ga.</w:t>
      </w:r>
      <w:r>
        <w:br/>
      </w:r>
      <w:r>
        <w:rPr>
          <w:sz w:val="20"/>
        </w:rPr>
        <w:t>49:17  lekin agar is ke andar aap thoda sa color dal den, rang ka powder dal den, to aap dekhen ke poora pani jo hai, rangeen ho gaya.</w:t>
      </w:r>
      <w:r>
        <w:br/>
      </w:r>
      <w:r>
        <w:rPr>
          <w:sz w:val="20"/>
        </w:rPr>
        <w:t>49:28  lal color hai to lal ho jayega, yellow hai to yellow ho jayega, jo color hai, poore pani mein ghul jayega. to imaan jo hai, woh isi tarah ka ek rang hai.</w:t>
      </w:r>
    </w:p>
    <w:p>
      <w:pPr>
        <w:pStyle w:val="Heading2"/>
      </w:pPr>
      <w:r>
        <w:t>Risk of losing title of love of God</w:t>
      </w:r>
    </w:p>
    <w:p>
      <w:r>
        <w:rPr>
          <w:color w:val="666666"/>
          <w:sz w:val="18"/>
        </w:rPr>
        <w:t>Love of God | Maulana Wahiduddin Khan |  4 October 2009 · 30s · at 6:43 · https://youtu.be/dRR8aqMAVww?t=403</w:t>
      </w:r>
    </w:p>
    <w:p>
      <w:r>
        <w:rPr>
          <w:i/>
        </w:rPr>
        <w:t>“Also know, you will not get the title of love of God.”</w:t>
      </w:r>
    </w:p>
    <w:p>
      <w:r>
        <w:rPr>
          <w:sz w:val="20"/>
        </w:rPr>
        <w:t>6:43  to yeh bhi jaan lijiye ke aap ko khuda ke haan muhabbat ilahi ka title nahi milega. kitna bara risk hai, ghaur kijiye. kitna bara risk hai. aaj kal aap—main boodha ho gaya, duniya mein jagah jagah maine safar kiye—jis musalman se milta hoon main, woh shikayat ki</w:t>
      </w:r>
    </w:p>
    <w:p>
      <w:pPr>
        <w:pStyle w:val="Heading2"/>
      </w:pPr>
      <w:r>
        <w:t>Sheikh prostrates in gratitude</w:t>
      </w:r>
    </w:p>
    <w:p>
      <w:r>
        <w:rPr>
          <w:color w:val="666666"/>
          <w:sz w:val="18"/>
        </w:rPr>
        <w:t>On the Month of Ramadan 23 sept, 2007 - Maulana Wahiduddin Khan · 47s · at 16:20 · https://youtu.be/Q-bnwuQ42ns?t=980</w:t>
      </w:r>
    </w:p>
    <w:p>
      <w:r>
        <w:rPr>
          <w:i/>
        </w:rPr>
        <w:t>“He touched the walls, thinking it's a dream.”</w:t>
      </w:r>
    </w:p>
    <w:p>
      <w:r>
        <w:rPr>
          <w:sz w:val="20"/>
        </w:rPr>
        <w:t>16:20  to haath se deewaron ko chhoota tha, aur woh furniture ko chhoota tha ke kya waqai yeh furniture hai, kya yeh deewar hai. woh samajhta tha ke main dream dekh raha hoon, dream.</w:t>
      </w:r>
      <w:r>
        <w:br/>
      </w:r>
      <w:r>
        <w:rPr>
          <w:sz w:val="20"/>
        </w:rPr>
        <w:t>16:32  woh samajhta tha ke main dream dekh raha hoon, koi sach much aisa koi ghar hai jis mein main hoon, jo mera ghar hai. to chho chho kar dekhta tha ke waqai yeh koi ghar hai, ya mehaz dream mein yeh sab mein dekh raha hoon.</w:t>
      </w:r>
      <w:r>
        <w:br/>
      </w:r>
      <w:r>
        <w:rPr>
          <w:sz w:val="20"/>
        </w:rPr>
        <w:t>16:46  jab us ko discovery hui ke sach much yeh ghar hai, woh mera hi ghar hai, to woh sajde mein gir pada. achaanak woh jaise jaise gir pada, thahar pada,</w:t>
      </w:r>
      <w:r>
        <w:br/>
      </w:r>
      <w:r>
        <w:rPr>
          <w:sz w:val="20"/>
        </w:rPr>
        <w:t>17:00  aur der tak sajde mein woh rota raha ke yeh mera ghar hai yeh.</w:t>
      </w:r>
    </w:p>
    <w:p>
      <w:pPr>
        <w:pStyle w:val="Heading2"/>
      </w:pPr>
      <w:r>
        <w:t>Focusing on one lost mosque among thousands</w:t>
      </w:r>
    </w:p>
    <w:p>
      <w:r>
        <w:rPr>
          <w:color w:val="666666"/>
          <w:sz w:val="18"/>
        </w:rPr>
        <w:t>Between Hell And Paradise Jan 27, 2013 - Maulana Wahiduddin Khan · 4m 27s · at 47:09 · https://youtu.be/ZsC5AXf1iKM?t=2829</w:t>
      </w:r>
    </w:p>
    <w:p>
      <w:r>
        <w:rPr>
          <w:i/>
        </w:rPr>
        <w:t>“Ek martaba main Arab mein gaya.”</w:t>
      </w:r>
    </w:p>
    <w:p>
      <w:r>
        <w:rPr>
          <w:sz w:val="20"/>
        </w:rPr>
        <w:t>47:09  ek martaba main Arab mein gaya, Arab kai saal pehle ki baat hai. us zamane mein ek waqia hua tha Dilli mein ke Safdarjung mein ek masjid chhoti si hai,</w:t>
      </w:r>
      <w:r>
        <w:br/>
      </w:r>
      <w:r>
        <w:rPr>
          <w:sz w:val="20"/>
        </w:rPr>
        <w:t>47:23  ya Sajda Jung ka jo maqbara hai, ek chhoti si masjid hai. woh masjid jo hai, woh is ki hai archaeological department ki hai, to woh band rehti hai.</w:t>
      </w:r>
      <w:r>
        <w:br/>
      </w:r>
      <w:r>
        <w:rPr>
          <w:sz w:val="20"/>
        </w:rPr>
        <w:t>47:37  to ek baar wahan par kuch Musalman gaye ke hum yahan Juma padhenge Juma ke din, to wahan par police ne rok diya. achha, us ke baad yeh qissa hua tha jo main bata raha hoon aap ko.</w:t>
      </w:r>
      <w:r>
        <w:br/>
      </w:r>
      <w:r>
        <w:rPr>
          <w:sz w:val="20"/>
        </w:rPr>
        <w:t>47:51  to main Arab mein gaya hua tha, to wahan par ittefaq se inhi dino ek aur India ke ek leader sahab bhi aaye hue the, wahan ek well known leader.</w:t>
      </w:r>
      <w:r>
        <w:br/>
      </w:r>
      <w:r>
        <w:rPr>
          <w:sz w:val="20"/>
        </w:rPr>
        <w:t>48:03  to ek Arab Sheikh ne hum logon ko is mein dawat ki, wahan par khane ka intezaam kiya. idhar bohat se Arab shuyookh aaye the aur hum dono bhi the India se, ek main, ek doosre leader sahab.</w:t>
      </w:r>
      <w:r>
        <w:br/>
      </w:r>
      <w:r>
        <w:rPr>
          <w:sz w:val="20"/>
        </w:rPr>
        <w:t>48:20  to mein mein ne dekha ke woh ek full scape par ek kuch cheezein likh kar ke sab ko distribute kar rahe hain.</w:t>
      </w:r>
      <w:r>
        <w:br/>
      </w:r>
      <w:r>
        <w:rPr>
          <w:sz w:val="20"/>
        </w:rPr>
        <w:t>48:31  to hum arab sheikh jo wahan jama thay, un ko distribute kar rahe hain.</w:t>
      </w:r>
      <w:r>
        <w:br/>
      </w:r>
      <w:r>
        <w:rPr>
          <w:sz w:val="20"/>
        </w:rPr>
        <w:t>48:37  to is mein</w:t>
      </w:r>
      <w:r>
        <w:br/>
      </w:r>
      <w:r>
        <w:rPr>
          <w:sz w:val="20"/>
        </w:rPr>
        <w:t>48:41  likha tha ke India mein hum ko itna zyada museebat hai hamare upar ke wahan ne yahan yeh inhon ne apni taqreer ki, wahan bole thay kuch thora sa mukhtasar sa.</w:t>
      </w:r>
      <w:r>
        <w:br/>
      </w:r>
      <w:r>
        <w:rPr>
          <w:sz w:val="20"/>
        </w:rPr>
        <w:t>48:57  is mein inhon ne kaha tha ke India mein Musalmanon ka yeh haal hai ke wahan masjid mein bhi namaz parhne ki ijazat nahin.</w:t>
      </w:r>
      <w:r>
        <w:br/>
      </w:r>
      <w:r>
        <w:rPr>
          <w:sz w:val="20"/>
        </w:rPr>
        <w:t>49:05  yeh jumla bole thay woh:</w:t>
      </w:r>
      <w:r>
        <w:br/>
      </w:r>
      <w:r>
        <w:rPr>
          <w:sz w:val="20"/>
        </w:rPr>
        <w:t>49:10  "masjid mein bhi namaz parhne ki ijazat nahin". aur phir ek inhon ne ek distribute kiya tha, ek kaghaz.</w:t>
      </w:r>
      <w:r>
        <w:br/>
      </w:r>
      <w:r>
        <w:rPr>
          <w:sz w:val="20"/>
        </w:rPr>
        <w:t>49:20  to</w:t>
      </w:r>
      <w:r>
        <w:br/>
      </w:r>
      <w:r>
        <w:rPr>
          <w:sz w:val="20"/>
        </w:rPr>
        <w:t>49:21  mein ne un se poocha ke bhai, mein bhi to India mein rehta hoon, kis India ki baat kar rahe hain? hum namaz parhte hain, hum to nahin jante ke masjid mein namaz parhne ki ijazat nahin hai.</w:t>
      </w:r>
      <w:r>
        <w:br/>
      </w:r>
      <w:r>
        <w:rPr>
          <w:sz w:val="20"/>
        </w:rPr>
        <w:t>49:33  to kya kehte hain? woh safdar jang ki masjid. aur baghair ke jab mein ro para, mein ne kaha ke mere bhai, India mein abhi bhi paanch lakh se zyada masjidain hain,</w:t>
      </w:r>
      <w:r>
        <w:br/>
      </w:r>
      <w:r>
        <w:rPr>
          <w:sz w:val="20"/>
        </w:rPr>
        <w:t>49:49  more than half a million, aur sari masjidain khuli hui hain. paanch lakh se zyada masjidon mein namaz dhoom se Musalman parhte hain, is ko renovate karte hain, ek masjid ko do masjidain banate hain.</w:t>
      </w:r>
      <w:r>
        <w:br/>
      </w:r>
      <w:r>
        <w:rPr>
          <w:sz w:val="20"/>
        </w:rPr>
        <w:t>50:04  to aap woh bhule hue hain? ek ek masjid yaad hai aap ko? archaeology ki masjid? yaqeen karein, yahi saare Musalmanon ka haal hai.</w:t>
      </w:r>
      <w:r>
        <w:br/>
      </w:r>
      <w:r>
        <w:rPr>
          <w:sz w:val="20"/>
        </w:rPr>
        <w:t>50:16  yani paanch lakh se zyada masjidain mili hui hain, is ko bhula diya, ek masjid nahin bani hui. is ko keh rahe hain ke woh Muhammad namaz parhne ki ijazat nahin hai.</w:t>
      </w:r>
      <w:r>
        <w:br/>
      </w:r>
      <w:r>
        <w:rPr>
          <w:sz w:val="20"/>
        </w:rPr>
        <w:t>50:27  archaeology ka qanoon hai ke is ko istemal nahin kiya gaya kisi aur maqsad ke liye. yeh pehle se chala aa raha hai.</w:t>
      </w:r>
      <w:r>
        <w:br/>
      </w:r>
      <w:r>
        <w:rPr>
          <w:sz w:val="20"/>
        </w:rPr>
        <w:t>50:36  to inhon ne kaha ke aur safdar jang ki masjid? yani jab mein ne un se kaha ke India mein to paanch lakh se zyada masjidain hain,</w:t>
      </w:r>
      <w:r>
        <w:br/>
      </w:r>
      <w:r>
        <w:rPr>
          <w:sz w:val="20"/>
        </w:rPr>
        <w:t>50:47  yani inhon ne yeh kaha tha wahan par ke India mein Musalmanon ko masjid mein bhi namaz parhne ki ijazat nahin. mein khud maujood tha wahan par, woh Musalman leader sahab jo thay, yahan gaye thay India se.</w:t>
      </w:r>
      <w:r>
        <w:br/>
      </w:r>
      <w:r>
        <w:rPr>
          <w:sz w:val="20"/>
        </w:rPr>
        <w:t>51:04  to mein ne kaha ke kis India ki baat karte hain aap? hum to namaz parhte hain, hamein to koi rukawat nahin hai.</w:t>
      </w:r>
      <w:r>
        <w:br/>
      </w:r>
      <w:r>
        <w:rPr>
          <w:sz w:val="20"/>
        </w:rPr>
        <w:t>51:14  to inhon ne kaha ke aur safdar jang ki masjid? to mein ne kaha ke India mein paanch lakh se zyada masjidain hain, woh sab abad hain. to ek masjid ki baat aap kar rahe hain aur paanch lakh masjidon ko bulaye hue hain?</w:t>
      </w:r>
      <w:r>
        <w:br/>
      </w:r>
      <w:r>
        <w:rPr>
          <w:sz w:val="20"/>
        </w:rPr>
        <w:t>51:30  yaqeen kijiye, yahi saare Musalmanon ka haal ho</w:t>
      </w:r>
      <w:r>
        <w:br/>
      </w:r>
      <w:r>
        <w:rPr>
          <w:sz w:val="20"/>
        </w:rPr>
        <w:t>51:33  raha hai. is waqt</w:t>
      </w:r>
    </w:p>
    <w:p>
      <w:pPr>
        <w:pStyle w:val="Heading2"/>
      </w:pPr>
      <w:r>
        <w:t>A preacher's mosque-fundraising slogan turns dark</w:t>
      </w:r>
    </w:p>
    <w:p>
      <w:r>
        <w:rPr>
          <w:color w:val="666666"/>
          <w:sz w:val="18"/>
        </w:rPr>
        <w:t>Lessons from Bombay Nov 30, 2008 · 1m 50s · at 7:30 · https://youtu.be/LiDznEqzaRI?t=450</w:t>
      </w:r>
    </w:p>
    <w:p>
      <w:r>
        <w:rPr>
          <w:i/>
        </w:rPr>
        <w:t>“Humare UP mein ek aadmi the, achhe speaker the.”</w:t>
      </w:r>
    </w:p>
    <w:p>
      <w:r>
        <w:rPr>
          <w:sz w:val="20"/>
        </w:rPr>
        <w:t>7:30  ke hamare up mein ek aadmi the, parhe likhe zyada nahi the, lekin bolna acha aata tha un ko. yani achhe speaker the woh.</w:t>
      </w:r>
      <w:r>
        <w:br/>
      </w:r>
      <w:r>
        <w:rPr>
          <w:sz w:val="20"/>
        </w:rPr>
        <w:t>7:42  to un ke paas koi zameen nahi thi, koi jaidad nahi thi, koi business nahi tha.</w:t>
      </w:r>
      <w:r>
        <w:br/>
      </w:r>
      <w:r>
        <w:rPr>
          <w:sz w:val="20"/>
        </w:rPr>
        <w:t>7:47  to unhon ne ek kaam nikala apne liye, yani apni speech ko unhon ne darya banaya earning ka. to unhon ne kaha ke dekho, masjidon jo banti thin, abhi bhi banti hain, masjidon pehle banti thin.</w:t>
      </w:r>
      <w:r>
        <w:br/>
      </w:r>
      <w:r>
        <w:rPr>
          <w:sz w:val="20"/>
        </w:rPr>
        <w:t>8:04  to jo masjid banane wale hote the, un ke paas jate the, woh kehte the ke main chanda la ke doon ga tum ko, jitna khao itna. shart yeh hai ke 50 feesad mera hoga,</w:t>
      </w:r>
      <w:r>
        <w:br/>
      </w:r>
      <w:r>
        <w:rPr>
          <w:sz w:val="20"/>
        </w:rPr>
        <w:t>8:17  yani chande mein 50 feesad mera hoga. to masjid wale bohat aasani se razi ho jate the. ab yeh jate the idhar udhar musalmanon mein taqreer karte the,</w:t>
      </w:r>
      <w:r>
        <w:br/>
      </w:r>
      <w:r>
        <w:rPr>
          <w:sz w:val="20"/>
        </w:rPr>
        <w:t>8:31  to wahan par masjid ke fazail batate the woh ke masjid banao, dunya mein to jannat mein ghar banta hai ek tumhara. dunya mein masjid banao to jannat mein ek ghar banega tumhara.</w:t>
      </w:r>
      <w:r>
        <w:br/>
      </w:r>
      <w:r>
        <w:rPr>
          <w:sz w:val="20"/>
        </w:rPr>
        <w:t>8:44  yeh sunate the, aur phir woh bohat hi khaas andaaz mein kehte the, "kood dhamasham jannat mein". matlab masjid banao aur jannat mein jao, "kood dhamasham jannat mein".</w:t>
      </w:r>
      <w:r>
        <w:br/>
      </w:r>
      <w:r>
        <w:rPr>
          <w:sz w:val="20"/>
        </w:rPr>
        <w:t>8:59  to jab woh kehte the, ab main is tarah keh bhi nahi sakta jo un ka andaaz tha kehne ka. jab kehte the "kood dhamasham jannat mein" to log khoob paisa de dete the, apni jebein khali kar dete the.</w:t>
      </w:r>
      <w:r>
        <w:br/>
      </w:r>
      <w:r>
        <w:rPr>
          <w:sz w:val="20"/>
        </w:rPr>
        <w:t>9:14  ab jo hai woh kya hai? ab "kood dhamasham jahannum mein" ho gaya hai.</w:t>
      </w:r>
    </w:p>
    <w:p>
      <w:pPr>
        <w:pStyle w:val="Heading2"/>
      </w:pPr>
      <w:r>
        <w:t>Freedom as test paper</w:t>
      </w:r>
    </w:p>
    <w:p>
      <w:r>
        <w:rPr>
          <w:color w:val="666666"/>
          <w:sz w:val="18"/>
        </w:rPr>
        <w:t>How to Build a Heavenly Personality January 25, 2008 Maulana Wahiduddin Khan · 24s · at 23:11 · https://youtu.be/FKjJyCNTdUY?t=1391</w:t>
      </w:r>
    </w:p>
    <w:p>
      <w:r>
        <w:rPr>
          <w:i/>
        </w:rPr>
        <w:t>“Here is the first test.”</w:t>
      </w:r>
    </w:p>
    <w:p>
      <w:r>
        <w:rPr>
          <w:sz w:val="20"/>
        </w:rPr>
        <w:t>23:11  but this freedom is as a test paper. this freedom is not as a reward, is not as a blessing.</w:t>
      </w:r>
      <w:r>
        <w:br/>
      </w:r>
      <w:r>
        <w:rPr>
          <w:sz w:val="20"/>
        </w:rPr>
        <w:t>23:22  no, this freedom is a test paper. this freedom was given us only for test, not as a reward.</w:t>
      </w:r>
    </w:p>
    <w:p>
      <w:pPr>
        <w:pStyle w:val="Heading2"/>
      </w:pPr>
      <w:r>
        <w:t>Suffering caused by others misusing their freedom</w:t>
      </w:r>
    </w:p>
    <w:p>
      <w:r>
        <w:rPr>
          <w:color w:val="666666"/>
          <w:sz w:val="18"/>
        </w:rPr>
        <w:t>Why Is There Suffering In This World CPS Women Discussion 28 October 22, 2023 · 2m 40s · at 14:51 · https://youtu.be/jI_qeOhqK1A?t=891</w:t>
      </w:r>
    </w:p>
    <w:p>
      <w:r>
        <w:rPr>
          <w:i/>
        </w:rPr>
        <w:t>“दूसरी वजह से problems आती हैं misuse of freedom से”</w:t>
      </w:r>
    </w:p>
    <w:p>
      <w:r>
        <w:rPr>
          <w:sz w:val="20"/>
        </w:rPr>
        <w:t>14:51  doosri jo hamare upar problems aati hain woh aati hain kisi doosre insaan ki aazaadi ko ghalat istemaal karne se yaani misuse of freedom ki wajah se.</w:t>
      </w:r>
      <w:r>
        <w:br/>
      </w:r>
      <w:r>
        <w:rPr>
          <w:sz w:val="20"/>
        </w:rPr>
        <w:t>15:19  magar uski aazaadi hai woh cigarette piye ya phir koi car se pollution kar raha hai bahut zyada, usmein kisi asthma ke mareez ko problem hogi to woh usmein doosre ki aazaadi hai woh chala raha hai car, kharab car to koi kuch nahi keh sakta. ya koi example jaise diwali ke aas paas jab patakhe hote hain us waqt par breathing problems logon ko hone lagti hain to yeh doosron ki aazaadi ke ghalat istemaal ki wajah se problems create hoti hain.</w:t>
      </w:r>
      <w:r>
        <w:br/>
      </w:r>
      <w:r>
        <w:rPr>
          <w:sz w:val="20"/>
        </w:rPr>
        <w:t>15:46  to inke inko bhi hum kaise, kiska response hamein kya dena jab is tarah ki problems hamare paas aati hain? to aisi condition mein hamein besabra nahi hona hai, complaints nahi karni hai. hamein sabse pehle to allah ke creation plan ko jaanna hai aur usse raazi rehna. jab allah ne kisi ko aazaadi di hai to hum kaun hote hain use chheen ne wale ya uske khilaaf protest karne wale?</w:t>
      </w:r>
      <w:r>
        <w:br/>
      </w:r>
      <w:r>
        <w:rPr>
          <w:sz w:val="20"/>
        </w:rPr>
        <w:t>16:11  hamein uske liye bhi dua karni hai aur apne liye bhi dua karni hai sabr ke saath. aur agar koi creative solution hum nikaal sakte hon, jaise mask pehen lena ya jaise ki time se pehle kisi aur ki wajah se aapki gaadi late ho jaaye to aap time se pehle pahunch jaayein. is tarah ki koi creative solution agar hum nikaal paayein taaki hum doosre ki khadi hui problems se bhi bach sakein to woh hum kar sakte hain. us condition mein bhi hamare andar se negativity nahi aayegi.</w:t>
      </w:r>
      <w:r>
        <w:br/>
      </w:r>
      <w:r>
        <w:rPr>
          <w:sz w:val="20"/>
        </w:rPr>
        <w:t>16:40  hamein hum positive rahenge ki alladala main tere se raazi raha aur main apni aql se jo sahi samajh pa raha hoon woh kar raha hoon to isko durust kar de. hamare andar is tarah ki feelings aayengi aur hum huda ki nusrat ke haqdaar banenge aur halla taala zaroor hamari madad karenge aur hamara ek yeh bhi faayda hoga ki hamari creativity mein izafa hoga kyunki hum uska solution dhoondhenge na ki hamari frustration mein.</w:t>
      </w:r>
      <w:r>
        <w:br/>
      </w:r>
      <w:r>
        <w:rPr>
          <w:sz w:val="20"/>
        </w:rPr>
        <w:t>17:06  normally to aisi cheezon mein hamari frustration hi badhti hai ki are iski wajah se aisa ho gaya, hum kya karein? aur ek aur cheez hamein ismein samajh aayegi jo humne discuss kiya hai pichhli baar ki duty conscious society ka kya faayda hai? tab hum yeh sochenge ki allah ne hamein kitni achhi cheez samjhai ki sabko duty conscious hona hai. agar har aadmi duty conscious hota to uski wajah se hamein problem na jhelani padti.</w:t>
      </w:r>
      <w:r>
        <w:br/>
      </w:r>
      <w:r>
        <w:rPr>
          <w:sz w:val="20"/>
        </w:rPr>
        <w:t>17:31  to bahut saare points hamein saaf honge, hamari personality mein development hoga. yeh benefit hoga hamein us tarah ka response dene se. phir teesri jo problem hai woh hum keh sakte hain ki woh allah ki taraf se aazmaish hoti hai aur usmein sabse badi hai maut kyunki maut kisi aur ke haath mein nahi halla taala hi uska ek decision deta hai ki kiski maut kab hogi.</w:t>
      </w:r>
    </w:p>
    <w:p>
      <w:pPr>
        <w:pStyle w:val="Heading2"/>
      </w:pPr>
      <w:r>
        <w:t>Powerful old man begs Billy Graham for hope facing death</w:t>
      </w:r>
    </w:p>
    <w:p>
      <w:r>
        <w:rPr>
          <w:color w:val="666666"/>
          <w:sz w:val="18"/>
        </w:rPr>
        <w:t>Concept of Death in Islam August 26, 2012 · 3m 02s · at 9:56 · https://youtu.be/y0TJxKi0L94?t=596</w:t>
      </w:r>
    </w:p>
    <w:p>
      <w:r>
        <w:rPr>
          <w:i/>
        </w:rPr>
        <w:t>“I'm an old man, life has lost all meaning”</w:t>
      </w:r>
    </w:p>
    <w:p>
      <w:r>
        <w:rPr>
          <w:sz w:val="20"/>
        </w:rPr>
        <w:t>9:56  america ka ek bohat hi mashhoor missionary hai, christian missionary.</w:t>
      </w:r>
      <w:r>
        <w:br/>
      </w:r>
      <w:r>
        <w:rPr>
          <w:sz w:val="20"/>
        </w:rPr>
        <w:t>10:09  is ne apna ek waqia likha hai.</w:t>
      </w:r>
      <w:r>
        <w:br/>
      </w:r>
      <w:r>
        <w:rPr>
          <w:sz w:val="20"/>
        </w:rPr>
        <w:t>10:16  bohat hi sabak aur ibret hai is waqie mein.</w:t>
      </w:r>
      <w:r>
        <w:br/>
      </w:r>
      <w:r>
        <w:rPr>
          <w:sz w:val="20"/>
        </w:rPr>
        <w:t>10:21  Billy Graham mashhoor missionary hai, Billy Graham. ab woh boorhe ho gaye hain, shayad wheelchair par hain woh.</w:t>
      </w:r>
      <w:r>
        <w:br/>
      </w:r>
      <w:r>
        <w:rPr>
          <w:sz w:val="20"/>
        </w:rPr>
        <w:t>10:31  pehlay woh bohat active hotay thay. to Billy Graham ne yeh waqia likha hai ke ek baar woh safar mein thay to un ke paas ek message pohncha,</w:t>
      </w:r>
      <w:r>
        <w:br/>
      </w:r>
      <w:r>
        <w:rPr>
          <w:sz w:val="20"/>
        </w:rPr>
        <w:t>10:46  ek</w:t>
      </w:r>
      <w:r>
        <w:br/>
      </w:r>
      <w:r>
        <w:rPr>
          <w:sz w:val="20"/>
        </w:rPr>
        <w:t>10:47  top yani world ke ek top aadmi ka.</w:t>
      </w:r>
      <w:r>
        <w:br/>
      </w:r>
      <w:r>
        <w:rPr>
          <w:sz w:val="20"/>
        </w:rPr>
        <w:t>11:00  to is ne message diya tha ke tum foran mujh se milo. to safar ko cut kar ke woh gaye.</w:t>
      </w:r>
      <w:r>
        <w:br/>
      </w:r>
      <w:r>
        <w:rPr>
          <w:sz w:val="20"/>
        </w:rPr>
        <w:t>11:11  jab wahan pohnche to unhein ek room mein le jaya gaya. wahan woh thay aur woh top ka aadmi jo boorha ho chuka tha.</w:t>
      </w:r>
      <w:r>
        <w:br/>
      </w:r>
      <w:r>
        <w:rPr>
          <w:sz w:val="20"/>
        </w:rPr>
        <w:t>11:28  to kisi tamheed ke baghair</w:t>
      </w:r>
      <w:r>
        <w:br/>
      </w:r>
      <w:r>
        <w:rPr>
          <w:sz w:val="20"/>
        </w:rPr>
        <w:t>11:33  is aadmi ne kaha</w:t>
      </w:r>
      <w:r>
        <w:br/>
      </w:r>
      <w:r>
        <w:rPr>
          <w:sz w:val="20"/>
        </w:rPr>
        <w:t>11:38  ke "you see, i am an old man."</w:t>
      </w:r>
      <w:r>
        <w:br/>
      </w:r>
      <w:r>
        <w:rPr>
          <w:sz w:val="20"/>
        </w:rPr>
        <w:t>11:47  life has lost all meaning.</w:t>
      </w:r>
      <w:r>
        <w:br/>
      </w:r>
      <w:r>
        <w:rPr>
          <w:sz w:val="20"/>
        </w:rPr>
        <w:t>11:53  I am ready to take a faithful leap into the unknown. Young man, can you give me a ray of hope?</w:t>
      </w:r>
      <w:r>
        <w:br/>
      </w:r>
      <w:r>
        <w:rPr>
          <w:sz w:val="20"/>
        </w:rPr>
        <w:t>12:10  yani tum dekh rahe ho ke main boorha ho chuka hoon.</w:t>
      </w:r>
      <w:r>
        <w:br/>
      </w:r>
      <w:r>
        <w:rPr>
          <w:sz w:val="20"/>
        </w:rPr>
        <w:t>12:19  ab zindagi ki koi koi maanoiyat mere liye baqi nahin rahi.</w:t>
      </w:r>
      <w:r>
        <w:br/>
      </w:r>
      <w:r>
        <w:rPr>
          <w:sz w:val="20"/>
        </w:rPr>
        <w:t>12:28  main ek namaloom duniya mein chhalang laganay wala hoon.</w:t>
      </w:r>
      <w:r>
        <w:br/>
      </w:r>
      <w:r>
        <w:rPr>
          <w:sz w:val="20"/>
        </w:rPr>
        <w:t>12:35  to kya tum mujhe koi roshni ki kiran de sakte ho?</w:t>
      </w:r>
      <w:r>
        <w:br/>
      </w:r>
      <w:r>
        <w:rPr>
          <w:sz w:val="20"/>
        </w:rPr>
        <w:t>12:43  to is aadmi ko kam az kam death ka shaoor hasil ho chuka tha. death ka. lekin is ke aagay kuch is ko pata nahin.</w:t>
      </w:r>
    </w:p>
    <w:p>
      <w:pPr>
        <w:pStyle w:val="Heading2"/>
      </w:pPr>
      <w:r>
        <w:t>managing differences instead of fighting over them</w:t>
      </w:r>
    </w:p>
    <w:p>
      <w:r>
        <w:rPr>
          <w:color w:val="666666"/>
          <w:sz w:val="18"/>
        </w:rPr>
        <w:t>Death The Final Journey December 29, 2006 · 41s · at 1:12:48 · https://youtu.be/RL6vMX7Lj1w?t=4368</w:t>
      </w:r>
    </w:p>
    <w:p>
      <w:r>
        <w:rPr>
          <w:i/>
        </w:rPr>
        <w:t>“You have to learn the art of difference management.”</w:t>
      </w:r>
    </w:p>
    <w:p>
      <w:r>
        <w:rPr>
          <w:sz w:val="20"/>
        </w:rPr>
        <w:t>1:12:48  farq ko manage karna. You have to learn the art of difference management.</w:t>
      </w:r>
      <w:r>
        <w:br/>
      </w:r>
      <w:r>
        <w:rPr>
          <w:sz w:val="20"/>
        </w:rPr>
        <w:t>1:12:54  sachi baat yeh hai ke yeh jo main kaha karta hoon aksar, yeh main aksar kehta hoon ke you have to learn the art of difference management. yeh un se maine seekha.</w:t>
      </w:r>
      <w:r>
        <w:br/>
      </w:r>
      <w:r>
        <w:rPr>
          <w:sz w:val="20"/>
        </w:rPr>
        <w:t>1:13:05  hamare aur un ke beech mein farq aata tha, lekin woh manage karti theen us ko. bohat hi, yani khoobsurat tareeqe se manage karti theen us ko.</w:t>
      </w:r>
      <w:r>
        <w:br/>
      </w:r>
      <w:r>
        <w:rPr>
          <w:sz w:val="20"/>
        </w:rPr>
        <w:t>1:13:18  to agar yahan main yeh bhi ek baat arz karoon ke meri ek daryaft hai, woh yeh hai ke aurat jo hai, behtareen intellectual partner hai insaan ke liye.</w:t>
      </w:r>
    </w:p>
    <w:p>
      <w:pPr>
        <w:pStyle w:val="Heading2"/>
      </w:pPr>
      <w:r>
        <w:t>Negative thoughts will never fully stop</w:t>
      </w:r>
    </w:p>
    <w:p>
      <w:r>
        <w:rPr>
          <w:color w:val="666666"/>
          <w:sz w:val="18"/>
        </w:rPr>
        <w:t>The Existence of God October 7, 2012 · 56s · at 1:12:23 · https://youtu.be/Hm0ybuokQ8s?t=4343</w:t>
      </w:r>
    </w:p>
    <w:p>
      <w:r>
        <w:rPr>
          <w:i/>
        </w:rPr>
        <w:t>“Negative thoughts will never stop coming”</w:t>
      </w:r>
    </w:p>
    <w:p>
      <w:r>
        <w:rPr>
          <w:sz w:val="20"/>
        </w:rPr>
        <w:t>1:12:23  aap aise chahte hain ke aakhri din aap dimagh mein aana band ho jaye to kabhi band nahi hoga? Kuch nahi, negative thought to aayenge.</w:t>
      </w:r>
      <w:r>
        <w:br/>
      </w:r>
      <w:r>
        <w:rPr>
          <w:sz w:val="20"/>
        </w:rPr>
        <w:t>1:12:34  aap is ko manage karna seekhiye. Yeh yeh possible nahi hai ke aap ko ek aisi duniya mil jaye jahan koi negative baat hi na hoti ho.</w:t>
      </w:r>
      <w:r>
        <w:br/>
      </w:r>
      <w:r>
        <w:rPr>
          <w:sz w:val="20"/>
        </w:rPr>
        <w:t>1:12:43  kuch nahi hai, aap ko negativity ke jhaad jhankad mein jeena hai.</w:t>
      </w:r>
      <w:r>
        <w:br/>
      </w:r>
      <w:r>
        <w:rPr>
          <w:sz w:val="20"/>
        </w:rPr>
        <w:t>1:12:49  you are you are to learn the art of yaani negative negativity management. Yeh to koi unnatural baat hai jo aap cha rahe hain.</w:t>
      </w:r>
      <w:r>
        <w:br/>
      </w:r>
      <w:r>
        <w:rPr>
          <w:sz w:val="20"/>
        </w:rPr>
        <w:t>1:13:03  negativity ko apni khorak banaiye, negativity ko point of discussion banaiye, is ke liye aur aur sochiye, aur aur sochiye. Jaise maine aap ko qissa bataya, aap ko ke main naha raha tha aur sabun haath se chhoot kar balti mein chal gaya.</w:t>
      </w:r>
    </w:p>
    <w:p>
      <w:pPr>
        <w:pStyle w:val="Heading2"/>
      </w:pPr>
      <w:r>
        <w:t>Difference between belief and realization</w:t>
      </w:r>
    </w:p>
    <w:p>
      <w:r>
        <w:rPr>
          <w:color w:val="666666"/>
          <w:sz w:val="18"/>
        </w:rPr>
        <w:t>Paradise as a Goal April 26, 2015 · 2m 05s · at 43:50 · https://youtu.be/hnHqhmSJZXA?t=2630</w:t>
      </w:r>
    </w:p>
    <w:p>
      <w:r>
        <w:rPr>
          <w:i/>
        </w:rPr>
        <w:t>“What is the difference between belief and realization?”</w:t>
      </w:r>
    </w:p>
    <w:p>
      <w:r>
        <w:rPr>
          <w:sz w:val="20"/>
        </w:rPr>
        <w:t>43:50  maulana yeh pehla sawal aya hai Maulana Iqbal Umri sahab ka Chennai se yeh likhte hain</w:t>
      </w:r>
      <w:r>
        <w:br/>
      </w:r>
      <w:r>
        <w:rPr>
          <w:sz w:val="20"/>
        </w:rPr>
        <w:t>43:57  Belief aur realization mein kya farq hai? Sirf belief kaafi hai?</w:t>
      </w:r>
      <w:r>
        <w:br/>
      </w:r>
      <w:r>
        <w:rPr>
          <w:sz w:val="20"/>
        </w:rPr>
        <w:t>44:09  achha yani aqeedah aur marifat</w:t>
      </w:r>
      <w:r>
        <w:br/>
      </w:r>
      <w:r>
        <w:rPr>
          <w:sz w:val="20"/>
        </w:rPr>
        <w:t>44:14  to main samajhta hoon ke bohat bara farq hai</w:t>
      </w:r>
      <w:r>
        <w:br/>
      </w:r>
      <w:r>
        <w:rPr>
          <w:sz w:val="20"/>
        </w:rPr>
        <w:t>44:19  aqeedah to yeh hai ke aap</w:t>
      </w:r>
      <w:r>
        <w:br/>
      </w:r>
      <w:r>
        <w:rPr>
          <w:sz w:val="20"/>
        </w:rPr>
        <w:t>44:22  maan lein lekin</w:t>
      </w:r>
      <w:r>
        <w:br/>
      </w:r>
      <w:r>
        <w:rPr>
          <w:sz w:val="20"/>
        </w:rPr>
        <w:t>44:28  doosra yeh ke aap</w:t>
      </w:r>
      <w:r>
        <w:br/>
      </w:r>
      <w:r>
        <w:rPr>
          <w:sz w:val="20"/>
        </w:rPr>
        <w:t>44:30  اپنی عقل کو استعمال کریں چیزوں کو reason out کریں</w:t>
      </w:r>
      <w:r>
        <w:br/>
      </w:r>
      <w:r>
        <w:rPr>
          <w:sz w:val="20"/>
        </w:rPr>
        <w:t>44:36  tab is pe yaqeen aaye ga aap ko aqeedah mein zaroori nahi ke aap ke andar gehra conviction</w:t>
      </w:r>
      <w:r>
        <w:br/>
      </w:r>
      <w:r>
        <w:rPr>
          <w:sz w:val="20"/>
        </w:rPr>
        <w:t>44:41  ho gehra yaqeen ho</w:t>
      </w:r>
      <w:r>
        <w:br/>
      </w:r>
      <w:r>
        <w:rPr>
          <w:sz w:val="20"/>
        </w:rPr>
        <w:t>44:45  jabke asal matloob hai yaqeen gehra yaqeen</w:t>
      </w:r>
      <w:r>
        <w:br/>
      </w:r>
      <w:r>
        <w:rPr>
          <w:sz w:val="20"/>
        </w:rPr>
        <w:t>44:52  to aqeedah aur marifat ya belief aur realization mein yeh farq hai ke aqeedah sirf maan lene ka</w:t>
      </w:r>
      <w:r>
        <w:br/>
      </w:r>
      <w:r>
        <w:rPr>
          <w:sz w:val="20"/>
        </w:rPr>
        <w:t>45:01  naam hai misaal aap ne keh diya ke la ilaha illallah to aap ka aqeedah hasil ho</w:t>
      </w:r>
      <w:r>
        <w:br/>
      </w:r>
      <w:r>
        <w:rPr>
          <w:sz w:val="20"/>
        </w:rPr>
        <w:t>45:06  gaya lekin sochte sochte aap is ko itna zyada apne dil mein bithayein ke apne aql mein itna</w:t>
      </w:r>
      <w:r>
        <w:br/>
      </w:r>
      <w:r>
        <w:rPr>
          <w:sz w:val="20"/>
        </w:rPr>
        <w:t>45:14  zyada bithayein ke is ko aap ko gehra yaqeen ho jaye</w:t>
      </w:r>
      <w:r>
        <w:br/>
      </w:r>
      <w:r>
        <w:rPr>
          <w:sz w:val="20"/>
        </w:rPr>
        <w:t>45:21  tab woh banti hai marifat ya realization</w:t>
      </w:r>
      <w:r>
        <w:br/>
      </w:r>
      <w:r>
        <w:rPr>
          <w:sz w:val="20"/>
        </w:rPr>
        <w:t>45:25  yeh main samajhta hoon ke har aadmi ke liye zaroori hai ke woh apne aqeedey ko marifat tak</w:t>
      </w:r>
      <w:r>
        <w:br/>
      </w:r>
      <w:r>
        <w:rPr>
          <w:sz w:val="20"/>
        </w:rPr>
        <w:t>45:30  pohanchaye apne aqeedey ko marifat tak pohanchaye yeh aap ka apna har aadmi ka apna apni koshish hota</w:t>
      </w:r>
      <w:r>
        <w:br/>
      </w:r>
      <w:r>
        <w:rPr>
          <w:sz w:val="20"/>
        </w:rPr>
        <w:t>45:38  hai unhone agla sawal kiya hai doctor Fareeda khanam ne Delhi se</w:t>
      </w:r>
      <w:r>
        <w:br/>
      </w:r>
      <w:r>
        <w:rPr>
          <w:sz w:val="20"/>
        </w:rPr>
        <w:t>45:48  People are so engrossed in their worldly activities</w:t>
      </w:r>
      <w:r>
        <w:br/>
      </w:r>
      <w:r>
        <w:rPr>
          <w:sz w:val="20"/>
        </w:rPr>
        <w:t>45:52  that even an earth quake of 78</w:t>
      </w:r>
      <w:r>
        <w:br/>
      </w:r>
      <w:r>
        <w:rPr>
          <w:sz w:val="20"/>
        </w:rPr>
        <w:t>45:55  8 intensity does not jolt them out of their forgetfulness. Then how can we succeed in making them realize the importance of personality development, which alone can lead them to paradise?</w:t>
      </w:r>
    </w:p>
    <w:p>
      <w:pPr>
        <w:pStyle w:val="Heading2"/>
      </w:pPr>
      <w:r>
        <w:t>Killing one innocent person equals killing all mankind</w:t>
      </w:r>
    </w:p>
    <w:p>
      <w:r>
        <w:rPr>
          <w:color w:val="666666"/>
          <w:sz w:val="18"/>
        </w:rPr>
        <w:t>Violence- The Second Forbidden Tree June 14, 2009 · 34s · at 4:15 · https://youtu.be/lJu5kpvxssA?t=255</w:t>
      </w:r>
    </w:p>
    <w:p>
      <w:r>
        <w:rPr>
          <w:i/>
        </w:rPr>
        <w:t>“Killing an innocent person means killing all mankind”</w:t>
      </w:r>
    </w:p>
    <w:p>
      <w:r>
        <w:rPr>
          <w:sz w:val="20"/>
        </w:rPr>
        <w:t>4:15  killing of an innocent person means killing all mankind. to yeh tha fiber tree is duniya ke liye.</w:t>
      </w:r>
      <w:r>
        <w:br/>
      </w:r>
      <w:r>
        <w:rPr>
          <w:sz w:val="20"/>
        </w:rPr>
        <w:t>4:29  violence kaho violence tum ko nahi karna hai.</w:t>
      </w:r>
      <w:r>
        <w:br/>
      </w:r>
      <w:r>
        <w:rPr>
          <w:sz w:val="20"/>
        </w:rPr>
        <w:t>4:34  wahan par ek tha fibre entry, is ka tum ko phalan nahi khana hai.</w:t>
      </w:r>
      <w:r>
        <w:br/>
      </w:r>
      <w:r>
        <w:rPr>
          <w:sz w:val="20"/>
        </w:rPr>
        <w:t>4:39  is duniya mein bhi ek ek fibre entry hai, aur woh hai violence. koi bhi conflict ho, koi bhi controversy ho, to tum ko violence tak nahi jaana.</w:t>
      </w:r>
    </w:p>
    <w:p>
      <w:pPr>
        <w:pStyle w:val="Heading2"/>
      </w:pPr>
      <w:r>
        <w:t>Al-Razi's deathbed doubt and the mother-proof analogy</w:t>
      </w:r>
    </w:p>
    <w:p>
      <w:r>
        <w:rPr>
          <w:color w:val="666666"/>
          <w:sz w:val="18"/>
        </w:rPr>
        <w:t>Three levels of Realization July 4, 2010 · 2m 18s · at 30:30 · https://youtu.be/NtCTVVov3Nw?t=1830</w:t>
      </w:r>
    </w:p>
    <w:p>
      <w:r>
        <w:rPr>
          <w:i/>
        </w:rPr>
        <w:t>“Kaha jata hai ke jab Imam Razi ki maut ka waqt aaya, Shaitan un ke paas aaya”</w:t>
      </w:r>
    </w:p>
    <w:p>
      <w:r>
        <w:rPr>
          <w:sz w:val="20"/>
        </w:rPr>
        <w:t>30:30  tionalist un ka naam tha Al Razi Al Razi un ki kitabein hain kai to unhone khuda ke yani existence of god par bohat se rational wo diye the argument diye the to kaha jata hai ke jab un ki maut ka waqt aaya to shaitan un ke paas aaya</w:t>
      </w:r>
      <w:r>
        <w:br/>
      </w:r>
      <w:r>
        <w:rPr>
          <w:sz w:val="20"/>
        </w:rPr>
        <w:t>30:55  to kaha ke tum batao khuda ke kis ke liye tum khuda ko tum mante ho tum kya tumhare paas us ki daleel hai unhone aik daleel di shaitan ne use kaat diya doosri di phir us ko kaat diya har daleel ko kaat ta chala gaya kaat te chala gaya yahan tak ke 99 daleelein di wo sab kaat diya us ne to aakhir mein unhone kaha ke main bila daleel khuda ko manta hoon to shaitan bhag gaya to ye wo satah chahiye jaise aap ki aik maa hai</w:t>
      </w:r>
      <w:r>
        <w:br/>
      </w:r>
      <w:r>
        <w:rPr>
          <w:sz w:val="20"/>
        </w:rPr>
        <w:t>31:25  koi aap pooche aap se ke kaise aap jante hain ke us ki maa hai aap ki to jo daleel dega aap ko kaat ta chala jayega wo aakhir mein kaha padega aap ko ke bas maa hai is liye main us ko manta hoon kyunke aap ke paas koi physical sense mein koi proof nahi hai aap ne kabhi apne aap ko maa ke pait se nikalte hue dekha nahi kaise pata ke ye ye lady hai aap ki maa hai</w:t>
      </w:r>
      <w:r>
        <w:br/>
      </w:r>
      <w:r>
        <w:rPr>
          <w:sz w:val="20"/>
        </w:rPr>
        <w:t>31:51  har aadmi kisi lady ko apni maa manta hai aur use bohat pyar karta hai bohat pyar karta hai kya kisi ke paas proof hai ke ye lady meri maa hai kisi ke paas proof nahi hai</w:t>
      </w:r>
      <w:r>
        <w:br/>
      </w:r>
      <w:r>
        <w:rPr>
          <w:sz w:val="20"/>
        </w:rPr>
        <w:t>32:06  kyunke aap ne aik aik gaaye ke bache ko to dekha hoga us ke pait se nikalte hue to aap kehte hain ke ye ye bachha jo hai isi gaaye ka is bache ki maa ye gaaye hai</w:t>
      </w:r>
      <w:r>
        <w:br/>
      </w:r>
      <w:r>
        <w:rPr>
          <w:sz w:val="20"/>
        </w:rPr>
        <w:t>32:18  to aik bache ko keh sakte hain aap bichhde ko us ki maa ye gaaye jo hai us ki maa hai apne aap ko aise kahenge aap apne aap ko aap ne khuda maa ke kisi lady ke pait se nikalte hue dekha nahi phir bhi aap ko himalaya par se bhi zyada aap ko yaqeen hai ke ye meri maa hai</w:t>
      </w:r>
      <w:r>
        <w:br/>
      </w:r>
      <w:r>
        <w:rPr>
          <w:sz w:val="20"/>
        </w:rPr>
        <w:t>32:41  kuch bhi kuch bhi kaha jaye ap ka jo conviction hai wo kabhi wo halay ga nahi</w:t>
      </w:r>
    </w:p>
    <w:p>
      <w:pPr>
        <w:pStyle w:val="Heading2"/>
      </w:pPr>
      <w:r>
        <w:t>Acquiring knowledge of God</w:t>
      </w:r>
    </w:p>
    <w:p>
      <w:r>
        <w:rPr>
          <w:color w:val="666666"/>
          <w:sz w:val="18"/>
        </w:rPr>
        <w:t>Remembering Maulana Wahiduddin Khan January 1, 2023 · 42s · at 54:54 · https://youtu.be/-NWNhYW850U?t=3294</w:t>
      </w:r>
    </w:p>
    <w:p>
      <w:r>
        <w:rPr>
          <w:i/>
        </w:rPr>
        <w:t>“Yahi criterion hai ki hum khuda ke marfat hasil karein”</w:t>
      </w:r>
    </w:p>
    <w:p>
      <w:r>
        <w:rPr>
          <w:sz w:val="20"/>
        </w:rPr>
        <w:t>54:54  yahi criterion hai ki hum khuda ke marfat hasil karen aur khuda ke marfat tabhi hasil hogi jab</w:t>
      </w:r>
      <w:r>
        <w:br/>
      </w:r>
      <w:r>
        <w:rPr>
          <w:sz w:val="20"/>
        </w:rPr>
        <w:t>55:01  hum bahut hi zyada dil ke sath hoda ki yaad karen, hoda ki jo spirit ke sath hoda</w:t>
      </w:r>
      <w:r>
        <w:br/>
      </w:r>
      <w:r>
        <w:rPr>
          <w:sz w:val="20"/>
        </w:rPr>
        <w:t>55:08  ki yeh vadat karen aur pure khuroos ke sath, khushu khuju ke sath tab hamein hoda ki marfat</w:t>
      </w:r>
      <w:r>
        <w:br/>
      </w:r>
      <w:r>
        <w:rPr>
          <w:sz w:val="20"/>
        </w:rPr>
        <w:t>55:15  hasil hogi aur khuda ki marfat hasil karne ke liye distraction se bachne ko bahut zyada maurana kehte</w:t>
      </w:r>
      <w:r>
        <w:br/>
      </w:r>
      <w:r>
        <w:rPr>
          <w:sz w:val="20"/>
        </w:rPr>
        <w:t>55:22  the ki hamein distraction se bachna hai kyunki jab tak hum concentrate nahin karenge kisi ek point par</w:t>
      </w:r>
      <w:r>
        <w:br/>
      </w:r>
      <w:r>
        <w:rPr>
          <w:sz w:val="20"/>
        </w:rPr>
        <w:t>55:29  tab tak hamein kuch hasil nahin hoga.</w:t>
      </w:r>
      <w:r>
        <w:br/>
      </w:r>
      <w:r>
        <w:rPr>
          <w:sz w:val="20"/>
        </w:rPr>
        <w:t>55:36  Toh hamein Khuda ki baaton par concentrate karna hai, Khuda ko yaad karna hai, apne har kaam Khuda ki marzi ke mutabiq karna hai. Tab hamein Khuda ki madad milegi aur Khuda ke farishton ki madad milegi. Tabhi hamare andar jo hai spirituality paida hogi aur hum Khuda ki marifat hamein hasil hogi aur tabhi hum Khuda ke deserving candidate banenge jannat mein jaane ke liye.</w:t>
      </w:r>
    </w:p>
    <w:p>
      <w:pPr>
        <w:pStyle w:val="Heading2"/>
      </w:pPr>
      <w:r>
        <w:t>Rabia Basri's parable on gratitude over complaint</w:t>
      </w:r>
    </w:p>
    <w:p>
      <w:r>
        <w:rPr>
          <w:color w:val="666666"/>
          <w:sz w:val="18"/>
        </w:rPr>
        <w:t>CPS Women Interaction 6 June 30, 2022 · 56s · at 36:42 · https://youtu.be/ZkEveN93vh8?t=2202</w:t>
      </w:r>
    </w:p>
    <w:p>
      <w:r>
        <w:rPr>
          <w:i/>
        </w:rPr>
        <w:t>“Rabia Basri dekhi ek aadmi apne sar par patti lagaye hue”</w:t>
      </w:r>
    </w:p>
    <w:p>
      <w:r>
        <w:rPr>
          <w:sz w:val="20"/>
        </w:rPr>
        <w:t>36:42  Main ek ek waaqya hai Raaviya Basri ek bahut badi sufiya guzri hain. Toh unhone unhone dekha ki ek aadmi apne sar par balai patti lagaye hue hai. Toh pucha ki yeh toh lagaye hue hai. Unhone kaha ki mere sar mein dard ho raha hai. Toh aapne kaha ki ek din aap tumhare sar mein dard ho gaya toh bula ek patti laga liya aur rozana dard nahi hota tha toh shukriya ki patti nahi lagayi.</w:t>
      </w:r>
      <w:r>
        <w:br/>
      </w:r>
      <w:r>
        <w:rPr>
          <w:sz w:val="20"/>
        </w:rPr>
        <w:t>37:12  Toh bahut zyada badi cheez hai shukr. Aap shukr se aapka seena labrez rahega na toh yeh saari cheezein khud ba khud khatam ho jayengi. Toh main aapko apna woh de denge number. Ek ek baat jab jis waqt jo aapko problem aaye na toh usi baat aap mujhse puch lijiyega. Theek hai? Haan theek hai aapka. Main daily yeh para padh rahi hoon jab se kitaab mili hai na aapko mujhe.</w:t>
      </w:r>
      <w:r>
        <w:br/>
      </w:r>
      <w:r>
        <w:rPr>
          <w:sz w:val="20"/>
        </w:rPr>
        <w:t>37:38  Haan daily yeh para daily one times morning ka evening daily ek tehra padhti hoon kyunki padhne se zyada mujhe words laane ki wajah se woh behavior bhi change ho sakta hai. Kaun si kitaab padhi? Yeh Alarsala ka abhi May, June aaya na ma'am 2022. Baar baar baar padhiye. Maulana se koi kehta tha ek baar padha hai tab baane ka aapne nahi Risala padha.</w:t>
      </w:r>
    </w:p>
    <w:p>
      <w:pPr>
        <w:pStyle w:val="Heading2"/>
      </w:pPr>
      <w:r>
        <w:t>Quran is not strange news</w:t>
      </w:r>
    </w:p>
    <w:p>
      <w:r>
        <w:rPr>
          <w:color w:val="666666"/>
          <w:sz w:val="18"/>
        </w:rPr>
        <w:t>Missing Pair of Our World | May 7, 2007 · 30s · at 2:47 · https://youtu.be/debZDQerew0?t=167</w:t>
      </w:r>
    </w:p>
    <w:p>
      <w:r>
        <w:rPr>
          <w:i/>
        </w:rPr>
        <w:t>“So if you read the Quran, it is not strange news.”</w:t>
      </w:r>
    </w:p>
    <w:p>
      <w:r>
        <w:rPr>
          <w:sz w:val="20"/>
        </w:rPr>
        <w:t>2:47  This and that.</w:t>
      </w:r>
      <w:r>
        <w:br/>
      </w:r>
      <w:r>
        <w:rPr>
          <w:sz w:val="20"/>
        </w:rPr>
        <w:t>2:57  So if you read the Quran, it is not strange news.</w:t>
      </w:r>
      <w:r>
        <w:br/>
      </w:r>
      <w:r>
        <w:rPr>
          <w:sz w:val="20"/>
        </w:rPr>
        <w:t>3:07  It is natural news because you know, Quran is the word of God.</w:t>
      </w:r>
    </w:p>
    <w:p>
      <w:pPr>
        <w:pStyle w:val="Heading2"/>
      </w:pPr>
      <w:r>
        <w:t>Why philosophy and science both fail as sources of truth</w:t>
      </w:r>
    </w:p>
    <w:p>
      <w:r>
        <w:rPr>
          <w:color w:val="666666"/>
          <w:sz w:val="18"/>
        </w:rPr>
        <w:t>The Creation Plan of God January 4, 2007 Maulana Wahiduddin Khan · 5m 57s · at 24:53 · https://youtu.be/KNQtOQeLgTQ?t=1493</w:t>
      </w:r>
    </w:p>
    <w:p>
      <w:r>
        <w:rPr>
          <w:i/>
        </w:rPr>
        <w:t>“Philosophy cannot give us any answer in this matter”</w:t>
      </w:r>
    </w:p>
    <w:p>
      <w:r>
        <w:rPr>
          <w:sz w:val="20"/>
        </w:rPr>
        <w:t>24:53  ab aap dekhiye, philosophy hum ko is mamle mein koi answer nahi de sakti. kyun? philosophy ki history kam az kam five thousand years tak jati hai.</w:t>
      </w:r>
      <w:r>
        <w:br/>
      </w:r>
      <w:r>
        <w:rPr>
          <w:sz w:val="20"/>
        </w:rPr>
        <w:t>25:06  kam az kam. is beech mein itne philosophers hue hain.</w:t>
      </w:r>
      <w:r>
        <w:br/>
      </w:r>
      <w:r>
        <w:rPr>
          <w:sz w:val="20"/>
        </w:rPr>
        <w:t>25:11  kisi philosopher ko koi philosopher aisa nahi hua jo conviction ke sath bol sake. koi philosopher nahi jo conviction ke sath bol sake.</w:t>
      </w:r>
      <w:r>
        <w:br/>
      </w:r>
      <w:r>
        <w:rPr>
          <w:sz w:val="20"/>
        </w:rPr>
        <w:t>25:23  sare philosophers jo hain, woh jeete rahe kis mein? doubts mein. doubts mein, doubts mein, doubts mein. o mar gaye woh.</w:t>
      </w:r>
      <w:r>
        <w:br/>
      </w:r>
      <w:r>
        <w:rPr>
          <w:sz w:val="20"/>
        </w:rPr>
        <w:t>25:35  to there philosophers were doubts rather than philosophers of conviction</w:t>
      </w:r>
      <w:r>
        <w:br/>
      </w:r>
      <w:r>
        <w:rPr>
          <w:sz w:val="20"/>
        </w:rPr>
        <w:t>25:41  all those philosophers were philosophers of doubts rather than philosophers of conviction isi liye jab aap philosophy ko parhte hain to wahan aap ko kya milta hai?</w:t>
      </w:r>
      <w:r>
        <w:br/>
      </w:r>
      <w:r>
        <w:rPr>
          <w:sz w:val="20"/>
        </w:rPr>
        <w:t>25:54  confusion milta hai. aur kuch nahi.</w:t>
      </w:r>
      <w:r>
        <w:br/>
      </w:r>
      <w:r>
        <w:rPr>
          <w:sz w:val="20"/>
        </w:rPr>
        <w:t>26:01  ek European scholar ne likha hai Bert Russell ke baray mein</w:t>
      </w:r>
      <w:r>
        <w:br/>
      </w:r>
      <w:r>
        <w:rPr>
          <w:sz w:val="20"/>
        </w:rPr>
        <w:t>26:06  . aap jante hain ke Bert Russell bohat bara philosopher tha. British philosopher. to us ke baray mein likha hai ke Bert Russell was a philosopher of no philosophy ke Bert Russell ka koi falsafa nahi tha.</w:t>
      </w:r>
      <w:r>
        <w:br/>
      </w:r>
      <w:r>
        <w:rPr>
          <w:sz w:val="20"/>
        </w:rPr>
        <w:t>26:23  woh philosopher of no philosophy tha. mein kehta hoon ke sare philosophers ka case yahi hai. all the philosophers were philosophers of no philosophy</w:t>
      </w:r>
      <w:r>
        <w:br/>
      </w:r>
      <w:r>
        <w:rPr>
          <w:sz w:val="20"/>
        </w:rPr>
        <w:t>26:35  kyunke jab woh conviction ke sath bolne ki position mein nahi hain, jab koi aisa system nahi bana paye woh jis par agreement ho doosre philosophers ka.</w:t>
      </w:r>
      <w:r>
        <w:br/>
      </w:r>
      <w:r>
        <w:rPr>
          <w:sz w:val="20"/>
        </w:rPr>
        <w:t>26:49  har aadmi alag alag boli bol raha hai. to kaise hum aap wahan par us ko point of reference banayenge?</w:t>
      </w:r>
      <w:r>
        <w:br/>
      </w:r>
      <w:r>
        <w:rPr>
          <w:sz w:val="20"/>
        </w:rPr>
        <w:t>26:59  for example, ek zamanay mein yeh behas thi ke kya hum prove kar sakte hain ke hum hain?</w:t>
      </w:r>
      <w:r>
        <w:br/>
      </w:r>
      <w:r>
        <w:rPr>
          <w:sz w:val="20"/>
        </w:rPr>
        <w:t>27:05  yani insan ka wajood hai, insan hai. kya is ka koi proof diya ja sakta hai? to bari behasain huin. bari behasain huin.</w:t>
      </w:r>
      <w:r>
        <w:br/>
      </w:r>
      <w:r>
        <w:rPr>
          <w:sz w:val="20"/>
        </w:rPr>
        <w:t>27:14  yahan tak ke Descartes jo bohat bara philosopher tha, us ne kaha ke haan, is ka ek proof hai. to us ne proof yeh diya ke I think therefore I exist mein sochta hoon, is liye mein hoon.</w:t>
      </w:r>
      <w:r>
        <w:br/>
      </w:r>
      <w:r>
        <w:rPr>
          <w:sz w:val="20"/>
        </w:rPr>
        <w:t>27:32  I think therefore I exist to doosre philosophers ne kya kaha? nahi, yeh koi proof nahi hai. yeh ke thinking tumhara subjective function hai.</w:t>
      </w:r>
      <w:r>
        <w:br/>
      </w:r>
      <w:r>
        <w:rPr>
          <w:sz w:val="20"/>
        </w:rPr>
        <w:t>27:45  thinking jo hai, woh ek subjective cheez hai. woh proof kaise banayega? proof to objective hona chahiye.</w:t>
      </w:r>
      <w:r>
        <w:br/>
      </w:r>
      <w:r>
        <w:rPr>
          <w:sz w:val="20"/>
        </w:rPr>
        <w:t>27:54  yani proof woh hai jo objective ho. aur thinking ek subjective fe'l hai. to tum kehte ho ke I think therefore I exist to tum ne subjective proof diya.</w:t>
      </w:r>
      <w:r>
        <w:br/>
      </w:r>
      <w:r>
        <w:rPr>
          <w:sz w:val="20"/>
        </w:rPr>
        <w:t>28:08  aur hamein jo chahiye, woh objective proof chahiye. to woh bhi nahi hua. to philosophy yeh bhi sabit nahi kar saki ke mein hoon.</w:t>
      </w:r>
      <w:r>
        <w:br/>
      </w:r>
      <w:r>
        <w:rPr>
          <w:sz w:val="20"/>
        </w:rPr>
        <w:t>28:16  insan hai. yani philosophers khud apne wajood ka bhi proof nahi de sake.</w:t>
      </w:r>
      <w:r>
        <w:br/>
      </w:r>
      <w:r>
        <w:rPr>
          <w:sz w:val="20"/>
        </w:rPr>
        <w:t>28:23  khud apne. yani ek philosopher apna wajood hai, is ka. woh exist karta hai. is ka proof bhi philosophical term mein nahi diya sake.</w:t>
      </w:r>
      <w:r>
        <w:br/>
      </w:r>
      <w:r>
        <w:rPr>
          <w:sz w:val="20"/>
        </w:rPr>
        <w:t>28:34  to aap bataiye ke philosophy kaise point of reference ban sakti hai is moamlay mein? nahi ban sakti.</w:t>
      </w:r>
      <w:r>
        <w:br/>
      </w:r>
      <w:r>
        <w:rPr>
          <w:sz w:val="20"/>
        </w:rPr>
        <w:t>28:45  ab dekhiye ke jab philosophy ke baad aata hai doosra number s</w:t>
      </w:r>
      <w:r>
        <w:br/>
      </w:r>
      <w:r>
        <w:rPr>
          <w:sz w:val="20"/>
        </w:rPr>
        <w:t>28:50  cience ka. science se meri murad hai exact science. yani jis ko kehte hain mathematical science ya experimental science. jis ko kehte hain exact science.</w:t>
      </w:r>
      <w:r>
        <w:br/>
      </w:r>
      <w:r>
        <w:rPr>
          <w:sz w:val="20"/>
        </w:rPr>
        <w:t>29:00  is se meri murad hai. to aap dekhiye, science ne kya kiya? science ne khud hi yeh keh diya, yeh declare kar diya ke science gives us but a partial knowledge of reality yani science ne khud hi ailan kar diya ke hum phool ki chemistry to bata sakte hain.</w:t>
      </w:r>
      <w:r>
        <w:br/>
      </w:r>
      <w:r>
        <w:rPr>
          <w:sz w:val="20"/>
        </w:rPr>
        <w:t>29:17  phool ki khushboo ke baray mein hamein kuch pata nahi.</w:t>
      </w:r>
      <w:r>
        <w:br/>
      </w:r>
      <w:r>
        <w:rPr>
          <w:sz w:val="20"/>
        </w:rPr>
        <w:t>29:22  science khud hi yeh keh rahi hai ke cheezon ki quality ke baray mein hamein koi knowledge nahi hai. cheezon ki chemistry ke baray mein hamein knowledge hai, woh hum bata sakte hain aap ko.</w:t>
      </w:r>
      <w:r>
        <w:br/>
      </w:r>
      <w:r>
        <w:rPr>
          <w:sz w:val="20"/>
        </w:rPr>
        <w:t>29:33  toh is baray mein science pehle hi qadam par is baat ka inkar kar rahi hai ke woh point of reference ban sakti hai.</w:t>
      </w:r>
      <w:r>
        <w:br/>
      </w:r>
      <w:r>
        <w:rPr>
          <w:sz w:val="20"/>
        </w:rPr>
        <w:t>29:42  aap sochiye ke hamein zindagi ka masla janna hai. ke creation plan janna hai. purpose of life janna hai. life and death ko janna hai.</w:t>
      </w:r>
      <w:r>
        <w:br/>
      </w:r>
      <w:r>
        <w:rPr>
          <w:sz w:val="20"/>
        </w:rPr>
        <w:t>29:53  toh aisa discipline jis ke paas sirf partial knowledge ho, woh kaise hamare liye zariya ban sakta hai? woh kaise hamare liye source ban sakta hai?</w:t>
      </w:r>
      <w:r>
        <w:br/>
      </w:r>
      <w:r>
        <w:rPr>
          <w:sz w:val="20"/>
        </w:rPr>
        <w:t>30:03  kaise hamare liye point of reference ban sakta hai?</w:t>
      </w:r>
      <w:r>
        <w:br/>
      </w:r>
      <w:r>
        <w:rPr>
          <w:sz w:val="20"/>
        </w:rPr>
        <w:t>30:09  isi liye aik aik scientist ne, doctor Alexis Carrel, aik scientist tha, us ne kitaab likhi Man the Unknown</w:t>
      </w:r>
      <w:r>
        <w:br/>
      </w:r>
      <w:r>
        <w:rPr>
          <w:sz w:val="20"/>
        </w:rPr>
        <w:t>30:22  yaani aik taraf toh kitaab woh likhi ja rahi thi ke Nature the Known jo discover kiya logon ne, us ko kitaabein likh rahe the log.</w:t>
      </w:r>
      <w:r>
        <w:br/>
      </w:r>
      <w:r>
        <w:rPr>
          <w:sz w:val="20"/>
        </w:rPr>
        <w:t>30:32  toh nature ko unhon ne jaan liya. lekin insaan ke baray mein woh keh raha hai ke insaan lamaloom hai.</w:t>
      </w:r>
      <w:r>
        <w:br/>
      </w:r>
      <w:r>
        <w:rPr>
          <w:sz w:val="20"/>
        </w:rPr>
        <w:t>30:40  insaan ke baray mein hum kuch nahi jante. Man the Unknown ka mamla hai yahan par. toh science bhi is mamle mein dekhiye, point of reference nahi ban sakti.</w:t>
      </w:r>
    </w:p>
    <w:p>
      <w:pPr>
        <w:pStyle w:val="Heading2"/>
      </w:pPr>
      <w:r>
        <w:t>Full story: Scotland referendum and the Quranic principle of tawassum</w:t>
      </w:r>
    </w:p>
    <w:p>
      <w:r>
        <w:rPr>
          <w:color w:val="666666"/>
          <w:sz w:val="18"/>
        </w:rPr>
        <w:t>The Lesson of History September 21, 2014 · 4m 31s · at 0:43 · https://youtu.be/aMVHLKMkhcQ?t=43</w:t>
      </w:r>
    </w:p>
    <w:p>
      <w:r>
        <w:rPr>
          <w:i/>
        </w:rPr>
        <w:t>“Aaj ka topic hai: tareekh ka sabak”</w:t>
      </w:r>
    </w:p>
    <w:p>
      <w:r>
        <w:rPr>
          <w:sz w:val="20"/>
        </w:rPr>
        <w:t>0:43  aaj ka topic hai: tareekh ka sabaq. aap jante hain keh kal ke akhbaron mein ek bahut badi khabar thi:</w:t>
      </w:r>
      <w:r>
        <w:br/>
      </w:r>
      <w:r>
        <w:rPr>
          <w:sz w:val="20"/>
        </w:rPr>
        <w:t>0:58  Scotland aur England 300 saal se ek doosre ka hissa the, wahid mulk bane hue the.</w:t>
      </w:r>
      <w:r>
        <w:br/>
      </w:r>
      <w:r>
        <w:rPr>
          <w:sz w:val="20"/>
        </w:rPr>
        <w:t>1:12  to lekin dono ke darmiyan ikhtilafat paida hue, aur chalte rahe, chalte rahe, yahan tak keh yeh tay kiya gaya keh referendum ho.</w:t>
      </w:r>
      <w:r>
        <w:br/>
      </w:r>
      <w:r>
        <w:rPr>
          <w:sz w:val="20"/>
        </w:rPr>
        <w:t>1:25  referendum ke zariye se tay kiya jaye keh yeh dono ki unity baqi rahe ya dono ko split kar diya jaye.</w:t>
      </w:r>
      <w:r>
        <w:br/>
      </w:r>
      <w:r>
        <w:rPr>
          <w:sz w:val="20"/>
        </w:rPr>
        <w:t>1:36  to</w:t>
      </w:r>
      <w:r>
        <w:br/>
      </w:r>
      <w:r>
        <w:rPr>
          <w:sz w:val="20"/>
        </w:rPr>
        <w:t>1:37  kal ke akhbaron mein is ka result aaya. jaisa keh aap jante hain keh Scotland ke 55 feesad logon ne ittehad ke haq mein vote diya,</w:t>
      </w:r>
      <w:r>
        <w:br/>
      </w:r>
      <w:r>
        <w:rPr>
          <w:sz w:val="20"/>
        </w:rPr>
        <w:t>1:58  aur 45 feesad logon ne yeh vote diya ke dono ko alag kar diya jaye.</w:t>
      </w:r>
      <w:r>
        <w:br/>
      </w:r>
      <w:r>
        <w:rPr>
          <w:sz w:val="20"/>
        </w:rPr>
        <w:t>2:05  to chounke aap jante hain ke yeh democracy ka zamana hai, aur democracy mein majority se faisla hota hai, to majority ke usool par yeh tay hua ke ittehad ko baqi rakha jaye.</w:t>
      </w:r>
      <w:r>
        <w:br/>
      </w:r>
      <w:r>
        <w:rPr>
          <w:sz w:val="20"/>
        </w:rPr>
        <w:t>2:24  jaisa ke mein aksar aap se kehta rehta hoon ke is Quran mein ek bohat hi bara principle diya gaya hai: tosam.</w:t>
      </w:r>
      <w:r>
        <w:br/>
      </w:r>
      <w:r>
        <w:rPr>
          <w:sz w:val="20"/>
        </w:rPr>
        <w:t>2:34  tosam ko mein samjhaon ke iska matlab wahi hai jo kehte hain trigger hona, mind ka trigger ho jana. to waqiat jo paish aate hain woh aap ke mind ko trigger kar sakte hain, agar aap ka mind developed hai.</w:t>
      </w:r>
      <w:r>
        <w:br/>
      </w:r>
      <w:r>
        <w:rPr>
          <w:sz w:val="20"/>
        </w:rPr>
        <w:t>2:49  aur phir bari bari baatein samajh mein aati hain. bari bari baatein.</w:t>
      </w:r>
      <w:r>
        <w:br/>
      </w:r>
      <w:r>
        <w:rPr>
          <w:sz w:val="20"/>
        </w:rPr>
        <w:t>2:57  to mein sochne laga, ek comparison mere zehn mein aaya, comparison. yani secular world ka aur Muslim world ka.</w:t>
      </w:r>
      <w:r>
        <w:br/>
      </w:r>
      <w:r>
        <w:rPr>
          <w:sz w:val="20"/>
        </w:rPr>
        <w:t>3:08  comparison. secular world mein maine dekha ke bohat se waqiat aise hote hain ke log rethink karte hain.</w:t>
      </w:r>
      <w:r>
        <w:br/>
      </w:r>
      <w:r>
        <w:rPr>
          <w:sz w:val="20"/>
        </w:rPr>
        <w:t>3:20  Muslim world mein rethinking nahi hoti.</w:t>
      </w:r>
      <w:r>
        <w:br/>
      </w:r>
      <w:r>
        <w:rPr>
          <w:sz w:val="20"/>
        </w:rPr>
        <w:t>3:24  misalan dekhiye, Scotland mein itna 300 saal se chal raha tha yeh, lekin unhon ne rethink kiya ke hamare liye alag hone mein koi faida nahi hai,</w:t>
      </w:r>
      <w:r>
        <w:br/>
      </w:r>
      <w:r>
        <w:rPr>
          <w:sz w:val="20"/>
        </w:rPr>
        <w:t>3:39  ittehad mein faida hai. to rethink kar ke unhon ne ittehad ke haq mein faisla diya.</w:t>
      </w:r>
      <w:r>
        <w:br/>
      </w:r>
      <w:r>
        <w:rPr>
          <w:sz w:val="20"/>
        </w:rPr>
        <w:t>3:46  aise hi dekhiye, second world war ke baad Germany do hisse ho gaya tha, East Germany, West Germany. wahan bhi rethinking paida hui ke yeh mufeed nahi hai hamare nation ke liye.</w:t>
      </w:r>
      <w:r>
        <w:br/>
      </w:r>
      <w:r>
        <w:rPr>
          <w:sz w:val="20"/>
        </w:rPr>
        <w:t>4:02  to phir Germany dobara unite ho gaya, dono mil gaye.</w:t>
      </w:r>
      <w:r>
        <w:br/>
      </w:r>
      <w:r>
        <w:rPr>
          <w:sz w:val="20"/>
        </w:rPr>
        <w:t>4:10  aap dekhiye, yani Japan mein second world war se pehle bari militancy thi, unki soch jo thi bohat hi aksariyat wali soch thi.</w:t>
      </w:r>
      <w:r>
        <w:br/>
      </w:r>
      <w:r>
        <w:rPr>
          <w:sz w:val="20"/>
        </w:rPr>
        <w:t>4:24  lad gaye aur kya kya hua. lekin second world war ke baad unhon ne rethink kiya, aur faisla kiya ke nahi, chodo militancy ko, ab hamein peaceful tareeqe se kaam karna hai.</w:t>
      </w:r>
      <w:r>
        <w:br/>
      </w:r>
      <w:r>
        <w:rPr>
          <w:sz w:val="20"/>
        </w:rPr>
        <w:t>4:39  chote paimane par aap ne Punjab mein dekha ke Sikh state ka mutalba wahan hua, India se alag ho kar.</w:t>
      </w:r>
      <w:r>
        <w:br/>
      </w:r>
      <w:r>
        <w:rPr>
          <w:sz w:val="20"/>
        </w:rPr>
        <w:t>4:50  lekin unhon ne dekha ke Sikh state to hamara koi faida is mein nahi, nuksan hai hamein. to Sikh state ko unhon ne chhod diya. ab woh India ka hissa hain.</w:t>
      </w:r>
      <w:r>
        <w:br/>
      </w:r>
      <w:r>
        <w:rPr>
          <w:sz w:val="20"/>
        </w:rPr>
        <w:t>5:00  to is tarah ke waqiat bajaye secular world mein bohat se nazar aate hain</w:t>
      </w:r>
      <w:r>
        <w:br/>
      </w:r>
      <w:r>
        <w:rPr>
          <w:sz w:val="20"/>
        </w:rPr>
        <w:t>5:05  ke logon ne rethink kiya. lekin Muslim dunya mein rethink nahi hoti.</w:t>
      </w:r>
    </w:p>
    <w:p>
      <w:pPr>
        <w:pStyle w:val="Heading2"/>
      </w:pPr>
      <w:r>
        <w:t>No intermediary stands between you and God</w:t>
      </w:r>
    </w:p>
    <w:p>
      <w:r>
        <w:rPr>
          <w:color w:val="666666"/>
          <w:sz w:val="18"/>
        </w:rPr>
        <w:t>Dars e Quran December 5, 2006 Maulana Wahiduddin Khan · 26s · at 1:28:49 · https://youtu.be/09Bs9GKXrL0?t=5329</w:t>
      </w:r>
    </w:p>
    <w:p>
      <w:r>
        <w:rPr>
          <w:i/>
        </w:rPr>
        <w:t>“خدا اور بندے کے بیچ میں کوئی وسیلہ نہیں ہے”</w:t>
      </w:r>
    </w:p>
    <w:p>
      <w:r>
        <w:rPr>
          <w:sz w:val="20"/>
        </w:rPr>
        <w:t>1:28:49  to aik deviation se kya hota hai? Khuda se door chala jata hai woh. ke Khuda to kehta hai ke mein tumharay qareeb hoon. "وجیب دعوت الداعی دادان".</w:t>
      </w:r>
      <w:r>
        <w:br/>
      </w:r>
      <w:r>
        <w:rPr>
          <w:sz w:val="20"/>
        </w:rPr>
        <w:t>1:29:02  "انی قریب اجیب دعوت الداعی دادان" ke mein to qareeb hoon tumhar</w:t>
      </w:r>
      <w:r>
        <w:br/>
      </w:r>
      <w:r>
        <w:rPr>
          <w:sz w:val="20"/>
        </w:rPr>
        <w:t>1:29:06  ay. jab pukaroge to tum us ko paoge. to Quran yeh aelan kar raha hai ke Khuda aur bande ke beech mein koi wasila nahi hai.</w:t>
      </w:r>
    </w:p>
    <w:p>
      <w:pPr>
        <w:pStyle w:val="Heading2"/>
      </w:pPr>
      <w:r>
        <w:t>Paradise is not fiction but reality</w:t>
      </w:r>
    </w:p>
    <w:p>
      <w:r>
        <w:rPr>
          <w:color w:val="666666"/>
          <w:sz w:val="18"/>
        </w:rPr>
        <w:t>The Road to Paradise December 30, 2012 Maulana Wahiduddin Khan · 1m 54s · at 0:39 · https://youtu.be/vUiaPsYF4Tk?t=39</w:t>
      </w:r>
    </w:p>
    <w:p>
      <w:r>
        <w:rPr>
          <w:i/>
        </w:rPr>
        <w:t>“Today's topic is Road to Paradise”</w:t>
      </w:r>
    </w:p>
    <w:p>
      <w:r>
        <w:rPr>
          <w:sz w:val="20"/>
        </w:rPr>
        <w:t>0:39  aaj ka topic hai "road to paradise", yani jannat ka rasta.</w:t>
      </w:r>
      <w:r>
        <w:br/>
      </w:r>
      <w:r>
        <w:rPr>
          <w:sz w:val="20"/>
        </w:rPr>
        <w:t>0:58  aap internet par check karen to aap ko sankaron kitaben milengi jin mein "paradise" ko title banaya gaya hai, balkeh shayad hazaron.</w:t>
      </w:r>
      <w:r>
        <w:br/>
      </w:r>
      <w:r>
        <w:rPr>
          <w:sz w:val="20"/>
        </w:rPr>
        <w:t>1:15  lekin yeh sari kitaben fiction ke roop mein likhi gayi hain.</w:t>
      </w:r>
      <w:r>
        <w:br/>
      </w:r>
      <w:r>
        <w:rPr>
          <w:sz w:val="20"/>
        </w:rPr>
        <w:t>1:23  log "paradise" ko ek fiction samajhte hain, fiction ki cheez.</w:t>
      </w:r>
      <w:r>
        <w:br/>
      </w:r>
      <w:r>
        <w:rPr>
          <w:sz w:val="20"/>
        </w:rPr>
        <w:t>1:35  mirza ghalib ne kaha tha: "hum ko maloom hai jannat ki haqeeqat, lekin dil ke behlane ko ghalib yeh khayal acha hai." isi tarah ki baat sabhi log kehte rahe hain.</w:t>
      </w:r>
      <w:r>
        <w:br/>
      </w:r>
      <w:r>
        <w:rPr>
          <w:sz w:val="20"/>
        </w:rPr>
        <w:t>1:54  ek philosopher ne kaha tha ke "paradise" ke bare mein ke "beautiful idealization of human wishes".</w:t>
      </w:r>
      <w:r>
        <w:br/>
      </w:r>
      <w:r>
        <w:rPr>
          <w:sz w:val="20"/>
        </w:rPr>
        <w:t>2:07  beautiful idealization of human wishes. lekin sahi baat yeh hai ke jannat jo hai woh "beautiful realization of human wishes" hai.</w:t>
      </w:r>
      <w:r>
        <w:br/>
      </w:r>
      <w:r>
        <w:rPr>
          <w:sz w:val="20"/>
        </w:rPr>
        <w:t>2:22  yani insan ke dil mein jo desires hain, jo tamannayen hain, yeh ek perfect world mein jeene ka basa hua hai iske andar.</w:t>
      </w:r>
    </w:p>
    <w:p>
      <w:pPr>
        <w:pStyle w:val="Heading2"/>
      </w:pPr>
      <w:r>
        <w:t>Talk's title and Quran's tree parable explained</w:t>
      </w:r>
    </w:p>
    <w:p>
      <w:r>
        <w:rPr>
          <w:color w:val="666666"/>
          <w:sz w:val="18"/>
        </w:rPr>
        <w:t>Mumin is Like A Tree April 11, 2007 · 2m 05s · at 0:26 · https://youtu.be/wfkqgwkgQzs?t=26</w:t>
      </w:r>
    </w:p>
    <w:p>
      <w:r>
        <w:rPr>
          <w:i/>
        </w:rPr>
        <w:t>“The title for the present talk is 'A Momin is like a Tree'”</w:t>
      </w:r>
    </w:p>
    <w:p>
      <w:r>
        <w:rPr>
          <w:sz w:val="20"/>
        </w:rPr>
        <w:t>0:26  The title for the present talk is "A believer is like a tree".</w:t>
      </w:r>
      <w:r>
        <w:br/>
      </w:r>
      <w:r>
        <w:rPr>
          <w:sz w:val="20"/>
        </w:rPr>
        <w:t>0:44  This title is derived from a verse of the Quran.</w:t>
      </w:r>
      <w:r>
        <w:br/>
      </w:r>
      <w:r>
        <w:rPr>
          <w:sz w:val="20"/>
        </w:rPr>
        <w:t>0:52  In the chapter number 14 of the Quran,</w:t>
      </w:r>
      <w:r>
        <w:br/>
      </w:r>
      <w:r>
        <w:rPr>
          <w:sz w:val="20"/>
        </w:rPr>
        <w:t>1:03  in the verse 24-25, the Quran says: "Alam tara kaifa darab Allahu mathalan kalimatan tayyibatan kashajaratin tayyibatin asluha thabitun wa faruha fis samai tuti ukulaha kulla hinin bi idhni rabbiha".</w:t>
      </w:r>
      <w:r>
        <w:br/>
      </w:r>
      <w:r>
        <w:rPr>
          <w:sz w:val="20"/>
        </w:rPr>
        <w:t>1:24  a fazalika yadribullahul amthala la'allahum yatafakkarun" . it means that</w:t>
      </w:r>
      <w:r>
        <w:br/>
      </w:r>
      <w:r>
        <w:rPr>
          <w:sz w:val="20"/>
        </w:rPr>
        <w:t>1:32  da example of a true believer, momin are true believer, is that he is like a tree,</w:t>
      </w:r>
      <w:r>
        <w:br/>
      </w:r>
      <w:r>
        <w:rPr>
          <w:sz w:val="20"/>
        </w:rPr>
        <w:t>1:49  like a healthy tree.</w:t>
      </w:r>
      <w:r>
        <w:br/>
      </w:r>
      <w:r>
        <w:rPr>
          <w:sz w:val="20"/>
        </w:rPr>
        <w:t>1:55  its roots are firm in the earth, and its branches are in the heaven.</w:t>
      </w:r>
      <w:r>
        <w:br/>
      </w:r>
      <w:r>
        <w:rPr>
          <w:sz w:val="20"/>
        </w:rPr>
        <w:t>2:10  it gives its fruit at all times.</w:t>
      </w:r>
      <w:r>
        <w:br/>
      </w:r>
      <w:r>
        <w:rPr>
          <w:sz w:val="20"/>
        </w:rPr>
        <w:t>2:18  this is a parable for those who try to reflect.</w:t>
      </w:r>
    </w:p>
    <w:p>
      <w:pPr>
        <w:pStyle w:val="Heading2"/>
      </w:pPr>
      <w:r>
        <w:t>Shaytan constantly distracts from God</w:t>
      </w:r>
    </w:p>
    <w:p>
      <w:r>
        <w:rPr>
          <w:color w:val="666666"/>
          <w:sz w:val="18"/>
        </w:rPr>
        <w:t>Q&amp;A 04 Oct 2009, Maulana Wahiduddin Khan · 44s · at 9:58 · https://youtu.be/xPBNozEQRJM?t=598</w:t>
      </w:r>
    </w:p>
    <w:p>
      <w:r>
        <w:rPr>
          <w:i/>
        </w:rPr>
        <w:t>“Yeh to shaitan 24 ghante bhagata hai”</w:t>
      </w:r>
    </w:p>
    <w:p>
      <w:r>
        <w:rPr>
          <w:sz w:val="20"/>
        </w:rPr>
        <w:t>9:58  yeh to shaitan 24 ghante bhagata hai. yeh to karta hai shaitan.</w:t>
      </w:r>
      <w:r>
        <w:br/>
      </w:r>
      <w:r>
        <w:rPr>
          <w:sz w:val="20"/>
        </w:rPr>
        <w:t>10:07  shaitan yahi karta hai har waqt. 24 ghante shaitan aap ko bhagata rehta hai ke bhagata kya hai? ke glass tumhare paise se market se khareeda hai, pani to government supply kar rahi hai,</w:t>
      </w:r>
      <w:r>
        <w:br/>
      </w:r>
      <w:r>
        <w:rPr>
          <w:sz w:val="20"/>
        </w:rPr>
        <w:t>10:21  yeh to falan factory bana hai. to shaitan jo hai, us ko attribute karta rehta hai</w:t>
      </w:r>
      <w:r>
        <w:br/>
      </w:r>
      <w:r>
        <w:rPr>
          <w:sz w:val="20"/>
        </w:rPr>
        <w:t>10:26  Khuda ke siwa kisi aur taraf. woh jo Quran mein hai na, woh us ke baad ke otith alameen di ke cheezon ko apni taraf mansoob kar lena, bajaye Khuda ke mansoob karne ke.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