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hadith · full transcripts with timestamps · exported 2026-09-21</w:t>
      </w:r>
    </w:p>
    <w:p>
      <w:pPr>
        <w:pStyle w:val="Heading2"/>
      </w:pPr>
      <w:r>
        <w:t>God made the sparrow a parable: live without complaint</w:t>
      </w:r>
    </w:p>
    <w:p>
      <w:r>
        <w:rPr>
          <w:color w:val="666666"/>
          <w:sz w:val="18"/>
        </w:rPr>
        <w:t>Bird Culture March 6, 2014 Maulana Wahiduddin Khan · 30s · at 6:05 · https://youtu.be/zLSCXGvTJ9A?t=365</w:t>
      </w:r>
    </w:p>
    <w:p>
      <w:r>
        <w:rPr>
          <w:i/>
        </w:rPr>
        <w:t>“Chiriya ko Allah ne insan ke liye misaal banaya”</w:t>
      </w:r>
    </w:p>
    <w:p>
      <w:r>
        <w:rPr>
          <w:sz w:val="20"/>
        </w:rPr>
        <w:t>6:05  to chidiya ko chidiya ki shakal mein Allah ne ek misal qaim ki hai insaan ke liye.</w:t>
      </w:r>
      <w:r>
        <w:br/>
      </w:r>
      <w:r>
        <w:rPr>
          <w:sz w:val="20"/>
        </w:rPr>
        <w:t>6:20  chidiya insaan nahi hoti, lekin is ki zindagi mein insaan ke liye ek misal hai.</w:t>
      </w:r>
      <w:r>
        <w:br/>
      </w:r>
      <w:r>
        <w:rPr>
          <w:sz w:val="20"/>
        </w:rPr>
        <w:t>6:25  woh yeh hai ke shikayat ke baghair jiyo, protest ke baghair jiyo, negative thinking ke baghair jiyo.</w:t>
      </w:r>
    </w:p>
    <w:p>
      <w:pPr>
        <w:pStyle w:val="Heading2"/>
      </w:pPr>
      <w:r>
        <w:t>Reluctant journey to Cyprus, hadith changes his mind</w:t>
      </w:r>
    </w:p>
    <w:p>
      <w:r>
        <w:rPr>
          <w:color w:val="666666"/>
          <w:sz w:val="18"/>
        </w:rPr>
        <w:t>Journey to a Mediterranean Island November 23, 2008 · 5m 20s · at 1:02 · https://youtu.be/uoOiuhWeSIQ?t=62</w:t>
      </w:r>
    </w:p>
    <w:p>
      <w:r>
        <w:rPr>
          <w:i/>
        </w:rPr>
        <w:t>“میری مراد ہے سائپرس سے، جس کو عربک میں قبرص کہتے ہیں”</w:t>
      </w:r>
    </w:p>
    <w:p>
      <w:r>
        <w:rPr>
          <w:sz w:val="20"/>
        </w:rPr>
        <w:t>1:02  meri murad hai Cyprus se, jis ko arabic mein Qubrus kehte hain.</w:t>
      </w:r>
      <w:r>
        <w:br/>
      </w:r>
      <w:r>
        <w:rPr>
          <w:sz w:val="20"/>
        </w:rPr>
        <w:t>1:10  yeh jazeera hai mediterranean mein,</w:t>
      </w:r>
      <w:r>
        <w:br/>
      </w:r>
      <w:r>
        <w:rPr>
          <w:sz w:val="20"/>
        </w:rPr>
        <w:t>1:15  Turkey ke paas, Europe ka hai, yani Europe ke continent ka ek jazeera. to wahan par ek international conference hui.</w:t>
      </w:r>
      <w:r>
        <w:br/>
      </w:r>
      <w:r>
        <w:rPr>
          <w:sz w:val="20"/>
        </w:rPr>
        <w:t>1:28  aamina hazir thay community of Sant'Egidio, jo Vatican ke sarparasti mein qaim hui hai, Rome mein.</w:t>
      </w:r>
      <w:r>
        <w:br/>
      </w:r>
      <w:r>
        <w:rPr>
          <w:sz w:val="20"/>
        </w:rPr>
        <w:t>1:42  to jab un ka invitation mila, is mein likha tha ke conference hogi Larnaca mein.</w:t>
      </w:r>
      <w:r>
        <w:br/>
      </w:r>
      <w:r>
        <w:rPr>
          <w:sz w:val="20"/>
        </w:rPr>
        <w:t>1:52  L A R N A C A. is waqt mein Larnaca se bilkul is se bekhabar tha.</w:t>
      </w:r>
      <w:r>
        <w:br/>
      </w:r>
      <w:r>
        <w:rPr>
          <w:sz w:val="20"/>
        </w:rPr>
        <w:t>2:05  mein janta nahi tha ke Larnaca kahan hai, kya hai. yeh naam mere liye bilkul unknown tha.</w:t>
      </w:r>
      <w:r>
        <w:br/>
      </w:r>
      <w:r>
        <w:rPr>
          <w:sz w:val="20"/>
        </w:rPr>
        <w:t>2:13  to mein</w:t>
      </w:r>
      <w:r>
        <w:br/>
      </w:r>
      <w:r>
        <w:rPr>
          <w:sz w:val="20"/>
        </w:rPr>
        <w:t>2:16  apne aap ko by nature bohat ziyada helpless samajhta hoon. helplessness meri nature mein interbon hai.</w:t>
      </w:r>
      <w:r>
        <w:br/>
      </w:r>
      <w:r>
        <w:rPr>
          <w:sz w:val="20"/>
        </w:rPr>
        <w:t>2:30  to ek aisi jagah jana jo mediterranean mein hai, jis ka naam bhi mujhe nahi pata, nayi jagah</w:t>
      </w:r>
      <w:r>
        <w:br/>
      </w:r>
      <w:r>
        <w:rPr>
          <w:sz w:val="20"/>
        </w:rPr>
        <w:t>2:40  . to mein I was reluctant to accept this invitation.</w:t>
      </w:r>
      <w:r>
        <w:br/>
      </w:r>
      <w:r>
        <w:rPr>
          <w:sz w:val="20"/>
        </w:rPr>
        <w:t>2:50  bilkul mere dil mein yahi tha ke mein yeh nahi jana hai. pata nahi kya wahan hoga, kya nahi hoga, koi jangla hai ke kya hai. bilkul at the last, jis ko kehte hain at the eleventh hour, kuch aisa hua ke mujhe is ko confirm karna pada.</w:t>
      </w:r>
      <w:r>
        <w:br/>
      </w:r>
      <w:r>
        <w:rPr>
          <w:sz w:val="20"/>
        </w:rPr>
        <w:t>3:09  aur phir hum teen aadmi wahan gaye. mein tha, Maulana Zikwan Nadvi thay, Mr. Rajat Malhotra.</w:t>
      </w:r>
      <w:r>
        <w:br/>
      </w:r>
      <w:r>
        <w:rPr>
          <w:sz w:val="20"/>
        </w:rPr>
        <w:t>3:21  to</w:t>
      </w:r>
      <w:r>
        <w:br/>
      </w:r>
      <w:r>
        <w:rPr>
          <w:sz w:val="20"/>
        </w:rPr>
        <w:t>3:25  aakhir mein jis cheez ne mujhe jane par tayyar kiya, woh tha ek riwayat jo hadith mein aayi hai.</w:t>
      </w:r>
      <w:r>
        <w:br/>
      </w:r>
      <w:r>
        <w:rPr>
          <w:sz w:val="20"/>
        </w:rPr>
        <w:t>3:35  woh mein bataunga aap ko detail mein, inshallah. ke ek sahabi khatoon safar karengi is jazeere tak.</w:t>
      </w:r>
      <w:r>
        <w:br/>
      </w:r>
      <w:r>
        <w:rPr>
          <w:sz w:val="20"/>
        </w:rPr>
        <w:t>3:46  toh khwab dekha tha rasool Allah salallahu alaihi wasallam ne. toh ek baar dekha, do baar khwab dekha. pehli baar khwab dekha toh jab aap ne khwab bayan kiya toh sahabi khatoon ne kaha ke aap dua karein ke mein bhi is jamaat mein reh</w:t>
      </w:r>
      <w:r>
        <w:br/>
      </w:r>
      <w:r>
        <w:rPr>
          <w:sz w:val="20"/>
        </w:rPr>
        <w:t>4:03  oon. toh aap ne kaha ke tum is jamaat mein ho. phir dobara khwab dekha aap ne. toh phir aap ne bataya toh unhone kaha ke aap dua kijiye ke mein is mein bhi reh</w:t>
      </w:r>
      <w:r>
        <w:br/>
      </w:r>
      <w:r>
        <w:rPr>
          <w:sz w:val="20"/>
        </w:rPr>
        <w:t>4:13  oon. toh aap ne kaha ke nahin. tum first group mein ho lekin second group mein tum nahin ho. aur is ke bare mein hadith mein aaya hai ke woh log jo jayenge wahan, kalamaluk ala sirrah,</w:t>
      </w:r>
      <w:r>
        <w:br/>
      </w:r>
      <w:r>
        <w:rPr>
          <w:sz w:val="20"/>
        </w:rPr>
        <w:t>4:28  kalamaluk ala sirrah. yaani like like the kings seated on thrones.</w:t>
      </w:r>
      <w:r>
        <w:br/>
      </w:r>
      <w:r>
        <w:rPr>
          <w:sz w:val="20"/>
        </w:rPr>
        <w:t>4:42  takht par baithe hue badshahon ki tarah. toh jannat ka safar ek royal journey ke zariye yeh ek ajeeb ghareeb ek ek dream tha mere liye ke shayad yeh good tidings jo hai woh woh hamare group par bhi saadiq aa jaye.</w:t>
      </w:r>
      <w:r>
        <w:br/>
      </w:r>
      <w:r>
        <w:rPr>
          <w:sz w:val="20"/>
        </w:rPr>
        <w:t>5:03  yaani is ek cheez ke siwa koi aur cheez hamare liye incentive nahin thi wahan jaane ke liye. kyunke bilkul lagta tha ke jangalon mein ja rahe hain, desert mein ja rahe hain, andhere mein chhalang laga rahe hain, kuch pata nahin tha.</w:t>
      </w:r>
      <w:r>
        <w:br/>
      </w:r>
      <w:r>
        <w:rPr>
          <w:sz w:val="20"/>
        </w:rPr>
        <w:t>5:16  lekin yeh jo hadith mein aaya hai ke woh kalamaluk ala sirrah honge aur woh jannat mein jayenge royal journey karte hue.</w:t>
      </w:r>
      <w:r>
        <w:br/>
      </w:r>
      <w:r>
        <w:rPr>
          <w:sz w:val="20"/>
        </w:rPr>
        <w:t>5:27  toh jo hadith mein aaya hai ke ana inda zanni abdi bi falayazunni bi khairan.</w:t>
      </w:r>
      <w:r>
        <w:br/>
      </w:r>
      <w:r>
        <w:rPr>
          <w:sz w:val="20"/>
        </w:rPr>
        <w:t>5:38  ek aur riwayat mein hai ke ana inda zanni abdi bi falayazunni bi ma shaa. toh mein ne socha ke shayad mein Allah se guman karoon, woh guman poora bhi ho jaye.</w:t>
      </w:r>
      <w:r>
        <w:br/>
      </w:r>
      <w:r>
        <w:rPr>
          <w:sz w:val="20"/>
        </w:rPr>
        <w:t>5:51  is tarah se mein wahan safar ke liye raazi hua.</w:t>
      </w:r>
      <w:r>
        <w:br/>
      </w:r>
      <w:r>
        <w:rPr>
          <w:sz w:val="20"/>
        </w:rPr>
        <w:t>5:56  jo dono sahaba mere saath gaye the, aap un se pooch sakte hain ke yeh hamare jo safar tha, sach much hi woh royal journey ban gaya.</w:t>
      </w:r>
      <w:r>
        <w:br/>
      </w:r>
      <w:r>
        <w:rPr>
          <w:sz w:val="20"/>
        </w:rPr>
        <w:t>6:08  yahan se wahan tak jaana, wahan se lotna, bilkul ek itna royal safar tha yeh ke kabhi mein ne is se pehle aisa koi safar nahin kiya tha. bohat hi anokha safar tha yeh.</w:t>
      </w:r>
    </w:p>
    <w:p>
      <w:pPr>
        <w:pStyle w:val="Heading2"/>
      </w:pPr>
      <w:r>
        <w:t>Correct meaning of hadith exception not rule</w:t>
      </w:r>
    </w:p>
    <w:p>
      <w:r>
        <w:rPr>
          <w:color w:val="666666"/>
          <w:sz w:val="18"/>
        </w:rPr>
        <w:t>The Importance of Unity March 15, 2014 · 25s · at 5:57 · https://youtu.be/-xS-eK4zw-k?t=357</w:t>
      </w:r>
    </w:p>
    <w:p>
      <w:r>
        <w:rPr>
          <w:i/>
        </w:rPr>
        <w:t>“Sahi baat yeh hai ke is hadees ka sahi matlab yeh hai”</w:t>
      </w:r>
    </w:p>
    <w:p>
      <w:r>
        <w:rPr>
          <w:sz w:val="20"/>
        </w:rPr>
        <w:t>5:57  ke is hadith ka sahi matlab yeh hai ke aisa kabhi nahi hoga ke sare ke sare log zillat par aktha ho jayen.</w:t>
      </w:r>
      <w:r>
        <w:br/>
      </w:r>
      <w:r>
        <w:rPr>
          <w:sz w:val="20"/>
        </w:rPr>
        <w:t>6:09  kuch na kuch aise afraad honge jo zillat se bache hue honge.</w:t>
      </w:r>
      <w:r>
        <w:br/>
      </w:r>
      <w:r>
        <w:rPr>
          <w:sz w:val="20"/>
        </w:rPr>
        <w:t>6:17  is mein istithna par zor hai na ke umoom par.</w:t>
      </w:r>
    </w:p>
    <w:p>
      <w:pPr>
        <w:pStyle w:val="Heading2"/>
      </w:pPr>
      <w:r>
        <w:t>Spiritualism and materialism culminate</w:t>
      </w:r>
    </w:p>
    <w:p>
      <w:r>
        <w:rPr>
          <w:color w:val="666666"/>
          <w:sz w:val="18"/>
        </w:rPr>
        <w:t>Warnings of Doomsday February 4, 2007 · 1m 42s · at 1:40 · https://youtu.be/VT0BnPl_-zc?t=100</w:t>
      </w:r>
    </w:p>
    <w:p>
      <w:r>
        <w:rPr>
          <w:i/>
        </w:rPr>
        <w:t>“Main samajhta hoon ke yeh baat sahi nahi hai”</w:t>
      </w:r>
    </w:p>
    <w:p>
      <w:r>
        <w:rPr>
          <w:sz w:val="20"/>
        </w:rPr>
        <w:t>1:40  main samajhta hoon ke yeh baat sahi nahi hai. Sahi baat yeh hai ke Khuda ne jo banai yeh duniya, to is mein is tarah banaya Khuda ne ke ek taraf spiritualism hai aur doosri taraf materialism hai.</w:t>
      </w:r>
      <w:r>
        <w:br/>
      </w:r>
      <w:r>
        <w:rPr>
          <w:sz w:val="20"/>
        </w:rPr>
        <w:t>1:55  spiritualism se meri murad koi mysterious cheez nahi hai, yeh wohi cheez hai jis ko hum kehte hain Khuda ka bataya hua religion.</w:t>
      </w:r>
      <w:r>
        <w:br/>
      </w:r>
      <w:r>
        <w:rPr>
          <w:sz w:val="20"/>
        </w:rPr>
        <w:t>2:07  to yeh dono, dono yeh stream history mein chalte rahe hain kyunke duniya aap jante hain ke test ke liye hai.</w:t>
      </w:r>
      <w:r>
        <w:br/>
      </w:r>
      <w:r>
        <w:rPr>
          <w:sz w:val="20"/>
        </w:rPr>
        <w:t>2:19  to materialism ka jo culmination hai, isi ko kehte hain dajjal. Yani materialism ka represent karta hai Satan,</w:t>
      </w:r>
      <w:r>
        <w:br/>
      </w:r>
      <w:r>
        <w:rPr>
          <w:sz w:val="20"/>
        </w:rPr>
        <w:t>2:34  aur scientific era mein ya industrial era mein jo development hua, jo progress hui, aur available material barh gaya bohat zyada, to</w:t>
      </w:r>
      <w:r>
        <w:br/>
      </w:r>
      <w:r>
        <w:rPr>
          <w:sz w:val="20"/>
        </w:rPr>
        <w:t>2:50  naye naye possibilities samne aayin dono stream ke liye, dono ke liye. To dajjal jo hai, woh hoga culmination material culture ka,</w:t>
      </w:r>
      <w:r>
        <w:br/>
      </w:r>
      <w:r>
        <w:rPr>
          <w:sz w:val="20"/>
        </w:rPr>
        <w:t>3:07  aur mehdi jo hai, woh culmination hoga spiritual culture ka. Yeh main is se pehle arz kiya tha. To</w:t>
      </w:r>
    </w:p>
    <w:p>
      <w:pPr>
        <w:pStyle w:val="Heading2"/>
      </w:pPr>
      <w:r>
        <w:t>how jurists invented Dar-ul-Harb and killed da'wah's spirit</w:t>
      </w:r>
    </w:p>
    <w:p>
      <w:r>
        <w:rPr>
          <w:color w:val="666666"/>
          <w:sz w:val="18"/>
        </w:rPr>
        <w:t>History of Islamic Learning May 14, 2006 Part 2 · 5m 24s · at 21:05 · https://youtu.be/snrt_NRyjLI?t=1265</w:t>
      </w:r>
    </w:p>
    <w:p>
      <w:r>
        <w:rPr>
          <w:i/>
        </w:rPr>
        <w:t>“دنیا کو دارالحرب بتانا — ایک بہت بڑی انٹرپریٹیشن کی غلطی”</w:t>
      </w:r>
    </w:p>
    <w:p>
      <w:r>
        <w:rPr>
          <w:sz w:val="20"/>
        </w:rPr>
        <w:t>21:05  ek bohat bari interpretation ki ghalati hui, jo jis ka bohat nuqsan hua, woh hai dunya ko dar-ul-harb batana.</w:t>
      </w:r>
      <w:r>
        <w:br/>
      </w:r>
      <w:r>
        <w:rPr>
          <w:sz w:val="20"/>
        </w:rPr>
        <w:t>21:16  yani Abbasi period mein jo fiqh bani, us fiqh mein yeh unhon ne yeh kaha, jo dunya ki jo taqseem ki ke jahan Musalmanon ka rule hai, woh hai dar-ul-Islam, aur jahan non-muslim rehte hain, woh dar-ul-harb hai.</w:t>
      </w:r>
      <w:r>
        <w:br/>
      </w:r>
      <w:r>
        <w:rPr>
          <w:sz w:val="20"/>
        </w:rPr>
        <w:t>21:31  woh dar-ul-Islam o dar-ul-harb ka batwara kiya unhon ne. yeh kyun hua? yeh kahin Quran mein likha hua nahi tha, kahin Hadees mein Rasool Allah ne nahi bataya tha, hatta ke dar-ul-harb ka word hi use nahi hua hai Quran o Hadees mein.</w:t>
      </w:r>
      <w:r>
        <w:br/>
      </w:r>
      <w:r>
        <w:rPr>
          <w:sz w:val="20"/>
        </w:rPr>
        <w:t>21:47  yeh to pehli baar fuqaha ne istemal kiya. to chunke woh zamana jab ke yeh yeh jab ke yeh fiqh bani, yeh fiqh bani aap jante hain ke dedh sau saal baad, yani Abbasi period mein.</w:t>
      </w:r>
      <w:r>
        <w:br/>
      </w:r>
      <w:r>
        <w:rPr>
          <w:sz w:val="20"/>
        </w:rPr>
        <w:t>22:04  to Abbasi period mein kya tha? Musalmanon ka empire qaim tha, yani Asia aur Africa ke bohat bare raqbe mein un ka empire qaim tha, un ki saltanat.</w:t>
      </w:r>
      <w:r>
        <w:br/>
      </w:r>
      <w:r>
        <w:rPr>
          <w:sz w:val="20"/>
        </w:rPr>
        <w:t>22:17  to aap jante hain ke jab jab koi government, koi aisi saltanat banti hai, koi empire banta hai, to parosiyon se us ke kuch na kuch jhagde lage rehte hain, kuch na kuch ladaiyan hoti rehti hain.</w:t>
      </w:r>
      <w:r>
        <w:br/>
      </w:r>
      <w:r>
        <w:rPr>
          <w:sz w:val="20"/>
        </w:rPr>
        <w:t>22:28  yeh aam baat hai. jo bhi history mein koi empire bana hai, koi bari saltanat bani hai, to hamesha us ke sath yahi pesh aaya hai.</w:t>
      </w:r>
      <w:r>
        <w:br/>
      </w:r>
      <w:r>
        <w:rPr>
          <w:sz w:val="20"/>
        </w:rPr>
        <w:t>22:38  hamare India ke sath bhi aap jante hain ke is tarah ke, yani border ke jhagde hote rahe hain, aur abhi bhi jari hain.</w:t>
      </w:r>
      <w:r>
        <w:br/>
      </w:r>
      <w:r>
        <w:rPr>
          <w:sz w:val="20"/>
        </w:rPr>
        <w:t>22:46  to jab bhi koi empire banta hai, to us ke sath sath border ke logon se ladaiyan bhi aa jati hain. to chunache yeh Muslim empire, jo koi aath sau saal tak baqi raha,</w:t>
      </w:r>
      <w:r>
        <w:br/>
      </w:r>
      <w:r>
        <w:rPr>
          <w:sz w:val="20"/>
        </w:rPr>
        <w:t>23:01  to us zamane mein ladaiyan pesh aati thin. is se consciously ya unconsciously yeh mizaj bana ke baqi jo dunya jo hai, rest of the world jo hai, woh hamari enemy hai.</w:t>
      </w:r>
      <w:r>
        <w:br/>
      </w:r>
      <w:r>
        <w:rPr>
          <w:sz w:val="20"/>
        </w:rPr>
        <w:t>23:14  rest of the world jo hai, hamari enemy hai. yani yeh ek political phenomena tha, na ke Islamic phenomena. yani doosron ka, yani doosron se ladai chhidna, doosron se koi jang hona, yeh that was a political phenomena.</w:t>
      </w:r>
      <w:r>
        <w:br/>
      </w:r>
      <w:r>
        <w:rPr>
          <w:sz w:val="20"/>
        </w:rPr>
        <w:t>23:33  woh Islamic phenomena nahi tha ke lado logon se, lad lad ke ke aisa karo.</w:t>
      </w:r>
      <w:r>
        <w:br/>
      </w:r>
      <w:r>
        <w:rPr>
          <w:sz w:val="20"/>
        </w:rPr>
        <w:t>23:39  ab kya hua ke consciously ya unconsciously unhon ne samjha yeh sare log jo hain, hamare rival hain, yeh sare log hamare enemy hain. is mizaj ki wajah se jo jo unhon ne banaya, jo taqseem ki unhon ne, to Muslim jo jahan rule kar rahe the, un ko keh diya ke dar-ul-Islam hai.</w:t>
      </w:r>
      <w:r>
        <w:br/>
      </w:r>
      <w:r>
        <w:rPr>
          <w:sz w:val="20"/>
        </w:rPr>
        <w:t>23:58  jahan Muslim nahi rule kar rahe the, un ko keh diya ke dar-ul-harb hai. woh dar-ul-harb ka matlab kya hai?</w:t>
      </w:r>
      <w:r>
        <w:br/>
      </w:r>
      <w:r>
        <w:rPr>
          <w:sz w:val="20"/>
        </w:rPr>
        <w:t>24:03  dar-ul-harb maani hote hain ladai ka ghar, yani land of war. dar-ul-harb ka matlab hota hai land of war.</w:t>
      </w:r>
      <w:r>
        <w:br/>
      </w:r>
      <w:r>
        <w:rPr>
          <w:sz w:val="20"/>
        </w:rPr>
        <w:t>24:12  is ka matlab kya hai? ke woh woh mulk jis se Musalman potentially at war hon, ya to at war hon, ya potentially at war hon.</w:t>
      </w:r>
      <w:r>
        <w:br/>
      </w:r>
      <w:r>
        <w:rPr>
          <w:sz w:val="20"/>
        </w:rPr>
        <w:t>24:24  to us waqt jab ke Musalmanon ka empire qaim tha, to situation aisi thi, political situation</w:t>
      </w:r>
      <w:r>
        <w:br/>
      </w:r>
      <w:r>
        <w:rPr>
          <w:sz w:val="20"/>
        </w:rPr>
        <w:t>24:31  ke Musalman ya to ladai chidi hui thi, ya potentially at war the Musalman. aap dekhiye, aap tareekh dekhiye, Mughlon ki tareekh dekhiye, Abbasiyon ki tareekh dekhiye, Spain ki tareekh dekhiye, musalsal ek na ek ladai chalti rehti thi.</w:t>
      </w:r>
      <w:r>
        <w:br/>
      </w:r>
      <w:r>
        <w:rPr>
          <w:sz w:val="20"/>
        </w:rPr>
        <w:t>24:48  is liye ke ladai chalti rehti thi. to is ke tehat yeh zehan bana ke Musalman doosri qaumon se ya to at war hain, ya potentially at war hain.</w:t>
      </w:r>
      <w:r>
        <w:br/>
      </w:r>
      <w:r>
        <w:rPr>
          <w:sz w:val="20"/>
        </w:rPr>
        <w:t>24:59  is wajah se unhon ne yeh bana diya ke Muslim area jo hai, woh dar-ul-Islam hai, aur non-Muslim area jo hai, woh dar-ul-harb hai. yeh kitna bara nuqsan tha.</w:t>
      </w:r>
      <w:r>
        <w:br/>
      </w:r>
      <w:r>
        <w:rPr>
          <w:sz w:val="20"/>
        </w:rPr>
        <w:t>25:11  is ki wajah se dawat ka mizaj khatam ho gaya. dawat yeh chahta hai ke aap kisi ko dushman na samjhein, doosron ko apna apna samjhein, insan samjhein, un se mohabbat karein, un se khair khwahi karein.</w:t>
      </w:r>
      <w:r>
        <w:br/>
      </w:r>
      <w:r>
        <w:rPr>
          <w:sz w:val="20"/>
        </w:rPr>
        <w:t>25:26  dawat ka jo mizaj hai, woh khair khwahi chahta hai, mohabbat chahta hai. lekin yeh jo dar-ul-harb ka concept hai, yeh ab ulta ho gaya, ulta ho gaya.</w:t>
      </w:r>
      <w:r>
        <w:br/>
      </w:r>
      <w:r>
        <w:rPr>
          <w:sz w:val="20"/>
        </w:rPr>
        <w:t>25:37  yeh doosre log jo thay, nan muslim jo thay, woh aap ke dushman ban gaye, aap ke rival ban gaye, aap ke hareef banay. to aap sochiye ke jin logon ke bare mein aap ka concept yeh ban jaye, to aap dawat denge in ko?</w:t>
      </w:r>
      <w:r>
        <w:br/>
      </w:r>
      <w:r>
        <w:rPr>
          <w:sz w:val="20"/>
        </w:rPr>
        <w:t>25:53  un ke liye to larai ki tayari karenge ke kab larai pesh aa jaye. aap ka mind yeh rahega ke pata nahi kab larai pesh aa jaye.</w:t>
      </w:r>
      <w:r>
        <w:br/>
      </w:r>
      <w:r>
        <w:rPr>
          <w:sz w:val="20"/>
        </w:rPr>
        <w:t>26:02  is ke liye un ke, un ke liye, yani jangii jangii tayari karo. yeh thi political situation, na ke islam ki teaching, jis ne dar-ul-harb ka concept paida kiya.</w:t>
      </w:r>
      <w:r>
        <w:br/>
      </w:r>
      <w:r>
        <w:rPr>
          <w:sz w:val="20"/>
        </w:rPr>
        <w:t>26:16  yeh aik example hai jisay aap samajh sakte hain ke interpretation ki ghalti se kitni bari bari, yani kitni bari bari ghaltiyan hui hain jin ko humein aaj theek karna hai.</w:t>
      </w:r>
    </w:p>
    <w:p>
      <w:pPr>
        <w:pStyle w:val="Heading2"/>
      </w:pPr>
      <w:r>
        <w:t>Quran and Sunnah's preservation guarantees some stay guided</w:t>
      </w:r>
    </w:p>
    <w:p>
      <w:r>
        <w:rPr>
          <w:color w:val="666666"/>
          <w:sz w:val="18"/>
        </w:rPr>
        <w:t>Muslim Unity March 15, 2014 Maulana Wahiduddin Khan · 1m 04s · at 6:45 · https://youtu.be/CZHU5z3SEjc?t=405</w:t>
      </w:r>
    </w:p>
    <w:p>
      <w:r>
        <w:rPr>
          <w:i/>
        </w:rPr>
        <w:t>“Ye ummat ki fazilat ki baat nahi hai”</w:t>
      </w:r>
    </w:p>
    <w:p>
      <w:r>
        <w:rPr>
          <w:sz w:val="20"/>
        </w:rPr>
        <w:t>6:45  yeh ummat ki fazilat ki baat nahi hai. is ka matlab nahi ke ummat boht afzal hai, is liye aisa hoga. hargiz nahi. is ka matlab yeh hai ke chunke is ummat ki bana jo hai Quran par hai aur sunnat-e-rasool par hai, aur woh mehfooz hai,</w:t>
      </w:r>
      <w:r>
        <w:br/>
      </w:r>
      <w:r>
        <w:rPr>
          <w:sz w:val="20"/>
        </w:rPr>
        <w:t>7:06  to Quran aur sunnat-e-rasool ka mehfooz hona is baat ka zaman ban jayega ke kuch na kuch log zaroor dalalat se bach jayenge.</w:t>
      </w:r>
      <w:r>
        <w:br/>
      </w:r>
      <w:r>
        <w:rPr>
          <w:sz w:val="20"/>
        </w:rPr>
        <w:t>7:18  agar Quran mehfooz na hota, agar sunnat-e-rasool mehfooz na hoti to ek taraf se saat feesad bigaad aa sakta tha.</w:t>
      </w:r>
      <w:r>
        <w:br/>
      </w:r>
      <w:r>
        <w:rPr>
          <w:sz w:val="20"/>
        </w:rPr>
        <w:t>7:28  lekin Quran ka mehfooz hona, sunnat-e-rasool ka mehfooz hona, yeh is baat ka ek zaman hai, abadi taur par, abadi taur par ke sare ke sare log bigaad ka shikar na hon,</w:t>
      </w:r>
      <w:r>
        <w:br/>
      </w:r>
      <w:r>
        <w:rPr>
          <w:sz w:val="20"/>
        </w:rPr>
        <w:t>7:45  kuch log zaroor is se bach jayen ge.</w:t>
      </w:r>
    </w:p>
    <w:p>
      <w:pPr>
        <w:pStyle w:val="Heading2"/>
      </w:pPr>
      <w:r>
        <w:t>Experience reveals meaning of hadith</w:t>
      </w:r>
    </w:p>
    <w:p>
      <w:r>
        <w:rPr>
          <w:color w:val="666666"/>
          <w:sz w:val="18"/>
        </w:rPr>
        <w:t>Character Building March 25, 2017 · 1m 05s · at 1:15 · https://youtu.be/GTuBwenwkco?t=75</w:t>
      </w:r>
    </w:p>
    <w:p>
      <w:r>
        <w:rPr>
          <w:i/>
        </w:rPr>
        <w:t>“To kal woh hai ek tajurba hua mujh ko”</w:t>
      </w:r>
    </w:p>
    <w:p>
      <w:r>
        <w:rPr>
          <w:sz w:val="20"/>
        </w:rPr>
        <w:t>1:15  to kal woh hai ek tajurba hua mujh ko jis se main andaza kar paya ke yeh matlab hai is ka.</w:t>
      </w:r>
      <w:r>
        <w:br/>
      </w:r>
      <w:r>
        <w:rPr>
          <w:sz w:val="20"/>
        </w:rPr>
        <w:t>1:26  to isi ko main leta hoon aaj. to woh hadith pehle padhenge faraz umri sahib, phir main arz karunga.</w:t>
      </w:r>
      <w:r>
        <w:br/>
      </w:r>
      <w:r>
        <w:rPr>
          <w:sz w:val="20"/>
        </w:rPr>
        <w:t>1:35  anas razi allah anhu qal: "innakum latamaloona a'maalan ya'daqu fi a'yunikum min ash-sha'r, inna kunna lanadduha ala ahd an-nabi sallallahu alaihi wa sallam min al-mubiqat." sahih al-bukhari hadith number 6492.</w:t>
      </w:r>
      <w:r>
        <w:br/>
      </w:r>
      <w:r>
        <w:rPr>
          <w:sz w:val="20"/>
        </w:rPr>
        <w:t>1:58  anas razi allah anhu se riwayat hai, woh kehte hain ke tum log kuch kaam karte ho, yeh tumhari nazron mein baal se bhi barik hai.</w:t>
      </w:r>
      <w:r>
        <w:br/>
      </w:r>
      <w:r>
        <w:rPr>
          <w:sz w:val="20"/>
        </w:rPr>
        <w:t>2:09  halka ke hum log is ko rasool sallallahu alaihi wa sallam ke ahd mein halakat khayz cheez samajhte the, shumar karte the.</w:t>
      </w:r>
    </w:p>
    <w:p>
      <w:pPr>
        <w:pStyle w:val="Heading2"/>
      </w:pPr>
      <w:r>
        <w:t>the false sense of priority defined</w:t>
      </w:r>
    </w:p>
    <w:p>
      <w:r>
        <w:rPr>
          <w:color w:val="666666"/>
          <w:sz w:val="18"/>
        </w:rPr>
        <w:t>From The Spiritual Tree December 3, 2006 · 37s · at 1:48 · https://youtu.be/m3JXYXORP5w?t=108</w:t>
      </w:r>
    </w:p>
    <w:p>
      <w:r>
        <w:rPr>
          <w:i/>
        </w:rPr>
        <w:t>“False sense of priority — humanity's whole-history mistake”</w:t>
      </w:r>
    </w:p>
    <w:p>
      <w:r>
        <w:rPr>
          <w:sz w:val="20"/>
        </w:rPr>
        <w:t>1:48  False Sense of Priority".</w:t>
      </w:r>
      <w:r>
        <w:br/>
      </w:r>
      <w:r>
        <w:rPr>
          <w:sz w:val="20"/>
        </w:rPr>
        <w:t>1:54  False Sense of Priority. is par maine socha to laga ke yeh to poori history par ek tabsarah hai.</w:t>
      </w:r>
      <w:r>
        <w:br/>
      </w:r>
      <w:r>
        <w:rPr>
          <w:sz w:val="20"/>
        </w:rPr>
        <w:t>2:03  poori poori history mein insaan isi mein phans raha hai, False Sense of Priority.</w:t>
      </w:r>
      <w:r>
        <w:br/>
      </w:r>
      <w:r>
        <w:rPr>
          <w:sz w:val="20"/>
        </w:rPr>
        <w:t>2:13  yani jis kaam ko pehle karna chahiye tha, us ko chhod kar kisi aur kaam mein lag gaye woh. False Sense of Priority.</w:t>
      </w:r>
    </w:p>
    <w:p>
      <w:pPr>
        <w:pStyle w:val="Heading2"/>
      </w:pPr>
      <w:r>
        <w:t>Hadith: Earth as mosque for entire ummah</w:t>
      </w:r>
    </w:p>
    <w:p>
      <w:r>
        <w:rPr>
          <w:color w:val="666666"/>
          <w:sz w:val="18"/>
        </w:rPr>
        <w:t>Prophetic Guidance Aug 13, 2017 · 18s · at 8:47 · https://youtu.be/kRWf11h-acQ?t=527</w:t>
      </w:r>
    </w:p>
    <w:p>
      <w:r>
        <w:rPr>
          <w:i/>
        </w:rPr>
        <w:t>“Yeh jo maine aap ke samne suna ke 'Main ru'ub ek mahine ki masafat tak pahunchta hoon'”</w:t>
      </w:r>
    </w:p>
    <w:p>
      <w:r>
        <w:rPr>
          <w:sz w:val="20"/>
        </w:rPr>
        <w:t>8:47  yeh jo maine aap ke samne suna ke "main roab ek mahine ki masafat tak pohanchta hoon"۔ mere liye sari zameen masjid hai.</w:t>
      </w:r>
      <w:r>
        <w:br/>
      </w:r>
      <w:r>
        <w:rPr>
          <w:sz w:val="20"/>
        </w:rPr>
        <w:t>8:56  yeh yeh mere liye nahi hai. yeh sari ummat ke liye, sare insaan ke liye.</w:t>
      </w:r>
    </w:p>
    <w:p>
      <w:pPr>
        <w:pStyle w:val="Heading2"/>
      </w:pPr>
      <w:r>
        <w:t>A scholar's humbling hajj story shows books aren't enough</w:t>
      </w:r>
    </w:p>
    <w:p>
      <w:r>
        <w:rPr>
          <w:color w:val="666666"/>
          <w:sz w:val="18"/>
        </w:rPr>
        <w:t>The Living Tradition: Why Hadith Matters in Islam?</w:t>
        <w:br/>
        <w:t>December 8, 2024 · 1m 53s · at 48:49 · https://youtu.be/2w9-vnnJBeY?t=2929</w:t>
      </w:r>
    </w:p>
    <w:p>
      <w:r>
        <w:rPr>
          <w:i/>
        </w:rPr>
        <w:t>“Rituals of worship can never be understood from Quran alone”</w:t>
      </w:r>
    </w:p>
    <w:p>
      <w:r>
        <w:rPr>
          <w:sz w:val="20"/>
        </w:rPr>
        <w:t>48:49  aur khaas taur par jo ibadat hain, woh to quran se samajh mein aayenge nahin, kyunkeh jo practical hota hai is mein, aur woh hamein quran se samajh mein nahin aa sakta.</w:t>
      </w:r>
      <w:r>
        <w:br/>
      </w:r>
      <w:r>
        <w:rPr>
          <w:sz w:val="20"/>
        </w:rPr>
        <w:t>48:59  quran mein to sirf yeh hai keh namaz parho, hajj karo waghera. to yeh jo hai, rasool Allah sal Allah aleh wasallam ne khud kaha hai keh main tumhare darmiyan do cheezen chhod raha hoon, tum hargiz gumrah nahin hoge jab tak in donon ko pakde rahoge: Allah ki kitab aur us ke rasool ki sunnat.</w:t>
      </w:r>
      <w:r>
        <w:br/>
      </w:r>
      <w:r>
        <w:rPr>
          <w:sz w:val="20"/>
        </w:rPr>
        <w:t>49:18  to quran o sunnat donon ekoli Khudai hidayat ka maqhaz hain, source hain.</w:t>
      </w:r>
      <w:r>
        <w:br/>
      </w:r>
      <w:r>
        <w:rPr>
          <w:sz w:val="20"/>
        </w:rPr>
        <w:t>49:25  to bilkul aise hi jaise ek pure science hoti hai aur ek applied science hoti hai. to woh pure Islam hai, theory hai, aur hadith jo hai, woh applied Islam hai, practice hai.</w:t>
      </w:r>
      <w:r>
        <w:br/>
      </w:r>
      <w:r>
        <w:rPr>
          <w:sz w:val="20"/>
        </w:rPr>
        <w:t>49:38  to Islam par amal karne ke liye hamein donon pehluon ko samajhna bohat zaroori hai.</w:t>
      </w:r>
      <w:r>
        <w:br/>
      </w:r>
      <w:r>
        <w:rPr>
          <w:sz w:val="20"/>
        </w:rPr>
        <w:t>49:45  ek aalim ne hajj ke safar mein yeh Furqan June 1979 mein aaya tha. to us ne, ek aalim ne hajj ke safar ke baad likha keh main bees saal se fiqh o hadith padha raha tha aur main samajh raha tha keh main hajj kar sakta hoon.</w:t>
      </w:r>
      <w:r>
        <w:br/>
      </w:r>
      <w:r>
        <w:rPr>
          <w:sz w:val="20"/>
        </w:rPr>
        <w:t>50:01  hamein koi guide ki bhi zaroorat nahin hai, itna hamare paas ilm hai keh hum aasani se hajj kar sakte hain. lekin jab woh hajj karne gaye to unhein laga keh jo hadith ki taleem woh de rahe the, woh woh kitabi ilm kafi nahin hai.</w:t>
      </w:r>
      <w:r>
        <w:br/>
      </w:r>
      <w:r>
        <w:rPr>
          <w:sz w:val="20"/>
        </w:rPr>
        <w:t>50:14  to rasool Allah sal Allah aleh wasallam ne kaha tha keh tum mujh ko dekh kar hajj ke tareeqe seekh lo. to yeh to chand baaten hain.</w:t>
      </w:r>
      <w:r>
        <w:br/>
      </w:r>
      <w:r>
        <w:rPr>
          <w:sz w:val="20"/>
        </w:rPr>
        <w:t>50:24  isi tareeqe se har kaam, jab tak hum rasool Allah sal Allah aleh wasallam ke aqwal aur aap ki practices ko nahin samjhenge, hum quran par amal nahin kar sakte.</w:t>
      </w:r>
      <w:r>
        <w:br/>
      </w:r>
      <w:r>
        <w:rPr>
          <w:sz w:val="20"/>
        </w:rPr>
        <w:t>50:35  phir woh jo quran jo hai, woh ek book of recitation ho ke reh jayega.</w:t>
      </w:r>
    </w:p>
    <w:p>
      <w:pPr>
        <w:pStyle w:val="Heading2"/>
      </w:pPr>
      <w:r>
        <w:t>Quran on the truly serious-minded, righteous woman</w:t>
      </w:r>
    </w:p>
    <w:p>
      <w:r>
        <w:rPr>
          <w:color w:val="666666"/>
          <w:sz w:val="18"/>
        </w:rPr>
        <w:t>Behtar Khatoon Kon CPS Women Article Discussion July 2, 2023 · 30s · at 29:52 · https://youtu.be/tGPJwzCnCMM?t=1792</w:t>
      </w:r>
    </w:p>
    <w:p>
      <w:r>
        <w:rPr>
          <w:i/>
        </w:rPr>
        <w:t>“Her inner nature will suffice to guide her”</w:t>
      </w:r>
    </w:p>
    <w:p>
      <w:r>
        <w:rPr>
          <w:sz w:val="20"/>
        </w:rPr>
        <w:t>29:52  If a woman is of really serious caste of mind, her inner nature will suffice to guide her in this matter. This has been expressed in the following words of the Quran. Therefore, the righteous women are devoutly obedient and guard in the husband's absence. What God would have them guard? The responsibilities of women as regards man described by the Quran and Sunnah are in complete accord with this feminine nature.</w:t>
      </w:r>
      <w:r>
        <w:br/>
      </w:r>
      <w:r>
        <w:rPr>
          <w:sz w:val="20"/>
        </w:rPr>
        <w:t>30:22  So this is a very profound article which which I found in this book. And I would like to open the session to other ladies over here who can share their learning. But please make it short and to pandrah preetam kuch kya hai? Apa, sorry I didn't see. Ji Doctor Safiq.</w:t>
      </w:r>
    </w:p>
    <w:p>
      <w:pPr>
        <w:pStyle w:val="Heading2"/>
      </w:pPr>
      <w:r>
        <w:t>closing prayer to see every experience as a lesson</w:t>
      </w:r>
    </w:p>
    <w:p>
      <w:r>
        <w:rPr>
          <w:color w:val="666666"/>
          <w:sz w:val="18"/>
        </w:rPr>
        <w:t>Bird Culture March 6, 2014 Maulana Wahiduddin Khan · 1m 05s · at 29:09 · https://youtu.be/zLSCXGvTJ9A?t=1749</w:t>
      </w:r>
    </w:p>
    <w:p>
      <w:r>
        <w:rPr>
          <w:i/>
        </w:rPr>
        <w:t>“Meri dua hai Allah humein yeh nazar ata kare”</w:t>
      </w:r>
    </w:p>
    <w:p>
      <w:r>
        <w:rPr>
          <w:sz w:val="20"/>
        </w:rPr>
        <w:t>29:09  aur yeh bhi samajh aata hai ke rasool allah kis tarah se har waqeye se yaani sabak lete the marifat ki ghiza lete the yeh bhi ismein milta hai.</w:t>
      </w:r>
      <w:r>
        <w:br/>
      </w:r>
      <w:r>
        <w:rPr>
          <w:sz w:val="20"/>
        </w:rPr>
        <w:t>29:24  to meri dua hai ke allah taala mujh ko aur aap ko tofeeq de ke hum is nazar se cheezon ko dekhein aur tasawwum ko isi ko tasawwum kaha gaya jo quran mein jo tasawwum hai woh yahi cheez hai.</w:t>
      </w:r>
      <w:r>
        <w:br/>
      </w:r>
      <w:r>
        <w:rPr>
          <w:sz w:val="20"/>
        </w:rPr>
        <w:t>29:44  to allah taala mujh ko aur aap ko tofeeq de ke hum quran o hadith ko apne imaan ki ghiza banayein.</w:t>
      </w:r>
    </w:p>
    <w:p>
      <w:pPr>
        <w:pStyle w:val="Heading2"/>
      </w:pPr>
      <w:r>
        <w:t>Consider result not just right wrong</w:t>
      </w:r>
    </w:p>
    <w:p>
      <w:r>
        <w:rPr>
          <w:color w:val="666666"/>
          <w:sz w:val="18"/>
        </w:rPr>
        <w:t>Principles of Life (Prophetic Wisdom) · 30s · at 28:46 · https://youtu.be/dWzIQ5DQMNU?t=1726</w:t>
      </w:r>
    </w:p>
    <w:p>
      <w:r>
        <w:rPr>
          <w:i/>
        </w:rPr>
        <w:t>“Rait aur rang, rait aur rang.”</w:t>
      </w:r>
    </w:p>
    <w:p>
      <w:r>
        <w:rPr>
          <w:sz w:val="20"/>
        </w:rPr>
        <w:t>28:46  , right aur wrong, right aur wrong.</w:t>
      </w:r>
      <w:r>
        <w:br/>
      </w:r>
      <w:r>
        <w:rPr>
          <w:sz w:val="20"/>
        </w:rPr>
        <w:t>28:51  ek teesri cheez ko bhi aap ko sochna chahiye, aur woh hai result.</w:t>
      </w:r>
      <w:r>
        <w:br/>
      </w:r>
      <w:r>
        <w:rPr>
          <w:sz w:val="20"/>
        </w:rPr>
        <w:t>28:56  action ka result.</w:t>
      </w:r>
      <w:r>
        <w:br/>
      </w:r>
      <w:r>
        <w:rPr>
          <w:sz w:val="20"/>
        </w:rPr>
        <w:t>29:01  agar aap ke paas sirf do ki fehrist hai to aap duniya mein sirf burai paida karenge.</w:t>
      </w:r>
      <w:r>
        <w:br/>
      </w:r>
      <w:r>
        <w:rPr>
          <w:sz w:val="20"/>
        </w:rPr>
        <w:t>29:06  jahan right, jahan dekhenge ke wrong ho raha hai to aap daud padenge aur aap kuch</w:t>
      </w:r>
      <w:r>
        <w:br/>
      </w:r>
      <w:r>
        <w:rPr>
          <w:sz w:val="20"/>
        </w:rPr>
        <w:t>29:11  kar nahin payenge siwaye is ke ke aur problem ko badhayen.</w:t>
      </w:r>
    </w:p>
    <w:p>
      <w:pPr>
        <w:pStyle w:val="Heading2"/>
      </w:pPr>
      <w:r>
        <w:t>The iota verse: essence of accountability</w:t>
      </w:r>
    </w:p>
    <w:p>
      <w:r>
        <w:rPr>
          <w:color w:val="666666"/>
          <w:sz w:val="18"/>
        </w:rPr>
        <w:t>The Concept of Accountability in Islam (English) | June 21, 2007 | Maulana Wahiduddin Khan · 4m 06s · at 24:59 · https://youtu.be/g-GqrJp9iTY?t=1499</w:t>
      </w:r>
    </w:p>
    <w:p>
      <w:r>
        <w:rPr>
          <w:i/>
        </w:rPr>
        <w:t>“A man came to the Prophet of Islam and accepted his religion”</w:t>
      </w:r>
    </w:p>
    <w:p>
      <w:r>
        <w:rPr>
          <w:sz w:val="20"/>
        </w:rPr>
        <w:t>24:59  essential part of Islamic religion.</w:t>
      </w:r>
      <w:r>
        <w:br/>
      </w:r>
      <w:r>
        <w:rPr>
          <w:sz w:val="20"/>
        </w:rPr>
        <w:t>25:09  A man came to the Prophet of Islam and accepted his religion.</w:t>
      </w:r>
      <w:r>
        <w:br/>
      </w:r>
      <w:r>
        <w:rPr>
          <w:sz w:val="20"/>
        </w:rPr>
        <w:t>25:19  Then the Prophet said, "You would stay—you must stay with Ali,</w:t>
      </w:r>
      <w:r>
        <w:br/>
      </w:r>
      <w:r>
        <w:rPr>
          <w:sz w:val="20"/>
        </w:rPr>
        <w:t>25:29  Ali ibn Abi Talib, and for training. Stay for a while with Ali for training, for further education." So after some days, the Prophet saw that that man was not seen in the Mas</w:t>
      </w:r>
      <w:r>
        <w:br/>
      </w:r>
      <w:r>
        <w:rPr>
          <w:sz w:val="20"/>
        </w:rPr>
        <w:t>25:59  jid.</w:t>
      </w:r>
      <w:r>
        <w:br/>
      </w:r>
      <w:r>
        <w:rPr>
          <w:sz w:val="20"/>
        </w:rPr>
        <w:t>26:06  He was not present in the Masjid.</w:t>
      </w:r>
      <w:r>
        <w:br/>
      </w:r>
      <w:r>
        <w:rPr>
          <w:sz w:val="20"/>
        </w:rPr>
        <w:t>26:12  So the Prophet inquired, "What happened with this man?</w:t>
      </w:r>
      <w:r>
        <w:br/>
      </w:r>
      <w:r>
        <w:rPr>
          <w:sz w:val="20"/>
        </w:rPr>
        <w:t>26:18  Why is he not here?" So Ali said that, "I myself don't know.</w:t>
      </w:r>
      <w:r>
        <w:br/>
      </w:r>
      <w:r>
        <w:rPr>
          <w:sz w:val="20"/>
        </w:rPr>
        <w:t>26:25  I don't know." So the Prophet said that</w:t>
      </w:r>
      <w:r>
        <w:br/>
      </w:r>
      <w:r>
        <w:rPr>
          <w:sz w:val="20"/>
        </w:rPr>
        <w:t>26:31  , "Anyone who sees him, tell him that I want to meet him." So after some days, he</w:t>
      </w:r>
      <w:r>
        <w:br/>
      </w:r>
      <w:r>
        <w:rPr>
          <w:sz w:val="20"/>
        </w:rPr>
        <w:t>26:42  returned and met the Prophet of Islam.</w:t>
      </w:r>
      <w:r>
        <w:br/>
      </w:r>
      <w:r>
        <w:rPr>
          <w:sz w:val="20"/>
        </w:rPr>
        <w:t>26:52  So the Prophet asked him, "Why did you leave Ali?" He said that,</w:t>
      </w:r>
      <w:r>
        <w:br/>
      </w:r>
      <w:r>
        <w:rPr>
          <w:sz w:val="20"/>
        </w:rPr>
        <w:t>27:03  "You said that I have to learn the religion of Islam. So I learned, so I left Ali." So the Prophet said, "How did you learn?" He said that there is a verse in the—there is a chapter in the Quran, Az-Zilzal. This is chapter number 99. So in this chapter, there was a vers</w:t>
      </w:r>
      <w:r>
        <w:br/>
      </w:r>
      <w:r>
        <w:rPr>
          <w:sz w:val="20"/>
        </w:rPr>
        <w:t>27:33  e, "Everyone who has done an iota of good, he will see it</w:t>
      </w:r>
      <w:r>
        <w:br/>
      </w:r>
      <w:r>
        <w:rPr>
          <w:sz w:val="20"/>
        </w:rPr>
        <w:t>28:03  ." This verse deals with the Day of Judgment.</w:t>
      </w:r>
      <w:r>
        <w:br/>
      </w:r>
      <w:r>
        <w:rPr>
          <w:sz w:val="20"/>
        </w:rPr>
        <w:t>28:14  So the verse says that everyone who has done an iota of good, he will see it.</w:t>
      </w:r>
      <w:r>
        <w:br/>
      </w:r>
      <w:r>
        <w:rPr>
          <w:sz w:val="20"/>
        </w:rPr>
        <w:t>28:24  And everyone who has done an iota of evil, he will see it</w:t>
      </w:r>
      <w:r>
        <w:br/>
      </w:r>
      <w:r>
        <w:rPr>
          <w:sz w:val="20"/>
        </w:rPr>
        <w:t xml:space="preserve">28:34  </w:t>
      </w:r>
      <w:r>
        <w:br/>
      </w:r>
      <w:r>
        <w:rPr>
          <w:sz w:val="20"/>
        </w:rPr>
        <w:t>28:39  So he said that this is the whole religion.</w:t>
      </w:r>
      <w:r>
        <w:br/>
      </w:r>
      <w:r>
        <w:rPr>
          <w:sz w:val="20"/>
        </w:rPr>
        <w:t>28:44  This verse tells me that there is a Day of Judgment.</w:t>
      </w:r>
      <w:r>
        <w:br/>
      </w:r>
      <w:r>
        <w:rPr>
          <w:sz w:val="20"/>
        </w:rPr>
        <w:t>28:49  At the time, I will be judged by God.</w:t>
      </w:r>
      <w:r>
        <w:br/>
      </w:r>
      <w:r>
        <w:rPr>
          <w:sz w:val="20"/>
        </w:rPr>
        <w:t>28:55  So this verse inculcated in myself a sense of accountability.</w:t>
      </w:r>
      <w:r>
        <w:br/>
      </w:r>
      <w:r>
        <w:rPr>
          <w:sz w:val="20"/>
        </w:rPr>
        <w:t>29:00  So every time I remember this verse,</w:t>
      </w:r>
    </w:p>
    <w:p>
      <w:pPr>
        <w:pStyle w:val="Heading2"/>
      </w:pPr>
      <w:r>
        <w:t>Definition of hadith qudsi</w:t>
      </w:r>
    </w:p>
    <w:p>
      <w:r>
        <w:rPr>
          <w:color w:val="666666"/>
          <w:sz w:val="18"/>
        </w:rPr>
        <w:t>Positive Thinking 7 May 2014 - Maulana Wahiduddin Khan · 17s · at 2:23 · https://youtu.be/D6zupEZ6LLw?t=143</w:t>
      </w:r>
    </w:p>
    <w:p>
      <w:r>
        <w:rPr>
          <w:i/>
        </w:rPr>
        <w:t>“Dekhiye, yeh jo hadith hai, is ko kehte hain hadith qudsi”</w:t>
      </w:r>
    </w:p>
    <w:p>
      <w:r>
        <w:rPr>
          <w:sz w:val="20"/>
        </w:rPr>
        <w:t>2:23  dekhen, yeh jo hadith hai, is ko kehte hain hadith qudsi. hadith qudsi is hadith ko kehta hai jis mein rasool Allah ne Khuda ki taraf se kaha ho.</w:t>
      </w:r>
    </w:p>
    <w:p>
      <w:pPr>
        <w:pStyle w:val="Heading2"/>
      </w:pPr>
      <w:r>
        <w:t>scholars abandoned dawah for politics and lost everything</w:t>
      </w:r>
    </w:p>
    <w:p>
      <w:r>
        <w:rPr>
          <w:color w:val="666666"/>
          <w:sz w:val="18"/>
        </w:rPr>
        <w:t>From The Spiritual Tree December 3, 2006 · 3m 28s · at 42:58 · https://youtu.be/m3JXYXORP5w?t=2578</w:t>
      </w:r>
    </w:p>
    <w:p>
      <w:r>
        <w:rPr>
          <w:i/>
        </w:rPr>
        <w:t>“I think hadiths had prophesied this very thing”</w:t>
      </w:r>
    </w:p>
    <w:p>
      <w:r>
        <w:rPr>
          <w:sz w:val="20"/>
        </w:rPr>
        <w:t>42:58  mein samajhta hoon ke yeh ek aisa waqea hai jiske peshengoi hadithon mein maujood thi pehle se. hadithon mein aata hai ke ek zamana aayega jab ke ulama chale jayenge.</w:t>
      </w:r>
      <w:r>
        <w:br/>
      </w:r>
      <w:r>
        <w:rPr>
          <w:sz w:val="20"/>
        </w:rPr>
        <w:t>43:11  iske liye lafz istemal hua hai "zahab al-ulama". zahab al-ulama</w:t>
      </w:r>
      <w:r>
        <w:br/>
      </w:r>
      <w:r>
        <w:rPr>
          <w:sz w:val="20"/>
        </w:rPr>
        <w:t>43:20  toh zahab al-ulama yaani log matlabi samajhte hain ab tak ke mar jayenge log, yaani ulama sab mar jayenge.</w:t>
      </w:r>
      <w:r>
        <w:br/>
      </w:r>
      <w:r>
        <w:rPr>
          <w:sz w:val="20"/>
        </w:rPr>
        <w:t>43:29  mein samajhta hoon ke yeh bilkul yaani unnatural baat hai ke aap yeh samjhein ke saare ulama mar jayenge. aisa kabhi nahi ho sakta qayamat se pehle.</w:t>
      </w:r>
      <w:r>
        <w:br/>
      </w:r>
      <w:r>
        <w:rPr>
          <w:sz w:val="20"/>
        </w:rPr>
        <w:t>43:39  yeh asli mein hai wahi cheez jisko aap kehte hain "brain drain" yaani dawah front ko chhod kar log chale jayenge political front ki taraf.</w:t>
      </w:r>
      <w:r>
        <w:br/>
      </w:r>
      <w:r>
        <w:rPr>
          <w:sz w:val="20"/>
        </w:rPr>
        <w:t>43:50  hamare ulama, hamare leader, yeh matlab hai is hadith ka "</w:t>
      </w:r>
      <w:r>
        <w:br/>
      </w:r>
      <w:r>
        <w:rPr>
          <w:sz w:val="20"/>
        </w:rPr>
        <w:t>43:55  zahab al-ulama". ulama chale jayenge, chale jayenge matlab log samajhte hain ke mar jayenge. mein isko nahi samajhta ke mar jayenge. yeh bilkul galat baat hai. yeh suraj israfel se pehle aisa nahi ho sakta ke saare log mar jayein ek saath.</w:t>
      </w:r>
      <w:r>
        <w:br/>
      </w:r>
      <w:r>
        <w:rPr>
          <w:sz w:val="20"/>
        </w:rPr>
        <w:t>44:10  yeh suraj israfel ka yeh suraj phoonka jayega, tab aisa hoga. yahan yeh hai ke woh apna front badal denge, dawah front se chhod kar ke chale jayenge political front mein.</w:t>
      </w:r>
      <w:r>
        <w:br/>
      </w:r>
      <w:r>
        <w:rPr>
          <w:sz w:val="20"/>
        </w:rPr>
        <w:t>44:21  aur waqatan aise hi hua hai.</w:t>
      </w:r>
      <w:r>
        <w:br/>
      </w:r>
      <w:r>
        <w:rPr>
          <w:sz w:val="20"/>
        </w:rPr>
        <w:t>44:24  muslim world ke jitne top brain thay, sab ke sab chale gaye isi taraf, sab ke sab chale gaye.</w:t>
      </w:r>
      <w:r>
        <w:br/>
      </w:r>
      <w:r>
        <w:rPr>
          <w:sz w:val="20"/>
        </w:rPr>
        <w:t>44:33  koi ek bhi shakhs nahi hai yaani qabil e zikr aadmi jisne dawah front par kaam kiya ho mujhko chhod kar.</w:t>
      </w:r>
      <w:r>
        <w:br/>
      </w:r>
      <w:r>
        <w:rPr>
          <w:sz w:val="20"/>
        </w:rPr>
        <w:t>44:43  mainneapneapko dedicate kiya is kaam mein, lekin mere siwa poori muslim world mein do sau saal mein koi aadmi nahin hai.</w:t>
      </w:r>
      <w:r>
        <w:br/>
      </w:r>
      <w:r>
        <w:rPr>
          <w:sz w:val="20"/>
        </w:rPr>
        <w:t>44:52  doosre doosre kaam ko albatta unhone dawat kaam naam de diya,</w:t>
      </w:r>
      <w:r>
        <w:br/>
      </w:r>
      <w:r>
        <w:rPr>
          <w:sz w:val="20"/>
        </w:rPr>
        <w:t>44:58  yani kisi aur ko aur kaam karte rahe, isko kaha dawat. lekin dawat yani is maamle mein ke ghair muslimon tak Islam ka paigham pahunchana, ghair muslimon ko Islam ka, Islam ka darwaza, darwaza rehmat kholna, ghair muslimon ke liye, iske liye koi ek aadmi bhi nahin hai. do sau saal mein</w:t>
      </w:r>
      <w:r>
        <w:br/>
      </w:r>
      <w:r>
        <w:rPr>
          <w:sz w:val="20"/>
        </w:rPr>
        <w:t>45:23  toh yeh hai "zahab al ulama" ke Islam ke dawati mission ko chhod kar ke woh chale gaye kahan? siyasi ladaiyon mein. main samajhta hoon ke Khuda ki scheme ke khilaaf tha yeh, chunache kuch bhi kamyabi nahin hui.</w:t>
      </w:r>
      <w:r>
        <w:br/>
      </w:r>
      <w:r>
        <w:rPr>
          <w:sz w:val="20"/>
        </w:rPr>
        <w:t>45:37  one percent bhi kamyabi nahin hui, one percent bhi kamyabi nahin hui kahin bhi. aur doosra jo position thi musalmanon ki pehle, us se aaj dil bad se kharaab hoti chali ja rahi hai.</w:t>
      </w:r>
      <w:r>
        <w:br/>
      </w:r>
      <w:r>
        <w:rPr>
          <w:sz w:val="20"/>
        </w:rPr>
        <w:t>45:52  misal ke taur par Falasteen mein 48 mein musalmanon ko Falasteen ka two third mila hua tha. two third aaj toh kuch bhi nahin hai, ek patta hai banjar qism ki, woh unko mili hui hai.</w:t>
      </w:r>
      <w:r>
        <w:br/>
      </w:r>
      <w:r>
        <w:rPr>
          <w:sz w:val="20"/>
        </w:rPr>
        <w:t>46:06  baqi sab nikal gaya unke haath se isi ladai ke dauran.</w:t>
      </w:r>
      <w:r>
        <w:br/>
      </w:r>
      <w:r>
        <w:rPr>
          <w:sz w:val="20"/>
        </w:rPr>
        <w:t>46:13  toh saari muslim duniya mein yeh hua ke "zahab al ulama" ho gaya ke musalmanon ke jo azeem the, bade bade jo leader the, woh sab dawat ke mission ko chhod kar bhage political front par.</w:t>
      </w:r>
    </w:p>
    <w:p>
      <w:pPr>
        <w:pStyle w:val="Heading2"/>
      </w:pPr>
      <w:r>
        <w:t>Aisha's deep scholarship in Quran and Hadith</w:t>
      </w:r>
    </w:p>
    <w:p>
      <w:r>
        <w:rPr>
          <w:color w:val="666666"/>
          <w:sz w:val="18"/>
        </w:rPr>
        <w:t>The Living Tradition: Why Hadith Matters in Islam?</w:t>
        <w:br/>
        <w:t>December 8, 2024 · 4m 39s · at 57:53 · https://youtu.be/2w9-vnnJBeY?t=3473</w:t>
      </w:r>
    </w:p>
    <w:p>
      <w:r>
        <w:rPr>
          <w:i/>
        </w:rPr>
        <w:t>“The most famous name here is Aisha”</w:t>
      </w:r>
    </w:p>
    <w:p>
      <w:r>
        <w:rPr>
          <w:sz w:val="20"/>
        </w:rPr>
        <w:t>57:53  bas is mein yeh hai ke sab se mashhoor Hazrat Aisha ka naam hai, kyun ke un un ke upar bohat sari kitabein likhi gayi hain. aur unhone yeh log jo the, full time unhone apne aap ko dedicate kar diya tha.</w:t>
      </w:r>
      <w:r>
        <w:br/>
      </w:r>
      <w:r>
        <w:rPr>
          <w:sz w:val="20"/>
        </w:rPr>
        <w:t>58:07  aur Hazrat Aisha chunke bohat hi zyada zaheen theen aur bohat hi akhaz un ka zehn tha, to woh baaton ko bohat gehrai se pakad leti theen.</w:t>
      </w:r>
      <w:r>
        <w:br/>
      </w:r>
      <w:r>
        <w:rPr>
          <w:sz w:val="20"/>
        </w:rPr>
        <w:t>58:16  to sirf riwayat hi nahi, balkeh woh explain karti theen. woh bohat sari aisi cheezein unhone explain ki hain ke jo doosre log nahi kar pa</w:t>
      </w:r>
      <w:r>
        <w:br/>
      </w:r>
      <w:r>
        <w:rPr>
          <w:sz w:val="20"/>
        </w:rPr>
        <w:t>58:25  aye the. Hazrat Aisha ne 2210 un ki riwayatein hain. to riwayaton se bohat zyada jo important hai, un ka in hadithon ki tashreeh aur masail ka istinbat, masail se jo infer kiya hai, unhone gehre gehre mani to woh bohat important hain.</w:t>
      </w:r>
      <w:r>
        <w:br/>
      </w:r>
      <w:r>
        <w:rPr>
          <w:sz w:val="20"/>
        </w:rPr>
        <w:t>58:43  yahan to Maulana bar bar is ke hawale diye hain. to misal ke taur par ek sawal kisi ne un se poocha ke log jo hain, ek raat mein do do, teen teen bar Quran ko hi padh lete hain.</w:t>
      </w:r>
      <w:r>
        <w:br/>
      </w:r>
      <w:r>
        <w:rPr>
          <w:sz w:val="20"/>
        </w:rPr>
        <w:t>58:55  to unhone kaha: "ula'ika qara'u wa lam yaqra'u" unhone padha lekin nahi padha. yani jo unhone rasool Allah sal-lal-lahu alaihi wasallam se samjha tha ke Quran mein tadabbur zar</w:t>
      </w:r>
      <w:r>
        <w:br/>
      </w:r>
      <w:r>
        <w:rPr>
          <w:sz w:val="20"/>
        </w:rPr>
        <w:t>59:07  uri hai, khali recitation nahi. is ka to ek part hai recitation. asal jo hai, tadabbur se is ki spirit hamare upar wazeh hoti hai.</w:t>
      </w:r>
      <w:r>
        <w:br/>
      </w:r>
      <w:r>
        <w:rPr>
          <w:sz w:val="20"/>
        </w:rPr>
        <w:t>59:17  to isi tarah se rasool Allah sal-lal-lahu alaihi wasallam ki yeh baat pakdi ke jab bhi koi faisla karna hota to aap harder option pe nahi jaate, balkeh easier option pe jaate.</w:t>
      </w:r>
      <w:r>
        <w:br/>
      </w:r>
      <w:r>
        <w:rPr>
          <w:sz w:val="20"/>
        </w:rPr>
        <w:t>59:28  ikhtiyar aysar, ikhtiyar aathir. misal ke taur par hijrat jab aap ne ki to aap wahin par jang bhi kar sakte the, lekin aap ne yeh faisla kiya ke hijrat karein khamoshi se, kyun ke apne aap ko save karna hai, apne aap bohat zyada kaam karna hai.</w:t>
      </w:r>
      <w:r>
        <w:br/>
      </w:r>
      <w:r>
        <w:rPr>
          <w:sz w:val="20"/>
        </w:rPr>
        <w:t>59:46  khali jang karna thodi hai. jang to sirf us waqt hoti hai jab bilkul hi naguzir ho jaye, defense ke mauqe ho jaye, aur woh bhi naguzir ho jaye.</w:t>
      </w:r>
      <w:r>
        <w:br/>
      </w:r>
      <w:r>
        <w:rPr>
          <w:sz w:val="20"/>
        </w:rPr>
        <w:t>59:56  warna hamesha aap jang ko avoid karte rahein.</w:t>
      </w:r>
      <w:r>
        <w:br/>
      </w:r>
      <w:r>
        <w:rPr>
          <w:sz w:val="20"/>
        </w:rPr>
        <w:t>59:59  isi tarah sulah Hudaybiyyah aap ne ki, wahan bhi jang ke bilkul mauqe the, lekin aap ne dushman ki tamam sharton ko accept kar ke sulah kar li.</w:t>
      </w:r>
      <w:r>
        <w:br/>
      </w:r>
      <w:r>
        <w:rPr>
          <w:sz w:val="20"/>
        </w:rPr>
        <w:t>1:00:11  to isi tarah log kehte hain ke Miraj mein rasool Allah sal-lal-lahu alaihi wasallam ne Khuda ko dekha, aap ne kaha: "yeh bilkul galat hai." balkeh us zamane mein sahaba ke upar jo tanqideen hoti theen, woh bura bilkul nahi mante the, kyun ke koi bhi Khuda ko nahi dekh sakta hai.</w:t>
      </w:r>
      <w:r>
        <w:br/>
      </w:r>
      <w:r>
        <w:rPr>
          <w:sz w:val="20"/>
        </w:rPr>
        <w:t>1:00:29  to khuda ek baar hazrat jibril alaihi assalam ki jo ek baar kisi ne poocha ke dunya mein jo sab se achi jagah kaun hai aur sab se buri jagah kaun hai, to rasool allah salallahu alaihi wasallam ne kaha ke "main jibril aayenge to un se pooch ke bata doonga." to hazrat jibril jab aaye to poocha, to unhon ne kaha: "to mujhe bhi nahi maloom, main khuda se poochhoonga."</w:t>
      </w:r>
      <w:r>
        <w:br/>
      </w:r>
      <w:r>
        <w:rPr>
          <w:sz w:val="20"/>
        </w:rPr>
        <w:t>1:00:53  to woh gaye khuda se poochne ke liye. to kehte hain ke ek hazaar noorani pardon ka distance tha. kaha jab hazrat jibril alaihi assalam ne bhi khuda ko is tarah nahi dekha jaise hum aankh se sab cheezein dekhte hain, to phir unhon ne bataya ke sab se achi cheez jo hai, woh masjid hai.</w:t>
      </w:r>
      <w:r>
        <w:br/>
      </w:r>
      <w:r>
        <w:rPr>
          <w:sz w:val="20"/>
        </w:rPr>
        <w:t>1:01:12  sab se achi jagah masjid hai aur sab se buri jagah shopping centers hain.</w:t>
      </w:r>
      <w:r>
        <w:br/>
      </w:r>
      <w:r>
        <w:rPr>
          <w:sz w:val="20"/>
        </w:rPr>
        <w:t>1:01:18  to masjid to ab to waise hi achi rahi nahi. wahan pehle to sirf wahan par ibadat hoti thi aur mazhabi baatein hoti thi.</w:t>
      </w:r>
      <w:r>
        <w:br/>
      </w:r>
      <w:r>
        <w:rPr>
          <w:sz w:val="20"/>
        </w:rPr>
        <w:t>1:01:26  ab to wahan bhi politics waghera sab chalti hai. behal is zamane ke lehaz se to isi tarah se ek baar hazrat aisha se kisi ne kaha ke "is islam badshagooni teen cheezon mein hai: aurat, ghoda aur ghar mein."</w:t>
      </w:r>
      <w:r>
        <w:br/>
      </w:r>
      <w:r>
        <w:rPr>
          <w:sz w:val="20"/>
        </w:rPr>
        <w:t>1:01:45  to hazrat aisha ne kaha: "bilkul galat, tum ne poori baat suni nahi." to woh tha ke door jahiliyat mein, yaani islam se pehle, arab aisa samajhte the ke islam mein to auraton ko bilkul barabar ka darja diya gaya hai.</w:t>
      </w:r>
      <w:r>
        <w:br/>
      </w:r>
      <w:r>
        <w:rPr>
          <w:sz w:val="20"/>
        </w:rPr>
        <w:t>1:02:00  to is tarah se unhon ne deeper level par islam ko samjha aur taqreeban pachas baras tak woh kaam karti rah</w:t>
      </w:r>
      <w:r>
        <w:br/>
      </w:r>
      <w:r>
        <w:rPr>
          <w:sz w:val="20"/>
        </w:rPr>
        <w:t>1:02:08  in. un ke bahut saare shagird the, yahan tak ke jinnats bhi, sahaba bhi, un ke paas jaate the jab un ko koi baat samajh mein nahi aati thi.</w:t>
      </w:r>
      <w:r>
        <w:br/>
      </w:r>
      <w:r>
        <w:rPr>
          <w:sz w:val="20"/>
        </w:rPr>
        <w:t>1:02:17  to un ke paas jaate the aur woh kehte the: "wahan hum ko ilm milta hai." to yeh bahut sari misalein jo hain, aurat mein hamare insaniyat aur khatoon islam mein aap aap ko mil sak mil jayegi.</w:t>
      </w:r>
    </w:p>
    <w:p>
      <w:pPr>
        <w:pStyle w:val="Heading2"/>
      </w:pPr>
      <w:r>
        <w:t>Man-made corruption in land and sea</w:t>
      </w:r>
    </w:p>
    <w:p>
      <w:r>
        <w:rPr>
          <w:color w:val="666666"/>
          <w:sz w:val="18"/>
        </w:rPr>
        <w:t>Warnings of Doomsday February 4, 2007 · 25s · at 28:19 · https://youtu.be/VT0BnPl_-zc?t=1699</w:t>
      </w:r>
    </w:p>
    <w:p>
      <w:r>
        <w:rPr>
          <w:i/>
        </w:rPr>
        <w:t>“Man-made corruption has spread in the land and the sea”</w:t>
      </w:r>
    </w:p>
    <w:p>
      <w:r>
        <w:rPr>
          <w:sz w:val="20"/>
        </w:rPr>
        <w:t>28:19  men made corruption has spread in the land and the sea. yeh likha hua hai quran mein ke samandar ka pani jo hai, dangerous had tak barh raha hai.</w:t>
      </w:r>
      <w:r>
        <w:br/>
      </w:r>
      <w:r>
        <w:rPr>
          <w:sz w:val="20"/>
        </w:rPr>
        <w:t>28:34  kyunke glacier pighal rahe hain, aur south pole aur north pole ki jo ice cap hai, woh pighal rahi hai. already barhta chala ja raha hai.</w:t>
      </w:r>
      <w:r>
        <w:br/>
      </w:r>
      <w:r>
        <w:rPr>
          <w:sz w:val="20"/>
        </w:rPr>
        <w:t>28:45  kitne sare area doob jayen ge, aur kya hoga? kya hoga?</w:t>
      </w:r>
    </w:p>
    <w:p>
      <w:pPr>
        <w:pStyle w:val="Heading2"/>
      </w:pPr>
      <w:r>
        <w:t>Meaning of ulul albab and a scholar's story</w:t>
      </w:r>
    </w:p>
    <w:p>
      <w:r>
        <w:rPr>
          <w:color w:val="666666"/>
          <w:sz w:val="18"/>
        </w:rPr>
        <w:t>Lessons from My Journey to Canada II January 10, 2016 · 5m 33s · at 45:10 · https://youtu.be/GHF2Ph3GW7A?t=2710</w:t>
      </w:r>
    </w:p>
    <w:p>
      <w:r>
        <w:rPr>
          <w:i/>
        </w:rPr>
        <w:t>“Ulul albab means people of intellect”</w:t>
      </w:r>
    </w:p>
    <w:p>
      <w:r>
        <w:rPr>
          <w:sz w:val="20"/>
        </w:rPr>
        <w:t>45:10  ?" dekhein, ulul albab ka matlab aqal wale,</w:t>
      </w:r>
      <w:r>
        <w:br/>
      </w:r>
      <w:r>
        <w:rPr>
          <w:sz w:val="20"/>
        </w:rPr>
        <w:t>45:15  jis ko hum kehte hain urdu arbab e aqal.</w:t>
      </w:r>
      <w:r>
        <w:br/>
      </w:r>
      <w:r>
        <w:rPr>
          <w:sz w:val="20"/>
        </w:rPr>
        <w:t>45:20  to abhi kal parson ki baat hai, mujh se ek sahab ne kaha ke woh gaye Europe, wahan</w:t>
      </w:r>
      <w:r>
        <w:br/>
      </w:r>
      <w:r>
        <w:rPr>
          <w:sz w:val="20"/>
        </w:rPr>
        <w:t>45:28  unhon ne ek taqreer suni kisi Muslim scholar ki.</w:t>
      </w:r>
      <w:r>
        <w:br/>
      </w:r>
      <w:r>
        <w:rPr>
          <w:sz w:val="20"/>
        </w:rPr>
        <w:t>45:32  to unhon ne kaha ke Quran ko samajhna ulul albab ka kaam hai.</w:t>
      </w:r>
      <w:r>
        <w:br/>
      </w:r>
      <w:r>
        <w:rPr>
          <w:sz w:val="20"/>
        </w:rPr>
        <w:t>45:40  Quran mein aaya hai ke "inma ulul albab</w:t>
      </w:r>
      <w:r>
        <w:br/>
      </w:r>
      <w:r>
        <w:rPr>
          <w:sz w:val="20"/>
        </w:rPr>
        <w:t>45:48  aqal wale samajhte hain".</w:t>
      </w:r>
      <w:r>
        <w:br/>
      </w:r>
      <w:r>
        <w:rPr>
          <w:sz w:val="20"/>
        </w:rPr>
        <w:t>45:50  to yahan aqal wale professional wale mein nahi hai ke degree wale aur</w:t>
      </w:r>
      <w:r>
        <w:br/>
      </w:r>
      <w:r>
        <w:rPr>
          <w:sz w:val="20"/>
        </w:rPr>
        <w:t>45:55  sanad wale. Aql se murad hai fitri aqal,</w:t>
      </w:r>
      <w:r>
        <w:br/>
      </w:r>
      <w:r>
        <w:rPr>
          <w:sz w:val="20"/>
        </w:rPr>
        <w:t>46:01  yani fitrat ne jo aqal aap ko di hai,</w:t>
      </w:r>
      <w:r>
        <w:br/>
      </w:r>
      <w:r>
        <w:rPr>
          <w:sz w:val="20"/>
        </w:rPr>
        <w:t>46:05  jo Allah ki takhleeq se jo aap ko aqal mili hai, us ko aap active karein, us ko</w:t>
      </w:r>
      <w:r>
        <w:br/>
      </w:r>
      <w:r>
        <w:rPr>
          <w:sz w:val="20"/>
        </w:rPr>
        <w:t>46:12  aap istemal karein,</w:t>
      </w:r>
      <w:r>
        <w:br/>
      </w:r>
      <w:r>
        <w:rPr>
          <w:sz w:val="20"/>
        </w:rPr>
        <w:t>46:14  tab aap Quran ki gehrai ko samajh payenge.</w:t>
      </w:r>
      <w:r>
        <w:br/>
      </w:r>
      <w:r>
        <w:rPr>
          <w:sz w:val="20"/>
        </w:rPr>
        <w:t>46:18  to Quran ka ek saada mafhoom hai</w:t>
      </w:r>
      <w:r>
        <w:br/>
      </w:r>
      <w:r>
        <w:rPr>
          <w:sz w:val="20"/>
        </w:rPr>
        <w:t>46:23  aur ek hai is ka gehra mafhoom.</w:t>
      </w:r>
      <w:r>
        <w:br/>
      </w:r>
      <w:r>
        <w:rPr>
          <w:sz w:val="20"/>
        </w:rPr>
        <w:t>46:26  to gehra mafhoom samajhne ke liye apni aqal ko istemal karna padega.</w:t>
      </w:r>
      <w:r>
        <w:br/>
      </w:r>
      <w:r>
        <w:rPr>
          <w:sz w:val="20"/>
        </w:rPr>
        <w:t>46:30  misal ke taur par main ek misal deta hoon, Quran ki pehli ayat hai "Alhamdolillah Rabbil Alameen".</w:t>
      </w:r>
      <w:r>
        <w:br/>
      </w:r>
      <w:r>
        <w:rPr>
          <w:sz w:val="20"/>
        </w:rPr>
        <w:t>46:37  to is ka ek matlab yeh hai ke mukhtalif mauqe par jab koi baat ho to aap keh</w:t>
      </w:r>
      <w:r>
        <w:br/>
      </w:r>
      <w:r>
        <w:rPr>
          <w:sz w:val="20"/>
        </w:rPr>
        <w:t>46:41  dein "Alhamdolillah".</w:t>
      </w:r>
      <w:r>
        <w:br/>
      </w:r>
      <w:r>
        <w:rPr>
          <w:sz w:val="20"/>
        </w:rPr>
        <w:t>46:49  phir "Alhamdolillah" ka matlab hai Allah ka shukr hai.</w:t>
      </w:r>
      <w:r>
        <w:br/>
      </w:r>
      <w:r>
        <w:rPr>
          <w:sz w:val="20"/>
        </w:rPr>
        <w:t>46:51  to aap jab sochen ge, is sochene ke liye kisi degree ki zaroorat nahi hai.</w:t>
      </w:r>
      <w:r>
        <w:br/>
      </w:r>
      <w:r>
        <w:rPr>
          <w:sz w:val="20"/>
        </w:rPr>
        <w:t>46:57  aap sochen ge ke dunya mein to evil hai, dunya mein problem hai,</w:t>
      </w:r>
      <w:r>
        <w:br/>
      </w:r>
      <w:r>
        <w:rPr>
          <w:sz w:val="20"/>
        </w:rPr>
        <w:t>47:02  to hum kaise "Alhamdulillah"</w:t>
      </w:r>
      <w:r>
        <w:br/>
      </w:r>
      <w:r>
        <w:rPr>
          <w:sz w:val="20"/>
        </w:rPr>
        <w:t>47:05  gehri speed ke sath kar payen ge?</w:t>
      </w:r>
      <w:r>
        <w:br/>
      </w:r>
      <w:r>
        <w:rPr>
          <w:sz w:val="20"/>
        </w:rPr>
        <w:t>47:08  dil mein to negative thought honge, shikayaten hongi, protest hoga,</w:t>
      </w:r>
      <w:r>
        <w:br/>
      </w:r>
      <w:r>
        <w:rPr>
          <w:sz w:val="20"/>
        </w:rPr>
        <w:t>47:15  kaise kahen ge? to ghor karte hue aap ko samajh mein ayega ke is ka matlab yeh</w:t>
      </w:r>
      <w:r>
        <w:br/>
      </w:r>
      <w:r>
        <w:rPr>
          <w:sz w:val="20"/>
        </w:rPr>
        <w:t>47:20  hua ke shikayaton ko radd karo,</w:t>
      </w:r>
      <w:r>
        <w:br/>
      </w:r>
      <w:r>
        <w:rPr>
          <w:sz w:val="20"/>
        </w:rPr>
        <w:t>47:25  problem ko ignore karo,</w:t>
      </w:r>
      <w:r>
        <w:br/>
      </w:r>
      <w:r>
        <w:rPr>
          <w:sz w:val="20"/>
        </w:rPr>
        <w:t>47:28  apne andar positive spirit ko zinda rakho, tab tum achhe tarike se "Alhamdulillah" keh paoge.</w:t>
      </w:r>
      <w:r>
        <w:br/>
      </w:r>
      <w:r>
        <w:rPr>
          <w:sz w:val="20"/>
        </w:rPr>
        <w:t>47:37  yeh hai soch ka janna.</w:t>
      </w:r>
      <w:r>
        <w:br/>
      </w:r>
      <w:r>
        <w:rPr>
          <w:sz w:val="20"/>
        </w:rPr>
        <w:t>47:40  to ek hai saada mafhoom, ek hai woh mafhoom jo tadabbur ke zariye maloom hota hai.</w:t>
      </w:r>
      <w:r>
        <w:br/>
      </w:r>
      <w:r>
        <w:rPr>
          <w:sz w:val="20"/>
        </w:rPr>
        <w:t>47:47  bas is maani mein hai "Al-Abab".</w:t>
      </w:r>
      <w:r>
        <w:br/>
      </w:r>
      <w:r>
        <w:rPr>
          <w:sz w:val="20"/>
        </w:rPr>
        <w:t>47:49  yeh nahi ke is ke liye koi degree ho, tab aap samjhen Quran ko.</w:t>
      </w:r>
      <w:r>
        <w:br/>
      </w:r>
      <w:r>
        <w:rPr>
          <w:sz w:val="20"/>
        </w:rPr>
        <w:t>47:54  maulana, agla sawal lene se pehle ek aur comment parhna chahenge jo doctor Safeena Tabassum ne bheja</w:t>
      </w:r>
      <w:r>
        <w:br/>
      </w:r>
      <w:r>
        <w:rPr>
          <w:sz w:val="20"/>
        </w:rPr>
        <w:t>48:00  ہے اجمیر سے، اور انہوں نے لکھا ہے کہ "making</w:t>
      </w:r>
      <w:r>
        <w:br/>
      </w:r>
      <w:r>
        <w:rPr>
          <w:sz w:val="20"/>
        </w:rPr>
        <w:t>48:04  God our greatest concern and adopting a human friendly behavior is the golden rule for those".</w:t>
      </w:r>
      <w:r>
        <w:br/>
      </w:r>
      <w:r>
        <w:rPr>
          <w:sz w:val="20"/>
        </w:rPr>
        <w:t>48:13  Jazakallah Maulana Sahab for giving this simple advice to prevent ourself from getting derailed.</w:t>
      </w:r>
      <w:r>
        <w:br/>
      </w:r>
      <w:r>
        <w:rPr>
          <w:sz w:val="20"/>
        </w:rPr>
        <w:t>48:21  masha Allah. Maulana, agla sawal doctor Hana ne kiya hai UK se, aur unhon ne likha hai ke</w:t>
      </w:r>
      <w:r>
        <w:br/>
      </w:r>
      <w:r>
        <w:rPr>
          <w:sz w:val="20"/>
        </w:rPr>
        <w:t>48:28  "مولانا، in UK we have experienced"</w:t>
      </w:r>
      <w:r>
        <w:br/>
      </w:r>
      <w:r>
        <w:rPr>
          <w:sz w:val="20"/>
        </w:rPr>
        <w:t>48:32  few times that when we give Quran with chocolates and gifts to non-Muslims, then they keep the</w:t>
      </w:r>
      <w:r>
        <w:br/>
      </w:r>
      <w:r>
        <w:rPr>
          <w:sz w:val="20"/>
        </w:rPr>
        <w:t>48:39  chocolates but returned the Quran as they suspected it to be a magic phenomena".</w:t>
      </w:r>
      <w:r>
        <w:br/>
      </w:r>
      <w:r>
        <w:rPr>
          <w:sz w:val="20"/>
        </w:rPr>
        <w:t>48:46  Since since these interactions are more with people who are from India, so I want to know whether</w:t>
      </w:r>
      <w:r>
        <w:br/>
      </w:r>
      <w:r>
        <w:rPr>
          <w:sz w:val="20"/>
        </w:rPr>
        <w:t>48:52  There is any concept of magic taken in India among non-Muslims for taking of Quran.</w:t>
      </w:r>
      <w:r>
        <w:br/>
      </w:r>
      <w:r>
        <w:rPr>
          <w:sz w:val="20"/>
        </w:rPr>
        <w:t>49:01  haan, is tarah ka tasawwur har jagah maujood hai, kam ya zyada, lekin is se humein kuch, yeh</w:t>
      </w:r>
      <w:r>
        <w:br/>
      </w:r>
      <w:r>
        <w:rPr>
          <w:sz w:val="20"/>
        </w:rPr>
        <w:t>49:06  hamare liye problem nahi hai.</w:t>
      </w:r>
      <w:r>
        <w:br/>
      </w:r>
      <w:r>
        <w:rPr>
          <w:sz w:val="20"/>
        </w:rPr>
        <w:t>49:10  اس لیے کہ یہ زمانہ جو ہے، اسی کے ساتھ یہ جاننا چاہیے کہ زمانہ spirit and inquiry</w:t>
      </w:r>
      <w:r>
        <w:br/>
      </w:r>
      <w:r>
        <w:rPr>
          <w:sz w:val="20"/>
        </w:rPr>
        <w:t>49:17  ka zamana hai.</w:t>
      </w:r>
      <w:r>
        <w:br/>
      </w:r>
      <w:r>
        <w:rPr>
          <w:sz w:val="20"/>
        </w:rPr>
        <w:t>49:19  hum un se keh sakte hain ke bhai, aap parh ke dekhiye, hum koi aap pe impose to</w:t>
      </w:r>
      <w:r>
        <w:br/>
      </w:r>
      <w:r>
        <w:rPr>
          <w:sz w:val="20"/>
        </w:rPr>
        <w:t>49:24  kar nahi rahe, aap parh kar dekhiye.</w:t>
      </w:r>
      <w:r>
        <w:br/>
      </w:r>
      <w:r>
        <w:rPr>
          <w:sz w:val="20"/>
        </w:rPr>
        <w:t>49:30  to kuch na kuch</w:t>
      </w:r>
      <w:r>
        <w:br/>
      </w:r>
      <w:r>
        <w:rPr>
          <w:sz w:val="20"/>
        </w:rPr>
        <w:t>49:34  misunderstanding har jagah pai jati hai, chahe India mein ho, chahe West mein ho, lekin woh mis</w:t>
      </w:r>
      <w:r>
        <w:br/>
      </w:r>
      <w:r>
        <w:rPr>
          <w:sz w:val="20"/>
        </w:rPr>
        <w:t>49:39  understanding jo hai, us ko aap yani point of discussion banaiye.</w:t>
      </w:r>
      <w:r>
        <w:br/>
      </w:r>
      <w:r>
        <w:rPr>
          <w:sz w:val="20"/>
        </w:rPr>
        <w:t>49:46  ase yeh kahiye ke aap is ko parh ke dekh lijiye, kya hai is mein?</w:t>
      </w:r>
      <w:r>
        <w:br/>
      </w:r>
      <w:r>
        <w:rPr>
          <w:sz w:val="20"/>
        </w:rPr>
        <w:t>49:54  to main samajhta hoon ke</w:t>
      </w:r>
      <w:r>
        <w:br/>
      </w:r>
      <w:r>
        <w:rPr>
          <w:sz w:val="20"/>
        </w:rPr>
        <w:t>49:57  is tarah ki soch pehle bhi thi, aaj bhi hai, aindah bhi rahegi, lekin is se dawat</w:t>
      </w:r>
      <w:r>
        <w:br/>
      </w:r>
      <w:r>
        <w:rPr>
          <w:sz w:val="20"/>
        </w:rPr>
        <w:t>50:03  ka mission rukta nahin.</w:t>
      </w:r>
      <w:r>
        <w:br/>
      </w:r>
      <w:r>
        <w:rPr>
          <w:sz w:val="20"/>
        </w:rPr>
        <w:t>50:05  dawat ka mission phir bhi jaari rehta hai, inshallah.</w:t>
      </w:r>
      <w:r>
        <w:br/>
      </w:r>
      <w:r>
        <w:rPr>
          <w:sz w:val="20"/>
        </w:rPr>
        <w:t>50:13  maulana, ek aur comment aaya hai dilli se doctor najma siddiqi ka, aur unhon ne likha hai ke</w:t>
      </w:r>
      <w:r>
        <w:br/>
      </w:r>
      <w:r>
        <w:rPr>
          <w:sz w:val="20"/>
        </w:rPr>
        <w:t>50:20  An experience, once an experience that I wanted to share with all, once I gave an English Quran</w:t>
      </w:r>
      <w:r>
        <w:br/>
      </w:r>
      <w:r>
        <w:rPr>
          <w:sz w:val="20"/>
        </w:rPr>
        <w:t>50:26  to a doctor.</w:t>
      </w:r>
      <w:r>
        <w:br/>
      </w:r>
      <w:r>
        <w:rPr>
          <w:sz w:val="20"/>
        </w:rPr>
        <w:t>50:28  he looked at me for few seconds, took it and said, i had worked in saudi arabia for</w:t>
      </w:r>
      <w:r>
        <w:br/>
      </w:r>
      <w:r>
        <w:rPr>
          <w:sz w:val="20"/>
        </w:rPr>
        <w:t>50:35  More than five years, no one ever gave me a copy of Quran which I could understand.</w:t>
      </w:r>
      <w:r>
        <w:br/>
      </w:r>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p>
    <w:p>
      <w:pPr>
        <w:pStyle w:val="Heading2"/>
      </w:pPr>
      <w:r>
        <w:t>Full thesis — the new era is pro-Islam, not anti-Islam</w:t>
      </w:r>
    </w:p>
    <w:p>
      <w:r>
        <w:rPr>
          <w:color w:val="666666"/>
          <w:sz w:val="18"/>
        </w:rPr>
        <w:t>Islam in A New Age March 18, 2012 · 3m 58s · at 0:35 · https://youtu.be/P5hzq_NheY0?t=35</w:t>
      </w:r>
    </w:p>
    <w:p>
      <w:r>
        <w:rPr>
          <w:i/>
        </w:rPr>
        <w:t>“Aaj ka topic hai: Islam in a New Age”</w:t>
      </w:r>
    </w:p>
    <w:p>
      <w:r>
        <w:rPr>
          <w:sz w:val="20"/>
        </w:rPr>
        <w:t>0:35  aaj ka topic hai: Islam in New Age. Islam ek naye zamane mein.</w:t>
      </w:r>
      <w:r>
        <w:br/>
      </w:r>
      <w:r>
        <w:rPr>
          <w:sz w:val="20"/>
        </w:rPr>
        <w:t>0:48  yeh bohat hi important topic hai kyunke yeh jo naya zamana hai, yeh pro Islam zamana hai.</w:t>
      </w:r>
      <w:r>
        <w:br/>
      </w:r>
      <w:r>
        <w:rPr>
          <w:sz w:val="20"/>
        </w:rPr>
        <w:t>0:59  yeh anti Islam zamana nahi hai.</w:t>
      </w:r>
      <w:r>
        <w:br/>
      </w:r>
      <w:r>
        <w:rPr>
          <w:sz w:val="20"/>
        </w:rPr>
        <w:t>1:03  100 percent yeh pro Islam zamana hai.</w:t>
      </w:r>
      <w:r>
        <w:br/>
      </w:r>
      <w:r>
        <w:rPr>
          <w:sz w:val="20"/>
        </w:rPr>
        <w:t>1:08  toh agar aap is ko is hesiyat se discover karein toh aap ke liye, yani Khuda ki blessing ke samandar khul jayenge.</w:t>
      </w:r>
      <w:r>
        <w:br/>
      </w:r>
      <w:r>
        <w:rPr>
          <w:sz w:val="20"/>
        </w:rPr>
        <w:t>1:24  is liye bohat zaroori hai ke is pehlu se mutala kiya jaye.</w:t>
      </w:r>
      <w:r>
        <w:br/>
      </w:r>
      <w:r>
        <w:rPr>
          <w:sz w:val="20"/>
        </w:rPr>
        <w:t>1:32  dekhiye, Rasool Allah sal Allah alaihi wasallam ki ek hadith hai jo Tirmizi mein aur doosri hadith ki kai kitabon mein aayi hai.</w:t>
      </w:r>
      <w:r>
        <w:br/>
      </w:r>
      <w:r>
        <w:rPr>
          <w:sz w:val="20"/>
        </w:rPr>
        <w:t>1:45  is ke alfaaz yeh hain: "مثل المؤمن كمثل المطر، لا يدرى أوله خير أم آخره" ۔</w:t>
      </w:r>
      <w:r>
        <w:br/>
      </w:r>
      <w:r>
        <w:rPr>
          <w:sz w:val="20"/>
        </w:rPr>
        <w:t>2:00  meri ummat ki misaal barish jaisi hai. Nahi maloom ke is ka pehla hissa behtar hoga ya doosra hissa.</w:t>
      </w:r>
      <w:r>
        <w:br/>
      </w:r>
      <w:r>
        <w:rPr>
          <w:sz w:val="20"/>
        </w:rPr>
        <w:t>2:09  dekhiye, yeh ek usloob hai kehne ka. Yeh shubha ki baat nahi hai. Is ka matlab hai ke agla hissa zyada behtar hoga.</w:t>
      </w:r>
      <w:r>
        <w:br/>
      </w:r>
      <w:r>
        <w:rPr>
          <w:sz w:val="20"/>
        </w:rPr>
        <w:t>2:21  kyunke barish jab aati hai toh shuru mein toh kuch cheezein ugti hain, lekin baad ko toh bargi fasal lehlati hai.</w:t>
      </w:r>
      <w:r>
        <w:br/>
      </w:r>
      <w:r>
        <w:rPr>
          <w:sz w:val="20"/>
        </w:rPr>
        <w:t>2:29  bagh aur khet lehle uthte hain. Toh yeh maloom baat hai ke barish ka agla hissa zyada behtar hota. Aisa kabhi nahi ho sakta ke barish ka agla hissa jo hai zyada behtar na ho.</w:t>
      </w:r>
      <w:r>
        <w:br/>
      </w:r>
      <w:r>
        <w:rPr>
          <w:sz w:val="20"/>
        </w:rPr>
        <w:t>2:45  toh barish ki misaal de kar Rasool Allah sal Allah alaihi wasallam ne mutayyan kar diya ke is ummat ka agla hissa zyada behtar hoga. Dekhiye, yeh ummat ki fazilat nahi hai.</w:t>
      </w:r>
      <w:r>
        <w:br/>
      </w:r>
      <w:r>
        <w:rPr>
          <w:sz w:val="20"/>
        </w:rPr>
        <w:t>2:57  sab se badi baat janne ki woh yeh hai ke yeh ayat ummat ki fazilat toh nahi batati. Fazilat ka tasawwur yaad rakhiye, Islam mein ajnabi hai.</w:t>
      </w:r>
      <w:r>
        <w:br/>
      </w:r>
      <w:r>
        <w:rPr>
          <w:sz w:val="20"/>
        </w:rPr>
        <w:t>3:13  yeh toh ek mubtadiana tasawwur hai. Asal yeh hai ke yeh ummat, yani aakhri paygambar ki ummat, hamesha ke liye baqi rehne wali thi.</w:t>
      </w:r>
      <w:r>
        <w:br/>
      </w:r>
      <w:r>
        <w:rPr>
          <w:sz w:val="20"/>
        </w:rPr>
        <w:t>3:26  ummat ka matlab hai ke jab deen mehfooz ho gaya, is se pehle bhi Allah ki taraf se kitabein aayin, lekin woh mehfooz na reh sakein.</w:t>
      </w:r>
      <w:r>
        <w:br/>
      </w:r>
      <w:r>
        <w:rPr>
          <w:sz w:val="20"/>
        </w:rPr>
        <w:t>3:38  is liye woh kitabein bhi ho gayin ghair mustanad, unauthentic, aur khud is ke followers bhi unauthentic ho gaye. Woh numainde deen ilahi nahi rahe.</w:t>
      </w:r>
      <w:r>
        <w:br/>
      </w:r>
      <w:r>
        <w:rPr>
          <w:sz w:val="20"/>
        </w:rPr>
        <w:t>3:52  toh is ummat ke saath Allah taala ne yeh muamla kiya ke Quran ko mehfooz kar diya, sunnat Muhammadi ko mehfooz kar diya.</w:t>
      </w:r>
      <w:r>
        <w:br/>
      </w:r>
      <w:r>
        <w:rPr>
          <w:sz w:val="20"/>
        </w:rPr>
        <w:t>4:04  saari baatein jo deen se mutalliq theen, woh sab mehfooz ho gayin. Mehfooz hone ki bina par yeh mumkin hoga ke yeh continue rahe, agle daur tak is ka zamana pahunche.</w:t>
      </w:r>
      <w:r>
        <w:br/>
      </w:r>
      <w:r>
        <w:rPr>
          <w:sz w:val="20"/>
        </w:rPr>
        <w:t>4:18  is liye Muhammad ke liye mumkin hoga ke baad ke zamane ki boundaries, baad ke zamane ki divine blessings is se hisse mein aayin. Yeh baat hai.</w:t>
      </w:r>
      <w:r>
        <w:br/>
      </w:r>
      <w:r>
        <w:rPr>
          <w:sz w:val="20"/>
        </w:rPr>
        <w:t>4:27  toh fazilat ummat ki baat nahi hai, balke yeh daur ki baat hai.</w:t>
      </w:r>
    </w:p>
    <w:p>
      <w:pPr>
        <w:pStyle w:val="Heading2"/>
      </w:pPr>
      <w:r>
        <w:t>Modern electronic neighbors in hadith</w:t>
      </w:r>
    </w:p>
    <w:p>
      <w:r>
        <w:rPr>
          <w:color w:val="666666"/>
          <w:sz w:val="18"/>
        </w:rPr>
        <w:t>CPS Women Article Discussion 14 January 8, 2023 · 23s · at 3:00 · https://youtu.be/XVluFGBfxcI?t=180</w:t>
      </w:r>
    </w:p>
    <w:p>
      <w:r>
        <w:rPr>
          <w:i/>
        </w:rPr>
        <w:t>“इस हदीश को मौजूदा ज़माने के लिहाज से देखा जाए तो इसमें आम पड़ोसी के”</w:t>
      </w:r>
    </w:p>
    <w:p>
      <w:r>
        <w:rPr>
          <w:sz w:val="20"/>
        </w:rPr>
        <w:t>3:00  is hadish ko maujooda zamane ke lihaz se dekha jaye to ismein aam padosi ke alawa electronic padosi in neighbor bhi shamil honge kyunke aaj door ke padosi ko hidayat pahunchana utna hi aasan ho gaya hai jitna ke qareebi padosi ko pahunchana.</w:t>
      </w:r>
      <w:r>
        <w:br/>
      </w:r>
      <w:r>
        <w:rPr>
          <w:sz w:val="20"/>
        </w:rPr>
        <w:t>3:23  is article ko padhkar main is hadish mein jo ismein jo hadish batai gayi hai woh isko padhkar iski jo baat hai ke deen ki daawat ki importance ka uski meaning yeh samajh mein aaya hai ke is duniya mein kisi insaan ke liye nijaat ka rasta agar hum kholte hain to usi ke zariye humare nijaat ka rasta bhi khulega.</w:t>
      </w:r>
    </w:p>
    <w:p>
      <w:pPr>
        <w:pStyle w:val="Heading2"/>
      </w:pPr>
      <w:r>
        <w:t>Hadith: Allah treats you as you expect of Him</w:t>
      </w:r>
    </w:p>
    <w:p>
      <w:r>
        <w:rPr>
          <w:color w:val="666666"/>
          <w:sz w:val="18"/>
        </w:rPr>
        <w:t>CPS Women Monthly Q and A with Prof. Farida Khanam and Maulana Farhad Ahmed Umeri July 30, 2023 · 1m 10s · at 22:10 · https://youtu.be/zKtfjSCnoAE?t=1330</w:t>
      </w:r>
    </w:p>
    <w:p>
      <w:r>
        <w:rPr>
          <w:i/>
        </w:rPr>
        <w:t>“Sahabi ne poocha: Allah ki nazar mein tumhari kya position hai?”</w:t>
      </w:r>
    </w:p>
    <w:p>
      <w:r>
        <w:rPr>
          <w:sz w:val="20"/>
        </w:rPr>
        <w:t>22:10  ek hadees yeh hai ki jab prophet ke paas ek sahabi aa kar, aye rasool allah sallallahu alaihi wasallam ne farmaya ki tumhare nazar mein allah ki position kya hai? wohi position allah ke nazar mein tumhari hai. pehle yeh hai isko explain kijiye. main next hadees ko bataun.</w:t>
      </w:r>
      <w:r>
        <w:br/>
      </w:r>
      <w:r>
        <w:rPr>
          <w:sz w:val="20"/>
        </w:rPr>
        <w:t>22:40  yeh hadees ko ek doosre hadees se iska yeh hota hai, explanation hota hai. uska main kuch portion bata raha hoon. abhi toh exact hadees ki yaad nahi hai. allah taala ne yeh kaha. main bande ke gumaan ke mutabiq hoon.</w:t>
      </w:r>
      <w:r>
        <w:br/>
      </w:r>
      <w:r>
        <w:rPr>
          <w:sz w:val="20"/>
        </w:rPr>
        <w:t>23:07  wohi meri taraf tezi ke saath aayega main usse aur zyada tezi ke saath aaunga. toh allah taala yeh kehna chahta hai ki pehle aapki taraf se hona chahiye mamla. din ki taraf aane mein kya hai?</w:t>
      </w:r>
      <w:r>
        <w:br/>
      </w:r>
      <w:r>
        <w:rPr>
          <w:sz w:val="20"/>
        </w:rPr>
        <w:t>23:20  aap clear hai baat?</w:t>
      </w:r>
    </w:p>
    <w:p>
      <w:pPr>
        <w:pStyle w:val="Heading2"/>
      </w:pPr>
      <w:r>
        <w:t>Personal journey to understand hadith</w:t>
      </w:r>
    </w:p>
    <w:p>
      <w:r>
        <w:rPr>
          <w:color w:val="666666"/>
          <w:sz w:val="18"/>
        </w:rPr>
        <w:t>Character Building March 25, 2017 · 1m 51s · at 0:30 · https://youtu.be/GTuBwenwkco?t=30</w:t>
      </w:r>
    </w:p>
    <w:p>
      <w:r>
        <w:rPr>
          <w:i/>
        </w:rPr>
        <w:t>“Aik hadith hai jo kai kitabon mein aayi hai”</w:t>
      </w:r>
    </w:p>
    <w:p>
      <w:r>
        <w:rPr>
          <w:sz w:val="20"/>
        </w:rPr>
        <w:t>0:30  ek hadith hai jo kai kitabon mein aai hai, sahih al-bukhari mein bhi aai hai.</w:t>
      </w:r>
      <w:r>
        <w:br/>
      </w:r>
      <w:r>
        <w:rPr>
          <w:sz w:val="20"/>
        </w:rPr>
        <w:t>0:44  to is hadith par main shayad kai baras se sunta raha hoon. is ka matlab mujhe samajh mein nahin aata tha ke kya hai.</w:t>
      </w:r>
      <w:r>
        <w:br/>
      </w:r>
      <w:r>
        <w:rPr>
          <w:sz w:val="20"/>
        </w:rPr>
        <w:t>0:55  kyunki is mein ek insan ke ek adat ka zikr hai. ek lekin misaal nahin di gai. main kisi baat ko misaal se samajh pata hoon.</w:t>
      </w:r>
      <w:r>
        <w:br/>
      </w:r>
      <w:r>
        <w:rPr>
          <w:sz w:val="20"/>
        </w:rPr>
        <w:t>1:11  mujhe mujarrad taur par to nahin samajhta. main</w:t>
      </w:r>
      <w:r>
        <w:br/>
      </w:r>
      <w:r>
        <w:rPr>
          <w:sz w:val="20"/>
        </w:rPr>
        <w:t>1:15  to kal woh hai ek tajurba hua mujh ko jis se main andaza kar paya ke yeh matlab hai is ka.</w:t>
      </w:r>
      <w:r>
        <w:br/>
      </w:r>
      <w:r>
        <w:rPr>
          <w:sz w:val="20"/>
        </w:rPr>
        <w:t>1:26  to isi ko main leta hoon aaj. to woh hadith pehle padhenge faraz umri sahib, phir main arz karunga.</w:t>
      </w:r>
      <w:r>
        <w:br/>
      </w:r>
      <w:r>
        <w:rPr>
          <w:sz w:val="20"/>
        </w:rPr>
        <w:t>1:35  anas razi allah anhu qal: "innakum latamaloona a'maalan ya'daqu fi a'yunikum min ash-sha'r, inna kunna lanadduha ala ahd an-nabi sallallahu alaihi wa sallam min al-mubiqat." sahih al-bukhari hadith number 6492.</w:t>
      </w:r>
      <w:r>
        <w:br/>
      </w:r>
      <w:r>
        <w:rPr>
          <w:sz w:val="20"/>
        </w:rPr>
        <w:t>1:58  anas razi allah anhu se riwayat hai, woh kehte hain ke tum log kuch kaam karte ho, yeh tumhari nazron mein baal se bhi barik hai.</w:t>
      </w:r>
      <w:r>
        <w:br/>
      </w:r>
      <w:r>
        <w:rPr>
          <w:sz w:val="20"/>
        </w:rPr>
        <w:t>2:09  halka ke hum log is ko rasool sallallahu alaihi wa sallam ke ahd mein halakat khayz cheez samajhte the, shumar karte the.</w:t>
      </w:r>
    </w:p>
    <w:p>
      <w:pPr>
        <w:pStyle w:val="Heading2"/>
      </w:pPr>
      <w:r>
        <w:t>Meaning of oppression in hadith qudsi</w:t>
      </w:r>
    </w:p>
    <w:p>
      <w:r>
        <w:rPr>
          <w:color w:val="666666"/>
          <w:sz w:val="18"/>
        </w:rPr>
        <w:t>Positive Thinking 7 May 2014 - Maulana Wahiduddin Khan · 23s · at 3:02 · https://youtu.be/D6zupEZ6LLw?t=182</w:t>
      </w:r>
    </w:p>
    <w:p>
      <w:r>
        <w:rPr>
          <w:i/>
        </w:rPr>
        <w:t>“Zulm ke lafz se ek baat is mein batayi gayi hai”</w:t>
      </w:r>
    </w:p>
    <w:p>
      <w:r>
        <w:rPr>
          <w:sz w:val="20"/>
        </w:rPr>
        <w:t>3:02  logo! tum bhi is baat ko haram kar lo ke tum kisi ke oper zulm karo. dekhen, zulm ke lafz se ek baat is mein batai gayi hai.</w:t>
      </w:r>
      <w:r>
        <w:br/>
      </w:r>
      <w:r>
        <w:rPr>
          <w:sz w:val="20"/>
        </w:rPr>
        <w:t>3:14  is ka matlab kya hai? na to Khuda kisi se kuch chheenta, na koi insan kisi se kuch chheen sakta.</w:t>
      </w:r>
    </w:p>
    <w:p>
      <w:pPr>
        <w:pStyle w:val="Heading2"/>
      </w:pPr>
      <w:r>
        <w:t>Shock treatment from non-religious people</w:t>
      </w:r>
    </w:p>
    <w:p>
      <w:r>
        <w:rPr>
          <w:color w:val="666666"/>
          <w:sz w:val="18"/>
        </w:rPr>
        <w:t>Tayeed e Deen | July 13, 2014 · 1m 00s · at 19:38 · https://youtu.be/n94xyIC-RE0?t=1178</w:t>
      </w:r>
    </w:p>
    <w:p>
      <w:r>
        <w:rPr>
          <w:i/>
        </w:rPr>
        <w:t>“Sweet words never bring revolution.”</w:t>
      </w:r>
    </w:p>
    <w:p>
      <w:r>
        <w:rPr>
          <w:sz w:val="20"/>
        </w:rPr>
        <w:t>19:38  on se nahi tootta. agar aap ja kar wo kahen ke a musalmanon, tum ko jaboot paida ho gaya hai to apne andar jaboot ko todo to koi nahi todega. meethi meethi baaton se duniya mein koi inqilab nahi aata. it requires shock treatment. yaad rakhen, koi bada waqea jo hota hai wo shock treatment ke zariye hota hai. to is mein ye bhi chhi hui hai ye baat</w:t>
      </w:r>
      <w:r>
        <w:br/>
      </w:r>
      <w:r>
        <w:rPr>
          <w:sz w:val="20"/>
        </w:rPr>
        <w:t>20:08  ke ahle ghair ahle deen jo hain, ghair ahle deen, wahi to shock treatment denge aap ko. apne log kya denge? apne log to meethi meethi baaten karenge. apne log to hain, baradaran e islam ki boli bolenge. baradaran e islam ki boli se kuch intikhab nahi aaya karta. wo to wo karega jo kahega ke a a dushmanon, a insaniyat ke dushmanon, tab compreshan k</w:t>
      </w:r>
    </w:p>
    <w:p>
      <w:pPr>
        <w:pStyle w:val="Heading2"/>
      </w:pPr>
      <w:r>
        <w:t>Translation of hadith on mixing with people</w:t>
      </w:r>
    </w:p>
    <w:p>
      <w:r>
        <w:rPr>
          <w:color w:val="666666"/>
          <w:sz w:val="18"/>
        </w:rPr>
        <w:t>Spirit of Team Work April 6, 2019 · 27s · at 1:08 · https://youtu.be/0tSocvvX_Ks?t=68</w:t>
      </w:r>
    </w:p>
    <w:p>
      <w:r>
        <w:rPr>
          <w:i/>
        </w:rPr>
        <w:t>“Al-Adab al-Mufrad lil-Bukhari, hadith number 388”</w:t>
      </w:r>
    </w:p>
    <w:p>
      <w:r>
        <w:rPr>
          <w:sz w:val="20"/>
        </w:rPr>
        <w:t>1:08  Al-Adab al-Mufrad li al-Bukhari, hadith number 388. Ibn Umar riwayat karte hain nabi salla Allahu alayhi wa sallam se, aap ne kaha: "Woh momin jo logon se milta julta hai aur un ki azzaon par sabr karta hai,</w:t>
      </w:r>
      <w:r>
        <w:br/>
      </w:r>
      <w:r>
        <w:rPr>
          <w:sz w:val="20"/>
        </w:rPr>
        <w:t>1:23  Woh is se behtar hai jo logon se nahi milta aur na un ki takleefon par sabr karta hai". Is hadith ko Tirmidhi ne bhi riwayat kiya hai aur Ibn Majah ne bhi.</w:t>
      </w:r>
    </w:p>
    <w:p>
      <w:pPr>
        <w:pStyle w:val="Heading2"/>
      </w:pPr>
      <w:r>
        <w:t>Meaning of Allahu Akbar: only God is great</w:t>
      </w:r>
    </w:p>
    <w:p>
      <w:r>
        <w:rPr>
          <w:color w:val="666666"/>
          <w:sz w:val="18"/>
        </w:rPr>
        <w:t>God's Protection November 28, 2013 · 29s · at 10:31 · https://youtu.be/QgqXbChsr5c?t=631</w:t>
      </w:r>
    </w:p>
    <w:p>
      <w:r>
        <w:rPr>
          <w:i/>
        </w:rPr>
        <w:t>“Phir namaz shuru ki to kaha: Allahu Akbar”</w:t>
      </w:r>
    </w:p>
    <w:p>
      <w:r>
        <w:rPr>
          <w:sz w:val="20"/>
        </w:rPr>
        <w:t>10:31  phir aap ne namaz shuru ki to aap ne kaha ke "allahu akbar"</w:t>
      </w:r>
      <w:r>
        <w:br/>
      </w:r>
      <w:r>
        <w:rPr>
          <w:sz w:val="20"/>
        </w:rPr>
        <w:t>10:35  . to aap ne kya yaad kiya? ke bada to sirf allah hai. "god is great". is ka matlab kya hua?</w:t>
      </w:r>
      <w:r>
        <w:br/>
      </w:r>
      <w:r>
        <w:rPr>
          <w:sz w:val="20"/>
        </w:rPr>
        <w:t>10:49  ke "allahu akbar wa an asghar". bada to khuda hai, main to chhota hoon. ab ghor kijiye, kitni badi haqeeqat hai.</w:t>
      </w:r>
    </w:p>
    <w:p>
      <w:pPr>
        <w:pStyle w:val="Heading2"/>
      </w:pPr>
      <w:r>
        <w:t>15 lakh narrators researched, unmatched in history</w:t>
      </w:r>
    </w:p>
    <w:p>
      <w:r>
        <w:rPr>
          <w:color w:val="666666"/>
          <w:sz w:val="18"/>
        </w:rPr>
        <w:t>History of Islamic Learning May 14, 2006 Part 2 · 23s · at 5:22 · https://youtu.be/snrt_NRyjLI?t=322</w:t>
      </w:r>
    </w:p>
    <w:p>
      <w:r>
        <w:rPr>
          <w:i/>
        </w:rPr>
        <w:t>“کوئی 15 لاکھ آدمیوں کے حالات اکٹھا کیے گئے”</w:t>
      </w:r>
    </w:p>
    <w:p>
      <w:r>
        <w:rPr>
          <w:sz w:val="20"/>
        </w:rPr>
        <w:t>5:22  is tarah koi 15 lakh aadmiyon kay halaat ikatha kiye gaye. moti moti kitabein is par hain, aaj bhi libraryon mein.</w:t>
      </w:r>
      <w:r>
        <w:br/>
      </w:r>
      <w:r>
        <w:rPr>
          <w:sz w:val="20"/>
        </w:rPr>
        <w:t>5:33  yani 15 lakh aadmiyon kay halaat. main bataoon kay history mein kabhi aisa nahi hua kay 15 lakh aadmiyon kay halaat ikatha kiye gaye, kiye jayen.</w:t>
      </w:r>
    </w:p>
    <w:p>
      <w:pPr>
        <w:pStyle w:val="Heading2"/>
      </w:pPr>
      <w:r>
        <w:t>Women's role: basic duties but flexibility</w:t>
      </w:r>
    </w:p>
    <w:p>
      <w:r>
        <w:rPr>
          <w:color w:val="666666"/>
          <w:sz w:val="18"/>
        </w:rPr>
        <w:t>God Oriented Life (In Conversation with Maulana) 23 10 11 · 2m 57s · at 25:06 · https://youtu.be/E_LWwsWww2U?t=1506</w:t>
      </w:r>
    </w:p>
    <w:p>
      <w:r>
        <w:rPr>
          <w:i/>
        </w:rPr>
        <w:t>“Dekhiye maine aisa nahi likha hai”</w:t>
      </w:r>
    </w:p>
    <w:p>
      <w:r>
        <w:rPr>
          <w:sz w:val="20"/>
        </w:rPr>
        <w:t>25:06  dekhiye maine aisa nahi likha hai aap is ko phir se padhiye meri tehreer ko ke aurat</w:t>
      </w:r>
      <w:r>
        <w:br/>
      </w:r>
      <w:r>
        <w:rPr>
          <w:sz w:val="20"/>
        </w:rPr>
        <w:t>25:12  sirf ghar kaam kare aur aurat sirf bahar kaam kare aisa maine likha hai maine kaha</w:t>
      </w:r>
      <w:r>
        <w:br/>
      </w:r>
      <w:r>
        <w:rPr>
          <w:sz w:val="20"/>
        </w:rPr>
        <w:t>25:17  ke basically aisa hona chahiye basically wahan lafz padhiye aap mera hmm aisa nahi likha likha maine</w:t>
      </w:r>
      <w:r>
        <w:br/>
      </w:r>
      <w:r>
        <w:rPr>
          <w:sz w:val="20"/>
        </w:rPr>
        <w:t>25:23  kabhi bhi nahi likha hai yani ek general division yeh hai general aam halat mein ke aisa aurat</w:t>
      </w:r>
      <w:r>
        <w:br/>
      </w:r>
      <w:r>
        <w:rPr>
          <w:sz w:val="20"/>
        </w:rPr>
        <w:t>25:32  kare aisa mard kare lekin agar aap zaroorat samajhte hain to mard bahar ja kar kaam kar sakti</w:t>
      </w:r>
      <w:r>
        <w:br/>
      </w:r>
      <w:r>
        <w:rPr>
          <w:sz w:val="20"/>
        </w:rPr>
        <w:t>25:40  hai aur is mein koi islam mein koi harj nahi hai harj asal cheez jo hai dekhiye yeh</w:t>
      </w:r>
      <w:r>
        <w:br/>
      </w:r>
      <w:r>
        <w:rPr>
          <w:sz w:val="20"/>
        </w:rPr>
        <w:t>25:48  nahi ke aurat ghar mein confine rahi hai matlab nahi asal</w:t>
      </w:r>
      <w:r>
        <w:br/>
      </w:r>
      <w:r>
        <w:rPr>
          <w:sz w:val="20"/>
        </w:rPr>
        <w:t>25:52  mein asal cheez jo islam mein hai woh newdity</w:t>
      </w:r>
      <w:r>
        <w:br/>
      </w:r>
      <w:r>
        <w:rPr>
          <w:sz w:val="20"/>
        </w:rPr>
        <w:t>25:56  یعنی free society اور یہ سب جو ہوتا ہے یعنی مرد عورت بالکل مچھلیوں کی طرح رہتے ہیں</w:t>
      </w:r>
      <w:r>
        <w:br/>
      </w:r>
      <w:r>
        <w:rPr>
          <w:sz w:val="20"/>
        </w:rPr>
        <w:t>26:03  yeh sab galat hai islam mein</w:t>
      </w:r>
      <w:r>
        <w:br/>
      </w:r>
      <w:r>
        <w:rPr>
          <w:sz w:val="20"/>
        </w:rPr>
        <w:t>26:06  aisa nahi ke aurat bahar kaam nahi kar sakti</w:t>
      </w:r>
      <w:r>
        <w:br/>
      </w:r>
      <w:r>
        <w:rPr>
          <w:sz w:val="20"/>
        </w:rPr>
        <w:t>26:11  aisa hargiz nahi hai lekin aam halaat mein maine kaha hai ke aam halaat mein</w:t>
      </w:r>
      <w:r>
        <w:br/>
      </w:r>
      <w:r>
        <w:rPr>
          <w:sz w:val="20"/>
        </w:rPr>
        <w:t>26:17  agar yeh arrangement hota hai ke aurat ghar ka sambhalti hai mard bahar ka sambhalta hai to yeh</w:t>
      </w:r>
      <w:r>
        <w:br/>
      </w:r>
      <w:r>
        <w:rPr>
          <w:sz w:val="20"/>
        </w:rPr>
        <w:t>26:24  ایک نیچرل ڈیویژن ہوگا آپ یورپ امریکہ کا ذکر فرما رہے ہیں میں بار بار وہاں گیا ہوں</w:t>
      </w:r>
      <w:r>
        <w:br/>
      </w:r>
      <w:r>
        <w:rPr>
          <w:sz w:val="20"/>
        </w:rPr>
        <w:t>26:31  wahan par chounke is is ko nahi mante log to is se bohat nuksan hua hai wahan jis</w:t>
      </w:r>
      <w:r>
        <w:br/>
      </w:r>
      <w:r>
        <w:rPr>
          <w:sz w:val="20"/>
        </w:rPr>
        <w:t>26:37  ko</w:t>
      </w:r>
      <w:r>
        <w:br/>
      </w:r>
      <w:r>
        <w:rPr>
          <w:sz w:val="20"/>
        </w:rPr>
        <w:t>26:37  کہتے ہیں broken homes, broken homes جو مسئلہ پیدا ہوا ہے وہ ہر وہاں کا سپر مسئلہ ہے</w:t>
      </w:r>
      <w:r>
        <w:br/>
      </w:r>
      <w:r>
        <w:rPr>
          <w:sz w:val="20"/>
        </w:rPr>
        <w:t>26:44  broken homes, yaani maa mein alag, bachche alag, aur shauhar alag. Toh bachche bilkul yaani koi unki</w:t>
      </w:r>
      <w:r>
        <w:br/>
      </w:r>
      <w:r>
        <w:rPr>
          <w:sz w:val="20"/>
        </w:rPr>
        <w:t>26:55  ٹریننگ نہیں ہوتی بالکل اینیمل کی طرح جیتے ہیں وہ تو broken homes کو جو جو phenomena وہاں</w:t>
      </w:r>
      <w:r>
        <w:br/>
      </w:r>
      <w:r>
        <w:rPr>
          <w:sz w:val="20"/>
        </w:rPr>
        <w:t>27:01  ہے وہ وہ تو super evil ہے وہاں کی سوسائٹی بالکل یعنی تباہ ہو گئی اس کی بنا</w:t>
      </w:r>
      <w:r>
        <w:br/>
      </w:r>
      <w:r>
        <w:rPr>
          <w:sz w:val="20"/>
        </w:rPr>
        <w:t>27:09  par to natural taqseem mein yeh hai maine kaha hai ke dono shobe hain yani ghar sambhalna</w:t>
      </w:r>
      <w:r>
        <w:br/>
      </w:r>
      <w:r>
        <w:rPr>
          <w:sz w:val="20"/>
        </w:rPr>
        <w:t>27:18  bachon ko sambhalna aur bahar ka sambhalna bhi lekin yeh koi</w:t>
      </w:r>
      <w:r>
        <w:br/>
      </w:r>
      <w:r>
        <w:rPr>
          <w:sz w:val="20"/>
        </w:rPr>
        <w:t>27:22  aisa nahi ke aise hi lazman har jagah hona chahiye maine yeh bhi kaha hai aap parhein</w:t>
      </w:r>
      <w:r>
        <w:br/>
      </w:r>
      <w:r>
        <w:rPr>
          <w:sz w:val="20"/>
        </w:rPr>
        <w:t>27:27  اس کو کہ یہ جو generation کو جو تیار کرنا ہے کہ through education اس کے لیے best</w:t>
      </w:r>
      <w:r>
        <w:br/>
      </w:r>
      <w:r>
        <w:rPr>
          <w:sz w:val="20"/>
        </w:rPr>
        <w:t>27:38  teacher aurtein hoti hain yani education ka jo department hai woh aurton ko sambhalna chahiye kyunke aurtein bohat</w:t>
      </w:r>
      <w:r>
        <w:br/>
      </w:r>
      <w:r>
        <w:rPr>
          <w:sz w:val="20"/>
        </w:rPr>
        <w:t>27:46  acha teaching ka job kar sakti hain yeh bhi maine likha hai to aap phir se parhiye</w:t>
      </w:r>
      <w:r>
        <w:br/>
      </w:r>
      <w:r>
        <w:rPr>
          <w:sz w:val="20"/>
        </w:rPr>
        <w:t>27:51  is ko maine is ko aisa nahi likha hai ke sirf yeh aur sirf woh</w:t>
      </w:r>
    </w:p>
    <w:p>
      <w:pPr>
        <w:pStyle w:val="Heading2"/>
      </w:pPr>
      <w:r>
        <w:t>Accountability is a super formula</w:t>
      </w:r>
    </w:p>
    <w:p>
      <w:r>
        <w:rPr>
          <w:color w:val="666666"/>
          <w:sz w:val="18"/>
        </w:rPr>
        <w:t>The Concept of Accountability in Islam (English) | June 21, 2007 | Maulana Wahiduddin Khan · 1m 00s · at 58:06 · https://youtu.be/g-GqrJp9iTY?t=3486</w:t>
      </w:r>
    </w:p>
    <w:p>
      <w:r>
        <w:rPr>
          <w:i/>
        </w:rPr>
        <w:t>“So this is the miracle of accountability”</w:t>
      </w:r>
    </w:p>
    <w:p>
      <w:r>
        <w:rPr>
          <w:sz w:val="20"/>
        </w:rPr>
        <w:t>58:06  He stopped all those gossips.</w:t>
      </w:r>
      <w:r>
        <w:br/>
      </w:r>
      <w:r>
        <w:rPr>
          <w:sz w:val="20"/>
        </w:rPr>
        <w:t>58:12  So this is the miracle of accountability.</w:t>
      </w:r>
      <w:r>
        <w:br/>
      </w:r>
      <w:r>
        <w:rPr>
          <w:sz w:val="20"/>
        </w:rPr>
        <w:t>58:18  Accountability is a super formula.</w:t>
      </w:r>
      <w:r>
        <w:br/>
      </w:r>
      <w:r>
        <w:rPr>
          <w:sz w:val="20"/>
        </w:rPr>
        <w:t>58:24  Accountability is a super formula.</w:t>
      </w:r>
      <w:r>
        <w:br/>
      </w:r>
      <w:r>
        <w:rPr>
          <w:sz w:val="20"/>
        </w:rPr>
        <w:t>58:30  So always remember God, that alway</w:t>
      </w:r>
      <w:r>
        <w:br/>
      </w:r>
      <w:r>
        <w:rPr>
          <w:sz w:val="20"/>
        </w:rPr>
        <w:t>58:36  s remember that you are accountable to God. This is the concept of accountability. Aqul qauliḥaḍa, wa astaghfirullahʿalayhi wa al-Qammaʿajma'īn.</w:t>
      </w:r>
    </w:p>
    <w:p>
      <w:pPr>
        <w:pStyle w:val="Heading2"/>
      </w:pPr>
      <w:r>
        <w:t>Islamic ruling on terrorism and armed struggle</w:t>
      </w:r>
    </w:p>
    <w:p>
      <w:r>
        <w:rPr>
          <w:color w:val="666666"/>
          <w:sz w:val="18"/>
        </w:rPr>
        <w:t>What is Sunnah | June 02, 2008 · 5m 06s · at 12:27 · https://youtu.be/RHfm7wuEMEM?t=747</w:t>
      </w:r>
    </w:p>
    <w:p>
      <w:r>
        <w:rPr>
          <w:i/>
        </w:rPr>
        <w:t>“First of all, they need to be told what terrorism is.”</w:t>
      </w:r>
    </w:p>
    <w:p>
      <w:r>
        <w:rPr>
          <w:sz w:val="20"/>
        </w:rPr>
        <w:t>12:27  to pehli baat yeh hai ke in logon ko batana chahiye ke dahshatgardi hai kya? sab se</w:t>
      </w:r>
      <w:r>
        <w:br/>
      </w:r>
      <w:r>
        <w:rPr>
          <w:sz w:val="20"/>
        </w:rPr>
        <w:t>12:33  pehley aap dahshatgardi ki definition batayein, definition, uski taareef.</w:t>
      </w:r>
      <w:r>
        <w:br/>
      </w:r>
      <w:r>
        <w:rPr>
          <w:sz w:val="20"/>
        </w:rPr>
        <w:t>12:39  phir aap batayein specific taur par ke kaun log hain jo is mein mubtala hain aur unko</w:t>
      </w:r>
      <w:r>
        <w:br/>
      </w:r>
      <w:r>
        <w:rPr>
          <w:sz w:val="20"/>
        </w:rPr>
        <w:t>12:45  aap specific taur par condemn karein.</w:t>
      </w:r>
      <w:r>
        <w:br/>
      </w:r>
      <w:r>
        <w:rPr>
          <w:sz w:val="20"/>
        </w:rPr>
        <w:t>12:51  ab dekhiye ke yeh saare log jo dahshatgardi ke khilaf bolte hain aur likhte hain to yeh nahi</w:t>
      </w:r>
      <w:r>
        <w:br/>
      </w:r>
      <w:r>
        <w:rPr>
          <w:sz w:val="20"/>
        </w:rPr>
        <w:t>12:57  batate ke dahshatgardi hai kya? ab dekhiye ke woh log jin ko duniya mein, woh saare tashaddud</w:t>
      </w:r>
      <w:r>
        <w:br/>
      </w:r>
      <w:r>
        <w:rPr>
          <w:sz w:val="20"/>
        </w:rPr>
        <w:t>13:05  wale kaam jin ko duniya mein dahshatgardi kaha jata hai, media mein jin ko dahshatgardi batate hain.</w:t>
      </w:r>
      <w:r>
        <w:br/>
      </w:r>
      <w:r>
        <w:rPr>
          <w:sz w:val="20"/>
        </w:rPr>
        <w:t>13:12  to khud woh log jo hain woh kya kehte hain apne kaam ko? yani media mein in ko</w:t>
      </w:r>
      <w:r>
        <w:br/>
      </w:r>
      <w:r>
        <w:rPr>
          <w:sz w:val="20"/>
        </w:rPr>
        <w:t>13:20  bataya jayega dahshatgard to woh khud apne ko kya kehte hain? woh kehte hain ke hum to azadi</w:t>
      </w:r>
      <w:r>
        <w:br/>
      </w:r>
      <w:r>
        <w:rPr>
          <w:sz w:val="20"/>
        </w:rPr>
        <w:t>13:27  e watan ki jang lad rahe hain.</w:t>
      </w:r>
      <w:r>
        <w:br/>
      </w:r>
      <w:r>
        <w:rPr>
          <w:sz w:val="20"/>
        </w:rPr>
        <w:t>13:31  woh kehte hain ke hum azadi watan ki larai lar rahe hain.</w:t>
      </w:r>
      <w:r>
        <w:br/>
      </w:r>
      <w:r>
        <w:rPr>
          <w:sz w:val="20"/>
        </w:rPr>
        <w:t>13:34  woh kehte hain hum insani huqooq ki larai lar rahe hain.</w:t>
      </w:r>
      <w:r>
        <w:br/>
      </w:r>
      <w:r>
        <w:rPr>
          <w:sz w:val="20"/>
        </w:rPr>
        <w:t>13:37  yani hum azadi ke liye lar rahe hain, huqooq ke liye lar rahe hain.</w:t>
      </w:r>
      <w:r>
        <w:br/>
      </w:r>
      <w:r>
        <w:rPr>
          <w:sz w:val="20"/>
        </w:rPr>
        <w:t>13:41  woh apne ko khud dahshatgardi yeh batate hain.</w:t>
      </w:r>
      <w:r>
        <w:br/>
      </w:r>
      <w:r>
        <w:rPr>
          <w:sz w:val="20"/>
        </w:rPr>
        <w:t>13:44  to aap jab kahein ke dahshatgardi buri cheez hai to woh samjhein ke hum to dahshat gard</w:t>
      </w:r>
      <w:r>
        <w:br/>
      </w:r>
      <w:r>
        <w:rPr>
          <w:sz w:val="20"/>
        </w:rPr>
        <w:t>13:48  hain hi nahi.</w:t>
      </w:r>
      <w:r>
        <w:br/>
      </w:r>
      <w:r>
        <w:rPr>
          <w:sz w:val="20"/>
        </w:rPr>
        <w:t>13:51  jo hoga us par aap ki baat padegi.</w:t>
      </w:r>
      <w:r>
        <w:br/>
      </w:r>
      <w:r>
        <w:rPr>
          <w:sz w:val="20"/>
        </w:rPr>
        <w:t>13:54  yani dahshatgardi ke khilaf aap bolenge</w:t>
      </w:r>
      <w:r>
        <w:br/>
      </w:r>
      <w:r>
        <w:rPr>
          <w:sz w:val="20"/>
        </w:rPr>
        <w:t>13:58  aur jo log is kaam mein mubtala hain woh samjhenge ke iska talluq hum se to hai nahi.</w:t>
      </w:r>
      <w:r>
        <w:br/>
      </w:r>
      <w:r>
        <w:rPr>
          <w:sz w:val="20"/>
        </w:rPr>
        <w:t>14:02  hum to azadi watan ki larai lar rahe hain.</w:t>
      </w:r>
      <w:r>
        <w:br/>
      </w:r>
      <w:r>
        <w:rPr>
          <w:sz w:val="20"/>
        </w:rPr>
        <w:t>14:06  hum to huqooq ki larai lar rahe hain.</w:t>
      </w:r>
      <w:r>
        <w:br/>
      </w:r>
      <w:r>
        <w:rPr>
          <w:sz w:val="20"/>
        </w:rPr>
        <w:t>14:11  hum dahshat gard to hain nahi.</w:t>
      </w:r>
      <w:r>
        <w:br/>
      </w:r>
      <w:r>
        <w:rPr>
          <w:sz w:val="20"/>
        </w:rPr>
        <w:t>14:15  to aap ko batana padega yeh jo sunnat-e-rasool hai ke burai dekho to us ko roko,</w:t>
      </w:r>
      <w:r>
        <w:br/>
      </w:r>
      <w:r>
        <w:rPr>
          <w:sz w:val="20"/>
        </w:rPr>
        <w:t>14:19  is ke khilaf bolo.</w:t>
      </w:r>
      <w:r>
        <w:br/>
      </w:r>
      <w:r>
        <w:rPr>
          <w:sz w:val="20"/>
        </w:rPr>
        <w:t>14:24  is sunnat par agar aap ko amal karna hai aap ko to is ka</w:t>
      </w:r>
      <w:r>
        <w:br/>
      </w:r>
      <w:r>
        <w:rPr>
          <w:sz w:val="20"/>
        </w:rPr>
        <w:t>14:28  yeh tareeqa nahi hai ke aap aap general andaaz mein kahein ke dahshatgardi buri cheez hai.</w:t>
      </w:r>
      <w:r>
        <w:br/>
      </w:r>
      <w:r>
        <w:rPr>
          <w:sz w:val="20"/>
        </w:rPr>
        <w:t>14:36  aur jo log is mein mubtala hain woh samjhein ke hum to dahshat gard hain hi nahi hain.</w:t>
      </w:r>
      <w:r>
        <w:br/>
      </w:r>
      <w:r>
        <w:rPr>
          <w:sz w:val="20"/>
        </w:rPr>
        <w:t>14:44  ise sahi tareeqa kya hai? dekhiye sahi tareeqa yeh hai ke yeh bataya jaye ke tashaddud ke hathiyar</w:t>
      </w:r>
      <w:r>
        <w:br/>
      </w:r>
      <w:r>
        <w:rPr>
          <w:sz w:val="20"/>
        </w:rPr>
        <w:t>14:52  ka istemal ghair hukoomati tanzeemon ke liye jaiz hi nahi hai.</w:t>
      </w:r>
      <w:r>
        <w:br/>
      </w:r>
      <w:r>
        <w:rPr>
          <w:sz w:val="20"/>
        </w:rPr>
        <w:t>15:00  yeh bataya jaye abhi jo jagah jagah jo tashaddud ho raha hai, log hathiyar uthaye hue hain, gun</w:t>
      </w:r>
      <w:r>
        <w:br/>
      </w:r>
      <w:r>
        <w:rPr>
          <w:sz w:val="20"/>
        </w:rPr>
        <w:t>15:05  chalate hain, bam chalate hain.</w:t>
      </w:r>
      <w:r>
        <w:br/>
      </w:r>
      <w:r>
        <w:rPr>
          <w:sz w:val="20"/>
        </w:rPr>
        <w:t>15:11  to yeh sab log kaun hain? yeh hukoomat ki fauj nahi hai.</w:t>
      </w:r>
      <w:r>
        <w:br/>
      </w:r>
      <w:r>
        <w:rPr>
          <w:sz w:val="20"/>
        </w:rPr>
        <w:t>15:16  yeh hukoomat ki army nahi hai.</w:t>
      </w:r>
      <w:r>
        <w:br/>
      </w:r>
      <w:r>
        <w:rPr>
          <w:sz w:val="20"/>
        </w:rPr>
        <w:t>15:21  kisi bhi hukoomat ki army is nahi hai.</w:t>
      </w:r>
      <w:r>
        <w:br/>
      </w:r>
      <w:r>
        <w:rPr>
          <w:sz w:val="20"/>
        </w:rPr>
        <w:t>15:26  balkeh hukoomat ke bahar logon ne organization banai hai, jamaatein banai hain, group banaye hain. woh</w:t>
      </w:r>
      <w:r>
        <w:br/>
      </w:r>
      <w:r>
        <w:rPr>
          <w:sz w:val="20"/>
        </w:rPr>
        <w:t>15:31  aisa kar rahe hain.</w:t>
      </w:r>
      <w:r>
        <w:br/>
      </w:r>
      <w:r>
        <w:rPr>
          <w:sz w:val="20"/>
        </w:rPr>
        <w:t>15:37  to sahi kaam is mauqa par yeh hai ke yeh bataya jaye ke islam mein ghair hukoomti organizations</w:t>
      </w:r>
      <w:r>
        <w:br/>
      </w:r>
      <w:r>
        <w:rPr>
          <w:sz w:val="20"/>
        </w:rPr>
        <w:t>15:43  ke liye, NGOs ke liye yeh jaiz hi nahi hai ke woh hathyar uthayein huqooq ke</w:t>
      </w:r>
      <w:r>
        <w:br/>
      </w:r>
      <w:r>
        <w:rPr>
          <w:sz w:val="20"/>
        </w:rPr>
        <w:t>15:49  naam par ya kisi bhi naam par.</w:t>
      </w:r>
      <w:r>
        <w:br/>
      </w:r>
      <w:r>
        <w:rPr>
          <w:sz w:val="20"/>
        </w:rPr>
        <w:t>15:55  dekhiye islam ki taleem kya hai is tarah ke mamle mein? Islam ki taleem yeh</w:t>
      </w:r>
      <w:r>
        <w:br/>
      </w:r>
      <w:r>
        <w:rPr>
          <w:sz w:val="20"/>
        </w:rPr>
        <w:t>16:01  hai ke agar aap dekhein ke aap ke mulk mein, aap ke ilaqe mein koi aisa kaam ho</w:t>
      </w:r>
      <w:r>
        <w:br/>
      </w:r>
      <w:r>
        <w:rPr>
          <w:sz w:val="20"/>
        </w:rPr>
        <w:t>16:08  raha hai jo aap ke nazdeek ghalat hai to aap sirf itna hi haq hai aap ko ke</w:t>
      </w:r>
      <w:r>
        <w:br/>
      </w:r>
      <w:r>
        <w:rPr>
          <w:sz w:val="20"/>
        </w:rPr>
        <w:t>16:16  aap is ke khilaf bolein thande tareeqe se, reason ki zuban mein jo insaan samajh sake.</w:t>
      </w:r>
      <w:r>
        <w:br/>
      </w:r>
      <w:r>
        <w:rPr>
          <w:sz w:val="20"/>
        </w:rPr>
        <w:t>16:24  bas aap ko yeh haq nahi hai</w:t>
      </w:r>
      <w:r>
        <w:br/>
      </w:r>
      <w:r>
        <w:rPr>
          <w:sz w:val="20"/>
        </w:rPr>
        <w:t>16:32  ke is par aap tashaddud karein, is ko goli marein.</w:t>
      </w:r>
      <w:r>
        <w:br/>
      </w:r>
      <w:r>
        <w:rPr>
          <w:sz w:val="20"/>
        </w:rPr>
        <w:t>16:37  bilkul haq nahi hai aap ko.</w:t>
      </w:r>
      <w:r>
        <w:br/>
      </w:r>
      <w:r>
        <w:rPr>
          <w:sz w:val="20"/>
        </w:rPr>
        <w:t>16:42  aap ya to report kijiye police ko ya government ko report kijiye ya jo rulers hain un se</w:t>
      </w:r>
      <w:r>
        <w:br/>
      </w:r>
      <w:r>
        <w:rPr>
          <w:sz w:val="20"/>
        </w:rPr>
        <w:t>16:48  mil kar ke un ko bataiye.</w:t>
      </w:r>
      <w:r>
        <w:br/>
      </w:r>
      <w:r>
        <w:rPr>
          <w:sz w:val="20"/>
        </w:rPr>
        <w:t>16:53  bas kyunke hathyar uthana sirf hukoomat ka kaam hai.</w:t>
      </w:r>
      <w:r>
        <w:br/>
      </w:r>
      <w:r>
        <w:rPr>
          <w:sz w:val="20"/>
        </w:rPr>
        <w:t>16:58  islam ka usool dekhiye yeh hai ke ar-ra'il lil-imam</w:t>
      </w:r>
      <w:r>
        <w:br/>
      </w:r>
      <w:r>
        <w:rPr>
          <w:sz w:val="20"/>
        </w:rPr>
        <w:t>17:04  ke hathyar uthana, jang karna yeh sirf hakim ka kaam hai.</w:t>
      </w:r>
      <w:r>
        <w:br/>
      </w:r>
      <w:r>
        <w:rPr>
          <w:sz w:val="20"/>
        </w:rPr>
        <w:t>17:11  hakim ke siwa kisi ko haq hi nahi hai ke woh hathyar uthaye, woh jang kare.</w:t>
      </w:r>
      <w:r>
        <w:br/>
      </w:r>
      <w:r>
        <w:rPr>
          <w:sz w:val="20"/>
        </w:rPr>
        <w:t>17:19  aur hakim bhi jang kar sakta hai sirf difaa ke liye, defense ke liye.</w:t>
      </w:r>
      <w:r>
        <w:br/>
      </w:r>
      <w:r>
        <w:rPr>
          <w:sz w:val="20"/>
        </w:rPr>
        <w:t>17:26  yani agar bahar se koi qaum attack kar de, is ko kaha jata hai</w:t>
      </w:r>
    </w:p>
    <w:p>
      <w:pPr>
        <w:pStyle w:val="Heading2"/>
      </w:pPr>
      <w:r>
        <w:t>Quran alone isn't enough without Hadith</w:t>
      </w:r>
    </w:p>
    <w:p>
      <w:r>
        <w:rPr>
          <w:color w:val="666666"/>
          <w:sz w:val="18"/>
        </w:rPr>
        <w:t>The Living Tradition: Why Hadith Matters in Islam?</w:t>
        <w:br/>
        <w:t>December 8, 2024 · 39s · at 2:53 · https://youtu.be/2w9-vnnJBeY?t=173</w:t>
      </w:r>
    </w:p>
    <w:p>
      <w:r>
        <w:rPr>
          <w:i/>
        </w:rPr>
        <w:t>“Some say the Quran is enough for us”</w:t>
      </w:r>
    </w:p>
    <w:p>
      <w:r>
        <w:rPr>
          <w:sz w:val="20"/>
        </w:rPr>
        <w:t>2:53  bahut sare log kehte hain ke hamare liye quran kafi hai. lekin quran ko hum hadith ke baghair, prophet ki sunnat ke baghair hum quran ko samajh nahi sakte.</w:t>
      </w:r>
      <w:r>
        <w:br/>
      </w:r>
      <w:r>
        <w:rPr>
          <w:sz w:val="20"/>
        </w:rPr>
        <w:t>3:06  to quran jo hai bilkul jaise basic principle ki kitab hai aur hadith jo hai us ki tafseel. to sari tafseel jo hai woh hum ko hadith se milti hai.</w:t>
      </w:r>
      <w:r>
        <w:br/>
      </w:r>
      <w:r>
        <w:rPr>
          <w:sz w:val="20"/>
        </w:rPr>
        <w:t>3:18  to is liye yeh bahut zyada zaroori hai ke hum hadith ko samjhein aur prophet ki sunnat ko samajhne ki koshish karein, tabhi hum quran ko bhi samajh sakte hain.</w:t>
      </w:r>
    </w:p>
    <w:p>
      <w:pPr>
        <w:pStyle w:val="Heading2"/>
      </w:pPr>
      <w:r>
        <w:t>VIP airport anger vs Maulana's own humility</w:t>
      </w:r>
    </w:p>
    <w:p>
      <w:r>
        <w:rPr>
          <w:color w:val="666666"/>
          <w:sz w:val="18"/>
        </w:rPr>
        <w:t>God's Protection November 28, 2013 · 31s · at 17:07 · https://youtu.be/QgqXbChsr5c?t=1027</w:t>
      </w:r>
    </w:p>
    <w:p>
      <w:r>
        <w:rPr>
          <w:i/>
        </w:rPr>
        <w:t>“Hamare VIP sahiban ka joota utarwaya gaya America mein”</w:t>
      </w:r>
    </w:p>
    <w:p>
      <w:r>
        <w:rPr>
          <w:sz w:val="20"/>
        </w:rPr>
        <w:t>17:07  ab woh akhbaron mein chapa, bara ghussa ke dekho hamare falan sahib ka unhone joota utar kar check kiya.</w:t>
      </w:r>
      <w:r>
        <w:br/>
      </w:r>
      <w:r>
        <w:rPr>
          <w:sz w:val="20"/>
        </w:rPr>
        <w:t>17:18  mein pichle thore dino mein do baar America gaya hoon, mera bhi joota utara kiya gaya.</w:t>
      </w:r>
      <w:r>
        <w:br/>
      </w:r>
      <w:r>
        <w:rPr>
          <w:sz w:val="20"/>
        </w:rPr>
        <w:t>17:27  woh to sirf is ne dekha mere joote ki tarah to mein ne jaldi utar diya. khud hi utar diya. to woh thank you, thank you kehne laga.</w:t>
      </w:r>
    </w:p>
    <w:p>
      <w:pPr>
        <w:pStyle w:val="Heading2"/>
      </w:pPr>
      <w:r>
        <w:t>A heartfelt dua for the team's dawah mission</w:t>
      </w:r>
    </w:p>
    <w:p>
      <w:r>
        <w:rPr>
          <w:color w:val="666666"/>
          <w:sz w:val="18"/>
        </w:rPr>
        <w:t>Dajjal and Dajjalism July 26, 2009 · 3m 03s · at 47:28 · https://youtu.be/CxQTfG01O_s?t=2848</w:t>
      </w:r>
    </w:p>
    <w:p>
      <w:r>
        <w:rPr>
          <w:i/>
        </w:rPr>
        <w:t>“Kal main yahan apne barajay mein baitha hua tha.”</w:t>
      </w:r>
    </w:p>
    <w:p>
      <w:r>
        <w:rPr>
          <w:sz w:val="20"/>
        </w:rPr>
        <w:t>47:28  to Allah Ta'ala ne aap ko, mujhe to kal kal mein yahan apne baarje mein baitha hua tha, mere ghar ka jo baarja hai, balcony.</w:t>
      </w:r>
      <w:r>
        <w:br/>
      </w:r>
      <w:r>
        <w:rPr>
          <w:sz w:val="20"/>
        </w:rPr>
        <w:t>47:39  to main wahan soch raha tha aur dua kar raha tha ke khudaya</w:t>
      </w:r>
      <w:r>
        <w:br/>
      </w:r>
      <w:r>
        <w:rPr>
          <w:sz w:val="20"/>
        </w:rPr>
        <w:t>47:44  hamari yeh team hai, yeh is team ke liye jannat likh de.</w:t>
      </w:r>
      <w:r>
        <w:br/>
      </w:r>
      <w:r>
        <w:rPr>
          <w:sz w:val="20"/>
        </w:rPr>
        <w:t>47:53  hum sab ko jannat mein ikatha kar de.</w:t>
      </w:r>
      <w:r>
        <w:br/>
      </w:r>
      <w:r>
        <w:rPr>
          <w:sz w:val="20"/>
        </w:rPr>
        <w:t>48:00  us waqt meri zaban se nikla ke khudaya tere paighambar ne yeh bataya hai ke qayamat se pehle idkhal-e-kalima hoga.</w:t>
      </w:r>
      <w:r>
        <w:br/>
      </w:r>
      <w:r>
        <w:rPr>
          <w:sz w:val="20"/>
        </w:rPr>
        <w:t>48:11  la yabqa ala wajh al-ard bayt madar wa la wabar illa Allah kalimat al-islam ke zamin par ek bhi ghar chhota ya bada nahin bachega jahan word of God daakhil na ho jaye. word of God</w:t>
      </w:r>
      <w:r>
        <w:br/>
      </w:r>
      <w:r>
        <w:rPr>
          <w:sz w:val="20"/>
        </w:rPr>
        <w:t>48:27  to pehli baar history mein ek aisa Quran ka tarjuma chhapa taiyar hua, international language mein. English aaj ki international language mein,</w:t>
      </w:r>
      <w:r>
        <w:br/>
      </w:r>
      <w:r>
        <w:rPr>
          <w:sz w:val="20"/>
        </w:rPr>
        <w:t>48:36  us mein bahut hi clear language mein, bahut hi sahi language mein, bahut hi simple language mein ke har aadmi isko padhta jaye, padhta jaye, padhta jaye.</w:t>
      </w:r>
      <w:r>
        <w:br/>
      </w:r>
      <w:r>
        <w:rPr>
          <w:sz w:val="20"/>
        </w:rPr>
        <w:t>48:48  woh tarjuma khuda ke fazl se to maine, maine Allah Ta'ala se kaha ke dekh khudaya tere kuch aajiz bandon ne yeh tarjuma taiyar kiya, tere kuch aajiz bandon ne isko chhapa, waqt ka jo aala standard hai chhapayi ka, us par chhapa isko.</w:t>
      </w:r>
      <w:r>
        <w:br/>
      </w:r>
      <w:r>
        <w:rPr>
          <w:sz w:val="20"/>
        </w:rPr>
        <w:t>49:04  phir tere kuch bande isko phaila rahe hain. to maine kaha khudaya in ki bahut is mein sirf madad farma, kyunki agar tu ne in ki madad nahin ki</w:t>
      </w:r>
      <w:r>
        <w:br/>
      </w:r>
      <w:r>
        <w:rPr>
          <w:sz w:val="20"/>
        </w:rPr>
        <w:t>49:18  to tujhko istighna-e-kalima se pehle hi jannat aayegi, qayamat lani padegi. qayamat to aani hai, lekin qayamat se pehle idkhal-e-kalima hona hai.</w:t>
      </w:r>
      <w:r>
        <w:br/>
      </w:r>
      <w:r>
        <w:rPr>
          <w:sz w:val="20"/>
        </w:rPr>
        <w:t>49:32  word of God jo har ghar mein daakhil ho jaye. maine kaha koi doosri team uthne wali nahin nazar aati mujhe duniya mein. koi bhi team nahin, koi insaan nahin jo is ke liye tarapata ho, insaanon ke liye iska dil, iske dil mein insaanon ka dard ho,</w:t>
      </w:r>
      <w:r>
        <w:br/>
      </w:r>
      <w:r>
        <w:rPr>
          <w:sz w:val="20"/>
        </w:rPr>
        <w:t>49:48  jo tarapata ho ke logon ko hum bata dein Allah ki is scheme, kisi plan of God, jannat aur dozakh ka mamla. kuch nahin, koi tarapne wala nahin, koi insaanon ke liye tarapne wala nahin.</w:t>
      </w:r>
      <w:r>
        <w:br/>
      </w:r>
      <w:r>
        <w:rPr>
          <w:sz w:val="20"/>
        </w:rPr>
        <w:t>50:03  kisi ke andar maine nahin paya is scheme ke bahar jo insaan ki mohabbat uske dil mein ho. jab mohabbat nahin to aap dawati kaam kya karenge?</w:t>
      </w:r>
      <w:r>
        <w:br/>
      </w:r>
      <w:r>
        <w:rPr>
          <w:sz w:val="20"/>
        </w:rPr>
        <w:t>50:14  to ek deewangi ke aalam mein meri zaban se nikla ke khudaya is team ki agar aap ne madad na ki aur yeh team agar yeh kaam anjam na de sake, idkhal-e-kalima wala, to aap ko apni scheme badalni padegi, nauzubillah.</w:t>
      </w:r>
    </w:p>
    <w:p>
      <w:pPr>
        <w:pStyle w:val="Heading2"/>
      </w:pPr>
      <w:r>
        <w:t>Well-considered planning from hadith lesson</w:t>
      </w:r>
    </w:p>
    <w:p>
      <w:r>
        <w:rPr>
          <w:color w:val="666666"/>
          <w:sz w:val="18"/>
        </w:rPr>
        <w:t>Principles of Life (Prophetic Wisdom) · 30s · at 13:53 · https://youtu.be/dWzIQ5DQMNU?t=833</w:t>
      </w:r>
    </w:p>
    <w:p>
      <w:r>
        <w:rPr>
          <w:i/>
        </w:rPr>
        <w:t>“To 'man samata najaa' ka matlab hoga.”</w:t>
      </w:r>
    </w:p>
    <w:p>
      <w:r>
        <w:rPr>
          <w:sz w:val="20"/>
        </w:rPr>
        <w:t xml:space="preserve">13:53  </w:t>
      </w:r>
      <w:r>
        <w:br/>
      </w:r>
      <w:r>
        <w:rPr>
          <w:sz w:val="20"/>
        </w:rPr>
        <w:t>13:59  to "man samt naja" ka matlab hoga ke jis ne soch samajh kar amal kiya, woh kamyab rahega.</w:t>
      </w:r>
      <w:r>
        <w:br/>
      </w:r>
      <w:r>
        <w:rPr>
          <w:sz w:val="20"/>
        </w:rPr>
        <w:t>14:05  is mein sach poochhen to well considered planning ki taleem di gayi hai.</w:t>
      </w:r>
      <w:r>
        <w:br/>
      </w:r>
      <w:r>
        <w:rPr>
          <w:sz w:val="20"/>
        </w:rPr>
        <w:t>14:11  well considered response ki taleem di gayi hai.</w:t>
      </w:r>
      <w:r>
        <w:br/>
      </w:r>
      <w:r>
        <w:rPr>
          <w:sz w:val="20"/>
        </w:rPr>
        <w:t>14:17  well considered action ki taleem di gayi</w:t>
      </w:r>
    </w:p>
    <w:p>
      <w:pPr>
        <w:pStyle w:val="Heading2"/>
      </w:pPr>
      <w:r>
        <w:t>Closing Quran verse on ever-increasing guidance</w:t>
      </w:r>
    </w:p>
    <w:p>
      <w:r>
        <w:rPr>
          <w:color w:val="666666"/>
          <w:sz w:val="18"/>
        </w:rPr>
        <w:t>Behtar Khatoon Kon CPS Women Article Discussion July 2, 2023 · 52s · at 51:31 · https://youtu.be/tGPJwzCnCMM?t=3091</w:t>
      </w:r>
    </w:p>
    <w:p>
      <w:r>
        <w:rPr>
          <w:i/>
        </w:rPr>
        <w:t>“Allah hidayat paane walon ki hidayat mein izafa karta hai”</w:t>
      </w:r>
    </w:p>
    <w:p>
      <w:r>
        <w:rPr>
          <w:sz w:val="20"/>
        </w:rPr>
        <w:t>51:31  galat aur sahi ko samajhna hai aur yahan quran ki ek aaj se khatam karti hoon ke Allah hidayat pakadne walon ki hidayat mein izafa karta hai shahoor sahi rukh par jaag uthe.</w:t>
      </w:r>
      <w:r>
        <w:br/>
      </w:r>
      <w:r>
        <w:rPr>
          <w:sz w:val="20"/>
        </w:rPr>
        <w:t>51:56  aise aadmi ke saamne koi suraten haal aati hain to woh uski sahi tauji karke usko apni gaza bana leta hai. is tarah uski hidayat mein yakeen aur kaifiyat ke tumaar se barabar izafa hota rehta hai.</w:t>
      </w:r>
      <w:r>
        <w:br/>
      </w:r>
      <w:r>
        <w:rPr>
          <w:sz w:val="20"/>
        </w:rPr>
        <w:t>52:23  isi tarah aankhrat ko saamne rakhkar amal karne wale ka amal bhi musalsal izafa pazir hai. musaf matlab us takal badhta rehta hai. yeh izafa pazir hi chunke aankhrat mein ikhatta ho rahi hai isliye woh duniya mein nazar nahi aati.</w:t>
      </w:r>
    </w:p>
    <w:p>
      <w:pPr>
        <w:pStyle w:val="Heading2"/>
      </w:pPr>
      <w:r>
        <w:t>Staying loyal to team despite disagreements</w:t>
      </w:r>
    </w:p>
    <w:p>
      <w:r>
        <w:rPr>
          <w:color w:val="666666"/>
          <w:sz w:val="18"/>
        </w:rPr>
        <w:t>Dajjal and Dajjalism July 26, 2009 · 28s · at 1:02:19 · https://youtu.be/CxQTfG01O_s?t=3739</w:t>
      </w:r>
    </w:p>
    <w:p>
      <w:r>
        <w:rPr>
          <w:i/>
        </w:rPr>
        <w:t>“Mujhe decision ki parwah nahi karni.”</w:t>
      </w:r>
    </w:p>
    <w:p>
      <w:r>
        <w:rPr>
          <w:sz w:val="20"/>
        </w:rPr>
        <w:t>1:02:19  to main yeh kahunga ki hamari team ke andar bahut pa ka yeh hona chahiye, bahut hi pa ka decision lena chahiye har ek aadmi ko ke mujhe decision ki parwah nahin karta, mujhe difference ki parwah nahin karni hai.</w:t>
      </w:r>
      <w:r>
        <w:br/>
      </w:r>
      <w:r>
        <w:rPr>
          <w:sz w:val="20"/>
        </w:rPr>
        <w:t>1:02:37  saare differences ke bawajood main is mein juda rahoonga, saare differences ke bawajood main is mein pakad rahoonga isko, kyunke mujhe toh Khuda ki jannat leni hai.</w:t>
      </w:r>
    </w:p>
    <w:p>
      <w:pPr>
        <w:pStyle w:val="Heading2"/>
      </w:pPr>
      <w:r>
        <w:t>Cow story: turning a Swiss woman's negativity into insight</w:t>
      </w:r>
    </w:p>
    <w:p>
      <w:r>
        <w:rPr>
          <w:color w:val="666666"/>
          <w:sz w:val="18"/>
        </w:rPr>
        <w:t>Journey to a Mediterranean Island November 23, 2008 · 2m 35s · at 1:12:40 · https://youtu.be/uoOiuhWeSIQ?t=4360</w:t>
      </w:r>
    </w:p>
    <w:p>
      <w:r>
        <w:rPr>
          <w:i/>
        </w:rPr>
        <w:t>“میں آپ کو بتاؤں کہ اس سے پہلے زوری ایئرپورٹ پہ ایک ہندو لیڈی ملی”</w:t>
      </w:r>
    </w:p>
    <w:p>
      <w:r>
        <w:rPr>
          <w:sz w:val="20"/>
        </w:rPr>
        <w:t>1:12:40  kuch mere mujhe mujhe is se koi lena dena nahi hai. mera ek hi mission hai ke logon ke dil badal jayein. logon ki mein aap ko bataoon ke mujhe mein gaya tha is se pehle to zuri airport pe ek hindu lady mili,</w:t>
      </w:r>
      <w:r>
        <w:br/>
      </w:r>
      <w:r>
        <w:rPr>
          <w:sz w:val="20"/>
        </w:rPr>
        <w:t>1:12:55  yaani dilli mein rehti hain. woh</w:t>
      </w:r>
      <w:r>
        <w:br/>
      </w:r>
      <w:r>
        <w:rPr>
          <w:sz w:val="20"/>
        </w:rPr>
        <w:t>1:12:57  to woh artist hain, woh gayi thi teen mahine ke liye. government switzerland, government ne un ko bulaya tha. to airport par lagi woh switzerland ki burai karne.</w:t>
      </w:r>
      <w:r>
        <w:br/>
      </w:r>
      <w:r>
        <w:rPr>
          <w:sz w:val="20"/>
        </w:rPr>
        <w:t>1:13:11  meri soch kya hai? is is se aap samajh sakte hain meri soch kya hai. yeh bhi gawah hain, is waqt maujood the wahan par aur bhi kai log the.</w:t>
      </w:r>
      <w:r>
        <w:br/>
      </w:r>
      <w:r>
        <w:rPr>
          <w:sz w:val="20"/>
        </w:rPr>
        <w:t>1:13:20  to teen mahine ke liye government of switzerland ne bulaya, un ko apna mehman rakha, kharcha diya un ko aur burai kar rahe hain switzerland ki.</w:t>
      </w:r>
      <w:r>
        <w:br/>
      </w:r>
      <w:r>
        <w:rPr>
          <w:sz w:val="20"/>
        </w:rPr>
        <w:t>1:13:31  to maine kaha ke dekhiye, aap gaaye ko poochtii hain lekin gaaye ke culture ko nahi manti hain. aap ne kaha woh kaise? maine kaha what is cow?</w:t>
      </w:r>
      <w:r>
        <w:br/>
      </w:r>
      <w:r>
        <w:rPr>
          <w:sz w:val="20"/>
        </w:rPr>
        <w:t>1:13:42  cow is an cow is a divine industry.</w:t>
      </w:r>
      <w:r>
        <w:br/>
      </w:r>
      <w:r>
        <w:rPr>
          <w:sz w:val="20"/>
        </w:rPr>
        <w:t>1:13:49  kaise hai ke cow jo hai non milk ko milk mein badalti hai. cow ko aap dete hain ghaas, aap ko dete hain doodh.</w:t>
      </w:r>
      <w:r>
        <w:br/>
      </w:r>
      <w:r>
        <w:rPr>
          <w:sz w:val="20"/>
        </w:rPr>
        <w:t>1:14:01  so cow is an industry. cow has the capacity to to convert non milk to milk.</w:t>
      </w:r>
      <w:r>
        <w:br/>
      </w:r>
      <w:r>
        <w:rPr>
          <w:sz w:val="20"/>
        </w:rPr>
        <w:t>1:14:10  to aap ko agar koi sad experience wahan hua ho to isi ko liye kyun baithi hain? aap ko is sad experience ko badliye positive experience mein.</w:t>
      </w:r>
      <w:r>
        <w:br/>
      </w:r>
      <w:r>
        <w:rPr>
          <w:sz w:val="20"/>
        </w:rPr>
        <w:t>1:14:19  agar aap sach mein cow ko manti hain to cow ko poojna hasil nahi hai, cow ke culture ko badal lena hasil hai ke aap cow ki tarah baniye.</w:t>
      </w:r>
      <w:r>
        <w:br/>
      </w:r>
      <w:r>
        <w:rPr>
          <w:sz w:val="20"/>
        </w:rPr>
        <w:t>1:14:29  negative thought ko positive thought mein convert kijiye. koi hate ka experience ho, tab bhi us ke pyar mein badliye aap. yaani non milk ko milk mein badliye, tab aap cow ko manne wale hon gi.</w:t>
      </w:r>
      <w:r>
        <w:br/>
      </w:r>
      <w:r>
        <w:rPr>
          <w:sz w:val="20"/>
        </w:rPr>
        <w:t>1:14:42  woh bechari aurat bahut achhi thi, woh rone lagi. woh us ki aankhon se aansu tip tip tip girne laga.</w:t>
      </w:r>
      <w:r>
        <w:br/>
      </w:r>
      <w:r>
        <w:rPr>
          <w:sz w:val="20"/>
        </w:rPr>
        <w:t>1:14:49  to yeh hai mera mission ke log cow ko poochtay hain. mein kehta hoon cow culture ko apnao to</w:t>
      </w:r>
      <w:r>
        <w:br/>
      </w:r>
      <w:r>
        <w:rPr>
          <w:sz w:val="20"/>
        </w:rPr>
        <w:t>1:14:59  matlab dil ko badlo, mind ko badlo, negativity ko khatam karo. yeh hai mera mission. mein samajhta hoon ke yahi wahan mahatma gandhi ka mission tha. is is ko ek lafz, ek shabd mein kahunga ke yeh spiritual revolution.</w:t>
      </w:r>
    </w:p>
    <w:p>
      <w:pPr>
        <w:pStyle w:val="Heading2"/>
      </w:pPr>
      <w:r>
        <w:t>be grateful for preserved scripture instead of just complaining</w:t>
      </w:r>
    </w:p>
    <w:p>
      <w:r>
        <w:rPr>
          <w:color w:val="666666"/>
          <w:sz w:val="18"/>
        </w:rPr>
        <w:t>Muslim Unity March 15, 2014 Maulana Wahiduddin Khan · 1m 21s · at 14:14 · https://youtu.be/CZHU5z3SEjc?t=854</w:t>
      </w:r>
    </w:p>
    <w:p>
      <w:r>
        <w:rPr>
          <w:i/>
        </w:rPr>
        <w:t>“Sawal, shikayatein kyun karte ho? Iss par shukar ada karo”</w:t>
      </w:r>
    </w:p>
    <w:p>
      <w:r>
        <w:rPr>
          <w:sz w:val="20"/>
        </w:rPr>
        <w:t>14:14  bohat zabardast formula ke maslan pehle hisse ko lijiye, aap logon mein bigaad aa gaya hai. aksar log shikayatein karte hain, arey bhai yeh bigaad hai, woh bigaad hai.</w:t>
      </w:r>
      <w:r>
        <w:br/>
      </w:r>
      <w:r>
        <w:rPr>
          <w:sz w:val="20"/>
        </w:rPr>
        <w:t>14:24  toh sawal shikayatein kyun karte ho? is par shukr ada karo ke Quran o Sunnat mehfooz hain, aur hum is position mein hain ke Quran o Sunnat ke zariye deen sahih ko akhz kar saken.</w:t>
      </w:r>
      <w:r>
        <w:br/>
      </w:r>
      <w:r>
        <w:rPr>
          <w:sz w:val="20"/>
        </w:rPr>
        <w:t>14:37  aksar log yahi kehte hain, bohat bigaad hai, bohat ummat mein fasad hai, yeh hai, woh hai.</w:t>
      </w:r>
      <w:r>
        <w:br/>
      </w:r>
      <w:r>
        <w:rPr>
          <w:sz w:val="20"/>
        </w:rPr>
        <w:t>14:46  toh is se kya maani hoga? aap apne andar negative nafsiyat ko janam de rahe hain, apne andar negative thinking ko develop kar rahe hain.</w:t>
      </w:r>
      <w:r>
        <w:br/>
      </w:r>
      <w:r>
        <w:rPr>
          <w:sz w:val="20"/>
        </w:rPr>
        <w:t>14:59  yeh tareeqa galat hai. aap se shukr khatm ho jata hai.</w:t>
      </w:r>
      <w:r>
        <w:br/>
      </w:r>
      <w:r>
        <w:rPr>
          <w:sz w:val="20"/>
        </w:rPr>
        <w:t>15:06  bilfarz agar bade paimane par ummat mein bigaad aa gaya ho toh aap ko shukr karna chahiye ke chahe amalan bigaad aa gaya ho, lekin main zaati taur par abhi bhi mujhe yeh neamat hasil hai ke Quran ko parhoon, Sunnat-e-Rasool ko parhoon, aur is se main sachche deen ko hasil karoon.</w:t>
      </w:r>
      <w:r>
        <w:br/>
      </w:r>
      <w:r>
        <w:rPr>
          <w:sz w:val="20"/>
        </w:rPr>
        <w:t>15:30  toh ajeeb neamat hai yeh.</w:t>
      </w:r>
    </w:p>
    <w:p>
      <w:pPr>
        <w:pStyle w:val="Heading2"/>
      </w:pPr>
      <w:r>
        <w:t>Living positively despite negative experiences</w:t>
      </w:r>
    </w:p>
    <w:p>
      <w:r>
        <w:rPr>
          <w:color w:val="666666"/>
          <w:sz w:val="18"/>
        </w:rPr>
        <w:t>Hadith Prediction November 3, 2013 · 26s · at 17:25 · https://youtu.be/cb5Lzw9c8aE?t=1045</w:t>
      </w:r>
    </w:p>
    <w:p>
      <w:r>
        <w:rPr>
          <w:i/>
        </w:rPr>
        <w:t>“Living in positivity without in spite of all negative experiences”</w:t>
      </w:r>
    </w:p>
    <w:p>
      <w:r>
        <w:rPr>
          <w:sz w:val="20"/>
        </w:rPr>
        <w:t>17:25  khulq azeem ke maani hain ke yaani living in positivity without in spite of all the negative experiences.</w:t>
      </w:r>
      <w:r>
        <w:br/>
      </w:r>
      <w:r>
        <w:rPr>
          <w:sz w:val="20"/>
        </w:rPr>
        <w:t>17:36  dunya walon ki taraf se kuch bhi ho, kuch bhi ho, kuch bhi ho,</w:t>
      </w:r>
      <w:r>
        <w:br/>
      </w:r>
      <w:r>
        <w:rPr>
          <w:sz w:val="20"/>
        </w:rPr>
        <w:t>17:39  aap apne ko aala akhlaq par qaim rakhte hain, positive thinking par apne ko qaim rakhte hain. ke yeh musalmanon mein bilkul hi nahi hai, ghayab hai.</w:t>
      </w:r>
    </w:p>
    <w:p>
      <w:pPr>
        <w:pStyle w:val="Heading2"/>
      </w:pPr>
      <w:r>
        <w:t>people wrongly equate ummah's unity with an issue being true</w:t>
      </w:r>
    </w:p>
    <w:p>
      <w:r>
        <w:rPr>
          <w:color w:val="666666"/>
          <w:sz w:val="18"/>
        </w:rPr>
        <w:t>Muslim Unity March 15, 2014 Maulana Wahiduddin Khan · 48s · at 2:47 · https://youtu.be/CZHU5z3SEjc?t=167</w:t>
      </w:r>
    </w:p>
    <w:p>
      <w:r>
        <w:rPr>
          <w:i/>
        </w:rPr>
        <w:t>“Log ne samjha agar ummat kisi issue par mutahid ho jaye to woh sahi hoga”</w:t>
      </w:r>
    </w:p>
    <w:p>
      <w:r>
        <w:rPr>
          <w:sz w:val="20"/>
        </w:rPr>
        <w:t>2:47  lekin dono ke mamle mein logon ne sakht ghaltiyan ki hain. pehla jo hissa hai: "la tajtama' ummati 'ala dalalah".</w:t>
      </w:r>
      <w:r>
        <w:br/>
      </w:r>
      <w:r>
        <w:rPr>
          <w:sz w:val="20"/>
        </w:rPr>
        <w:t>2:56  meri ummat, yaani ummat-e-muslima, dalalat par ikattha nahi hogi.</w:t>
      </w:r>
      <w:r>
        <w:br/>
      </w:r>
      <w:r>
        <w:rPr>
          <w:sz w:val="20"/>
        </w:rPr>
        <w:t>3:06  iska matlab logon ne yeh samajh liya ke ummat jab kisi issue par mutahid ho jaye to woh issue sahi hoga, yaani ijtima' ko haq ke mani mein le liya.</w:t>
      </w:r>
      <w:r>
        <w:br/>
      </w:r>
      <w:r>
        <w:rPr>
          <w:sz w:val="20"/>
        </w:rPr>
        <w:t>3:20  yeh hargiz is hadith ka mafhoom nahi hai. kisi bheed ka mujtami' ho jana yeh is baat ka saboot nahi hai ke woh mawqaf jo hai haq hai.</w:t>
      </w:r>
    </w:p>
    <w:p>
      <w:pPr>
        <w:pStyle w:val="Heading2"/>
      </w:pPr>
      <w:r>
        <w:t>Christian in Poland calls Quran a 'peaceful book'</w:t>
      </w:r>
    </w:p>
    <w:p>
      <w:r>
        <w:rPr>
          <w:color w:val="666666"/>
          <w:sz w:val="18"/>
        </w:rPr>
        <w:t>God's Protection November 28, 2013 · 38s · at 26:17 · https://youtu.be/QgqXbChsr5c?t=1577</w:t>
      </w:r>
    </w:p>
    <w:p>
      <w:r>
        <w:rPr>
          <w:i/>
        </w:rPr>
        <w:t>“Hum Poland gaye, wahan ek Christian se mulaqat hui”</w:t>
      </w:r>
    </w:p>
    <w:p>
      <w:r>
        <w:rPr>
          <w:sz w:val="20"/>
        </w:rPr>
        <w:t>26:17  hum poland gaye to wahan par aik christian thay, un ko quran ka tarjuma jo hai, jo hamara chupa hai, us ko diya gaya. us ko parhne ke baad unhon ne kaha tha ke:</w:t>
      </w:r>
      <w:r>
        <w:br/>
      </w:r>
      <w:r>
        <w:rPr>
          <w:sz w:val="20"/>
        </w:rPr>
        <w:t>26:31  "it is a peaceful translation"</w:t>
      </w:r>
      <w:r>
        <w:br/>
      </w:r>
      <w:r>
        <w:rPr>
          <w:sz w:val="20"/>
        </w:rPr>
        <w:t>26:34  . to translation kaha hai: "peaceful book". yeh yeh aik kitab jo hai, yani is mein aman ka formula bataya gaya hai.</w:t>
      </w:r>
      <w:r>
        <w:br/>
      </w:r>
      <w:r>
        <w:rPr>
          <w:sz w:val="20"/>
        </w:rPr>
        <w:t>26:46  to aap sochen ke jab quran peace ka formula hai, to phailao, phailao, phailao.</w:t>
      </w:r>
    </w:p>
    <w:p>
      <w:pPr>
        <w:pStyle w:val="Heading2"/>
      </w:pPr>
      <w:r>
        <w:t>Companion's vow of loyalty even if outvoted</w:t>
      </w:r>
    </w:p>
    <w:p>
      <w:r>
        <w:rPr>
          <w:color w:val="666666"/>
          <w:sz w:val="18"/>
        </w:rPr>
        <w:t>Dajjal and Dajjalism July 26, 2009 · 33s · at 1:05:38 · https://youtu.be/CxQTfG01O_s?t=3938</w:t>
      </w:r>
    </w:p>
    <w:p>
      <w:r>
        <w:rPr>
          <w:i/>
        </w:rPr>
        <w:t>“Wallahi, agar meri baat na chale, tab bhi main juda rahunga.”</w:t>
      </w:r>
    </w:p>
    <w:p>
      <w:r>
        <w:rPr>
          <w:sz w:val="20"/>
        </w:rPr>
        <w:t>1:05:38  len la ka, wallah, len la ka, yani khuda ke sath meri baat na chale, tab bhi main jara rahunga. kaisi anokhi baat hai yeh!</w:t>
      </w:r>
      <w:r>
        <w:br/>
      </w:r>
      <w:r>
        <w:rPr>
          <w:sz w:val="20"/>
        </w:rPr>
        <w:t>1:05:47  abu ubaidah ibn al jarrah bahut sineer sahabi hain, bahut taap ke sahabi hain, unka darja bahut bada mana jata hai. unhone kaha wallah,</w:t>
      </w:r>
      <w:r>
        <w:br/>
      </w:r>
      <w:r>
        <w:rPr>
          <w:sz w:val="20"/>
        </w:rPr>
        <w:t>1:05:57  iska matlab yeh ho ke khuda ki qasam, agar tum, agar meri baat na chale, tab bhi main jara rahunga team ke saath. yeh main aap se kehta hoon, isko speed, is sahaba speed yeh hai.</w:t>
      </w:r>
    </w:p>
    <w:p>
      <w:pPr>
        <w:pStyle w:val="Heading2"/>
      </w:pPr>
      <w:r>
        <w:t>Introducing Dajjal: two ages of deception explained</w:t>
      </w:r>
    </w:p>
    <w:p>
      <w:r>
        <w:rPr>
          <w:color w:val="666666"/>
          <w:sz w:val="18"/>
        </w:rPr>
        <w:t>Dajjal and Dajjalism July 26, 2009 · 2m 28s · at 0:52 · https://youtu.be/CxQTfG01O_s?t=52</w:t>
      </w:r>
    </w:p>
    <w:p>
      <w:r>
        <w:rPr>
          <w:i/>
        </w:rPr>
        <w:t>“Aaj ka topic hai Dajjal and Dajjaliyat.”</w:t>
      </w:r>
    </w:p>
    <w:p>
      <w:r>
        <w:rPr>
          <w:sz w:val="20"/>
        </w:rPr>
        <w:t>0:52  Dajjal bohat hi</w:t>
      </w:r>
      <w:r>
        <w:br/>
      </w:r>
      <w:r>
        <w:rPr>
          <w:sz w:val="20"/>
        </w:rPr>
        <w:t>0:56  Mashhoor lafz hai, sab log jaante hain isko. Lekin main samajhta hoon ke concept clear nahi hai is maamle mein.</w:t>
      </w:r>
      <w:r>
        <w:br/>
      </w:r>
      <w:r>
        <w:rPr>
          <w:sz w:val="20"/>
        </w:rPr>
        <w:t>1:08  Isko samajhne ke liye humein thoda sa ghaur karna chahiye. Dekhiye, Dajjal ka jo literal meaning hai woh hai "Deceiving".</w:t>
      </w:r>
      <w:r>
        <w:br/>
      </w:r>
      <w:r>
        <w:rPr>
          <w:sz w:val="20"/>
        </w:rPr>
        <w:t>1:23  Dajjal jo hai, noun hai, to iska matlab hoga "Great Deceiver". Yani is mein mubaligha bhi</w:t>
      </w:r>
      <w:r>
        <w:br/>
      </w:r>
      <w:r>
        <w:rPr>
          <w:sz w:val="20"/>
        </w:rPr>
        <w:t>1:34  hai. To Dajjal ka matlab hai "Great Deceiver".</w:t>
      </w:r>
      <w:r>
        <w:br/>
      </w:r>
      <w:r>
        <w:rPr>
          <w:sz w:val="20"/>
        </w:rPr>
        <w:t>1:42  Dekhiye, yeh jo deceiving ka kaam hai, yeh shaitan ka kaam hai. Aur</w:t>
      </w:r>
      <w:r>
        <w:br/>
      </w:r>
      <w:r>
        <w:rPr>
          <w:sz w:val="20"/>
        </w:rPr>
        <w:t>1:52  Hadees mein aata hai ke "Siras wa dajjalun kazzabun". Yani jo gumrah karne wale log hain, jo leader hon ya shaitan hon, unka tareeqa yahi hai ke woh dajj karte hain.</w:t>
      </w:r>
      <w:r>
        <w:br/>
      </w:r>
      <w:r>
        <w:rPr>
          <w:sz w:val="20"/>
        </w:rPr>
        <w:t>2:05  Yani deceive karte hain.</w:t>
      </w:r>
      <w:r>
        <w:br/>
      </w:r>
      <w:r>
        <w:rPr>
          <w:sz w:val="20"/>
        </w:rPr>
        <w:t>2:09  To aap ghaur kijiye to dajj ka kaam shuru ho gaya tha jab insaan paida hua,</w:t>
      </w:r>
      <w:r>
        <w:br/>
      </w:r>
      <w:r>
        <w:rPr>
          <w:sz w:val="20"/>
        </w:rPr>
        <w:t>2:25  Isko aap simple deception keh sakte hain.</w:t>
      </w:r>
      <w:r>
        <w:br/>
      </w:r>
      <w:r>
        <w:rPr>
          <w:sz w:val="20"/>
        </w:rPr>
        <w:t>2:31  Baad ke zamane mein jo hai bohat hi hoshiyari ke saath yeh kaam hone wala tha. Jisko aap cunning deception keh sakte hain.</w:t>
      </w:r>
      <w:r>
        <w:br/>
      </w:r>
      <w:r>
        <w:rPr>
          <w:sz w:val="20"/>
        </w:rPr>
        <w:t>2:41  To iska matlab hai ke do age hain dajjali ke. Ek hai simple deception ka age. Aur doosra hai cunning deception ka age.</w:t>
      </w:r>
      <w:r>
        <w:br/>
      </w:r>
      <w:r>
        <w:rPr>
          <w:sz w:val="20"/>
        </w:rPr>
        <w:t>2:53  To baad ke zamane mein jab ke dajj ka kaam ya dajjali ka kaam bohat hi zyada hoshiyari ke saath kiya jane wala tha.</w:t>
      </w:r>
      <w:r>
        <w:br/>
      </w:r>
      <w:r>
        <w:rPr>
          <w:sz w:val="20"/>
        </w:rPr>
        <w:t>3:06  Zyada bade pemaane par. To ise Dajjal kaha gaya. Warna dajj ka jo kaam hai woh to hamesha hota raha hai. Yahan tak ke Hazrat Aadam hi se shuru ho gaya woh.</w:t>
      </w:r>
    </w:p>
    <w:p>
      <w:pPr>
        <w:pStyle w:val="Heading2"/>
      </w:pPr>
      <w:r>
        <w:t>Blessings ignored for violence and hate</w:t>
      </w:r>
    </w:p>
    <w:p>
      <w:r>
        <w:rPr>
          <w:color w:val="666666"/>
          <w:sz w:val="18"/>
        </w:rPr>
        <w:t>Living in the 21st Century I 17th February 2013 - Maulana Wahiduddin Khan · 31s · at 41:04 · https://youtu.be/ccUhM8fLtpU?t=2464</w:t>
      </w:r>
    </w:p>
    <w:p>
      <w:r>
        <w:rPr>
          <w:i/>
        </w:rPr>
        <w:t>“یہ تو ایسے ہی ہے جیسے کہ کسی کو بہترین اس کے فریج میں”</w:t>
      </w:r>
    </w:p>
    <w:p>
      <w:r>
        <w:rPr>
          <w:sz w:val="20"/>
        </w:rPr>
        <w:t>41:04  yeh to aise hi hai jaise ke kisi ko behtareen is ke fridge mein behtareen khaane maujood hon, woh ja ke lakri chabaye woh.</w:t>
      </w:r>
      <w:r>
        <w:br/>
      </w:r>
      <w:r>
        <w:rPr>
          <w:sz w:val="20"/>
        </w:rPr>
        <w:t>41:15  yaani aap ke ghar mein fridge mein saare achhe khaane bhare hue hain, aap ja ke lakri chaba rahe hain, pathar chaba rahe hain. Aise hi ho gaya yeh?</w:t>
      </w:r>
      <w:r>
        <w:br/>
      </w:r>
      <w:r>
        <w:rPr>
          <w:sz w:val="20"/>
        </w:rPr>
        <w:t>41:26  ke mauqe to khol diya Allah Ta'ala ne aap ke liye ke aap hundred percent positive ban kar rahen. Aur aap kya kar rahe hain?</w:t>
      </w:r>
    </w:p>
    <w:p>
      <w:pPr>
        <w:pStyle w:val="Heading2"/>
      </w:pPr>
      <w:r>
        <w:t>Gratitude and not raising separate flag</w:t>
      </w:r>
    </w:p>
    <w:p>
      <w:r>
        <w:rPr>
          <w:color w:val="666666"/>
          <w:sz w:val="18"/>
        </w:rPr>
        <w:t>The Importance of Unity March 15, 2014 · 2m 15s · at 13:49 · https://youtu.be/-xS-eK4zw-k?t=829</w:t>
      </w:r>
    </w:p>
    <w:p>
      <w:r>
        <w:rPr>
          <w:i/>
        </w:rPr>
        <w:t>“Is hadees mein bohot zabardast formula bata diya gaya”</w:t>
      </w:r>
    </w:p>
    <w:p>
      <w:r>
        <w:rPr>
          <w:sz w:val="20"/>
        </w:rPr>
        <w:t>13:49  aur yeh bohat hi zyada aham hadayat hai, bohat zyada aham hadith hai. is mein bohat zabardast formula bata diya gaya۔</w:t>
      </w:r>
      <w:r>
        <w:br/>
      </w:r>
      <w:r>
        <w:rPr>
          <w:sz w:val="20"/>
        </w:rPr>
        <w:t>14:03  bohat zabardast formula. ke mislan pehle hisse ko leejie aap. logon mein bigaad aa gaya hai. aksar log shikayatein karte hain. arey bhai yeh bigaad hai, woh bigaad hai۔</w:t>
      </w:r>
      <w:r>
        <w:br/>
      </w:r>
      <w:r>
        <w:rPr>
          <w:sz w:val="20"/>
        </w:rPr>
        <w:t>14:13  to sawal shikayatein kyun karte ho? is par shukr ada karo ke Quran o Sunnat mehfooz hain aur hum is position mein hain ke Quran o Sunnat aur hadith deen-e-saheeh ko akhaz kar saken۔</w:t>
      </w:r>
      <w:r>
        <w:br/>
      </w:r>
      <w:r>
        <w:rPr>
          <w:sz w:val="20"/>
        </w:rPr>
        <w:t>14:26  aksar log yahi kehte hain, bohat bigaad hai, bohat ummat mein fasaad hai, yeh hai, woh hai۔</w:t>
      </w:r>
      <w:r>
        <w:br/>
      </w:r>
      <w:r>
        <w:rPr>
          <w:sz w:val="20"/>
        </w:rPr>
        <w:t>14:35  to is se kya maani hoga? aap apne andar negative nafsiyat ko janam de rahe hain. apne andar negative thinking ko develop kar rahe hain۔</w:t>
      </w:r>
      <w:r>
        <w:br/>
      </w:r>
      <w:r>
        <w:rPr>
          <w:sz w:val="20"/>
        </w:rPr>
        <w:t>14:48  yeh tareeqa galat hai. aap se shukr khatm ho jata hai۔</w:t>
      </w:r>
      <w:r>
        <w:br/>
      </w:r>
      <w:r>
        <w:rPr>
          <w:sz w:val="20"/>
        </w:rPr>
        <w:t>14:55  bilfarz agar barhe peymane par ummat mein bigaad aa gaya ho to aap ko shukr karna chahiye ke chahe amalan bigaad aa gaya ho lekin mein zaati taur par abhi bhi mujhe yeh ne'mat haasil hai ke Quran ko parhoon, Sunnat-e-Rasool ko parhoon aur is se mein sachche deen ko haasil karoon۔</w:t>
      </w:r>
      <w:r>
        <w:br/>
      </w:r>
      <w:r>
        <w:rPr>
          <w:sz w:val="20"/>
        </w:rPr>
        <w:t>15:19  to ajeeb ne'mat hai yeh۔</w:t>
      </w:r>
      <w:r>
        <w:br/>
      </w:r>
      <w:r>
        <w:rPr>
          <w:sz w:val="20"/>
        </w:rPr>
        <w:t>15:25  isi tareeqe se agar</w:t>
      </w:r>
      <w:r>
        <w:br/>
      </w:r>
      <w:r>
        <w:rPr>
          <w:sz w:val="20"/>
        </w:rPr>
        <w:t>15:30  majority jo hai, aksariyat jo hai, kisi issue par ikattha ho jaye to aap samjhein ke yeh ikattha hona unka sahi nahi hai۔</w:t>
      </w:r>
      <w:r>
        <w:br/>
      </w:r>
      <w:r>
        <w:rPr>
          <w:sz w:val="20"/>
        </w:rPr>
        <w:t>15:41  aap alag jhanda uthayenge to jhanda uthayenge, kya hoga? ikhtilaf paida hoga, takrao paida hoga, bahami, yani bahami nafratein paida hongi۔</w:t>
      </w:r>
      <w:r>
        <w:br/>
      </w:r>
      <w:r>
        <w:rPr>
          <w:sz w:val="20"/>
        </w:rPr>
        <w:t>15:53  to doosre hisse mein yeh bataya gaya hai ke agar kuch afraad samajhte hon ke yeh theek nahi hai to unko alag jhanda nahi uthana chahiye. khamosh hona chahiye۔</w:t>
      </w:r>
    </w:p>
    <w:p>
      <w:pPr>
        <w:pStyle w:val="Heading2"/>
      </w:pPr>
      <w:r>
        <w:t>Prophet's food preferences were ethical compliments</w:t>
      </w:r>
    </w:p>
    <w:p>
      <w:r>
        <w:rPr>
          <w:color w:val="666666"/>
          <w:sz w:val="18"/>
        </w:rPr>
        <w:t>What is Sunnah | June 02, 2008 · 5m 39s · at 45:00 · https://youtu.be/RHfm7wuEMEM?t=2700</w:t>
      </w:r>
    </w:p>
    <w:p>
      <w:r>
        <w:rPr>
          <w:i/>
        </w:rPr>
        <w:t>“The Prophet liked pumpkin very much.”</w:t>
      </w:r>
    </w:p>
    <w:p>
      <w:r>
        <w:rPr>
          <w:sz w:val="20"/>
        </w:rPr>
        <w:t>45:00  tha aap ka tareeqa.</w:t>
      </w:r>
      <w:r>
        <w:br/>
      </w:r>
      <w:r>
        <w:rPr>
          <w:sz w:val="20"/>
        </w:rPr>
        <w:t>45:07  jo tareeqa aap ne chhoda hai, usi tareeqe ko pakadein tab woh sunnat hoga, warna sunnat nahi hoga.</w:t>
      </w:r>
      <w:r>
        <w:br/>
      </w:r>
      <w:r>
        <w:rPr>
          <w:sz w:val="20"/>
        </w:rPr>
        <w:t>45:15  to aaj kal mein dekhta hoon ke khud hi khud log kehte hain ke sunnat hai.</w:t>
      </w:r>
      <w:r>
        <w:br/>
      </w:r>
      <w:r>
        <w:rPr>
          <w:sz w:val="20"/>
        </w:rPr>
        <w:t>45:22  aise hi aap ne suna hoga kehte hain ke rasool Allah ko meetha bohat pasand tha, ras</w:t>
      </w:r>
      <w:r>
        <w:br/>
      </w:r>
      <w:r>
        <w:rPr>
          <w:sz w:val="20"/>
        </w:rPr>
        <w:t>45:30  ool Allah ko loki bohat pasand thi, loka rasool Allah ko gosht bohat pasand tha.</w:t>
      </w:r>
      <w:r>
        <w:br/>
      </w:r>
      <w:r>
        <w:rPr>
          <w:sz w:val="20"/>
        </w:rPr>
        <w:t>45:38  to is ki dhoom machate hain, is ko pakate hain, khate hain ke rasool Allah ka pasandeeda khana,</w:t>
      </w:r>
      <w:r>
        <w:br/>
      </w:r>
      <w:r>
        <w:rPr>
          <w:sz w:val="20"/>
        </w:rPr>
        <w:t>45:46  rasool Allah ki pasand ka khana.</w:t>
      </w:r>
      <w:r>
        <w:br/>
      </w:r>
      <w:r>
        <w:rPr>
          <w:sz w:val="20"/>
        </w:rPr>
        <w:t>45:54  to mein ne is par hadeeson ko parha to mein ne paya ke hadeeson mein aisa hai ke</w:t>
      </w:r>
      <w:r>
        <w:br/>
      </w:r>
      <w:r>
        <w:rPr>
          <w:sz w:val="20"/>
        </w:rPr>
        <w:t>46:02  yeh yeh hadeesein sab madine se talluq rakhti hain, makkah se nahin.</w:t>
      </w:r>
      <w:r>
        <w:br/>
      </w:r>
      <w:r>
        <w:rPr>
          <w:sz w:val="20"/>
        </w:rPr>
        <w:t>46:08  is qism ki hadeesein jo hain to madine mein jitne bhi khane the, sab ke baray mein hai</w:t>
      </w:r>
      <w:r>
        <w:br/>
      </w:r>
      <w:r>
        <w:rPr>
          <w:sz w:val="20"/>
        </w:rPr>
        <w:t>46:14  ke rasool Allah ko pasand tha.</w:t>
      </w:r>
      <w:r>
        <w:br/>
      </w:r>
      <w:r>
        <w:rPr>
          <w:sz w:val="20"/>
        </w:rPr>
        <w:t>46:20  yeh mislan madine mein khajoor hoti thi ya roti hoti thi ya zaitoon ka tail hota tha ya</w:t>
      </w:r>
      <w:r>
        <w:br/>
      </w:r>
      <w:r>
        <w:rPr>
          <w:sz w:val="20"/>
        </w:rPr>
        <w:t>46:26  gosht hota tha, is tarah ki kuch cheezein bilkul saada</w:t>
      </w:r>
      <w:r>
        <w:br/>
      </w:r>
      <w:r>
        <w:rPr>
          <w:sz w:val="20"/>
        </w:rPr>
        <w:t>46:32  qism ki, wali jaise aisa nahi jaise ke aaj kal hamare haan hota hai, bilkul saada. mislan in ka gosht kya hota tha? na use masala, na tel, na kuch, aise bhun liya aur kha liya. to phir main ne socha ke agar rasool Allah ko sab cheez pasand thi to pasand to kisi ek cheez ki hoti hai, sab cheez pasand ho to pasand hi nahi hai. phir to phir main ne waqeyat ko jab padha to mujhe</w:t>
      </w:r>
      <w:r>
        <w:br/>
      </w:r>
      <w:r>
        <w:rPr>
          <w:sz w:val="20"/>
        </w:rPr>
        <w:t>47:02  samajh mein aaya ke asal mein jab rasool Allah hijrat kar ke madina gaye to wahan par back</w:t>
      </w:r>
      <w:r>
        <w:br/>
      </w:r>
      <w:r>
        <w:rPr>
          <w:sz w:val="20"/>
        </w:rPr>
        <w:t>47:08  waqt bohat se log aa gaye the, wahan par abadi barh gayi aur wahan par jo zarraye the</w:t>
      </w:r>
      <w:r>
        <w:br/>
      </w:r>
      <w:r>
        <w:rPr>
          <w:sz w:val="20"/>
        </w:rPr>
        <w:t>47:14  woh kam the.</w:t>
      </w:r>
      <w:r>
        <w:br/>
      </w:r>
      <w:r>
        <w:rPr>
          <w:sz w:val="20"/>
        </w:rPr>
        <w:t>47:20  to logon ko mushkilat pesh aati thin, kai baar khana nahin milta tha.</w:t>
      </w:r>
      <w:r>
        <w:br/>
      </w:r>
      <w:r>
        <w:rPr>
          <w:sz w:val="20"/>
        </w:rPr>
        <w:t>47:26  khud rasool Allah ko kai baar aisa hota tha ke khana nahin khaya aap ne.</w:t>
      </w:r>
      <w:r>
        <w:br/>
      </w:r>
      <w:r>
        <w:rPr>
          <w:sz w:val="20"/>
        </w:rPr>
        <w:t>47:33  to aisa hota tha ke yeh ziyada tar ansar ke sath hota tha.</w:t>
      </w:r>
      <w:r>
        <w:br/>
      </w:r>
      <w:r>
        <w:rPr>
          <w:sz w:val="20"/>
        </w:rPr>
        <w:t>47:38  aik ansar un ko kehte hain jo madine ke local log the, yani ke jo madine ke pehle</w:t>
      </w:r>
      <w:r>
        <w:br/>
      </w:r>
      <w:r>
        <w:rPr>
          <w:sz w:val="20"/>
        </w:rPr>
        <w:t>47:43  se reh rahe the.</w:t>
      </w:r>
      <w:r>
        <w:br/>
      </w:r>
      <w:r>
        <w:rPr>
          <w:sz w:val="20"/>
        </w:rPr>
        <w:t>47:48  ab aik ansari ko maloom hua ke rasool Allah jo hain, unhon ne khana nahin khaya hai to</w:t>
      </w:r>
      <w:r>
        <w:br/>
      </w:r>
      <w:r>
        <w:rPr>
          <w:sz w:val="20"/>
        </w:rPr>
        <w:t>47:53  aaye woh aap ke paas ke chaliye mere haan khana kha lijiyey.</w:t>
      </w:r>
      <w:r>
        <w:br/>
      </w:r>
      <w:r>
        <w:rPr>
          <w:sz w:val="20"/>
        </w:rPr>
        <w:t>47:58  ab rasool Allah ke sath</w:t>
      </w:r>
      <w:r>
        <w:br/>
      </w:r>
      <w:r>
        <w:rPr>
          <w:sz w:val="20"/>
        </w:rPr>
        <w:t>48:03  aur bhi ek do sahabi the, muhajir, un ko le ke gaya apne ghar. to wahan koi takalluf nahi karte the woh log, yani apne ghar mein batate bhi nahi the ke hum rasool Allah ko la rahe hain khana khilane ke liye. aise hi bas le ke chale gaye. be takalluf wahan gaye to bithaya aap ko ghar mein, gaye biwi se kaha ke dekho rasool Allah aaye hain, falan falan log aaye hain, un ko khana khilana hai. ab biwi kehti hai ke aap bataye kuch nahi, aap ne yahan to kuch bhi nahi hai, yeh</w:t>
      </w:r>
      <w:r>
        <w:br/>
      </w:r>
      <w:r>
        <w:rPr>
          <w:sz w:val="20"/>
        </w:rPr>
        <w:t>48:33  han to khali roti hai, yahan to khali thoda sa zaitoon ka tel hai, yahan to thodi si khajoor hai, yahan to thoda sa doodh hai. to kaha jo hai wohi lao, wohi jo hai wohi de do. ab aap le aaye to aap ne dekh kar aap sari situation aap zahir hai ke padh li thi aap ne. to aap un ne kaha ke yeh to bada achha khana hai, bhai zaitoon to bada achha salan hai, roti to badi achhi cheez hai khane ki, khajoor to bahut achhi chee</w:t>
      </w:r>
      <w:r>
        <w:br/>
      </w:r>
      <w:r>
        <w:rPr>
          <w:sz w:val="20"/>
        </w:rPr>
        <w:t>49:03  yaz hai.</w:t>
      </w:r>
      <w:r>
        <w:br/>
      </w:r>
      <w:r>
        <w:rPr>
          <w:sz w:val="20"/>
        </w:rPr>
        <w:t>49:08  yeh karte the aap is ki sharmindagi ko mitane ke liye jo apne ghar le gaya tha ke</w:t>
      </w:r>
      <w:r>
        <w:br/>
      </w:r>
      <w:r>
        <w:rPr>
          <w:sz w:val="20"/>
        </w:rPr>
        <w:t>49:13  jo apne ghar le gaya hota tha, woh sochta tha ke bhai mein laya aur ghar mein to</w:t>
      </w:r>
      <w:r>
        <w:br/>
      </w:r>
      <w:r>
        <w:rPr>
          <w:sz w:val="20"/>
        </w:rPr>
        <w:t>49:18  kuch hai nahi khilany ke liye, koi mamooli si cheez hai.</w:t>
      </w:r>
      <w:r>
        <w:br/>
      </w:r>
      <w:r>
        <w:rPr>
          <w:sz w:val="20"/>
        </w:rPr>
        <w:t>49:23  to wo sharm ke sath wo la kar rakha us ne bahir.</w:t>
      </w:r>
      <w:r>
        <w:br/>
      </w:r>
      <w:r>
        <w:rPr>
          <w:sz w:val="20"/>
        </w:rPr>
        <w:t>49:29  to aap is ki sharmindagi ko mitany ke liye kehty thy ke bohat acha khana hai, bohat acha khana hai.</w:t>
      </w:r>
      <w:r>
        <w:br/>
      </w:r>
      <w:r>
        <w:rPr>
          <w:sz w:val="20"/>
        </w:rPr>
        <w:t>49:34  to sach poochen, ye jo aap ne kaha madine mein chand bar kisi khany ko dekh kar ke</w:t>
      </w:r>
      <w:r>
        <w:br/>
      </w:r>
      <w:r>
        <w:rPr>
          <w:sz w:val="20"/>
        </w:rPr>
        <w:t>49:40  ye bohat acha khana hai, to ye aap ne apni pasand ko nahi bataya.</w:t>
      </w:r>
      <w:r>
        <w:br/>
      </w:r>
      <w:r>
        <w:rPr>
          <w:sz w:val="20"/>
        </w:rPr>
        <w:t>49:47  ye akhlaqi kalma tha, akhlaqi pasand ka kalma nahi tha.</w:t>
      </w:r>
      <w:r>
        <w:br/>
      </w:r>
      <w:r>
        <w:rPr>
          <w:sz w:val="20"/>
        </w:rPr>
        <w:t>49:53  wo dosry ki izzat rakhna, dosry ki sharmindagi ko mitana.</w:t>
      </w:r>
      <w:r>
        <w:br/>
      </w:r>
      <w:r>
        <w:rPr>
          <w:sz w:val="20"/>
        </w:rPr>
        <w:t>49:59  to isi ke liye main kehta hoon ke akhlaqi kalma tha, ye ke pasand ka kalma tha hi nahi.</w:t>
      </w:r>
      <w:r>
        <w:br/>
      </w:r>
      <w:r>
        <w:rPr>
          <w:sz w:val="20"/>
        </w:rPr>
        <w:t>50:06  ab is ko ly kar log dhoom machaty hain ke rasool Allah ko falan cheez pasand thi, ab</w:t>
      </w:r>
      <w:r>
        <w:br/>
      </w:r>
      <w:r>
        <w:rPr>
          <w:sz w:val="20"/>
        </w:rPr>
        <w:t>50:10  is ko pakaao.</w:t>
      </w:r>
      <w:r>
        <w:br/>
      </w:r>
      <w:r>
        <w:rPr>
          <w:sz w:val="20"/>
        </w:rPr>
        <w:t>50:14  ab pakta hai aur dhoom machati hai aur log aty hain khana khany ke liye ke rasool Allah</w:t>
      </w:r>
      <w:r>
        <w:br/>
      </w:r>
      <w:r>
        <w:rPr>
          <w:sz w:val="20"/>
        </w:rPr>
        <w:t>50:18  ko pasand khana.</w:t>
      </w:r>
      <w:r>
        <w:br/>
      </w:r>
      <w:r>
        <w:rPr>
          <w:sz w:val="20"/>
        </w:rPr>
        <w:t>50:23  ye sab jo hai, achy se samajh lijiye ke hum agar kisi cheez ko keh dein ke rasool</w:t>
      </w:r>
      <w:r>
        <w:br/>
      </w:r>
      <w:r>
        <w:rPr>
          <w:sz w:val="20"/>
        </w:rPr>
        <w:t>50:27  Allah ko pasand khana hai to ye aisa nahi ho jay ga.</w:t>
      </w:r>
      <w:r>
        <w:br/>
      </w:r>
      <w:r>
        <w:rPr>
          <w:sz w:val="20"/>
        </w:rPr>
        <w:t>50:31  rasool Allah is liye nahi aty duniya mein ke pasand khana batayen, pasand ka khana batany ke liye</w:t>
      </w:r>
      <w:r>
        <w:br/>
      </w:r>
      <w:r>
        <w:rPr>
          <w:sz w:val="20"/>
        </w:rPr>
        <w:t>50:35  nahi aty thy.</w:t>
      </w:r>
    </w:p>
    <w:p>
      <w:pPr>
        <w:pStyle w:val="Heading2"/>
      </w:pPr>
      <w:r>
        <w:t>Peace is the greatest good in Islam</w:t>
      </w:r>
    </w:p>
    <w:p>
      <w:r>
        <w:rPr>
          <w:color w:val="666666"/>
          <w:sz w:val="18"/>
        </w:rPr>
        <w:t>Hadith Prediction November 3, 2013 · 2m 59s · at 20:34 · https://youtu.be/cb5Lzw9c8aE?t=1234</w:t>
      </w:r>
    </w:p>
    <w:p>
      <w:r>
        <w:rPr>
          <w:i/>
        </w:rPr>
        <w:t>“Read Surah Al-Fath. It was revealed after the Treaty of Hudaybiya.”</w:t>
      </w:r>
    </w:p>
    <w:p>
      <w:r>
        <w:rPr>
          <w:sz w:val="20"/>
        </w:rPr>
        <w:t>20:34  ke quran ki surah al fath padhiye aap. yeh surah jo hudaybiya ka agreement jo hua tha, us ke baad nazil hui thi.</w:t>
      </w:r>
      <w:r>
        <w:br/>
      </w:r>
      <w:r>
        <w:rPr>
          <w:sz w:val="20"/>
        </w:rPr>
        <w:t>20:45  to us mein hai ke inna fatahna laka fatḥan mubeena yahan dekhiye, wahid ka seigha hai, yani hum ne aye rasool, hum ne tum ko khuli fateh de di, open victory.</w:t>
      </w:r>
      <w:r>
        <w:br/>
      </w:r>
      <w:r>
        <w:rPr>
          <w:sz w:val="20"/>
        </w:rPr>
        <w:t>20:59  ab dekhein, chounke wahan wahid ka seigha hai, sari ummat ne is ko rasool se jod diya. yeh samajhte hain ke hudaybiya ka jo mamla tha, woh rasool ka, woh khasaas nabwi mein se tha.</w:t>
      </w:r>
      <w:r>
        <w:br/>
      </w:r>
      <w:r>
        <w:rPr>
          <w:sz w:val="20"/>
        </w:rPr>
        <w:t>21:13  hudaybiya ka mamla kya tha? peace agreement tha. hudaybiya, yani fareeqe sani ke tamam conditions ko maan kar ke, yani unilateral tor par ek agreement karna,</w:t>
      </w:r>
      <w:r>
        <w:br/>
      </w:r>
      <w:r>
        <w:rPr>
          <w:sz w:val="20"/>
        </w:rPr>
        <w:t>21:32  sab shartein un ki maani, yahan tak ke lafz rasool ko unhon ne mitaya kaghaz par, tab mita bhi diya us ko. aur kyunke peace is se peace hasil hota tha,</w:t>
      </w:r>
      <w:r>
        <w:br/>
      </w:r>
      <w:r>
        <w:rPr>
          <w:sz w:val="20"/>
        </w:rPr>
        <w:t>21:43  to is ka matlab kya hua? ke you have to establish peace at any cost hudaybiya ka jo rasool Allah sal Allah alaihi wasallam ne mamla kiya tha, woh ek sunnat hai.</w:t>
      </w:r>
      <w:r>
        <w:br/>
      </w:r>
      <w:r>
        <w:rPr>
          <w:sz w:val="20"/>
        </w:rPr>
        <w:t>21:55  sunnat woh khasaas nabwi mein se nahi hai, woh ke you have to establish peace at any cost at any cost, chahe rasool ko mitana pade.</w:t>
      </w:r>
      <w:r>
        <w:br/>
      </w:r>
      <w:r>
        <w:rPr>
          <w:sz w:val="20"/>
        </w:rPr>
        <w:t>22:06  aaj musalman, ek bhi musalman nahi hai jo is ko janta ho. aap dekhiye, rasool rasool Allah ke o</w:t>
      </w:r>
      <w:r>
        <w:br/>
      </w:r>
      <w:r>
        <w:rPr>
          <w:sz w:val="20"/>
        </w:rPr>
        <w:t>22:13  par kahin zara sa bhi ek afwah ur jaye, ek rumor ke gustakhi ki gayi hai, woh hangama khara ho jata hai. is mein kitne log mar jate hain, tashaddud hota hai, kya hota hai?</w:t>
      </w:r>
      <w:r>
        <w:br/>
      </w:r>
      <w:r>
        <w:rPr>
          <w:sz w:val="20"/>
        </w:rPr>
        <w:t>22:24  rasool Allah ne kaghaz par lafz rasool Allah ko mita diya, aur koi wahan par, aur aaj kya hai?</w:t>
      </w:r>
      <w:r>
        <w:br/>
      </w:r>
      <w:r>
        <w:rPr>
          <w:sz w:val="20"/>
        </w:rPr>
        <w:t>22:34  zara sa koi baat ho jaye to is mein hangama khara hota hai. to is sunnat ko samajhte hain ke woh rasool Allah ka khasa tha,</w:t>
      </w:r>
      <w:r>
        <w:br/>
      </w:r>
      <w:r>
        <w:rPr>
          <w:sz w:val="20"/>
        </w:rPr>
        <w:t>22:41  yeh khasaas nabwi mein se tha. nahi, woh ek sunnat rasool hai. kuch kuch bhi karna, karna, karna, kuch bhi karna pade at any cost you have to establish peace to main is se nikal paya hoon ke peace is the sum of born in Islam.</w:t>
      </w:r>
      <w:r>
        <w:br/>
      </w:r>
      <w:r>
        <w:rPr>
          <w:sz w:val="20"/>
        </w:rPr>
        <w:t>23:00  Peace is the greatest good in Islam.</w:t>
      </w:r>
      <w:r>
        <w:br/>
      </w:r>
      <w:r>
        <w:rPr>
          <w:sz w:val="20"/>
        </w:rPr>
        <w:t>23:04  kyun? peace ho gayi to normalcy hogi, peace ho gayi to kaam ke mawaqe khulenge, peace ho gayi to aap sab kaam khule taur par kar payenge, kisi record ke baghair.</w:t>
      </w:r>
      <w:r>
        <w:br/>
      </w:r>
      <w:r>
        <w:rPr>
          <w:sz w:val="20"/>
        </w:rPr>
        <w:t>23:19  to Islam mein peace jo hai, samm bonam hai, lekin koi musalman is ko jaanta nahin. kyun? wahi nazariya ke woh shehenshah-e-konain ka culture hai, hum to gadaye be-nawa hain.</w:t>
      </w:r>
    </w:p>
    <w:p>
      <w:pPr>
        <w:pStyle w:val="Heading2"/>
      </w:pPr>
      <w:r>
        <w:t>Arabs abandoned wine through accountability</w:t>
      </w:r>
    </w:p>
    <w:p>
      <w:r>
        <w:rPr>
          <w:color w:val="666666"/>
          <w:sz w:val="18"/>
        </w:rPr>
        <w:t>The Concept of Accountability in Islam (English) | June 21, 2007 | Maulana Wahiduddin Khan · 2m 05s · at 32:41 · https://youtu.be/g-GqrJp9iTY?t=1961</w:t>
      </w:r>
    </w:p>
    <w:p>
      <w:r>
        <w:rPr>
          <w:i/>
        </w:rPr>
        <w:t>“There was a revolution”</w:t>
      </w:r>
    </w:p>
    <w:p>
      <w:r>
        <w:rPr>
          <w:sz w:val="20"/>
        </w:rPr>
        <w:t>32:41  There was a revolution.</w:t>
      </w:r>
      <w:r>
        <w:br/>
      </w:r>
      <w:r>
        <w:rPr>
          <w:sz w:val="20"/>
        </w:rPr>
        <w:t>32:48  For example, at that time, Arabs were habitual to take wine.</w:t>
      </w:r>
      <w:r>
        <w:br/>
      </w:r>
      <w:r>
        <w:rPr>
          <w:sz w:val="20"/>
        </w:rPr>
        <w:t>32:56  They were using wine as water.</w:t>
      </w:r>
      <w:r>
        <w:br/>
      </w:r>
      <w:r>
        <w:rPr>
          <w:sz w:val="20"/>
        </w:rPr>
        <w:t>33:03  Then the Prophet said, after train</w:t>
      </w:r>
      <w:r>
        <w:br/>
      </w:r>
      <w:r>
        <w:rPr>
          <w:sz w:val="20"/>
        </w:rPr>
        <w:t>33:11  ing, after educating, that God has said that wine is unlawful.</w:t>
      </w:r>
      <w:r>
        <w:br/>
      </w:r>
      <w:r>
        <w:rPr>
          <w:sz w:val="20"/>
        </w:rPr>
        <w:t>33:22  You will be punished if you don't abandon wine.</w:t>
      </w:r>
      <w:r>
        <w:br/>
      </w:r>
      <w:r>
        <w:rPr>
          <w:sz w:val="20"/>
        </w:rPr>
        <w:t>33:34  Then suddenly, all the people in Mecca and Madinah</w:t>
      </w:r>
      <w:r>
        <w:br/>
      </w:r>
      <w:r>
        <w:rPr>
          <w:sz w:val="20"/>
        </w:rPr>
        <w:t>33:45  abandoned wine. Why?</w:t>
      </w:r>
      <w:r>
        <w:br/>
      </w:r>
      <w:r>
        <w:rPr>
          <w:sz w:val="20"/>
        </w:rPr>
        <w:t>33:53  There was no law, no police, no army.</w:t>
      </w:r>
      <w:r>
        <w:br/>
      </w:r>
      <w:r>
        <w:rPr>
          <w:sz w:val="20"/>
        </w:rPr>
        <w:t>34:01  Only their inner spirit, the spirit of accountability.</w:t>
      </w:r>
      <w:r>
        <w:br/>
      </w:r>
      <w:r>
        <w:rPr>
          <w:sz w:val="20"/>
        </w:rPr>
        <w:t>34:08  When the Prophet made them believe that there is a Day of Judgment and you will be punished</w:t>
      </w:r>
      <w:r>
        <w:br/>
      </w:r>
      <w:r>
        <w:rPr>
          <w:sz w:val="20"/>
        </w:rPr>
        <w:t>34:16  by God, so this was so strong—this spirit was so strong—that they couldn't afford to take wine again.</w:t>
      </w:r>
      <w:r>
        <w:br/>
      </w:r>
      <w:r>
        <w:rPr>
          <w:sz w:val="20"/>
        </w:rPr>
        <w:t>34:26  This is the sense of accountability.</w:t>
      </w:r>
      <w:r>
        <w:br/>
      </w:r>
      <w:r>
        <w:rPr>
          <w:sz w:val="20"/>
        </w:rPr>
        <w:t>34:36  So it is an experience of history that simply</w:t>
      </w:r>
    </w:p>
    <w:p>
      <w:pPr>
        <w:pStyle w:val="Heading2"/>
      </w:pPr>
      <w:r>
        <w:t>Hadith of the rain shows this ummah's future improves</w:t>
      </w:r>
    </w:p>
    <w:p>
      <w:r>
        <w:rPr>
          <w:color w:val="666666"/>
          <w:sz w:val="18"/>
        </w:rPr>
        <w:t>Islam in A New Age March 18, 2012 · 1m 24s · at 1:32 · https://youtu.be/P5hzq_NheY0?t=92</w:t>
      </w:r>
    </w:p>
    <w:p>
      <w:r>
        <w:rPr>
          <w:i/>
        </w:rPr>
        <w:t>“Mithl al-mu'min ka mithl al-matar — hadith of the rain”</w:t>
      </w:r>
    </w:p>
    <w:p>
      <w:r>
        <w:rPr>
          <w:sz w:val="20"/>
        </w:rPr>
        <w:t>1:32  dekhiye, Rasool Allah sal Allah alaihi wasallam ki ek hadith hai jo Tirmizi mein aur doosri hadith ki kai kitabon mein aayi hai.</w:t>
      </w:r>
      <w:r>
        <w:br/>
      </w:r>
      <w:r>
        <w:rPr>
          <w:sz w:val="20"/>
        </w:rPr>
        <w:t>1:45  is ke alfaaz yeh hain: "مثل المؤمن كمثل المطر، لا يدرى أوله خير أم آخره" ۔</w:t>
      </w:r>
      <w:r>
        <w:br/>
      </w:r>
      <w:r>
        <w:rPr>
          <w:sz w:val="20"/>
        </w:rPr>
        <w:t>2:00  meri ummat ki misaal barish jaisi hai. Nahi maloom ke is ka pehla hissa behtar hoga ya doosra hissa.</w:t>
      </w:r>
      <w:r>
        <w:br/>
      </w:r>
      <w:r>
        <w:rPr>
          <w:sz w:val="20"/>
        </w:rPr>
        <w:t>2:09  dekhiye, yeh ek usloob hai kehne ka. Yeh shubha ki baat nahi hai. Is ka matlab hai ke agla hissa zyada behtar hoga.</w:t>
      </w:r>
      <w:r>
        <w:br/>
      </w:r>
      <w:r>
        <w:rPr>
          <w:sz w:val="20"/>
        </w:rPr>
        <w:t>2:21  kyunke barish jab aati hai toh shuru mein toh kuch cheezein ugti hain, lekin baad ko toh bargi fasal lehlati hai.</w:t>
      </w:r>
      <w:r>
        <w:br/>
      </w:r>
      <w:r>
        <w:rPr>
          <w:sz w:val="20"/>
        </w:rPr>
        <w:t>2:29  bagh aur khet lehle uthte hain. Toh yeh maloom baat hai ke barish ka agla hissa zyada behtar hota. Aisa kabhi nahi ho sakta ke barish ka agla hissa jo hai zyada behtar na ho.</w:t>
      </w:r>
      <w:r>
        <w:br/>
      </w:r>
      <w:r>
        <w:rPr>
          <w:sz w:val="20"/>
        </w:rPr>
        <w:t>2:45  toh barish ki misaal de kar Rasool Allah sal Allah alaihi wasallam ne mutayyan kar diya ke is ummat ka agla hissa zyada behtar hoga. Dekhiye, yeh ummat ki fazilat nahi hai.</w:t>
      </w:r>
    </w:p>
    <w:p>
      <w:pPr>
        <w:pStyle w:val="Heading2"/>
      </w:pPr>
      <w:r>
        <w:t>why letting go of complaints unlocks intellectual and spiritual growth</w:t>
      </w:r>
    </w:p>
    <w:p>
      <w:r>
        <w:rPr>
          <w:color w:val="666666"/>
          <w:sz w:val="18"/>
        </w:rPr>
        <w:t>Bird Culture March 6, 2014 Maulana Wahiduddin Khan · 4m 37s · at 9:05 · https://youtu.be/zLSCXGvTJ9A?t=545</w:t>
      </w:r>
    </w:p>
    <w:p>
      <w:r>
        <w:rPr>
          <w:i/>
        </w:rPr>
        <w:t>“Chiriya be-shikayat jeeti hai, magar woh sirf chiriya hai”</w:t>
      </w:r>
    </w:p>
    <w:p>
      <w:r>
        <w:rPr>
          <w:sz w:val="20"/>
        </w:rPr>
        <w:t>9:05  yani chidiya to agar be shikayat jee rahi hai to woh to sirf chidiya hai.</w:t>
      </w:r>
      <w:r>
        <w:br/>
      </w:r>
      <w:r>
        <w:rPr>
          <w:sz w:val="20"/>
        </w:rPr>
        <w:t>9:13  us ke paas to insan jaisa mind nahi hai.</w:t>
      </w:r>
      <w:r>
        <w:br/>
      </w:r>
      <w:r>
        <w:rPr>
          <w:sz w:val="20"/>
        </w:rPr>
        <w:t>9:19  lekin insan jo hai, agar woh be shikayat ho jaye, agar woh protest aur manfi soch se apne ko khali kar le,</w:t>
      </w:r>
      <w:r>
        <w:br/>
      </w:r>
      <w:r>
        <w:rPr>
          <w:sz w:val="20"/>
        </w:rPr>
        <w:t>9:33  radd-e-amal ki nafsiyat se apne ko khali kar le, to insan ka mind jo hai, woh chidiya ke mind se ek bara waqe'a is ke andar paish aayega.</w:t>
      </w:r>
      <w:r>
        <w:br/>
      </w:r>
      <w:r>
        <w:rPr>
          <w:sz w:val="20"/>
        </w:rPr>
        <w:t>9:44  woh kya? aap ke mind ko zyada mauqa mil jayega positive thinking ka, intellectual development ka.</w:t>
      </w:r>
      <w:r>
        <w:br/>
      </w:r>
      <w:r>
        <w:rPr>
          <w:sz w:val="20"/>
        </w:rPr>
        <w:t>9:55  jab aap kisi shikayat mein, protest mein mubtala hote hain to aap ke mind mein thinking process stop ho jata hai.</w:t>
      </w:r>
      <w:r>
        <w:br/>
      </w:r>
      <w:r>
        <w:rPr>
          <w:sz w:val="20"/>
        </w:rPr>
        <w:t>10:03  dekhein, yeh namumkin hai ke aap shikayat aur protest ki nafsiyat mein jiyen aur phir bhi aap ke mind mein intellectual process jari rahe.</w:t>
      </w:r>
      <w:r>
        <w:br/>
      </w:r>
      <w:r>
        <w:rPr>
          <w:sz w:val="20"/>
        </w:rPr>
        <w:t>10:16  nahi, nahi ho sakta aisa.</w:t>
      </w:r>
      <w:r>
        <w:br/>
      </w:r>
      <w:r>
        <w:rPr>
          <w:sz w:val="20"/>
        </w:rPr>
        <w:t>10:20  to chidiya agar shikayat mein nahi jeeti, agar woh nafrat mein nahi jeeti to us ke liye</w:t>
      </w:r>
      <w:r>
        <w:br/>
      </w:r>
      <w:r>
        <w:rPr>
          <w:sz w:val="20"/>
        </w:rPr>
        <w:t>10:35  ek bohat achi baat hai. lekin chidiya se barh kar insan ke liye achi baat hai yeh.</w:t>
      </w:r>
      <w:r>
        <w:br/>
      </w:r>
      <w:r>
        <w:rPr>
          <w:sz w:val="20"/>
        </w:rPr>
        <w:t>10:42  kyun ke is wajah se insan na sirf tension free ho jata hai balke jo aala matloob hai, jo sab se bara jo insan ko ki zarurat hai, intellectual development, woh is is ke liye us ko mauqa mil jata hai.</w:t>
      </w:r>
      <w:r>
        <w:br/>
      </w:r>
      <w:r>
        <w:rPr>
          <w:sz w:val="20"/>
        </w:rPr>
        <w:t>11:00  woh apne aap ko distraction se bachata hai, deviation se bachata hai, zehan ko idhar udhar uljhane se bachata hai.</w:t>
      </w:r>
      <w:r>
        <w:br/>
      </w:r>
      <w:r>
        <w:rPr>
          <w:sz w:val="20"/>
        </w:rPr>
        <w:t>11:10  phir sara waqt us ko, sari tawajjuh us ko apni laga sakta hai woh positive thinking mein. to ghaur kijiye ke kitni bari baat hai.</w:t>
      </w:r>
      <w:r>
        <w:br/>
      </w:r>
      <w:r>
        <w:rPr>
          <w:sz w:val="20"/>
        </w:rPr>
        <w:t>11:26  aur yahi hai tazkiya ka tareeqa, marifat lene ka tareeqa.</w:t>
      </w:r>
      <w:r>
        <w:br/>
      </w:r>
      <w:r>
        <w:rPr>
          <w:sz w:val="20"/>
        </w:rPr>
        <w:t>11:34  ke aap ek shakhs jab dunya mein zindagi guzarta hai to us ko tarah tarah ke tajrubaat pesh aate hain, tarah tarah ke mushahidaat hote hain,</w:t>
      </w:r>
      <w:r>
        <w:br/>
      </w:r>
      <w:r>
        <w:rPr>
          <w:sz w:val="20"/>
        </w:rPr>
        <w:t>11:50  tarah tarah ke sooraten saamne aati hain us ke.</w:t>
      </w:r>
      <w:r>
        <w:br/>
      </w:r>
      <w:r>
        <w:rPr>
          <w:sz w:val="20"/>
        </w:rPr>
        <w:t>11:56  to in saare occasion par agar uska mind active hai, uska mind yaani bedaar hai to kya hoga?</w:t>
      </w:r>
      <w:r>
        <w:br/>
      </w:r>
      <w:r>
        <w:rPr>
          <w:sz w:val="20"/>
        </w:rPr>
        <w:t>12:08  har aise tajrube ko woh woh point of reference bana kar ke use tasawwur karega, use lesson draw draw kar lega, us se marifat ki ghiza le ga.</w:t>
      </w:r>
      <w:r>
        <w:br/>
      </w:r>
      <w:r>
        <w:rPr>
          <w:sz w:val="20"/>
        </w:rPr>
        <w:t>12:21  jis tarah shehad ki makkhi phool se necter le leti hai, aisi zyada bade paimane par aap har cheez se, har cheez se apne liye marifat ki ghiza lete rahen ge.</w:t>
      </w:r>
      <w:r>
        <w:br/>
      </w:r>
      <w:r>
        <w:rPr>
          <w:sz w:val="20"/>
        </w:rPr>
        <w:t>12:38  aur jo quran mein hai ke: "warzuq rabbaka khairun ma yastaoon." to yeh rizq rabb kya hai? yeh koi purasrar cheez nahi hai. rizq rabb jo hai quran mein, yeh koi purasrar cheez nahi hai.</w:t>
      </w:r>
      <w:r>
        <w:br/>
      </w:r>
      <w:r>
        <w:rPr>
          <w:sz w:val="20"/>
        </w:rPr>
        <w:t>12:49  iska matlab yeh hai ke tumhare imaan ne tumhare andar jo shaoori bedari paida ki hai, jo intellectual awakening aayi hai, tumhare jo intellectual awakening aayi hai, tumhare andar iski wajah se aisa hua hai ke har cheez mein tum ko rizq milta rehta hai.</w:t>
      </w:r>
      <w:r>
        <w:br/>
      </w:r>
      <w:r>
        <w:rPr>
          <w:sz w:val="20"/>
        </w:rPr>
        <w:t>13:10  har cheez se tum rizq lete rehte ho. jis tarah shehad ki makkhi phoolon se necter leti rehti hai.</w:t>
      </w:r>
      <w:r>
        <w:br/>
      </w:r>
      <w:r>
        <w:rPr>
          <w:sz w:val="20"/>
        </w:rPr>
        <w:t>13:18  to yeh rizq rabb jo hai, koi basira cheez nahi hai. yeh shaoori bedari ka ek lazmi hissa hai.</w:t>
      </w:r>
      <w:r>
        <w:br/>
      </w:r>
      <w:r>
        <w:rPr>
          <w:sz w:val="20"/>
        </w:rPr>
        <w:t>13:30  isko kehte hain intellectual awakening. to intellectual awakening agar hogi to yeh lazman aisa hoga. yeh saari baat is mein shamil hai.</w:t>
      </w:r>
    </w:p>
    <w:p>
      <w:pPr>
        <w:pStyle w:val="Heading2"/>
      </w:pPr>
      <w:r>
        <w:t>Hadith about smoke and sun global warming</w:t>
      </w:r>
    </w:p>
    <w:p>
      <w:r>
        <w:rPr>
          <w:color w:val="666666"/>
          <w:sz w:val="18"/>
        </w:rPr>
        <w:t>Warnings of Doomsday February 4, 2007 · 2m 58s · at 33:46 · https://youtu.be/VT0BnPl_-zc?t=2026</w:t>
      </w:r>
    </w:p>
    <w:p>
      <w:r>
        <w:rPr>
          <w:i/>
        </w:rPr>
        <w:t>“Global warming is man-made. Is parche mein”</w:t>
      </w:r>
    </w:p>
    <w:p>
      <w:r>
        <w:rPr>
          <w:sz w:val="20"/>
        </w:rPr>
        <w:t>33:46  global warming is man made. is parche mein, yani kal ka jo parcha tha, us mein kai articles the aur kai kai reports thin isi hi par.</w:t>
      </w:r>
      <w:r>
        <w:br/>
      </w:r>
      <w:r>
        <w:rPr>
          <w:sz w:val="20"/>
        </w:rPr>
        <w:t>33:59  kyunke zahir hai ke yeh bohat bara qissa hai, bohat bari cheez hai. to mein keh raha tha ke is par bohat sari, yani predictions hain hadithon mein.</w:t>
      </w:r>
      <w:r>
        <w:br/>
      </w:r>
      <w:r>
        <w:rPr>
          <w:sz w:val="20"/>
        </w:rPr>
        <w:t>34:17  mein chand ek ko bataunga aap ko. to ek baat yeh bataya aap ko ke "zahiral fasad fil barri wal bahri, ma kasabat al-nas" ke "man made corruption has spread in the land and in the sea".</w:t>
      </w:r>
      <w:r>
        <w:br/>
      </w:r>
      <w:r>
        <w:rPr>
          <w:sz w:val="20"/>
        </w:rPr>
        <w:t>34:32  yeh kitna zyada sahi utra hai aaj! yeh to hadith mein aya hai ke</w:t>
      </w:r>
      <w:r>
        <w:br/>
      </w:r>
      <w:r>
        <w:rPr>
          <w:sz w:val="20"/>
        </w:rPr>
        <w:t>34:41  hadith mein aya hai ke</w:t>
      </w:r>
      <w:r>
        <w:br/>
      </w:r>
      <w:r>
        <w:rPr>
          <w:sz w:val="20"/>
        </w:rPr>
        <w:t>34:48  hadith mein aya hai ke qayamat se pehle ek dukhan zahir hoga. dukhan means smoke.</w:t>
      </w:r>
      <w:r>
        <w:br/>
      </w:r>
      <w:r>
        <w:rPr>
          <w:sz w:val="20"/>
        </w:rPr>
        <w:t>35:00  dukhan ka matlab hota hai smoke. to hadith mein aya hai ke "yamlu, yamlu, yamlu dukhan ma bain al-mashriq wal maghrib". yamlu dukhan ma bain al-mashriq wal maghrib.</w:t>
      </w:r>
      <w:r>
        <w:br/>
      </w:r>
      <w:r>
        <w:rPr>
          <w:sz w:val="20"/>
        </w:rPr>
        <w:t>35:16  yani dhuwan bhar jayega eid se eid se wish tak. dukhan means dhuwan, yani smoke.</w:t>
      </w:r>
      <w:r>
        <w:br/>
      </w:r>
      <w:r>
        <w:rPr>
          <w:sz w:val="20"/>
        </w:rPr>
        <w:t>35:25  eid se wish tak dhuwan hi dhuwan bhar jayega. ab kaun janta tha is ko? bataiye pehle ke air pollution bhi koi cheez hai.</w:t>
      </w:r>
      <w:r>
        <w:br/>
      </w:r>
      <w:r>
        <w:rPr>
          <w:sz w:val="20"/>
        </w:rPr>
        <w:t>35:37  yani eid se wish tak air pollution ka ka problem paida ho jayega. kaun janta tha is ko? to bohat hi ajeeb baat hai ke itne pehle yeh likha hua hai ke "yamlu dukhanu bil ma binli". yamlu dukhanu ma bain al-mashriq wal maghrib.</w:t>
      </w:r>
      <w:r>
        <w:br/>
      </w:r>
      <w:r>
        <w:rPr>
          <w:sz w:val="20"/>
        </w:rPr>
        <w:t>36:02  eid se vish tak dhuan phail jayega. yani woh cheez jis ko hum kehte hain air pollution. is tarah se ek hadith hai ke "adnati al-shamsu min al-'ibad".</w:t>
      </w:r>
      <w:r>
        <w:br/>
      </w:r>
      <w:r>
        <w:rPr>
          <w:sz w:val="20"/>
        </w:rPr>
        <w:t>36:23  suraj insan se qareeb aa jayega. "adnati al-shamsu min al-'ibad".</w:t>
      </w:r>
      <w:r>
        <w:br/>
      </w:r>
      <w:r>
        <w:rPr>
          <w:sz w:val="20"/>
        </w:rPr>
        <w:t>36:34  insan se qareeb aa jayega suraj. yahi to hai global warming. suraj khud nahi aa jayega qareeb, is ki heat qareeb aa jayegi.</w:t>
      </w:r>
    </w:p>
    <w:p>
      <w:pPr>
        <w:pStyle w:val="Heading2"/>
      </w:pPr>
      <w:r>
        <w:t>Muslims' rebellion without true servanthood</w:t>
      </w:r>
    </w:p>
    <w:p>
      <w:r>
        <w:rPr>
          <w:color w:val="666666"/>
          <w:sz w:val="18"/>
        </w:rPr>
        <w:t>Hadith-e-Qudsi April 24, 2014 Maulana Wahiduddin Khan · 1m 49s · at 13:08 · https://youtu.be/DXaqyk0uct0?t=788</w:t>
      </w:r>
    </w:p>
    <w:p>
      <w:r>
        <w:rPr>
          <w:i/>
        </w:rPr>
        <w:t>“Today's Muslims are making noise, but God's help does not come.”</w:t>
      </w:r>
    </w:p>
    <w:p>
      <w:r>
        <w:rPr>
          <w:sz w:val="20"/>
        </w:rPr>
        <w:t>13:08  aaj kal musalman jo hain, hangame kar rahe hain, ladai jhagda kar rahe hain, sadkon par hangame ho rahe hain, takrao ho raha hai, gun aur bam chalai ja rahi hai, aur Allah ki madad nahi aati.</w:t>
      </w:r>
      <w:r>
        <w:br/>
      </w:r>
      <w:r>
        <w:rPr>
          <w:sz w:val="20"/>
        </w:rPr>
        <w:t>13:23  halanke duayen bhi ho rahi hain, masjidon mein duayen ho rahi hain, khoob khoob duayen ho rahi hain in ke liye, lekin qabool nahi hoti dua,</w:t>
      </w:r>
      <w:r>
        <w:br/>
      </w:r>
      <w:r>
        <w:rPr>
          <w:sz w:val="20"/>
        </w:rPr>
        <w:t>13:32  kyun ke woh aisi cheez mang rahe hain jo Allah ne muqaddar hi nahi kiya hai.</w:t>
      </w:r>
      <w:r>
        <w:br/>
      </w:r>
      <w:r>
        <w:rPr>
          <w:sz w:val="20"/>
        </w:rPr>
        <w:t>13:42  Allah ne aap ko hukum hi nahi diya hai ke aap dunya mein Islam ka jhanda uthayen, Islam ki hukumat qaim karen. yeh yeh Allah ne hukum hi nahi diya.</w:t>
      </w:r>
      <w:r>
        <w:br/>
      </w:r>
      <w:r>
        <w:rPr>
          <w:sz w:val="20"/>
        </w:rPr>
        <w:t>13:53  yeh to aap ne khud khud sakhta, aap ka yeh</w:t>
      </w:r>
      <w:r>
        <w:br/>
      </w:r>
      <w:r>
        <w:rPr>
          <w:sz w:val="20"/>
        </w:rPr>
        <w:t>13:59  khud khud sakhta naqsha hai.</w:t>
      </w:r>
      <w:r>
        <w:br/>
      </w:r>
      <w:r>
        <w:rPr>
          <w:sz w:val="20"/>
        </w:rPr>
        <w:t>14:03  Allah ka jo hukum hai, woh yeh hai ke aap</w:t>
      </w:r>
      <w:r>
        <w:br/>
      </w:r>
      <w:r>
        <w:rPr>
          <w:sz w:val="20"/>
        </w:rPr>
        <w:t>14:09  sachche momin banen, sachche ibadat guzar banen, apne akhlaq ko rabani akhlaq banayen, aap insan ke khair khwah ban kar rahen,</w:t>
      </w:r>
      <w:r>
        <w:br/>
      </w:r>
      <w:r>
        <w:rPr>
          <w:sz w:val="20"/>
        </w:rPr>
        <w:t>14:25  apne mamlat ko dhandari par qaim karen,</w:t>
      </w:r>
      <w:r>
        <w:br/>
      </w:r>
      <w:r>
        <w:rPr>
          <w:sz w:val="20"/>
        </w:rPr>
        <w:t>14:32  apni family mein, apne samaj mein, apne huqooq ko ada karen, aur phir dawat Allah ka kaam karen, Allah ke paigham ko sari dunya tak pahunchana.</w:t>
      </w:r>
      <w:r>
        <w:br/>
      </w:r>
      <w:r>
        <w:rPr>
          <w:sz w:val="20"/>
        </w:rPr>
        <w:t>14:48  is tareeqe se jab aap ikhtiyar karenge divine culture ko, to har qadam par aap ko Allah ki madad milegi.</w:t>
      </w:r>
    </w:p>
    <w:p>
      <w:pPr>
        <w:pStyle w:val="Heading2"/>
      </w:pPr>
      <w:r>
        <w:t>Why halal divorce is still Allah's most hated act</w:t>
      </w:r>
    </w:p>
    <w:p>
      <w:r>
        <w:rPr>
          <w:color w:val="666666"/>
          <w:sz w:val="18"/>
        </w:rPr>
        <w:t>Married Life April 29, 2017 Maulana Wahiduddin Khan · 2m 37s · at 0:50 · https://youtu.be/ONfOGL9_VHg?t=50</w:t>
      </w:r>
    </w:p>
    <w:p>
      <w:r>
        <w:rPr>
          <w:i/>
        </w:rPr>
        <w:t>“Dekhiye, ek hadith hai nikah ke baare mein”</w:t>
      </w:r>
    </w:p>
    <w:p>
      <w:r>
        <w:rPr>
          <w:sz w:val="20"/>
        </w:rPr>
        <w:t>0:50  dekhiye, ek hadith hai nikah ke bare mein,</w:t>
      </w:r>
      <w:r>
        <w:br/>
      </w:r>
      <w:r>
        <w:rPr>
          <w:sz w:val="20"/>
        </w:rPr>
        <w:t>0:59  woh yeh hai ke: "abghad-ul-halal 'ind-al-lah hai at-talaq</w:t>
      </w:r>
      <w:r>
        <w:br/>
      </w:r>
      <w:r>
        <w:rPr>
          <w:sz w:val="20"/>
        </w:rPr>
        <w:t>1:06  " ke Allah ke nazdeek sab se zyada mabghood cheez talaq hai, agarche halal kiya gaya hai is ko, lekin woh bohat zyada mabghood cheez hai.</w:t>
      </w:r>
      <w:r>
        <w:br/>
      </w:r>
      <w:r>
        <w:rPr>
          <w:sz w:val="20"/>
        </w:rPr>
        <w:t>1:20  to mein bohat din sochta tha</w:t>
      </w:r>
      <w:r>
        <w:br/>
      </w:r>
      <w:r>
        <w:rPr>
          <w:sz w:val="20"/>
        </w:rPr>
        <w:t>1:25  ke aakhir kya baat hai ke mabghood itni zyada hai, agarche is ko</w:t>
      </w:r>
      <w:r>
        <w:br/>
      </w:r>
      <w:r>
        <w:rPr>
          <w:sz w:val="20"/>
        </w:rPr>
        <w:t>1:35  as a law of justice halal kiya gaya hai. to is ka jawab mujhe ek aur hadith se mila.</w:t>
      </w:r>
      <w:r>
        <w:br/>
      </w:r>
      <w:r>
        <w:rPr>
          <w:sz w:val="20"/>
        </w:rPr>
        <w:t>1:46  ek hadith hai ke iblis jo hai, yani iblis woh hai jo shayateen ka sardar hua hai,</w:t>
      </w:r>
      <w:r>
        <w:br/>
      </w:r>
      <w:r>
        <w:rPr>
          <w:sz w:val="20"/>
        </w:rPr>
        <w:t>2:00  to woh apna</w:t>
      </w:r>
      <w:r>
        <w:br/>
      </w:r>
      <w:r>
        <w:rPr>
          <w:sz w:val="20"/>
        </w:rPr>
        <w:t>2:05  jalsa karta hai samandar par. saare dunya ke shaitan ikattha hote hain, woh poochta hai ke tum ne kya kiya, tum ne kya kiya?</w:t>
      </w:r>
      <w:r>
        <w:br/>
      </w:r>
      <w:r>
        <w:rPr>
          <w:sz w:val="20"/>
        </w:rPr>
        <w:t>2:19  to har ek ko jo kuch batata hai ke maine kisi ka qatl karwa diya, maine kisi ka yeh kar diya, woh kar diya.</w:t>
      </w:r>
      <w:r>
        <w:br/>
      </w:r>
      <w:r>
        <w:rPr>
          <w:sz w:val="20"/>
        </w:rPr>
        <w:t>2:31  to iblis un ki baaton ko kuch dhyan nahi deta. ek shaitan aata hai, woh kehta hai ke main ek married couple jo the, un ke peeche lag gaya aur itna un ko aapas mein rift paida kiya ke talaq ho gayi.</w:t>
      </w:r>
      <w:r>
        <w:br/>
      </w:r>
      <w:r>
        <w:rPr>
          <w:sz w:val="20"/>
        </w:rPr>
        <w:t>2:57  to iblis kehta hai: "naam ant, haan to ne kaam kiya,</w:t>
      </w:r>
      <w:r>
        <w:br/>
      </w:r>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Months of travel then, a few hours to Cyprus now</w:t>
      </w:r>
    </w:p>
    <w:p>
      <w:r>
        <w:rPr>
          <w:color w:val="666666"/>
          <w:sz w:val="18"/>
        </w:rPr>
        <w:t>Journey to a Mediterranean Island November 23, 2008 · 30s · at 54:25 · https://youtu.be/uoOiuhWeSIQ?t=3265</w:t>
      </w:r>
    </w:p>
    <w:p>
      <w:r>
        <w:rPr>
          <w:i/>
        </w:rPr>
        <w:t>“اس خاتون کو مدینہ سے سائپرس پہنچنے کے لیے کئی مہینے لگے تھے”</w:t>
      </w:r>
    </w:p>
    <w:p>
      <w:r>
        <w:rPr>
          <w:sz w:val="20"/>
        </w:rPr>
        <w:t>54:25  jab mein wahan dekha, mein ne wahan ka Umm Haram ka maqbara to mein ne socha ke is khatoon ko Madina se Cyprus pohnchne ke liye kai mahine lage the.</w:t>
      </w:r>
      <w:r>
        <w:br/>
      </w:r>
      <w:r>
        <w:rPr>
          <w:sz w:val="20"/>
        </w:rPr>
        <w:t>54:37  kai mahine ke baad woh pahunchi thi wahan par. hum to chand ghanton mein pahunch gaye, chand ghanton mein. to kitna zyada, yaani dunya badal chuki hai,</w:t>
      </w:r>
      <w:r>
        <w:br/>
      </w:r>
      <w:r>
        <w:rPr>
          <w:sz w:val="20"/>
        </w:rPr>
        <w:t>54:52  kitna zyada badal chuki hai.</w:t>
      </w:r>
    </w:p>
    <w:p>
      <w:pPr>
        <w:pStyle w:val="Heading2"/>
      </w:pPr>
      <w:r>
        <w:t>Contradictory fatwas blocked Quran translation printing for decades</w:t>
      </w:r>
    </w:p>
    <w:p>
      <w:r>
        <w:rPr>
          <w:color w:val="666666"/>
          <w:sz w:val="18"/>
        </w:rPr>
        <w:t>Islam in A New Age March 18, 2012 · 2m 52s · at 49:49 · https://youtu.be/P5hzq_NheY0?t=2989</w:t>
      </w:r>
    </w:p>
    <w:p>
      <w:r>
        <w:rPr>
          <w:i/>
        </w:rPr>
        <w:t>“Printing press aaya taake Quran duniya tak pahunche”</w:t>
      </w:r>
    </w:p>
    <w:p>
      <w:r>
        <w:rPr>
          <w:sz w:val="20"/>
        </w:rPr>
        <w:t>49:49  aap ghor kijiye, jab printing press aaya to yeh mumkin ho gaya ke Quran ko chhap kar aap sari dunya mein logon tak pohncha saken. aur phir international language aa gayi, English.</w:t>
      </w:r>
      <w:r>
        <w:br/>
      </w:r>
      <w:r>
        <w:rPr>
          <w:sz w:val="20"/>
        </w:rPr>
        <w:t>50:01  aaj dunya ke taqreeban jitne bhi educated log hain, woh taqreeban sab ke sab English jante hain.</w:t>
      </w:r>
      <w:r>
        <w:br/>
      </w:r>
      <w:r>
        <w:rPr>
          <w:sz w:val="20"/>
        </w:rPr>
        <w:t>50:08  to kaisi ajeeb baat hai. yani ek taraf modern jo halaat the, naye daur ke halaat, is ne saari dunya mein English ko international language bana diya, jo kabhi aisa nahi hua tha.</w:t>
      </w:r>
      <w:r>
        <w:br/>
      </w:r>
      <w:r>
        <w:rPr>
          <w:sz w:val="20"/>
        </w:rPr>
        <w:t>50:20  doosri taraf yeh mumkin ho gaya ke Quran ko chhaap kar ke aap is ke tarjume saari dunya mein phaila dein. lekin ijtihadi zehan na hone ke nateejay mein dekhiye kya hua.</w:t>
      </w:r>
      <w:r>
        <w:br/>
      </w:r>
      <w:r>
        <w:rPr>
          <w:sz w:val="20"/>
        </w:rPr>
        <w:t>50:31  pehlay to yeh fatwa tha ke baghair matan ke aap Quran chhaap nahi s</w:t>
      </w:r>
      <w:r>
        <w:br/>
      </w:r>
      <w:r>
        <w:rPr>
          <w:sz w:val="20"/>
        </w:rPr>
        <w:t>50:35  akte. yani arabi matan jo hai, agar aap angrezi tarjuma karein, angrezi tarjume se ke saath saath aap ko arabi matan chhaapni paregi.</w:t>
      </w:r>
      <w:r>
        <w:br/>
      </w:r>
      <w:r>
        <w:rPr>
          <w:sz w:val="20"/>
        </w:rPr>
        <w:t>50:44  warna jaiz hi nahi hua woh. ab itna mota sa ban gaya Quran, tarjuma aur aur matan ko le kar ke. ab pata nahi kaun is ko parhega, kaun is ko distribute karega.</w:t>
      </w:r>
      <w:r>
        <w:br/>
      </w:r>
      <w:r>
        <w:rPr>
          <w:sz w:val="20"/>
        </w:rPr>
        <w:t>50:57  mazeed yeh ke yeh fatwa lag gaya ke ghair muslim is ki be-hurmati karein ge, is liye matan ke saath de nahi sakte.</w:t>
      </w:r>
      <w:r>
        <w:br/>
      </w:r>
      <w:r>
        <w:rPr>
          <w:sz w:val="20"/>
        </w:rPr>
        <w:t>51:05  yeh matan ke baghair agar aap dein, sirf tarjuma, tab bhi najaaiz ke matan zaroori hai saath saath. yani ek taraf yeh fatwa tha ke matan ke baghair aap translate chhaap nahi sakte.</w:t>
      </w:r>
      <w:r>
        <w:br/>
      </w:r>
      <w:r>
        <w:rPr>
          <w:sz w:val="20"/>
        </w:rPr>
        <w:t>51:20  doosra yeh fatwa ke matan ke saath aap ne chhaapa to is ko dena najaaiz. yani matan ke baghair chhaapna najaaiz aur matan ke saath in ko dena najaaiz.</w:t>
      </w:r>
      <w:r>
        <w:br/>
      </w:r>
      <w:r>
        <w:rPr>
          <w:sz w:val="20"/>
        </w:rPr>
        <w:t>51:33  natija yeh kya hai? saari dunya mein log log jo hain mehroom thay ke Quran mein kya hai janne ke liye.</w:t>
      </w:r>
      <w:r>
        <w:br/>
      </w:r>
      <w:r>
        <w:rPr>
          <w:sz w:val="20"/>
        </w:rPr>
        <w:t>51:42  poori poori dunya ko mehroom kar diya. ek yani mera poora bachpan ka zamana, jawani ka zamana isi mein guzra hai, isi isi museebat mein ke matan ke saath chhaapo to dena najaaiz, matan ke baghair chhaapo to chhaapna najaaiz.</w:t>
      </w:r>
      <w:r>
        <w:br/>
      </w:r>
      <w:r>
        <w:rPr>
          <w:sz w:val="20"/>
        </w:rPr>
        <w:t>52:01  ab jo darwaza khula hai, jante hain kis ne khola hai? yeh musalmanon ne nahi khola hai, is ne yeh secular logon ne khola hai. jo secular idaray hain, baray baray publishing idaray,</w:t>
      </w:r>
      <w:r>
        <w:br/>
      </w:r>
      <w:r>
        <w:rPr>
          <w:sz w:val="20"/>
        </w:rPr>
        <w:t>52:14  unhon ne dekha ke Quran ke arabi tarjume ki maang hai to unhon ne kaha yeh jhanjhat chhoro, matan ke baghair English tarjuma chhaapo.</w:t>
      </w:r>
      <w:r>
        <w:br/>
      </w:r>
      <w:r>
        <w:rPr>
          <w:sz w:val="20"/>
        </w:rPr>
        <w:t>52:24  to baray baray jo international publishing ke idaray hain, unhon ne chhaapa sab se pehle</w:t>
      </w:r>
      <w:r>
        <w:br/>
      </w:r>
      <w:r>
        <w:rPr>
          <w:sz w:val="20"/>
        </w:rPr>
        <w:t>52:31  text ke baghair English translation, woh lagay phailanay. ab musalman bhi thora bohat is mein agay barhay hain. kaisi ajeeb baat hai.</w:t>
      </w:r>
    </w:p>
    <w:p>
      <w:pPr>
        <w:pStyle w:val="Heading2"/>
      </w:pPr>
      <w:r>
        <w:t>modern culture that treats criticism as taboo, blocking learning</w:t>
      </w:r>
    </w:p>
    <w:p>
      <w:r>
        <w:rPr>
          <w:color w:val="666666"/>
          <w:sz w:val="18"/>
        </w:rPr>
        <w:t>Modesty and Arrogance January 31, 2008 · 2m 23s · at 33:42 · https://youtu.be/8EHBmsIAF_Q?t=2022</w:t>
      </w:r>
    </w:p>
    <w:p>
      <w:r>
        <w:rPr>
          <w:i/>
        </w:rPr>
        <w:t>“I heard a program on the radio once”</w:t>
      </w:r>
    </w:p>
    <w:p>
      <w:r>
        <w:rPr>
          <w:sz w:val="20"/>
        </w:rPr>
        <w:t>33:42  mein ne ek ek program suna radio par to bachche the kisi ghar mein, wahan koi aaya</w:t>
      </w:r>
      <w:r>
        <w:br/>
      </w:r>
      <w:r>
        <w:rPr>
          <w:sz w:val="20"/>
        </w:rPr>
        <w:t>33:54  to is ne kuch toka kisi baat par. hai mere bachchon ko aisa mat kaho, yeh to aap mujh ko demoralize kar denge.</w:t>
      </w:r>
      <w:r>
        <w:br/>
      </w:r>
      <w:r>
        <w:rPr>
          <w:sz w:val="20"/>
        </w:rPr>
        <w:t>34:05  mein khud apna aik tajruba batata hoon.</w:t>
      </w:r>
      <w:r>
        <w:br/>
      </w:r>
      <w:r>
        <w:rPr>
          <w:sz w:val="20"/>
        </w:rPr>
        <w:t>34:08  bohat din ki baat hai, mein aik sahib se milne ke liye gaya un ke ghar par. un ka aik beta tha, chhota tha abhi. to aik bartan mein kuch rakha hua tha,</w:t>
      </w:r>
      <w:r>
        <w:br/>
      </w:r>
      <w:r>
        <w:rPr>
          <w:sz w:val="20"/>
        </w:rPr>
        <w:t>34:23  kuch woh khane peene ki cheez, sokhi galla waghera tha, koi aisa kuch. to bachcha aise hila hila kar ke us ko gira raha tha idhar udhar.</w:t>
      </w:r>
      <w:r>
        <w:br/>
      </w:r>
      <w:r>
        <w:rPr>
          <w:sz w:val="20"/>
        </w:rPr>
        <w:t>34:34  to maine us ko mana kiya ke bhai yeh yeh dana hai, aap daane ko gira rahe hain. to baap ne kaha nahi nahi, mere bachche ko mana mat kijiye, us se uska dil toot jayega,</w:t>
      </w:r>
      <w:r>
        <w:br/>
      </w:r>
      <w:r>
        <w:rPr>
          <w:sz w:val="20"/>
        </w:rPr>
        <w:t>34:50  us se woh de-moralize ho jayega. to aaj kal ke zamane mein mein dekhta hoon ke logon ne criticism ko taboo bana liya.</w:t>
      </w:r>
      <w:r>
        <w:br/>
      </w:r>
      <w:r>
        <w:rPr>
          <w:sz w:val="20"/>
        </w:rPr>
        <w:t>35:00  taboo</w:t>
      </w:r>
      <w:r>
        <w:br/>
      </w:r>
      <w:r>
        <w:rPr>
          <w:sz w:val="20"/>
        </w:rPr>
        <w:t>35:02  woh chahte hain ke hum ko achhi achhi baatein sunne ko milein, praise sunne ko mile, aisi baat mile jis se hamare organs ko feed kar rahi ho.</w:t>
      </w:r>
      <w:r>
        <w:br/>
      </w:r>
      <w:r>
        <w:rPr>
          <w:sz w:val="20"/>
        </w:rPr>
        <w:t>35:13  ab zahir hai ke aisi halat mein un ka learning process kahan se chalega? kuch bhi nahi seekh payenge woh.</w:t>
      </w:r>
      <w:r>
        <w:br/>
      </w:r>
      <w:r>
        <w:rPr>
          <w:sz w:val="20"/>
        </w:rPr>
        <w:t>35:23  institutes jeete hain, institutes marte hain. intellectual development in ka ruka rehta hai,</w:t>
      </w:r>
      <w:r>
        <w:br/>
      </w:r>
      <w:r>
        <w:rPr>
          <w:sz w:val="20"/>
        </w:rPr>
        <w:t>35:33  in ka intellectual development ruka rehta hai.</w:t>
      </w:r>
      <w:r>
        <w:br/>
      </w:r>
      <w:r>
        <w:rPr>
          <w:sz w:val="20"/>
        </w:rPr>
        <w:t>35:39  to sahi maano mein dekhein to organ culture jo hai, woh koi culture nahi hai. jo culture hai sahi, woh hai modesty culture.</w:t>
      </w:r>
      <w:r>
        <w:br/>
      </w:r>
      <w:r>
        <w:rPr>
          <w:sz w:val="20"/>
        </w:rPr>
        <w:t>35:53  modesty hai to sab kuch hai, modesty nahi hai to kuch bhi nahi hai.</w:t>
      </w:r>
    </w:p>
    <w:p>
      <w:pPr>
        <w:pStyle w:val="Heading2"/>
      </w:pPr>
      <w:r>
        <w:t>Everything is a miracle - conversion concept</w:t>
      </w:r>
    </w:p>
    <w:p>
      <w:r>
        <w:rPr>
          <w:color w:val="666666"/>
          <w:sz w:val="18"/>
        </w:rPr>
        <w:t>God Oriented Life (In Conversation with Maulana) 23 10 11 · 3m 37s · at 3:46 · https://youtu.be/E_LWwsWww2U?t=226</w:t>
      </w:r>
    </w:p>
    <w:p>
      <w:r>
        <w:rPr>
          <w:i/>
        </w:rPr>
        <w:t>“Dekhiye aap to aap ka kaam hai”</w:t>
      </w:r>
    </w:p>
    <w:p>
      <w:r>
        <w:rPr>
          <w:sz w:val="20"/>
        </w:rPr>
        <w:t>3:46  logon ko literature pahunchana</w:t>
      </w:r>
      <w:r>
        <w:br/>
      </w:r>
      <w:r>
        <w:rPr>
          <w:sz w:val="20"/>
        </w:rPr>
        <w:t>3:49  baat pahunchana jab tak aadmi ka mind prepare na ho jaye tab tak woh kuch bhi nahi samjhe</w:t>
      </w:r>
      <w:r>
        <w:br/>
      </w:r>
      <w:r>
        <w:rPr>
          <w:sz w:val="20"/>
        </w:rPr>
        <w:t>3:57  ga mislan mein</w:t>
      </w:r>
      <w:r>
        <w:br/>
      </w:r>
      <w:r>
        <w:rPr>
          <w:sz w:val="20"/>
        </w:rPr>
        <w:t>4:01  yani samajhta hoon ke</w:t>
      </w:r>
      <w:r>
        <w:br/>
      </w:r>
      <w:r>
        <w:rPr>
          <w:sz w:val="20"/>
        </w:rPr>
        <w:t>4:04  har cheez moajza hai yeh maa ke pait mein ek bachcha ban kar niklta hai yeh moajza nahi</w:t>
      </w:r>
      <w:r>
        <w:br/>
      </w:r>
      <w:r>
        <w:rPr>
          <w:sz w:val="20"/>
        </w:rPr>
        <w:t>4:09  hai yani gosht aur khoon bachcha ban jata hai dekhne wala sunne wala chalne wala</w:t>
      </w:r>
      <w:r>
        <w:br/>
      </w:r>
      <w:r>
        <w:rPr>
          <w:sz w:val="20"/>
        </w:rPr>
        <w:t>4:17  ek beej ek ghar zameen mein parta hai ek darakht ban jata hai moajza hi toh hai yeh</w:t>
      </w:r>
      <w:r>
        <w:br/>
      </w:r>
      <w:r>
        <w:rPr>
          <w:sz w:val="20"/>
        </w:rPr>
        <w:t>4:21  do ghasi milti hain woh pani ban jati hai moajza hi toh hai</w:t>
      </w:r>
      <w:r>
        <w:br/>
      </w:r>
      <w:r>
        <w:rPr>
          <w:sz w:val="20"/>
        </w:rPr>
        <w:t>4:26  toh sab cheez moajza hi hai moaj</w:t>
      </w:r>
      <w:r>
        <w:br/>
      </w:r>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r>
        <w:br/>
      </w:r>
      <w:r>
        <w:rPr>
          <w:sz w:val="20"/>
        </w:rPr>
        <w:t>5:00  koi yeh nahi ke pehle jo hua woh bas woh woh tha moajza</w:t>
      </w:r>
      <w:r>
        <w:br/>
      </w:r>
      <w:r>
        <w:rPr>
          <w:sz w:val="20"/>
        </w:rPr>
        <w:t>5:06  mein bol raha hoon mein toh har waqt sochta hoon ke moajza hai ke mein bol raha hoon</w:t>
      </w:r>
      <w:r>
        <w:br/>
      </w:r>
      <w:r>
        <w:rPr>
          <w:sz w:val="20"/>
        </w:rPr>
        <w:t>5:12  kaise mein ne socha kaise meri soch jo hai woh lafzon mein dhali kaise mein ne zabaan se</w:t>
      </w:r>
      <w:r>
        <w:br/>
      </w:r>
      <w:r>
        <w:rPr>
          <w:sz w:val="20"/>
        </w:rPr>
        <w:t>5:19  ada kiya kaise woh baat aap tak pahunchi kaise aap ne sun liya phir electronic daur mein woh</w:t>
      </w:r>
      <w:r>
        <w:br/>
      </w:r>
      <w:r>
        <w:rPr>
          <w:sz w:val="20"/>
        </w:rPr>
        <w:t>5:27  cheez universal ho gayi to moajza hi to hai yeh to moajza ki haqeeqat hai conversion aur conversion</w:t>
      </w:r>
      <w:r>
        <w:br/>
      </w:r>
      <w:r>
        <w:rPr>
          <w:sz w:val="20"/>
        </w:rPr>
        <w:t>5:34  har waqt ho raha hai lekin yeh baat hai kab samjhega aadmi jab us ko us ke</w:t>
      </w:r>
      <w:r>
        <w:br/>
      </w:r>
      <w:r>
        <w:rPr>
          <w:sz w:val="20"/>
        </w:rPr>
        <w:t>5:39  mind ko aap prepare karen pehle din nahi samajh lega yeh umeed na rakhiye ke idhar aap</w:t>
      </w:r>
      <w:r>
        <w:br/>
      </w:r>
      <w:r>
        <w:rPr>
          <w:sz w:val="20"/>
        </w:rPr>
        <w:t>5:45  ne kaha idhar</w:t>
      </w:r>
      <w:r>
        <w:br/>
      </w:r>
      <w:r>
        <w:rPr>
          <w:sz w:val="20"/>
        </w:rPr>
        <w:t>5:46  us ne maan liya jab mind ban jayega us waqt sab kuch maan lega main bhi</w:t>
      </w:r>
      <w:r>
        <w:br/>
      </w:r>
      <w:r>
        <w:rPr>
          <w:sz w:val="20"/>
        </w:rPr>
        <w:t>5:51  pehley nahi manta tha</w:t>
      </w:r>
      <w:r>
        <w:br/>
      </w:r>
      <w:r>
        <w:rPr>
          <w:sz w:val="20"/>
        </w:rPr>
        <w:t>5:54  pehley main aisi baaton ko nahi manta tha naujawani ki umar mein ab main jab maine daryaft</w:t>
      </w:r>
      <w:r>
        <w:br/>
      </w:r>
      <w:r>
        <w:rPr>
          <w:sz w:val="20"/>
        </w:rPr>
        <w:t>6:01  kiya kya hai kya to conversion hi to hai yeh</w:t>
      </w:r>
      <w:r>
        <w:br/>
      </w:r>
      <w:r>
        <w:rPr>
          <w:sz w:val="20"/>
        </w:rPr>
        <w:t>6:05  har cheez yaani asa Hazrat Musa ka asa jo saanp ban gaya to conversion to tha woh to</w:t>
      </w:r>
      <w:r>
        <w:br/>
      </w:r>
      <w:r>
        <w:rPr>
          <w:sz w:val="20"/>
        </w:rPr>
        <w:t>6:13  har waqt conversion ho raha hai har waqt conversion ho raha hai</w:t>
      </w:r>
      <w:r>
        <w:br/>
      </w:r>
      <w:r>
        <w:rPr>
          <w:sz w:val="20"/>
        </w:rPr>
        <w:t>6:19  main jab gaon mein rehta tha UP mein</w:t>
      </w:r>
      <w:r>
        <w:br/>
      </w:r>
      <w:r>
        <w:rPr>
          <w:sz w:val="20"/>
        </w:rPr>
        <w:t>6:23  to apne ghar mein maine</w:t>
      </w:r>
      <w:r>
        <w:br/>
      </w:r>
      <w:r>
        <w:rPr>
          <w:sz w:val="20"/>
        </w:rPr>
        <w:t>6:27  ek woh lagaya</w:t>
      </w:r>
      <w:r>
        <w:br/>
      </w:r>
      <w:r>
        <w:rPr>
          <w:sz w:val="20"/>
        </w:rPr>
        <w:t>6:32  jis</w:t>
      </w:r>
      <w:r>
        <w:br/>
      </w:r>
      <w:r>
        <w:rPr>
          <w:sz w:val="20"/>
        </w:rPr>
        <w:t>6:32  ko kehte hain eucalyptus</w:t>
      </w:r>
      <w:r>
        <w:br/>
      </w:r>
      <w:r>
        <w:rPr>
          <w:sz w:val="20"/>
        </w:rPr>
        <w:t>6:36  ek itni si badi si shakh kahin mujhe mili woh lagaya aur bohat hi bada darakht ban gaya</w:t>
      </w:r>
      <w:r>
        <w:br/>
      </w:r>
      <w:r>
        <w:rPr>
          <w:sz w:val="20"/>
        </w:rPr>
        <w:t>6:41  itna bada ke door door se woh dikhai deta tha woh pehchan ban gayi dekho bhai woh gaon</w:t>
      </w:r>
      <w:r>
        <w:br/>
      </w:r>
      <w:r>
        <w:rPr>
          <w:sz w:val="20"/>
        </w:rPr>
        <w:t>6:49  jahan eucalyptus ka darakht hai</w:t>
      </w:r>
      <w:r>
        <w:br/>
      </w:r>
      <w:r>
        <w:rPr>
          <w:sz w:val="20"/>
        </w:rPr>
        <w:t>6:51  itna sa bada to kaise woh ek choti si shakh ek bada darakht ban gaya jo door tak</w:t>
      </w:r>
      <w:r>
        <w:br/>
      </w:r>
      <w:r>
        <w:rPr>
          <w:sz w:val="20"/>
        </w:rPr>
        <w:t>6:58  دکھائی دے that was a case of conversion</w:t>
      </w:r>
      <w:r>
        <w:br/>
      </w:r>
      <w:r>
        <w:rPr>
          <w:sz w:val="20"/>
        </w:rPr>
        <w:t>7:02  to main to hairaan hota tha dekh dekh kar ke ke kaise Khuda ne ek choti si shakh</w:t>
      </w:r>
      <w:r>
        <w:br/>
      </w:r>
      <w:r>
        <w:rPr>
          <w:sz w:val="20"/>
        </w:rPr>
        <w:t>7:07  ko itna bada darakht bana diya</w:t>
      </w:r>
      <w:r>
        <w:br/>
      </w:r>
      <w:r>
        <w:rPr>
          <w:sz w:val="20"/>
        </w:rPr>
        <w:t>7:10  to har cheez jo hai case of conversion hai har cheez moajza hai lekin us waqt aadmi ki</w:t>
      </w:r>
      <w:r>
        <w:br/>
      </w:r>
      <w:r>
        <w:rPr>
          <w:sz w:val="20"/>
        </w:rPr>
        <w:t>7:16  samajh mein aayega jab ke us</w:t>
      </w:r>
      <w:r>
        <w:br/>
      </w:r>
      <w:r>
        <w:rPr>
          <w:sz w:val="20"/>
        </w:rPr>
        <w:t>7:17  ka zehan aap bana chuke hon</w:t>
      </w:r>
    </w:p>
    <w:p>
      <w:pPr>
        <w:pStyle w:val="Heading2"/>
      </w:pPr>
      <w:r>
        <w:t>Hadith: three droughts will deplete the world's water</w:t>
      </w:r>
    </w:p>
    <w:p>
      <w:r>
        <w:rPr>
          <w:color w:val="666666"/>
          <w:sz w:val="18"/>
        </w:rPr>
        <w:t>Dajjal and Dajjalism July 26, 2009 · 2m 25s · at 27:36 · https://youtu.be/CxQTfG01O_s?t=1656</w:t>
      </w:r>
    </w:p>
    <w:p>
      <w:r>
        <w:rPr>
          <w:i/>
        </w:rPr>
        <w:t>“Rasulullah ne farmaya paani ke baare mein: qeht aayega.”</w:t>
      </w:r>
    </w:p>
    <w:p>
      <w:r>
        <w:rPr>
          <w:sz w:val="20"/>
        </w:rPr>
        <w:t>27:36  is Hadees mein hai ke Rasool Allah (SAW) ne farmaya pani ke bare mein ke pani drought aaye ga. drought yaani qahat, teen qahat aayengi.</w:t>
      </w:r>
      <w:r>
        <w:br/>
      </w:r>
      <w:r>
        <w:rPr>
          <w:sz w:val="20"/>
        </w:rPr>
        <w:t>27:51  qaht aayega, sukha. to teen sukhe ke zaman aayega. pehle sukhe ke zamane mein ek siyalvat khatam ho jayega.</w:t>
      </w:r>
      <w:r>
        <w:br/>
      </w:r>
      <w:r>
        <w:rPr>
          <w:sz w:val="20"/>
        </w:rPr>
        <w:t>28:04  one third water khatam ho jayega. isko aap sunein, bohat hi zyada dhiyan ke saath.</w:t>
      </w:r>
      <w:r>
        <w:br/>
      </w:r>
      <w:r>
        <w:rPr>
          <w:sz w:val="20"/>
        </w:rPr>
        <w:t>28:13  pehla jo sukha padega, pehla jo drought aayega, is mein one third paani khatam ho jayega. nabatat khatam ho jayengi, sabziyaan khatam ho jayengi, haywan marne lagenge.</w:t>
      </w:r>
      <w:r>
        <w:br/>
      </w:r>
      <w:r>
        <w:rPr>
          <w:sz w:val="20"/>
        </w:rPr>
        <w:t>28:28  phir doosra sukha padega, doosra drought aayega.</w:t>
      </w:r>
      <w:r>
        <w:br/>
      </w:r>
      <w:r>
        <w:rPr>
          <w:sz w:val="20"/>
        </w:rPr>
        <w:t>28:31  jab two third watar khatam ho jayega, two third watar, aur phir sabziyaan khatam hongi, janwar, insan, sab ka asar padega iska.</w:t>
      </w:r>
      <w:r>
        <w:br/>
      </w:r>
      <w:r>
        <w:rPr>
          <w:sz w:val="20"/>
        </w:rPr>
        <w:t>28:45  phir teesra dobarah aayega aur aur aur paani bilkul khatam ho jayega. pehle ye teen period hain. pehle period mein one third watar khatam ho jayega,</w:t>
      </w:r>
      <w:r>
        <w:br/>
      </w:r>
      <w:r>
        <w:rPr>
          <w:sz w:val="20"/>
        </w:rPr>
        <w:t>28:56  doosre period mein two third watar khatam ho jayega, aur aakhri period mein no water ka zamana aayega. aur sab khatam ho chuke honge. wohi qayamat shuru ho jayegi. ye hadees hai. hadees. ab aaj kya ho raha hai? dekhiye, ye sab log jaante hain ki paani hi par humari zindagi hai.</w:t>
      </w:r>
      <w:r>
        <w:br/>
      </w:r>
      <w:r>
        <w:rPr>
          <w:sz w:val="20"/>
        </w:rPr>
        <w:t>29:15  paae nahin to life nahin. sab log jaante hain ye paani par life depend karti hai paani ke uppar.</w:t>
      </w:r>
      <w:r>
        <w:br/>
      </w:r>
      <w:r>
        <w:rPr>
          <w:sz w:val="20"/>
        </w:rPr>
        <w:t>29:25  chahe plant hon, animal hon ya insaan hon, paani par depend karte hain. paae nahin to sab khatam. Rahim Khan Khan ne bohat sahih kaha tha ke "Rehmann paani rakhiyo,</w:t>
      </w:r>
      <w:r>
        <w:br/>
      </w:r>
      <w:r>
        <w:rPr>
          <w:sz w:val="20"/>
        </w:rPr>
        <w:t>29:40  bin paani sab soon."</w:t>
      </w:r>
      <w:r>
        <w:br/>
      </w:r>
      <w:r>
        <w:rPr>
          <w:sz w:val="20"/>
        </w:rPr>
        <w:t>29:46  Rehmann paani rakhiyo, bin paani sab soon.</w:t>
      </w:r>
      <w:r>
        <w:br/>
      </w:r>
      <w:r>
        <w:rPr>
          <w:sz w:val="20"/>
        </w:rPr>
        <w:t>29:51  to aap jaante hain ke sab kuch zindagi jo hai, woh paani par base base karti hai. ab kya hai? global warming se kya ho raha hai?</w:t>
      </w:r>
    </w:p>
    <w:p>
      <w:pPr>
        <w:pStyle w:val="Heading2"/>
      </w:pPr>
      <w:r>
        <w:t>Islam's text stayed intact, only interpretation got corrupted</w:t>
      </w:r>
    </w:p>
    <w:p>
      <w:r>
        <w:rPr>
          <w:color w:val="666666"/>
          <w:sz w:val="18"/>
        </w:rPr>
        <w:t>History of Islamic Learning May 14, 2006 Part 2 · 49s · at 10:02 · https://youtu.be/snrt_NRyjLI?t=602</w:t>
      </w:r>
    </w:p>
    <w:p>
      <w:r>
        <w:rPr>
          <w:i/>
        </w:rPr>
        <w:t>“اسلام میں ٹیکسٹ انٹیکٹ ہے، بگاڑ آیا ہے انٹرپریٹیشن میں”</w:t>
      </w:r>
    </w:p>
    <w:p>
      <w:r>
        <w:rPr>
          <w:sz w:val="20"/>
        </w:rPr>
        <w:t>10:02  lekin islam mein kya hua hai ke text to intact, intact hai. interpretation mein logon ne bohat ziyada gadbad ki. yeh</w:t>
      </w:r>
      <w:r>
        <w:br/>
      </w:r>
      <w:r>
        <w:rPr>
          <w:sz w:val="20"/>
        </w:rPr>
        <w:t>10:11  farq hai. is ka matlab yeh hai ke agar aap doosray mazhabon ko un ke original form mein jana janna chahen to aap jaan nahi saktay. kyunke jab text hi mein milawat ho gayi ho to aap kya karogay?</w:t>
      </w:r>
      <w:r>
        <w:br/>
      </w:r>
      <w:r>
        <w:rPr>
          <w:sz w:val="20"/>
        </w:rPr>
        <w:t>10:24  aap nahi kar saktay. lekin islam mein yeh possible hai ke aap</w:t>
      </w:r>
      <w:r>
        <w:br/>
      </w:r>
      <w:r>
        <w:rPr>
          <w:sz w:val="20"/>
        </w:rPr>
        <w:t>10:33  is ke text ko parh kar ke, is pe study kar ke jaan sakain ke islam kya hai.</w:t>
      </w:r>
      <w:r>
        <w:br/>
      </w:r>
      <w:r>
        <w:rPr>
          <w:sz w:val="20"/>
        </w:rPr>
        <w:t>10:38  to islam mein jo bigaar aaya hai, woh bigaar aaya hai interpretation mein. text mein koi bigaar nahi aaya hai.</w:t>
      </w:r>
    </w:p>
    <w:p>
      <w:pPr>
        <w:pStyle w:val="Heading2"/>
      </w:pPr>
      <w:r>
        <w:t>Second part and practical wisdom of hadith</w:t>
      </w:r>
    </w:p>
    <w:p>
      <w:r>
        <w:rPr>
          <w:color w:val="666666"/>
          <w:sz w:val="18"/>
        </w:rPr>
        <w:t>The Importance of Unity March 15, 2014 · 5m 39s · at 10:02 · https://youtu.be/-xS-eK4zw-k?t=602</w:t>
      </w:r>
    </w:p>
    <w:p>
      <w:r>
        <w:rPr>
          <w:i/>
        </w:rPr>
        <w:t>“Suwaad e azam ka ittiba karo”</w:t>
      </w:r>
    </w:p>
    <w:p>
      <w:r>
        <w:rPr>
          <w:sz w:val="20"/>
        </w:rPr>
        <w:t>10:02  to ek pehlu yeh hai. doosra pehlu woh hai ke sawad-e-aazam ka itteba karo. sawad-e-aazam ka matlab hai aksariyat, majority.</w:t>
      </w:r>
      <w:r>
        <w:br/>
      </w:r>
      <w:r>
        <w:rPr>
          <w:sz w:val="20"/>
        </w:rPr>
        <w:t>10:13  yeh yahan itteba ki baat hai, yeh baat nahin ke sawad-e-aazam haq par hoga.</w:t>
      </w:r>
      <w:r>
        <w:br/>
      </w:r>
      <w:r>
        <w:rPr>
          <w:sz w:val="20"/>
        </w:rPr>
        <w:t>10:22  ya sirf is wajah liye ke is ka hargiz yeh matlab nahin ke sawad-e-aazam jo hoga woh haq par hoga.</w:t>
      </w:r>
      <w:r>
        <w:br/>
      </w:r>
      <w:r>
        <w:rPr>
          <w:sz w:val="20"/>
        </w:rPr>
        <w:t>10:30  nahin. is ka matlab sirf yeh hai ke jab beshtar log</w:t>
      </w:r>
      <w:r>
        <w:br/>
      </w:r>
      <w:r>
        <w:rPr>
          <w:sz w:val="20"/>
        </w:rPr>
        <w:t>10:39  kisi amar par mutaffiq ho jayen to wahan par tum un ka bhi saath do. chahe woh tumhein galat nazar aate hon.</w:t>
      </w:r>
      <w:r>
        <w:br/>
      </w:r>
      <w:r>
        <w:rPr>
          <w:sz w:val="20"/>
        </w:rPr>
        <w:t>10:50  kyunke al-khilaf shar .</w:t>
      </w:r>
      <w:r>
        <w:br/>
      </w:r>
      <w:r>
        <w:rPr>
          <w:sz w:val="20"/>
        </w:rPr>
        <w:t>10:55  jaise misaal ke taur par dekhen, ek masjid hai, is ke andar baqayda panch waqt ki namaz qaim hai.</w:t>
      </w:r>
      <w:r>
        <w:br/>
      </w:r>
      <w:r>
        <w:rPr>
          <w:sz w:val="20"/>
        </w:rPr>
        <w:t>11:06  ek imam sahab hain, un par sare namaziyon ka ittefaq hai. ab is mein agar chand aadmi yeh samjhen ke yeh ke is imam ke peeche namaz jaiz nahin hai, is mein falan kharabi hai,</w:t>
      </w:r>
      <w:r>
        <w:br/>
      </w:r>
      <w:r>
        <w:rPr>
          <w:sz w:val="20"/>
        </w:rPr>
        <w:t>11:24  to in chand aadmiyon ke liye jaiz nahin hoga ke jamaat chhod den. nahin, woh doosre musalmanon ke sath unhein namaz padhna chahiye.</w:t>
      </w:r>
      <w:r>
        <w:br/>
      </w:r>
      <w:r>
        <w:rPr>
          <w:sz w:val="20"/>
        </w:rPr>
        <w:t>11:35  yeh matlab hai is ka. yani doosre hisse mein jis cheez ka zikr hai woh hai ijtimaiyat ko baqi rakhna.</w:t>
      </w:r>
      <w:r>
        <w:br/>
      </w:r>
      <w:r>
        <w:rPr>
          <w:sz w:val="20"/>
        </w:rPr>
        <w:t>11:47  yani pehle hisse mein zikr tha ke quran o sunnat ke mehfooz hone ki bina par hamesha kuchh nah kuchh afraad bigad se bach jayen ge.</w:t>
      </w:r>
      <w:r>
        <w:br/>
      </w:r>
      <w:r>
        <w:rPr>
          <w:sz w:val="20"/>
        </w:rPr>
        <w:t>11:58  woh deen ki saheeh numaindagi karenge. deen ki saheeh numaindagi karenge. aur doosre hisse mein zikr hai ke intishar aur ikhtilaf bahut buri cheez hai.</w:t>
      </w:r>
      <w:r>
        <w:br/>
      </w:r>
      <w:r>
        <w:rPr>
          <w:sz w:val="20"/>
        </w:rPr>
        <w:t>12:18  to intishar ikhtilaf se ummat ko bachane ke liye tum ko aisa karna hai ke agar tum ko ikhtilaf ho majmoo'e se lekin majmoo'e ko tum badalne ki position mein nahin ho,</w:t>
      </w:r>
      <w:r>
        <w:br/>
      </w:r>
      <w:r>
        <w:rPr>
          <w:sz w:val="20"/>
        </w:rPr>
        <w:t>12:37  yani jo aksariyat hai us ko tum badalne ki position mein nahin ho, to tum apni zaati rai ko amalan moetal kar do.</w:t>
      </w:r>
      <w:r>
        <w:br/>
      </w:r>
      <w:r>
        <w:rPr>
          <w:sz w:val="20"/>
        </w:rPr>
        <w:t>12:46  amalan. zehni taur par nahin. jaise main ne arz kiya ke masjid mein, masjid mein farz kijiye ke beshtar namazi ek imam ke imam par mutaffiq hain.</w:t>
      </w:r>
      <w:r>
        <w:br/>
      </w:r>
      <w:r>
        <w:rPr>
          <w:sz w:val="20"/>
        </w:rPr>
        <w:t>12:59  ab chand aadmi samajhte hain ke is imam ke peeche namaz jaiz nahin hai, to un chand aadmi ko alag hona jaiz nahin hai. kyunke ijtimaiyat muntashir hoti hai. aapas mein jhagde jhagde khade hote hain.</w:t>
      </w:r>
      <w:r>
        <w:br/>
      </w:r>
      <w:r>
        <w:rPr>
          <w:sz w:val="20"/>
        </w:rPr>
        <w:t>13:14  to hadith ke pehle hisse mein hikmat-e-nazari ki baat hai aur doosre hisse mein hikmat-e-amali ki baat hai.</w:t>
      </w:r>
      <w:r>
        <w:br/>
      </w:r>
      <w:r>
        <w:rPr>
          <w:sz w:val="20"/>
        </w:rPr>
        <w:t>13:23  yani practical wisdom۔ doosre hisse mein practical wisdom ki baat hai aur doosre hisse mein critical wisdom ki baat hai۔</w:t>
      </w:r>
      <w:r>
        <w:br/>
      </w:r>
      <w:r>
        <w:rPr>
          <w:sz w:val="20"/>
        </w:rPr>
        <w:t>13:33  hamesha yaad rakhiye, ek hoti hai critical wisdom, ek hoti hai practical wisdom۔</w:t>
      </w:r>
      <w:r>
        <w:br/>
      </w:r>
      <w:r>
        <w:rPr>
          <w:sz w:val="20"/>
        </w:rPr>
        <w:t>13:41  to is hadith mein dono ko alag kar diya gaya۔</w:t>
      </w:r>
      <w:r>
        <w:br/>
      </w:r>
      <w:r>
        <w:rPr>
          <w:sz w:val="20"/>
        </w:rPr>
        <w:t>13:49  aur yeh bohat hi zyada aham hadayat hai, bohat zyada aham hadith hai. is mein bohat zabardast formula bata diya gaya۔</w:t>
      </w:r>
      <w:r>
        <w:br/>
      </w:r>
      <w:r>
        <w:rPr>
          <w:sz w:val="20"/>
        </w:rPr>
        <w:t>14:03  bohat zabardast formula. ke mislan pehle hisse ko leejie aap. logon mein bigaad aa gaya hai. aksar log shikayatein karte hain. arey bhai yeh bigaad hai, woh bigaad hai۔</w:t>
      </w:r>
      <w:r>
        <w:br/>
      </w:r>
      <w:r>
        <w:rPr>
          <w:sz w:val="20"/>
        </w:rPr>
        <w:t>14:13  to sawal shikayatein kyun karte ho? is par shukr ada karo ke Quran o Sunnat mehfooz hain aur hum is position mein hain ke Quran o Sunnat aur hadith deen-e-saheeh ko akhaz kar saken۔</w:t>
      </w:r>
      <w:r>
        <w:br/>
      </w:r>
      <w:r>
        <w:rPr>
          <w:sz w:val="20"/>
        </w:rPr>
        <w:t>14:26  aksar log yahi kehte hain, bohat bigaad hai, bohat ummat mein fasaad hai, yeh hai, woh hai۔</w:t>
      </w:r>
      <w:r>
        <w:br/>
      </w:r>
      <w:r>
        <w:rPr>
          <w:sz w:val="20"/>
        </w:rPr>
        <w:t>14:35  to is se kya maani hoga? aap apne andar negative nafsiyat ko janam de rahe hain. apne andar negative thinking ko develop kar rahe hain۔</w:t>
      </w:r>
      <w:r>
        <w:br/>
      </w:r>
      <w:r>
        <w:rPr>
          <w:sz w:val="20"/>
        </w:rPr>
        <w:t>14:48  yeh tareeqa galat hai. aap se shukr khatm ho jata hai۔</w:t>
      </w:r>
      <w:r>
        <w:br/>
      </w:r>
      <w:r>
        <w:rPr>
          <w:sz w:val="20"/>
        </w:rPr>
        <w:t>14:55  bilfarz agar barhe peymane par ummat mein bigaad aa gaya ho to aap ko shukr karna chahiye ke chahe amalan bigaad aa gaya ho lekin mein zaati taur par abhi bhi mujhe yeh ne'mat haasil hai ke Quran ko parhoon, Sunnat-e-Rasool ko parhoon aur is se mein sachche deen ko haasil karoon۔</w:t>
      </w:r>
      <w:r>
        <w:br/>
      </w:r>
      <w:r>
        <w:rPr>
          <w:sz w:val="20"/>
        </w:rPr>
        <w:t>15:19  to ajeeb ne'mat hai yeh۔</w:t>
      </w:r>
      <w:r>
        <w:br/>
      </w:r>
      <w:r>
        <w:rPr>
          <w:sz w:val="20"/>
        </w:rPr>
        <w:t>15:25  isi tareeqe se agar</w:t>
      </w:r>
      <w:r>
        <w:br/>
      </w:r>
      <w:r>
        <w:rPr>
          <w:sz w:val="20"/>
        </w:rPr>
        <w:t>15:30  majority jo hai, aksariyat jo hai, kisi issue par ikattha ho jaye to aap samjhein ke yeh ikattha hona unka sahi nahi hai۔</w:t>
      </w:r>
    </w:p>
    <w:p>
      <w:pPr>
        <w:pStyle w:val="Heading2"/>
      </w:pPr>
      <w:r>
        <w:t>Hadith recitation and partial translation</w:t>
      </w:r>
    </w:p>
    <w:p>
      <w:r>
        <w:rPr>
          <w:color w:val="666666"/>
          <w:sz w:val="18"/>
        </w:rPr>
        <w:t>The Reality of Angels December 01, 2018 · 1m 28s · at 0:43 · https://youtu.be/Tz_yrfnJktA?t=43</w:t>
      </w:r>
    </w:p>
    <w:p>
      <w:r>
        <w:rPr>
          <w:i/>
        </w:rPr>
        <w:t>“Angels, yani farishte”</w:t>
      </w:r>
    </w:p>
    <w:p>
      <w:r>
        <w:rPr>
          <w:sz w:val="20"/>
        </w:rPr>
        <w:t>0:43  angels, yaani farishte.</w:t>
      </w:r>
      <w:r>
        <w:br/>
      </w:r>
      <w:r>
        <w:rPr>
          <w:sz w:val="20"/>
        </w:rPr>
        <w:t>0:55  farishton ke bare mein ek hadith aayi hai, woh pehle aap ke samne parhi jaye gi, us ke baad inshallah is ki tashreeh mein kuch arz kiya jaye ga.</w:t>
      </w:r>
      <w:r>
        <w:br/>
      </w:r>
      <w:r>
        <w:rPr>
          <w:sz w:val="20"/>
        </w:rPr>
        <w:t>1:10  ana bi zar qala: qala rasool allah: "ani aram ma la tarawn, wa asma ma la tasmawun. al samaa wa haq wa haq laha an ata, ma fiha mawdu' arba asabi' illa alayhi malakun sajid.</w:t>
      </w:r>
      <w:r>
        <w:br/>
      </w:r>
      <w:r>
        <w:rPr>
          <w:sz w:val="20"/>
        </w:rPr>
        <w:t>1:27  lo alimtu ma a'lam la dahiktum qalilan wa la bakaytum kathiran, wa la taladhdhtum bil nisa' ala al furush, wa la kharajtum ala aw ila al sa'adat tijarun ila allah." qala: fa qala abu zar: "wallah lawadtu anni shajaratun tu'add." abu zar se riwayat hai ke rasool allah sallallahu alayhi wasallam ne kaha: "main woh cheez dekhta hoon jo tum nahi dekhte ho,</w:t>
      </w:r>
      <w:r>
        <w:br/>
      </w:r>
      <w:r>
        <w:rPr>
          <w:sz w:val="20"/>
        </w:rPr>
        <w:t>1:56  aur sunta hoon jo tum nahi sunte ho. aasman charcharata hai, aur haq hai ke woh charcharaye. aasman mein char ungli ke barabar bhi koi jagah nahi hai, magar wahan par ek farishta sajda karne wala hai.</w:t>
      </w:r>
    </w:p>
    <w:p>
      <w:pPr>
        <w:pStyle w:val="Heading2"/>
      </w:pPr>
      <w:r>
        <w:t>Complete hadith of God descending at night</w:t>
      </w:r>
    </w:p>
    <w:p>
      <w:r>
        <w:rPr>
          <w:color w:val="666666"/>
          <w:sz w:val="18"/>
        </w:rPr>
        <w:t>Avail Your Morning Time August 23, 2020 Maulana Wahiduddin Khan · 1m 49s · at 0:40 · https://youtu.be/mVs7Y0lavYk?t=40</w:t>
      </w:r>
    </w:p>
    <w:p>
      <w:r>
        <w:rPr>
          <w:i/>
        </w:rPr>
        <w:t>“Woh hadith yeh hai ke Allah rozana subah ke waqt”</w:t>
      </w:r>
    </w:p>
    <w:p>
      <w:r>
        <w:rPr>
          <w:sz w:val="20"/>
        </w:rPr>
        <w:t>0:40  Woh hadith yeh hai ke Allah rozana subah ke waqt aasman duniya par utarta hai</w:t>
      </w:r>
      <w:r>
        <w:br/>
      </w:r>
      <w:r>
        <w:rPr>
          <w:sz w:val="20"/>
        </w:rPr>
        <w:t>0:55  aur awaaz deta hai:</w:t>
      </w:r>
      <w:r>
        <w:br/>
      </w:r>
      <w:r>
        <w:rPr>
          <w:sz w:val="20"/>
        </w:rPr>
        <w:t>1:01  "Hal min saail fa'utah?" Koi maangne wala hai jo usko doon?</w:t>
      </w:r>
      <w:r>
        <w:br/>
      </w:r>
      <w:r>
        <w:rPr>
          <w:sz w:val="20"/>
        </w:rPr>
        <w:t>1:09  An Abi Hurairah 'an Rasul Allah Sallallahu 'alaihi wa sallam qala: "Yunzil Allah ila as-samaa' ad-dunyaa kulla laylatin hiyma yamshee thulthul layl al-awwal.</w:t>
      </w:r>
      <w:r>
        <w:br/>
      </w:r>
      <w:r>
        <w:rPr>
          <w:sz w:val="20"/>
        </w:rPr>
        <w:t>1:19  Fayaqool: Ana al-malik, ana al-malik. Man yado'onee fa'astajeeb lahu, man yas'alunee fa'u'teeh, man yastaghfirunee fa'aghfir lahu.</w:t>
      </w:r>
      <w:r>
        <w:br/>
      </w:r>
      <w:r>
        <w:rPr>
          <w:sz w:val="20"/>
        </w:rPr>
        <w:t>1:33  Fala yazaalu kadhalika hatta yuzee' al-fajr." Saheeh Muslim hadith number 758. Wa fi riwayat: "Hal min saail fa'u'teeh?" Abu Hurairah riwayat karte hain ke Rasool Allah Sallallahu 'alaihi wa sallam ne kaha: "Allah taala samaaye duniya par har raat</w:t>
      </w:r>
      <w:r>
        <w:br/>
      </w:r>
      <w:r>
        <w:rPr>
          <w:sz w:val="20"/>
        </w:rPr>
        <w:t>1:54  jab ke pehla tihai hissa guzar jaye utarta hai aur kehta hai: Main baadshah hoon, main baadshah hoon.</w:t>
      </w:r>
      <w:r>
        <w:br/>
      </w:r>
      <w:r>
        <w:rPr>
          <w:sz w:val="20"/>
        </w:rPr>
        <w:t>2:04  Kaun hai jo mujh se dua kare, main uski dua qubool karoon? Kaun hai jo mujh se maange to main usko</w:t>
      </w:r>
      <w:r>
        <w:br/>
      </w:r>
      <w:r>
        <w:rPr>
          <w:sz w:val="20"/>
        </w:rPr>
        <w:t>2:11  ata karoon? Kaun hai jo mujh se maghfirat chahe, main usko bakhsh doon?" Isi tarah rehta hai yahan tak ke fajar ki roshni fajar roshan ho jata hai.</w:t>
      </w:r>
      <w:r>
        <w:br/>
      </w:r>
      <w:r>
        <w:rPr>
          <w:sz w:val="20"/>
        </w:rPr>
        <w:t>2:24  Ek riwayat mein izafa hai: "Hai koi maangne wala to main usko doon?"</w:t>
      </w:r>
    </w:p>
    <w:p>
      <w:pPr>
        <w:pStyle w:val="Heading2"/>
      </w:pPr>
      <w:r>
        <w:t>Hook to hadith about God descending</w:t>
      </w:r>
    </w:p>
    <w:p>
      <w:r>
        <w:rPr>
          <w:color w:val="666666"/>
          <w:sz w:val="18"/>
        </w:rPr>
        <w:t>Avail Your Morning Time August 23, 2020 Maulana Wahiduddin Khan · 37s · at 0:31 · https://youtu.be/mVs7Y0lavYk?t=31</w:t>
      </w:r>
    </w:p>
    <w:p>
      <w:r>
        <w:rPr>
          <w:i/>
        </w:rPr>
        <w:t>“Aaj bas woh utha to ek hadith mujhe yaad aayi.”</w:t>
      </w:r>
    </w:p>
    <w:p>
      <w:r>
        <w:rPr>
          <w:sz w:val="20"/>
        </w:rPr>
        <w:t>0:31  Aaj bas woh utha to ek hadith mujhe yaad aayi.</w:t>
      </w:r>
      <w:r>
        <w:br/>
      </w:r>
      <w:r>
        <w:rPr>
          <w:sz w:val="20"/>
        </w:rPr>
        <w:t>0:40  Woh hadith yeh hai ke Allah rozana subah ke waqt aasman duniya par utarta hai</w:t>
      </w:r>
      <w:r>
        <w:br/>
      </w:r>
      <w:r>
        <w:rPr>
          <w:sz w:val="20"/>
        </w:rPr>
        <w:t>0:55  aur awaaz deta hai:</w:t>
      </w:r>
      <w:r>
        <w:br/>
      </w:r>
      <w:r>
        <w:rPr>
          <w:sz w:val="20"/>
        </w:rPr>
        <w:t>1:01  "Hal min saail fa'utah?" Koi maangne wala hai jo usko doon?</w:t>
      </w:r>
    </w:p>
    <w:p>
      <w:pPr>
        <w:pStyle w:val="Heading2"/>
      </w:pPr>
      <w:r>
        <w:t>Moses' staff-miracle now fulfilled for all through technology</w:t>
      </w:r>
    </w:p>
    <w:p>
      <w:r>
        <w:rPr>
          <w:color w:val="666666"/>
          <w:sz w:val="18"/>
        </w:rPr>
        <w:t>Islam in A New Age March 18, 2012 · 1m 49s · at 15:30 · https://youtu.be/P5hzq_NheY0?t=930</w:t>
      </w:r>
    </w:p>
    <w:p>
      <w:r>
        <w:rPr>
          <w:i/>
        </w:rPr>
        <w:t>“Musa ka asa saanp bana, aaj wahi meter car ban gaya”</w:t>
      </w:r>
    </w:p>
    <w:p>
      <w:r>
        <w:rPr>
          <w:sz w:val="20"/>
        </w:rPr>
        <w:t>15:30  haz</w:t>
      </w:r>
      <w:r>
        <w:br/>
      </w:r>
      <w:r>
        <w:rPr>
          <w:sz w:val="20"/>
        </w:rPr>
        <w:t>15:31  rat moosa alaihi assalam ke hath mein ek lathi thi, ek danda lakri ka. to Allah taala ne un ko ek moajza diya ke woh jab dalte the us ko zameen par, to saanp ban kar rengne lagta tha.</w:t>
      </w:r>
      <w:r>
        <w:br/>
      </w:r>
      <w:r>
        <w:rPr>
          <w:sz w:val="20"/>
        </w:rPr>
        <w:t>15:46  yani meter jo hai, woh move karta tha. aaj technology ke nateejay mein kya hai? bohat baray peemanay par meter move kar raha hai. car ban kar chal raha hai.</w:t>
      </w:r>
      <w:r>
        <w:br/>
      </w:r>
      <w:r>
        <w:rPr>
          <w:sz w:val="20"/>
        </w:rPr>
        <w:t>15:56  hawa jahaz ban kar urr raha hai.</w:t>
      </w:r>
      <w:r>
        <w:br/>
      </w:r>
      <w:r>
        <w:rPr>
          <w:sz w:val="20"/>
        </w:rPr>
        <w:t>15:59  yeh daur aanay wala tha. to moajze ka bohat bara badal Allah taala ne muqaddar kar diya tha insan ke liye.</w:t>
      </w:r>
      <w:r>
        <w:br/>
      </w:r>
      <w:r>
        <w:rPr>
          <w:sz w:val="20"/>
        </w:rPr>
        <w:t>16:10  is ummat ke liye. to moajza to ek shakhs dikha sakta tha. ek shakhs. ab kya hai ke poori poori ummat jo hai, moajze mein shareek hai.</w:t>
      </w:r>
      <w:r>
        <w:br/>
      </w:r>
      <w:r>
        <w:rPr>
          <w:sz w:val="20"/>
        </w:rPr>
        <w:t>16:23  yeh meter us ko le kar dorr raha hai. meter move kar raha hai. motor harkat kar raha hai. meter poora poora karkhana chala raha hai.</w:t>
      </w:r>
      <w:r>
        <w:br/>
      </w:r>
      <w:r>
        <w:rPr>
          <w:sz w:val="20"/>
        </w:rPr>
        <w:t>16:33  to rasool Allah ke zamanay mein jo moajza aana, yeh ailan kiya Allah taala ne ke aap ko moajza nahi aayega. to us mein yeh cheez understood thi ke ab ek super moajza tum ko diya jayega.</w:t>
      </w:r>
      <w:r>
        <w:br/>
      </w:r>
      <w:r>
        <w:rPr>
          <w:sz w:val="20"/>
        </w:rPr>
        <w:t>16:47  ke poora poora meter jo hai, woh tumhare liye moajza ban jayega.</w:t>
      </w:r>
      <w:r>
        <w:br/>
      </w:r>
      <w:r>
        <w:rPr>
          <w:sz w:val="20"/>
        </w:rPr>
        <w:t>16:51  har ummat ke liye mumkin ho jaye ke woh is moajze se hissa paye. kaisi ajeeb baat hai. kaisi ajeeb baat hai.</w:t>
      </w:r>
      <w:r>
        <w:br/>
      </w:r>
      <w:r>
        <w:rPr>
          <w:sz w:val="20"/>
        </w:rPr>
        <w:t>17:04  hum yeh sabit karne mein phansay hue hain ke rasool Allah ko moajza diya gaya. aur Allah taala yeh bata raha hai ke is se bari cheez tum ko di gayi jis mein poori ummat shareek hai.</w:t>
      </w:r>
      <w:r>
        <w:br/>
      </w:r>
      <w:r>
        <w:rPr>
          <w:sz w:val="20"/>
        </w:rPr>
        <w:t>17:14  poori ummat shareek hai is mein. kaisi ajeeb baat hai.</w:t>
      </w:r>
    </w:p>
    <w:p>
      <w:pPr>
        <w:pStyle w:val="Heading2"/>
      </w:pPr>
      <w:r>
        <w:t>Mecca's demand for irrigation and the Prophet's reply</w:t>
      </w:r>
    </w:p>
    <w:p>
      <w:r>
        <w:rPr>
          <w:color w:val="666666"/>
          <w:sz w:val="18"/>
        </w:rPr>
        <w:t>From The Spiritual Tree December 3, 2006 · 39s · at 17:38 · https://youtu.be/m3JXYXORP5w?t=1058</w:t>
      </w:r>
    </w:p>
    <w:p>
      <w:r>
        <w:rPr>
          <w:i/>
        </w:rPr>
        <w:t>“Mecca's people asked him to remove the mountains”</w:t>
      </w:r>
    </w:p>
    <w:p>
      <w:r>
        <w:rPr>
          <w:sz w:val="20"/>
        </w:rPr>
        <w:t>17:38  to agar agar aap isko lafz badalkar kahein to aap yeh keh sakte hain ke goya ke makkah walon ne kaha tha ke koi irrigation ka tareeqa nikale. koi bade aap leader hain, koi bade pahunch wale aadmi hain to yeh kaam kijiye.</w:t>
      </w:r>
      <w:r>
        <w:br/>
      </w:r>
      <w:r>
        <w:rPr>
          <w:sz w:val="20"/>
        </w:rPr>
        <w:t>17:51  asal kaam to yeh karne ka hai. to aapne kya jawab diya ?</w:t>
      </w:r>
      <w:r>
        <w:br/>
      </w:r>
      <w:r>
        <w:rPr>
          <w:sz w:val="20"/>
        </w:rPr>
        <w:t>18:00  "ma ba haza ba'asthtu ilaikum" . aapne farmaya ke "ma ba haza ba'asthtu ilaikum".</w:t>
      </w:r>
      <w:r>
        <w:br/>
      </w:r>
      <w:r>
        <w:rPr>
          <w:sz w:val="20"/>
        </w:rPr>
        <w:t>18:10  "I have not been sent to you for this purpose" . is maqsad ke liye main tumhare paas nahi bheja gaya hoon.</w:t>
      </w:r>
    </w:p>
    <w:p>
      <w:pPr>
        <w:pStyle w:val="Heading2"/>
      </w:pPr>
      <w:r>
        <w:t>Full lecture: Islam's issues, reassessment, practical sunnah</w:t>
      </w:r>
    </w:p>
    <w:p>
      <w:r>
        <w:rPr>
          <w:color w:val="666666"/>
          <w:sz w:val="18"/>
        </w:rPr>
        <w:t>The Issues of Islam in the Present World 11 Nov, 2012 - Maulana Wahiduddin Khan · 5m 47s · at 0:36 · https://youtu.be/_2hQa846Qzc?t=36</w:t>
      </w:r>
    </w:p>
    <w:p>
      <w:r>
        <w:rPr>
          <w:i/>
        </w:rPr>
        <w:t>“Aaj ka topic: mawzu e zamane mein Islam aur Musalmano ke masail.”</w:t>
      </w:r>
    </w:p>
    <w:p>
      <w:r>
        <w:rPr>
          <w:sz w:val="20"/>
        </w:rPr>
        <w:t>0:36  aaj ka topic hai: mauzu zamanay mein islam aur musalmanon ke masail. mukhtasar taur par main kahunga ke issues in islam.</w:t>
      </w:r>
      <w:r>
        <w:br/>
      </w:r>
      <w:r>
        <w:rPr>
          <w:sz w:val="20"/>
        </w:rPr>
        <w:t>0:54  yeh bohat hi important topic hai, kyunke aaj har jagah,</w:t>
      </w:r>
      <w:r>
        <w:br/>
      </w:r>
      <w:r>
        <w:rPr>
          <w:sz w:val="20"/>
        </w:rPr>
        <w:t>1:04  saari duniya mein, chahe musalman kisi bhi mulk mein hon, woh masail se dochar hain. islam har jagah</w:t>
      </w:r>
      <w:r>
        <w:br/>
      </w:r>
      <w:r>
        <w:rPr>
          <w:sz w:val="20"/>
        </w:rPr>
        <w:t>1:18  badnami ka title mil raha hai islam ko. islam religion of vices. islam religion of vices. musalmanon mein kaha ja raha hai ke musalman ka mazhab aisa hai ke woh kai har jagah misfit hain.</w:t>
      </w:r>
      <w:r>
        <w:br/>
      </w:r>
      <w:r>
        <w:rPr>
          <w:sz w:val="20"/>
        </w:rPr>
        <w:t>1:33  har jagah misfit hain woh. to goya islam mauzu zamanay mein irrelevant ban gaya hai. is par bohat zyada gehrai ke sath sochne ki zarurat hai.</w:t>
      </w:r>
      <w:r>
        <w:br/>
      </w:r>
      <w:r>
        <w:rPr>
          <w:sz w:val="20"/>
        </w:rPr>
        <w:t>1:50  bohat zyada gehrai ke sath. dekhiye, islam ki</w:t>
      </w:r>
      <w:r>
        <w:br/>
      </w:r>
      <w:r>
        <w:rPr>
          <w:sz w:val="20"/>
        </w:rPr>
        <w:t>1:58  jo talimat hain ya paighambaron ki jo talimat hain, un mein se ek sunnat hai jis ko aaj kal ke zamanay mein kahunga reassessment.</w:t>
      </w:r>
      <w:r>
        <w:br/>
      </w:r>
      <w:r>
        <w:rPr>
          <w:sz w:val="20"/>
        </w:rPr>
        <w:t>2:10  dobara ghor karna. reassessment. ke ek step liya aap ne, ek dhang par aap ne planning ki,</w:t>
      </w:r>
      <w:r>
        <w:br/>
      </w:r>
      <w:r>
        <w:rPr>
          <w:sz w:val="20"/>
        </w:rPr>
        <w:t>2:23  lekin woh planning</w:t>
      </w:r>
      <w:r>
        <w:br/>
      </w:r>
      <w:r>
        <w:rPr>
          <w:sz w:val="20"/>
        </w:rPr>
        <w:t>2:29  jo jo result chahte the aap unhein nikla. Then you have to revise the whole thing.</w:t>
      </w:r>
      <w:r>
        <w:br/>
      </w:r>
      <w:r>
        <w:rPr>
          <w:sz w:val="20"/>
        </w:rPr>
        <w:t>2:40  you have to reassess the whole matter. Yeh bhi Islam ki ek sunnat hai. Is ka ek saboot yeh hai ke Rasool Allah sallallahu alaihi wasallam ke zamanay mein dekhiye,</w:t>
      </w:r>
      <w:r>
        <w:br/>
      </w:r>
      <w:r>
        <w:rPr>
          <w:sz w:val="20"/>
        </w:rPr>
        <w:t>2:54  badr ka ghazwa hua, hunain ka ghazwa hua, uhud ka ghazwa hua, aur chhote chhote ghazwat hue.</w:t>
      </w:r>
      <w:r>
        <w:br/>
      </w:r>
      <w:r>
        <w:rPr>
          <w:sz w:val="20"/>
        </w:rPr>
        <w:t>3:06  lekin masla hal nahi hota tha.</w:t>
      </w:r>
      <w:r>
        <w:br/>
      </w:r>
      <w:r>
        <w:rPr>
          <w:sz w:val="20"/>
        </w:rPr>
        <w:t>3:12  shirk ka dard khatm nahi hota tha. to aap ne reassess kiya, revise kiya, aur aap ne replanning ki.</w:t>
      </w:r>
      <w:r>
        <w:br/>
      </w:r>
      <w:r>
        <w:rPr>
          <w:sz w:val="20"/>
        </w:rPr>
        <w:t>3:24  yani</w:t>
      </w:r>
      <w:r>
        <w:br/>
      </w:r>
      <w:r>
        <w:rPr>
          <w:sz w:val="20"/>
        </w:rPr>
        <w:t>3:28  war ke bajaye peace par mabni planning. woh thi hudaybiyah. bohat hi zyada sochne ki baat hai ke makki daur se le kar madani taur tak bar bar takrao hota raha, chhote baday.</w:t>
      </w:r>
      <w:r>
        <w:br/>
      </w:r>
      <w:r>
        <w:rPr>
          <w:sz w:val="20"/>
        </w:rPr>
        <w:t>3:52  lekin masla hal nahi hota tha.</w:t>
      </w:r>
      <w:r>
        <w:br/>
      </w:r>
      <w:r>
        <w:rPr>
          <w:sz w:val="20"/>
        </w:rPr>
        <w:t>3:57  masla yeh tha ke shirk ka dard khatm ho aur tauheed ka daur aaye. to woh nahi aata tha woh. to rasool allah sallallahu alaihi wasallam ne allah ki tawfeeq se replanning ki.</w:t>
      </w:r>
      <w:r>
        <w:br/>
      </w:r>
      <w:r>
        <w:rPr>
          <w:sz w:val="20"/>
        </w:rPr>
        <w:t>4:15  ke is se pehle jo aap ki struggle thi, us mein bar bar war pesh aati thi, skirmishes pesh aati thin, takrao pesh aata tha.</w:t>
      </w:r>
      <w:r>
        <w:br/>
      </w:r>
      <w:r>
        <w:rPr>
          <w:sz w:val="20"/>
        </w:rPr>
        <w:t>4:29  to aap ne saare mamle ko ult diya aur aap ne san hudaybiyah kar li. san hudaybiyah jo hai, anokhi sunnat thi jis mein fareeq-e-sani ki sharton ko unilateral taur par maan liya gaya.</w:t>
      </w:r>
      <w:r>
        <w:br/>
      </w:r>
      <w:r>
        <w:rPr>
          <w:sz w:val="20"/>
        </w:rPr>
        <w:t>4:48  jo kaho manzoor, jo kaho manzoor. bas peace hum chahte hain. hatta ke allah rasool allah ko aap ne kaghaz se mita diya.</w:t>
      </w:r>
      <w:r>
        <w:br/>
      </w:r>
      <w:r>
        <w:rPr>
          <w:sz w:val="20"/>
        </w:rPr>
        <w:t>4:59  jo kehte gaye woh sab manzoor.</w:t>
      </w:r>
      <w:r>
        <w:br/>
      </w:r>
      <w:r>
        <w:rPr>
          <w:sz w:val="20"/>
        </w:rPr>
        <w:t>5:04  to yani from war to peace, yeh thi planning aap ki hudaybiyah ke mauqe par.</w:t>
      </w:r>
      <w:r>
        <w:br/>
      </w:r>
      <w:r>
        <w:rPr>
          <w:sz w:val="20"/>
        </w:rPr>
        <w:t>5:15  yeh itna bara waqia tha ke Allah taala ne ayat utari: "inna fatahna kaffatana". aap ghore kijiye ke badr ke baad, hunain ke baad, uhud ke baad, jo bhi ghazwaat kahe jaate hain, un ke baad yeh ayat utri thi kya?</w:t>
      </w:r>
      <w:r>
        <w:br/>
      </w:r>
      <w:r>
        <w:rPr>
          <w:sz w:val="20"/>
        </w:rPr>
        <w:t>5:31  kabhi aisa nahi utri ayat ke aaj tum ko hum ne open victory de di. aap ghore kijiye, is se pehle jitne bhi waqiaat hue the jin ko hum kehte hain ghazwaat, is ke pehle, is ke baad yeh yeh ayat kahan utri thi?</w:t>
      </w:r>
      <w:r>
        <w:br/>
      </w:r>
      <w:r>
        <w:rPr>
          <w:sz w:val="20"/>
        </w:rPr>
        <w:t>5:49  to kaha war par jo cheez nahi mil raha tha, us ko aap ne pees ke zariye hasil kiya.</w:t>
      </w:r>
      <w:r>
        <w:br/>
      </w:r>
      <w:r>
        <w:rPr>
          <w:sz w:val="20"/>
        </w:rPr>
        <w:t>5:58  that was a period of reassessment.</w:t>
      </w:r>
      <w:r>
        <w:br/>
      </w:r>
      <w:r>
        <w:rPr>
          <w:sz w:val="20"/>
        </w:rPr>
        <w:t>6:01  that was break of replanning.</w:t>
      </w:r>
      <w:r>
        <w:br/>
      </w:r>
      <w:r>
        <w:rPr>
          <w:sz w:val="20"/>
        </w:rPr>
        <w:t>6:06  yeh bhi Islam ki ek sunnat hai. dekhiye, log jo hain inhi cheezon ko sunnat samajhte hain jo jahan lafz sunnat likha hua ho.</w:t>
      </w:r>
      <w:r>
        <w:br/>
      </w:r>
      <w:r>
        <w:rPr>
          <w:sz w:val="20"/>
        </w:rPr>
        <w:t>6:17  lekin zyada bari bari sunnatain woh hain jo amalan hain, qolan nahi hain.</w:t>
      </w:r>
    </w:p>
    <w:p>
      <w:pPr>
        <w:pStyle w:val="Heading2"/>
      </w:pPr>
      <w:r>
        <w:t>Two hadiths on underestimating sins</w:t>
      </w:r>
    </w:p>
    <w:p>
      <w:r>
        <w:rPr>
          <w:color w:val="666666"/>
          <w:sz w:val="18"/>
        </w:rPr>
        <w:t>Character Building March 25, 2017 · 1m 11s · at 1:35 · https://youtu.be/GTuBwenwkco?t=95</w:t>
      </w:r>
    </w:p>
    <w:p>
      <w:r>
        <w:rPr>
          <w:i/>
        </w:rPr>
        <w:t>“Anas radhiyallahu anhu qala innakum lata'maloon”</w:t>
      </w:r>
    </w:p>
    <w:p>
      <w:r>
        <w:rPr>
          <w:sz w:val="20"/>
        </w:rPr>
        <w:t>1:35  anas razi allah anhu qal: "innakum latamaloona a'maalan ya'daqu fi a'yunikum min ash-sha'r, inna kunna lanadduha ala ahd an-nabi sallallahu alaihi wa sallam min al-mubiqat." sahih al-bukhari hadith number 6492.</w:t>
      </w:r>
      <w:r>
        <w:br/>
      </w:r>
      <w:r>
        <w:rPr>
          <w:sz w:val="20"/>
        </w:rPr>
        <w:t>1:58  anas razi allah anhu se riwayat hai, woh kehte hain ke tum log kuch kaam karte ho, yeh tumhari nazron mein baal se bhi barik hai.</w:t>
      </w:r>
      <w:r>
        <w:br/>
      </w:r>
      <w:r>
        <w:rPr>
          <w:sz w:val="20"/>
        </w:rPr>
        <w:t>2:09  halka ke hum log is ko rasool sallallahu alaihi wa sallam ke ahd mein halakat khayz cheez samajhte the, shumar karte the.</w:t>
      </w:r>
      <w:r>
        <w:br/>
      </w:r>
      <w:r>
        <w:rPr>
          <w:sz w:val="20"/>
        </w:rPr>
        <w:t>2:21  aur musnad ahmad mein hai: "anna sulayk bin mathhal al-ghatafani qalu kharaja alayna hudhayfah wa nahnu natahadathu faqala innakum lataklamoona kalamman,</w:t>
      </w:r>
      <w:r>
        <w:br/>
      </w:r>
      <w:r>
        <w:rPr>
          <w:sz w:val="20"/>
        </w:rPr>
        <w:t>2:35  inna kunna lanaddu ala ahd rasool allah sallallahu alaihi wa sallam an-nifaq." musnad ahmad hadith number 23262.</w:t>
      </w:r>
    </w:p>
    <w:p>
      <w:pPr>
        <w:pStyle w:val="Heading2"/>
      </w:pPr>
      <w:r>
        <w:t>Hadith as wisdom and historical record</w:t>
      </w:r>
    </w:p>
    <w:p>
      <w:r>
        <w:rPr>
          <w:color w:val="666666"/>
          <w:sz w:val="18"/>
        </w:rPr>
        <w:t>Wisdom of Hadith February 23, 2014 · 4m 20s · at 7:05 · https://youtu.be/8GZmhBU-LwE?t=425</w:t>
      </w:r>
    </w:p>
    <w:p>
      <w:r>
        <w:rPr>
          <w:i/>
        </w:rPr>
        <w:t>“Dekhiye hadith jo hai iske liye Quran mein aaya hai hikmat”</w:t>
      </w:r>
    </w:p>
    <w:p>
      <w:r>
        <w:rPr>
          <w:sz w:val="20"/>
        </w:rPr>
        <w:t>7:05  dekhen hadith jo hai is ke liye quran mein aaya hai "hikmat kalim". "yu'allimuhul kitaba wal-hikmah" yani peghambar ka aik kaam yeh hai ke us ne kitab diya insan ko.</w:t>
      </w:r>
      <w:r>
        <w:br/>
      </w:r>
      <w:r>
        <w:rPr>
          <w:sz w:val="20"/>
        </w:rPr>
        <w:t>7:20  quran. doosri cheez yeh hai ke us ne hikmat diya. yeh hikmat jo hai yahi hadith hai. hikmat ka matlab hota hai Wisdom.</w:t>
      </w:r>
      <w:r>
        <w:br/>
      </w:r>
      <w:r>
        <w:rPr>
          <w:sz w:val="20"/>
        </w:rPr>
        <w:t>7:33  to dekhen hadith ka muamla juz'iyat shariat ka mozu nahi hai hadith. hadith jo hai woh is se zyada bohat hi ahim cheez hai hadith.</w:t>
      </w:r>
      <w:r>
        <w:br/>
      </w:r>
      <w:r>
        <w:rPr>
          <w:sz w:val="20"/>
        </w:rPr>
        <w:t>7:46  yani quran agar allah ki kitab hai to hadith is ka Applied Edition hai Applied Version hai.</w:t>
      </w:r>
      <w:r>
        <w:br/>
      </w:r>
      <w:r>
        <w:rPr>
          <w:sz w:val="20"/>
        </w:rPr>
        <w:t>7:56  yani quran ka Applied Version.</w:t>
      </w:r>
      <w:r>
        <w:br/>
      </w:r>
      <w:r>
        <w:rPr>
          <w:sz w:val="20"/>
        </w:rPr>
        <w:t>8:05  quran jo hai</w:t>
      </w:r>
      <w:r>
        <w:br/>
      </w:r>
      <w:r>
        <w:rPr>
          <w:sz w:val="20"/>
        </w:rPr>
        <w:t>8:09  agar Principles hain is ke andar hain to hadith mein is ki Detail hain.</w:t>
      </w:r>
      <w:r>
        <w:br/>
      </w:r>
      <w:r>
        <w:rPr>
          <w:sz w:val="20"/>
        </w:rPr>
        <w:t>8:19  woh sari cheezain jo baad ki tareekh mein is ko jis ki wajah se islam aik kiya ko ahmiyat hasil hui woh sab hadithain hi se to maloom hoti hain.</w:t>
      </w:r>
      <w:r>
        <w:br/>
      </w:r>
      <w:r>
        <w:rPr>
          <w:sz w:val="20"/>
        </w:rPr>
        <w:t>8:29  hadith ko hadaf karte hain to sara muamla jo hai aik aik bilkul Abstract ban kar reh jayega.</w:t>
      </w:r>
      <w:r>
        <w:br/>
      </w:r>
      <w:r>
        <w:rPr>
          <w:sz w:val="20"/>
        </w:rPr>
        <w:t>8:37  mein aik misaal deta hoon.</w:t>
      </w:r>
      <w:r>
        <w:br/>
      </w:r>
      <w:r>
        <w:rPr>
          <w:sz w:val="20"/>
        </w:rPr>
        <w:t>8:42  rasool allah sallallahu alaihi wasallam tamam peghambaron mein aik hi peghambar aisay hain jo Historical peghambar ki haisiyat rakhte hain.</w:t>
      </w:r>
      <w:r>
        <w:br/>
      </w:r>
      <w:r>
        <w:rPr>
          <w:sz w:val="20"/>
        </w:rPr>
        <w:t>8:53  pichlay peghambar aqeeday ke peghambar hain. batore aqeedah hum un ko mante hain. lekin un ko Historical Base hasil nahi hai. to Philip Hickory jo aik Christian thay un ki kitab hai "History of the Arabs".</w:t>
      </w:r>
      <w:r>
        <w:br/>
      </w:r>
      <w:r>
        <w:rPr>
          <w:sz w:val="20"/>
        </w:rPr>
        <w:t>9:10  is mein woh likhte hain ke "Muhammad was born in the full light of history". "Muhammad was born in the full light of history".</w:t>
      </w:r>
      <w:r>
        <w:br/>
      </w:r>
      <w:r>
        <w:rPr>
          <w:sz w:val="20"/>
        </w:rPr>
        <w:t>9:24  muhammad paida hue mukammal tareekh ki roshni mein. to yeh muhammad sallallahu alaihi wasallam ko yeh haisiyat kaise mili?</w:t>
      </w:r>
      <w:r>
        <w:br/>
      </w:r>
      <w:r>
        <w:rPr>
          <w:sz w:val="20"/>
        </w:rPr>
        <w:t>9:36  aap ghor kijiye ke rasool allah sallallahu alaihi wasallam se sirf chhay so saal pehle. sirf chhay so saal pehle hazrat masih paida hue falasteen mein.</w:t>
      </w:r>
      <w:r>
        <w:br/>
      </w:r>
      <w:r>
        <w:rPr>
          <w:sz w:val="20"/>
        </w:rPr>
        <w:t>9:45  unki koi History nahi. Burt Nerson ne likha hai ke Historically it is quite doubtful whether Christ ever existed at all.</w:t>
      </w:r>
      <w:r>
        <w:br/>
      </w:r>
      <w:r>
        <w:rPr>
          <w:sz w:val="20"/>
        </w:rPr>
        <w:t>9:57  kyun ke Historical Document nahi hai hazrat masih ke liye. kyun nahi hai? un ke is ke sath koi tape nahi thi. khud bible mein likha hua hai ke jab woh un ko suuli par charhanay ke liye le gaye to un ke jo shagird thay wahan par taqreeban das shagird thay woh sab ke sab bhag gaye.</w:t>
      </w:r>
      <w:r>
        <w:br/>
      </w:r>
      <w:r>
        <w:rPr>
          <w:sz w:val="20"/>
        </w:rPr>
        <w:t>10:18  yeh khud bible mein likha hua hai ke bhag gaye sab ke sab.</w:t>
      </w:r>
      <w:r>
        <w:br/>
      </w:r>
      <w:r>
        <w:rPr>
          <w:sz w:val="20"/>
        </w:rPr>
        <w:t>10:25  to History ko insan banate hain. History jo hai woh insan banate hain. team banati hai. to pichlay peghambaron ke sath koi team nahi thi is liye un ki History bhi nahi bani.</w:t>
      </w:r>
      <w:r>
        <w:br/>
      </w:r>
      <w:r>
        <w:rPr>
          <w:sz w:val="20"/>
        </w:rPr>
        <w:t>10:38  rasool Allah ke sath team thi yani sahaba karam jin ko hum kehte hain. taqreeban deid lakh sahaba. yahi to Reporters of History hain.</w:t>
      </w:r>
      <w:r>
        <w:br/>
      </w:r>
      <w:r>
        <w:rPr>
          <w:sz w:val="20"/>
        </w:rPr>
        <w:t>10:52  inhi ki waja se to History bani rasool Allah sal Allah alih wasalam ki. to hazrat maseeh jo sirf chhay sau saal pehle paida hue un ki History nahin.</w:t>
      </w:r>
      <w:r>
        <w:br/>
      </w:r>
      <w:r>
        <w:rPr>
          <w:sz w:val="20"/>
        </w:rPr>
        <w:t>11:01  kyun ke Reporters nahin the. History ko Report karne wale log nahin the. rasool Allah ki History ko Report karne wale log the. jinho ne rasool Allah ko dekha aap ke sath rahe.</w:t>
      </w:r>
      <w:r>
        <w:br/>
      </w:r>
      <w:r>
        <w:rPr>
          <w:sz w:val="20"/>
        </w:rPr>
        <w:t>11:13  aap tamam mamlaat mein un ke shareek rahe. woh Report karte hain. to yahi sahaba hain. to sahaba aur Reporters of History of the Prophet.</w:t>
      </w:r>
    </w:p>
    <w:p>
      <w:pPr>
        <w:pStyle w:val="Heading2"/>
      </w:pPr>
      <w:r>
        <w:t>Sun heat and squeezed water from hadith</w:t>
      </w:r>
    </w:p>
    <w:p>
      <w:r>
        <w:rPr>
          <w:color w:val="666666"/>
          <w:sz w:val="18"/>
        </w:rPr>
        <w:t>Warnings of Doomsday February 4, 2007 · 2m 52s · at 36:45 · https://youtu.be/VT0BnPl_-zc?t=2205</w:t>
      </w:r>
    </w:p>
    <w:p>
      <w:r>
        <w:rPr>
          <w:i/>
        </w:rPr>
        <w:t>“Yeh mat samjhiye ke Suraj khud hi qareeb aa jayega”</w:t>
      </w:r>
    </w:p>
    <w:p>
      <w:r>
        <w:rPr>
          <w:sz w:val="20"/>
        </w:rPr>
        <w:t>36:45  yeh mat na samjhiye ke suraj khud hi qareeb aa jayega, is ki heat qareeb aa jayegi. to yahi to hai global warming. yani yeh jo hadith hai, is ka literal translate yeh hoga ke suraj qareeb aa jayega insano ke.</w:t>
      </w:r>
      <w:r>
        <w:br/>
      </w:r>
      <w:r>
        <w:rPr>
          <w:sz w:val="20"/>
        </w:rPr>
        <w:t>37:09  to main yeh kahunga ke is ka matlab yeh nahi hai ke suraj khud qareeb aa jayega, is ka matlab suraj ki heat qareeb aa jayegi. to itna bada problem paida ho gaya hai global warming ka.</w:t>
      </w:r>
      <w:r>
        <w:br/>
      </w:r>
      <w:r>
        <w:rPr>
          <w:sz w:val="20"/>
        </w:rPr>
        <w:t>37:20  yeh itni pehle hadith bhi likhi hui thi. phir hadith mein yeh hai ke "yakunu al-nasu 'ala qadri a'malihim fi al-'araq".</w:t>
      </w:r>
      <w:r>
        <w:br/>
      </w:r>
      <w:r>
        <w:rPr>
          <w:sz w:val="20"/>
        </w:rPr>
        <w:t>37:36  log itna, yani jab yeh hoga global warming ke dour zaman aayega, to itna pasina niklega logo ka. hadith mein yeh hai ke woh doob jayenge pasine mein.</w:t>
      </w:r>
      <w:r>
        <w:br/>
      </w:r>
      <w:r>
        <w:rPr>
          <w:sz w:val="20"/>
        </w:rPr>
        <w:t>37:49  pasine mein doob jayenge. to is mein hai ke koi yahan tak takhne ke barabar doobega, koi ghutne ke barabar doobega, koi kamar ke barabar doobega, koi face ke barabar doob jayega.</w:t>
      </w:r>
      <w:r>
        <w:br/>
      </w:r>
      <w:r>
        <w:rPr>
          <w:sz w:val="20"/>
        </w:rPr>
        <w:t>38:02  yahan tak doob jayega. pasine mein log doob jayenge. to yahan par jo word istemal hua hai, woh 'araq hai. 'araq ka matlab jo hota hai, yani pasina.</w:t>
      </w:r>
      <w:r>
        <w:br/>
      </w:r>
      <w:r>
        <w:rPr>
          <w:sz w:val="20"/>
        </w:rPr>
        <w:t>38:14  lekin sahi ma'no mein 'araq ka matlab hai "squeezed water". main ne 'ushriya mein dekha hai is ko. 'araq ka matlab samjha jata hai pasina, lekin is ka jo asal sense hai, asal sense woh "squeezed water", nichora hua pani.</w:t>
      </w:r>
      <w:r>
        <w:br/>
      </w:r>
      <w:r>
        <w:rPr>
          <w:sz w:val="20"/>
        </w:rPr>
        <w:t>38:31  isi liye jo is se jo yeh sharab banai jati hai, us ko nichod kar ke, woh angur ko nichod kar ke jo sharab hai, us ko bhi 'araq kehte hain.</w:t>
      </w:r>
      <w:r>
        <w:br/>
      </w:r>
      <w:r>
        <w:rPr>
          <w:sz w:val="20"/>
        </w:rPr>
        <w:t>38:46  angur ko nichod kar sharab banai jati hai, aap jante hain, to us ko kehte hain 'araq. kehte hain aisi aur bhi kai cheezein, us ko nichod kar jo cheez banti hai, us ko 'araq kaha gaya hai dictionary mein.</w:t>
      </w:r>
      <w:r>
        <w:br/>
      </w:r>
      <w:r>
        <w:rPr>
          <w:sz w:val="20"/>
        </w:rPr>
        <w:t>38:57  to is liye main samajhta hoon ke 'araq ke ma'ne hain "squeezed water". aap dekhein ke "squeezed water" jo hai, kitna meaningful word hai.</w:t>
      </w:r>
      <w:r>
        <w:br/>
      </w:r>
      <w:r>
        <w:rPr>
          <w:sz w:val="20"/>
        </w:rPr>
        <w:t>39:06  glacier se pani nichoda ja raha hai, aur north pole, south pole pe jo ice ki gap hai, us se pani nichod ke kaha raha hai samundaron mein.</w:t>
      </w:r>
      <w:r>
        <w:br/>
      </w:r>
      <w:r>
        <w:rPr>
          <w:sz w:val="20"/>
        </w:rPr>
        <w:t>39:16  to nichre hue pani se zameen jo hai, bhar pani se bhari chali ja rahi hai. aur aap aap ne dekha hoga kal paper mein ke kahin yeh bilkul exactly yahi baat ke kahin itna pani aa jayega ke itna pani aa jayega, to kahin itna kehta hai, yani bhag gaye ke log ek dam exactly wohi baat hai.</w:t>
      </w:r>
    </w:p>
    <w:p>
      <w:pPr>
        <w:pStyle w:val="Heading2"/>
      </w:pPr>
      <w:r>
        <w:t>Accountability inculcates self-control</w:t>
      </w:r>
    </w:p>
    <w:p>
      <w:r>
        <w:rPr>
          <w:color w:val="666666"/>
          <w:sz w:val="18"/>
        </w:rPr>
        <w:t>The Concept of Accountability in Islam (English) | June 21, 2007 | Maulana Wahiduddin Khan · 33s · at 17:11 · https://youtu.be/g-GqrJp9iTY?t=1031</w:t>
      </w:r>
    </w:p>
    <w:p>
      <w:r>
        <w:rPr>
          <w:i/>
        </w:rPr>
        <w:t>“It is this belief that checks you”</w:t>
      </w:r>
    </w:p>
    <w:p>
      <w:r>
        <w:rPr>
          <w:sz w:val="20"/>
        </w:rPr>
        <w:t>17:11  rimes.</w:t>
      </w:r>
      <w:r>
        <w:br/>
      </w:r>
      <w:r>
        <w:rPr>
          <w:sz w:val="20"/>
        </w:rPr>
        <w:t>17:22  It is this belief that checks you, that establishes a check-and-balance system, that controls you.</w:t>
      </w:r>
      <w:r>
        <w:br/>
      </w:r>
      <w:r>
        <w:rPr>
          <w:sz w:val="20"/>
        </w:rPr>
        <w:t>17:33  So accountability inculcates a spirit of self-control in every human being.</w:t>
      </w:r>
    </w:p>
    <w:p>
      <w:pPr>
        <w:pStyle w:val="Heading2"/>
      </w:pPr>
      <w:r>
        <w:t>Companions' story: blind loyalty that builds a team</w:t>
      </w:r>
    </w:p>
    <w:p>
      <w:r>
        <w:rPr>
          <w:color w:val="666666"/>
          <w:sz w:val="18"/>
        </w:rPr>
        <w:t>Dajjal and Dajjalism July 26, 2009 · 3m 12s · at 1:03:15 · https://youtu.be/CxQTfG01O_s?t=3795</w:t>
      </w:r>
    </w:p>
    <w:p>
      <w:r>
        <w:rPr>
          <w:i/>
        </w:rPr>
        <w:t>“Main aapko ek qissa sunata hoon.”</w:t>
      </w:r>
    </w:p>
    <w:p>
      <w:r>
        <w:rPr>
          <w:sz w:val="20"/>
        </w:rPr>
        <w:t>1:03:15  mujhe bohat hi dukh hua . main ne kaha blind follow karna parta hai? kaisi baat kar rahe hain aap ? tabhi to team banti hai, tabhi team bikhar jati hai ke jab aap yeh kahein ke mujhe main blind follow nahin karunga.</w:t>
      </w:r>
      <w:r>
        <w:br/>
      </w:r>
      <w:r>
        <w:rPr>
          <w:sz w:val="20"/>
        </w:rPr>
        <w:t>1:03:33  main ne inse kaha ke blind hi follow karna parta hai, tab team banti hai.</w:t>
      </w:r>
      <w:r>
        <w:br/>
      </w:r>
      <w:r>
        <w:rPr>
          <w:sz w:val="20"/>
        </w:rPr>
        <w:t>1:03:39  main aapko ek qissa batata hoon ke rasool Allah ne ek apne zamanay mein ek ek dasta bhi bhejha to dasta mein pehla jo do hissay karke bhejhe thay, aap ne sab se pehle gaye Abdullah bin Al-Aas,</w:t>
      </w:r>
      <w:r>
        <w:br/>
      </w:r>
      <w:r>
        <w:rPr>
          <w:sz w:val="20"/>
        </w:rPr>
        <w:t>1:03:56  aage chal diye. woh to aage ja ke padao dala, unhon ne unki madad ke liye phir doosra dasta bhejha. aap ne to woh Abu Ubaidah bin Al-Jarrah uske ameer</w:t>
      </w:r>
      <w:r>
        <w:br/>
      </w:r>
      <w:r>
        <w:rPr>
          <w:sz w:val="20"/>
        </w:rPr>
        <w:t>1:04:07  the, is pehle daste ke ameer thay Abdullah bin Al-Aas aur doosre ke ameer thay Abu Ubaidah. jaate hue rasool Allah ne keh diya tha unse ke dekho, jab tum ne milna , yaani Abu Ubaidah se kaha ke ab ab Abdullah bin Al-Aas se jab milna, tum fata wala takhtalifa to tum mil kar kaam karna,</w:t>
      </w:r>
      <w:r>
        <w:br/>
      </w:r>
      <w:r>
        <w:rPr>
          <w:sz w:val="20"/>
        </w:rPr>
        <w:t>1:04:30  difference le kar ke mat alag ho jana.</w:t>
      </w:r>
      <w:r>
        <w:br/>
      </w:r>
      <w:r>
        <w:rPr>
          <w:sz w:val="20"/>
        </w:rPr>
        <w:t>1:04:35  to wahan jab pahunche to namaz ka waqt ho gaya tha, namaz parhna tha. is zamanay mein imamat jo thi namaz ki, woh sardari ke maani hua karti thi. jo imamat kare, woh hi sardar hai.</w:t>
      </w:r>
      <w:r>
        <w:br/>
      </w:r>
      <w:r>
        <w:rPr>
          <w:sz w:val="20"/>
        </w:rPr>
        <w:t>1:04:47  to Abdullah bin Al-Aas sar kharay hue imamat ke liye to doosra tabqa tha, unhon ne kaha ke nahin, Abul Jarrah imamat karenge, kyunke woh senior thay, woh Abu Ubaidah senior thay.</w:t>
      </w:r>
      <w:r>
        <w:br/>
      </w:r>
      <w:r>
        <w:rPr>
          <w:sz w:val="20"/>
        </w:rPr>
        <w:t>1:05:00  to</w:t>
      </w:r>
      <w:r>
        <w:br/>
      </w:r>
      <w:r>
        <w:rPr>
          <w:sz w:val="20"/>
        </w:rPr>
        <w:t>1:05:01  Abdullah bin Al-Aas ne kaha ke nahin, pehle main bheja gaya hoon, main hi asal hoon, yeh meri madad ko bheje gaye hain. to unhon ne yeh sawal utha diya.</w:t>
      </w:r>
      <w:r>
        <w:br/>
      </w:r>
      <w:r>
        <w:rPr>
          <w:sz w:val="20"/>
        </w:rPr>
        <w:t>1:05:12  to Abu Ubaidah ne kya kaha? yaad rakhiye,</w:t>
      </w:r>
      <w:r>
        <w:br/>
      </w:r>
      <w:r>
        <w:rPr>
          <w:sz w:val="20"/>
        </w:rPr>
        <w:t>1:05:17  unhon ne kaha ke rasool Allah ne sab farmaya tha, sab tum milo , fata wala takhtalifa to takhtalaf mein mat parna, mil jul kar kaam karna.</w:t>
      </w:r>
      <w:r>
        <w:br/>
      </w:r>
      <w:r>
        <w:rPr>
          <w:sz w:val="20"/>
        </w:rPr>
        <w:t>1:05:29  tumhone farmaya ke wallah,</w:t>
      </w:r>
      <w:r>
        <w:br/>
      </w:r>
      <w:r>
        <w:rPr>
          <w:sz w:val="20"/>
        </w:rPr>
        <w:t>1:05:38  len la ka, wallah, len la ka, yani khuda ke sath meri baat na chale, tab bhi main jara rahunga. kaisi anokhi baat hai yeh!</w:t>
      </w:r>
      <w:r>
        <w:br/>
      </w:r>
      <w:r>
        <w:rPr>
          <w:sz w:val="20"/>
        </w:rPr>
        <w:t>1:05:47  abu ubaidah ibn al jarrah bahut sineer sahabi hain, bahut taap ke sahabi hain, unka darja bahut bada mana jata hai. unhone kaha wallah,</w:t>
      </w:r>
      <w:r>
        <w:br/>
      </w:r>
      <w:r>
        <w:rPr>
          <w:sz w:val="20"/>
        </w:rPr>
        <w:t>1:05:57  iska matlab yeh ho ke khuda ki qasam, agar tum, agar meri baat na chale, tab bhi main jara rahunga team ke saath. yeh main aap se kehta hoon, isko speed, is sahaba speed yeh hai.</w:t>
      </w:r>
      <w:r>
        <w:br/>
      </w:r>
      <w:r>
        <w:rPr>
          <w:sz w:val="20"/>
        </w:rPr>
        <w:t>1:06:11  is sahaba speed ko pakdiye, koi difference aaye to kahin difference bhag na jaye. hamein to team ke saath jara rehna hai,</w:t>
      </w:r>
    </w:p>
    <w:p>
      <w:pPr>
        <w:pStyle w:val="Heading2"/>
      </w:pPr>
      <w:r>
        <w:t>Condition for reading Quran: fear Allah</w:t>
      </w:r>
    </w:p>
    <w:p>
      <w:r>
        <w:rPr>
          <w:color w:val="666666"/>
          <w:sz w:val="18"/>
        </w:rPr>
        <w:t>God Oriented Life (In Conversation with Maulana) 23 10 11 · 45s · at 36:13 · https://youtu.be/E_LWwsWww2U?t=2173</w:t>
      </w:r>
    </w:p>
    <w:p>
      <w:r>
        <w:rPr>
          <w:i/>
        </w:rPr>
        <w:t>“Quran parhne ke liye ek hi shart hai: Ittaqullah wa yu'allimukum Allah”</w:t>
      </w:r>
    </w:p>
    <w:p>
      <w:r>
        <w:rPr>
          <w:sz w:val="20"/>
        </w:rPr>
        <w:t>36:13  quran ko parhne ke liye ek hi shart hai woh quran mein hai</w:t>
      </w:r>
      <w:r>
        <w:br/>
      </w:r>
      <w:r>
        <w:rPr>
          <w:sz w:val="20"/>
        </w:rPr>
        <w:t>36:18  attaqullah wa yualimkumullah Allah se daro to Allah tum ko quran ke mazameen samjhaye ga asal</w:t>
      </w:r>
      <w:r>
        <w:br/>
      </w:r>
      <w:r>
        <w:rPr>
          <w:sz w:val="20"/>
        </w:rPr>
        <w:t>36:27  shart yeh hai baqi zahiri shartein hain woh sab log zahiri sharton ko jante hain asal shart se</w:t>
      </w:r>
      <w:r>
        <w:br/>
      </w:r>
      <w:r>
        <w:rPr>
          <w:sz w:val="20"/>
        </w:rPr>
        <w:t>36:32  be khabar hain jitna zyada ap ke andar taqwa hoga khuda tesi hogi sanjidgi hogi</w:t>
      </w:r>
      <w:r>
        <w:br/>
      </w:r>
      <w:r>
        <w:rPr>
          <w:sz w:val="20"/>
        </w:rPr>
        <w:t>36:40  honesty hogi sincerity hogi itni quran ki samajh mein ap ka aye ga asal shart yeh hai</w:t>
      </w:r>
      <w:r>
        <w:br/>
      </w:r>
      <w:r>
        <w:rPr>
          <w:sz w:val="20"/>
        </w:rPr>
        <w:t>36:48  logon ka haal yeh hai ke jo asal shart hai is is ka to zikr nahin karte aur</w:t>
      </w:r>
      <w:r>
        <w:br/>
      </w:r>
      <w:r>
        <w:rPr>
          <w:sz w:val="20"/>
        </w:rPr>
        <w:t>36:53  jo jo zahiri shart hai usi ka zikr karte hain</w:t>
      </w:r>
    </w:p>
    <w:p>
      <w:pPr>
        <w:pStyle w:val="Heading2"/>
      </w:pPr>
      <w:r>
        <w:t>Wisdom to distinguish achievable from unachievable</w:t>
      </w:r>
    </w:p>
    <w:p>
      <w:r>
        <w:rPr>
          <w:color w:val="666666"/>
          <w:sz w:val="18"/>
        </w:rPr>
        <w:t>Living in the 21st Century I 17th February 2013 - Maulana Wahiduddin Khan · 34s · at 53:18 · https://youtu.be/ccUhM8fLtpU?t=3198</w:t>
      </w:r>
    </w:p>
    <w:p>
      <w:r>
        <w:rPr>
          <w:i/>
        </w:rPr>
        <w:t>“تو میں یہ کہنا چاہوں گا کہ ہر انسان کو سب سے پہلے یہ کرنا ہے”</w:t>
      </w:r>
    </w:p>
    <w:p>
      <w:r>
        <w:rPr>
          <w:sz w:val="20"/>
        </w:rPr>
        <w:t>53:18  to mein yeh kehna chahunga ke har insaan ko sab se pehle yeh karna hai ke apne andar thinking ko develop kare, thinking.</w:t>
      </w:r>
      <w:r>
        <w:br/>
      </w:r>
      <w:r>
        <w:rPr>
          <w:sz w:val="20"/>
        </w:rPr>
        <w:t>53:32  Thinking ko develop kare. Develop karne ka matlab kya hai?</w:t>
      </w:r>
      <w:r>
        <w:br/>
      </w:r>
      <w:r>
        <w:rPr>
          <w:sz w:val="20"/>
        </w:rPr>
        <w:t>53:36  Woh wisdom ko seekhe. Ke wisdom kya cheez hai, hikmat kya cheez hai. Aur hikmat ka yahi khulasa hai mere nazdeek ke aap jaan paayein</w:t>
      </w:r>
    </w:p>
    <w:p>
      <w:pPr>
        <w:pStyle w:val="Heading2"/>
      </w:pPr>
      <w:r>
        <w:t>Literal and technical meaning of Hadith</w:t>
      </w:r>
    </w:p>
    <w:p>
      <w:r>
        <w:rPr>
          <w:color w:val="666666"/>
          <w:sz w:val="18"/>
        </w:rPr>
        <w:t>The Living Tradition: Why Hadith Matters in Islam?</w:t>
        <w:br/>
        <w:t>December 8, 2024 · 27s · at 1:55 · https://youtu.be/2w9-vnnJBeY?t=115</w:t>
      </w:r>
    </w:p>
    <w:p>
      <w:r>
        <w:rPr>
          <w:i/>
        </w:rPr>
        <w:t>“Hadith literally means conversation”</w:t>
      </w:r>
    </w:p>
    <w:p>
      <w:r>
        <w:rPr>
          <w:sz w:val="20"/>
        </w:rPr>
        <w:t>1:55  dekhein, hadith ke jo literal maani hain woh hain baat cheet, jaise conversation hota hai.</w:t>
      </w:r>
      <w:r>
        <w:br/>
      </w:r>
      <w:r>
        <w:rPr>
          <w:sz w:val="20"/>
        </w:rPr>
        <w:t>2:01  lekin jab istilahi maani mein hum bolte hain to woh paighambar e islam ki words, deeds, aur approval.</w:t>
      </w:r>
      <w:r>
        <w:br/>
      </w:r>
      <w:r>
        <w:rPr>
          <w:sz w:val="20"/>
        </w:rPr>
        <w:t>2:11  yani aap ke samne koi kaam kiya gaya ho aur aap ne us ko barqarar rakha ho. yani koi objection nahi raise kiya ho, balkeh unhon ne us ko approve kiya ho.</w:t>
      </w:r>
    </w:p>
    <w:p>
      <w:pPr>
        <w:pStyle w:val="Heading2"/>
      </w:pPr>
      <w:r>
        <w:t>Why the Quran alone isn't sufficient without Hadith</w:t>
      </w:r>
    </w:p>
    <w:p>
      <w:r>
        <w:rPr>
          <w:color w:val="666666"/>
          <w:sz w:val="18"/>
        </w:rPr>
        <w:t>The Living Tradition: Why Hadith Matters in Islam?</w:t>
        <w:br/>
        <w:t>December 8, 2024 · 1m 25s · at 2:49 · https://youtu.be/2w9-vnnJBeY?t=169</w:t>
      </w:r>
    </w:p>
    <w:p>
      <w:r>
        <w:rPr>
          <w:i/>
        </w:rPr>
        <w:t>“So why is Hadith even necessary?”</w:t>
      </w:r>
    </w:p>
    <w:p>
      <w:r>
        <w:rPr>
          <w:sz w:val="20"/>
        </w:rPr>
        <w:t>2:49  to hadith ki zaroorat kyun hai?</w:t>
      </w:r>
      <w:r>
        <w:br/>
      </w:r>
      <w:r>
        <w:rPr>
          <w:sz w:val="20"/>
        </w:rPr>
        <w:t>2:53  bahut sare log kehte hain ke hamare liye quran kafi hai. lekin quran ko hum hadith ke baghair, prophet ki sunnat ke baghair hum quran ko samajh nahi sakte.</w:t>
      </w:r>
      <w:r>
        <w:br/>
      </w:r>
      <w:r>
        <w:rPr>
          <w:sz w:val="20"/>
        </w:rPr>
        <w:t>3:06  to quran jo hai bilkul jaise basic principle ki kitab hai aur hadith jo hai us ki tafseel. to sari tafseel jo hai woh hum ko hadith se milti hai.</w:t>
      </w:r>
      <w:r>
        <w:br/>
      </w:r>
      <w:r>
        <w:rPr>
          <w:sz w:val="20"/>
        </w:rPr>
        <w:t>3:18  to is liye yeh bahut zyada zaroori hai ke hum hadith ko samjhein aur prophet ki sunnat ko samajhne ki koshish karein, tabhi hum quran ko bhi samajh sakte hain.</w:t>
      </w:r>
      <w:r>
        <w:br/>
      </w:r>
      <w:r>
        <w:rPr>
          <w:sz w:val="20"/>
        </w:rPr>
        <w:t>3:33  hazrat aisha ne ek baar farmaaya: "kaan khulqahu al-quran"۔ aap quran ki amli tafseer thay. yaani aap quran in action hum keh sakte hain, quran in action thay poora.</w:t>
      </w:r>
      <w:r>
        <w:br/>
      </w:r>
      <w:r>
        <w:rPr>
          <w:sz w:val="20"/>
        </w:rPr>
        <w:t>3:46  kyunke maulana azaad ne ek baar kaha hai ke ek quran woh hai jo mujallad shakal mein hai aur doosra quran woh hai jo madina mein chalta phirta tha.</w:t>
      </w:r>
      <w:r>
        <w:br/>
      </w:r>
      <w:r>
        <w:rPr>
          <w:sz w:val="20"/>
        </w:rPr>
        <w:t>3:57  to aap poori tarah se quran par amal karte thay. to woh misaal ke taur par ek khaas taur par ibaadaat, woh to hum samajh hi nahi sakte baghair rasool allah salallahu alaihi wasallam ki practice ko jaane hue.</w:t>
      </w:r>
    </w:p>
    <w:p>
      <w:pPr>
        <w:pStyle w:val="Heading2"/>
      </w:pPr>
      <w:r>
        <w:t>creation story of angels and Iblis bowing before Adam</w:t>
      </w:r>
    </w:p>
    <w:p>
      <w:r>
        <w:rPr>
          <w:color w:val="666666"/>
          <w:sz w:val="18"/>
        </w:rPr>
        <w:t>Modesty and Arrogance January 31, 2008 · 3m 56s · at 1:51 · https://youtu.be/8EHBmsIAF_Q?t=111</w:t>
      </w:r>
    </w:p>
    <w:p>
      <w:r>
        <w:rPr>
          <w:i/>
        </w:rPr>
        <w:t>“When God made man, two other creations already existed: angels and Iblis”</w:t>
      </w:r>
    </w:p>
    <w:p>
      <w:r>
        <w:rPr>
          <w:sz w:val="20"/>
        </w:rPr>
        <w:t>1:51  yahi criterion hai sachay insan aur jhoote insan ko janchne ka. dekhiye, jab insan ko khuda ne banaya usi waqt yeh dono cheezein bata dein insan ko.</w:t>
      </w:r>
      <w:r>
        <w:br/>
      </w:r>
      <w:r>
        <w:rPr>
          <w:sz w:val="20"/>
        </w:rPr>
        <w:t>2:14  woh is tarah ke khuda ne kaha ke dekhein, jab insan ko banaya gaya tha us waqt do aur makhlooq maujood theen: ek angel, doosre iblis.</w:t>
      </w:r>
      <w:r>
        <w:br/>
      </w:r>
      <w:r>
        <w:rPr>
          <w:sz w:val="20"/>
        </w:rPr>
        <w:t>2:28  ibliss jo tha woh jinnaaton ka sardar tha,</w:t>
      </w:r>
      <w:r>
        <w:br/>
      </w:r>
      <w:r>
        <w:rPr>
          <w:sz w:val="20"/>
        </w:rPr>
        <w:t>2:34  jinnaaton ka head tha.</w:t>
      </w:r>
      <w:r>
        <w:br/>
      </w:r>
      <w:r>
        <w:rPr>
          <w:sz w:val="20"/>
        </w:rPr>
        <w:t>2:37  to khuda ne kaha angel se aur iblis se, jo ke jinnaat ka sardar tha, ke tum log insan ke saamne jhuk jao.</w:t>
      </w:r>
      <w:r>
        <w:br/>
      </w:r>
      <w:r>
        <w:rPr>
          <w:sz w:val="20"/>
        </w:rPr>
        <w:t>2:55  dekhiye, bazahir jhukna insan ke saamne tha lekin woh khuda ke</w:t>
      </w:r>
      <w:r>
        <w:br/>
      </w:r>
      <w:r>
        <w:rPr>
          <w:sz w:val="20"/>
        </w:rPr>
        <w:t>3:04  khuda ke order ke saamne jhukna tha. insan to wahan sirf ek nishani ke taur par tha.</w:t>
      </w:r>
      <w:r>
        <w:br/>
      </w:r>
      <w:r>
        <w:rPr>
          <w:sz w:val="20"/>
        </w:rPr>
        <w:t>3:15  asal baat jo thi woh yeh thi ke kaun hai jo khuda ka jo order hai, khuda ka jo hukum hai, us ke aage jhukta hai aur kaun jhukta nahi hai.</w:t>
      </w:r>
      <w:r>
        <w:br/>
      </w:r>
      <w:r>
        <w:rPr>
          <w:sz w:val="20"/>
        </w:rPr>
        <w:t>3:28  is baat ko samajh lein achhe tareeqe se ke khuda ne kaha to yeh ke insan ke aage jhuk jao. lekin yeh jhukna kyun tha?</w:t>
      </w:r>
      <w:r>
        <w:br/>
      </w:r>
      <w:r>
        <w:rPr>
          <w:sz w:val="20"/>
        </w:rPr>
        <w:t>3:40  khuda ke kehne ki wajah se tha. to asal baat to khuda ka kehna hua.</w:t>
      </w:r>
      <w:r>
        <w:br/>
      </w:r>
      <w:r>
        <w:rPr>
          <w:sz w:val="20"/>
        </w:rPr>
        <w:t>3:47  to yeh asal mein yeh tha ke khuda ke aage aadmi jhukta hai ya nahi jhukta hai. to kya hua? jo engines the woh jhuk gaye.</w:t>
      </w:r>
      <w:r>
        <w:br/>
      </w:r>
      <w:r>
        <w:rPr>
          <w:sz w:val="20"/>
        </w:rPr>
        <w:t>4:04  they bowed before adam, the first man. but iblis refused.</w:t>
      </w:r>
      <w:r>
        <w:br/>
      </w:r>
      <w:r>
        <w:rPr>
          <w:sz w:val="20"/>
        </w:rPr>
        <w:t>4:16  ibliss ne kya kaha? ke main is se behtar hoon, ana khairummin. main kyun jhukoon is ke aage?</w:t>
      </w:r>
      <w:r>
        <w:br/>
      </w:r>
      <w:r>
        <w:rPr>
          <w:sz w:val="20"/>
        </w:rPr>
        <w:t>4:27  to dekhiye, iblis ne is is ek ek wrong angle se dekha maamle ko. wrong angle ke us ke apni soch ke lehaz se kaun superior hai, kaun inferior hai.</w:t>
      </w:r>
      <w:r>
        <w:br/>
      </w:r>
      <w:r>
        <w:rPr>
          <w:sz w:val="20"/>
        </w:rPr>
        <w:t>4:43  superior aur inferior ka us ka apna hi yeh khayal tha. us ke apne mind se bahar us ka koi existence nahi tha.</w:t>
      </w:r>
      <w:r>
        <w:br/>
      </w:r>
      <w:r>
        <w:rPr>
          <w:sz w:val="20"/>
        </w:rPr>
        <w:t>4:53  lekin angel ne kya kiya? angel ne yeh nahi socha. unhon ne kaha ke khuda ka hukum hai, is liye hamein jhukna hai. to angel ko khuda ne accept kiya aur iblis ko khuda ne reject kar diya.</w:t>
      </w:r>
      <w:r>
        <w:br/>
      </w:r>
      <w:r>
        <w:rPr>
          <w:sz w:val="20"/>
        </w:rPr>
        <w:t>5:10  yeh pehle din gaya at the out at the out set of human history. this was established that greatest good for man is modesty and the greatest evil for man is arrogance.</w:t>
      </w:r>
      <w:r>
        <w:br/>
      </w:r>
      <w:r>
        <w:rPr>
          <w:sz w:val="20"/>
        </w:rPr>
        <w:t>5:34  yeh pehle din establish ho gaya ke insan ke liye sab se achhi cheez hai tawazu aur insan ke liye sab se buri cheez hai ghamand.</w:t>
      </w:r>
    </w:p>
    <w:p>
      <w:pPr>
        <w:pStyle w:val="Heading2"/>
      </w:pPr>
      <w:r>
        <w:t>Prophet: I leave two things among you</w:t>
      </w:r>
    </w:p>
    <w:p>
      <w:r>
        <w:rPr>
          <w:color w:val="666666"/>
          <w:sz w:val="18"/>
        </w:rPr>
        <w:t>The Living Tradition: Why Hadith Matters in Islam?</w:t>
        <w:br/>
        <w:t>December 8, 2024 · 26s · at 48:59 · https://youtu.be/2w9-vnnJBeY?t=2939</w:t>
      </w:r>
    </w:p>
    <w:p>
      <w:r>
        <w:rPr>
          <w:i/>
        </w:rPr>
        <w:t>“I am leaving two things among you”</w:t>
      </w:r>
    </w:p>
    <w:p>
      <w:r>
        <w:rPr>
          <w:sz w:val="20"/>
        </w:rPr>
        <w:t>48:59  quran mein to sirf yeh hai keh namaz parho, hajj karo waghera. to yeh jo hai, rasool Allah sal Allah aleh wasallam ne khud kaha hai keh main tumhare darmiyan do cheezen chhod raha hoon, tum hargiz gumrah nahin hoge jab tak in donon ko pakde rahoge: Allah ki kitab aur us ke rasool ki sunnat.</w:t>
      </w:r>
      <w:r>
        <w:br/>
      </w:r>
      <w:r>
        <w:rPr>
          <w:sz w:val="20"/>
        </w:rPr>
        <w:t>49:18  to quran o sunnat donon ekoli Khudai hidayat ka maqhaz hain, source hain.</w:t>
      </w:r>
    </w:p>
    <w:p>
      <w:pPr>
        <w:pStyle w:val="Heading2"/>
      </w:pPr>
      <w:r>
        <w:t>Tree analogy and real mission dawat</w:t>
      </w:r>
    </w:p>
    <w:p>
      <w:r>
        <w:rPr>
          <w:color w:val="666666"/>
          <w:sz w:val="18"/>
        </w:rPr>
        <w:t>Living in the 21st Century I 17th February 2013 - Maulana Wahiduddin Khan · 1m 50s · at 8:03 · https://youtu.be/ccUhM8fLtpU?t=483</w:t>
      </w:r>
    </w:p>
    <w:p>
      <w:r>
        <w:rPr>
          <w:i/>
        </w:rPr>
        <w:t>“مثلاً میرے گھر کے آس پاس بہت سارے درخت ہیں”</w:t>
      </w:r>
    </w:p>
    <w:p>
      <w:r>
        <w:rPr>
          <w:sz w:val="20"/>
        </w:rPr>
        <w:t>8:03  misalan mere ghar ke aas pas bohat saray darakht hain. aik taraf mein akhbar mein parh raha tha yeh khabar, doosri taraf mein ne dekha ke haray bharay darakht khaday hue hain.</w:t>
      </w:r>
      <w:r>
        <w:br/>
      </w:r>
      <w:r>
        <w:rPr>
          <w:sz w:val="20"/>
        </w:rPr>
        <w:t>8:17  in ko Khuda ne achievable goal diya ke</w:t>
      </w:r>
      <w:r>
        <w:br/>
      </w:r>
      <w:r>
        <w:rPr>
          <w:sz w:val="20"/>
        </w:rPr>
        <w:t>8:22  aik seed tha, aik beej tha, aik chota sa poda tha, woh zameen mein laga diya gaya. ab woh barhta hua, barhta hua, barhta hua, ab itna ooncha ho gaya ke teen manzila building ke barabar ho gaya woh.</w:t>
      </w:r>
      <w:r>
        <w:br/>
      </w:r>
      <w:r>
        <w:rPr>
          <w:sz w:val="20"/>
        </w:rPr>
        <w:t>8:41  to kaha ke darakht ko Allah taala ne achievable goal diya hai</w:t>
      </w:r>
      <w:r>
        <w:br/>
      </w:r>
      <w:r>
        <w:rPr>
          <w:sz w:val="20"/>
        </w:rPr>
        <w:t>8:48  ke apnay ko grow karo, barhao, aur sari dunya se apnay liye food lo, zameen se, hawa se, suraj se, aur barhao apnay ko, barhao apnay ko, barhao, yahan tak ke tum aik bohat ooncha darakht ban jao.</w:t>
      </w:r>
      <w:r>
        <w:br/>
      </w:r>
      <w:r>
        <w:rPr>
          <w:sz w:val="20"/>
        </w:rPr>
        <w:t>9:07  to musalmanon ke sath sirf aisa hua ke</w:t>
      </w:r>
      <w:r>
        <w:br/>
      </w:r>
      <w:r>
        <w:rPr>
          <w:sz w:val="20"/>
        </w:rPr>
        <w:t>9:11  unachievable goal day diya.</w:t>
      </w:r>
      <w:r>
        <w:br/>
      </w:r>
      <w:r>
        <w:rPr>
          <w:sz w:val="20"/>
        </w:rPr>
        <w:t>9:18  to aisa nahi ho sakta hai. aisa nahi ho sakta hai. phir mujhe quran ke baray mein sochna shuru kiya mein ne ke quran mein musalmanon ko mission kiya diya gaya hai?</w:t>
      </w:r>
      <w:r>
        <w:br/>
      </w:r>
      <w:r>
        <w:rPr>
          <w:sz w:val="20"/>
        </w:rPr>
        <w:t>9:35  woh mission hai</w:t>
      </w:r>
      <w:r>
        <w:br/>
      </w:r>
      <w:r>
        <w:rPr>
          <w:sz w:val="20"/>
        </w:rPr>
        <w:t>9:39  da'wat lil-lah. yani Allah ke message ko dunya tak pohnchana, peaceful tareeqay se.</w:t>
      </w:r>
      <w:r>
        <w:br/>
      </w:r>
      <w:r>
        <w:rPr>
          <w:sz w:val="20"/>
        </w:rPr>
        <w:t>9:54  aik lafz mein aap kahein to quran ko logon tak pohnchana. la tudallil al-furqana 'ala 'abdihi li-yakuna lil-'alamina nadhira yani musalmanon ko jo goal diya gaya tha woh kya tha?</w:t>
      </w:r>
    </w:p>
    <w:p>
      <w:pPr>
        <w:pStyle w:val="Heading2"/>
      </w:pPr>
      <w:r>
        <w:t>Follow majority but not necessarily right</w:t>
      </w:r>
    </w:p>
    <w:p>
      <w:r>
        <w:rPr>
          <w:color w:val="666666"/>
          <w:sz w:val="18"/>
        </w:rPr>
        <w:t>The Importance of Unity March 15, 2014 · 20s · at 10:02 · https://youtu.be/-xS-eK4zw-k?t=602</w:t>
      </w:r>
    </w:p>
    <w:p>
      <w:r>
        <w:rPr>
          <w:i/>
        </w:rPr>
        <w:t>“Suwaad e azam ka ittiba karo”</w:t>
      </w:r>
    </w:p>
    <w:p>
      <w:r>
        <w:rPr>
          <w:sz w:val="20"/>
        </w:rPr>
        <w:t>10:02  to ek pehlu yeh hai. doosra pehlu woh hai ke sawad-e-aazam ka itteba karo. sawad-e-aazam ka matlab hai aksariyat, majority.</w:t>
      </w:r>
      <w:r>
        <w:br/>
      </w:r>
      <w:r>
        <w:rPr>
          <w:sz w:val="20"/>
        </w:rPr>
        <w:t>10:13  yeh yahan itteba ki baat hai, yeh baat nahin ke sawad-e-aazam haq par hoga.</w:t>
      </w:r>
    </w:p>
    <w:p>
      <w:pPr>
        <w:pStyle w:val="Heading2"/>
      </w:pPr>
      <w:r>
        <w:t>The silence rule during Friday sermon</w:t>
      </w:r>
    </w:p>
    <w:p>
      <w:r>
        <w:rPr>
          <w:color w:val="666666"/>
          <w:sz w:val="18"/>
        </w:rPr>
        <w:t>Principles of Life (Prophetic Wisdom) · 1m 00s · at 22:08 · https://youtu.be/dWzIQ5DQMNU?t=1328</w:t>
      </w:r>
    </w:p>
    <w:p>
      <w:r>
        <w:rPr>
          <w:i/>
        </w:rPr>
        <w:t>“Dekhiye, ek baar aisa hua.”</w:t>
      </w:r>
    </w:p>
    <w:p>
      <w:r>
        <w:rPr>
          <w:sz w:val="20"/>
        </w:rPr>
        <w:t>22:08  dekhiye, ek baar aisa hua ke masjid mein juma ka khutba ho raha tha.</w:t>
      </w:r>
      <w:r>
        <w:br/>
      </w:r>
      <w:r>
        <w:rPr>
          <w:sz w:val="20"/>
        </w:rPr>
        <w:t>22:15  juma ka khutba.</w:t>
      </w:r>
      <w:r>
        <w:br/>
      </w:r>
      <w:r>
        <w:rPr>
          <w:sz w:val="20"/>
        </w:rPr>
        <w:t>22:23  to juma ke khutbe ka waqt yeh hai ke "ansatoo" quran majeed mein aaya hai ke chup reh kar suno.</w:t>
      </w:r>
      <w:r>
        <w:br/>
      </w:r>
      <w:r>
        <w:rPr>
          <w:sz w:val="20"/>
        </w:rPr>
        <w:t>22:30  chup reh kar suno. to ek</w:t>
      </w:r>
      <w:r>
        <w:br/>
      </w:r>
      <w:r>
        <w:rPr>
          <w:sz w:val="20"/>
        </w:rPr>
        <w:t>22:38  shakhs jo hai woh khutbe ke waqt bol pada.</w:t>
      </w:r>
      <w:r>
        <w:br/>
      </w:r>
      <w:r>
        <w:rPr>
          <w:sz w:val="20"/>
        </w:rPr>
        <w:t>22:42  to rasool ALLAH sal ALLAH o alaihe wasallam ne is aadmi se kaha, aur yeh ek usool bataya ke</w:t>
      </w:r>
      <w:r>
        <w:br/>
      </w:r>
      <w:r>
        <w:rPr>
          <w:sz w:val="20"/>
        </w:rPr>
        <w:t>22:46  "jab qult la sahbek askat". "wal imamu yakhtab".</w:t>
      </w:r>
      <w:r>
        <w:br/>
      </w:r>
      <w:r>
        <w:rPr>
          <w:sz w:val="20"/>
        </w:rPr>
        <w:t>22:51  faqat lagao ta.</w:t>
      </w:r>
      <w:r>
        <w:br/>
      </w:r>
      <w:r>
        <w:rPr>
          <w:sz w:val="20"/>
        </w:rPr>
        <w:t>22:55  "jab qult la sahbek askat". "wal imamu yakhtab".</w:t>
      </w:r>
      <w:r>
        <w:br/>
      </w:r>
      <w:r>
        <w:rPr>
          <w:sz w:val="20"/>
        </w:rPr>
        <w:t>22:59  faqat lagao ta.</w:t>
      </w:r>
      <w:r>
        <w:br/>
      </w:r>
      <w:r>
        <w:rPr>
          <w:sz w:val="20"/>
        </w:rPr>
        <w:t>23:04  jab imam khat</w:t>
      </w:r>
    </w:p>
    <w:p>
      <w:pPr>
        <w:pStyle w:val="Heading2"/>
      </w:pPr>
      <w:r>
        <w:t>Authenticity of narrations discussed</w:t>
      </w:r>
    </w:p>
    <w:p>
      <w:r>
        <w:rPr>
          <w:color w:val="666666"/>
          <w:sz w:val="18"/>
        </w:rPr>
        <w:t>Lessons from My Journey to Canada II January 10, 2016 · 1m 08s · at 55:20 · https://youtu.be/GHF2Ph3GW7A?t=3320</w:t>
      </w:r>
    </w:p>
    <w:p>
      <w:r>
        <w:rPr>
          <w:i/>
        </w:rPr>
        <w:t>“See, such a narration exists but it is not authentic”</w:t>
      </w:r>
    </w:p>
    <w:p>
      <w:r>
        <w:rPr>
          <w:sz w:val="20"/>
        </w:rPr>
        <w:t>55:20  ? dekhen, aisi riwayat to maujood hai, lekin woh koi authentic baat nahi hai.</w:t>
      </w:r>
      <w:r>
        <w:br/>
      </w:r>
      <w:r>
        <w:rPr>
          <w:sz w:val="20"/>
        </w:rPr>
        <w:t>55:27  bohat sari riwayatein hain, lakhon ki tadad mein, jo authentic nahi hain.</w:t>
      </w:r>
      <w:r>
        <w:br/>
      </w:r>
      <w:r>
        <w:rPr>
          <w:sz w:val="20"/>
        </w:rPr>
        <w:t>55:33  to yeh jo hai, yeh authentic riwayat nahi hai.</w:t>
      </w:r>
      <w:r>
        <w:br/>
      </w:r>
      <w:r>
        <w:rPr>
          <w:sz w:val="20"/>
        </w:rPr>
        <w:t>55:36  woh sab ke liye hai, har haal ke liye hai.</w:t>
      </w:r>
      <w:r>
        <w:br/>
      </w:r>
      <w:r>
        <w:rPr>
          <w:sz w:val="20"/>
        </w:rPr>
        <w:t>55:39  aisa nahi ke koi black magic ho to riwayat zaroorat hai.</w:t>
      </w:r>
      <w:r>
        <w:br/>
      </w:r>
      <w:r>
        <w:rPr>
          <w:sz w:val="20"/>
        </w:rPr>
        <w:t>55:43  har waqt insan shaitan ke jazbe mein hai, har waqt insan</w:t>
      </w:r>
      <w:r>
        <w:br/>
      </w:r>
      <w:r>
        <w:rPr>
          <w:sz w:val="20"/>
        </w:rPr>
        <w:t>55:48  ko insan ko shaitan ke waswase ka samna hai, har waqt.</w:t>
      </w:r>
      <w:r>
        <w:br/>
      </w:r>
      <w:r>
        <w:rPr>
          <w:sz w:val="20"/>
        </w:rPr>
        <w:t>55:55  to black magic ki baat nahi, yeh daily life ki baat hai.</w:t>
      </w:r>
      <w:r>
        <w:br/>
      </w:r>
      <w:r>
        <w:rPr>
          <w:sz w:val="20"/>
        </w:rPr>
        <w:t>55:59  to woh baat sahi nahi hai, lekin yeh aayatein jo hain,</w:t>
      </w:r>
      <w:r>
        <w:br/>
      </w:r>
      <w:r>
        <w:rPr>
          <w:sz w:val="20"/>
        </w:rPr>
        <w:t>56:05  is ke liye utri hain ke hum agar is ko samajh kar parhein to hum shaitan ke waswase</w:t>
      </w:r>
      <w:r>
        <w:br/>
      </w:r>
      <w:r>
        <w:rPr>
          <w:sz w:val="20"/>
        </w:rPr>
        <w:t>56:11  se bach bach kar zindagi guzaren ge, inshallah.</w:t>
      </w:r>
      <w:r>
        <w:br/>
      </w:r>
      <w:r>
        <w:rPr>
          <w:sz w:val="20"/>
        </w:rPr>
        <w:t>56:15  maulana, agla sawal doctor shark ne kiya hai bangalore se, aur unhon ne aap se poocha hai ke</w:t>
      </w:r>
      <w:r>
        <w:br/>
      </w:r>
      <w:r>
        <w:rPr>
          <w:sz w:val="20"/>
        </w:rPr>
        <w:t>56:21  "How should Muslim countries treat non-Muslims living in their countries?</w:t>
      </w:r>
    </w:p>
    <w:p>
      <w:pPr>
        <w:pStyle w:val="Heading2"/>
      </w:pPr>
      <w:r>
        <w:t>Islam alone survives intact, others retreat into social work</w:t>
      </w:r>
    </w:p>
    <w:p>
      <w:r>
        <w:rPr>
          <w:color w:val="666666"/>
          <w:sz w:val="18"/>
        </w:rPr>
        <w:t>Journey to a Mediterranean Island November 23, 2008 · 2m 58s · at 23:26 · https://youtu.be/uoOiuhWeSIQ?t=1406</w:t>
      </w:r>
    </w:p>
    <w:p>
      <w:r>
        <w:rPr>
          <w:i/>
        </w:rPr>
        <w:t>“اللہ تعالی نے ایسے، جو ہسٹوریکل پروسیس ہوا بعد کے زمانے میں”</w:t>
      </w:r>
    </w:p>
    <w:p>
      <w:r>
        <w:rPr>
          <w:sz w:val="20"/>
        </w:rPr>
        <w:t>23:26  aik cheez maine discover ki wahan par, woh yeh hai ke Allah taala ne aise, yani jo historical process hua baad ke zamane mein,</w:t>
      </w:r>
      <w:r>
        <w:br/>
      </w:r>
      <w:r>
        <w:rPr>
          <w:sz w:val="20"/>
        </w:rPr>
        <w:t>23:39  to doosre jitne bhi religion hain, woh sab woh dis start ho gaye. koi bhi religion jo hai, apni original shape mein baqi nahi hai, siwaye Islam ke.</w:t>
      </w:r>
      <w:r>
        <w:br/>
      </w:r>
      <w:r>
        <w:rPr>
          <w:sz w:val="20"/>
        </w:rPr>
        <w:t>23:54  Islam is the only religion in its original form, like a preserved religion. to is ke maani kya hue?</w:t>
      </w:r>
      <w:r>
        <w:br/>
      </w:r>
      <w:r>
        <w:rPr>
          <w:sz w:val="20"/>
        </w:rPr>
        <w:t>24:05  is ke maani yeh hue ke ideology of religion agar kahin mil sakti hai aap ko sahi maanon mein, to woh sirf Islam mein milegi, sirf Quran mein milegi.</w:t>
      </w:r>
      <w:r>
        <w:br/>
      </w:r>
      <w:r>
        <w:rPr>
          <w:sz w:val="20"/>
        </w:rPr>
        <w:t>24:16  jo Quran mein aaya hai ke la yattakhizil مؤمنون الكافرين أولياء من دون المؤمنين، aur ya lekin الدين كله لله، is ka matlab yahi hai, yani woh ideological sense mein hai, woh political sense mein nahi hai.</w:t>
      </w:r>
      <w:r>
        <w:br/>
      </w:r>
      <w:r>
        <w:rPr>
          <w:sz w:val="20"/>
        </w:rPr>
        <w:t>24:31  log is ko lete hain ke sari dunya mein Islam ki hukumat, woh bilkul baseless baat hai.</w:t>
      </w:r>
      <w:r>
        <w:br/>
      </w:r>
      <w:r>
        <w:rPr>
          <w:sz w:val="20"/>
        </w:rPr>
        <w:t>24:38  Islam ki ideological monopoly, is ka matlab hai ke ideological ideological level par koi aur stand na kar sake, siwaye Islam ke.</w:t>
      </w:r>
      <w:r>
        <w:br/>
      </w:r>
      <w:r>
        <w:rPr>
          <w:sz w:val="20"/>
        </w:rPr>
        <w:t>24:51  yeh matlab hai is ka, aur woh aisa hua. isi liye aap dekhiye, wahan mein aik baat mujhe samajh mein aayi ke kyun aisa hai ke sare mazhabon mein log baat karte hain social work ki.</w:t>
      </w:r>
      <w:r>
        <w:br/>
      </w:r>
      <w:r>
        <w:rPr>
          <w:sz w:val="20"/>
        </w:rPr>
        <w:t>25:06  har mazhab mein social work, social work, social work. is ka wajah kya hai? jo ideological level par, woh un ka mind bol raha hota hai ke hum stand nahi kar sakte.</w:t>
      </w:r>
      <w:r>
        <w:br/>
      </w:r>
      <w:r>
        <w:rPr>
          <w:sz w:val="20"/>
        </w:rPr>
        <w:t>25:21  ideology ke level par, woh apne aap ko samajhte hain ke hum to hum to bohat peechay hain. to unhon ne social level par apna aik aik jagah banane ki koshish karte hain.</w:t>
      </w:r>
      <w:r>
        <w:br/>
      </w:r>
      <w:r>
        <w:rPr>
          <w:sz w:val="20"/>
        </w:rPr>
        <w:t>25:33  woh log</w:t>
      </w:r>
      <w:r>
        <w:br/>
      </w:r>
      <w:r>
        <w:rPr>
          <w:sz w:val="20"/>
        </w:rPr>
        <w:t>25:34  ideology ke level par jo un ko base nahi mil rahi hai, scientific door mein, age of reason mein, koi bhi mazhab Islam ke siwa aisa nahi jo age of reason mein stand kar sake.</w:t>
      </w:r>
      <w:r>
        <w:br/>
      </w:r>
      <w:r>
        <w:rPr>
          <w:sz w:val="20"/>
        </w:rPr>
        <w:t>25:48  yeh is zamane mein aadmi chahta hai ke scientific, scientific argument chahta hai, woh reason, reason based ideology chahta hai.</w:t>
      </w:r>
      <w:r>
        <w:br/>
      </w:r>
      <w:r>
        <w:rPr>
          <w:sz w:val="20"/>
        </w:rPr>
        <w:t>26:02  woh kahin hai hi nahi.</w:t>
      </w:r>
      <w:r>
        <w:br/>
      </w:r>
      <w:r>
        <w:rPr>
          <w:sz w:val="20"/>
        </w:rPr>
        <w:t>26:04  to unhon ne ek aur level par apne liye talash kar liya hai, woh social work. aaj bohat hi baray paimane par social work sari dunya mein ho raha hai, aur musalman jo hain, khud itnay be khabar hain ke woh khud bhi isi mein dorna chahtay hain.</w:t>
      </w:r>
    </w:p>
    <w:p>
      <w:pPr>
        <w:pStyle w:val="Heading2"/>
      </w:pPr>
      <w:r>
        <w:t>The covenant of Alast with all humans</w:t>
      </w:r>
    </w:p>
    <w:p>
      <w:r>
        <w:rPr>
          <w:color w:val="666666"/>
          <w:sz w:val="18"/>
        </w:rPr>
        <w:t>Three Periods of History May 17, 2009 Maulana Wahiduddin Khan · 2m 03s · at 1:43 · https://youtu.be/iNS-3Yo58Gk?t=103</w:t>
      </w:r>
    </w:p>
    <w:p>
      <w:r>
        <w:rPr>
          <w:i/>
        </w:rPr>
        <w:t>“In Quran chapter seven, a very special event is referenced”</w:t>
      </w:r>
    </w:p>
    <w:p>
      <w:r>
        <w:rPr>
          <w:sz w:val="20"/>
        </w:rPr>
        <w:t>1:43  quran mein jo chapter number seven hai, us mein ek bohat hi special waqe' ka reference diya gaya hai.</w:t>
      </w:r>
      <w:r>
        <w:br/>
      </w:r>
      <w:r>
        <w:rPr>
          <w:sz w:val="20"/>
        </w:rPr>
        <w:t>1:59  is se maloom hota hai ke Allah taala ne jab insaan ko banaya to saare insano ko ikatthe hi bana diya.</w:t>
      </w:r>
      <w:r>
        <w:br/>
      </w:r>
      <w:r>
        <w:rPr>
          <w:sz w:val="20"/>
        </w:rPr>
        <w:t>2:11  ab jo hum paida ho rahe hain to sab ke sab create kiya ja chuke the, pehle din hi. phir woh</w:t>
      </w:r>
      <w:r>
        <w:br/>
      </w:r>
      <w:r>
        <w:rPr>
          <w:sz w:val="20"/>
        </w:rPr>
        <w:t>2:24  adam ki peeth mein daal diye gaye, aur phir hereditary taur par woh generation of generation</w:t>
      </w:r>
      <w:r>
        <w:br/>
      </w:r>
      <w:r>
        <w:rPr>
          <w:sz w:val="20"/>
        </w:rPr>
        <w:t>2:35  transfer hote rahe.</w:t>
      </w:r>
      <w:r>
        <w:br/>
      </w:r>
      <w:r>
        <w:rPr>
          <w:sz w:val="20"/>
        </w:rPr>
        <w:t>2:39  to Allah taala ne saare insano ko bana kar hazir kiya, un se kaha ke: "kya tum is baat ki gawahi dete ho</w:t>
      </w:r>
      <w:r>
        <w:br/>
      </w:r>
      <w:r>
        <w:rPr>
          <w:sz w:val="20"/>
        </w:rPr>
        <w:t>2:58  ke main tumhara creator hoon, tumhara rab hoon,</w:t>
      </w:r>
      <w:r>
        <w:br/>
      </w:r>
      <w:r>
        <w:rPr>
          <w:sz w:val="20"/>
        </w:rPr>
        <w:t>3:07  tumhara maabood hoon?"</w:t>
      </w:r>
      <w:r>
        <w:br/>
      </w:r>
      <w:r>
        <w:rPr>
          <w:sz w:val="20"/>
        </w:rPr>
        <w:t>3:12  to saare logon ne kaha ke: "haan, hum gawahi dete hain."</w:t>
      </w:r>
      <w:r>
        <w:br/>
      </w:r>
      <w:r>
        <w:rPr>
          <w:sz w:val="20"/>
        </w:rPr>
        <w:t>3:19  alastu birabbikum qalu bala shahidna.</w:t>
      </w:r>
      <w:r>
        <w:br/>
      </w:r>
      <w:r>
        <w:rPr>
          <w:sz w:val="20"/>
        </w:rPr>
        <w:t>3:26  is ko aam taur par ahad alast kaha jata hai.</w:t>
      </w:r>
      <w:r>
        <w:br/>
      </w:r>
      <w:r>
        <w:rPr>
          <w:sz w:val="20"/>
        </w:rPr>
        <w:t>3:30  ahad alast ke taur par yeh mashhoor hai, yeh waqe'a hai. yeh koi symbolic statement nahi hai, virtually aise hi hua, actually yahi waqe'a pesh aaya.</w:t>
      </w:r>
    </w:p>
    <w:p>
      <w:pPr>
        <w:pStyle w:val="Heading2"/>
      </w:pPr>
      <w:r>
        <w:t>Hadith on endless violence and its prediction</w:t>
      </w:r>
    </w:p>
    <w:p>
      <w:r>
        <w:rPr>
          <w:color w:val="666666"/>
          <w:sz w:val="18"/>
        </w:rPr>
        <w:t>Ideology of Life December 29, 2013 Maulana Wahiduddin Khan · 2m 30s · at 2:39 · https://youtu.be/N5psCFw23MI?t=159</w:t>
      </w:r>
    </w:p>
    <w:p>
      <w:r>
        <w:rPr>
          <w:i/>
        </w:rPr>
        <w:t>“to mujhe ek hadees yaad aayi”</w:t>
      </w:r>
    </w:p>
    <w:p>
      <w:r>
        <w:rPr>
          <w:sz w:val="20"/>
        </w:rPr>
        <w:t>2:39  aisa kyun? yeh koi simple baat nahin hai, yeh bohat hi bari baat hai. to mujhe aik hadith yaad aayi, is hadith mein ab bohat ajeeb tor par is ka explanation milta hai.</w:t>
      </w:r>
      <w:r>
        <w:br/>
      </w:r>
      <w:r>
        <w:rPr>
          <w:sz w:val="20"/>
        </w:rPr>
        <w:t>2:56  aik hadith hai ke: "as a wazir safe of your ummati lam yurf'a anha hatta yoom al qiyamah" ke meri ummat mein jab talwar dakhil hogi to woh qayamat tak phir nikle gi nahin.</w:t>
      </w:r>
      <w:r>
        <w:br/>
      </w:r>
      <w:r>
        <w:rPr>
          <w:sz w:val="20"/>
        </w:rPr>
        <w:t>3:15  to mein ne socha ke aakhir talwar agar dakhil hogi to kyun qayamat tak chalti rahe gi, kyun? jaisa ke aap dekh rahe hain aap, yahi to hai.</w:t>
      </w:r>
      <w:r>
        <w:br/>
      </w:r>
      <w:r>
        <w:rPr>
          <w:sz w:val="20"/>
        </w:rPr>
        <w:t>3:28  kyun ke hamesha aisa hota hai dekhen ke larai ka ek had hoti hai. First World War ki ek had thi, Second World War ki ek had thi. ek had par ja kar khatm ho gayi.</w:t>
      </w:r>
      <w:r>
        <w:br/>
      </w:r>
      <w:r>
        <w:rPr>
          <w:sz w:val="20"/>
        </w:rPr>
        <w:t>3:40  ya musalmanon mein kyun aisa hoga ke talwar chalti hi rahe gi, chalti hi rahe gi. is ko kehte hain justified militancy, justified violence.</w:t>
      </w:r>
      <w:r>
        <w:br/>
      </w:r>
      <w:r>
        <w:rPr>
          <w:sz w:val="20"/>
        </w:rPr>
        <w:t>3:58  yani musalmanon mein yeh yeh yeh prediction tha rasool Allah sal Allah alaih wasallam ka ke musalmanon mein ek ek ideology develop kare gi, system based ideology.</w:t>
      </w:r>
      <w:r>
        <w:br/>
      </w:r>
      <w:r>
        <w:rPr>
          <w:sz w:val="20"/>
        </w:rPr>
        <w:t>4:11  yani musalman yeh samajh len ke hamein dunya mein islami nizam qaim karna hai.</w:t>
      </w:r>
      <w:r>
        <w:br/>
      </w:r>
      <w:r>
        <w:rPr>
          <w:sz w:val="20"/>
        </w:rPr>
        <w:t>4:18  yani that was an innovation. yeh Islam mein kahin aisa nahi hai ke hamari duty hai ke hum dunya mein islami hukumat qaim karen. yeh aisi aisa kahin nahi hai.</w:t>
      </w:r>
      <w:r>
        <w:br/>
      </w:r>
      <w:r>
        <w:rPr>
          <w:sz w:val="20"/>
        </w:rPr>
        <w:t>4:30  to yeh prediction tha ke ek daur aayega ke musalmanon mein yeh zehan banega.</w:t>
      </w:r>
      <w:r>
        <w:br/>
      </w:r>
      <w:r>
        <w:rPr>
          <w:sz w:val="20"/>
        </w:rPr>
        <w:t>4:39  to is ke baad kya karenge woh? jab woh chahenge ke islami hukumat qaim karen to koi na koi tarjeeh qaim hogi. to is ko hatana hai, is ko depose karna hai, is ko overthrow karna hai.</w:t>
      </w:r>
      <w:r>
        <w:br/>
      </w:r>
      <w:r>
        <w:rPr>
          <w:sz w:val="20"/>
        </w:rPr>
        <w:t>4:52  to woh to hate ga nahi marzi se apni, to violence karenge. that is justified violence. yani insaaf qaim karne ke liye, justice qaim karne ke liye, islami hukumat qaim karne ke liye, Khuda ki hukumat qaim karne ke liye.</w:t>
      </w:r>
    </w:p>
    <w:p>
      <w:pPr>
        <w:pStyle w:val="Heading2"/>
      </w:pPr>
      <w:r>
        <w:t>Lack of confidence is baseless when God supplies the rest</w:t>
      </w:r>
    </w:p>
    <w:p>
      <w:r>
        <w:rPr>
          <w:color w:val="666666"/>
          <w:sz w:val="18"/>
        </w:rPr>
        <w:t>Journey to a Mediterranean Island November 23, 2008 · 2m 16s · at 6:22 · https://youtu.be/uoOiuhWeSIQ?t=382</w:t>
      </w:r>
    </w:p>
    <w:p>
      <w:r>
        <w:rPr>
          <w:i/>
        </w:rPr>
        <w:t>“لیک آف کانفیڈنس جو ہے، بہت ہی زیادہ بیس لیس چیز ہوتی ہے”</w:t>
      </w:r>
    </w:p>
    <w:p>
      <w:r>
        <w:rPr>
          <w:sz w:val="20"/>
        </w:rPr>
        <w:t>6:22  toh baharhal is safar ke kuch lessons, kuch experience mein batana chahunga aap ko, share karna chahunga. toh pehli cheez toh mein yahi kahunga ke lack of confidence jo hai, bohat hi zyada baseless cheez hoti hai.</w:t>
      </w:r>
      <w:r>
        <w:br/>
      </w:r>
      <w:r>
        <w:rPr>
          <w:sz w:val="20"/>
        </w:rPr>
        <w:t>6:40  kyunke mein, mein ne aap se kaha ke mein helplessness mein jeeta hoon hamesha.</w:t>
      </w:r>
      <w:r>
        <w:br/>
      </w:r>
      <w:r>
        <w:rPr>
          <w:sz w:val="20"/>
        </w:rPr>
        <w:t>6:46  mera nature hai helplessness par. mere nature mein help help helplessness interbon hai. toh hamesha mein apne ko samajhta hoon ke mein toh kuch nahin kar paunga.</w:t>
      </w:r>
      <w:r>
        <w:br/>
      </w:r>
      <w:r>
        <w:rPr>
          <w:sz w:val="20"/>
        </w:rPr>
        <w:t>7:02  lekin jab koi lack of confidence mere andar bohat zyada hai, balkeh confidence toh hai hi nahin mere andar.</w:t>
      </w:r>
      <w:r>
        <w:br/>
      </w:r>
      <w:r>
        <w:rPr>
          <w:sz w:val="20"/>
        </w:rPr>
        <w:t>7:12  lekin phir mujhe Hazrat Masih ka woh yaad aata hai ke ek shakhs ne un ki baat suni aur woh mutasir hua.</w:t>
      </w:r>
      <w:r>
        <w:br/>
      </w:r>
      <w:r>
        <w:rPr>
          <w:sz w:val="20"/>
        </w:rPr>
        <w:t>7:24  us ne kaha ke mein bhi chahta hoon ke karoon woh kaam jis ki taraf aap bulate hain logon ko. lekin mein kaise karunga? mere paas toh kuch hai nahin.</w:t>
      </w:r>
      <w:r>
        <w:br/>
      </w:r>
      <w:r>
        <w:rPr>
          <w:sz w:val="20"/>
        </w:rPr>
        <w:t>7:35  mein toh ek source less aadmi hoon.</w:t>
      </w:r>
      <w:r>
        <w:br/>
      </w:r>
      <w:r>
        <w:rPr>
          <w:sz w:val="20"/>
        </w:rPr>
        <w:t>7:39  Hazrat Masih ne kaha ke kitna, yaani kitna zabardast, ek hi shabd mein, ek hi sentence mein kitni zabardast baat hai.</w:t>
      </w:r>
      <w:r>
        <w:br/>
      </w:r>
      <w:r>
        <w:rPr>
          <w:sz w:val="20"/>
        </w:rPr>
        <w:t>7:50  unhone kaha ke insaan se nahin ho sakta, magar Khuda se ho sakta hai. man can not do, but God can. yeh hai formula is baat ka ke aap kehte hain confidence kaise aaye.</w:t>
      </w:r>
      <w:r>
        <w:br/>
      </w:r>
      <w:r>
        <w:rPr>
          <w:sz w:val="20"/>
        </w:rPr>
        <w:t>8:08  toh mein keh sakta hoon ke duniya mein shayad mein woh insaan hoon ke jis ke andar confidence bilkul hi nahin hai. lack of confidence mere andar, yaani extreme sense jo hai, uska is had tak mere andar lack of confidence hai.</w:t>
      </w:r>
      <w:r>
        <w:br/>
      </w:r>
      <w:r>
        <w:rPr>
          <w:sz w:val="20"/>
        </w:rPr>
        <w:t>8:25  lekin Hazrat Masih ka yeh jumla jo hai, hamesha mujhe yaad aata hai. man can not do, but God can. ke mujh se toh nahin ho sakta, magar Khuda se ho sakta hai.</w:t>
      </w:r>
    </w:p>
    <w:p>
      <w:pPr>
        <w:pStyle w:val="Heading2"/>
      </w:pPr>
      <w:r>
        <w:t>Sunnah of future vision</w:t>
      </w:r>
    </w:p>
    <w:p>
      <w:r>
        <w:rPr>
          <w:color w:val="666666"/>
          <w:sz w:val="18"/>
        </w:rPr>
        <w:t>Non Complaining Attitude Feb 23, 2019 · 26s · at 10:34 · https://youtu.be/W_UN5PdpeR8?t=634</w:t>
      </w:r>
    </w:p>
    <w:p>
      <w:r>
        <w:rPr>
          <w:i/>
        </w:rPr>
        <w:t>“Sunnat-e-Rasool hai future ko dekh kar raah banana.”</w:t>
      </w:r>
    </w:p>
    <w:p>
      <w:r>
        <w:rPr>
          <w:sz w:val="20"/>
        </w:rPr>
        <w:t>10:34  to yeh main ne yeh main ne is waqt socha crypto crypt kar kar ke. to main ne kaha yeh sunnat rasool ke khilaf hai aisa bolna.</w:t>
      </w:r>
      <w:r>
        <w:br/>
      </w:r>
      <w:r>
        <w:rPr>
          <w:sz w:val="20"/>
        </w:rPr>
        <w:t>10:47  sunnat rasool hai future ko dekh kar rah banana. sunnat rasool hai future ko dekh kar rah banana.</w:t>
      </w:r>
    </w:p>
    <w:p>
      <w:pPr>
        <w:pStyle w:val="Heading2"/>
      </w:pPr>
      <w:r>
        <w:t>Hadith explains how to practice zikr-e-kaseer</w:t>
      </w:r>
    </w:p>
    <w:p>
      <w:r>
        <w:rPr>
          <w:color w:val="666666"/>
          <w:sz w:val="18"/>
        </w:rPr>
        <w:t>Understanding The Importance of Hadith November 20, 2022 · 1m 38s · at 4:01 · https://youtu.be/xwY_Qsz4HSQ?t=241</w:t>
      </w:r>
    </w:p>
    <w:p>
      <w:r>
        <w:rPr>
          <w:i/>
        </w:rPr>
        <w:t>“Quran mein aaya: zikr kaseer karo, ab yeh kaise karein?”</w:t>
      </w:r>
    </w:p>
    <w:p>
      <w:r>
        <w:rPr>
          <w:sz w:val="20"/>
        </w:rPr>
        <w:t>4:01  to har maamle mein Quran ki jo tashreeh o tawzeeh hai, woh Hadith se hoti hai. hum Hadith ko Quran ki tafseer keh sakte hain.</w:t>
      </w:r>
      <w:r>
        <w:br/>
      </w:r>
      <w:r>
        <w:rPr>
          <w:sz w:val="20"/>
        </w:rPr>
        <w:t>4:13  to isko applied, applied quran bhi keh sakte</w:t>
      </w:r>
      <w:r>
        <w:br/>
      </w:r>
      <w:r>
        <w:rPr>
          <w:sz w:val="20"/>
        </w:rPr>
        <w:t>4:18  hain. kyunke quran ka application hamari day to day life mein kaise hoga, woh humko hadith se hi maloom hota hai.</w:t>
      </w:r>
      <w:r>
        <w:br/>
      </w:r>
      <w:r>
        <w:rPr>
          <w:sz w:val="20"/>
        </w:rPr>
        <w:t>4:27  hum ek misaal ke taur par quran mein aaya hai: zikr e kaseer karo. tum Allah ka zikr e kaseer karo. yeh surah al ahzab mein, ah, verse 41 hai.</w:t>
      </w:r>
      <w:r>
        <w:br/>
      </w:r>
      <w:r>
        <w:rPr>
          <w:sz w:val="20"/>
        </w:rPr>
        <w:t>4:40  ab zikr e kaseer kaise karein? zikr e kaseer ka kya tareeqa</w:t>
      </w:r>
      <w:r>
        <w:br/>
      </w:r>
      <w:r>
        <w:rPr>
          <w:sz w:val="20"/>
        </w:rPr>
        <w:t>4:44  ho? kuch logon ne kaha ke tasbeeh parhne ka: so baar parho, hazar baar parho, lakh baar parho.</w:t>
      </w:r>
      <w:r>
        <w:br/>
      </w:r>
      <w:r>
        <w:rPr>
          <w:sz w:val="20"/>
        </w:rPr>
        <w:t>4:53  to lekin jab hum rasool Allah salallahu alaihi wasallam ko dekhte hain, tab samajh mein aata hai ke zikr e kaseer kya hai. yaani har mauqe par, har jo tajurba ho, ismein Allah ko yaad karna. to hazrat aisha ne kaha hai ke aap har mauqe par Allah ko yaad karte</w:t>
      </w:r>
      <w:r>
        <w:br/>
      </w:r>
      <w:r>
        <w:rPr>
          <w:sz w:val="20"/>
        </w:rPr>
        <w:t>5:11  the. jaise koi tajurba guzarta hai to ismein koi na koi aap sabak ka pehlu nikaal ke is Allah ko yaad karte the. ek Abu Zar, ek sahabi the, unhone kaha ke agar aap chidiya bhedte hue dekhte to aap usse koi na koi sabak humein yaad dilate the.</w:t>
      </w:r>
      <w:r>
        <w:br/>
      </w:r>
      <w:r>
        <w:rPr>
          <w:sz w:val="20"/>
        </w:rPr>
        <w:t>5:31  to is wajah se hadith jo hai, woh bohat zyada important hai. iske baghair humko poori tareeqe se quran bhi samajhne mein nahin</w:t>
      </w:r>
    </w:p>
    <w:p>
      <w:pPr>
        <w:pStyle w:val="Heading2"/>
      </w:pPr>
      <w:r>
        <w:t>Translation to Maulana insight</w:t>
      </w:r>
    </w:p>
    <w:p>
      <w:r>
        <w:rPr>
          <w:color w:val="666666"/>
          <w:sz w:val="18"/>
        </w:rPr>
        <w:t>War And Peace November 15, 2013 Maulana Wahiduddin Khan · 1m 07s · at 1:03 · https://youtu.be/dxgn0Pp7iVQ?t=63</w:t>
      </w:r>
    </w:p>
    <w:p>
      <w:r>
        <w:rPr>
          <w:i/>
        </w:rPr>
        <w:t>“Is hadith ka tarjuma hai:”</w:t>
      </w:r>
    </w:p>
    <w:p>
      <w:r>
        <w:rPr>
          <w:sz w:val="20"/>
        </w:rPr>
        <w:t>1:03  is hadith ka tarjuma hai: abdullah bin abi aufa se riwayat hai ke rasool allah sallallahu alaihi wasallam ba'z un safaron mein jin mein dushman se amna samna hua, us waqt tak intazar karte jab tak suraj dhal na jata, phir logon mein khare hote aur farmate: "ae logon!</w:t>
      </w:r>
      <w:r>
        <w:br/>
      </w:r>
      <w:r>
        <w:rPr>
          <w:sz w:val="20"/>
        </w:rPr>
        <w:t>1:24  dushman se muqable ki tamanna na karo, allah se afiyat talab karo, aur agar tumhara dushman se muqabla ho to sabr karo, aur yeh jaan lo ke jannat talwaron ke saye mein hai." phir kaha: "ae allah!</w:t>
      </w:r>
      <w:r>
        <w:br/>
      </w:r>
      <w:r>
        <w:rPr>
          <w:sz w:val="20"/>
        </w:rPr>
        <w:t>1:38  kitab ke nazil karne wale aur lashkaroon ko shikast dene wale, unhein shikast de aur hamein un par ghalba ata farma." molana, is hadith ko wazeh kijiye.</w:t>
      </w:r>
      <w:r>
        <w:br/>
      </w:r>
      <w:r>
        <w:rPr>
          <w:sz w:val="20"/>
        </w:rPr>
        <w:t>1:50  bismillah rahman rahim.</w:t>
      </w:r>
      <w:r>
        <w:br/>
      </w:r>
      <w:r>
        <w:rPr>
          <w:sz w:val="20"/>
        </w:rPr>
        <w:t>1:56  yeh hadith jo aap ne suni, yeh qital yani war ke masle ko samajhne ke liye bohat aham hai.</w:t>
      </w:r>
    </w:p>
    <w:p>
      <w:pPr>
        <w:pStyle w:val="Heading2"/>
      </w:pPr>
      <w:r>
        <w:t>real change happens in the mind, not in rallies</w:t>
      </w:r>
    </w:p>
    <w:p>
      <w:r>
        <w:rPr>
          <w:color w:val="666666"/>
          <w:sz w:val="18"/>
        </w:rPr>
        <w:t>Muslim Unity March 15, 2014 Maulana Wahiduddin Khan · 20s · at 24:58 · https://youtu.be/CZHU5z3SEjc?t=1498</w:t>
      </w:r>
    </w:p>
    <w:p>
      <w:r>
        <w:rPr>
          <w:i/>
        </w:rPr>
        <w:t>“Yeh maamla sadko par nahi, jalsagahon mein nahi, dimagh mein hal hota hai”</w:t>
      </w:r>
    </w:p>
    <w:p>
      <w:r>
        <w:rPr>
          <w:sz w:val="20"/>
        </w:rPr>
        <w:t>24:58  yeh mamla sadkon par nahi hal hota, jalsagahon mein nahi hal hota, yeh mamla dimagh mein hal hota hai.</w:t>
      </w:r>
      <w:r>
        <w:br/>
      </w:r>
      <w:r>
        <w:rPr>
          <w:sz w:val="20"/>
        </w:rPr>
        <w:t>25:08  logon ke dimagh mein sahi shaoor dala jaye, is se masla hal hoga. to main dua karta hoon ke Allah ta'ala logon ko</w:t>
      </w:r>
    </w:p>
    <w:p>
      <w:pPr>
        <w:pStyle w:val="Heading2"/>
      </w:pPr>
      <w:r>
        <w:t>Story of attempt to kill Prophet</w:t>
      </w:r>
    </w:p>
    <w:p>
      <w:r>
        <w:rPr>
          <w:color w:val="666666"/>
          <w:sz w:val="18"/>
        </w:rPr>
        <w:t>Lessons from My Journey to Canada II January 10, 2016 · 22s · at 1:06:10 · https://youtu.be/GHF2Ph3GW7A?t=3970</w:t>
      </w:r>
    </w:p>
    <w:p>
      <w:r>
        <w:rPr>
          <w:i/>
        </w:rPr>
        <w:t>“Someone told me today that a person tried to kill the Prophet”</w:t>
      </w:r>
    </w:p>
    <w:p>
      <w:r>
        <w:rPr>
          <w:sz w:val="20"/>
        </w:rPr>
        <w:t>1:06:10  Someone told me today that one person on his camel got so close to the Prophet and wanted to kill him with his arrow, but his hands got frozen. He tried it several times, but he failed. Maulana Sahab, has this incident ever happened in the life of Prophet?</w:t>
      </w:r>
      <w:r>
        <w:br/>
      </w:r>
      <w:r>
        <w:rPr>
          <w:sz w:val="20"/>
        </w:rPr>
        <w:t>1:06:32  Kindly let us know what was the reality or what really happened." Nahin, yeh kahani hai, is ka koi haqeeqat talluq nahin hai. Agar yeh haqeeqat hoti to Rasool Allah ko Makka chhodne ki zaroorat kya hoti? Chhodne ki zaroorat hi kya thi? Yahi waqia Makka mein rehte hue hota to aap ko Makka chhodne ki zaroorat nahin thi. To yeh ek kahani hai, is ki koi haqeeqat nahin hai. Thank you.</w:t>
      </w:r>
    </w:p>
    <w:p>
      <w:pPr>
        <w:pStyle w:val="Heading2"/>
      </w:pPr>
      <w:r>
        <w:t>Wrong ijtihad still earns divine reward</w:t>
      </w:r>
    </w:p>
    <w:p>
      <w:r>
        <w:rPr>
          <w:color w:val="666666"/>
          <w:sz w:val="18"/>
        </w:rPr>
        <w:t>Islam in A New Age March 18, 2012 · 54s · at 10:55 · https://youtu.be/P5hzq_NheY0?t=655</w:t>
      </w:r>
    </w:p>
    <w:p>
      <w:r>
        <w:rPr>
          <w:i/>
        </w:rPr>
        <w:t>“Ghalti ho jaye, tab bhi sawab milega”</w:t>
      </w:r>
    </w:p>
    <w:p>
      <w:r>
        <w:rPr>
          <w:sz w:val="20"/>
        </w:rPr>
        <w:t>10:55  agar sahih na ho, ghalti ho jaye, tab bhi ek sawab hai. is ka matlab kya hai? ye ijtihad ko ubharna hai. ijtihad ka shauq dilana hai ke bila dare hue ijtihad karo.</w:t>
      </w:r>
      <w:r>
        <w:br/>
      </w:r>
      <w:r>
        <w:rPr>
          <w:sz w:val="20"/>
        </w:rPr>
        <w:t>11:12  kaisi ajeeb baat hai. yaani ye mat daro ke ijtihad kar ke tum ghalti kar jaoge. ghalti karoge, tab bhi Allah taala tum ko inaam dega.</w:t>
      </w:r>
      <w:r>
        <w:br/>
      </w:r>
      <w:r>
        <w:rPr>
          <w:sz w:val="20"/>
        </w:rPr>
        <w:t>11:23  sirf apni niyat ka lihaaz rakho. innamal aamaalu binniyat apni niyat ko dekho ke niyat durust ho.</w:t>
      </w:r>
      <w:r>
        <w:br/>
      </w:r>
      <w:r>
        <w:rPr>
          <w:sz w:val="20"/>
        </w:rPr>
        <w:t>11:32  yaani niyat agar durust hai, yaani fehm-e-deen ki niyat hai, Allah ki marifat janne ki niyat hai, Allah ki qurbat hasil karne ki niyat hai,</w:t>
      </w:r>
      <w:r>
        <w:br/>
      </w:r>
      <w:r>
        <w:rPr>
          <w:sz w:val="20"/>
        </w:rPr>
        <w:t>11:45  to khoob ijtihad karo.</w:t>
      </w:r>
    </w:p>
    <w:p>
      <w:pPr>
        <w:pStyle w:val="Heading2"/>
      </w:pPr>
      <w:r>
        <w:t>Full opening up to hadith introduction</w:t>
      </w:r>
    </w:p>
    <w:p>
      <w:r>
        <w:rPr>
          <w:color w:val="666666"/>
          <w:sz w:val="18"/>
        </w:rPr>
        <w:t>The Reality of Angels December 01, 2018 · 56s · at 0:13 · https://youtu.be/Tz_yrfnJktA?t=13</w:t>
      </w:r>
    </w:p>
    <w:p>
      <w:r>
        <w:rPr>
          <w:i/>
        </w:rPr>
        <w:t>“Bismillah”</w:t>
      </w:r>
    </w:p>
    <w:p>
      <w:r>
        <w:rPr>
          <w:sz w:val="20"/>
        </w:rPr>
        <w:t>0:13  bismillah rahman rahim.</w:t>
      </w:r>
      <w:r>
        <w:br/>
      </w:r>
      <w:r>
        <w:rPr>
          <w:sz w:val="20"/>
        </w:rPr>
        <w:t>0:20  wasalli allah ala nabiyil karim. yakum december</w:t>
      </w:r>
      <w:r>
        <w:br/>
      </w:r>
      <w:r>
        <w:rPr>
          <w:sz w:val="20"/>
        </w:rPr>
        <w:t>0:27  2018.</w:t>
      </w:r>
      <w:r>
        <w:br/>
      </w:r>
      <w:r>
        <w:rPr>
          <w:sz w:val="20"/>
        </w:rPr>
        <w:t>0:34  aaj ka topic hai:</w:t>
      </w:r>
      <w:r>
        <w:br/>
      </w:r>
      <w:r>
        <w:rPr>
          <w:sz w:val="20"/>
        </w:rPr>
        <w:t>0:43  angels, yaani farishte.</w:t>
      </w:r>
      <w:r>
        <w:br/>
      </w:r>
      <w:r>
        <w:rPr>
          <w:sz w:val="20"/>
        </w:rPr>
        <w:t>0:55  farishton ke bare mein ek hadith aayi hai, woh pehle aap ke samne parhi jaye gi, us ke baad inshallah is ki tashreeh mein kuch arz kiya jaye ga.</w:t>
      </w:r>
    </w:p>
    <w:p>
      <w:pPr>
        <w:pStyle w:val="Heading2"/>
      </w:pPr>
      <w:r>
        <w:t>Shock treatment from Tatars and Europeans</w:t>
      </w:r>
    </w:p>
    <w:p>
      <w:r>
        <w:rPr>
          <w:color w:val="666666"/>
          <w:sz w:val="18"/>
        </w:rPr>
        <w:t>Tayeed e Deen | July 13, 2014 · 4m 38s · at 18:38 · https://youtu.be/n94xyIC-RE0?t=1118</w:t>
      </w:r>
    </w:p>
    <w:p>
      <w:r>
        <w:rPr>
          <w:i/>
        </w:rPr>
        <w:t>“All Muslim literature portrays Tatars negatively.”</w:t>
      </w:r>
    </w:p>
    <w:p>
      <w:r>
        <w:rPr>
          <w:sz w:val="20"/>
        </w:rPr>
        <w:t>18:38  ko tod diya.</w:t>
      </w:r>
      <w:r>
        <w:br/>
      </w:r>
      <w:r>
        <w:rPr>
          <w:sz w:val="20"/>
        </w:rPr>
        <w:t>18:42  ab jitna bhi literature padhein musalmanon ka, one to all, without any exception, sab Tatariyon ko negative</w:t>
      </w:r>
      <w:r>
        <w:br/>
      </w:r>
      <w:r>
        <w:rPr>
          <w:sz w:val="20"/>
        </w:rPr>
        <w:t>18:47  tasweer pesh karta hai.</w:t>
      </w:r>
      <w:r>
        <w:br/>
      </w:r>
      <w:r>
        <w:rPr>
          <w:sz w:val="20"/>
        </w:rPr>
        <w:t>18:51  Ibn Taymiyyah se le kar ke aaj tak jitne bhi hain sab ke sab.</w:t>
      </w:r>
      <w:r>
        <w:br/>
      </w:r>
      <w:r>
        <w:rPr>
          <w:sz w:val="20"/>
        </w:rPr>
        <w:t>18:55  halankeh Tatariyon ka bohat bara positive role hai.</w:t>
      </w:r>
      <w:r>
        <w:br/>
      </w:r>
      <w:r>
        <w:rPr>
          <w:sz w:val="20"/>
        </w:rPr>
        <w:t>19:00  yaani wahan bhi taayidi role hai.</w:t>
      </w:r>
      <w:r>
        <w:br/>
      </w:r>
      <w:r>
        <w:rPr>
          <w:sz w:val="20"/>
        </w:rPr>
        <w:t>19:04  woh kaise? woh jo zamana tha, yaani terveen sadi ka zamana, musalman jo hai bohat hi</w:t>
      </w:r>
      <w:r>
        <w:br/>
      </w:r>
      <w:r>
        <w:rPr>
          <w:sz w:val="20"/>
        </w:rPr>
        <w:t>19:08  jaboot, stagnation mein mubtala ho chuke the. lambi muddat tak, yani aish o aram, iqtadar aur ek position, ye sab mein jeete jeete stagnation aa gaya tha. bohat bare paimane par. is stagnation ko toda tatariyon ne. is is jaboot ko tatariyon ne toda. is tarah ka jaboot jo hai, is tarah nahi, jaboot meethi meethi baat</w:t>
      </w:r>
      <w:r>
        <w:br/>
      </w:r>
      <w:r>
        <w:rPr>
          <w:sz w:val="20"/>
        </w:rPr>
        <w:t>19:38  on se nahi tootta. agar aap ja kar wo kahen ke a musalmanon, tum ko jaboot paida ho gaya hai to apne andar jaboot ko todo to koi nahi todega. meethi meethi baaton se duniya mein koi inqilab nahi aata. it requires shock treatment. yaad rakhen, koi bada waqea jo hota hai wo shock treatment ke zariye hota hai. to is mein ye bhi chhi hui hai ye baat</w:t>
      </w:r>
      <w:r>
        <w:br/>
      </w:r>
      <w:r>
        <w:rPr>
          <w:sz w:val="20"/>
        </w:rPr>
        <w:t>20:08  ke ahle ghair ahle deen jo hain, ghair ahle deen, wahi to shock treatment denge aap ko. apne log kya denge? apne log to meethi meethi baaten karenge. apne log to hain, baradaran e islam ki boli bolenge. baradaran e islam ki boli se kuch intikhab nahi aaya karta. wo to wo karega jo kahega ke a a dushmanon, a insaniyat ke dushmanon, tab compreshan k</w:t>
      </w:r>
      <w:r>
        <w:br/>
      </w:r>
      <w:r>
        <w:rPr>
          <w:sz w:val="20"/>
        </w:rPr>
        <w:t>20:38  rate hota hai, tab shock treatment aata hai, tab koi bara inqilab hota hai.</w:t>
      </w:r>
      <w:r>
        <w:br/>
      </w:r>
      <w:r>
        <w:rPr>
          <w:sz w:val="20"/>
        </w:rPr>
        <w:t>20:44  to Tatariyon ne yeh kaam kiya terveen sadi mein.</w:t>
      </w:r>
      <w:r>
        <w:br/>
      </w:r>
      <w:r>
        <w:rPr>
          <w:sz w:val="20"/>
        </w:rPr>
        <w:t>20:50  aur is ke baad musalmanon mein ek naya daur aaya.</w:t>
      </w:r>
      <w:r>
        <w:br/>
      </w:r>
      <w:r>
        <w:rPr>
          <w:sz w:val="20"/>
        </w:rPr>
        <w:t>20:55  ek naya daur.</w:t>
      </w:r>
      <w:r>
        <w:br/>
      </w:r>
      <w:r>
        <w:rPr>
          <w:sz w:val="20"/>
        </w:rPr>
        <w:t>21:01  unhon ne bari bari taraqqi ki.</w:t>
      </w:r>
      <w:r>
        <w:br/>
      </w:r>
      <w:r>
        <w:rPr>
          <w:sz w:val="20"/>
        </w:rPr>
        <w:t>21:07  isi tarah dekhein, maujooda zamane mein jo European qaumein uthein, jin ko hum kehte hain colonial powers,</w:t>
      </w:r>
      <w:r>
        <w:br/>
      </w:r>
      <w:r>
        <w:rPr>
          <w:sz w:val="20"/>
        </w:rPr>
        <w:t>21:13  unhone musalmanon ko hukumat todi aur unke social nizam ko toda. aur bohat sab waqeyat hue. to sare ulama aur sare rehnuma sirf negative boli bolte hain inke khilaf. sirf negative. main ne dekha ye bilashuba ek aisi cheez hai jo quran o hadith ki nafi ke bahane hai. nafi. jab is deen ka mamla ye hai ke fajar log aur ghair ahle deen log bhi iski taeed karenge to tum ko kya haq hai</w:t>
      </w:r>
      <w:r>
        <w:br/>
      </w:r>
      <w:r>
        <w:rPr>
          <w:sz w:val="20"/>
        </w:rPr>
        <w:t>21:43  کہ تم negative بولی بولو؟ تم کو تلاش کرنا چاہیے اسے؟ positive آصف جھوٹ نہ چاہیے؟ تو یہ</w:t>
      </w:r>
      <w:r>
        <w:br/>
      </w:r>
      <w:r>
        <w:rPr>
          <w:sz w:val="20"/>
        </w:rPr>
        <w:t>21:50  jo European the, aaye jo Muslim dunya mein, Africa aur Asia mein, yahi to jadeed daur le aaye.</w:t>
      </w:r>
      <w:r>
        <w:br/>
      </w:r>
      <w:r>
        <w:rPr>
          <w:sz w:val="20"/>
        </w:rPr>
        <w:t>21:58  aap jante hain ke printing press sab se pehle kaun laya tha? printing press sab se pehle laya</w:t>
      </w:r>
      <w:r>
        <w:br/>
      </w:r>
      <w:r>
        <w:rPr>
          <w:sz w:val="20"/>
        </w:rPr>
        <w:t>22:05  tha Muslim dunya mein Napoleon, jis ne attack kar ke Syria par qabza kar liya tha.</w:t>
      </w:r>
      <w:r>
        <w:br/>
      </w:r>
      <w:r>
        <w:rPr>
          <w:sz w:val="20"/>
        </w:rPr>
        <w:t>22:13  hamare ulama nahi printing press laye the.</w:t>
      </w:r>
      <w:r>
        <w:br/>
      </w:r>
      <w:r>
        <w:rPr>
          <w:sz w:val="20"/>
        </w:rPr>
        <w:t>22:18  printing press dunya mein lane wale koi ulama nahi the.</w:t>
      </w:r>
      <w:r>
        <w:br/>
      </w:r>
      <w:r>
        <w:rPr>
          <w:sz w:val="20"/>
        </w:rPr>
        <w:t>22:23  ya jo taajub guzaar log nahi thay, jo masjidon mein ki raunaq barhate hain, woh nahi thay jo</w:t>
      </w:r>
      <w:r>
        <w:br/>
      </w:r>
      <w:r>
        <w:rPr>
          <w:sz w:val="20"/>
        </w:rPr>
        <w:t>22:29  printing press laye.</w:t>
      </w:r>
      <w:r>
        <w:br/>
      </w:r>
      <w:r>
        <w:rPr>
          <w:sz w:val="20"/>
        </w:rPr>
        <w:t>22:34  woh laya napoleon, jis ne attack kiya tha, attack kar ke qabza kiya tha sham par.</w:t>
      </w:r>
      <w:r>
        <w:br/>
      </w:r>
      <w:r>
        <w:rPr>
          <w:sz w:val="20"/>
        </w:rPr>
        <w:t>22:39  aur jitni bhi tarqqiyan hain, woh saari tarqqiyan european log laye.</w:t>
      </w:r>
      <w:r>
        <w:br/>
      </w:r>
      <w:r>
        <w:rPr>
          <w:sz w:val="20"/>
        </w:rPr>
        <w:t>22:44  toh woh aaye, unhon ne toda musalmanon ke nizaam ko, musalmanon ki hukoomaton ko.</w:t>
      </w:r>
      <w:r>
        <w:br/>
      </w:r>
      <w:r>
        <w:rPr>
          <w:sz w:val="20"/>
        </w:rPr>
        <w:t>22:49  lekin yeh ek shock treatment thi.</w:t>
      </w:r>
      <w:r>
        <w:br/>
      </w:r>
      <w:r>
        <w:rPr>
          <w:sz w:val="20"/>
        </w:rPr>
        <w:t>22:55  lekin jis ko bhi thi burai bahar kar raha hai.</w:t>
      </w:r>
      <w:r>
        <w:br/>
      </w:r>
      <w:r>
        <w:rPr>
          <w:sz w:val="20"/>
        </w:rPr>
        <w:t>23:00  ون ٹو آل، ہر آدمی بس برائی باہر کر رہا ہے colonial powers کی۔</w:t>
      </w:r>
      <w:r>
        <w:br/>
      </w:r>
      <w:r>
        <w:rPr>
          <w:sz w:val="20"/>
        </w:rPr>
        <w:t>23:05  yeh mere nazdeek bohat hi zyada objectionable baat hai.</w:t>
      </w:r>
      <w:r>
        <w:br/>
      </w:r>
      <w:r>
        <w:rPr>
          <w:sz w:val="20"/>
        </w:rPr>
        <w:t>23:11  kyunke yeh Allah aur Rasool ne jo waade kiye hain, is waade ke khilaaf hai. Yeh</w:t>
      </w:r>
    </w:p>
    <w:p>
      <w:pPr>
        <w:pStyle w:val="Heading2"/>
      </w:pPr>
      <w:r>
        <w:t>How Hadith guides family and marital life</w:t>
      </w:r>
    </w:p>
    <w:p>
      <w:r>
        <w:rPr>
          <w:color w:val="666666"/>
          <w:sz w:val="18"/>
        </w:rPr>
        <w:t>The Living Tradition: Why Hadith Matters in Islam?</w:t>
        <w:br/>
        <w:t>December 8, 2024 · 1m 24s · at 1:08:18 · https://youtu.be/2w9-vnnJBeY?t=4098</w:t>
      </w:r>
    </w:p>
    <w:p>
      <w:r>
        <w:rPr>
          <w:i/>
        </w:rPr>
        <w:t>“How does Hadith address family, marriage, and society?”</w:t>
      </w:r>
    </w:p>
    <w:p>
      <w:r>
        <w:rPr>
          <w:sz w:val="20"/>
        </w:rPr>
        <w:t>1:08:18  aakhir mein ek sawal jo kuch log karte rehte hain, is par main apni taraf se kuch baat bata deta hoon. Woh yeh hai, sawal yeh hai ke</w:t>
      </w:r>
      <w:r>
        <w:br/>
      </w:r>
      <w:r>
        <w:rPr>
          <w:sz w:val="20"/>
        </w:rPr>
        <w:t>1:08:30  hadith mein kaise address kiya gaya hai is muamle ko jo family ka hai, marriage ka hai, aur society ka hai? Kaise address kiya gaya hai?</w:t>
      </w:r>
      <w:r>
        <w:br/>
      </w:r>
      <w:r>
        <w:rPr>
          <w:sz w:val="20"/>
        </w:rPr>
        <w:t>1:08:39  to dekhiye, is ka jawab yeh hai ke Quran agar hum parhein to is mein jo family ya kisi bhi talluq se baatein hain, to spirituality ka pehlu zyada aham hai, phaila hua hai, zyada focus kiya gaya hai.</w:t>
      </w:r>
      <w:r>
        <w:br/>
      </w:r>
      <w:r>
        <w:rPr>
          <w:sz w:val="20"/>
        </w:rPr>
        <w:t>1:08:51  hadith mein hum jaate to is mein practical wisdom ke sath baaton ko bataya gaya hai. Jaisa ke Maulana kehte thay ke hadith ki hikmat ko bhi janna chahiye, ya marifat hadith ko janiye, to woh hum ko</w:t>
      </w:r>
      <w:r>
        <w:br/>
      </w:r>
      <w:r>
        <w:rPr>
          <w:sz w:val="20"/>
        </w:rPr>
        <w:t>1:09:02  hadith se maloom hota hai. Aur muhaddiseen ne is par kai bab bhi bandhe hain, jaisa ke ek bab hai "Husn al-Mu'asharat ma' al-Ahl" ke naam se ke ghar walon ke sath kaise achhe tarike se raha jaye.</w:t>
      </w:r>
      <w:r>
        <w:br/>
      </w:r>
      <w:r>
        <w:rPr>
          <w:sz w:val="20"/>
        </w:rPr>
        <w:t>1:09:15  isi tarike se "Husn Mu'asharat al-Nisa" auraton ke sath kaise achhe tarike se rehna chahiye, is par hai.</w:t>
      </w:r>
      <w:r>
        <w:br/>
      </w:r>
      <w:r>
        <w:rPr>
          <w:sz w:val="20"/>
        </w:rPr>
        <w:t>1:09:21  to aise aayi hain, kai cheezain aayi hain. Ek hadith hai, Allah ke Rasool sallallahu alaihi wasallam ne kaha ke society mein kaisa achhe tarike se reh sakta hai insaan? Is par yeh hadith ke ek insaan jo logon ke sath milta julta hai aur us ki aza par sabr karta hai, woh us se behtar hai jo logon se milta julta nahi aur un ki aza par sabr nahi karta.</w:t>
      </w:r>
    </w:p>
    <w:p>
      <w:pPr>
        <w:pStyle w:val="Heading2"/>
      </w:pPr>
      <w:r>
        <w:t>Prophet's dream: Umm Hiram promised place among voyagers to paradise</w:t>
      </w:r>
    </w:p>
    <w:p>
      <w:r>
        <w:rPr>
          <w:color w:val="666666"/>
          <w:sz w:val="18"/>
        </w:rPr>
        <w:t>Journey to a Mediterranean Island November 23, 2008 · 1m 18s · at 31:01 · https://youtu.be/uoOiuhWeSIQ?t=1861</w:t>
      </w:r>
    </w:p>
    <w:p>
      <w:r>
        <w:rPr>
          <w:i/>
        </w:rPr>
        <w:t>“تو وہاں آپ سو گئے، نیند آ گئی آپ کو ان کے گھر پر”</w:t>
      </w:r>
    </w:p>
    <w:p>
      <w:r>
        <w:rPr>
          <w:sz w:val="20"/>
        </w:rPr>
        <w:t>31:01  to wahan aap so gaye, neend aa gayi aap ko un ke ghar par</w:t>
      </w:r>
      <w:r>
        <w:br/>
      </w:r>
      <w:r>
        <w:rPr>
          <w:sz w:val="20"/>
        </w:rPr>
        <w:t>31:06  jab aap uthe to aap muskura rahe the, rasool Allah sal Allah alaihi wasallam muskura rahe the. to umm e haraam ne poocha ke aey Allah ke rasool, aap kyun muskura rahe hain?</w:t>
      </w:r>
      <w:r>
        <w:br/>
      </w:r>
      <w:r>
        <w:rPr>
          <w:sz w:val="20"/>
        </w:rPr>
        <w:t>31:20  to aap ne farmaya ke mujhe aik group dikhaya gaya,</w:t>
      </w:r>
      <w:r>
        <w:br/>
      </w:r>
      <w:r>
        <w:rPr>
          <w:sz w:val="20"/>
        </w:rPr>
        <w:t>31:27  aik group dikhaya gaya, ahl e jannat ka group. woh samandar ka safar kar raha hai,</w:t>
      </w:r>
      <w:r>
        <w:br/>
      </w:r>
      <w:r>
        <w:rPr>
          <w:sz w:val="20"/>
        </w:rPr>
        <w:t>31:34  samandar ka safar kar ke woh aik jazeeray mein pahunch raha hai, aur un ke baray mein aap kaha. aap ne farmaya ke kal muluk ala al-asr, badshahon ki tarah takhton par,</w:t>
      </w:r>
      <w:r>
        <w:br/>
      </w:r>
      <w:r>
        <w:rPr>
          <w:sz w:val="20"/>
        </w:rPr>
        <w:t>31:49  unlike, like kings in thrones.</w:t>
      </w:r>
      <w:r>
        <w:br/>
      </w:r>
      <w:r>
        <w:rPr>
          <w:sz w:val="20"/>
        </w:rPr>
        <w:t>32:00  to</w:t>
      </w:r>
      <w:r>
        <w:br/>
      </w:r>
      <w:r>
        <w:rPr>
          <w:sz w:val="20"/>
        </w:rPr>
        <w:t>32:03  hazrat umm e haraam ko bohat shauq hua, unhon ne kaha ke aap dua kijiye ke main bhi is jamaat mein, is group mein shamil ho jaon. to aap ne farmaya ke tum un mein se ho, tum un mein se ho.</w:t>
      </w:r>
    </w:p>
    <w:p>
      <w:pPr>
        <w:pStyle w:val="Heading2"/>
      </w:pPr>
      <w:r>
        <w:t>Muslim diaspora today takes; earlier generations came to give</w:t>
      </w:r>
    </w:p>
    <w:p>
      <w:r>
        <w:rPr>
          <w:color w:val="666666"/>
          <w:sz w:val="18"/>
        </w:rPr>
        <w:t>Journey to a Mediterranean Island November 23, 2008 · 1m 31s · at 16:00 · https://youtu.be/uoOiuhWeSIQ?t=960</w:t>
      </w:r>
    </w:p>
    <w:p>
      <w:r>
        <w:rPr>
          <w:i/>
        </w:rPr>
        <w:t>“یہ لوگ جو مسلمز ہیں، ڈائسپورا ساری دنیا میں پھیلے ہوئے ہیں”</w:t>
      </w:r>
    </w:p>
    <w:p>
      <w:r>
        <w:rPr>
          <w:sz w:val="20"/>
        </w:rPr>
        <w:t>16:00  to yeh log jo muslims hain, diaspora sari dunya mein phailay hue hain.</w:t>
      </w:r>
      <w:r>
        <w:br/>
      </w:r>
      <w:r>
        <w:rPr>
          <w:sz w:val="20"/>
        </w:rPr>
        <w:t>16:09  mein to mere andazay ke mutabiq kam az kam, yaani yeh log jo hain, yaani 20 million log jo hain, bahar ki dunya mein phailay hue hain.</w:t>
      </w:r>
      <w:r>
        <w:br/>
      </w:r>
      <w:r>
        <w:rPr>
          <w:sz w:val="20"/>
        </w:rPr>
        <w:t>16:21  kam az kam seven billion to sirf America mein hain.</w:t>
      </w:r>
      <w:r>
        <w:br/>
      </w:r>
      <w:r>
        <w:rPr>
          <w:sz w:val="20"/>
        </w:rPr>
        <w:t>16:28  to sahaba jo gaye thay, kis liye gaye thay? woh gaye thay dawa work ke liye. ab jo aate hain, jo log kis liye?</w:t>
      </w:r>
      <w:r>
        <w:br/>
      </w:r>
      <w:r>
        <w:rPr>
          <w:sz w:val="20"/>
        </w:rPr>
        <w:t>16:37  sirf money ke liye, job ke liye, paise ke liye. to un ke zamanay mein kya hua? sari dunya mein Islam ka dabdaba qaim ho gaya.</w:t>
      </w:r>
      <w:r>
        <w:br/>
      </w:r>
      <w:r>
        <w:rPr>
          <w:sz w:val="20"/>
        </w:rPr>
        <w:t>16:48  aaj kuch bhi nahi ho raha hai. woh jatay thay denay ke liye, yeh log gaye hain lenay ke liye. and there is big difference between giver and taker.</w:t>
      </w:r>
      <w:r>
        <w:br/>
      </w:r>
      <w:r>
        <w:rPr>
          <w:sz w:val="20"/>
        </w:rPr>
        <w:t>17:03  woh jo thay, woh giver group ke tor par gaye thay. ab hum jatay hain taker group ke tor par.</w:t>
      </w:r>
      <w:r>
        <w:br/>
      </w:r>
      <w:r>
        <w:rPr>
          <w:sz w:val="20"/>
        </w:rPr>
        <w:t>17:13  phir aik cheez mujhe bohat bari baat mujhe samajh aai is tajrubay se. is zamane mein taqreeban sari dunya mein aik bohat bari cheez thi is ko ke jis se log be khabar rahe, un aware rahe.</w:t>
      </w:r>
    </w:p>
    <w:p>
      <w:pPr>
        <w:pStyle w:val="Heading2"/>
      </w:pPr>
      <w:r>
        <w:t>Hadith of God descending and symbolic insight</w:t>
      </w:r>
    </w:p>
    <w:p>
      <w:r>
        <w:rPr>
          <w:color w:val="666666"/>
          <w:sz w:val="18"/>
        </w:rPr>
        <w:t>Avail Your Morning Time August 23, 2020 Maulana Wahiduddin Khan · 2m 25s · at 0:31 · https://youtu.be/mVs7Y0lavYk?t=31</w:t>
      </w:r>
    </w:p>
    <w:p>
      <w:r>
        <w:rPr>
          <w:i/>
        </w:rPr>
        <w:t>“Aaj bas woh utha to ek hadith mujhe yaad aayi.”</w:t>
      </w:r>
    </w:p>
    <w:p>
      <w:r>
        <w:rPr>
          <w:sz w:val="20"/>
        </w:rPr>
        <w:t>0:31  Aaj bas woh utha to ek hadith mujhe yaad aayi.</w:t>
      </w:r>
      <w:r>
        <w:br/>
      </w:r>
      <w:r>
        <w:rPr>
          <w:sz w:val="20"/>
        </w:rPr>
        <w:t>0:40  Woh hadith yeh hai ke Allah rozana subah ke waqt aasman duniya par utarta hai</w:t>
      </w:r>
      <w:r>
        <w:br/>
      </w:r>
      <w:r>
        <w:rPr>
          <w:sz w:val="20"/>
        </w:rPr>
        <w:t>0:55  aur awaaz deta hai:</w:t>
      </w:r>
      <w:r>
        <w:br/>
      </w:r>
      <w:r>
        <w:rPr>
          <w:sz w:val="20"/>
        </w:rPr>
        <w:t>1:01  "Hal min saail fa'utah?" Koi maangne wala hai jo usko doon?</w:t>
      </w:r>
      <w:r>
        <w:br/>
      </w:r>
      <w:r>
        <w:rPr>
          <w:sz w:val="20"/>
        </w:rPr>
        <w:t>1:09  An Abi Hurairah 'an Rasul Allah Sallallahu 'alaihi wa sallam qala: "Yunzil Allah ila as-samaa' ad-dunyaa kulla laylatin hiyma yamshee thulthul layl al-awwal.</w:t>
      </w:r>
      <w:r>
        <w:br/>
      </w:r>
      <w:r>
        <w:rPr>
          <w:sz w:val="20"/>
        </w:rPr>
        <w:t>1:19  Fayaqool: Ana al-malik, ana al-malik. Man yado'onee fa'astajeeb lahu, man yas'alunee fa'u'teeh, man yastaghfirunee fa'aghfir lahu.</w:t>
      </w:r>
      <w:r>
        <w:br/>
      </w:r>
      <w:r>
        <w:rPr>
          <w:sz w:val="20"/>
        </w:rPr>
        <w:t>1:33  Fala yazaalu kadhalika hatta yuzee' al-fajr." Saheeh Muslim hadith number 758. Wa fi riwayat: "Hal min saail fa'u'teeh?" Abu Hurairah riwayat karte hain ke Rasool Allah Sallallahu 'alaihi wa sallam ne kaha: "Allah taala samaaye duniya par har raat</w:t>
      </w:r>
      <w:r>
        <w:br/>
      </w:r>
      <w:r>
        <w:rPr>
          <w:sz w:val="20"/>
        </w:rPr>
        <w:t>1:54  jab ke pehla tihai hissa guzar jaye utarta hai aur kehta hai: Main baadshah hoon, main baadshah hoon.</w:t>
      </w:r>
      <w:r>
        <w:br/>
      </w:r>
      <w:r>
        <w:rPr>
          <w:sz w:val="20"/>
        </w:rPr>
        <w:t>2:04  Kaun hai jo mujh se dua kare, main uski dua qubool karoon? Kaun hai jo mujh se maange to main usko</w:t>
      </w:r>
      <w:r>
        <w:br/>
      </w:r>
      <w:r>
        <w:rPr>
          <w:sz w:val="20"/>
        </w:rPr>
        <w:t>2:11  ata karoon? Kaun hai jo mujh se maghfirat chahe, main usko bakhsh doon?" Isi tarah rehta hai yahan tak ke fajar ki roshni fajar roshan ho jata hai.</w:t>
      </w:r>
      <w:r>
        <w:br/>
      </w:r>
      <w:r>
        <w:rPr>
          <w:sz w:val="20"/>
        </w:rPr>
        <w:t>2:24  Ek riwayat mein izafa hai: "Hai koi maangne wala to main usko doon?"</w:t>
      </w:r>
      <w:r>
        <w:br/>
      </w:r>
      <w:r>
        <w:rPr>
          <w:sz w:val="20"/>
        </w:rPr>
        <w:t>2:29  Musnad Ahmad hadith number 9591.</w:t>
      </w:r>
      <w:r>
        <w:br/>
      </w:r>
      <w:r>
        <w:rPr>
          <w:sz w:val="20"/>
        </w:rPr>
        <w:t>2:35  Main is hadith ko bahut dinon se sochta tha.</w:t>
      </w:r>
      <w:r>
        <w:br/>
      </w:r>
      <w:r>
        <w:rPr>
          <w:sz w:val="20"/>
        </w:rPr>
        <w:t>2:45  Aaj subah mujhe achaanak mere zehen mein aaya ke yeh symbolic sense mein hai.</w:t>
      </w:r>
    </w:p>
    <w:p>
      <w:pPr>
        <w:pStyle w:val="Heading2"/>
      </w:pPr>
      <w:r>
        <w:t>everything created is a sign pointing to God</w:t>
      </w:r>
    </w:p>
    <w:p>
      <w:r>
        <w:rPr>
          <w:color w:val="666666"/>
          <w:sz w:val="18"/>
        </w:rPr>
        <w:t>Bird Culture March 6, 2014 Maulana Wahiduddin Khan · 5m 32s · at 23:52 · https://youtu.be/zLSCXGvTJ9A?t=1432</w:t>
      </w:r>
    </w:p>
    <w:p>
      <w:r>
        <w:rPr>
          <w:i/>
        </w:rPr>
        <w:t>“Allah ne poori duniya insan ke liye tamseel banaya”</w:t>
      </w:r>
    </w:p>
    <w:p>
      <w:r>
        <w:rPr>
          <w:sz w:val="20"/>
        </w:rPr>
        <w:t>23:52  main samajhta hoon ke Allah taala ne poori yeh jo dunya banai hai, is mein insan ke siwa jo madi cheezein hain ya jo hawani cheezein hain, un sab ko Allah taala ne tamseel bana diya insan ke liye.</w:t>
      </w:r>
      <w:r>
        <w:br/>
      </w:r>
      <w:r>
        <w:rPr>
          <w:sz w:val="20"/>
        </w:rPr>
        <w:t>24:07  har cheez mein ek tamseel hai. insani behavior ke liye hawani zindagi mein ya suraj aur chand mein, sitare aur sayare mein madi tamseelat qaim kar di gayi hain.</w:t>
      </w:r>
      <w:r>
        <w:br/>
      </w:r>
      <w:r>
        <w:rPr>
          <w:sz w:val="20"/>
        </w:rPr>
        <w:t>24:23  to yahan par chidiya ki zindagi mein ek tamseel qaim kar di gayi hai. wo tamseel ko hum kahenge bird culture. to bird culture jo hai, wo aap ko batata hai ke imani culture kya hona chahiye.</w:t>
      </w:r>
      <w:r>
        <w:br/>
      </w:r>
      <w:r>
        <w:rPr>
          <w:sz w:val="20"/>
        </w:rPr>
        <w:t>24:41  bird culture ko aap jitna zyada sochenge to aap ko maloom hoga ke imani culture kya hona chahiye.</w:t>
      </w:r>
      <w:r>
        <w:br/>
      </w:r>
      <w:r>
        <w:rPr>
          <w:sz w:val="20"/>
        </w:rPr>
        <w:t>24:49  aur chunke aap insan hain to aap mazeed izafe ke sath bird culture ko apnayenge. chidiyon mein jo bird culture hai, wo to bohat محدود معنی mein hai.</w:t>
      </w:r>
      <w:r>
        <w:br/>
      </w:r>
      <w:r>
        <w:rPr>
          <w:sz w:val="20"/>
        </w:rPr>
        <w:t>25:03  kyun ke un ka zehn محدود hai, un ki un ki aql محدود hai. lekin insan jab is ko ikhtiyar karega, bird culture ko to wo zyada waseeh peymane, waseeh معنی mein is ko ikhtiyar karega.</w:t>
      </w:r>
      <w:r>
        <w:br/>
      </w:r>
      <w:r>
        <w:rPr>
          <w:sz w:val="20"/>
        </w:rPr>
        <w:t>25:21  to chidiyon ki shakal mein bird culture ek bohat hi محدود daira mein hota hai. lekin insani shakal mein bird culture jo hai, bohat zyada is ka daira badh jayega.</w:t>
      </w:r>
      <w:r>
        <w:br/>
      </w:r>
      <w:r>
        <w:rPr>
          <w:sz w:val="20"/>
        </w:rPr>
        <w:t>25:36  sari kainat, sari insaniyat, zindagi ke tamam mamlaat is ke is ke andar shamil ho jayenge.</w:t>
      </w:r>
      <w:r>
        <w:br/>
      </w:r>
      <w:r>
        <w:rPr>
          <w:sz w:val="20"/>
        </w:rPr>
        <w:t>25:47  to kaisi ajeeb baat hai jo is choti si hadith mein batai gayi hai. lekin aisa baat hai soch ke maloom hoti hai. yaad rakhiye, kisi hadith ya ayat mein jo tarjuma hota hai,</w:t>
      </w:r>
      <w:r>
        <w:br/>
      </w:r>
      <w:r>
        <w:rPr>
          <w:sz w:val="20"/>
        </w:rPr>
        <w:t>26:00  wo to bohat hi sirf tarjume ko agar aap janen to aap bohat kam baton ko janenge.</w:t>
      </w:r>
      <w:r>
        <w:br/>
      </w:r>
      <w:r>
        <w:rPr>
          <w:sz w:val="20"/>
        </w:rPr>
        <w:t>26:08  kyunke hadith mein hai ke quran ke bare mein ke "likull aayatin minha zahrun wa tar" har aayat ka ek ek yaani yun keh sakte hain ke har aayat ka ek ek literal mafhoom hai aur doosra iska yaani yaani gehri iske andar jo baat hai woh hai.</w:t>
      </w:r>
      <w:r>
        <w:br/>
      </w:r>
      <w:r>
        <w:rPr>
          <w:sz w:val="20"/>
        </w:rPr>
        <w:t>26:33  to yahi hadith ka mamla bhi hai.</w:t>
      </w:r>
      <w:r>
        <w:br/>
      </w:r>
      <w:r>
        <w:rPr>
          <w:sz w:val="20"/>
        </w:rPr>
        <w:t>26:37  yahi mamla hadith ka bhi hai ke ek ek zahiri mafhoom hai jo tarjume se aap samajh lete hain lekin ek ek ek ek deeper mafhoom hai deeper mafhoom hai.</w:t>
      </w:r>
      <w:r>
        <w:br/>
      </w:r>
      <w:r>
        <w:rPr>
          <w:sz w:val="20"/>
        </w:rPr>
        <w:t>26:50  woh ghore karne se samajh aata hai.</w:t>
      </w:r>
      <w:r>
        <w:br/>
      </w:r>
      <w:r>
        <w:rPr>
          <w:sz w:val="20"/>
        </w:rPr>
        <w:t>26:55  to jab is hadith par aap ghore karenge to ismein to mani ka samandar hai mani ka samandar.</w:t>
      </w:r>
      <w:r>
        <w:br/>
      </w:r>
      <w:r>
        <w:rPr>
          <w:sz w:val="20"/>
        </w:rPr>
        <w:t>27:07  allah haqeeqat hai ke allah taala ne har cheez mein chahe ek zara ho ya pahad ho ek cheenti ho ya chidiya ho usko insani behavior ke liye ek tamseel bana diya hai.</w:t>
      </w:r>
      <w:r>
        <w:br/>
      </w:r>
      <w:r>
        <w:rPr>
          <w:sz w:val="20"/>
        </w:rPr>
        <w:t>27:18  tamseel yeh ek takhleeq ka hissa hai yeh isi ki taraf rasool allah ne ishara farmaya.</w:t>
      </w:r>
      <w:r>
        <w:br/>
      </w:r>
      <w:r>
        <w:rPr>
          <w:sz w:val="20"/>
        </w:rPr>
        <w:t>27:27  jo rasool allah ne ishara farmaya woh haqeeqat mein isko aap fitrat se jodiye fitrat se nizam fitrat se.</w:t>
      </w:r>
      <w:r>
        <w:br/>
      </w:r>
      <w:r>
        <w:rPr>
          <w:sz w:val="20"/>
        </w:rPr>
        <w:t>27:36  yaani aapne bataya ke fitrat ka jo nizam allah taala ne banaya us fitrat ke nizam mein is tarah ki tamseelat qaim kar di gayi hain ke tumhare liye chidiya mein bhi sabak hai har cheez mein sabak hai.</w:t>
      </w:r>
      <w:r>
        <w:br/>
      </w:r>
      <w:r>
        <w:rPr>
          <w:sz w:val="20"/>
        </w:rPr>
        <w:t>27:54  to main samajhta hoon ke isi ek hadith ko le kar agar aadmi soche to uski zindagi ko durust karne ke liye kafi ho jaye.</w:t>
      </w:r>
      <w:r>
        <w:br/>
      </w:r>
      <w:r>
        <w:rPr>
          <w:sz w:val="20"/>
        </w:rPr>
        <w:t>28:05  yaani sirf chidiya ko ghore kar ke agar woh bird culture ko daryaft kare to yahi ek waqea iske liye poori zindagi ki islaah ke liye kafi ho jayega.</w:t>
      </w:r>
      <w:r>
        <w:br/>
      </w:r>
      <w:r>
        <w:rPr>
          <w:sz w:val="20"/>
        </w:rPr>
        <w:t>28:20  poori zindagi ki islaah ke liye yaani bird culture chidiya ke liye to mehdood hai lekin insaan ke liye to la mehdood ban jayega.</w:t>
      </w:r>
      <w:r>
        <w:br/>
      </w:r>
      <w:r>
        <w:rPr>
          <w:sz w:val="20"/>
        </w:rPr>
        <w:t>28:32  yahi tareeqa hai islaah ka yahi tareeqa hai tazkiya ka yahi tareeqa hai yaani marifat ka yahi tareeqa hai imaan mein izafe ka yeh sab cheezein isi ke isi ke yaani zehan mein aati hain.</w:t>
      </w:r>
      <w:r>
        <w:br/>
      </w:r>
      <w:r>
        <w:rPr>
          <w:sz w:val="20"/>
        </w:rPr>
        <w:t>28:57  to kaisi ajeeb yaani baat hai yaani ismein takhleeq kitna jamay hai allah taala ki woh bhi ismein samajh aata hai.</w:t>
      </w:r>
      <w:r>
        <w:br/>
      </w:r>
      <w:r>
        <w:rPr>
          <w:sz w:val="20"/>
        </w:rPr>
        <w:t>29:09  aur yeh bhi samajh aata hai ke rasool allah kis tarah se har waqeye se yaani sabak lete the marifat ki ghiza lete the yeh bhi ismein milta hai.</w:t>
      </w:r>
    </w:p>
    <w:p>
      <w:pPr>
        <w:pStyle w:val="Heading2"/>
      </w:pPr>
      <w:r>
        <w:t>Two Quranic lessons on what makes a woman best</w:t>
      </w:r>
    </w:p>
    <w:p>
      <w:r>
        <w:rPr>
          <w:color w:val="666666"/>
          <w:sz w:val="18"/>
        </w:rPr>
        <w:t>Behtar Khatoon Kon CPS Women Article Discussion July 2, 2023 · 1m 43s · at 32:49 · https://youtu.be/tGPJwzCnCMM?t=1969</w:t>
      </w:r>
    </w:p>
    <w:p>
      <w:r>
        <w:rPr>
          <w:i/>
        </w:rPr>
        <w:t>“Do baatein maine Quran se seekhi”</w:t>
      </w:r>
    </w:p>
    <w:p>
      <w:r>
        <w:rPr>
          <w:sz w:val="20"/>
        </w:rPr>
        <w:t>32:49  Ma'am mujhe is topic se related thoda sa research kiya tha. to do baatein maine Quran se seekhi. agar main matlab kahin par galat ho jaati hoon please correct me. ek to yeh cheez ki behtareen auratein behtareen aadmiyon ke liye bani hui hain.</w:t>
      </w:r>
      <w:r>
        <w:br/>
      </w:r>
      <w:r>
        <w:rPr>
          <w:sz w:val="20"/>
        </w:rPr>
        <w:t>33:05  ek yeh likha hua mila mujhe aur doosra yeh likha hua tha ki women according to Surah Nisa women have got a very special place and a very special status according to our religion which is Islam. So, behtareen aurat kaun hai?</w:t>
      </w:r>
      <w:r>
        <w:br/>
      </w:r>
      <w:r>
        <w:rPr>
          <w:sz w:val="20"/>
        </w:rPr>
        <w:t>33:23  agar hum is cheez ko simple words mein define karna chahenge aur agar hum daily life ke basis par isko dekhein to behtareen aurat woh hai jo apne aap ko Allah ke parameters par judge karein. kyunki hum jis tarah ki society mein reh rahe hain ya jis tarah mauzhe mein hum hain, to hum majboor rehna chahte hue bhi hum apne aap ko judge karne lagte hain on the parameters which have been decided by people around us.</w:t>
      </w:r>
      <w:r>
        <w:br/>
      </w:r>
      <w:r>
        <w:rPr>
          <w:sz w:val="20"/>
        </w:rPr>
        <w:t>33:48  Like like certain standards like beauty aur the standards of how much money do we earn, hum kitne educated hain ya phir hamara family background kya hai? What kind of clothes do we wear? hamare paas kya kya jewelry hai?</w:t>
      </w:r>
      <w:r>
        <w:br/>
      </w:r>
      <w:r>
        <w:rPr>
          <w:sz w:val="20"/>
        </w:rPr>
        <w:t>34:00  So, hum jo hai majboor ho jaate hain kahin na kahin apne aap ko duniyavi parameters par measure karne</w:t>
      </w:r>
      <w:r>
        <w:br/>
      </w:r>
      <w:r>
        <w:rPr>
          <w:sz w:val="20"/>
        </w:rPr>
        <w:t>34:06  ke liye and because hum usmein behtar matlab hum usmein excel karna chahte hain so kahin na kahin</w:t>
      </w:r>
      <w:r>
        <w:br/>
      </w:r>
      <w:r>
        <w:rPr>
          <w:sz w:val="20"/>
        </w:rPr>
        <w:t>34:12  hum Allah ke decide kiye hue parameters jaise ki paakizgi hai, jaise ki self control hai, apne aap ko</w:t>
      </w:r>
      <w:r>
        <w:br/>
      </w:r>
      <w:r>
        <w:rPr>
          <w:sz w:val="20"/>
        </w:rPr>
        <w:t>34:19  jo qurbani ki jo ek chahat hai, un parameters par apne aap ko measure karna ya apne aap ko judge</w:t>
      </w:r>
      <w:r>
        <w:br/>
      </w:r>
      <w:r>
        <w:rPr>
          <w:sz w:val="20"/>
        </w:rPr>
        <w:t>34:25  karna band kar dete hain kyunki hum duniyavi cheezon mein bahut zyada gum ho jate hain.</w:t>
      </w:r>
      <w:r>
        <w:br/>
      </w:r>
      <w:r>
        <w:rPr>
          <w:sz w:val="20"/>
        </w:rPr>
        <w:t>34:32  to agar hamein apne aap ko behtareen saanche mein daalna hai aur ek behtareen aurat ka form lena hai to mujhe aisa lagta hai ki apne aap ko worldly jo scale hai rating scale jo humne bana rakha hai, agar us par hamein world judge kitna bhi kare, hamari behtari aur hamare standard internally hamare apne upar depend karna chahiye aur woh jo standard hai woh hum with reference to Allah rakhein.</w:t>
      </w:r>
    </w:p>
    <w:p>
      <w:pPr>
        <w:pStyle w:val="Heading2"/>
      </w:pPr>
      <w:r>
        <w:t>Distinguishing habitual Sunnah from core mission</w:t>
      </w:r>
    </w:p>
    <w:p>
      <w:r>
        <w:rPr>
          <w:color w:val="666666"/>
          <w:sz w:val="18"/>
        </w:rPr>
        <w:t>What is Sunnah | June 02, 2008 · 4m 02s · at 27:35 · https://youtu.be/RHfm7wuEMEM?t=1655</w:t>
      </w:r>
    </w:p>
    <w:p>
      <w:r>
        <w:rPr>
          <w:i/>
        </w:rPr>
        <w:t>“There are two types of Sunnah.”</w:t>
      </w:r>
    </w:p>
    <w:p>
      <w:r>
        <w:rPr>
          <w:sz w:val="20"/>
        </w:rPr>
        <w:t>27:35  dekhiye ulama ne kaha hai ke sunnat ke do qismein hain.</w:t>
      </w:r>
      <w:r>
        <w:br/>
      </w:r>
      <w:r>
        <w:rPr>
          <w:sz w:val="20"/>
        </w:rPr>
        <w:t>27:41  aik sunnat woh hai jo aadmi bator aadat karta hai aur aik sunnat woh hai jis ko qaim</w:t>
      </w:r>
      <w:r>
        <w:br/>
      </w:r>
      <w:r>
        <w:rPr>
          <w:sz w:val="20"/>
        </w:rPr>
        <w:t>27:47  karne ke liye aap tashreef laye.</w:t>
      </w:r>
      <w:r>
        <w:br/>
      </w:r>
      <w:r>
        <w:rPr>
          <w:sz w:val="20"/>
        </w:rPr>
        <w:t>27:53  to aadat ka ta'alluq aap jante hain ke mahol se hota hai.</w:t>
      </w:r>
      <w:r>
        <w:br/>
      </w:r>
      <w:r>
        <w:rPr>
          <w:sz w:val="20"/>
        </w:rPr>
        <w:t>28:00  jaise ke aap agar sard mulk mein rahen to aap garam kapra pehnge,</w:t>
      </w:r>
      <w:r>
        <w:br/>
      </w:r>
      <w:r>
        <w:rPr>
          <w:sz w:val="20"/>
        </w:rPr>
        <w:t>28:06  agar sard mulk mein rahen to aap garam kapra pehnge, aur garam garam mulk mein rahen to</w:t>
      </w:r>
      <w:r>
        <w:br/>
      </w:r>
      <w:r>
        <w:rPr>
          <w:sz w:val="20"/>
        </w:rPr>
        <w:t>28:12  aap garam kapra nahi pehnge, tab mamooli kapra pehnge.</w:t>
      </w:r>
      <w:r>
        <w:br/>
      </w:r>
      <w:r>
        <w:rPr>
          <w:sz w:val="20"/>
        </w:rPr>
        <w:t>28:18  aap to aap dekhiye aadat farq halaat ke aitbar se aadat mein farq ho gaya ke garam mulkon</w:t>
      </w:r>
      <w:r>
        <w:br/>
      </w:r>
      <w:r>
        <w:rPr>
          <w:sz w:val="20"/>
        </w:rPr>
        <w:t>28:24  ke logon ki aadat kapre ke bare mein aur hogi aur sard mulkon ke logon ki aadat kapre</w:t>
      </w:r>
      <w:r>
        <w:br/>
      </w:r>
      <w:r>
        <w:rPr>
          <w:sz w:val="20"/>
        </w:rPr>
        <w:t>28:30  ke bare mein aur hogi.</w:t>
      </w:r>
      <w:r>
        <w:br/>
      </w:r>
      <w:r>
        <w:rPr>
          <w:sz w:val="20"/>
        </w:rPr>
        <w:t>28:36  yeh maamla har cheez ka hai.</w:t>
      </w:r>
      <w:r>
        <w:br/>
      </w:r>
      <w:r>
        <w:rPr>
          <w:sz w:val="20"/>
        </w:rPr>
        <w:t>28:41  to kuch cheezein woh hoti hain jin ka talluq aadat se hota hai aur aadat banti hai apne</w:t>
      </w:r>
      <w:r>
        <w:br/>
      </w:r>
      <w:r>
        <w:rPr>
          <w:sz w:val="20"/>
        </w:rPr>
        <w:t>28:45  aas paas ke mahol se, is situation se jahan aap reh rahe hon, us se aadatein banti hain.</w:t>
      </w:r>
      <w:r>
        <w:br/>
      </w:r>
      <w:r>
        <w:rPr>
          <w:sz w:val="20"/>
        </w:rPr>
        <w:t>28:49  aadat koi absolute cheez nahi hoti hai.</w:t>
      </w:r>
      <w:r>
        <w:br/>
      </w:r>
      <w:r>
        <w:rPr>
          <w:sz w:val="20"/>
        </w:rPr>
        <w:t>28:53  to ulma ne kaha ke Rasool Allah Sal Allahu Alaihi Wasallam ki baaz cheezein woh hain jo un</w:t>
      </w:r>
      <w:r>
        <w:br/>
      </w:r>
      <w:r>
        <w:rPr>
          <w:sz w:val="20"/>
        </w:rPr>
        <w:t>28:58  ka talluq aadat se hai.</w:t>
      </w:r>
      <w:r>
        <w:br/>
      </w:r>
      <w:r>
        <w:rPr>
          <w:sz w:val="20"/>
        </w:rPr>
        <w:t>29:02  yani aap chunke Arab mein paida hue, Arab mein rahe, is nisbat se aap ki</w:t>
      </w:r>
      <w:r>
        <w:br/>
      </w:r>
      <w:r>
        <w:rPr>
          <w:sz w:val="20"/>
        </w:rPr>
        <w:t>29:06  kuch aadatein bani.</w:t>
      </w:r>
      <w:r>
        <w:br/>
      </w:r>
      <w:r>
        <w:rPr>
          <w:sz w:val="20"/>
        </w:rPr>
        <w:t>29:11  to woh woh cheez nahi hai jo jin ko qaim karne ke liye aap tashreef laye dunya mein.</w:t>
      </w:r>
      <w:r>
        <w:br/>
      </w:r>
      <w:r>
        <w:rPr>
          <w:sz w:val="20"/>
        </w:rPr>
        <w:t>29:15  doosri cheezein woh hain jin ko qaim karne ke liye aap tashreef laye.</w:t>
      </w:r>
      <w:r>
        <w:br/>
      </w:r>
      <w:r>
        <w:rPr>
          <w:sz w:val="20"/>
        </w:rPr>
        <w:t>29:19  to yeh bhi zaroori hai ke farq karein aap dono cheezon mein.</w:t>
      </w:r>
      <w:r>
        <w:br/>
      </w:r>
      <w:r>
        <w:rPr>
          <w:sz w:val="20"/>
        </w:rPr>
        <w:t>29:24  You have to differentiate between the two.</w:t>
      </w:r>
      <w:r>
        <w:br/>
      </w:r>
      <w:r>
        <w:rPr>
          <w:sz w:val="20"/>
        </w:rPr>
        <w:t>29:28  dono ko ek darja dena yeh sahi nahi hai.</w:t>
      </w:r>
      <w:r>
        <w:br/>
      </w:r>
      <w:r>
        <w:rPr>
          <w:sz w:val="20"/>
        </w:rPr>
        <w:t>29:32  ab is ko janne ke liye kya karna hoga?</w:t>
      </w:r>
      <w:r>
        <w:br/>
      </w:r>
      <w:r>
        <w:rPr>
          <w:sz w:val="20"/>
        </w:rPr>
        <w:t>29:37  is ko janne ke lie karna hoga ke aap bahut hi sincerely mutalaah karen. misaal ke taur par rasool Allah oont par baithte the. ab aap kahenge oont par baithna sunnat hai. chnanche ek sahab the, isi lie vah oont par baith kar haj karne gae. bahut dinon ke baad pata nahin vah pahunche ya nahin pahunche ke sahab oont par baith kar haj karna sunnat hai. halanake yah galat tha un ka sochna. a</w:t>
      </w:r>
      <w:r>
        <w:br/>
      </w:r>
      <w:r>
        <w:rPr>
          <w:sz w:val="20"/>
        </w:rPr>
        <w:t>30:07  unt par aap baithe is liye ke Arab mein oont par baitha jata tha.</w:t>
      </w:r>
      <w:r>
        <w:br/>
      </w:r>
      <w:r>
        <w:rPr>
          <w:sz w:val="20"/>
        </w:rPr>
        <w:t>30:10  ab woh bhi khatm ho gaya.</w:t>
      </w:r>
      <w:r>
        <w:br/>
      </w:r>
      <w:r>
        <w:rPr>
          <w:sz w:val="20"/>
        </w:rPr>
        <w:t>30:14  ab wahan bhi log car par chalte hain.</w:t>
      </w:r>
      <w:r>
        <w:br/>
      </w:r>
      <w:r>
        <w:rPr>
          <w:sz w:val="20"/>
        </w:rPr>
        <w:t>30:18  to Rasool Allah oont par baithe to yeh is ko aap nahi keh sakte ke oont par baithna sunnat hai.</w:t>
      </w:r>
      <w:r>
        <w:br/>
      </w:r>
      <w:r>
        <w:rPr>
          <w:sz w:val="20"/>
        </w:rPr>
        <w:t>30:22  is ka talluq aap ki aadat se tha ke jis mulk mein aap paida hue, us mulk mein</w:t>
      </w:r>
      <w:r>
        <w:br/>
      </w:r>
      <w:r>
        <w:rPr>
          <w:sz w:val="20"/>
        </w:rPr>
        <w:t>30:25  riwaj tha oont par baithne ka.</w:t>
      </w:r>
      <w:r>
        <w:br/>
      </w:r>
      <w:r>
        <w:rPr>
          <w:sz w:val="20"/>
        </w:rPr>
        <w:t>30:29  to aap bhi oont par baithe.</w:t>
      </w:r>
      <w:r>
        <w:br/>
      </w:r>
      <w:r>
        <w:rPr>
          <w:sz w:val="20"/>
        </w:rPr>
        <w:t>30:33  to yeh woh</w:t>
      </w:r>
      <w:r>
        <w:br/>
      </w:r>
      <w:r>
        <w:rPr>
          <w:sz w:val="20"/>
        </w:rPr>
        <w:t>30:37  sunnat hai jis ka talluq aap ki aadat se tha.</w:t>
      </w:r>
      <w:r>
        <w:br/>
      </w:r>
      <w:r>
        <w:rPr>
          <w:sz w:val="20"/>
        </w:rPr>
        <w:t>30:42  doosri cheezein woh hain jo Allah Ta'ala ne aap ko hukum diya, jis ke liye aap ko dunya</w:t>
      </w:r>
      <w:r>
        <w:br/>
      </w:r>
      <w:r>
        <w:rPr>
          <w:sz w:val="20"/>
        </w:rPr>
        <w:t>30:47  mein bheja gaya, jo aap ne zindagi bhar kiya gaya.</w:t>
      </w:r>
      <w:r>
        <w:br/>
      </w:r>
      <w:r>
        <w:rPr>
          <w:sz w:val="20"/>
        </w:rPr>
        <w:t>30:52  to wohi mein ne arz kiya ke dawat, dawat to aap ke ba'sat ka maqsad tha.</w:t>
      </w:r>
      <w:r>
        <w:br/>
      </w:r>
      <w:r>
        <w:rPr>
          <w:sz w:val="20"/>
        </w:rPr>
        <w:t>30:57  dawati ke liye aap dunya mein bheje gaye.</w:t>
      </w:r>
      <w:r>
        <w:br/>
      </w:r>
      <w:r>
        <w:rPr>
          <w:sz w:val="20"/>
        </w:rPr>
        <w:t>31:02  to yeh sunnat woh hai jo hum pakrein, jis par amal</w:t>
      </w:r>
      <w:r>
        <w:br/>
      </w:r>
      <w:r>
        <w:rPr>
          <w:sz w:val="20"/>
        </w:rPr>
        <w:t>31:07  karein.</w:t>
      </w:r>
      <w:r>
        <w:br/>
      </w:r>
      <w:r>
        <w:rPr>
          <w:sz w:val="20"/>
        </w:rPr>
        <w:t>31:13  dawat ki sunnat jo hai, woh aik aisi sunnat hai jo hamein bharpoor tor par is par amal karna chahiye.</w:t>
      </w:r>
      <w:r>
        <w:br/>
      </w:r>
      <w:r>
        <w:rPr>
          <w:sz w:val="20"/>
        </w:rPr>
        <w:t>31:19  woh har har mahol ke liye hai, har mulk ke liye.</w:t>
      </w:r>
      <w:r>
        <w:br/>
      </w:r>
      <w:r>
        <w:rPr>
          <w:sz w:val="20"/>
        </w:rPr>
        <w:t>31:25  aap jahan kahin bhi hon, aap ko is par amal karna hai.</w:t>
      </w:r>
      <w:r>
        <w:br/>
      </w:r>
      <w:r>
        <w:rPr>
          <w:sz w:val="20"/>
        </w:rPr>
        <w:t>31:31  to kisi bhi cheez ko janne ke liye bohat zaroori hai ke aap sincere hon, is ka acha mutal</w:t>
      </w:r>
    </w:p>
    <w:p>
      <w:pPr>
        <w:pStyle w:val="Heading2"/>
      </w:pPr>
      <w:r>
        <w:t>Islamic history is really just kings' and wars' history</w:t>
      </w:r>
    </w:p>
    <w:p>
      <w:r>
        <w:rPr>
          <w:color w:val="666666"/>
          <w:sz w:val="18"/>
        </w:rPr>
        <w:t>History of Islamic Learning May 14, 2006 Part 2 · 4m 53s · at 28:12 · https://youtu.be/snrt_NRyjLI?t=1692</w:t>
      </w:r>
    </w:p>
    <w:p>
      <w:r>
        <w:rPr>
          <w:i/>
        </w:rPr>
        <w:t>“ہر وہ کتاب جس کا ٹائٹل ہوتا ہے 'اسلامی تاریخ'، وہ جنگوں کی تاریخ ہوتی ہے”</w:t>
      </w:r>
    </w:p>
    <w:p>
      <w:r>
        <w:rPr>
          <w:sz w:val="20"/>
        </w:rPr>
        <w:t>28:12  har woh kitab jis ka naam, jis ka title hota hai "islami tareekh", woh jangon ki tareekh hoti hai. kisi bhi tareekh ko aap parh lijiye, aap</w:t>
      </w:r>
      <w:r>
        <w:br/>
      </w:r>
      <w:r>
        <w:rPr>
          <w:sz w:val="20"/>
        </w:rPr>
        <w:t>28:24  agar agar yeh yeh kyun hua? is ki wajah se hua, yeh surat pesh aayi.</w:t>
      </w:r>
      <w:r>
        <w:br/>
      </w:r>
      <w:r>
        <w:rPr>
          <w:sz w:val="20"/>
        </w:rPr>
        <w:t>28:29  is ko sab se pehle mehsoos kiya tha ibn khaldun ne. abdul rehman bin khaldun aik bohat bara aalim tha jo spain mein paida hua.</w:t>
      </w:r>
      <w:r>
        <w:br/>
      </w:r>
      <w:r>
        <w:rPr>
          <w:sz w:val="20"/>
        </w:rPr>
        <w:t>28:38  us ne yeh baat likhi thi apna jo us ki kitab hai "muqaddimah ibn khaldun" mein ke yeh sari tareekh jo likhi gayi hai islami tareekh ke naam se, woh sab sahi nahi hai,</w:t>
      </w:r>
      <w:r>
        <w:br/>
      </w:r>
      <w:r>
        <w:rPr>
          <w:sz w:val="20"/>
        </w:rPr>
        <w:t>28:51  kyun ke is mein jangain hain, fatuhat hain, badshahon ki kahaniyan hain</w:t>
      </w:r>
      <w:r>
        <w:br/>
      </w:r>
      <w:r>
        <w:rPr>
          <w:sz w:val="20"/>
        </w:rPr>
        <w:t>28:56  jo samajh ka, yani muslim samajh ka jo ka jo jo halaat thay, woh is mein poori tarah reflect nahi hue.</w:t>
      </w:r>
      <w:r>
        <w:br/>
      </w:r>
      <w:r>
        <w:rPr>
          <w:sz w:val="20"/>
        </w:rPr>
        <w:t>29:06  to us ne kaha ke phir se rewrite karne ki zaroorat hai history. agarche woh kar nahi saka khud, woh chahta tha ke isi naye pattern se islamic history likhi jaye, lekin woh point out to kiya us ne "muqaddimah ibn khaldun" mein, lekin khud woh isi tarah se likh nahi saka.</w:t>
      </w:r>
      <w:r>
        <w:br/>
      </w:r>
      <w:r>
        <w:rPr>
          <w:sz w:val="20"/>
        </w:rPr>
        <w:t>29:24  woh</w:t>
      </w:r>
      <w:r>
        <w:br/>
      </w:r>
      <w:r>
        <w:rPr>
          <w:sz w:val="20"/>
        </w:rPr>
        <w:t>29:25  to main samajhta hoon ke yeh history ko bhi rewrite karna hai, fiqh ko bhi rewrite karna hai. jitne bhi, yani teen ko alag kar ke, yani arabic language, quran aur hadith, in teen ko chhod kar ke jitne bhi musalmanon mein uloom bane hain, jo ladne ke jitne bhi branches hain, sab mein rewrite karne ki zaroorat hai ke sab mein isi qism ki ghaltiyan hui hain.</w:t>
      </w:r>
      <w:r>
        <w:br/>
      </w:r>
      <w:r>
        <w:rPr>
          <w:sz w:val="20"/>
        </w:rPr>
        <w:t>29:50  yani baat ko logon ko yeh kaam karna baqi hai. tareekh jo is se likhi gayi ke badshahon ki tareekh aur khulafa ki tareekh, jangii karnamon ki tareekh aur qomon ko, yani zair karne ki tareekh, is se kya hua?</w:t>
      </w:r>
      <w:r>
        <w:br/>
      </w:r>
      <w:r>
        <w:rPr>
          <w:sz w:val="20"/>
        </w:rPr>
        <w:t>30:11  is se yeh kya hua ke pride ka zehan bana. pride aam taur par jo aap dekhte hain ke fakhr se kaho ke hum musalman hain, yeh kahan se</w:t>
      </w:r>
      <w:r>
        <w:br/>
      </w:r>
      <w:r>
        <w:rPr>
          <w:sz w:val="20"/>
        </w:rPr>
        <w:t>30:20  aata hai? is ka source kya hai? aam taur par bazahir dukaanon mein, gharon mein jagah dekhenge, aap likha hua fakhr se kaho ke hum musalman hain.</w:t>
      </w:r>
      <w:r>
        <w:br/>
      </w:r>
      <w:r>
        <w:rPr>
          <w:sz w:val="20"/>
        </w:rPr>
        <w:t>30:29  aam taur par aap speeches mein sunenge, kitabon mein padhenge ke hum hum fakhr, hamein hum hum ko is par fakhr hai ke hum musalman hain. yeh kahan se aaya?</w:t>
      </w:r>
      <w:r>
        <w:br/>
      </w:r>
      <w:r>
        <w:rPr>
          <w:sz w:val="20"/>
        </w:rPr>
        <w:t>30:40  yani fakhr ka concept kahan se aaya? na quran mein kahin likha hua hai ke islam to hamare liye fakhr hai, na hadith mein kahin aisa hai.</w:t>
      </w:r>
      <w:r>
        <w:br/>
      </w:r>
      <w:r>
        <w:rPr>
          <w:sz w:val="20"/>
        </w:rPr>
        <w:t>30:49  yeh hai history se aaya hua fakhr ka concept. history se aaya hai, woh quran aur hadith se nahi aaya hai. kyun?</w:t>
      </w:r>
      <w:r>
        <w:br/>
      </w:r>
      <w:r>
        <w:rPr>
          <w:sz w:val="20"/>
        </w:rPr>
        <w:t>30:58  aap quran padhenge to aap ko to modesty aayegi, khuda ka khauf aayega, aap ko dar lagega ke khuda mujhe pakde na, mujhe jahannum mein na daal de.</w:t>
      </w:r>
      <w:r>
        <w:br/>
      </w:r>
      <w:r>
        <w:rPr>
          <w:sz w:val="20"/>
        </w:rPr>
        <w:t>31:07  to fakhr kahan se aayega? wahan pe, wahan fakhr ka koi sawal hi nahi paida hota. yani khuda ke kalam ko jo sunte hain, aap quran mein ya padhte hain, aap to aap ka dil dahal uthta hai.</w:t>
      </w:r>
      <w:r>
        <w:br/>
      </w:r>
      <w:r>
        <w:rPr>
          <w:sz w:val="20"/>
        </w:rPr>
        <w:t>31:20  aap ko lagta hai ke jo khaliq hai, jo creator hai, woh mujhe khitab kar raha hai. to aap ko idhar modesty aati hai, main khuda ka banda hoon, yeh ehsas aata hai.</w:t>
      </w:r>
      <w:r>
        <w:br/>
      </w:r>
      <w:r>
        <w:rPr>
          <w:sz w:val="20"/>
        </w:rPr>
        <w:t>31:31  aap ko khuda ki ibadat karni chahiye, ehsas aata hai, fakhr nahi aata hai. fakhr kahan aata hai? kahan se aata hai? history ko padhne se, aur history jo ghalat rang par likhi gayi hai.</w:t>
      </w:r>
      <w:r>
        <w:br/>
      </w:r>
      <w:r>
        <w:rPr>
          <w:sz w:val="20"/>
        </w:rPr>
        <w:t>31:46  dekhen, yahan par main arz karoon ke ibn</w:t>
      </w:r>
      <w:r>
        <w:br/>
      </w:r>
      <w:r>
        <w:rPr>
          <w:sz w:val="20"/>
        </w:rPr>
        <w:t>31:49  khaldun ne is ko point out kiya hai ke hazaron saal se history jo thi, woh naam thi badshahon ki history ka.</w:t>
      </w:r>
      <w:r>
        <w:br/>
      </w:r>
      <w:r>
        <w:rPr>
          <w:sz w:val="20"/>
        </w:rPr>
        <w:t>32:00  pichhli koi bhi tareekh padhiye, aap aap ko lagega ke to badshah ki history hai, samaj ki history nahi hai. ek hai samaj ki history, ek hai rulers ki history.</w:t>
      </w:r>
      <w:r>
        <w:br/>
      </w:r>
      <w:r>
        <w:rPr>
          <w:sz w:val="20"/>
        </w:rPr>
        <w:t>32:15  jaise india ki history aap likhen to is mein ek to aap bas congress ne kis tarah rule kiya india par, woh likha hai aap sirf. doosra ke india samaj, india ka jo samaj hai, us ne kaise taraqqi ki, us ne kya kya activities thin, us ne kya kya kaam kiya.</w:t>
      </w:r>
      <w:r>
        <w:br/>
      </w:r>
      <w:r>
        <w:rPr>
          <w:sz w:val="20"/>
        </w:rPr>
        <w:t>32:29  to ab yeh concept hai ke poore samaj ko bataya jata hai history mein. pehle aisa nahi tha, pehle yeh tha ke woh badshahon ke kaise, unhon ne taajposhi kaise hui, un ki</w:t>
      </w:r>
      <w:r>
        <w:br/>
      </w:r>
      <w:r>
        <w:rPr>
          <w:sz w:val="20"/>
        </w:rPr>
        <w:t>32:44  kis tarah badshah badle, kis tarah unhon ne lad kar ke jeeta mulkon ko. to badshahon ke karkardon ka naam tha history.</w:t>
      </w:r>
      <w:r>
        <w:br/>
      </w:r>
      <w:r>
        <w:rPr>
          <w:sz w:val="20"/>
        </w:rPr>
        <w:t>32:55  ibn khaldun pehla shakhs hai, us ne kaha ke yeh tareekh ka bohat hi naqis tareeqa hai. tareekh poore poore samaj ki tareekh honi chahiye, sirf badshah ki nahi.</w:t>
      </w:r>
    </w:p>
    <w:p>
      <w:pPr>
        <w:pStyle w:val="Heading2"/>
      </w:pPr>
      <w:r>
        <w:t>Stuffed tiger does not inspire fear</w:t>
      </w:r>
    </w:p>
    <w:p>
      <w:r>
        <w:rPr>
          <w:color w:val="666666"/>
          <w:sz w:val="18"/>
        </w:rPr>
        <w:t>Living God March 10, 2019 Maulana Wahiduddin Khan · 24s · at 7:25 · https://youtu.be/RCBFUw2KAdI?t=445</w:t>
      </w:r>
    </w:p>
    <w:p>
      <w:r>
        <w:rPr>
          <w:i/>
        </w:rPr>
        <w:t>“I saw people coming, looking at it with great confidence”</w:t>
      </w:r>
    </w:p>
    <w:p>
      <w:r>
        <w:rPr>
          <w:sz w:val="20"/>
        </w:rPr>
        <w:t>7:25  to main ne dekha ke log aa rahe hain, bohat aitmaad ke saath is ko dekhte hain, chale aate hain, aa rahe hain, ja rahe hain.</w:t>
      </w:r>
      <w:r>
        <w:br/>
      </w:r>
      <w:r>
        <w:rPr>
          <w:sz w:val="20"/>
        </w:rPr>
        <w:t>7:38  is shakal ke aitbaar se woh ek tiger tha, lekin log aa rahe hain, ja rahe hain, koi kisi ka dil kaanp nahin raha hai.</w:t>
      </w:r>
    </w:p>
    <w:p>
      <w:pPr>
        <w:pStyle w:val="Heading2"/>
      </w:pPr>
      <w:r>
        <w:t>Solution to violence is changing ideology</w:t>
      </w:r>
    </w:p>
    <w:p>
      <w:r>
        <w:rPr>
          <w:color w:val="666666"/>
          <w:sz w:val="18"/>
        </w:rPr>
        <w:t>Ideology of Life December 29, 2013 Maulana Wahiduddin Khan · 1m 26s · at 9:28 · https://youtu.be/N5psCFw23MI?t=568</w:t>
      </w:r>
    </w:p>
    <w:p>
      <w:r>
        <w:rPr>
          <w:i/>
        </w:rPr>
        <w:t>“khatam karne ka tareeqa yeh nahin ke aap us ko maarein”</w:t>
      </w:r>
    </w:p>
    <w:p>
      <w:r>
        <w:rPr>
          <w:sz w:val="20"/>
        </w:rPr>
        <w:t>9:28  khatm karne ka tareeqa yeh nahi ke aap is ko marein is aadmi ko. Nahi, aap is ideology ko badlein. Is ka solution jo hai ke is ideology ko badla jaye.</w:t>
      </w:r>
      <w:r>
        <w:br/>
      </w:r>
      <w:r>
        <w:rPr>
          <w:sz w:val="20"/>
        </w:rPr>
        <w:t>9:39  yani system based ideology ko badla jaye. Aur kahein ke Islam jo individual based hai, system based nahi hai. Yani ek individual mein change lana.</w:t>
      </w:r>
      <w:r>
        <w:br/>
      </w:r>
      <w:r>
        <w:rPr>
          <w:sz w:val="20"/>
        </w:rPr>
        <w:t>9:54  ek individual mein change lana is ke andar positive thinking ho, is ke andar peace ka mizaj ho, is ke andar tolerance ho, is ke andar compassion ho, is ke andar love ho.</w:t>
      </w:r>
      <w:r>
        <w:br/>
      </w:r>
      <w:r>
        <w:rPr>
          <w:sz w:val="20"/>
        </w:rPr>
        <w:t>10:07  yeh yeh yeh yeh hai target Islam ka. Yeh nahi ke social level par koi ideal system par qaim karna. Woh kabhi bhi qaim nahi hoga is liye hum is liye ladte rahenge aap.</w:t>
      </w:r>
      <w:r>
        <w:br/>
      </w:r>
      <w:r>
        <w:rPr>
          <w:sz w:val="20"/>
        </w:rPr>
        <w:t>10:16  isi ko mein keh raha hoon ke justified violence. Yeh raaz hai is ka. Kaise himmat padti hai logon ko?</w:t>
      </w:r>
      <w:r>
        <w:br/>
      </w:r>
      <w:r>
        <w:rPr>
          <w:sz w:val="20"/>
        </w:rPr>
        <w:t>10:25  is liye ke un ke paas ideology hai. Is ideology ko to marte rahenge, suicide bombing bhi karte rahenge.</w:t>
      </w:r>
      <w:r>
        <w:br/>
      </w:r>
      <w:r>
        <w:rPr>
          <w:sz w:val="20"/>
        </w:rPr>
        <w:t>10:36  to yeh saada baat nahi hai. Yeh saada baat, yeh simple baat bas wajah hai ke koi yani law and order ka masla nahi hai. Ke kuch student ne agar wahan par protest kiya aur police ne firing kar di, is se problem solve hone wala nahi hai.</w:t>
      </w:r>
    </w:p>
    <w:p>
      <w:pPr>
        <w:pStyle w:val="Heading2"/>
      </w:pPr>
      <w:r>
        <w:t>Hadith introduction to translation part one</w:t>
      </w:r>
    </w:p>
    <w:p>
      <w:r>
        <w:rPr>
          <w:color w:val="666666"/>
          <w:sz w:val="18"/>
        </w:rPr>
        <w:t>The Reality of Angels December 01, 2018 · 1m 16s · at 0:55 · https://youtu.be/Tz_yrfnJktA?t=55</w:t>
      </w:r>
    </w:p>
    <w:p>
      <w:r>
        <w:rPr>
          <w:i/>
        </w:rPr>
        <w:t>“Farishton ke baare mein ek hadith aai hai”</w:t>
      </w:r>
    </w:p>
    <w:p>
      <w:r>
        <w:rPr>
          <w:sz w:val="20"/>
        </w:rPr>
        <w:t>0:55  farishton ke bare mein ek hadith aayi hai, woh pehle aap ke samne parhi jaye gi, us ke baad inshallah is ki tashreeh mein kuch arz kiya jaye ga.</w:t>
      </w:r>
      <w:r>
        <w:br/>
      </w:r>
      <w:r>
        <w:rPr>
          <w:sz w:val="20"/>
        </w:rPr>
        <w:t>1:10  ana bi zar qala: qala rasool allah: "ani aram ma la tarawn, wa asma ma la tasmawun. al samaa wa haq wa haq laha an ata, ma fiha mawdu' arba asabi' illa alayhi malakun sajid.</w:t>
      </w:r>
      <w:r>
        <w:br/>
      </w:r>
      <w:r>
        <w:rPr>
          <w:sz w:val="20"/>
        </w:rPr>
        <w:t>1:27  lo alimtu ma a'lam la dahiktum qalilan wa la bakaytum kathiran, wa la taladhdhtum bil nisa' ala al furush, wa la kharajtum ala aw ila al sa'adat tijarun ila allah." qala: fa qala abu zar: "wallah lawadtu anni shajaratun tu'add." abu zar se riwayat hai ke rasool allah sallallahu alayhi wasallam ne kaha: "main woh cheez dekhta hoon jo tum nahi dekhte ho,</w:t>
      </w:r>
      <w:r>
        <w:br/>
      </w:r>
      <w:r>
        <w:rPr>
          <w:sz w:val="20"/>
        </w:rPr>
        <w:t>1:56  aur sunta hoon jo tum nahi sunte ho. aasman charcharata hai, aur haq hai ke woh charcharaye. aasman mein char ungli ke barabar bhi koi jagah nahi hai, magar wahan par ek farishta sajda karne wala hai.</w:t>
      </w:r>
    </w:p>
    <w:p>
      <w:pPr>
        <w:pStyle w:val="Heading2"/>
      </w:pPr>
      <w:r>
        <w:t>Aisha: Prophet's character was the Quran embodied</w:t>
      </w:r>
    </w:p>
    <w:p>
      <w:r>
        <w:rPr>
          <w:color w:val="666666"/>
          <w:sz w:val="18"/>
        </w:rPr>
        <w:t>The Living Tradition: Why Hadith Matters in Islam?</w:t>
        <w:br/>
        <w:t>December 8, 2024 · 24s · at 3:33 · https://youtu.be/2w9-vnnJBeY?t=213</w:t>
      </w:r>
    </w:p>
    <w:p>
      <w:r>
        <w:rPr>
          <w:i/>
        </w:rPr>
        <w:t>“Kana khuluquhul Quran — his character was the Quran”</w:t>
      </w:r>
    </w:p>
    <w:p>
      <w:r>
        <w:rPr>
          <w:sz w:val="20"/>
        </w:rPr>
        <w:t>3:33  hazrat aisha ne ek baar farmaaya: "kaan khulqahu al-quran"۔ aap quran ki amli tafseer thay. yaani aap quran in action hum keh sakte hain, quran in action thay poora.</w:t>
      </w:r>
      <w:r>
        <w:br/>
      </w:r>
      <w:r>
        <w:rPr>
          <w:sz w:val="20"/>
        </w:rPr>
        <w:t>3:46  kyunke maulana azaad ne ek baar kaha hai ke ek quran woh hai jo mujallad shakal mein hai aur doosra quran woh hai jo madina mein chalta phirta tha.</w:t>
      </w:r>
    </w:p>
    <w:p>
      <w:pPr>
        <w:pStyle w:val="Heading2"/>
      </w:pPr>
      <w:r>
        <w:t>Conference experience - turning negativity into opportunity</w:t>
      </w:r>
    </w:p>
    <w:p>
      <w:r>
        <w:rPr>
          <w:color w:val="666666"/>
          <w:sz w:val="18"/>
        </w:rPr>
        <w:t>CPS Women Article Discussion 14 January 8, 2023 · 5m 58s · at 1:05:16 · https://youtu.be/XVluFGBfxcI?t=3916</w:t>
      </w:r>
    </w:p>
    <w:p>
      <w:r>
        <w:rPr>
          <w:i/>
        </w:rPr>
        <w:t>“वह वह भी इस्लाम के ऊपर ही उनकी कोई topic थी. तो मैं उनके साथ”</w:t>
      </w:r>
    </w:p>
    <w:p>
      <w:r>
        <w:rPr>
          <w:sz w:val="20"/>
        </w:rPr>
        <w:t>1:05:16  Woh woh bhi Islam ke upar hi unki koi topic thi. To main unke saath baithi hui thi. Jab main mera naam jab last minute mein announcement hua to kaafi time nikal chuka tha. Mere paas hardly ten minutes ka time tha aur mere twenty minutes ke paper the. To jab main stage par gayi mera announcement hua ki professor Shabina Ali. To main jab stage par gayi to maine kaha ki hanste hue maine kaha ki ma'am I'm sorry I'm not professor Shabina Ali.</w:t>
      </w:r>
      <w:r>
        <w:br/>
      </w:r>
      <w:r>
        <w:rPr>
          <w:sz w:val="20"/>
        </w:rPr>
        <w:t>1:05:45  I'm still a student of Maulana Wahiduddin Khan and I I I am from the CPS International. My mentor Maulana Wahiduddin Khan.</w:t>
      </w:r>
      <w:r>
        <w:br/>
      </w:r>
      <w:r>
        <w:rPr>
          <w:sz w:val="20"/>
        </w:rPr>
        <w:t>1:05:55  Main unki literature ko deliver karne ke liye aayi hoon and I'm still at a learning stage and I each day I I try myself to learn more and more and I go through all the spiritual scholars making not yeh bolna sentence mujhe laga ki yeh zaroori hai ki ek main Islam ko belong to kar rahi hoon aur Islam ke paper ko lekar ke bhi aaye ho. Let not audience think that I am just there with an icon of being a Islam or a Muslim.</w:t>
      </w:r>
      <w:r>
        <w:br/>
      </w:r>
      <w:r>
        <w:rPr>
          <w:sz w:val="20"/>
        </w:rPr>
        <w:t>1:06:25  Let me be a someone who is interested in spiritual things. To yeh maine bolkar ke apna paper shuru kiya. To udhar se announcement mein ma'am aapke paas bahut kam time hai. Maine kaha ki ok without wasting time I will start my paper. To mujhe das minute ka time mila.</w:t>
      </w:r>
      <w:r>
        <w:br/>
      </w:r>
      <w:r>
        <w:rPr>
          <w:sz w:val="20"/>
        </w:rPr>
        <w:t>1:06:43  Jo mujhe important points us paper mein laga maine usko bola bol kar ke main jab dice se jab main utar rahi thi jo host the he was a, he was a monk aur woh monk the he was from Kerala aur woh Ramkrishna mission se aaye hue the. Unke saath meri pehle bahut achhi interaction ho chuki thi. To unhone kaha I am so sorry ma'am aapko time nahi mila. Aapka paper itna achha tha lekin hum logon ko sunne ka mauka nahi mila.</w:t>
      </w:r>
      <w:r>
        <w:br/>
      </w:r>
      <w:r>
        <w:rPr>
          <w:sz w:val="20"/>
        </w:rPr>
        <w:t>1:07:11  Hum logon bahut zyada insult lag raha hai ki aapka itna achha paper hone ke bawajood aapko sunane ka mauka nahi mila. Maine kaha no I mean it's ok yeh koi zaroori baat nahi hai. Kyunki main dil mein jaan rahi thi ki main yahan par apne paper ke liye nahi aayi hoon. Main da'wah work ke liye aayi hoon. Mera yahan par maqsad Allah ne mujhe bheja hai ki Quran ki da'wah main logon tak pahuncha sakoon. Paper is not important for me.</w:t>
      </w:r>
      <w:r>
        <w:br/>
      </w:r>
      <w:r>
        <w:rPr>
          <w:sz w:val="20"/>
        </w:rPr>
        <w:t>1:07:37  Main apne aap se keh rahi thi yeh taaki main kisi tarah ki koi negative feeling mere andar na aa jaye. To jab main dice se utri raha par you won't believe itne speakers subah se saare log kitne na jaane speakers bol chuke the. Nobody was getting that kind of welcome which I got. It is not that ki main mere andar koi aisi surkh aapke par lage hue ya aisi khoobsurti hai ya aisa koi talent, it is not. It is the literature that I'm delivering.</w:t>
      </w:r>
      <w:r>
        <w:br/>
      </w:r>
      <w:r>
        <w:rPr>
          <w:sz w:val="20"/>
        </w:rPr>
        <w:t>1:08:07  The words that I have said, the ideology which I have, jo maine wahan par deliver kiya hai, woh important tha wahan ke logon ke liye aur ekdum se laga ki saare log haathon haath mujhe le rahe hain aur mere paas time bahut kam tha. Mujhe Quran dena tha.</w:t>
      </w:r>
      <w:r>
        <w:br/>
      </w:r>
      <w:r>
        <w:rPr>
          <w:sz w:val="20"/>
        </w:rPr>
        <w:t>1:08:23  To main I just rushed on aur maine back se Quran nikala aur first row mein jitne delegates sab baithe hue the foran jata jata within five minutes I completed the entire task of giving the Quran. Phir main aage badhi to ek IIT Kharagpur ke IIT Ranchi ke ek mujhe mile. Unhone kaha ki I have this Quran and unhone kaha ki main doctor Maria Khan se mil chuka hoon. Unka ek lecture aaya tha. Usmein unhone speech diya tha.</w:t>
      </w:r>
      <w:r>
        <w:br/>
      </w:r>
      <w:r>
        <w:rPr>
          <w:sz w:val="20"/>
        </w:rPr>
        <w:t>1:08:53  to maine kaha yes, i know doctor maria khan.</w:t>
      </w:r>
      <w:r>
        <w:br/>
      </w:r>
      <w:r>
        <w:rPr>
          <w:sz w:val="20"/>
        </w:rPr>
        <w:t>1:08:58  we are from the same same team, cps team.</w:t>
      </w:r>
      <w:r>
        <w:br/>
      </w:r>
      <w:r>
        <w:rPr>
          <w:sz w:val="20"/>
        </w:rPr>
        <w:t>1:09:04  to unhone kaha ke ok, you give me your number, your name, your card, everything and you we</w:t>
      </w:r>
      <w:r>
        <w:br/>
      </w:r>
      <w:r>
        <w:rPr>
          <w:sz w:val="20"/>
        </w:rPr>
        <w:t>1:09:10  will be interacting with you, contacting you.</w:t>
      </w:r>
      <w:r>
        <w:br/>
      </w:r>
      <w:r>
        <w:rPr>
          <w:sz w:val="20"/>
        </w:rPr>
        <w:t>1:09:16  to is tarah se ek aur indonesia ke log the.</w:t>
      </w:r>
      <w:r>
        <w:br/>
      </w:r>
      <w:r>
        <w:rPr>
          <w:sz w:val="20"/>
        </w:rPr>
        <w:t>1:09:22  unhone mera baqayda pura paper manga ke aapka jo paper tha vah mujhe paper dijiye.</w:t>
      </w:r>
      <w:r>
        <w:br/>
      </w:r>
      <w:r>
        <w:rPr>
          <w:sz w:val="20"/>
        </w:rPr>
        <w:t>1:09:28  main isko aage padhna chahunga.</w:t>
      </w:r>
      <w:r>
        <w:br/>
      </w:r>
      <w:r>
        <w:rPr>
          <w:sz w:val="20"/>
        </w:rPr>
        <w:t>1:09:34  to mere saare bag dono bag poore khaali ho gaye quran se gift bag se aur main bhaag</w:t>
      </w:r>
      <w:r>
        <w:br/>
      </w:r>
      <w:r>
        <w:rPr>
          <w:sz w:val="20"/>
        </w:rPr>
        <w:t>1:09:38  rahi thi auditorium se bahar.</w:t>
      </w:r>
      <w:r>
        <w:br/>
      </w:r>
      <w:r>
        <w:rPr>
          <w:sz w:val="20"/>
        </w:rPr>
        <w:t>1:09:43  to mere peeche ek ladka jiska maine review share kiya hai vah mere peeche peeche aaya vah 21</w:t>
      </w:r>
      <w:r>
        <w:br/>
      </w:r>
      <w:r>
        <w:rPr>
          <w:sz w:val="20"/>
        </w:rPr>
        <w:t>1:09:47  year old ka ladka tha.</w:t>
      </w:r>
      <w:r>
        <w:br/>
      </w:r>
      <w:r>
        <w:rPr>
          <w:sz w:val="20"/>
        </w:rPr>
        <w:t>1:09:52  mujhe aaya bola ma'am aapka paper chahiye mujhe.</w:t>
      </w:r>
      <w:r>
        <w:br/>
      </w:r>
      <w:r>
        <w:rPr>
          <w:sz w:val="20"/>
        </w:rPr>
        <w:t>1:09:56  main main aage padhunga isko.</w:t>
      </w:r>
      <w:r>
        <w:br/>
      </w:r>
      <w:r>
        <w:rPr>
          <w:sz w:val="20"/>
        </w:rPr>
        <w:t>1:10:01  to maine kaha of course you are welcome.</w:t>
      </w:r>
      <w:r>
        <w:br/>
      </w:r>
      <w:r>
        <w:rPr>
          <w:sz w:val="20"/>
        </w:rPr>
        <w:t>1:10:05  to maine phir usse poocha ki tum yahan kya karte ho?</w:t>
      </w:r>
      <w:r>
        <w:br/>
      </w:r>
      <w:r>
        <w:rPr>
          <w:sz w:val="20"/>
        </w:rPr>
        <w:t>1:10:10  kya padhte ho? vagera vagera.</w:t>
      </w:r>
      <w:r>
        <w:br/>
      </w:r>
      <w:r>
        <w:rPr>
          <w:sz w:val="20"/>
        </w:rPr>
        <w:t>1:10:14  usne saari baatein apni batai.</w:t>
      </w:r>
      <w:r>
        <w:br/>
      </w:r>
      <w:r>
        <w:rPr>
          <w:sz w:val="20"/>
        </w:rPr>
        <w:t>1:10:19  Jo hamare saath doctor Safina jo share karti hain woh to main share kar rahi hoon and he is going through. Ek cheez jo aap mujhe yeh baat samajh mein aayegi jo mera inference hai jo take away hai is conference se ki dekhiye aap itne speakers the wahan par. Aisa platform mujhe kal nahi milta second day mein. Main kisi room mein hoti das pandrah logon ke beech mein. Lekin Allah ne ek aisa intezaam kiya mera naam us brochure mein nahi dekar ke.</w:t>
      </w:r>
      <w:r>
        <w:br/>
      </w:r>
      <w:r>
        <w:rPr>
          <w:sz w:val="20"/>
        </w:rPr>
        <w:t>1:10:46  Yeh negativity thi lekin isko positive isko positive matlab woh mere liye ek hikmat aur ek positive incident ho gaya. Kyunki agar mera naam hota to main second day deliver hoti. Mera ek time slot hota aur yeh jo mauka Allah ne mujhe ek poore international platform ke paas saamne aur ek poori bhari auditorium mein jismein bahut zyada log the, yeh platform mujhe nahi milta second day mein.</w:t>
      </w:r>
      <w:r>
        <w:br/>
      </w:r>
      <w:r>
        <w:rPr>
          <w:sz w:val="20"/>
        </w:rPr>
        <w:t>1:11:14  To ek mera naam nahi hona us brochure mein kitni badi ek opportunity mere liye nikal aaya. To maine yeh bahut zyada it was mind blowing for me ki mera naam nahi hona kitni badi achhai saabit hui hai ismein. To yeh bahut hi important point jo tha mujhe aap logon se share karna tha.</w:t>
      </w:r>
    </w:p>
    <w:p>
      <w:pPr>
        <w:pStyle w:val="Heading2"/>
      </w:pPr>
      <w:r>
        <w:t>Hadith about fasting reward for God's sake</w:t>
      </w:r>
    </w:p>
    <w:p>
      <w:r>
        <w:rPr>
          <w:color w:val="666666"/>
          <w:sz w:val="18"/>
        </w:rPr>
        <w:t>Tayeed e Deen | July 13, 2014 · 2m 02s · at 5:21 · https://youtu.be/n94xyIC-RE0?t=321</w:t>
      </w:r>
    </w:p>
    <w:p>
      <w:r>
        <w:rPr>
          <w:i/>
        </w:rPr>
        <w:t>“There is a hadith about fasting.”</w:t>
      </w:r>
    </w:p>
    <w:p>
      <w:r>
        <w:rPr>
          <w:sz w:val="20"/>
        </w:rPr>
        <w:t>5:21  sirf Allah ke liye kaam karne wala.</w:t>
      </w:r>
      <w:r>
        <w:br/>
      </w:r>
      <w:r>
        <w:rPr>
          <w:sz w:val="20"/>
        </w:rPr>
        <w:t>5:29  to wahan mujhe aik hadith ka matlab samajh aaya.</w:t>
      </w:r>
      <w:r>
        <w:br/>
      </w:r>
      <w:r>
        <w:rPr>
          <w:sz w:val="20"/>
        </w:rPr>
        <w:t>5:36  dekhiye, roze ke baray mein aik hadith hai keh jo aamal hain islam mein, un ka ajr Allah</w:t>
      </w:r>
      <w:r>
        <w:br/>
      </w:r>
      <w:r>
        <w:rPr>
          <w:sz w:val="20"/>
        </w:rPr>
        <w:t>5:44  ke haan das guna se saat so guna tak diya jata hai.</w:t>
      </w:r>
      <w:r>
        <w:br/>
      </w:r>
      <w:r>
        <w:rPr>
          <w:sz w:val="20"/>
        </w:rPr>
        <w:t>5:52  illa as-sawm.</w:t>
      </w:r>
      <w:r>
        <w:br/>
      </w:r>
      <w:r>
        <w:rPr>
          <w:sz w:val="20"/>
        </w:rPr>
        <w:t>5:57  wa innahu li wa ana ajzeehi.</w:t>
      </w:r>
      <w:r>
        <w:br/>
      </w:r>
      <w:r>
        <w:rPr>
          <w:sz w:val="20"/>
        </w:rPr>
        <w:t>6:02  magar sawm mere liye hai aur main is ka badla doonga.</w:t>
      </w:r>
      <w:r>
        <w:br/>
      </w:r>
      <w:r>
        <w:rPr>
          <w:sz w:val="20"/>
        </w:rPr>
        <w:t>6:07  to dekhen, yeh baat be hisab ajr ki baat Quran mein bhi hai.</w:t>
      </w:r>
      <w:r>
        <w:br/>
      </w:r>
      <w:r>
        <w:rPr>
          <w:sz w:val="20"/>
        </w:rPr>
        <w:t>6:13  innama yuwaffas sabiroona ajruhum bi ghairi hisab.</w:t>
      </w:r>
      <w:r>
        <w:br/>
      </w:r>
      <w:r>
        <w:rPr>
          <w:sz w:val="20"/>
        </w:rPr>
        <w:t>6:18  to main samajhta hoon ke is hadith mein jo crucial word hai, woh hai li ajli</w:t>
      </w:r>
      <w:r>
        <w:br/>
      </w:r>
      <w:r>
        <w:rPr>
          <w:sz w:val="20"/>
        </w:rPr>
        <w:t xml:space="preserve">6:23  </w:t>
      </w:r>
      <w:r>
        <w:br/>
      </w:r>
      <w:r>
        <w:rPr>
          <w:sz w:val="20"/>
        </w:rPr>
        <w:t>6:26  yani li ajli Allah.</w:t>
      </w:r>
      <w:r>
        <w:br/>
      </w:r>
      <w:r>
        <w:rPr>
          <w:sz w:val="20"/>
        </w:rPr>
        <w:t>6:30  crucial word sawm nahin hai.</w:t>
      </w:r>
      <w:r>
        <w:br/>
      </w:r>
      <w:r>
        <w:rPr>
          <w:sz w:val="20"/>
        </w:rPr>
        <w:t>6:33  is hadith mein jo crucial word hai, woh sawm nahin hai.</w:t>
      </w:r>
      <w:r>
        <w:br/>
      </w:r>
      <w:r>
        <w:rPr>
          <w:sz w:val="20"/>
        </w:rPr>
        <w:t>6:36  woh li ajli Allah hai.</w:t>
      </w:r>
      <w:r>
        <w:br/>
      </w:r>
      <w:r>
        <w:rPr>
          <w:sz w:val="20"/>
        </w:rPr>
        <w:t>6:40  is ka matlab hai ke jo kaam bhi sirf li ajli Allah ho, yani for the sake of God.</w:t>
      </w:r>
      <w:r>
        <w:br/>
      </w:r>
      <w:r>
        <w:rPr>
          <w:sz w:val="20"/>
        </w:rPr>
        <w:t>6:43  li ajli Allah ka matlab hai for the sake of God.</w:t>
      </w:r>
      <w:r>
        <w:br/>
      </w:r>
      <w:r>
        <w:rPr>
          <w:sz w:val="20"/>
        </w:rPr>
        <w:t>6:47  yani purely for the sake of God jo kaam ho.</w:t>
      </w:r>
      <w:r>
        <w:br/>
      </w:r>
      <w:r>
        <w:rPr>
          <w:sz w:val="20"/>
        </w:rPr>
        <w:t>6:50  to is sab ke liye yeh hadith</w:t>
      </w:r>
      <w:r>
        <w:br/>
      </w:r>
      <w:r>
        <w:rPr>
          <w:sz w:val="20"/>
        </w:rPr>
        <w:t>6:53  is par apply hogi.</w:t>
      </w:r>
      <w:r>
        <w:br/>
      </w:r>
      <w:r>
        <w:rPr>
          <w:sz w:val="20"/>
        </w:rPr>
        <w:t>6:58  to kal jo main ne dekha wahan, to meri samajh mein aayi ke li ajli Allah jo hai for</w:t>
      </w:r>
      <w:r>
        <w:br/>
      </w:r>
      <w:r>
        <w:rPr>
          <w:sz w:val="20"/>
        </w:rPr>
        <w:t>7:03  the sake of God, woh bohat hi bohat hi comprehensive word hai.</w:t>
      </w:r>
      <w:r>
        <w:br/>
      </w:r>
      <w:r>
        <w:rPr>
          <w:sz w:val="20"/>
        </w:rPr>
        <w:t>7:08  aur har us kaam par woh chaspana hoga jo waqeatan sirf Allah ke liye, sirf Allah ke liye,</w:t>
      </w:r>
      <w:r>
        <w:br/>
      </w:r>
      <w:r>
        <w:rPr>
          <w:sz w:val="20"/>
        </w:rPr>
        <w:t>7:13  sirf Allah ke liye ho.</w:t>
      </w:r>
      <w:r>
        <w:br/>
      </w:r>
      <w:r>
        <w:rPr>
          <w:sz w:val="20"/>
        </w:rPr>
        <w:t>7:18  koi material interest nahin, koi shohrat nahin</w:t>
      </w:r>
    </w:p>
    <w:p>
      <w:pPr>
        <w:pStyle w:val="Heading2"/>
      </w:pPr>
      <w:r>
        <w:t>Conversion is a continuous miracle</w:t>
      </w:r>
    </w:p>
    <w:p>
      <w:r>
        <w:rPr>
          <w:color w:val="666666"/>
          <w:sz w:val="18"/>
        </w:rPr>
        <w:t>God Oriented Life (In Conversation with Maulana) 23 10 11 · 31s · at 4:29 · https://youtu.be/E_LWwsWww2U?t=269</w:t>
      </w:r>
    </w:p>
    <w:p>
      <w:r>
        <w:rPr>
          <w:i/>
        </w:rPr>
        <w:t>“Zah kya hai conversion?”</w:t>
      </w:r>
    </w:p>
    <w:p>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p>
    <w:p>
      <w:pPr>
        <w:pStyle w:val="Heading2"/>
      </w:pPr>
      <w:r>
        <w:t>Hadith: Fear Allah and have good character</w:t>
      </w:r>
    </w:p>
    <w:p>
      <w:r>
        <w:rPr>
          <w:color w:val="666666"/>
          <w:sz w:val="18"/>
        </w:rPr>
        <w:t>Lessons from My Journey to Canada II January 10, 2016 · 1m 57s · at 51:22 · https://youtu.be/GHF2Ph3GW7A?t=3082</w:t>
      </w:r>
    </w:p>
    <w:p>
      <w:r>
        <w:rPr>
          <w:i/>
        </w:rPr>
        <w:t>“Kindly guide me. This is a very good question.”</w:t>
      </w:r>
    </w:p>
    <w:p>
      <w:r>
        <w:rPr>
          <w:sz w:val="20"/>
        </w:rPr>
        <w:t>51:22  kindly guide me."</w:t>
      </w:r>
      <w:r>
        <w:br/>
      </w:r>
      <w:r>
        <w:rPr>
          <w:sz w:val="20"/>
        </w:rPr>
        <w:t>51:25  yeh bohat achha question hai.</w:t>
      </w:r>
      <w:r>
        <w:br/>
      </w:r>
      <w:r>
        <w:rPr>
          <w:sz w:val="20"/>
        </w:rPr>
        <w:t>51:29  main samajhta hoon ke ek hadith mein hum ko is ka poora jawab milta hai.</w:t>
      </w:r>
      <w:r>
        <w:br/>
      </w:r>
      <w:r>
        <w:rPr>
          <w:sz w:val="20"/>
        </w:rPr>
        <w:t>51:36  ek shakhs se aap ne isi tarah ke sawal ke jawab mein kaha tha ke "atqullah</w:t>
      </w:r>
      <w:r>
        <w:br/>
      </w:r>
      <w:r>
        <w:rPr>
          <w:sz w:val="20"/>
        </w:rPr>
        <w:t>51:44  khuluq hasan", yaani is tarah ho ke tumhare dil mein allah ka dar ho aur logon ke sath</w:t>
      </w:r>
      <w:r>
        <w:br/>
      </w:r>
      <w:r>
        <w:rPr>
          <w:sz w:val="20"/>
        </w:rPr>
        <w:t>51:57  achhe akhlaq ke sath sulook karo.</w:t>
      </w:r>
      <w:r>
        <w:br/>
      </w:r>
      <w:r>
        <w:rPr>
          <w:sz w:val="20"/>
        </w:rPr>
        <w:t>52:01  bas yaani is spirit ke aitbar se allah ka, allah tumhara kastr bana hua ho.</w:t>
      </w:r>
      <w:r>
        <w:br/>
      </w:r>
      <w:r>
        <w:rPr>
          <w:sz w:val="20"/>
        </w:rPr>
        <w:t>52:09  spirit yaani internal spirit ke aitbar se allah tumhara concern bana hua ho.</w:t>
      </w:r>
      <w:r>
        <w:br/>
      </w:r>
      <w:r>
        <w:rPr>
          <w:sz w:val="20"/>
        </w:rPr>
        <w:t>52:15  tum apne aap ko allah ke samne accountable samjho.</w:t>
      </w:r>
      <w:r>
        <w:br/>
      </w:r>
      <w:r>
        <w:rPr>
          <w:sz w:val="20"/>
        </w:rPr>
        <w:t>52:21  accountable. aur doosri baat yeh hai ke jis jis insaan se sabqa pade, chahe</w:t>
      </w:r>
      <w:r>
        <w:br/>
      </w:r>
      <w:r>
        <w:rPr>
          <w:sz w:val="20"/>
        </w:rPr>
        <w:t>52:28  yaani baat cheet ke aitbar se ho ya koi dealing ho, us se kisi nabuwat ka</w:t>
      </w:r>
      <w:r>
        <w:br/>
      </w:r>
      <w:r>
        <w:rPr>
          <w:sz w:val="20"/>
        </w:rPr>
        <w:t>52:36  taalluq ho, to us mein tum ko is tarah muamla karna chahiye ke tumhara ke woh yaani friendly</w:t>
      </w:r>
      <w:r>
        <w:br/>
      </w:r>
      <w:r>
        <w:rPr>
          <w:sz w:val="20"/>
        </w:rPr>
        <w:t>52:44  behavior ke sath,</w:t>
      </w:r>
      <w:r>
        <w:br/>
      </w:r>
      <w:r>
        <w:rPr>
          <w:sz w:val="20"/>
        </w:rPr>
        <w:t>52:48  aakhir bi khuluq hasan logon se mile julo, logon se muamla karo, achhe akhlaq ke sath.</w:t>
      </w:r>
      <w:r>
        <w:br/>
      </w:r>
      <w:r>
        <w:rPr>
          <w:sz w:val="20"/>
        </w:rPr>
        <w:t>52:56  bas yahi do cheezen agar maujood hain to isi ka naam hai yaani islam in daily life.</w:t>
      </w:r>
      <w:r>
        <w:br/>
      </w:r>
      <w:r>
        <w:rPr>
          <w:sz w:val="20"/>
        </w:rPr>
        <w:t>53:04  مولانا، اگلا سوال کیا ہے دلی سے مس نغمہ صدیقی نے، اور ان کا سوال ہے کہ "according</w:t>
      </w:r>
      <w:r>
        <w:br/>
      </w:r>
      <w:r>
        <w:rPr>
          <w:sz w:val="20"/>
        </w:rPr>
        <w:t>53:13  to you, how can we revive the islamic spirit among muslims?"</w:t>
      </w:r>
    </w:p>
    <w:p>
      <w:pPr>
        <w:pStyle w:val="Heading2"/>
      </w:pPr>
      <w:r>
        <w:t>Hadith of leaving behind Quran and Sunnah</w:t>
      </w:r>
    </w:p>
    <w:p>
      <w:r>
        <w:rPr>
          <w:color w:val="666666"/>
          <w:sz w:val="18"/>
        </w:rPr>
        <w:t>Understanding The Importance of Hadith November 20, 2022 · 17s · at 3:43 · https://youtu.be/xwY_Qsz4HSQ?t=223</w:t>
      </w:r>
    </w:p>
    <w:p>
      <w:r>
        <w:rPr>
          <w:i/>
        </w:rPr>
        <w:t>“Maine tumhare paas do aham cheezein chhori hain”</w:t>
      </w:r>
    </w:p>
    <w:p>
      <w:r>
        <w:rPr>
          <w:sz w:val="20"/>
        </w:rPr>
        <w:t>3:43  to Hadith mein aaya hai ke maine tumhare paas do ahem cheezein chhori hain:</w:t>
      </w:r>
      <w:r>
        <w:br/>
      </w:r>
      <w:r>
        <w:rPr>
          <w:sz w:val="20"/>
        </w:rPr>
        <w:t>3:50  ek Allah ki kitaab aur doosri meri Sunnah. to yeh dono par jab tum chaloge to tum kabhi gumrah nahi hoge.</w:t>
      </w:r>
    </w:p>
    <w:p>
      <w:pPr>
        <w:pStyle w:val="Heading2"/>
      </w:pPr>
      <w:r>
        <w:t>sawad e azam doesn't mean the majority is right</w:t>
      </w:r>
    </w:p>
    <w:p>
      <w:r>
        <w:rPr>
          <w:color w:val="666666"/>
          <w:sz w:val="18"/>
        </w:rPr>
        <w:t>Muslim Unity March 15, 2014 Maulana Wahiduddin Khan · 25s · at 10:24 · https://youtu.be/CZHU5z3SEjc?t=624</w:t>
      </w:r>
    </w:p>
    <w:p>
      <w:r>
        <w:rPr>
          <w:i/>
        </w:rPr>
        <w:t>“Iska hargiz yeh matlab nahi ke sawad e azam haq par hoga”</w:t>
      </w:r>
    </w:p>
    <w:p>
      <w:r>
        <w:rPr>
          <w:sz w:val="20"/>
        </w:rPr>
        <w:t>10:24  yeh yahan ittaba' ki baat hai, yeh baat nahi ke sawad-e-aazam haq par hoga.</w:t>
      </w:r>
      <w:r>
        <w:br/>
      </w:r>
      <w:r>
        <w:rPr>
          <w:sz w:val="20"/>
        </w:rPr>
        <w:t>10:33  yeh sirf samajh lijiye ke is ka harghiz yeh matlab nahi ke sawad-e-aazam jo hoga, woh haq par hoga. Nahi, is ka matlab sirf yeh hai ke jab beshtar log</w:t>
      </w:r>
    </w:p>
    <w:p>
      <w:pPr>
        <w:pStyle w:val="Heading2"/>
      </w:pPr>
      <w:r>
        <w:t>Shirk blocks scientific investigation</w:t>
      </w:r>
    </w:p>
    <w:p>
      <w:r>
        <w:rPr>
          <w:color w:val="666666"/>
          <w:sz w:val="18"/>
        </w:rPr>
        <w:t>Three Periods of History May 17, 2009 Maulana Wahiduddin Khan · 45s · at 18:58 · https://youtu.be/iNS-3Yo58Gk?t=1138</w:t>
      </w:r>
    </w:p>
    <w:p>
      <w:r>
        <w:rPr>
          <w:i/>
        </w:rPr>
        <w:t>“Object of worship cannot be object of investigation”</w:t>
      </w:r>
    </w:p>
    <w:p>
      <w:r>
        <w:rPr>
          <w:sz w:val="20"/>
        </w:rPr>
        <w:t>18:58  yeh bohat hi moti si baat hai, common sense ki baat hai ke jis cheez ko aap worship kar rahay hon, usi ko usi waqt aap, yani jis cheez ko aap ne bana rakha ho, object of worship, usi ko aap object of investigation nahi bana sakte.</w:t>
      </w:r>
      <w:r>
        <w:br/>
      </w:r>
      <w:r>
        <w:rPr>
          <w:sz w:val="20"/>
        </w:rPr>
        <w:t>19:17  yeh common sense ki baat hai ke jis cheez ko aap ne object of worship bana rakha ho, usi ko usi time aap object of investigation nahi bana sakte.</w:t>
      </w:r>
      <w:r>
        <w:br/>
      </w:r>
      <w:r>
        <w:rPr>
          <w:sz w:val="20"/>
        </w:rPr>
        <w:t>19:32  to yeh tha maamla shirk ki wajah se. shirk aik permanent obstacle bana hua tha nature ko explore karne ke rastay mein.</w:t>
      </w:r>
    </w:p>
    <w:p>
      <w:pPr>
        <w:pStyle w:val="Heading2"/>
      </w:pPr>
      <w:r>
        <w:t>Umar Farooq chasing a lost camel and his famous humility line</w:t>
      </w:r>
    </w:p>
    <w:p>
      <w:r>
        <w:rPr>
          <w:color w:val="666666"/>
          <w:sz w:val="18"/>
        </w:rPr>
        <w:t>Modesty and Arrogance January 31, 2008 · 2m 13s · at 23:42 · https://youtu.be/8EHBmsIAF_Q?t=1422</w:t>
      </w:r>
    </w:p>
    <w:p>
      <w:r>
        <w:rPr>
          <w:i/>
        </w:rPr>
        <w:t>“In that era a camel from the public treasury went missing”</w:t>
      </w:r>
    </w:p>
    <w:p>
      <w:r>
        <w:rPr>
          <w:sz w:val="20"/>
        </w:rPr>
        <w:t>23:42  jaise ek main aap ko ek misaal deta hoon. woh Khalifa the is zamane mein. Musalmanon ka ek empire ban chuka tha.</w:t>
      </w:r>
      <w:r>
        <w:br/>
      </w:r>
      <w:r>
        <w:rPr>
          <w:sz w:val="20"/>
        </w:rPr>
        <w:t>23:52  is ke woh Khalifa the.</w:t>
      </w:r>
      <w:r>
        <w:br/>
      </w:r>
      <w:r>
        <w:rPr>
          <w:sz w:val="20"/>
        </w:rPr>
        <w:t>23:55  to is zamane mein bait ul maal hua karta tha. to bait ul maal ka ek oont gum ho gaya.</w:t>
      </w:r>
      <w:r>
        <w:br/>
      </w:r>
      <w:r>
        <w:rPr>
          <w:sz w:val="20"/>
        </w:rPr>
        <w:t>24:05  rassi khul gayi, woh bhaag gaya</w:t>
      </w:r>
      <w:r>
        <w:br/>
      </w:r>
      <w:r>
        <w:rPr>
          <w:sz w:val="20"/>
        </w:rPr>
        <w:t>24:09  kahin desert mein, idhar udhar. yeh Madine ka waqia hai. to Umar Farooq, jo Khalifa the, nikle us ko talash karne ke liye.</w:t>
      </w:r>
      <w:r>
        <w:br/>
      </w:r>
      <w:r>
        <w:rPr>
          <w:sz w:val="20"/>
        </w:rPr>
        <w:t>24:22  ab woh talash karne ke daud rahe hain, idhar se, idhar se, idhar.</w:t>
      </w:r>
      <w:r>
        <w:br/>
      </w:r>
      <w:r>
        <w:rPr>
          <w:sz w:val="20"/>
        </w:rPr>
        <w:t>24:26  to isi waqt Shaam se, yani Syria se, kuch log un se milne ke liye aaye Khalifa se. to poocha ke kahan hain?</w:t>
      </w:r>
      <w:r>
        <w:br/>
      </w:r>
      <w:r>
        <w:rPr>
          <w:sz w:val="20"/>
        </w:rPr>
        <w:t>24:37  maloom hua ke woh idhar gaye hain. to idhar gaye un se milne ke liye. to unhon ne kaha ke aap yahan kya kar rahe hain? to unhon ne kaha ke bait ul maal ka ek oont gum ho gaya hai, main us ko talash kar raha hoon.</w:t>
      </w:r>
      <w:r>
        <w:br/>
      </w:r>
      <w:r>
        <w:rPr>
          <w:sz w:val="20"/>
        </w:rPr>
        <w:t>24:56  to unhon ne kaha ke aap ne kisi abd ko, kisi ghulam ko, kisi abd ko is kaam ke liye keh diya hota?</w:t>
      </w:r>
      <w:r>
        <w:br/>
      </w:r>
      <w:r>
        <w:rPr>
          <w:sz w:val="20"/>
        </w:rPr>
        <w:t>25:04  koi abd jo hai, woh is kaam ko karta? to Hazrat Umar ne kaha: "Ay abd abd minni!"</w:t>
      </w:r>
      <w:r>
        <w:br/>
      </w:r>
      <w:r>
        <w:rPr>
          <w:sz w:val="20"/>
        </w:rPr>
        <w:t>25:18  ae abd abd mani! mujh se zyada abd kaun hai? mujh se zyada ghulam kaun hai?</w:t>
      </w:r>
      <w:r>
        <w:br/>
      </w:r>
      <w:r>
        <w:rPr>
          <w:sz w:val="20"/>
        </w:rPr>
        <w:t>25:26  aap is ko zara sochiye ke woh keh rahe hain ke "ae abd abd mani!" is ke andar ek thrill aap payenge, jaise woh keh rahe hon to un ko thrill aata ho.</w:t>
      </w:r>
      <w:r>
        <w:br/>
      </w:r>
      <w:r>
        <w:rPr>
          <w:sz w:val="20"/>
        </w:rPr>
        <w:t>25:38  kyun ke apni sachi hesiyat ko is mein woh maan rahe the ke mein abd hoon, mein Khuda ka ghulam hoon. to unhon ne kaha ke "ae abd abd mani!</w:t>
      </w:r>
      <w:r>
        <w:br/>
      </w:r>
      <w:r>
        <w:rPr>
          <w:sz w:val="20"/>
        </w:rPr>
        <w:t>25:49  mujh se zyada abd kaun hai?" yeh thi un ki modesty.</w:t>
      </w:r>
    </w:p>
    <w:p>
      <w:pPr>
        <w:pStyle w:val="Heading2"/>
      </w:pPr>
      <w:r>
        <w:t>Tatars broke Muslim stagnation positively</w:t>
      </w:r>
    </w:p>
    <w:p>
      <w:r>
        <w:rPr>
          <w:color w:val="666666"/>
          <w:sz w:val="18"/>
        </w:rPr>
        <w:t>Tayeed e Deen | July 13, 2014 · 2m 34s · at 18:38 · https://youtu.be/n94xyIC-RE0?t=1118</w:t>
      </w:r>
    </w:p>
    <w:p>
      <w:r>
        <w:rPr>
          <w:i/>
        </w:rPr>
        <w:t>“All Muslim literature portrays Tatars negatively.”</w:t>
      </w:r>
    </w:p>
    <w:p>
      <w:r>
        <w:rPr>
          <w:sz w:val="20"/>
        </w:rPr>
        <w:t>18:38  ko tod diya.</w:t>
      </w:r>
      <w:r>
        <w:br/>
      </w:r>
      <w:r>
        <w:rPr>
          <w:sz w:val="20"/>
        </w:rPr>
        <w:t>18:42  ab jitna bhi literature padhein musalmanon ka, one to all, without any exception, sab Tatariyon ko negative</w:t>
      </w:r>
      <w:r>
        <w:br/>
      </w:r>
      <w:r>
        <w:rPr>
          <w:sz w:val="20"/>
        </w:rPr>
        <w:t>18:47  tasweer pesh karta hai.</w:t>
      </w:r>
      <w:r>
        <w:br/>
      </w:r>
      <w:r>
        <w:rPr>
          <w:sz w:val="20"/>
        </w:rPr>
        <w:t>18:51  Ibn Taymiyyah se le kar ke aaj tak jitne bhi hain sab ke sab.</w:t>
      </w:r>
      <w:r>
        <w:br/>
      </w:r>
      <w:r>
        <w:rPr>
          <w:sz w:val="20"/>
        </w:rPr>
        <w:t>18:55  halankeh Tatariyon ka bohat bara positive role hai.</w:t>
      </w:r>
      <w:r>
        <w:br/>
      </w:r>
      <w:r>
        <w:rPr>
          <w:sz w:val="20"/>
        </w:rPr>
        <w:t>19:00  yaani wahan bhi taayidi role hai.</w:t>
      </w:r>
      <w:r>
        <w:br/>
      </w:r>
      <w:r>
        <w:rPr>
          <w:sz w:val="20"/>
        </w:rPr>
        <w:t>19:04  woh kaise? woh jo zamana tha, yaani terveen sadi ka zamana, musalman jo hai bohat hi</w:t>
      </w:r>
      <w:r>
        <w:br/>
      </w:r>
      <w:r>
        <w:rPr>
          <w:sz w:val="20"/>
        </w:rPr>
        <w:t>19:08  jaboot, stagnation mein mubtala ho chuke the. lambi muddat tak, yani aish o aram, iqtadar aur ek position, ye sab mein jeete jeete stagnation aa gaya tha. bohat bare paimane par. is stagnation ko toda tatariyon ne. is is jaboot ko tatariyon ne toda. is tarah ka jaboot jo hai, is tarah nahi, jaboot meethi meethi baat</w:t>
      </w:r>
      <w:r>
        <w:br/>
      </w:r>
      <w:r>
        <w:rPr>
          <w:sz w:val="20"/>
        </w:rPr>
        <w:t>19:38  on se nahi tootta. agar aap ja kar wo kahen ke a musalmanon, tum ko jaboot paida ho gaya hai to apne andar jaboot ko todo to koi nahi todega. meethi meethi baaton se duniya mein koi inqilab nahi aata. it requires shock treatment. yaad rakhen, koi bada waqea jo hota hai wo shock treatment ke zariye hota hai. to is mein ye bhi chhi hui hai ye baat</w:t>
      </w:r>
      <w:r>
        <w:br/>
      </w:r>
      <w:r>
        <w:rPr>
          <w:sz w:val="20"/>
        </w:rPr>
        <w:t>20:08  ke ahle ghair ahle deen jo hain, ghair ahle deen, wahi to shock treatment denge aap ko. apne log kya denge? apne log to meethi meethi baaten karenge. apne log to hain, baradaran e islam ki boli bolenge. baradaran e islam ki boli se kuch intikhab nahi aaya karta. wo to wo karega jo kahega ke a a dushmanon, a insaniyat ke dushmanon, tab compreshan k</w:t>
      </w:r>
      <w:r>
        <w:br/>
      </w:r>
      <w:r>
        <w:rPr>
          <w:sz w:val="20"/>
        </w:rPr>
        <w:t>20:38  rate hota hai, tab shock treatment aata hai, tab koi bara inqilab hota hai.</w:t>
      </w:r>
      <w:r>
        <w:br/>
      </w:r>
      <w:r>
        <w:rPr>
          <w:sz w:val="20"/>
        </w:rPr>
        <w:t>20:44  to Tatariyon ne yeh kaam kiya terveen sadi mein.</w:t>
      </w:r>
      <w:r>
        <w:br/>
      </w:r>
      <w:r>
        <w:rPr>
          <w:sz w:val="20"/>
        </w:rPr>
        <w:t>20:50  aur is ke baad musalmanon mein ek naya daur aaya.</w:t>
      </w:r>
      <w:r>
        <w:br/>
      </w:r>
      <w:r>
        <w:rPr>
          <w:sz w:val="20"/>
        </w:rPr>
        <w:t>20:55  ek naya daur.</w:t>
      </w:r>
      <w:r>
        <w:br/>
      </w:r>
      <w:r>
        <w:rPr>
          <w:sz w:val="20"/>
        </w:rPr>
        <w:t>21:01  unhon ne bari bari taraqqi ki.</w:t>
      </w:r>
      <w:r>
        <w:br/>
      </w:r>
      <w:r>
        <w:rPr>
          <w:sz w:val="20"/>
        </w:rPr>
        <w:t>21:07  isi tarah dekhein, maujooda zamane mein jo European qaumein uthein, jin ko hum kehte hain colonial powers,</w:t>
      </w:r>
    </w:p>
    <w:p>
      <w:pPr>
        <w:pStyle w:val="Heading2"/>
      </w:pPr>
      <w:r>
        <w:t>milk glass analogy for a closed, arrogant mind</w:t>
      </w:r>
    </w:p>
    <w:p>
      <w:r>
        <w:rPr>
          <w:color w:val="666666"/>
          <w:sz w:val="18"/>
        </w:rPr>
        <w:t>Modesty and Arrogance January 31, 2008 · 55s · at 8:27 · https://youtu.be/8EHBmsIAF_Q?t=507</w:t>
      </w:r>
    </w:p>
    <w:p>
      <w:r>
        <w:rPr>
          <w:i/>
        </w:rPr>
        <w:t>“Suppose fresh milk is being poured and your glass is upside down”</w:t>
      </w:r>
    </w:p>
    <w:p>
      <w:r>
        <w:rPr>
          <w:sz w:val="20"/>
        </w:rPr>
        <w:t>8:27  yeh samajh lijiye ke agar kahin farz kijiye ke fresh milk bat raha hai,</w:t>
      </w:r>
      <w:r>
        <w:br/>
      </w:r>
      <w:r>
        <w:rPr>
          <w:sz w:val="20"/>
        </w:rPr>
        <w:t>8:33  fresh milk bat raha hai aur aap ek glass le kar jaate hain wahan lene ke liye to aap glass ko agar yun ulta kar dein to dene wala de ga aur aap ko mile ga nahin.</w:t>
      </w:r>
      <w:r>
        <w:br/>
      </w:r>
      <w:r>
        <w:rPr>
          <w:sz w:val="20"/>
        </w:rPr>
        <w:t>8:48  agar aap ne container ko ulta kiye hue hain to dene wala de ga aur wo upar se nikal jaye ga, aap ko nahin mile ga.</w:t>
      </w:r>
      <w:r>
        <w:br/>
      </w:r>
      <w:r>
        <w:rPr>
          <w:sz w:val="20"/>
        </w:rPr>
        <w:t>8:58  to apne glass ko ya apne container ko seedha rakhna parta hai. tab jo dene wala de ga, is mein bill aye ga, aap ko nahin to nahin aye ga.</w:t>
      </w:r>
      <w:r>
        <w:br/>
      </w:r>
      <w:r>
        <w:rPr>
          <w:sz w:val="20"/>
        </w:rPr>
        <w:t>9:10  yeh ek simple sa, yeh ek simple si misaal hai jis se aap samajh sakte hain ke yeh mamla kya mamla hai.</w:t>
      </w:r>
    </w:p>
    <w:p>
      <w:pPr>
        <w:pStyle w:val="Heading2"/>
      </w:pPr>
      <w:r>
        <w:t>Abundance mindset frees from conflict</w:t>
      </w:r>
    </w:p>
    <w:p>
      <w:r>
        <w:rPr>
          <w:color w:val="666666"/>
          <w:sz w:val="18"/>
        </w:rPr>
        <w:t>Prophetic Guidance Aug 13, 2017 · 1m 21s · at 39:12 · https://youtu.be/kRWf11h-acQ?t=2352</w:t>
      </w:r>
    </w:p>
    <w:p>
      <w:r>
        <w:rPr>
          <w:i/>
        </w:rPr>
        <w:t>“Maine ek martaba aap se ek qissa bayan kiya tha”</w:t>
      </w:r>
    </w:p>
    <w:p>
      <w:r>
        <w:rPr>
          <w:sz w:val="20"/>
        </w:rPr>
        <w:t>39:12  kya chheene ga?</w:t>
      </w:r>
      <w:r>
        <w:br/>
      </w:r>
      <w:r>
        <w:rPr>
          <w:sz w:val="20"/>
        </w:rPr>
        <w:t>39:19  main ne ek martaba aap se ek qissa bayan kiya tha, shayad aap ko yaad ho ke ek din mere sath do qisse pesh aaye. ek sahib milne aaye rickshaw se, toh jab utre woh toh der tak rickshaw wale se unki behas hui.</w:t>
      </w:r>
      <w:r>
        <w:br/>
      </w:r>
      <w:r>
        <w:rPr>
          <w:sz w:val="20"/>
        </w:rPr>
        <w:t>39:38  unhone kaha itna paisa, unka itna paisa, itna paisa, itna paisa.</w:t>
      </w:r>
      <w:r>
        <w:br/>
      </w:r>
      <w:r>
        <w:rPr>
          <w:sz w:val="20"/>
        </w:rPr>
        <w:t>39:44  usi din ek aur waqia hua. ek sahib taxi se aaye, woh utre toh taxi driver ne jo paisa manga, usi waqt nikaal ke de diya.</w:t>
      </w:r>
      <w:r>
        <w:br/>
      </w:r>
      <w:r>
        <w:rPr>
          <w:sz w:val="20"/>
        </w:rPr>
        <w:t>39:57  unhone kuch poocha bhi nahi ke itna kyun mangte ho. jeb mein haath daala aur usko note de diya. toh main ne socha ke aisa kyun hua?</w:t>
      </w:r>
      <w:r>
        <w:br/>
      </w:r>
      <w:r>
        <w:rPr>
          <w:sz w:val="20"/>
        </w:rPr>
        <w:t>40:11  kyun hua? to meri samajh mein aaya ke jo aadmi rikshay se aaya tha, us bechare ke paas thori raqam thi, us ko lotna bhi tha.</w:t>
      </w:r>
      <w:r>
        <w:br/>
      </w:r>
      <w:r>
        <w:rPr>
          <w:sz w:val="20"/>
        </w:rPr>
        <w:t>40:21  to us ne chaha ke wahan kam paisa dena paray taake lotna aasan ho mere liye. aur jo aadmi aaya tha taxi se, us ki jeb mein bohat paise thay.</w:t>
      </w:r>
    </w:p>
    <w:p>
      <w:pPr>
        <w:pStyle w:val="Heading2"/>
      </w:pPr>
      <w:r>
        <w:t>arrogance as root of all evil, modesty root of good</w:t>
      </w:r>
    </w:p>
    <w:p>
      <w:r>
        <w:rPr>
          <w:color w:val="666666"/>
          <w:sz w:val="18"/>
        </w:rPr>
        <w:t>Modesty and Arrogance January 31, 2008 · 31s · at 15:51 · https://youtu.be/8EHBmsIAF_Q?t=951</w:t>
      </w:r>
    </w:p>
    <w:p>
      <w:r>
        <w:rPr>
          <w:i/>
        </w:rPr>
        <w:t>“Arrogance is the root of all evils, modesty the root of all goodness”</w:t>
      </w:r>
    </w:p>
    <w:p>
      <w:r>
        <w:rPr>
          <w:sz w:val="20"/>
        </w:rPr>
        <w:t>15:51  is liye main yeh samjha hoon ke yeh kehna bilkul durust hoga ke arrogance sari buraiyon ki jar hai aur modesty sari achhaiyon ki jar hai.</w:t>
      </w:r>
      <w:r>
        <w:br/>
      </w:r>
      <w:r>
        <w:rPr>
          <w:sz w:val="20"/>
        </w:rPr>
        <w:t>16:09  arrogance ka matlab hai ghamand, modesty ka matlab hai tawazu. main aap ko do hadith sunana chahunga.</w:t>
      </w:r>
    </w:p>
    <w:p>
      <w:pPr>
        <w:pStyle w:val="Heading2"/>
      </w:pPr>
      <w:r>
        <w:t>Bismillah and hadith context</w:t>
      </w:r>
    </w:p>
    <w:p>
      <w:r>
        <w:rPr>
          <w:color w:val="666666"/>
          <w:sz w:val="18"/>
        </w:rPr>
        <w:t>Patriotism for One's Homeland 19 May 2014 - Maulana Wahiduddin Khan · 20s · at 1:12 · https://youtu.be/BJfxpN_6ba4?t=72</w:t>
      </w:r>
    </w:p>
    <w:p>
      <w:r>
        <w:rPr>
          <w:i/>
        </w:rPr>
        <w:t>“Bismillah al-Rahman al-Rahim”</w:t>
      </w:r>
    </w:p>
    <w:p>
      <w:r>
        <w:rPr>
          <w:sz w:val="20"/>
        </w:rPr>
        <w:t>1:12  bismillah rahman rahim.</w:t>
      </w:r>
      <w:r>
        <w:br/>
      </w:r>
      <w:r>
        <w:rPr>
          <w:sz w:val="20"/>
        </w:rPr>
        <w:t>1:18  is hadith mein</w:t>
      </w:r>
      <w:r>
        <w:br/>
      </w:r>
      <w:r>
        <w:rPr>
          <w:sz w:val="20"/>
        </w:rPr>
        <w:t>1:22  yeh hadith hijrat ke baad ki hai, yaani rasool allah salallaho alaihi wasallam aur aap ke ashaab makka chhod kar jab madina chale gaye.</w:t>
      </w:r>
    </w:p>
    <w:p>
      <w:pPr>
        <w:pStyle w:val="Heading2"/>
      </w:pPr>
      <w:r>
        <w:t>Justified violence and power of ideology</w:t>
      </w:r>
    </w:p>
    <w:p>
      <w:r>
        <w:rPr>
          <w:color w:val="666666"/>
          <w:sz w:val="18"/>
        </w:rPr>
        <w:t>Ideology of Life December 29, 2013 Maulana Wahiduddin Khan · 19s · at 10:16 · https://youtu.be/N5psCFw23MI?t=616</w:t>
      </w:r>
    </w:p>
    <w:p>
      <w:r>
        <w:rPr>
          <w:i/>
        </w:rPr>
        <w:t>“asi ko mein keh raha hoon ke justified violence”</w:t>
      </w:r>
    </w:p>
    <w:p>
      <w:r>
        <w:rPr>
          <w:sz w:val="20"/>
        </w:rPr>
        <w:t>10:16  isi ko mein keh raha hoon ke justified violence. Yeh raaz hai is ka. Kaise himmat padti hai logon ko?</w:t>
      </w:r>
      <w:r>
        <w:br/>
      </w:r>
      <w:r>
        <w:rPr>
          <w:sz w:val="20"/>
        </w:rPr>
        <w:t>10:25  is liye ke un ke paas ideology hai. Is ideology ko to marte rahenge, suicide bombing bhi karte rahenge.</w:t>
      </w:r>
    </w:p>
    <w:p>
      <w:pPr>
        <w:pStyle w:val="Heading2"/>
      </w:pPr>
      <w:r>
        <w:t>Muslims blind to modern opportunities</w:t>
      </w:r>
    </w:p>
    <w:p>
      <w:r>
        <w:rPr>
          <w:color w:val="666666"/>
          <w:sz w:val="18"/>
        </w:rPr>
        <w:t>Living in the 21st Century I 17th February 2013 - Maulana Wahiduddin Khan · 29s · at 15:44 · https://youtu.be/ccUhM8fLtpU?t=944</w:t>
      </w:r>
    </w:p>
    <w:p>
      <w:r>
        <w:rPr>
          <w:i/>
        </w:rPr>
        <w:t>“آج کا مسلمان جو ہے opportunity blind ہو گیا ہے”</w:t>
      </w:r>
    </w:p>
    <w:p>
      <w:r>
        <w:rPr>
          <w:sz w:val="20"/>
        </w:rPr>
        <w:t>15:44  to yeh hai kya? aaj ka musalman jo hai opportunity blind ho gaya hai. opportunity blind.</w:t>
      </w:r>
      <w:r>
        <w:br/>
      </w:r>
      <w:r>
        <w:rPr>
          <w:sz w:val="20"/>
        </w:rPr>
        <w:t>15:55  jaante hi nahin kya opportunities khuli hain. abhi woh jee raha hai hazar saal pehle ke daur mein.</w:t>
      </w:r>
      <w:r>
        <w:br/>
      </w:r>
      <w:r>
        <w:rPr>
          <w:sz w:val="20"/>
        </w:rPr>
        <w:t>16:01  Intellectually. Opportunity blind. Aaj ke mawaqe ka unhein pata nahi hai.</w:t>
      </w:r>
    </w:p>
    <w:p>
      <w:pPr>
        <w:pStyle w:val="Heading2"/>
      </w:pPr>
      <w:r>
        <w:t>Understanding prayer and hajj requires the Prophet's example</w:t>
      </w:r>
    </w:p>
    <w:p>
      <w:r>
        <w:rPr>
          <w:color w:val="666666"/>
          <w:sz w:val="18"/>
        </w:rPr>
        <w:t>The Living Tradition: Why Hadith Matters in Islam?</w:t>
        <w:br/>
        <w:t>December 8, 2024 · 1m 19s · at 4:14 · https://youtu.be/2w9-vnnJBeY?t=254</w:t>
      </w:r>
    </w:p>
    <w:p>
      <w:r>
        <w:rPr>
          <w:i/>
        </w:rPr>
        <w:t>“Watch me pray, and pray as you see me pray”</w:t>
      </w:r>
    </w:p>
    <w:p>
      <w:r>
        <w:rPr>
          <w:sz w:val="20"/>
        </w:rPr>
        <w:t>4:14  rasool allah salallahu alaihi wasallam ne kaha ke mujhe dekho namaz padhte hue to "صلو کما رأیتموني أصلي"۔</w:t>
      </w:r>
      <w:r>
        <w:br/>
      </w:r>
      <w:r>
        <w:rPr>
          <w:sz w:val="20"/>
        </w:rPr>
        <w:t>4:24  jaise mein namaz padhta hoon waise namaz padho. jo quran mein hai bas namaz qaim karo. ab kaise namaz qaim karein, iski kitni rakatein hain, iske kya a</w:t>
      </w:r>
      <w:r>
        <w:br/>
      </w:r>
      <w:r>
        <w:rPr>
          <w:sz w:val="20"/>
        </w:rPr>
        <w:t>4:34  rakaan hain, yeh saari cheezein jo hain woh hamein paighambar ki ki namaz padhte hue dekh kar sahaba ne isko dekha, iske baad generation after generation log isko dekh kar namaz padh rahe hain.</w:t>
      </w:r>
      <w:r>
        <w:br/>
      </w:r>
      <w:r>
        <w:rPr>
          <w:sz w:val="20"/>
        </w:rPr>
        <w:t>4:48  isi tarah saari ibaadaat hain, chahe woh roza ho, hajj ho. hajj to aadmi bilkul hi nahi samajh sakta kyunke hajj mein bohat zyada practicals involve hain.</w:t>
      </w:r>
      <w:r>
        <w:br/>
      </w:r>
      <w:r>
        <w:rPr>
          <w:sz w:val="20"/>
        </w:rPr>
        <w:t>4:57  to hajj jo hai rasool allah salallahu alaihi wasallam ne farmaaya ke mujhe hajj karte hue dekho aur isi tarah karo.</w:t>
      </w:r>
      <w:r>
        <w:br/>
      </w:r>
      <w:r>
        <w:rPr>
          <w:sz w:val="20"/>
        </w:rPr>
        <w:t>5:05  to is tarah se hum dekhte hain ke quran jo hai woh theory hai aur hadith jo hai woh practice hai, practical hai woh. isko hum commentary bhi keh sakte hain.</w:t>
      </w:r>
      <w:r>
        <w:br/>
      </w:r>
      <w:r>
        <w:rPr>
          <w:sz w:val="20"/>
        </w:rPr>
        <w:t>5:16  to hum samajh sakte hain ke quran aur hadith cannot be separated from one another. surah an-nahl chapter sixteen mein aaya hai: "hum ne zikr nazil kiya taake aap isko logon ke saamne wazeh kar dein"۔</w:t>
      </w:r>
    </w:p>
    <w:p>
      <w:pPr>
        <w:pStyle w:val="Heading2"/>
      </w:pPr>
      <w:r>
        <w:t>Hadith forced into sectarian molds</w:t>
      </w:r>
    </w:p>
    <w:p>
      <w:r>
        <w:rPr>
          <w:color w:val="666666"/>
          <w:sz w:val="18"/>
        </w:rPr>
        <w:t>Wisdom of Hadith February 23, 2014 · 26s · at 6:27 · https://youtu.be/8GZmhBU-LwE?t=387</w:t>
      </w:r>
    </w:p>
    <w:p>
      <w:r>
        <w:rPr>
          <w:i/>
        </w:rPr>
        <w:t>“Un ko bara ta'ajjub hua”</w:t>
      </w:r>
    </w:p>
    <w:p>
      <w:r>
        <w:rPr>
          <w:sz w:val="20"/>
        </w:rPr>
        <w:t>6:27  un ko bara taajjub hua. unhon ne apne aik tabsaray mein kaha tha "halil al-hadith hanfiyun". kya hadith bhi hanfi hai?</w:t>
      </w:r>
      <w:r>
        <w:br/>
      </w:r>
      <w:r>
        <w:rPr>
          <w:sz w:val="20"/>
        </w:rPr>
        <w:t>6:39  to yeh sab ka maslak hai. "halil al-hadith hanfiyun" "halil al-hadith salafiyun" "halil al-hadith shafi'iyun" yani sab ne hadith ko ghuma phira kar apne maslak mein dhal rakha hai.</w:t>
      </w:r>
      <w:r>
        <w:br/>
      </w:r>
      <w:r>
        <w:rPr>
          <w:sz w:val="20"/>
        </w:rPr>
        <w:t>6:54  is se firqay paida hue. juz'iyati bahasain paida huin. to hadith ki asal jo ahmiyat hai wohi gum ho gayi.</w:t>
      </w:r>
    </w:p>
    <w:p>
      <w:pPr>
        <w:pStyle w:val="Heading2"/>
      </w:pPr>
      <w:r>
        <w:t>Plato, Marx and Indian leaders chose wrong priorities</w:t>
      </w:r>
    </w:p>
    <w:p>
      <w:r>
        <w:rPr>
          <w:color w:val="666666"/>
          <w:sz w:val="18"/>
        </w:rPr>
        <w:t>From The Spiritual Tree December 3, 2006 · 2m 33s · at 2:25 · https://youtu.be/m3JXYXORP5w?t=145</w:t>
      </w:r>
    </w:p>
    <w:p>
      <w:r>
        <w:rPr>
          <w:i/>
        </w:rPr>
        <w:t>“Look at Plato — where did he start?”</w:t>
      </w:r>
    </w:p>
    <w:p>
      <w:r>
        <w:rPr>
          <w:sz w:val="20"/>
        </w:rPr>
        <w:t>2:25  yeh poori historic ma'amla hai. misaal ke taur par Plato jo tha, us ne kahan se shuru kiya?</w:t>
      </w:r>
      <w:r>
        <w:br/>
      </w:r>
      <w:r>
        <w:rPr>
          <w:sz w:val="20"/>
        </w:rPr>
        <w:t>2:33  ek philosopher king banane se. woh samajhta tha ke philosopher king banana, "here the starting point". lekin aap jante hain ke Plato jo hai, frustration mein mara.</w:t>
      </w:r>
      <w:r>
        <w:br/>
      </w:r>
      <w:r>
        <w:rPr>
          <w:sz w:val="20"/>
        </w:rPr>
        <w:t>2:50  uska jo plan tha, woh kuch bhi, kuch bhi realize na ho saka. is ka matlab hai ke starting point hi galat tha uska.</w:t>
      </w:r>
      <w:r>
        <w:br/>
      </w:r>
      <w:r>
        <w:rPr>
          <w:sz w:val="20"/>
        </w:rPr>
        <w:t>3:03  aise hi aap dekhiye, carl marx ne starting point yeh banaya ke logon se property chheen lo, inko state ke control mein de do .</w:t>
      </w:r>
      <w:r>
        <w:br/>
      </w:r>
      <w:r>
        <w:rPr>
          <w:sz w:val="20"/>
        </w:rPr>
        <w:t>3:19  lekin kya hua ? 75 saal tak yeh tajurba kiya gaya, 25 million insaan maar daale gaye, aur no result.</w:t>
      </w:r>
      <w:r>
        <w:br/>
      </w:r>
      <w:r>
        <w:rPr>
          <w:sz w:val="20"/>
        </w:rPr>
        <w:t>3:32  is maani hi yahan bhi wahi baat hai ke isne jis cheez ko priority di, woh sahi nahi thi. woh false priority thi.</w:t>
      </w:r>
      <w:r>
        <w:br/>
      </w:r>
      <w:r>
        <w:rPr>
          <w:sz w:val="20"/>
        </w:rPr>
        <w:t>3:46  hamare apne desh mein dekhiye, hamare leaders ne yeh samjha ke british rule ko khatm karo toh bas yahan ganga aur jamna mein sona chandi behne lagega.</w:t>
      </w:r>
      <w:r>
        <w:br/>
      </w:r>
      <w:r>
        <w:rPr>
          <w:sz w:val="20"/>
        </w:rPr>
        <w:t>3:59  yeh hua , lekin nateeja kuch nahi .</w:t>
      </w:r>
      <w:r>
        <w:br/>
      </w:r>
      <w:r>
        <w:rPr>
          <w:sz w:val="20"/>
        </w:rPr>
        <w:t>4:03  toh yahan bhi dekhiye, wohi kaam kar raha hai, false priority ko apni priority banana. main samajhta hoon ke poori zindagi mein sabse important part yeh hai ke aap yeh jaanein ke "from where to begin".</w:t>
      </w:r>
      <w:r>
        <w:br/>
      </w:r>
      <w:r>
        <w:rPr>
          <w:sz w:val="20"/>
        </w:rPr>
        <w:t>4:24  bahut arsa hua, main ek safar mein tha arab mein, ek sheikh ne yeh baat kahi thi ke sabse bahut padha likha aadmi tha woh, ke sabse pehla sawal toh yeh hai ke "min ayna nabda" kahan se shuru karein?</w:t>
      </w:r>
      <w:r>
        <w:br/>
      </w:r>
      <w:r>
        <w:rPr>
          <w:sz w:val="20"/>
        </w:rPr>
        <w:t>4:42  toh "from where to begin" sabse pehla masla hota hai.</w:t>
      </w:r>
      <w:r>
        <w:br/>
      </w:r>
      <w:r>
        <w:rPr>
          <w:sz w:val="20"/>
        </w:rPr>
        <w:t>4:49  aur main samajhta hoon ke poori history mein insaan isko na jaan saka ke priority kis cheez ko deni hai.</w:t>
      </w:r>
    </w:p>
    <w:p>
      <w:pPr>
        <w:pStyle w:val="Heading2"/>
      </w:pPr>
      <w:r>
        <w:t>Full explanation of simplicity hadith</w:t>
      </w:r>
    </w:p>
    <w:p>
      <w:r>
        <w:rPr>
          <w:color w:val="666666"/>
          <w:sz w:val="18"/>
        </w:rPr>
        <w:t>Simplicity is part of Faith 2 May 2014 - Maulana Wahiduddin Khan · 1m 35s · at 0:31 · https://youtu.be/IdhUcheTbO4?t=31</w:t>
      </w:r>
    </w:p>
    <w:p>
      <w:r>
        <w:rPr>
          <w:i/>
        </w:rPr>
        <w:t>“Listen! Listen! Simplicity is part of faith.”</w:t>
      </w:r>
    </w:p>
    <w:p>
      <w:r>
        <w:rPr>
          <w:sz w:val="20"/>
        </w:rPr>
        <w:t>0:31  faqala rasool Allah sallallahu alaihi wasallam: "ala tasma'un? ala tasma'un? innal bazazata min al-iman." innal bazazata min al-iman.</w:t>
      </w:r>
      <w:r>
        <w:br/>
      </w:r>
      <w:r>
        <w:rPr>
          <w:sz w:val="20"/>
        </w:rPr>
        <w:t>0:46  abu dawood, hadith number 4161. abu imamah riwayat karte hain ke rasool Allah ke ashab ne aik din aap ke pas duniya ka zikr kiya to aap ne farmaya:</w:t>
      </w:r>
      <w:r>
        <w:br/>
      </w:r>
      <w:r>
        <w:rPr>
          <w:sz w:val="20"/>
        </w:rPr>
        <w:t>1:08  "kya tum suntay nahi ho? kya tum suntay nahi ho? bazazat iman ka hissa hai." bazazat iman ka hissa hai.</w:t>
      </w:r>
      <w:r>
        <w:br/>
      </w:r>
      <w:r>
        <w:rPr>
          <w:sz w:val="20"/>
        </w:rPr>
        <w:t>1:22  maulana is hadith ki wazahat farmayen.</w:t>
      </w:r>
      <w:r>
        <w:br/>
      </w:r>
      <w:r>
        <w:rPr>
          <w:sz w:val="20"/>
        </w:rPr>
        <w:t>1:25  bismillah-hir-rahman-nir-rahim.</w:t>
      </w:r>
      <w:r>
        <w:br/>
      </w:r>
      <w:r>
        <w:rPr>
          <w:sz w:val="20"/>
        </w:rPr>
        <w:t>1:32  is hadith mein</w:t>
      </w:r>
      <w:r>
        <w:br/>
      </w:r>
      <w:r>
        <w:rPr>
          <w:sz w:val="20"/>
        </w:rPr>
        <w:t>1:36  bazzaha ka lafz aaya hai, is ke lafzi ma'ni hote hain badhali, shebines. yeh zahir ke aitbar se yeh hai, asal mein is ka mafhoom hai sadgi, simplicity.</w:t>
      </w:r>
    </w:p>
    <w:p>
      <w:pPr>
        <w:pStyle w:val="Heading2"/>
      </w:pPr>
      <w:r>
        <w:t>Story of Pakistanis seeking asylum, praising India's freedom</w:t>
      </w:r>
    </w:p>
    <w:p>
      <w:r>
        <w:rPr>
          <w:color w:val="666666"/>
          <w:sz w:val="18"/>
        </w:rPr>
        <w:t>Dajjal and Dajjalism July 26, 2009 · 2m 23s · at 39:41 · https://youtu.be/CxQTfG01O_s?t=2381</w:t>
      </w:r>
    </w:p>
    <w:p>
      <w:r>
        <w:rPr>
          <w:i/>
        </w:rPr>
        <w:t>“Aaj subah mere paas telephone aaya hai Arab se.”</w:t>
      </w:r>
    </w:p>
    <w:p>
      <w:r>
        <w:rPr>
          <w:sz w:val="20"/>
        </w:rPr>
        <w:t>39:41  ab mein ek baat aur kehna chahta hoon aapse keh hum log jo India mein paida kiya, Allah Ta'ala ne. mein samajhta hoon keh aap badi blessing hai Allah Ta'ala ki.</w:t>
      </w:r>
      <w:r>
        <w:br/>
      </w:r>
      <w:r>
        <w:rPr>
          <w:sz w:val="20"/>
        </w:rPr>
        <w:t>39:50  aaj subah mere paas telephone aaya hai Arab se ek sahib ka. hamare saathi hain, woh India mein paida huye, ab woh Arab mein rehte hain.</w:t>
      </w:r>
      <w:r>
        <w:br/>
      </w:r>
      <w:r>
        <w:rPr>
          <w:sz w:val="20"/>
        </w:rPr>
        <w:t>40:02  to unhonne kaha keh wahan par Arab mein bahut se Pakistani, kai hazar Pakistani jo hain, woh illegal reh rahe the wahan par.</w:t>
      </w:r>
      <w:r>
        <w:br/>
      </w:r>
      <w:r>
        <w:rPr>
          <w:sz w:val="20"/>
        </w:rPr>
        <w:t>40:12  illegal.</w:t>
      </w:r>
      <w:r>
        <w:br/>
      </w:r>
      <w:r>
        <w:rPr>
          <w:sz w:val="20"/>
        </w:rPr>
        <w:t>40:13  to wahan ki government ne unhen kaha diya keh tum nikal jao, wapas jao. gaye deport kiye jaane wale the woh saare log.</w:t>
      </w:r>
      <w:r>
        <w:br/>
      </w:r>
      <w:r>
        <w:rPr>
          <w:sz w:val="20"/>
        </w:rPr>
        <w:t>40:23  unhonne wahan ek bahot bada kaam kiya jo kehte hain istirham. istirham maani hote hain yani rahem chaahna.</w:t>
      </w:r>
      <w:r>
        <w:br/>
      </w:r>
      <w:r>
        <w:rPr>
          <w:sz w:val="20"/>
        </w:rPr>
        <w:t>40:36  yani to seek barasi. istirham ke maani hote hain to seek barasi. to unhonne istir</w:t>
      </w:r>
      <w:r>
        <w:br/>
      </w:r>
      <w:r>
        <w:rPr>
          <w:sz w:val="20"/>
        </w:rPr>
        <w:t>40:42  haam ka ek ek movement chalai baqaida government se keh aap in logon ko barasi kijiye. yeh log jo hain wapas jayen, kya karenge? aur unhen ghar dekhein. poora official level par unhonne ek koshish ki aur woh sab log wahan par le liye gaye.</w:t>
      </w:r>
      <w:r>
        <w:br/>
      </w:r>
      <w:r>
        <w:rPr>
          <w:sz w:val="20"/>
        </w:rPr>
        <w:t>40:56  wapas nahin deport nahin kiye gaye woh.</w:t>
      </w:r>
      <w:r>
        <w:br/>
      </w:r>
      <w:r>
        <w:rPr>
          <w:sz w:val="20"/>
        </w:rPr>
        <w:t>41:00  to Pakistan ka safeer jo wahan par hai, usne unhen bulaya aur kaha ki aap ne bahut bada kaam kiya hai aur hum aap ko Pakistan ki wahdiyat dete hain, izazi shahriyat.</w:t>
      </w:r>
      <w:r>
        <w:br/>
      </w:r>
      <w:r>
        <w:rPr>
          <w:sz w:val="20"/>
        </w:rPr>
        <w:t>41:12  yani citizenship. izazi shahriyat, citizenship dete hain hum aap ko. offer kiya usne? to unhon ne kaha ki mujhe do condition meri hai ki yeh agar ho to main man lo to lene ki aap ka offer lene ko tayyar hon.</w:t>
      </w:r>
      <w:r>
        <w:br/>
      </w:r>
      <w:r>
        <w:rPr>
          <w:sz w:val="20"/>
        </w:rPr>
        <w:t>41:27  unhon ne kaha ki woh kya? kaha ki India mein main woh Indian nahin, rehte hain Arab mein, hamare sathi hain. India mein main Mahatma Gandhi par tanqeed kar sakta hoon.</w:t>
      </w:r>
      <w:r>
        <w:br/>
      </w:r>
      <w:r>
        <w:rPr>
          <w:sz w:val="20"/>
        </w:rPr>
        <w:t>41:39  India mein main keh sakta hoon ki Mahatma Gandhi ne jo kuch kaha woh ek kutta tha, woh revolution nahin tha. aur meri koi pakad thakad nahin.</w:t>
      </w:r>
      <w:r>
        <w:br/>
      </w:r>
      <w:r>
        <w:rPr>
          <w:sz w:val="20"/>
        </w:rPr>
        <w:t>41:51  India jo main raaspati hai Gandhi is mulk ke aur un par hum tanqeed karte hain, hamari koi pakad thakad nahin. kya hum Pakistan mein aap ke Quaid-e-Azam par tanqeed kar sakte hain?</w:t>
      </w:r>
    </w:p>
    <w:p>
      <w:pPr>
        <w:pStyle w:val="Heading2"/>
      </w:pPr>
      <w:r>
        <w:t>Orientalist praises Muslim narrator-vetting science</w:t>
      </w:r>
    </w:p>
    <w:p>
      <w:r>
        <w:rPr>
          <w:color w:val="666666"/>
          <w:sz w:val="18"/>
        </w:rPr>
        <w:t>Understanding The Importance of Hadith November 20, 2022 · 35s · at 25:54 · https://youtu.be/xwY_Qsz4HSQ?t=1554</w:t>
      </w:r>
    </w:p>
    <w:p>
      <w:r>
        <w:rPr>
          <w:i/>
        </w:rPr>
        <w:t>“No nation ever invented a science like Asma ur-Rijal”</w:t>
      </w:r>
    </w:p>
    <w:p>
      <w:r>
        <w:rPr>
          <w:sz w:val="20"/>
        </w:rPr>
        <w:t>25:54  to iske liye ek ek orientalist hain, doctor springer, unhon ne kaha ke koi qaum duniya mein aisi nahi guzri jisne musalmanon ki tarah asma-ur-rijal ka azeem-ush-shaan fann ijad kiya ho.</w:t>
      </w:r>
      <w:r>
        <w:br/>
      </w:r>
      <w:r>
        <w:rPr>
          <w:sz w:val="20"/>
        </w:rPr>
        <w:t>26:11  matlab aap sochiye ke woh arab jin ko siwaye likhna parhna ke aur kuch nahi aata tha, to islam ne inko kitna zabardast hero bana diya ke unhon ne paanch lakh logon ka poori detailed biography, biodata tayar kar diya.</w:t>
      </w:r>
    </w:p>
    <w:p>
      <w:pPr>
        <w:pStyle w:val="Heading2"/>
      </w:pPr>
      <w:r>
        <w:t>Misinterpretation of ummah unity equals truth</w:t>
      </w:r>
    </w:p>
    <w:p>
      <w:r>
        <w:rPr>
          <w:color w:val="666666"/>
          <w:sz w:val="18"/>
        </w:rPr>
        <w:t>The Importance of Unity March 15, 2014 · 29s · at 3:05 · https://youtu.be/-xS-eK4zw-k?t=185</w:t>
      </w:r>
    </w:p>
    <w:p>
      <w:r>
        <w:rPr>
          <w:i/>
        </w:rPr>
        <w:t>“Is ka matlab logon ne yeh samajh liya”</w:t>
      </w:r>
    </w:p>
    <w:p>
      <w:r>
        <w:rPr>
          <w:sz w:val="20"/>
        </w:rPr>
        <w:t>3:05  iska matlab logon ne yeh samajh liya ke ummat jab kisi issue par mutahid ho jaye to woh issue sahi hoga.</w:t>
      </w:r>
      <w:r>
        <w:br/>
      </w:r>
      <w:r>
        <w:rPr>
          <w:sz w:val="20"/>
        </w:rPr>
        <w:t>3:16  yani ijtima ko haq ke mani mein le liya. yeh hargiz is hadith ka mafhoom nahi hai. kisi bheed ka mujtami ho jana yeh is baat ka saboot nahi hai ke woh mawqaf jo hai haq hai.</w:t>
      </w:r>
    </w:p>
    <w:p>
      <w:pPr>
        <w:pStyle w:val="Heading2"/>
      </w:pPr>
      <w:r>
        <w:t>Those who give negative ideology are Dajjal</w:t>
      </w:r>
    </w:p>
    <w:p>
      <w:r>
        <w:rPr>
          <w:color w:val="666666"/>
          <w:sz w:val="18"/>
        </w:rPr>
        <w:t>Warnings of Doomsday February 4, 2007 · 31s · at 17:55 · https://youtu.be/VT0BnPl_-zc?t=1075</w:t>
      </w:r>
    </w:p>
    <w:p>
      <w:r>
        <w:rPr>
          <w:i/>
        </w:rPr>
        <w:t>“To saare log jo hain, main unko Dajjal kahunga”</w:t>
      </w:r>
    </w:p>
    <w:p>
      <w:r>
        <w:rPr>
          <w:sz w:val="20"/>
        </w:rPr>
        <w:t>17:55  kyun? unhon ne ek aisi ideology di jo jis ka result tha frustration, iska result tha negative thought, iska result tha violence, iska result tha yaani ideological suicide.</w:t>
      </w:r>
      <w:r>
        <w:br/>
      </w:r>
      <w:r>
        <w:rPr>
          <w:sz w:val="20"/>
        </w:rPr>
        <w:t>18:10  to isko jo expose karega, woh mehdi hai, jo dajali yaani jo is tarah ke, is tarah ke jo jo evil ko beautify karega, woh dajjal hai, aur jo isko expose karega, woh mehdi hai.</w:t>
      </w:r>
    </w:p>
    <w:p>
      <w:pPr>
        <w:pStyle w:val="Heading2"/>
      </w:pPr>
      <w:r>
        <w:t>Purpose of creation and the end of the world</w:t>
      </w:r>
    </w:p>
    <w:p>
      <w:r>
        <w:rPr>
          <w:color w:val="666666"/>
          <w:sz w:val="18"/>
        </w:rPr>
        <w:t>The Concept of Accountability in Islam (English) | June 21, 2007 | Maulana Wahiduddin Khan · 6m 06s · at 2:47 · https://youtu.be/g-GqrJp9iTY?t=167</w:t>
      </w:r>
    </w:p>
    <w:p>
      <w:r>
        <w:rPr>
          <w:i/>
        </w:rPr>
        <w:t>“Islamic belief, the world was created not as a cosmic drama”</w:t>
      </w:r>
    </w:p>
    <w:p>
      <w:r>
        <w:rPr>
          <w:sz w:val="20"/>
        </w:rPr>
        <w:t>2:47  Islamic belief, the world was created not as a cosmic drama.</w:t>
      </w:r>
      <w:r>
        <w:br/>
      </w:r>
      <w:r>
        <w:rPr>
          <w:sz w:val="20"/>
        </w:rPr>
        <w:t>2:54  It is not a cosmic drama.</w:t>
      </w:r>
      <w:r>
        <w:br/>
      </w:r>
      <w:r>
        <w:rPr>
          <w:sz w:val="20"/>
        </w:rPr>
        <w:t>3:02  It has a purpose. A purpose.</w:t>
      </w:r>
      <w:r>
        <w:br/>
      </w:r>
      <w:r>
        <w:rPr>
          <w:sz w:val="20"/>
        </w:rPr>
        <w:t>3:09  And purpose means that—and purpose is very much related with the concept</w:t>
      </w:r>
      <w:r>
        <w:br/>
      </w:r>
      <w:r>
        <w:rPr>
          <w:sz w:val="20"/>
        </w:rPr>
        <w:t>3:17  of accountability.</w:t>
      </w:r>
      <w:r>
        <w:br/>
      </w:r>
      <w:r>
        <w:rPr>
          <w:sz w:val="20"/>
        </w:rPr>
        <w:t>3:21  You know, there are several phases of the history of the universe, of the history of mankind.</w:t>
      </w:r>
      <w:r>
        <w:br/>
      </w:r>
      <w:r>
        <w:rPr>
          <w:sz w:val="20"/>
        </w:rPr>
        <w:t>3:25  First is the creation.</w:t>
      </w:r>
      <w:r>
        <w:br/>
      </w:r>
      <w:r>
        <w:rPr>
          <w:sz w:val="20"/>
        </w:rPr>
        <w:t>3:30  God created cosmos.</w:t>
      </w:r>
      <w:r>
        <w:br/>
      </w:r>
      <w:r>
        <w:rPr>
          <w:sz w:val="20"/>
        </w:rPr>
        <w:t>3:34  God created universe.</w:t>
      </w:r>
      <w:r>
        <w:br/>
      </w:r>
      <w:r>
        <w:rPr>
          <w:sz w:val="20"/>
        </w:rPr>
        <w:t>3:38  God created the present world.</w:t>
      </w:r>
      <w:r>
        <w:br/>
      </w:r>
      <w:r>
        <w:rPr>
          <w:sz w:val="20"/>
        </w:rPr>
        <w:t>3:42  Then God cre</w:t>
      </w:r>
      <w:r>
        <w:br/>
      </w:r>
      <w:r>
        <w:rPr>
          <w:sz w:val="20"/>
        </w:rPr>
        <w:t>3:47  ated man and settled him on this earth.</w:t>
      </w:r>
      <w:r>
        <w:br/>
      </w:r>
      <w:r>
        <w:rPr>
          <w:sz w:val="20"/>
        </w:rPr>
        <w:t>3:53  So creation was the first phase.</w:t>
      </w:r>
      <w:r>
        <w:br/>
      </w:r>
      <w:r>
        <w:rPr>
          <w:sz w:val="20"/>
        </w:rPr>
        <w:t>3:59  Creation was the first phase.</w:t>
      </w:r>
      <w:r>
        <w:br/>
      </w:r>
      <w:r>
        <w:rPr>
          <w:sz w:val="20"/>
        </w:rPr>
        <w:t>4:05  Then the second phase is that the present world—that is our planet Earth—was created by God.</w:t>
      </w:r>
      <w:r>
        <w:br/>
      </w:r>
      <w:r>
        <w:rPr>
          <w:sz w:val="20"/>
        </w:rPr>
        <w:t>4:11  It is a very unique type</w:t>
      </w:r>
      <w:r>
        <w:br/>
      </w:r>
      <w:r>
        <w:rPr>
          <w:sz w:val="20"/>
        </w:rPr>
        <w:t>4:17  of planet.</w:t>
      </w:r>
      <w:r>
        <w:br/>
      </w:r>
      <w:r>
        <w:rPr>
          <w:sz w:val="20"/>
        </w:rPr>
        <w:t>4:24  In the whole—in the vast universe—there is no other planet like our earth.</w:t>
      </w:r>
      <w:r>
        <w:br/>
      </w:r>
      <w:r>
        <w:rPr>
          <w:sz w:val="20"/>
        </w:rPr>
        <w:t>4:32  Our earth has a support system, a life support system.</w:t>
      </w:r>
      <w:r>
        <w:br/>
      </w:r>
      <w:r>
        <w:rPr>
          <w:sz w:val="20"/>
        </w:rPr>
        <w:t>4:39  This kind of planet is not—this kind of planet</w:t>
      </w:r>
      <w:r>
        <w:br/>
      </w:r>
      <w:r>
        <w:rPr>
          <w:sz w:val="20"/>
        </w:rPr>
        <w:t>4:47  is only one in the whole universe.</w:t>
      </w:r>
      <w:r>
        <w:br/>
      </w:r>
      <w:r>
        <w:rPr>
          <w:sz w:val="20"/>
        </w:rPr>
        <w:t>4:55  So God settled man on this planet.</w:t>
      </w:r>
      <w:r>
        <w:br/>
      </w:r>
      <w:r>
        <w:rPr>
          <w:sz w:val="20"/>
        </w:rPr>
        <w:t>5:02  This was not without purpose.</w:t>
      </w:r>
      <w:r>
        <w:br/>
      </w:r>
      <w:r>
        <w:rPr>
          <w:sz w:val="20"/>
        </w:rPr>
        <w:t>5:10  The purpose was that the present phase is the phase of preparation. Man is</w:t>
      </w:r>
      <w:r>
        <w:br/>
      </w:r>
      <w:r>
        <w:rPr>
          <w:sz w:val="20"/>
        </w:rPr>
        <w:t>5:17  given freedom.</w:t>
      </w:r>
      <w:r>
        <w:br/>
      </w:r>
      <w:r>
        <w:rPr>
          <w:sz w:val="20"/>
        </w:rPr>
        <w:t>5:23  Then man is blessed with freedom.</w:t>
      </w:r>
      <w:r>
        <w:br/>
      </w:r>
      <w:r>
        <w:rPr>
          <w:sz w:val="20"/>
        </w:rPr>
        <w:t>5:30  Now we are here on this planet to prepare ourselves.</w:t>
      </w:r>
      <w:r>
        <w:br/>
      </w:r>
      <w:r>
        <w:rPr>
          <w:sz w:val="20"/>
        </w:rPr>
        <w:t>5:36  Now what is preparation?</w:t>
      </w:r>
      <w:r>
        <w:br/>
      </w:r>
      <w:r>
        <w:rPr>
          <w:sz w:val="20"/>
        </w:rPr>
        <w:t>5:42  We have freedom.</w:t>
      </w:r>
      <w:r>
        <w:br/>
      </w:r>
      <w:r>
        <w:rPr>
          <w:sz w:val="20"/>
        </w:rPr>
        <w:t>5:48  So there are two options for us: either to misuse our freedom or to use it properly.</w:t>
      </w:r>
      <w:r>
        <w:br/>
      </w:r>
      <w:r>
        <w:rPr>
          <w:sz w:val="20"/>
        </w:rPr>
        <w:t>5:58  So those who misuse their freedom, they failed in the test.</w:t>
      </w:r>
      <w:r>
        <w:br/>
      </w:r>
      <w:r>
        <w:rPr>
          <w:sz w:val="20"/>
        </w:rPr>
        <w:t>6:08  And those who use this</w:t>
      </w:r>
      <w:r>
        <w:br/>
      </w:r>
      <w:r>
        <w:rPr>
          <w:sz w:val="20"/>
        </w:rPr>
        <w:t>6:18  freedom properly, they stood in the test.</w:t>
      </w:r>
      <w:r>
        <w:br/>
      </w:r>
      <w:r>
        <w:rPr>
          <w:sz w:val="20"/>
        </w:rPr>
        <w:t>6:24  Then there is an end.</w:t>
      </w:r>
      <w:r>
        <w:br/>
      </w:r>
      <w:r>
        <w:rPr>
          <w:sz w:val="20"/>
        </w:rPr>
        <w:t>6:30  The present world is not eternal.</w:t>
      </w:r>
      <w:r>
        <w:br/>
      </w:r>
      <w:r>
        <w:rPr>
          <w:sz w:val="20"/>
        </w:rPr>
        <w:t>6:36  Ancient philosophers were believing that our world is an eternal world.</w:t>
      </w:r>
      <w:r>
        <w:br/>
      </w:r>
      <w:r>
        <w:rPr>
          <w:sz w:val="20"/>
        </w:rPr>
        <w:t>6:42  Ancient philosophers were</w:t>
      </w:r>
      <w:r>
        <w:br/>
      </w:r>
      <w:r>
        <w:rPr>
          <w:sz w:val="20"/>
        </w:rPr>
        <w:t>6:48  believing that our world is an eternal world.</w:t>
      </w:r>
      <w:r>
        <w:br/>
      </w:r>
      <w:r>
        <w:rPr>
          <w:sz w:val="20"/>
        </w:rPr>
        <w:t>6:54  But the Big Bang theory has proved that there is a beginning of this world.</w:t>
      </w:r>
      <w:r>
        <w:br/>
      </w:r>
      <w:r>
        <w:rPr>
          <w:sz w:val="20"/>
        </w:rPr>
        <w:t>7:01  It is not eternal.</w:t>
      </w:r>
      <w:r>
        <w:br/>
      </w:r>
      <w:r>
        <w:rPr>
          <w:sz w:val="20"/>
        </w:rPr>
        <w:t>7:07  Our world is not from eternity.</w:t>
      </w:r>
      <w:r>
        <w:br/>
      </w:r>
      <w:r>
        <w:rPr>
          <w:sz w:val="20"/>
        </w:rPr>
        <w:t>7:13  It has a specific beginning, perhaps thirteen billions ago,</w:t>
      </w:r>
      <w:r>
        <w:br/>
      </w:r>
      <w:r>
        <w:rPr>
          <w:sz w:val="20"/>
        </w:rPr>
        <w:t>7:19  when the present world was born.</w:t>
      </w:r>
      <w:r>
        <w:br/>
      </w:r>
      <w:r>
        <w:rPr>
          <w:sz w:val="20"/>
        </w:rPr>
        <w:t>7:25  So our world has a beginning.</w:t>
      </w:r>
      <w:r>
        <w:br/>
      </w:r>
      <w:r>
        <w:rPr>
          <w:sz w:val="20"/>
        </w:rPr>
        <w:t>7:31  Then it has an end.</w:t>
      </w:r>
      <w:r>
        <w:br/>
      </w:r>
      <w:r>
        <w:rPr>
          <w:sz w:val="20"/>
        </w:rPr>
        <w:t>7:37  You know, Newton was the father of the modern science.</w:t>
      </w:r>
      <w:r>
        <w:br/>
      </w:r>
      <w:r>
        <w:rPr>
          <w:sz w:val="20"/>
        </w:rPr>
        <w:t>7:43  He has calculated—after a long</w:t>
      </w:r>
      <w:r>
        <w:br/>
      </w:r>
      <w:r>
        <w:rPr>
          <w:sz w:val="20"/>
        </w:rPr>
        <w:t>7:49  calculation, he declared that the present universe has an end.</w:t>
      </w:r>
      <w:r>
        <w:br/>
      </w:r>
      <w:r>
        <w:rPr>
          <w:sz w:val="20"/>
        </w:rPr>
        <w:t>8:05  And according to his calculation, this end was predetermined, and it was 2060.</w:t>
      </w:r>
      <w:r>
        <w:br/>
      </w:r>
      <w:r>
        <w:rPr>
          <w:sz w:val="20"/>
        </w:rPr>
        <w:t>8:21  This was Newton's prediction according to his calculations.</w:t>
      </w:r>
      <w:r>
        <w:br/>
      </w:r>
      <w:r>
        <w:rPr>
          <w:sz w:val="20"/>
        </w:rPr>
        <w:t>8:29  And the present global warming has only confirmed this calculation.</w:t>
      </w:r>
      <w:r>
        <w:br/>
      </w:r>
      <w:r>
        <w:rPr>
          <w:sz w:val="20"/>
        </w:rPr>
        <w:t>8:37  It is very strange that Newton was born before three hundred years ago, but he was able to</w:t>
      </w:r>
      <w:r>
        <w:br/>
      </w:r>
      <w:r>
        <w:rPr>
          <w:sz w:val="20"/>
        </w:rPr>
        <w:t>8:45  reach a very</w:t>
      </w:r>
    </w:p>
    <w:p>
      <w:pPr>
        <w:pStyle w:val="Heading2"/>
      </w:pPr>
      <w:r>
        <w:t>Abu Mas'ud: accountability stops injustice</w:t>
      </w:r>
    </w:p>
    <w:p>
      <w:r>
        <w:rPr>
          <w:color w:val="666666"/>
          <w:sz w:val="18"/>
        </w:rPr>
        <w:t>The Concept of Accountability in Islam (English) | June 21, 2007 | Maulana Wahiduddin Khan · 3m 06s · at 50:24 · https://youtu.be/g-GqrJp9iTY?t=3024</w:t>
      </w:r>
    </w:p>
    <w:p>
      <w:r>
        <w:rPr>
          <w:i/>
        </w:rPr>
        <w:t>“One day, the Prophet saw Abu Mas'ud beating his servant”</w:t>
      </w:r>
    </w:p>
    <w:p>
      <w:r>
        <w:rPr>
          <w:sz w:val="20"/>
        </w:rPr>
        <w:t>50:24  So one day, the Prophet saw that Abu Mas'ud was beating his servant.</w:t>
      </w:r>
      <w:r>
        <w:br/>
      </w:r>
      <w:r>
        <w:rPr>
          <w:sz w:val="20"/>
        </w:rPr>
        <w:t>50:32  He became angry and he started beating.</w:t>
      </w:r>
      <w:r>
        <w:br/>
      </w:r>
      <w:r>
        <w:rPr>
          <w:sz w:val="20"/>
        </w:rPr>
        <w:t>50:41  So the Prophet of Islam saw him, that he was beating his servant.</w:t>
      </w:r>
      <w:r>
        <w:br/>
      </w:r>
      <w:r>
        <w:rPr>
          <w:sz w:val="20"/>
        </w:rPr>
        <w:t>50:49  The Prophet said, "Ya Abu Mas'ud,</w:t>
      </w:r>
      <w:r>
        <w:br/>
      </w:r>
      <w:r>
        <w:rPr>
          <w:sz w:val="20"/>
        </w:rPr>
        <w:t>50:57  O Abu Mas'ud, you have to know that there is God Almighty upon you.</w:t>
      </w:r>
      <w:r>
        <w:br/>
      </w:r>
      <w:r>
        <w:rPr>
          <w:sz w:val="20"/>
        </w:rPr>
        <w:t>51:05  And God is stronger than any other thing.</w:t>
      </w:r>
      <w:r>
        <w:br/>
      </w:r>
      <w:r>
        <w:rPr>
          <w:sz w:val="20"/>
        </w:rPr>
        <w:t>51:12  You think that you are Lord of your servant.</w:t>
      </w:r>
      <w:r>
        <w:br/>
      </w:r>
      <w:r>
        <w:rPr>
          <w:sz w:val="20"/>
        </w:rPr>
        <w:t>51:20  But God is Lord of you</w:t>
      </w:r>
      <w:r>
        <w:br/>
      </w:r>
      <w:r>
        <w:rPr>
          <w:sz w:val="20"/>
        </w:rPr>
        <w:t>51:27  and your servant both.</w:t>
      </w:r>
      <w:r>
        <w:br/>
      </w:r>
      <w:r>
        <w:rPr>
          <w:sz w:val="20"/>
        </w:rPr>
        <w:t>51:33  You think that you are Lord of this servant.</w:t>
      </w:r>
      <w:r>
        <w:br/>
      </w:r>
      <w:r>
        <w:rPr>
          <w:sz w:val="20"/>
        </w:rPr>
        <w:t>51:40  But you have to know that you and your servant and all mankind are under God.</w:t>
      </w:r>
      <w:r>
        <w:br/>
      </w:r>
      <w:r>
        <w:rPr>
          <w:sz w:val="20"/>
        </w:rPr>
        <w:t>51:46  And God is the Lord of all human beings.</w:t>
      </w:r>
      <w:r>
        <w:br/>
      </w:r>
      <w:r>
        <w:rPr>
          <w:sz w:val="20"/>
        </w:rPr>
        <w:t>51:52  So you have to fear." So suddenly he started beating.</w:t>
      </w:r>
      <w:r>
        <w:br/>
      </w:r>
      <w:r>
        <w:rPr>
          <w:sz w:val="20"/>
        </w:rPr>
        <w:t>51:58  Suddenly he started beating. Why?</w:t>
      </w:r>
      <w:r>
        <w:br/>
      </w:r>
      <w:r>
        <w:rPr>
          <w:sz w:val="20"/>
        </w:rPr>
        <w:t>52:04  Because before this warning given by the Prophet, he was forgotten that, "I am accountable to God," although</w:t>
      </w:r>
      <w:r>
        <w:br/>
      </w:r>
      <w:r>
        <w:rPr>
          <w:sz w:val="20"/>
        </w:rPr>
        <w:t>52:10  he was a Muslim.</w:t>
      </w:r>
      <w:r>
        <w:br/>
      </w:r>
      <w:r>
        <w:rPr>
          <w:sz w:val="20"/>
        </w:rPr>
        <w:t>52:16  But under anger, he forgot.</w:t>
      </w:r>
      <w:r>
        <w:br/>
      </w:r>
      <w:r>
        <w:rPr>
          <w:sz w:val="20"/>
        </w:rPr>
        <w:t>52:22  When you are angry, you forg</w:t>
      </w:r>
      <w:r>
        <w:br/>
      </w:r>
      <w:r>
        <w:rPr>
          <w:sz w:val="20"/>
        </w:rPr>
        <w:t>52:28  ot.</w:t>
      </w:r>
      <w:r>
        <w:br/>
      </w:r>
      <w:r>
        <w:rPr>
          <w:sz w:val="20"/>
        </w:rPr>
        <w:t>52:34  You forget everything.</w:t>
      </w:r>
      <w:r>
        <w:br/>
      </w:r>
      <w:r>
        <w:rPr>
          <w:sz w:val="20"/>
        </w:rPr>
        <w:t>52:39  So when the Prophet reminded him, he became aware.</w:t>
      </w:r>
      <w:r>
        <w:br/>
      </w:r>
      <w:r>
        <w:rPr>
          <w:sz w:val="20"/>
        </w:rPr>
        <w:t>52:44  He understood that, "I am under God and God is my Lord.</w:t>
      </w:r>
      <w:r>
        <w:br/>
      </w:r>
      <w:r>
        <w:rPr>
          <w:sz w:val="20"/>
        </w:rPr>
        <w:t>52:49  God will punish me.</w:t>
      </w:r>
      <w:r>
        <w:br/>
      </w:r>
      <w:r>
        <w:rPr>
          <w:sz w:val="20"/>
        </w:rPr>
        <w:t>52:54  God is all-powerful, so He</w:t>
      </w:r>
      <w:r>
        <w:br/>
      </w:r>
      <w:r>
        <w:rPr>
          <w:sz w:val="20"/>
        </w:rPr>
        <w:t>52:59  can punish me." So when he remembered this fact, he changed—his personality was changed completely.</w:t>
      </w:r>
      <w:r>
        <w:br/>
      </w:r>
      <w:r>
        <w:rPr>
          <w:sz w:val="20"/>
        </w:rPr>
        <w:t>53:07  And he started beating.</w:t>
      </w:r>
      <w:r>
        <w:br/>
      </w:r>
      <w:r>
        <w:rPr>
          <w:sz w:val="20"/>
        </w:rPr>
        <w:t>53:15  So this is the concept of accountability.</w:t>
      </w:r>
      <w:r>
        <w:br/>
      </w:r>
      <w:r>
        <w:rPr>
          <w:sz w:val="20"/>
        </w:rPr>
        <w:t>53:23  This is the miracle of the concept of accountability.</w:t>
      </w:r>
    </w:p>
    <w:p>
      <w:pPr>
        <w:pStyle w:val="Heading2"/>
      </w:pPr>
      <w:r>
        <w:t>Greatest Sunnah is love for humanity</w:t>
      </w:r>
    </w:p>
    <w:p>
      <w:r>
        <w:rPr>
          <w:color w:val="666666"/>
          <w:sz w:val="18"/>
        </w:rPr>
        <w:t>What is Sunnah | June 02, 2008 · 30s · at 10:55 · https://youtu.be/RHfm7wuEMEM?t=655</w:t>
      </w:r>
    </w:p>
    <w:p>
      <w:r>
        <w:rPr>
          <w:i/>
        </w:rPr>
        <w:t>“The Prophet's greatest Sunnah is love for humanity.”</w:t>
      </w:r>
    </w:p>
    <w:p>
      <w:r>
        <w:rPr>
          <w:sz w:val="20"/>
        </w:rPr>
        <w:t>10:55  to insan ke bare mein maine kaha ke aap nafrat mein mubtala hain aur choti choti cheezon</w:t>
      </w:r>
      <w:r>
        <w:br/>
      </w:r>
      <w:r>
        <w:rPr>
          <w:sz w:val="20"/>
        </w:rPr>
        <w:t>11:00  ko samajhte hain ke sunnat hai.</w:t>
      </w:r>
      <w:r>
        <w:br/>
      </w:r>
      <w:r>
        <w:rPr>
          <w:sz w:val="20"/>
        </w:rPr>
        <w:t>11:04  to maine kaha yeh galat hai.</w:t>
      </w:r>
      <w:r>
        <w:br/>
      </w:r>
      <w:r>
        <w:rPr>
          <w:sz w:val="20"/>
        </w:rPr>
        <w:t>11:09  Allah ke Rasool ki zyada bari sunnat yeh hai ke aap insan se mohabbat karein.</w:t>
      </w:r>
      <w:r>
        <w:br/>
      </w:r>
      <w:r>
        <w:rPr>
          <w:sz w:val="20"/>
        </w:rPr>
        <w:t>11:13  insan ke bare mein apni zimmedari ko samjhein.</w:t>
      </w:r>
      <w:r>
        <w:br/>
      </w:r>
      <w:r>
        <w:rPr>
          <w:sz w:val="20"/>
        </w:rPr>
        <w:t>11:18  yeh zyada badi sunnat hai.</w:t>
      </w:r>
      <w:r>
        <w:br/>
      </w:r>
      <w:r>
        <w:rPr>
          <w:sz w:val="20"/>
        </w:rPr>
        <w:t>11:22  is tarah se yeh sunnat hai ke aap</w:t>
      </w:r>
    </w:p>
    <w:p>
      <w:pPr>
        <w:pStyle w:val="Heading2"/>
      </w:pPr>
      <w:r>
        <w:t>Alhamdulillah explained through gravity holding everything stable</w:t>
      </w:r>
    </w:p>
    <w:p>
      <w:r>
        <w:rPr>
          <w:color w:val="666666"/>
          <w:sz w:val="18"/>
        </w:rPr>
        <w:t>God's Protection November 28, 2013 · 2m 54s · at 3:41 · https://youtu.be/QgqXbChsr5c?t=221</w:t>
      </w:r>
    </w:p>
    <w:p>
      <w:r>
        <w:rPr>
          <w:i/>
        </w:rPr>
        <w:t>“Sabse pehle padhi jaati hai Surah Fatiha: Alhamdulillahi Rabbil Aalameen”</w:t>
      </w:r>
    </w:p>
    <w:p>
      <w:r>
        <w:rPr>
          <w:sz w:val="20"/>
        </w:rPr>
        <w:t>3:41  misalan dekhiye, abhi jab namaz padhi gayi to jante hain aap ke pehli hoti hai Surah Fatiha, jis mein padha gaya: "Alhamdulillah Rabbil Alameen".</w:t>
      </w:r>
      <w:r>
        <w:br/>
      </w:r>
      <w:r>
        <w:rPr>
          <w:sz w:val="20"/>
        </w:rPr>
        <w:t>3:58  to main ne socha ke dekhiye, Rabbil Alameen ki hamd ke matlab kya hai?</w:t>
      </w:r>
      <w:r>
        <w:br/>
      </w:r>
      <w:r>
        <w:rPr>
          <w:sz w:val="20"/>
        </w:rPr>
        <w:t>4:08  hamd, hamd kya cheez hai</w:t>
      </w:r>
      <w:r>
        <w:br/>
      </w:r>
      <w:r>
        <w:rPr>
          <w:sz w:val="20"/>
        </w:rPr>
        <w:t>4:10  ? hamd ke maani hain</w:t>
      </w:r>
      <w:r>
        <w:br/>
      </w:r>
      <w:r>
        <w:rPr>
          <w:sz w:val="20"/>
        </w:rPr>
        <w:t>4:14  Allah ke azmat ko, uski glory ko, uske attributes ko, uski badai ko yaad karna aur yeh aitraf karna.</w:t>
      </w:r>
      <w:r>
        <w:br/>
      </w:r>
      <w:r>
        <w:rPr>
          <w:sz w:val="20"/>
        </w:rPr>
        <w:t>4:26  yaad kar ke usko acknowledge karna.</w:t>
      </w:r>
      <w:r>
        <w:br/>
      </w:r>
      <w:r>
        <w:rPr>
          <w:sz w:val="20"/>
        </w:rPr>
        <w:t>4:31  to hamd kis ke liye? Rabbil Alameen ke liye. iske maani hain ke hamd matloob hai aalami rububiyat ke qadar.</w:t>
      </w:r>
      <w:r>
        <w:br/>
      </w:r>
      <w:r>
        <w:rPr>
          <w:sz w:val="20"/>
        </w:rPr>
        <w:t>4:43  ab yeh kalma sun kar ke mind trigger ho gaya mera, trigger ho gaya ke rububiyat ke qadar hamd kya hai.</w:t>
      </w:r>
      <w:r>
        <w:br/>
      </w:r>
      <w:r>
        <w:rPr>
          <w:sz w:val="20"/>
        </w:rPr>
        <w:t>5:00  ab jab main nikla masjid namaz ke baad to har cheez mein wahi cheez dikhai dene lagi. misalan hum chal rahe the apne kuchh saathiyon ke hamrah to mujhe yaad aaya ke dekhiye, zameen mein jo gravity hai,</w:t>
      </w:r>
      <w:r>
        <w:br/>
      </w:r>
      <w:r>
        <w:rPr>
          <w:sz w:val="20"/>
        </w:rPr>
        <w:t>5:20  zameen mein jo kashish hai, wo na ho to hum chal nahin sakte. hum urenge idhar udhar. yeh ghar jo khade hue hain,</w:t>
      </w:r>
      <w:r>
        <w:br/>
      </w:r>
      <w:r>
        <w:rPr>
          <w:sz w:val="20"/>
        </w:rPr>
        <w:t>5:32  wo jam nahin, jam is tarah se khade nahin hote, wo bhi urenge hawa mein. to iska maani kya hai? agar kashish na ho to kya hoga?</w:t>
      </w:r>
      <w:r>
        <w:br/>
      </w:r>
      <w:r>
        <w:rPr>
          <w:sz w:val="20"/>
        </w:rPr>
        <w:t>5:43  poori zameen mein disability aa jayegi.</w:t>
      </w:r>
      <w:r>
        <w:br/>
      </w:r>
      <w:r>
        <w:rPr>
          <w:sz w:val="20"/>
        </w:rPr>
        <w:t>5:50  hamara chalna, gharon ka zameen par khada hona, darakht ka zameen par ug kar khada hona, har cheez, har cheez, motor car ka chalna, har cheez ke liye zaroori hai ke zameen mein kashish ho.</w:t>
      </w:r>
      <w:r>
        <w:br/>
      </w:r>
      <w:r>
        <w:rPr>
          <w:sz w:val="20"/>
        </w:rPr>
        <w:t>6:10  tabhi zameen par disability hai. to</w:t>
      </w:r>
      <w:r>
        <w:br/>
      </w:r>
      <w:r>
        <w:rPr>
          <w:sz w:val="20"/>
        </w:rPr>
        <w:t>6:19  zameen mein har cheez mustahkam tabqa juri hui, har cheez stable hai. yaani ke disability aa jaye.</w:t>
      </w:r>
      <w:r>
        <w:br/>
      </w:r>
      <w:r>
        <w:rPr>
          <w:sz w:val="20"/>
        </w:rPr>
        <w:t>6:29  jo zameen par stability hai, jo cheezein qaim hain mustahkam taur par, uske liye</w:t>
      </w:r>
    </w:p>
    <w:p>
      <w:pPr>
        <w:pStyle w:val="Heading2"/>
      </w:pPr>
      <w:r>
        <w:t>How Galileo's dualism split quality from quantity, erasing values</w:t>
      </w:r>
    </w:p>
    <w:p>
      <w:r>
        <w:rPr>
          <w:color w:val="666666"/>
          <w:sz w:val="18"/>
        </w:rPr>
        <w:t>Dajjal and Dajjalism July 26, 2009 · 5m 05s · at 9:40 · https://youtu.be/CxQTfG01O_s?t=580</w:t>
      </w:r>
    </w:p>
    <w:p>
      <w:r>
        <w:rPr>
          <w:i/>
        </w:rPr>
        <w:t>“Yeh shuru hua hai chaar sau saal pehle, Galileo se.”</w:t>
      </w:r>
    </w:p>
    <w:p>
      <w:r>
        <w:rPr>
          <w:sz w:val="20"/>
        </w:rPr>
        <w:t>9:40  yeh shuru hua hai ab se pehle chaar so saal pehle, taqreeban saadhe chaar so saal pehle, yeh Galileo se shuru hua.</w:t>
      </w:r>
      <w:r>
        <w:br/>
      </w:r>
      <w:r>
        <w:rPr>
          <w:sz w:val="20"/>
        </w:rPr>
        <w:t>9:55  Galileo ko aap jaante hain ke modern science ka woh finder mana jata hai, founder.</w:t>
      </w:r>
      <w:r>
        <w:br/>
      </w:r>
      <w:r>
        <w:rPr>
          <w:sz w:val="20"/>
        </w:rPr>
        <w:t>10:03  science yani founder of modern science mana jata hai. Galileo ko jo Italy ka bahut bada astronomer tha, jisne pehli baar telescope se aasmaan ko dekha, to usko bahut bada darja maal mana jata hai science mein.</w:t>
      </w:r>
      <w:r>
        <w:br/>
      </w:r>
      <w:r>
        <w:rPr>
          <w:sz w:val="20"/>
        </w:rPr>
        <w:t>10:18  Galileo ne kya kya? Usne dual, usko woh, usne woh philosophy lai jisko kaha tha dualism. Dualism.</w:t>
      </w:r>
      <w:r>
        <w:br/>
      </w:r>
      <w:r>
        <w:rPr>
          <w:sz w:val="20"/>
        </w:rPr>
        <w:t>10:29  Sanviyat. Dualism ka matlab hai ke cheezon ko do mein baant dena. Yani usne yeh kiya ke science ki jo study hai, usko usne bataya ke science ki study un cheezon mein rahegi jo miserable hain.</w:t>
      </w:r>
      <w:r>
        <w:br/>
      </w:r>
      <w:r>
        <w:rPr>
          <w:sz w:val="20"/>
        </w:rPr>
        <w:t>10:48  jo non-miserable hain, woh science ke study se bahar rahengi.</w:t>
      </w:r>
      <w:r>
        <w:br/>
      </w:r>
      <w:r>
        <w:rPr>
          <w:sz w:val="20"/>
        </w:rPr>
        <w:t>10:53  yeh bahut hi bada ek naya zamana aaya hai history of thought mein. Galileo se pehle yeh dualism maujood nahi tha.</w:t>
      </w:r>
      <w:r>
        <w:br/>
      </w:r>
      <w:r>
        <w:rPr>
          <w:sz w:val="20"/>
        </w:rPr>
        <w:t>11:07  cheezon ko log holistic way mein sochte the. Holistic way mein.</w:t>
      </w:r>
      <w:r>
        <w:br/>
      </w:r>
      <w:r>
        <w:rPr>
          <w:sz w:val="20"/>
        </w:rPr>
        <w:t>11:13  lekin Galileo ne yeh kiya ke usne cheezon ke qualitative aspect ko alag kar diya aur quantitative aspect ko alag kar diya.</w:t>
      </w:r>
      <w:r>
        <w:br/>
      </w:r>
      <w:r>
        <w:rPr>
          <w:sz w:val="20"/>
        </w:rPr>
        <w:t>11:22  yani quality alag aur quantity alag. Jaise misaal ke taur par phool hai. Phool ki ek chemistry hoti hai. Ek uska fragrance hota hai.</w:t>
      </w:r>
      <w:r>
        <w:br/>
      </w:r>
      <w:r>
        <w:rPr>
          <w:sz w:val="20"/>
        </w:rPr>
        <w:t>11:32  to usne kaha ke fragrance science ki study ka subject nahi hai. Uski chemistry subject hai us ka.</w:t>
      </w:r>
      <w:r>
        <w:br/>
      </w:r>
      <w:r>
        <w:rPr>
          <w:sz w:val="20"/>
        </w:rPr>
        <w:t>11:40  aisi saari cheezein. To quality ko quantity se alag kar diya gaya. Yeh bahut seedhi si baat lagti hai lekin is mein saara maamla ulta tipar gaya.</w:t>
      </w:r>
      <w:r>
        <w:br/>
      </w:r>
      <w:r>
        <w:rPr>
          <w:sz w:val="20"/>
        </w:rPr>
        <w:t>11:52  wahan se dajali shuru hui. Yani khud science mein yeh kiya gaya ke science mein one sided study hui.</w:t>
      </w:r>
      <w:r>
        <w:br/>
      </w:r>
      <w:r>
        <w:rPr>
          <w:sz w:val="20"/>
        </w:rPr>
        <w:t>12:03  yani cheezon ki jo cheezon mein jo meaning hai cheezon mein, jo quality hai cheezon mein, us is ka us ki study science se bahar qarar de di gayi.</w:t>
      </w:r>
      <w:r>
        <w:br/>
      </w:r>
      <w:r>
        <w:rPr>
          <w:sz w:val="20"/>
        </w:rPr>
        <w:t>12:17  aur us ka jo physical aspect hai ya chemistry, chemical aspect tha, us ki study science mein hone lagi. Is tarah se is ka natija kya hua ke values khatam ho gayin zindagi se.</w:t>
      </w:r>
      <w:r>
        <w:br/>
      </w:r>
      <w:r>
        <w:rPr>
          <w:sz w:val="20"/>
        </w:rPr>
        <w:t>12:30  yani values khatam ho gayin.</w:t>
      </w:r>
      <w:r>
        <w:br/>
      </w:r>
      <w:r>
        <w:rPr>
          <w:sz w:val="20"/>
        </w:rPr>
        <w:t>12:33  is se pehle insaan mein yeh duality nahi thi. To values, values baqi thin.</w:t>
      </w:r>
      <w:r>
        <w:br/>
      </w:r>
      <w:r>
        <w:rPr>
          <w:sz w:val="20"/>
        </w:rPr>
        <w:t>12:42  insaan jo hai value conscious hua karta tha. Ab value conscious hona khatam ho gaya. To pehle daur jo tha is mein dekhein, haan main yeh kahunga ke yeh dualism jo hai,</w:t>
      </w:r>
      <w:r>
        <w:br/>
      </w:r>
      <w:r>
        <w:rPr>
          <w:sz w:val="20"/>
        </w:rPr>
        <w:t>12:56  dualism ek aaj ek poori philosophy hai.</w:t>
      </w:r>
      <w:r>
        <w:br/>
      </w:r>
      <w:r>
        <w:rPr>
          <w:sz w:val="20"/>
        </w:rPr>
        <w:t>12:59  aap agar dekhein encyclopedia mein ya internet pe to aap ko maloom ho ke dualism ek poori philosophy hai. Yani zindagi ke cheezon ko do mein baantna.</w:t>
      </w:r>
      <w:r>
        <w:br/>
      </w:r>
      <w:r>
        <w:rPr>
          <w:sz w:val="20"/>
        </w:rPr>
        <w:t>13:09  do mein baantna. Yani jo us ka physical aspect hai, chemical aspect hai ya material aspect jo hai, usko lena aur us ka jo doosra aspect hai, us ki meaning, us ki value,</w:t>
      </w:r>
      <w:r>
        <w:br/>
      </w:r>
      <w:r>
        <w:rPr>
          <w:sz w:val="20"/>
        </w:rPr>
        <w:t>13:22  us ki quality, usko chhod dena. Poori aaj zindagi aap dekhein modern jo civilization hai, woh isi par chal rahi hai.</w:t>
      </w:r>
      <w:r>
        <w:br/>
      </w:r>
      <w:r>
        <w:rPr>
          <w:sz w:val="20"/>
        </w:rPr>
        <w:t>13:31  yani us waqt us aspect ko modern insaan ne chhod diya. Ab sirf yeh hai ke material enjoy, material pleasure, yahi insaan ka sab kuch bana hua hai.</w:t>
      </w:r>
      <w:r>
        <w:br/>
      </w:r>
      <w:r>
        <w:rPr>
          <w:sz w:val="20"/>
        </w:rPr>
        <w:t>13:43  to ye secular field mein hua aur religious field mein bhi ye hua. main chand aapko iska example deta hoon.</w:t>
      </w:r>
      <w:r>
        <w:br/>
      </w:r>
      <w:r>
        <w:rPr>
          <w:sz w:val="20"/>
        </w:rPr>
        <w:t>13:53  dekhen, ye jo duality chali gayi to ismein ek pura philosophy bani jisko kehte hain utilitarianism.</w:t>
      </w:r>
      <w:r>
        <w:br/>
      </w:r>
      <w:r>
        <w:rPr>
          <w:sz w:val="20"/>
        </w:rPr>
        <w:t>14:06  jisko ke Bentham ne shuru kiya, Macaulay ne isko aage badhaya. to utilitarianism yani faida, afadiyat, jismein faida hai woh lena, baqi faida isko, isko chhod dena.</w:t>
      </w:r>
      <w:r>
        <w:br/>
      </w:r>
      <w:r>
        <w:rPr>
          <w:sz w:val="20"/>
        </w:rPr>
        <w:t>14:22  to</w:t>
      </w:r>
      <w:r>
        <w:br/>
      </w:r>
      <w:r>
        <w:rPr>
          <w:sz w:val="20"/>
        </w:rPr>
        <w:t>14:23  yani material gain jismein hai, material interest jismein hai, isko lena bas. baqi jo value wali baatein hain, jo meaning ki baatein hain, jo quality wali baatein hain, jo religious baatein hain, jo spiritual baatein hain, isko chhod dena.</w:t>
      </w:r>
      <w:r>
        <w:br/>
      </w:r>
      <w:r>
        <w:rPr>
          <w:sz w:val="20"/>
        </w:rPr>
        <w:t>14:36  ye hai utilitarianism. ye chha gaya insaan ke upar. ye dualistic aspect jo hai insaan ke upar chha gaya.</w:t>
      </w:r>
    </w:p>
    <w:p>
      <w:pPr>
        <w:pStyle w:val="Heading2"/>
      </w:pPr>
      <w:r>
        <w:t>Dajjali thought divides, Mahdi exposes</w:t>
      </w:r>
    </w:p>
    <w:p>
      <w:r>
        <w:rPr>
          <w:color w:val="666666"/>
          <w:sz w:val="18"/>
        </w:rPr>
        <w:t>Warnings of Doomsday February 4, 2007 · 4m 25s · at 10:57 · https://youtu.be/VT0BnPl_-zc?t=657</w:t>
      </w:r>
    </w:p>
    <w:p>
      <w:r>
        <w:rPr>
          <w:i/>
        </w:rPr>
        <w:t>“Dajjali thought ki best pehchan kya hai?”</w:t>
      </w:r>
    </w:p>
    <w:p>
      <w:r>
        <w:rPr>
          <w:sz w:val="20"/>
        </w:rPr>
        <w:t>10:57  to dajali thought ya dajali ideology ki best pehchan kya hai? best pehchan yeh hai ke woh insaan ko do mein bantay.</w:t>
      </w:r>
      <w:r>
        <w:br/>
      </w:r>
      <w:r>
        <w:rPr>
          <w:sz w:val="20"/>
        </w:rPr>
        <w:t>11:10  isi liye hadith mein aata hai ke dajjal ek aankh ka hoga, dajjal ek aankh ka hoga. is ka matlab yahi hai ke ek ki side lay ga aur us ko doosray se takraye ga.</w:t>
      </w:r>
      <w:r>
        <w:br/>
      </w:r>
      <w:r>
        <w:rPr>
          <w:sz w:val="20"/>
        </w:rPr>
        <w:t>11:22  woh yeh matlab hai is ka. yahi secular field mein hua. marx ne side liya un logon ki jin ko apnay taur par kaha ke exploited log hain.</w:t>
      </w:r>
      <w:r>
        <w:br/>
      </w:r>
      <w:r>
        <w:rPr>
          <w:sz w:val="20"/>
        </w:rPr>
        <w:t>11:35  mein nahi manta ke woh exploited log thay, lekin phir marx ne jo banta insaan ko, ek exploited, ek exploiter, to exploited ki side liya.</w:t>
      </w:r>
      <w:r>
        <w:br/>
      </w:r>
      <w:r>
        <w:rPr>
          <w:sz w:val="20"/>
        </w:rPr>
        <w:t>11:45  us ne un ko takraya exploiter se apni samajh ke mutabiq, aur phir woh takrao paida hua ke 25 million insaan commission empire mein wada le gaye, 25 million insaan is takrao ke nateejay mein.</w:t>
      </w:r>
      <w:r>
        <w:br/>
      </w:r>
      <w:r>
        <w:rPr>
          <w:sz w:val="20"/>
        </w:rPr>
        <w:t>12:01  russion ke nazariye mein, aur dekhiye, ruler aur ruled ka batwara tha. king rule kartay hain aur doosray log ruled hain. ab in dono mein takrao kya?</w:t>
      </w:r>
      <w:r>
        <w:br/>
      </w:r>
      <w:r>
        <w:rPr>
          <w:sz w:val="20"/>
        </w:rPr>
        <w:t>12:11  aaj tak woh takrao khatam nahi hua. democracy kya hua? democracy ke naam par kya aaya? anarchy aayi. democracy ke naam par anarchy aayi kyunke takrao aaya.</w:t>
      </w:r>
      <w:r>
        <w:br/>
      </w:r>
      <w:r>
        <w:rPr>
          <w:sz w:val="20"/>
        </w:rPr>
        <w:t>12:23  is tarah se aap dekhen, gender equality kitna</w:t>
      </w:r>
      <w:r>
        <w:br/>
      </w:r>
      <w:r>
        <w:rPr>
          <w:sz w:val="20"/>
        </w:rPr>
        <w:t>12:26  beautiful word hai! yeh kitna beautiful word hai, gender equality. lekin aap dekhen, aurat mard mein takrao aa gaya. gender equality ka word bohat beautiful lagta hai kehne mein, lekin aap practical sense mein dekhiye,</w:t>
      </w:r>
      <w:r>
        <w:br/>
      </w:r>
      <w:r>
        <w:rPr>
          <w:sz w:val="20"/>
        </w:rPr>
        <w:t>12:43  saaray dunya mein aurat aur mard ka jora, yeh shadi hui, shadi hoti hai love marriage ke taur par, aur aglay din jhagda shuru ho jata hai aapas mein kyunke woh apnay rights mangtay hain, woh apna right mangtay hain.</w:t>
      </w:r>
      <w:r>
        <w:br/>
      </w:r>
      <w:r>
        <w:rPr>
          <w:sz w:val="20"/>
        </w:rPr>
        <w:t>12:59  to to jitnay bhi is zamanay mein ideology nikali logon ne, woh sab takrao wali ideology thi. insaan ko do tukron mein banta unhon ne.</w:t>
      </w:r>
      <w:r>
        <w:br/>
      </w:r>
      <w:r>
        <w:rPr>
          <w:sz w:val="20"/>
        </w:rPr>
        <w:t>13:10  in in equality is zamanay jo thay, thinker thay, sab opsis thay equality ka, sab se equality, social equality, economic equality, gender equality, har taraf equality, equality, equality.</w:t>
      </w:r>
      <w:r>
        <w:br/>
      </w:r>
      <w:r>
        <w:rPr>
          <w:sz w:val="20"/>
        </w:rPr>
        <w:t>13:25  lekin aap dekhiye, result kya nikla? result nikla takrao. kyu? khuda ne ya nature ne paida hi nahi kiya hai equal, paida kiya unequal.</w:t>
      </w:r>
      <w:r>
        <w:br/>
      </w:r>
      <w:r>
        <w:rPr>
          <w:sz w:val="20"/>
        </w:rPr>
        <w:t>13:40  to practical sense mein dunya mein inequality hai. do bhaiyon mein bhi difference hota hai, aurat mard mein difference hota hai, samaj mein difference hota hai, lekin unhon ne zabardasti chaha ke equal banaye, zabardasti.</w:t>
      </w:r>
      <w:r>
        <w:br/>
      </w:r>
      <w:r>
        <w:rPr>
          <w:sz w:val="20"/>
        </w:rPr>
        <w:t>13:54  to kya hua? takrao hai. to jin ko ke yaani log, kuch logon ko yeh ehsaas dilaya, kuch logon ke dil mein yeh feeling bhari ke tum superior, tum inferior bana diye gaye ho.</w:t>
      </w:r>
      <w:r>
        <w:br/>
      </w:r>
      <w:r>
        <w:rPr>
          <w:sz w:val="20"/>
        </w:rPr>
        <w:t>14:09  kuch logon ko bataya ke woh superior bana diye gaye hain. to black and white ka takrao, aurat mard ka takrao, labor aur aur us ka capitalist ka takrao,</w:t>
      </w:r>
      <w:r>
        <w:br/>
      </w:r>
      <w:r>
        <w:rPr>
          <w:sz w:val="20"/>
        </w:rPr>
        <w:t>14:22  har jagah yahi hua. to yeh saari ideologies jo insaan ko do hisse mein baantin, to iska hadith mein jo aaya hai ke in ke dajjal ek aankh wala hoga,</w:t>
      </w:r>
      <w:r>
        <w:br/>
      </w:r>
      <w:r>
        <w:rPr>
          <w:sz w:val="20"/>
        </w:rPr>
        <w:t>14:36  ek aankh wala maani hai ke society ke ek section ko favour karega. woh</w:t>
      </w:r>
      <w:r>
        <w:br/>
      </w:r>
      <w:r>
        <w:rPr>
          <w:sz w:val="20"/>
        </w:rPr>
        <w:t>14:44  yaani one sided thinking iski hogi. iski jo ideology hogi, ek ko favour karegi aur doosre ko bura batayegi.</w:t>
      </w:r>
      <w:r>
        <w:br/>
      </w:r>
      <w:r>
        <w:rPr>
          <w:sz w:val="20"/>
        </w:rPr>
        <w:t>14:55  yeh hua is zamane mein. jitne bhi ideology uthi is zamane mein, aap dekhiye, sab mein yeh hua ke ek ko lekar doosre se takrana, isko ek ki favour karna aur doosre ko galat batana, yeh tha dajali tehzeeb.</w:t>
      </w:r>
      <w:r>
        <w:br/>
      </w:r>
      <w:r>
        <w:rPr>
          <w:sz w:val="20"/>
        </w:rPr>
        <w:t>15:11  to iske muqable mein jo mehdi ka role hai, woh hai isko expose karna, dajjal ke dajali ko expose karna, dajjal ke fitne ko expose karna.</w:t>
      </w:r>
    </w:p>
    <w:p>
      <w:pPr>
        <w:pStyle w:val="Heading2"/>
      </w:pPr>
      <w:r>
        <w:t>Reassessment as sunnah proven by Hudaybiyyah</w:t>
      </w:r>
    </w:p>
    <w:p>
      <w:r>
        <w:rPr>
          <w:color w:val="666666"/>
          <w:sz w:val="18"/>
        </w:rPr>
        <w:t>The Issues of Islam in the Present World 11 Nov, 2012 - Maulana Wahiduddin Khan · 2m 35s · at 2:40 · https://youtu.be/_2hQa846Qzc?t=160</w:t>
      </w:r>
    </w:p>
    <w:p>
      <w:r>
        <w:rPr>
          <w:i/>
        </w:rPr>
        <w:t>“You have to reassess the whole matter.”</w:t>
      </w:r>
    </w:p>
    <w:p>
      <w:r>
        <w:rPr>
          <w:sz w:val="20"/>
        </w:rPr>
        <w:t>2:40  you have to reassess the whole matter. Yeh bhi Islam ki ek sunnat hai. Is ka ek saboot yeh hai ke Rasool Allah sallallahu alaihi wasallam ke zamanay mein dekhiye,</w:t>
      </w:r>
      <w:r>
        <w:br/>
      </w:r>
      <w:r>
        <w:rPr>
          <w:sz w:val="20"/>
        </w:rPr>
        <w:t>2:54  badr ka ghazwa hua, hunain ka ghazwa hua, uhud ka ghazwa hua, aur chhote chhote ghazwat hue.</w:t>
      </w:r>
      <w:r>
        <w:br/>
      </w:r>
      <w:r>
        <w:rPr>
          <w:sz w:val="20"/>
        </w:rPr>
        <w:t>3:06  lekin masla hal nahi hota tha.</w:t>
      </w:r>
      <w:r>
        <w:br/>
      </w:r>
      <w:r>
        <w:rPr>
          <w:sz w:val="20"/>
        </w:rPr>
        <w:t>3:12  shirk ka dard khatm nahi hota tha. to aap ne reassess kiya, revise kiya, aur aap ne replanning ki.</w:t>
      </w:r>
      <w:r>
        <w:br/>
      </w:r>
      <w:r>
        <w:rPr>
          <w:sz w:val="20"/>
        </w:rPr>
        <w:t>3:24  yani</w:t>
      </w:r>
      <w:r>
        <w:br/>
      </w:r>
      <w:r>
        <w:rPr>
          <w:sz w:val="20"/>
        </w:rPr>
        <w:t>3:28  war ke bajaye peace par mabni planning. woh thi hudaybiyah. bohat hi zyada sochne ki baat hai ke makki daur se le kar madani taur tak bar bar takrao hota raha, chhote baday.</w:t>
      </w:r>
      <w:r>
        <w:br/>
      </w:r>
      <w:r>
        <w:rPr>
          <w:sz w:val="20"/>
        </w:rPr>
        <w:t>3:52  lekin masla hal nahi hota tha.</w:t>
      </w:r>
      <w:r>
        <w:br/>
      </w:r>
      <w:r>
        <w:rPr>
          <w:sz w:val="20"/>
        </w:rPr>
        <w:t>3:57  masla yeh tha ke shirk ka dard khatm ho aur tauheed ka daur aaye. to woh nahi aata tha woh. to rasool allah sallallahu alaihi wasallam ne allah ki tawfeeq se replanning ki.</w:t>
      </w:r>
      <w:r>
        <w:br/>
      </w:r>
      <w:r>
        <w:rPr>
          <w:sz w:val="20"/>
        </w:rPr>
        <w:t>4:15  ke is se pehle jo aap ki struggle thi, us mein bar bar war pesh aati thi, skirmishes pesh aati thin, takrao pesh aata tha.</w:t>
      </w:r>
      <w:r>
        <w:br/>
      </w:r>
      <w:r>
        <w:rPr>
          <w:sz w:val="20"/>
        </w:rPr>
        <w:t>4:29  to aap ne saare mamle ko ult diya aur aap ne san hudaybiyah kar li. san hudaybiyah jo hai, anokhi sunnat thi jis mein fareeq-e-sani ki sharton ko unilateral taur par maan liya gaya.</w:t>
      </w:r>
      <w:r>
        <w:br/>
      </w:r>
      <w:r>
        <w:rPr>
          <w:sz w:val="20"/>
        </w:rPr>
        <w:t>4:48  jo kaho manzoor, jo kaho manzoor. bas peace hum chahte hain. hatta ke allah rasool allah ko aap ne kaghaz se mita diya.</w:t>
      </w:r>
      <w:r>
        <w:br/>
      </w:r>
      <w:r>
        <w:rPr>
          <w:sz w:val="20"/>
        </w:rPr>
        <w:t>4:59  jo kehte gaye woh sab manzoor.</w:t>
      </w:r>
      <w:r>
        <w:br/>
      </w:r>
      <w:r>
        <w:rPr>
          <w:sz w:val="20"/>
        </w:rPr>
        <w:t>5:04  to yani from war to peace, yeh thi planning aap ki hudaybiyah ke mauqe par.</w:t>
      </w:r>
    </w:p>
    <w:p>
      <w:pPr>
        <w:pStyle w:val="Heading2"/>
      </w:pPr>
      <w:r>
        <w:t>Warning signs of Doomsday in science and hadith</w:t>
      </w:r>
    </w:p>
    <w:p>
      <w:r>
        <w:rPr>
          <w:color w:val="666666"/>
          <w:sz w:val="18"/>
        </w:rPr>
        <w:t>Warnings of Doomsday February 4, 2007 · 6m 09s · at 19:24 · https://youtu.be/VT0BnPl_-zc?t=1164</w:t>
      </w:r>
    </w:p>
    <w:p>
      <w:r>
        <w:rPr>
          <w:i/>
        </w:rPr>
        <w:t>“Usne 130 countries ke scientists ko ek panel banaya”</w:t>
      </w:r>
    </w:p>
    <w:p>
      <w:r>
        <w:rPr>
          <w:sz w:val="20"/>
        </w:rPr>
        <w:t>19:24  us ne 130 countries ke scientist ko ek panel banaya, 130 mulkon ke scientist ka panel, aur dhai hazar scientist the, more than 2000 scientist.</w:t>
      </w:r>
      <w:r>
        <w:br/>
      </w:r>
      <w:r>
        <w:rPr>
          <w:sz w:val="20"/>
        </w:rPr>
        <w:t>19:44  to mor din, mor din 2000 scientist, international report ke log, aur 130 countries ke, aur kai baras tak unhon ne research ki, research ki, research ki, jis ka result aap ne dekha hoga ke kal media mein aaya hai,</w:t>
      </w:r>
      <w:r>
        <w:br/>
      </w:r>
      <w:r>
        <w:rPr>
          <w:sz w:val="20"/>
        </w:rPr>
        <w:t>20:05  aur woh bohat hi, yaani bohat hi mayous kun picture, bohat hi mayusi ka picture bataya hai unhon ne zameen ke baray mein.</w:t>
      </w:r>
      <w:r>
        <w:br/>
      </w:r>
      <w:r>
        <w:rPr>
          <w:sz w:val="20"/>
        </w:rPr>
        <w:t>20:17  zameen ke baray mein is mein dekhiye, yeh jo times of India kal ka jo issue hai, yaani kal ka matlab hai february third, february third ka jo times of India hai, is mein bohat si news isi ke baray mein hai jo report aayi hai in scientist ke is panel ki.</w:t>
      </w:r>
      <w:r>
        <w:br/>
      </w:r>
      <w:r>
        <w:rPr>
          <w:sz w:val="20"/>
        </w:rPr>
        <w:t>20:40  to is ki main unhon ne jo title banaya hai, is ka woh hai "warning, warning science", s i g n s, "warning ki nishaniyan".</w:t>
      </w:r>
      <w:r>
        <w:br/>
      </w:r>
      <w:r>
        <w:rPr>
          <w:sz w:val="20"/>
        </w:rPr>
        <w:t>20:55  to warning science mein is mein aata add karunga ke "warning signs of toms day" . is mein to jo hai "warning signs", s i g n s,</w:t>
      </w:r>
      <w:r>
        <w:br/>
      </w:r>
      <w:r>
        <w:rPr>
          <w:sz w:val="20"/>
        </w:rPr>
        <w:t>21:09  "warning ki nishaniyan" . to main ne izafa kar ke kahunga ke yeh hai "warning signs of toms day" . kyunke jo aaya hai, woh aap sab logon ne parha hoga, aur aur TV mein dekha hoga ke bohat hi dangerous situation ki taraf hum ja rahe hain, aur yeh bhi keh rahe hain ke "irreversible" hai.</w:t>
      </w:r>
      <w:r>
        <w:br/>
      </w:r>
      <w:r>
        <w:rPr>
          <w:sz w:val="20"/>
        </w:rPr>
        <w:t>21:29  woh ab hum lot nahi sakte peechay ki taraf, yaani pre industrial era mein yeh situation jo thi ke carbon dioxide ab double, is ke muqablay mein double hua ja raha hai hamare atmosphere mein.</w:t>
      </w:r>
      <w:r>
        <w:br/>
      </w:r>
      <w:r>
        <w:rPr>
          <w:sz w:val="20"/>
        </w:rPr>
        <w:t>21:46  pre industrial era mein jitna carbon dioxide hua karta tha atmosphere mein, to is ka double hua ja raha hai. sea level jo hai, 80 centimeter ooncha hone wala hai,</w:t>
      </w:r>
      <w:r>
        <w:br/>
      </w:r>
      <w:r>
        <w:rPr>
          <w:sz w:val="20"/>
        </w:rPr>
        <w:t>22:01  barh raha hai, barh raha hai, barh raha hai. ab bohat jald yeh hoga ke 80 centimeter sea level ooncha ho jayega. kitnay saray log doob jayenge?</w:t>
      </w:r>
      <w:r>
        <w:br/>
      </w:r>
      <w:r>
        <w:rPr>
          <w:sz w:val="20"/>
        </w:rPr>
        <w:t>22:11  yeh kya hai? yeh wahi to hai qayamat ke asar. to asar qayamat par bohat si kitaben hamare likhi gayi thi, aur bohat is mein riwayatein hain.</w:t>
      </w:r>
      <w:r>
        <w:br/>
      </w:r>
      <w:r>
        <w:rPr>
          <w:sz w:val="20"/>
        </w:rPr>
        <w:t>22:22  to sari riwayatein jo hain, is mein woh aaj waqea ban rahi hain. main samajhta hoon koi aadmi agar sirf yeh kare ke in hadithon ko parhe, aur aaj ke jo aaj kal jo media mein aa rahi hain cheezen, is se dekhe milakar ke, to dil pukarega is ka ke bilashuba yeh Khuda ke Rasool the.</w:t>
      </w:r>
      <w:r>
        <w:br/>
      </w:r>
      <w:r>
        <w:rPr>
          <w:sz w:val="20"/>
        </w:rPr>
        <w:t>22:44  kaun janta tha is se pehle in baton ko jo abhi aa rahi hain kuch dinon se? khud scientist logon ko pata nahi tha.</w:t>
      </w:r>
      <w:r>
        <w:br/>
      </w:r>
      <w:r>
        <w:rPr>
          <w:sz w:val="20"/>
        </w:rPr>
        <w:t>22:56  yaani hum ne pehle jab bachpan mein, nawjawan ki umar mein, jab hum parhna shuru kiya to hum ne parha tha aik bar Germany ke baray mein ke Germany mein jab shuru mein factory bani to aap jante hain ke factory se dhuan niklta tha.</w:t>
      </w:r>
      <w:r>
        <w:br/>
      </w:r>
      <w:r>
        <w:rPr>
          <w:sz w:val="20"/>
        </w:rPr>
        <w:t>23:16  yaani koyle ka energy jo thi, koyle se hasil ki jati thi. to dhuan to logon ne samjha ke dhuan nikal kar ke hamara sona ugal raha hai, woh kyunke paisa mil raha tha is se.</w:t>
      </w:r>
      <w:r>
        <w:br/>
      </w:r>
      <w:r>
        <w:rPr>
          <w:sz w:val="20"/>
        </w:rPr>
        <w:t>23:30  to Germanon ne kaha ke jab tak hamari chimniyan dhuan ugal rahi hain, tab tak hamare liye koi koi problem nahi hai.</w:t>
      </w:r>
      <w:r>
        <w:br/>
      </w:r>
      <w:r>
        <w:rPr>
          <w:sz w:val="20"/>
        </w:rPr>
        <w:t>23:41  to is ko prosperity ki pehchan samajhte the. is ko aaj woh dhuan jo yeh keh raha hai ke zindagi is is is is globe par zindagi hi possible nahi rahi.</w:t>
      </w:r>
      <w:r>
        <w:br/>
      </w:r>
      <w:r>
        <w:rPr>
          <w:sz w:val="20"/>
        </w:rPr>
        <w:t>23:53  kyunke is dhuein ne, industrial dhuein ne kya kiya? yeh kiya ke ke carbon dioxide ka jo content hai hamare atmosphere mein, is ko ab double karne</w:t>
      </w:r>
      <w:r>
        <w:br/>
      </w:r>
      <w:r>
        <w:rPr>
          <w:sz w:val="20"/>
        </w:rPr>
        <w:t>24:07  ja raha hai. double! bataiye ke kitni kitna bara danger yeh hai? woh jo zehriili gases hoti hain, aap jante hain, agar un ki barh jaye, un ki quantity to kya hoga?</w:t>
      </w:r>
      <w:r>
        <w:br/>
      </w:r>
      <w:r>
        <w:rPr>
          <w:sz w:val="20"/>
        </w:rPr>
        <w:t>24:18  to main samajhta hoon ke yeh jo hai baat ke qayamat se pehle dajjal o dajjal aur Mahdi zahir honge. yaani bohat pehle ke mani ki bilkul jab qareeb aa chuki gi, qareeb tab.</w:t>
      </w:r>
      <w:r>
        <w:br/>
      </w:r>
      <w:r>
        <w:rPr>
          <w:sz w:val="20"/>
        </w:rPr>
        <w:t>24:34  to main samajhta hoon ke toms day qareeb aa chuka, aur dajjal aur Mahdi ke zuhoor ka waqt aa chuka.</w:t>
      </w:r>
      <w:r>
        <w:br/>
      </w:r>
      <w:r>
        <w:rPr>
          <w:sz w:val="20"/>
        </w:rPr>
        <w:t>24:45  to hadith mein aata hai jab waqt aaye to us waqt toba ka waqt hoga. toba ka matlab hai repentance.</w:t>
      </w:r>
      <w:r>
        <w:br/>
      </w:r>
      <w:r>
        <w:rPr>
          <w:sz w:val="20"/>
        </w:rPr>
        <w:t>24:56  yaani aap ko agar bataya jaye ke ertaqay ka aanay wala hai paanch minute ke baad to aap ka kya haal hoga? mujhe bataiye, agar yeh announce kiya jaye government ki taraf se ke sirf five minute ke baad aik ertaqay ka aanay wala hai, bohat bara, to hum mein se kya kaha hoga?</w:t>
      </w:r>
      <w:r>
        <w:br/>
      </w:r>
      <w:r>
        <w:rPr>
          <w:sz w:val="20"/>
        </w:rPr>
        <w:t>25:17  hum kaha hum sab kuch bhool jayenge, koi excuse nahi rahega hamare paas, kuch bhi nahi. woh Khuda ki taraf daudenge, sab kuch bhool jayenge, sab kuch bhool jayenge.</w:t>
      </w:r>
    </w:p>
    <w:p>
      <w:pPr>
        <w:pStyle w:val="Heading2"/>
      </w:pPr>
      <w:r>
        <w:t>Who is a true servant in the hadith</w:t>
      </w:r>
    </w:p>
    <w:p>
      <w:r>
        <w:rPr>
          <w:color w:val="666666"/>
          <w:sz w:val="18"/>
        </w:rPr>
        <w:t>Hadith-e-Qudsi April 24, 2014 Maulana Wahiduddin Khan · 2m 25s · at 1:59 · https://youtu.be/DXaqyk0uct0?t=119</w:t>
      </w:r>
    </w:p>
    <w:p>
      <w:r>
        <w:rPr>
          <w:i/>
        </w:rPr>
        <w:t>“First understand: this hadith is about a servant, not a rebellious person.”</w:t>
      </w:r>
    </w:p>
    <w:p>
      <w:r>
        <w:rPr>
          <w:sz w:val="20"/>
        </w:rPr>
        <w:t>1:59  dekhen, is hadith ko samajhne ke liye sab se pehle yeh baat janna chahiye ke yahan 'abd ki baat hai, ek sarkash insan ki baat nahi hai.</w:t>
      </w:r>
      <w:r>
        <w:br/>
      </w:r>
      <w:r>
        <w:rPr>
          <w:sz w:val="20"/>
        </w:rPr>
        <w:t>2:15  ek sarkash insan yeh samjhe ke main dunya mein islami hukumat qaim karunga aur lage ladai karne logon se, aur samjhe ke khuda madad karega, to aisa kabhi hone wala nahi hai.</w:t>
      </w:r>
      <w:r>
        <w:br/>
      </w:r>
      <w:r>
        <w:rPr>
          <w:sz w:val="20"/>
        </w:rPr>
        <w:t>2:29  ek sarkash insan</w:t>
      </w:r>
      <w:r>
        <w:br/>
      </w:r>
      <w:r>
        <w:rPr>
          <w:sz w:val="20"/>
        </w:rPr>
        <w:t>2:36  siyasi hangame khare kare, kahe ke mein aur Islam ke naam par yeh kaam kar raha hoon, to Allah ki madad hogi. Yeh bilkul galat baat hai.</w:t>
      </w:r>
      <w:r>
        <w:br/>
      </w:r>
      <w:r>
        <w:rPr>
          <w:sz w:val="20"/>
        </w:rPr>
        <w:t>2:48  yahan par jo abd ka lafz hai, bohat ba-maani hai. Abd kaun hai?</w:t>
      </w:r>
      <w:r>
        <w:br/>
      </w:r>
      <w:r>
        <w:rPr>
          <w:sz w:val="20"/>
        </w:rPr>
        <w:t>2:58  haqeeqi maano mein abd kaun hai? Yeh woh insaan hai jo waqe'atan seekhe, jo talash kare, aur sanjeeda talash ke nateejay mein woh apne khalq ko daryaft kare.</w:t>
      </w:r>
      <w:r>
        <w:br/>
      </w:r>
      <w:r>
        <w:rPr>
          <w:sz w:val="20"/>
        </w:rPr>
        <w:t>3:17  aur phir daryaft karne ke baad khalq uska soul concern ban jaye.</w:t>
      </w:r>
      <w:r>
        <w:br/>
      </w:r>
      <w:r>
        <w:rPr>
          <w:sz w:val="20"/>
        </w:rPr>
        <w:t>3:24  woh khalq mein jeeye, khalq ke baare mein soche, woh khalq ki sift ko daryaft kare. To yeh abd, to sacha abd jo hai, woh kaun hai?</w:t>
      </w:r>
      <w:r>
        <w:br/>
      </w:r>
      <w:r>
        <w:rPr>
          <w:sz w:val="20"/>
        </w:rPr>
        <w:t>3:38  sacha abd woh hai jo khalq ko daryaft karte hi woh khalq ke naqsha-e-takhleeq ko bhi daryaft kar leta hai.</w:t>
      </w:r>
      <w:r>
        <w:br/>
      </w:r>
      <w:r>
        <w:rPr>
          <w:sz w:val="20"/>
        </w:rPr>
        <w:t>3:48  yaani Allah ki kya, Allah ka creation</w:t>
      </w:r>
      <w:r>
        <w:br/>
      </w:r>
      <w:r>
        <w:rPr>
          <w:sz w:val="20"/>
        </w:rPr>
        <w:t>3:53  plan kya hai, woh bhi daryaft kar leta hai. Woh Allah ko bande se kya matloob hai, woh bhi daryaft kar leta hai. Allah ko kya pasand hai, kya pasand nahi, woh sab daryaft kar leta hai.</w:t>
      </w:r>
      <w:r>
        <w:br/>
      </w:r>
      <w:r>
        <w:rPr>
          <w:sz w:val="20"/>
        </w:rPr>
        <w:t>4:06  Allah ne insaan ke liye kya muqaddar kiya hai, woh bhi daryaft kar leta hai.</w:t>
      </w:r>
      <w:r>
        <w:br/>
      </w:r>
      <w:r>
        <w:rPr>
          <w:sz w:val="20"/>
        </w:rPr>
        <w:t>4:11  to is mein abd se murad hai ek realized insaan, ek aarif insaan, ek aisa insaan jis ko sachai ki daryaft ho chuki ho.</w:t>
      </w:r>
    </w:p>
    <w:p>
      <w:pPr>
        <w:pStyle w:val="Heading2"/>
      </w:pPr>
      <w:r>
        <w:t>Prophet's character as example for all</w:t>
      </w:r>
    </w:p>
    <w:p>
      <w:r>
        <w:rPr>
          <w:color w:val="666666"/>
          <w:sz w:val="18"/>
        </w:rPr>
        <w:t>Hadith Prediction November 3, 2013 · 2m 24s · at 13:27 · https://youtu.be/cb5Lzw9c8aE?t=807</w:t>
      </w:r>
    </w:p>
    <w:p>
      <w:r>
        <w:rPr>
          <w:i/>
        </w:rPr>
        <w:t>“For example, the Quran says you are upon a great character.”</w:t>
      </w:r>
    </w:p>
    <w:p>
      <w:r>
        <w:rPr>
          <w:sz w:val="20"/>
        </w:rPr>
        <w:t>13:27  misal ke taur par dekhiye, quran mein hai ke inna laka ala khulqin azeem tum bare character par ho, sublime character par ho, high character par ho.</w:t>
      </w:r>
      <w:r>
        <w:br/>
      </w:r>
      <w:r>
        <w:rPr>
          <w:sz w:val="20"/>
        </w:rPr>
        <w:t>13:42  to is ko jor diya kis se? rasool allah se. kaha high character ke baad jo hai, khulq azeem ke baad bas rasool allah ke liye hamein hamein is mein kuch nahi karna hai. halanke woh sab ke liye, woh example hai, woh woh example hai</w:t>
      </w:r>
      <w:r>
        <w:br/>
      </w:r>
      <w:r>
        <w:rPr>
          <w:sz w:val="20"/>
        </w:rPr>
        <w:t>13:59  jo quran mein aaya hai ke laqad kana lakum fi rasool allah uswa hasana yeh uswa hasana ki baat jo hai, woh rasool allah ki poori zindagi sab ke liye hai, siwa un chand ek baaton ke jis mein sarahatan keh diya gaya ho ke woh rasool allah ke liye hai.</w:t>
      </w:r>
      <w:r>
        <w:br/>
      </w:r>
      <w:r>
        <w:rPr>
          <w:sz w:val="20"/>
        </w:rPr>
        <w:t>14:16  misalan kai auraton se shadi karna. to wahan saaf saaf likha hua hai quran mein khassatan laka min dunil momineen yaani doosre ahl-e-iman ke liye ek had hai,</w:t>
      </w:r>
      <w:r>
        <w:br/>
      </w:r>
      <w:r>
        <w:rPr>
          <w:sz w:val="20"/>
        </w:rPr>
        <w:t>14:30  lekin rasool allah ke liye woh had tod di gayi thi kisi maslehat ki bina par. to wahan likha hua hai saaf saaf khassatan laka min dunil momineen baqi jahan sarahat na ho, woh sab sare ahl-e-iman ke liye hai.</w:t>
      </w:r>
      <w:r>
        <w:br/>
      </w:r>
      <w:r>
        <w:rPr>
          <w:sz w:val="20"/>
        </w:rPr>
        <w:t>14:46  to khulq azeem bhi sare ahl-e-iman ke liye example hai. to khulq azeem ka matlab kya hai?</w:t>
      </w:r>
      <w:r>
        <w:br/>
      </w:r>
      <w:r>
        <w:rPr>
          <w:sz w:val="20"/>
        </w:rPr>
        <w:t>14:56  yaani khulq azeem ka matlab hai, yaani reaction se apne ko bacha kar aala akhlaq par qaim hona.</w:t>
      </w:r>
      <w:r>
        <w:br/>
      </w:r>
      <w:r>
        <w:rPr>
          <w:sz w:val="20"/>
        </w:rPr>
        <w:t>15:07  reaction se bacha kar aala akhlaq par qaim hona, yaani koi radd-e-amal nahi, koi nafrat nahi, koi intiqam ka jazba nahi, koi hate nahi.</w:t>
      </w:r>
      <w:r>
        <w:br/>
      </w:r>
      <w:r>
        <w:rPr>
          <w:sz w:val="20"/>
        </w:rPr>
        <w:t>15:22  log to aisa karenge, zahir hai ke dunya mein differences hote hain. log to aisi baatein karenge, negative reaction un ki taraf se ravaiyya hoga, lekin rasool allah ka tareeqa tha ke un se bilkul upar uth kar ke,</w:t>
      </w:r>
      <w:r>
        <w:br/>
      </w:r>
      <w:r>
        <w:rPr>
          <w:sz w:val="20"/>
        </w:rPr>
        <w:t>15:37  ek dum upar uth kar ke apna akhlaq banana. is ki ek misal deta hoon mein ke rasool allah ko, rasool allah madine mein aap ne apna mission shuru kiya.</w:t>
      </w:r>
    </w:p>
    <w:p>
      <w:pPr>
        <w:pStyle w:val="Heading2"/>
      </w:pPr>
      <w:r>
        <w:t>Second part follow majority to avoid division</w:t>
      </w:r>
    </w:p>
    <w:p>
      <w:r>
        <w:rPr>
          <w:color w:val="666666"/>
          <w:sz w:val="18"/>
        </w:rPr>
        <w:t>The Importance of Unity March 15, 2014 · 1m 45s · at 10:02 · https://youtu.be/-xS-eK4zw-k?t=602</w:t>
      </w:r>
    </w:p>
    <w:p>
      <w:r>
        <w:rPr>
          <w:i/>
        </w:rPr>
        <w:t>“Suwaad e azam ka ittiba karo”</w:t>
      </w:r>
    </w:p>
    <w:p>
      <w:r>
        <w:rPr>
          <w:sz w:val="20"/>
        </w:rPr>
        <w:t>10:02  to ek pehlu yeh hai. doosra pehlu woh hai ke sawad-e-aazam ka itteba karo. sawad-e-aazam ka matlab hai aksariyat, majority.</w:t>
      </w:r>
      <w:r>
        <w:br/>
      </w:r>
      <w:r>
        <w:rPr>
          <w:sz w:val="20"/>
        </w:rPr>
        <w:t>10:13  yeh yahan itteba ki baat hai, yeh baat nahin ke sawad-e-aazam haq par hoga.</w:t>
      </w:r>
      <w:r>
        <w:br/>
      </w:r>
      <w:r>
        <w:rPr>
          <w:sz w:val="20"/>
        </w:rPr>
        <w:t>10:22  ya sirf is wajah liye ke is ka hargiz yeh matlab nahin ke sawad-e-aazam jo hoga woh haq par hoga.</w:t>
      </w:r>
      <w:r>
        <w:br/>
      </w:r>
      <w:r>
        <w:rPr>
          <w:sz w:val="20"/>
        </w:rPr>
        <w:t>10:30  nahin. is ka matlab sirf yeh hai ke jab beshtar log</w:t>
      </w:r>
      <w:r>
        <w:br/>
      </w:r>
      <w:r>
        <w:rPr>
          <w:sz w:val="20"/>
        </w:rPr>
        <w:t>10:39  kisi amar par mutaffiq ho jayen to wahan par tum un ka bhi saath do. chahe woh tumhein galat nazar aate hon.</w:t>
      </w:r>
      <w:r>
        <w:br/>
      </w:r>
      <w:r>
        <w:rPr>
          <w:sz w:val="20"/>
        </w:rPr>
        <w:t>10:50  kyunke al-khilaf shar .</w:t>
      </w:r>
      <w:r>
        <w:br/>
      </w:r>
      <w:r>
        <w:rPr>
          <w:sz w:val="20"/>
        </w:rPr>
        <w:t>10:55  jaise misaal ke taur par dekhen, ek masjid hai, is ke andar baqayda panch waqt ki namaz qaim hai.</w:t>
      </w:r>
      <w:r>
        <w:br/>
      </w:r>
      <w:r>
        <w:rPr>
          <w:sz w:val="20"/>
        </w:rPr>
        <w:t>11:06  ek imam sahab hain, un par sare namaziyon ka ittefaq hai. ab is mein agar chand aadmi yeh samjhen ke yeh ke is imam ke peeche namaz jaiz nahin hai, is mein falan kharabi hai,</w:t>
      </w:r>
      <w:r>
        <w:br/>
      </w:r>
      <w:r>
        <w:rPr>
          <w:sz w:val="20"/>
        </w:rPr>
        <w:t>11:24  to in chand aadmiyon ke liye jaiz nahin hoga ke jamaat chhod den. nahin, woh doosre musalmanon ke sath unhein namaz padhna chahiye.</w:t>
      </w:r>
      <w:r>
        <w:br/>
      </w:r>
      <w:r>
        <w:rPr>
          <w:sz w:val="20"/>
        </w:rPr>
        <w:t>11:35  yeh matlab hai is ka. yani doosre hisse mein jis cheez ka zikr hai woh hai ijtimaiyat ko baqi rakhna.</w:t>
      </w:r>
    </w:p>
    <w:p>
      <w:pPr>
        <w:pStyle w:val="Heading2"/>
      </w:pPr>
      <w:r>
        <w:t>Regret for not guiding neighbor</w:t>
      </w:r>
    </w:p>
    <w:p>
      <w:r>
        <w:rPr>
          <w:color w:val="666666"/>
          <w:sz w:val="18"/>
        </w:rPr>
        <w:t>CPS Women Article Discussion 14 January 8, 2023 · 26s · at 2:34 · https://youtu.be/XVluFGBfxcI?t=154</w:t>
      </w:r>
    </w:p>
    <w:p>
      <w:r>
        <w:rPr>
          <w:i/>
        </w:rPr>
        <w:t>“ग़यामत में किसी को यह मेहरूनी नहीं सताएगी कि वह दुनिया में मादी चीज़ों के”</w:t>
      </w:r>
    </w:p>
    <w:p>
      <w:r>
        <w:rPr>
          <w:sz w:val="20"/>
        </w:rPr>
        <w:t>2:34  ghayamat mein kisi ko yeh mehrumi nahi satayegi ke woh duniya mein maadi cheezon ke paaney mein nakaam raha. kyunke ab uska daur khatam ho chuka hoga. qayamat mein kisi ko sirf yeh cheez tadpayegi ke kaash mere padosi ne, meri qabili fahm zabaan mein, mujhko hidayat pahunchai hoti, to main us par imaan laata aur aaj main channat mein daakhle se mehroom na rehta.</w:t>
      </w:r>
      <w:r>
        <w:br/>
      </w:r>
      <w:r>
        <w:rPr>
          <w:sz w:val="20"/>
        </w:rPr>
        <w:t>3:00  is hadish ko maujooda zamane ke lihaz se dekha jaye to ismein aam padosi ke alawa electronic padosi in neighbor bhi shamil honge kyunke aaj door ke padosi ko hidayat pahunchana utna hi aasan ho gaya hai jitna ke qareebi padosi ko pahunchana.</w:t>
      </w:r>
    </w:p>
    <w:p>
      <w:pPr>
        <w:pStyle w:val="Heading2"/>
      </w:pPr>
      <w:r>
        <w:t>The Prophet's night journey compared to modern instant global travel</w:t>
      </w:r>
    </w:p>
    <w:p>
      <w:r>
        <w:rPr>
          <w:color w:val="666666"/>
          <w:sz w:val="18"/>
        </w:rPr>
        <w:t>Islam in A New Age March 18, 2012 · 3m 28s · at 21:53 · https://youtu.be/P5hzq_NheY0?t=1313</w:t>
      </w:r>
    </w:p>
    <w:p>
      <w:r>
        <w:rPr>
          <w:i/>
        </w:rPr>
        <w:t>“Rasoolallah ko Isra hua — Makkah se Yerusalem raaton raat”</w:t>
      </w:r>
    </w:p>
    <w:p>
      <w:r>
        <w:rPr>
          <w:sz w:val="20"/>
        </w:rPr>
        <w:t>21:53  Bukhari aur Muslim mein yeh riwayat hai ke Rasool Allah Sal Allahu Alaihi Wasallam ko jab woh waqia hua jis ko Quran mein Isra kaha gaya hai aur aam taur par us ko Meraj kehte hain.</w:t>
      </w:r>
      <w:r>
        <w:br/>
      </w:r>
      <w:r>
        <w:rPr>
          <w:sz w:val="20"/>
        </w:rPr>
        <w:t>22:05  lafz Meraj dekhiye, Quran mein nahi hai. aam taur par Meraj kaha jata hai us ko. lekin Quran mein lafz Isra hai. yaani Makkah se aap, Makkah ke aakhri zamaney ka waqia hai.</w:t>
      </w:r>
      <w:r>
        <w:br/>
      </w:r>
      <w:r>
        <w:rPr>
          <w:sz w:val="20"/>
        </w:rPr>
        <w:t>22:17  Makkah se aap Yerushalayim gaye. aur raton raat wapas bhi aaye.</w:t>
      </w:r>
      <w:r>
        <w:br/>
      </w:r>
      <w:r>
        <w:rPr>
          <w:sz w:val="20"/>
        </w:rPr>
        <w:t>22:22  Isra ke maani hote hain raton raat jana, sab raton raat safar karna. toh Rasool Allah Sal Allahu Alaihi Wasallam ko Allah Ta'ala ne aik safar karwaya raat ko.</w:t>
      </w:r>
      <w:r>
        <w:br/>
      </w:r>
      <w:r>
        <w:rPr>
          <w:sz w:val="20"/>
        </w:rPr>
        <w:t>22:34  main manta hoon ke is par bara behas hai ke woh roohani tha ke jismani tha. main manta hoon ke jismani tha woh. main us ko jismani manta hoon.</w:t>
      </w:r>
      <w:r>
        <w:br/>
      </w:r>
      <w:r>
        <w:rPr>
          <w:sz w:val="20"/>
        </w:rPr>
        <w:t>22:46  to lekin woh ek ek bohat hi thore time mein hua</w:t>
      </w:r>
      <w:r>
        <w:br/>
      </w:r>
      <w:r>
        <w:rPr>
          <w:sz w:val="20"/>
        </w:rPr>
        <w:t>22:50  tha. ek ek shayad ek moment mein hua tha. to us waqt time aur space ka khatam kar diya tha Allah taala ne. farq.</w:t>
      </w:r>
      <w:r>
        <w:br/>
      </w:r>
      <w:r>
        <w:rPr>
          <w:sz w:val="20"/>
        </w:rPr>
        <w:t>23:00  to Rasool Allah S.A.W. ne subah ko elaan bataya ke aaj raton raat mein gaya یروشلم aur wahan se wapas aaya.</w:t>
      </w:r>
      <w:r>
        <w:br/>
      </w:r>
      <w:r>
        <w:rPr>
          <w:sz w:val="20"/>
        </w:rPr>
        <w:t>23:10  to Makkah ke log naoozubillah mazak urane lage. dekho ab in ka ajeeb ghareeb baatein kar rahe</w:t>
      </w:r>
      <w:r>
        <w:br/>
      </w:r>
      <w:r>
        <w:rPr>
          <w:sz w:val="20"/>
        </w:rPr>
        <w:t>23:17  hain yeh. to riwayat hai ke</w:t>
      </w:r>
      <w:r>
        <w:br/>
      </w:r>
      <w:r>
        <w:rPr>
          <w:sz w:val="20"/>
        </w:rPr>
        <w:t>23:21  is zamane mein ek aadmi jo ke safar karte the, yeh Makkah ke log, ek zamane mein gaya tha یروشلم ek shakhs.</w:t>
      </w:r>
      <w:r>
        <w:br/>
      </w:r>
      <w:r>
        <w:rPr>
          <w:sz w:val="20"/>
        </w:rPr>
        <w:t>23:31  aur lauta tha یروشلم se. yeh tay hua ke woh aadmi pooche ke aap ne jo dekha kya dekha? yani is ki east mein kya hai, west mein kya hai?</w:t>
      </w:r>
      <w:r>
        <w:br/>
      </w:r>
      <w:r>
        <w:rPr>
          <w:sz w:val="20"/>
        </w:rPr>
        <w:t>23:42  idhar kya hai, udhar kya hai? woh sab pooche woh. aur aap bata</w:t>
      </w:r>
      <w:r>
        <w:br/>
      </w:r>
      <w:r>
        <w:rPr>
          <w:sz w:val="20"/>
        </w:rPr>
        <w:t>23:45  ein to woh woh tasdeeq kare ke haan aisa hai wahan par. to woh aadmi bulaya gaya Rasool Allah S.A.W. se, woh poochne laga. to wahan yeh hai ke Jibrael ne woh poora naqsha یروشلم ka jis ko hum aaj kehte hain Masjid Aqsa,</w:t>
      </w:r>
      <w:r>
        <w:br/>
      </w:r>
      <w:r>
        <w:rPr>
          <w:sz w:val="20"/>
        </w:rPr>
        <w:t>24:03  woh poora naqsha Jibrael ne samne kar diya.</w:t>
      </w:r>
      <w:r>
        <w:br/>
      </w:r>
      <w:r>
        <w:rPr>
          <w:sz w:val="20"/>
        </w:rPr>
        <w:t>24:10  to woh aadmi poochta jata tha, Rasool Allah batate jate the.</w:t>
      </w:r>
      <w:r>
        <w:br/>
      </w:r>
      <w:r>
        <w:rPr>
          <w:sz w:val="20"/>
        </w:rPr>
        <w:t>24:14  tab yaqeen kar liya logon ne ke haan aisa waqea hua hai.</w:t>
      </w:r>
      <w:r>
        <w:br/>
      </w:r>
      <w:r>
        <w:rPr>
          <w:sz w:val="20"/>
        </w:rPr>
        <w:t>24:20  ab is ko compare kijiye aap. dekhiye Makkah se یروشلم ka faasla jo hai taqreeban ek hazar teen so kilometer hai.</w:t>
      </w:r>
      <w:r>
        <w:br/>
      </w:r>
      <w:r>
        <w:rPr>
          <w:sz w:val="20"/>
        </w:rPr>
        <w:t>24:33  aur Taswania se Khatwa Khatwa ka faasla das hazar, taqreeban das hazar teen so kilometer hai. yani das guna zyada.</w:t>
      </w:r>
      <w:r>
        <w:br/>
      </w:r>
      <w:r>
        <w:rPr>
          <w:sz w:val="20"/>
        </w:rPr>
        <w:t>24:43  Makkah se یروشلم ka faasla taqreeban ek hazar teen so kilometer. aur Taswania se Khatwa ka faasla taqreeban das hazar teen so kilometer.</w:t>
      </w:r>
      <w:r>
        <w:br/>
      </w:r>
      <w:r>
        <w:rPr>
          <w:sz w:val="20"/>
        </w:rPr>
        <w:t>24:56  ab aap ghor kijiye, wohi waqea to hua.</w:t>
      </w:r>
      <w:r>
        <w:br/>
      </w:r>
      <w:r>
        <w:rPr>
          <w:sz w:val="20"/>
        </w:rPr>
        <w:t>25:02  wohi waqea to hua jo Makkah mein hua tha. woh wahan hua tha bazariya Burq, yahan hua bazariya technology.</w:t>
      </w:r>
      <w:r>
        <w:br/>
      </w:r>
      <w:r>
        <w:rPr>
          <w:sz w:val="20"/>
        </w:rPr>
        <w:t>25:11  yeh hai peshangoi Quran o Hadees mein ke yeh daur aane wala hai. aur is daur ka hissa, woh is daur mein ummat hogi Muhammadi.</w:t>
      </w:r>
    </w:p>
    <w:p>
      <w:pPr>
        <w:pStyle w:val="Heading2"/>
      </w:pPr>
      <w:r>
        <w:t>divine law: some fall, some are always spared</w:t>
      </w:r>
    </w:p>
    <w:p>
      <w:r>
        <w:rPr>
          <w:color w:val="666666"/>
          <w:sz w:val="18"/>
        </w:rPr>
        <w:t>Muslim Unity March 15, 2014 Maulana Wahiduddin Khan · 23s · at 8:44 · https://youtu.be/CZHU5z3SEjc?t=524</w:t>
      </w:r>
    </w:p>
    <w:p>
      <w:r>
        <w:rPr>
          <w:i/>
        </w:rPr>
        <w:t>“Quran aur Sunnat sari bheed ko nahi pakdenge”</w:t>
      </w:r>
    </w:p>
    <w:p>
      <w:r>
        <w:rPr>
          <w:sz w:val="20"/>
        </w:rPr>
        <w:t>8:44  to lekin Quran aur Sunnat jo hai, saare saari bhiid ko pakad lenge, aisa nahi ho sakta. Yeh sunnat, yeh to Allah Ta'ala ke qanoon ke khilaf hoga.</w:t>
      </w:r>
      <w:r>
        <w:br/>
      </w:r>
      <w:r>
        <w:rPr>
          <w:sz w:val="20"/>
        </w:rPr>
        <w:t>8:59  kuch afraad ko pakadenge, kuch afraad ko bach jayenge.</w:t>
      </w:r>
    </w:p>
    <w:p>
      <w:pPr>
        <w:pStyle w:val="Heading2"/>
      </w:pPr>
      <w:r>
        <w:t>Don't make sin a habit, always seek forgiveness</w:t>
      </w:r>
    </w:p>
    <w:p>
      <w:r>
        <w:rPr>
          <w:color w:val="666666"/>
          <w:sz w:val="18"/>
        </w:rPr>
        <w:t>CPS Women Monthly Q and A with Prof. Farida Khanam and Maulana Farhad Ahmed Umeri July 30, 2023 · 28s · at 9:02 · https://youtu.be/zKtfjSCnoAE?t=542</w:t>
      </w:r>
    </w:p>
    <w:p>
      <w:r>
        <w:rPr>
          <w:i/>
        </w:rPr>
        <w:t>“Aadat nahi daalna hai, ghalti ho to maafi maangna hai”</w:t>
      </w:r>
    </w:p>
    <w:p>
      <w:r>
        <w:rPr>
          <w:sz w:val="20"/>
        </w:rPr>
        <w:t>9:02  Waqt ka saahab, waqt se explain ho gaya. Jab aadat pad jayegi to phir pakad hogi zaroor. Aadat nahi dalna hai. Jhatke mein agar koi galti ho ja rahi hai to maafi mangna hai. Jazaak Allah, Jazaak Allah Khair Bhai and now the question now comes from Doctor Safeena Tabassum. Assalamualaikum.</w:t>
      </w:r>
      <w:r>
        <w:br/>
      </w:r>
      <w:r>
        <w:rPr>
          <w:sz w:val="20"/>
        </w:rPr>
        <w:t>9:30  Yeh Quran mein aksar padhne ko hota hai ki hurmat wale mahine to yeh hurmat kya hai aur kyun hai aur kya yeh aaj bhi apply karti hai? Wale char mahine hain. Asal mein hota kya tha? Hurmat wale mahine ka matlab yeh hai usko us zamane ke hisse samjhiye ki us zamane mein kya tha? Are aap tribes to jante hain tribal age mein kya kaafi jhagda hota hai.</w:t>
      </w:r>
    </w:p>
    <w:p>
      <w:pPr>
        <w:pStyle w:val="Heading2"/>
      </w:pPr>
      <w:r>
        <w:t>Darwin and Freud extended dualism, erasing spirituality</w:t>
      </w:r>
    </w:p>
    <w:p>
      <w:r>
        <w:rPr>
          <w:color w:val="666666"/>
          <w:sz w:val="18"/>
        </w:rPr>
        <w:t>Dajjal and Dajjalism July 26, 2009 · 4m 39s · at 17:27 · https://youtu.be/CxQTfG01O_s?t=1047</w:t>
      </w:r>
    </w:p>
    <w:p>
      <w:r>
        <w:rPr>
          <w:i/>
        </w:rPr>
        <w:t>“Darwin ne yeh kiya ke insaan ka physical structure liya, baaki chhod diya.”</w:t>
      </w:r>
    </w:p>
    <w:p>
      <w:r>
        <w:rPr>
          <w:sz w:val="20"/>
        </w:rPr>
        <w:t>17:27  uske bahar jo cheez hai, is soch insaan ki soch woh kaise bani yeh uske is se bahar hai.</w:t>
      </w:r>
      <w:r>
        <w:br/>
      </w:r>
      <w:r>
        <w:rPr>
          <w:sz w:val="20"/>
        </w:rPr>
        <w:t>17:36  ye kitna bada ek ek ek farq aaya history mein ke insaan naam hai mind ka, rooh ka, soch ka, woh sab khatam is se.</w:t>
      </w:r>
      <w:r>
        <w:br/>
      </w:r>
      <w:r>
        <w:rPr>
          <w:sz w:val="20"/>
        </w:rPr>
        <w:t>17:50  ab dekhen ke evolution se jo jo banti hai jisko kehte hain yani natural selection ya survival of the fittest, woh sirf physical process hi tak mehdood hai. woh</w:t>
      </w:r>
      <w:r>
        <w:br/>
      </w:r>
      <w:r>
        <w:rPr>
          <w:sz w:val="20"/>
        </w:rPr>
        <w:t>18:07  natural natural selection kya hai? physical process hai. survival of the fittest physical process hai. lekin aur jo cheez hai, main jab sochta hoon ye kaise hua? meri jo pasand hai woh kaise aayi?</w:t>
      </w:r>
      <w:r>
        <w:br/>
      </w:r>
      <w:r>
        <w:rPr>
          <w:sz w:val="20"/>
        </w:rPr>
        <w:t>18:22  main ek cheez ko touch karta hoon to mujhe achha lagta hai, ye kaise aaya? main dekhta hoon to mujhe ek ek suroor milta hai, woh kaise aaya? ye evolution theory se bahar hai.</w:t>
      </w:r>
      <w:r>
        <w:br/>
      </w:r>
      <w:r>
        <w:rPr>
          <w:sz w:val="20"/>
        </w:rPr>
        <w:t>18:31  iska explanation uske haan maujood nahi hai.</w:t>
      </w:r>
      <w:r>
        <w:br/>
      </w:r>
      <w:r>
        <w:rPr>
          <w:sz w:val="20"/>
        </w:rPr>
        <w:t>18:34  to kaha evolution theory ne insaan ke physical aspect ko alag kar diya, uske intellectual aspect ko alag kar diya. aur phir saari spirituality khatam ho gayi, value system khatam ho gaya.</w:t>
      </w:r>
      <w:r>
        <w:br/>
      </w:r>
      <w:r>
        <w:rPr>
          <w:sz w:val="20"/>
        </w:rPr>
        <w:t>18:48  yahi kaam har ek karta raha. jo bhi is daur mein uttha, maslan Freud ko lijiye aap. insaan ke andar ek hota hai desire, ek hota hai uska conscience aur principle.</w:t>
      </w:r>
      <w:r>
        <w:br/>
      </w:r>
      <w:r>
        <w:rPr>
          <w:sz w:val="20"/>
        </w:rPr>
        <w:t>19:01  to usne desire ko alag kar diya aur conscience ko alag kar diya ke jo main chaahun woh main karun. usne ye falsafa pesh kiya ke agar aadmi par rok lagai jayegi uski uski freedom par to uska growth ruk jayega.</w:t>
      </w:r>
      <w:r>
        <w:br/>
      </w:r>
      <w:r>
        <w:rPr>
          <w:sz w:val="20"/>
        </w:rPr>
        <w:t>19:21  to unlimited freedom ko jaiz kar diya hai.</w:t>
      </w:r>
      <w:r>
        <w:br/>
      </w:r>
      <w:r>
        <w:rPr>
          <w:sz w:val="20"/>
        </w:rPr>
        <w:t>19:26  ye ek ek shakhs ki baat nahin hai, ye sau sau log paida hue jinho ne ye sab phir is falsafe ko padhaya. to Sigmund Freud ki falsafe mein insaan ka jo aspect hai desire ka, chaah ka,</w:t>
      </w:r>
      <w:r>
        <w:br/>
      </w:r>
      <w:r>
        <w:rPr>
          <w:sz w:val="20"/>
        </w:rPr>
        <w:t>19:43  woh to sab kuch ho gaya. aur jo insaan ke andar doosra hai, conscience hai, soch hai, principle hai, value hai, woh sab alag ho gaya. iski koi iski koi ahmiyat nahin rahi.</w:t>
      </w:r>
      <w:r>
        <w:br/>
      </w:r>
      <w:r>
        <w:rPr>
          <w:sz w:val="20"/>
        </w:rPr>
        <w:t>19:56  ye hai duality. to duality jo hai woh is daur mein chha gayi. jisko bhi dekhein woh iska shikar hai.</w:t>
      </w:r>
      <w:r>
        <w:br/>
      </w:r>
      <w:r>
        <w:rPr>
          <w:sz w:val="20"/>
        </w:rPr>
        <w:t>20:05  chahe woh falsafa, falsafe ka term mein na jaanta ho, is mein na ja batana bhi jaanta ho tab bhi. aap kisi bhi insaan ko jo road par chal raha hai, usko pakdein, us se baat karein aakhirat ki, jannat ki.</w:t>
      </w:r>
      <w:r>
        <w:br/>
      </w:r>
      <w:r>
        <w:rPr>
          <w:sz w:val="20"/>
        </w:rPr>
        <w:t>20:18  to bahut jald woh kahe ga ke bhai main mein ja raha hoon, office ja raha hoon, mujhe itna time nahin hai.</w:t>
      </w:r>
      <w:r>
        <w:br/>
      </w:r>
      <w:r>
        <w:rPr>
          <w:sz w:val="20"/>
        </w:rPr>
        <w:t>20:24  use sochna nahin hai uske maamle mein. usko apna apna business dekhna hai, apna job dekhna hai, apna material interest dekhna hai, paisa dekhna hai.</w:t>
      </w:r>
      <w:r>
        <w:br/>
      </w:r>
      <w:r>
        <w:rPr>
          <w:sz w:val="20"/>
        </w:rPr>
        <w:t>20:34  uske liye is par time hai. lekin aap agar baat karein us se values ki, uski spirituality ki, Khuda ki, jannat ki, aakhirat ki, accountability ki to uske paas time nahin un baaton ko sochne ke liye.</w:t>
      </w:r>
      <w:r>
        <w:br/>
      </w:r>
      <w:r>
        <w:rPr>
          <w:sz w:val="20"/>
        </w:rPr>
        <w:t>20:49  ye hai duality.</w:t>
      </w:r>
      <w:r>
        <w:br/>
      </w:r>
      <w:r>
        <w:rPr>
          <w:sz w:val="20"/>
        </w:rPr>
        <w:t>20:52  to ye chali thi yani wahan se yani Ghalib se. ab ab bilkul chha gayi, wohi culture chha gaya.</w:t>
      </w:r>
      <w:r>
        <w:br/>
      </w:r>
      <w:r>
        <w:rPr>
          <w:sz w:val="20"/>
        </w:rPr>
        <w:t>21:02  woh usi culture ke tahat ye kahte hain ke right here, right now. matlab material jo interest hai, material jo joy hai, bas woh humein dekhna hai.</w:t>
      </w:r>
      <w:r>
        <w:br/>
      </w:r>
      <w:r>
        <w:rPr>
          <w:sz w:val="20"/>
        </w:rPr>
        <w:t>21:12  bas kal parson mein ek ek ek ek mashhoor ek lady ka interview tha akhbaar mein to usne kaha ke mujhe to duniya mein enjoy karna hai.</w:t>
      </w:r>
      <w:r>
        <w:br/>
      </w:r>
      <w:r>
        <w:rPr>
          <w:sz w:val="20"/>
        </w:rPr>
        <w:t>21:29  mera enjoy mein agar mera spouse agar agar rok banata hai to usko phir dump kar doongi.</w:t>
      </w:r>
      <w:r>
        <w:br/>
      </w:r>
      <w:r>
        <w:rPr>
          <w:sz w:val="20"/>
        </w:rPr>
        <w:t>21:37  yani agar usne shaadi ki hai, ek uska husband hai, agar record banata hai uske enjoy mein to husband ko hi gadhe mein daal degi. woh ye ye daur jadeed ka kaisa soch hai ke mujhe apni apni chaahat pe chalna hai, apni khwahish poori karni hai, apne interest par phir daudna hai.</w:t>
      </w:r>
      <w:r>
        <w:br/>
      </w:r>
      <w:r>
        <w:rPr>
          <w:sz w:val="20"/>
        </w:rPr>
        <w:t>21:55  baqi koi value mein ahmiyat nahin rakhti mere liye. kisi value ki koi ahmiyat nahin hai. Khuda aur aakhirat waghaira ye mujhe sochna nahin hai uske baare mein.</w:t>
      </w:r>
    </w:p>
    <w:p>
      <w:pPr>
        <w:pStyle w:val="Heading2"/>
      </w:pPr>
      <w:r>
        <w:t>rebutting a president's claim that pride is Islamic</w:t>
      </w:r>
    </w:p>
    <w:p>
      <w:r>
        <w:rPr>
          <w:color w:val="666666"/>
          <w:sz w:val="18"/>
        </w:rPr>
        <w:t>History of Islamic Learning May 14, 2006 Part 2 · 59s · at 34:33 · https://youtu.be/snrt_NRyjLI?t=2073</w:t>
      </w:r>
    </w:p>
    <w:p>
      <w:r>
        <w:rPr>
          <w:i/>
        </w:rPr>
        <w:t>“ضیاء الحق نے کہا مسلمانوں نے اپنا فخر دوبارہ دریافت کر لیا”</w:t>
      </w:r>
    </w:p>
    <w:p>
      <w:r>
        <w:rPr>
          <w:sz w:val="20"/>
        </w:rPr>
        <w:t>34:33  united nations mein in ka, unhon ne wahan ki general assembly ko address kiya to un ka woh chupa tha jo unhon ne address kiya tha. wahan poora is mein woh kehte hain, woh mein ne parha tha us ko ke Muslims have re-discovered their pride in Islam.</w:t>
      </w:r>
      <w:r>
        <w:br/>
      </w:r>
      <w:r>
        <w:rPr>
          <w:sz w:val="20"/>
        </w:rPr>
        <w:t>34:53  yani pakistan ka president united nations mein jo speech de raha hai, is mein woh kehta hai ke aaj ke musalmanon ke baray mein ke Muslims have re-discovered their pride in Islam.</w:t>
      </w:r>
      <w:r>
        <w:br/>
      </w:r>
      <w:r>
        <w:rPr>
          <w:sz w:val="20"/>
        </w:rPr>
        <w:t>35:07  mein samajhta hoon ke woh galat baat yeh hai. pride agar islam wala ho to islam hi nahi hai, phir woh</w:t>
      </w:r>
      <w:r>
        <w:br/>
      </w:r>
      <w:r>
        <w:rPr>
          <w:sz w:val="20"/>
        </w:rPr>
        <w:t>35:14  woh islam hi nahi hai, kyunke islam ke maani hain khuda ka deen, khuda ka hukum. jo cheez khuda ki taraf se mile aap ko, usay pride aayega,</w:t>
      </w:r>
      <w:r>
        <w:br/>
      </w:r>
      <w:r>
        <w:rPr>
          <w:sz w:val="20"/>
        </w:rPr>
        <w:t>35:23  is mein modesty aayegi, is mein tawazu aayegi. to yeh hai wrong interpretation ka masla.</w:t>
      </w:r>
    </w:p>
    <w:p>
      <w:pPr>
        <w:pStyle w:val="Heading2"/>
      </w:pPr>
      <w:r>
        <w:t>Only accept beliefs proven by Quran and Hadith</w:t>
      </w:r>
    </w:p>
    <w:p>
      <w:r>
        <w:rPr>
          <w:color w:val="666666"/>
          <w:sz w:val="18"/>
        </w:rPr>
        <w:t>Dajjal and Dajjalism July 26, 2009 · 42s · at 1:40:43 · https://youtu.be/CxQTfG01O_s?t=6043</w:t>
      </w:r>
    </w:p>
    <w:p>
      <w:r>
        <w:rPr>
          <w:i/>
        </w:rPr>
        <w:t>“Jab tak Quran o Hadith mein proof na mile, mat maniye.”</w:t>
      </w:r>
    </w:p>
    <w:p>
      <w:r>
        <w:rPr>
          <w:sz w:val="20"/>
        </w:rPr>
        <w:t>1:40:43  ye bilashuba ye baatil aqeeda hai. is ke baatil mein koi shak nahin hai.</w:t>
      </w:r>
      <w:r>
        <w:br/>
      </w:r>
      <w:r>
        <w:rPr>
          <w:sz w:val="20"/>
        </w:rPr>
        <w:t>1:40:47  usooli baat ye hai ke jab tak aap kisi cheez ka proof aap ko Quran o hadees mein nahin mil jaaye, tab tak is ko hargiz na maaniye. chahe koi kitna kehta ho, koi bhi doosri daleel jo hai,</w:t>
      </w:r>
      <w:r>
        <w:br/>
      </w:r>
      <w:r>
        <w:rPr>
          <w:sz w:val="20"/>
        </w:rPr>
        <w:t>1:41:00  is se maanna ye bahut bada gunaah hai. deen ke maamle mein, deen ke maamle mein criterion jo hai, woh Quran o hadees hai. koi doosri cheez criterion nahin ban sakti hai.</w:t>
      </w:r>
      <w:r>
        <w:br/>
      </w:r>
      <w:r>
        <w:rPr>
          <w:sz w:val="20"/>
        </w:rPr>
        <w:t>1:41:11  ye jo aap ne guess kiya hai, shaitan se guess karke paighambar ko maan liya ke har jagah maujood hai, woh ye bahut hi gunaah ki baat hai. ye kyunki is ke peeche koi koi Quran o hadees ki daleel maujood nahin.</w:t>
      </w:r>
    </w:p>
    <w:p>
      <w:pPr>
        <w:pStyle w:val="Heading2"/>
      </w:pPr>
      <w:r>
        <w:t>Hadith on closing eyes of the dead and making dua</w:t>
      </w:r>
    </w:p>
    <w:p>
      <w:r>
        <w:rPr>
          <w:color w:val="666666"/>
          <w:sz w:val="18"/>
        </w:rPr>
        <w:t>CPS Women Monthly Q and A with Prof. Farida Khanam and Maulana Farhad Ahmed Umeri July 30, 2023 · 1m 34s · at 29:54 · https://youtu.be/zKtfjSCnoAE?t=1794</w:t>
      </w:r>
    </w:p>
    <w:p>
      <w:r>
        <w:rPr>
          <w:i/>
        </w:rPr>
        <w:t>“Jab Rasulullah ek marhoom sahabi ke paas aaye”</w:t>
      </w:r>
    </w:p>
    <w:p>
      <w:r>
        <w:rPr>
          <w:sz w:val="20"/>
        </w:rPr>
        <w:t>29:54  mera sawal ek hadees se related hai. yeh sahih muslim ki hadees se two one three zero. rasoolullah sallallahu alaihi wasallam abu sallama razi allahu anhu ke paas tashreef laye. us waqt unki aankhein khuli hui thi. toh aapne unhein band kar diya. jab rooh cups aur farmaya jab rooh cups ki jati hai toh nazar uska peecha karti hai. toh yeh sunne ke baad unke ghar wale jo hai woh rone lage. toh aap suno suno ne farmaya.</w:t>
      </w:r>
      <w:r>
        <w:br/>
      </w:r>
      <w:r>
        <w:rPr>
          <w:sz w:val="20"/>
        </w:rPr>
        <w:t>30:20  tum apne liye bhalai ke alawa aur koi dua na karo kyunki tum jo kehte ho farishte us par aameen kehte hain. toh mera question phir uske baad aapne unke liye dua ki abu sallama ke liye.</w:t>
      </w:r>
      <w:r>
        <w:br/>
      </w:r>
      <w:r>
        <w:rPr>
          <w:sz w:val="20"/>
        </w:rPr>
        <w:t>30:32  toh mera question yeh hai ki matlab yeh particular usi time ke liye thi kisi matlab inkar ho jata hai us bande ke liye yeh hum logon ke liye bhi hai aam din mein aur iske baad second yeh tha ki agar yeh aam dinon mein bhi hai toh jaise hamare negative thoughts ya comments aise rehte hain toh kya farishte us par bhi aameen kehte hain? mera question yeh tha. aameen kehne ka mamla jo hai woh toh har waqt ke liye hai.</w:t>
      </w:r>
      <w:r>
        <w:br/>
      </w:r>
      <w:r>
        <w:rPr>
          <w:sz w:val="20"/>
        </w:rPr>
        <w:t>30:59  aisa nahi ki sirf usi ke liye fast tha, toh farishte kehte hain aameen tumhare liye usi tarah. toh yeh toh har achhi cheez ke liye farishte aameen kehte hain. hum achhi dua karte hain.</w:t>
      </w:r>
      <w:r>
        <w:br/>
      </w:r>
      <w:r>
        <w:rPr>
          <w:sz w:val="20"/>
        </w:rPr>
        <w:t>31:28  i hope this answer is clear to you. achha. ji answer toh clear hai aap bas yeh keh rahe the ki jaise kabhi jaise negative thought ya comments aate hain toh insaan keh deta hai toh us par bhi farishte aameen kehte hain kya matlab uske liye bhi? dekhiye hadees mein baddua waghera se mana kiya gaya. baddua ke andar negative thaata aa jaate hain. mana kiya gaya hai especially maa baap ko mana kiya gaya hai ki woh baddua na kare bachchon ka.</w:t>
      </w:r>
    </w:p>
    <w:p>
      <w:pPr>
        <w:pStyle w:val="Heading2"/>
      </w:pPr>
      <w:r>
        <w:t>Hadith: enter every home, not every heart</w:t>
      </w:r>
    </w:p>
    <w:p>
      <w:r>
        <w:rPr>
          <w:color w:val="666666"/>
          <w:sz w:val="18"/>
        </w:rPr>
        <w:t>Living in the 21st Century I 17th February 2013 - Maulana Wahiduddin Khan · 2m 14s · at 17:25 · https://youtu.be/ccUhM8fLtpU?t=1045</w:t>
      </w:r>
    </w:p>
    <w:p>
      <w:r>
        <w:rPr>
          <w:i/>
        </w:rPr>
        <w:t>“حدیث: لا يبقى على ظهر الأرض بيت مادر ولا وبر”</w:t>
      </w:r>
    </w:p>
    <w:p>
      <w:r>
        <w:rPr>
          <w:sz w:val="20"/>
        </w:rPr>
        <w:t>17:25  ke "la yabaqa ala zahr al-ard bait madar wala wabar illa adkhalallahu kalimatal Islam".</w:t>
      </w:r>
      <w:r>
        <w:br/>
      </w:r>
      <w:r>
        <w:rPr>
          <w:sz w:val="20"/>
        </w:rPr>
        <w:t>17:42  Is ka translation yeh hai</w:t>
      </w:r>
      <w:r>
        <w:br/>
      </w:r>
      <w:r>
        <w:rPr>
          <w:sz w:val="20"/>
        </w:rPr>
        <w:t>17:45  ke zameen ki satah par ek bhi ghar chhota ya bada nahi bachega</w:t>
      </w:r>
      <w:r>
        <w:br/>
      </w:r>
      <w:r>
        <w:rPr>
          <w:sz w:val="20"/>
        </w:rPr>
        <w:t>17:55  jahan Allah apne kalma ko dakhil na kar de.</w:t>
      </w:r>
      <w:r>
        <w:br/>
      </w:r>
      <w:r>
        <w:rPr>
          <w:sz w:val="20"/>
        </w:rPr>
        <w:t>18:02  Yeh Hadees mein bahut dinon se jaanta hoon lekin is ki ek meaning ko aaj hi mein discover kar paya.</w:t>
      </w:r>
      <w:r>
        <w:br/>
      </w:r>
      <w:r>
        <w:rPr>
          <w:sz w:val="20"/>
        </w:rPr>
        <w:t>18:11  Woh yeh hai ke dekhiye is Hadees mein Aaqa Nabi Alaihissalam ne yeh nahi kaha ke yeh nahi kaha ke har dil mein dakhil ho jayega.</w:t>
      </w:r>
      <w:r>
        <w:br/>
      </w:r>
      <w:r>
        <w:rPr>
          <w:sz w:val="20"/>
        </w:rPr>
        <w:t>18:24  Balke kaha ke har ghar mein dakhil ho jayega. Yeh bahut ajeeb baat hai.</w:t>
      </w:r>
      <w:r>
        <w:br/>
      </w:r>
      <w:r>
        <w:rPr>
          <w:sz w:val="20"/>
        </w:rPr>
        <w:t>18:31  Yeh Musalmanon ke mission ko batata yeh Hadees. Rasool Allah ke manne walon ko mission bata rahi hai yeh Hadees.</w:t>
      </w:r>
      <w:r>
        <w:br/>
      </w:r>
      <w:r>
        <w:rPr>
          <w:sz w:val="20"/>
        </w:rPr>
        <w:t>18:42  Achha Hadees mein agar yeh lafz hota ke har dil mein Allah ki baat dakhil ho jayegi</w:t>
      </w:r>
      <w:r>
        <w:br/>
      </w:r>
      <w:r>
        <w:rPr>
          <w:sz w:val="20"/>
        </w:rPr>
        <w:t>18:49  toh kaha Musalmanon ka mission yeh banta ke logon ke dilon mein dakhil karo. Logon ke mind ko badlo. Yeh mission ban jata.</w:t>
      </w:r>
      <w:r>
        <w:br/>
      </w:r>
      <w:r>
        <w:rPr>
          <w:sz w:val="20"/>
        </w:rPr>
        <w:t>19:00  Toh yeh nahi hai. Yeh hai ke gharon mein dakhil ho jana.</w:t>
      </w:r>
      <w:r>
        <w:br/>
      </w:r>
      <w:r>
        <w:rPr>
          <w:sz w:val="20"/>
        </w:rPr>
        <w:t>19:08  Har chhote bade ghar mein. Yeh kaisi ajeeb baat hai. Kyun ke insaan ko aap jaante hain ke Allah Ta'ala ne aazad paida kiya hai.</w:t>
      </w:r>
      <w:r>
        <w:br/>
      </w:r>
      <w:r>
        <w:rPr>
          <w:sz w:val="20"/>
        </w:rPr>
        <w:t>19:19  Is ko freedom of choice diya hai. Aur Quran mein la ikraha fid deen. Isi par koi pressure nahi hai kuch.</w:t>
      </w:r>
      <w:r>
        <w:br/>
      </w:r>
      <w:r>
        <w:rPr>
          <w:sz w:val="20"/>
        </w:rPr>
        <w:t>19:28  Toh agar goal yeh hota ke logon ke dilon mein tum ko dakhil karna hai Allah ki baat toh yeh ek unachievable goal hota.</w:t>
      </w:r>
    </w:p>
    <w:p>
      <w:pPr>
        <w:pStyle w:val="Heading2"/>
      </w:pPr>
      <w:r>
        <w:t>Political interpretation as Dajjali ideology</w:t>
      </w:r>
    </w:p>
    <w:p>
      <w:r>
        <w:rPr>
          <w:color w:val="666666"/>
          <w:sz w:val="18"/>
        </w:rPr>
        <w:t>Warnings of Doomsday February 4, 2007 · 5m 05s · at 5:52 · https://youtu.be/VT0BnPl_-zc?t=352</w:t>
      </w:r>
    </w:p>
    <w:p>
      <w:r>
        <w:rPr>
          <w:i/>
        </w:rPr>
        <w:t>“Mazhab mein, yani Islam mein, to yeh hua ke political interpretation diya gaya”</w:t>
      </w:r>
    </w:p>
    <w:p>
      <w:r>
        <w:rPr>
          <w:sz w:val="20"/>
        </w:rPr>
        <w:t>5:52  to maine arz kiya tha ke mazhab mein, yaani Islam mein, to yeh hua ke political interpretation diya gaya Islam ka. pichhle hazar saal mein kabhi bhi Islam ka political interpretation nahi diya gaya tha.</w:t>
      </w:r>
      <w:r>
        <w:br/>
      </w:r>
      <w:r>
        <w:rPr>
          <w:sz w:val="20"/>
        </w:rPr>
        <w:t>6:11  political interpretation ka matlab kya hai? yeh batana ke Islam ek mukammal nizam hai, ek complete system hai, ek complete order hai.</w:t>
      </w:r>
      <w:r>
        <w:br/>
      </w:r>
      <w:r>
        <w:rPr>
          <w:sz w:val="20"/>
        </w:rPr>
        <w:t>6:24  to jab aap yeh kahein to kya iska matlab hota hai? foran aa jata hai ke political power humein chahiye. agar aap kahein ke Islam mein yeh hai ke Khuda ko ek mano, "oneness of God",</w:t>
      </w:r>
      <w:r>
        <w:br/>
      </w:r>
      <w:r>
        <w:rPr>
          <w:sz w:val="20"/>
        </w:rPr>
        <w:t>6:39  ya aap yeh kahein ke Khuda ki hi ki ibadat karo, agar aap yeh kahein ke Khuda ke bataye hue moral values ko apnao, to aap ko political power ki koi zaroorat nahi.</w:t>
      </w:r>
      <w:r>
        <w:br/>
      </w:r>
      <w:r>
        <w:rPr>
          <w:sz w:val="20"/>
        </w:rPr>
        <w:t>6:52  is mein kya hoga? dialogue hoga aur persuasion hoga, samjhana bujhana hoga. yeh hoga to is mein political power ki kya zaroorat hai?</w:t>
      </w:r>
      <w:r>
        <w:br/>
      </w:r>
      <w:r>
        <w:rPr>
          <w:sz w:val="20"/>
        </w:rPr>
        <w:t>7:05  lekin jab aap yeh kahein ke Islam ek complete system hai jis mein qanoon bhi hai aur hukumat bhi hai aur social order bhi hai, to foran zaroorat ho jati hai political power ki.</w:t>
      </w:r>
      <w:r>
        <w:br/>
      </w:r>
      <w:r>
        <w:rPr>
          <w:sz w:val="20"/>
        </w:rPr>
        <w:t>7:20  jaise communism tha, to communism mein kya hua? ke ghareeb logon ki madad karo. yeh hamesha insaan jaanta tha ke yeh bara acha kaam hai.</w:t>
      </w:r>
      <w:r>
        <w:br/>
      </w:r>
      <w:r>
        <w:rPr>
          <w:sz w:val="20"/>
        </w:rPr>
        <w:t>7:33  jo log pichhad gaye hain, yaani zindagi ki daud mein, unki madad karo. yeh to koi bura kaam nahi tha ke jis ko Marx ne shuru kiya ho.</w:t>
      </w:r>
      <w:r>
        <w:br/>
      </w:r>
      <w:r>
        <w:rPr>
          <w:sz w:val="20"/>
        </w:rPr>
        <w:t>7:45  Marx ne yeh kaha hai ke humein political power ke zariye dunya mein ek naya economic system lana hai. tab is mein power aa gaya aur tab jo takrao aa gaya, tab ladai bhadai aa gayi.</w:t>
      </w:r>
      <w:r>
        <w:br/>
      </w:r>
      <w:r>
        <w:rPr>
          <w:sz w:val="20"/>
        </w:rPr>
        <w:t>7:58  isi liye Stalin ne kaha tha, yaani jab wahan par Russia mein abhi bana nahi tha, yaani communist rule wahan qaim nahi hua tha.</w:t>
      </w:r>
      <w:r>
        <w:br/>
      </w:r>
      <w:r>
        <w:rPr>
          <w:sz w:val="20"/>
        </w:rPr>
        <w:t>8:13  aap jante hain ke 1917 mein communist rule wahan par qaim hua, 1917. to is se pehle is ke leader the, is mein ek tha bara leader Stalin, Joseph Stalin.</w:t>
      </w:r>
      <w:r>
        <w:br/>
      </w:r>
      <w:r>
        <w:rPr>
          <w:sz w:val="20"/>
        </w:rPr>
        <w:t>8:27  to us ne apni taqreer mein ek baar kaha tha ke hum ko teen cheezon ki zaroorat hai: pehla arm, doosra arm, teesra arm, aur aakhir mein phir arm,</w:t>
      </w:r>
      <w:r>
        <w:br/>
      </w:r>
      <w:r>
        <w:rPr>
          <w:sz w:val="20"/>
        </w:rPr>
        <w:t>8:43  army arm. to communism was an armed struggle, kyunke agar aap ladein nahi to aap kaise chheenge power ko doosron se?</w:t>
      </w:r>
      <w:r>
        <w:br/>
      </w:r>
      <w:r>
        <w:rPr>
          <w:sz w:val="20"/>
        </w:rPr>
        <w:t>8:54  phir communist order ko aap kaise implement karenge? theek yahi baat Islam mein aa gayi jo pehle kabhi thi nahi ke Islam ka matlab kya hai?</w:t>
      </w:r>
      <w:r>
        <w:br/>
      </w:r>
      <w:r>
        <w:rPr>
          <w:sz w:val="20"/>
        </w:rPr>
        <w:t>9:07  political power ko capture karo. kyu? taake islam ko as a political order, as a social order, dunya mein naafiz karo, dunya mein laagu karo.</w:t>
      </w:r>
      <w:r>
        <w:br/>
      </w:r>
      <w:r>
        <w:rPr>
          <w:sz w:val="20"/>
        </w:rPr>
        <w:t>9:19  to is theory ne kya kiya? dekhne mein bari bari beautiful theory thi ke mukammal nizam</w:t>
      </w:r>
      <w:r>
        <w:br/>
      </w:r>
      <w:r>
        <w:rPr>
          <w:sz w:val="20"/>
        </w:rPr>
        <w:t>9:27  aur complete system, lekin is ke andar inherently aa gaya sangharsh, inherently aa gaya takrao, aur phir dunya do taraf barh gayi.</w:t>
      </w:r>
      <w:r>
        <w:br/>
      </w:r>
      <w:r>
        <w:rPr>
          <w:sz w:val="20"/>
        </w:rPr>
        <w:t>9:41  yaani ek rule, ek ruler, ek ruled. yeh ruled thay, woh organize ho kar ke ruler se larnay lagay. yeh saaray muslim countries mein hua, abhi bhi ho raha hai.</w:t>
      </w:r>
      <w:r>
        <w:br/>
      </w:r>
      <w:r>
        <w:rPr>
          <w:sz w:val="20"/>
        </w:rPr>
        <w:t>9:54  to aap dekhiye ke pichlay zamanay mein kabhi bhi aisa nahi hua ke islam ne insaniyat ko do mein banta ho, ruler aur ruled, aur dono perpetual takrao mein aa jayen, jis tarah se kaha tha zartusht ne.</w:t>
      </w:r>
      <w:r>
        <w:br/>
      </w:r>
      <w:r>
        <w:rPr>
          <w:sz w:val="20"/>
        </w:rPr>
        <w:t>10:10  to yeh political interpretation ki wajah se aisa hua, is liye mein is ko dajali interpretation manta hoon, kyunke result is ka kya nikla?</w:t>
      </w:r>
      <w:r>
        <w:br/>
      </w:r>
      <w:r>
        <w:rPr>
          <w:sz w:val="20"/>
        </w:rPr>
        <w:t>10:19  hate aur violence, intolerance. dekhne mein bohat beautiful ideology hai ke islam mukammal nizam hai, islam ek complete order hai.</w:t>
      </w:r>
      <w:r>
        <w:br/>
      </w:r>
      <w:r>
        <w:rPr>
          <w:sz w:val="20"/>
        </w:rPr>
        <w:t>10:33  bohat beautiful maloom hota hai kehne mein, lekin jab practical sense mein dekhen is ko to kya hota hai? is ka result niklta hai negative result.</w:t>
      </w:r>
      <w:r>
        <w:br/>
      </w:r>
      <w:r>
        <w:rPr>
          <w:sz w:val="20"/>
        </w:rPr>
        <w:t>10:44  result negative niklta hai, yaani insaan insaan barhtay hain, ruler alag, ruled alag, aur phir dono mein takrao hota hai, tashaddud, violence, intolerance.</w:t>
      </w:r>
    </w:p>
    <w:p>
      <w:pPr>
        <w:pStyle w:val="Heading2"/>
      </w:pPr>
      <w:r>
        <w:t>From Newton's matter to consciousness bang</w:t>
      </w:r>
    </w:p>
    <w:p>
      <w:r>
        <w:rPr>
          <w:color w:val="666666"/>
          <w:sz w:val="18"/>
        </w:rPr>
        <w:t>Three Periods of History May 17, 2009 Maulana Wahiduddin Khan · 6m 06s · at 28:28 · https://youtu.be/iNS-3Yo58Gk?t=1708</w:t>
      </w:r>
    </w:p>
    <w:p>
      <w:r>
        <w:rPr>
          <w:i/>
        </w:rPr>
        <w:t>“Newton ko mana jata hai ke woh modern science ka father hai”</w:t>
      </w:r>
    </w:p>
    <w:p>
      <w:r>
        <w:rPr>
          <w:sz w:val="20"/>
        </w:rPr>
        <w:t>28:28  ab mein aata hoon yahan ke scientific framework jab paida hua to kya hua? dekhiye, newton ko maana jata hai ke woh modern science ka father, father of modern science hai.</w:t>
      </w:r>
      <w:r>
        <w:br/>
      </w:r>
      <w:r>
        <w:rPr>
          <w:sz w:val="20"/>
        </w:rPr>
        <w:t>28:42  newton jo hai, woh father of modern science hai. newton ne kya bataya? 400 saal pehle ka zamana hai newton ka.</w:t>
      </w:r>
      <w:r>
        <w:br/>
      </w:r>
      <w:r>
        <w:rPr>
          <w:sz w:val="20"/>
        </w:rPr>
        <w:t>28:53  newton ki death hui thi 1727 mein, yani 1727 ke death hui hai 1727 mein, yani 400 saal pehle ka zamana hai newton ka.</w:t>
      </w:r>
      <w:r>
        <w:br/>
      </w:r>
      <w:r>
        <w:rPr>
          <w:sz w:val="20"/>
        </w:rPr>
        <w:t>29:07  us waqt us ne kya bataya? us ne bataya ke matter is the building block of of universe.</w:t>
      </w:r>
      <w:r>
        <w:br/>
      </w:r>
      <w:r>
        <w:rPr>
          <w:sz w:val="20"/>
        </w:rPr>
        <w:t>29:19  matter is the building block of universe.</w:t>
      </w:r>
      <w:r>
        <w:br/>
      </w:r>
      <w:r>
        <w:rPr>
          <w:sz w:val="20"/>
        </w:rPr>
        <w:t>29:22  yeh newton ne kaha. yani science se science shuru hoti hai. jab science enter hui study mein to pehli discovery jo hui, pehli discovery newton ke zariye se,</w:t>
      </w:r>
      <w:r>
        <w:br/>
      </w:r>
      <w:r>
        <w:rPr>
          <w:sz w:val="20"/>
        </w:rPr>
        <w:t>29:37  us waqt us ne bataya duniya ko, yeh khabar di ke matter is the building block of universe. yeh sab kuch matter se bana hai, sab kuch matter se bana hai, sab kuch matter se bana hai.</w:t>
      </w:r>
      <w:r>
        <w:br/>
      </w:r>
      <w:r>
        <w:rPr>
          <w:sz w:val="20"/>
        </w:rPr>
        <w:t>29:51  isi se atheism nikla. yani atheism jo thay, atheist jo thay, unhone hijack kar liya is nazariye ko. atheist were hijacker.</w:t>
      </w:r>
      <w:r>
        <w:br/>
      </w:r>
      <w:r>
        <w:rPr>
          <w:sz w:val="20"/>
        </w:rPr>
        <w:t>30:03  yani science ne atheism nahi paida kiya, kuch atheist thay, unhone hijack kar ke is ko istemal kiya aur kaha ke ke phir to khuda ki zaroorat hi nahi hai, sab kuch matter se ho raha hai.</w:t>
      </w:r>
      <w:r>
        <w:br/>
      </w:r>
      <w:r>
        <w:rPr>
          <w:sz w:val="20"/>
        </w:rPr>
        <w:t>30:18  lekin</w:t>
      </w:r>
      <w:r>
        <w:br/>
      </w:r>
      <w:r>
        <w:rPr>
          <w:sz w:val="20"/>
        </w:rPr>
        <w:t>30:19  history aaj ruki nahi, history aage badhi. yahan tak ke dekhiye, einstein paida hua. einstein paida hua.</w:t>
      </w:r>
      <w:r>
        <w:br/>
      </w:r>
      <w:r>
        <w:rPr>
          <w:sz w:val="20"/>
        </w:rPr>
        <w:t>30:28  einstein ki death hui hai 1955 mein, yani mere zamane mein. newton to mere is se pehle ka aadmi hai, 1727 mein woh mar chuka tha, woh lekin einstein to mere zamane mein mara hai 1955 mein,</w:t>
      </w:r>
      <w:r>
        <w:br/>
      </w:r>
      <w:r>
        <w:rPr>
          <w:sz w:val="20"/>
        </w:rPr>
        <w:t>30:48  jab ke mein adha akbar mein tha. to einstein ne history ko aage badhaya, history of thought ko aage badhaya.</w:t>
      </w:r>
      <w:r>
        <w:br/>
      </w:r>
      <w:r>
        <w:rPr>
          <w:sz w:val="20"/>
        </w:rPr>
        <w:t>30:57  us ne kaha ke energy is the building block of universe. ke matter nahi balkeh energy, kyunke aap jante hain ke us ne bataya ke convertible hai, major aur energy dono.</w:t>
      </w:r>
      <w:r>
        <w:br/>
      </w:r>
      <w:r>
        <w:rPr>
          <w:sz w:val="20"/>
        </w:rPr>
        <w:t>31:10  matter ko energy mein convert kar diye, energy ko matter mein convert kar diye.</w:t>
      </w:r>
      <w:r>
        <w:br/>
      </w:r>
      <w:r>
        <w:rPr>
          <w:sz w:val="20"/>
        </w:rPr>
        <w:t>31:16  to einstein ne yeh bataya ke energy is the building block of nature. ab history of thought aik qadam aage badhi, aik qadam aage badhi.</w:t>
      </w:r>
      <w:r>
        <w:br/>
      </w:r>
      <w:r>
        <w:rPr>
          <w:sz w:val="20"/>
        </w:rPr>
        <w:t>31:29  yeh mein bata raha hoon aap ko kis tarah se Allah taala ne insani history ko pressure period se nikal kar ke scientific period mein dakhil kiya, aur phir scientific period mein kis tarah se history of thought ka safar aage aage barha.</w:t>
      </w:r>
      <w:r>
        <w:br/>
      </w:r>
      <w:r>
        <w:rPr>
          <w:sz w:val="20"/>
        </w:rPr>
        <w:t>31:44  to yeh doosra qadam tha. teesra qadam abhi baqi tha, jo ab ab samne aaya hai. America mein ek bohat bara scientist paida hua, uska naam hai David Bohm, BOHM.</w:t>
      </w:r>
      <w:r>
        <w:br/>
      </w:r>
      <w:r>
        <w:rPr>
          <w:sz w:val="20"/>
        </w:rPr>
        <w:t>32:00  David Bohm yeh top ka scientist hai. is ne kaha ke is ne ek aur qadam aage barhaya ke consciousness is the building block of universe.</w:t>
      </w:r>
      <w:r>
        <w:br/>
      </w:r>
      <w:r>
        <w:rPr>
          <w:sz w:val="20"/>
        </w:rPr>
        <w:t>32:15  shaoor jo hai, woh hai, woh hai sab kuch. bohat hi anokhi baat hai yeh.</w:t>
      </w:r>
      <w:r>
        <w:br/>
      </w:r>
      <w:r>
        <w:rPr>
          <w:sz w:val="20"/>
        </w:rPr>
        <w:t>32:25  pehlay kaha gaya tha ke matter building block hai, phir kaha gaya ke nahi, energy building block hai. ab kya hai?</w:t>
      </w:r>
      <w:r>
        <w:br/>
      </w:r>
      <w:r>
        <w:rPr>
          <w:sz w:val="20"/>
        </w:rPr>
        <w:t>32:34  jo jo latest position hai, latest position science ki,</w:t>
      </w:r>
      <w:r>
        <w:br/>
      </w:r>
      <w:r>
        <w:rPr>
          <w:sz w:val="20"/>
        </w:rPr>
        <w:t>32:40  David Bohm ka ki death hui hai 1992 mein, yaani mere zamanay mein. ek scientist mujh se pehlay paida hua, do scientist mere zamanay mein paida hue.</w:t>
      </w:r>
      <w:r>
        <w:br/>
      </w:r>
      <w:r>
        <w:rPr>
          <w:sz w:val="20"/>
        </w:rPr>
        <w:t>32:52  aur ajeeb baat hai ke dono Yahudi itna bara kaam Yahudi mind ne kiya hai. yaad rakhiye,</w:t>
      </w:r>
      <w:r>
        <w:br/>
      </w:r>
      <w:r>
        <w:rPr>
          <w:sz w:val="20"/>
        </w:rPr>
        <w:t>33:01  Newton jo hai, Christian tha. Newton to Christian tha, lekin Einstein Yahudi tha, aur David Bohm bhi Yahudi tha.</w:t>
      </w:r>
      <w:r>
        <w:br/>
      </w:r>
      <w:r>
        <w:rPr>
          <w:sz w:val="20"/>
        </w:rPr>
        <w:t>33:13  bohat hi bara kaam hai jo Yahudi mind ne anjam diya hai ke history ko, history of thought ko, matter ke shiknjay se nikal kar ke woh shaoor tak unhon ne pohanchaya.</w:t>
      </w:r>
      <w:r>
        <w:br/>
      </w:r>
      <w:r>
        <w:rPr>
          <w:sz w:val="20"/>
        </w:rPr>
        <w:t>33:29  ab shaoor ke baad kya hai?</w:t>
      </w:r>
      <w:r>
        <w:br/>
      </w:r>
      <w:r>
        <w:rPr>
          <w:sz w:val="20"/>
        </w:rPr>
        <w:t>33:31  ek aur scientist ne is ko aur ziyada clear kiya ke conscious being ka word use kiya is ne. David Bohm ne to kaha tha ke consciousness is the building block of of the universe.</w:t>
      </w:r>
      <w:r>
        <w:br/>
      </w:r>
      <w:r>
        <w:rPr>
          <w:sz w:val="20"/>
        </w:rPr>
        <w:t>33:46  doosray scientist ne aage qadam barha kar yeh keh diya ke conscious being hai universe ke peechay. yeh jo universe hai, yeh jo kainat hai, yeh duniya hamari hai,</w:t>
      </w:r>
      <w:r>
        <w:br/>
      </w:r>
      <w:r>
        <w:rPr>
          <w:sz w:val="20"/>
        </w:rPr>
        <w:t>33:59  is ke peechay conscious being hai, yaani ek shoori wajood. ek shoori wajood, yaani is ka matlab kya hua?</w:t>
      </w:r>
      <w:r>
        <w:br/>
      </w:r>
      <w:r>
        <w:rPr>
          <w:sz w:val="20"/>
        </w:rPr>
        <w:t>34:08  Khuda ka naam na le kar Khuda ka iqrar. bhai, shoori wajood jo hai, woh kya hai? Khudai to hai.</w:t>
      </w:r>
      <w:r>
        <w:br/>
      </w:r>
      <w:r>
        <w:rPr>
          <w:sz w:val="20"/>
        </w:rPr>
        <w:t>34:17  jab aap yeh maan lein ke is cosmos ko, is is universe ko, is world ko, stars aur planets ko, is life ko, is sari cheezon ko create karne wala ek conscious being hai,</w:t>
      </w:r>
    </w:p>
    <w:p>
      <w:pPr>
        <w:pStyle w:val="Heading2"/>
      </w:pPr>
      <w:r>
        <w:t>hadith: you will die as you sleep</w:t>
      </w:r>
    </w:p>
    <w:p>
      <w:r>
        <w:rPr>
          <w:color w:val="666666"/>
          <w:sz w:val="18"/>
        </w:rPr>
        <w:t>From The Spiritual Tree December 3, 2006 · 43s · at 11:12 · https://youtu.be/m3JXYXORP5w?t=672</w:t>
      </w:r>
    </w:p>
    <w:p>
      <w:r>
        <w:rPr>
          <w:i/>
        </w:rPr>
        <w:t>“By God, you will die just as you sleep”</w:t>
      </w:r>
    </w:p>
    <w:p>
      <w:r>
        <w:rPr>
          <w:sz w:val="20"/>
        </w:rPr>
        <w:t>11:12  Khuda ki qasam, jis tarah tum</w:t>
      </w:r>
      <w:r>
        <w:br/>
      </w:r>
      <w:r>
        <w:rPr>
          <w:sz w:val="20"/>
        </w:rPr>
        <w:t>11:21  sote ho, isi tarah</w:t>
      </w:r>
      <w:r>
        <w:br/>
      </w:r>
      <w:r>
        <w:rPr>
          <w:sz w:val="20"/>
        </w:rPr>
        <w:t>11:23  maro ge. yaani sona woh hai, jis tarah ko aadmi sota hai, be khabar rehta hai to woh ek maut ki alamat hoti hai. "Wallah latamutuna kama tanamuna wala tahyuna kama tustahiquna". Khuda ki qasam, tum maro ge jis tarah tum sote ho.</w:t>
      </w:r>
      <w:r>
        <w:br/>
      </w:r>
      <w:r>
        <w:rPr>
          <w:sz w:val="20"/>
        </w:rPr>
        <w:t>11:44  Khuda ki qasam, tum maro ge jis tarah tum sote ho. aur tum dobara uthaye jaoge jis tarah tum jaagte ho.</w:t>
      </w:r>
    </w:p>
    <w:p>
      <w:pPr>
        <w:pStyle w:val="Heading2"/>
      </w:pPr>
      <w:r>
        <w:t>hadith on divine inspiration plus the Gautam Buddha milk-pot story</w:t>
      </w:r>
    </w:p>
    <w:p>
      <w:r>
        <w:rPr>
          <w:color w:val="666666"/>
          <w:sz w:val="18"/>
        </w:rPr>
        <w:t>Modesty and Arrogance January 31, 2008 · 4m 43s · at 7:48 · https://youtu.be/8EHBmsIAF_Q?t=468</w:t>
      </w:r>
    </w:p>
    <w:p>
      <w:r>
        <w:rPr>
          <w:i/>
        </w:rPr>
        <w:t>“Let me give you an example — inspiration flows from God day and night”</w:t>
      </w:r>
    </w:p>
    <w:p>
      <w:r>
        <w:rPr>
          <w:sz w:val="20"/>
        </w:rPr>
        <w:t>7:48  mein aap ko ek example deta hoon.</w:t>
      </w:r>
      <w:r>
        <w:br/>
      </w:r>
      <w:r>
        <w:rPr>
          <w:sz w:val="20"/>
        </w:rPr>
        <w:t>7:54  hadees mein bataya gaya hai ke Khuda ki taraf se raat din inspiration aa raha hai.</w:t>
      </w:r>
      <w:r>
        <w:br/>
      </w:r>
      <w:r>
        <w:rPr>
          <w:sz w:val="20"/>
        </w:rPr>
        <w:t>8:02  raat din Khuda ki taraf inspiration aa raha hai ke koi recipient hai jo is ko le.</w:t>
      </w:r>
      <w:r>
        <w:br/>
      </w:r>
      <w:r>
        <w:rPr>
          <w:sz w:val="20"/>
        </w:rPr>
        <w:t>8:10  yeh hadees mein hai. prophet ne farmaya ke raat din Khuda ki taraf se inspiration aa raha hai, blessing aa rahi hai aur pukarne wala pukarta hai ke koi hai jo is ko le.</w:t>
      </w:r>
      <w:r>
        <w:br/>
      </w:r>
      <w:r>
        <w:rPr>
          <w:sz w:val="20"/>
        </w:rPr>
        <w:t>8:27  yeh samajh lijiye ke agar kahin farz kijiye ke fresh milk bat raha hai,</w:t>
      </w:r>
      <w:r>
        <w:br/>
      </w:r>
      <w:r>
        <w:rPr>
          <w:sz w:val="20"/>
        </w:rPr>
        <w:t>8:33  fresh milk bat raha hai aur aap ek glass le kar jaate hain wahan lene ke liye to aap glass ko agar yun ulta kar dein to dene wala de ga aur aap ko mile ga nahin.</w:t>
      </w:r>
      <w:r>
        <w:br/>
      </w:r>
      <w:r>
        <w:rPr>
          <w:sz w:val="20"/>
        </w:rPr>
        <w:t>8:48  agar aap ne container ko ulta kiye hue hain to dene wala de ga aur wo upar se nikal jaye ga, aap ko nahin mile ga.</w:t>
      </w:r>
      <w:r>
        <w:br/>
      </w:r>
      <w:r>
        <w:rPr>
          <w:sz w:val="20"/>
        </w:rPr>
        <w:t>8:58  to apne glass ko ya apne container ko seedha rakhna parta hai. tab jo dene wala de ga, is mein bill aye ga, aap ko nahin to nahin aye ga.</w:t>
      </w:r>
      <w:r>
        <w:br/>
      </w:r>
      <w:r>
        <w:rPr>
          <w:sz w:val="20"/>
        </w:rPr>
        <w:t>9:10  yeh ek simple sa, yeh ek simple si misaal hai jis se aap samajh sakte hain ke yeh mamla kya mamla hai.</w:t>
      </w:r>
      <w:r>
        <w:br/>
      </w:r>
      <w:r>
        <w:rPr>
          <w:sz w:val="20"/>
        </w:rPr>
        <w:t>9:22  aur yeh jo maine misaal di aap ko, yeh misaal mujhe mili Gautam Budh ke haan.</w:t>
      </w:r>
      <w:r>
        <w:br/>
      </w:r>
      <w:r>
        <w:rPr>
          <w:sz w:val="20"/>
        </w:rPr>
        <w:t>9:30  Gautam Budh ka ek disciple tha, us ke haan doodh ka karobar hota tha. us ke haan gaaen pali hui theen aur wo doodh ka karobar karta tha.</w:t>
      </w:r>
      <w:r>
        <w:br/>
      </w:r>
      <w:r>
        <w:rPr>
          <w:sz w:val="20"/>
        </w:rPr>
        <w:t>9:44  wo ek milkman tha. to us ne invite kiya Gautam Budh ko ke aap hamare haan aaiye aur hum aap ko fresh milk dein ge aur aap se hum gyan len ge.</w:t>
      </w:r>
      <w:r>
        <w:br/>
      </w:r>
      <w:r>
        <w:rPr>
          <w:sz w:val="20"/>
        </w:rPr>
        <w:t>10:00  humein aap gyan dijiye aur hum aap ko</w:t>
      </w:r>
      <w:r>
        <w:br/>
      </w:r>
      <w:r>
        <w:rPr>
          <w:sz w:val="20"/>
        </w:rPr>
        <w:t>10:06  jo hamare paas hai, fresh milk wo dein ge aur aap ka aashirwad humein mile ga. to Gautam Budh gaye to un ke paas ek bartan tha.</w:t>
      </w:r>
      <w:r>
        <w:br/>
      </w:r>
      <w:r>
        <w:rPr>
          <w:sz w:val="20"/>
        </w:rPr>
        <w:t>10:20  us bartan mein unhon ne jaan boojh kar andar kuch mitti mitti daal liya. mitti</w:t>
      </w:r>
      <w:r>
        <w:br/>
      </w:r>
      <w:r>
        <w:rPr>
          <w:sz w:val="20"/>
        </w:rPr>
        <w:t>10:26  to gaye wahan to le aa kar diya us ko. us ne dekha to us ke andar mitti thi, saaf nahin tha. wo to us ko le gaya, pehle khoob saaf kiya, achhe tareeqe se dhoya.</w:t>
      </w:r>
      <w:r>
        <w:br/>
      </w:r>
      <w:r>
        <w:rPr>
          <w:sz w:val="20"/>
        </w:rPr>
        <w:t>10:42  phir jab saaf ho gaya, tab us ne us ke andar fresh milk rakha aur la kar ke Gautam Budh ko present kiya.</w:t>
      </w:r>
      <w:r>
        <w:br/>
      </w:r>
      <w:r>
        <w:rPr>
          <w:sz w:val="20"/>
        </w:rPr>
        <w:t>10:52  to jab us ne fresh milk de diya to wo bartan uthaya unhon ne aur jaane lage. jaane lage to wo jo milkman tha,</w:t>
      </w:r>
      <w:r>
        <w:br/>
      </w:r>
      <w:r>
        <w:rPr>
          <w:sz w:val="20"/>
        </w:rPr>
        <w:t>11:07  us ne kaha ke aap aap to chale ja rahe hain, abhi gyan to aap ne diya nahin. hum ne jo bulaya tha aap ko to gyan ke liye bulaya tha, khali doodh ke liye to nahin bulaya tha.</w:t>
      </w:r>
      <w:r>
        <w:br/>
      </w:r>
      <w:r>
        <w:rPr>
          <w:sz w:val="20"/>
        </w:rPr>
        <w:t>11:21  to Gautam Budh ne kaha ke maine tum ko gyan de diya. to us ne kaha ke wo kaise? unhon ne kaha ke dekho, yeh bartan jo hai, jab saaf nahin tha to tum ne is mein milk nahin rakha kyun ke tum ko pata tha ke is mein milk dalen ge to kharab ho jaye ga.</w:t>
      </w:r>
      <w:r>
        <w:br/>
      </w:r>
      <w:r>
        <w:rPr>
          <w:sz w:val="20"/>
        </w:rPr>
        <w:t>11:48  kharab ho jaye ga, is qabil nahin rahe ga ke aadmi is ko istemal kare. to pehle tum ne bartan ko khoob saaf kiya, jab saaf ho gaya, tab tum ne is ke andar milk rakha.</w:t>
      </w:r>
      <w:r>
        <w:br/>
      </w:r>
      <w:r>
        <w:rPr>
          <w:sz w:val="20"/>
        </w:rPr>
        <w:t>12:02  to dekho, tumhara jo mun hai, tumhara jo container hai, woh to saaf hai nahin. andar ka jo tumhara container hai, andar ka jo mun hai, woh to saaf hai nahin.</w:t>
      </w:r>
      <w:r>
        <w:br/>
      </w:r>
      <w:r>
        <w:rPr>
          <w:sz w:val="20"/>
        </w:rPr>
        <w:t>12:17  to to main gyan doon to kahan doon? yaani insaan ka jo dil hai, uska jo mind hai, uska jo andar container hai, uske andar receptivity honi chahiye.</w:t>
      </w:r>
    </w:p>
    <w:p>
      <w:pPr>
        <w:pStyle w:val="Heading2"/>
      </w:pPr>
      <w:r>
        <w:t>Hadith as wisdom and applied Quran</w:t>
      </w:r>
    </w:p>
    <w:p>
      <w:r>
        <w:rPr>
          <w:color w:val="666666"/>
          <w:sz w:val="18"/>
        </w:rPr>
        <w:t>Wisdom of Hadith February 23, 2014 · 1m 31s · at 7:05 · https://youtu.be/8GZmhBU-LwE?t=425</w:t>
      </w:r>
    </w:p>
    <w:p>
      <w:r>
        <w:rPr>
          <w:i/>
        </w:rPr>
        <w:t>“Dekhiye hadith jo hai iske liye Quran mein aaya hai hikmat”</w:t>
      </w:r>
    </w:p>
    <w:p>
      <w:r>
        <w:rPr>
          <w:sz w:val="20"/>
        </w:rPr>
        <w:t>7:05  dekhen hadith jo hai is ke liye quran mein aaya hai "hikmat kalim". "yu'allimuhul kitaba wal-hikmah" yani peghambar ka aik kaam yeh hai ke us ne kitab diya insan ko.</w:t>
      </w:r>
      <w:r>
        <w:br/>
      </w:r>
      <w:r>
        <w:rPr>
          <w:sz w:val="20"/>
        </w:rPr>
        <w:t>7:20  quran. doosri cheez yeh hai ke us ne hikmat diya. yeh hikmat jo hai yahi hadith hai. hikmat ka matlab hota hai Wisdom.</w:t>
      </w:r>
      <w:r>
        <w:br/>
      </w:r>
      <w:r>
        <w:rPr>
          <w:sz w:val="20"/>
        </w:rPr>
        <w:t>7:33  to dekhen hadith ka muamla juz'iyat shariat ka mozu nahi hai hadith. hadith jo hai woh is se zyada bohat hi ahim cheez hai hadith.</w:t>
      </w:r>
      <w:r>
        <w:br/>
      </w:r>
      <w:r>
        <w:rPr>
          <w:sz w:val="20"/>
        </w:rPr>
        <w:t>7:46  yani quran agar allah ki kitab hai to hadith is ka Applied Edition hai Applied Version hai.</w:t>
      </w:r>
      <w:r>
        <w:br/>
      </w:r>
      <w:r>
        <w:rPr>
          <w:sz w:val="20"/>
        </w:rPr>
        <w:t>7:56  yani quran ka Applied Version.</w:t>
      </w:r>
      <w:r>
        <w:br/>
      </w:r>
      <w:r>
        <w:rPr>
          <w:sz w:val="20"/>
        </w:rPr>
        <w:t>8:05  quran jo hai</w:t>
      </w:r>
      <w:r>
        <w:br/>
      </w:r>
      <w:r>
        <w:rPr>
          <w:sz w:val="20"/>
        </w:rPr>
        <w:t>8:09  agar Principles hain is ke andar hain to hadith mein is ki Detail hain.</w:t>
      </w:r>
      <w:r>
        <w:br/>
      </w:r>
      <w:r>
        <w:rPr>
          <w:sz w:val="20"/>
        </w:rPr>
        <w:t>8:19  woh sari cheezain jo baad ki tareekh mein is ko jis ki wajah se islam aik kiya ko ahmiyat hasil hui woh sab hadithain hi se to maloom hoti hain.</w:t>
      </w:r>
      <w:r>
        <w:br/>
      </w:r>
      <w:r>
        <w:rPr>
          <w:sz w:val="20"/>
        </w:rPr>
        <w:t>8:29  hadith ko hadaf karte hain to sara muamla jo hai aik aik bilkul Abstract ban kar reh jayega.</w:t>
      </w:r>
    </w:p>
    <w:p>
      <w:pPr>
        <w:pStyle w:val="Heading2"/>
      </w:pPr>
      <w:r>
        <w:t>What sanad and matn mean, explained via a famous hadith</w:t>
      </w:r>
    </w:p>
    <w:p>
      <w:r>
        <w:rPr>
          <w:color w:val="666666"/>
          <w:sz w:val="18"/>
        </w:rPr>
        <w:t>The Living Tradition: Why Hadith Matters in Islam?</w:t>
        <w:br/>
        <w:t>December 8, 2024 · 1m 10s · at 8:05 · https://youtu.be/2w9-vnnJBeY?t=485</w:t>
      </w:r>
    </w:p>
    <w:p>
      <w:r>
        <w:rPr>
          <w:i/>
        </w:rPr>
        <w:t>“Every hadith we receive has two parts”</w:t>
      </w:r>
    </w:p>
    <w:p>
      <w:r>
        <w:rPr>
          <w:sz w:val="20"/>
        </w:rPr>
        <w:t>8:05  kyunke hadith jab hamare paas aati hai to iske do part hote hain.</w:t>
      </w:r>
      <w:r>
        <w:br/>
      </w:r>
      <w:r>
        <w:rPr>
          <w:sz w:val="20"/>
        </w:rPr>
        <w:t>8:10  ek sanad hoti hai ke kis ne kis se suna. misaal ke taur par tabi'i ne sahaba se suna aur sahaba ne rasool allah salallahu alaihi wasallam se suna.</w:t>
      </w:r>
      <w:r>
        <w:br/>
      </w:r>
      <w:r>
        <w:rPr>
          <w:sz w:val="20"/>
        </w:rPr>
        <w:t>8:22  to yeh jo hai yeh chain hai aur is ka jo content hai, matan hai woh woh jo hai us ko matan kehte hain.</w:t>
      </w:r>
      <w:r>
        <w:br/>
      </w:r>
      <w:r>
        <w:rPr>
          <w:sz w:val="20"/>
        </w:rPr>
        <w:t>8:32  hadees jo hai is ke do hisse ho gaye: aik sanad aur aik matan.</w:t>
      </w:r>
      <w:r>
        <w:br/>
      </w:r>
      <w:r>
        <w:rPr>
          <w:sz w:val="20"/>
        </w:rPr>
        <w:t>8:37  to jaise ab aap lijiye ke aik bohat hi mashhoor hadees hai aur imam bukhari ne apni kitaab mein sahih bukhari mein sab se pehli hadees isi ko shamil kiya hai: "inma al aamaalu binniyat".</w:t>
      </w:r>
      <w:r>
        <w:br/>
      </w:r>
      <w:r>
        <w:rPr>
          <w:sz w:val="20"/>
        </w:rPr>
        <w:t>8:51  to yeh jo hai yeh matan hai aur kis ne kis se suna, yeh poora jo hai chain, poora sanad, yeh us ko sanad kehte hain.</w:t>
      </w:r>
      <w:r>
        <w:br/>
      </w:r>
      <w:r>
        <w:rPr>
          <w:sz w:val="20"/>
        </w:rPr>
        <w:t>9:00  poora chain ke kahan se kis kis ne kis se suna.</w:t>
      </w:r>
      <w:r>
        <w:br/>
      </w:r>
      <w:r>
        <w:rPr>
          <w:sz w:val="20"/>
        </w:rPr>
        <w:t>9:04  to yeh bohat ziyada important hota hai ke woh jis se hum ne suna hai woh jo hai woh reliable narrator hai ke nahi reliable hai.</w:t>
      </w:r>
    </w:p>
    <w:p>
      <w:pPr>
        <w:pStyle w:val="Heading2"/>
      </w:pPr>
      <w:r>
        <w:t>Traditional period discovery from potential to actual</w:t>
      </w:r>
    </w:p>
    <w:p>
      <w:r>
        <w:rPr>
          <w:color w:val="666666"/>
          <w:sz w:val="18"/>
        </w:rPr>
        <w:t>Three Periods of History May 17, 2009 Maulana Wahiduddin Khan · 4m 51s · at 7:04 · https://youtu.be/iNS-3Yo58Gk?t=424</w:t>
      </w:r>
    </w:p>
    <w:p>
      <w:r>
        <w:rPr>
          <w:i/>
        </w:rPr>
        <w:t>“Sab se pehla zamana jo hai, woh traditional period ka hai”</w:t>
      </w:r>
    </w:p>
    <w:p>
      <w:r>
        <w:rPr>
          <w:sz w:val="20"/>
        </w:rPr>
        <w:t>7:04  isi ke baray mein is waqt mein kuch kehna chahta hoon. sab se pehla zamana jo hai, woh traditional period ka hai.</w:t>
      </w:r>
      <w:r>
        <w:br/>
      </w:r>
      <w:r>
        <w:rPr>
          <w:sz w:val="20"/>
        </w:rPr>
        <w:t>7:16  insaan jab paida hua to agarche is ke nature mein sab kuch interwoven tha, lekin woh unconscious mind mein tha.</w:t>
      </w:r>
      <w:r>
        <w:br/>
      </w:r>
      <w:r>
        <w:rPr>
          <w:sz w:val="20"/>
        </w:rPr>
        <w:t>7:28  consciously insaan kuch nahin janta tha.</w:t>
      </w:r>
      <w:r>
        <w:br/>
      </w:r>
      <w:r>
        <w:rPr>
          <w:sz w:val="20"/>
        </w:rPr>
        <w:t>7:32  yeh sara maamla ek discovery method ke tor par chala. yani potentially sab kuch tha, lekin insaan par yeh tha ke woh is ko actual banaye.</w:t>
      </w:r>
      <w:r>
        <w:br/>
      </w:r>
      <w:r>
        <w:rPr>
          <w:sz w:val="20"/>
        </w:rPr>
        <w:t>7:45  yani Khuda ne aisa nahin kiya ke is spoken language mein har jagah har darakht jala raha ho, har sitara aur har sayara bol raha ho.</w:t>
      </w:r>
      <w:r>
        <w:br/>
      </w:r>
      <w:r>
        <w:rPr>
          <w:sz w:val="20"/>
        </w:rPr>
        <w:t>7:55  nahin,</w:t>
      </w:r>
      <w:r>
        <w:br/>
      </w:r>
      <w:r>
        <w:rPr>
          <w:sz w:val="20"/>
        </w:rPr>
        <w:t>7:59  silent language mein sab baat yahan maujood thi. humein is ko sunna tha, ya yun keh sakte hain ke aap in terms of potential har cheez maujood thi.</w:t>
      </w:r>
      <w:r>
        <w:br/>
      </w:r>
      <w:r>
        <w:rPr>
          <w:sz w:val="20"/>
        </w:rPr>
        <w:t>8:11  hum ko hamara kaam yeh tha ke hum is ko actual banayein. to journey shuru hui kahan se? traditional period se.</w:t>
      </w:r>
      <w:r>
        <w:br/>
      </w:r>
      <w:r>
        <w:rPr>
          <w:sz w:val="20"/>
        </w:rPr>
        <w:t>8:24  is waqt insan</w:t>
      </w:r>
      <w:r>
        <w:br/>
      </w:r>
      <w:r>
        <w:rPr>
          <w:sz w:val="20"/>
        </w:rPr>
        <w:t>8:29  kans aaj jo jante hain, hum jo kuch, woh kuch nahi janta tha. Yani civilizations ko hum kehte hain. To civilization se pehle jo tha daur, woh tha traditional daur.</w:t>
      </w:r>
      <w:r>
        <w:br/>
      </w:r>
      <w:r>
        <w:rPr>
          <w:sz w:val="20"/>
        </w:rPr>
        <w:t>8:44  civilization se pehle to har cheez Allah taala ne rakh diya potential, aur is ko humein actual banana tha.</w:t>
      </w:r>
      <w:r>
        <w:br/>
      </w:r>
      <w:r>
        <w:rPr>
          <w:sz w:val="20"/>
        </w:rPr>
        <w:t>8:54  Misalan aap dekhiye, insan ko food chahiye, food, lekin Khuda ne roti aur chawal aur daal nahi hum ko provide kar diya.</w:t>
      </w:r>
      <w:r>
        <w:br/>
      </w:r>
      <w:r>
        <w:rPr>
          <w:sz w:val="20"/>
        </w:rPr>
        <w:t>9:06  Darakhton par phall laga diye, phall tod tod khao, phir dheere dheere dheere dheere discover karo, aur agriculture aur horticulture banao.</w:t>
      </w:r>
      <w:r>
        <w:br/>
      </w:r>
      <w:r>
        <w:rPr>
          <w:sz w:val="20"/>
        </w:rPr>
        <w:t>9:18  Indus food, industry, food industry paida karo.</w:t>
      </w:r>
      <w:r>
        <w:br/>
      </w:r>
      <w:r>
        <w:rPr>
          <w:sz w:val="20"/>
        </w:rPr>
        <w:t>9:25  Isi tarah se dekhiye, humein sawari chahiye, to Allah taala ne aisa nahi kaha ke humein car aur hawaijahat de de. Nahi, Allah taala ne humein kya diya?</w:t>
      </w:r>
      <w:r>
        <w:br/>
      </w:r>
      <w:r>
        <w:rPr>
          <w:sz w:val="20"/>
        </w:rPr>
        <w:t>9:35  Ghore diye. Yani bane banaye, bani banai sawariyan. Jangalon mein ghore hote the, insan ne pakda, un ko tame kiya, aur woh sawari karne laga.</w:t>
      </w:r>
      <w:r>
        <w:br/>
      </w:r>
      <w:r>
        <w:rPr>
          <w:sz w:val="20"/>
        </w:rPr>
        <w:t>9:49  Phir dheere dheere is ne wheel banai, phir bohat dinon ke baad is ne car aur hawaijahat banaye. Is tarah se ek journey hai, civilizational journey.</w:t>
      </w:r>
      <w:r>
        <w:br/>
      </w:r>
      <w:r>
        <w:rPr>
          <w:sz w:val="20"/>
        </w:rPr>
        <w:t>10:02  Isi tarah se aap dekhiye, aasman mein aap raat ko aap dekhiye, Dilli mein to nahi dikhai deta, kahin bhi aap chale jaiye, gaon mein khuli jagah par kahin to raat ko jagmag, jagmag, jagmag, jagmag sitare.</w:t>
      </w:r>
      <w:r>
        <w:br/>
      </w:r>
      <w:r>
        <w:rPr>
          <w:sz w:val="20"/>
        </w:rPr>
        <w:t>10:17  Ajeeb anokha manzar hota hai, terrible scene hota hai, terrible beauty.</w:t>
      </w:r>
      <w:r>
        <w:br/>
      </w:r>
      <w:r>
        <w:rPr>
          <w:sz w:val="20"/>
        </w:rPr>
        <w:t>10:25  To ek taraf to is mein dekhiye, beauty hai, doosri taraf isi ke zariye se insan safar karta tha. Pehle desert mein, ocean mein safar kaise karta tha?</w:t>
      </w:r>
      <w:r>
        <w:br/>
      </w:r>
      <w:r>
        <w:rPr>
          <w:sz w:val="20"/>
        </w:rPr>
        <w:t>10:40  Kama direction ka pata nahi hota. Wahan par jab aap desert mein ho to kuch pata nahi kidhar kon basti hai, kidhar kon basti hai.</w:t>
      </w:r>
      <w:r>
        <w:br/>
      </w:r>
      <w:r>
        <w:rPr>
          <w:sz w:val="20"/>
        </w:rPr>
        <w:t>10:50  Jab aap ocean mein hote hain, kuch pata nahi hota kidhar kon country hai, kidhar kon country hai.</w:t>
      </w:r>
      <w:r>
        <w:br/>
      </w:r>
      <w:r>
        <w:rPr>
          <w:sz w:val="20"/>
        </w:rPr>
        <w:t>10:55  East ka pata nahi, west ka pata. To insan jo hai, woh star se pata karta tha, star ko dekh kar. Phir dheere dheere dheere is ne instrument banaye.</w:t>
      </w:r>
      <w:r>
        <w:br/>
      </w:r>
      <w:r>
        <w:rPr>
          <w:sz w:val="20"/>
        </w:rPr>
        <w:t>11:09  Aaj jo is bare bare ship chalte hain, woh sitaron se nahi roshni lete, woh un ke paas aise tool hote hain, is se unhein pata chalta rehta hai, aur safar karte rehte hain.</w:t>
      </w:r>
      <w:r>
        <w:br/>
      </w:r>
      <w:r>
        <w:rPr>
          <w:sz w:val="20"/>
        </w:rPr>
        <w:t>11:21  Hawai jahaz bhi aise hi karte hain.</w:t>
      </w:r>
      <w:r>
        <w:br/>
      </w:r>
      <w:r>
        <w:rPr>
          <w:sz w:val="20"/>
        </w:rPr>
        <w:t>11:25  Aisi kapda hai, dekhiye, is zamane mein insan kya karta tha? Animal ke skin, janwaron ki khaal nikala, aur us ko lapet liya, ya un ka kapda ho gaya.</w:t>
      </w:r>
      <w:r>
        <w:br/>
      </w:r>
      <w:r>
        <w:rPr>
          <w:sz w:val="20"/>
        </w:rPr>
        <w:t>11:42  Phir dheere dheere cotton industry, textile industry bani. Insan ne kapde banaye. Is tarah potential se actual ki taraf safar hota raha insaniyat ka.</w:t>
      </w:r>
    </w:p>
    <w:p>
      <w:pPr>
        <w:pStyle w:val="Heading2"/>
      </w:pPr>
      <w:r>
        <w:t>Full hadith on fasting and multiplication of deeds</w:t>
      </w:r>
    </w:p>
    <w:p>
      <w:r>
        <w:rPr>
          <w:color w:val="666666"/>
          <w:sz w:val="18"/>
        </w:rPr>
        <w:t>Unlimited Rewards for Devotion to Divine Mission June 8, 2019 - Maulana Wahiduddin Khan · 1m 10s · at 0:14 · https://youtu.be/yA3G5LXomtw?t=14</w:t>
      </w:r>
    </w:p>
    <w:p>
      <w:r>
        <w:rPr>
          <w:i/>
        </w:rPr>
        <w:t>“Bismillah ar-Rahman ar-Rahim wa salla Allah ala Nabi al-Karim”</w:t>
      </w:r>
    </w:p>
    <w:p>
      <w:r>
        <w:rPr>
          <w:sz w:val="20"/>
        </w:rPr>
        <w:t>0:14  bismillah rahman rahim, wa sali allah ala nabiy al-karim. 8 joon 2019.</w:t>
      </w:r>
      <w:r>
        <w:br/>
      </w:r>
      <w:r>
        <w:rPr>
          <w:sz w:val="20"/>
        </w:rPr>
        <w:t>0:27  aaj ek hadith ko le kar kuch baat inshallah kahi jayegi. sab se pehle aap is hadith ko suniye.</w:t>
      </w:r>
      <w:r>
        <w:br/>
      </w:r>
      <w:r>
        <w:rPr>
          <w:sz w:val="20"/>
        </w:rPr>
        <w:t>0:38  an abi huraira radi allah anhu qala: qala rasul allah salallahu alayhi wasallam: «kull amal ibn adam yudaaf, al-hasanat ashru amthalihi ila sab mi at dauf».</w:t>
      </w:r>
      <w:r>
        <w:br/>
      </w:r>
      <w:r>
        <w:rPr>
          <w:sz w:val="20"/>
        </w:rPr>
        <w:t>0:49  qala allah azza wajal: «illa as-sawm fa innahu li, wa ana ajzi bih». yadau shahwatahu wa ta'amahu min ajli. sahih muslim hadith number 1151.</w:t>
      </w:r>
      <w:r>
        <w:br/>
      </w:r>
      <w:r>
        <w:rPr>
          <w:sz w:val="20"/>
        </w:rPr>
        <w:t>1:02  ab huraira radi allah anhu se riwayat hai ke rasul allah salallahu alayhi wasallam ne kaha: «insan ke har amal ko badha diya jata hai, das guna se le kar saat sau guna tak.</w:t>
      </w:r>
      <w:r>
        <w:br/>
      </w:r>
      <w:r>
        <w:rPr>
          <w:sz w:val="20"/>
        </w:rPr>
        <w:t>1:12  allah ta'ala ne kaha: siwaye roze ke, kyunke woh mere liye hai aur main is ka badla doonga. insaan apni khwahishat aur apne khane ko meri wajah se chhodta hai.» dek</w:t>
      </w:r>
    </w:p>
    <w:p>
      <w:pPr>
        <w:pStyle w:val="Heading2"/>
      </w:pPr>
      <w:r>
        <w:t>A devil boasts to Iblis about causing a divorce</w:t>
      </w:r>
    </w:p>
    <w:p>
      <w:r>
        <w:rPr>
          <w:color w:val="666666"/>
          <w:sz w:val="18"/>
        </w:rPr>
        <w:t>Married Life April 29, 2017 Maulana Wahiduddin Khan · 56s · at 2:31 · https://youtu.be/ONfOGL9_VHg?t=151</w:t>
      </w:r>
    </w:p>
    <w:p>
      <w:r>
        <w:rPr>
          <w:i/>
        </w:rPr>
        <w:t>“Ek shaitan aaya, kaha maine married couple mein talaq karwa di”</w:t>
      </w:r>
    </w:p>
    <w:p>
      <w:r>
        <w:rPr>
          <w:sz w:val="20"/>
        </w:rPr>
        <w:t>2:31  to iblis un ki baaton ko kuch dhyan nahi deta. ek shaitan aata hai, woh kehta hai ke main ek married couple jo the, un ke peeche lag gaya aur itna un ko aapas mein rift paida kiya ke talaq ho gayi.</w:t>
      </w:r>
      <w:r>
        <w:br/>
      </w:r>
      <w:r>
        <w:rPr>
          <w:sz w:val="20"/>
        </w:rPr>
        <w:t>2:57  to iblis kehta hai: "naam ant, haan to ne kaam kiya,</w:t>
      </w:r>
      <w:r>
        <w:br/>
      </w:r>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Hadith and explanation on understanding of religion</w:t>
      </w:r>
    </w:p>
    <w:p>
      <w:r>
        <w:rPr>
          <w:color w:val="666666"/>
          <w:sz w:val="18"/>
        </w:rPr>
        <w:t>Deep Thinking April 3, 2014 - Maulana Wahiduddin Khan · 1m 48s · at 0:23 · https://youtu.be/D2tvutnQTv0?t=23</w:t>
      </w:r>
    </w:p>
    <w:p>
      <w:r>
        <w:rPr>
          <w:i/>
        </w:rPr>
        <w:t>“From Muawiyah: I heard the Prophet say”</w:t>
      </w:r>
    </w:p>
    <w:p>
      <w:r>
        <w:rPr>
          <w:sz w:val="20"/>
        </w:rPr>
        <w:t>0:23  عن معاویہ، یقول: سمعت النبی صلی اللہ علیہ وسلم یقول: "من یرد اللہ بہ خیرا یفقہ فی الدین، وانما انا قاسم، واللہ یعطی۔" ولن تزال هذه الأمة قائمة على أمر الله، لا يضرهم من خالفهم حتى يأتي أمر الله.</w:t>
      </w:r>
      <w:r>
        <w:br/>
      </w:r>
      <w:r>
        <w:rPr>
          <w:sz w:val="20"/>
        </w:rPr>
        <w:t>0:49  معاویہ روایت کرتے ہیں، انہوں نے نبی صلی اللہ علیہ وسلم کو فرماتے ہوئے سنا: "اللہ جس کے ساتھ خیر کا ارادہ کرتا ہے، اس کو دین کی سمجھ دیتا ہے،</w:t>
      </w:r>
      <w:r>
        <w:br/>
      </w:r>
      <w:r>
        <w:rPr>
          <w:sz w:val="20"/>
        </w:rPr>
        <w:t>1:03  اور میں تو صرف تقسیم کرنے والا ہوں، اللہ عطا کرتا ہے۔" اور یہ امت برابر اللہ کے حکم پر قائم رہے گی</w:t>
      </w:r>
      <w:r>
        <w:br/>
      </w:r>
      <w:r>
        <w:rPr>
          <w:sz w:val="20"/>
        </w:rPr>
        <w:t>1:15  جو ان کی مخالفت کریں گے، وہ ان کو نقصان نہیں پہنچا پائیں گے، یہاں تک کہ اللہ تعالیٰ کا حکم آ جائے گا۔ مولانا، اس حدیث کی وضاحت فرمائیں۔</w:t>
      </w:r>
      <w:r>
        <w:br/>
      </w:r>
      <w:r>
        <w:rPr>
          <w:sz w:val="20"/>
        </w:rPr>
        <w:t>1:28  بسم اللہ الرحمن الرحیم۔</w:t>
      </w:r>
      <w:r>
        <w:br/>
      </w:r>
      <w:r>
        <w:rPr>
          <w:sz w:val="20"/>
        </w:rPr>
        <w:t>1:35  اس حدیث رسول میں</w:t>
      </w:r>
      <w:r>
        <w:br/>
      </w:r>
      <w:r>
        <w:rPr>
          <w:sz w:val="20"/>
        </w:rPr>
        <w:t>1:41  بتایا گیا ہے کہ اللہ تعالیٰ جس کے لیے خیر کا فیصلہ فرماتا ہے، اس کو تفقع دے دیتا ہے۔</w:t>
      </w:r>
    </w:p>
    <w:p>
      <w:pPr>
        <w:pStyle w:val="Heading2"/>
      </w:pPr>
      <w:r>
        <w:t>Importance of hadith as history</w:t>
      </w:r>
    </w:p>
    <w:p>
      <w:r>
        <w:rPr>
          <w:color w:val="666666"/>
          <w:sz w:val="18"/>
        </w:rPr>
        <w:t>Wisdom of Hadith February 23, 2014 · 27s · at 14:36 · https://youtu.be/8GZmhBU-LwE?t=876</w:t>
      </w:r>
    </w:p>
    <w:p>
      <w:r>
        <w:rPr>
          <w:i/>
        </w:rPr>
        <w:t>“To yeh jo Rasool Allah ko yeh tareekhi hasiyat mili”</w:t>
      </w:r>
    </w:p>
    <w:p>
      <w:r>
        <w:rPr>
          <w:sz w:val="20"/>
        </w:rPr>
        <w:t>14:36  to yeh jo rasool Allah ko yeh tareekhi hasiyat mili kaise mili hai? in hadithon ke zariye to mili hai. hadithen jo hain woh Historical Record hain Quran ka rasool Allah ka Islam ka.</w:t>
      </w:r>
      <w:r>
        <w:br/>
      </w:r>
      <w:r>
        <w:rPr>
          <w:sz w:val="20"/>
        </w:rPr>
        <w:t>14:51  hadith ko aap hadaf kar dein to Islam ki History hadaf hai. phir to na Quran hai na hadith hai na Islam hai na kuch hai na kuch hai. ek Myth hai bas.</w:t>
      </w:r>
    </w:p>
    <w:p>
      <w:pPr>
        <w:pStyle w:val="Heading2"/>
      </w:pPr>
      <w:r>
        <w:t>Q&amp;A: handling differences, unity, and the Sahaba's loyalty</w:t>
      </w:r>
    </w:p>
    <w:p>
      <w:r>
        <w:rPr>
          <w:color w:val="666666"/>
          <w:sz w:val="18"/>
        </w:rPr>
        <w:t>Dajjal and Dajjalism July 26, 2009 · 6m 29s · at 1:00:56 · https://youtu.be/CxQTfG01O_s?t=3656</w:t>
      </w:r>
    </w:p>
    <w:p>
      <w:r>
        <w:rPr>
          <w:i/>
        </w:rPr>
        <w:t>“Rasulullah ki ek hadees hai ke aap ne chand duayein kin.”</w:t>
      </w:r>
    </w:p>
    <w:p>
      <w:r>
        <w:rPr>
          <w:sz w:val="20"/>
        </w:rPr>
        <w:t>1:00:56  wastaghfirullaha liwalil jami'een.</w:t>
      </w:r>
      <w:r>
        <w:br/>
      </w:r>
      <w:r>
        <w:rPr>
          <w:sz w:val="20"/>
        </w:rPr>
        <w:t>1:01:13  This question is from Miss Naghma Siddiqui from Delhi. Maulana, differences arise in every team</w:t>
      </w:r>
      <w:r>
        <w:br/>
      </w:r>
      <w:r>
        <w:rPr>
          <w:sz w:val="20"/>
        </w:rPr>
        <w:t>1:01:23  , how should they be managed by team members? Kindly comment. Haan, yeh bahut hi aham question hai.</w:t>
      </w:r>
      <w:r>
        <w:br/>
      </w:r>
      <w:r>
        <w:rPr>
          <w:sz w:val="20"/>
        </w:rPr>
        <w:t>1:01:34  Rasool Allah ki ek hadith hai ki aapne</w:t>
      </w:r>
      <w:r>
        <w:br/>
      </w:r>
      <w:r>
        <w:rPr>
          <w:sz w:val="20"/>
        </w:rPr>
        <w:t>1:01:40  ek lambi hadith hai ki aapne apni ummat ke liye chand duayein ki aur sab duayein qabool ho gayi.</w:t>
      </w:r>
      <w:r>
        <w:br/>
      </w:r>
      <w:r>
        <w:rPr>
          <w:sz w:val="20"/>
        </w:rPr>
        <w:t>1:01:49  yeh dua qabool nahin hui ke aap mein ikhtilaf na ho.</w:t>
      </w:r>
      <w:r>
        <w:br/>
      </w:r>
      <w:r>
        <w:rPr>
          <w:sz w:val="20"/>
        </w:rPr>
        <w:t>1:01:54  iske maani hain ki aap mein differences toh hona hi hona hai, kyunke woh hamara test woh yeh hai. Khuda test ko khatam nahin kar sakta hai.</w:t>
      </w:r>
      <w:r>
        <w:br/>
      </w:r>
      <w:r>
        <w:rPr>
          <w:sz w:val="20"/>
        </w:rPr>
        <w:t>1:02:05  to bahut hi ajeeb baat hai ki Allah Ta'ala ne Rasool Allah ki aur duayein qabool kar li. yeh dua qabool nahin ki ke meri ummat ke saath differences na hon, ke wohi test hai.</w:t>
      </w:r>
      <w:r>
        <w:br/>
      </w:r>
      <w:r>
        <w:rPr>
          <w:sz w:val="20"/>
        </w:rPr>
        <w:t>1:02:19  to main yeh kahunga ki hamari team ke andar bahut pa ka yeh hona chahiye, bahut hi pa ka decision lena chahiye har ek aadmi ko ke mujhe decision ki parwah nahin karta, mujhe difference ki parwah nahin karni hai.</w:t>
      </w:r>
      <w:r>
        <w:br/>
      </w:r>
      <w:r>
        <w:rPr>
          <w:sz w:val="20"/>
        </w:rPr>
        <w:t>1:02:37  saare differences ke bawajood main is mein juda rahoonga, saare differences ke bawajood main is mein pakad rahoonga isko, kyunke mujhe toh Khuda ki jannat leni hai.</w:t>
      </w:r>
      <w:r>
        <w:br/>
      </w:r>
      <w:r>
        <w:rPr>
          <w:sz w:val="20"/>
        </w:rPr>
        <w:t>1:02:48  dekhein, jab difference aata hai to kya hota hai? aadmi ke samne us aadmi ki baat aa jati hai,</w:t>
      </w:r>
      <w:r>
        <w:br/>
      </w:r>
      <w:r>
        <w:rPr>
          <w:sz w:val="20"/>
        </w:rPr>
        <w:t>1:02:58  Khuda nahin samne hota hai. Aaj meri baat hui Hyderabad, hamare ek saathi hain to unhone</w:t>
      </w:r>
      <w:r>
        <w:br/>
      </w:r>
      <w:r>
        <w:rPr>
          <w:sz w:val="20"/>
        </w:rPr>
        <w:t>1:03:08  ek baat pe keh diya ke main blindely follow kaise kar sakta hoon?</w:t>
      </w:r>
      <w:r>
        <w:br/>
      </w:r>
      <w:r>
        <w:rPr>
          <w:sz w:val="20"/>
        </w:rPr>
        <w:t>1:03:15  mujhe bohat hi dukh hua . main ne kaha blind follow karna parta hai? kaisi baat kar rahe hain aap ? tabhi to team banti hai, tabhi team bikhar jati hai ke jab aap yeh kahein ke mujhe main blind follow nahin karunga.</w:t>
      </w:r>
      <w:r>
        <w:br/>
      </w:r>
      <w:r>
        <w:rPr>
          <w:sz w:val="20"/>
        </w:rPr>
        <w:t>1:03:33  main ne inse kaha ke blind hi follow karna parta hai, tab team banti hai.</w:t>
      </w:r>
      <w:r>
        <w:br/>
      </w:r>
      <w:r>
        <w:rPr>
          <w:sz w:val="20"/>
        </w:rPr>
        <w:t>1:03:39  main aapko ek qissa batata hoon ke rasool Allah ne ek apne zamanay mein ek ek dasta bhi bhejha to dasta mein pehla jo do hissay karke bhejhe thay, aap ne sab se pehle gaye Abdullah bin Al-Aas,</w:t>
      </w:r>
      <w:r>
        <w:br/>
      </w:r>
      <w:r>
        <w:rPr>
          <w:sz w:val="20"/>
        </w:rPr>
        <w:t>1:03:56  aage chal diye. woh to aage ja ke padao dala, unhon ne unki madad ke liye phir doosra dasta bhejha. aap ne to woh Abu Ubaidah bin Al-Jarrah uske ameer</w:t>
      </w:r>
      <w:r>
        <w:br/>
      </w:r>
      <w:r>
        <w:rPr>
          <w:sz w:val="20"/>
        </w:rPr>
        <w:t>1:04:07  the, is pehle daste ke ameer thay Abdullah bin Al-Aas aur doosre ke ameer thay Abu Ubaidah. jaate hue rasool Allah ne keh diya tha unse ke dekho, jab tum ne milna , yaani Abu Ubaidah se kaha ke ab ab Abdullah bin Al-Aas se jab milna, tum fata wala takhtalifa to tum mil kar kaam karna,</w:t>
      </w:r>
      <w:r>
        <w:br/>
      </w:r>
      <w:r>
        <w:rPr>
          <w:sz w:val="20"/>
        </w:rPr>
        <w:t>1:04:30  difference le kar ke mat alag ho jana.</w:t>
      </w:r>
      <w:r>
        <w:br/>
      </w:r>
      <w:r>
        <w:rPr>
          <w:sz w:val="20"/>
        </w:rPr>
        <w:t>1:04:35  to wahan jab pahunche to namaz ka waqt ho gaya tha, namaz parhna tha. is zamanay mein imamat jo thi namaz ki, woh sardari ke maani hua karti thi. jo imamat kare, woh hi sardar hai.</w:t>
      </w:r>
      <w:r>
        <w:br/>
      </w:r>
      <w:r>
        <w:rPr>
          <w:sz w:val="20"/>
        </w:rPr>
        <w:t>1:04:47  to Abdullah bin Al-Aas sar kharay hue imamat ke liye to doosra tabqa tha, unhon ne kaha ke nahin, Abul Jarrah imamat karenge, kyunke woh senior thay, woh Abu Ubaidah senior thay.</w:t>
      </w:r>
      <w:r>
        <w:br/>
      </w:r>
      <w:r>
        <w:rPr>
          <w:sz w:val="20"/>
        </w:rPr>
        <w:t>1:05:00  to</w:t>
      </w:r>
      <w:r>
        <w:br/>
      </w:r>
      <w:r>
        <w:rPr>
          <w:sz w:val="20"/>
        </w:rPr>
        <w:t>1:05:01  Abdullah bin Al-Aas ne kaha ke nahin, pehle main bheja gaya hoon, main hi asal hoon, yeh meri madad ko bheje gaye hain. to unhon ne yeh sawal utha diya.</w:t>
      </w:r>
      <w:r>
        <w:br/>
      </w:r>
      <w:r>
        <w:rPr>
          <w:sz w:val="20"/>
        </w:rPr>
        <w:t>1:05:12  to Abu Ubaidah ne kya kaha? yaad rakhiye,</w:t>
      </w:r>
      <w:r>
        <w:br/>
      </w:r>
      <w:r>
        <w:rPr>
          <w:sz w:val="20"/>
        </w:rPr>
        <w:t>1:05:17  unhon ne kaha ke rasool Allah ne sab farmaya tha, sab tum milo , fata wala takhtalifa to takhtalaf mein mat parna, mil jul kar kaam karna.</w:t>
      </w:r>
      <w:r>
        <w:br/>
      </w:r>
      <w:r>
        <w:rPr>
          <w:sz w:val="20"/>
        </w:rPr>
        <w:t>1:05:29  tumhone farmaya ke wallah,</w:t>
      </w:r>
      <w:r>
        <w:br/>
      </w:r>
      <w:r>
        <w:rPr>
          <w:sz w:val="20"/>
        </w:rPr>
        <w:t>1:05:38  len la ka, wallah, len la ka, yani khuda ke sath meri baat na chale, tab bhi main jara rahunga. kaisi anokhi baat hai yeh!</w:t>
      </w:r>
      <w:r>
        <w:br/>
      </w:r>
      <w:r>
        <w:rPr>
          <w:sz w:val="20"/>
        </w:rPr>
        <w:t>1:05:47  abu ubaidah ibn al jarrah bahut sineer sahabi hain, bahut taap ke sahabi hain, unka darja bahut bada mana jata hai. unhone kaha wallah,</w:t>
      </w:r>
      <w:r>
        <w:br/>
      </w:r>
      <w:r>
        <w:rPr>
          <w:sz w:val="20"/>
        </w:rPr>
        <w:t>1:05:57  iska matlab yeh ho ke khuda ki qasam, agar tum, agar meri baat na chale, tab bhi main jara rahunga team ke saath. yeh main aap se kehta hoon, isko speed, is sahaba speed yeh hai.</w:t>
      </w:r>
      <w:r>
        <w:br/>
      </w:r>
      <w:r>
        <w:rPr>
          <w:sz w:val="20"/>
        </w:rPr>
        <w:t>1:06:11  is sahaba speed ko pakdiye, koi difference aaye to kahin difference bhag na jaye. hamein to team ke saath jara rehna hai,</w:t>
      </w:r>
      <w:r>
        <w:br/>
      </w:r>
      <w:r>
        <w:rPr>
          <w:sz w:val="20"/>
        </w:rPr>
        <w:t>1:06:28  difference to aate hi aate hain, difference to aate hi aate hain, lekin aap ke andar sahaba speed honi chahiye.</w:t>
      </w:r>
      <w:r>
        <w:br/>
      </w:r>
      <w:r>
        <w:rPr>
          <w:sz w:val="20"/>
        </w:rPr>
        <w:t>1:06:37  unhone kaha ke wallah, len la ka, meri baat tum na mano, tab bhi main tumhari baat manunga. iska literal translation hai ke khuda ki qasam, agar tum meri baat na mano, tab bhi main tumhari baat manunga.</w:t>
      </w:r>
      <w:r>
        <w:br/>
      </w:r>
      <w:r>
        <w:rPr>
          <w:sz w:val="20"/>
        </w:rPr>
        <w:t>1:06:50  kaisi anokhi cheez thi yeh! yeh kisi qimat par humain team ko tod tootne nahi denge,</w:t>
      </w:r>
      <w:r>
        <w:br/>
      </w:r>
      <w:r>
        <w:rPr>
          <w:sz w:val="20"/>
        </w:rPr>
        <w:t>1:06:58  kisi qimat par humain team ko todne nahi denge. yeh hai sahaba speed ke meri baat na chale, tab bhi main team se jara rahunga.</w:t>
      </w:r>
      <w:r>
        <w:br/>
      </w:r>
      <w:r>
        <w:rPr>
          <w:sz w:val="20"/>
        </w:rPr>
        <w:t>1:07:12  yehi speed jo hai, team ko baqi rakh sakti hai. yeh speed nahi hogi to team bhi khatam ho jayegi. main aap logon ko khuda ki qasam yaad dila ke, khuda ka hawala de kar kehta hoon,</w:t>
      </w:r>
    </w:p>
    <w:p>
      <w:pPr>
        <w:pStyle w:val="Heading2"/>
      </w:pPr>
      <w:r>
        <w:t>Best principle of spirituality: love your enemy</w:t>
      </w:r>
    </w:p>
    <w:p>
      <w:r>
        <w:rPr>
          <w:color w:val="666666"/>
          <w:sz w:val="18"/>
        </w:rPr>
        <w:t>Journey to a Mediterranean Island November 23, 2008 · 52s · at 1:10:56 · https://youtu.be/uoOiuhWeSIQ?t=4256</w:t>
      </w:r>
    </w:p>
    <w:p>
      <w:r>
        <w:rPr>
          <w:i/>
        </w:rPr>
        <w:t>“بیسٹ جو ہے سپرچولیٹی کا جو پرنسپل، وہ ہے لو یور اینمی”</w:t>
      </w:r>
    </w:p>
    <w:p>
      <w:r>
        <w:rPr>
          <w:sz w:val="20"/>
        </w:rPr>
        <w:t>1:10:56  best jo hai spirituality ka jo principle, woh hai love your enemy. yaani love all including your enemy. mein samajhta hoon ke best formula spirituality ka yeh hai.</w:t>
      </w:r>
      <w:r>
        <w:br/>
      </w:r>
      <w:r>
        <w:rPr>
          <w:sz w:val="20"/>
        </w:rPr>
        <w:t>1:11:09  mahatma gandhi is ko bohat zyada mante the, is cheez ko bohat zyada mante the.</w:t>
      </w:r>
      <w:r>
        <w:br/>
      </w:r>
      <w:r>
        <w:rPr>
          <w:sz w:val="20"/>
        </w:rPr>
        <w:t>1:11:14  to mein samajhta hoon ke spirituality jo hai, is ka expression love ki shakal mein hota hai. saare insanon se mohabbat. mein keh sakta hoon jo mere saath rehte hain, woh gawahi gawahi denge ke mere dil mein har ek ke liye pyar hai, har ek ke liye mohabbat hai.</w:t>
      </w:r>
      <w:r>
        <w:br/>
      </w:r>
      <w:r>
        <w:rPr>
          <w:sz w:val="20"/>
        </w:rPr>
        <w:t>1:11:29  yeh nahin ke meri community ke liye to hai aur doosron ke liye nahin hai. mein sab ko ek sa manta hoon.</w:t>
      </w:r>
      <w:r>
        <w:br/>
      </w:r>
      <w:r>
        <w:rPr>
          <w:sz w:val="20"/>
        </w:rPr>
        <w:t>1:11:36  aur yahi mein samajhta hoon spirituality ka jo hai essence hai. essence ke aap ko aap ke dil mein sab ke liye pyar aa jaye, kisi ke liye hate na ho, kisi ke liye vice na ho.</w:t>
      </w:r>
    </w:p>
    <w:p>
      <w:pPr>
        <w:pStyle w:val="Heading2"/>
      </w:pPr>
      <w:r>
        <w:t>Hadith introduction and Arabic recitation</w:t>
      </w:r>
    </w:p>
    <w:p>
      <w:r>
        <w:rPr>
          <w:color w:val="666666"/>
          <w:sz w:val="18"/>
        </w:rPr>
        <w:t>Spirit of Team Work April 6, 2019 · 35s · at 0:32 · https://youtu.be/0tSocvvX_Ks?t=32</w:t>
      </w:r>
    </w:p>
    <w:p>
      <w:r>
        <w:rPr>
          <w:i/>
        </w:rPr>
        <w:t>“Aaj Qur'an ki ek hadith ko le kar kuchh baat kahna hai”</w:t>
      </w:r>
    </w:p>
    <w:p>
      <w:r>
        <w:rPr>
          <w:sz w:val="20"/>
        </w:rPr>
        <w:t>0:32  Aaj Quran ki aaj aik hadith ko le kar kuch baat kehna hai.</w:t>
      </w:r>
      <w:r>
        <w:br/>
      </w:r>
      <w:r>
        <w:rPr>
          <w:sz w:val="20"/>
        </w:rPr>
        <w:t>0:45  Yeh hadith Ibn Majah mein aayi hai, aur is ke shabda yeh hain.</w:t>
      </w:r>
      <w:r>
        <w:br/>
      </w:r>
      <w:r>
        <w:rPr>
          <w:sz w:val="20"/>
        </w:rPr>
        <w:t>0:55  An Ibn Umar an al-nabi salla Allahu alayhi wa sallam qala: "Al-mumin alladhi yukhalitu al-nas wa yasbiru ala azahim khayrun min alladhi la yukhalitu al-nas wa la yasbiru ala azahim".</w:t>
      </w:r>
    </w:p>
    <w:p>
      <w:pPr>
        <w:pStyle w:val="Heading2"/>
      </w:pPr>
      <w:r>
        <w:t>Result-oriented action principle in detail</w:t>
      </w:r>
    </w:p>
    <w:p>
      <w:r>
        <w:rPr>
          <w:color w:val="666666"/>
          <w:sz w:val="18"/>
        </w:rPr>
        <w:t>Principles of Life (Prophetic Wisdom) · 2m 34s · at 28:46 · https://youtu.be/dWzIQ5DQMNU?t=1726</w:t>
      </w:r>
    </w:p>
    <w:p>
      <w:r>
        <w:rPr>
          <w:i/>
        </w:rPr>
        <w:t>“Rait aur rang, rait aur rang. Ek teesri cheez.”</w:t>
      </w:r>
    </w:p>
    <w:p>
      <w:r>
        <w:rPr>
          <w:sz w:val="20"/>
        </w:rPr>
        <w:t>28:46  , right aur wrong, right aur wrong.</w:t>
      </w:r>
      <w:r>
        <w:br/>
      </w:r>
      <w:r>
        <w:rPr>
          <w:sz w:val="20"/>
        </w:rPr>
        <w:t>28:51  ek teesri cheez ko bhi aap ko sochna chahiye, aur woh hai result.</w:t>
      </w:r>
      <w:r>
        <w:br/>
      </w:r>
      <w:r>
        <w:rPr>
          <w:sz w:val="20"/>
        </w:rPr>
        <w:t>28:56  action ka result.</w:t>
      </w:r>
      <w:r>
        <w:br/>
      </w:r>
      <w:r>
        <w:rPr>
          <w:sz w:val="20"/>
        </w:rPr>
        <w:t>29:01  agar aap ke paas sirf do ki fehrist hai to aap duniya mein sirf burai paida karenge.</w:t>
      </w:r>
      <w:r>
        <w:br/>
      </w:r>
      <w:r>
        <w:rPr>
          <w:sz w:val="20"/>
        </w:rPr>
        <w:t>29:06  jahan right, jahan dekhenge ke wrong ho raha hai to aap daud padenge aur aap kuch</w:t>
      </w:r>
      <w:r>
        <w:br/>
      </w:r>
      <w:r>
        <w:rPr>
          <w:sz w:val="20"/>
        </w:rPr>
        <w:t>29:11  kar nahin payenge siwaye is ke ke aur problem ko badhayen.</w:t>
      </w:r>
      <w:r>
        <w:br/>
      </w:r>
      <w:r>
        <w:rPr>
          <w:sz w:val="20"/>
        </w:rPr>
        <w:t>29:16  yeh bohat hi zaroori hai ke aap is dichotomy mein na jiyen, right aur wrong ki dichotomy mein.</w:t>
      </w:r>
      <w:r>
        <w:br/>
      </w:r>
      <w:r>
        <w:rPr>
          <w:sz w:val="20"/>
        </w:rPr>
        <w:t>29:21  balke yeh bhi janen ke hamesha right aur wrong ke siwa ek third position bhi hoti hai.</w:t>
      </w:r>
      <w:r>
        <w:br/>
      </w:r>
      <w:r>
        <w:rPr>
          <w:sz w:val="20"/>
        </w:rPr>
        <w:t>29:26  woh kya hai? result ko dekhna.</w:t>
      </w:r>
      <w:r>
        <w:br/>
      </w:r>
      <w:r>
        <w:rPr>
          <w:sz w:val="20"/>
        </w:rPr>
        <w:t>29:31  result ko dekh kar ke action lena.</w:t>
      </w:r>
      <w:r>
        <w:br/>
      </w:r>
      <w:r>
        <w:rPr>
          <w:sz w:val="20"/>
        </w:rPr>
        <w:t>29:36  aur agar chup rehne mein, chup rehne mein aap dekhen ke chup rehna zyada theek hai.</w:t>
      </w:r>
      <w:r>
        <w:br/>
      </w:r>
      <w:r>
        <w:rPr>
          <w:sz w:val="20"/>
        </w:rPr>
        <w:t>29:41  chup rehne ka kam se kam itna to faida hai</w:t>
      </w:r>
      <w:r>
        <w:br/>
      </w:r>
      <w:r>
        <w:rPr>
          <w:sz w:val="20"/>
        </w:rPr>
        <w:t>29:46  ke problem aur badhega nahin.</w:t>
      </w:r>
      <w:r>
        <w:br/>
      </w:r>
      <w:r>
        <w:rPr>
          <w:sz w:val="20"/>
        </w:rPr>
        <w:t>29:52  problem aur zyada complex nahin ho jayega.</w:t>
      </w:r>
      <w:r>
        <w:br/>
      </w:r>
      <w:r>
        <w:rPr>
          <w:sz w:val="20"/>
        </w:rPr>
        <w:t>29:59  ek simple problem hai shuru mein, aap ka action lene se woh complex, woh complex problem ban jaye.</w:t>
      </w:r>
      <w:r>
        <w:br/>
      </w:r>
      <w:r>
        <w:rPr>
          <w:sz w:val="20"/>
        </w:rPr>
        <w:t>30:05  to aisi halat mein aap ko hargiz hargiz action nahin lena chahiye.</w:t>
      </w:r>
      <w:r>
        <w:br/>
      </w:r>
      <w:r>
        <w:rPr>
          <w:sz w:val="20"/>
        </w:rPr>
        <w:t>30:11  to jin logon ke paas yahi dichotomy hai, right aur wrong, right aur wrong, justice injustice, justice injustice,</w:t>
      </w:r>
      <w:r>
        <w:br/>
      </w:r>
      <w:r>
        <w:rPr>
          <w:sz w:val="20"/>
        </w:rPr>
        <w:t>30:17  to duniya mein bigaad paida karenge woh.</w:t>
      </w:r>
      <w:r>
        <w:br/>
      </w:r>
      <w:r>
        <w:rPr>
          <w:sz w:val="20"/>
        </w:rPr>
        <w:t>30:22  kai logon ko hum dekhte hain ke justice lene ki ladai chhod rakhi hai unhon ne.</w:t>
      </w:r>
      <w:r>
        <w:br/>
      </w:r>
      <w:r>
        <w:rPr>
          <w:sz w:val="20"/>
        </w:rPr>
        <w:t>30:27  woh kehte hain hamara justice ho raha hai, hamare sath injustice ho raha hai, hamein justice lena hai,</w:t>
      </w:r>
      <w:r>
        <w:br/>
      </w:r>
      <w:r>
        <w:rPr>
          <w:sz w:val="20"/>
        </w:rPr>
        <w:t>30:32  justice ko establish karna hai.</w:t>
      </w:r>
      <w:r>
        <w:br/>
      </w:r>
      <w:r>
        <w:rPr>
          <w:sz w:val="20"/>
        </w:rPr>
        <w:t>30:37  lekin aap result dekhen to so so baras ki ladai se kya hua hai? tabahi, tabahi, tabahi, tabahi.</w:t>
      </w:r>
      <w:r>
        <w:br/>
      </w:r>
      <w:r>
        <w:rPr>
          <w:sz w:val="20"/>
        </w:rPr>
        <w:t>30:42  to is hadith se</w:t>
      </w:r>
      <w:r>
        <w:br/>
      </w:r>
      <w:r>
        <w:rPr>
          <w:sz w:val="20"/>
        </w:rPr>
        <w:t>30:47  yeh usool nikla ke tumhare paas sirf, ke tum ko sirf right aur wrong ki dichotomy mein nahin jeena chahiye.</w:t>
      </w:r>
      <w:r>
        <w:br/>
      </w:r>
      <w:r>
        <w:rPr>
          <w:sz w:val="20"/>
        </w:rPr>
        <w:t>30:55  justice aur injustice ki dichotomy mein nahin jeena chahiye.</w:t>
      </w:r>
      <w:r>
        <w:br/>
      </w:r>
      <w:r>
        <w:rPr>
          <w:sz w:val="20"/>
        </w:rPr>
        <w:t>31:03  zulm aur insaaf ki dichotomy mein nahin jeena chahiye.</w:t>
      </w:r>
      <w:r>
        <w:br/>
      </w:r>
      <w:r>
        <w:rPr>
          <w:sz w:val="20"/>
        </w:rPr>
        <w:t>31:11  balkay aik teesri cheez bhi tumhare paas honi chahiye tumhari list mein, woh hai result. result. aap agar</w:t>
      </w:r>
    </w:p>
    <w:p>
      <w:pPr>
        <w:pStyle w:val="Heading2"/>
      </w:pPr>
      <w:r>
        <w:t>Hadith of Islam reaching every home, thwarted by printing fatwas</w:t>
      </w:r>
    </w:p>
    <w:p>
      <w:r>
        <w:rPr>
          <w:color w:val="666666"/>
          <w:sz w:val="18"/>
        </w:rPr>
        <w:t>Islam in A New Age March 18, 2012 · 6m 03s · at 45:58 · https://youtu.be/P5hzq_NheY0?t=2758</w:t>
      </w:r>
    </w:p>
    <w:p>
      <w:r>
        <w:rPr>
          <w:i/>
        </w:rPr>
        <w:t>“La abqa ala zahril ardi — Islam har ghar tak pahunchega”</w:t>
      </w:r>
    </w:p>
    <w:p>
      <w:r>
        <w:rPr>
          <w:sz w:val="20"/>
        </w:rPr>
        <w:t>45:58  isi tarah dekhiye, yeh jo hadees hai ke la abqa ala zahr al-ard bayt badri wa la wabr illa adkhala Allah kalimat al-islam ke zameen ka koi chota bara ghar nahi bachega jahan Allah apna kalma dakhil na kar de.</w:t>
      </w:r>
      <w:r>
        <w:br/>
      </w:r>
      <w:r>
        <w:rPr>
          <w:sz w:val="20"/>
        </w:rPr>
        <w:t>46:17  yeh kamane ka matlab yeh nahi ke farishtay aa ke dakhil karen ge.</w:t>
      </w:r>
      <w:r>
        <w:br/>
      </w:r>
      <w:r>
        <w:rPr>
          <w:sz w:val="20"/>
        </w:rPr>
        <w:t>46:20  nahi, kamane ka aise mawaqe khol de Allah taala jis se ke Quran ke hami is ko sari dunya mein pohncha saken. hami deen Islam, yeh is mein mawaqe ka ishara hai.</w:t>
      </w:r>
      <w:r>
        <w:br/>
      </w:r>
      <w:r>
        <w:rPr>
          <w:sz w:val="20"/>
        </w:rPr>
        <w:t>46:34  mawaqe ka yeh nahi ke farishtay aa kar yeh kaam karen ge. yaani aalmi dawat ke mawaqe ka khulna, is ka ishara is ke andar hai.</w:t>
      </w:r>
      <w:r>
        <w:br/>
      </w:r>
      <w:r>
        <w:rPr>
          <w:sz w:val="20"/>
        </w:rPr>
        <w:t>46:44  aap ghor kijiye, kaisi ajeeb ghareeb chezen hain Quran o hadees mein.</w:t>
      </w:r>
      <w:r>
        <w:br/>
      </w:r>
      <w:r>
        <w:rPr>
          <w:sz w:val="20"/>
        </w:rPr>
        <w:t>46:50  yaani poore mustaqbil jo baat kaha hai, us ki poori peshangoi peshgi pehle bata di gayi. kal mein soch raha tha ke aik hadees is mein hai ke aik zamana aayega jab ke an tara aurath al-hufat tatawawwuroon fi al-bunyan kaisi ajeeb baat hai.</w:t>
      </w:r>
      <w:r>
        <w:br/>
      </w:r>
      <w:r>
        <w:rPr>
          <w:sz w:val="20"/>
        </w:rPr>
        <w:t>47:10  tum dekho ge ke nangay bhookay baray baray makanat banayen ge. yaani multi-storey building.</w:t>
      </w:r>
      <w:r>
        <w:br/>
      </w:r>
      <w:r>
        <w:rPr>
          <w:sz w:val="20"/>
        </w:rPr>
        <w:t>47:19  aaj to wahi to hai yeh. yaani economy jo hai, is ka decentralization ho gaya. pehle agriculture hi ka naam tha iqtisadiyat, economy.</w:t>
      </w:r>
      <w:r>
        <w:br/>
      </w:r>
      <w:r>
        <w:rPr>
          <w:sz w:val="20"/>
        </w:rPr>
        <w:t>47:31  sirf agriculture zariya thi aamdani ki. ab business aur industry ne har aik ke liye imkan khol liya. sab paisa kamatay hain.</w:t>
      </w:r>
      <w:r>
        <w:br/>
      </w:r>
      <w:r>
        <w:rPr>
          <w:sz w:val="20"/>
        </w:rPr>
        <w:t>47:40  paisa kamakar koi bhi buildingen banatay hain.</w:t>
      </w:r>
      <w:r>
        <w:br/>
      </w:r>
      <w:r>
        <w:rPr>
          <w:sz w:val="20"/>
        </w:rPr>
        <w:t>47:44  to is hadees mein bataya ke jo log, yaani jin ke paron mein joote nahi hotay thay, badan par kapray nahi hotay thay, aik naya daur aayega ke jab woh kamaiyan karen ge, multi-storey building khari karen ge.</w:t>
      </w:r>
      <w:r>
        <w:br/>
      </w:r>
      <w:r>
        <w:rPr>
          <w:sz w:val="20"/>
        </w:rPr>
        <w:t>48:00  yeh sab mustaqbil ke imkanat ki baaten thi jo aayi hain hadeeson mein. to is ka aik pehlu woh hai jo doosre log is se faida utha rahay hain.</w:t>
      </w:r>
      <w:r>
        <w:br/>
      </w:r>
      <w:r>
        <w:rPr>
          <w:sz w:val="20"/>
        </w:rPr>
        <w:t>48:13  doosra pehlu woh hai ke jo ahl-e-iman is se, is se jo faida uthayen, yaani ahl-e-iman is se ma'rifat len. ahl-e-iman is se qurbat-e-khudawandi, ghiza len.</w:t>
      </w:r>
      <w:r>
        <w:br/>
      </w:r>
      <w:r>
        <w:rPr>
          <w:sz w:val="20"/>
        </w:rPr>
        <w:t>48:23  ahl-e-iman is se dawat ke mawaqe talash karen. ahl-e-iman is ke zariye opportunity ko daryaft kar ke sare aalam mein dawat phaila den.</w:t>
      </w:r>
      <w:r>
        <w:br/>
      </w:r>
      <w:r>
        <w:rPr>
          <w:sz w:val="20"/>
        </w:rPr>
        <w:t>48:32  aik naya hosla, aik naya shauq, aik naya jazba, aik nayi spirit, aik naya junoon bilkul kehna chahiye, logon ke andar paida ho jaye.</w:t>
      </w:r>
      <w:r>
        <w:br/>
      </w:r>
      <w:r>
        <w:rPr>
          <w:sz w:val="20"/>
        </w:rPr>
        <w:t>48:44  yeh sab kyun nahi ho raha hai? kyunke ijtihadi nazar mafqood hai. kaisi ajeeb baat hai. kaisi ajeeb baat hai.</w:t>
      </w:r>
      <w:r>
        <w:br/>
      </w:r>
      <w:r>
        <w:rPr>
          <w:sz w:val="20"/>
        </w:rPr>
        <w:t>48:53  poori poori dunya ke saaray hi musalman taqreeban, koi musalman mere ilm mein nahi hai ghaliban jo jo negative thinking mein na jeeta ho.</w:t>
      </w:r>
      <w:r>
        <w:br/>
      </w:r>
      <w:r>
        <w:rPr>
          <w:sz w:val="20"/>
        </w:rPr>
        <w:t>49:03  kyun? bekhabar hain in baaton se. ab bekhabar kyun ho gaye? kyunke mujtahidana andaaz mein sochne ki salahiyat nahi hai.</w:t>
      </w:r>
      <w:r>
        <w:br/>
      </w:r>
      <w:r>
        <w:rPr>
          <w:sz w:val="20"/>
        </w:rPr>
        <w:t>49:12  khwamkhwah aik aik khauf bitha diya hai, khauf ke ijtihad karoge to yeh ho jayega, woh ho jayega. bhai, ijtihad karoge to apni niyat ko tatolo bas.</w:t>
      </w:r>
      <w:r>
        <w:br/>
      </w:r>
      <w:r>
        <w:rPr>
          <w:sz w:val="20"/>
        </w:rPr>
        <w:t>49:23  ijtihad se mat daro. apni niyat, niyat ka jaiza lo. yaani ijtihad se darne ki bajaye apni niyat ka jaiza lo. niyat durust hai to chhalang laga do samandar mein.</w:t>
      </w:r>
      <w:r>
        <w:br/>
      </w:r>
      <w:r>
        <w:rPr>
          <w:sz w:val="20"/>
        </w:rPr>
        <w:t>49:39  kaisi ajeeb yeh taleemat hain Quran o hadees mein. aur kis tarah is ka darwaza band kar rakha hai logon ne.</w:t>
      </w:r>
      <w:r>
        <w:br/>
      </w:r>
      <w:r>
        <w:rPr>
          <w:sz w:val="20"/>
        </w:rPr>
        <w:t>49:49  aap ghor kijiye, jab printing press aaya to yeh mumkin ho gaya ke Quran ko chhap kar aap sari dunya mein logon tak pohncha saken. aur phir international language aa gayi, English.</w:t>
      </w:r>
      <w:r>
        <w:br/>
      </w:r>
      <w:r>
        <w:rPr>
          <w:sz w:val="20"/>
        </w:rPr>
        <w:t>50:01  aaj dunya ke taqreeban jitne bhi educated log hain, woh taqreeban sab ke sab English jante hain.</w:t>
      </w:r>
      <w:r>
        <w:br/>
      </w:r>
      <w:r>
        <w:rPr>
          <w:sz w:val="20"/>
        </w:rPr>
        <w:t>50:08  to kaisi ajeeb baat hai. yani ek taraf modern jo halaat the, naye daur ke halaat, is ne saari dunya mein English ko international language bana diya, jo kabhi aisa nahi hua tha.</w:t>
      </w:r>
      <w:r>
        <w:br/>
      </w:r>
      <w:r>
        <w:rPr>
          <w:sz w:val="20"/>
        </w:rPr>
        <w:t>50:20  doosri taraf yeh mumkin ho gaya ke Quran ko chhaap kar ke aap is ke tarjume saari dunya mein phaila dein. lekin ijtihadi zehan na hone ke nateejay mein dekhiye kya hua.</w:t>
      </w:r>
      <w:r>
        <w:br/>
      </w:r>
      <w:r>
        <w:rPr>
          <w:sz w:val="20"/>
        </w:rPr>
        <w:t>50:31  pehlay to yeh fatwa tha ke baghair matan ke aap Quran chhaap nahi s</w:t>
      </w:r>
      <w:r>
        <w:br/>
      </w:r>
      <w:r>
        <w:rPr>
          <w:sz w:val="20"/>
        </w:rPr>
        <w:t>50:35  akte. yani arabi matan jo hai, agar aap angrezi tarjuma karein, angrezi tarjume se ke saath saath aap ko arabi matan chhaapni paregi.</w:t>
      </w:r>
      <w:r>
        <w:br/>
      </w:r>
      <w:r>
        <w:rPr>
          <w:sz w:val="20"/>
        </w:rPr>
        <w:t>50:44  warna jaiz hi nahi hua woh. ab itna mota sa ban gaya Quran, tarjuma aur aur matan ko le kar ke. ab pata nahi kaun is ko parhega, kaun is ko distribute karega.</w:t>
      </w:r>
      <w:r>
        <w:br/>
      </w:r>
      <w:r>
        <w:rPr>
          <w:sz w:val="20"/>
        </w:rPr>
        <w:t>50:57  mazeed yeh ke yeh fatwa lag gaya ke ghair muslim is ki be-hurmati karein ge, is liye matan ke saath de nahi sakte.</w:t>
      </w:r>
      <w:r>
        <w:br/>
      </w:r>
      <w:r>
        <w:rPr>
          <w:sz w:val="20"/>
        </w:rPr>
        <w:t>51:05  yeh matan ke baghair agar aap dein, sirf tarjuma, tab bhi najaaiz ke matan zaroori hai saath saath. yani ek taraf yeh fatwa tha ke matan ke baghair aap translate chhaap nahi sakte.</w:t>
      </w:r>
      <w:r>
        <w:br/>
      </w:r>
      <w:r>
        <w:rPr>
          <w:sz w:val="20"/>
        </w:rPr>
        <w:t>51:20  doosra yeh fatwa ke matan ke saath aap ne chhaapa to is ko dena najaaiz. yani matan ke baghair chhaapna najaaiz aur matan ke saath in ko dena najaaiz.</w:t>
      </w:r>
      <w:r>
        <w:br/>
      </w:r>
      <w:r>
        <w:rPr>
          <w:sz w:val="20"/>
        </w:rPr>
        <w:t>51:33  natija yeh kya hai? saari dunya mein log log jo hain mehroom thay ke Quran mein kya hai janne ke liye.</w:t>
      </w:r>
      <w:r>
        <w:br/>
      </w:r>
      <w:r>
        <w:rPr>
          <w:sz w:val="20"/>
        </w:rPr>
        <w:t>51:42  poori poori dunya ko mehroom kar diya. ek yani mera poora bachpan ka zamana, jawani ka zamana isi mein guzra hai, isi isi museebat mein ke matan ke saath chhaapo to dena najaaiz, matan ke baghair chhaapo to chhaapna najaaiz.</w:t>
      </w:r>
    </w:p>
    <w:p>
      <w:pPr>
        <w:pStyle w:val="Heading2"/>
      </w:pPr>
      <w:r>
        <w:t>News triggers hadith about endless Muslim violence</w:t>
      </w:r>
    </w:p>
    <w:p>
      <w:r>
        <w:rPr>
          <w:color w:val="666666"/>
          <w:sz w:val="18"/>
        </w:rPr>
        <w:t>Ideology of Life December 29, 2013 Maulana Wahiduddin Khan · 4m 24s · at 0:45 · https://youtu.be/N5psCFw23MI?t=45</w:t>
      </w:r>
    </w:p>
    <w:p>
      <w:r>
        <w:rPr>
          <w:i/>
        </w:rPr>
        <w:t>“aaj mein ne akhbar dekha to us mein ek khabar thi”</w:t>
      </w:r>
    </w:p>
    <w:p>
      <w:r>
        <w:rPr>
          <w:sz w:val="20"/>
        </w:rPr>
        <w:t>0:45  aaj mein ne akhbar dekha to is mein aik khabar thi</w:t>
      </w:r>
      <w:r>
        <w:br/>
      </w:r>
      <w:r>
        <w:rPr>
          <w:sz w:val="20"/>
        </w:rPr>
        <w:t>0:54  jis se, jis ko mein kaha karta hoon ke mind trigger hota hai. jab mind trigger hota hai to aadmi ko</w:t>
      </w:r>
      <w:r>
        <w:br/>
      </w:r>
      <w:r>
        <w:rPr>
          <w:sz w:val="20"/>
        </w:rPr>
        <w:t>1:05  nai nai baatein samajh aati hain. to yeh bohat zaroori hai ke aap ka mind trigger ho. koi experience ko, kisi experience ki wajah se koi cheez parh kar ke, koi observation se.</w:t>
      </w:r>
      <w:r>
        <w:br/>
      </w:r>
      <w:r>
        <w:rPr>
          <w:sz w:val="20"/>
        </w:rPr>
        <w:t>1:22  jab tak aap ka mind trigger na ho to koi bari baat aap discover nahin kar paate. to dekhein aaj ki jo news hai, yaani 29 akhbar ka paper jo hai,</w:t>
      </w:r>
      <w:r>
        <w:br/>
      </w:r>
      <w:r>
        <w:rPr>
          <w:sz w:val="20"/>
        </w:rPr>
        <w:t>1:35  is mein ke qahira mein, yaani Egypt mein, muslim protesters ne wahan ki jo bohat hi purani university hai, alhazar university, us ki building mein aag laga di.</w:t>
      </w:r>
      <w:r>
        <w:br/>
      </w:r>
      <w:r>
        <w:rPr>
          <w:sz w:val="20"/>
        </w:rPr>
        <w:t>1:51  aur yeh sab Islamist hain. yaani yeh Islamist logon ne wahan par protest kiya aur alhazar university, jo bohat hi,</w:t>
      </w:r>
      <w:r>
        <w:br/>
      </w:r>
      <w:r>
        <w:rPr>
          <w:sz w:val="20"/>
        </w:rPr>
        <w:t>2:06  bohat hi bari university maani jati hai muslim world mein, to us ki building mein aag laga di. is se mera mind trigger hua ke aakhir aisa kyun?</w:t>
      </w:r>
      <w:r>
        <w:br/>
      </w:r>
      <w:r>
        <w:rPr>
          <w:sz w:val="20"/>
        </w:rPr>
        <w:t>2:17  saari duniya mein dekhein educational institutions ko bohat ziyada respect diya jata hai. saari duniya mein.</w:t>
      </w:r>
      <w:r>
        <w:br/>
      </w:r>
      <w:r>
        <w:rPr>
          <w:sz w:val="20"/>
        </w:rPr>
        <w:t>2:26  Europe, amreeka mein kabhi aap nahin sunen ge ke kisi ne protest ke liye university mein aag laga di. ke aisa kyun?</w:t>
      </w:r>
      <w:r>
        <w:br/>
      </w:r>
      <w:r>
        <w:rPr>
          <w:sz w:val="20"/>
        </w:rPr>
        <w:t>2:39  aisa kyun? yeh koi simple baat nahin hai, yeh bohat hi bari baat hai. to mujhe aik hadith yaad aayi, is hadith mein ab bohat ajeeb tor par is ka explanation milta hai.</w:t>
      </w:r>
      <w:r>
        <w:br/>
      </w:r>
      <w:r>
        <w:rPr>
          <w:sz w:val="20"/>
        </w:rPr>
        <w:t>2:56  aik hadith hai ke: "as a wazir safe of your ummati lam yurf'a anha hatta yoom al qiyamah" ke meri ummat mein jab talwar dakhil hogi to woh qayamat tak phir nikle gi nahin.</w:t>
      </w:r>
      <w:r>
        <w:br/>
      </w:r>
      <w:r>
        <w:rPr>
          <w:sz w:val="20"/>
        </w:rPr>
        <w:t>3:15  to mein ne socha ke aakhir talwar agar dakhil hogi to kyun qayamat tak chalti rahe gi, kyun? jaisa ke aap dekh rahe hain aap, yahi to hai.</w:t>
      </w:r>
      <w:r>
        <w:br/>
      </w:r>
      <w:r>
        <w:rPr>
          <w:sz w:val="20"/>
        </w:rPr>
        <w:t>3:28  kyun ke hamesha aisa hota hai dekhen ke larai ka ek had hoti hai. First World War ki ek had thi, Second World War ki ek had thi. ek had par ja kar khatm ho gayi.</w:t>
      </w:r>
      <w:r>
        <w:br/>
      </w:r>
      <w:r>
        <w:rPr>
          <w:sz w:val="20"/>
        </w:rPr>
        <w:t>3:40  ya musalmanon mein kyun aisa hoga ke talwar chalti hi rahe gi, chalti hi rahe gi. is ko kehte hain justified militancy, justified violence.</w:t>
      </w:r>
      <w:r>
        <w:br/>
      </w:r>
      <w:r>
        <w:rPr>
          <w:sz w:val="20"/>
        </w:rPr>
        <w:t>3:58  yani musalmanon mein yeh yeh yeh prediction tha rasool Allah sal Allah alaih wasallam ka ke musalmanon mein ek ek ideology develop kare gi, system based ideology.</w:t>
      </w:r>
      <w:r>
        <w:br/>
      </w:r>
      <w:r>
        <w:rPr>
          <w:sz w:val="20"/>
        </w:rPr>
        <w:t>4:11  yani musalman yeh samajh len ke hamein dunya mein islami nizam qaim karna hai.</w:t>
      </w:r>
      <w:r>
        <w:br/>
      </w:r>
      <w:r>
        <w:rPr>
          <w:sz w:val="20"/>
        </w:rPr>
        <w:t>4:18  yani that was an innovation. yeh Islam mein kahin aisa nahi hai ke hamari duty hai ke hum dunya mein islami hukumat qaim karen. yeh aisi aisa kahin nahi hai.</w:t>
      </w:r>
      <w:r>
        <w:br/>
      </w:r>
      <w:r>
        <w:rPr>
          <w:sz w:val="20"/>
        </w:rPr>
        <w:t>4:30  to yeh prediction tha ke ek daur aayega ke musalmanon mein yeh zehan banega.</w:t>
      </w:r>
      <w:r>
        <w:br/>
      </w:r>
      <w:r>
        <w:rPr>
          <w:sz w:val="20"/>
        </w:rPr>
        <w:t>4:39  to is ke baad kya karenge woh? jab woh chahenge ke islami hukumat qaim karen to koi na koi tarjeeh qaim hogi. to is ko hatana hai, is ko depose karna hai, is ko overthrow karna hai.</w:t>
      </w:r>
      <w:r>
        <w:br/>
      </w:r>
      <w:r>
        <w:rPr>
          <w:sz w:val="20"/>
        </w:rPr>
        <w:t>4:52  to woh to hate ga nahi marzi se apni, to violence karenge. that is justified violence. yani insaaf qaim karne ke liye, justice qaim karne ke liye, islami hukumat qaim karne ke liye, Khuda ki hukumat qaim karne ke liye.</w:t>
      </w:r>
    </w:p>
    <w:p>
      <w:pPr>
        <w:pStyle w:val="Heading2"/>
      </w:pPr>
      <w:r>
        <w:t>Application of hadith for modern disunity</w:t>
      </w:r>
    </w:p>
    <w:p>
      <w:r>
        <w:rPr>
          <w:color w:val="666666"/>
          <w:sz w:val="18"/>
        </w:rPr>
        <w:t>The Importance of Unity March 15, 2014 · 4m 36s · at 19:11 · https://youtu.be/-xS-eK4zw-k?t=1151</w:t>
      </w:r>
    </w:p>
    <w:p>
      <w:r>
        <w:rPr>
          <w:i/>
        </w:rPr>
        <w:t>“To yeh hadees mein samajhta hoon ke bohot hi ahem hadees hai”</w:t>
      </w:r>
    </w:p>
    <w:p>
      <w:r>
        <w:rPr>
          <w:sz w:val="20"/>
        </w:rPr>
        <w:t>19:11  to yeh hadith mein samajhta hoon ke bohat hi ahem hadith hai. is mein baad ke zamane ke musalmanon ke liye bohat bari rehnumai hai.</w:t>
      </w:r>
      <w:r>
        <w:br/>
      </w:r>
      <w:r>
        <w:rPr>
          <w:sz w:val="20"/>
        </w:rPr>
        <w:t>19:24  yeh sab halaat zyada tar baad ke daur mein pesh aane wale the. rasool Allah ke baad. yani yeh surat-e-haal jis ka zikr hai is hadith mein is ka taluq rasool Allah ke apne zamane se nahin hai.</w:t>
      </w:r>
      <w:r>
        <w:br/>
      </w:r>
      <w:r>
        <w:rPr>
          <w:sz w:val="20"/>
        </w:rPr>
        <w:t>19:38  baad ke zamane se hai.</w:t>
      </w:r>
      <w:r>
        <w:br/>
      </w:r>
      <w:r>
        <w:rPr>
          <w:sz w:val="20"/>
        </w:rPr>
        <w:t>19:42  to baad ke zamane mein jo surat-e-haal pesh aane wali thi us ke liye aap ne Allah ki tofeeq se ummat ko rehnumai di hai ke tum ko kya karna chahiye,</w:t>
      </w:r>
      <w:r>
        <w:br/>
      </w:r>
      <w:r>
        <w:rPr>
          <w:sz w:val="20"/>
        </w:rPr>
        <w:t>19:57  kya mauqaf ikhtiyar karna chahiye.</w:t>
      </w:r>
      <w:r>
        <w:br/>
      </w:r>
      <w:r>
        <w:rPr>
          <w:sz w:val="20"/>
        </w:rPr>
        <w:t>20:03  to mein samajhta hoon ke is hadith, hadith mein bohat thi, yani is golden naseehat ki gayi hai.</w:t>
      </w:r>
      <w:r>
        <w:br/>
      </w:r>
      <w:r>
        <w:rPr>
          <w:sz w:val="20"/>
        </w:rPr>
        <w:t>20:12  golden usool bataye gaye hain. lekin ummat bekhabar hai is se.</w:t>
      </w:r>
      <w:r>
        <w:br/>
      </w:r>
      <w:r>
        <w:rPr>
          <w:sz w:val="20"/>
        </w:rPr>
        <w:t>20:20  ya to log galat tashrihat karte hain ya is ko galat mauqaf ke liye istemal karte hain. asal jo rehnumai hai is se ummat bekhabar hai.</w:t>
      </w:r>
      <w:r>
        <w:br/>
      </w:r>
      <w:r>
        <w:rPr>
          <w:sz w:val="20"/>
        </w:rPr>
        <w:t>20:43  to is ka relevance mauzu zamane mein bohat zyada hai. is hadith ka jo application hai woh mauzu zamane mein bohat zyada ho gaya hai.</w:t>
      </w:r>
      <w:r>
        <w:br/>
      </w:r>
      <w:r>
        <w:rPr>
          <w:sz w:val="20"/>
        </w:rPr>
        <w:t>20:55  har muslim mulk mein yeh cheez applicable hai. har muslim mulk mein logon ko is se rehnumai mil rahi hai.</w:t>
      </w:r>
      <w:r>
        <w:br/>
      </w:r>
      <w:r>
        <w:rPr>
          <w:sz w:val="20"/>
        </w:rPr>
        <w:t>21:10  to mein dua karta hoon ke Allah taala</w:t>
      </w:r>
      <w:r>
        <w:br/>
      </w:r>
      <w:r>
        <w:rPr>
          <w:sz w:val="20"/>
        </w:rPr>
        <w:t>21:17  musalmanon ko tofeeq de ke is roshni se apni rehnumai hasil kari</w:t>
      </w:r>
      <w:r>
        <w:br/>
      </w:r>
      <w:r>
        <w:rPr>
          <w:sz w:val="20"/>
        </w:rPr>
        <w:t>21:25  n. is hadith mein jo roshni hai is se, is roshni se apne liye rehnumai hasil karein.</w:t>
      </w:r>
      <w:r>
        <w:br/>
      </w:r>
      <w:r>
        <w:rPr>
          <w:sz w:val="20"/>
        </w:rPr>
        <w:t>21:36  aur aaj jo islah matloob hai us islah ka nuskha daryaft karein.</w:t>
      </w:r>
      <w:r>
        <w:br/>
      </w:r>
      <w:r>
        <w:rPr>
          <w:sz w:val="20"/>
        </w:rPr>
        <w:t>21:48  aaj ke musalmanon ke liye har muslim mulk mein, balkeh jo mulk mein majority nahin hai musalmanon ki, phir bhi wahan musalman basta hain to wahan bhi yeh sab baatein hain.</w:t>
      </w:r>
      <w:r>
        <w:br/>
      </w:r>
      <w:r>
        <w:rPr>
          <w:sz w:val="20"/>
        </w:rPr>
        <w:t>22:03  to chunke aap ab to zamana woh hai ke log har mulk mein phail gaye hain. pehle ki tarah nahin hai ke kuch maqamat par woh hua karte the.</w:t>
      </w:r>
      <w:r>
        <w:br/>
      </w:r>
      <w:r>
        <w:rPr>
          <w:sz w:val="20"/>
        </w:rPr>
        <w:t>22:14  ab sare musalman, ab sare mulkon mein musalman phail gaye hain. to har jagah yeh masail hain. kahin zyada hain, kahin kam hain.</w:t>
      </w:r>
      <w:r>
        <w:br/>
      </w:r>
      <w:r>
        <w:rPr>
          <w:sz w:val="20"/>
        </w:rPr>
        <w:t>22:25  kahin choti shakal mein hain, kahin bari shakal mein hain. lekin masail hain.</w:t>
      </w:r>
      <w:r>
        <w:br/>
      </w:r>
      <w:r>
        <w:rPr>
          <w:sz w:val="20"/>
        </w:rPr>
        <w:t>22:34  to zarurat hai ke is hadith ko musalmanon ko bataya jaye is ki sahi tashreeh ke sath.</w:t>
      </w:r>
      <w:r>
        <w:br/>
      </w:r>
      <w:r>
        <w:rPr>
          <w:sz w:val="20"/>
        </w:rPr>
        <w:t>22:44  is ki jo sahi tashreeh hai, is ka jo sahi mansha hai is ko wazeh kar ke musalmanon ko bataya jaye.</w:t>
      </w:r>
      <w:r>
        <w:br/>
      </w:r>
      <w:r>
        <w:rPr>
          <w:sz w:val="20"/>
        </w:rPr>
        <w:t>22:55  isi ek hadith ko agar aaj ke musalman pakad len to sara un ka jo</w:t>
      </w:r>
      <w:r>
        <w:br/>
      </w:r>
      <w:r>
        <w:rPr>
          <w:sz w:val="20"/>
        </w:rPr>
        <w:t>23:04  bigad hai wo durust ho jaye. Jo tashaddud hai wo khatm ho jaye. Jagah jagah jo bahmi takrao hai wo khatm ho jaye.</w:t>
      </w:r>
      <w:r>
        <w:br/>
      </w:r>
      <w:r>
        <w:rPr>
          <w:sz w:val="20"/>
        </w:rPr>
        <w:t>23:18  jagah jagah jo ikhtilaf ummat ki shakalain ban gayi hain wo sab khatm ho jaye.</w:t>
      </w:r>
      <w:r>
        <w:br/>
      </w:r>
      <w:r>
        <w:rPr>
          <w:sz w:val="20"/>
        </w:rPr>
        <w:t>23:23  dekhiye qaum musalmanon mein ittehad, ittehad-e-millat ka reference nahi aa sakta. Aap hazaron ki tadad mein ittehad-e-millat ka reference karen.</w:t>
      </w:r>
      <w:r>
        <w:br/>
      </w:r>
      <w:r>
        <w:rPr>
          <w:sz w:val="20"/>
        </w:rPr>
        <w:t>23:34  is se kuch hone wala nahi hai.</w:t>
      </w:r>
      <w:r>
        <w:br/>
      </w:r>
      <w:r>
        <w:rPr>
          <w:sz w:val="20"/>
        </w:rPr>
        <w:t>23:39  ittehad-e-millat conference ka koi bhi talluq ittehad se nahi hai. Ye to ek qism ki leadership hai. Ittehad-e-millat ka nuskhah is hadith mein hai.</w:t>
      </w:r>
    </w:p>
    <w:p>
      <w:pPr>
        <w:pStyle w:val="Heading2"/>
      </w:pPr>
      <w:r>
        <w:t>Reinterpreting the hadith as a call for global peaceful mission</w:t>
      </w:r>
    </w:p>
    <w:p>
      <w:r>
        <w:rPr>
          <w:color w:val="666666"/>
          <w:sz w:val="18"/>
        </w:rPr>
        <w:t>Prophetic Guidance Aug 13, 2017 · 6m 05s · at 7:03 · https://youtu.be/kRWf11h-acQ?t=423</w:t>
      </w:r>
    </w:p>
    <w:p>
      <w:r>
        <w:rPr>
          <w:i/>
        </w:rPr>
        <w:t>“To aam taur par is hadees ko log lete hain, Nabi ki fazilat ke taur par”</w:t>
      </w:r>
    </w:p>
    <w:p>
      <w:r>
        <w:rPr>
          <w:sz w:val="20"/>
        </w:rPr>
        <w:t>7:03  to aam taur par is hadith ko log lete hain, Nabi ki fazilat ke taur par.</w:t>
      </w:r>
      <w:r>
        <w:br/>
      </w:r>
      <w:r>
        <w:rPr>
          <w:sz w:val="20"/>
        </w:rPr>
        <w:t>7:13  Nabi ki fazilat ke taur par. main sochta raha, sochta raha. to maine socha, meri samajh mein aaya ke ummat kitni badi bhool mein mubtala hai.</w:t>
      </w:r>
      <w:r>
        <w:br/>
      </w:r>
      <w:r>
        <w:rPr>
          <w:sz w:val="20"/>
        </w:rPr>
        <w:t>7:29  sari ummat kitni badi bhool mein mubtala hai. dekhiye, Rasool Allah ne jo baatein kahi hain, woh sab ki sab azma ke taur par hain,</w:t>
      </w:r>
      <w:r>
        <w:br/>
      </w:r>
      <w:r>
        <w:rPr>
          <w:sz w:val="20"/>
        </w:rPr>
        <w:t>7:44  fazilat ke taur par nahi. baad ke logon ne is ko fazilat ke haal mein daal diya. warna wahan kaha tha, "laqad kana lakum fi Rasool Allah".</w:t>
      </w:r>
      <w:r>
        <w:br/>
      </w:r>
      <w:r>
        <w:rPr>
          <w:sz w:val="20"/>
        </w:rPr>
        <w:t>7:59  fazilat ki baat na Quran mein hai, na hadith mein hai. woh sirf azma ki baat hai. to yeh sari baatein jo hain, azma ke mani mein,</w:t>
      </w:r>
      <w:r>
        <w:br/>
      </w:r>
      <w:r>
        <w:rPr>
          <w:sz w:val="20"/>
        </w:rPr>
        <w:t>8:13  example ke mani mein, ek historical fact ke mani mein, woh kisi ek fard ki fazilat ke mani mein nahi hain.</w:t>
      </w:r>
      <w:r>
        <w:br/>
      </w:r>
      <w:r>
        <w:rPr>
          <w:sz w:val="20"/>
        </w:rPr>
        <w:t>8:25  ab dekhiye ke jab main is tarah sochne laga, is tarah sochne laga, to ajeeb o ghareeb tareeqe se mera mind badi badi baatein sochne laga.</w:t>
      </w:r>
      <w:r>
        <w:br/>
      </w:r>
      <w:r>
        <w:rPr>
          <w:sz w:val="20"/>
        </w:rPr>
        <w:t>8:40  misalan yeh jo farmaya aap ne ke</w:t>
      </w:r>
      <w:r>
        <w:br/>
      </w:r>
      <w:r>
        <w:rPr>
          <w:sz w:val="20"/>
        </w:rPr>
        <w:t>8:47  yeh jo maine aap ke samne suna ke "main roab ek mahine ki masafat tak pohanchta hoon"۔ mere liye sari zameen masjid hai.</w:t>
      </w:r>
      <w:r>
        <w:br/>
      </w:r>
      <w:r>
        <w:rPr>
          <w:sz w:val="20"/>
        </w:rPr>
        <w:t>8:56  yeh yeh mere liye nahi hai. yeh sari ummat ke liye, sare insaan ke liye.</w:t>
      </w:r>
      <w:r>
        <w:br/>
      </w:r>
      <w:r>
        <w:rPr>
          <w:sz w:val="20"/>
        </w:rPr>
        <w:t>9:05  is ka matlab yeh hai ke rasool Allah ne jo baat kahi, woh khatam nabuwat ke aitbar se thi. yani chounke main final prophet hoon, aur meri nabuwat ka zamana qayamat tak chalega.</w:t>
      </w:r>
      <w:r>
        <w:br/>
      </w:r>
      <w:r>
        <w:rPr>
          <w:sz w:val="20"/>
        </w:rPr>
        <w:t>9:23  to qayamat tak jo revolution aayenge, jo dunya mein bari bari opportunity khulegi, woh sab ko meri nabuwat cover kar rahi hai.</w:t>
      </w:r>
      <w:r>
        <w:br/>
      </w:r>
      <w:r>
        <w:rPr>
          <w:sz w:val="20"/>
        </w:rPr>
        <w:t>9:37  meri ummat ke liye woh sari is hisse mein aa jayengi.</w:t>
      </w:r>
      <w:r>
        <w:br/>
      </w:r>
      <w:r>
        <w:rPr>
          <w:sz w:val="20"/>
        </w:rPr>
        <w:t>9:44  dusra lafz yeh ke aap ne yeh kaha ke yani shakhsi fazilat ki baat nahi ki,</w:t>
      </w:r>
      <w:r>
        <w:br/>
      </w:r>
      <w:r>
        <w:rPr>
          <w:sz w:val="20"/>
        </w:rPr>
        <w:t>10:00  balke yeh kaha ke</w:t>
      </w:r>
      <w:r>
        <w:br/>
      </w:r>
      <w:r>
        <w:rPr>
          <w:sz w:val="20"/>
        </w:rPr>
        <w:t>10:04  "my prophethood will cover that age</w:t>
      </w:r>
      <w:r>
        <w:br/>
      </w:r>
      <w:r>
        <w:rPr>
          <w:sz w:val="20"/>
        </w:rPr>
        <w:t>10:17  in which</w:t>
      </w:r>
      <w:r>
        <w:br/>
      </w:r>
      <w:r>
        <w:rPr>
          <w:sz w:val="20"/>
        </w:rPr>
        <w:t>10:21  global planning will become a possibility"۔ yani meri nabuwat is daur ko cover karegi.</w:t>
      </w:r>
      <w:r>
        <w:br/>
      </w:r>
      <w:r>
        <w:rPr>
          <w:sz w:val="20"/>
        </w:rPr>
        <w:t>10:34  meri nabuwat mere manne walon ke liye</w:t>
      </w:r>
      <w:r>
        <w:br/>
      </w:r>
      <w:r>
        <w:rPr>
          <w:sz w:val="20"/>
        </w:rPr>
        <w:t>10:41  woh daur tak cover ho jayega. jabke dunya mein itne zyada changes aayenge, itne zyada changes aayenge ke global planning mumkin ho jayegi.</w:t>
      </w:r>
      <w:r>
        <w:br/>
      </w:r>
      <w:r>
        <w:rPr>
          <w:sz w:val="20"/>
        </w:rPr>
        <w:t>10:57  ab ghor kijiye ke is stage mein, is stage mein kitna farq hai. aap sochein ke ek paighambar jo aaya tha, seventh century AD mein, us ki death ho gayi usi sadi mein.</w:t>
      </w:r>
      <w:r>
        <w:br/>
      </w:r>
      <w:r>
        <w:rPr>
          <w:sz w:val="20"/>
        </w:rPr>
        <w:t>11:15  to woh to chala gaya. ab usi ke sath fazilat bhi chali gayi. lekin yeh jo main arz kiya, main ne woh soch agar aap ki ho to aap ke andar yeh ek universal thinking aayegi.</w:t>
      </w:r>
      <w:r>
        <w:br/>
      </w:r>
      <w:r>
        <w:rPr>
          <w:sz w:val="20"/>
        </w:rPr>
        <w:t>11:28  universal,</w:t>
      </w:r>
      <w:r>
        <w:br/>
      </w:r>
      <w:r>
        <w:rPr>
          <w:sz w:val="20"/>
        </w:rPr>
        <w:t>11:33  unlimited ho payegi aap ke andar. aap ke andar se negative thinking bilkul khatam ho jayegi.</w:t>
      </w:r>
      <w:r>
        <w:br/>
      </w:r>
      <w:r>
        <w:rPr>
          <w:sz w:val="20"/>
        </w:rPr>
        <w:t>11:43  mayusi bilkul khatam ho jayegi. shikayat bilkul khatam ho jayegi.</w:t>
      </w:r>
      <w:r>
        <w:br/>
      </w:r>
      <w:r>
        <w:rPr>
          <w:sz w:val="20"/>
        </w:rPr>
        <w:t>11:50  nafrat bilkul khatam ho jayegi. tashaddud bilkul khatam ho jayega. tashaddud kis liye? tashaddud kis liye? jab sari dunya meri hai to kis liye tashaddud?</w:t>
      </w:r>
      <w:r>
        <w:br/>
      </w:r>
      <w:r>
        <w:rPr>
          <w:sz w:val="20"/>
        </w:rPr>
        <w:t>12:03  aur phir badi sochein, aap badi sochein to is mein kya niklega? ke Shibli aur us ke jo hain doosre log rote the Turkish empire ke khatam hone par.</w:t>
      </w:r>
      <w:r>
        <w:br/>
      </w:r>
      <w:r>
        <w:rPr>
          <w:sz w:val="20"/>
        </w:rPr>
        <w:t>12:19  yahan rasool Allah bata rahe hain ke ek daur aayega jab ke super empire banne ka mauqa hoga. chand mulkon tak un ki empire thi.</w:t>
      </w:r>
      <w:r>
        <w:br/>
      </w:r>
      <w:r>
        <w:rPr>
          <w:sz w:val="20"/>
        </w:rPr>
        <w:t>12:32  Turkish empire ya Abasid empire ya Mughal empire, jo bhi Spanish empire, chand mulkon tak thi woh.</w:t>
      </w:r>
      <w:r>
        <w:br/>
      </w:r>
      <w:r>
        <w:rPr>
          <w:sz w:val="20"/>
        </w:rPr>
        <w:t>12:46  lekin rasool Allah ne prediction ke upar kaha ke ek daur aane wala hai jab ke meri ummat ke liye sari zameen mein super empire banana qaim mumkin ho jayega.</w:t>
      </w:r>
      <w:r>
        <w:br/>
      </w:r>
      <w:r>
        <w:rPr>
          <w:sz w:val="20"/>
        </w:rPr>
        <w:t>12:59  ideological empire, hathiyar wala nahi, political wala nahi. ideological empire.</w:t>
      </w:r>
    </w:p>
    <w:p>
      <w:pPr>
        <w:pStyle w:val="Heading2"/>
      </w:pPr>
      <w:r>
        <w:t>Why marriages fail: lack of realistic thinking</w:t>
      </w:r>
    </w:p>
    <w:p>
      <w:r>
        <w:rPr>
          <w:color w:val="666666"/>
          <w:sz w:val="18"/>
        </w:rPr>
        <w:t>God's Protection November 28, 2013 · 2m 42s · at 12:57 · https://youtu.be/QgqXbChsr5c?t=777</w:t>
      </w:r>
    </w:p>
    <w:p>
      <w:r>
        <w:rPr>
          <w:i/>
        </w:rPr>
        <w:t>“Shaadi hoti hai, miyan biwi ikattha hote hain, jhagda hota hai”</w:t>
      </w:r>
    </w:p>
    <w:p>
      <w:r>
        <w:rPr>
          <w:sz w:val="20"/>
        </w:rPr>
        <w:t>12:57  jaise misaal ke taur par dekhiye, shadi hoti hai, miyan biwi ekatha hote hain to jhagda hota hai hamesha.</w:t>
      </w:r>
      <w:r>
        <w:br/>
      </w:r>
      <w:r>
        <w:rPr>
          <w:sz w:val="20"/>
        </w:rPr>
        <w:t>13:06  taqreeban 99 feesad shadiyon mein aapas mein jhagda shuru hota hai. kyon? It is due to lack of realistic approach.</w:t>
      </w:r>
      <w:r>
        <w:br/>
      </w:r>
      <w:r>
        <w:rPr>
          <w:sz w:val="20"/>
        </w:rPr>
        <w:t>13:22  yani shadi ke baad agar husband aur wife yeh sochein ke is se pehle hum jab family mein thay to hum blood relationship ke darmiyan thay.</w:t>
      </w:r>
      <w:r>
        <w:br/>
      </w:r>
      <w:r>
        <w:rPr>
          <w:sz w:val="20"/>
        </w:rPr>
        <w:t>13:38  ab hum non blood relationship ke darmiyan hain. yani family mein har aadmi ek doosre se juda hua tha, is liye ke khooni taluq tha.</w:t>
      </w:r>
      <w:r>
        <w:br/>
      </w:r>
      <w:r>
        <w:rPr>
          <w:sz w:val="20"/>
        </w:rPr>
        <w:t>13:48  ab hum hain aisi jagah jahan khooni taluq nahi hai.</w:t>
      </w:r>
      <w:r>
        <w:br/>
      </w:r>
      <w:r>
        <w:rPr>
          <w:sz w:val="20"/>
        </w:rPr>
        <w:t>13:52  yani jo kehte hain in laws, jitne in laws hain, woh sab ghair khooni rishtedar hain aap ke. yeh sochein aap to sara approach badal jayega.</w:t>
      </w:r>
      <w:r>
        <w:br/>
      </w:r>
      <w:r>
        <w:rPr>
          <w:sz w:val="20"/>
        </w:rPr>
        <w:t>14:06  sara approach badal jayega. apne ghar par jab mein tha to</w:t>
      </w:r>
      <w:r>
        <w:br/>
      </w:r>
      <w:r>
        <w:rPr>
          <w:sz w:val="20"/>
        </w:rPr>
        <w:t>14:15  baghair kisi koshish ke mujhe mohabbat mili hui thi. kyunke jahan khooni taluq hai to wahan mohabbat</w:t>
      </w:r>
      <w:r>
        <w:br/>
      </w:r>
      <w:r>
        <w:rPr>
          <w:sz w:val="20"/>
        </w:rPr>
        <w:t>14:20  hai. fitri taur par mujhe kuch karna nahi hai. ek ghar mein give and take ka usool nahi hota hai.</w:t>
      </w:r>
      <w:r>
        <w:br/>
      </w:r>
      <w:r>
        <w:rPr>
          <w:sz w:val="20"/>
        </w:rPr>
        <w:t>14:29  do tap paoge. ghar mein kya ho? baghair diye milta hai.</w:t>
      </w:r>
      <w:r>
        <w:br/>
      </w:r>
      <w:r>
        <w:rPr>
          <w:sz w:val="20"/>
        </w:rPr>
        <w:t>14:37  baghair diye mitti milti hai. baghair diye khane par khana mez par rakha hua hota hai. to ghar family life mein aap ko rehna padta hai</w:t>
      </w:r>
      <w:r>
        <w:br/>
      </w:r>
      <w:r>
        <w:rPr>
          <w:sz w:val="20"/>
        </w:rPr>
        <w:t>14:48  ek aise culture mein jo give and take nahi hai. yani jitna doge utna hi paoge. yeh nahi hai.</w:t>
      </w:r>
      <w:r>
        <w:br/>
      </w:r>
      <w:r>
        <w:rPr>
          <w:sz w:val="20"/>
        </w:rPr>
        <w:t>14:57  baghair diye milta hai. maa baap mohabbat karte hain, behan bhai mohabbat karte hain. achha, ab aa gaye aap yani yeh mahr rishte mein yani sasural wale rishte mein to sab kuch ho jati hai give and take ke usool par.</w:t>
      </w:r>
      <w:r>
        <w:br/>
      </w:r>
      <w:r>
        <w:rPr>
          <w:sz w:val="20"/>
        </w:rPr>
        <w:t>15:17  jitna dena utna pana. kyunke haan, ghair khooni taluqat hain. ab bataiye ke agar yeh soch aa jaye, is ko mein kehta hoon realistic thinking, to ek bhi shadi kamyab na fail na ho.</w:t>
      </w:r>
      <w:r>
        <w:br/>
      </w:r>
      <w:r>
        <w:rPr>
          <w:sz w:val="20"/>
        </w:rPr>
        <w:t>15:35  har shadi kamyab ho.</w:t>
      </w:r>
    </w:p>
    <w:p>
      <w:pPr>
        <w:pStyle w:val="Heading2"/>
      </w:pPr>
      <w:r>
        <w:t>Hadith reference and meaning</w:t>
      </w:r>
    </w:p>
    <w:p>
      <w:r>
        <w:rPr>
          <w:color w:val="666666"/>
          <w:sz w:val="18"/>
        </w:rPr>
        <w:t>Simplicity is part of Faith 2 May 2014 - Maulana Wahiduddin Khan · 36s · at 0:46 · https://youtu.be/IdhUcheTbO4?t=46</w:t>
      </w:r>
    </w:p>
    <w:p>
      <w:r>
        <w:rPr>
          <w:i/>
        </w:rPr>
        <w:t>“Abu Dawud, Hadith 4161, Abu Umama narrated...”</w:t>
      </w:r>
    </w:p>
    <w:p>
      <w:r>
        <w:rPr>
          <w:sz w:val="20"/>
        </w:rPr>
        <w:t>0:46  abu dawood, hadith number 4161. abu imamah riwayat karte hain ke rasool Allah ke ashab ne aik din aap ke pas duniya ka zikr kiya to aap ne farmaya:</w:t>
      </w:r>
      <w:r>
        <w:br/>
      </w:r>
      <w:r>
        <w:rPr>
          <w:sz w:val="20"/>
        </w:rPr>
        <w:t>1:08  "kya tum suntay nahi ho? kya tum suntay nahi ho? bazazat iman ka hissa hai." bazazat iman ka hissa hai.</w:t>
      </w:r>
    </w:p>
    <w:p>
      <w:pPr>
        <w:pStyle w:val="Heading2"/>
      </w:pPr>
      <w:r>
        <w:t>Hadith on mixing with people and patience</w:t>
      </w:r>
    </w:p>
    <w:p>
      <w:r>
        <w:rPr>
          <w:color w:val="666666"/>
          <w:sz w:val="18"/>
        </w:rPr>
        <w:t>Spirit of Team Work April 6, 2019 · 1m 03s · at 0:32 · https://youtu.be/0tSocvvX_Ks?t=32</w:t>
      </w:r>
    </w:p>
    <w:p>
      <w:r>
        <w:rPr>
          <w:i/>
        </w:rPr>
        <w:t>“Aaj Qur'an ki ek hadith ko le kar kuchh baat kahna hai”</w:t>
      </w:r>
    </w:p>
    <w:p>
      <w:r>
        <w:rPr>
          <w:sz w:val="20"/>
        </w:rPr>
        <w:t>0:32  Aaj Quran ki aaj aik hadith ko le kar kuch baat kehna hai.</w:t>
      </w:r>
      <w:r>
        <w:br/>
      </w:r>
      <w:r>
        <w:rPr>
          <w:sz w:val="20"/>
        </w:rPr>
        <w:t>0:45  Yeh hadith Ibn Majah mein aayi hai, aur is ke shabda yeh hain.</w:t>
      </w:r>
      <w:r>
        <w:br/>
      </w:r>
      <w:r>
        <w:rPr>
          <w:sz w:val="20"/>
        </w:rPr>
        <w:t>0:55  An Ibn Umar an al-nabi salla Allahu alayhi wa sallam qala: "Al-mumin alladhi yukhalitu al-nas wa yasbiru ala azahim khayrun min alladhi la yukhalitu al-nas wa la yasbiru ala azahim".</w:t>
      </w:r>
      <w:r>
        <w:br/>
      </w:r>
      <w:r>
        <w:rPr>
          <w:sz w:val="20"/>
        </w:rPr>
        <w:t>1:08  Al-Adab al-Mufrad li al-Bukhari, hadith number 388. Ibn Umar riwayat karte hain nabi salla Allahu alayhi wa sallam se, aap ne kaha: "Woh momin jo logon se milta julta hai aur un ki azzaon par sabr karta hai,</w:t>
      </w:r>
      <w:r>
        <w:br/>
      </w:r>
      <w:r>
        <w:rPr>
          <w:sz w:val="20"/>
        </w:rPr>
        <w:t>1:23  Woh is se behtar hai jo logon se nahi milta aur na un ki takleefon par sabr karta hai". Is hadith ko Tirmidhi ne bhi riwayat kiya hai aur Ibn Majah ne bhi.</w:t>
      </w:r>
    </w:p>
    <w:p>
      <w:pPr>
        <w:pStyle w:val="Heading2"/>
      </w:pPr>
      <w:r>
        <w:t>when the majority is wrong: join quietly or stay home, Ibn Umar's example</w:t>
      </w:r>
    </w:p>
    <w:p>
      <w:r>
        <w:rPr>
          <w:color w:val="666666"/>
          <w:sz w:val="18"/>
        </w:rPr>
        <w:t>Muslim Unity March 15, 2014 Maulana Wahiduddin Khan · 2m 11s · at 15:41 · https://youtu.be/CZHU5z3SEjc?t=941</w:t>
      </w:r>
    </w:p>
    <w:p>
      <w:r>
        <w:rPr>
          <w:i/>
        </w:rPr>
        <w:t>“Majority jo hai kisi issue par ikattha ho jaye to samjhein sahi nahi”</w:t>
      </w:r>
    </w:p>
    <w:p>
      <w:r>
        <w:rPr>
          <w:sz w:val="20"/>
        </w:rPr>
        <w:t>15:41  majority jo hai, aksariyat jo hai, kisi issue pe ikattha ho jaye toh aap samjhein ke yeh ikattha hona in ka sahih nahi hai.</w:t>
      </w:r>
      <w:r>
        <w:br/>
      </w:r>
      <w:r>
        <w:rPr>
          <w:sz w:val="20"/>
        </w:rPr>
        <w:t>15:52  aap alag jhanda uthayenge toh jhanda uthayenge, kya hoga? iftiraq paida hoga, takrao paida hoga, bahami yaani bahami nafratein paida hongi.</w:t>
      </w:r>
      <w:r>
        <w:br/>
      </w:r>
      <w:r>
        <w:rPr>
          <w:sz w:val="20"/>
        </w:rPr>
        <w:t>16:04  toh doosre hisse mein yeh bataya gaya hai ke agar kuch afraad samajhte hon ke yeh theek nahi toh un ko alag jhanda aur nahi uthana chahiye, khamosh hona chahiye.</w:t>
      </w:r>
      <w:r>
        <w:br/>
      </w:r>
      <w:r>
        <w:rPr>
          <w:sz w:val="20"/>
        </w:rPr>
        <w:t>16:15  khamosh apne gharon mein baithe hain, kya zaroorat hai ke koi maidan mein aa ke jhanda uthayein? woh</w:t>
      </w:r>
      <w:r>
        <w:br/>
      </w:r>
      <w:r>
        <w:rPr>
          <w:sz w:val="20"/>
        </w:rPr>
        <w:t>16:23  yaani aisi halat mein afraad ko ya toh</w:t>
      </w:r>
      <w:r>
        <w:br/>
      </w:r>
      <w:r>
        <w:rPr>
          <w:sz w:val="20"/>
        </w:rPr>
        <w:t>16:29  ya toh aksariyat ka saath dena chahiye, nahi toh ghar baithna chahiye. jaise Hazrat Abdullah, Hazrat Hazrat Abdullah Ibn Umar fitne ke zamane mein ghar mein baith gaye the,</w:t>
      </w:r>
      <w:r>
        <w:br/>
      </w:r>
      <w:r>
        <w:rPr>
          <w:sz w:val="20"/>
        </w:rPr>
        <w:t>16:44  woh shareek nahi hue</w:t>
      </w:r>
      <w:r>
        <w:br/>
      </w:r>
      <w:r>
        <w:rPr>
          <w:sz w:val="20"/>
        </w:rPr>
        <w:t>16:49  dusron ke saath, lekin woh jhanda bhi nahi uthaya, woh apne ghar mein baith gaye.</w:t>
      </w:r>
      <w:r>
        <w:br/>
      </w:r>
      <w:r>
        <w:rPr>
          <w:sz w:val="20"/>
        </w:rPr>
        <w:t>16:57  toh agar aap dekhein ke bari tadaad logon ki aisi hai jo kisi ek taraf, kisi ek issue par mutahid ho gayi hai, aur aap ke khayal khayal se woh issue sahi nahi hai,</w:t>
      </w:r>
      <w:r>
        <w:br/>
      </w:r>
      <w:r>
        <w:rPr>
          <w:sz w:val="20"/>
        </w:rPr>
        <w:t>17:13  toh aap ke liye do mein se ek ka option hai: ya toh is mein shareek ho jayen, active role aap ka na ho, bas sirf shirkat kar lein taake fasad na, ikhtilaf na badhe.</w:t>
      </w:r>
      <w:r>
        <w:br/>
      </w:r>
      <w:r>
        <w:rPr>
          <w:sz w:val="20"/>
        </w:rPr>
        <w:t>17:31  yaani ikhtilaf ko na badhane ke liye shareek ho jayen, lekin active na hon, active na hon.</w:t>
      </w:r>
      <w:r>
        <w:br/>
      </w:r>
      <w:r>
        <w:rPr>
          <w:sz w:val="20"/>
        </w:rPr>
        <w:t>17:42  aur doosra option yeh hai ke aap ghar mein baithen,</w:t>
      </w:r>
      <w:r>
        <w:br/>
      </w:r>
      <w:r>
        <w:rPr>
          <w:sz w:val="20"/>
        </w:rPr>
        <w:t>17:48  bahar niklein hi nahi.</w:t>
      </w:r>
    </w:p>
    <w:p>
      <w:pPr>
        <w:pStyle w:val="Heading2"/>
      </w:pPr>
      <w:r>
        <w:t>Islam and Muslim wrongly treated as one thing</w:t>
      </w:r>
    </w:p>
    <w:p>
      <w:r>
        <w:rPr>
          <w:color w:val="666666"/>
          <w:sz w:val="18"/>
        </w:rPr>
        <w:t>History of Islamic Learning May 14, 2006 Part 2 · 31s · at 16:11 · https://youtu.be/snrt_NRyjLI?t=971</w:t>
      </w:r>
    </w:p>
    <w:p>
      <w:r>
        <w:rPr>
          <w:i/>
        </w:rPr>
        <w:t>“اسلام اور مسلم، یہ دونوں ایک بن گئے”</w:t>
      </w:r>
    </w:p>
    <w:p>
      <w:r>
        <w:rPr>
          <w:sz w:val="20"/>
        </w:rPr>
        <w:t>16:11  misalan dekhiye, ek to yeh hai ke Islam aur Muslim, yeh dono ek ban gae.</w:t>
      </w:r>
      <w:r>
        <w:br/>
      </w:r>
      <w:r>
        <w:rPr>
          <w:sz w:val="20"/>
        </w:rPr>
        <w:t>16:22  jo kitabein likhi gayeen, baad ko woh is tarah se likhi gayeen jaise ke Islam aur Muslim dono ek hain.</w:t>
      </w:r>
      <w:r>
        <w:br/>
      </w:r>
      <w:r>
        <w:rPr>
          <w:sz w:val="20"/>
        </w:rPr>
        <w:t>16:28  misalan kitab likhte hain ke log history par, is ka naam hota hai Islamic history, haalanke woh Islamic history nahi hoti. woh woh hoti hai Muslim history, woh Muslim history hoti hai.</w:t>
      </w:r>
    </w:p>
    <w:p>
      <w:pPr>
        <w:pStyle w:val="Heading2"/>
      </w:pPr>
      <w:r>
        <w:t>Universe is a zero-defect industry</w:t>
      </w:r>
    </w:p>
    <w:p>
      <w:r>
        <w:rPr>
          <w:color w:val="666666"/>
          <w:sz w:val="18"/>
        </w:rPr>
        <w:t>Warnings of Doomsday February 4, 2007 · 22s · at 30:05 · https://youtu.be/VT0BnPl_-zc?t=1805</w:t>
      </w:r>
    </w:p>
    <w:p>
      <w:r>
        <w:rPr>
          <w:i/>
        </w:rPr>
        <w:t>“Yeh duniya, billion billion saal se, zero-defect industry chal rahi thi”</w:t>
      </w:r>
    </w:p>
    <w:p>
      <w:r>
        <w:rPr>
          <w:sz w:val="20"/>
        </w:rPr>
        <w:t>30:05  aise million cheezein hain. to industrial activities hain is duniya mein, lekin zero defect industry thi yeh.</w:t>
      </w:r>
      <w:r>
        <w:br/>
      </w:r>
      <w:r>
        <w:rPr>
          <w:sz w:val="20"/>
        </w:rPr>
        <w:t>30:15  yeh duniya, yani billion billion saal se, yeh aik zero defect industry ke tor par chal rahi thi. yeh yeh universe kaisi ajeeb baat hai!</w:t>
      </w:r>
    </w:p>
    <w:p>
      <w:pPr>
        <w:pStyle w:val="Heading2"/>
      </w:pPr>
      <w:r>
        <w:t>Why Maulana calls woman the builder of humanity</w:t>
      </w:r>
    </w:p>
    <w:p>
      <w:r>
        <w:rPr>
          <w:color w:val="666666"/>
          <w:sz w:val="18"/>
        </w:rPr>
        <w:t>Behtar Khatoon Kon CPS Women Article Discussion July 2, 2023 · 28s · at 16:20 · https://youtu.be/tGPJwzCnCMM?t=980</w:t>
      </w:r>
    </w:p>
    <w:p>
      <w:r>
        <w:rPr>
          <w:i/>
        </w:rPr>
        <w:t>“Yeh title Maulana saab ne aurat ko diya hai”</w:t>
      </w:r>
    </w:p>
    <w:p>
      <w:r>
        <w:rPr>
          <w:sz w:val="20"/>
        </w:rPr>
        <w:t>16:20  To yeh jo builder of humanity hai, mehamari insaniyat hai yeh title Maulana sahab ne aurat ko diya hai kyunki woh train karti hain, tarbiyat deti hain humanity ko, insaniyat. To woh ek itni badi baat woh title mil jaye ek aurat ko sirf is baat par ki woh apne maal ko bahut hi zyada zaroorat par kharch karne wali ho jaye. Fazool kharchi se bache aur ghar walon ko bhi iska ekamam kare, ghar walon ko bhi bataye.</w:t>
      </w:r>
      <w:r>
        <w:br/>
      </w:r>
      <w:r>
        <w:rPr>
          <w:sz w:val="20"/>
        </w:rPr>
        <w:t>16:48  To mujhe lagta hai ki ismein behtareen ek to main yeh cheez jaan payi ki kaise ek doosre ke best ruffy ke hayat hum log ban sakte hain aur yeh baat Maulana sahab hamesha kehte the ki koi bhi perfect mard ya perfect aurat nahi hoti. Kabhi bhi, kabhi bhi koi paidaishi taur par ya aapko aisa husband ya aisi wife nahi milti ki jo ki aap sochenge ki yeh mere husband agar aisa hota to main aise kar leti. Aisa humein kabhi nahi hota.</w:t>
      </w:r>
    </w:p>
    <w:p>
      <w:pPr>
        <w:pStyle w:val="Heading2"/>
      </w:pPr>
      <w:r>
        <w:t>Creation plan of God clashes with system-based thinking</w:t>
      </w:r>
    </w:p>
    <w:p>
      <w:r>
        <w:rPr>
          <w:color w:val="666666"/>
          <w:sz w:val="18"/>
        </w:rPr>
        <w:t>Ideology of Life December 29, 2013 Maulana Wahiduddin Khan · 4m 20s · at 15:35 · https://youtu.be/N5psCFw23MI?t=935</w:t>
      </w:r>
    </w:p>
    <w:p>
      <w:r>
        <w:rPr>
          <w:i/>
        </w:rPr>
        <w:t>“lekin yeh zehen jo hai dekhiye”</w:t>
      </w:r>
    </w:p>
    <w:p>
      <w:r>
        <w:rPr>
          <w:sz w:val="20"/>
        </w:rPr>
        <w:t>15:35  lekin yeh zehan jo hai dekhein, yeh creation of, creation plan of God se takra gaya.</w:t>
      </w:r>
      <w:r>
        <w:br/>
      </w:r>
      <w:r>
        <w:rPr>
          <w:sz w:val="20"/>
        </w:rPr>
        <w:t>15:44  yeh jo hai, isi liye dekhein aap yaani kya wajah hai ke socialist yaani yaani mein do misaal deta hoon aap ko ke communiston ka nazariya yeh tha ke equal distribution of wealth.</w:t>
      </w:r>
      <w:r>
        <w:br/>
      </w:r>
      <w:r>
        <w:rPr>
          <w:sz w:val="20"/>
        </w:rPr>
        <w:t>16:01  Equal distribution of wealth. is ke liye unhon ne pachees billion insanon ko maar dala. aur Russia mein un ki hukumat qaim hui jo seventy five years tak chalti rahi.</w:t>
      </w:r>
      <w:r>
        <w:br/>
      </w:r>
      <w:r>
        <w:rPr>
          <w:sz w:val="20"/>
        </w:rPr>
        <w:t>16:11  lekin kabhi bhi aisa nizaam woh nahi bana sake jis mein sab logon ko barabar barabar distribution ho raha ho. kyun ke that is against the creation plan of God.</w:t>
      </w:r>
      <w:r>
        <w:br/>
      </w:r>
      <w:r>
        <w:rPr>
          <w:sz w:val="20"/>
        </w:rPr>
        <w:t>16:20  Khuda ne banaya duniya ko ek challenge jis mein ho. Challenge. kuch kisi ko kam mile, kisi ko zyada mile. phir challenge ho, phir competition ho. is tarah taraqqi hoti rahe.</w:t>
      </w:r>
      <w:r>
        <w:br/>
      </w:r>
      <w:r>
        <w:rPr>
          <w:sz w:val="20"/>
        </w:rPr>
        <w:t>16:31  to yeh jo yeh jo theory thi equal distribution of wealth ki jo theory thi yeh to that was against the law of nature. to fail ho gayi.</w:t>
      </w:r>
      <w:r>
        <w:br/>
      </w:r>
      <w:r>
        <w:rPr>
          <w:sz w:val="20"/>
        </w:rPr>
        <w:t>16:42  aisi yeh theory jo hai democracy ki is ki theory is par base karti thi ke ke</w:t>
      </w:r>
      <w:r>
        <w:br/>
      </w:r>
      <w:r>
        <w:rPr>
          <w:sz w:val="20"/>
        </w:rPr>
        <w:t>16:52  government and the people lekin amalan kya hai jitni democracies hain un mein kahin bhi government of people nahi hai. Government of majority hai.</w:t>
      </w:r>
      <w:r>
        <w:br/>
      </w:r>
      <w:r>
        <w:rPr>
          <w:sz w:val="20"/>
        </w:rPr>
        <w:t>17:02  ke saare log rule kaise karenge? kisi country mein jo log hain sab ke sab woh sab rule kaise karenge? to practically democracy means democracy means rule of majority.</w:t>
      </w:r>
      <w:r>
        <w:br/>
      </w:r>
      <w:r>
        <w:rPr>
          <w:sz w:val="20"/>
        </w:rPr>
        <w:t>17:19  to is ko theory to yeh banaya tha ke rule of all. to rule of all jo ke possible nahi tha. According to the Christian plan of God.</w:t>
      </w:r>
      <w:r>
        <w:br/>
      </w:r>
      <w:r>
        <w:rPr>
          <w:sz w:val="20"/>
        </w:rPr>
        <w:t>17:30  jo law of nature hai, jo Christian plan hai us ke mutabiq yeh possible nahi tha ke rule of all ko aap yaani realize kar saken.</w:t>
      </w:r>
      <w:r>
        <w:br/>
      </w:r>
      <w:r>
        <w:rPr>
          <w:sz w:val="20"/>
        </w:rPr>
        <w:t>17:41  to practically kya hai is waqt rule of majority hai. to kya har har maamle mein less than ideal logon ko hasil ho raha hai?</w:t>
      </w:r>
      <w:r>
        <w:br/>
      </w:r>
      <w:r>
        <w:rPr>
          <w:sz w:val="20"/>
        </w:rPr>
        <w:t>17:53  to is ke maani kya hain ke aap ko raazi hona hoga, hona padega less than ideal par. nahi nahi raazi honge to ladenge, ladenge, ladenge.</w:t>
      </w:r>
      <w:r>
        <w:br/>
      </w:r>
      <w:r>
        <w:rPr>
          <w:sz w:val="20"/>
        </w:rPr>
        <w:t>18:02  nahi ladenge to hate karenge. to musalmanon mein chunke aakhirat juri hui hai, jannat juri hui hai, woh samajhte hain ke isi raah mein koshish karenge to mar jayenge to kahan reh jayenge?</w:t>
      </w:r>
      <w:r>
        <w:br/>
      </w:r>
      <w:r>
        <w:rPr>
          <w:sz w:val="20"/>
        </w:rPr>
        <w:t>18:15  mar jayen ge to paradise mein jayen ge, wahan hoorein milein gi hum ko. to aur logon ke to end aa jata hai, sochte hain ke bhayi jab koi faida nahi hai to mat lado, chodo is ko.</w:t>
      </w:r>
      <w:r>
        <w:br/>
      </w:r>
      <w:r>
        <w:rPr>
          <w:sz w:val="20"/>
        </w:rPr>
        <w:t>18:24  yahan to samajhte hain ke faida ya dunya mein nahi hua to phir paradise mein to hamein milein ge hoorein. to in ka jo muamla hai woh is se bhi sakht ban jata hai musalmanon ka muamla.</w:t>
      </w:r>
      <w:r>
        <w:br/>
      </w:r>
      <w:r>
        <w:rPr>
          <w:sz w:val="20"/>
        </w:rPr>
        <w:t>18:39  isi liye suicide bombing karte hain. suicide bombing is liye kar rahe hain ke mar bhi gaye to kya hua? paradise to mile gi. to is ideology ko jo aap kill na karein aap.</w:t>
      </w:r>
      <w:r>
        <w:br/>
      </w:r>
      <w:r>
        <w:rPr>
          <w:sz w:val="20"/>
        </w:rPr>
        <w:t>18:52  yani jo is system based ideology hai. tab tak kabhi bhi dunya mein peace nahi aa sakta. musalma jo military thi woh khatam nahi ho sakti.</w:t>
      </w:r>
      <w:r>
        <w:br/>
      </w:r>
      <w:r>
        <w:rPr>
          <w:sz w:val="20"/>
        </w:rPr>
        <w:t>19:01  aur muslim terrorism kabhi khatam nahi ho sakta. abhi unhon ne dekhein is mein jo jo news hai ke Egypt mein unhon ne muslim baradar baradrot ko jo us ko al-muslimoon ko unhon ne terrorist declare kar diya.</w:t>
      </w:r>
      <w:r>
        <w:br/>
      </w:r>
      <w:r>
        <w:rPr>
          <w:sz w:val="20"/>
        </w:rPr>
        <w:t>19:20  terrorist organization. lekin is se kuch masla hal nahi hoga. kyunke ideology thori kill hui. agar aap is organization ko</w:t>
      </w:r>
      <w:r>
        <w:br/>
      </w:r>
      <w:r>
        <w:rPr>
          <w:sz w:val="20"/>
        </w:rPr>
        <w:t>19:32  is ISO ko bank laga dein is ke oopar, is ko pakar ke jail mein band kar dein aur is ko unlawful qarar de dein. tab bhi ideology to maujood hai.</w:t>
      </w:r>
      <w:r>
        <w:br/>
      </w:r>
      <w:r>
        <w:rPr>
          <w:sz w:val="20"/>
        </w:rPr>
        <w:t>19:43  jab tak ideology maujood hai to phir phir bhi woh khatam nahi hoga woh. kahin na kahin woh ubhray gi kisi na kisi tareeqay se. woh suicide bombing karein ge woh.</w:t>
      </w:r>
    </w:p>
    <w:p>
      <w:pPr>
        <w:pStyle w:val="Heading2"/>
      </w:pPr>
      <w:r>
        <w:t>Translation: Fasting is for Allah alone</w:t>
      </w:r>
    </w:p>
    <w:p>
      <w:r>
        <w:rPr>
          <w:color w:val="666666"/>
          <w:sz w:val="18"/>
        </w:rPr>
        <w:t>Unlimited Rewards for Devotion to Divine Mission June 8, 2019 - Maulana Wahiduddin Khan · 23s · at 1:02 · https://youtu.be/yA3G5LXomtw?t=62</w:t>
      </w:r>
    </w:p>
    <w:p>
      <w:r>
        <w:rPr>
          <w:i/>
        </w:rPr>
        <w:t>“Abu Huraira radiyallahu anhu se riwayat hai”</w:t>
      </w:r>
    </w:p>
    <w:p>
      <w:r>
        <w:rPr>
          <w:sz w:val="20"/>
        </w:rPr>
        <w:t>1:02  ab huraira radi allah anhu se riwayat hai ke rasul allah salallahu alayhi wasallam ne kaha: «insan ke har amal ko badha diya jata hai, das guna se le kar saat sau guna tak.</w:t>
      </w:r>
      <w:r>
        <w:br/>
      </w:r>
      <w:r>
        <w:rPr>
          <w:sz w:val="20"/>
        </w:rPr>
        <w:t>1:12  allah ta'ala ne kaha: siwaye roze ke, kyunke woh mere liye hai aur main is ka badla doonga. insaan apni khwahishat aur apne khane ko meri wajah se chhodta hai.» dek</w:t>
      </w:r>
    </w:p>
    <w:p>
      <w:pPr>
        <w:pStyle w:val="Heading2"/>
      </w:pPr>
      <w:r>
        <w:t>Dar-ul-Harb concept killed the spirit of da'wah</w:t>
      </w:r>
    </w:p>
    <w:p>
      <w:r>
        <w:rPr>
          <w:color w:val="666666"/>
          <w:sz w:val="18"/>
        </w:rPr>
        <w:t>History of Islamic Learning May 14, 2006 Part 2 · 53s · at 24:59 · https://youtu.be/snrt_NRyjLI?t=1499</w:t>
      </w:r>
    </w:p>
    <w:p>
      <w:r>
        <w:rPr>
          <w:i/>
        </w:rPr>
        <w:t>“مسلم علاقہ دارالاسلام اور غیر مسلم دارالحرب — کتنا بڑا نقصان تھا”</w:t>
      </w:r>
    </w:p>
    <w:p>
      <w:r>
        <w:rPr>
          <w:sz w:val="20"/>
        </w:rPr>
        <w:t>24:59  is wajah se unhon ne yeh bana diya ke Muslim area jo hai, woh dar-ul-Islam hai, aur non-Muslim area jo hai, woh dar-ul-harb hai. yeh kitna bara nuqsan tha.</w:t>
      </w:r>
      <w:r>
        <w:br/>
      </w:r>
      <w:r>
        <w:rPr>
          <w:sz w:val="20"/>
        </w:rPr>
        <w:t>25:11  is ki wajah se dawat ka mizaj khatam ho gaya. dawat yeh chahta hai ke aap kisi ko dushman na samjhein, doosron ko apna apna samjhein, insan samjhein, un se mohabbat karein, un se khair khwahi karein.</w:t>
      </w:r>
      <w:r>
        <w:br/>
      </w:r>
      <w:r>
        <w:rPr>
          <w:sz w:val="20"/>
        </w:rPr>
        <w:t>25:26  dawat ka jo mizaj hai, woh khair khwahi chahta hai, mohabbat chahta hai. lekin yeh jo dar-ul-harb ka concept hai, yeh ab ulta ho gaya, ulta ho gaya.</w:t>
      </w:r>
      <w:r>
        <w:br/>
      </w:r>
      <w:r>
        <w:rPr>
          <w:sz w:val="20"/>
        </w:rPr>
        <w:t>25:37  yeh doosre log jo thay, nan muslim jo thay, woh aap ke dushman ban gaye, aap ke rival ban gaye, aap ke hareef banay. to aap sochiye ke jin logon ke bare mein aap ka concept yeh ban jaye, to aap dawat denge in ko?</w:t>
      </w:r>
    </w:p>
    <w:p>
      <w:pPr>
        <w:pStyle w:val="Heading2"/>
      </w:pPr>
      <w:r>
        <w:t>Full explainer: what hadith is and why it matters</w:t>
      </w:r>
    </w:p>
    <w:p>
      <w:r>
        <w:rPr>
          <w:color w:val="666666"/>
          <w:sz w:val="18"/>
        </w:rPr>
        <w:t>Understanding The Importance of Hadith November 20, 2022 · 4m 55s · at 0:44 · https://youtu.be/xwY_Qsz4HSQ?t=44</w:t>
      </w:r>
    </w:p>
    <w:p>
      <w:r>
        <w:rPr>
          <w:i/>
        </w:rPr>
        <w:t>“Aaj hum baat karenge ahmiyat-e-hadith ke baare mein”</w:t>
      </w:r>
    </w:p>
    <w:p>
      <w:r>
        <w:rPr>
          <w:sz w:val="20"/>
        </w:rPr>
        <w:t>0:44  to chaliye inse baat cheet karte hain. assalamualaikum, aap kaisi hain? wa alaikum assalam. aur aap sab khairiyat se hain? ji alhamdulillah. Apa, Hadith basically meaning a report or a statement which is used as an Islamic term to report the words, deeds and sanctions of the Prophet Muhammad.</w:t>
      </w:r>
      <w:r>
        <w:br/>
      </w:r>
      <w:r>
        <w:rPr>
          <w:sz w:val="20"/>
        </w:rPr>
        <w:t>1:03  so sab se pehla mera jo sawal hai wohi yeh hai ke Hadith kya, Hadith ke kya maani aur importance of Hadith kya hai, is ke bare mein aap hum sab ko bataein.</w:t>
      </w:r>
      <w:r>
        <w:br/>
      </w:r>
      <w:r>
        <w:rPr>
          <w:sz w:val="20"/>
        </w:rPr>
        <w:t>1:14  ji bohat hi important question hai. Hadith ki importance aur itni zyada hai ke Hadith na ho, Rasool Allah sallallahu alaihi wasallam ke amal na hon to hum Quran bhi achhe tareeqe se nahi samajh sakte.</w:t>
      </w:r>
      <w:r>
        <w:br/>
      </w:r>
      <w:r>
        <w:rPr>
          <w:sz w:val="20"/>
        </w:rPr>
        <w:t>1:33  to Hadith ke literal maani hain baat cheet ke, lekin har cheez ka ek literal meaning hota hai aur uska ek istilahi maani hota hai.</w:t>
      </w:r>
      <w:r>
        <w:br/>
      </w:r>
      <w:r>
        <w:rPr>
          <w:sz w:val="20"/>
        </w:rPr>
        <w:t>1:43  to istilahi maani mein hai ke Rasool Allah sallallahu alaihi wasallam ke aqwal o afaal, sayings and deeds.</w:t>
      </w:r>
      <w:r>
        <w:br/>
      </w:r>
      <w:r>
        <w:rPr>
          <w:sz w:val="20"/>
        </w:rPr>
        <w:t>1:53  to Hadith ki teen qismein bayan ki gayi hain: qawli, fe'li aur taqreeri.</w:t>
      </w:r>
      <w:r>
        <w:br/>
      </w:r>
      <w:r>
        <w:rPr>
          <w:sz w:val="20"/>
        </w:rPr>
        <w:t>2:01  qawli woh jo Rasool Allah sallallahu alaihi wasallam ne ka jo conversation tha aap ke paas, aap ke paas jo sahabi aaya karte the to aap un se jo baat cheet karte the, woh saara recorded hai.</w:t>
      </w:r>
      <w:r>
        <w:br/>
      </w:r>
      <w:r>
        <w:rPr>
          <w:sz w:val="20"/>
        </w:rPr>
        <w:t>2:14  to isi ko qawli bolte hain. fe'li jo aap ka amal hota tha. aur taqreeri kehte hain aap ne sanctions jaise aap ne kaha ya approval.</w:t>
      </w:r>
      <w:r>
        <w:br/>
      </w:r>
      <w:r>
        <w:rPr>
          <w:sz w:val="20"/>
        </w:rPr>
        <w:t>2:26  ji matlab aap ke saamne kisi ne koi amal kiya aur aap ne us ko mana nahi kiya, is ka matlab aap ne approve kiya. kyunke agar is mein koi Islami Islam ke khilaaf koi baat hoti to aap zaroor us ko mana karte.</w:t>
      </w:r>
      <w:r>
        <w:br/>
      </w:r>
      <w:r>
        <w:rPr>
          <w:sz w:val="20"/>
        </w:rPr>
        <w:t>2:43  to woh is liye maana jaata hai ke woh approved by the Prophet hai. to deen-e-Islam ke do maakhaz hain: Quran aur Sunnah.</w:t>
      </w:r>
      <w:r>
        <w:br/>
      </w:r>
      <w:r>
        <w:rPr>
          <w:sz w:val="20"/>
        </w:rPr>
        <w:t>2:55  Sunnah mein Hadith aur aap ke jo amal hain, matlab sayings and actions dono shamil hain.</w:t>
      </w:r>
      <w:r>
        <w:br/>
      </w:r>
      <w:r>
        <w:rPr>
          <w:sz w:val="20"/>
        </w:rPr>
        <w:t>3:05  to Quran jo hai woh Khuda ka kalam hai aur Hadith Khuda ke Rasool ka kalam, lekin dono hi itna hi zyada important hain.</w:t>
      </w:r>
      <w:r>
        <w:br/>
      </w:r>
      <w:r>
        <w:rPr>
          <w:sz w:val="20"/>
        </w:rPr>
        <w:t>3:14  kyun? to asal mein kya hai ke Quran jo hai woh bohat hi mukhtasar hai, is mein sirf bani adami usool bataye gaye hain.</w:t>
      </w:r>
      <w:r>
        <w:br/>
      </w:r>
      <w:r>
        <w:rPr>
          <w:sz w:val="20"/>
        </w:rPr>
        <w:t>3:23  to is ki detail jo hai woh sab hum ko Hadith mein milti hai. jaise namaz padhne ke bare mein Quran mein aaya: namaz padho.</w:t>
      </w:r>
      <w:r>
        <w:br/>
      </w:r>
      <w:r>
        <w:rPr>
          <w:sz w:val="20"/>
        </w:rPr>
        <w:t>3:33  ab namaz kaise padhein? woh Rasool Allah sallallahu alaihi wasallam ne kaha ke jaise main namaz padhta hoon, waise hi mujhe dekh kar tum log namaz padho.</w:t>
      </w:r>
      <w:r>
        <w:br/>
      </w:r>
      <w:r>
        <w:rPr>
          <w:sz w:val="20"/>
        </w:rPr>
        <w:t>3:43  to Hadith mein aaya hai ke maine tumhare paas do ahem cheezein chhori hain:</w:t>
      </w:r>
      <w:r>
        <w:br/>
      </w:r>
      <w:r>
        <w:rPr>
          <w:sz w:val="20"/>
        </w:rPr>
        <w:t>3:50  ek Allah ki kitaab aur doosri meri Sunnah. to yeh dono par jab tum chaloge to tum kabhi gumrah nahi hoge.</w:t>
      </w:r>
      <w:r>
        <w:br/>
      </w:r>
      <w:r>
        <w:rPr>
          <w:sz w:val="20"/>
        </w:rPr>
        <w:t>4:01  to har maamle mein Quran ki jo tashreeh o tawzeeh hai, woh Hadith se hoti hai. hum Hadith ko Quran ki tafseer keh sakte hain.</w:t>
      </w:r>
      <w:r>
        <w:br/>
      </w:r>
      <w:r>
        <w:rPr>
          <w:sz w:val="20"/>
        </w:rPr>
        <w:t>4:13  to isko applied, applied quran bhi keh sakte</w:t>
      </w:r>
      <w:r>
        <w:br/>
      </w:r>
      <w:r>
        <w:rPr>
          <w:sz w:val="20"/>
        </w:rPr>
        <w:t>4:18  hain. kyunke quran ka application hamari day to day life mein kaise hoga, woh humko hadith se hi maloom hota hai.</w:t>
      </w:r>
      <w:r>
        <w:br/>
      </w:r>
      <w:r>
        <w:rPr>
          <w:sz w:val="20"/>
        </w:rPr>
        <w:t>4:27  hum ek misaal ke taur par quran mein aaya hai: zikr e kaseer karo. tum Allah ka zikr e kaseer karo. yeh surah al ahzab mein, ah, verse 41 hai.</w:t>
      </w:r>
      <w:r>
        <w:br/>
      </w:r>
      <w:r>
        <w:rPr>
          <w:sz w:val="20"/>
        </w:rPr>
        <w:t>4:40  ab zikr e kaseer kaise karein? zikr e kaseer ka kya tareeqa</w:t>
      </w:r>
      <w:r>
        <w:br/>
      </w:r>
      <w:r>
        <w:rPr>
          <w:sz w:val="20"/>
        </w:rPr>
        <w:t>4:44  ho? kuch logon ne kaha ke tasbeeh parhne ka: so baar parho, hazar baar parho, lakh baar parho.</w:t>
      </w:r>
      <w:r>
        <w:br/>
      </w:r>
      <w:r>
        <w:rPr>
          <w:sz w:val="20"/>
        </w:rPr>
        <w:t>4:53  to lekin jab hum rasool Allah salallahu alaihi wasallam ko dekhte hain, tab samajh mein aata hai ke zikr e kaseer kya hai. yaani har mauqe par, har jo tajurba ho, ismein Allah ko yaad karna. to hazrat aisha ne kaha hai ke aap har mauqe par Allah ko yaad karte</w:t>
      </w:r>
      <w:r>
        <w:br/>
      </w:r>
      <w:r>
        <w:rPr>
          <w:sz w:val="20"/>
        </w:rPr>
        <w:t>5:11  the. jaise koi tajurba guzarta hai to ismein koi na koi aap sabak ka pehlu nikaal ke is Allah ko yaad karte the. ek Abu Zar, ek sahabi the, unhone kaha ke agar aap chidiya bhedte hue dekhte to aap usse koi na koi sabak humein yaad dilate the.</w:t>
      </w:r>
      <w:r>
        <w:br/>
      </w:r>
      <w:r>
        <w:rPr>
          <w:sz w:val="20"/>
        </w:rPr>
        <w:t>5:31  to is wajah se hadith jo hai, woh bohat zyada important hai. iske baghair humko poori tareeqe se quran bhi samajhne mein nahin</w:t>
      </w:r>
    </w:p>
    <w:p>
      <w:pPr>
        <w:pStyle w:val="Heading2"/>
      </w:pPr>
      <w:r>
        <w:t>Ummah will remain on Allah's command</w:t>
      </w:r>
    </w:p>
    <w:p>
      <w:r>
        <w:rPr>
          <w:color w:val="666666"/>
          <w:sz w:val="18"/>
        </w:rPr>
        <w:t>Deep Thinking April 3, 2014 - Maulana Wahiduddin Khan · 25s · at 0:49 · https://youtu.be/D2tvutnQTv0?t=49</w:t>
      </w:r>
    </w:p>
    <w:p>
      <w:r>
        <w:rPr>
          <w:i/>
        </w:rPr>
        <w:t>“Muawiyah narrates: I heard the Prophet say”</w:t>
      </w:r>
    </w:p>
    <w:p>
      <w:r>
        <w:rPr>
          <w:sz w:val="20"/>
        </w:rPr>
        <w:t>0:49  معاویہ روایت کرتے ہیں، انہوں نے نبی صلی اللہ علیہ وسلم کو فرماتے ہوئے سنا: "اللہ جس کے ساتھ خیر کا ارادہ کرتا ہے، اس کو دین کی سمجھ دیتا ہے،</w:t>
      </w:r>
      <w:r>
        <w:br/>
      </w:r>
      <w:r>
        <w:rPr>
          <w:sz w:val="20"/>
        </w:rPr>
        <w:t>1:03  اور میں تو صرف تقسیم کرنے والا ہوں، اللہ عطا کرتا ہے۔" اور یہ امت برابر اللہ کے حکم پر قائم رہے گی</w:t>
      </w:r>
    </w:p>
    <w:p>
      <w:pPr>
        <w:pStyle w:val="Heading2"/>
      </w:pPr>
      <w:r>
        <w:t>Opening dua, the divorce hadith, and the Iblis story</w:t>
      </w:r>
    </w:p>
    <w:p>
      <w:r>
        <w:rPr>
          <w:color w:val="666666"/>
          <w:sz w:val="18"/>
        </w:rPr>
        <w:t>Married Life April 29, 2017 Maulana Wahiduddin Khan · 3m 14s · at 0:14 · https://youtu.be/ONfOGL9_VHg?t=14</w:t>
      </w:r>
    </w:p>
    <w:p>
      <w:r>
        <w:rPr>
          <w:i/>
        </w:rPr>
        <w:t>“Bismillah ir-Rahman ir-Rahim, rab ishrah li sadri”</w:t>
      </w:r>
    </w:p>
    <w:p>
      <w:r>
        <w:rPr>
          <w:sz w:val="20"/>
        </w:rPr>
        <w:t>0:14  bismillah-ir-rahman-ir-rahim, wa-sallallahu 'ala-n-nabiyyi-l-karim. rab-bish-rah-li sadri, wa yassir li amri,</w:t>
      </w:r>
      <w:r>
        <w:br/>
      </w:r>
      <w:r>
        <w:rPr>
          <w:sz w:val="20"/>
        </w:rPr>
        <w:t>0:29  wahl-ul-'uqdatan min lisani, yafqahu qawli.</w:t>
      </w:r>
      <w:r>
        <w:br/>
      </w:r>
      <w:r>
        <w:rPr>
          <w:sz w:val="20"/>
        </w:rPr>
        <w:t>0:40  29 April 2017.</w:t>
      </w:r>
      <w:r>
        <w:br/>
      </w:r>
      <w:r>
        <w:rPr>
          <w:sz w:val="20"/>
        </w:rPr>
        <w:t>0:50  dekhiye, ek hadith hai nikah ke bare mein,</w:t>
      </w:r>
      <w:r>
        <w:br/>
      </w:r>
      <w:r>
        <w:rPr>
          <w:sz w:val="20"/>
        </w:rPr>
        <w:t>0:59  woh yeh hai ke: "abghad-ul-halal 'ind-al-lah hai at-talaq</w:t>
      </w:r>
      <w:r>
        <w:br/>
      </w:r>
      <w:r>
        <w:rPr>
          <w:sz w:val="20"/>
        </w:rPr>
        <w:t>1:06  " ke Allah ke nazdeek sab se zyada mabghood cheez talaq hai, agarche halal kiya gaya hai is ko, lekin woh bohat zyada mabghood cheez hai.</w:t>
      </w:r>
      <w:r>
        <w:br/>
      </w:r>
      <w:r>
        <w:rPr>
          <w:sz w:val="20"/>
        </w:rPr>
        <w:t>1:20  to mein bohat din sochta tha</w:t>
      </w:r>
      <w:r>
        <w:br/>
      </w:r>
      <w:r>
        <w:rPr>
          <w:sz w:val="20"/>
        </w:rPr>
        <w:t>1:25  ke aakhir kya baat hai ke mabghood itni zyada hai, agarche is ko</w:t>
      </w:r>
      <w:r>
        <w:br/>
      </w:r>
      <w:r>
        <w:rPr>
          <w:sz w:val="20"/>
        </w:rPr>
        <w:t>1:35  as a law of justice halal kiya gaya hai. to is ka jawab mujhe ek aur hadith se mila.</w:t>
      </w:r>
      <w:r>
        <w:br/>
      </w:r>
      <w:r>
        <w:rPr>
          <w:sz w:val="20"/>
        </w:rPr>
        <w:t>1:46  ek hadith hai ke iblis jo hai, yani iblis woh hai jo shayateen ka sardar hua hai,</w:t>
      </w:r>
      <w:r>
        <w:br/>
      </w:r>
      <w:r>
        <w:rPr>
          <w:sz w:val="20"/>
        </w:rPr>
        <w:t>2:00  to woh apna</w:t>
      </w:r>
      <w:r>
        <w:br/>
      </w:r>
      <w:r>
        <w:rPr>
          <w:sz w:val="20"/>
        </w:rPr>
        <w:t>2:05  jalsa karta hai samandar par. saare dunya ke shaitan ikattha hote hain, woh poochta hai ke tum ne kya kiya, tum ne kya kiya?</w:t>
      </w:r>
      <w:r>
        <w:br/>
      </w:r>
      <w:r>
        <w:rPr>
          <w:sz w:val="20"/>
        </w:rPr>
        <w:t>2:19  to har ek ko jo kuch batata hai ke maine kisi ka qatl karwa diya, maine kisi ka yeh kar diya, woh kar diya.</w:t>
      </w:r>
      <w:r>
        <w:br/>
      </w:r>
      <w:r>
        <w:rPr>
          <w:sz w:val="20"/>
        </w:rPr>
        <w:t>2:31  to iblis un ki baaton ko kuch dhyan nahi deta. ek shaitan aata hai, woh kehta hai ke main ek married couple jo the, un ke peeche lag gaya aur itna un ko aapas mein rift paida kiya ke talaq ho gayi.</w:t>
      </w:r>
      <w:r>
        <w:br/>
      </w:r>
      <w:r>
        <w:rPr>
          <w:sz w:val="20"/>
        </w:rPr>
        <w:t>2:57  to iblis kehta hai: "naam ant, haan to ne kaam kiya,</w:t>
      </w:r>
      <w:r>
        <w:br/>
      </w:r>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Tiger analogy and becoming aligned with nature</w:t>
      </w:r>
    </w:p>
    <w:p>
      <w:r>
        <w:rPr>
          <w:color w:val="666666"/>
          <w:sz w:val="18"/>
        </w:rPr>
        <w:t>Hadith-e-Qudsi April 24, 2014 Maulana Wahiduddin Khan · 1m 53s · at 6:05 · https://youtu.be/DXaqyk0uct0?t=365</w:t>
      </w:r>
    </w:p>
    <w:p>
      <w:r>
        <w:rPr>
          <w:i/>
        </w:rPr>
        <w:t>“There was a tiger hunter named Jim Corbett.”</w:t>
      </w:r>
    </w:p>
    <w:p>
      <w:r>
        <w:rPr>
          <w:sz w:val="20"/>
        </w:rPr>
        <w:t>6:05  jaise mein ek misaal deta hoon,</w:t>
      </w:r>
      <w:r>
        <w:br/>
      </w:r>
      <w:r>
        <w:rPr>
          <w:sz w:val="20"/>
        </w:rPr>
        <w:t>6:10  ek tha British period mein ek woh hunter kaha jata tha, yaani sher ka shikar karne wala, Jim Corbett.</w:t>
      </w:r>
      <w:r>
        <w:br/>
      </w:r>
      <w:r>
        <w:rPr>
          <w:sz w:val="20"/>
        </w:rPr>
        <w:t>6:24  uski kitaab hai, us mein apne tajrubaat likhe hain.</w:t>
      </w:r>
      <w:r>
        <w:br/>
      </w:r>
      <w:r>
        <w:rPr>
          <w:sz w:val="20"/>
        </w:rPr>
        <w:t>6:30  to woh kehta hai ke agar aap jungle mein chal rahe hain aur aap notice karte hain ke paas ki jhaari mein ek sher khara hua hai,</w:t>
      </w:r>
      <w:r>
        <w:br/>
      </w:r>
      <w:r>
        <w:rPr>
          <w:sz w:val="20"/>
        </w:rPr>
        <w:t>6:43  chand gaz, chand meter ke faaslay par</w:t>
      </w:r>
      <w:r>
        <w:br/>
      </w:r>
      <w:r>
        <w:rPr>
          <w:sz w:val="20"/>
        </w:rPr>
        <w:t>6:48  , to aap ke jism mein</w:t>
      </w:r>
      <w:r>
        <w:br/>
      </w:r>
      <w:r>
        <w:rPr>
          <w:sz w:val="20"/>
        </w:rPr>
        <w:t>6:53  blood circulation, blood asar badh jata hai. Yaani khoon ki gardish, khoon ka toofan badh jati hai. To aap ghor kijiye ke jis aadmi ko sher ki daryaft hui, uska yeh haal ho gaya.</w:t>
      </w:r>
      <w:r>
        <w:br/>
      </w:r>
      <w:r>
        <w:rPr>
          <w:sz w:val="20"/>
        </w:rPr>
        <w:t>7:07  to jis aadmi ko Allah ki daryaft hui, us ka kya haal hoga?</w:t>
      </w:r>
      <w:r>
        <w:br/>
      </w:r>
      <w:r>
        <w:rPr>
          <w:sz w:val="20"/>
        </w:rPr>
        <w:t>7:12  to yahan abd se murad hai aisa insaan nahi hai jo sarkashi karta hai, apni apni ananiyat chalata hai, apna jhanda uthata hai, hangame khade karta hai, tod phod karta hai.</w:t>
      </w:r>
      <w:r>
        <w:br/>
      </w:r>
      <w:r>
        <w:rPr>
          <w:sz w:val="20"/>
        </w:rPr>
        <w:t>7:28  wo insaan murad nahi hai.</w:t>
      </w:r>
      <w:r>
        <w:br/>
      </w:r>
      <w:r>
        <w:rPr>
          <w:sz w:val="20"/>
        </w:rPr>
        <w:t>7:31  yahan to wo insaan hai jisko haal yeh ho ke Allah ki daryaft ne us ko ek عارف insaan bana diya ho, mutawazi insaan bana diya ho, modest insaan bana diya ho.</w:t>
      </w:r>
      <w:r>
        <w:br/>
      </w:r>
      <w:r>
        <w:rPr>
          <w:sz w:val="20"/>
        </w:rPr>
        <w:t>7:45  to wo insaan haqeeqat mein nature ke sath pahunch jata hai. Allah ki daryaft aur Allah ke creation plan ki daryaft saada baat nahi hai.</w:t>
      </w:r>
    </w:p>
    <w:p>
      <w:pPr>
        <w:pStyle w:val="Heading2"/>
      </w:pPr>
      <w:r>
        <w:t>Hadith predicts secular people aiding Islam's spread</w:t>
      </w:r>
    </w:p>
    <w:p>
      <w:r>
        <w:rPr>
          <w:color w:val="666666"/>
          <w:sz w:val="18"/>
        </w:rPr>
        <w:t>Islam in A New Age March 18, 2012 · 28s · at 25:51 · https://youtu.be/P5hzq_NheY0?t=1551</w:t>
      </w:r>
    </w:p>
    <w:p>
      <w:r>
        <w:rPr>
          <w:i/>
        </w:rPr>
        <w:t>“Allah is deen ki madad secular logon se karayega”</w:t>
      </w:r>
    </w:p>
    <w:p>
      <w:r>
        <w:rPr>
          <w:sz w:val="20"/>
        </w:rPr>
        <w:t>25:51  is ki bhi peshangoi maujood hai Hadees mein. Bukhari mein إن الله لييذها الدين بالرجل الفاجر Allah is deen ki madad secular logon se karaye ga.</w:t>
      </w:r>
      <w:r>
        <w:br/>
      </w:r>
      <w:r>
        <w:rPr>
          <w:sz w:val="20"/>
        </w:rPr>
        <w:t>26:05  fajir ka matlab secular.</w:t>
      </w:r>
      <w:r>
        <w:br/>
      </w:r>
      <w:r>
        <w:rPr>
          <w:sz w:val="20"/>
        </w:rPr>
        <w:t>26:08  aap ghor kijiye, Allah taala ne itna zyada khola apni rehmaton ke darwaze ke secular logon ko bhi isi support par laga diya.</w:t>
      </w:r>
    </w:p>
    <w:p>
      <w:pPr>
        <w:pStyle w:val="Heading2"/>
      </w:pPr>
      <w:r>
        <w:t>Bedouin's black baby: a genetics analogy</w:t>
      </w:r>
    </w:p>
    <w:p>
      <w:r>
        <w:rPr>
          <w:color w:val="666666"/>
          <w:sz w:val="18"/>
        </w:rPr>
        <w:t>The Living Tradition: Why Hadith Matters in Islam?</w:t>
        <w:br/>
        <w:t>December 8, 2024 · 47s · at 1:09:43 · https://youtu.be/2w9-vnnJBeY?t=4183</w:t>
      </w:r>
    </w:p>
    <w:p>
      <w:r>
        <w:rPr>
          <w:i/>
        </w:rPr>
        <w:t>“A bedouin came to the Prophet doubting his son”</w:t>
      </w:r>
    </w:p>
    <w:p>
      <w:r>
        <w:rPr>
          <w:sz w:val="20"/>
        </w:rPr>
        <w:t>1:09:43  marriage ke talluq se jo kabhi kabhi insaan ko shakk ho jata hai, is par ek bohat hi aham aur bohat hi achhi hadith hai ke ek dehati Allah ke Rasool sallallahu alaihi wasallam ke paas aaya.</w:t>
      </w:r>
      <w:r>
        <w:br/>
      </w:r>
      <w:r>
        <w:rPr>
          <w:sz w:val="20"/>
        </w:rPr>
        <w:t>1:09:51  arab chuki safed hotay thay, to is ka beta paida hua kala tha. To us ne aa kar yeh kaha ke Allah ke Rasool, mera beta paida hua kala hai. Woh us ke zariye inkar karna chah raha tha.</w:t>
      </w:r>
      <w:r>
        <w:br/>
      </w:r>
      <w:r>
        <w:rPr>
          <w:sz w:val="20"/>
        </w:rPr>
        <w:t>1:10:01  to Allah ke Rasool sallallahu alaihi wasallam ne bohat hi aham umda misal de kar us ko samjhaya ke tumhare paas oont hain. Us ne kaha: "Haan." To kaha ke is ka rang kya hai? To kaha: "Red." Surkh.</w:t>
      </w:r>
      <w:r>
        <w:br/>
      </w:r>
      <w:r>
        <w:rPr>
          <w:sz w:val="20"/>
        </w:rPr>
        <w:t>1:10:12  kaha ke: "Achha,</w:t>
      </w:r>
      <w:r>
        <w:br/>
      </w:r>
      <w:r>
        <w:rPr>
          <w:sz w:val="20"/>
        </w:rPr>
        <w:t>1:10:13  is mein koi aisa bhi hai jo bhure rang ka ho?" To kaha: "Haan." To kaha: "Yeh kahan se aa gaya?" To kaha: "Is ki koi urq hogi jo us ko le kar aa gayi hogi." Yani genes keh lein, aaj ke alfaz mein gene hogi jo le kar aa gayi ho.</w:t>
      </w:r>
      <w:r>
        <w:br/>
      </w:r>
      <w:r>
        <w:rPr>
          <w:sz w:val="20"/>
        </w:rPr>
        <w:t>1:10:23  to kaha: "Isi tarike se woh kala jo ho gaya, tumhare gene mein se koi cheez us ko le kar aa gayi hogi." Aur us ko ijazat nahi di.</w:t>
      </w:r>
    </w:p>
    <w:p>
      <w:pPr>
        <w:pStyle w:val="Heading2"/>
      </w:pPr>
      <w:r>
        <w:t>Rebutting Ahle Quran's rejection of hadith</w:t>
      </w:r>
    </w:p>
    <w:p>
      <w:r>
        <w:rPr>
          <w:color w:val="666666"/>
          <w:sz w:val="18"/>
        </w:rPr>
        <w:t>Understanding The Importance of Hadith November 20, 2022 · 5m 56s · at 35:10 · https://youtu.be/xwY_Qsz4HSQ?t=2110</w:t>
      </w:r>
    </w:p>
    <w:p>
      <w:r>
        <w:rPr>
          <w:i/>
        </w:rPr>
        <w:t>“Ahle Quran kehte hain hum sirf Quran ko manenge, hadith ko nahin”</w:t>
      </w:r>
    </w:p>
    <w:p>
      <w:r>
        <w:rPr>
          <w:sz w:val="20"/>
        </w:rPr>
        <w:t>35:10  To yeh jo Ahle Quran hotay hain, woh kehtay hain ke hum sirf Quran ko manengay, woh hadith ko nahi mantay.</w:t>
      </w:r>
      <w:r>
        <w:br/>
      </w:r>
      <w:r>
        <w:rPr>
          <w:sz w:val="20"/>
        </w:rPr>
        <w:t>35:18  Ah, to jo yeh Islam mein woh kyun aisa kartay hain, woh samajhtay hain ke hadith ki jo tadween hai, compilation hai, ispar woh shubah kartay hain.</w:t>
      </w:r>
      <w:r>
        <w:br/>
      </w:r>
      <w:r>
        <w:rPr>
          <w:sz w:val="20"/>
        </w:rPr>
        <w:t>35:31  Kehtay hain ke yeh compilation jo hai, to woh Rasool Allah Sal Allah Alaihi Wasallam ke zamanay mein to hui nahi. Baad mein woh kehtay hain iska koi aitbar nahi, kitni authentic hai, kitni authentic nahi hai, kyunke hadithain to hafizay mein zyada tar hoti theen.</w:t>
      </w:r>
      <w:r>
        <w:br/>
      </w:r>
      <w:r>
        <w:rPr>
          <w:sz w:val="20"/>
        </w:rPr>
        <w:t>35:47  Ab halankay yeh bhi woh hai, kyunke is zamanay mein hafiza bohat hi qawi hota tha. Is zamanay mein writing waghera to bohat hi kam iska riwaj tha, na? To tamam log jo hain, hafizay mein hi sab kuch rakhtay thay, aur unko sab kuch yaad rehta tha.</w:t>
      </w:r>
      <w:r>
        <w:br/>
      </w:r>
      <w:r>
        <w:rPr>
          <w:sz w:val="20"/>
        </w:rPr>
        <w:t>36:06  Ah, hafizay mein sari poetry jo hain, poems jo hain, woh hafizay se sari recite kartay thay. Sari baatein hafizay se</w:t>
      </w:r>
      <w:r>
        <w:br/>
      </w:r>
      <w:r>
        <w:rPr>
          <w:sz w:val="20"/>
        </w:rPr>
        <w:t>36:15  hoti theen. To jab jitna zyada hafizay ko use kiya jaye, utna hi zyada woh strong ho jata hai. To aik to yeh ke hafiza unka zabardast tha, unko jo kuch bhi hafiz karte thay, woh unko yaad rehta tha. Bohat saray to aisay log hain jinki photographic memory hoti thi, aik bar parha, bas unko wohi yaad ho gaya.</w:t>
      </w:r>
      <w:r>
        <w:br/>
      </w:r>
      <w:r>
        <w:rPr>
          <w:sz w:val="20"/>
        </w:rPr>
        <w:t>36:39  Phir doosri baat yeh hai ke hadith ki jo collection hua, woh sirf collection karke kitab nahi banadi gayi, balkay iski zabardast tareeqay se scrutiny hui hai.</w:t>
      </w:r>
      <w:r>
        <w:br/>
      </w:r>
      <w:r>
        <w:rPr>
          <w:sz w:val="20"/>
        </w:rPr>
        <w:t>36:51  To scrutiny karke Imam Bukhari ne, ah, aur Imam Sahih Muslim mein jo sari hadithain hain, Sahih Bukhari mein jo hadithain hain</w:t>
      </w:r>
      <w:r>
        <w:br/>
      </w:r>
      <w:r>
        <w:rPr>
          <w:sz w:val="20"/>
        </w:rPr>
        <w:t>37:01  , to yeh sari itni scrutiny karke unhon ne aik aik hadith ka pata kiya, aur is is kay liye unhon ne jo hai poora fun nikala, discipline poora banaya ke narrator ki jaanch ki jaye.</w:t>
      </w:r>
      <w:r>
        <w:br/>
      </w:r>
      <w:r>
        <w:rPr>
          <w:sz w:val="20"/>
        </w:rPr>
        <w:t>37:14  Kyunke asal cheez to narrator tha. Agar narrator sahi nahi hai, narrator sach nahi hai, iska hafiza nahi hai sahi, to iski hadith ko lene mein phir masla paida ho jata hai. Woh woh authentic nahi ho sakti thi.</w:t>
      </w:r>
      <w:r>
        <w:br/>
      </w:r>
      <w:r>
        <w:rPr>
          <w:sz w:val="20"/>
        </w:rPr>
        <w:t>37:30  To</w:t>
      </w:r>
      <w:r>
        <w:br/>
      </w:r>
      <w:r>
        <w:rPr>
          <w:sz w:val="20"/>
        </w:rPr>
        <w:t>37:31  is tareeqay se sari cheezon ko dhiyan mein rakhtay huay aur poori mehnat karte huay hadithon ko jama kiya gaya.</w:t>
      </w:r>
      <w:r>
        <w:br/>
      </w:r>
      <w:r>
        <w:rPr>
          <w:sz w:val="20"/>
        </w:rPr>
        <w:t>37:41  To Musnad Ahmad mein bhi tees hazar hadithain hain, aur iskay baad jab ab to computerized ho gaya sab kuch, ab ab taqreeban pachas hazar hadithain computer mein ab easily jo hain, woh available hain.</w:t>
      </w:r>
      <w:r>
        <w:br/>
      </w:r>
      <w:r>
        <w:rPr>
          <w:sz w:val="20"/>
        </w:rPr>
        <w:t>38:00  To hafiza jo tha, woh sab se pehle tha. Aur doosri yeh hai ke bohat saray aisay sahifay hain jo Rasool Allah Sal Allah Alaihi Wasallam ke zamanay mein likh liye gaye thay, jaisay mein ne abhi bataya tha.</w:t>
      </w:r>
      <w:r>
        <w:br/>
      </w:r>
      <w:r>
        <w:rPr>
          <w:sz w:val="20"/>
        </w:rPr>
        <w:t>38:15  To aik Imam Ibn Shihab Al-Zuhri thay, to unka hafiza bohat zabardast tha. To aik bar Khalifa Hisham ibn Abd al-Malik ne unka hafizay ki test lena chaha,</w:t>
      </w:r>
      <w:r>
        <w:br/>
      </w:r>
      <w:r>
        <w:rPr>
          <w:sz w:val="20"/>
        </w:rPr>
        <w:t>38:29  to unhon ne 400 hadithain unse, ah, imla karwayeen. Unhon ne jis order mein 400 hadithain imla keen, to woh unhon ne isko likhwa liya.</w:t>
      </w:r>
      <w:r>
        <w:br/>
      </w:r>
      <w:r>
        <w:rPr>
          <w:sz w:val="20"/>
        </w:rPr>
        <w:t>38:40  Badshah ne, Khalifa ne isko likhwa liya. Phir aik mahinay kay baad unse kaha ke woh hadithain misplace ho gayi hain, aap dobara se usi order se imla karadijiye.</w:t>
      </w:r>
      <w:r>
        <w:br/>
      </w:r>
      <w:r>
        <w:rPr>
          <w:sz w:val="20"/>
        </w:rPr>
        <w:t>38:52  To</w:t>
      </w:r>
      <w:r>
        <w:br/>
      </w:r>
      <w:r>
        <w:rPr>
          <w:sz w:val="20"/>
        </w:rPr>
        <w:t>38:53  unhon ne poora usi order se imla karadiya. Aur is mein jab unhon ne dono milaye, woh to aisay hi tha unse. Jab dono tally kiye to dono mein koi bhi farq nahi tha.</w:t>
      </w:r>
      <w:r>
        <w:br/>
      </w:r>
      <w:r>
        <w:rPr>
          <w:sz w:val="20"/>
        </w:rPr>
        <w:t>39:03  to kuch logon ki bohat zabardast memory hoti hai, to iska jo hai, woh iska pura istemal kiya. unhon ne pura apne aap ko dedicate kar diya is mission ke liye.</w:t>
      </w:r>
      <w:r>
        <w:br/>
      </w:r>
      <w:r>
        <w:rPr>
          <w:sz w:val="20"/>
        </w:rPr>
        <w:t>39:16  ek Hafiz Qatada the, to woh Hazrat Anas ke shagird the.</w:t>
      </w:r>
      <w:r>
        <w:br/>
      </w:r>
      <w:r>
        <w:rPr>
          <w:sz w:val="20"/>
        </w:rPr>
        <w:t>39:21  unhon ne kaha ke jo kuch mere kaan mein pad jata hai, woh hamesha ke liye mehfooz ho jata hai. to aise aise log the jinhon ne is mission mein pura hissa liya, aur iske liye apne apne sacrifice ke level par unhon ne kaam kiya.</w:t>
      </w:r>
      <w:r>
        <w:br/>
      </w:r>
      <w:r>
        <w:rPr>
          <w:sz w:val="20"/>
        </w:rPr>
        <w:t>39:40  to ek hai Hammam bin Munabbeh. Hammam bin Munabbeh, woh Abu Huraira ke hamwatn</w:t>
      </w:r>
      <w:r>
        <w:br/>
      </w:r>
      <w:r>
        <w:rPr>
          <w:sz w:val="20"/>
        </w:rPr>
        <w:t>39:47  the, to isi liye woh Abu Huraira ke khidmat mein hazir hue, aur un se unhon ne bohat bohat kuch hadithon ko seekha. to kehte hain ke 150 hadithain Hazrat Abu Huraira ne in ko imla karai thin, dictate karai thin.</w:t>
      </w:r>
      <w:r>
        <w:br/>
      </w:r>
      <w:r>
        <w:rPr>
          <w:sz w:val="20"/>
        </w:rPr>
        <w:t>40:02  to yeh jo yeh iska yeh jo hai na, Sahifa Hammam bin Munabbeh</w:t>
      </w:r>
      <w:r>
        <w:br/>
      </w:r>
      <w:r>
        <w:rPr>
          <w:sz w:val="20"/>
        </w:rPr>
        <w:t>40:08  hai, to yeh jo hai, iski khaas baat yeh hai ke yeh asal Berlin aur Damascus ke kutub khane mein iska manuscript maujood tha.</w:t>
      </w:r>
      <w:r>
        <w:br/>
      </w:r>
      <w:r>
        <w:rPr>
          <w:sz w:val="20"/>
        </w:rPr>
        <w:t>40:19  to Dr. Muhammad Hamidullah, jo ke bohat, ah, is par unhon ne kaam kiya hai hadith par, to un ko yeh manuscript mila.</w:t>
      </w:r>
      <w:r>
        <w:br/>
      </w:r>
      <w:r>
        <w:rPr>
          <w:sz w:val="20"/>
        </w:rPr>
        <w:t>40:28  phir unhon ne yeh hadithain jo hain, Musnad Ahmad mein shamil hain,</w:t>
      </w:r>
      <w:r>
        <w:br/>
      </w:r>
      <w:r>
        <w:rPr>
          <w:sz w:val="20"/>
        </w:rPr>
        <w:t>40:33  to unhon ne is manuscript se Musnad Ahmad ki hadithon ko milaya, to bilkul exact woh tha. to agar ek cheez aisi sabit ho jaye to is se pata chalta hai ke jo kuch Musnad Ahmad mein aur doosri kitabon mein shamil kiya gaya hai, un logon ke jo sahife, woh bilkul exact sabit shamil kiya</w:t>
      </w:r>
      <w:r>
        <w:br/>
      </w:r>
      <w:r>
        <w:rPr>
          <w:sz w:val="20"/>
        </w:rPr>
        <w:t>40:56  kiya gaya hai. kyunke Rasool Allah (SAW) ne kaha tha ke mere ko ke meri baat koi galat naqal karega to isko bohat ziyada gunah milega.</w:t>
      </w:r>
    </w:p>
    <w:p>
      <w:pPr>
        <w:pStyle w:val="Heading2"/>
      </w:pPr>
      <w:r>
        <w:t>Removing hadith leads to myth</w:t>
      </w:r>
    </w:p>
    <w:p>
      <w:r>
        <w:rPr>
          <w:color w:val="666666"/>
          <w:sz w:val="18"/>
        </w:rPr>
        <w:t>Wisdom of Hadith February 23, 2014 · 21s · at 13:28 · https://youtu.be/8GZmhBU-LwE?t=808</w:t>
      </w:r>
    </w:p>
    <w:p>
      <w:r>
        <w:rPr>
          <w:i/>
        </w:rPr>
        <w:t>“Agar aap hadith ko hazf karein to jaante hain kya hai”</w:t>
      </w:r>
    </w:p>
    <w:p>
      <w:r>
        <w:rPr>
          <w:sz w:val="20"/>
        </w:rPr>
        <w:t>13:28  yahan tak ke woh hum tak pahunch gaya. agar aap hadith ko hadaf karein to jante hain kya hai? Quran bhi hadaf Muhammad bhi hadaf sab kuch hadaf.</w:t>
      </w:r>
      <w:r>
        <w:br/>
      </w:r>
      <w:r>
        <w:rPr>
          <w:sz w:val="20"/>
        </w:rPr>
        <w:t>13:36  kyun ke sab Myth ban jayega. Abstract ban jayega. jaisa bana hua. jitne bhi peghambar hain Including Hazrat Masih jab sab ki sab kahaniyan hain.</w:t>
      </w:r>
    </w:p>
    <w:p>
      <w:pPr>
        <w:pStyle w:val="Heading2"/>
      </w:pPr>
      <w:r>
        <w:t>Reading Quran with understanding revives faith</w:t>
      </w:r>
    </w:p>
    <w:p>
      <w:r>
        <w:rPr>
          <w:color w:val="666666"/>
          <w:sz w:val="18"/>
        </w:rPr>
        <w:t>Lessons from My Journey to Canada II January 10, 2016 · 2m 01s · at 53:19 · https://youtu.be/GHF2Ph3GW7A?t=3199</w:t>
      </w:r>
    </w:p>
    <w:p>
      <w:r>
        <w:rPr>
          <w:i/>
        </w:rPr>
        <w:t>“I think saying read Quran with understanding will speed revive”</w:t>
      </w:r>
    </w:p>
    <w:p>
      <w:r>
        <w:rPr>
          <w:sz w:val="20"/>
        </w:rPr>
        <w:t>53:19  main samajhta hoon ke</w:t>
      </w:r>
      <w:r>
        <w:br/>
      </w:r>
      <w:r>
        <w:rPr>
          <w:sz w:val="20"/>
        </w:rPr>
        <w:t>53:22  yeh kehna ke quran ko samajh ke parho,</w:t>
      </w:r>
      <w:r>
        <w:br/>
      </w:r>
      <w:r>
        <w:rPr>
          <w:sz w:val="20"/>
        </w:rPr>
        <w:t>53:26  yeh isi se speed revive hogi.</w:t>
      </w:r>
      <w:r>
        <w:br/>
      </w:r>
      <w:r>
        <w:rPr>
          <w:sz w:val="20"/>
        </w:rPr>
        <w:t>53:29  misalan aik baar mein aik musalman ke sath safar kar raha tha, to woh parhe likhe musalman thay,</w:t>
      </w:r>
      <w:r>
        <w:br/>
      </w:r>
      <w:r>
        <w:rPr>
          <w:sz w:val="20"/>
        </w:rPr>
        <w:t>53:38  to un ke paas aik chota sa</w:t>
      </w:r>
      <w:r>
        <w:br/>
      </w:r>
      <w:r>
        <w:rPr>
          <w:sz w:val="20"/>
        </w:rPr>
        <w:t>53:42  quran tha, arabi,</w:t>
      </w:r>
      <w:r>
        <w:br/>
      </w:r>
      <w:r>
        <w:rPr>
          <w:sz w:val="20"/>
        </w:rPr>
        <w:t>53:45  to jeeb mein rakhte thay.</w:t>
      </w:r>
      <w:r>
        <w:br/>
      </w:r>
      <w:r>
        <w:rPr>
          <w:sz w:val="20"/>
        </w:rPr>
        <w:t>53:47  woh jahan kahin thora sa moqa milta tha, to jeeb mein se nikalte aur likhte, parhne.</w:t>
      </w:r>
      <w:r>
        <w:br/>
      </w:r>
      <w:r>
        <w:rPr>
          <w:sz w:val="20"/>
        </w:rPr>
        <w:t>53:55  to maine un se poocha is ke baray mein, to unhon ne kaha ke main 14 saal</w:t>
      </w:r>
      <w:r>
        <w:br/>
      </w:r>
      <w:r>
        <w:rPr>
          <w:sz w:val="20"/>
        </w:rPr>
        <w:t>54:00  se aise hi karta hoon.</w:t>
      </w:r>
      <w:r>
        <w:br/>
      </w:r>
      <w:r>
        <w:rPr>
          <w:sz w:val="20"/>
        </w:rPr>
        <w:t>54:03  mere paas hamesha</w:t>
      </w:r>
      <w:r>
        <w:br/>
      </w:r>
      <w:r>
        <w:rPr>
          <w:sz w:val="20"/>
        </w:rPr>
        <w:t>54:05  chote size ka aik quran rehta hai, jahan moqa milta hai, parhta rehta hoon.</w:t>
      </w:r>
      <w:r>
        <w:br/>
      </w:r>
      <w:r>
        <w:rPr>
          <w:sz w:val="20"/>
        </w:rPr>
        <w:t>54:10  14 saal se.</w:t>
      </w:r>
      <w:r>
        <w:br/>
      </w:r>
      <w:r>
        <w:rPr>
          <w:sz w:val="20"/>
        </w:rPr>
        <w:t>54:12  to maine poocha ke aap quran ka khulasa bataiye,</w:t>
      </w:r>
      <w:r>
        <w:br/>
      </w:r>
      <w:r>
        <w:rPr>
          <w:sz w:val="20"/>
        </w:rPr>
        <w:t>54:18  kya paya aap ne?</w:t>
      </w:r>
      <w:r>
        <w:br/>
      </w:r>
      <w:r>
        <w:rPr>
          <w:sz w:val="20"/>
        </w:rPr>
        <w:t>54:21  to unhon ne kaha ke hum quran parhte hain, samajh ke, sawab ke liye,</w:t>
      </w:r>
      <w:r>
        <w:br/>
      </w:r>
      <w:r>
        <w:rPr>
          <w:sz w:val="20"/>
        </w:rPr>
        <w:t>54:25  samajh samajh kar, is ka matlab nikalne ke liye nahi.</w:t>
      </w:r>
      <w:r>
        <w:br/>
      </w:r>
      <w:r>
        <w:rPr>
          <w:sz w:val="20"/>
        </w:rPr>
        <w:t>54:29  yeh consciously ya unconsciously sab ka tareeqa hai ke quran parhte hain, woh sawab ke liye.</w:t>
      </w:r>
      <w:r>
        <w:br/>
      </w:r>
      <w:r>
        <w:rPr>
          <w:sz w:val="20"/>
        </w:rPr>
        <w:t>54:37  yeh nahi ke quran mein kya likha hai, is mein kya message hai, quran hum se kya karne</w:t>
      </w:r>
      <w:r>
        <w:br/>
      </w:r>
      <w:r>
        <w:rPr>
          <w:sz w:val="20"/>
        </w:rPr>
        <w:t>54:42  ko kehta hai, kya na karne ko kehta hai, yeh sab nahi.</w:t>
      </w:r>
      <w:r>
        <w:br/>
      </w:r>
      <w:r>
        <w:rPr>
          <w:sz w:val="20"/>
        </w:rPr>
        <w:t>54:46  to main samajhta hoon ke quran,</w:t>
      </w:r>
      <w:r>
        <w:br/>
      </w:r>
      <w:r>
        <w:rPr>
          <w:sz w:val="20"/>
        </w:rPr>
        <w:t>54:50  main samajhta hoon ke musalmanon ko yeh batana ke quran ko samajh kar parho,</w:t>
      </w:r>
      <w:r>
        <w:br/>
      </w:r>
      <w:r>
        <w:rPr>
          <w:sz w:val="20"/>
        </w:rPr>
        <w:t>54:56  is se un ke andar islam</w:t>
      </w:r>
      <w:r>
        <w:br/>
      </w:r>
      <w:r>
        <w:rPr>
          <w:sz w:val="20"/>
        </w:rPr>
        <w:t>54:59  paida hogi. Maulana, agla sawal ifat ahmed ne kiya hai poonay se, aur unhon ne likha hai ke</w:t>
      </w:r>
      <w:r>
        <w:br/>
      </w:r>
      <w:r>
        <w:rPr>
          <w:sz w:val="20"/>
        </w:rPr>
        <w:t>55:08  It is said that the four 'quls' given in the Quran were sent down when someone died"</w:t>
      </w:r>
      <w:r>
        <w:br/>
      </w:r>
      <w:r>
        <w:rPr>
          <w:sz w:val="20"/>
        </w:rPr>
        <w:t>55:15  black magic in the prophet".</w:t>
      </w:r>
      <w:r>
        <w:br/>
      </w:r>
      <w:r>
        <w:rPr>
          <w:sz w:val="20"/>
        </w:rPr>
        <w:t>55:18  is this true</w:t>
      </w:r>
    </w:p>
    <w:p>
      <w:pPr>
        <w:pStyle w:val="Heading2"/>
      </w:pPr>
      <w:r>
        <w:t>Take up da'wah work alone with an 'I will do it' spirit</w:t>
      </w:r>
    </w:p>
    <w:p>
      <w:r>
        <w:rPr>
          <w:color w:val="666666"/>
          <w:sz w:val="18"/>
        </w:rPr>
        <w:t>Islam in A New Age March 18, 2012 · 1m 45s · at 53:43 · https://youtu.be/P5hzq_NheY0?t=3223</w:t>
      </w:r>
    </w:p>
    <w:p>
      <w:r>
        <w:rPr>
          <w:i/>
        </w:rPr>
        <w:t>“Koi nahi karta to main karunga — I will do it”</w:t>
      </w:r>
    </w:p>
    <w:p>
      <w:r>
        <w:rPr>
          <w:sz w:val="20"/>
        </w:rPr>
        <w:t>53:43  bada bada hausla jo hai is se bhi mahroom</w:t>
      </w:r>
      <w:r>
        <w:br/>
      </w:r>
      <w:r>
        <w:rPr>
          <w:sz w:val="20"/>
        </w:rPr>
        <w:t>53:48  to yeh baatein mein is liye kar raha hoon ke aap log jo Allah ke fazl se yani</w:t>
      </w:r>
      <w:r>
        <w:br/>
      </w:r>
      <w:r>
        <w:rPr>
          <w:sz w:val="20"/>
        </w:rPr>
        <w:t>53:53  jin ko ke yeh samajh hasil hui hai ke woh jaanen naye daur ki ahmiyat ko aur dawat</w:t>
      </w:r>
      <w:r>
        <w:br/>
      </w:r>
      <w:r>
        <w:rPr>
          <w:sz w:val="20"/>
        </w:rPr>
        <w:t>54:00  Allah ki ahmiyat ko</w:t>
      </w:r>
      <w:r>
        <w:br/>
      </w:r>
      <w:r>
        <w:rPr>
          <w:sz w:val="20"/>
        </w:rPr>
        <w:t>54:04  to aap logon ke andar yeh yeh hausla paida ho ke aap ko</w:t>
      </w:r>
      <w:r>
        <w:br/>
      </w:r>
      <w:r>
        <w:rPr>
          <w:sz w:val="20"/>
        </w:rPr>
        <w:t>54:09  aap ko yeh kaam karna hai</w:t>
      </w:r>
      <w:r>
        <w:br/>
      </w:r>
      <w:r>
        <w:rPr>
          <w:sz w:val="20"/>
        </w:rPr>
        <w:t>54:13  yani I, jin ko mein ne ek waqt to kaha tha ke I will do it ki spirits le kar agay barhna hai aap ko. yani koi nahi karta to mein mein karoon ga yeh kaam.</w:t>
      </w:r>
      <w:r>
        <w:br/>
      </w:r>
      <w:r>
        <w:rPr>
          <w:sz w:val="20"/>
        </w:rPr>
        <w:t>54:23  koi nahi karta to mein koi mujhe karna hai. I will do it. yani hakoomatein nahi karti, jamaatein nahi karti, tanzeemein nahi karti, log nahi karte to na karein.</w:t>
      </w:r>
      <w:r>
        <w:br/>
      </w:r>
      <w:r>
        <w:rPr>
          <w:sz w:val="20"/>
        </w:rPr>
        <w:t>54:33  I will do it. is is spirit ke saath aap ko agay barhna hai. doosray nahi karte to na karein</w:t>
      </w:r>
      <w:r>
        <w:br/>
      </w:r>
      <w:r>
        <w:rPr>
          <w:sz w:val="20"/>
        </w:rPr>
        <w:t>54:42  mujhe kar dalna hai is kaam ko. is liye yeh baatein mein aap se keh raha hoon. to naye daur ko samjhiye.</w:t>
      </w:r>
      <w:r>
        <w:br/>
      </w:r>
      <w:r>
        <w:rPr>
          <w:sz w:val="20"/>
        </w:rPr>
        <w:t>54:54  naye daur ke ke jo naye mawaqe khule hain, un ko janiye. aur</w:t>
      </w:r>
      <w:r>
        <w:br/>
      </w:r>
      <w:r>
        <w:rPr>
          <w:sz w:val="20"/>
        </w:rPr>
        <w:t>55:04  Allah taala ne jo aap ko lamha diya hai, is lamhe ko istemal kijiye.</w:t>
      </w:r>
      <w:r>
        <w:br/>
      </w:r>
      <w:r>
        <w:rPr>
          <w:sz w:val="20"/>
        </w:rPr>
        <w:t>55:13  aala marifat mein jeena seekhiye. Allah ki aala qurbat hasil kijiye. aala peymane ki dawat ka kaam kijiye.</w:t>
      </w:r>
    </w:p>
    <w:p>
      <w:pPr>
        <w:pStyle w:val="Heading2"/>
      </w:pPr>
      <w:r>
        <w:t>Removing hadith destroys Islam's history</w:t>
      </w:r>
    </w:p>
    <w:p>
      <w:r>
        <w:rPr>
          <w:color w:val="666666"/>
          <w:sz w:val="18"/>
        </w:rPr>
        <w:t>Wisdom of Hadith February 23, 2014 · 1m 34s · at 13:28 · https://youtu.be/8GZmhBU-LwE?t=808</w:t>
      </w:r>
    </w:p>
    <w:p>
      <w:r>
        <w:rPr>
          <w:i/>
        </w:rPr>
        <w:t>“Agar aap hadith ko hazf karein to jaante hain kya hai”</w:t>
      </w:r>
    </w:p>
    <w:p>
      <w:r>
        <w:rPr>
          <w:sz w:val="20"/>
        </w:rPr>
        <w:t>13:28  yahan tak ke woh hum tak pahunch gaya. agar aap hadith ko hadaf karein to jante hain kya hai? Quran bhi hadaf Muhammad bhi hadaf sab kuch hadaf.</w:t>
      </w:r>
      <w:r>
        <w:br/>
      </w:r>
      <w:r>
        <w:rPr>
          <w:sz w:val="20"/>
        </w:rPr>
        <w:t>13:36  kyun ke sab Myth ban jayega. Abstract ban jayega. jaisa bana hua. jitne bhi peghambar hain Including Hazrat Masih jab sab ki sab kahaniyan hain.</w:t>
      </w:r>
      <w:r>
        <w:br/>
      </w:r>
      <w:r>
        <w:rPr>
          <w:sz w:val="20"/>
        </w:rPr>
        <w:t>13:50  Myth hain. aqeeday hain. tareekh nahin hai.</w:t>
      </w:r>
      <w:r>
        <w:br/>
      </w:r>
      <w:r>
        <w:rPr>
          <w:sz w:val="20"/>
        </w:rPr>
        <w:t>13:55  isi liye Doctor Nashri Doctor Nashri Khan Chehlubadiya bohat bara Scholar tha Hindu Scholar is ki kitaben padhin. to sare nabiyon ke bare mein padha padha padha malwah ke sab nabi to Myth hain.</w:t>
      </w:r>
      <w:r>
        <w:br/>
      </w:r>
      <w:r>
        <w:rPr>
          <w:sz w:val="20"/>
        </w:rPr>
        <w:t>14:09  sirf aqeedah hain. koi Historical Base nahin hai in ko. kaise hum yaqeen karein? kaise yaqeen karein ke yeh yeh peghambar the?</w:t>
      </w:r>
      <w:r>
        <w:br/>
      </w:r>
      <w:r>
        <w:rPr>
          <w:sz w:val="20"/>
        </w:rPr>
        <w:t>14:19  aakhir mein rasool Allah sal Allah alih wasalam ko padha is ne. to is ne kitab likhi aur Islam qabool kar liya. to woh kehta hai ke oh</w:t>
      </w:r>
      <w:r>
        <w:br/>
      </w:r>
      <w:r>
        <w:rPr>
          <w:sz w:val="20"/>
        </w:rPr>
        <w:t>14:27  What are you leave to find after all a truly historical Prophet to believe in؟</w:t>
      </w:r>
      <w:r>
        <w:br/>
      </w:r>
      <w:r>
        <w:rPr>
          <w:sz w:val="20"/>
        </w:rPr>
        <w:t>14:36  to yeh jo rasool Allah ko yeh tareekhi hasiyat mili kaise mili hai? in hadithon ke zariye to mili hai. hadithen jo hain woh Historical Record hain Quran ka rasool Allah ka Islam ka.</w:t>
      </w:r>
      <w:r>
        <w:br/>
      </w:r>
      <w:r>
        <w:rPr>
          <w:sz w:val="20"/>
        </w:rPr>
        <w:t>14:51  hadith ko aap hadaf kar dein to Islam ki History hadaf hai. phir to na Quran hai na hadith hai na Islam hai na kuch hai na kuch hai. ek Myth hai bas.</w:t>
      </w:r>
    </w:p>
    <w:p>
      <w:pPr>
        <w:pStyle w:val="Heading2"/>
      </w:pPr>
      <w:r>
        <w:t>Fitna soya hua hai use na jagao</w:t>
      </w:r>
    </w:p>
    <w:p>
      <w:r>
        <w:rPr>
          <w:color w:val="666666"/>
          <w:sz w:val="18"/>
        </w:rPr>
        <w:t>Life after Death (Prophetic Wisdom) · 3m 58s · at 13:06 · https://youtu.be/7bA2WIsKLMQ?t=786</w:t>
      </w:r>
    </w:p>
    <w:p>
      <w:r>
        <w:rPr>
          <w:i/>
        </w:rPr>
        <w:t>“Dekhein ek hadith hai”</w:t>
      </w:r>
    </w:p>
    <w:p>
      <w:r>
        <w:rPr>
          <w:sz w:val="20"/>
        </w:rPr>
        <w:t>13:06  dekhein aik hadees hai,</w:t>
      </w:r>
      <w:r>
        <w:br/>
      </w:r>
      <w:r>
        <w:rPr>
          <w:sz w:val="20"/>
        </w:rPr>
        <w:t>13:10  woh is tarah hai keh in al fitnat naimatun launa allahu man ayqadha. yeh bari important hadees hai.</w:t>
      </w:r>
      <w:r>
        <w:br/>
      </w:r>
      <w:r>
        <w:rPr>
          <w:sz w:val="20"/>
        </w:rPr>
        <w:t>13:23  in al fitnat naimatun launa allahu man ayqadha. fitnah soya hua hai. yani burai soyi hui hai.</w:t>
      </w:r>
      <w:r>
        <w:br/>
      </w:r>
      <w:r>
        <w:rPr>
          <w:sz w:val="20"/>
        </w:rPr>
        <w:t>13:35  us par laanat hai jo us ko jagaye.</w:t>
      </w:r>
      <w:r>
        <w:br/>
      </w:r>
      <w:r>
        <w:rPr>
          <w:sz w:val="20"/>
        </w:rPr>
        <w:t>13:41  fitnah soya hua hai. us par laanat hai jo us ko jagaye.</w:t>
      </w:r>
      <w:r>
        <w:br/>
      </w:r>
      <w:r>
        <w:rPr>
          <w:sz w:val="20"/>
        </w:rPr>
        <w:t>13:52  is par sochiye keh fitnah soya hua ka matlab kya hai? dekhein fitnah kaun barpa karta hai? yani burai kaun karta hai?</w:t>
      </w:r>
      <w:r>
        <w:br/>
      </w:r>
      <w:r>
        <w:rPr>
          <w:sz w:val="20"/>
        </w:rPr>
        <w:t>14:04  woh koi darakht nahi karta. koi pahaad nahi karta. koi samandar burai nahi karta. burai karne wala insaan hota hai.</w:t>
      </w:r>
      <w:r>
        <w:br/>
      </w:r>
      <w:r>
        <w:rPr>
          <w:sz w:val="20"/>
        </w:rPr>
        <w:t>14:15  sooraj aur chaand burai nahi karte.</w:t>
      </w:r>
      <w:r>
        <w:br/>
      </w:r>
      <w:r>
        <w:rPr>
          <w:sz w:val="20"/>
        </w:rPr>
        <w:t>14:20  koi aik zara se le kar sitare tak koi burai nahi karta. burai karta hai insaan. hatta keh animal bhi burai nahi karte.</w:t>
      </w:r>
      <w:r>
        <w:br/>
      </w:r>
      <w:r>
        <w:rPr>
          <w:sz w:val="20"/>
        </w:rPr>
        <w:t>14:30  animal jo hain woh kya hain? apni aik zindagi guzarte hain. unhein kisi se matlab nahi. to insaan kaise karta hai burai?</w:t>
      </w:r>
      <w:r>
        <w:br/>
      </w:r>
      <w:r>
        <w:rPr>
          <w:sz w:val="20"/>
        </w:rPr>
        <w:t>14:42  yahan dekhein burai se matlab jo hai, fitnah se matlab jo hai, social fitnah. samajhi fitnah. jab jhagda jhagda uth khara ho.</w:t>
      </w:r>
      <w:r>
        <w:br/>
      </w:r>
      <w:r>
        <w:rPr>
          <w:sz w:val="20"/>
        </w:rPr>
        <w:t>14:54  riot hone lagain. aapas mein log aik doosre ko maar kaat karne lagain. yeh murad hai fitne se.</w:t>
      </w:r>
      <w:r>
        <w:br/>
      </w:r>
      <w:r>
        <w:rPr>
          <w:sz w:val="20"/>
        </w:rPr>
        <w:t>15:04  to yeh hota hai kab? har insaan ke andar aik</w:t>
      </w:r>
      <w:r>
        <w:br/>
      </w:r>
      <w:r>
        <w:rPr>
          <w:sz w:val="20"/>
        </w:rPr>
        <w:t>15:13  organ chupa hua hai. ananiyat chupi hui hai. to jab aap us aadmi ko ego ko touch kar dein.</w:t>
      </w:r>
      <w:r>
        <w:br/>
      </w:r>
      <w:r>
        <w:rPr>
          <w:sz w:val="20"/>
        </w:rPr>
        <w:t>15:27  us ke ego ko touch kar dein. us ka organ ko touch kar dein. to phir woh bhark uthta hai. goya ke ghussa soya hua hai.</w:t>
      </w:r>
      <w:r>
        <w:br/>
      </w:r>
      <w:r>
        <w:rPr>
          <w:sz w:val="20"/>
        </w:rPr>
        <w:t>15:38  yun samajh lijiye is hadith ka matlab ke ghussa soya hua hai. us aadmi pe lanat hai jo ghusse ko jagaye. to ghussa insaan ke andar hota hai.</w:t>
      </w:r>
      <w:r>
        <w:br/>
      </w:r>
      <w:r>
        <w:rPr>
          <w:sz w:val="20"/>
        </w:rPr>
        <w:t>15:49  koi bhi aadmi dekhen khwamkhwah ghussa nahi hota. aap kisi aadmi se meethi meethi bol bolien. us ko chai pani dijiye.</w:t>
      </w:r>
      <w:r>
        <w:br/>
      </w:r>
      <w:r>
        <w:rPr>
          <w:sz w:val="20"/>
        </w:rPr>
        <w:t>16:00  to ghussa nahi hoga woh. koi bhi aadmi aisa nahi hai duniya mein jo khwamkhwah hi ghussa karne lage.</w:t>
      </w:r>
      <w:r>
        <w:br/>
      </w:r>
      <w:r>
        <w:rPr>
          <w:sz w:val="20"/>
        </w:rPr>
        <w:t>16:10  ghussa karta hai woh jab us ko bharkaya jaye. jab bharkaya jaye tab bhark kar aadmi ghussa karta hai.</w:t>
      </w:r>
      <w:r>
        <w:br/>
      </w:r>
      <w:r>
        <w:rPr>
          <w:sz w:val="20"/>
        </w:rPr>
        <w:t>16:20  to yeh bharkne ka jo maada hai insaan ke andar woh soya hua hai. ghussa soya hua hai. ego soya hua hai.</w:t>
      </w:r>
      <w:r>
        <w:br/>
      </w:r>
      <w:r>
        <w:rPr>
          <w:sz w:val="20"/>
        </w:rPr>
        <w:t>16:31  ananiyat soi hui hai. to jo aadmi is ko pathar mare. jo aadmi is ko provoke kare. us ke bare mein farmaya ke us par lanat hai.</w:t>
      </w:r>
      <w:r>
        <w:br/>
      </w:r>
      <w:r>
        <w:rPr>
          <w:sz w:val="20"/>
        </w:rPr>
        <w:t>16:42  to soye hue fitne ko soye soye rehne do. is ko jagate kyun ho is ko? ke ek bail, ek saath khara hua hai.</w:t>
      </w:r>
      <w:r>
        <w:br/>
      </w:r>
      <w:r>
        <w:rPr>
          <w:sz w:val="20"/>
        </w:rPr>
        <w:t>16:52  aap rasta ja rahe hain. to khara hai. woh khara rehne dijiye. aap pathar maar kar kyun is ko bharkate hain ke aa bail mujhe maar. aap bail mujhe maar ki situation kyun paida karte hain aap?</w:t>
      </w:r>
    </w:p>
    <w:p>
      <w:pPr>
        <w:pStyle w:val="Heading2"/>
      </w:pPr>
      <w:r>
        <w:t>Principle of eliminating side questions</w:t>
      </w:r>
    </w:p>
    <w:p>
      <w:r>
        <w:rPr>
          <w:color w:val="666666"/>
          <w:sz w:val="18"/>
        </w:rPr>
        <w:t>God Oriented Life (In Conversation with Maulana) 23 10 11 · 2m 21s · at 8:32 · https://youtu.be/E_LWwsWww2U?t=512</w:t>
      </w:r>
    </w:p>
    <w:p>
      <w:r>
        <w:rPr>
          <w:i/>
        </w:rPr>
        <w:t>“Dekhiye yeh yahi ek question nahi, billion questions hain”</w:t>
      </w:r>
    </w:p>
    <w:p>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p>
    <w:p>
      <w:pPr>
        <w:pStyle w:val="Heading2"/>
      </w:pPr>
      <w:r>
        <w:t>God's mercy rains on those who rise for dawah</w:t>
      </w:r>
    </w:p>
    <w:p>
      <w:r>
        <w:rPr>
          <w:color w:val="666666"/>
          <w:sz w:val="18"/>
        </w:rPr>
        <w:t>From The Spiritual Tree December 3, 2006 · 26s · at 1:07:03 · https://youtu.be/m3JXYXORP5w?t=4023</w:t>
      </w:r>
    </w:p>
    <w:p>
      <w:r>
        <w:rPr>
          <w:i/>
        </w:rPr>
        <w:t>“Whoever rises for God's work, His mercy rains down”</w:t>
      </w:r>
    </w:p>
    <w:p>
      <w:r>
        <w:rPr>
          <w:sz w:val="20"/>
        </w:rPr>
        <w:t>1:07:03  lekin Khuda ka ye wada hai ke jo log daawa mission ke liye uthenge, to Khuda ki rehmat un par barish ban kar barsegi. barish</w:t>
      </w:r>
      <w:r>
        <w:br/>
      </w:r>
      <w:r>
        <w:rPr>
          <w:sz w:val="20"/>
        </w:rPr>
        <w:t>1:07:17  ye Khuda ka wada hai ke jo log daawa mission ke liye uthenge, to Khuda ki rehmat unke upar barish ban kar barsegi.</w:t>
      </w:r>
    </w:p>
    <w:p>
      <w:pPr>
        <w:pStyle w:val="Heading2"/>
      </w:pPr>
      <w:r>
        <w:t>hadith: the pampered man forgets all his past comfort</w:t>
      </w:r>
    </w:p>
    <w:p>
      <w:r>
        <w:rPr>
          <w:color w:val="666666"/>
          <w:sz w:val="18"/>
        </w:rPr>
        <w:t>From The Spiritual Tree December 3, 2006 · 2m 32s · at 2:08:38 · https://youtu.be/m3JXYXORP5w?t=7718</w:t>
      </w:r>
    </w:p>
    <w:p>
      <w:r>
        <w:rPr>
          <w:i/>
        </w:rPr>
        <w:t>“Two men will be brought forward on Judgment Day”</w:t>
      </w:r>
    </w:p>
    <w:p>
      <w:r>
        <w:rPr>
          <w:sz w:val="20"/>
        </w:rPr>
        <w:t>2:08:38  koi is ka importance nahi hai, kyunke aap dunya mein achha bana aayein, aur us ke baad wahan hell bhejayein. To bataiye, kya hua? Hadees mein aata hai ke ek aadmi, do aadmi laye jayenge wahan.</w:t>
      </w:r>
      <w:r>
        <w:br/>
      </w:r>
      <w:r>
        <w:rPr>
          <w:sz w:val="20"/>
        </w:rPr>
        <w:t>2:08:51  ek aadmi woh laye jayega jis ko dunya ki har har comfort mila hoga. Sab se zyada jis ko dunya ka comfort mila hoga, woh laye jayega,</w:t>
      </w:r>
      <w:r>
        <w:br/>
      </w:r>
      <w:r>
        <w:rPr>
          <w:sz w:val="20"/>
        </w:rPr>
        <w:t>2:09:05  aur aur sari umar us ne aaram hi aaram kiya hoga. To us ko hell mein le jayega, sirf dikhane ke liye.</w:t>
      </w:r>
      <w:r>
        <w:br/>
      </w:r>
      <w:r>
        <w:rPr>
          <w:sz w:val="20"/>
        </w:rPr>
        <w:t>2:09:16  andardijakarjabwahdekhega, ispehjabpuchhajayegausko kehkiyadunyamaintumnekabhiaramuthayahai? Koikahgegahi,kabhiaramnahinuthaya.main sab bhooljayegawoh.yani ek ek mominka tajurbajwohai, pichli zindaghibhula dega.</w:t>
      </w:r>
      <w:r>
        <w:br/>
      </w:r>
      <w:r>
        <w:rPr>
          <w:sz w:val="20"/>
        </w:rPr>
        <w:t>2:09:35  aur main samajhtahoonkeh yeh bilkul scientific hai.</w:t>
      </w:r>
      <w:r>
        <w:br/>
      </w:r>
      <w:r>
        <w:rPr>
          <w:sz w:val="20"/>
        </w:rPr>
        <w:t>2:09:39  mainnekhud aiseaadmi kodikhahai kehbahutihiarammainthi,uski zindagithi. Iskebaad woh ittifaqse aagmainpad gaya, girpada, auriskebaad jal gaya, phurbhi zindabacha.</w:t>
      </w:r>
      <w:r>
        <w:br/>
      </w:r>
      <w:r>
        <w:rPr>
          <w:sz w:val="20"/>
        </w:rPr>
        <w:t>2:09:52  to iskebaad wohkethatha, aisa hi baatboltatha kehjaisekehaskokabhiaramkakabhi dekhahinain. Usne aaram aise hi mar gaya. Woh to dunyaka aaram jwohai, ek sakhtobhulabhooljatay aadmi ko. Agar wohtakleefpad jaye, aage</w:t>
      </w:r>
      <w:r>
        <w:br/>
      </w:r>
      <w:r>
        <w:rPr>
          <w:sz w:val="20"/>
        </w:rPr>
        <w:t>2:10:09  aisanahi keh woharamapko roz roz yaadra</w:t>
      </w:r>
      <w:r>
        <w:br/>
      </w:r>
      <w:r>
        <w:rPr>
          <w:sz w:val="20"/>
        </w:rPr>
        <w:t>2:10:21  khatekhaterahkephir khatam. To basic baat yeh hai keh yahanpar sochneki baat hai keh kiya yeh concept sahihai keh dunyamain temporary life hai hamari, eternal life mautkebaadhai?</w:t>
      </w:r>
      <w:r>
        <w:br/>
      </w:r>
      <w:r>
        <w:rPr>
          <w:sz w:val="20"/>
        </w:rPr>
        <w:t>2:10:34  koisawaliyahanhai keh aadmi yatumanay, yatuyahan rejectkarey.</w:t>
      </w:r>
      <w:r>
        <w:br/>
      </w:r>
      <w:r>
        <w:rPr>
          <w:sz w:val="20"/>
        </w:rPr>
        <w:t>2:10:38  baqijokartehain, wohto yanijojojoo irrelevant point hai, wahanse shuru kartehain. Woh ya jo irrelevant point hai, woh wohanse apni baatko shuru kartehain. Sochna woh woh galat hai. Woh</w:t>
      </w:r>
      <w:r>
        <w:br/>
      </w:r>
      <w:r>
        <w:rPr>
          <w:sz w:val="20"/>
        </w:rPr>
        <w:t>2:10:57  yani agar yeh manliyajaye keh aajkidunya aaj temporary hai, aur eternal life mautkebaad aanewali hai, to sabkuchh yeh sab philosophy bekar rahtihai.</w:t>
      </w:r>
    </w:p>
    <w:p>
      <w:pPr>
        <w:pStyle w:val="Heading2"/>
      </w:pPr>
      <w:r>
        <w:t>Condition for receiving the hadith's promise</w:t>
      </w:r>
    </w:p>
    <w:p>
      <w:r>
        <w:rPr>
          <w:color w:val="666666"/>
          <w:sz w:val="18"/>
        </w:rPr>
        <w:t>Hadith-e-Qudsi April 24, 2014 Maulana Wahiduddin Khan · 4m 46s · at 16:40 · https://youtu.be/DXaqyk0uct0?t=1000</w:t>
      </w:r>
    </w:p>
    <w:p>
      <w:r>
        <w:rPr>
          <w:i/>
        </w:rPr>
        <w:t>“This hadith is very important, but a responsibility is attached.”</w:t>
      </w:r>
    </w:p>
    <w:p>
      <w:r>
        <w:rPr>
          <w:sz w:val="20"/>
        </w:rPr>
        <w:t>16:40  To yeh hadith bohat ziyada aham hai, bohat ziyada aham hai, lekin is hadith ke sath sath aik zimmedari juri hui hai. Agar aap is hadith ka misdaq banna chahtay hain, agar aap is hadith ka misdaq banna chahtay hain, pehle abd baniye,</w:t>
      </w:r>
      <w:r>
        <w:br/>
      </w:r>
      <w:r>
        <w:rPr>
          <w:sz w:val="20"/>
        </w:rPr>
        <w:t>16:59  yani saail ya dua go banne se pehle abd baniye.</w:t>
      </w:r>
      <w:r>
        <w:br/>
      </w:r>
      <w:r>
        <w:rPr>
          <w:sz w:val="20"/>
        </w:rPr>
        <w:t>17:08  Yeh hadith batati hai ke aap saal banne ka istihqaaq hi nahi hoga, aap ko dua karne ka istihqaaq hi aap ko nahi haasil hai is waqt tak jab tak abd abd na banay ga.</w:t>
      </w:r>
      <w:r>
        <w:br/>
      </w:r>
      <w:r>
        <w:rPr>
          <w:sz w:val="20"/>
        </w:rPr>
        <w:t>17:23  To pehle abd baniye, phir yeh hadith aap ke oopar apply hogi.</w:t>
      </w:r>
      <w:r>
        <w:br/>
      </w:r>
      <w:r>
        <w:rPr>
          <w:sz w:val="20"/>
        </w:rPr>
        <w:t>17:33  To yeh hadith bilashuba bohat hi ajeeb hadith hai.</w:t>
      </w:r>
      <w:r>
        <w:br/>
      </w:r>
      <w:r>
        <w:rPr>
          <w:sz w:val="20"/>
        </w:rPr>
        <w:t>17:36  Is mein aik ajeeb basharat hai, bohat hi hopeful hai. Yeh hadith is mein bohat ziyada umeed hai insaan ke liye, lekin kis insaan ke liye?</w:t>
      </w:r>
      <w:r>
        <w:br/>
      </w:r>
      <w:r>
        <w:rPr>
          <w:sz w:val="20"/>
        </w:rPr>
        <w:t>17:51  Sarkash insaan ke liye nahi, jo apni marzi chalaye, us ke liye nahi, jo apna jhanda buland kare, us ke liye nahi, us insaan ke liye jo sach much abd ban chuka ho,</w:t>
      </w:r>
      <w:r>
        <w:br/>
      </w:r>
      <w:r>
        <w:rPr>
          <w:sz w:val="20"/>
        </w:rPr>
        <w:t>18:06  abd Allah ke mayar ke mutabiq, Allah ke criterion ke mutabiq. To phir us ko yeh hadith ke alfaaz, is hadith qudsi ke alfaaz, us par saadiq aa jayen ge.</w:t>
      </w:r>
      <w:r>
        <w:br/>
      </w:r>
      <w:r>
        <w:rPr>
          <w:sz w:val="20"/>
        </w:rPr>
        <w:t>18:24  Falyazn nabiyun ma shaa.</w:t>
      </w:r>
      <w:r>
        <w:br/>
      </w:r>
      <w:r>
        <w:rPr>
          <w:sz w:val="20"/>
        </w:rPr>
        <w:t>18:36  To yeh hadith mukhtalif alfaaz ka atai hai.</w:t>
      </w:r>
      <w:r>
        <w:br/>
      </w:r>
      <w:r>
        <w:rPr>
          <w:sz w:val="20"/>
        </w:rPr>
        <w:t>18:43  Alfaaz mukhtalif hain, lekin sense aik hi hai, aur sense yahi hai ke jo insaan abd ban jaye,</w:t>
      </w:r>
      <w:r>
        <w:br/>
      </w:r>
      <w:r>
        <w:rPr>
          <w:sz w:val="20"/>
        </w:rPr>
        <w:t>18:55  to us ko aik ajeeb o ghareeb nemmat haasil ho jati hai. Nemmat, yeh nemmat ki baat hai, yeh inaam ki baat hai.</w:t>
      </w:r>
      <w:r>
        <w:br/>
      </w:r>
      <w:r>
        <w:rPr>
          <w:sz w:val="20"/>
        </w:rPr>
        <w:t>19:05  Yeh hadith aik inaam ki basharat hai us insaan ke liye jo abd ban jaye.</w:t>
      </w:r>
      <w:r>
        <w:br/>
      </w:r>
      <w:r>
        <w:rPr>
          <w:sz w:val="20"/>
        </w:rPr>
        <w:t>19:21  Jo Hazrat Masih ne kaha tha, jo Bible mein hai ke mango to paao ge, darwaza khatkhatao to tumhara rasta khola jayega.</w:t>
      </w:r>
      <w:r>
        <w:br/>
      </w:r>
      <w:r>
        <w:rPr>
          <w:sz w:val="20"/>
        </w:rPr>
        <w:t>19:33  To mango to paao ge, mani yeh nahi ke bas jo bhi aap maangoge, sab Allah ki taraf se milta rahega aap ko.</w:t>
      </w:r>
      <w:r>
        <w:br/>
      </w:r>
      <w:r>
        <w:rPr>
          <w:sz w:val="20"/>
        </w:rPr>
        <w:t>19:41  Is ka matlab yeh hai ke pehle maangne wale bano, pehle haqeeqi maanon mein, real sense mein maangne wale bano.</w:t>
      </w:r>
      <w:r>
        <w:br/>
      </w:r>
      <w:r>
        <w:rPr>
          <w:sz w:val="20"/>
        </w:rPr>
        <w:t>19:51  Is ke baad jo tum maangoge, Allah huzoor us ko dega tumhein. Agar aap maangne wale hi nahi bane hain, haqeeqi maanon mein aap saail ya talib nahi bane hain, aap ke case jo hai woh sarkash insaan ka case hai,</w:t>
      </w:r>
      <w:r>
        <w:br/>
      </w:r>
      <w:r>
        <w:rPr>
          <w:sz w:val="20"/>
        </w:rPr>
        <w:t>20:09  to aap ka maangna na maangna barabar hai, kuch milne wala nahi hai aap ko. Aaj kal Musalmanon ka haal yeh hai, yeh har jagah sarakshi kar rahe hain.</w:t>
      </w:r>
      <w:r>
        <w:br/>
      </w:r>
      <w:r>
        <w:rPr>
          <w:sz w:val="20"/>
        </w:rPr>
        <w:t>20:18  Yeh saare hungaame jo hain, har jagah mili hungaame, siyasi hungaame, sarakshi ke hungaame hain, aur masjidon mein duaen ho rahi hain in ke liye, thori si duaen ho rahi hain masjidon mein, aur koi qabool nahi hoti.</w:t>
      </w:r>
      <w:r>
        <w:br/>
      </w:r>
      <w:r>
        <w:rPr>
          <w:sz w:val="20"/>
        </w:rPr>
        <w:t>20:34  To in logon ko chahiye ke is hadith par ghor karen, is abd ke lafz par gho</w:t>
      </w:r>
      <w:r>
        <w:br/>
      </w:r>
      <w:r>
        <w:rPr>
          <w:sz w:val="20"/>
        </w:rPr>
        <w:t>20:39  or karen, abd,</w:t>
      </w:r>
      <w:r>
        <w:br/>
      </w:r>
      <w:r>
        <w:rPr>
          <w:sz w:val="20"/>
        </w:rPr>
        <w:t>20:42  abd ke lafz par ghor karen, ana abdi bhi ke woh pehle unhein abd banna tha, ab to bane nahi, aur sarkon ko hungaame shuru kar diye unhon ne,</w:t>
      </w:r>
      <w:r>
        <w:br/>
      </w:r>
      <w:r>
        <w:rPr>
          <w:sz w:val="20"/>
        </w:rPr>
        <w:t>20:59  gun kar ke chala diya unhon ne, abd bane baghair, to is ka koi faida nahi hone wala hai.</w:t>
      </w:r>
      <w:r>
        <w:br/>
      </w:r>
      <w:r>
        <w:rPr>
          <w:sz w:val="20"/>
        </w:rPr>
        <w:t>21:13  to yeh bari ajeeb hadees hai ke ana in dhann abdi bhi falayzn nabbi mashaa,</w:t>
      </w:r>
    </w:p>
    <w:p>
      <w:pPr>
        <w:pStyle w:val="Heading2"/>
      </w:pPr>
      <w:r>
        <w:t>Islam is a flood</w:t>
      </w:r>
    </w:p>
    <w:p>
      <w:r>
        <w:rPr>
          <w:color w:val="666666"/>
          <w:sz w:val="18"/>
        </w:rPr>
        <w:t>Non Complaining Attitude Feb 23, 2019 · 27s · at 19:33 · https://youtu.be/W_UN5PdpeR8?t=1173</w:t>
      </w:r>
    </w:p>
    <w:p>
      <w:r>
        <w:rPr>
          <w:i/>
        </w:rPr>
        <w:t>“Islam ek sailab hai, jo badhta hi rahe ga.”</w:t>
      </w:r>
    </w:p>
    <w:p>
      <w:r>
        <w:rPr>
          <w:sz w:val="20"/>
        </w:rPr>
        <w:t>19:33  islam ek khudai mission hai, to woh janenge ke yeh to rukne wale hain hi nahin, yeh to sailab hai.</w:t>
      </w:r>
      <w:r>
        <w:br/>
      </w:r>
      <w:r>
        <w:rPr>
          <w:sz w:val="20"/>
        </w:rPr>
        <w:t>19:46  as a mission, islam ek sailab hai, woh Allah ne muqaddar kar liya hai ke yeh badhta hi rahe, badhta hi rahe, badhta hi rahe.</w:t>
      </w:r>
    </w:p>
    <w:p>
      <w:pPr>
        <w:pStyle w:val="Heading2"/>
      </w:pPr>
      <w:r>
        <w:t>Opening with Bismillah and date</w:t>
      </w:r>
    </w:p>
    <w:p>
      <w:r>
        <w:rPr>
          <w:color w:val="666666"/>
          <w:sz w:val="18"/>
        </w:rPr>
        <w:t>The Reality of Angels December 01, 2018 · 20s · at 0:13 · https://youtu.be/Tz_yrfnJktA?t=13</w:t>
      </w:r>
    </w:p>
    <w:p>
      <w:r>
        <w:rPr>
          <w:i/>
        </w:rPr>
        <w:t>“Bismillah”</w:t>
      </w:r>
    </w:p>
    <w:p>
      <w:r>
        <w:rPr>
          <w:sz w:val="20"/>
        </w:rPr>
        <w:t>0:13  bismillah rahman rahim.</w:t>
      </w:r>
      <w:r>
        <w:br/>
      </w:r>
      <w:r>
        <w:rPr>
          <w:sz w:val="20"/>
        </w:rPr>
        <w:t>0:20  wasalli allah ala nabiyil karim. yakum december</w:t>
      </w:r>
      <w:r>
        <w:br/>
      </w:r>
      <w:r>
        <w:rPr>
          <w:sz w:val="20"/>
        </w:rPr>
        <w:t>0:27  2018.</w:t>
      </w:r>
    </w:p>
    <w:p>
      <w:pPr>
        <w:pStyle w:val="Heading2"/>
      </w:pPr>
      <w:r>
        <w:t>Prophet forbade excessive praise - La tutrunni</w:t>
      </w:r>
    </w:p>
    <w:p>
      <w:r>
        <w:rPr>
          <w:color w:val="666666"/>
          <w:sz w:val="18"/>
        </w:rPr>
        <w:t>Prophetic Guidance Aug 13, 2017 · 35s · at 16:39 · https://youtu.be/kRWf11h-acQ?t=999</w:t>
      </w:r>
    </w:p>
    <w:p>
      <w:r>
        <w:rPr>
          <w:i/>
        </w:rPr>
        <w:t>“Na'at khwani kya hai? Hadees mein aata hai ke Rasul Allah ne farmaya”</w:t>
      </w:r>
    </w:p>
    <w:p>
      <w:r>
        <w:rPr>
          <w:sz w:val="20"/>
        </w:rPr>
        <w:t>16:39  naat khwani kya hai? hadith mein aata hai ke Rasool Allah ne farmaya tha ummat ko khitab karte hue, "la tutruni kama utrat al-nisa min qabl".</w:t>
      </w:r>
      <w:r>
        <w:br/>
      </w:r>
      <w:r>
        <w:rPr>
          <w:sz w:val="20"/>
        </w:rPr>
        <w:t>16:50  yaani mujh ko barha charha kar mat bayan karna. yeh barha charha kar yahi to hai madah khwani, yahi to hai naat khwani.</w:t>
      </w:r>
      <w:r>
        <w:br/>
      </w:r>
      <w:r>
        <w:rPr>
          <w:sz w:val="20"/>
        </w:rPr>
        <w:t>17:05  "la tutruni" yaani mujh ko barha charha kar, barha charha kar mat bayan karna. "shahanshah-e-konain, sarwar-e-alam" waghera.</w:t>
      </w:r>
      <w:r>
        <w:br/>
      </w:r>
      <w:r>
        <w:rPr>
          <w:sz w:val="20"/>
        </w:rPr>
        <w:t>17:15  naat khwani mat karna. yaani sach poochien to "la tutruni" ka matlab hai mere liye naat khwani mat karna. main main jo wisdom de raha hoon, is wisdom ko lekar sochna.</w:t>
      </w:r>
    </w:p>
    <w:p>
      <w:pPr>
        <w:pStyle w:val="Heading2"/>
      </w:pPr>
      <w:r>
        <w:t>Hadith not personal virtue but historical fact</w:t>
      </w:r>
    </w:p>
    <w:p>
      <w:r>
        <w:rPr>
          <w:color w:val="666666"/>
          <w:sz w:val="18"/>
        </w:rPr>
        <w:t>Prophetic Guidance Aug 13, 2017 · 1m 22s · at 7:03 · https://youtu.be/kRWf11h-acQ?t=423</w:t>
      </w:r>
    </w:p>
    <w:p>
      <w:r>
        <w:rPr>
          <w:i/>
        </w:rPr>
        <w:t>“To aam taur par is hadees ko log lete hain, Nabi ki fazilat ke taur par”</w:t>
      </w:r>
    </w:p>
    <w:p>
      <w:r>
        <w:rPr>
          <w:sz w:val="20"/>
        </w:rPr>
        <w:t>7:03  to aam taur par is hadith ko log lete hain, Nabi ki fazilat ke taur par.</w:t>
      </w:r>
      <w:r>
        <w:br/>
      </w:r>
      <w:r>
        <w:rPr>
          <w:sz w:val="20"/>
        </w:rPr>
        <w:t>7:13  Nabi ki fazilat ke taur par. main sochta raha, sochta raha. to maine socha, meri samajh mein aaya ke ummat kitni badi bhool mein mubtala hai.</w:t>
      </w:r>
      <w:r>
        <w:br/>
      </w:r>
      <w:r>
        <w:rPr>
          <w:sz w:val="20"/>
        </w:rPr>
        <w:t>7:29  sari ummat kitni badi bhool mein mubtala hai. dekhiye, Rasool Allah ne jo baatein kahi hain, woh sab ki sab azma ke taur par hain,</w:t>
      </w:r>
      <w:r>
        <w:br/>
      </w:r>
      <w:r>
        <w:rPr>
          <w:sz w:val="20"/>
        </w:rPr>
        <w:t>7:44  fazilat ke taur par nahi. baad ke logon ne is ko fazilat ke haal mein daal diya. warna wahan kaha tha, "laqad kana lakum fi Rasool Allah".</w:t>
      </w:r>
      <w:r>
        <w:br/>
      </w:r>
      <w:r>
        <w:rPr>
          <w:sz w:val="20"/>
        </w:rPr>
        <w:t>7:59  fazilat ki baat na Quran mein hai, na hadith mein hai. woh sirf azma ki baat hai. to yeh sari baatein jo hain, azma ke mani mein,</w:t>
      </w:r>
      <w:r>
        <w:br/>
      </w:r>
      <w:r>
        <w:rPr>
          <w:sz w:val="20"/>
        </w:rPr>
        <w:t>8:13  example ke mani mein, ek historical fact ke mani mein, woh kisi ek fard ki fazilat ke mani mein nahi hain.</w:t>
      </w:r>
    </w:p>
    <w:p>
      <w:pPr>
        <w:pStyle w:val="Heading2"/>
      </w:pPr>
      <w:r>
        <w:t>Testing a narrator's honesty via a horse trick</w:t>
      </w:r>
    </w:p>
    <w:p>
      <w:r>
        <w:rPr>
          <w:color w:val="666666"/>
          <w:sz w:val="18"/>
        </w:rPr>
        <w:t>Understanding The Importance of Hadith November 20, 2022 · 38s · at 27:45 · https://youtu.be/xwY_Qsz4HSQ?t=1665</w:t>
      </w:r>
    </w:p>
    <w:p>
      <w:r>
        <w:rPr>
          <w:i/>
        </w:rPr>
        <w:t>“Ek aadmi khaali bartan se ghoray ko awaz de raha tha”</w:t>
      </w:r>
    </w:p>
    <w:p>
      <w:r>
        <w:rPr>
          <w:sz w:val="20"/>
        </w:rPr>
        <w:t>27:45  to ek aadmi ke paas suna ke iske paas koi hadith hai, to wahan gaye to wahan dekha ke ek aisi khali bartan le ke woh ghore ko bula raha hai.</w:t>
      </w:r>
      <w:r>
        <w:br/>
      </w:r>
      <w:r>
        <w:rPr>
          <w:sz w:val="20"/>
        </w:rPr>
        <w:t>27:57  aawaz de ke khali bartan, matlab is mein kuch dana nahi tha,</w:t>
      </w:r>
      <w:r>
        <w:br/>
      </w:r>
      <w:r>
        <w:rPr>
          <w:sz w:val="20"/>
        </w:rPr>
        <w:t>28:02  woh ghore ko matlab dhoka de raha tha ke dana hai, is mein tum aao, usko bula raha tha. to unhon ne kaha jab yeh ghore ko dhoka de sakta hai to iski hadithon ka kya bharosa?</w:t>
      </w:r>
      <w:r>
        <w:br/>
      </w:r>
      <w:r>
        <w:rPr>
          <w:sz w:val="20"/>
        </w:rPr>
        <w:t>28:13  to woh wapas aa gaye, us se hadith nahi liya. to itna ziyada in logon ne, ji, dhyan kiya is baat par. ji, bohat hi dilchasp qissa bataya aap</w:t>
      </w:r>
    </w:p>
    <w:p>
      <w:pPr>
        <w:pStyle w:val="Heading2"/>
      </w:pPr>
      <w:r>
        <w:t>Muslims as a protest committee</w:t>
      </w:r>
    </w:p>
    <w:p>
      <w:r>
        <w:rPr>
          <w:color w:val="666666"/>
          <w:sz w:val="18"/>
        </w:rPr>
        <w:t>Hadith Prediction November 3, 2013 · 27s · at 18:49 · https://youtu.be/cb5Lzw9c8aE?t=1129</w:t>
      </w:r>
    </w:p>
    <w:p>
      <w:r>
        <w:rPr>
          <w:i/>
        </w:rPr>
        <w:t>“America ki shikayat, Yahoodi shikayat, Hindu ki shikayat, aur Europe ki shikayat”</w:t>
      </w:r>
    </w:p>
    <w:p>
      <w:r>
        <w:rPr>
          <w:sz w:val="20"/>
        </w:rPr>
        <w:t>18:49  america ki shikayat, yahudi shikayat, hindu ki shikayat, aur europe ki shikayat, har aadmi bas ek na ek enemy daryaft ki hui hai, us ki shikayat karta rehta hai.</w:t>
      </w:r>
      <w:r>
        <w:br/>
      </w:r>
      <w:r>
        <w:rPr>
          <w:sz w:val="20"/>
        </w:rPr>
        <w:t>19:03  complaint, protest, yani poori muslim ummat protestant committee ban gayi. poori muslim committee jo is waqt hai, woh protestant committee ban gayi hai.</w:t>
      </w:r>
    </w:p>
    <w:p>
      <w:pPr>
        <w:pStyle w:val="Heading2"/>
      </w:pPr>
      <w:r>
        <w:t>political interpretation of Islam behind today's conflicts</w:t>
      </w:r>
    </w:p>
    <w:p>
      <w:r>
        <w:rPr>
          <w:color w:val="666666"/>
          <w:sz w:val="18"/>
        </w:rPr>
        <w:t>History of Islamic Learning May 14, 2006 Part 2 · 2m 20s · at 36:26 · https://youtu.be/snrt_NRyjLI?t=2186</w:t>
      </w:r>
    </w:p>
    <w:p>
      <w:r>
        <w:rPr>
          <w:i/>
        </w:rPr>
        <w:t>“اسلام کا پولیٹیکل انٹرپریٹیشن دیا گیا — اسی وجہ سے ہر جگہ لڑائی ہے”</w:t>
      </w:r>
    </w:p>
    <w:p>
      <w:r>
        <w:rPr>
          <w:sz w:val="20"/>
        </w:rPr>
        <w:t>36:26  isi tarah se is zamanay mein dekhiye, aap islam ke ka political interpretation diya gaya. isi ka nateeja hai ke har jagah larai chhi hui hai.</w:t>
      </w:r>
      <w:r>
        <w:br/>
      </w:r>
      <w:r>
        <w:rPr>
          <w:sz w:val="20"/>
        </w:rPr>
        <w:t>36:35  muslim mulkon mein kya hai ke parties jo hain, woh wahan ke rulers se lad rahi hain. har muslim mulk mein jo muslim wahan par ruling hesiyat mein hain, un se larai chhi hui hai.</w:t>
      </w:r>
      <w:r>
        <w:br/>
      </w:r>
      <w:r>
        <w:rPr>
          <w:sz w:val="20"/>
        </w:rPr>
        <w:t>36:48  jamaaton ki, so called islami jamaaton ki, yeh kyun hai? yeh wrong interpretation diya gaya hai islam ka, jis ko mein kehta hoon political interpretation.</w:t>
      </w:r>
      <w:r>
        <w:br/>
      </w:r>
      <w:r>
        <w:rPr>
          <w:sz w:val="20"/>
        </w:rPr>
        <w:t>36:58  yani yeh bataya gaya hai ke islam aik political system hai aur islam ko chahiye ke woh rule kare.</w:t>
      </w:r>
      <w:r>
        <w:br/>
      </w:r>
      <w:r>
        <w:rPr>
          <w:sz w:val="20"/>
        </w:rPr>
        <w:t>37:04  to ab in ko dekhte hain ke yeh to secular log hain, to in ko kehte hain ke woh hatao, in ko in seat karo aur islam ko lao wahan par, jaisa ke afghanistan mein hua, pakistan mein, har muslim mulk mein hi ho raha hai.</w:t>
      </w:r>
      <w:r>
        <w:br/>
      </w:r>
      <w:r>
        <w:rPr>
          <w:sz w:val="20"/>
        </w:rPr>
        <w:t>37:15  yeh wrong interpretation hai. islam political system nahi hai, islam spiritual system hai. islam yeh hai ke aap khuda se daren, aap khuda ko discover karein, aap paradise ke hareese banein, khuda ka jo kaise plan hai, us ko jaanein, us ke mutabiq apne andar tabdeeli laayein,</w:t>
      </w:r>
      <w:r>
        <w:br/>
      </w:r>
      <w:r>
        <w:rPr>
          <w:sz w:val="20"/>
        </w:rPr>
        <w:t>37:34  khuda ke bande bankar duniya mein rahein, jis mein modesty ho, jis mein woh qualities hon jo batai gayi hain quran o hadees mein.</w:t>
      </w:r>
      <w:r>
        <w:br/>
      </w:r>
      <w:r>
        <w:rPr>
          <w:sz w:val="20"/>
        </w:rPr>
        <w:t>37:45  to political interpretation bhi aik wrong interpretation hai islam ka, jis ki wajah se aaj kal har jagah laraiyan chhi hui hain.</w:t>
      </w:r>
      <w:r>
        <w:br/>
      </w:r>
      <w:r>
        <w:rPr>
          <w:sz w:val="20"/>
        </w:rPr>
        <w:t>37:53  is tarah se jo in teen discipline ko chhod kar, jo mein ne pehle arz kiya, jitnay bhi discipline doosray hain, sab shikar hue hain wrong interpretation ka.</w:t>
      </w:r>
      <w:r>
        <w:br/>
      </w:r>
      <w:r>
        <w:rPr>
          <w:sz w:val="20"/>
        </w:rPr>
        <w:t>38:05  to baad ke scholars ka yeh bohat bara kaam hai ke woh re-write karein aur islam ki true picture ko numayan karein, warna yeh jo shakal ban gayi hai ke islam doosray mazhabon jaisa ban gaya hai,</w:t>
      </w:r>
      <w:r>
        <w:br/>
      </w:r>
      <w:r>
        <w:rPr>
          <w:sz w:val="20"/>
        </w:rPr>
        <w:t>38:17  doosray mazhab bane hain text mein milawat ki wajah se, yahan par kya hua? galat interpretation ki wajah se. to yeh hai kaam jo karna hai hum sab logon ko, aur Allah taala hum sab ko tofeeq de ke hum yeh sab kaam karein, aur Allah taala ke deen par jo ghubar aa gaya hai galat interpretation ka, us ghubar ko hatayein, islam ka jo sacha face hai, woh logon ke samnay aa sake.</w:t>
      </w:r>
    </w:p>
    <w:p>
      <w:pPr>
        <w:pStyle w:val="Heading2"/>
      </w:pPr>
      <w:r>
        <w:t>Full lecture on hadith about love and poverty</w:t>
      </w:r>
    </w:p>
    <w:p>
      <w:r>
        <w:rPr>
          <w:color w:val="666666"/>
          <w:sz w:val="18"/>
        </w:rPr>
        <w:t>Why God gives Shocks to a Person September 22, 2018 · 2m 57s · at 0:14 · https://youtu.be/dG3v31RusHo?t=14</w:t>
      </w:r>
    </w:p>
    <w:p>
      <w:r>
        <w:rPr>
          <w:i/>
        </w:rPr>
        <w:t>“Bismillah ir-Rahman ir-Rahim, wa salli ala an-Nabi al-Kareem.”</w:t>
      </w:r>
    </w:p>
    <w:p>
      <w:r>
        <w:rPr>
          <w:sz w:val="20"/>
        </w:rPr>
        <w:t>0:14  Bismillah-ir-Rahman-ir-Rahim, wa sallallahu 'ala-n-nabiyyi-l-kareem.</w:t>
      </w:r>
      <w:r>
        <w:br/>
      </w:r>
      <w:r>
        <w:rPr>
          <w:sz w:val="20"/>
        </w:rPr>
        <w:t>0:27  22 September 2018.</w:t>
      </w:r>
      <w:r>
        <w:br/>
      </w:r>
      <w:r>
        <w:rPr>
          <w:sz w:val="20"/>
        </w:rPr>
        <w:t>0:35  aaj ke liye, aaj ke dars ke liye, ek hadith ka intikhab kiya gaya hai.</w:t>
      </w:r>
      <w:r>
        <w:br/>
      </w:r>
      <w:r>
        <w:rPr>
          <w:sz w:val="20"/>
        </w:rPr>
        <w:t>0:45  woh hadith</w:t>
      </w:r>
      <w:r>
        <w:br/>
      </w:r>
      <w:r>
        <w:rPr>
          <w:sz w:val="20"/>
        </w:rPr>
        <w:t>0:48  pehley aap ke samne parhi jayegi, is ke baad is par inshallah kuch arz kiya jayega.</w:t>
      </w:r>
      <w:r>
        <w:br/>
      </w:r>
      <w:r>
        <w:rPr>
          <w:sz w:val="20"/>
        </w:rPr>
        <w:t>0:59  an Abdullah ibn Mughaffal qala: qala rajulun li-n-nabiyyi sallallahu 'alayhi wa sallam:</w:t>
      </w:r>
      <w:r>
        <w:br/>
      </w:r>
      <w:r>
        <w:rPr>
          <w:sz w:val="20"/>
        </w:rPr>
        <w:t>1:07  "ya rasool Allah, wallah inni lahubbuk." kaha us se: "dekho tum kya keh rahe ho." kaha: "wallah inni lahubbuk" teen martaba.</w:t>
      </w:r>
      <w:r>
        <w:br/>
      </w:r>
      <w:r>
        <w:rPr>
          <w:sz w:val="20"/>
        </w:rPr>
        <w:t>1:19  kaha: "agar tum mujh se muhabbat karte ho to tayyari kar lo bohat sakht faqir ki, kyun ke faqr us se ziyada tezi se utarta hai jaisa ke sailab dhalwan ki taraf utarta hai." sunan tirmazi hadith number 2350.</w:t>
      </w:r>
      <w:r>
        <w:br/>
      </w:r>
      <w:r>
        <w:rPr>
          <w:sz w:val="20"/>
        </w:rPr>
        <w:t>1:35  abdullah bin mughaffal se riwayat hai ke ek aadmi ne nabi sallallahu alaihi wasallam se kaha: "ae Allah ke rasool,</w:t>
      </w:r>
      <w:r>
        <w:br/>
      </w:r>
      <w:r>
        <w:rPr>
          <w:sz w:val="20"/>
        </w:rPr>
        <w:t>1:42  Allah ki qasam, main aap se muhabbat karta hoon." aap ne un se kaha: "soch lo tum kya keh rahe ho." us ne kaha: "Allah ki qasam, main aap se muhabbat karta hoon." aisa us ne teen martaba kaha.</w:t>
      </w:r>
      <w:r>
        <w:br/>
      </w:r>
      <w:r>
        <w:rPr>
          <w:sz w:val="20"/>
        </w:rPr>
        <w:t>1:59  aap ne kaha: "agar tum mujh se muhabbat karte ho to tayyari kar lo bohat hi sakht qism ke faqr ke liye, kyun ke jo mujh se muhabbat kare us ki taraf faqr us se bhi ziyada tezi se utarta hai jaisa ke sailab dhalwan ki taraf utarta hai."</w:t>
      </w:r>
      <w:r>
        <w:br/>
      </w:r>
      <w:r>
        <w:rPr>
          <w:sz w:val="20"/>
        </w:rPr>
        <w:t>2:16  dekhiye, yeh yeh jo rasool, yeh jo hadith hai, is mein kehne wala yeh kehta hai ke "main aap se muhabbat karta hoon." is ka matlab kis ka kya hai?</w:t>
      </w:r>
      <w:r>
        <w:br/>
      </w:r>
      <w:r>
        <w:rPr>
          <w:sz w:val="20"/>
        </w:rPr>
        <w:t>2:37  yeh koi love affair ki baat nahi hai.</w:t>
      </w:r>
      <w:r>
        <w:br/>
      </w:r>
      <w:r>
        <w:rPr>
          <w:sz w:val="20"/>
        </w:rPr>
        <w:t>2:41  is ka matlab hai ke "main aap ke rastay par chalna chahta hoon</w:t>
      </w:r>
    </w:p>
    <w:p>
      <w:pPr>
        <w:pStyle w:val="Heading2"/>
      </w:pPr>
      <w:r>
        <w:t>Caliph Umar ibn Abdul Aziz orders hadith compilation</w:t>
      </w:r>
    </w:p>
    <w:p>
      <w:r>
        <w:rPr>
          <w:color w:val="666666"/>
          <w:sz w:val="18"/>
        </w:rPr>
        <w:t>Understanding The Importance of Hadith November 20, 2022 · 2m 25s · at 30:01 · https://youtu.be/xwY_Qsz4HSQ?t=1801</w:t>
      </w:r>
    </w:p>
    <w:p>
      <w:r>
        <w:rPr>
          <w:i/>
        </w:rPr>
        <w:t>“Unhon ne farmaan bheja ke jahan jahan hadithein milein jama ki jayein”</w:t>
      </w:r>
    </w:p>
    <w:p>
      <w:r>
        <w:rPr>
          <w:sz w:val="20"/>
        </w:rPr>
        <w:t>30:01  to individual level pe to kaam shuru se ho raha tha, lekin officially level pe Hazrat Umar Ibn Abdul Aziz, jo ke panchwein Khalifa Rashid kahe jaate hain, to unke zamane mein hua.</w:t>
      </w:r>
      <w:r>
        <w:br/>
      </w:r>
      <w:r>
        <w:rPr>
          <w:sz w:val="20"/>
        </w:rPr>
        <w:t>30:13  to</w:t>
      </w:r>
      <w:r>
        <w:br/>
      </w:r>
      <w:r>
        <w:rPr>
          <w:sz w:val="20"/>
        </w:rPr>
        <w:t>30:14  kehte hain keh woh ek parast thay, to shuru mein bohat hi aish o ishrat ki zindagi guzarte thay, lekin jab unko khilafat mili to unhone sab kuch chhod diya, bilkul saada zindagi, Khuda se dar ke,</w:t>
      </w:r>
      <w:r>
        <w:br/>
      </w:r>
      <w:r>
        <w:rPr>
          <w:sz w:val="20"/>
        </w:rPr>
        <w:t>30:29  har waqt ibadat karte rehna, masjid mein rehna. to is tarah ki unki zindagi thi. to unko yeh baat iska ehsaas hua keh sab sahaba log chale jayenge, tabeyi chale jayenge, to hum kya hoga?</w:t>
      </w:r>
      <w:r>
        <w:br/>
      </w:r>
      <w:r>
        <w:rPr>
          <w:sz w:val="20"/>
        </w:rPr>
        <w:t>30:42  to unhone kaha keh ilm, isi ko ilm, isi ko ilm kaha jata tha, hadees ki knowledge ko ilm kaha jata tha, to ilm mit jayega.</w:t>
      </w:r>
      <w:r>
        <w:br/>
      </w:r>
      <w:r>
        <w:rPr>
          <w:sz w:val="20"/>
        </w:rPr>
        <w:t>30:51  to ab chuki woh Khalifa thay, to unhone sarkari taur par tamam logon ko, tamam amileen ko, governors ko, tamam hukam ko, ah, farman bheje keh is ilaaqe mein jahan jahan bhi hadeesein mili, usko jama kiya jaye.</w:t>
      </w:r>
      <w:r>
        <w:br/>
      </w:r>
      <w:r>
        <w:rPr>
          <w:sz w:val="20"/>
        </w:rPr>
        <w:t>31:09  to is tarike se, kyunke woh Khalifa thay, to unka to farman jo hai, woh ispar poori tarike se amal, ah, hua, aur har jagah logon ne jama karna shuru kiya.</w:t>
      </w:r>
      <w:r>
        <w:br/>
      </w:r>
      <w:r>
        <w:rPr>
          <w:sz w:val="20"/>
        </w:rPr>
        <w:t>31:22  aur jo Ibn Shihab Al-Zuhri wohi, woh iske iske hi head ab das, ah, poora campaign ke head banaye gaye, aur woh unka unka hafiza bhi bohat bohat acha tha.</w:t>
      </w:r>
      <w:r>
        <w:br/>
      </w:r>
      <w:r>
        <w:rPr>
          <w:sz w:val="20"/>
        </w:rPr>
        <w:t>31:37  to unhone bohat mehnat se isko tamam jo hadeesein jama ho rahi thi, usko madon kiya. phir uske baad Hazrat Umar Ibn Abdul Aziz ne iski naqlein tayyar kien.</w:t>
      </w:r>
      <w:r>
        <w:br/>
      </w:r>
      <w:r>
        <w:rPr>
          <w:sz w:val="20"/>
        </w:rPr>
        <w:t>31:49  to yeh log ghar ghar jaakar hadeesein jama karte thay, door daraz ka safar kiya karte thay, pata chal jata tha kisi ek aadmi ko doosre shehar mein uske paas ek hadees hai, to woh bas oont par baith ke wahan chal padte thay.</w:t>
      </w:r>
      <w:r>
        <w:br/>
      </w:r>
      <w:r>
        <w:rPr>
          <w:sz w:val="20"/>
        </w:rPr>
        <w:t>32:04  to din raat bas woh usi kaam mein lage rehte thay. to is tarike se Hazrat Umar Ibn Abdul Aziz ka yeh bohat bada contribution tha, halanke woh do do saal hi Khalifa rahe, to lekin unhone ek ek poori muhim chaladi thi, woh unke baad bhi log jama karte rahe hadeeson ko.</w:t>
      </w:r>
    </w:p>
    <w:p>
      <w:pPr>
        <w:pStyle w:val="Heading2"/>
      </w:pPr>
      <w:r>
        <w:t>God forbids oppression among people</w:t>
      </w:r>
    </w:p>
    <w:p>
      <w:r>
        <w:rPr>
          <w:color w:val="666666"/>
          <w:sz w:val="18"/>
        </w:rPr>
        <w:t>Positive Thinking 7 May 2014 - Maulana Wahiduddin Khan · 28s · at 1:20 · https://youtu.be/D6zupEZ6LLw?t=80</w:t>
      </w:r>
    </w:p>
    <w:p>
      <w:r>
        <w:rPr>
          <w:i/>
        </w:rPr>
        <w:t>“Maine apne oopar zulm ko haraam kar liya hai”</w:t>
      </w:r>
    </w:p>
    <w:p>
      <w:r>
        <w:rPr>
          <w:sz w:val="20"/>
        </w:rPr>
        <w:t>1:20  mein ne apne oper zulm ko haram kar liya hai, aur mein ne tumhare darmiyan bhi zulm ko haram kar diya, to tum aapas mein zulm na karo.</w:t>
      </w:r>
      <w:r>
        <w:br/>
      </w:r>
      <w:r>
        <w:rPr>
          <w:sz w:val="20"/>
        </w:rPr>
        <w:t>1:33  ae mere bando! tum sab ke sab bhatke hue ho, magar woh shakhs jis ko mein hidayat doon, to tum mujh se hidayat talab karo, mein tum ko hidayat doon ga.</w:t>
      </w:r>
    </w:p>
    <w:p>
      <w:pPr>
        <w:pStyle w:val="Heading2"/>
      </w:pPr>
      <w:r>
        <w:t>Future vision as Sunnah</w:t>
      </w:r>
    </w:p>
    <w:p>
      <w:r>
        <w:rPr>
          <w:color w:val="666666"/>
          <w:sz w:val="18"/>
        </w:rPr>
        <w:t>Non Complaining Attitude Feb 23, 2019 · 2m 41s · at 13:07 · https://youtu.be/W_UN5PdpeR8?t=787</w:t>
      </w:r>
    </w:p>
    <w:p>
      <w:r>
        <w:rPr>
          <w:i/>
        </w:rPr>
        <w:t>“Woh hai mustaqbil-bini, seeing the future.”</w:t>
      </w:r>
    </w:p>
    <w:p>
      <w:r>
        <w:rPr>
          <w:sz w:val="20"/>
        </w:rPr>
        <w:t>13:07  woh hai mustaqbil bini, seeing the future.</w:t>
      </w:r>
      <w:r>
        <w:br/>
      </w:r>
      <w:r>
        <w:rPr>
          <w:sz w:val="20"/>
        </w:rPr>
        <w:t>13:17  future ko dekhna, future ko dekh kar rai qaim karna. rasool Allah salallaho alaihi wasallam ne is waqt ke makka mein jo kaha tha ke agar tum meri baat ko maan loge to arab o ajam tumhare matahat ho jayenge.</w:t>
      </w:r>
      <w:r>
        <w:br/>
      </w:r>
      <w:r>
        <w:rPr>
          <w:sz w:val="20"/>
        </w:rPr>
        <w:t>13:40  yeh is waqt to aisa tha nahi, yeh to future ki baat thi. to rasool Allah ne jo baat kahi woh mustaqbil bini ke tehat thi,</w:t>
      </w:r>
      <w:r>
        <w:br/>
      </w:r>
      <w:r>
        <w:rPr>
          <w:sz w:val="20"/>
        </w:rPr>
        <w:t>13:55  yani future ko dekh kar aap ne farmaya tha. ab aaj ke musalman agar is sunnat ko ikhtiyar karein, is sunnat ko ikhtiyar karein</w:t>
      </w:r>
      <w:r>
        <w:br/>
      </w:r>
      <w:r>
        <w:rPr>
          <w:sz w:val="20"/>
        </w:rPr>
        <w:t>14:11  to woh kya bolenge? woh bolenge ke yeh deen jo hai Allah ka deen itna phailne wala hai, itna phail raha hai,</w:t>
      </w:r>
      <w:r>
        <w:br/>
      </w:r>
      <w:r>
        <w:rPr>
          <w:sz w:val="20"/>
        </w:rPr>
        <w:t>14:27  itna phail raha hai</w:t>
      </w:r>
      <w:r>
        <w:br/>
      </w:r>
      <w:r>
        <w:rPr>
          <w:sz w:val="20"/>
        </w:rPr>
        <w:t>14:32  ke koi rukawat rukawat na rahe, koi unka dushman na rahe, har taraf peace hasil ho jaye unko.</w:t>
      </w:r>
      <w:r>
        <w:br/>
      </w:r>
      <w:r>
        <w:rPr>
          <w:sz w:val="20"/>
        </w:rPr>
        <w:t>14:44  ek yani ek favorable halat mein woh apna dawat ka kaam kar sakein.</w:t>
      </w:r>
      <w:r>
        <w:br/>
      </w:r>
      <w:r>
        <w:rPr>
          <w:sz w:val="20"/>
        </w:rPr>
        <w:t>14:57  to is is ki wajah kya hai? is ki wajah yeh hai ke hamare log jo hain sunnat rasool ko sirf partial sense mein jante hain, kuch فنی pehlu ko nikalte hain is mein se, koi masle misaal nikalte hain.</w:t>
      </w:r>
      <w:r>
        <w:br/>
      </w:r>
      <w:r>
        <w:rPr>
          <w:sz w:val="20"/>
        </w:rPr>
        <w:t>15:18  mustaqbil bini ki jo is mein ek sunnat rasool hai, yani future ko dekh kar rai qaim karne ki jo sunnat rasool hai, is se bilkul bekhabar hain,</w:t>
      </w:r>
      <w:r>
        <w:br/>
      </w:r>
      <w:r>
        <w:rPr>
          <w:sz w:val="20"/>
        </w:rPr>
        <w:t>15:34  is se bekhabar hain. agar woh janein to kya hoga? bajaye shukr ke, bajaye shikayat ke, woh shukr karenge.</w:t>
      </w:r>
    </w:p>
    <w:p>
      <w:pPr>
        <w:pStyle w:val="Heading2"/>
      </w:pPr>
      <w:r>
        <w:t>Hadith on self-reckoning</w:t>
      </w:r>
    </w:p>
    <w:p>
      <w:r>
        <w:rPr>
          <w:color w:val="666666"/>
          <w:sz w:val="18"/>
        </w:rPr>
        <w:t>The Concept of Accountability in Islam (English) | June 21, 2007 | Maulana Wahiduddin Khan · 30s · at 10:58 · https://youtu.be/g-GqrJp9iTY?t=658</w:t>
      </w:r>
    </w:p>
    <w:p>
      <w:r>
        <w:rPr>
          <w:i/>
        </w:rPr>
        <w:t>“There is a hadith”</w:t>
      </w:r>
    </w:p>
    <w:p>
      <w:r>
        <w:rPr>
          <w:sz w:val="20"/>
        </w:rPr>
        <w:t>10:58  There is a hadith: "It means that reckon yourself before to be reckoned by God." Reckon yourself before</w:t>
      </w:r>
      <w:r>
        <w:br/>
      </w:r>
      <w:r>
        <w:rPr>
          <w:sz w:val="20"/>
        </w:rPr>
        <w:t>11:13  you are re</w:t>
      </w:r>
    </w:p>
    <w:p>
      <w:pPr>
        <w:pStyle w:val="Heading2"/>
      </w:pPr>
      <w:r>
        <w:t>Complete hadith discussion intro</w:t>
      </w:r>
    </w:p>
    <w:p>
      <w:r>
        <w:rPr>
          <w:color w:val="666666"/>
          <w:sz w:val="18"/>
        </w:rPr>
        <w:t>War And Peace November 15, 2013 Maulana Wahiduddin Khan · 1m 56s · at 0:14 · https://youtu.be/dxgn0Pp7iVQ?t=14</w:t>
      </w:r>
    </w:p>
    <w:p>
      <w:r>
        <w:rPr>
          <w:i/>
        </w:rPr>
        <w:t>“15 November 2013. An Abdullah ibn Abi Aufa:”</w:t>
      </w:r>
    </w:p>
    <w:p>
      <w:r>
        <w:rPr>
          <w:sz w:val="20"/>
        </w:rPr>
        <w:t>0:14  15 november 2013. an abdullah ibn abi aufa: "in rasool allah sallallahu alaihi wasallam fi ba'z ayyamihi, allati laqa fiha al-'aduw,</w:t>
      </w:r>
      <w:r>
        <w:br/>
      </w:r>
      <w:r>
        <w:rPr>
          <w:sz w:val="20"/>
        </w:rPr>
        <w:t>0:27  intazar hatta malat al-shams, thumma qama fi al-nas fa-qal: ayyuha al-nas,</w:t>
      </w:r>
      <w:r>
        <w:br/>
      </w:r>
      <w:r>
        <w:rPr>
          <w:sz w:val="20"/>
        </w:rPr>
        <w:t>0:34  la tamannu liqa' al-'aduw, wa-as'alu allaha al-'afiyah, fa-idha laqaytumuhum fa-asbiru, wa-a'lamu anna al-jannata tahta zilali al-suyuf." thumma qala:</w:t>
      </w:r>
      <w:r>
        <w:br/>
      </w:r>
      <w:r>
        <w:rPr>
          <w:sz w:val="20"/>
        </w:rPr>
        <w:t>0:48  "allahumma munzil al-kitab, wa-mujri al-sahab, wa-hazim al-ahzab, hazimhum wa-nsurna 'alayhim." bukhari, hadith number 30, 24, 30, 25.</w:t>
      </w:r>
      <w:r>
        <w:br/>
      </w:r>
      <w:r>
        <w:rPr>
          <w:sz w:val="20"/>
        </w:rPr>
        <w:t>1:03  is hadith ka tarjuma hai: abdullah bin abi aufa se riwayat hai ke rasool allah sallallahu alaihi wasallam ba'z un safaron mein jin mein dushman se amna samna hua, us waqt tak intazar karte jab tak suraj dhal na jata, phir logon mein khare hote aur farmate: "ae logon!</w:t>
      </w:r>
      <w:r>
        <w:br/>
      </w:r>
      <w:r>
        <w:rPr>
          <w:sz w:val="20"/>
        </w:rPr>
        <w:t>1:24  dushman se muqable ki tamanna na karo, allah se afiyat talab karo, aur agar tumhara dushman se muqabla ho to sabr karo, aur yeh jaan lo ke jannat talwaron ke saye mein hai." phir kaha: "ae allah!</w:t>
      </w:r>
      <w:r>
        <w:br/>
      </w:r>
      <w:r>
        <w:rPr>
          <w:sz w:val="20"/>
        </w:rPr>
        <w:t>1:38  kitab ke nazil karne wale aur lashkaroon ko shikast dene wale, unhein shikast de aur hamein un par ghalba ata farma." molana, is hadith ko wazeh kijiye.</w:t>
      </w:r>
      <w:r>
        <w:br/>
      </w:r>
      <w:r>
        <w:rPr>
          <w:sz w:val="20"/>
        </w:rPr>
        <w:t>1:50  bismillah rahman rahim.</w:t>
      </w:r>
      <w:r>
        <w:br/>
      </w:r>
      <w:r>
        <w:rPr>
          <w:sz w:val="20"/>
        </w:rPr>
        <w:t>1:56  yeh hadith jo aap ne suni, yeh qital yani war ke masle ko samajhne ke liye bohat aham hai.</w:t>
      </w:r>
    </w:p>
    <w:p>
      <w:pPr>
        <w:pStyle w:val="Heading2"/>
      </w:pPr>
      <w:r>
        <w:t>Imperial mindset in Islamic thought</w:t>
      </w:r>
    </w:p>
    <w:p>
      <w:r>
        <w:rPr>
          <w:color w:val="666666"/>
          <w:sz w:val="18"/>
        </w:rPr>
        <w:t>Hadith Prediction November 3, 2013 · 2m 09s · at 11:07 · https://youtu.be/cb5Lzw9c8aE?t=667</w:t>
      </w:r>
    </w:p>
    <w:p>
      <w:r>
        <w:rPr>
          <w:i/>
        </w:rPr>
        <w:t>“I want to give some examples.”</w:t>
      </w:r>
    </w:p>
    <w:p>
      <w:r>
        <w:rPr>
          <w:sz w:val="20"/>
        </w:rPr>
        <w:t>11:07  is ki is ki mein kuch misaal dena chahta hoon. dekhein, yeh log jo aaye thay,</w:t>
      </w:r>
      <w:r>
        <w:br/>
      </w:r>
      <w:r>
        <w:rPr>
          <w:sz w:val="20"/>
        </w:rPr>
        <w:t>11:17  yaani empire se nikal kar ke, un ka mindset kya tha</w:t>
      </w:r>
      <w:r>
        <w:br/>
      </w:r>
      <w:r>
        <w:rPr>
          <w:sz w:val="20"/>
        </w:rPr>
        <w:t>11:21  , woh sab ke sab imperial culture ko maante thay. imperial culture ke tehat un ka mindset bana tha. imperial culture kya hota hai?</w:t>
      </w:r>
      <w:r>
        <w:br/>
      </w:r>
      <w:r>
        <w:rPr>
          <w:sz w:val="20"/>
        </w:rPr>
        <w:t>11:32  aik bara hai, baqi sab chhotay hain. yaani ruler aur ruled ka equation hota hai, king aur subject ka equation hota hai.</w:t>
      </w:r>
      <w:r>
        <w:br/>
      </w:r>
      <w:r>
        <w:rPr>
          <w:sz w:val="20"/>
        </w:rPr>
        <w:t>11:40  wahan par</w:t>
      </w:r>
      <w:r>
        <w:br/>
      </w:r>
      <w:r>
        <w:rPr>
          <w:sz w:val="20"/>
        </w:rPr>
        <w:t>11:44  wohi culture ko unhon ne Islam mein dakhil kar diya, aur usi ki bina par unhon ne Rasool ko itna bara darja diya ke us ko Khuda se mila diya, aur aam logon ka darja kuch bhi nahi.</w:t>
      </w:r>
      <w:r>
        <w:br/>
      </w:r>
      <w:r>
        <w:rPr>
          <w:sz w:val="20"/>
        </w:rPr>
        <w:t>11:55  isi isi se paida hue tamam, yaani azmat Rasool ke aqeeday.</w:t>
      </w:r>
      <w:r>
        <w:br/>
      </w:r>
      <w:r>
        <w:rPr>
          <w:sz w:val="20"/>
        </w:rPr>
        <w:t>12:03  is ka aik, yaani is ki aik misaal yeh hai ke hamaray aik bohat baray scholar ne aik kitaab likhi seerat par, seerat Rasool par.</w:t>
      </w:r>
      <w:r>
        <w:br/>
      </w:r>
      <w:r>
        <w:rPr>
          <w:sz w:val="20"/>
        </w:rPr>
        <w:t>12:16  bohat hi top ke scholar ki baat hai yeh. is mein unhon ne likha ke is ke shuru mein aik safha ke aik gadaye be nawa shahanshah konain ke darbar mein ikhlas o aqeedat ki nazar le kar aaya hai.</w:t>
      </w:r>
      <w:r>
        <w:br/>
      </w:r>
      <w:r>
        <w:rPr>
          <w:sz w:val="20"/>
        </w:rPr>
        <w:t>12:32  kaha peghambar to shah shahanshah konain hain, baqi log gadaye be nawa hain. yeh kahan se aaya hai? yeh imperial culture se aaya hai ke aik insaan shah shah konain hai, baqi sab log jo hain gadaye be nawa hain.</w:t>
      </w:r>
      <w:r>
        <w:br/>
      </w:r>
      <w:r>
        <w:rPr>
          <w:sz w:val="20"/>
        </w:rPr>
        <w:t>12:50  to yeh saada baat nahi hai, yeh bohat hi zyada serious baat hai, bohat zyada serious.</w:t>
      </w:r>
      <w:r>
        <w:br/>
      </w:r>
      <w:r>
        <w:rPr>
          <w:sz w:val="20"/>
        </w:rPr>
        <w:t>12:59  yeh saada baat nahi hai, bohat serious baat hai. kyunke dekhiye, quran mein bohat si baatein aisi hain jo wahid ke sadqe mein hain, yaani rasool ke hawale se hain.</w:t>
      </w:r>
    </w:p>
    <w:p>
      <w:pPr>
        <w:pStyle w:val="Heading2"/>
      </w:pPr>
      <w:r>
        <w:t>Hadith on words counted as hypocrisy</w:t>
      </w:r>
    </w:p>
    <w:p>
      <w:r>
        <w:rPr>
          <w:color w:val="666666"/>
          <w:sz w:val="18"/>
        </w:rPr>
        <w:t>Character Building March 25, 2017 · 25s · at 2:21 · https://youtu.be/GTuBwenwkco?t=141</w:t>
      </w:r>
    </w:p>
    <w:p>
      <w:r>
        <w:rPr>
          <w:i/>
        </w:rPr>
        <w:t>“An Sulaik bin Muthal al-Ghutafani qala”</w:t>
      </w:r>
    </w:p>
    <w:p>
      <w:r>
        <w:rPr>
          <w:sz w:val="20"/>
        </w:rPr>
        <w:t>2:21  aur musnad ahmad mein hai: "anna sulayk bin mathhal al-ghatafani qalu kharaja alayna hudhayfah wa nahnu natahadathu faqala innakum lataklamoona kalamman,</w:t>
      </w:r>
      <w:r>
        <w:br/>
      </w:r>
      <w:r>
        <w:rPr>
          <w:sz w:val="20"/>
        </w:rPr>
        <w:t>2:35  inna kunna lanaddu ala ahd rasool allah sallallahu alaihi wa sallam an-nifaq." musnad ahmad hadith number 23262.</w:t>
      </w:r>
    </w:p>
    <w:p>
      <w:pPr>
        <w:pStyle w:val="Heading2"/>
      </w:pPr>
      <w:r>
        <w:t>Prophet's anger only for principles hadith</w:t>
      </w:r>
    </w:p>
    <w:p>
      <w:r>
        <w:rPr>
          <w:color w:val="666666"/>
          <w:sz w:val="18"/>
        </w:rPr>
        <w:t>Principles of Life (Prophetic Wisdom) · 2m 00s · at 15:56 · https://youtu.be/dWzIQ5DQMNU?t=956</w:t>
      </w:r>
    </w:p>
    <w:p>
      <w:r>
        <w:rPr>
          <w:i/>
        </w:rPr>
        <w:t>“Kehte hain ke Rasool Allah ghussay mein aa gaye.”</w:t>
      </w:r>
    </w:p>
    <w:p>
      <w:r>
        <w:rPr>
          <w:sz w:val="20"/>
        </w:rPr>
        <w:t>15:56  kehte hain ke rasool Allah ghusse mein aa gaye. "ashadd ghazabuhu".</w:t>
      </w:r>
      <w:r>
        <w:br/>
      </w:r>
      <w:r>
        <w:rPr>
          <w:sz w:val="20"/>
        </w:rPr>
        <w:t>16:01  ek martaba ho ke aap ghusse mein aa gaye, aap ka ghussa bhark utha, aap ki aankhein laal ho gayin.</w:t>
      </w:r>
      <w:r>
        <w:br/>
      </w:r>
      <w:r>
        <w:rPr>
          <w:sz w:val="20"/>
        </w:rPr>
        <w:t>16:06  to log yeh samajhte hain ke rasool Allah jo the, koi narmi ka mujassama the, ghussa un ko</w:t>
      </w:r>
      <w:r>
        <w:br/>
      </w:r>
      <w:r>
        <w:rPr>
          <w:sz w:val="20"/>
        </w:rPr>
        <w:t>16:11  aata nahi tha.</w:t>
      </w:r>
      <w:r>
        <w:br/>
      </w:r>
      <w:r>
        <w:rPr>
          <w:sz w:val="20"/>
        </w:rPr>
        <w:t>16:16  khaali naram naram updesh dete the.</w:t>
      </w:r>
      <w:r>
        <w:br/>
      </w:r>
      <w:r>
        <w:rPr>
          <w:sz w:val="20"/>
        </w:rPr>
        <w:t>16:21  yeh aap ka concept nahi hai. rasool Allah</w:t>
      </w:r>
      <w:r>
        <w:br/>
      </w:r>
      <w:r>
        <w:rPr>
          <w:sz w:val="20"/>
        </w:rPr>
        <w:t>16:26  poori tarah se the, yaani un ka saara principle ko, ghussa ke maani yahan kya hain? dekhiye, ghussa</w:t>
      </w:r>
      <w:r>
        <w:br/>
      </w:r>
      <w:r>
        <w:rPr>
          <w:sz w:val="20"/>
        </w:rPr>
        <w:t>16:31  do qism ka hota hai.</w:t>
      </w:r>
      <w:r>
        <w:br/>
      </w:r>
      <w:r>
        <w:rPr>
          <w:sz w:val="20"/>
        </w:rPr>
        <w:t>16:36  hazrat ayesha kehti hain ke aap apni zaat ke maamle mein koi ghussa nahi hote the.</w:t>
      </w:r>
      <w:r>
        <w:br/>
      </w:r>
      <w:r>
        <w:rPr>
          <w:sz w:val="20"/>
        </w:rPr>
        <w:t>16:41  principle ki baat ho to us par ghussa hote the.</w:t>
      </w:r>
      <w:r>
        <w:br/>
      </w:r>
      <w:r>
        <w:rPr>
          <w:sz w:val="20"/>
        </w:rPr>
        <w:t>16:46  yeh baat ko samjhiye.</w:t>
      </w:r>
      <w:r>
        <w:br/>
      </w:r>
      <w:r>
        <w:rPr>
          <w:sz w:val="20"/>
        </w:rPr>
        <w:t>16:51  "ashadd ghazabuhu" jo kaha to us ka matlab yeh nahi ke aap ke o</w:t>
      </w:r>
      <w:r>
        <w:br/>
      </w:r>
      <w:r>
        <w:rPr>
          <w:sz w:val="20"/>
        </w:rPr>
        <w:t>16:56  par kisi ne bura keh diya, aap ki zaat par kisi ne hamla kar diya to aap ghussa ho gaye. Rasool Allah hamesha principle par ghussa hote thay. apni zaat ke bare mein ghussa nahi hote thay. aise bohat se waqiat aate hain, misaal ke taur par aap ko saamne aa kar kehne wale kehte thay ke "anta mudhamam".</w:t>
      </w:r>
      <w:r>
        <w:br/>
      </w:r>
      <w:r>
        <w:rPr>
          <w:sz w:val="20"/>
        </w:rPr>
        <w:t>17:26  "mudmam nabina". ke aap ko hum kaddam karte hain. aap ek bure insaan hain. qabil muzammat insaan hain. lekin aap ko kuch bhi ghussa nahi aata tha. normal tareeqe se sunte thay bas. kuch bhi nahi, dua karte thay us ke liye. to jab bhi aap ki zaat par hamla kiya gaya to kabhi aap ko ghussa nahi aaya. lekin jab mamla principle ka hota tha, kisi usool ka hota tha, to woh</w:t>
      </w:r>
    </w:p>
    <w:p>
      <w:pPr>
        <w:pStyle w:val="Heading2"/>
      </w:pPr>
      <w:r>
        <w:t>hadith: whoever adopts modesty, God elevates him</w:t>
      </w:r>
    </w:p>
    <w:p>
      <w:r>
        <w:rPr>
          <w:color w:val="666666"/>
          <w:sz w:val="18"/>
        </w:rPr>
        <w:t>Modesty and Arrogance January 31, 2008 · 36s · at 19:50 · https://youtu.be/8EHBmsIAF_Q?t=1190</w:t>
      </w:r>
    </w:p>
    <w:p>
      <w:r>
        <w:rPr>
          <w:i/>
        </w:rPr>
        <w:t>“Man tawada rafa'ahu Allah — whoever adopts modesty, God raises him”</w:t>
      </w:r>
    </w:p>
    <w:p>
      <w:r>
        <w:rPr>
          <w:sz w:val="20"/>
        </w:rPr>
        <w:t>19:50  rasool allah ne farmaya: "man tuwazo rafaho allah". man tuwazo rafaho allah.</w:t>
      </w:r>
      <w:r>
        <w:br/>
      </w:r>
      <w:r>
        <w:rPr>
          <w:sz w:val="20"/>
        </w:rPr>
        <w:t>20:02  jis ne tuwazo ikhtiyar ki, us ko khuda oopar uthata hai.</w:t>
      </w:r>
      <w:r>
        <w:br/>
      </w:r>
      <w:r>
        <w:rPr>
          <w:sz w:val="20"/>
        </w:rPr>
        <w:t>20:08  yaani tuwazo ka matlab hai modesty. jis ne modesty ko apnaya,</w:t>
      </w:r>
      <w:r>
        <w:br/>
      </w:r>
      <w:r>
        <w:rPr>
          <w:sz w:val="20"/>
        </w:rPr>
        <w:t>20:17  jis ne modesty ko apnaya to khuda us ko elevate karta hai, us ko uthata hai, us ko barhata hai. kyun ke us ko khuda ki nisbat hasil ho gai.</w:t>
      </w:r>
    </w:p>
    <w:p>
      <w:pPr>
        <w:pStyle w:val="Heading2"/>
      </w:pPr>
      <w:r>
        <w:t>hadith on modesty elevating a person onto God's approved list</w:t>
      </w:r>
    </w:p>
    <w:p>
      <w:r>
        <w:rPr>
          <w:color w:val="666666"/>
          <w:sz w:val="18"/>
        </w:rPr>
        <w:t>Modesty and Arrogance January 31, 2008 · 1m 47s · at 19:50 · https://youtu.be/8EHBmsIAF_Q?t=1190</w:t>
      </w:r>
    </w:p>
    <w:p>
      <w:r>
        <w:rPr>
          <w:i/>
        </w:rPr>
        <w:t>“Now hear another hadith — whoever adopts modesty, God elevates him”</w:t>
      </w:r>
    </w:p>
    <w:p>
      <w:r>
        <w:rPr>
          <w:sz w:val="20"/>
        </w:rPr>
        <w:t>19:50  rasool allah ne farmaya: "man tuwazo rafaho allah". man tuwazo rafaho allah.</w:t>
      </w:r>
      <w:r>
        <w:br/>
      </w:r>
      <w:r>
        <w:rPr>
          <w:sz w:val="20"/>
        </w:rPr>
        <w:t>20:02  jis ne tuwazo ikhtiyar ki, us ko khuda oopar uthata hai.</w:t>
      </w:r>
      <w:r>
        <w:br/>
      </w:r>
      <w:r>
        <w:rPr>
          <w:sz w:val="20"/>
        </w:rPr>
        <w:t>20:08  yaani tuwazo ka matlab hai modesty. jis ne modesty ko apnaya,</w:t>
      </w:r>
      <w:r>
        <w:br/>
      </w:r>
      <w:r>
        <w:rPr>
          <w:sz w:val="20"/>
        </w:rPr>
        <w:t>20:17  jis ne modesty ko apnaya to khuda us ko elevate karta hai, us ko uthata hai, us ko barhata hai. kyun ke us ko khuda ki nisbat hasil ho gai.</w:t>
      </w:r>
      <w:r>
        <w:br/>
      </w:r>
      <w:r>
        <w:rPr>
          <w:sz w:val="20"/>
        </w:rPr>
        <w:t>20:27  modesty hai to meri pehchan ban gai khuda ke haan. khuda ke haan pehchan banti hai is insan ki jis ke andar modesty ho, tuwazo ho.</w:t>
      </w:r>
      <w:r>
        <w:br/>
      </w:r>
      <w:r>
        <w:rPr>
          <w:sz w:val="20"/>
        </w:rPr>
        <w:t>20:43  to isi ko khuda uthata hai. yaani is par khuda ki blessing aati hai, us ko khuda ka inspiration milta hai, us ki marifat barhai jati hai, us ko angels ka support milta hai.</w:t>
      </w:r>
      <w:r>
        <w:br/>
      </w:r>
      <w:r>
        <w:rPr>
          <w:sz w:val="20"/>
        </w:rPr>
        <w:t>20:57  kyun ke woh accepted list mein aa gaya.</w:t>
      </w:r>
      <w:r>
        <w:br/>
      </w:r>
      <w:r>
        <w:rPr>
          <w:sz w:val="20"/>
        </w:rPr>
        <w:t>21:02  jis aadmi ke andar madesti ki sifat hai, tawazu ki sifat hai, to woh Khuda ki approved list mein aa gaya.</w:t>
      </w:r>
      <w:r>
        <w:br/>
      </w:r>
      <w:r>
        <w:rPr>
          <w:sz w:val="20"/>
        </w:rPr>
        <w:t>21:13  is ka matlab kya hua? ke jis aadmi ke andar arrogance hai, woh Khuda ki approved list mein nahi aayega. aur jis aadmi ke andar tawazu aur madesti hai, woh Khuda ki approved list mein aa gaya.</w:t>
      </w:r>
      <w:r>
        <w:br/>
      </w:r>
      <w:r>
        <w:rPr>
          <w:sz w:val="20"/>
        </w:rPr>
        <w:t>21:29  kitna bara difference hai! dekhiye, bohat hi bara difference hai.</w:t>
      </w:r>
    </w:p>
    <w:p>
      <w:pPr>
        <w:pStyle w:val="Heading2"/>
      </w:pPr>
      <w:r>
        <w:t>Allah's promise: I am as My servant expects</w:t>
      </w:r>
    </w:p>
    <w:p>
      <w:r>
        <w:rPr>
          <w:color w:val="666666"/>
          <w:sz w:val="18"/>
        </w:rPr>
        <w:t>CPS Women Monthly Q and A with Prof. Farida Khanam and Maulana Farhad Ahmed Umeri July 30, 2023 · 40s · at 22:40 · https://youtu.be/zKtfjSCnoAE?t=1360</w:t>
      </w:r>
    </w:p>
    <w:p>
      <w:r>
        <w:rPr>
          <w:i/>
        </w:rPr>
        <w:t>“Main bande ke gumaan ke mutabiq hoon”</w:t>
      </w:r>
    </w:p>
    <w:p>
      <w:r>
        <w:rPr>
          <w:sz w:val="20"/>
        </w:rPr>
        <w:t>22:40  yeh hadees ko ek doosre hadees se iska yeh hota hai, explanation hota hai. uska main kuch portion bata raha hoon. abhi toh exact hadees ki yaad nahi hai. allah taala ne yeh kaha. main bande ke gumaan ke mutabiq hoon.</w:t>
      </w:r>
      <w:r>
        <w:br/>
      </w:r>
      <w:r>
        <w:rPr>
          <w:sz w:val="20"/>
        </w:rPr>
        <w:t>23:07  wohi meri taraf tezi ke saath aayega main usse aur zyada tezi ke saath aaunga. toh allah taala yeh kehna chahta hai ki pehle aapki taraf se hona chahiye mamla. din ki taraf aane mein kya hai?</w:t>
      </w:r>
      <w:r>
        <w:br/>
      </w:r>
      <w:r>
        <w:rPr>
          <w:sz w:val="20"/>
        </w:rPr>
        <w:t>23:20  aap clear hai baat?</w:t>
      </w:r>
    </w:p>
    <w:p>
      <w:pPr>
        <w:pStyle w:val="Heading2"/>
      </w:pPr>
      <w:r>
        <w:t>Hakim Fazlullah forgives the man sent to kill him</w:t>
      </w:r>
    </w:p>
    <w:p>
      <w:r>
        <w:rPr>
          <w:color w:val="666666"/>
          <w:sz w:val="18"/>
        </w:rPr>
        <w:t>From The Spiritual Tree December 3, 2006 · 5m 13s · at 25:12 · https://youtu.be/m3JXYXORP5w?t=1512</w:t>
      </w:r>
    </w:p>
    <w:p>
      <w:r>
        <w:rPr>
          <w:i/>
        </w:rPr>
        <w:t>“A man was hired to kill Hakim Fazlullah with a giant blade”</w:t>
      </w:r>
    </w:p>
    <w:p>
      <w:r>
        <w:rPr>
          <w:sz w:val="20"/>
        </w:rPr>
        <w:t>25:12  Ali Garh mein ek saahab the, ab un ka intqaal ho chuka he. un ka naam tha Hakim Afaaq Ullah. Ali Garh ke Tibbiya College mein woh ustaad the.</w:t>
      </w:r>
      <w:r>
        <w:br/>
      </w:r>
      <w:r>
        <w:rPr>
          <w:sz w:val="20"/>
        </w:rPr>
        <w:t>25:26  un ka watan tha unhon na.</w:t>
      </w:r>
      <w:r>
        <w:br/>
      </w:r>
      <w:r>
        <w:rPr>
          <w:sz w:val="20"/>
        </w:rPr>
        <w:t>25:32  meri kai baar un se mulaqaat hui thi aur unhon ne khud bataya tha yeh waqea. yeh bata raha hoon aap ko main direct</w:t>
      </w:r>
      <w:r>
        <w:br/>
      </w:r>
      <w:r>
        <w:rPr>
          <w:sz w:val="20"/>
        </w:rPr>
        <w:t>25:38  . to woh hafte mein ek baar watan jaaya karte the, apne train se jaate the. Ali Garh se train jaati thi, un ke gaon ke qareeb railway station tha, to wahan pahunchti thi woh shaam ko ,</w:t>
      </w:r>
      <w:r>
        <w:br/>
      </w:r>
      <w:r>
        <w:rPr>
          <w:sz w:val="20"/>
        </w:rPr>
        <w:t>25:54  yani sooraj doobne ke qareeb pohnchti thi. to yahan ka mamool tha. to inke is ilaqa e ke, is area ke kisi aadmi se inki dushmani ho</w:t>
      </w:r>
      <w:r>
        <w:br/>
      </w:r>
      <w:r>
        <w:rPr>
          <w:sz w:val="20"/>
        </w:rPr>
        <w:t>26:07  gayi, yani woh aadmi inka dushman ban gaya kisi wajah se. aaj kal aap jante hain ke khwaam khwaah hi dushmani ab ban jati hai. to khair, hakim afaamullah sahib ne bataya ke inka koi dushman ho giya tha.</w:t>
      </w:r>
      <w:r>
        <w:br/>
      </w:r>
      <w:r>
        <w:rPr>
          <w:sz w:val="20"/>
        </w:rPr>
        <w:t>26:20  is ne ek scheme banai, ek scheme banai ke shaam ko jab woh utar kar aain to ek aadmi ko koi paisa diya, kuch unhone do chaar</w:t>
      </w:r>
      <w:r>
        <w:br/>
      </w:r>
      <w:r>
        <w:rPr>
          <w:sz w:val="20"/>
        </w:rPr>
        <w:t>26:32  sau. ghareeb aadmi tha bechara ke tum inko maar dalo, tum ko itna paisa deta hoon mein. to dehaat mein ek cheez hoti hai, usko kehte hain gadasa.</w:t>
      </w:r>
      <w:r>
        <w:br/>
      </w:r>
      <w:r>
        <w:rPr>
          <w:sz w:val="20"/>
        </w:rPr>
        <w:t>26:42  gadasa jo hai, yani big knife samajh lijiye, bohat bara sa, bohat bada si chhuri, us se woh kaat te hain, yani powder kaat te hain, us se powder, chare,</w:t>
      </w:r>
      <w:r>
        <w:br/>
      </w:r>
      <w:r>
        <w:rPr>
          <w:sz w:val="20"/>
        </w:rPr>
        <w:t>26:55  ghaas waghera.</w:t>
      </w:r>
      <w:r>
        <w:br/>
      </w:r>
      <w:r>
        <w:rPr>
          <w:sz w:val="20"/>
        </w:rPr>
        <w:t>26:57  to us ko kehte hain dehaat mein gadasa, yani bohat bari big knife. to woh us ko le kar ke chupke baith gaya wahan. wahan par ek chhota sa pul tha, is pul se woh hote the, woh us ko pul se paar ho kar phir apne gaon mein pohnchte the.</w:t>
      </w:r>
      <w:r>
        <w:br/>
      </w:r>
      <w:r>
        <w:rPr>
          <w:sz w:val="20"/>
        </w:rPr>
        <w:t>27:18  to kya hua? woh aadmi pul ke neeche baith gaya shaam ko, aur jab woh aate the to tab tak wahan andheri raat ho chuki hoti thi.</w:t>
      </w:r>
      <w:r>
        <w:br/>
      </w:r>
      <w:r>
        <w:rPr>
          <w:sz w:val="20"/>
        </w:rPr>
        <w:t>27:31  to jab woh pohnche, aur is time wahan par koi aur aane jaane wala nahi, andheri raat ho chuki hoti thi, wahan sunna ta ho jata tha. to akele aate the, akele jaate the woh.</w:t>
      </w:r>
      <w:r>
        <w:br/>
      </w:r>
      <w:r>
        <w:rPr>
          <w:sz w:val="20"/>
        </w:rPr>
        <w:t>27:42  to jab woh pul par pohnche to zahir hai ke dekh raha tha. to jaldi se nikla woh apna woh gadasa le kar ke, aur jab pul par unke saamne aa ke khada ho gaya,</w:t>
      </w:r>
      <w:r>
        <w:br/>
      </w:r>
      <w:r>
        <w:rPr>
          <w:sz w:val="20"/>
        </w:rPr>
        <w:t>27:57  us ko le kar ke, matlab uska gardan kaatne ke liye. to hakim fuallah sahib ka woh jaana pehchana aadmi tha, us ko by face woh pehchante the, us ko to unhone jaan liya ke falan aadmi hai.</w:t>
      </w:r>
      <w:r>
        <w:br/>
      </w:r>
      <w:r>
        <w:rPr>
          <w:sz w:val="20"/>
        </w:rPr>
        <w:t>28:14  to phir aisa hua ke un par is aadmi par hakim fuallah sahib ka ek ehsaan tha. woh ghareeb aadmi bechara, uska chhota bachcha beemar hua, to us ke paas ilaaj ke paise nahi the,</w:t>
      </w:r>
      <w:r>
        <w:br/>
      </w:r>
      <w:r>
        <w:rPr>
          <w:sz w:val="20"/>
        </w:rPr>
        <w:t>28:30  aur rickshaw gaadi mein bhi nahi bitha sakta tha us ko. to hamare dehaat mein kehte hain jhuwa, jhuwa ka matlab hota hai tokra, ek bara sa tokra.</w:t>
      </w:r>
      <w:r>
        <w:br/>
      </w:r>
      <w:r>
        <w:rPr>
          <w:sz w:val="20"/>
        </w:rPr>
        <w:t>28:43  to</w:t>
      </w:r>
      <w:r>
        <w:br/>
      </w:r>
      <w:r>
        <w:rPr>
          <w:sz w:val="20"/>
        </w:rPr>
        <w:t>28:46  jhuwe mein rakh kar ke, yani tokre mein rakh kar ke, woh laya hakim fuallah sahib ke clinic mein. us ko</w:t>
      </w:r>
      <w:r>
        <w:br/>
      </w:r>
      <w:r>
        <w:rPr>
          <w:sz w:val="20"/>
        </w:rPr>
        <w:t>28:54  to us ne kaha ke hakim sahib, mere paas paisa nahi hai dawa ka, aap karam ki jiye. unhone us ka dawa kiya, us ka ilaaj kiya, aur bachcha jo tha woh achha ho gaya,</w:t>
      </w:r>
      <w:r>
        <w:br/>
      </w:r>
      <w:r>
        <w:rPr>
          <w:sz w:val="20"/>
        </w:rPr>
        <w:t>29:11  achha ho gaya, woh theek thaak ho gaya. to hakim fuallah sahib ne kaha us se ke kya tum ko woh din nahi?</w:t>
      </w:r>
      <w:r>
        <w:br/>
      </w:r>
      <w:r>
        <w:rPr>
          <w:sz w:val="20"/>
        </w:rPr>
        <w:t>29:24  kya tum ko woh din nahi jab tum apne chhote bachche ko jhuwe mein rakh kar laye the? tumhare paas paise nahi the, maine us ka ilaaj kiya, aur woh achha ho gaya.</w:t>
      </w:r>
      <w:r>
        <w:br/>
      </w:r>
      <w:r>
        <w:rPr>
          <w:sz w:val="20"/>
        </w:rPr>
        <w:t>29:40  woh din tum ko yaad nahi? ab tum ko mujh ko, mujh ko maarne ke liye aaye ho tum? unhone bataya ke jab unhone yeh ehsaan yaad dilaya us ko to itna sharminda hua woh ke unke paon par gir pada,</w:t>
      </w:r>
      <w:r>
        <w:br/>
      </w:r>
      <w:r>
        <w:rPr>
          <w:sz w:val="20"/>
        </w:rPr>
        <w:t>29:56  hakim sahib ke paon par gir pada. kehte hain hakim sahib, mujhe maaf karo. ab woh jo gadasa us ke paas tha, woh phenk diya us ko.</w:t>
      </w:r>
      <w:r>
        <w:br/>
      </w:r>
      <w:r>
        <w:rPr>
          <w:sz w:val="20"/>
        </w:rPr>
        <w:t>30:06  us ne kaha ke maaf karo us ko, aur</w:t>
      </w:r>
      <w:r>
        <w:br/>
      </w:r>
      <w:r>
        <w:rPr>
          <w:sz w:val="20"/>
        </w:rPr>
        <w:t>30:09  wapas chala gaya ghar. mein, mein, mein kehta hoon aap logon se ke qayam mein jo aap log shadiyon mein ja kar khush hote hain, baap bete ke ilaaj ke liye hospital pahunch jaate hain,</w:t>
      </w:r>
    </w:p>
    <w:p>
      <w:pPr>
        <w:pStyle w:val="Heading2"/>
      </w:pPr>
      <w:r>
        <w:t>Enthusiasm of CPS workers distributing Quran</w:t>
      </w:r>
    </w:p>
    <w:p>
      <w:r>
        <w:rPr>
          <w:color w:val="666666"/>
          <w:sz w:val="18"/>
        </w:rPr>
        <w:t>Tayeed e Deen | July 13, 2014 · 2m 32s · at 2:17 · https://youtu.be/n94xyIC-RE0?t=137</w:t>
      </w:r>
    </w:p>
    <w:p>
      <w:r>
        <w:rPr>
          <w:i/>
        </w:rPr>
        <w:t>“There were several speakers on spirituality.”</w:t>
      </w:r>
    </w:p>
    <w:p>
      <w:r>
        <w:rPr>
          <w:sz w:val="20"/>
        </w:rPr>
        <w:t>2:17  chand speakers thay jo spirituality ke subject par bolne ke liye wahan aaye thay.</w:t>
      </w:r>
      <w:r>
        <w:br/>
      </w:r>
      <w:r>
        <w:rPr>
          <w:sz w:val="20"/>
        </w:rPr>
        <w:t>2:23  mein bhi un mein se ek tha.</w:t>
      </w:r>
      <w:r>
        <w:br/>
      </w:r>
      <w:r>
        <w:rPr>
          <w:sz w:val="20"/>
        </w:rPr>
        <w:t>2:29  toh yahan par khaas baat yeh hai ke Quran ka distribution, jis ko mein kehta hoon supporting</w:t>
      </w:r>
      <w:r>
        <w:br/>
      </w:r>
      <w:r>
        <w:rPr>
          <w:sz w:val="20"/>
        </w:rPr>
        <w:t>2:36  distribution, bohat hi baray paimane par hua.</w:t>
      </w:r>
      <w:r>
        <w:br/>
      </w:r>
      <w:r>
        <w:rPr>
          <w:sz w:val="20"/>
        </w:rPr>
        <w:t>2:42  is waqey ka ek pehlu yeh tha</w:t>
      </w:r>
      <w:r>
        <w:br/>
      </w:r>
      <w:r>
        <w:rPr>
          <w:sz w:val="20"/>
        </w:rPr>
        <w:t>2:48  keh yeh sara ka sara c p ke logon ne apne aap planning ki thi is ki.</w:t>
      </w:r>
      <w:r>
        <w:br/>
      </w:r>
      <w:r>
        <w:rPr>
          <w:sz w:val="20"/>
        </w:rPr>
        <w:t>2:53  mera is mein kuch bhi dakhal nahi hai.</w:t>
      </w:r>
      <w:r>
        <w:br/>
      </w:r>
      <w:r>
        <w:rPr>
          <w:sz w:val="20"/>
        </w:rPr>
        <w:t>2:58  yani maine to yeh bhi nahi kaha tha keh aap wahan star lagaiye.</w:t>
      </w:r>
      <w:r>
        <w:br/>
      </w:r>
      <w:r>
        <w:rPr>
          <w:sz w:val="20"/>
        </w:rPr>
        <w:t>3:03  kuch bhi nahi.</w:t>
      </w:r>
      <w:r>
        <w:br/>
      </w:r>
      <w:r>
        <w:rPr>
          <w:sz w:val="20"/>
        </w:rPr>
        <w:t>3:08  aur logon ne itni zabardast planning ki keh hamare aik saathi faiz abad se is mein aa gaye.</w:t>
      </w:r>
      <w:r>
        <w:br/>
      </w:r>
      <w:r>
        <w:rPr>
          <w:sz w:val="20"/>
        </w:rPr>
        <w:t>3:13  yani electronic yeh e planning thi.</w:t>
      </w:r>
      <w:r>
        <w:br/>
      </w:r>
      <w:r>
        <w:rPr>
          <w:sz w:val="20"/>
        </w:rPr>
        <w:t>3:18  e planning. to wahan par hamare saathiyon ne bohat acha star lagaya aur bohat josh o kharosh ke sath quran ko distribute kiya. logon ne bohat hi shauq se liya. mujhe yeh dekh kar bohat hi khushi hui ke hamare jo saathi wahan quran ko distri</w:t>
      </w:r>
      <w:r>
        <w:br/>
      </w:r>
      <w:r>
        <w:rPr>
          <w:sz w:val="20"/>
        </w:rPr>
        <w:t>3:48  beat kar rahe thay, to aisa lagta tha keh un ke liye aaj hi eid ka din hai.</w:t>
      </w:r>
      <w:r>
        <w:br/>
      </w:r>
      <w:r>
        <w:rPr>
          <w:sz w:val="20"/>
        </w:rPr>
        <w:t>3:54  yani dawat ke kaam mein, dawat Allah ke kaam mein yeh zouq o shouq.</w:t>
      </w:r>
      <w:r>
        <w:br/>
      </w:r>
      <w:r>
        <w:rPr>
          <w:sz w:val="20"/>
        </w:rPr>
        <w:t>4:00  aur jabkeh is ka koi bhi unhein material aitbar se koi sila nahi.</w:t>
      </w:r>
      <w:r>
        <w:br/>
      </w:r>
      <w:r>
        <w:rPr>
          <w:sz w:val="20"/>
        </w:rPr>
        <w:t>4:06  na is mein koi paisa milna hai, na koi shohrat milni hai, na koi stage milna hai, na</w:t>
      </w:r>
      <w:r>
        <w:br/>
      </w:r>
      <w:r>
        <w:rPr>
          <w:sz w:val="20"/>
        </w:rPr>
        <w:t>4:12  koi wah wah milna hai, kuch bhi nahi. aur</w:t>
      </w:r>
      <w:r>
        <w:br/>
      </w:r>
      <w:r>
        <w:rPr>
          <w:sz w:val="20"/>
        </w:rPr>
        <w:t>4:18  is tarah se log is mein lage hue thay jaise keh un ka koi bohat hi zyada interest</w:t>
      </w:r>
      <w:r>
        <w:br/>
      </w:r>
      <w:r>
        <w:rPr>
          <w:sz w:val="20"/>
        </w:rPr>
        <w:t>4:23  wala kaam ho.</w:t>
      </w:r>
      <w:r>
        <w:br/>
      </w:r>
      <w:r>
        <w:rPr>
          <w:sz w:val="20"/>
        </w:rPr>
        <w:t>4:29  yeh aik bohat bara sign hai.</w:t>
      </w:r>
      <w:r>
        <w:br/>
      </w:r>
      <w:r>
        <w:rPr>
          <w:sz w:val="20"/>
        </w:rPr>
        <w:t>4:34  kyunkeh dekhiye, yeh dawat ka jo mission hai, yeh is par chal nahi sakta keh logon ka koi</w:t>
      </w:r>
      <w:r>
        <w:br/>
      </w:r>
      <w:r>
        <w:rPr>
          <w:sz w:val="20"/>
        </w:rPr>
        <w:t>4:39  interest is se juda hua ho.</w:t>
      </w:r>
      <w:r>
        <w:br/>
      </w:r>
      <w:r>
        <w:rPr>
          <w:sz w:val="20"/>
        </w:rPr>
        <w:t>4:44  jab interest juda ga to dawat ka kaam khatam ho jaye ga.</w:t>
      </w:r>
    </w:p>
    <w:p>
      <w:pPr>
        <w:pStyle w:val="Heading2"/>
      </w:pPr>
      <w:r>
        <w:t>Explanation of hadith qudsi on oppression</w:t>
      </w:r>
    </w:p>
    <w:p>
      <w:r>
        <w:rPr>
          <w:color w:val="666666"/>
          <w:sz w:val="18"/>
        </w:rPr>
        <w:t>Positive Thinking 7 May 2014 - Maulana Wahiduddin Khan · 1m 07s · at 2:18 · https://youtu.be/D6zupEZ6LLw?t=138</w:t>
      </w:r>
    </w:p>
    <w:p>
      <w:r>
        <w:rPr>
          <w:i/>
        </w:rPr>
        <w:t>“Bismillah ir-Rahman ir-Rahim”</w:t>
      </w:r>
    </w:p>
    <w:p>
      <w:r>
        <w:rPr>
          <w:sz w:val="20"/>
        </w:rPr>
        <w:t>2:18  bismillah hir rahman nir rahim.</w:t>
      </w:r>
      <w:r>
        <w:br/>
      </w:r>
      <w:r>
        <w:rPr>
          <w:sz w:val="20"/>
        </w:rPr>
        <w:t>2:23  dekhen, yeh jo hadith hai, is ko kehte hain hadith qudsi. hadith qudsi is hadith ko kehta hai jis mein rasool Allah ne Khuda ki taraf se kaha ho.</w:t>
      </w:r>
      <w:r>
        <w:br/>
      </w:r>
      <w:r>
        <w:rPr>
          <w:sz w:val="20"/>
        </w:rPr>
        <w:t>2:40  is mein Khuda ki taraf se, Allah ki taraf se.</w:t>
      </w:r>
      <w:r>
        <w:br/>
      </w:r>
      <w:r>
        <w:rPr>
          <w:sz w:val="20"/>
        </w:rPr>
        <w:t>2:46  to is hadith ke do hissay hain. bait yeh farmaya ke</w:t>
      </w:r>
      <w:r>
        <w:br/>
      </w:r>
      <w:r>
        <w:rPr>
          <w:sz w:val="20"/>
        </w:rPr>
        <w:t>2:54  Allah ne apne oper zulm ko haram kar liya hai, to ae</w:t>
      </w:r>
      <w:r>
        <w:br/>
      </w:r>
      <w:r>
        <w:rPr>
          <w:sz w:val="20"/>
        </w:rPr>
        <w:t>3:02  logo! tum bhi is baat ko haram kar lo ke tum kisi ke oper zulm karo. dekhen, zulm ke lafz se ek baat is mein batai gayi hai.</w:t>
      </w:r>
      <w:r>
        <w:br/>
      </w:r>
      <w:r>
        <w:rPr>
          <w:sz w:val="20"/>
        </w:rPr>
        <w:t>3:14  is ka matlab kya hai? na to Khuda kisi se kuch chheenta, na koi insan kisi se kuch chheen sakta.</w:t>
      </w:r>
    </w:p>
    <w:p>
      <w:pPr>
        <w:pStyle w:val="Heading2"/>
      </w:pPr>
      <w:r>
        <w:t>Difference between changing religion and mindset</w:t>
      </w:r>
    </w:p>
    <w:p>
      <w:r>
        <w:rPr>
          <w:color w:val="666666"/>
          <w:sz w:val="18"/>
        </w:rPr>
        <w:t>Hadith Prediction November 3, 2013 · 24s · at 5:21 · https://youtu.be/cb5Lzw9c8aE?t=321</w:t>
      </w:r>
    </w:p>
    <w:p>
      <w:r>
        <w:rPr>
          <w:i/>
        </w:rPr>
        <w:t>“They changed religion, but their mindset remained the same.”</w:t>
      </w:r>
    </w:p>
    <w:p>
      <w:r>
        <w:rPr>
          <w:sz w:val="20"/>
        </w:rPr>
        <w:t>5:21  un ki education nahi ho pati. to is ka matlab kya hota hai? unhon ne mazhab to badal liya, mindset un ka wahi kabhi raha jo pehle tha.</w:t>
      </w:r>
      <w:r>
        <w:br/>
      </w:r>
      <w:r>
        <w:rPr>
          <w:sz w:val="20"/>
        </w:rPr>
        <w:t>5:35  dekhiye, ek hai aqide ke aitbar se mazhab ko badal lena, aur ek apne mindset ko badalna. dono mein farq hai.</w:t>
      </w:r>
    </w:p>
    <w:p>
      <w:pPr>
        <w:pStyle w:val="Heading2"/>
      </w:pPr>
      <w:r>
        <w:t>Angels and upcoming hadith</w:t>
      </w:r>
    </w:p>
    <w:p>
      <w:r>
        <w:rPr>
          <w:color w:val="666666"/>
          <w:sz w:val="18"/>
        </w:rPr>
        <w:t>The Reality of Angels December 01, 2018 · 27s · at 0:43 · https://youtu.be/Tz_yrfnJktA?t=43</w:t>
      </w:r>
    </w:p>
    <w:p>
      <w:r>
        <w:rPr>
          <w:i/>
        </w:rPr>
        <w:t>“Angels, yani farishte”</w:t>
      </w:r>
    </w:p>
    <w:p>
      <w:r>
        <w:rPr>
          <w:sz w:val="20"/>
        </w:rPr>
        <w:t>0:43  angels, yaani farishte.</w:t>
      </w:r>
      <w:r>
        <w:br/>
      </w:r>
      <w:r>
        <w:rPr>
          <w:sz w:val="20"/>
        </w:rPr>
        <w:t>0:55  farishton ke bare mein ek hadith aayi hai, woh pehle aap ke samne parhi jaye gi, us ke baad inshallah is ki tashreeh mein kuch arz kiya jaye ga.</w:t>
      </w:r>
    </w:p>
    <w:p>
      <w:pPr>
        <w:pStyle w:val="Heading2"/>
      </w:pPr>
      <w:r>
        <w:t>Hadith about mass entry and exit</w:t>
      </w:r>
    </w:p>
    <w:p>
      <w:r>
        <w:rPr>
          <w:color w:val="666666"/>
          <w:sz w:val="18"/>
        </w:rPr>
        <w:t>Hadith Prediction November 3, 2013 · 4m 18s · at 0:41 · https://youtu.be/cb5Lzw9c8aE?t=41</w:t>
      </w:r>
    </w:p>
    <w:p>
      <w:r>
        <w:rPr>
          <w:i/>
        </w:rPr>
        <w:t>“Aaj ka topic hai hadith prediction.”</w:t>
      </w:r>
    </w:p>
    <w:p>
      <w:r>
        <w:rPr>
          <w:sz w:val="20"/>
        </w:rPr>
        <w:t>0:40  aa</w:t>
      </w:r>
      <w:r>
        <w:br/>
      </w:r>
      <w:r>
        <w:rPr>
          <w:sz w:val="20"/>
        </w:rPr>
        <w:t>0:41  aaj ka topic hai hadith prediction, yani hadith ki peshingoi.</w:t>
      </w:r>
      <w:r>
        <w:br/>
      </w:r>
      <w:r>
        <w:rPr>
          <w:sz w:val="20"/>
        </w:rPr>
        <w:t>0:56  dekhiye, hadith to bohat zyada hain, lekin un ko</w:t>
      </w:r>
      <w:r>
        <w:br/>
      </w:r>
      <w:r>
        <w:rPr>
          <w:sz w:val="20"/>
        </w:rPr>
        <w:t>1:07  teen category mein taqseem kiya ja sakta hai.</w:t>
      </w:r>
      <w:r>
        <w:br/>
      </w:r>
      <w:r>
        <w:rPr>
          <w:sz w:val="20"/>
        </w:rPr>
        <w:t>1:11  aik hain woh hadith jin mein ahkam e deen ya adab e deen hain. doosri woh hadith jin mein hikmat hai, yani wisdom.</w:t>
      </w:r>
      <w:r>
        <w:br/>
      </w:r>
      <w:r>
        <w:rPr>
          <w:sz w:val="20"/>
        </w:rPr>
        <w:t>1:30  teesri hadith woh hain jin mein future ke bare mein predictions hain, peshingoi.</w:t>
      </w:r>
      <w:r>
        <w:br/>
      </w:r>
      <w:r>
        <w:rPr>
          <w:sz w:val="20"/>
        </w:rPr>
        <w:t>1:37  yeh broad division mein yeh teen category banti hain hadithon ki.</w:t>
      </w:r>
      <w:r>
        <w:br/>
      </w:r>
      <w:r>
        <w:rPr>
          <w:sz w:val="20"/>
        </w:rPr>
        <w:t>1:46  aik bade aalim ne kaha tha ke hadith par itna zyada kaam hua ke woh saturation tak pahunch gaya.</w:t>
      </w:r>
      <w:r>
        <w:br/>
      </w:r>
      <w:r>
        <w:rPr>
          <w:sz w:val="20"/>
        </w:rPr>
        <w:t>1:56  saturation ka matlab hota hai saturation point, yani kamal tak pahunch gaya. but it is partially true.</w:t>
      </w:r>
      <w:r>
        <w:br/>
      </w:r>
      <w:r>
        <w:rPr>
          <w:sz w:val="20"/>
        </w:rPr>
        <w:t>2:10  yeh baat bohat hi juzwi maanon mein sahi ho sakti hai. yani jahan tak hadith in hadithon ka taluq hai jo ahkam se taluq rakhte hain, un par to kafi kaam hua, fiqh mein.</w:t>
      </w:r>
      <w:r>
        <w:br/>
      </w:r>
      <w:r>
        <w:rPr>
          <w:sz w:val="20"/>
        </w:rPr>
        <w:t>2:27  lekin jo doosri baqi do jo category hain, wisdom wali hadith aur prediction wali hadith, un par to mein samajhta hoon ke itna kam kaam hua hai ke woh nahi ke barabar hain.</w:t>
      </w:r>
      <w:r>
        <w:br/>
      </w:r>
      <w:r>
        <w:rPr>
          <w:sz w:val="20"/>
        </w:rPr>
        <w:t>2:42  woh abhi tak untold story bani hui hain, yeh hadith.</w:t>
      </w:r>
      <w:r>
        <w:br/>
      </w:r>
      <w:r>
        <w:rPr>
          <w:sz w:val="20"/>
        </w:rPr>
        <w:t>2:51  to inhi mein se aik hadith ko aaj mein lena chahta hoon.</w:t>
      </w:r>
      <w:r>
        <w:br/>
      </w:r>
      <w:r>
        <w:rPr>
          <w:sz w:val="20"/>
        </w:rPr>
        <w:t>2:59  dekhiye, Musnad Imam Muhammad mein aik hadith hai, is ka number hai 14696.</w:t>
      </w:r>
      <w:r>
        <w:br/>
      </w:r>
      <w:r>
        <w:rPr>
          <w:sz w:val="20"/>
        </w:rPr>
        <w:t>3:10  is hadith ke alfaaz yeh hain:</w:t>
      </w:r>
      <w:r>
        <w:br/>
      </w:r>
      <w:r>
        <w:rPr>
          <w:sz w:val="20"/>
        </w:rPr>
        <w:t>3:21  همیدخلون فی دین لا افواجا و سیخرجون منہ افواجا</w:t>
      </w:r>
      <w:r>
        <w:br/>
      </w:r>
      <w:r>
        <w:rPr>
          <w:sz w:val="20"/>
        </w:rPr>
        <w:t>3:30  yani log Allah ke deen mein fauj dar fauj dakhil honge,</w:t>
      </w:r>
      <w:r>
        <w:br/>
      </w:r>
      <w:r>
        <w:rPr>
          <w:sz w:val="20"/>
        </w:rPr>
        <w:t>3:40  aur phir woh fauj dar fauj is se nikal jayenge.</w:t>
      </w:r>
      <w:r>
        <w:br/>
      </w:r>
      <w:r>
        <w:rPr>
          <w:sz w:val="20"/>
        </w:rPr>
        <w:t>3:46  yeh hadith Musnad Ahmad mein hai,</w:t>
      </w:r>
      <w:r>
        <w:br/>
      </w:r>
      <w:r>
        <w:rPr>
          <w:sz w:val="20"/>
        </w:rPr>
        <w:t>3:50  aur mein ne bohat si hadith sharon mein is ka matlab janna chaha to kisi bhi sharah mein is ka koi wazeh jawab nahi hai.</w:t>
      </w:r>
      <w:r>
        <w:br/>
      </w:r>
      <w:r>
        <w:rPr>
          <w:sz w:val="20"/>
        </w:rPr>
        <w:t>4:03  sab se bara is mein mushkil hai samajhna, jo masla jis ki wajah se mushkil ban gayi hai hadith,</w:t>
      </w:r>
      <w:r>
        <w:br/>
      </w:r>
      <w:r>
        <w:rPr>
          <w:sz w:val="20"/>
        </w:rPr>
        <w:t>4:10  ke is mein bataya gaya hai ke log bari tadad mein deen mein dakhil honge aur phir deen se nikal jayenge. to aisa to kabhi history mein hua nahi.</w:t>
      </w:r>
      <w:r>
        <w:br/>
      </w:r>
      <w:r>
        <w:rPr>
          <w:sz w:val="20"/>
        </w:rPr>
        <w:t>4:22  history mein kabhi aisa nahi hua ke log bohat bari tadad mein deen mein dakhil hue hon aur phir bari tadad mein deen se nikal gaye, murtad ho gaye hon.</w:t>
      </w:r>
      <w:r>
        <w:br/>
      </w:r>
      <w:r>
        <w:rPr>
          <w:sz w:val="20"/>
        </w:rPr>
        <w:t>4:35  aisa to kabhi hua nahi.</w:t>
      </w:r>
      <w:r>
        <w:br/>
      </w:r>
      <w:r>
        <w:rPr>
          <w:sz w:val="20"/>
        </w:rPr>
        <w:t>4:38  is wajah se logon ke samajh mein aata hai ke is hadith ka matlab kya hai. halanke yeh sahih hadith hai.</w:t>
      </w:r>
      <w:r>
        <w:br/>
      </w:r>
      <w:r>
        <w:rPr>
          <w:sz w:val="20"/>
        </w:rPr>
        <w:t>4:48  to is par mein ne kafi ghor kiya. yeh asal mein is phenomenon of mass conversion.</w:t>
      </w:r>
    </w:p>
    <w:p>
      <w:pPr>
        <w:pStyle w:val="Heading2"/>
      </w:pPr>
      <w:r>
        <w:t>Low-profile method to spread Islam effectively</w:t>
      </w:r>
    </w:p>
    <w:p>
      <w:r>
        <w:rPr>
          <w:color w:val="666666"/>
          <w:sz w:val="18"/>
        </w:rPr>
        <w:t>Prophetic Guidance Aug 13, 2017 · 2m 56s · at 25:55 · https://youtu.be/kRWf11h-acQ?t=1555</w:t>
      </w:r>
    </w:p>
    <w:p>
      <w:r>
        <w:rPr>
          <w:i/>
        </w:rPr>
        <w:t>“Kal humare paas ek angrezi akhbaar ke correspondent aaye the”</w:t>
      </w:r>
    </w:p>
    <w:p>
      <w:r>
        <w:rPr>
          <w:sz w:val="20"/>
        </w:rPr>
        <w:t>25:55  toh aap ke liye global level par mauqa mil jayega aap ko ke peaceful empire aap log khada karein, ideological empire.</w:t>
      </w:r>
      <w:r>
        <w:br/>
      </w:r>
      <w:r>
        <w:rPr>
          <w:sz w:val="20"/>
        </w:rPr>
        <w:t>26:06  ab dekhiye, main ek aur baat arz karunga isi se mutalliq. kal hamare paas ek, ek angrezi akhbar ke correspondent aaye the kal shaam ko</w:t>
      </w:r>
      <w:r>
        <w:br/>
      </w:r>
      <w:r>
        <w:rPr>
          <w:sz w:val="20"/>
        </w:rPr>
        <w:t>26:20  toh unhone kai tarah ke question kiye. Mr. Rajat bhi the maujood yahan.</w:t>
      </w:r>
      <w:r>
        <w:br/>
      </w:r>
      <w:r>
        <w:rPr>
          <w:sz w:val="20"/>
        </w:rPr>
        <w:t>26:30  ek sawal unka yeh tha ke aap ke paas fund kahan se aata hai? aap jo itna bada kaam kar rahe hain shayad dunya mein, toh fund kahan se aata hai aap ke paas?</w:t>
      </w:r>
      <w:r>
        <w:br/>
      </w:r>
      <w:r>
        <w:rPr>
          <w:sz w:val="20"/>
        </w:rPr>
        <w:t>26:44  toh aqeed kijiye ke mujhe koi is par bura nahi laga. bahut hi thande mind ke sath maine kaha ke dekhiye, bilkul understandable baat hai yeh.</w:t>
      </w:r>
      <w:r>
        <w:br/>
      </w:r>
      <w:r>
        <w:rPr>
          <w:sz w:val="20"/>
        </w:rPr>
        <w:t>26:59  yeh koi mysterious baat nahi hai. is ka sabab yeh hai ke hamara jo tareeqa hai, woh hai low profile ka tareeqa, high profile ka tareeqa nahi hai.</w:t>
      </w:r>
      <w:r>
        <w:br/>
      </w:r>
      <w:r>
        <w:rPr>
          <w:sz w:val="20"/>
        </w:rPr>
        <w:t>27:14  hum jo kaam kar rahe hain, woh sara ka sara low profile mein hai, high profile mein nahi hai. phir maine misaal di ke high profile kya hai?</w:t>
      </w:r>
      <w:r>
        <w:br/>
      </w:r>
      <w:r>
        <w:rPr>
          <w:sz w:val="20"/>
        </w:rPr>
        <w:t>27:27  aap bahut badi raqam kharch karein, sare dunya ke logon ko bulayein, ek all India, ek all world samurdar karein.</w:t>
      </w:r>
      <w:r>
        <w:br/>
      </w:r>
      <w:r>
        <w:rPr>
          <w:sz w:val="20"/>
        </w:rPr>
        <w:t>27:36  all world samurdar, bahut bade hall mein log ikattha hon, is par lakhon nahi, bade karoron par kharch karein. aap yeh hai high profile mein kaam karna.</w:t>
      </w:r>
      <w:r>
        <w:br/>
      </w:r>
      <w:r>
        <w:rPr>
          <w:sz w:val="20"/>
        </w:rPr>
        <w:t>27:49  hamare log kya karte hain? hum log aisa nahi karte, hum is tarah ke koi bade bade jalse nahi karte. hamare logon ne kya kiya hai?</w:t>
      </w:r>
      <w:r>
        <w:br/>
      </w:r>
      <w:r>
        <w:rPr>
          <w:sz w:val="20"/>
        </w:rPr>
        <w:t>28:00  bahut hi, yaani bahut hi impressive andaaz mein, bahut hi creative andaaz mein pamphlet tayyar kiye hain</w:t>
      </w:r>
      <w:r>
        <w:br/>
      </w:r>
      <w:r>
        <w:rPr>
          <w:sz w:val="20"/>
        </w:rPr>
        <w:t>28:12  jo sab ke liye readable hain. is ke, is ke chhote chhote pamphlet chhapte hain aur us ko le ke pahunch jaate hain wahan seminar mein.</w:t>
      </w:r>
      <w:r>
        <w:br/>
      </w:r>
      <w:r>
        <w:rPr>
          <w:sz w:val="20"/>
        </w:rPr>
        <w:t>28:25  aur wahan bahut hi khamoshi ke sath distribute karte hain stage par, stage ke bahar, audience mein. aur badi khushi se lete hain kyunke woh pocket mein rakh sakte hain, woh jab chahein padhein toh bahut khushi se lete hain.</w:t>
      </w:r>
      <w:r>
        <w:br/>
      </w:r>
      <w:r>
        <w:rPr>
          <w:sz w:val="20"/>
        </w:rPr>
        <w:t>28:43  Quran ka transition pocket size mein, pamphlet pocket size mein.</w:t>
      </w:r>
    </w:p>
    <w:p>
      <w:pPr>
        <w:pStyle w:val="Heading2"/>
      </w:pPr>
      <w:r>
        <w:t>Full argument: realistic thinking in marriage and daily life</w:t>
      </w:r>
    </w:p>
    <w:p>
      <w:r>
        <w:rPr>
          <w:color w:val="666666"/>
          <w:sz w:val="18"/>
        </w:rPr>
        <w:t>God's Protection November 28, 2013 · 5m 03s · at 12:57 · https://youtu.be/QgqXbChsr5c?t=777</w:t>
      </w:r>
    </w:p>
    <w:p>
      <w:r>
        <w:rPr>
          <w:i/>
        </w:rPr>
        <w:t>“Shaadi ke baad miyan biwi mein jhagda hamesha hota hai”</w:t>
      </w:r>
    </w:p>
    <w:p>
      <w:r>
        <w:rPr>
          <w:sz w:val="20"/>
        </w:rPr>
        <w:t>12:57  jaise misaal ke taur par dekhiye, shadi hoti hai, miyan biwi ekatha hote hain to jhagda hota hai hamesha.</w:t>
      </w:r>
      <w:r>
        <w:br/>
      </w:r>
      <w:r>
        <w:rPr>
          <w:sz w:val="20"/>
        </w:rPr>
        <w:t>13:06  taqreeban 99 feesad shadiyon mein aapas mein jhagda shuru hota hai. kyon? It is due to lack of realistic approach.</w:t>
      </w:r>
      <w:r>
        <w:br/>
      </w:r>
      <w:r>
        <w:rPr>
          <w:sz w:val="20"/>
        </w:rPr>
        <w:t>13:22  yani shadi ke baad agar husband aur wife yeh sochein ke is se pehle hum jab family mein thay to hum blood relationship ke darmiyan thay.</w:t>
      </w:r>
      <w:r>
        <w:br/>
      </w:r>
      <w:r>
        <w:rPr>
          <w:sz w:val="20"/>
        </w:rPr>
        <w:t>13:38  ab hum non blood relationship ke darmiyan hain. yani family mein har aadmi ek doosre se juda hua tha, is liye ke khooni taluq tha.</w:t>
      </w:r>
      <w:r>
        <w:br/>
      </w:r>
      <w:r>
        <w:rPr>
          <w:sz w:val="20"/>
        </w:rPr>
        <w:t>13:48  ab hum hain aisi jagah jahan khooni taluq nahi hai.</w:t>
      </w:r>
      <w:r>
        <w:br/>
      </w:r>
      <w:r>
        <w:rPr>
          <w:sz w:val="20"/>
        </w:rPr>
        <w:t>13:52  yani jo kehte hain in laws, jitne in laws hain, woh sab ghair khooni rishtedar hain aap ke. yeh sochein aap to sara approach badal jayega.</w:t>
      </w:r>
      <w:r>
        <w:br/>
      </w:r>
      <w:r>
        <w:rPr>
          <w:sz w:val="20"/>
        </w:rPr>
        <w:t>14:06  sara approach badal jayega. apne ghar par jab mein tha to</w:t>
      </w:r>
      <w:r>
        <w:br/>
      </w:r>
      <w:r>
        <w:rPr>
          <w:sz w:val="20"/>
        </w:rPr>
        <w:t>14:15  baghair kisi koshish ke mujhe mohabbat mili hui thi. kyunke jahan khooni taluq hai to wahan mohabbat</w:t>
      </w:r>
      <w:r>
        <w:br/>
      </w:r>
      <w:r>
        <w:rPr>
          <w:sz w:val="20"/>
        </w:rPr>
        <w:t>14:20  hai. fitri taur par mujhe kuch karna nahi hai. ek ghar mein give and take ka usool nahi hota hai.</w:t>
      </w:r>
      <w:r>
        <w:br/>
      </w:r>
      <w:r>
        <w:rPr>
          <w:sz w:val="20"/>
        </w:rPr>
        <w:t>14:29  do tap paoge. ghar mein kya ho? baghair diye milta hai.</w:t>
      </w:r>
      <w:r>
        <w:br/>
      </w:r>
      <w:r>
        <w:rPr>
          <w:sz w:val="20"/>
        </w:rPr>
        <w:t>14:37  baghair diye mitti milti hai. baghair diye khane par khana mez par rakha hua hota hai. to ghar family life mein aap ko rehna padta hai</w:t>
      </w:r>
      <w:r>
        <w:br/>
      </w:r>
      <w:r>
        <w:rPr>
          <w:sz w:val="20"/>
        </w:rPr>
        <w:t>14:48  ek aise culture mein jo give and take nahi hai. yani jitna doge utna hi paoge. yeh nahi hai.</w:t>
      </w:r>
      <w:r>
        <w:br/>
      </w:r>
      <w:r>
        <w:rPr>
          <w:sz w:val="20"/>
        </w:rPr>
        <w:t>14:57  baghair diye milta hai. maa baap mohabbat karte hain, behan bhai mohabbat karte hain. achha, ab aa gaye aap yani yeh mahr rishte mein yani sasural wale rishte mein to sab kuch ho jati hai give and take ke usool par.</w:t>
      </w:r>
      <w:r>
        <w:br/>
      </w:r>
      <w:r>
        <w:rPr>
          <w:sz w:val="20"/>
        </w:rPr>
        <w:t>15:17  jitna dena utna pana. kyunke haan, ghair khooni taluqat hain. ab bataiye ke agar yeh soch aa jaye, is ko mein kehta hoon realistic thinking, to ek bhi shadi kamyab na fail na ho.</w:t>
      </w:r>
      <w:r>
        <w:br/>
      </w:r>
      <w:r>
        <w:rPr>
          <w:sz w:val="20"/>
        </w:rPr>
        <w:t>15:35  har shadi kamyab ho.</w:t>
      </w:r>
      <w:r>
        <w:br/>
      </w:r>
      <w:r>
        <w:rPr>
          <w:sz w:val="20"/>
        </w:rPr>
        <w:t>15:40  isi tarah se kamyab ho jaise ke aap safar karte hain, chahe train mein hon, bus mein hon, hawa jahaz mein hon, aas pas jo log hain, woh ajnabi log hain.</w:t>
      </w:r>
      <w:r>
        <w:br/>
      </w:r>
      <w:r>
        <w:rPr>
          <w:sz w:val="20"/>
        </w:rPr>
        <w:t>15:49  un se aap umeed hi nahi karte ke woh aap ke sath woh response denge jo ghar mein milta hai aap ko. to aap bohat hi comfortable tareeqe par safar karte hain.</w:t>
      </w:r>
      <w:r>
        <w:br/>
      </w:r>
      <w:r>
        <w:rPr>
          <w:sz w:val="20"/>
        </w:rPr>
        <w:t>16:02  chahe train mein hon ya bus mein hon, hawa jahaz mein hon.</w:t>
      </w:r>
      <w:r>
        <w:br/>
      </w:r>
      <w:r>
        <w:rPr>
          <w:sz w:val="20"/>
        </w:rPr>
        <w:t>16:06  aap bilkul comfortable hote hain. kyunke aap expect hi nahi karte ho. un se kuch expect nahi karte.</w:t>
      </w:r>
      <w:r>
        <w:br/>
      </w:r>
      <w:r>
        <w:rPr>
          <w:sz w:val="20"/>
        </w:rPr>
        <w:t>16:15  to yeh hai compulsory. yani under compression ka aadmi maan leta hai is ko. lekin jahan compression na ho, wahan react karta hai.</w:t>
      </w:r>
      <w:r>
        <w:br/>
      </w:r>
      <w:r>
        <w:rPr>
          <w:sz w:val="20"/>
        </w:rPr>
        <w:t>16:25  to jitne bhi cheezein hain, chahe woh family life ho, social life ho, ya national life ho, international life ho,</w:t>
      </w:r>
      <w:r>
        <w:br/>
      </w:r>
      <w:r>
        <w:rPr>
          <w:sz w:val="20"/>
        </w:rPr>
        <w:t>16:35  har jagah sab se bari cheez hai yaad rakhiye, realistic approach.</w:t>
      </w:r>
      <w:r>
        <w:br/>
      </w:r>
      <w:r>
        <w:rPr>
          <w:sz w:val="20"/>
        </w:rPr>
        <w:t>16:44  realistic approach. jaise ek misaal deta hoon mein ke hamare India ke kuch VIP, jo kaha jata hai VIP aur BVIp log, America gaye to airport par un ki jo security hoti hai, to un ka utara gaya.</w:t>
      </w:r>
      <w:r>
        <w:br/>
      </w:r>
      <w:r>
        <w:rPr>
          <w:sz w:val="20"/>
        </w:rPr>
        <w:t>17:07  ab woh akhbaron mein chapa, bara ghussa ke dekho hamare falan sahib ka unhone joota utar kar check kiya.</w:t>
      </w:r>
      <w:r>
        <w:br/>
      </w:r>
      <w:r>
        <w:rPr>
          <w:sz w:val="20"/>
        </w:rPr>
        <w:t>17:18  mein pichle thore dino mein do baar America gaya hoon, mera bhi joota utara kiya gaya.</w:t>
      </w:r>
      <w:r>
        <w:br/>
      </w:r>
      <w:r>
        <w:rPr>
          <w:sz w:val="20"/>
        </w:rPr>
        <w:t>17:27  woh to sirf is ne dekha mere joote ki tarah to mein ne jaldi utar diya. khud hi utar diya. to woh thank you, thank you kehne laga.</w:t>
      </w:r>
      <w:r>
        <w:br/>
      </w:r>
      <w:r>
        <w:rPr>
          <w:sz w:val="20"/>
        </w:rPr>
        <w:t>17:37  to woh hazraat jinho ne react kiya, woh jante nahi thay ke realistic approach kya hota hai. kitna ehtiyat paida ho jayega ke jahan bhi koi cheez Quran o Sunnat sabit ho jaye, bas aap under kar dein.</w:t>
      </w:r>
      <w:r>
        <w:br/>
      </w:r>
      <w:r>
        <w:rPr>
          <w:sz w:val="20"/>
        </w:rPr>
        <w:t>17:56  is ko follow karne lagien.</w:t>
      </w:r>
    </w:p>
    <w:p>
      <w:pPr>
        <w:pStyle w:val="Heading2"/>
      </w:pPr>
      <w:r>
        <w:t>Sacred months in Islam explained via Manipur tribal violence</w:t>
      </w:r>
    </w:p>
    <w:p>
      <w:r>
        <w:rPr>
          <w:color w:val="666666"/>
          <w:sz w:val="18"/>
        </w:rPr>
        <w:t>CPS Women Monthly Q and A with Prof. Farida Khanam and Maulana Farhad Ahmed Umeri July 30, 2023 · 3m 51s · at 9:30 · https://youtu.be/zKtfjSCnoAE?t=570</w:t>
      </w:r>
    </w:p>
    <w:p>
      <w:r>
        <w:rPr>
          <w:i/>
        </w:rPr>
        <w:t>“Hurmat wale mahine kya hain aur kyun hain?”</w:t>
      </w:r>
    </w:p>
    <w:p>
      <w:r>
        <w:rPr>
          <w:sz w:val="20"/>
        </w:rPr>
        <w:t>9:30  Yeh Quran mein aksar padhne ko hota hai ki hurmat wale mahine to yeh hurmat kya hai aur kyun hai aur kya yeh aaj bhi apply karti hai? Wale char mahine hain. Asal mein hota kya tha? Hurmat wale mahine ka matlab yeh hai usko us zamane ke hisse samjhiye ki us zamane mein kya tha? Are aap tribes to jante hain tribal age mein kya kaafi jhagda hota hai.</w:t>
      </w:r>
      <w:r>
        <w:br/>
      </w:r>
      <w:r>
        <w:rPr>
          <w:sz w:val="20"/>
        </w:rPr>
        <w:t>9:56  aaj jo manipur mein ho raha uska basic uski jad mein kya yeh tribal culture hai ki ek</w:t>
      </w:r>
      <w:r>
        <w:br/>
      </w:r>
      <w:r>
        <w:rPr>
          <w:sz w:val="20"/>
        </w:rPr>
        <w:t>10:01  tribe wale doosre tribe se ladai kar raha hai.</w:t>
      </w:r>
      <w:r>
        <w:br/>
      </w:r>
      <w:r>
        <w:rPr>
          <w:sz w:val="20"/>
        </w:rPr>
        <w:t>10:06  yeh culture ki wajah se.</w:t>
      </w:r>
      <w:r>
        <w:br/>
      </w:r>
      <w:r>
        <w:rPr>
          <w:sz w:val="20"/>
        </w:rPr>
        <w:t>10:11  aap agar hamare padosi desh mein jaayen to wahan jhagdaai jo hote hain khaas tarah se afghanistan border</w:t>
      </w:r>
      <w:r>
        <w:br/>
      </w:r>
      <w:r>
        <w:rPr>
          <w:sz w:val="20"/>
        </w:rPr>
        <w:t>10:16  par jod raha woh tribal culture ki apne aap par ho raha hai.</w:t>
      </w:r>
      <w:r>
        <w:br/>
      </w:r>
      <w:r>
        <w:rPr>
          <w:sz w:val="20"/>
        </w:rPr>
        <w:t>10:21  to usmein kaafi jhagde hote hain.</w:t>
      </w:r>
      <w:r>
        <w:br/>
      </w:r>
      <w:r>
        <w:rPr>
          <w:sz w:val="20"/>
        </w:rPr>
        <w:t>10:26  to arab mein bhi waise hua karte the.</w:t>
      </w:r>
      <w:r>
        <w:br/>
      </w:r>
      <w:r>
        <w:rPr>
          <w:sz w:val="20"/>
        </w:rPr>
        <w:t>10:32  to zamane ko hurmat wala isliye kaha gaya ki usmein jaano maal mehfooz rehta hai.</w:t>
      </w:r>
      <w:r>
        <w:br/>
      </w:r>
      <w:r>
        <w:rPr>
          <w:sz w:val="20"/>
        </w:rPr>
        <w:t>10:56  haraam hai woh kisi cheez ko karna to islam ne usko baaqi rakha aur yeh kaha ki is</w:t>
      </w:r>
      <w:r>
        <w:br/>
      </w:r>
      <w:r>
        <w:rPr>
          <w:sz w:val="20"/>
        </w:rPr>
        <w:t>11:20  mein aap jang nahin karenge.</w:t>
      </w:r>
      <w:r>
        <w:br/>
      </w:r>
      <w:r>
        <w:rPr>
          <w:sz w:val="20"/>
        </w:rPr>
        <w:t>11:44  yeh keh diya.</w:t>
      </w:r>
      <w:r>
        <w:br/>
      </w:r>
      <w:r>
        <w:rPr>
          <w:sz w:val="20"/>
        </w:rPr>
        <w:t>12:09  shayad khaadim mil jaaye.</w:t>
      </w:r>
      <w:r>
        <w:br/>
      </w:r>
      <w:r>
        <w:rPr>
          <w:sz w:val="20"/>
        </w:rPr>
        <w:t>12:20  haan, woh bhi doosri rawad mein hai.</w:t>
      </w:r>
      <w:r>
        <w:br/>
      </w:r>
      <w:r>
        <w:rPr>
          <w:sz w:val="20"/>
        </w:rPr>
        <w:t>12:31  to aur sehatmand, sehatmandi mil jaaye, aisa guzaar.</w:t>
      </w:r>
      <w:r>
        <w:br/>
      </w:r>
      <w:r>
        <w:rPr>
          <w:sz w:val="20"/>
        </w:rPr>
        <w:t>12:42  to usko goya ke saari duniya ki daulat mil gayi.</w:t>
      </w:r>
      <w:r>
        <w:br/>
      </w:r>
      <w:r>
        <w:rPr>
          <w:sz w:val="20"/>
        </w:rPr>
        <w:t>12:53  To basic rule jo ismein nikalta hai hamare liye ki koi bhi achhi cheez agar peeche chali bhi aa rahi hai jaise aapne bataya. Haan. Usko baqi rakhna hai. Haan, baqi rakhna hai.</w:t>
      </w:r>
      <w:r>
        <w:br/>
      </w:r>
      <w:r>
        <w:rPr>
          <w:sz w:val="20"/>
        </w:rPr>
        <w:t>13:21  Anyone Najma Apa please ask your question. Haan, main yeh keh rahi hoon ki zara hum how is Islam compatible to democracy ko zara elaborate kar dein.</w:t>
      </w:r>
    </w:p>
    <w:p>
      <w:pPr>
        <w:pStyle w:val="Heading2"/>
      </w:pPr>
      <w:r>
        <w:t>why Muslim movements got structure before speed backwards</w:t>
      </w:r>
    </w:p>
    <w:p>
      <w:r>
        <w:rPr>
          <w:color w:val="666666"/>
          <w:sz w:val="18"/>
        </w:rPr>
        <w:t>From The Spiritual Tree December 3, 2006 · 3m 48s · at 1:22:01 · https://youtu.be/m3JXYXORP5w?t=4921</w:t>
      </w:r>
    </w:p>
    <w:p>
      <w:r>
        <w:rPr>
          <w:i/>
        </w:rPr>
        <w:t>“False sense of priority applies most to Muslims themselves”</w:t>
      </w:r>
    </w:p>
    <w:p>
      <w:r>
        <w:rPr>
          <w:sz w:val="20"/>
        </w:rPr>
        <w:t>1:22:01  ekbatapsamjhlen,shayad aaplogaskosmjhsken ke wohjumene kahathake false narrative,iskasabseaplaihotahai wehmuslamonkeupar.</w:t>
      </w:r>
      <w:r>
        <w:br/>
      </w:r>
      <w:r>
        <w:rPr>
          <w:sz w:val="20"/>
        </w:rPr>
        <w:t>1:22:15  dekhen,hamarepas do momnt hain muslimworldmein: tablig jamat, jamat islami, alaqwal muslmun.</w:t>
      </w:r>
      <w:r>
        <w:br/>
      </w:r>
      <w:r>
        <w:rPr>
          <w:sz w:val="20"/>
        </w:rPr>
        <w:t>1:22:26  aisetohandredzandhundredzhailekin teenbadihain.</w:t>
      </w:r>
      <w:r>
        <w:br/>
      </w:r>
      <w:r>
        <w:rPr>
          <w:sz w:val="20"/>
        </w:rPr>
        <w:t>1:22:30  jinhonne kaha socha kya hai? Woh ye hai ke woh a structure se shuru kar rakha hai unhone.</w:t>
      </w:r>
      <w:r>
        <w:br/>
      </w:r>
      <w:r>
        <w:rPr>
          <w:sz w:val="20"/>
        </w:rPr>
        <w:t>1:22:39  woh samajhte hain structure se kaam shuru karna jabki speed se kaam shuru hota hai. jaise yeh jo keh rahe hain woh alaqwal muslmun ke aadmi hain, woh jo Arab world mein sabse badi party hai.</w:t>
      </w:r>
      <w:r>
        <w:br/>
      </w:r>
      <w:r>
        <w:rPr>
          <w:sz w:val="20"/>
        </w:rPr>
        <w:t>1:22:52  iskakya hai?sabse pehle islami rule hona chahiye, baqi kamaske baad hoga.</w:t>
      </w:r>
      <w:r>
        <w:br/>
      </w:r>
      <w:r>
        <w:rPr>
          <w:sz w:val="20"/>
        </w:rPr>
        <w:t>1:22:59  yeh daway warq ke baad hoga. Islami rule jab ban jayega tab daway wark hoga. Yeh ulat diya inhon ne. Putting the card before the horse.</w:t>
      </w:r>
      <w:r>
        <w:br/>
      </w:r>
      <w:r>
        <w:rPr>
          <w:sz w:val="20"/>
        </w:rPr>
        <w:t>1:23:09  to structure se inhon ne samajh liya ke yeh das da yani starting point. Pehle structure lao, halanke starting point hai speed, al-a'malu binniyat.</w:t>
      </w:r>
      <w:r>
        <w:br/>
      </w:r>
      <w:r>
        <w:rPr>
          <w:sz w:val="20"/>
        </w:rPr>
        <w:t>1:23:23  speed se beginning hoti hai, phir structure aata hai.</w:t>
      </w:r>
      <w:r>
        <w:br/>
      </w:r>
      <w:r>
        <w:rPr>
          <w:sz w:val="20"/>
        </w:rPr>
        <w:t>1:23:28  yahi thinking jamaat-e-saani ki hai, yahi thinking aqwam-e-muslimeen ki hai, aur yahi thinking tablighi jamaat ki hai. Woh samajhte hain ke namaz ka structure khada kar do, phir Islam ki speed apne aap aa jayegi.</w:t>
      </w:r>
      <w:r>
        <w:br/>
      </w:r>
      <w:r>
        <w:rPr>
          <w:sz w:val="20"/>
        </w:rPr>
        <w:t>1:23:40  yeh bilkul jhooti soch hai. Yeh speed pehle laayi jati hai, phir structure aata hai. To sab ki jitni bhi movement hai, sab putting the card before the horse wala qissa hai ke sab structure par zor maar rahe hain,</w:t>
      </w:r>
      <w:r>
        <w:br/>
      </w:r>
      <w:r>
        <w:rPr>
          <w:sz w:val="20"/>
        </w:rPr>
        <w:t>1:23:58  halanke speed ko reveal karna chahiye. Jaise Marx tha, woh bhi iska shikar hua. Yani economic structure woh hai, usko todna aur ek naya structure banana, woh samajhta hai is se sab kuch aa jayega.</w:t>
      </w:r>
      <w:r>
        <w:br/>
      </w:r>
      <w:r>
        <w:rPr>
          <w:sz w:val="20"/>
        </w:rPr>
        <w:t>1:24:12  aur kuch bhi nahi aaya, kuch bhi nahi aaya. Jitne log hain structure par, woh sochte rahe ke starting point yeh hai.</w:t>
      </w:r>
      <w:r>
        <w:br/>
      </w:r>
      <w:r>
        <w:rPr>
          <w:sz w:val="20"/>
        </w:rPr>
        <w:t>1:24:25  hum samajhte hain ke starting point speed ko hi reveal karna hai, yani innamal a'malu binniyat. Lekin hadithon mein ek hadith aisi hai jiske bare mein kaha tha ke sab se zyada sahih hadith yeh hai.</w:t>
      </w:r>
      <w:r>
        <w:br/>
      </w:r>
      <w:r>
        <w:rPr>
          <w:sz w:val="20"/>
        </w:rPr>
        <w:t>1:24:38  koi kehta hai mutawatir ke bahut zyada companion ne isko bayan kiya hai. Wohi yeh hai: innamal a'malu binniyat. Speed par depend karta hai deen.</w:t>
      </w:r>
      <w:r>
        <w:br/>
      </w:r>
      <w:r>
        <w:rPr>
          <w:sz w:val="20"/>
        </w:rPr>
        <w:t>1:24:50  niyat ka matlab speed.</w:t>
      </w:r>
      <w:r>
        <w:br/>
      </w:r>
      <w:r>
        <w:rPr>
          <w:sz w:val="20"/>
        </w:rPr>
        <w:t>1:24:54  to speed as the beginning point. Lekin jisko dekhein, usne structure ko beginning kahan se samajh rakha hai? Khud jo log democracy ko bahut bade woh the advocate, un sab ne bhi structure se shuru kiya.</w:t>
      </w:r>
      <w:r>
        <w:br/>
      </w:r>
      <w:r>
        <w:rPr>
          <w:sz w:val="20"/>
        </w:rPr>
        <w:t>1:25:11  is liye true speed pe kahin aayi nahi kuch. True speed pe kuch bhi nahi aaya. To Maulana, that's why people like Iqbal and Muhammad Ali Jinnah and all these people</w:t>
      </w:r>
      <w:r>
        <w:br/>
      </w:r>
      <w:r>
        <w:rPr>
          <w:sz w:val="20"/>
        </w:rPr>
        <w:t>1:25:23  ll, they laid their emphasis on structure first and then. Haan, wohi sab. The work is missing and their movement. Haan, unka sab ka qissa hai?</w:t>
      </w:r>
      <w:r>
        <w:br/>
      </w:r>
      <w:r>
        <w:rPr>
          <w:sz w:val="20"/>
        </w:rPr>
        <w:t>1:25:31  pehla partition, phir Islam. Batao ke yahi yeh yeh putting the horse, card before the horse hai. Ab partition toh karwa li tum ne aur 60 saal mein kuch bhi nahi hua.</w:t>
      </w:r>
      <w:r>
        <w:br/>
      </w:r>
      <w:r>
        <w:rPr>
          <w:sz w:val="20"/>
        </w:rPr>
        <w:t>1:25:43  that was not starting point. Sab ka qissa yeh hai ke unhon ne structure ko starting point samajh liya</w:t>
      </w:r>
    </w:p>
    <w:p>
      <w:pPr>
        <w:pStyle w:val="Heading2"/>
      </w:pPr>
      <w:r>
        <w:t>Basic rule: preserve good inherited customs</w:t>
      </w:r>
    </w:p>
    <w:p>
      <w:r>
        <w:rPr>
          <w:color w:val="666666"/>
          <w:sz w:val="18"/>
        </w:rPr>
        <w:t>CPS Women Monthly Q and A with Prof. Farida Khanam and Maulana Farhad Ahmed Umeri July 30, 2023 · 28s · at 12:53 · https://youtu.be/zKtfjSCnoAE?t=773</w:t>
      </w:r>
    </w:p>
    <w:p>
      <w:r>
        <w:rPr>
          <w:i/>
        </w:rPr>
        <w:t>“Koi bhi achhi cheez peeche se chali aa rahi ho, usko baaki rakhna hai”</w:t>
      </w:r>
    </w:p>
    <w:p>
      <w:r>
        <w:rPr>
          <w:sz w:val="20"/>
        </w:rPr>
        <w:t>12:53  To basic rule jo ismein nikalta hai hamare liye ki koi bhi achhi cheez agar peeche chali bhi aa rahi hai jaise aapne bataya. Haan. Usko baqi rakhna hai. Haan, baqi rakhna hai.</w:t>
      </w:r>
      <w:r>
        <w:br/>
      </w:r>
      <w:r>
        <w:rPr>
          <w:sz w:val="20"/>
        </w:rPr>
        <w:t>13:21  Anyone Najma Apa please ask your question. Haan, main yeh keh rahi hoon ki zara hum how is Islam compatible to democracy ko zara elaborate kar dein.</w:t>
      </w:r>
    </w:p>
    <w:p>
      <w:pPr>
        <w:pStyle w:val="Heading2"/>
      </w:pPr>
      <w:r>
        <w:t>Top scholars failed to unlock a hadith's deep meaning without ijtihad</w:t>
      </w:r>
    </w:p>
    <w:p>
      <w:r>
        <w:rPr>
          <w:color w:val="666666"/>
          <w:sz w:val="18"/>
        </w:rPr>
        <w:t>Islam in A New Age March 18, 2012 · 2m 59s · at 7:14 · https://youtu.be/P5hzq_NheY0?t=434</w:t>
      </w:r>
    </w:p>
    <w:p>
      <w:r>
        <w:rPr>
          <w:i/>
        </w:rPr>
        <w:t>“Maine sab parha, lekin sirf lafzon ka matlab mila”</w:t>
      </w:r>
    </w:p>
    <w:p>
      <w:r>
        <w:rPr>
          <w:sz w:val="20"/>
        </w:rPr>
        <w:t>7:14  is ko is ka kya, is mein kya baatein hain? yeh bohat hi ajeeb baat hai ke poori tareekh mein is se bekhabar reh gaye log. aur is ka mein hawala deta hoon aap ko ke allama anwar shah kashmiri, jo bohat hi top ke muhaddis thay,</w:t>
      </w:r>
      <w:r>
        <w:br/>
      </w:r>
      <w:r>
        <w:rPr>
          <w:sz w:val="20"/>
        </w:rPr>
        <w:t>7:35  saari hadees ki kitabein, saari mutalliq kitabein, saara zakhira jo hai sunnat ka, woh unhon ne parha tha. to woh likhte hain, un ki kitab mere paas maujood hai,</w:t>
      </w:r>
      <w:r>
        <w:br/>
      </w:r>
      <w:r>
        <w:rPr>
          <w:sz w:val="20"/>
        </w:rPr>
        <w:t>7:49  jo amali hai, lekin bahar haal unhi ki kitab hai woh. woh kehte hain ke maine sab parha. shaukani ki kitab parhi, aur falan kitab parhi, saara parh dala maine is hadees ko samajhnay ke liye.</w:t>
      </w:r>
      <w:r>
        <w:br/>
      </w:r>
      <w:r>
        <w:rPr>
          <w:sz w:val="20"/>
        </w:rPr>
        <w:t>8:01  lekin</w:t>
      </w:r>
      <w:r>
        <w:br/>
      </w:r>
      <w:r>
        <w:rPr>
          <w:sz w:val="20"/>
        </w:rPr>
        <w:t>8:02  is ke baad likhte hain ke "lam yatahassal shay'un ghair hall al-lughaat, ghair hall al-alfaz, lam yatahassal shay'un ghair hall al-alfaz" .</w:t>
      </w:r>
      <w:r>
        <w:br/>
      </w:r>
      <w:r>
        <w:rPr>
          <w:sz w:val="20"/>
        </w:rPr>
        <w:t>8:18  yani yeh saara zakhira jo is hadees ki sharah mein likha gaya hai, is mein is hadees ke mani par mujhe kuch nahi mila.</w:t>
      </w:r>
      <w:r>
        <w:br/>
      </w:r>
      <w:r>
        <w:rPr>
          <w:sz w:val="20"/>
        </w:rPr>
        <w:t>8:26  sirf alfaaz ki grammatical explanation, literal explanation, bas yeh mila. aap ghor kijiye, kaisi ajeeb baat yeh hai.</w:t>
      </w:r>
      <w:r>
        <w:br/>
      </w:r>
      <w:r>
        <w:rPr>
          <w:sz w:val="20"/>
        </w:rPr>
        <w:t>8:38  aur is hadees ke baray mein jo ke bukhari mein bhi hai, aur ibn hajar ki jo kitab hai, fath al-bari, ibn hajar ki kitab jo fath al-bari hai, us ko hadees ka encyclopedia kaha jata hai.</w:t>
      </w:r>
      <w:r>
        <w:br/>
      </w:r>
      <w:r>
        <w:rPr>
          <w:sz w:val="20"/>
        </w:rPr>
        <w:t>8:53  bees jildon mein hai woh.</w:t>
      </w:r>
      <w:r>
        <w:br/>
      </w:r>
      <w:r>
        <w:rPr>
          <w:sz w:val="20"/>
        </w:rPr>
        <w:t>8:56  is mein bhi is tarah behs hai, lekin aik jumla bhi us ki maanoiyat, us ki meaning ke baray mein kuch nahi hai. kaisi ajeeb baat hai.</w:t>
      </w:r>
      <w:r>
        <w:br/>
      </w:r>
      <w:r>
        <w:rPr>
          <w:sz w:val="20"/>
        </w:rPr>
        <w:t>9:07  lekin isi mein aik jumla bohat ahem likha unhon ne ke is hadees mein jo baat hai, us ka janna mumkin hai, lekin thoday logon ke liye mumkin hai woh.</w:t>
      </w:r>
      <w:r>
        <w:br/>
      </w:r>
      <w:r>
        <w:rPr>
          <w:sz w:val="20"/>
        </w:rPr>
        <w:t>9:16  ab woh kon thoday log hain? woh mujtahid log hain.</w:t>
      </w:r>
      <w:r>
        <w:br/>
      </w:r>
      <w:r>
        <w:rPr>
          <w:sz w:val="20"/>
        </w:rPr>
        <w:t>9:24  marifat hukmihi mumkin, walakin lil qaleel min an-nas wa hum al-mujtahidun. is se kya nikla?</w:t>
      </w:r>
      <w:r>
        <w:br/>
      </w:r>
      <w:r>
        <w:rPr>
          <w:sz w:val="20"/>
        </w:rPr>
        <w:t>9:34  is mani ke jo baray baray mani hain jo hadees o quran mein, us ke liye ijtihad ki zaroorat hai. ijtihadi ghor o fikr, ijtihadi zehan.</w:t>
      </w:r>
      <w:r>
        <w:br/>
      </w:r>
      <w:r>
        <w:rPr>
          <w:sz w:val="20"/>
        </w:rPr>
        <w:t>9:46  agar aap ke andar ijtihadi salahiyat nahi hai to in mani tak aap pohnchenge nahi.</w:t>
      </w:r>
      <w:r>
        <w:br/>
      </w:r>
      <w:r>
        <w:rPr>
          <w:sz w:val="20"/>
        </w:rPr>
        <w:t>9:53  is ka matlab kya hua? ke ijtihad na karne ki wajah se poori poori ummat, poori poori ummat jo hai, islam ke reduced form tak pahunch saki.</w:t>
      </w:r>
      <w:r>
        <w:br/>
      </w:r>
      <w:r>
        <w:rPr>
          <w:sz w:val="20"/>
        </w:rPr>
        <w:t>10:06  islam ka jo higher form tha, us se bekhabar reh gayi. kaisi ajeeb mahroomi hai ye.</w:t>
      </w:r>
    </w:p>
    <w:p>
      <w:pPr>
        <w:pStyle w:val="Heading2"/>
      </w:pPr>
      <w:r>
        <w:t>Sunnah of not getting angry personally</w:t>
      </w:r>
    </w:p>
    <w:p>
      <w:r>
        <w:rPr>
          <w:color w:val="666666"/>
          <w:sz w:val="18"/>
        </w:rPr>
        <w:t>What is Sunnah | June 02, 2008 · 30s · at 31:37 · https://youtu.be/RHfm7wuEMEM?t=1897</w:t>
      </w:r>
    </w:p>
    <w:p>
      <w:r>
        <w:rPr>
          <w:i/>
        </w:rPr>
        <w:t>“The Prophet never got angry for personal matters.”</w:t>
      </w:r>
    </w:p>
    <w:p>
      <w:r>
        <w:rPr>
          <w:sz w:val="20"/>
        </w:rPr>
        <w:t>31:37  aah karein, achi tarah se samjhein.</w:t>
      </w:r>
      <w:r>
        <w:br/>
      </w:r>
      <w:r>
        <w:rPr>
          <w:sz w:val="20"/>
        </w:rPr>
        <w:t>31:43  jaise aap dekhiye ke hazrat hazrat aisha farmati hain ke rasool Allah apni zaat ke mamle mein kabhi</w:t>
      </w:r>
      <w:r>
        <w:br/>
      </w:r>
      <w:r>
        <w:rPr>
          <w:sz w:val="20"/>
        </w:rPr>
        <w:t>31:49  ghussa nahi hotay thay.</w:t>
      </w:r>
      <w:r>
        <w:br/>
      </w:r>
      <w:r>
        <w:rPr>
          <w:sz w:val="20"/>
        </w:rPr>
        <w:t>31:55  ab yeh bhi aik sunnat hai ke zaat ke mamle mein ghussa na hona.</w:t>
      </w:r>
      <w:r>
        <w:br/>
      </w:r>
      <w:r>
        <w:rPr>
          <w:sz w:val="20"/>
        </w:rPr>
        <w:t>32:01  zaat ke mamle mein ghussa hona kya hai? kisi ne mujh ko gaali de di, kisi ne mujhe</w:t>
      </w:r>
    </w:p>
    <w:p>
      <w:pPr>
        <w:pStyle w:val="Heading2"/>
      </w:pPr>
      <w:r>
        <w:t>Warning Signs of Doomsday from science</w:t>
      </w:r>
    </w:p>
    <w:p>
      <w:r>
        <w:rPr>
          <w:color w:val="666666"/>
          <w:sz w:val="18"/>
        </w:rPr>
        <w:t>Warnings of Doomsday February 4, 2007 · 51s · at 20:55 · https://youtu.be/VT0BnPl_-zc?t=1255</w:t>
      </w:r>
    </w:p>
    <w:p>
      <w:r>
        <w:rPr>
          <w:i/>
        </w:rPr>
        <w:t>“Warning Signs of Doomsday”</w:t>
      </w:r>
    </w:p>
    <w:p>
      <w:r>
        <w:rPr>
          <w:sz w:val="20"/>
        </w:rPr>
        <w:t>20:55  to warning science mein is mein aata add karunga ke "warning signs of toms day" . is mein to jo hai "warning signs", s i g n s,</w:t>
      </w:r>
      <w:r>
        <w:br/>
      </w:r>
      <w:r>
        <w:rPr>
          <w:sz w:val="20"/>
        </w:rPr>
        <w:t>21:09  "warning ki nishaniyan" . to main ne izafa kar ke kahunga ke yeh hai "warning signs of toms day" . kyunke jo aaya hai, woh aap sab logon ne parha hoga, aur aur TV mein dekha hoga ke bohat hi dangerous situation ki taraf hum ja rahe hain, aur yeh bhi keh rahe hain ke "irreversible" hai.</w:t>
      </w:r>
      <w:r>
        <w:br/>
      </w:r>
      <w:r>
        <w:rPr>
          <w:sz w:val="20"/>
        </w:rPr>
        <w:t>21:29  woh ab hum lot nahi sakte peechay ki taraf, yaani pre industrial era mein yeh situation jo thi ke carbon dioxide ab double, is ke muqablay mein double hua ja raha hai hamare atmosphere mein.</w:t>
      </w:r>
    </w:p>
    <w:p>
      <w:pPr>
        <w:pStyle w:val="Heading2"/>
      </w:pPr>
      <w:r>
        <w:t>Shaitan's trick to lead to unachievable goals</w:t>
      </w:r>
    </w:p>
    <w:p>
      <w:r>
        <w:rPr>
          <w:color w:val="666666"/>
          <w:sz w:val="18"/>
        </w:rPr>
        <w:t>Living in the 21st Century I 17th February 2013 - Maulana Wahiduddin Khan · 4m 59s · at 42:14 · https://youtu.be/ccUhM8fLtpU?t=2534</w:t>
      </w:r>
    </w:p>
    <w:p>
      <w:r>
        <w:rPr>
          <w:i/>
        </w:rPr>
        <w:t>“قرآن میں ہے کہ دیکھیے، میں یہ سوچ رہا تھا کہ شیطان نے یہ challenge کیوں کیا؟”</w:t>
      </w:r>
    </w:p>
    <w:p>
      <w:r>
        <w:rPr>
          <w:sz w:val="20"/>
        </w:rPr>
        <w:t>42:14  quran mein hai ke dekhiye, main yeh soch raha tha ke shaitan ne yeh challenge kyun kiya? Shaitan ne kaha tha ke Adam ki jab paidaish hui shuru mein to Allah Ta'ala ko ek challenge diya tha us ne.</w:t>
      </w:r>
      <w:r>
        <w:br/>
      </w:r>
      <w:r>
        <w:rPr>
          <w:sz w:val="20"/>
        </w:rPr>
        <w:t>42:31  Allah ko tanikann zurriyatahum billahi qaleelan. Yaani main insaanon ki majority ko solve kar lunga, solve.</w:t>
      </w:r>
      <w:r>
        <w:br/>
      </w:r>
      <w:r>
        <w:rPr>
          <w:sz w:val="20"/>
        </w:rPr>
        <w:t>42:42  kaisa ajeeb baat hai. Ke insaanon ki majority ko main solve kar lunga, yeh aqeedah tha shaitan ka.</w:t>
      </w:r>
      <w:r>
        <w:br/>
      </w:r>
      <w:r>
        <w:rPr>
          <w:sz w:val="20"/>
        </w:rPr>
        <w:t>42:53  to main soch raha tha ke aakhir kaise himmat pari shaitan ki yeh karne ki ke insaan ki majority ko woh solve kar lega? Kaise himmat pari us ki?</w:t>
      </w:r>
      <w:r>
        <w:br/>
      </w:r>
      <w:r>
        <w:rPr>
          <w:sz w:val="20"/>
        </w:rPr>
        <w:t>43:04  to himmat isi liye pari ke is mein insaan ki ek weakness ko daryaft kiya, ek weakness ko.</w:t>
      </w:r>
      <w:r>
        <w:br/>
      </w:r>
      <w:r>
        <w:rPr>
          <w:sz w:val="20"/>
        </w:rPr>
        <w:t>43:12  ke insaan bohat aasani se unachievable goal ki taraf slip kar jata hai. Bohat aasani se. Hatta ke us waqt bhi jab ke achievable goal ke saare raaste khul gaye hon, tab bhi woh</w:t>
      </w:r>
      <w:r>
        <w:br/>
      </w:r>
      <w:r>
        <w:rPr>
          <w:sz w:val="20"/>
        </w:rPr>
        <w:t>43:28  ajeeb o ghareeb tor par slip kar ke pahunch jata hai unachievable goal ki taraf.</w:t>
      </w:r>
      <w:r>
        <w:br/>
      </w:r>
      <w:r>
        <w:rPr>
          <w:sz w:val="20"/>
        </w:rPr>
        <w:t>43:37  jaise Adam jo the, saari jannat khuli hui thi, phir bhi woh ek ek darakht ki taraf chale gaye. Jo vibrant tree tha.</w:t>
      </w:r>
      <w:r>
        <w:br/>
      </w:r>
      <w:r>
        <w:rPr>
          <w:sz w:val="20"/>
        </w:rPr>
        <w:t>43:47  to insaan ka ajeeb o ghareeb mizaj hai ke ninety percent is ke liye</w:t>
      </w:r>
      <w:r>
        <w:br/>
      </w:r>
      <w:r>
        <w:rPr>
          <w:sz w:val="20"/>
        </w:rPr>
        <w:t>43:56  achhe haalaat hain, lekin woh ek percent jo hai usi mein ja kar apne aap ko us mein daal deta hai woh.</w:t>
      </w:r>
      <w:r>
        <w:br/>
      </w:r>
      <w:r>
        <w:rPr>
          <w:sz w:val="20"/>
        </w:rPr>
        <w:t>44:10  to insaan ki is kamzori ko jaanta tha ke insaan ko bohat aasani se main behka kar ke unachievable goal ki taraf daal dunga.</w:t>
      </w:r>
      <w:r>
        <w:br/>
      </w:r>
      <w:r>
        <w:rPr>
          <w:sz w:val="20"/>
        </w:rPr>
        <w:t>44:20  ab aap dekhiye, tareekh mein jitne philosophers the, un ko shaitan ne behkaya ke total reality ko tum jaan sakte ho apne mind se.</w:t>
      </w:r>
      <w:r>
        <w:br/>
      </w:r>
      <w:r>
        <w:rPr>
          <w:sz w:val="20"/>
        </w:rPr>
        <w:t>44:32  aur mind ki thin limitations, to woh jaan nahin paya, nateeja yeh ke saare philosophers jo hain freshers hi mare.</w:t>
      </w:r>
      <w:r>
        <w:br/>
      </w:r>
      <w:r>
        <w:rPr>
          <w:sz w:val="20"/>
        </w:rPr>
        <w:t>44:42  freshers hi mare saare philosophers. Alexander the Great ke mind mein daal diya, woh to Greece ka badshah tha,</w:t>
      </w:r>
      <w:r>
        <w:br/>
      </w:r>
      <w:r>
        <w:rPr>
          <w:sz w:val="20"/>
        </w:rPr>
        <w:t>44:50  badshahat mili thi us ko. Us ne kaha daal diya ke tum saari duniya ko conquer karo. Ab is duniya ko conquer karne ke liye nikla woh. Aur thirty-three years ke age mein woh freshers hi mar gaya.</w:t>
      </w:r>
      <w:r>
        <w:br/>
      </w:r>
      <w:r>
        <w:rPr>
          <w:sz w:val="20"/>
        </w:rPr>
        <w:t>45:03  conquer kiye baghair. Hitler ke mind mein daal diya</w:t>
      </w:r>
      <w:r>
        <w:br/>
      </w:r>
      <w:r>
        <w:rPr>
          <w:sz w:val="20"/>
        </w:rPr>
        <w:t>45:08  ke tum saare Europe ke ruler ban sakte ho. Us ne ladai chhod di. Lekin kya hua? Fifty-six saal mein woh suicide kar ke mar gaya.</w:t>
      </w:r>
      <w:r>
        <w:br/>
      </w:r>
      <w:r>
        <w:rPr>
          <w:sz w:val="20"/>
        </w:rPr>
        <w:t>45:19  frustration mein.</w:t>
      </w:r>
      <w:r>
        <w:br/>
      </w:r>
      <w:r>
        <w:rPr>
          <w:sz w:val="20"/>
        </w:rPr>
        <w:t>45:23  yahi haal is zamane mein musalmanon ka hai. ke musalmanon ko ek unachievable goal mein phansa rakha hai is ne. ke sari dunya mein islam ki hukumat, sari dunya mein islam ka nizam, sari dunya mein islam ka qanoon, sari dunya se kufr o batil ko mitana.</w:t>
      </w:r>
      <w:r>
        <w:br/>
      </w:r>
      <w:r>
        <w:rPr>
          <w:sz w:val="20"/>
        </w:rPr>
        <w:t>45:40  that is unachievable goal. kyun? yeh goal takra raha hai Allah ke creation plan se.</w:t>
      </w:r>
      <w:r>
        <w:br/>
      </w:r>
      <w:r>
        <w:rPr>
          <w:sz w:val="20"/>
        </w:rPr>
        <w:t>45:50  Allah ne har ek ko azadi di hai, har ek ko total freedom diya hai, poori azadi.</w:t>
      </w:r>
      <w:r>
        <w:br/>
      </w:r>
      <w:r>
        <w:rPr>
          <w:sz w:val="20"/>
        </w:rPr>
        <w:t>45:58  phir jab poori azadi hai to aap kya karenge? jab poori azadi di hai to aap yeh kar hi nahi sakte ke sari dunya mein aap apna hukum chalane lagain.</w:t>
      </w:r>
      <w:r>
        <w:br/>
      </w:r>
      <w:r>
        <w:rPr>
          <w:sz w:val="20"/>
        </w:rPr>
        <w:t>46:11  mumkin nahi hai har aadmi revolt karega jagah jagah.</w:t>
      </w:r>
      <w:r>
        <w:br/>
      </w:r>
      <w:r>
        <w:rPr>
          <w:sz w:val="20"/>
        </w:rPr>
        <w:t>46:16  to sari dunya ke musalmanon ke dimagh mein shaitan ne kya kar diya? ek unachievable goal mein phansa diya un ko. lad rahe hain, mar rahe hain, suicide bombing kar rahe hain, milta kuch bhi nahi.</w:t>
      </w:r>
      <w:r>
        <w:br/>
      </w:r>
      <w:r>
        <w:rPr>
          <w:sz w:val="20"/>
        </w:rPr>
        <w:t>46:27  milta kya hai? nafrat, inteqam, nafrat, revenge aur suicide bombing.</w:t>
      </w:r>
      <w:r>
        <w:br/>
      </w:r>
      <w:r>
        <w:rPr>
          <w:sz w:val="20"/>
        </w:rPr>
        <w:t>46:37  to shaitan ne jo challenge diya tha ke main insanon ki majority ko solve kar lunga, usi weakness ko jaan kar ke.</w:t>
      </w:r>
      <w:r>
        <w:br/>
      </w:r>
      <w:r>
        <w:rPr>
          <w:sz w:val="20"/>
        </w:rPr>
        <w:t>46:46  ke bohat aasani se insan ko aisa kiya sakta hai ke us ko aisi baatein us ke dimagh mein dali jayen</w:t>
      </w:r>
      <w:r>
        <w:br/>
      </w:r>
      <w:r>
        <w:rPr>
          <w:sz w:val="20"/>
        </w:rPr>
        <w:t>46:56  ke woh bohat slip kar ke pahunch jaye unachievable goal ki taraf.</w:t>
      </w:r>
      <w:r>
        <w:br/>
      </w:r>
      <w:r>
        <w:rPr>
          <w:sz w:val="20"/>
        </w:rPr>
        <w:t>47:04  jo unachievable goal ki taraf jayega to kya hoga? jo shaitan ne kaha tha وَلَا تَجَدُوا أَكْثَرَهُمْ شَاكِرِينَ ۔</w:t>
      </w:r>
    </w:p>
    <w:p>
      <w:pPr>
        <w:pStyle w:val="Heading2"/>
      </w:pPr>
      <w:r>
        <w:t>Reason behind shift of emphasis in dawah</w:t>
      </w:r>
    </w:p>
    <w:p>
      <w:r>
        <w:rPr>
          <w:color w:val="666666"/>
          <w:sz w:val="18"/>
        </w:rPr>
        <w:t>Lessons from My Journey to Canada II January 10, 2016 · 2m 59s · at 42:11 · https://youtu.be/GHF2Ph3GW7A?t=2531</w:t>
      </w:r>
    </w:p>
    <w:p>
      <w:r>
        <w:rPr>
          <w:i/>
        </w:rPr>
        <w:t>“What is the reason behind the shift of their emphasis?”</w:t>
      </w:r>
    </w:p>
    <w:p>
      <w:r>
        <w:rPr>
          <w:sz w:val="20"/>
        </w:rPr>
        <w:t>42:11  "What is the reason behind the shift of their emphasis?"</w:t>
      </w:r>
      <w:r>
        <w:br/>
      </w:r>
      <w:r>
        <w:rPr>
          <w:sz w:val="20"/>
        </w:rPr>
        <w:t>42:18  mein ne chand baar mujhe is ka tajurba hua hai kuch musalmanon se jo parhe likhe thay.</w:t>
      </w:r>
      <w:r>
        <w:br/>
      </w:r>
      <w:r>
        <w:rPr>
          <w:sz w:val="20"/>
        </w:rPr>
        <w:t>42:26  mein ne kaha ke aap log dawat ka kaam kyun nahi karte? dawat hai Allah ka kaam.</w:t>
      </w:r>
      <w:r>
        <w:br/>
      </w:r>
      <w:r>
        <w:rPr>
          <w:sz w:val="20"/>
        </w:rPr>
        <w:t>42:33  to unhon ne kaha ke dawat to</w:t>
      </w:r>
      <w:r>
        <w:br/>
      </w:r>
      <w:r>
        <w:rPr>
          <w:sz w:val="20"/>
        </w:rPr>
        <w:t>42:36  rasool Allah ka kaam tha.</w:t>
      </w:r>
      <w:r>
        <w:br/>
      </w:r>
      <w:r>
        <w:rPr>
          <w:sz w:val="20"/>
        </w:rPr>
        <w:t>42:42  ya rasool to</w:t>
      </w:r>
      <w:r>
        <w:br/>
      </w:r>
      <w:r>
        <w:rPr>
          <w:sz w:val="20"/>
        </w:rPr>
        <w:t>42:48  musalmanon mein shayad consciously ya unconsciously yeh baat baithi hui hai ke dawat tha ghair muslimon ki dawat.</w:t>
      </w:r>
      <w:r>
        <w:br/>
      </w:r>
      <w:r>
        <w:rPr>
          <w:sz w:val="20"/>
        </w:rPr>
        <w:t>42:57  rasool Allah ka kaam tha, hamara kaam tha ke namaz roza karein, madarse qaim karein, masjid banayein.</w:t>
      </w:r>
      <w:r>
        <w:br/>
      </w:r>
      <w:r>
        <w:rPr>
          <w:sz w:val="20"/>
        </w:rPr>
        <w:t>43:04  yeh ek galat soch hai.</w:t>
      </w:r>
      <w:r>
        <w:br/>
      </w:r>
      <w:r>
        <w:rPr>
          <w:sz w:val="20"/>
        </w:rPr>
        <w:t>43:09  poori tareekh mein dawat ki ahmiyat jo hai hadaf ho gayi.</w:t>
      </w:r>
      <w:r>
        <w:br/>
      </w:r>
      <w:r>
        <w:rPr>
          <w:sz w:val="20"/>
        </w:rPr>
        <w:t>43:14  dawat ka kaam jaari raha is shakal mein ke Quran apni khud apni taqat se phailta raha, apni</w:t>
      </w:r>
      <w:r>
        <w:br/>
      </w:r>
      <w:r>
        <w:rPr>
          <w:sz w:val="20"/>
        </w:rPr>
        <w:t>43:21  taqat se. kyunke musalmanon mein jo barh bari tehrikein uthein, barh bari tehrikein to un mein se koi</w:t>
      </w:r>
      <w:r>
        <w:br/>
      </w:r>
      <w:r>
        <w:rPr>
          <w:sz w:val="20"/>
        </w:rPr>
        <w:t>43:27  dawat par nahi thi, koi kalam par, koi fiqah par, koi</w:t>
      </w:r>
      <w:r>
        <w:br/>
      </w:r>
      <w:r>
        <w:rPr>
          <w:sz w:val="20"/>
        </w:rPr>
        <w:t>43:34  millat ke ahya par,</w:t>
      </w:r>
      <w:r>
        <w:br/>
      </w:r>
      <w:r>
        <w:rPr>
          <w:sz w:val="20"/>
        </w:rPr>
        <w:t>43:37  koi jihad par,</w:t>
      </w:r>
      <w:r>
        <w:br/>
      </w:r>
      <w:r>
        <w:rPr>
          <w:sz w:val="20"/>
        </w:rPr>
        <w:t>43:40  yaani doosre doosre nishanon par tehrikein uthein, is par nahi uthi.</w:t>
      </w:r>
      <w:r>
        <w:br/>
      </w:r>
      <w:r>
        <w:rPr>
          <w:sz w:val="20"/>
        </w:rPr>
        <w:t>43:46  to kisi wajah se logon ka yeh zehan baith gaya ke dawat ka kaam to rasool ka kaam</w:t>
      </w:r>
      <w:r>
        <w:br/>
      </w:r>
      <w:r>
        <w:rPr>
          <w:sz w:val="20"/>
        </w:rPr>
        <w:t>43:51  tha, unhon ne kar diya.</w:t>
      </w:r>
      <w:r>
        <w:br/>
      </w:r>
      <w:r>
        <w:rPr>
          <w:sz w:val="20"/>
        </w:rPr>
        <w:t>43:53  ab hamein to millat ka kaam karna hai.</w:t>
      </w:r>
      <w:r>
        <w:br/>
      </w:r>
      <w:r>
        <w:rPr>
          <w:sz w:val="20"/>
        </w:rPr>
        <w:t>43:59  waqai yeh tareekh ka ek sawal hai ke kaise, yaani</w:t>
      </w:r>
      <w:r>
        <w:br/>
      </w:r>
      <w:r>
        <w:rPr>
          <w:sz w:val="20"/>
        </w:rPr>
        <w:t>44:04  patri jo hai dawat se hat gayi.</w:t>
      </w:r>
      <w:r>
        <w:br/>
      </w:r>
      <w:r>
        <w:rPr>
          <w:sz w:val="20"/>
        </w:rPr>
        <w:t>44:08  to ek wajah meri samajh mein yeh aati hai ke logon ne yeh samajh liya ke dawat ka</w:t>
      </w:r>
      <w:r>
        <w:br/>
      </w:r>
      <w:r>
        <w:rPr>
          <w:sz w:val="20"/>
        </w:rPr>
        <w:t>44:11  kaam ghair muslimon, dawat ka kaam peghambar ka kaam tha, unhon ne kar diya.</w:t>
      </w:r>
      <w:r>
        <w:br/>
      </w:r>
      <w:r>
        <w:rPr>
          <w:sz w:val="20"/>
        </w:rPr>
        <w:t>44:16  lekin sawal yeh hai ke jo baad ki generation hai, jo jab peghambar mojood nahi hain,</w:t>
      </w:r>
      <w:r>
        <w:br/>
      </w:r>
      <w:r>
        <w:rPr>
          <w:sz w:val="20"/>
        </w:rPr>
        <w:t>44:23  to kya woh un ko dawat nahi pahunchai gayi? rasool Allah ne apne contemporary logon ko pahunchaya dawat.</w:t>
      </w:r>
      <w:r>
        <w:br/>
      </w:r>
      <w:r>
        <w:rPr>
          <w:sz w:val="20"/>
        </w:rPr>
        <w:t>44:30  ab jo baad ke log hain,</w:t>
      </w:r>
      <w:r>
        <w:br/>
      </w:r>
      <w:r>
        <w:rPr>
          <w:sz w:val="20"/>
        </w:rPr>
        <w:t>44:32  un ki baad ki naslein</w:t>
      </w:r>
      <w:r>
        <w:br/>
      </w:r>
      <w:r>
        <w:rPr>
          <w:sz w:val="20"/>
        </w:rPr>
        <w:t>44:35  to unhein bhi pohnchana hai humein.</w:t>
      </w:r>
      <w:r>
        <w:br/>
      </w:r>
      <w:r>
        <w:rPr>
          <w:sz w:val="20"/>
        </w:rPr>
        <w:t>44:38  to behrhaal yeh baat sahi hai, lekin is se humein hamari zimmedari ka ehsaas barhta barhna chahiye</w:t>
      </w:r>
      <w:r>
        <w:br/>
      </w:r>
      <w:r>
        <w:rPr>
          <w:sz w:val="20"/>
        </w:rPr>
        <w:t>44:47  ke jo kaam,</w:t>
      </w:r>
      <w:r>
        <w:br/>
      </w:r>
      <w:r>
        <w:rPr>
          <w:sz w:val="20"/>
        </w:rPr>
        <w:t>44:52  yani ummat mein bohat kam kiya gaya, us ko hum zyada taqat ke sath karna hai.</w:t>
      </w:r>
      <w:r>
        <w:br/>
      </w:r>
      <w:r>
        <w:rPr>
          <w:sz w:val="20"/>
        </w:rPr>
        <w:t>44:58  مولانا، ان کا ایک اور سوال ہے، انہوں نے آپ سے یہ بھی پوچھا ہے کہ "What is</w:t>
      </w:r>
      <w:r>
        <w:br/>
      </w:r>
      <w:r>
        <w:rPr>
          <w:sz w:val="20"/>
        </w:rPr>
        <w:t>45:03  The meaning of Ulul Albab that is mentioned in the Quran more than once</w:t>
      </w:r>
    </w:p>
    <w:p>
      <w:pPr>
        <w:pStyle w:val="Heading2"/>
      </w:pPr>
      <w:r>
        <w:t>From war to peace - planning at Hudaybiyyah</w:t>
      </w:r>
    </w:p>
    <w:p>
      <w:r>
        <w:rPr>
          <w:color w:val="666666"/>
          <w:sz w:val="18"/>
        </w:rPr>
        <w:t>The Issues of Islam in the Present World 11 Nov, 2012 - Maulana Wahiduddin Khan · 23s · at 3:28 · https://youtu.be/_2hQa846Qzc?t=208</w:t>
      </w:r>
    </w:p>
    <w:p>
      <w:r>
        <w:rPr>
          <w:i/>
        </w:rPr>
        <w:t>“War ke bajaye peace par mabni planning. Woh thi Hudaybiyah.”</w:t>
      </w:r>
    </w:p>
    <w:p>
      <w:r>
        <w:rPr>
          <w:sz w:val="20"/>
        </w:rPr>
        <w:t>3:28  war ke bajaye peace par mabni planning. woh thi hudaybiyah. bohat hi zyada sochne ki baat hai ke makki daur se le kar madani taur tak bar bar takrao hota raha, chhote baday.</w:t>
      </w:r>
    </w:p>
    <w:p>
      <w:pPr>
        <w:pStyle w:val="Heading2"/>
      </w:pPr>
      <w:r>
        <w:t>Eliminate side questions to focus on life's purpose</w:t>
      </w:r>
    </w:p>
    <w:p>
      <w:r>
        <w:rPr>
          <w:color w:val="666666"/>
          <w:sz w:val="18"/>
        </w:rPr>
        <w:t>God Oriented Life (In Conversation with Maulana) 23 10 11 · 5m 15s · at 8:32 · https://youtu.be/E_LWwsWww2U?t=512</w:t>
      </w:r>
    </w:p>
    <w:p>
      <w:r>
        <w:rPr>
          <w:i/>
        </w:rPr>
        <w:t>“Dekhiye yeh yahi ek question nahi, billion questions hain”</w:t>
      </w:r>
    </w:p>
    <w:p>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r>
        <w:br/>
      </w:r>
      <w:r>
        <w:rPr>
          <w:sz w:val="20"/>
        </w:rPr>
        <w:t>10:53  agar woh yeh sochta ke kahin main mar jaon beech mein ke accident ho jaye ke falan baat</w:t>
      </w:r>
      <w:r>
        <w:br/>
      </w:r>
      <w:r>
        <w:rPr>
          <w:sz w:val="20"/>
        </w:rPr>
        <w:t>10:58  ho jaye to use phansa rehta hai woh dekhen side question mein phansna yeh is ka naam hai</w:t>
      </w:r>
      <w:r>
        <w:br/>
      </w:r>
      <w:r>
        <w:rPr>
          <w:sz w:val="20"/>
        </w:rPr>
        <w:t>11:04  confusion yaad rakhiye</w:t>
      </w:r>
      <w:r>
        <w:br/>
      </w:r>
      <w:r>
        <w:rPr>
          <w:sz w:val="20"/>
        </w:rPr>
        <w:t>11:07  side question hamesha hi hotay hain kisi bhi cheez mein agar aap side question mein phanse to aap</w:t>
      </w:r>
      <w:r>
        <w:br/>
      </w:r>
      <w:r>
        <w:rPr>
          <w:sz w:val="20"/>
        </w:rPr>
        <w:t>11:13  zinda reh rahe hain aap shadi na karen aap bachon ko na padhayen aap business na karen aap</w:t>
      </w:r>
      <w:r>
        <w:br/>
      </w:r>
      <w:r>
        <w:rPr>
          <w:sz w:val="20"/>
        </w:rPr>
        <w:t>11:16  job na karen kyunke har jagah side question maujood hai</w:t>
      </w:r>
      <w:r>
        <w:br/>
      </w:r>
      <w:r>
        <w:rPr>
          <w:sz w:val="20"/>
        </w:rPr>
        <w:t>11:21  to yeh science mein yahi hota hai ke aaj scientist jab aap kisi cheez ki tehqeeq karta hai</w:t>
      </w:r>
      <w:r>
        <w:br/>
      </w:r>
      <w:r>
        <w:rPr>
          <w:sz w:val="20"/>
        </w:rPr>
        <w:t>11:27  to bohat si cheezen darmian mein aati hain ke cheezen jo ab amal ke amal ke bete roop</w:t>
      </w:r>
      <w:r>
        <w:br/>
      </w:r>
      <w:r>
        <w:rPr>
          <w:sz w:val="20"/>
        </w:rPr>
        <w:t>11:32  mein hain mili juli roop mein hain</w:t>
      </w:r>
      <w:r>
        <w:br/>
      </w:r>
      <w:r>
        <w:rPr>
          <w:sz w:val="20"/>
        </w:rPr>
        <w:t>11:35  scientist aik cheez ki tehqeeq kar raha hai to beech</w:t>
      </w:r>
      <w:r>
        <w:br/>
      </w:r>
      <w:r>
        <w:rPr>
          <w:sz w:val="20"/>
        </w:rPr>
        <w:t>11:38  mein doosri cheezen aati hain jiska taluq chemistry se hai iska taluq biology se hai is</w:t>
      </w:r>
      <w:r>
        <w:br/>
      </w:r>
      <w:r>
        <w:rPr>
          <w:sz w:val="20"/>
        </w:rPr>
        <w:t>11:42  ka taluq physics hai iska taluq is se hai is se woh chhodta jata hai is aik</w:t>
      </w:r>
      <w:r>
        <w:br/>
      </w:r>
      <w:r>
        <w:rPr>
          <w:sz w:val="20"/>
        </w:rPr>
        <w:t>11:47  cheez tak safar karta hai woh tab woh tehqeeq kar pata hai jisko kehte hain principle of</w:t>
      </w:r>
      <w:r>
        <w:br/>
      </w:r>
      <w:r>
        <w:rPr>
          <w:sz w:val="20"/>
        </w:rPr>
        <w:t>11:53  elimination to aap ko yeh karna hai yahan bhi karna hai</w:t>
      </w:r>
      <w:r>
        <w:br/>
      </w:r>
      <w:r>
        <w:rPr>
          <w:sz w:val="20"/>
        </w:rPr>
        <w:t>11:59  side questions ko aap ko ignore karna padega nahi to phanse rahenge phanse rahenge kuch</w:t>
      </w:r>
      <w:r>
        <w:br/>
      </w:r>
      <w:r>
        <w:rPr>
          <w:sz w:val="20"/>
        </w:rPr>
        <w:t>12:04  nahi hoga aur sawal yeh hai ke aap isi mein kyun itna zyada</w:t>
      </w:r>
      <w:r>
        <w:br/>
      </w:r>
      <w:r>
        <w:rPr>
          <w:sz w:val="20"/>
        </w:rPr>
        <w:t>12:10  mein kehta hoon aap ki zindagi kaun sa maamla aisa hai jahan yeh sab question na hon aur us ko eliminate na kiya ho aap ne</w:t>
      </w:r>
      <w:r>
        <w:br/>
      </w:r>
      <w:r>
        <w:rPr>
          <w:sz w:val="20"/>
        </w:rPr>
        <w:t>12:17  jab aap ne business ki hogi jab aap ne padha hoga jab aap ne job kiya hoga jab</w:t>
      </w:r>
      <w:r>
        <w:br/>
      </w:r>
      <w:r>
        <w:rPr>
          <w:sz w:val="20"/>
        </w:rPr>
        <w:t>12:21  aap ne shadi ki hogi jab aap ne bachay ko school mein dakhil kiya hoga jab aap ne</w:t>
      </w:r>
      <w:r>
        <w:br/>
      </w:r>
      <w:r>
        <w:rPr>
          <w:sz w:val="20"/>
        </w:rPr>
        <w:t>12:26  safar har jagah aise question thay aaj bhi aise question hain</w:t>
      </w:r>
      <w:r>
        <w:br/>
      </w:r>
      <w:r>
        <w:rPr>
          <w:sz w:val="20"/>
        </w:rPr>
        <w:t>12:32  to aap is ko eliminate karte hain apnay jo aap ka goal hai is badhte rehte hain badhte</w:t>
      </w:r>
      <w:r>
        <w:br/>
      </w:r>
      <w:r>
        <w:rPr>
          <w:sz w:val="20"/>
        </w:rPr>
        <w:t>12:37  rehte hain badhte rehte hain to yeh side question yani principle principle of elimination yeh universal principle hai</w:t>
      </w:r>
      <w:r>
        <w:br/>
      </w:r>
      <w:r>
        <w:rPr>
          <w:sz w:val="20"/>
        </w:rPr>
        <w:t>12:46  har aadmi is pe karta hi karta hai amal na kare to pagal ho jaye to main kahun</w:t>
      </w:r>
      <w:r>
        <w:br/>
      </w:r>
      <w:r>
        <w:rPr>
          <w:sz w:val="20"/>
        </w:rPr>
        <w:t>12:51  ga sirf yeh sochiye ke kaisa aaj yeh mauqa diya Allah taala ne mujh ko ke main aik</w:t>
      </w:r>
      <w:r>
        <w:br/>
      </w:r>
      <w:r>
        <w:rPr>
          <w:sz w:val="20"/>
        </w:rPr>
        <w:t>12:57  sirf aik cheez ko aik aik</w:t>
      </w:r>
      <w:r>
        <w:br/>
      </w:r>
      <w:r>
        <w:rPr>
          <w:sz w:val="20"/>
        </w:rPr>
        <w:t>13:02  cheez sabit kar doon apni zindagi mein ke main ne Khuda ki di hui freedom ko misuse</w:t>
      </w:r>
      <w:r>
        <w:br/>
      </w:r>
      <w:r>
        <w:rPr>
          <w:sz w:val="20"/>
        </w:rPr>
        <w:t>13:07  nahi kiya aur uske baad i eternal paradise hai</w:t>
      </w:r>
      <w:r>
        <w:br/>
      </w:r>
      <w:r>
        <w:rPr>
          <w:sz w:val="20"/>
        </w:rPr>
        <w:t>13:13  to yeh to bilkul thrilling aap ko thrill aayega soch kar ke</w:t>
      </w:r>
      <w:r>
        <w:br/>
      </w:r>
      <w:r>
        <w:rPr>
          <w:sz w:val="20"/>
        </w:rPr>
        <w:t>13:18  thrill aayega</w:t>
      </w:r>
      <w:r>
        <w:br/>
      </w:r>
      <w:r>
        <w:rPr>
          <w:sz w:val="20"/>
        </w:rPr>
        <w:t>13:20  yeh kyunke aap ne is ko discover nahi kiya yani woh thrilling discovery aap ko nahi hui goal</w:t>
      </w:r>
      <w:r>
        <w:br/>
      </w:r>
      <w:r>
        <w:rPr>
          <w:sz w:val="20"/>
        </w:rPr>
        <w:t>13:27  ke baray mein to aap side question mein phanse hue hain</w:t>
      </w:r>
      <w:r>
        <w:br/>
      </w:r>
      <w:r>
        <w:rPr>
          <w:sz w:val="20"/>
        </w:rPr>
        <w:t>13:31  mein sirf yahi kahunga ke aap doosri zindagi ke doosre mamle mein is ke aasani karte to</w:t>
      </w:r>
      <w:r>
        <w:br/>
      </w:r>
      <w:r>
        <w:rPr>
          <w:sz w:val="20"/>
        </w:rPr>
        <w:t>13:36  aap double standard aap double standard ban rahe hain</w:t>
      </w:r>
      <w:r>
        <w:br/>
      </w:r>
      <w:r>
        <w:rPr>
          <w:sz w:val="20"/>
        </w:rPr>
        <w:t>13:41  dekhein saada baat nahi hai aap double standard ban rahe hain har doosre mamle mein aap side</w:t>
      </w:r>
    </w:p>
    <w:p>
      <w:pPr>
        <w:pStyle w:val="Heading2"/>
      </w:pPr>
      <w:r>
        <w:t>Result-oriented action beyond right wrong</w:t>
      </w:r>
    </w:p>
    <w:p>
      <w:r>
        <w:rPr>
          <w:color w:val="666666"/>
          <w:sz w:val="18"/>
        </w:rPr>
        <w:t>Principles of Life (Prophetic Wisdom) · 5m 36s · at 28:46 · https://youtu.be/dWzIQ5DQMNU?t=1726</w:t>
      </w:r>
    </w:p>
    <w:p>
      <w:r>
        <w:rPr>
          <w:i/>
        </w:rPr>
        <w:t>“Rait aur rang, rait aur rang. Ek teesri cheez.”</w:t>
      </w:r>
    </w:p>
    <w:p>
      <w:r>
        <w:rPr>
          <w:sz w:val="20"/>
        </w:rPr>
        <w:t>28:46  , right aur wrong, right aur wrong.</w:t>
      </w:r>
      <w:r>
        <w:br/>
      </w:r>
      <w:r>
        <w:rPr>
          <w:sz w:val="20"/>
        </w:rPr>
        <w:t>28:51  ek teesri cheez ko bhi aap ko sochna chahiye, aur woh hai result.</w:t>
      </w:r>
      <w:r>
        <w:br/>
      </w:r>
      <w:r>
        <w:rPr>
          <w:sz w:val="20"/>
        </w:rPr>
        <w:t>28:56  action ka result.</w:t>
      </w:r>
      <w:r>
        <w:br/>
      </w:r>
      <w:r>
        <w:rPr>
          <w:sz w:val="20"/>
        </w:rPr>
        <w:t>29:01  agar aap ke paas sirf do ki fehrist hai to aap duniya mein sirf burai paida karenge.</w:t>
      </w:r>
      <w:r>
        <w:br/>
      </w:r>
      <w:r>
        <w:rPr>
          <w:sz w:val="20"/>
        </w:rPr>
        <w:t>29:06  jahan right, jahan dekhenge ke wrong ho raha hai to aap daud padenge aur aap kuch</w:t>
      </w:r>
      <w:r>
        <w:br/>
      </w:r>
      <w:r>
        <w:rPr>
          <w:sz w:val="20"/>
        </w:rPr>
        <w:t>29:11  kar nahin payenge siwaye is ke ke aur problem ko badhayen.</w:t>
      </w:r>
      <w:r>
        <w:br/>
      </w:r>
      <w:r>
        <w:rPr>
          <w:sz w:val="20"/>
        </w:rPr>
        <w:t>29:16  yeh bohat hi zaroori hai ke aap is dichotomy mein na jiyen, right aur wrong ki dichotomy mein.</w:t>
      </w:r>
      <w:r>
        <w:br/>
      </w:r>
      <w:r>
        <w:rPr>
          <w:sz w:val="20"/>
        </w:rPr>
        <w:t>29:21  balke yeh bhi janen ke hamesha right aur wrong ke siwa ek third position bhi hoti hai.</w:t>
      </w:r>
      <w:r>
        <w:br/>
      </w:r>
      <w:r>
        <w:rPr>
          <w:sz w:val="20"/>
        </w:rPr>
        <w:t>29:26  woh kya hai? result ko dekhna.</w:t>
      </w:r>
      <w:r>
        <w:br/>
      </w:r>
      <w:r>
        <w:rPr>
          <w:sz w:val="20"/>
        </w:rPr>
        <w:t>29:31  result ko dekh kar ke action lena.</w:t>
      </w:r>
      <w:r>
        <w:br/>
      </w:r>
      <w:r>
        <w:rPr>
          <w:sz w:val="20"/>
        </w:rPr>
        <w:t>29:36  aur agar chup rehne mein, chup rehne mein aap dekhen ke chup rehna zyada theek hai.</w:t>
      </w:r>
      <w:r>
        <w:br/>
      </w:r>
      <w:r>
        <w:rPr>
          <w:sz w:val="20"/>
        </w:rPr>
        <w:t>29:41  chup rehne ka kam se kam itna to faida hai</w:t>
      </w:r>
      <w:r>
        <w:br/>
      </w:r>
      <w:r>
        <w:rPr>
          <w:sz w:val="20"/>
        </w:rPr>
        <w:t>29:46  ke problem aur badhega nahin.</w:t>
      </w:r>
      <w:r>
        <w:br/>
      </w:r>
      <w:r>
        <w:rPr>
          <w:sz w:val="20"/>
        </w:rPr>
        <w:t>29:52  problem aur zyada complex nahin ho jayega.</w:t>
      </w:r>
      <w:r>
        <w:br/>
      </w:r>
      <w:r>
        <w:rPr>
          <w:sz w:val="20"/>
        </w:rPr>
        <w:t>29:59  ek simple problem hai shuru mein, aap ka action lene se woh complex, woh complex problem ban jaye.</w:t>
      </w:r>
      <w:r>
        <w:br/>
      </w:r>
      <w:r>
        <w:rPr>
          <w:sz w:val="20"/>
        </w:rPr>
        <w:t>30:05  to aisi halat mein aap ko hargiz hargiz action nahin lena chahiye.</w:t>
      </w:r>
      <w:r>
        <w:br/>
      </w:r>
      <w:r>
        <w:rPr>
          <w:sz w:val="20"/>
        </w:rPr>
        <w:t>30:11  to jin logon ke paas yahi dichotomy hai, right aur wrong, right aur wrong, justice injustice, justice injustice,</w:t>
      </w:r>
      <w:r>
        <w:br/>
      </w:r>
      <w:r>
        <w:rPr>
          <w:sz w:val="20"/>
        </w:rPr>
        <w:t>30:17  to duniya mein bigaad paida karenge woh.</w:t>
      </w:r>
      <w:r>
        <w:br/>
      </w:r>
      <w:r>
        <w:rPr>
          <w:sz w:val="20"/>
        </w:rPr>
        <w:t>30:22  kai logon ko hum dekhte hain ke justice lene ki ladai chhod rakhi hai unhon ne.</w:t>
      </w:r>
      <w:r>
        <w:br/>
      </w:r>
      <w:r>
        <w:rPr>
          <w:sz w:val="20"/>
        </w:rPr>
        <w:t>30:27  woh kehte hain hamara justice ho raha hai, hamare sath injustice ho raha hai, hamein justice lena hai,</w:t>
      </w:r>
      <w:r>
        <w:br/>
      </w:r>
      <w:r>
        <w:rPr>
          <w:sz w:val="20"/>
        </w:rPr>
        <w:t>30:32  justice ko establish karna hai.</w:t>
      </w:r>
      <w:r>
        <w:br/>
      </w:r>
      <w:r>
        <w:rPr>
          <w:sz w:val="20"/>
        </w:rPr>
        <w:t>30:37  lekin aap result dekhen to so so baras ki ladai se kya hua hai? tabahi, tabahi, tabahi, tabahi.</w:t>
      </w:r>
      <w:r>
        <w:br/>
      </w:r>
      <w:r>
        <w:rPr>
          <w:sz w:val="20"/>
        </w:rPr>
        <w:t>30:42  to is hadith se</w:t>
      </w:r>
      <w:r>
        <w:br/>
      </w:r>
      <w:r>
        <w:rPr>
          <w:sz w:val="20"/>
        </w:rPr>
        <w:t>30:47  yeh usool nikla ke tumhare paas sirf, ke tum ko sirf right aur wrong ki dichotomy mein nahin jeena chahiye.</w:t>
      </w:r>
      <w:r>
        <w:br/>
      </w:r>
      <w:r>
        <w:rPr>
          <w:sz w:val="20"/>
        </w:rPr>
        <w:t>30:55  justice aur injustice ki dichotomy mein nahin jeena chahiye.</w:t>
      </w:r>
      <w:r>
        <w:br/>
      </w:r>
      <w:r>
        <w:rPr>
          <w:sz w:val="20"/>
        </w:rPr>
        <w:t>31:03  zulm aur insaaf ki dichotomy mein nahin jeena chahiye.</w:t>
      </w:r>
      <w:r>
        <w:br/>
      </w:r>
      <w:r>
        <w:rPr>
          <w:sz w:val="20"/>
        </w:rPr>
        <w:t>31:11  balkay aik teesri cheez bhi tumhare paas honi chahiye tumhari list mein, woh hai result. result. aap agar</w:t>
      </w:r>
      <w:r>
        <w:br/>
      </w:r>
      <w:r>
        <w:rPr>
          <w:sz w:val="20"/>
        </w:rPr>
        <w:t>31:20  insaf ke naam par chhalang lagayen aur niklay aik bura result, to woh insaf kiya, woh woh woh</w:t>
      </w:r>
      <w:r>
        <w:br/>
      </w:r>
      <w:r>
        <w:rPr>
          <w:sz w:val="20"/>
        </w:rPr>
        <w:t>31:26  kuch bhi nahi hoga.</w:t>
      </w:r>
      <w:r>
        <w:br/>
      </w:r>
      <w:r>
        <w:rPr>
          <w:sz w:val="20"/>
        </w:rPr>
        <w:t>31:32  woh na-insafi se ziyada buri cheez ban jayegi.</w:t>
      </w:r>
      <w:r>
        <w:br/>
      </w:r>
      <w:r>
        <w:rPr>
          <w:sz w:val="20"/>
        </w:rPr>
        <w:t>31:38  to aksar logon ko maine dekha hai ke yahi karte hain ke unke paas sirf do</w:t>
      </w:r>
      <w:r>
        <w:br/>
      </w:r>
      <w:r>
        <w:rPr>
          <w:sz w:val="20"/>
        </w:rPr>
        <w:t>31:44  hi, do hi cheez hoti hai: zulm aur insaf</w:t>
      </w:r>
      <w:r>
        <w:br/>
      </w:r>
      <w:r>
        <w:rPr>
          <w:sz w:val="20"/>
        </w:rPr>
        <w:t>31:50  , justice injustice, right wrong. aise log jo hain bohat bhari bhool mein mubtala hain. kyunkeh duniya mein dekhiye, aap akele nahi hain. agar aap kisi island mein hain jahan aap akele hain, to wahan aap ko, wahan agar aap aisa karen, kisi cheez ko wrong samajh kar us ko correct karen, to koi wahan par koi gadbad nahi</w:t>
      </w:r>
      <w:r>
        <w:br/>
      </w:r>
      <w:r>
        <w:rPr>
          <w:sz w:val="20"/>
        </w:rPr>
        <w:t>32:20  machega.</w:t>
      </w:r>
      <w:r>
        <w:br/>
      </w:r>
      <w:r>
        <w:rPr>
          <w:sz w:val="20"/>
        </w:rPr>
        <w:t>32:25  akele aap hi hain, gadbad kaun karne wala hai wahan par? to kisi island mein agar aap</w:t>
      </w:r>
      <w:r>
        <w:br/>
      </w:r>
      <w:r>
        <w:rPr>
          <w:sz w:val="20"/>
        </w:rPr>
        <w:t>32:30  akele hain, wahan aap aik problem dekhte hain, us problem ko theek karne ke liye aap koi step</w:t>
      </w:r>
      <w:r>
        <w:br/>
      </w:r>
      <w:r>
        <w:rPr>
          <w:sz w:val="20"/>
        </w:rPr>
        <w:t>32:35  lete hain, to wahan par koi bura result nikalne wala nahi hai.</w:t>
      </w:r>
      <w:r>
        <w:br/>
      </w:r>
      <w:r>
        <w:rPr>
          <w:sz w:val="20"/>
        </w:rPr>
        <w:t>32:41  wahan koi nai burai paida hone wali nahi hai.</w:t>
      </w:r>
      <w:r>
        <w:br/>
      </w:r>
      <w:r>
        <w:rPr>
          <w:sz w:val="20"/>
        </w:rPr>
        <w:t>32:46  lekin yeh jo duniya hai, jahan aap ke sath lakhon doosre log bhi hain,</w:t>
      </w:r>
      <w:r>
        <w:br/>
      </w:r>
      <w:r>
        <w:rPr>
          <w:sz w:val="20"/>
        </w:rPr>
        <w:t>32:51  to yeh soch wahan par kaam nahi karegi.</w:t>
      </w:r>
      <w:r>
        <w:br/>
      </w:r>
      <w:r>
        <w:rPr>
          <w:sz w:val="20"/>
        </w:rPr>
        <w:t>32:57  yani island mein akele hona aik alag cheez hai, society mein doosron ke sath jeena aik alag cheez hai.</w:t>
      </w:r>
      <w:r>
        <w:br/>
      </w:r>
      <w:r>
        <w:rPr>
          <w:sz w:val="20"/>
        </w:rPr>
        <w:t>33:03  donon mein farq hai.</w:t>
      </w:r>
      <w:r>
        <w:br/>
      </w:r>
      <w:r>
        <w:rPr>
          <w:sz w:val="20"/>
        </w:rPr>
        <w:t>33:09  jab aap society mein ho to aap ke sath doosre log bhi hain.</w:t>
      </w:r>
      <w:r>
        <w:br/>
      </w:r>
      <w:r>
        <w:rPr>
          <w:sz w:val="20"/>
        </w:rPr>
        <w:t>33:16  aap action lenge to kya doosre chup rahenge? woh agar aap koi action lenge, aap koi woh</w:t>
      </w:r>
      <w:r>
        <w:br/>
      </w:r>
      <w:r>
        <w:rPr>
          <w:sz w:val="20"/>
        </w:rPr>
        <w:t>33:22  bhashan denge to kya doosre log chup rahenge? woh bhi apni zuban istemal karenge, woh</w:t>
      </w:r>
      <w:r>
        <w:br/>
      </w:r>
      <w:r>
        <w:rPr>
          <w:sz w:val="20"/>
        </w:rPr>
        <w:t>33:28  bhi apna loud speaker istemal karenge, woh bhi apni taqat ko istemal karenge.</w:t>
      </w:r>
      <w:r>
        <w:br/>
      </w:r>
      <w:r>
        <w:rPr>
          <w:sz w:val="20"/>
        </w:rPr>
        <w:t>33:34  to yaad rakhiye, woh culture ya woh principle jo akele island mein chal sakta hai, woh samaj</w:t>
      </w:r>
      <w:r>
        <w:br/>
      </w:r>
      <w:r>
        <w:rPr>
          <w:sz w:val="20"/>
        </w:rPr>
        <w:t>33:40  mein nahi chal sakta, woh social life mein nahi chal sakta, woh us waqt nahi chal sakta jab</w:t>
      </w:r>
      <w:r>
        <w:br/>
      </w:r>
      <w:r>
        <w:rPr>
          <w:sz w:val="20"/>
        </w:rPr>
        <w:t>33:46  aap doosron ke sath hon. to hamesha</w:t>
      </w:r>
      <w:r>
        <w:br/>
      </w:r>
      <w:r>
        <w:rPr>
          <w:sz w:val="20"/>
        </w:rPr>
        <w:t>33:52  yaad rakhiye ke jab aap samaj mein hon to yeh sochiye ke mera action jo hai, doosron par</w:t>
      </w:r>
      <w:r>
        <w:br/>
      </w:r>
      <w:r>
        <w:rPr>
          <w:sz w:val="20"/>
        </w:rPr>
        <w:t>33:58  kya asar dalega? mere action se agar doosre, mere action se kya doosre log bhark uthenge?</w:t>
      </w:r>
      <w:r>
        <w:br/>
      </w:r>
      <w:r>
        <w:rPr>
          <w:sz w:val="20"/>
        </w:rPr>
        <w:t>34:04  bhark uthenge to phir aap ko chup rehna chahiye.</w:t>
      </w:r>
      <w:r>
        <w:br/>
      </w:r>
      <w:r>
        <w:rPr>
          <w:sz w:val="20"/>
        </w:rPr>
        <w:t>34:10  kyunke problem agar pehle ek tha to ab do ho jayega.</w:t>
      </w:r>
      <w:r>
        <w:br/>
      </w:r>
      <w:r>
        <w:rPr>
          <w:sz w:val="20"/>
        </w:rPr>
        <w:t>34:16  to problem ko ek se do karna yeh to ko</w:t>
      </w:r>
    </w:p>
    <w:p>
      <w:pPr>
        <w:pStyle w:val="Heading2"/>
      </w:pPr>
      <w:r>
        <w:t>sun and moon parable on how interpretation multiplies one truth</w:t>
      </w:r>
    </w:p>
    <w:p>
      <w:r>
        <w:rPr>
          <w:color w:val="666666"/>
          <w:sz w:val="18"/>
        </w:rPr>
        <w:t>History of Islamic Learning May 14, 2006 Part 2 · 2m 53s · at 11:20 · https://youtu.be/snrt_NRyjLI?t=680</w:t>
      </w:r>
    </w:p>
    <w:p>
      <w:r>
        <w:rPr>
          <w:i/>
        </w:rPr>
        <w:t>“کیا آسمان پر آپ دیکھتے ہیں کہ سورج اور چاند چمک رہا ہے؟”</w:t>
      </w:r>
    </w:p>
    <w:p>
      <w:r>
        <w:rPr>
          <w:sz w:val="20"/>
        </w:rPr>
        <w:t>11:20  kya aasman par aap dekhte hain ke suraj aur chand chamak raha hai? har din suraj chand nikalte hain aur chamakte hain. to originally to suraj aur chand ek hain, kai nahin hain.</w:t>
      </w:r>
      <w:r>
        <w:br/>
      </w:r>
      <w:r>
        <w:rPr>
          <w:sz w:val="20"/>
        </w:rPr>
        <w:t>11:33  lekin insan ne tarah tarah se is ko interpretation diya. is ka</w:t>
      </w:r>
      <w:r>
        <w:br/>
      </w:r>
      <w:r>
        <w:rPr>
          <w:sz w:val="20"/>
        </w:rPr>
        <w:t>11:36  misalan ek shayar the, nazeer akbarabadi, unhon ne kaha ke hum to na chand samjhen, na suraj hain jante.</w:t>
      </w:r>
      <w:r>
        <w:br/>
      </w:r>
      <w:r>
        <w:rPr>
          <w:sz w:val="20"/>
        </w:rPr>
        <w:t>11:47  baba, hamein to yeh nazar aati hain rotiyan. ab ek aadmi jo roti ka se pareshan tha, roti ko apna, yani roti ke problem se dochar tha, wo to wo us ko har cheez roti hi dikhai padi.</w:t>
      </w:r>
      <w:r>
        <w:br/>
      </w:r>
      <w:r>
        <w:rPr>
          <w:sz w:val="20"/>
        </w:rPr>
        <w:t>12:06  hum to na chand samjhen, na suraj hain jante. baba, hamein to yeh nazar aati hain rotiyan. ab dekhiye ke kuch aur logon ne kya kiya.</w:t>
      </w:r>
      <w:r>
        <w:br/>
      </w:r>
      <w:r>
        <w:rPr>
          <w:sz w:val="20"/>
        </w:rPr>
        <w:t>12:18  unhon ne kaha ke unhon ne isi ko khuda samajh liya, chand suraj ko khuda samajh liya. unhon ne is ko roti samjha.</w:t>
      </w:r>
      <w:r>
        <w:br/>
      </w:r>
      <w:r>
        <w:rPr>
          <w:sz w:val="20"/>
        </w:rPr>
        <w:t>12:30  ek shayar ne chand suraj ko roti samj</w:t>
      </w:r>
      <w:r>
        <w:br/>
      </w:r>
      <w:r>
        <w:rPr>
          <w:sz w:val="20"/>
        </w:rPr>
        <w:t>12:32  ha. doosra insan kya kehta hai ke hum to na chand samjhen, na suraj hain jante. baba, hamein to yeh nazar aate hain devta.</w:t>
      </w:r>
      <w:r>
        <w:br/>
      </w:r>
      <w:r>
        <w:rPr>
          <w:sz w:val="20"/>
        </w:rPr>
        <w:t>12:43  yani mein isi kuch shair ko is tareeqe se daal kar keh raha hoon ke dunya mein hazaron saal tak chand aur suraj ko pooja gaya hai, is ko khuda samjha gaya hai.</w:t>
      </w:r>
      <w:r>
        <w:br/>
      </w:r>
      <w:r>
        <w:rPr>
          <w:sz w:val="20"/>
        </w:rPr>
        <w:t>12:52  to goya ke unhon ne yeh kaha ke hum to na chand samjhen, na suraj hain jante. baba, hamein to yeh nazar aate hain devta.</w:t>
      </w:r>
      <w:r>
        <w:br/>
      </w:r>
      <w:r>
        <w:rPr>
          <w:sz w:val="20"/>
        </w:rPr>
        <w:t>13:01  ek hi cheez ko unhon ne roti kaha, doosre ko unhon ne devta kaha.</w:t>
      </w:r>
      <w:r>
        <w:br/>
      </w:r>
      <w:r>
        <w:rPr>
          <w:sz w:val="20"/>
        </w:rPr>
        <w:t>13:09  isi tarah se kuch logon ne kaha ke bhai, yeh kya hai? yeh to sirf roshni ka source hai, hum to is se light milti hai. to goya ke unhon ne yeh kaha ke hum to na chand samjhen, na suraj hain jante.</w:t>
      </w:r>
      <w:r>
        <w:br/>
      </w:r>
      <w:r>
        <w:rPr>
          <w:sz w:val="20"/>
        </w:rPr>
        <w:t>13:22  baba, hamein to yeh nazar aati hain lalten.</w:t>
      </w:r>
      <w:r>
        <w:br/>
      </w:r>
      <w:r>
        <w:rPr>
          <w:sz w:val="20"/>
        </w:rPr>
        <w:t>13:28  asal jo tha ke khuda ka creation hai, wo khuda ke kamal ko dikha rahe hain, wo khuda ke existence ko bol rahe hain.</w:t>
      </w:r>
      <w:r>
        <w:br/>
      </w:r>
      <w:r>
        <w:rPr>
          <w:sz w:val="20"/>
        </w:rPr>
        <w:t>13:37  wo kaisa ajeeb hai, wo khuda jis ne ittifaq universe banaya, is tarah se chand aur suraj ka nizam qaim kiya, jis ne stars banaye, planet banaye, sun banaya.</w:t>
      </w:r>
      <w:r>
        <w:br/>
      </w:r>
      <w:r>
        <w:rPr>
          <w:sz w:val="20"/>
        </w:rPr>
        <w:t>13:52  yeh yeh khuda, yeh jo hai, khamosh zaban mein khuda ki khudai ka aelan tha, khuda ke existence ka aelan aelan tha.</w:t>
      </w:r>
      <w:r>
        <w:br/>
      </w:r>
      <w:r>
        <w:rPr>
          <w:sz w:val="20"/>
        </w:rPr>
        <w:t>14:01  yeh kisi ne nahin samjha, kisi ne is ko roti samajh liya, kisi ne wo devta samajh liya, kisi ne is ko lalten samajh liya. yeh tha interpretation ka farq.</w:t>
      </w:r>
    </w:p>
    <w:p>
      <w:pPr>
        <w:pStyle w:val="Heading2"/>
      </w:pPr>
      <w:r>
        <w:t>Every human is pure-hearted until conditioning changes them</w:t>
      </w:r>
    </w:p>
    <w:p>
      <w:r>
        <w:rPr>
          <w:color w:val="666666"/>
          <w:sz w:val="18"/>
        </w:rPr>
        <w:t>Journey to a Mediterranean Island November 23, 2008 · 37s · at 1:19:20 · https://youtu.be/uoOiuhWeSIQ?t=4760</w:t>
      </w:r>
    </w:p>
    <w:p>
      <w:r>
        <w:rPr>
          <w:i/>
        </w:rPr>
        <w:t>“میں ابھی ایک گانا آتا ہے ریڈیو پر: بچے من کے سچے”</w:t>
      </w:r>
    </w:p>
    <w:p>
      <w:r>
        <w:rPr>
          <w:sz w:val="20"/>
        </w:rPr>
        <w:t>1:19:20  main abhi ek ek gana aata hai radio par: bachche mann ke sachhe. main bohat pasand hai mujhe wo gana: bachche mann ke sachhe.</w:t>
      </w:r>
      <w:r>
        <w:br/>
      </w:r>
      <w:r>
        <w:rPr>
          <w:sz w:val="20"/>
        </w:rPr>
        <w:t>1:19:29  to maine socha ke yeh bachche ki baat nahi hai, yeh insan ki baat hai. har insan mann ka sachha hota hai, magar conditioning ki wajah se wo badal jata hai.</w:t>
      </w:r>
      <w:r>
        <w:br/>
      </w:r>
      <w:r>
        <w:rPr>
          <w:sz w:val="20"/>
        </w:rPr>
        <w:t>1:19:40  bachche mann ke sachhe jo hai, wo bachche ko keh rahe hain ke mann ke sachhe hote hain. bade bhi mann ke sachhe hain apni nature ke etbaar se</w:t>
      </w:r>
      <w:r>
        <w:br/>
      </w:r>
      <w:r>
        <w:rPr>
          <w:sz w:val="20"/>
        </w:rPr>
        <w:t>1:19:49  , lekin conditioning ne un ke un ko kuch se kuch bana diya hai. to hum bhi hamare mission sar pe to deconditioning ka mission hai.</w:t>
      </w:r>
    </w:p>
    <w:p>
      <w:pPr>
        <w:pStyle w:val="Heading2"/>
      </w:pPr>
      <w:r>
        <w:t>Prophet's historicity through companions</w:t>
      </w:r>
    </w:p>
    <w:p>
      <w:r>
        <w:rPr>
          <w:color w:val="666666"/>
          <w:sz w:val="18"/>
        </w:rPr>
        <w:t>Wisdom of Hadith February 23, 2014 · 2m 48s · at 8:37 · https://youtu.be/8GZmhBU-LwE?t=517</w:t>
      </w:r>
    </w:p>
    <w:p>
      <w:r>
        <w:rPr>
          <w:i/>
        </w:rPr>
        <w:t>“Main ek misaal deta hoon”</w:t>
      </w:r>
    </w:p>
    <w:p>
      <w:r>
        <w:rPr>
          <w:sz w:val="20"/>
        </w:rPr>
        <w:t>8:37  mein aik misaal deta hoon.</w:t>
      </w:r>
      <w:r>
        <w:br/>
      </w:r>
      <w:r>
        <w:rPr>
          <w:sz w:val="20"/>
        </w:rPr>
        <w:t>8:42  rasool allah sallallahu alaihi wasallam tamam peghambaron mein aik hi peghambar aisay hain jo Historical peghambar ki haisiyat rakhte hain.</w:t>
      </w:r>
      <w:r>
        <w:br/>
      </w:r>
      <w:r>
        <w:rPr>
          <w:sz w:val="20"/>
        </w:rPr>
        <w:t>8:53  pichlay peghambar aqeeday ke peghambar hain. batore aqeedah hum un ko mante hain. lekin un ko Historical Base hasil nahi hai. to Philip Hickory jo aik Christian thay un ki kitab hai "History of the Arabs".</w:t>
      </w:r>
      <w:r>
        <w:br/>
      </w:r>
      <w:r>
        <w:rPr>
          <w:sz w:val="20"/>
        </w:rPr>
        <w:t>9:10  is mein woh likhte hain ke "Muhammad was born in the full light of history". "Muhammad was born in the full light of history".</w:t>
      </w:r>
      <w:r>
        <w:br/>
      </w:r>
      <w:r>
        <w:rPr>
          <w:sz w:val="20"/>
        </w:rPr>
        <w:t>9:24  muhammad paida hue mukammal tareekh ki roshni mein. to yeh muhammad sallallahu alaihi wasallam ko yeh haisiyat kaise mili?</w:t>
      </w:r>
      <w:r>
        <w:br/>
      </w:r>
      <w:r>
        <w:rPr>
          <w:sz w:val="20"/>
        </w:rPr>
        <w:t>9:36  aap ghor kijiye ke rasool allah sallallahu alaihi wasallam se sirf chhay so saal pehle. sirf chhay so saal pehle hazrat masih paida hue falasteen mein.</w:t>
      </w:r>
      <w:r>
        <w:br/>
      </w:r>
      <w:r>
        <w:rPr>
          <w:sz w:val="20"/>
        </w:rPr>
        <w:t>9:45  unki koi History nahi. Burt Nerson ne likha hai ke Historically it is quite doubtful whether Christ ever existed at all.</w:t>
      </w:r>
      <w:r>
        <w:br/>
      </w:r>
      <w:r>
        <w:rPr>
          <w:sz w:val="20"/>
        </w:rPr>
        <w:t>9:57  kyun ke Historical Document nahi hai hazrat masih ke liye. kyun nahi hai? un ke is ke sath koi tape nahi thi. khud bible mein likha hua hai ke jab woh un ko suuli par charhanay ke liye le gaye to un ke jo shagird thay wahan par taqreeban das shagird thay woh sab ke sab bhag gaye.</w:t>
      </w:r>
      <w:r>
        <w:br/>
      </w:r>
      <w:r>
        <w:rPr>
          <w:sz w:val="20"/>
        </w:rPr>
        <w:t>10:18  yeh khud bible mein likha hua hai ke bhag gaye sab ke sab.</w:t>
      </w:r>
      <w:r>
        <w:br/>
      </w:r>
      <w:r>
        <w:rPr>
          <w:sz w:val="20"/>
        </w:rPr>
        <w:t>10:25  to History ko insan banate hain. History jo hai woh insan banate hain. team banati hai. to pichlay peghambaron ke sath koi team nahi thi is liye un ki History bhi nahi bani.</w:t>
      </w:r>
      <w:r>
        <w:br/>
      </w:r>
      <w:r>
        <w:rPr>
          <w:sz w:val="20"/>
        </w:rPr>
        <w:t>10:38  rasool Allah ke sath team thi yani sahaba karam jin ko hum kehte hain. taqreeban deid lakh sahaba. yahi to Reporters of History hain.</w:t>
      </w:r>
      <w:r>
        <w:br/>
      </w:r>
      <w:r>
        <w:rPr>
          <w:sz w:val="20"/>
        </w:rPr>
        <w:t>10:52  inhi ki waja se to History bani rasool Allah sal Allah alih wasalam ki. to hazrat maseeh jo sirf chhay sau saal pehle paida hue un ki History nahin.</w:t>
      </w:r>
      <w:r>
        <w:br/>
      </w:r>
      <w:r>
        <w:rPr>
          <w:sz w:val="20"/>
        </w:rPr>
        <w:t>11:01  kyun ke Reporters nahin the. History ko Report karne wale log nahin the. rasool Allah ki History ko Report karne wale log the. jinho ne rasool Allah ko dekha aap ke sath rahe.</w:t>
      </w:r>
      <w:r>
        <w:br/>
      </w:r>
      <w:r>
        <w:rPr>
          <w:sz w:val="20"/>
        </w:rPr>
        <w:t>11:13  aap tamam mamlaat mein un ke shareek rahe. woh Report karte hain. to yahi sahaba hain. to sahaba aur Reporters of History of the Prophet.</w:t>
      </w:r>
    </w:p>
    <w:p>
      <w:pPr>
        <w:pStyle w:val="Heading2"/>
      </w:pPr>
      <w:r>
        <w:t>reconstructing the hidden real-life scene behind a hadith</w:t>
      </w:r>
    </w:p>
    <w:p>
      <w:r>
        <w:rPr>
          <w:color w:val="666666"/>
          <w:sz w:val="18"/>
        </w:rPr>
        <w:t>Bird Culture March 6, 2014 Maulana Wahiduddin Khan · 1m 54s · at 2:42 · https://youtu.be/zLSCXGvTJ9A?t=162</w:t>
      </w:r>
    </w:p>
    <w:p>
      <w:r>
        <w:rPr>
          <w:i/>
        </w:rPr>
        <w:t>“Yeh hadith jo aapke saamne parhi gayi, main sochta raha”</w:t>
      </w:r>
    </w:p>
    <w:p>
      <w:r>
        <w:rPr>
          <w:sz w:val="20"/>
        </w:rPr>
        <w:t>2:42  misalan yeh jo hadees hai jo aap ko parhi gayi, aap ke samne parhi gayi, is ko le kar main bohat din sochta raha. to meri aqal ne is ko nahi mana ke aap masjid-e-nabwi mein baithe honge,</w:t>
      </w:r>
      <w:r>
        <w:br/>
      </w:r>
      <w:r>
        <w:rPr>
          <w:sz w:val="20"/>
        </w:rPr>
        <w:t>2:57  wahan aap ne yeh keh diya hoga. yeh ghair fitri baat hai ke aap ne hujre mein baithe hue hain ya masjid-e-nabwi mein baithe hain.</w:t>
      </w:r>
      <w:r>
        <w:br/>
      </w:r>
      <w:r>
        <w:rPr>
          <w:sz w:val="20"/>
        </w:rPr>
        <w:t>3:11  is tarah nahi keh diya hoga. qiyasan maine samjha ke aap apne kuch ashaab ke sath kahin chal rahe honge,</w:t>
      </w:r>
      <w:r>
        <w:br/>
      </w:r>
      <w:r>
        <w:rPr>
          <w:sz w:val="20"/>
        </w:rPr>
        <w:t>3:22  aur rastay mein kahin aap ko yeh nazar aya hoga ke chidiya wahan baithi hui hai, koi dana chug rahi hai.</w:t>
      </w:r>
      <w:r>
        <w:br/>
      </w:r>
      <w:r>
        <w:rPr>
          <w:sz w:val="20"/>
        </w:rPr>
        <w:t>3:36  to is ko dekh kar aap ne farmaya hoga ke jannat mein woh log jayenge jin ke dil chidiyon ke manind honge.</w:t>
      </w:r>
      <w:r>
        <w:br/>
      </w:r>
      <w:r>
        <w:rPr>
          <w:sz w:val="20"/>
        </w:rPr>
        <w:t>3:51  aisi misalan ek hadees mein hai ke: "misal al momin kal misal al khamah." momin ki misal narm paudhe jaisi hai.</w:t>
      </w:r>
      <w:r>
        <w:br/>
      </w:r>
      <w:r>
        <w:rPr>
          <w:sz w:val="20"/>
        </w:rPr>
        <w:t>4:00  yeh bhi mera qiyas hai ke aap kahin safar mein honge, kahin baithe honge bahar khuli jagah par, aur wahan par koi paudha hoga, koi ghaas hogi,</w:t>
      </w:r>
      <w:r>
        <w:br/>
      </w:r>
      <w:r>
        <w:rPr>
          <w:sz w:val="20"/>
        </w:rPr>
        <w:t>4:14  hawa chali hogi, woh paudha hila hoga. to aap ne farmaya ke dekho, momin paudhe hi ke manind hota hai, in mein to akkar nahi hoti is mein.</w:t>
      </w:r>
      <w:r>
        <w:br/>
      </w:r>
      <w:r>
        <w:rPr>
          <w:sz w:val="20"/>
        </w:rPr>
        <w:t>4:26  to yahi muamla hai is hadees ka jo abhi aap ke samne parhi gayi.</w:t>
      </w:r>
    </w:p>
    <w:p>
      <w:pPr>
        <w:pStyle w:val="Heading2"/>
      </w:pPr>
      <w:r>
        <w:t>Sign of zero-defect world becoming defective</w:t>
      </w:r>
    </w:p>
    <w:p>
      <w:r>
        <w:rPr>
          <w:color w:val="666666"/>
          <w:sz w:val="18"/>
        </w:rPr>
        <w:t>Warnings of Doomsday February 4, 2007 · 23s · at 33:20 · https://youtu.be/VT0BnPl_-zc?t=2000</w:t>
      </w:r>
    </w:p>
    <w:p>
      <w:r>
        <w:rPr>
          <w:i/>
        </w:rPr>
        <w:t>“Aur kya nishani hogi ke zero-defect world ko insaan ne bana diya?”</w:t>
      </w:r>
    </w:p>
    <w:p>
      <w:r>
        <w:rPr>
          <w:sz w:val="20"/>
        </w:rPr>
        <w:t>33:20  yani qayamat ke ke qareeb aanay ki nishaniyan. aur kya, aur kya hogi nishani?</w:t>
      </w:r>
      <w:r>
        <w:br/>
      </w:r>
      <w:r>
        <w:rPr>
          <w:sz w:val="20"/>
        </w:rPr>
        <w:t>33:30  aur kya nishani hogi ke zero defect world ko insan ne bana diya? sara is mein har taraf defect hai, defect hai, defect hai.</w:t>
      </w:r>
    </w:p>
    <w:p>
      <w:pPr>
        <w:pStyle w:val="Heading2"/>
      </w:pPr>
      <w:r>
        <w:t>Literal meaning of Dajjal: the Great Deceiver</w:t>
      </w:r>
    </w:p>
    <w:p>
      <w:r>
        <w:rPr>
          <w:color w:val="666666"/>
          <w:sz w:val="18"/>
        </w:rPr>
        <w:t>Dajjal and Dajjalism July 26, 2009 · 43s · at 1:08 · https://youtu.be/CxQTfG01O_s?t=68</w:t>
      </w:r>
    </w:p>
    <w:p>
      <w:r>
        <w:rPr>
          <w:i/>
        </w:rPr>
        <w:t>“Dajjal ka literal meaning hai 'deceiving'.”</w:t>
      </w:r>
    </w:p>
    <w:p>
      <w:r>
        <w:rPr>
          <w:sz w:val="20"/>
        </w:rPr>
        <w:t>1:08  Isko samajhne ke liye humein thoda sa ghaur karna chahiye. Dekhiye, Dajjal ka jo literal meaning hai woh hai "Deceiving".</w:t>
      </w:r>
      <w:r>
        <w:br/>
      </w:r>
      <w:r>
        <w:rPr>
          <w:sz w:val="20"/>
        </w:rPr>
        <w:t>1:23  Dajjal jo hai, noun hai, to iska matlab hoga "Great Deceiver". Yani is mein mubaligha bhi</w:t>
      </w:r>
      <w:r>
        <w:br/>
      </w:r>
      <w:r>
        <w:rPr>
          <w:sz w:val="20"/>
        </w:rPr>
        <w:t>1:34  hai. To Dajjal ka matlab hai "Great Deceiver".</w:t>
      </w:r>
      <w:r>
        <w:br/>
      </w:r>
      <w:r>
        <w:rPr>
          <w:sz w:val="20"/>
        </w:rPr>
        <w:t>1:42  Dekhiye, yeh jo deceiving ka kaam hai, yeh shaitan ka kaam hai. Aur</w:t>
      </w:r>
    </w:p>
    <w:p>
      <w:pPr>
        <w:pStyle w:val="Heading2"/>
      </w:pPr>
      <w:r>
        <w:t>Rejecting 'son of God' as a Christian, not Islamic, concept</w:t>
      </w:r>
    </w:p>
    <w:p>
      <w:r>
        <w:rPr>
          <w:color w:val="666666"/>
          <w:sz w:val="18"/>
        </w:rPr>
        <w:t>Islam in A New Age March 18, 2012 · 1m 06s · at 1:21:57 · https://youtu.be/P5hzq_NheY0?t=4917</w:t>
      </w:r>
    </w:p>
    <w:p>
      <w:r>
        <w:rPr>
          <w:i/>
        </w:rPr>
        <w:t>“Hum Allah ke bete nahi, uske creature hain”</w:t>
      </w:r>
    </w:p>
    <w:p>
      <w:r>
        <w:rPr>
          <w:sz w:val="20"/>
        </w:rPr>
        <w:t>1:21:57  Son? Son of the great God. Bhai, hum to nahin jante ke aap bete banen Allah ke. Yeh to Christian aqeeda hai. Hum to mante hain ke Allah ki baaton ko man'ne wale banen.</w:t>
      </w:r>
      <w:r>
        <w:br/>
      </w:r>
      <w:r>
        <w:rPr>
          <w:sz w:val="20"/>
        </w:rPr>
        <w:t>1:22:11  Allah ke Son ka yeh Sonship ka jo concept hai, woh to Christian</w:t>
      </w:r>
      <w:r>
        <w:br/>
      </w:r>
      <w:r>
        <w:rPr>
          <w:sz w:val="20"/>
        </w:rPr>
        <w:t>1:22:15  concept hai. Is ko hum nahin nahin mante hum. Is ko hum galat samajhte hain. Allah koi beta nahin. Koi Allah ka baap nahin aur koi Allah ka beta nahin.</w:t>
      </w:r>
      <w:r>
        <w:br/>
      </w:r>
      <w:r>
        <w:rPr>
          <w:sz w:val="20"/>
        </w:rPr>
        <w:t>1:22:27  Hum sab Allah ke creature hain, paida kiye hue hain. Creature hone ke naate hamein Allah ki baaton ko follow karna hai.</w:t>
      </w:r>
      <w:r>
        <w:br/>
      </w:r>
      <w:r>
        <w:rPr>
          <w:sz w:val="20"/>
        </w:rPr>
        <w:t>1:22:36  Yeh hum mante hain ke Sonship ka jo aqeeda hai, woh to Christian aqeeda hai jo Hazrat Masih ka diya hua nahin hai. Yani abhi bhi yeh Hazrat Masih ki jo taraf jo mansoob hai, jo Bible, jo Injeel, us mein abhi bhi yeh baat nahin hai.</w:t>
      </w:r>
      <w:r>
        <w:br/>
      </w:r>
      <w:r>
        <w:rPr>
          <w:sz w:val="20"/>
        </w:rPr>
        <w:t>1:22:51  Yeh to Church ka aqeeda hai. Sach poochhen to yeh Christianity ka bhi nahin hai, Church ka aqeeda hai yeh. Yeh Saint Paul ne nikala. To hum is ko sahi nahin samajhte.</w:t>
      </w:r>
    </w:p>
    <w:p>
      <w:pPr>
        <w:pStyle w:val="Heading2"/>
      </w:pPr>
      <w:r>
        <w:t>calling out unity conferences as self-promotion</w:t>
      </w:r>
    </w:p>
    <w:p>
      <w:r>
        <w:rPr>
          <w:color w:val="666666"/>
          <w:sz w:val="18"/>
        </w:rPr>
        <w:t>Muslim Unity March 15, 2014 Maulana Wahiduddin Khan · 29s · at 23:52 · https://youtu.be/CZHU5z3SEjc?t=1432</w:t>
      </w:r>
    </w:p>
    <w:p>
      <w:r>
        <w:rPr>
          <w:i/>
        </w:rPr>
        <w:t>“Ittehad millat conference ka ittehad se koi talluq nahi, yeh ek qism ki leadery hai”</w:t>
      </w:r>
    </w:p>
    <w:p>
      <w:r>
        <w:rPr>
          <w:sz w:val="20"/>
        </w:rPr>
        <w:t>23:52  ittehad-e-millat conference ka koi bhi ta'alluq ittehad se nahi hai. yeh to ek qism ki leadership hai. ittehad-e-millat ka nuskha is hadith mein hai, usko batao logon ko.</w:t>
      </w:r>
      <w:r>
        <w:br/>
      </w:r>
      <w:r>
        <w:rPr>
          <w:sz w:val="20"/>
        </w:rPr>
        <w:t>24:09  aaj kal ek mizaj bana hua hai, ittehad-e-millat conference. main samajhta hoon ke yeh leadership hai, iska koi bhi ta'alluq ittehad-e-millat se nahi hai.</w:t>
      </w:r>
    </w:p>
    <w:p>
      <w:pPr>
        <w:pStyle w:val="Heading2"/>
      </w:pPr>
      <w:r>
        <w:t>Ideal system impossible leads to perpetual fight</w:t>
      </w:r>
    </w:p>
    <w:p>
      <w:r>
        <w:rPr>
          <w:color w:val="666666"/>
          <w:sz w:val="18"/>
        </w:rPr>
        <w:t>Ideology of Life December 29, 2013 Maulana Wahiduddin Khan · 27s · at 9:01 · https://youtu.be/N5psCFw23MI?t=541</w:t>
      </w:r>
    </w:p>
    <w:p>
      <w:r>
        <w:rPr>
          <w:i/>
        </w:rPr>
        <w:t>“to is hadees ka matlab yeh hai”</w:t>
      </w:r>
    </w:p>
    <w:p>
      <w:r>
        <w:rPr>
          <w:sz w:val="20"/>
        </w:rPr>
        <w:t>9:01  to is hadith ka matlab yeh hai ke baad ke zamane mein musalmanon ke zehen mein yeh cheez khatm ho jayegi ke is duniya mein hamein less than ideal hi phir razi hona hai.</w:t>
      </w:r>
      <w:r>
        <w:br/>
      </w:r>
      <w:r>
        <w:rPr>
          <w:sz w:val="20"/>
        </w:rPr>
        <w:t>9:10  Ideal mil nahi sakta hai. Ideal cannot be achieved.</w:t>
      </w:r>
      <w:r>
        <w:br/>
      </w:r>
      <w:r>
        <w:rPr>
          <w:sz w:val="20"/>
        </w:rPr>
        <w:t>9:16  to chunke woh chahenge ideal banana aur woh ideal mil nahi sakta to ladenge, ladenge, ladenge. Yeh matlab hai is ka ke jab talwar dakhil hogi to woh khatm nahi hogi.</w:t>
      </w:r>
    </w:p>
    <w:p>
      <w:pPr>
        <w:pStyle w:val="Heading2"/>
      </w:pPr>
      <w:r>
        <w:t>Ruku and sajda symbolize total surrender</w:t>
      </w:r>
    </w:p>
    <w:p>
      <w:r>
        <w:rPr>
          <w:color w:val="666666"/>
          <w:sz w:val="18"/>
        </w:rPr>
        <w:t>God's Protection November 28, 2013 · 46s · at 19:19 · https://youtu.be/QgqXbChsr5c?t=1159</w:t>
      </w:r>
    </w:p>
    <w:p>
      <w:r>
        <w:rPr>
          <w:i/>
        </w:rPr>
        <w:t>“Imam ne kaha Allahu Akbar to aap jhuk gaye”</w:t>
      </w:r>
    </w:p>
    <w:p>
      <w:r>
        <w:rPr>
          <w:sz w:val="20"/>
        </w:rPr>
        <w:t>19:19  arzi dekhiye, aap imam ne kaha Allah o Akbar to aap jhuk gaye, ruku mein jhuk gaye, sajde mein jhuk gaye. yeh kya hai?</w:t>
      </w:r>
      <w:r>
        <w:br/>
      </w:r>
      <w:r>
        <w:rPr>
          <w:sz w:val="20"/>
        </w:rPr>
        <w:t>19:30  log is ko bator form dohrate hain, bator form. bator form dohrate hain. is ka matlab kya hai</w:t>
      </w:r>
      <w:r>
        <w:br/>
      </w:r>
      <w:r>
        <w:rPr>
          <w:sz w:val="20"/>
        </w:rPr>
        <w:t>19:38  ? jahan Allah ka naam aa jaye, wahan sar dar karo. jahan Allah ki baat aa jaye, wahan sar dar karo. jahan Allah ka mamla aa jaye, wahan sar dar karo.</w:t>
      </w:r>
      <w:r>
        <w:br/>
      </w:r>
      <w:r>
        <w:rPr>
          <w:sz w:val="20"/>
        </w:rPr>
        <w:t>19:50  yani Allah o Akbar ki awaz sun kar ke ruku mein jana ya sajde mein jana, yeh ek ek symbolize kar raha hai total surrender ko.</w:t>
      </w:r>
    </w:p>
    <w:p>
      <w:pPr>
        <w:pStyle w:val="Heading2"/>
      </w:pPr>
      <w:r>
        <w:t>Umar Farooq's wisdom that life only offers a choice of lesser evils</w:t>
      </w:r>
    </w:p>
    <w:p>
      <w:r>
        <w:rPr>
          <w:color w:val="666666"/>
          <w:sz w:val="18"/>
        </w:rPr>
        <w:t>Modesty and Arrogance January 31, 2008 · 3m 54s · at 27:28 · https://youtu.be/8EHBmsIAF_Q?t=1648</w:t>
      </w:r>
    </w:p>
    <w:p>
      <w:r>
        <w:rPr>
          <w:i/>
        </w:rPr>
        <w:t>“Umar Farooq once said something amazing about the wise man”</w:t>
      </w:r>
    </w:p>
    <w:p>
      <w:r>
        <w:rPr>
          <w:sz w:val="20"/>
        </w:rPr>
        <w:t>27:28  . yaani wa'iz aadmi woh nahi hai jo</w:t>
      </w:r>
      <w:r>
        <w:br/>
      </w:r>
      <w:r>
        <w:rPr>
          <w:sz w:val="20"/>
        </w:rPr>
        <w:t>27:37  achhe aur bure ko jaane.</w:t>
      </w:r>
      <w:r>
        <w:br/>
      </w:r>
      <w:r>
        <w:rPr>
          <w:sz w:val="20"/>
        </w:rPr>
        <w:t>27:43  wa'iz aadmi woh hai jo yeh jaane ke</w:t>
      </w:r>
      <w:r>
        <w:br/>
      </w:r>
      <w:r>
        <w:rPr>
          <w:sz w:val="20"/>
        </w:rPr>
        <w:t>27:52  lesser evil kaunsa hai, aur greater evil kaunsa hai.</w:t>
      </w:r>
      <w:r>
        <w:br/>
      </w:r>
      <w:r>
        <w:rPr>
          <w:sz w:val="20"/>
        </w:rPr>
        <w:t>27:57  yaani kisi cheez ke lesser evil ko jaane, aur greater evil ko jaane. is ka matlab kya hua? is ka matlab yeh hua ke duniya mein tum ko jo jo choice hai,</w:t>
      </w:r>
      <w:r>
        <w:br/>
      </w:r>
      <w:r>
        <w:rPr>
          <w:sz w:val="20"/>
        </w:rPr>
        <w:t>28:10  choice woh good aur bad ka nahi hai, all good aur all bad ka nahi hai ke tum all bad ko chodo, all good ko le lo.</w:t>
      </w:r>
      <w:r>
        <w:br/>
      </w:r>
      <w:r>
        <w:rPr>
          <w:sz w:val="20"/>
        </w:rPr>
        <w:t>28:22  yeh choice hai hi nahi.</w:t>
      </w:r>
      <w:r>
        <w:br/>
      </w:r>
      <w:r>
        <w:rPr>
          <w:sz w:val="20"/>
        </w:rPr>
        <w:t>28:26  yaani khair aur shar ka choice nahi hai.</w:t>
      </w:r>
      <w:r>
        <w:br/>
      </w:r>
      <w:r>
        <w:rPr>
          <w:sz w:val="20"/>
        </w:rPr>
        <w:t>28:32  balkeh keh rahe hain ke behtar shar kaunsa hai? is ka choice hai. yeh kitni ajeeb baat hai yeh ke duniya mein jo choice hai tumhare liye, woh sirf yeh hai ke greater evil ko chodo, lesser evil ko le lo.</w:t>
      </w:r>
      <w:r>
        <w:br/>
      </w:r>
      <w:r>
        <w:rPr>
          <w:sz w:val="20"/>
        </w:rPr>
        <w:t>28:52  all good aur all bad ka choice hai hi nahi.</w:t>
      </w:r>
      <w:r>
        <w:br/>
      </w:r>
      <w:r>
        <w:rPr>
          <w:sz w:val="20"/>
        </w:rPr>
        <w:t>28:57  ab aap dekhein to poori history mein jo bare bare log guzre hain, woh is baat ko nahi jaante the. poori poori history saare log jo hain, ideal state ke peeche daudte rahe,</w:t>
      </w:r>
      <w:r>
        <w:br/>
      </w:r>
      <w:r>
        <w:rPr>
          <w:sz w:val="20"/>
        </w:rPr>
        <w:t>29:12  ideal samajh ke peeche daudte rahe, ideal nation ke peeche daudte rahe, ideal society ke peeche daudte rahe.</w:t>
      </w:r>
      <w:r>
        <w:br/>
      </w:r>
      <w:r>
        <w:rPr>
          <w:sz w:val="20"/>
        </w:rPr>
        <w:t>29:21  saare log, saare log, saare log ideal system ke peeche daudte rahe.</w:t>
      </w:r>
      <w:r>
        <w:br/>
      </w:r>
      <w:r>
        <w:rPr>
          <w:sz w:val="20"/>
        </w:rPr>
        <w:t>29:27  halankeh yeh choais un ke liye pasibal hi nahin tha. isi liye saare log fail. koi bhi aadmi, ek bhi aadmi nahin milega aap ko jo apne is qism ke goal ko paya ho, jis ne yaani is ne ideal state banaya ho,</w:t>
      </w:r>
      <w:r>
        <w:br/>
      </w:r>
      <w:r>
        <w:rPr>
          <w:sz w:val="20"/>
        </w:rPr>
        <w:t>29:47  ideal society banai ho, ideal system banaya ho, ideal family banai ho.</w:t>
      </w:r>
      <w:r>
        <w:br/>
      </w:r>
      <w:r>
        <w:rPr>
          <w:sz w:val="20"/>
        </w:rPr>
        <w:t>30:00  kahin kahin bhi aap nahin dekhenge ideal nation banai ho. kyun? yeh duniya test ke liye hai. yeh duniya jannat nahin hai.</w:t>
      </w:r>
      <w:r>
        <w:br/>
      </w:r>
      <w:r>
        <w:rPr>
          <w:sz w:val="20"/>
        </w:rPr>
        <w:t>30:11  yehhan aap jannat nahin, jannat ka naam hai ideal place. idealism milega jannat mein. yeh duniya ke liye to yeh hai ke ideal cannot be achieved.</w:t>
      </w:r>
      <w:r>
        <w:br/>
      </w:r>
      <w:r>
        <w:rPr>
          <w:sz w:val="20"/>
        </w:rPr>
        <w:t>30:24  yeh duniya ka jo formula hai, woh yeh hai ke ideal cannot be achieved in this world.</w:t>
      </w:r>
      <w:r>
        <w:br/>
      </w:r>
      <w:r>
        <w:rPr>
          <w:sz w:val="20"/>
        </w:rPr>
        <w:t>30:32  ideal milega jannat mein, paradise mein. ab dekhen ke umar farooq ne kitni bari baat kahi jo poori poori history mein logon ko pata nahin thi ke aap ke liye jo choice hai, woh all good aur all bad ka choice nahin hai,</w:t>
      </w:r>
      <w:r>
        <w:br/>
      </w:r>
      <w:r>
        <w:rPr>
          <w:sz w:val="20"/>
        </w:rPr>
        <w:t>30:48  balkeh lesser evil aur greater evil ka choice hai. is baat ko na janne ki wajah se logon ne apni poori poori zindagiyaan yaani west kar dein.</w:t>
      </w:r>
      <w:r>
        <w:br/>
      </w:r>
      <w:r>
        <w:rPr>
          <w:sz w:val="20"/>
        </w:rPr>
        <w:t>31:00  poori poori zindagi west kar diya, poori poori qaumon ko dauraya ek aise goal ki taraf jo achievable nahin tha.</w:t>
      </w:r>
      <w:r>
        <w:br/>
      </w:r>
      <w:r>
        <w:rPr>
          <w:sz w:val="20"/>
        </w:rPr>
        <w:t>31:09  poori history mein aise log milenge aap ko ke unhon ne apni qaum ko dauraya ek aise goal ki taraf jo achievable nahin tha. aakhir mein first name mare.</w:t>
      </w:r>
    </w:p>
    <w:p>
      <w:pPr>
        <w:pStyle w:val="Heading2"/>
      </w:pPr>
      <w:r>
        <w:t>Intellect is the greatest gift</w:t>
      </w:r>
    </w:p>
    <w:p>
      <w:r>
        <w:rPr>
          <w:color w:val="666666"/>
          <w:sz w:val="18"/>
        </w:rPr>
        <w:t>Reason And Islam April 21, 2014 Maulana Wahiduddin Khan · 48s · at 1:35 · https://youtu.be/xNSJWgVAn9U?t=95</w:t>
      </w:r>
    </w:p>
    <w:p>
      <w:r>
        <w:rPr>
          <w:i/>
        </w:rPr>
        <w:t>“بسم اللہ الرحمن الرحیم”</w:t>
      </w:r>
    </w:p>
    <w:p>
      <w:r>
        <w:rPr>
          <w:sz w:val="20"/>
        </w:rPr>
        <w:t>1:35  bismillah rahman rahim.</w:t>
      </w:r>
      <w:r>
        <w:br/>
      </w:r>
      <w:r>
        <w:rPr>
          <w:sz w:val="20"/>
        </w:rPr>
        <w:t>1:42  yeh hadith aql ke bare mein hai, yani mind ke bare mein.</w:t>
      </w:r>
      <w:r>
        <w:br/>
      </w:r>
      <w:r>
        <w:rPr>
          <w:sz w:val="20"/>
        </w:rPr>
        <w:t>1:49  aql</w:t>
      </w:r>
      <w:r>
        <w:br/>
      </w:r>
      <w:r>
        <w:rPr>
          <w:sz w:val="20"/>
        </w:rPr>
        <w:t>1:53  aur hadithon se main aur hadithon mein yeh baat aayi hai ke insaan ko jo kuch diya gaya hai us mein aql sab se bari cheez hai.</w:t>
      </w:r>
    </w:p>
    <w:p>
      <w:pPr>
        <w:pStyle w:val="Heading2"/>
      </w:pPr>
      <w:r>
        <w:t>Turning face in salam greets the whole world</w:t>
      </w:r>
    </w:p>
    <w:p>
      <w:r>
        <w:rPr>
          <w:color w:val="666666"/>
          <w:sz w:val="18"/>
        </w:rPr>
        <w:t>God's Protection November 28, 2013 · 2m 52s · at 20:52 · https://youtu.be/QgqXbChsr5c?t=1252</w:t>
      </w:r>
    </w:p>
    <w:p>
      <w:r>
        <w:rPr>
          <w:i/>
        </w:rPr>
        <w:t>“Namaz khatam karte hain to kehte hain: Assalamu alaikum”</w:t>
      </w:r>
    </w:p>
    <w:p>
      <w:r>
        <w:rPr>
          <w:sz w:val="20"/>
        </w:rPr>
        <w:t>20:52  arzi dekhiye, jab aap namaz khatam karte hain aur fajar mein jab aap ne namaz khatam ki to aakhir mein kaha jata hai: "Assalamu Alaikum Wa Rahmatullahi".</w:t>
      </w:r>
      <w:r>
        <w:br/>
      </w:r>
      <w:r>
        <w:rPr>
          <w:sz w:val="20"/>
        </w:rPr>
        <w:t>21:08  aur is mein chehra pheraya jata hai, idhar pheraya jata hai, idhar pheraya jata hai.</w:t>
      </w:r>
      <w:r>
        <w:br/>
      </w:r>
      <w:r>
        <w:rPr>
          <w:sz w:val="20"/>
        </w:rPr>
        <w:t>21:17  to aap jante hain ke namaz parhi jati hai kaba ko rukh kar ke. to ab koi yahan is is taraf hai, woh bhi dayen bayein pher raha hai, idhar hai, tab bhi pher raha hai, idhar hai, tab bhi pher raha hai.</w:t>
      </w:r>
      <w:r>
        <w:br/>
      </w:r>
      <w:r>
        <w:rPr>
          <w:sz w:val="20"/>
        </w:rPr>
        <w:t>21:31  is mani ke tamam namaziyon ko le kar aap sochen to sare alam ki taraf chehra pher pher phira ja raha hai. yani matlab yahan kaba hai, koi jo yahan parh rahe hain, woh kuch wahan parh rahe honge, kuch yahan parh rahe honge, kuch yahan parh rahe honge.</w:t>
      </w:r>
      <w:r>
        <w:br/>
      </w:r>
      <w:r>
        <w:rPr>
          <w:sz w:val="20"/>
        </w:rPr>
        <w:t>21:46  har jagah aisa chehra pher ke kar rahe hon, keh rahe hon ge: "assalam o alaikum wa rehmatullah". to sara east and west, south and north cover ho gaya is mein.</w:t>
      </w:r>
      <w:r>
        <w:br/>
      </w:r>
      <w:r>
        <w:rPr>
          <w:sz w:val="20"/>
        </w:rPr>
        <w:t>22:02  is ke maani kya hue? ke poore globe par, poore is planet par jo log base hue hain, woh sab se aap keh rahe hain:</w:t>
      </w:r>
      <w:r>
        <w:br/>
      </w:r>
      <w:r>
        <w:rPr>
          <w:sz w:val="20"/>
        </w:rPr>
        <w:t>22:14  "chehra pherne ke maani kya hain?" idhar jitne insaan hain, idhar jitne insaan hain, idhar jitne insaan hain, sab ko ke liye keh rahe hain ke: "ae logon!</w:t>
      </w:r>
      <w:r>
        <w:br/>
      </w:r>
      <w:r>
        <w:rPr>
          <w:sz w:val="20"/>
        </w:rPr>
        <w:t>22:24  tum par salamti ho, ae logon! tum par salamti ho".</w:t>
      </w:r>
      <w:r>
        <w:br/>
      </w:r>
      <w:r>
        <w:rPr>
          <w:sz w:val="20"/>
        </w:rPr>
        <w:t>22:30  ab yeh keh kar niklen ge, aap sochen ge, sochen ge, sochen ge to aap sochen ge: kya lip service kaafi hai?</w:t>
      </w:r>
      <w:r>
        <w:br/>
      </w:r>
      <w:r>
        <w:rPr>
          <w:sz w:val="20"/>
        </w:rPr>
        <w:t>22:41  duniya walon ke liye maine bol diya ke: "peace be upon you, peace be upon you" to yeh kaafi ho gaya. aap sochen ke ke formula peace dena hai,</w:t>
      </w:r>
      <w:r>
        <w:br/>
      </w:r>
      <w:r>
        <w:rPr>
          <w:sz w:val="20"/>
        </w:rPr>
        <w:t>22:58  isi formula peace hi ka daam dawat hai.</w:t>
      </w:r>
      <w:r>
        <w:br/>
      </w:r>
      <w:r>
        <w:rPr>
          <w:sz w:val="20"/>
        </w:rPr>
        <w:t>23:04  yaani jab aap ne logon ki taraf saare alam walon ko keh diya ke: "ae logon! peace be upon you, peace be upon you" to agar aap waqai serious hain, agar waqai aap aap ke andar sincerity hai to aap zaroor sochen ge ke kya Allah is par raazi ho jaye ga ke maine is lip service ke taur par keh diya: "peace be upon you, peace be upon you"?</w:t>
      </w:r>
      <w:r>
        <w:br/>
      </w:r>
      <w:r>
        <w:rPr>
          <w:sz w:val="20"/>
        </w:rPr>
        <w:t>23:32  kya Allah Allah raazi ho jaye ga is par?</w:t>
      </w:r>
      <w:r>
        <w:br/>
      </w:r>
      <w:r>
        <w:rPr>
          <w:sz w:val="20"/>
        </w:rPr>
        <w:t>23:39  to aap kahen ge: "nahi, aisa kabhi nahi ho sakta".</w:t>
      </w:r>
    </w:p>
    <w:p>
      <w:pPr>
        <w:pStyle w:val="Heading2"/>
      </w:pPr>
      <w:r>
        <w:t>Political interpretation causes problems</w:t>
      </w:r>
    </w:p>
    <w:p>
      <w:r>
        <w:rPr>
          <w:color w:val="666666"/>
          <w:sz w:val="18"/>
        </w:rPr>
        <w:t>Non Complaining Attitude Feb 23, 2019 · 1m 14s · at 18:46 · https://youtu.be/W_UN5PdpeR8?t=1126</w:t>
      </w:r>
    </w:p>
    <w:p>
      <w:r>
        <w:rPr>
          <w:i/>
        </w:rPr>
        <w:t>“Sara fasad jo hai, woh hai political interpretation of Islam ka.”</w:t>
      </w:r>
    </w:p>
    <w:p>
      <w:r>
        <w:rPr>
          <w:sz w:val="20"/>
        </w:rPr>
        <w:t>18:46  ke sara fasad jo hai, woh hai political interpretation of islam ka.</w:t>
      </w:r>
      <w:r>
        <w:br/>
      </w:r>
      <w:r>
        <w:rPr>
          <w:sz w:val="20"/>
        </w:rPr>
        <w:t>18:57  main samajhta hoon ke sara zehan jo bigadta hai, negative musalman ho gaye hain, negative.</w:t>
      </w:r>
      <w:r>
        <w:br/>
      </w:r>
      <w:r>
        <w:rPr>
          <w:sz w:val="20"/>
        </w:rPr>
        <w:t>19:07  to is ki wajah yeh hai ke is zamane mein</w:t>
      </w:r>
      <w:r>
        <w:br/>
      </w:r>
      <w:r>
        <w:rPr>
          <w:sz w:val="20"/>
        </w:rPr>
        <w:t>19:15  political interpretation of islam ko logon ne phala rakha hai, isi ko jante hain woh.</w:t>
      </w:r>
      <w:r>
        <w:br/>
      </w:r>
      <w:r>
        <w:rPr>
          <w:sz w:val="20"/>
        </w:rPr>
        <w:t>19:25  agar woh janen ke islam ek dawat hai, ek mission hai,</w:t>
      </w:r>
      <w:r>
        <w:br/>
      </w:r>
      <w:r>
        <w:rPr>
          <w:sz w:val="20"/>
        </w:rPr>
        <w:t>19:33  islam ek khudai mission hai, to woh janenge ke yeh to rukne wale hain hi nahin, yeh to sailab hai.</w:t>
      </w:r>
      <w:r>
        <w:br/>
      </w:r>
      <w:r>
        <w:rPr>
          <w:sz w:val="20"/>
        </w:rPr>
        <w:t>19:46  as a mission, islam ek sailab hai, woh Allah ne muqaddar kar liya hai ke yeh badhta hi rahe, badhta hi rahe, badhta hi rahe.</w:t>
      </w:r>
    </w:p>
    <w:p>
      <w:pPr>
        <w:pStyle w:val="Heading2"/>
      </w:pPr>
      <w:r>
        <w:t>Na'at culture and the loss of creative thinking in the ummah</w:t>
      </w:r>
    </w:p>
    <w:p>
      <w:r>
        <w:rPr>
          <w:color w:val="666666"/>
          <w:sz w:val="18"/>
        </w:rPr>
        <w:t>Prophetic Guidance Aug 13, 2017 · 5m 19s · at 13:22 · https://youtu.be/kRWf11h-acQ?t=802</w:t>
      </w:r>
    </w:p>
    <w:p>
      <w:r>
        <w:rPr>
          <w:i/>
        </w:rPr>
        <w:t>“Lekin baad ke zamane mein, yani Rasul Allah ke zamane mein nahin tha yeh culture”</w:t>
      </w:r>
    </w:p>
    <w:p>
      <w:r>
        <w:rPr>
          <w:sz w:val="20"/>
        </w:rPr>
        <w:t>13:22  lekin baad ke zamane mein, yani rasool Allah ke zamane mein nahi tha yeh culture jis ko hum kehte hain naatia culture. naat khwani ka jo culture aaj kal bohat raij hai, woh na rasool Allah ke zamane mein tha, na sabiq zamane mein tha,</w:t>
      </w:r>
      <w:r>
        <w:br/>
      </w:r>
      <w:r>
        <w:rPr>
          <w:sz w:val="20"/>
        </w:rPr>
        <w:t>13:36  nah tabai ke zamane mein tha, nah tabe tabai ke zamane mein tha. woh to is zamane mein phaila zyada tar. to naat khwani ke culture ne musalmanon ke zehan ko bilkul hi bilkul bilkul mehdood kar diya.</w:t>
      </w:r>
      <w:r>
        <w:br/>
      </w:r>
      <w:r>
        <w:rPr>
          <w:sz w:val="20"/>
        </w:rPr>
        <w:t>13:50  apne liye kuch nahi raha. bas peghambar ke liye bare bare alfaaz bole, "shahanshah-e-konain, sarwar-e-alam, wazir reh gaya".</w:t>
      </w:r>
      <w:r>
        <w:br/>
      </w:r>
      <w:r>
        <w:rPr>
          <w:sz w:val="20"/>
        </w:rPr>
        <w:t>14:05  kitna bara yeh loss hai. kitni bari yeh mehroomi hai.</w:t>
      </w:r>
      <w:r>
        <w:br/>
      </w:r>
      <w:r>
        <w:rPr>
          <w:sz w:val="20"/>
        </w:rPr>
        <w:t>14:15  sach poochien to Allah Rasool Allah ne jo baat kahi thi, woh ummat ko aap ne future ka target diya. future ka mind diya.</w:t>
      </w:r>
      <w:r>
        <w:br/>
      </w:r>
      <w:r>
        <w:rPr>
          <w:sz w:val="20"/>
        </w:rPr>
        <w:t>14:28  aanay walay daur mein woh kaise planning karein, is ka naqsha diya.</w:t>
      </w:r>
      <w:r>
        <w:br/>
      </w:r>
      <w:r>
        <w:rPr>
          <w:sz w:val="20"/>
        </w:rPr>
        <w:t>14:39  aanay walay daur mein kuch bhi hua kare, kuch kuch political challenges hon, political kuch tabdiliyan hon, hone dijiye.</w:t>
      </w:r>
      <w:r>
        <w:br/>
      </w:r>
      <w:r>
        <w:rPr>
          <w:sz w:val="20"/>
        </w:rPr>
        <w:t>14:49  larai ho to hone dijiye. so called conspiracy duniya mein hone dijiye. so called Islamophobia ho to hone dijiye.</w:t>
      </w:r>
      <w:r>
        <w:br/>
      </w:r>
      <w:r>
        <w:rPr>
          <w:sz w:val="20"/>
        </w:rPr>
        <w:t>15:01  is se kuch nahi farq padega. aap ko to yeh karna hai ke aanay walay zamane mein jo global opportunities khulegi,</w:t>
      </w:r>
      <w:r>
        <w:br/>
      </w:r>
      <w:r>
        <w:rPr>
          <w:sz w:val="20"/>
        </w:rPr>
        <w:t>15:14  is ko pehchanien.</w:t>
      </w:r>
      <w:r>
        <w:br/>
      </w:r>
      <w:r>
        <w:rPr>
          <w:sz w:val="20"/>
        </w:rPr>
        <w:t>15:20  nusrat bil rabb, ala maseer taysar. yaani mera rob, mera mission poori zameen ko cover karega.</w:t>
      </w:r>
      <w:r>
        <w:br/>
      </w:r>
      <w:r>
        <w:rPr>
          <w:sz w:val="20"/>
        </w:rPr>
        <w:t>15:33  baghair larai ke. is mein larai ki koi baat nahi hai. political government ki koi baat nahi hai. spirit of age ki baat hai.</w:t>
      </w:r>
      <w:r>
        <w:br/>
      </w:r>
      <w:r>
        <w:rPr>
          <w:sz w:val="20"/>
        </w:rPr>
        <w:t>15:44  dekhiye, ek hai spirit of the age aur ek hai larai bhirhai, jang, hathiyar. to yeh baat jo farmayi aap ne, woh spirit of the age ke sense mein hai.</w:t>
      </w:r>
      <w:r>
        <w:br/>
      </w:r>
      <w:r>
        <w:rPr>
          <w:sz w:val="20"/>
        </w:rPr>
        <w:t>15:57  yaani peaceful method se yeh passport ho jayega ke ummat-e-Muhammadi global level ki planning kare Islami mission ke liye,</w:t>
      </w:r>
      <w:r>
        <w:br/>
      </w:r>
      <w:r>
        <w:rPr>
          <w:sz w:val="20"/>
        </w:rPr>
        <w:t>16:13  Muhammadi mission ke liye, Islami mission ke liye, divine mission ke liye.</w:t>
      </w:r>
      <w:r>
        <w:br/>
      </w:r>
      <w:r>
        <w:rPr>
          <w:sz w:val="20"/>
        </w:rPr>
        <w:t>16:24  peaceful mission, peaceful method ke zariye global planning, is ki peshin goi hai is hadith mein. to baad ke zamane mein sari ummat naat khwani mein gum ho gayi.</w:t>
      </w:r>
      <w:r>
        <w:br/>
      </w:r>
      <w:r>
        <w:rPr>
          <w:sz w:val="20"/>
        </w:rPr>
        <w:t>16:39  naat khwani kya hai? hadith mein aata hai ke Rasool Allah ne farmaya tha ummat ko khitab karte hue, "la tutruni kama utrat al-nisa min qabl".</w:t>
      </w:r>
      <w:r>
        <w:br/>
      </w:r>
      <w:r>
        <w:rPr>
          <w:sz w:val="20"/>
        </w:rPr>
        <w:t>16:50  yaani mujh ko barha charha kar mat bayan karna. yeh barha charha kar yahi to hai madah khwani, yahi to hai naat khwani.</w:t>
      </w:r>
      <w:r>
        <w:br/>
      </w:r>
      <w:r>
        <w:rPr>
          <w:sz w:val="20"/>
        </w:rPr>
        <w:t>17:05  "la tutruni" yaani mujh ko barha charha kar, barha charha kar mat bayan karna. "shahanshah-e-konain, sarwar-e-alam" waghera.</w:t>
      </w:r>
      <w:r>
        <w:br/>
      </w:r>
      <w:r>
        <w:rPr>
          <w:sz w:val="20"/>
        </w:rPr>
        <w:t>17:15  naat khwani mat karna. yaani sach poochien to "la tutruni" ka matlab hai mere liye naat khwani mat karna. main main jo wisdom de raha hoon, is wisdom ko lekar sochna.</w:t>
      </w:r>
      <w:r>
        <w:br/>
      </w:r>
      <w:r>
        <w:rPr>
          <w:sz w:val="20"/>
        </w:rPr>
        <w:t>17:27  "la tutruni" jo hai, hadith sahi hai, sahi Bukhari mein hai ke mujh ko barha charha kar mat bayan karna. yeh kya hai?</w:t>
      </w:r>
      <w:r>
        <w:br/>
      </w:r>
      <w:r>
        <w:rPr>
          <w:sz w:val="20"/>
        </w:rPr>
        <w:t>17:36  mere liye naat khwani mat karna. naat khwani kya hai? lafzi, lafzi aitbar se barhana charhana. ke aap zameen o asman hain, aap shahanshah-e-konain hain, aap sarwar-e-alam hain.</w:t>
      </w:r>
      <w:r>
        <w:br/>
      </w:r>
      <w:r>
        <w:rPr>
          <w:sz w:val="20"/>
        </w:rPr>
        <w:t>17:49  lafzi, lafzi. jaise badshahon ke liye qaid khwani hua karti thi. jaise ek ek ek badshah par ek shayar ne kaha tha, "nau kursi falak nihayat andesha zer paaye,</w:t>
      </w:r>
      <w:r>
        <w:br/>
      </w:r>
      <w:r>
        <w:rPr>
          <w:sz w:val="20"/>
        </w:rPr>
        <w:t>18:04  ta boosa par raqab qazal asnad". qazal asnad hai. yeh kya lafzi baat hai? koi is ki haqeeqat nahi hai. lafzi, hawai baat, hawai.</w:t>
      </w:r>
      <w:r>
        <w:br/>
      </w:r>
      <w:r>
        <w:rPr>
          <w:sz w:val="20"/>
        </w:rPr>
        <w:t>18:16  to aap ne farmaya ke yeh sab mat karna ke meri hawai baatein karo, naat khwani karo, qaid khwani karo. nahi, main ne jo wisdom diya hai, is wisdom ko discover karna,</w:t>
      </w:r>
      <w:r>
        <w:br/>
      </w:r>
      <w:r>
        <w:rPr>
          <w:sz w:val="20"/>
        </w:rPr>
        <w:t>18:31  is wisdom ko lekar apni planning karna, is wisdom ko lekar tum Islam ko chalana. yeh matlab hai is ka.</w:t>
      </w:r>
    </w:p>
    <w:p>
      <w:pPr>
        <w:pStyle w:val="Heading2"/>
      </w:pPr>
      <w:r>
        <w:t>Hadith: divorce is the most hated permissible act</w:t>
      </w:r>
    </w:p>
    <w:p>
      <w:r>
        <w:rPr>
          <w:color w:val="666666"/>
          <w:sz w:val="18"/>
        </w:rPr>
        <w:t>Married Life April 29, 2017 Maulana Wahiduddin Khan · 20s · at 0:59 · https://youtu.be/ONfOGL9_VHg?t=59</w:t>
      </w:r>
    </w:p>
    <w:p>
      <w:r>
        <w:rPr>
          <w:i/>
        </w:rPr>
        <w:t>“Allah ke nazdeek sab se zyada mabghooz cheez talaq hai”</w:t>
      </w:r>
    </w:p>
    <w:p>
      <w:r>
        <w:rPr>
          <w:sz w:val="20"/>
        </w:rPr>
        <w:t>0:59  woh yeh hai ke: "abghad-ul-halal 'ind-al-lah hai at-talaq</w:t>
      </w:r>
      <w:r>
        <w:br/>
      </w:r>
      <w:r>
        <w:rPr>
          <w:sz w:val="20"/>
        </w:rPr>
        <w:t>1:06  " ke Allah ke nazdeek sab se zyada mabghood cheez talaq hai, agarche halal kiya gaya hai is ko, lekin woh bohat zyada mabghood cheez hai.</w:t>
      </w:r>
    </w:p>
    <w:p>
      <w:pPr>
        <w:pStyle w:val="Heading2"/>
      </w:pPr>
      <w:r>
        <w:t>Hadith of Umm Hiram's dream, ship to paradise, shrine visit</w:t>
      </w:r>
    </w:p>
    <w:p>
      <w:r>
        <w:rPr>
          <w:color w:val="666666"/>
          <w:sz w:val="18"/>
        </w:rPr>
        <w:t>Journey to a Mediterranean Island November 23, 2008 · 5m 55s · at 29:54 · https://youtu.be/uoOiuhWeSIQ?t=1794</w:t>
      </w:r>
    </w:p>
    <w:p>
      <w:r>
        <w:rPr>
          <w:i/>
        </w:rPr>
        <w:t>“یہ مدینہ کا واقعہ ہے، رسول اللہ صلی اللہ علیہ وسلم کا”</w:t>
      </w:r>
    </w:p>
    <w:p>
      <w:r>
        <w:rPr>
          <w:sz w:val="20"/>
        </w:rPr>
        <w:t>29:54  Ray Meem, Yeh Ssad, Alif, Hamza. Rumaisa, un ka kuniyat thi, un ki Umm Haram. Rumaisa, Umm Haram bint Balhan,</w:t>
      </w:r>
      <w:r>
        <w:br/>
      </w:r>
      <w:r>
        <w:rPr>
          <w:sz w:val="20"/>
        </w:rPr>
        <w:t>30:08  yeh yeh Madine mein rehti theen. to Rasool Allah Sal Allahu Alaihi Wa Sallam ki woh jo aap ki jo daya thi,</w:t>
      </w:r>
      <w:r>
        <w:br/>
      </w:r>
      <w:r>
        <w:rPr>
          <w:sz w:val="20"/>
        </w:rPr>
        <w:t>30:21  yaani Halima Sadia, jo kaha jata tha Halima Sadia ki, woh behan thi. is lihaaz se Halima Sadia aap ki razai maa theen, aur yeh bhi aap ki razai maa jab ban gayi thi.</w:t>
      </w:r>
      <w:r>
        <w:br/>
      </w:r>
      <w:r>
        <w:rPr>
          <w:sz w:val="20"/>
        </w:rPr>
        <w:t>30:35  is rishtay se aap un ke haan kabhi kabhi jatay thay. to ek din aap gaye un ke haan, yaani Umm Haram ke haan, jo Ubada bin Thabit Ansari ki biwi theen.</w:t>
      </w:r>
      <w:r>
        <w:br/>
      </w:r>
      <w:r>
        <w:rPr>
          <w:sz w:val="20"/>
        </w:rPr>
        <w:t>30:49  woh Ubada bin Thabit Al Ansari. to wahan unhon ne kuch kuch khanay peenay ki cheez diya, baad mein khajoorain waghera ho gayi kuch.</w:t>
      </w:r>
      <w:r>
        <w:br/>
      </w:r>
      <w:r>
        <w:rPr>
          <w:sz w:val="20"/>
        </w:rPr>
        <w:t>31:01  to wahan aap so gaye, neend aa gayi aap ko un ke ghar par</w:t>
      </w:r>
      <w:r>
        <w:br/>
      </w:r>
      <w:r>
        <w:rPr>
          <w:sz w:val="20"/>
        </w:rPr>
        <w:t>31:06  jab aap uthe to aap muskura rahe the, rasool Allah sal Allah alaihi wasallam muskura rahe the. to umm e haraam ne poocha ke aey Allah ke rasool, aap kyun muskura rahe hain?</w:t>
      </w:r>
      <w:r>
        <w:br/>
      </w:r>
      <w:r>
        <w:rPr>
          <w:sz w:val="20"/>
        </w:rPr>
        <w:t>31:20  to aap ne farmaya ke mujhe aik group dikhaya gaya,</w:t>
      </w:r>
      <w:r>
        <w:br/>
      </w:r>
      <w:r>
        <w:rPr>
          <w:sz w:val="20"/>
        </w:rPr>
        <w:t>31:27  aik group dikhaya gaya, ahl e jannat ka group. woh samandar ka safar kar raha hai,</w:t>
      </w:r>
      <w:r>
        <w:br/>
      </w:r>
      <w:r>
        <w:rPr>
          <w:sz w:val="20"/>
        </w:rPr>
        <w:t>31:34  samandar ka safar kar ke woh aik jazeeray mein pahunch raha hai, aur un ke baray mein aap kaha. aap ne farmaya ke kal muluk ala al-asr, badshahon ki tarah takhton par,</w:t>
      </w:r>
      <w:r>
        <w:br/>
      </w:r>
      <w:r>
        <w:rPr>
          <w:sz w:val="20"/>
        </w:rPr>
        <w:t>31:49  unlike, like kings in thrones.</w:t>
      </w:r>
      <w:r>
        <w:br/>
      </w:r>
      <w:r>
        <w:rPr>
          <w:sz w:val="20"/>
        </w:rPr>
        <w:t>32:00  to</w:t>
      </w:r>
      <w:r>
        <w:br/>
      </w:r>
      <w:r>
        <w:rPr>
          <w:sz w:val="20"/>
        </w:rPr>
        <w:t>32:03  hazrat umm e haraam ko bohat shauq hua, unhon ne kaha ke aap dua kijiye ke main bhi is jamaat mein, is group mein shamil ho jaon. to aap ne farmaya ke tum un mein se ho, tum un mein se ho.</w:t>
      </w:r>
      <w:r>
        <w:br/>
      </w:r>
      <w:r>
        <w:rPr>
          <w:sz w:val="20"/>
        </w:rPr>
        <w:t>32:19  phir riwayat kehti hai ke phir aap ko dobara neend aa gayi, aur aap so gaye. aur dobara jab uthe aap to phir aap muskura rahe the.</w:t>
      </w:r>
      <w:r>
        <w:br/>
      </w:r>
      <w:r>
        <w:rPr>
          <w:sz w:val="20"/>
        </w:rPr>
        <w:t>32:30  to phir unhon ne poocha ke aap, aey Allah ke rasool, aap kyun muskura rahe hain? to aap ne phir wahi baat kahi ke dobara koi aap ne koi aik aik group dikhaya gaya, jannati group,</w:t>
      </w:r>
      <w:r>
        <w:br/>
      </w:r>
      <w:r>
        <w:rPr>
          <w:sz w:val="20"/>
        </w:rPr>
        <w:t>32:44  jo samandaron ka safar kar ke usi same jazeeray mein ja raha hai. to phir unhon ne kaha ke aap dua kijiye ke main bhi is mein rahoon.</w:t>
      </w:r>
      <w:r>
        <w:br/>
      </w:r>
      <w:r>
        <w:rPr>
          <w:sz w:val="20"/>
        </w:rPr>
        <w:t>32:53  to aap ne farmaya ke nahi, tum first group mein ho, lekin second group mein tum nahi ho.</w:t>
      </w:r>
      <w:r>
        <w:br/>
      </w:r>
      <w:r>
        <w:rPr>
          <w:sz w:val="20"/>
        </w:rPr>
        <w:t>32:59  yeh hai hadees. ab yeh second group jo royal journey kar ke wahan pahunchega, yeh aik aik aik golden dream tha mere mind mein, mere sathiyon ke mind mein.</w:t>
      </w:r>
      <w:r>
        <w:br/>
      </w:r>
      <w:r>
        <w:rPr>
          <w:sz w:val="20"/>
        </w:rPr>
        <w:t>33:13  yahi le kar hamein wahan gaya ke shayad hua shumar is mein ho jaye.</w:t>
      </w:r>
      <w:r>
        <w:br/>
      </w:r>
      <w:r>
        <w:rPr>
          <w:sz w:val="20"/>
        </w:rPr>
        <w:t>33:19  to aisa hua ke jab hamara jahaz wahan pahuncha, is ke upar, yani un un airport ke paas, to woh building bilkul airport ke paas hai,</w:t>
      </w:r>
      <w:r>
        <w:br/>
      </w:r>
      <w:r>
        <w:rPr>
          <w:sz w:val="20"/>
        </w:rPr>
        <w:t>33:36  yani paanch minute ka walking distance hai is ka. to abhi hum log jahaz mein hi the ke woh dikhai pad gaya. woh</w:t>
      </w:r>
      <w:r>
        <w:br/>
      </w:r>
      <w:r>
        <w:rPr>
          <w:sz w:val="20"/>
        </w:rPr>
        <w:t>33:46  phir yeh utar kar ke hum jab car se ja rahe the hotel ki taraf, tab bhi woh dikhai de raha tha. woh lekin hamare program mein jo tha, woh yeh tha ke hum wapsi mein wahan jayenge.</w:t>
      </w:r>
      <w:r>
        <w:br/>
      </w:r>
      <w:r>
        <w:rPr>
          <w:sz w:val="20"/>
        </w:rPr>
        <w:t>33:58  to hum log gaye hotel mein, phire, conference mein shirkat ki, literature logon ko taqseem kiya. majmooi tor par hamara kul safar jo tha, woh yani paanchwein din hamein lotna tha.</w:t>
      </w:r>
      <w:r>
        <w:br/>
      </w:r>
      <w:r>
        <w:rPr>
          <w:sz w:val="20"/>
        </w:rPr>
        <w:t>34:12  to yeh program tha ke jab hum lotenge to airport jane se pehle hum pehle wahan jayenge, kuch der rahenge wahan, phir wahan se airport chale jayenge.</w:t>
      </w:r>
      <w:r>
        <w:br/>
      </w:r>
      <w:r>
        <w:rPr>
          <w:sz w:val="20"/>
        </w:rPr>
        <w:t>34:23  aise hi kiya hum ne ke wapsi mein hum wahan gaye. to sahib, wahan jab pahunche to aik aik aik poori dunya thi wahan par.</w:t>
      </w:r>
      <w:r>
        <w:br/>
      </w:r>
      <w:r>
        <w:rPr>
          <w:sz w:val="20"/>
        </w:rPr>
        <w:t>34:35  jaate hue maine yeh samjha tha ke aik tooti phooti qabr hogi,</w:t>
      </w:r>
      <w:r>
        <w:br/>
      </w:r>
      <w:r>
        <w:rPr>
          <w:sz w:val="20"/>
        </w:rPr>
        <w:t>34:40  kyun ke sab se pehle maine padha tha aayat al-sahaba mein ke un ke baray mein, umm e haraam ke baray mein ke un ki qabr jo hai, qibra mein hai, aur upar likha hua hai qabr al-marah al-salihah.</w:t>
      </w:r>
      <w:r>
        <w:br/>
      </w:r>
      <w:r>
        <w:rPr>
          <w:sz w:val="20"/>
        </w:rPr>
        <w:t>34:54  pehla reference jo mujhe mila tha, woh yahi mila tha. itna hi, bas is se zyada kuch nahi. qabr al-marah al-salihah.</w:t>
      </w:r>
      <w:r>
        <w:br/>
      </w:r>
      <w:r>
        <w:rPr>
          <w:sz w:val="20"/>
        </w:rPr>
        <w:t>35:03  phir is ke baad jo detail padhi to fath al-bari mein bohat tafseel se un ke baray mein likha hua hai, bohat detail mein.</w:t>
      </w:r>
      <w:r>
        <w:br/>
      </w:r>
      <w:r>
        <w:rPr>
          <w:sz w:val="20"/>
        </w:rPr>
        <w:t>35:12  fath al-bari mein phir internet par bohat detail mein sari maloomat mojood hain. hamare aik saathi peshawar mein rehte hain, un ko hum ne yahan se message diya, unhon ne bohat sara matter wahan se bheja.</w:t>
      </w:r>
      <w:r>
        <w:br/>
      </w:r>
      <w:r>
        <w:rPr>
          <w:sz w:val="20"/>
        </w:rPr>
        <w:t>35:27  ab jab wahan pohnche hum us ke samne to wo to ek taj mahal hai, samjhiye second taj mahal.</w:t>
      </w:r>
      <w:r>
        <w:br/>
      </w:r>
      <w:r>
        <w:rPr>
          <w:sz w:val="20"/>
        </w:rPr>
        <w:t>35:37  yani ek aap jante hain ke ek khatoon ki qabr hai wahan, jahan ke us ko hum kehte hain taj mahal. wahan bhi ek taj mahal hai, wo wo sang marmar ka to nahi hai, lekin bohat khoobsurat building hai,</w:t>
      </w:r>
    </w:p>
    <w:p>
      <w:pPr>
        <w:pStyle w:val="Heading2"/>
      </w:pPr>
      <w:r>
        <w:t>One-sided interpretation of life: duniya over akhirat</w:t>
      </w:r>
    </w:p>
    <w:p>
      <w:r>
        <w:rPr>
          <w:color w:val="666666"/>
          <w:sz w:val="18"/>
        </w:rPr>
        <w:t>Dajjal and Dajjalism July 26, 2009 · 35s · at 8:44 · https://youtu.be/CxQTfG01O_s?t=524</w:t>
      </w:r>
    </w:p>
    <w:p>
      <w:r>
        <w:rPr>
          <w:i/>
        </w:rPr>
        <w:t>“Yeh hai one-sided interpretation of life.”</w:t>
      </w:r>
    </w:p>
    <w:p>
      <w:r>
        <w:rPr>
          <w:sz w:val="20"/>
        </w:rPr>
        <w:t>8:44  woh cheezon ka ek taraf ka description dega. ek taraf ka. yani duniya ki baaton ko highlight karega aur aakhirat ki baaton ko khatam karega.</w:t>
      </w:r>
      <w:r>
        <w:br/>
      </w:r>
      <w:r>
        <w:rPr>
          <w:sz w:val="20"/>
        </w:rPr>
        <w:t>8:59  duniya mein socha nahi hai iske baare mein.</w:t>
      </w:r>
      <w:r>
        <w:br/>
      </w:r>
      <w:r>
        <w:rPr>
          <w:sz w:val="20"/>
        </w:rPr>
        <w:t>9:01  ye hai one sided interpretation of life. ke aap duniya ke baare mein khoob sochein aur aakhirat ke baare mein kuch na sochein.</w:t>
      </w:r>
      <w:r>
        <w:br/>
      </w:r>
      <w:r>
        <w:rPr>
          <w:sz w:val="20"/>
        </w:rPr>
        <w:t>9:11  ye karega woh. isi ko main keh raha hoon one sided, one sided interpretation of life. ye</w:t>
      </w:r>
    </w:p>
    <w:p>
      <w:pPr>
        <w:pStyle w:val="Heading2"/>
      </w:pPr>
      <w:r>
        <w:t>Ottoman caliphate example: unity didn't save it</w:t>
      </w:r>
    </w:p>
    <w:p>
      <w:r>
        <w:rPr>
          <w:color w:val="666666"/>
          <w:sz w:val="18"/>
        </w:rPr>
        <w:t>Muslim Unity March 15, 2014 Maulana Wahiduddin Khan · 46s · at 3:52 · https://youtu.be/CZHU5z3SEjc?t=232</w:t>
      </w:r>
    </w:p>
    <w:p>
      <w:r>
        <w:rPr>
          <w:i/>
        </w:rPr>
        <w:t>“Poori ummat mutahid ho gayi thi khilafat e turki ke masle par”</w:t>
      </w:r>
    </w:p>
    <w:p>
      <w:r>
        <w:rPr>
          <w:sz w:val="20"/>
        </w:rPr>
        <w:t>3:52  beeswin sadi ke rub'e awwal mein taqreeban poori ummat jo hai mujtami' ho gayi thi khilafat-e-turki ke masle par,</w:t>
      </w:r>
      <w:r>
        <w:br/>
      </w:r>
      <w:r>
        <w:rPr>
          <w:sz w:val="20"/>
        </w:rPr>
        <w:t>4:03  yaani turki khilafat ko bachao. lekin poori ummat ka ijtima' turki khilafat ko bacha nahi saka, khilafat khatm ho gayi.</w:t>
      </w:r>
      <w:r>
        <w:br/>
      </w:r>
      <w:r>
        <w:rPr>
          <w:sz w:val="20"/>
        </w:rPr>
        <w:t>4:16  to agar poori ummat ka kisi issue pe ikattha ho jana yeh haq ki alamat ho to kya Allah ne saath de diya unka?</w:t>
      </w:r>
      <w:r>
        <w:br/>
      </w:r>
      <w:r>
        <w:rPr>
          <w:sz w:val="20"/>
        </w:rPr>
        <w:t>4:26  halanke yeh namumkin baat hai. yaani poori poori ummat ek sachche issue pe ikattha ho jaye aur Allah saath na de iska, yeh to bilkul enthe ke bal hai.</w:t>
      </w:r>
    </w:p>
    <w:p>
      <w:pPr>
        <w:pStyle w:val="Heading2"/>
      </w:pPr>
      <w:r>
        <w:t>21st century enables positive mind and heart salim</w:t>
      </w:r>
    </w:p>
    <w:p>
      <w:r>
        <w:rPr>
          <w:color w:val="666666"/>
          <w:sz w:val="18"/>
        </w:rPr>
        <w:t>Living in the 21st Century I 17th February 2013 - Maulana Wahiduddin Khan · 1m 35s · at 35:58 · https://youtu.be/ccUhM8fLtpU?t=2158</w:t>
      </w:r>
    </w:p>
    <w:p>
      <w:r>
        <w:rPr>
          <w:i/>
        </w:rPr>
        <w:t>“قرآن میں ہے کہ إِلَّا مَنْ أَتَى اللَّهَ بِقَلْبٍ سَلِيمٍ”</w:t>
      </w:r>
    </w:p>
    <w:p>
      <w:r>
        <w:rPr>
          <w:sz w:val="20"/>
        </w:rPr>
        <w:t>35:58  aur dekhiye, positive mind ke sath jeena ya positive personalities ke sath jeena, yeh sadah baat nahin hai. yahi to woh log hain jo jannat mein jaen ge.</w:t>
      </w:r>
      <w:r>
        <w:br/>
      </w:r>
      <w:r>
        <w:rPr>
          <w:sz w:val="20"/>
        </w:rPr>
        <w:t>36:09  quran mein hai ke illa man ataa allaha biqalbin saleemin yaani jannat mein woh jayega jo yaani akhirat mein pahunche qalb saleem ke sath.</w:t>
      </w:r>
      <w:r>
        <w:br/>
      </w:r>
      <w:r>
        <w:rPr>
          <w:sz w:val="20"/>
        </w:rPr>
        <w:t>36:24  qalb saleem kya hai?</w:t>
      </w:r>
      <w:r>
        <w:br/>
      </w:r>
      <w:r>
        <w:rPr>
          <w:sz w:val="20"/>
        </w:rPr>
        <w:t>36:26  Hundred percent positive mind۔ kisi se dushmani nahi, kisi se nafrat nahi, kisi se hate nahi, kisi se revenge ka jazba nahi.</w:t>
      </w:r>
      <w:r>
        <w:br/>
      </w:r>
      <w:r>
        <w:rPr>
          <w:sz w:val="20"/>
        </w:rPr>
        <w:t>36:40  kuch bhi nahi, kisi se shikayat nahi, kisi se protest nahi.</w:t>
      </w:r>
      <w:r>
        <w:br/>
      </w:r>
      <w:r>
        <w:rPr>
          <w:sz w:val="20"/>
        </w:rPr>
        <w:t>36:44  woh hai qalb saleem. lekin is tarah ke qalb saleem banne ke liye halaat chahiye. halaat na hon to nahi ban sakta.</w:t>
      </w:r>
      <w:r>
        <w:br/>
      </w:r>
      <w:r>
        <w:rPr>
          <w:sz w:val="20"/>
        </w:rPr>
        <w:t>36:57  to Allah taala ne woh halaat paida kiye ke agar is ko aap samajh len,</w:t>
      </w:r>
      <w:r>
        <w:br/>
      </w:r>
      <w:r>
        <w:rPr>
          <w:sz w:val="20"/>
        </w:rPr>
        <w:t>37:04  agar aap is se ba-khabar ho jayen, to tareekh mein, poori history mein pehli baar yeh duniya mein mauqa aaya hai ke aap</w:t>
      </w:r>
      <w:r>
        <w:br/>
      </w:r>
      <w:r>
        <w:rPr>
          <w:sz w:val="20"/>
        </w:rPr>
        <w:t>37:22  aakhri had tak qalb saleem ke sath jayen. aakhri had tak positive personalities ke sath jayen. aakhri had tak positive mind ke sath jayen.</w:t>
      </w:r>
    </w:p>
    <w:p>
      <w:pPr>
        <w:pStyle w:val="Heading2"/>
      </w:pPr>
      <w:r>
        <w:t>Inqilabi teaching of hadith</w:t>
      </w:r>
    </w:p>
    <w:p>
      <w:r>
        <w:rPr>
          <w:color w:val="666666"/>
          <w:sz w:val="18"/>
        </w:rPr>
        <w:t>Life after Death (Prophetic Wisdom) · 37s · at 11:17 · https://youtu.be/7bA2WIsKLMQ?t=677</w:t>
      </w:r>
    </w:p>
    <w:p>
      <w:r>
        <w:rPr>
          <w:i/>
        </w:rPr>
        <w:t>“Yeh inqilabi teaching hai”</w:t>
      </w:r>
    </w:p>
    <w:p>
      <w:r>
        <w:rPr>
          <w:sz w:val="20"/>
        </w:rPr>
        <w:t>11:17  inqilaabi teaching hai.</w:t>
      </w:r>
      <w:r>
        <w:br/>
      </w:r>
      <w:r>
        <w:rPr>
          <w:sz w:val="20"/>
        </w:rPr>
        <w:t>11:22  yeh aadmi ke andar yeh soch agar aadmi ke andar paida ho jaye to goya keh us ke apne andar aik teacher baith gaya. har waqt batane ke liye kya karna hai, kya nahi karna hai.</w:t>
      </w:r>
      <w:r>
        <w:br/>
      </w:r>
      <w:r>
        <w:rPr>
          <w:sz w:val="20"/>
        </w:rPr>
        <w:t>11:38  yani khud apne interest mein ho jata hai. is yeh aqeedah jo hai, us ka nateeja yeh hota hai keh har aadmi ke ko apne interest mein yeh dikhai dene lagta hai keh woh bura kaam na kare, acha kaam kare.</w:t>
      </w:r>
    </w:p>
    <w:p>
      <w:pPr>
        <w:pStyle w:val="Heading2"/>
      </w:pPr>
      <w:r>
        <w:t>Full argument for ijtihad from the hadith of ambiguous matters</w:t>
      </w:r>
    </w:p>
    <w:p>
      <w:r>
        <w:rPr>
          <w:color w:val="666666"/>
          <w:sz w:val="18"/>
        </w:rPr>
        <w:t>Islam in A New Age March 18, 2012 · 5m 45s · at 6:11 · https://youtu.be/P5hzq_NheY0?t=371</w:t>
      </w:r>
    </w:p>
    <w:p>
      <w:r>
        <w:rPr>
          <w:i/>
        </w:rPr>
        <w:t>“Al-halalu bayyin wal-haramu bayyin — hadith of the unclear middle”</w:t>
      </w:r>
    </w:p>
    <w:p>
      <w:r>
        <w:rPr>
          <w:sz w:val="20"/>
        </w:rPr>
        <w:t>6:11  yani bukhari mein, muslim mein, aur doosri tamam kitabon mein. is hadees mein rasool allah sallallahu alaihi wasallam ne farmaya ke "al halal bayyin wa al haram bayyin, wa baynahuma umoor-e-mushtabihat" .</w:t>
      </w:r>
      <w:r>
        <w:br/>
      </w:r>
      <w:r>
        <w:rPr>
          <w:sz w:val="20"/>
        </w:rPr>
        <w:t>6:31  islam mein jo halaal hai, woh bohat hi wazeh hai. isi tarah haraam jo hai, wohi bohat hi wazeh hai.</w:t>
      </w:r>
      <w:r>
        <w:br/>
      </w:r>
      <w:r>
        <w:rPr>
          <w:sz w:val="20"/>
        </w:rPr>
        <w:t>6:41  yani clear hai. in ke beech mein kuch mushtabah cheezein hain.</w:t>
      </w:r>
      <w:r>
        <w:br/>
      </w:r>
      <w:r>
        <w:rPr>
          <w:sz w:val="20"/>
        </w:rPr>
        <w:t>6:49  mushtabah cheezein hain, mushtabihat. yani in clear.</w:t>
      </w:r>
      <w:r>
        <w:br/>
      </w:r>
      <w:r>
        <w:rPr>
          <w:sz w:val="20"/>
        </w:rPr>
        <w:t>6:58  to woh jo in clear hai, us mein bohat bara samandar hai cheezon ka. lekin woh in clear hai.</w:t>
      </w:r>
      <w:r>
        <w:br/>
      </w:r>
      <w:r>
        <w:rPr>
          <w:sz w:val="20"/>
        </w:rPr>
        <w:t>7:09  to yeh jo in clear hissa hai,</w:t>
      </w:r>
      <w:r>
        <w:br/>
      </w:r>
      <w:r>
        <w:rPr>
          <w:sz w:val="20"/>
        </w:rPr>
        <w:t>7:14  is ko is ka kya, is mein kya baatein hain? yeh bohat hi ajeeb baat hai ke poori tareekh mein is se bekhabar reh gaye log. aur is ka mein hawala deta hoon aap ko ke allama anwar shah kashmiri, jo bohat hi top ke muhaddis thay,</w:t>
      </w:r>
      <w:r>
        <w:br/>
      </w:r>
      <w:r>
        <w:rPr>
          <w:sz w:val="20"/>
        </w:rPr>
        <w:t>7:35  saari hadees ki kitabein, saari mutalliq kitabein, saara zakhira jo hai sunnat ka, woh unhon ne parha tha. to woh likhte hain, un ki kitab mere paas maujood hai,</w:t>
      </w:r>
      <w:r>
        <w:br/>
      </w:r>
      <w:r>
        <w:rPr>
          <w:sz w:val="20"/>
        </w:rPr>
        <w:t>7:49  jo amali hai, lekin bahar haal unhi ki kitab hai woh. woh kehte hain ke maine sab parha. shaukani ki kitab parhi, aur falan kitab parhi, saara parh dala maine is hadees ko samajhnay ke liye.</w:t>
      </w:r>
      <w:r>
        <w:br/>
      </w:r>
      <w:r>
        <w:rPr>
          <w:sz w:val="20"/>
        </w:rPr>
        <w:t>8:01  lekin</w:t>
      </w:r>
      <w:r>
        <w:br/>
      </w:r>
      <w:r>
        <w:rPr>
          <w:sz w:val="20"/>
        </w:rPr>
        <w:t>8:02  is ke baad likhte hain ke "lam yatahassal shay'un ghair hall al-lughaat, ghair hall al-alfaz, lam yatahassal shay'un ghair hall al-alfaz" .</w:t>
      </w:r>
      <w:r>
        <w:br/>
      </w:r>
      <w:r>
        <w:rPr>
          <w:sz w:val="20"/>
        </w:rPr>
        <w:t>8:18  yani yeh saara zakhira jo is hadees ki sharah mein likha gaya hai, is mein is hadees ke mani par mujhe kuch nahi mila.</w:t>
      </w:r>
      <w:r>
        <w:br/>
      </w:r>
      <w:r>
        <w:rPr>
          <w:sz w:val="20"/>
        </w:rPr>
        <w:t>8:26  sirf alfaaz ki grammatical explanation, literal explanation, bas yeh mila. aap ghor kijiye, kaisi ajeeb baat yeh hai.</w:t>
      </w:r>
      <w:r>
        <w:br/>
      </w:r>
      <w:r>
        <w:rPr>
          <w:sz w:val="20"/>
        </w:rPr>
        <w:t>8:38  aur is hadees ke baray mein jo ke bukhari mein bhi hai, aur ibn hajar ki jo kitab hai, fath al-bari, ibn hajar ki kitab jo fath al-bari hai, us ko hadees ka encyclopedia kaha jata hai.</w:t>
      </w:r>
      <w:r>
        <w:br/>
      </w:r>
      <w:r>
        <w:rPr>
          <w:sz w:val="20"/>
        </w:rPr>
        <w:t>8:53  bees jildon mein hai woh.</w:t>
      </w:r>
      <w:r>
        <w:br/>
      </w:r>
      <w:r>
        <w:rPr>
          <w:sz w:val="20"/>
        </w:rPr>
        <w:t>8:56  is mein bhi is tarah behs hai, lekin aik jumla bhi us ki maanoiyat, us ki meaning ke baray mein kuch nahi hai. kaisi ajeeb baat hai.</w:t>
      </w:r>
      <w:r>
        <w:br/>
      </w:r>
      <w:r>
        <w:rPr>
          <w:sz w:val="20"/>
        </w:rPr>
        <w:t>9:07  lekin isi mein aik jumla bohat ahem likha unhon ne ke is hadees mein jo baat hai, us ka janna mumkin hai, lekin thoday logon ke liye mumkin hai woh.</w:t>
      </w:r>
      <w:r>
        <w:br/>
      </w:r>
      <w:r>
        <w:rPr>
          <w:sz w:val="20"/>
        </w:rPr>
        <w:t>9:16  ab woh kon thoday log hain? woh mujtahid log hain.</w:t>
      </w:r>
      <w:r>
        <w:br/>
      </w:r>
      <w:r>
        <w:rPr>
          <w:sz w:val="20"/>
        </w:rPr>
        <w:t>9:24  marifat hukmihi mumkin, walakin lil qaleel min an-nas wa hum al-mujtahidun. is se kya nikla?</w:t>
      </w:r>
      <w:r>
        <w:br/>
      </w:r>
      <w:r>
        <w:rPr>
          <w:sz w:val="20"/>
        </w:rPr>
        <w:t>9:34  is mani ke jo baray baray mani hain jo hadees o quran mein, us ke liye ijtihad ki zaroorat hai. ijtihadi ghor o fikr, ijtihadi zehan.</w:t>
      </w:r>
      <w:r>
        <w:br/>
      </w:r>
      <w:r>
        <w:rPr>
          <w:sz w:val="20"/>
        </w:rPr>
        <w:t>9:46  agar aap ke andar ijtihadi salahiyat nahi hai to in mani tak aap pohnchenge nahi.</w:t>
      </w:r>
      <w:r>
        <w:br/>
      </w:r>
      <w:r>
        <w:rPr>
          <w:sz w:val="20"/>
        </w:rPr>
        <w:t>9:53  is ka matlab kya hua? ke ijtihad na karne ki wajah se poori poori ummat, poori poori ummat jo hai, islam ke reduced form tak pahunch saki.</w:t>
      </w:r>
      <w:r>
        <w:br/>
      </w:r>
      <w:r>
        <w:rPr>
          <w:sz w:val="20"/>
        </w:rPr>
        <w:t>10:06  islam ka jo higher form tha, us se bekhabar reh gayi. kaisi ajeeb mahroomi hai ye.</w:t>
      </w:r>
      <w:r>
        <w:br/>
      </w:r>
      <w:r>
        <w:rPr>
          <w:sz w:val="20"/>
        </w:rPr>
        <w:t>10:14  aur dekhiye, rasool Allah salallahu alaihi wasallam ne is maamle mein</w:t>
      </w:r>
      <w:r>
        <w:br/>
      </w:r>
      <w:r>
        <w:rPr>
          <w:sz w:val="20"/>
        </w:rPr>
        <w:t>10:20  apni ummat ko ek bahut badi hidayat di thi ke ijtihad har haal mein karo. agar galat ijtihad ho jaye, tab bhi karo ijtihad.</w:t>
      </w:r>
      <w:r>
        <w:br/>
      </w:r>
      <w:r>
        <w:rPr>
          <w:sz w:val="20"/>
        </w:rPr>
        <w:t>10:30  ye kaisi ajeeb cheez hai. dekhiye, bukhari mein ek riwayat hai ijtihad ke baare mein. sahih al bukhari mein</w:t>
      </w:r>
      <w:r>
        <w:br/>
      </w:r>
      <w:r>
        <w:rPr>
          <w:sz w:val="20"/>
        </w:rPr>
        <w:t>10:42  ke ek shakhs ijtihad karta hai aur ijtihad mein ghalti kar jata hai, tab bhi us ke liye ek sawab hai. is hadith mein hai ke agar ijtihad sahih ho to double sawab hai.</w:t>
      </w:r>
      <w:r>
        <w:br/>
      </w:r>
      <w:r>
        <w:rPr>
          <w:sz w:val="20"/>
        </w:rPr>
        <w:t>10:55  agar sahih na ho, ghalti ho jaye, tab bhi ek sawab hai. is ka matlab kya hai? ye ijtihad ko ubharna hai. ijtihad ka shauq dilana hai ke bila dare hue ijtihad karo.</w:t>
      </w:r>
      <w:r>
        <w:br/>
      </w:r>
      <w:r>
        <w:rPr>
          <w:sz w:val="20"/>
        </w:rPr>
        <w:t>11:12  kaisi ajeeb baat hai. yaani ye mat daro ke ijtihad kar ke tum ghalti kar jaoge. ghalti karoge, tab bhi Allah taala tum ko inaam dega.</w:t>
      </w:r>
      <w:r>
        <w:br/>
      </w:r>
      <w:r>
        <w:rPr>
          <w:sz w:val="20"/>
        </w:rPr>
        <w:t>11:23  sirf apni niyat ka lihaaz rakho. innamal aamaalu binniyat apni niyat ko dekho ke niyat durust ho.</w:t>
      </w:r>
      <w:r>
        <w:br/>
      </w:r>
      <w:r>
        <w:rPr>
          <w:sz w:val="20"/>
        </w:rPr>
        <w:t>11:32  yaani niyat agar durust hai, yaani fehm-e-deen ki niyat hai, Allah ki marifat janne ki niyat hai, Allah ki qurbat hasil karne ki niyat hai,</w:t>
      </w:r>
      <w:r>
        <w:br/>
      </w:r>
      <w:r>
        <w:rPr>
          <w:sz w:val="20"/>
        </w:rPr>
        <w:t>11:45  to khoob ijtihad karo.</w:t>
      </w:r>
      <w:r>
        <w:br/>
      </w:r>
      <w:r>
        <w:rPr>
          <w:sz w:val="20"/>
        </w:rPr>
        <w:t>11:50  kaisi ajeeb baat hai. kaisi ajeeb baat hai.</w:t>
      </w:r>
    </w:p>
    <w:p>
      <w:pPr>
        <w:pStyle w:val="Heading2"/>
      </w:pPr>
      <w:r>
        <w:t>The hadith defining who is the best woman</w:t>
      </w:r>
    </w:p>
    <w:p>
      <w:r>
        <w:rPr>
          <w:color w:val="666666"/>
          <w:sz w:val="18"/>
        </w:rPr>
        <w:t>Behtar Khatoon Kon CPS Women Article Discussion July 2, 2023 · 25s · at 1:37 · https://youtu.be/tGPJwzCnCMM?t=97</w:t>
      </w:r>
    </w:p>
    <w:p>
      <w:r>
        <w:rPr>
          <w:i/>
        </w:rPr>
        <w:t>“Auraton mein sabse behtar aurat kaun hai?”</w:t>
      </w:r>
    </w:p>
    <w:p>
      <w:r>
        <w:rPr>
          <w:sz w:val="20"/>
        </w:rPr>
        <w:t>1:37  auraton mein sabse behtar aurat kaun hai? aapne farmaya ki vah aurat ke mard jab use dekhe to vah usko push kar de aur mard jab kisi kaam ke liye kahe to uski itaa'at karen aur apne nafs aur maal mein vah mard ki marzi ke khilaaf kuch na karen. Musnad Ahmad jild do, safa do sau ikyavan.</w:t>
      </w:r>
      <w:r>
        <w:br/>
      </w:r>
      <w:r>
        <w:rPr>
          <w:sz w:val="20"/>
        </w:rPr>
        <w:t>2:02  yeh hadith apne tauseh mahfoom ke aitbaar se aurat aur mard dono ke liye hai. aurat aur mard dono ek doosre ke liye zindagi ke saathi ki hesiyat rakhte hain. gwahar maamle mein ek doosre ke raazdaan hain. zindagi ka kaarobaar chalane ke liye vah ek doosre ke madadgaar hain. dono ek doosre ke liye ek gaadi ki dukh pahe ki hesiyat rakhenge.</w:t>
      </w:r>
    </w:p>
    <w:p>
      <w:pPr>
        <w:pStyle w:val="Heading2"/>
      </w:pPr>
      <w:r>
        <w:t>God created unequal, equality causes conflict</w:t>
      </w:r>
    </w:p>
    <w:p>
      <w:r>
        <w:rPr>
          <w:color w:val="666666"/>
          <w:sz w:val="18"/>
        </w:rPr>
        <w:t>Warnings of Doomsday February 4, 2007 · 43s · at 13:10 · https://youtu.be/VT0BnPl_-zc?t=790</w:t>
      </w:r>
    </w:p>
    <w:p>
      <w:r>
        <w:rPr>
          <w:i/>
        </w:rPr>
        <w:t>“Khuda ne ya nature ne paida hi nahi kiya hai equal”</w:t>
      </w:r>
    </w:p>
    <w:p>
      <w:r>
        <w:rPr>
          <w:sz w:val="20"/>
        </w:rPr>
        <w:t>13:10  in in equality is zamanay jo thay, thinker thay, sab opsis thay equality ka, sab se equality, social equality, economic equality, gender equality, har taraf equality, equality, equality.</w:t>
      </w:r>
      <w:r>
        <w:br/>
      </w:r>
      <w:r>
        <w:rPr>
          <w:sz w:val="20"/>
        </w:rPr>
        <w:t>13:25  lekin aap dekhiye, result kya nikla? result nikla takrao. kyu? khuda ne ya nature ne paida hi nahi kiya hai equal, paida kiya unequal.</w:t>
      </w:r>
      <w:r>
        <w:br/>
      </w:r>
      <w:r>
        <w:rPr>
          <w:sz w:val="20"/>
        </w:rPr>
        <w:t>13:40  to practical sense mein dunya mein inequality hai. do bhaiyon mein bhi difference hota hai, aurat mard mein difference hota hai, samaj mein difference hota hai, lekin unhon ne zabardasti chaha ke equal banaye, zabardasti.</w:t>
      </w:r>
    </w:p>
    <w:p>
      <w:pPr>
        <w:pStyle w:val="Heading2"/>
      </w:pPr>
      <w:r>
        <w:t>Historical examples of mass conversion</w:t>
      </w:r>
    </w:p>
    <w:p>
      <w:r>
        <w:rPr>
          <w:color w:val="666666"/>
          <w:sz w:val="18"/>
        </w:rPr>
        <w:t>Hadith Prediction November 3, 2013 · 3m 45s · at 7:21 · https://youtu.be/cb5Lzw9c8aE?t=441</w:t>
      </w:r>
    </w:p>
    <w:p>
      <w:r>
        <w:rPr>
          <w:i/>
        </w:rPr>
        <w:t>“In that time, Greek philosophy dominated Europe.”</w:t>
      </w:r>
    </w:p>
    <w:p>
      <w:r>
        <w:rPr>
          <w:sz w:val="20"/>
        </w:rPr>
        <w:t>7:21  us zamane mein Europe mein philosophical sense mein Greek philosophy chhai hui thi. Yunan, jo Europe ka ek hissa hai, aur woh bare philosopher paida hue wahan, to philosophy mein Yunan dominate kar raha tha us zamane mein.</w:t>
      </w:r>
      <w:r>
        <w:br/>
      </w:r>
      <w:r>
        <w:rPr>
          <w:sz w:val="20"/>
        </w:rPr>
        <w:t>7:41  to Greek philosopher jo the, un ka jo falsafa tha, usi se un ka mindset bana hua tha.</w:t>
      </w:r>
      <w:r>
        <w:br/>
      </w:r>
      <w:r>
        <w:rPr>
          <w:sz w:val="20"/>
        </w:rPr>
        <w:t>7:50  to Christianity mein jo aaya hai, mislan Trinity, woh direct taur par Greek philosophy se aaya hai.</w:t>
      </w:r>
      <w:r>
        <w:br/>
      </w:r>
      <w:r>
        <w:rPr>
          <w:sz w:val="20"/>
        </w:rPr>
        <w:t>8:00  Greek philosopher jo the, woh reality ka tasawwur karte the, us ko samajhte the ke three dimensional sachai jo hai, woh three dimensional hai.</w:t>
      </w:r>
      <w:r>
        <w:br/>
      </w:r>
      <w:r>
        <w:rPr>
          <w:sz w:val="20"/>
        </w:rPr>
        <w:t>8:13  yeh yahi concept le kar aaye, woh yeh mindset.</w:t>
      </w:r>
      <w:r>
        <w:br/>
      </w:r>
      <w:r>
        <w:rPr>
          <w:sz w:val="20"/>
        </w:rPr>
        <w:t>8:17  to christianity mein unhon ne isi ko shamil kar ke taslees ka aqeedah bana liya, jis ko kehte hain trinity. to trinity Hazrat Masih ki taleem halkay nahi thi, hatta ke abhi bhi woh new testament mein nahi hai, abhi bhi.</w:t>
      </w:r>
      <w:r>
        <w:br/>
      </w:r>
      <w:r>
        <w:rPr>
          <w:sz w:val="20"/>
        </w:rPr>
        <w:t>8:34  to yeh kahan se aayi? yeh mass conversion ke zariye aayi.</w:t>
      </w:r>
      <w:r>
        <w:br/>
      </w:r>
      <w:r>
        <w:rPr>
          <w:sz w:val="20"/>
        </w:rPr>
        <w:t>8:42  to Islam mein bhi yahi hua, yaani jab Hazrat Umar ke zamanay mein aik bohat bara waqia hua ke sasaniyat empire aur Roman empire ya Byzantine empire ko fateh kar liya Musalmanon ne, to bohat se mulk achaanak Islam ke saltanat mein dakhil ho gaye.</w:t>
      </w:r>
      <w:r>
        <w:br/>
      </w:r>
      <w:r>
        <w:rPr>
          <w:sz w:val="20"/>
        </w:rPr>
        <w:t>9:08  to mass conversion hua.</w:t>
      </w:r>
      <w:r>
        <w:br/>
      </w:r>
      <w:r>
        <w:rPr>
          <w:sz w:val="20"/>
        </w:rPr>
        <w:t>9:11  yeh log ziyada tar Christian thay ya majosi thay. to Christian logon, log jo jo jo Islam mein aaye, to kalma to parh liya unhon ne, lekin woh isi mindset ko le kar aaye.</w:t>
      </w:r>
      <w:r>
        <w:br/>
      </w:r>
      <w:r>
        <w:rPr>
          <w:sz w:val="20"/>
        </w:rPr>
        <w:t>9:25  to Islam mein yeh log jo thay, Islam mein unhon ne apne pichlay aqeedon ko shamil kar diya.</w:t>
      </w:r>
      <w:r>
        <w:br/>
      </w:r>
      <w:r>
        <w:rPr>
          <w:sz w:val="20"/>
        </w:rPr>
        <w:t>9:34  is ki aik misaal hai shafa'at ka aqeedah</w:t>
      </w:r>
      <w:r>
        <w:br/>
      </w:r>
      <w:r>
        <w:rPr>
          <w:sz w:val="20"/>
        </w:rPr>
        <w:t>9:37  . shafa'at ka aqeedah bilkul hi Islam mein alien hai, bilkul alien hai. yeh kahan se aaya?</w:t>
      </w:r>
      <w:r>
        <w:br/>
      </w:r>
      <w:r>
        <w:rPr>
          <w:sz w:val="20"/>
        </w:rPr>
        <w:t>9:45  yeh wohi Christian jo thay, jo yeh tasawwur le kar aaye thay ke Hazrat Masih jo sui par charh gaye, to saaray Masihion ke liye kaffar ban gaye.</w:t>
      </w:r>
      <w:r>
        <w:br/>
      </w:r>
      <w:r>
        <w:rPr>
          <w:sz w:val="20"/>
        </w:rPr>
        <w:t>9:59  aik taraf se saaray Masihion ki nijaat ho gayi. yeh jo concept tha, isi ko unhon ne Islam</w:t>
      </w:r>
      <w:r>
        <w:br/>
      </w:r>
      <w:r>
        <w:rPr>
          <w:sz w:val="20"/>
        </w:rPr>
        <w:t>10:07  ize kiya, Islamize kar ke shafa'at ka aqeedah bana liya ke Rasool Allah ke shafa'at se saaray Musalman aik taraf se sab jannat mein dakhil kar diye jayenge. yeh hua.</w:t>
      </w:r>
      <w:r>
        <w:br/>
      </w:r>
      <w:r>
        <w:rPr>
          <w:sz w:val="20"/>
        </w:rPr>
        <w:t>10:18  to yeh jo hadith hai ke log fauj dar fauj Islam mein dakhil honge aur fauj dar fauj nikal jayenge,</w:t>
      </w:r>
      <w:r>
        <w:br/>
      </w:r>
      <w:r>
        <w:rPr>
          <w:sz w:val="20"/>
        </w:rPr>
        <w:t>10:27  to dekhiye, pehla dakhil hona to fold mein dakhil hona hai, yaani kalma parh kar ke, lekin doosra dakhil hona jo ikhraj hai, nikalna, woh nikalna is is sense mein nahi ke Islam ko chhod denge, woh balkay apne mindset ki bina par woh Islam ke ko usi pattern par dhaal denge.</w:t>
      </w:r>
      <w:r>
        <w:br/>
      </w:r>
      <w:r>
        <w:rPr>
          <w:sz w:val="20"/>
        </w:rPr>
        <w:t>10:50  pichlay pattern par jo un ka pichla pattern hoga, usi par dhaal denge.</w:t>
      </w:r>
      <w:r>
        <w:br/>
      </w:r>
      <w:r>
        <w:rPr>
          <w:sz w:val="20"/>
        </w:rPr>
        <w:t>10:57  yeh baray paimaanay par hua Islam mein ke jo un ka pattern tha, usi par unhon ne Islam ko dhaal diya.</w:t>
      </w:r>
    </w:p>
    <w:p>
      <w:pPr>
        <w:pStyle w:val="Heading2"/>
      </w:pPr>
      <w:r>
        <w:t>Hadith and explanation on Madinah</w:t>
      </w:r>
    </w:p>
    <w:p>
      <w:r>
        <w:rPr>
          <w:color w:val="666666"/>
          <w:sz w:val="18"/>
        </w:rPr>
        <w:t>Patriotism for One's Homeland 19 May 2014 - Maulana Wahiduddin Khan · 1m 34s · at 0:11 · https://youtu.be/BJfxpN_6ba4?t=11</w:t>
      </w:r>
    </w:p>
    <w:p>
      <w:r>
        <w:rPr>
          <w:i/>
        </w:rPr>
        <w:t>“Sahih al-Bukhari, hadith number 6372”</w:t>
      </w:r>
    </w:p>
    <w:p>
      <w:r>
        <w:rPr>
          <w:sz w:val="20"/>
        </w:rPr>
        <w:t>0:11  sahih al- Bukhari, hadith number 6372. An Aisha radi Allahu anha qalat: qala Nabi sallallahu alaihi wasallam: "Allahumma habbib ilayna al-Madinah kama habbabt ilayna Makkah, aw ashaddah,</w:t>
      </w:r>
      <w:r>
        <w:br/>
      </w:r>
      <w:r>
        <w:rPr>
          <w:sz w:val="20"/>
        </w:rPr>
        <w:t>0:30  wa anqil himaha ila al-Juhfah. Allahumma barik lana fi mudanna wa sa'ina." Aisha radi Allahu anha riwayat karti hain ke Nabi sallallahu alaihi wasallam ne dua farmayi:</w:t>
      </w:r>
      <w:r>
        <w:br/>
      </w:r>
      <w:r>
        <w:rPr>
          <w:sz w:val="20"/>
        </w:rPr>
        <w:t>0:44  "Ae Allah!</w:t>
      </w:r>
      <w:r>
        <w:br/>
      </w:r>
      <w:r>
        <w:rPr>
          <w:sz w:val="20"/>
        </w:rPr>
        <w:t>0:46  hamare liye Madinah ko mehboob bana de, jaisa ke tu ne Makkah ko hamare liye mehboob banaya tha, ya is se bhi ziyada, aur is ki waba ko Juhfah ki taraf muntaqil kar de.</w:t>
      </w:r>
      <w:r>
        <w:br/>
      </w:r>
      <w:r>
        <w:rPr>
          <w:sz w:val="20"/>
        </w:rPr>
        <w:t>1:00  ae allah! hamare liye hamare mad mein barkat de, aur hamare sa mein barkat de." maulana is hadith ki wazahat farmayein.</w:t>
      </w:r>
      <w:r>
        <w:br/>
      </w:r>
      <w:r>
        <w:rPr>
          <w:sz w:val="20"/>
        </w:rPr>
        <w:t>1:12  bismillah rahman rahim.</w:t>
      </w:r>
      <w:r>
        <w:br/>
      </w:r>
      <w:r>
        <w:rPr>
          <w:sz w:val="20"/>
        </w:rPr>
        <w:t>1:18  is hadith mein</w:t>
      </w:r>
      <w:r>
        <w:br/>
      </w:r>
      <w:r>
        <w:rPr>
          <w:sz w:val="20"/>
        </w:rPr>
        <w:t>1:22  yeh hadith hijrat ke baad ki hai, yaani rasool allah salallaho alaihi wasallam aur aap ke ashaab makka chhod kar jab madina chale gaye.</w:t>
      </w:r>
      <w:r>
        <w:br/>
      </w:r>
      <w:r>
        <w:rPr>
          <w:sz w:val="20"/>
        </w:rPr>
        <w:t>1:32  is zamane ki hai yeh hadith. to wahan par log thoda pareshan rehte the, sehat pe bhi asar padta pad gaya tha.</w:t>
      </w:r>
    </w:p>
    <w:p>
      <w:pPr>
        <w:pStyle w:val="Heading2"/>
      </w:pPr>
      <w:r>
        <w:t>Hadith on future vision and application</w:t>
      </w:r>
    </w:p>
    <w:p>
      <w:r>
        <w:rPr>
          <w:color w:val="666666"/>
          <w:sz w:val="18"/>
        </w:rPr>
        <w:t>Non Complaining Attitude Feb 23, 2019 · 5m 08s · at 11:01 · https://youtu.be/W_UN5PdpeR8?t=661</w:t>
      </w:r>
    </w:p>
    <w:p>
      <w:r>
        <w:rPr>
          <w:i/>
        </w:rPr>
        <w:t>“To phir mujhe ek hadith yaad aayi.”</w:t>
      </w:r>
    </w:p>
    <w:p>
      <w:r>
        <w:rPr>
          <w:sz w:val="20"/>
        </w:rPr>
        <w:t>11:01  yani mustaqbil beeni, mustaqbil beeni. to phir mujhe aik hadith yaad aai ke jab aap makkah mein thay aur wahan</w:t>
      </w:r>
      <w:r>
        <w:br/>
      </w:r>
      <w:r>
        <w:rPr>
          <w:sz w:val="20"/>
        </w:rPr>
        <w:t>11:18  ghalaba tha aisay logon ka jo is waqt abhi baad ko wohi islam mein dakhil ho gaye, us waqt woh khabar khilaf thay aur aik takleef pohancha dete thay.</w:t>
      </w:r>
      <w:r>
        <w:br/>
      </w:r>
      <w:r>
        <w:rPr>
          <w:sz w:val="20"/>
        </w:rPr>
        <w:t>11:35  us waqt. rasool Allah se mil woh mulaqat hui un kuch logon se jo abhi islam mein dakhil nahi hue thay.</w:t>
      </w:r>
      <w:r>
        <w:br/>
      </w:r>
      <w:r>
        <w:rPr>
          <w:sz w:val="20"/>
        </w:rPr>
        <w:t>11:45  to unhon ne aap se kaha ke aap kya chahte hain? hum hum se aap ka woh mushrik mushrik thay, woh woh abu talib se milnay aaye thay.</w:t>
      </w:r>
      <w:r>
        <w:br/>
      </w:r>
      <w:r>
        <w:rPr>
          <w:sz w:val="20"/>
        </w:rPr>
        <w:t>12:00  aap hum se keh sakte hain kya mission hai aap ka? to aap ne kaha tha</w:t>
      </w:r>
      <w:r>
        <w:br/>
      </w:r>
      <w:r>
        <w:rPr>
          <w:sz w:val="20"/>
        </w:rPr>
        <w:t>12:07  ke kalmata wahida tutniya tamlikun bil arab wa tadinu bikum bihi al ajam.</w:t>
      </w:r>
      <w:r>
        <w:br/>
      </w:r>
      <w:r>
        <w:rPr>
          <w:sz w:val="20"/>
        </w:rPr>
        <w:t>12:19  main tum se sirf aik kalma chahta hoon,</w:t>
      </w:r>
      <w:r>
        <w:br/>
      </w:r>
      <w:r>
        <w:rPr>
          <w:sz w:val="20"/>
        </w:rPr>
        <w:t>12:27  is ko tum maan lo to arab aur ajam sab tumhare</w:t>
      </w:r>
      <w:r>
        <w:br/>
      </w:r>
      <w:r>
        <w:rPr>
          <w:sz w:val="20"/>
        </w:rPr>
        <w:t>12:36  matahat ho jayenge. ab main ne compare kiya ke rasool Allah sal Allah alayhi wasallam ne aisa kyun kaha tha, halankay us waqt halat bohat hi kharab thi.</w:t>
      </w:r>
      <w:r>
        <w:br/>
      </w:r>
      <w:r>
        <w:rPr>
          <w:sz w:val="20"/>
        </w:rPr>
        <w:t>12:49  hamare pet ja rahe the musalman, aaj jo halat waisa hai nahi aur khwamkhwah logon ko shikayat karte hain. to ek sunnat maine daryaft ki, ek sunnat jo kitabon mein likhi hui nahi hai,</w:t>
      </w:r>
      <w:r>
        <w:br/>
      </w:r>
      <w:r>
        <w:rPr>
          <w:sz w:val="20"/>
        </w:rPr>
        <w:t>13:07  woh hai mustaqbil bini, seeing the future.</w:t>
      </w:r>
      <w:r>
        <w:br/>
      </w:r>
      <w:r>
        <w:rPr>
          <w:sz w:val="20"/>
        </w:rPr>
        <w:t>13:17  future ko dekhna, future ko dekh kar rai qaim karna. rasool Allah salallaho alaihi wasallam ne is waqt ke makka mein jo kaha tha ke agar tum meri baat ko maan loge to arab o ajam tumhare matahat ho jayenge.</w:t>
      </w:r>
      <w:r>
        <w:br/>
      </w:r>
      <w:r>
        <w:rPr>
          <w:sz w:val="20"/>
        </w:rPr>
        <w:t>13:40  yeh is waqt to aisa tha nahi, yeh to future ki baat thi. to rasool Allah ne jo baat kahi woh mustaqbil bini ke tehat thi,</w:t>
      </w:r>
      <w:r>
        <w:br/>
      </w:r>
      <w:r>
        <w:rPr>
          <w:sz w:val="20"/>
        </w:rPr>
        <w:t>13:55  yani future ko dekh kar aap ne farmaya tha. ab aaj ke musalman agar is sunnat ko ikhtiyar karein, is sunnat ko ikhtiyar karein</w:t>
      </w:r>
      <w:r>
        <w:br/>
      </w:r>
      <w:r>
        <w:rPr>
          <w:sz w:val="20"/>
        </w:rPr>
        <w:t>14:11  to woh kya bolenge? woh bolenge ke yeh deen jo hai Allah ka deen itna phailne wala hai, itna phail raha hai,</w:t>
      </w:r>
      <w:r>
        <w:br/>
      </w:r>
      <w:r>
        <w:rPr>
          <w:sz w:val="20"/>
        </w:rPr>
        <w:t>14:27  itna phail raha hai</w:t>
      </w:r>
      <w:r>
        <w:br/>
      </w:r>
      <w:r>
        <w:rPr>
          <w:sz w:val="20"/>
        </w:rPr>
        <w:t>14:32  ke koi rukawat rukawat na rahe, koi unka dushman na rahe, har taraf peace hasil ho jaye unko.</w:t>
      </w:r>
      <w:r>
        <w:br/>
      </w:r>
      <w:r>
        <w:rPr>
          <w:sz w:val="20"/>
        </w:rPr>
        <w:t>14:44  ek yani ek favorable halat mein woh apna dawat ka kaam kar sakein.</w:t>
      </w:r>
      <w:r>
        <w:br/>
      </w:r>
      <w:r>
        <w:rPr>
          <w:sz w:val="20"/>
        </w:rPr>
        <w:t>14:57  to is is ki wajah kya hai? is ki wajah yeh hai ke hamare log jo hain sunnat rasool ko sirf partial sense mein jante hain, kuch فنی pehlu ko nikalte hain is mein se, koi masle misaal nikalte hain.</w:t>
      </w:r>
      <w:r>
        <w:br/>
      </w:r>
      <w:r>
        <w:rPr>
          <w:sz w:val="20"/>
        </w:rPr>
        <w:t>15:18  mustaqbil bini ki jo is mein ek sunnat rasool hai, yani future ko dekh kar rai qaim karne ki jo sunnat rasool hai, is se bilkul bekhabar hain,</w:t>
      </w:r>
      <w:r>
        <w:br/>
      </w:r>
      <w:r>
        <w:rPr>
          <w:sz w:val="20"/>
        </w:rPr>
        <w:t>15:34  is se bekhabar hain. agar woh janein to kya hoga? bajaye shukr ke, bajaye shikayat ke, woh shukr karenge.</w:t>
      </w:r>
      <w:r>
        <w:br/>
      </w:r>
      <w:r>
        <w:rPr>
          <w:sz w:val="20"/>
        </w:rPr>
        <w:t>15:48  haal ki bajaye mustaqbil ko dekhenge.</w:t>
      </w:r>
      <w:r>
        <w:br/>
      </w:r>
      <w:r>
        <w:rPr>
          <w:sz w:val="20"/>
        </w:rPr>
        <w:t>15:53  mayusi ki bajaye umeed unko dikhai padegi. nakami ke baad kamyabi, nakami ki bajaye kamyabi dikhai degi unko.</w:t>
      </w:r>
    </w:p>
    <w:p>
      <w:pPr>
        <w:pStyle w:val="Heading2"/>
      </w:pPr>
      <w:r>
        <w:t>Hadith on fearing rejection of deeds</w:t>
      </w:r>
    </w:p>
    <w:p>
      <w:r>
        <w:rPr>
          <w:color w:val="666666"/>
          <w:sz w:val="18"/>
        </w:rPr>
        <w:t>Living God March 10, 2019 Maulana Wahiduddin Khan · 39s · at 2:35 · https://youtu.be/RCBFUw2KAdI?t=155</w:t>
      </w:r>
    </w:p>
    <w:p>
      <w:r>
        <w:rPr>
          <w:i/>
        </w:rPr>
        <w:t>“Aisha, wife of the Prophet, says”</w:t>
      </w:r>
    </w:p>
    <w:p>
      <w:r>
        <w:rPr>
          <w:sz w:val="20"/>
        </w:rPr>
        <w:t>2:35  aisha, nabi sallallahu alaihi wasallam ki biwi, kehti hain ke maine rasul Allah se is ayat ke bare mein poocha: "wallazina yutuna ma ataw qulubuhum wajilah".</w:t>
      </w:r>
      <w:r>
        <w:br/>
      </w:r>
      <w:r>
        <w:rPr>
          <w:sz w:val="20"/>
        </w:rPr>
        <w:t>2:46  aisha kehti hain: "kya ye wo log hain jo sharab pite hain aur chori karte hain?" aap ne kaha: "nahi, aye siddiq ki beti, lekin ye wo log hain jo roza rakhte hain, namaz padhte hain, sadqa dete hain,</w:t>
      </w:r>
      <w:r>
        <w:br/>
      </w:r>
      <w:r>
        <w:rPr>
          <w:sz w:val="20"/>
        </w:rPr>
        <w:t>3:00  aur wo dar rahe hote hain ke un se qabul nahi kiya jayega. to yahi log bhalai ke kamon mein sab se age barhte hain, aur yahi log sabqat karne wale hain."</w:t>
      </w:r>
    </w:p>
    <w:p>
      <w:pPr>
        <w:pStyle w:val="Heading2"/>
      </w:pPr>
      <w:r>
        <w:t>New era is pro-Islam not anti-Islam</w:t>
      </w:r>
    </w:p>
    <w:p>
      <w:r>
        <w:rPr>
          <w:color w:val="666666"/>
          <w:sz w:val="18"/>
        </w:rPr>
        <w:t>Islam in A New Age March 18, 2012 · 36s · at 0:48 · https://youtu.be/P5hzq_NheY0?t=48</w:t>
      </w:r>
    </w:p>
    <w:p>
      <w:r>
        <w:rPr>
          <w:i/>
        </w:rPr>
        <w:t>“Yeh naya zamana hai, yeh pro-Islam zamana hai”</w:t>
      </w:r>
    </w:p>
    <w:p>
      <w:r>
        <w:rPr>
          <w:sz w:val="20"/>
        </w:rPr>
        <w:t>0:48  yeh bohat hi important topic hai kyunke yeh jo naya zamana hai, yeh pro Islam zamana hai.</w:t>
      </w:r>
      <w:r>
        <w:br/>
      </w:r>
      <w:r>
        <w:rPr>
          <w:sz w:val="20"/>
        </w:rPr>
        <w:t>0:59  yeh anti Islam zamana nahi hai.</w:t>
      </w:r>
      <w:r>
        <w:br/>
      </w:r>
      <w:r>
        <w:rPr>
          <w:sz w:val="20"/>
        </w:rPr>
        <w:t>1:03  100 percent yeh pro Islam zamana hai.</w:t>
      </w:r>
      <w:r>
        <w:br/>
      </w:r>
      <w:r>
        <w:rPr>
          <w:sz w:val="20"/>
        </w:rPr>
        <w:t>1:08  toh agar aap is ko is hesiyat se discover karein toh aap ke liye, yani Khuda ki blessing ke samandar khul jayenge.</w:t>
      </w:r>
    </w:p>
    <w:p>
      <w:pPr>
        <w:pStyle w:val="Heading2"/>
      </w:pPr>
      <w:r>
        <w:t>All humans created at once in covenant</w:t>
      </w:r>
    </w:p>
    <w:p>
      <w:r>
        <w:rPr>
          <w:color w:val="666666"/>
          <w:sz w:val="18"/>
        </w:rPr>
        <w:t>Three Periods of History May 17, 2009 Maulana Wahiduddin Khan · 47s · at 1:37 · https://youtu.be/iNS-3Yo58Gk?t=97</w:t>
      </w:r>
    </w:p>
    <w:p>
      <w:r>
        <w:rPr>
          <w:i/>
        </w:rPr>
        <w:t>“Yeh sun kar mujhe Quran ki ek aayat yaad aayi”</w:t>
      </w:r>
    </w:p>
    <w:p>
      <w:r>
        <w:rPr>
          <w:sz w:val="20"/>
        </w:rPr>
        <w:t>1:37  yeh sun kar mujhe quran ki ek aayat yaad aayi.</w:t>
      </w:r>
      <w:r>
        <w:br/>
      </w:r>
      <w:r>
        <w:rPr>
          <w:sz w:val="20"/>
        </w:rPr>
        <w:t>1:43  quran mein jo chapter number seven hai, us mein ek bohat hi special waqe' ka reference diya gaya hai.</w:t>
      </w:r>
      <w:r>
        <w:br/>
      </w:r>
      <w:r>
        <w:rPr>
          <w:sz w:val="20"/>
        </w:rPr>
        <w:t>1:59  is se maloom hota hai ke Allah taala ne jab insaan ko banaya to saare insano ko ikatthe hi bana diya.</w:t>
      </w:r>
      <w:r>
        <w:br/>
      </w:r>
      <w:r>
        <w:rPr>
          <w:sz w:val="20"/>
        </w:rPr>
        <w:t>2:11  ab jo hum paida ho rahe hain to sab ke sab create kiya ja chuke the, pehle din hi. phir woh</w:t>
      </w:r>
    </w:p>
    <w:p>
      <w:pPr>
        <w:pStyle w:val="Heading2"/>
      </w:pPr>
      <w:r>
        <w:t>History moves towards Islam</w:t>
      </w:r>
    </w:p>
    <w:p>
      <w:r>
        <w:rPr>
          <w:color w:val="666666"/>
          <w:sz w:val="18"/>
        </w:rPr>
        <w:t>Non Complaining Attitude Feb 23, 2019 · 27s · at 17:33 · https://youtu.be/W_UN5PdpeR8?t=1053</w:t>
      </w:r>
    </w:p>
    <w:p>
      <w:r>
        <w:rPr>
          <w:i/>
        </w:rPr>
        <w:t>“History ka safar Islam ki taraf ja raha hai.”</w:t>
      </w:r>
    </w:p>
    <w:p>
      <w:r>
        <w:rPr>
          <w:sz w:val="20"/>
        </w:rPr>
        <w:t>17:33  seventh century AD mein rasool Allah ne farmaya tha jo yeh baatein, is ka matlab kya tha ke history ka jo safar hai, woh</w:t>
      </w:r>
      <w:r>
        <w:br/>
      </w:r>
      <w:r>
        <w:rPr>
          <w:sz w:val="20"/>
        </w:rPr>
        <w:t>17:49  Islam ki taraf ja raha hai. history ka safar jo hai, woh Islam ki taraf ja raha hai.</w:t>
      </w:r>
    </w:p>
    <w:p>
      <w:pPr>
        <w:pStyle w:val="Heading2"/>
      </w:pPr>
      <w:r>
        <w:t>CPS mission to correct thinking</w:t>
      </w:r>
    </w:p>
    <w:p>
      <w:r>
        <w:rPr>
          <w:color w:val="666666"/>
          <w:sz w:val="18"/>
        </w:rPr>
        <w:t>Hadith Prediction November 3, 2013 · 4m 32s · at 41:26 · https://youtu.be/cb5Lzw9c8aE?t=2486</w:t>
      </w:r>
    </w:p>
    <w:p>
      <w:r>
        <w:rPr>
          <w:i/>
        </w:rPr>
        <w:t>“Our CPS colleagues have a great responsibility.”</w:t>
      </w:r>
    </w:p>
    <w:p>
      <w:r>
        <w:rPr>
          <w:sz w:val="20"/>
        </w:rPr>
        <w:t>41:26  to hamare jo saathi hain, jo CPS ke hazraat hain, un ka yeh, un ka bahut bada zimmedari hai ke woh logon ko yeh baat batayein aur logon ke mindset ko durust karne ki koshish karein.</w:t>
      </w:r>
      <w:r>
        <w:br/>
      </w:r>
      <w:r>
        <w:rPr>
          <w:sz w:val="20"/>
        </w:rPr>
        <w:t>41:50  jab yeh halat aa jaye ke log kalma parh kar islam ke fold mein aa gaye hon, lekin mind set wahi ka wahi ho, to dekhen, kalma parhwana se kaam nahi chalega.</w:t>
      </w:r>
      <w:r>
        <w:br/>
      </w:r>
      <w:r>
        <w:rPr>
          <w:sz w:val="20"/>
        </w:rPr>
        <w:t>42:02  aaj kal kuch jamaatein kaam kar rahi hain ke woh kalma parhwati hain, yani is ki tasheeh karti hain. kahin jayenge, kahin kalma parho, is ka sahi sahi, is ka talaffuz badalti hai to sahi karenge.</w:t>
      </w:r>
      <w:r>
        <w:br/>
      </w:r>
      <w:r>
        <w:rPr>
          <w:sz w:val="20"/>
        </w:rPr>
        <w:t>42:12  is ko yeh kafi nahi hai. aap ko in ke mind set ko badalna padega.</w:t>
      </w:r>
      <w:r>
        <w:br/>
      </w:r>
      <w:r>
        <w:rPr>
          <w:sz w:val="20"/>
        </w:rPr>
        <w:t>42:20  to aap ki yeh zimmedari hai ke islah ummat ke kaam ko yahan se shuru karen, in ke mind set ko badalne se shuru karen.</w:t>
      </w:r>
      <w:r>
        <w:br/>
      </w:r>
      <w:r>
        <w:rPr>
          <w:sz w:val="20"/>
        </w:rPr>
        <w:t>42:30  islaah ummat ka kaam is tarah nahi hoga ke aap ko kalma ka sahi talaffuz karwayen, aap in ke namazon ko durust karen, form ke aitbar se.</w:t>
      </w:r>
      <w:r>
        <w:br/>
      </w:r>
      <w:r>
        <w:rPr>
          <w:sz w:val="20"/>
        </w:rPr>
        <w:t>42:39  is tarah nahi hoga. aap ko in ke mind set ko durust karna padega.</w:t>
      </w:r>
      <w:r>
        <w:br/>
      </w:r>
      <w:r>
        <w:rPr>
          <w:sz w:val="20"/>
        </w:rPr>
        <w:t>42:46  yahi hai jo sahib, ek sahabi ne kaha tha ke ta'allam ul-iman thumma ta'allam ul-quran. hum ne pehle iman seekha, phir hum ne quran ko parha.</w:t>
      </w:r>
      <w:r>
        <w:br/>
      </w:r>
      <w:r>
        <w:rPr>
          <w:sz w:val="20"/>
        </w:rPr>
        <w:t>42:55  is ka matlab ke apne mind set ko badla, phir quran hamari samajh mein aaya. yeh mashhoor hadith hai ke ta'allam ul-iman thumma ta'allam ul-quran.</w:t>
      </w:r>
      <w:r>
        <w:br/>
      </w:r>
      <w:r>
        <w:rPr>
          <w:sz w:val="20"/>
        </w:rPr>
        <w:t>43:08  hum ne iman ko seekha, phir hum ne quran ko seekha.</w:t>
      </w:r>
      <w:r>
        <w:br/>
      </w:r>
      <w:r>
        <w:rPr>
          <w:sz w:val="20"/>
        </w:rPr>
        <w:t>43:11  to is ka matlab yahi hai ke pehle hum ne apne mind set ko badla, phir quran ko samjha. hum ne kyunke agar aap mind set ko na badlen to aap quran ko samajh nahi sakte.</w:t>
      </w:r>
      <w:r>
        <w:br/>
      </w:r>
      <w:r>
        <w:rPr>
          <w:sz w:val="20"/>
        </w:rPr>
        <w:t>43:28  quran ko samajhne ke liye zaroori hota hai ke aap ne mind set ko badla jaye, objective objectiveity laye apne andar.</w:t>
      </w:r>
      <w:r>
        <w:br/>
      </w:r>
      <w:r>
        <w:rPr>
          <w:sz w:val="20"/>
        </w:rPr>
        <w:t>43:37  subject, subjective mind ke sath aap quran ko nahi parh sakte, nahi samajh sakte. objective mind ho tab aap samajh pate hain quran ko. to is hadith ka matlab yahi hai ke hum pehle, hum ne apni de cardination ki, apne apne mind set ko badla,</w:t>
      </w:r>
      <w:r>
        <w:br/>
      </w:r>
      <w:r>
        <w:rPr>
          <w:sz w:val="20"/>
        </w:rPr>
        <w:t>43:55  apne andar sahi soch laye, right thinking laye, apne thinking pattern ko badla. hum ne tab quran ko parha to quran hamari samajh mein aaya.</w:t>
      </w:r>
      <w:r>
        <w:br/>
      </w:r>
      <w:r>
        <w:rPr>
          <w:sz w:val="20"/>
        </w:rPr>
        <w:t>44:10  to aap ko, yani jo cps ke log hain, un ko yeh, un ka yeh jo two fold nishan hai, un ka hai.</w:t>
      </w:r>
      <w:r>
        <w:br/>
      </w:r>
      <w:r>
        <w:rPr>
          <w:sz w:val="20"/>
        </w:rPr>
        <w:t>44:20  aam logon ko, doosri qaumon ko aap quran pahunchayen, un ko Allah ki kitab pahunchayen. yeh hai kaam aap ka.</w:t>
      </w:r>
      <w:r>
        <w:br/>
      </w:r>
      <w:r>
        <w:rPr>
          <w:sz w:val="20"/>
        </w:rPr>
        <w:t>44:31  aur musalmanon ke muamle mein aap ka kaam yeh hai ke un ke thinking pattern ko badlen, un ke mind set ko badlen, un ke soch ko badlen.</w:t>
      </w:r>
      <w:r>
        <w:br/>
      </w:r>
      <w:r>
        <w:rPr>
          <w:sz w:val="20"/>
        </w:rPr>
        <w:t>44:39  jab tak yeh kaam nahi hoga, tab tak aage koi kaam nahi ho sakta.</w:t>
      </w:r>
      <w:r>
        <w:br/>
      </w:r>
      <w:r>
        <w:rPr>
          <w:sz w:val="20"/>
        </w:rPr>
        <w:t>44:47  jab tak thinking pattern na badle, tab tak aage koi kaam nahi ho sakta. hatta ke quran padhenge, tab bhi samjhenge bhi nahi is ko. parh kar bhi nahi samajh payenge.</w:t>
      </w:r>
      <w:r>
        <w:br/>
      </w:r>
      <w:r>
        <w:rPr>
          <w:sz w:val="20"/>
        </w:rPr>
        <w:t>44:59  to aap ko ek taraf to aam logon ke liye Allah ke paigham ko pahunchana hai, aur doosri taraf musalmanon ke liye un ke thinking pattern ko badalna hai, un ke mind set ko correct karna hai.</w:t>
      </w:r>
      <w:r>
        <w:br/>
      </w:r>
      <w:r>
        <w:rPr>
          <w:sz w:val="20"/>
        </w:rPr>
        <w:t>45:15  yeh two fold mission aap ka hai.</w:t>
      </w:r>
      <w:r>
        <w:br/>
      </w:r>
      <w:r>
        <w:rPr>
          <w:sz w:val="20"/>
        </w:rPr>
        <w:t>45:24  meri dua hai ke Allah taala mujh ko aur aap ko tofeeq de ke hum Allah ke mission ko sahi dhang par chalayen, aur Allah ki taraf se humein dunya mein bhi, akhirat dunya mein bhi, sa'adat mile, akhirat mein bhi hum ko Allah ki sa'adat mile.</w:t>
      </w:r>
      <w:r>
        <w:br/>
      </w:r>
      <w:r>
        <w:rPr>
          <w:sz w:val="20"/>
        </w:rPr>
        <w:t>45:42  aqool qawli hadha wa astaghfirullaha li wa lakum ajmaeen</w:t>
      </w:r>
    </w:p>
    <w:p>
      <w:pPr>
        <w:pStyle w:val="Heading2"/>
      </w:pPr>
      <w:r>
        <w:t>Signs of Qiyamah, call to repentance</w:t>
      </w:r>
    </w:p>
    <w:p>
      <w:r>
        <w:rPr>
          <w:color w:val="666666"/>
          <w:sz w:val="18"/>
        </w:rPr>
        <w:t>Warnings of Doomsday February 4, 2007 · 26s · at 40:19 · https://youtu.be/VT0BnPl_-zc?t=2419</w:t>
      </w:r>
    </w:p>
    <w:p>
      <w:r>
        <w:rPr>
          <w:i/>
        </w:rPr>
        <w:t>“Yeh sab cheezein nishaniyan ban kar aa gayi hain ke Qiyamah qareeb hai”</w:t>
      </w:r>
    </w:p>
    <w:p>
      <w:r>
        <w:rPr>
          <w:sz w:val="20"/>
        </w:rPr>
        <w:t>40:19  yeh sab cheezein nishaniyan ban kar aa gayi hain ke qayamat qareeb hai. aye insano!</w:t>
      </w:r>
      <w:r>
        <w:br/>
      </w:r>
      <w:r>
        <w:rPr>
          <w:sz w:val="20"/>
        </w:rPr>
        <w:t>40:26  tauba karo! aye insano! khuda ki taraf daudo! aye insano! apne sahi a'maal kar ke apne aap ko bachao is baat se ke tum ko khuda punish kare, aur tum ko apne aap ko aisa banao ke tum ko khuda paradise mein dakhil kare.</w:t>
      </w:r>
    </w:p>
    <w:p>
      <w:pPr>
        <w:pStyle w:val="Heading2"/>
      </w:pPr>
      <w:r>
        <w:t>Hadith as historical fact not personal virtue</w:t>
      </w:r>
    </w:p>
    <w:p>
      <w:r>
        <w:rPr>
          <w:color w:val="666666"/>
          <w:sz w:val="18"/>
        </w:rPr>
        <w:t>Prophetic Guidance Aug 13, 2017 · 12s · at 8:13 · https://youtu.be/kRWf11h-acQ?t=493</w:t>
      </w:r>
    </w:p>
    <w:p>
      <w:r>
        <w:rPr>
          <w:i/>
        </w:rPr>
        <w:t>“Example ke ma'ani mein, ek historical fact ke ma'ani mein”</w:t>
      </w:r>
    </w:p>
    <w:p>
      <w:r>
        <w:rPr>
          <w:sz w:val="20"/>
        </w:rPr>
        <w:t>8:13  example ke mani mein, ek historical fact ke mani mein, woh kisi ek fard ki fazilat ke mani mein nahi hain.</w:t>
      </w:r>
    </w:p>
    <w:p>
      <w:pPr>
        <w:pStyle w:val="Heading2"/>
      </w:pPr>
      <w:r>
        <w:t>Hadith seen as irrelevant in Age of Reason</w:t>
      </w:r>
    </w:p>
    <w:p>
      <w:r>
        <w:rPr>
          <w:color w:val="666666"/>
          <w:sz w:val="18"/>
        </w:rPr>
        <w:t>Wisdom of Hadith February 23, 2014 · 36s · at 2:36 · https://youtu.be/8GZmhBU-LwE?t=156</w:t>
      </w:r>
    </w:p>
    <w:p>
      <w:r>
        <w:rPr>
          <w:i/>
        </w:rPr>
        <w:t>“Aql se iska koi ta'alluq nahi hai”</w:t>
      </w:r>
    </w:p>
    <w:p>
      <w:r>
        <w:rPr>
          <w:sz w:val="20"/>
        </w:rPr>
        <w:t>2:36  aql se is ka koi ta'alluq nahi hai. toh ab jab "Age of Reason" jo hai hum aaj "Age of Reason" mein hain toh is tarah ki baatein aaj insaan ko bilkul Irrelevant maloom hoti hain.</w:t>
      </w:r>
      <w:r>
        <w:br/>
      </w:r>
      <w:r>
        <w:rPr>
          <w:sz w:val="20"/>
        </w:rPr>
        <w:t>2:54  misalan fiqh ki baatein jo hain woh juz'iyat-e-shariat par kya hain woh woh main chahe misal deta hoon. masalan aap namaz padhte hain toh ek ek yeh masla hai ke haath uthayein phir haath bandhein.</w:t>
      </w:r>
    </w:p>
    <w:p>
      <w:pPr>
        <w:pStyle w:val="Heading2"/>
      </w:pPr>
      <w:r>
        <w:t>Concept of Dajjal and Mahdi in Islam</w:t>
      </w:r>
    </w:p>
    <w:p>
      <w:r>
        <w:rPr>
          <w:color w:val="666666"/>
          <w:sz w:val="18"/>
        </w:rPr>
        <w:t>Warnings of Doomsday February 4, 2007 · 5m 24s · at 0:28 · https://youtu.be/VT0BnPl_-zc?t=28</w:t>
      </w:r>
    </w:p>
    <w:p>
      <w:r>
        <w:rPr>
          <w:i/>
        </w:rPr>
        <w:t>“Aap ko yaad hai ke pichle Friday ki class mein maine topic liya tha”</w:t>
      </w:r>
    </w:p>
    <w:p>
      <w:r>
        <w:rPr>
          <w:sz w:val="20"/>
        </w:rPr>
        <w:t>0:28  aap ko yaad hai ke pichle Friday ki class mein maine topic liya tha "the concept of dajjal and mehdi in Islam".</w:t>
      </w:r>
      <w:r>
        <w:br/>
      </w:r>
      <w:r>
        <w:rPr>
          <w:sz w:val="20"/>
        </w:rPr>
        <w:t>0:44  to is mein maine bataya tha ke poori history mein do trend ya do culture chalte rahe hain:</w:t>
      </w:r>
      <w:r>
        <w:br/>
      </w:r>
      <w:r>
        <w:rPr>
          <w:sz w:val="20"/>
        </w:rPr>
        <w:t>0:58  ek tha ya hai spiritualism, aur doosra hai materialism. To aap ko maloom hai ke Zarathustra ne, jo Parsi mazhab ke founder the,</w:t>
      </w:r>
      <w:r>
        <w:br/>
      </w:r>
      <w:r>
        <w:rPr>
          <w:sz w:val="20"/>
        </w:rPr>
        <w:t>1:17  unhone do Khuda ka concept diya tha ke do Khuda hain: Yazdan aur Ahriman.</w:t>
      </w:r>
      <w:r>
        <w:br/>
      </w:r>
      <w:r>
        <w:rPr>
          <w:sz w:val="20"/>
        </w:rPr>
        <w:t>1:26  aur unhone kaha tha ke "the world is a perpetual battleground of evil and good forces".</w:t>
      </w:r>
      <w:r>
        <w:br/>
      </w:r>
      <w:r>
        <w:rPr>
          <w:sz w:val="20"/>
        </w:rPr>
        <w:t>1:40  main samajhta hoon ke yeh baat sahi nahi hai. Sahi baat yeh hai ke Khuda ne jo banai yeh duniya, to is mein is tarah banaya Khuda ne ke ek taraf spiritualism hai aur doosri taraf materialism hai.</w:t>
      </w:r>
      <w:r>
        <w:br/>
      </w:r>
      <w:r>
        <w:rPr>
          <w:sz w:val="20"/>
        </w:rPr>
        <w:t>1:55  spiritualism se meri murad koi mysterious cheez nahi hai, yeh wohi cheez hai jis ko hum kehte hain Khuda ka bataya hua religion.</w:t>
      </w:r>
      <w:r>
        <w:br/>
      </w:r>
      <w:r>
        <w:rPr>
          <w:sz w:val="20"/>
        </w:rPr>
        <w:t>2:07  to yeh dono, dono yeh stream history mein chalte rahe hain kyunke duniya aap jante hain ke test ke liye hai.</w:t>
      </w:r>
      <w:r>
        <w:br/>
      </w:r>
      <w:r>
        <w:rPr>
          <w:sz w:val="20"/>
        </w:rPr>
        <w:t>2:19  to materialism ka jo culmination hai, isi ko kehte hain dajjal. Yani materialism ka represent karta hai Satan,</w:t>
      </w:r>
      <w:r>
        <w:br/>
      </w:r>
      <w:r>
        <w:rPr>
          <w:sz w:val="20"/>
        </w:rPr>
        <w:t>2:34  aur scientific era mein ya industrial era mein jo development hua, jo progress hui, aur available material barh gaya bohat zyada, to</w:t>
      </w:r>
      <w:r>
        <w:br/>
      </w:r>
      <w:r>
        <w:rPr>
          <w:sz w:val="20"/>
        </w:rPr>
        <w:t>2:50  naye naye possibilities samne aayin dono stream ke liye, dono ke liye. To dajjal jo hai, woh hoga culmination material culture ka,</w:t>
      </w:r>
      <w:r>
        <w:br/>
      </w:r>
      <w:r>
        <w:rPr>
          <w:sz w:val="20"/>
        </w:rPr>
        <w:t>3:07  aur mehdi jo hai, woh culmination hoga spiritual culture ka. Yeh main is se pehle arz kiya tha. To</w:t>
      </w:r>
      <w:r>
        <w:br/>
      </w:r>
      <w:r>
        <w:rPr>
          <w:sz w:val="20"/>
        </w:rPr>
        <w:t>3:22  yeh dono cheezen, jaisa ke hadith mein aaya hai, maine arz kiya tha ke hadith mein bohat sari woh hain predictions hain qayamat se pehle ki, yaani dooms day ke pehle ki.</w:t>
      </w:r>
      <w:r>
        <w:br/>
      </w:r>
      <w:r>
        <w:rPr>
          <w:sz w:val="20"/>
        </w:rPr>
        <w:t>3:41  to yeh isi mein se hai jisko jo thinkers kehte rahe hain "end of the history".</w:t>
      </w:r>
      <w:r>
        <w:br/>
      </w:r>
      <w:r>
        <w:rPr>
          <w:sz w:val="20"/>
        </w:rPr>
        <w:t>3:53  to saare log yeh mante rahe hain ke history ka ek end hoga, aur religion bhi maana gaya hai usko. to aakhri zamane mein, jis ko hum kehte hain qayamat se pehle,</w:t>
      </w:r>
      <w:r>
        <w:br/>
      </w:r>
      <w:r>
        <w:rPr>
          <w:sz w:val="20"/>
        </w:rPr>
        <w:t>4:10  Dajjal bhi zahir hoga aur Mahdi bhi zahir honge, dono. to dekhen, Dajjal jo hai aur Mahdi jo hai, dono ki pehchan kya hogi?</w:t>
      </w:r>
      <w:r>
        <w:br/>
      </w:r>
      <w:r>
        <w:rPr>
          <w:sz w:val="20"/>
        </w:rPr>
        <w:t>4:21  sab se bari baat yeh jaanna hai ke Dajjal ki pehchan kya hai aur Mahdi ki pehchan kya hai.</w:t>
      </w:r>
      <w:r>
        <w:br/>
      </w:r>
      <w:r>
        <w:rPr>
          <w:sz w:val="20"/>
        </w:rPr>
        <w:t>4:29  Dajjal ka matlab hota hai "great deceiver", bohat ziyada bara farebi. to Dajjal bohat hi beautiful ideologies pesh karega, beautiful ideology,</w:t>
      </w:r>
      <w:r>
        <w:br/>
      </w:r>
      <w:r>
        <w:rPr>
          <w:sz w:val="20"/>
        </w:rPr>
        <w:t>4:46  beautiful nazariyat.</w:t>
      </w:r>
      <w:r>
        <w:br/>
      </w:r>
      <w:r>
        <w:rPr>
          <w:sz w:val="20"/>
        </w:rPr>
        <w:t>4:54  woh uski pehchan kya hogi? pehchan hogi result. result, result ko dekh kar aap samjhenge ke yeh Dajali ideology hai ya nahi hai.</w:t>
      </w:r>
      <w:r>
        <w:br/>
      </w:r>
      <w:r>
        <w:rPr>
          <w:sz w:val="20"/>
        </w:rPr>
        <w:t>5:06  aur Mahdi jo hai, woh isi ko expose karega, uski beautiful ideology, jisko jo logon ko bohat ziyada dhoke mein daal degi.</w:t>
      </w:r>
      <w:r>
        <w:br/>
      </w:r>
      <w:r>
        <w:rPr>
          <w:sz w:val="20"/>
        </w:rPr>
        <w:t>5:18  bohat se log iski bheed ki bheed chal padegi Dajjal ke peeche, uski ideological beauty ki wajah se. to Mahdi ka kaam hoga usko expose karna.</w:t>
      </w:r>
      <w:r>
        <w:br/>
      </w:r>
      <w:r>
        <w:rPr>
          <w:sz w:val="20"/>
        </w:rPr>
        <w:t>5:30  to main aap ko ek pehchan batata hoon ke pehchan hoga result. to maine arz kiya tha ke is zamane mein dekhen, religion mein bhi aur secular shobon mein bhi, dono mein Dajali nazariyat, Dajali thought zahir hue.</w:t>
      </w:r>
    </w:p>
    <w:p>
      <w:pPr>
        <w:pStyle w:val="Heading2"/>
      </w:pPr>
      <w:r>
        <w:t>Museum visit and stuffed tiger analogy</w:t>
      </w:r>
    </w:p>
    <w:p>
      <w:r>
        <w:rPr>
          <w:color w:val="666666"/>
          <w:sz w:val="18"/>
        </w:rPr>
        <w:t>Living God March 10, 2019 Maulana Wahiduddin Khan · 1m 49s · at 6:00 · https://youtu.be/RCBFUw2KAdI?t=360</w:t>
      </w:r>
    </w:p>
    <w:p>
      <w:r>
        <w:rPr>
          <w:i/>
        </w:rPr>
        <w:t>“I understood this once when I went to a museum”</w:t>
      </w:r>
    </w:p>
    <w:p>
      <w:r>
        <w:rPr>
          <w:sz w:val="20"/>
        </w:rPr>
        <w:t>6:00  ye kya cheez hai? is ko maine samjha ek bar jab ke main gaya hua tha kisi museum mein.</w:t>
      </w:r>
      <w:r>
        <w:br/>
      </w:r>
      <w:r>
        <w:rPr>
          <w:sz w:val="20"/>
        </w:rPr>
        <w:t>6:11  museum mein to is museum mein</w:t>
      </w:r>
      <w:r>
        <w:br/>
      </w:r>
      <w:r>
        <w:rPr>
          <w:sz w:val="20"/>
        </w:rPr>
        <w:t>6:20  tiger, jis ko kehte hain, stuff kiya hua. tiger, yani tiger ka ke khaal le lete hain, phir andar bhus bhar dete hain, aur bilkul tiger ki tarah dikhai deta hai woh shakal ke aitbaar se.</w:t>
      </w:r>
      <w:r>
        <w:br/>
      </w:r>
      <w:r>
        <w:rPr>
          <w:sz w:val="20"/>
        </w:rPr>
        <w:t>6:45  to woh is ko kehte hain stuff tiger.</w:t>
      </w:r>
      <w:r>
        <w:br/>
      </w:r>
      <w:r>
        <w:rPr>
          <w:sz w:val="20"/>
        </w:rPr>
        <w:t>6:51  to main museum mein kuch item dekh raha tha to wahan par ek tiger rakha hua tha. stuff kiya hua?</w:t>
      </w:r>
      <w:r>
        <w:br/>
      </w:r>
      <w:r>
        <w:rPr>
          <w:sz w:val="20"/>
        </w:rPr>
        <w:t>7:04  shakal ke aitbaar se woh tiger tha, lekin woh stuff kiya hua tha, yani bhus bhara hua tha, aur itni maharat ke saath, itni maharat, expertise ke saath bhara gaya tha ke dekhne lagta tha sach much tiger hai.</w:t>
      </w:r>
      <w:r>
        <w:br/>
      </w:r>
      <w:r>
        <w:rPr>
          <w:sz w:val="20"/>
        </w:rPr>
        <w:t>7:25  to main ne dekha ke log aa rahe hain, bohat aitmaad ke saath is ko dekhte hain, chale aate hain, aa rahe hain, ja rahe hain.</w:t>
      </w:r>
      <w:r>
        <w:br/>
      </w:r>
      <w:r>
        <w:rPr>
          <w:sz w:val="20"/>
        </w:rPr>
        <w:t>7:38  is shakal ke aitbaar se woh ek tiger tha, lekin log aa rahe hain, ja rahe hain, koi kisi ka dil kaanp nahin raha hai.</w:t>
      </w:r>
    </w:p>
    <w:p>
      <w:pPr>
        <w:pStyle w:val="Heading2"/>
      </w:pPr>
      <w:r>
        <w:t>Islam is the only religion preserved in original form</w:t>
      </w:r>
    </w:p>
    <w:p>
      <w:r>
        <w:rPr>
          <w:color w:val="666666"/>
          <w:sz w:val="18"/>
        </w:rPr>
        <w:t>Journey to a Mediterranean Island November 23, 2008 · 36s · at 23:39 · https://youtu.be/uoOiuhWeSIQ?t=1419</w:t>
      </w:r>
    </w:p>
    <w:p>
      <w:r>
        <w:rPr>
          <w:i/>
        </w:rPr>
        <w:t>“کوئی بھی ریلیجن جو ہے، اپنی اوریجنل شیپ میں باقی نہیں ہے، سوائے اسلام کے”</w:t>
      </w:r>
    </w:p>
    <w:p>
      <w:r>
        <w:rPr>
          <w:sz w:val="20"/>
        </w:rPr>
        <w:t>23:39  to doosre jitne bhi religion hain, woh sab woh dis start ho gaye. koi bhi religion jo hai, apni original shape mein baqi nahi hai, siwaye Islam ke.</w:t>
      </w:r>
      <w:r>
        <w:br/>
      </w:r>
      <w:r>
        <w:rPr>
          <w:sz w:val="20"/>
        </w:rPr>
        <w:t>23:54  Islam is the only religion in its original form, like a preserved religion. to is ke maani kya hue?</w:t>
      </w:r>
      <w:r>
        <w:br/>
      </w:r>
      <w:r>
        <w:rPr>
          <w:sz w:val="20"/>
        </w:rPr>
        <w:t>24:05  is ke maani yeh hue ke ideology of religion agar kahin mil sakti hai aap ko sahi maanon mein, to woh sirf Islam mein milegi, sirf Quran mein milegi.</w:t>
      </w:r>
    </w:p>
    <w:p>
      <w:pPr>
        <w:pStyle w:val="Heading2"/>
      </w:pPr>
      <w:r>
        <w:t>this hadith holds an ocean of meaning</w:t>
      </w:r>
    </w:p>
    <w:p>
      <w:r>
        <w:rPr>
          <w:color w:val="666666"/>
          <w:sz w:val="18"/>
        </w:rPr>
        <w:t>Bird Culture March 6, 2014 Maulana Wahiduddin Khan · 31s · at 26:55 · https://youtu.be/zLSCXGvTJ9A?t=1615</w:t>
      </w:r>
    </w:p>
    <w:p>
      <w:r>
        <w:rPr>
          <w:i/>
        </w:rPr>
        <w:t>“Is hadith mein maani ka samandar hai”</w:t>
      </w:r>
    </w:p>
    <w:p>
      <w:r>
        <w:rPr>
          <w:sz w:val="20"/>
        </w:rPr>
        <w:t>26:55  to jab is hadith par aap ghore karenge to ismein to mani ka samandar hai mani ka samandar.</w:t>
      </w:r>
      <w:r>
        <w:br/>
      </w:r>
      <w:r>
        <w:rPr>
          <w:sz w:val="20"/>
        </w:rPr>
        <w:t>27:07  allah haqeeqat hai ke allah taala ne har cheez mein chahe ek zara ho ya pahad ho ek cheenti ho ya chidiya ho usko insani behavior ke liye ek tamseel bana diya hai.</w:t>
      </w:r>
      <w:r>
        <w:br/>
      </w:r>
      <w:r>
        <w:rPr>
          <w:sz w:val="20"/>
        </w:rPr>
        <w:t>27:18  tamseel yeh ek takhleeq ka hissa hai yeh isi ki taraf rasool allah ne ishara farmaya.</w:t>
      </w:r>
    </w:p>
    <w:p>
      <w:pPr>
        <w:pStyle w:val="Heading2"/>
      </w:pPr>
      <w:r>
        <w:t>Mann ne Ali se seekha zarra ka hisaab</w:t>
      </w:r>
    </w:p>
    <w:p>
      <w:r>
        <w:rPr>
          <w:color w:val="666666"/>
          <w:sz w:val="18"/>
        </w:rPr>
        <w:t>Life after Death (Prophetic Wisdom) · 2m 59s · at 6:18 · https://youtu.be/7bA2WIsKLMQ?t=378</w:t>
      </w:r>
    </w:p>
    <w:p>
      <w:r>
        <w:rPr>
          <w:i/>
        </w:rPr>
        <w:t>“Rasool Allah ke zamane mein ek aadmi aaya”</w:t>
      </w:r>
    </w:p>
    <w:p>
      <w:r>
        <w:rPr>
          <w:sz w:val="20"/>
        </w:rPr>
        <w:t>6:18  ke rasool ALLAH صلی اللہ علیہ وسلم ke zamane mein aik aadmi aaya bahar se, madine ke bahar se. us ne islam accept kiya.</w:t>
      </w:r>
      <w:r>
        <w:br/>
      </w:r>
      <w:r>
        <w:rPr>
          <w:sz w:val="20"/>
        </w:rPr>
        <w:t>6:32  to us ki tarbiyat ke liye aap ne us ko keh diya ke tum ali ke sath raho. ali ibn abi talib aik sahabi the, senior sahabi.</w:t>
      </w:r>
      <w:r>
        <w:br/>
      </w:r>
      <w:r>
        <w:rPr>
          <w:sz w:val="20"/>
        </w:rPr>
        <w:t>6:44  to aap ne kaha hai ke un ke sath raho aur un ke sath reh kar ke tum deen sikho.</w:t>
      </w:r>
      <w:r>
        <w:br/>
      </w:r>
      <w:r>
        <w:rPr>
          <w:sz w:val="20"/>
        </w:rPr>
        <w:t>6:53  to wahan par aisa tha ke log har din masjid mein ate the. to pata chalta tha ke aadmi aaya hai ke aadmi nahi aaya. to chand din ke baad aap ne dekha ke woh aadmi dikhai nahi de raha hai.</w:t>
      </w:r>
      <w:r>
        <w:br/>
      </w:r>
      <w:r>
        <w:rPr>
          <w:sz w:val="20"/>
        </w:rPr>
        <w:t>7:10  to aap ne kya kiya ke ali ibn abi talib jo the un se poocha ke woh aadmi dikhai nahi de raha hai? woh kahan hai woh?</w:t>
      </w:r>
      <w:r>
        <w:br/>
      </w:r>
      <w:r>
        <w:rPr>
          <w:sz w:val="20"/>
        </w:rPr>
        <w:t>7:21  to unhon ne kaha ke woh mujhe bhi nahi maloom. mere sath chand din raha. phir woh chala gaya. ab mujhe khud pata nahi us ke whereabouts ka pata nahi.</w:t>
      </w:r>
      <w:r>
        <w:br/>
      </w:r>
      <w:r>
        <w:rPr>
          <w:sz w:val="20"/>
        </w:rPr>
        <w:t>7:35  to aap ne logon se kaha ke woh aadmi jo hai kahin bhi mil jaye to us ko le aao hamare pas. to aik aadmi ne us ko kisi maqam par dekh liya to us se kaha ke tum ko rasool ALLAH ne bulaya hai.</w:t>
      </w:r>
      <w:r>
        <w:br/>
      </w:r>
      <w:r>
        <w:rPr>
          <w:sz w:val="20"/>
        </w:rPr>
        <w:t>7:52  to aaya aap ke pas.</w:t>
      </w:r>
      <w:r>
        <w:br/>
      </w:r>
      <w:r>
        <w:rPr>
          <w:sz w:val="20"/>
        </w:rPr>
        <w:t>7:56  to aap ne poocha ke mein ne tum se kaha tha ke tum ali ke sath raho aur deen sikho. to tum chale kyun gaye? us ne kaha mein ne seekh liya.</w:t>
      </w:r>
      <w:r>
        <w:br/>
      </w:r>
      <w:r>
        <w:rPr>
          <w:sz w:val="20"/>
        </w:rPr>
        <w:t>8:08  deen to mein ne seekh liya. is liye mein chala gaya.</w:t>
      </w:r>
      <w:r>
        <w:br/>
      </w:r>
      <w:r>
        <w:rPr>
          <w:sz w:val="20"/>
        </w:rPr>
        <w:t>8:16  to aap ne kaha kaise seekh liya? to us ne kaha ke mujhe ali ibn abi talib ne quran ki aik surah batai.</w:t>
      </w:r>
      <w:r>
        <w:br/>
      </w:r>
      <w:r>
        <w:rPr>
          <w:sz w:val="20"/>
        </w:rPr>
        <w:t>8:31  jis ko mein ne yaad kar liya. us surah mein mujhe aik bohat hi basic baat mil gayi. aik bohat hi basic formula.</w:t>
      </w:r>
      <w:r>
        <w:br/>
      </w:r>
      <w:r>
        <w:rPr>
          <w:sz w:val="20"/>
        </w:rPr>
        <w:t>8:45  woh yeh ke</w:t>
      </w:r>
      <w:r>
        <w:br/>
      </w:r>
      <w:r>
        <w:rPr>
          <w:sz w:val="20"/>
        </w:rPr>
        <w:t>8:57  is ka matlab yeh hai ke ke jo shakhs aaj ki duniya mein zara ke barabar bhi khair kare ga, neki kare ga, to agli zindagi mein woh us ka acha anjam, us ka inaam pa le ga.</w:t>
      </w:r>
    </w:p>
    <w:p>
      <w:pPr>
        <w:pStyle w:val="Heading2"/>
      </w:pPr>
      <w:r>
        <w:t>Traditional period from potential to actual</w:t>
      </w:r>
    </w:p>
    <w:p>
      <w:r>
        <w:rPr>
          <w:color w:val="666666"/>
          <w:sz w:val="18"/>
        </w:rPr>
        <w:t>Three Periods of History May 17, 2009 Maulana Wahiduddin Khan · 2m 57s · at 7:04 · https://youtu.be/iNS-3Yo58Gk?t=424</w:t>
      </w:r>
    </w:p>
    <w:p>
      <w:r>
        <w:rPr>
          <w:i/>
        </w:rPr>
        <w:t>“Sab se pehla zamana jo hai, woh traditional period ka hai”</w:t>
      </w:r>
    </w:p>
    <w:p>
      <w:r>
        <w:rPr>
          <w:sz w:val="20"/>
        </w:rPr>
        <w:t>7:04  isi ke baray mein is waqt mein kuch kehna chahta hoon. sab se pehla zamana jo hai, woh traditional period ka hai.</w:t>
      </w:r>
      <w:r>
        <w:br/>
      </w:r>
      <w:r>
        <w:rPr>
          <w:sz w:val="20"/>
        </w:rPr>
        <w:t>7:16  insaan jab paida hua to agarche is ke nature mein sab kuch interwoven tha, lekin woh unconscious mind mein tha.</w:t>
      </w:r>
      <w:r>
        <w:br/>
      </w:r>
      <w:r>
        <w:rPr>
          <w:sz w:val="20"/>
        </w:rPr>
        <w:t>7:28  consciously insaan kuch nahin janta tha.</w:t>
      </w:r>
      <w:r>
        <w:br/>
      </w:r>
      <w:r>
        <w:rPr>
          <w:sz w:val="20"/>
        </w:rPr>
        <w:t>7:32  yeh sara maamla ek discovery method ke tor par chala. yani potentially sab kuch tha, lekin insaan par yeh tha ke woh is ko actual banaye.</w:t>
      </w:r>
      <w:r>
        <w:br/>
      </w:r>
      <w:r>
        <w:rPr>
          <w:sz w:val="20"/>
        </w:rPr>
        <w:t>7:45  yani Khuda ne aisa nahin kiya ke is spoken language mein har jagah har darakht jala raha ho, har sitara aur har sayara bol raha ho.</w:t>
      </w:r>
      <w:r>
        <w:br/>
      </w:r>
      <w:r>
        <w:rPr>
          <w:sz w:val="20"/>
        </w:rPr>
        <w:t>7:55  nahin,</w:t>
      </w:r>
      <w:r>
        <w:br/>
      </w:r>
      <w:r>
        <w:rPr>
          <w:sz w:val="20"/>
        </w:rPr>
        <w:t>7:59  silent language mein sab baat yahan maujood thi. humein is ko sunna tha, ya yun keh sakte hain ke aap in terms of potential har cheez maujood thi.</w:t>
      </w:r>
      <w:r>
        <w:br/>
      </w:r>
      <w:r>
        <w:rPr>
          <w:sz w:val="20"/>
        </w:rPr>
        <w:t>8:11  hum ko hamara kaam yeh tha ke hum is ko actual banayein. to journey shuru hui kahan se? traditional period se.</w:t>
      </w:r>
      <w:r>
        <w:br/>
      </w:r>
      <w:r>
        <w:rPr>
          <w:sz w:val="20"/>
        </w:rPr>
        <w:t>8:24  is waqt insan</w:t>
      </w:r>
      <w:r>
        <w:br/>
      </w:r>
      <w:r>
        <w:rPr>
          <w:sz w:val="20"/>
        </w:rPr>
        <w:t>8:29  kans aaj jo jante hain, hum jo kuch, woh kuch nahi janta tha. Yani civilizations ko hum kehte hain. To civilization se pehle jo tha daur, woh tha traditional daur.</w:t>
      </w:r>
      <w:r>
        <w:br/>
      </w:r>
      <w:r>
        <w:rPr>
          <w:sz w:val="20"/>
        </w:rPr>
        <w:t>8:44  civilization se pehle to har cheez Allah taala ne rakh diya potential, aur is ko humein actual banana tha.</w:t>
      </w:r>
      <w:r>
        <w:br/>
      </w:r>
      <w:r>
        <w:rPr>
          <w:sz w:val="20"/>
        </w:rPr>
        <w:t>8:54  Misalan aap dekhiye, insan ko food chahiye, food, lekin Khuda ne roti aur chawal aur daal nahi hum ko provide kar diya.</w:t>
      </w:r>
      <w:r>
        <w:br/>
      </w:r>
      <w:r>
        <w:rPr>
          <w:sz w:val="20"/>
        </w:rPr>
        <w:t>9:06  Darakhton par phall laga diye, phall tod tod khao, phir dheere dheere dheere dheere discover karo, aur agriculture aur horticulture banao.</w:t>
      </w:r>
      <w:r>
        <w:br/>
      </w:r>
      <w:r>
        <w:rPr>
          <w:sz w:val="20"/>
        </w:rPr>
        <w:t>9:18  Indus food, industry, food industry paida karo.</w:t>
      </w:r>
      <w:r>
        <w:br/>
      </w:r>
      <w:r>
        <w:rPr>
          <w:sz w:val="20"/>
        </w:rPr>
        <w:t>9:25  Isi tarah se dekhiye, humein sawari chahiye, to Allah taala ne aisa nahi kaha ke humein car aur hawaijahat de de. Nahi, Allah taala ne humein kya diya?</w:t>
      </w:r>
      <w:r>
        <w:br/>
      </w:r>
      <w:r>
        <w:rPr>
          <w:sz w:val="20"/>
        </w:rPr>
        <w:t>9:35  Ghore diye. Yani bane banaye, bani banai sawariyan. Jangalon mein ghore hote the, insan ne pakda, un ko tame kiya, aur woh sawari karne laga.</w:t>
      </w:r>
      <w:r>
        <w:br/>
      </w:r>
      <w:r>
        <w:rPr>
          <w:sz w:val="20"/>
        </w:rPr>
        <w:t>9:49  Phir dheere dheere is ne wheel banai, phir bohat dinon ke baad is ne car aur hawaijahat banaye. Is tarah se ek journey hai, civilizational journey.</w:t>
      </w:r>
    </w:p>
    <w:p>
      <w:pPr>
        <w:pStyle w:val="Heading2"/>
      </w:pPr>
      <w:r>
        <w:t>the real criterion that separates a true person from a false one</w:t>
      </w:r>
    </w:p>
    <w:p>
      <w:r>
        <w:rPr>
          <w:color w:val="666666"/>
          <w:sz w:val="18"/>
        </w:rPr>
        <w:t>Modesty and Arrogance January 31, 2008 · 22s · at 1:29 · https://youtu.be/8EHBmsIAF_Q?t=89</w:t>
      </w:r>
    </w:p>
    <w:p>
      <w:r>
        <w:rPr>
          <w:i/>
        </w:rPr>
        <w:t>“The criterion for man is this: modesty and arrogance”</w:t>
      </w:r>
    </w:p>
    <w:p>
      <w:r>
        <w:rPr>
          <w:sz w:val="20"/>
        </w:rPr>
        <w:t>1:29  magar insan ke liye jo criterion hai woh yahi hai: modesty aur arrogance. Agar aadmi ke andar modesty hai to woh sacha insan hai,</w:t>
      </w:r>
      <w:r>
        <w:br/>
      </w:r>
      <w:r>
        <w:rPr>
          <w:sz w:val="20"/>
        </w:rPr>
        <w:t>1:44  aur agar us ke andar arrogance hai to woh jhoota insan hai.</w:t>
      </w:r>
    </w:p>
    <w:p>
      <w:pPr>
        <w:pStyle w:val="Heading2"/>
      </w:pPr>
      <w:r>
        <w:t>Modern technology fulfills hadith of entering every home</w:t>
      </w:r>
    </w:p>
    <w:p>
      <w:r>
        <w:rPr>
          <w:color w:val="666666"/>
          <w:sz w:val="18"/>
        </w:rPr>
        <w:t>Living in the 21st Century I 17th February 2013 - Maulana Wahiduddin Khan · 5m 38s · at 22:01 · https://youtu.be/ccUhM8fLtpU?t=1321</w:t>
      </w:r>
    </w:p>
    <w:p>
      <w:r>
        <w:rPr>
          <w:i/>
        </w:rPr>
        <w:t>“ایک بہت عجیب بات مجھے سمجھ میں آئی۔ وہ عجیب بات یہ ہے”</w:t>
      </w:r>
    </w:p>
    <w:p>
      <w:r>
        <w:rPr>
          <w:sz w:val="20"/>
        </w:rPr>
        <w:t>22:01  ke aaj jo age aaya hai, age of yaani communication, isne computer ko paida kiya.</w:t>
      </w:r>
      <w:r>
        <w:br/>
      </w:r>
      <w:r>
        <w:rPr>
          <w:sz w:val="20"/>
        </w:rPr>
        <w:t>22:12  to computer mein aap jante hain ke internet hota hai, website hoti hai. ismein aap koi bhi cheez bhar diye, ismein aa gaya, woh preserve ho gaya.</w:t>
      </w:r>
      <w:r>
        <w:br/>
      </w:r>
      <w:r>
        <w:rPr>
          <w:sz w:val="20"/>
        </w:rPr>
        <w:t>22:25  jo pehle computer hua karta tha. phir duniya mein laptop aaya.</w:t>
      </w:r>
      <w:r>
        <w:br/>
      </w:r>
      <w:r>
        <w:rPr>
          <w:sz w:val="20"/>
        </w:rPr>
        <w:t>22:31  ab jo ab jo revolution aaya hai, revolution, ab kya hai? sari cheez mobile mein aa gayi hai. mobile.</w:t>
      </w:r>
      <w:r>
        <w:br/>
      </w:r>
      <w:r>
        <w:rPr>
          <w:sz w:val="20"/>
        </w:rPr>
        <w:t>22:42  yaani sari jankari, sari information, sab kuch mobile mein. chota sa mobile jo hai</w:t>
      </w:r>
      <w:r>
        <w:br/>
      </w:r>
      <w:r>
        <w:rPr>
          <w:sz w:val="20"/>
        </w:rPr>
        <w:t>22:49  woh sara treasure uske andar maujood hota hai. achha mobile to aadmi ki apni zarurat hai.</w:t>
      </w:r>
      <w:r>
        <w:br/>
      </w:r>
      <w:r>
        <w:rPr>
          <w:sz w:val="20"/>
        </w:rPr>
        <w:t>23:01  mobile to khud khareed ke lata hai woh. mobile ka mamla yeh nahi ke aap</w:t>
      </w:r>
      <w:r>
        <w:br/>
      </w:r>
      <w:r>
        <w:rPr>
          <w:sz w:val="20"/>
        </w:rPr>
        <w:t>23:07  Quran ki ek copy le kar jayein aur aap ko woh apne darwaze se lota de ke mujhe to nahi chahiye. mobile to woh khud hi khud khareed kar ke apni jeb mein dale hue hain.</w:t>
      </w:r>
      <w:r>
        <w:br/>
      </w:r>
      <w:r>
        <w:rPr>
          <w:sz w:val="20"/>
        </w:rPr>
        <w:t>23:18  khud hi khud apne hath mein liye hue hain. iska matlab kya hai?</w:t>
      </w:r>
      <w:r>
        <w:br/>
      </w:r>
      <w:r>
        <w:rPr>
          <w:sz w:val="20"/>
        </w:rPr>
        <w:t>23:23  ke agar aap mobile mein Quran ka translation, Quran ki baatein dakhil kar dein to khud insan khud bazaar se layega khareed kar ke.</w:t>
      </w:r>
      <w:r>
        <w:br/>
      </w:r>
      <w:r>
        <w:rPr>
          <w:sz w:val="20"/>
        </w:rPr>
        <w:t>23:36  apne ghar mein rakhega usko. khud hi karega.</w:t>
      </w:r>
      <w:r>
        <w:br/>
      </w:r>
      <w:r>
        <w:rPr>
          <w:sz w:val="20"/>
        </w:rPr>
        <w:t>23:40  yaani uska apna interest hai ke usko le aaye. kehta hai aaj yeh farq hua. yaani pehle zamana tha ke aap sunayein tab aadmi sune ga.</w:t>
      </w:r>
      <w:r>
        <w:br/>
      </w:r>
      <w:r>
        <w:rPr>
          <w:sz w:val="20"/>
        </w:rPr>
        <w:t>23:52  to bahut chand logon ko suna sakte the aap. phir zamana aaya ke aap hath se likh kar kuch copy tayyar karein, usko dein logon ko.</w:t>
      </w:r>
      <w:r>
        <w:br/>
      </w:r>
      <w:r>
        <w:rPr>
          <w:sz w:val="20"/>
        </w:rPr>
        <w:t>24:01  tab bhi bahut kam de pate the aap.</w:t>
      </w:r>
      <w:r>
        <w:br/>
      </w:r>
      <w:r>
        <w:rPr>
          <w:sz w:val="20"/>
        </w:rPr>
        <w:t>24:04  phir hote hote printing press aaya. printing press bhi jo kitabein chapin, tab bhi bahut kam logon ko aap de sakte the.</w:t>
      </w:r>
      <w:r>
        <w:br/>
      </w:r>
      <w:r>
        <w:rPr>
          <w:sz w:val="20"/>
        </w:rPr>
        <w:t>24:15  phir kya hua? jis ko main kaha karta hoon global mobility. log idhar udhar jane lage. travel karne lage. tourism aaya.</w:t>
      </w:r>
      <w:r>
        <w:br/>
      </w:r>
      <w:r>
        <w:rPr>
          <w:sz w:val="20"/>
        </w:rPr>
        <w:t>24:25  to sari dunya mein ek mobility aa gai.</w:t>
      </w:r>
      <w:r>
        <w:br/>
      </w:r>
      <w:r>
        <w:rPr>
          <w:sz w:val="20"/>
        </w:rPr>
        <w:t>24:30  jab se hawa jahaz aya hai, tab se yeh cheez bohat barh gai. To sari dunya mein log idhar se udhar, idhar se udhar, millions, millions log rozana ate jate hain.</w:t>
      </w:r>
      <w:r>
        <w:br/>
      </w:r>
      <w:r>
        <w:rPr>
          <w:sz w:val="20"/>
        </w:rPr>
        <w:t>24:42  to is ka matlab kya hua? Ke jin ko aap ko dena hai, woh aap ke door par khara hua hai.</w:t>
      </w:r>
      <w:r>
        <w:br/>
      </w:r>
      <w:r>
        <w:rPr>
          <w:sz w:val="20"/>
        </w:rPr>
        <w:t>24:48  aap ke pas garden mein woh walk kar raha hai. Aap ke pas ke office mein woh maujood hai.</w:t>
      </w:r>
      <w:r>
        <w:br/>
      </w:r>
      <w:r>
        <w:rPr>
          <w:sz w:val="20"/>
        </w:rPr>
        <w:t>24:58  har jagah maujood hai, har jagah maujood hai. Acha phir bhi dekhiye, agar hamein</w:t>
      </w:r>
      <w:r>
        <w:br/>
      </w:r>
      <w:r>
        <w:rPr>
          <w:sz w:val="20"/>
        </w:rPr>
        <w:t>25:06  knock kar ke dena hota to phir bhi woh inkar kar sakta tha. Ab kya ho gaya? Ab to khud woh jo apni zaroorat ke liye jo mobile khareedta hai, jo laptop khareedta hai, jo computer khareedta hai, usi mein maujood hai.</w:t>
      </w:r>
      <w:r>
        <w:br/>
      </w:r>
      <w:r>
        <w:rPr>
          <w:sz w:val="20"/>
        </w:rPr>
        <w:t>25:22  agar aap is mein, is mein, is mein daal dein to.</w:t>
      </w:r>
      <w:r>
        <w:br/>
      </w:r>
      <w:r>
        <w:rPr>
          <w:sz w:val="20"/>
        </w:rPr>
        <w:t>25:26  yani agar aap Allah ke paigham ko daal dein computer mein, internet mein, mobile mein, to is ka matlab kya hua?</w:t>
      </w:r>
      <w:r>
        <w:br/>
      </w:r>
      <w:r>
        <w:rPr>
          <w:sz w:val="20"/>
        </w:rPr>
        <w:t>25:37  ke khud apne hi choice se woh jis instrument ko la kar ghar mein rakhe hue hain, usi mein maujood hai woh.</w:t>
      </w:r>
      <w:r>
        <w:br/>
      </w:r>
      <w:r>
        <w:rPr>
          <w:sz w:val="20"/>
        </w:rPr>
        <w:t>25:46  yeh hai ghar ghar mein pohnchne ka matlab. Kesi ajeeb baat hai. Yeh jo opportunity hai,</w:t>
      </w:r>
      <w:r>
        <w:br/>
      </w:r>
      <w:r>
        <w:rPr>
          <w:sz w:val="20"/>
        </w:rPr>
        <w:t>25:58  pehlay zamanay mein bhi yeh thi unthinkable.</w:t>
      </w:r>
      <w:r>
        <w:br/>
      </w:r>
      <w:r>
        <w:rPr>
          <w:sz w:val="20"/>
        </w:rPr>
        <w:t>26:03  unthinkable.</w:t>
      </w:r>
      <w:r>
        <w:br/>
      </w:r>
      <w:r>
        <w:rPr>
          <w:sz w:val="20"/>
        </w:rPr>
        <w:t>26:08  yani aap dein ya aap is ke hath mein dene ki zaroorat nahi hai, woh khud hi la kar ke bazaar se le kar rakhe hue hain apne ghar mein.</w:t>
      </w:r>
      <w:r>
        <w:br/>
      </w:r>
      <w:r>
        <w:rPr>
          <w:sz w:val="20"/>
        </w:rPr>
        <w:t>26:18  aur phir aasani ka aap jaein, is ka mangen is se ke lao, is ke andar mujhe bharna hai. To woh kyun de ga aap ko?</w:t>
      </w:r>
      <w:r>
        <w:br/>
      </w:r>
      <w:r>
        <w:rPr>
          <w:sz w:val="20"/>
        </w:rPr>
        <w:t>26:27  nahi, aap apne office mein baith kar ke</w:t>
      </w:r>
      <w:r>
        <w:br/>
      </w:r>
      <w:r>
        <w:rPr>
          <w:sz w:val="20"/>
        </w:rPr>
        <w:t>26:33  apni jo technology hai, us ko istemal kar ke apne office se aisa kar sakte hain ke us ke mobile mein pohnch jaye. Us ke laptop par pohnch jaye, us ke computer par pohnch jaye.</w:t>
      </w:r>
      <w:r>
        <w:br/>
      </w:r>
      <w:r>
        <w:rPr>
          <w:sz w:val="20"/>
        </w:rPr>
        <w:t>26:46  yeh kesi ajeeb opportunity hai.</w:t>
      </w:r>
      <w:r>
        <w:br/>
      </w:r>
      <w:r>
        <w:rPr>
          <w:sz w:val="20"/>
        </w:rPr>
        <w:t>26:52  to is ka matlab kya hua? Ke aaj jo hai yeh mission, yani ke Allah ke message ko, Allah ke paigham ko, jo Allah ka paigham hai ke</w:t>
      </w:r>
      <w:r>
        <w:br/>
      </w:r>
      <w:r>
        <w:rPr>
          <w:sz w:val="20"/>
        </w:rPr>
        <w:t>27:09  insan jaan le ke what is the Christian plan of God? What are the scheme of things of God?</w:t>
      </w:r>
      <w:r>
        <w:br/>
      </w:r>
      <w:r>
        <w:rPr>
          <w:sz w:val="20"/>
        </w:rPr>
        <w:t>27:18  yeh jaan le insan, yeh mission hai. To is ke liye opportunities ke sare darwaze khul gaye.</w:t>
      </w:r>
      <w:r>
        <w:br/>
      </w:r>
      <w:r>
        <w:rPr>
          <w:sz w:val="20"/>
        </w:rPr>
        <w:t>27:30  kesi ajeeb baat hai. Yani hundred percent yeh goal aaj achievable ho gaya.</w:t>
      </w:r>
    </w:p>
    <w:p>
      <w:pPr>
        <w:pStyle w:val="Heading2"/>
      </w:pPr>
      <w:r>
        <w:t>Islam changed course of human history</w:t>
      </w:r>
    </w:p>
    <w:p>
      <w:r>
        <w:rPr>
          <w:color w:val="666666"/>
          <w:sz w:val="18"/>
        </w:rPr>
        <w:t>Three Periods of History May 17, 2009 Maulana Wahiduddin Khan · 38s · at 23:26 · https://youtu.be/iNS-3Yo58Gk?t=1406</w:t>
      </w:r>
    </w:p>
    <w:p>
      <w:r>
        <w:rPr>
          <w:i/>
        </w:rPr>
        <w:t>“Islam change the course of human history”</w:t>
      </w:r>
    </w:p>
    <w:p>
      <w:r>
        <w:rPr>
          <w:sz w:val="20"/>
        </w:rPr>
        <w:t>23:26  aur main ne apni kitabon mein kai references diye hain manne ke. misaal ke taur par ek historian ne kaha hai ke Islam change the course of human history,</w:t>
      </w:r>
      <w:r>
        <w:br/>
      </w:r>
      <w:r>
        <w:rPr>
          <w:sz w:val="20"/>
        </w:rPr>
        <w:t>23:41  ek naya zamana wapas aa gaya. zamane ke maani kya hain? shirk par base karta tha jo culture, woh hata diya gaya, aur tauheed par jo culture base karta tha, woh aaya.</w:t>
      </w:r>
      <w:r>
        <w:br/>
      </w:r>
      <w:r>
        <w:rPr>
          <w:sz w:val="20"/>
        </w:rPr>
        <w:t>23:55  to kya hua? woh obstacle khatam ho gaya, mental block khatam ho gaya, aur phir log explore karne lage</w:t>
      </w:r>
    </w:p>
    <w:p>
      <w:pPr>
        <w:pStyle w:val="Heading2"/>
      </w:pPr>
      <w:r>
        <w:t>Why hadith is essential to understanding Quran</w:t>
      </w:r>
    </w:p>
    <w:p>
      <w:r>
        <w:rPr>
          <w:color w:val="666666"/>
          <w:sz w:val="18"/>
        </w:rPr>
        <w:t>Understanding The Importance of Hadith November 20, 2022 · 18s · at 1:14 · https://youtu.be/xwY_Qsz4HSQ?t=74</w:t>
      </w:r>
    </w:p>
    <w:p>
      <w:r>
        <w:rPr>
          <w:i/>
        </w:rPr>
        <w:t>“Hadith na ho to hum Quran bhi nahi samajh sakte”</w:t>
      </w:r>
    </w:p>
    <w:p>
      <w:r>
        <w:rPr>
          <w:sz w:val="20"/>
        </w:rPr>
        <w:t>1:14  ji bohat hi important question hai. Hadith ki importance aur itni zyada hai ke Hadith na ho, Rasool Allah sallallahu alaihi wasallam ke amal na hon to hum Quran bhi achhe tareeqe se nahi samajh sakte.</w:t>
      </w:r>
    </w:p>
    <w:p>
      <w:pPr>
        <w:pStyle w:val="Heading2"/>
      </w:pPr>
      <w:r>
        <w:t>Religion misused to control women; both must be God-fearing</w:t>
      </w:r>
    </w:p>
    <w:p>
      <w:r>
        <w:rPr>
          <w:color w:val="666666"/>
          <w:sz w:val="18"/>
        </w:rPr>
        <w:t>Behtar Khatoon Kon CPS Women Article Discussion July 2, 2023 · 5m 43s · at 41:09 · https://youtu.be/tGPJwzCnCMM?t=2469</w:t>
      </w:r>
    </w:p>
    <w:p>
      <w:r>
        <w:rPr>
          <w:i/>
        </w:rPr>
        <w:t>“Isko hamare mashre mein bahut misuse kiya jaata hai”</w:t>
      </w:r>
    </w:p>
    <w:p>
      <w:r>
        <w:rPr>
          <w:sz w:val="20"/>
        </w:rPr>
        <w:t>41:09  isko hamare masoor mein bohat misuse kiya jata hai. is liye hamare paas jitni bhi hawati hain especially jo kyunke ek mai hai ke alila ke is hawale ne kabhi hamare jo humne bataya ke humein budoo darda bata dena chahiye.</w:t>
      </w:r>
      <w:r>
        <w:br/>
      </w:r>
      <w:r>
        <w:rPr>
          <w:sz w:val="20"/>
        </w:rPr>
        <w:t>41:37  bachpan se hamein hamari outlines bata dena chahiye.</w:t>
      </w:r>
      <w:r>
        <w:br/>
      </w:r>
      <w:r>
        <w:rPr>
          <w:sz w:val="20"/>
        </w:rPr>
        <w:t>41:54  kyunki jab motli yahan dekha gaya hai maste mein ki mard jo hai vaishahari vagair aise kaam auraton</w:t>
      </w:r>
      <w:r>
        <w:br/>
      </w:r>
      <w:r>
        <w:rPr>
          <w:sz w:val="20"/>
        </w:rPr>
        <w:t>42:11  se karwate hain jo ki Allah ke hudoot ko cross kar rahe ho.</w:t>
      </w:r>
      <w:r>
        <w:br/>
      </w:r>
      <w:r>
        <w:rPr>
          <w:sz w:val="20"/>
        </w:rPr>
        <w:t>42:28  yeh bolkar karate hain ki subah subah mat Allah ne mukoom diya hai ki hum jo kahein woh tum karo.</w:t>
      </w:r>
      <w:r>
        <w:br/>
      </w:r>
      <w:r>
        <w:rPr>
          <w:sz w:val="20"/>
        </w:rPr>
        <w:t>42:46  mein mard ki marzi sikhati is liye hota hai ke mard ka maal hai. jo mard humein kamakar de raha hai mard ki cheezon. yeh hai ke jo aapka bhi maal hai aurat agar kahin se bhi paisa hai usko barabar se mila hai ya kaam karti hai, job karti hai. to yeh nahi ke un paison ko bhi woh apni marzi ke liye bhi woh apni milati apni saurthi varga man bhi shamil karen. usko kharch karne ke liye bhi chahe woh apni marzi kar rahi hai, uski advice lo. yani ke dono ek doosre ko enhance karte hain.</w:t>
      </w:r>
      <w:r>
        <w:br/>
      </w:r>
      <w:r>
        <w:rPr>
          <w:sz w:val="20"/>
        </w:rPr>
        <w:t>43:15  mard aur aurat jab ek brazilian companion van jate hain to ek doosre ko enhance karte hain aur main apni ek doosre ke raazdar banenge doosre ki hum ki hum un sab se bhi zyada close hain.</w:t>
      </w:r>
      <w:r>
        <w:br/>
      </w:r>
      <w:r>
        <w:rPr>
          <w:sz w:val="20"/>
        </w:rPr>
        <w:t>43:45  aapko lagega ke hum apne parents se zyada apne niya se close hote to hum ek doosre ke das doosre pata chalte hain.</w:t>
      </w:r>
      <w:r>
        <w:br/>
      </w:r>
      <w:r>
        <w:rPr>
          <w:sz w:val="20"/>
        </w:rPr>
        <w:t>43:54  toh humko ek doosre ke hum saath rahe hain ek achha role model bane, achhi ninyadi ji bane,</w:t>
      </w:r>
      <w:r>
        <w:br/>
      </w:r>
      <w:r>
        <w:rPr>
          <w:sz w:val="20"/>
        </w:rPr>
        <w:t>44:32  har rishte mein hum achhe bane.</w:t>
      </w:r>
      <w:r>
        <w:br/>
      </w:r>
      <w:r>
        <w:rPr>
          <w:sz w:val="20"/>
        </w:rPr>
        <w:t>45:11  yeh jo cheez hai mujhe isko aage to rishte koi samasya hai. aur bas ek doosre ke maal apne maal mein aur bhi zaroor karen, unse kaam aaye. bohat sari. sharina awaz aa rahi hai kya? ji yaar.</w:t>
      </w:r>
      <w:r>
        <w:br/>
      </w:r>
      <w:r>
        <w:rPr>
          <w:sz w:val="20"/>
        </w:rPr>
        <w:t>45:30  main yeh kehna chah rahi thi ki jaise inhone kaha princess khan ne ki agar usne koi galat</w:t>
      </w:r>
      <w:r>
        <w:br/>
      </w:r>
      <w:r>
        <w:rPr>
          <w:sz w:val="20"/>
        </w:rPr>
        <w:t>45:50  kaam maa baap ne bhi kaha hai toh nahi karna hai.</w:t>
      </w:r>
      <w:r>
        <w:br/>
      </w:r>
      <w:r>
        <w:rPr>
          <w:sz w:val="20"/>
        </w:rPr>
        <w:t>46:10  toh isi tarah shauhar bhi agar koi galat kaam karaye toh aurat ko nahi karna hai aur aurat</w:t>
      </w:r>
      <w:r>
        <w:br/>
      </w:r>
      <w:r>
        <w:rPr>
          <w:sz w:val="20"/>
        </w:rPr>
        <w:t>46:15  ki zimmedari sirf uski apni khuda ki pehle banti hai tab uske shaur ki banti hai.</w:t>
      </w:r>
      <w:r>
        <w:br/>
      </w:r>
      <w:r>
        <w:rPr>
          <w:sz w:val="20"/>
        </w:rPr>
        <w:t>46:20  yeh cheez mard logon ne apna jo banakar matlab yeh rakha hua hai ki mard jo bhi kahe</w:t>
      </w:r>
      <w:r>
        <w:br/>
      </w:r>
      <w:r>
        <w:rPr>
          <w:sz w:val="20"/>
        </w:rPr>
        <w:t>46:25  woh kar dein aisa kuch nahi hai.</w:t>
      </w:r>
      <w:r>
        <w:br/>
      </w:r>
      <w:r>
        <w:rPr>
          <w:sz w:val="20"/>
        </w:rPr>
        <w:t>46:30  aurat ke upar har insaan ke upar sabse pehle khuda ka haq hai phir kisi doosre ka haq hai.</w:t>
      </w:r>
      <w:r>
        <w:br/>
      </w:r>
      <w:r>
        <w:rPr>
          <w:sz w:val="20"/>
        </w:rPr>
        <w:t>46:35  chahe woh koi ho, chahe woh maa baap nahi toh phir shaur bhi nahi.</w:t>
      </w:r>
      <w:r>
        <w:br/>
      </w:r>
      <w:r>
        <w:rPr>
          <w:sz w:val="20"/>
        </w:rPr>
        <w:t>46:41  jaisa ke lapa aapne jo sari baaten kahi the important thing that that is to be noted is that man ho chahe woman ho dono god fearing hon.</w:t>
      </w:r>
      <w:r>
        <w:br/>
      </w:r>
      <w:r>
        <w:rPr>
          <w:sz w:val="20"/>
        </w:rPr>
        <w:t>46:52  jab god fearing hamare andar jab aayega to hum wahi rasta taiyar karenge jo sudhan ne humne bataya rasool ke zariye bataya aur rasool ne ek example dekar humne bataya apni families ko lead karke aur hamare liye auraton ke liye sabse badi example hai jo prapati ki wives hain aur jo meemare insaniyat is liye yeh title itna important hai yeh kitab ka ke builder of humanity.</w:t>
      </w:r>
    </w:p>
    <w:p>
      <w:pPr>
        <w:pStyle w:val="Heading2"/>
      </w:pPr>
      <w:r>
        <w:t>Consciousness is building block of universe</w:t>
      </w:r>
    </w:p>
    <w:p>
      <w:r>
        <w:rPr>
          <w:color w:val="666666"/>
          <w:sz w:val="18"/>
        </w:rPr>
        <w:t>Three Periods of History May 17, 2009 Maulana Wahiduddin Khan · 34s · at 32:00 · https://youtu.be/iNS-3Yo58Gk?t=1920</w:t>
      </w:r>
    </w:p>
    <w:p>
      <w:r>
        <w:rPr>
          <w:i/>
        </w:rPr>
        <w:t>“Consciousness is the building block of universe”</w:t>
      </w:r>
    </w:p>
    <w:p>
      <w:r>
        <w:rPr>
          <w:sz w:val="20"/>
        </w:rPr>
        <w:t>32:00  David Bohm yeh top ka scientist hai. is ne kaha ke is ne ek aur qadam aage barhaya ke consciousness is the building block of universe.</w:t>
      </w:r>
      <w:r>
        <w:br/>
      </w:r>
      <w:r>
        <w:rPr>
          <w:sz w:val="20"/>
        </w:rPr>
        <w:t>32:15  shaoor jo hai, woh hai, woh hai sab kuch. bohat hi anokhi baat hai yeh.</w:t>
      </w:r>
      <w:r>
        <w:br/>
      </w:r>
      <w:r>
        <w:rPr>
          <w:sz w:val="20"/>
        </w:rPr>
        <w:t>32:25  pehlay kaha gaya tha ke matter building block hai, phir kaha gaya ke nahi, energy building block hai. ab kya hai?</w:t>
      </w:r>
    </w:p>
    <w:p>
      <w:pPr>
        <w:pStyle w:val="Heading2"/>
      </w:pPr>
      <w:r>
        <w:t>why complaint-free living frees the mind for growth</w:t>
      </w:r>
    </w:p>
    <w:p>
      <w:r>
        <w:rPr>
          <w:color w:val="666666"/>
          <w:sz w:val="18"/>
        </w:rPr>
        <w:t>Bird Culture March 6, 2014 Maulana Wahiduddin Khan · 2m 06s · at 9:19 · https://youtu.be/zLSCXGvTJ9A?t=559</w:t>
      </w:r>
    </w:p>
    <w:p>
      <w:r>
        <w:rPr>
          <w:i/>
        </w:rPr>
        <w:t>“Insan agar be-shikayat ho jaye to kya hoga”</w:t>
      </w:r>
    </w:p>
    <w:p>
      <w:r>
        <w:rPr>
          <w:sz w:val="20"/>
        </w:rPr>
        <w:t>9:19  lekin insan jo hai, agar woh be shikayat ho jaye, agar woh protest aur manfi soch se apne ko khali kar le,</w:t>
      </w:r>
      <w:r>
        <w:br/>
      </w:r>
      <w:r>
        <w:rPr>
          <w:sz w:val="20"/>
        </w:rPr>
        <w:t>9:33  radd-e-amal ki nafsiyat se apne ko khali kar le, to insan ka mind jo hai, woh chidiya ke mind se ek bara waqe'a is ke andar paish aayega.</w:t>
      </w:r>
      <w:r>
        <w:br/>
      </w:r>
      <w:r>
        <w:rPr>
          <w:sz w:val="20"/>
        </w:rPr>
        <w:t>9:44  woh kya? aap ke mind ko zyada mauqa mil jayega positive thinking ka, intellectual development ka.</w:t>
      </w:r>
      <w:r>
        <w:br/>
      </w:r>
      <w:r>
        <w:rPr>
          <w:sz w:val="20"/>
        </w:rPr>
        <w:t>9:55  jab aap kisi shikayat mein, protest mein mubtala hote hain to aap ke mind mein thinking process stop ho jata hai.</w:t>
      </w:r>
      <w:r>
        <w:br/>
      </w:r>
      <w:r>
        <w:rPr>
          <w:sz w:val="20"/>
        </w:rPr>
        <w:t>10:03  dekhein, yeh namumkin hai ke aap shikayat aur protest ki nafsiyat mein jiyen aur phir bhi aap ke mind mein intellectual process jari rahe.</w:t>
      </w:r>
      <w:r>
        <w:br/>
      </w:r>
      <w:r>
        <w:rPr>
          <w:sz w:val="20"/>
        </w:rPr>
        <w:t>10:16  nahi, nahi ho sakta aisa.</w:t>
      </w:r>
      <w:r>
        <w:br/>
      </w:r>
      <w:r>
        <w:rPr>
          <w:sz w:val="20"/>
        </w:rPr>
        <w:t>10:20  to chidiya agar shikayat mein nahi jeeti, agar woh nafrat mein nahi jeeti to us ke liye</w:t>
      </w:r>
      <w:r>
        <w:br/>
      </w:r>
      <w:r>
        <w:rPr>
          <w:sz w:val="20"/>
        </w:rPr>
        <w:t>10:35  ek bohat achi baat hai. lekin chidiya se barh kar insan ke liye achi baat hai yeh.</w:t>
      </w:r>
      <w:r>
        <w:br/>
      </w:r>
      <w:r>
        <w:rPr>
          <w:sz w:val="20"/>
        </w:rPr>
        <w:t>10:42  kyun ke is wajah se insan na sirf tension free ho jata hai balke jo aala matloob hai, jo sab se bara jo insan ko ki zarurat hai, intellectual development, woh is is ke liye us ko mauqa mil jata hai.</w:t>
      </w:r>
      <w:r>
        <w:br/>
      </w:r>
      <w:r>
        <w:rPr>
          <w:sz w:val="20"/>
        </w:rPr>
        <w:t>11:00  woh apne aap ko distraction se bachata hai, deviation se bachata hai, zehan ko idhar udhar uljhane se bachata hai.</w:t>
      </w:r>
      <w:r>
        <w:br/>
      </w:r>
      <w:r>
        <w:rPr>
          <w:sz w:val="20"/>
        </w:rPr>
        <w:t>11:10  phir sara waqt us ko, sari tawajjuh us ko apni laga sakta hai woh positive thinking mein. to ghaur kijiye ke kitni bari baat hai.</w:t>
      </w:r>
    </w:p>
    <w:p>
      <w:pPr>
        <w:pStyle w:val="Heading2"/>
      </w:pPr>
      <w:r>
        <w:t>Prophet's anger only for principles argument</w:t>
      </w:r>
    </w:p>
    <w:p>
      <w:r>
        <w:rPr>
          <w:color w:val="666666"/>
          <w:sz w:val="18"/>
        </w:rPr>
        <w:t>Principles of Life (Prophetic Wisdom) · 4m 01s · at 15:56 · https://youtu.be/dWzIQ5DQMNU?t=956</w:t>
      </w:r>
    </w:p>
    <w:p>
      <w:r>
        <w:rPr>
          <w:i/>
        </w:rPr>
        <w:t>“Kehte hain ke Rasool Allah ghussay mein aa gaye.”</w:t>
      </w:r>
    </w:p>
    <w:p>
      <w:r>
        <w:rPr>
          <w:sz w:val="20"/>
        </w:rPr>
        <w:t>15:56  kehte hain ke rasool Allah ghusse mein aa gaye. "ashadd ghazabuhu".</w:t>
      </w:r>
      <w:r>
        <w:br/>
      </w:r>
      <w:r>
        <w:rPr>
          <w:sz w:val="20"/>
        </w:rPr>
        <w:t>16:01  ek martaba ho ke aap ghusse mein aa gaye, aap ka ghussa bhark utha, aap ki aankhein laal ho gayin.</w:t>
      </w:r>
      <w:r>
        <w:br/>
      </w:r>
      <w:r>
        <w:rPr>
          <w:sz w:val="20"/>
        </w:rPr>
        <w:t>16:06  to log yeh samajhte hain ke rasool Allah jo the, koi narmi ka mujassama the, ghussa un ko</w:t>
      </w:r>
      <w:r>
        <w:br/>
      </w:r>
      <w:r>
        <w:rPr>
          <w:sz w:val="20"/>
        </w:rPr>
        <w:t>16:11  aata nahi tha.</w:t>
      </w:r>
      <w:r>
        <w:br/>
      </w:r>
      <w:r>
        <w:rPr>
          <w:sz w:val="20"/>
        </w:rPr>
        <w:t>16:16  khaali naram naram updesh dete the.</w:t>
      </w:r>
      <w:r>
        <w:br/>
      </w:r>
      <w:r>
        <w:rPr>
          <w:sz w:val="20"/>
        </w:rPr>
        <w:t>16:21  yeh aap ka concept nahi hai. rasool Allah</w:t>
      </w:r>
      <w:r>
        <w:br/>
      </w:r>
      <w:r>
        <w:rPr>
          <w:sz w:val="20"/>
        </w:rPr>
        <w:t>16:26  poori tarah se the, yaani un ka saara principle ko, ghussa ke maani yahan kya hain? dekhiye, ghussa</w:t>
      </w:r>
      <w:r>
        <w:br/>
      </w:r>
      <w:r>
        <w:rPr>
          <w:sz w:val="20"/>
        </w:rPr>
        <w:t>16:31  do qism ka hota hai.</w:t>
      </w:r>
      <w:r>
        <w:br/>
      </w:r>
      <w:r>
        <w:rPr>
          <w:sz w:val="20"/>
        </w:rPr>
        <w:t>16:36  hazrat ayesha kehti hain ke aap apni zaat ke maamle mein koi ghussa nahi hote the.</w:t>
      </w:r>
      <w:r>
        <w:br/>
      </w:r>
      <w:r>
        <w:rPr>
          <w:sz w:val="20"/>
        </w:rPr>
        <w:t>16:41  principle ki baat ho to us par ghussa hote the.</w:t>
      </w:r>
      <w:r>
        <w:br/>
      </w:r>
      <w:r>
        <w:rPr>
          <w:sz w:val="20"/>
        </w:rPr>
        <w:t>16:46  yeh baat ko samjhiye.</w:t>
      </w:r>
      <w:r>
        <w:br/>
      </w:r>
      <w:r>
        <w:rPr>
          <w:sz w:val="20"/>
        </w:rPr>
        <w:t>16:51  "ashadd ghazabuhu" jo kaha to us ka matlab yeh nahi ke aap ke o</w:t>
      </w:r>
      <w:r>
        <w:br/>
      </w:r>
      <w:r>
        <w:rPr>
          <w:sz w:val="20"/>
        </w:rPr>
        <w:t>16:56  par kisi ne bura keh diya, aap ki zaat par kisi ne hamla kar diya to aap ghussa ho gaye. Rasool Allah hamesha principle par ghussa hote thay. apni zaat ke bare mein ghussa nahi hote thay. aise bohat se waqiat aate hain, misaal ke taur par aap ko saamne aa kar kehne wale kehte thay ke "anta mudhamam".</w:t>
      </w:r>
      <w:r>
        <w:br/>
      </w:r>
      <w:r>
        <w:rPr>
          <w:sz w:val="20"/>
        </w:rPr>
        <w:t>17:26  "mudmam nabina". ke aap ko hum kaddam karte hain. aap ek bure insaan hain. qabil muzammat insaan hain. lekin aap ko kuch bhi ghussa nahi aata tha. normal tareeqe se sunte thay bas. kuch bhi nahi, dua karte thay us ke liye. to jab bhi aap ki zaat par hamla kiya gaya to kabhi aap ko ghussa nahi aaya. lekin jab mamla principle ka hota tha, kisi usool ka hota tha, to woh</w:t>
      </w:r>
      <w:r>
        <w:br/>
      </w:r>
      <w:r>
        <w:rPr>
          <w:sz w:val="20"/>
        </w:rPr>
        <w:t>17:56  haan aap ko ghussa aata tha. wahan aap ko ghussa aata tha. to is se hamein ek rehnumai milti hai, woh yeh milti hai ke ghussa absolute sense mein koi buri cheez nahi hai. ghussa ka matlab yeh nahi ke aap ghussa ho kar maar daalein kisi ko. yeh matlab nahi hai. ghussa ka matlab sirf yeh hai ke aap shadeed</w:t>
      </w:r>
      <w:r>
        <w:br/>
      </w:r>
      <w:r>
        <w:rPr>
          <w:sz w:val="20"/>
        </w:rPr>
        <w:t>18:26  ho jayen.</w:t>
      </w:r>
      <w:r>
        <w:br/>
      </w:r>
      <w:r>
        <w:rPr>
          <w:sz w:val="20"/>
        </w:rPr>
        <w:t>18:31  bahut zyada mehsoos karein kisi baat ko.</w:t>
      </w:r>
      <w:r>
        <w:br/>
      </w:r>
      <w:r>
        <w:rPr>
          <w:sz w:val="20"/>
        </w:rPr>
        <w:t>18:36  bas maarna, kaatna, gaali dena, bura bhala karna, yeh matlab nahi hai ghussa karne ka.</w:t>
      </w:r>
      <w:r>
        <w:br/>
      </w:r>
      <w:r>
        <w:rPr>
          <w:sz w:val="20"/>
        </w:rPr>
        <w:t>18:41  to rasool Allah ke apni zaat par, jise woh kehte hain "character assassination", aisa koi baat ki gayi,</w:t>
      </w:r>
      <w:r>
        <w:br/>
      </w:r>
      <w:r>
        <w:rPr>
          <w:sz w:val="20"/>
        </w:rPr>
        <w:t>18:46  aap ki zaat par kuch bura bhala kaha gaya, aap kabhi provoke nahi hote the.</w:t>
      </w:r>
      <w:r>
        <w:br/>
      </w:r>
      <w:r>
        <w:rPr>
          <w:sz w:val="20"/>
        </w:rPr>
        <w:t>18:51  kabhi ghussa nahi hote the.</w:t>
      </w:r>
      <w:r>
        <w:br/>
      </w:r>
      <w:r>
        <w:rPr>
          <w:sz w:val="20"/>
        </w:rPr>
        <w:t>18:56  thande tareeqe se sunte the aur us ke liye dua karte the.</w:t>
      </w:r>
      <w:r>
        <w:br/>
      </w:r>
      <w:r>
        <w:rPr>
          <w:sz w:val="20"/>
        </w:rPr>
        <w:t>19:01  lekin jab aisa hota, kisi aadmi ne principle ke khilaaf kiya hai, principle ke khilaaf, usool ke khilaaf,</w:t>
      </w:r>
      <w:r>
        <w:br/>
      </w:r>
      <w:r>
        <w:rPr>
          <w:sz w:val="20"/>
        </w:rPr>
        <w:t>19:06  tab zaroor aap ko bura maloom hota tha.</w:t>
      </w:r>
      <w:r>
        <w:br/>
      </w:r>
      <w:r>
        <w:rPr>
          <w:sz w:val="20"/>
        </w:rPr>
        <w:t>19:11  yahan tak ke ghussa aa jata tha aap ko.</w:t>
      </w:r>
      <w:r>
        <w:br/>
      </w:r>
      <w:r>
        <w:rPr>
          <w:sz w:val="20"/>
        </w:rPr>
        <w:t>19:16  to jitne bhi waqeaat aap ke baare mein ghusse ke hain, woh us waqt ke hain jab ke</w:t>
      </w:r>
      <w:r>
        <w:br/>
      </w:r>
      <w:r>
        <w:rPr>
          <w:sz w:val="20"/>
        </w:rPr>
        <w:t>19:21  kisi ne principle ke khilaaf kiya.</w:t>
      </w:r>
      <w:r>
        <w:br/>
      </w:r>
      <w:r>
        <w:rPr>
          <w:sz w:val="20"/>
        </w:rPr>
        <w:t>19:26  aur jahan tak aap ki zaat ka ta'alluq hai, to aap ki zaat ke baare mein log kehte</w:t>
      </w:r>
      <w:r>
        <w:br/>
      </w:r>
      <w:r>
        <w:rPr>
          <w:sz w:val="20"/>
        </w:rPr>
        <w:t>19:30  the, "ya ayyuha al-rasool innaka lamajnoon".</w:t>
      </w:r>
      <w:r>
        <w:br/>
      </w:r>
      <w:r>
        <w:rPr>
          <w:sz w:val="20"/>
        </w:rPr>
        <w:t>19:33  quran majeed mein hai ke log kehte hain, "ya ayyuha al-rasool innaka lamajnoon".</w:t>
      </w:r>
      <w:r>
        <w:br/>
      </w:r>
      <w:r>
        <w:rPr>
          <w:sz w:val="20"/>
        </w:rPr>
        <w:t>19:37  ae paighambar, tum to deewane ho.</w:t>
      </w:r>
      <w:r>
        <w:br/>
      </w:r>
      <w:r>
        <w:rPr>
          <w:sz w:val="20"/>
        </w:rPr>
        <w:t>19:40  lekin aap ko kabhi gussa nahin aaya.</w:t>
      </w:r>
      <w:r>
        <w:br/>
      </w:r>
      <w:r>
        <w:rPr>
          <w:sz w:val="20"/>
        </w:rPr>
        <w:t>19:44  yahan tak ke kaha gaya, "anta kaththab".</w:t>
      </w:r>
      <w:r>
        <w:br/>
      </w:r>
      <w:r>
        <w:rPr>
          <w:sz w:val="20"/>
        </w:rPr>
        <w:t>19:47  tum jhoote ho.</w:t>
      </w:r>
      <w:r>
        <w:br/>
      </w:r>
      <w:r>
        <w:rPr>
          <w:sz w:val="20"/>
        </w:rPr>
        <w:t>19:51  aap ko gussa nahin aaya.</w:t>
      </w:r>
      <w:r>
        <w:br/>
      </w:r>
      <w:r>
        <w:rPr>
          <w:sz w:val="20"/>
        </w:rPr>
        <w:t>19:54  aaj kal jo log bhadak uthte hain</w:t>
      </w:r>
    </w:p>
    <w:p>
      <w:pPr>
        <w:pStyle w:val="Heading2"/>
      </w:pPr>
      <w:r>
        <w:t>Bomb blast sparks question on unachievable goal</w:t>
      </w:r>
    </w:p>
    <w:p>
      <w:r>
        <w:rPr>
          <w:color w:val="666666"/>
          <w:sz w:val="18"/>
        </w:rPr>
        <w:t>Living in the 21st Century I 17th February 2013 - Maulana Wahiduddin Khan · 1m 44s · at 2:10 · https://youtu.be/ccUhM8fLtpU?t=130</w:t>
      </w:r>
    </w:p>
    <w:p>
      <w:r>
        <w:rPr>
          <w:i/>
        </w:rPr>
        <w:t>“اس خبر کو پڑھ کر کے میرے اندر ایک برین اسٹارم آیا”</w:t>
      </w:r>
    </w:p>
    <w:p>
      <w:r>
        <w:rPr>
          <w:sz w:val="20"/>
        </w:rPr>
        <w:t>2:10  is khabar ko parh kar ke mere andar ek brain storm aaya, jo psychology ke istilaah mein kehte hain brainstorming.</w:t>
      </w:r>
      <w:r>
        <w:br/>
      </w:r>
      <w:r>
        <w:rPr>
          <w:sz w:val="20"/>
        </w:rPr>
        <w:t>2:23  yani wahan ka jo bomb dhamaka tha woh mere liye</w:t>
      </w:r>
      <w:r>
        <w:br/>
      </w:r>
      <w:r>
        <w:rPr>
          <w:sz w:val="20"/>
        </w:rPr>
        <w:t>2:30  intellectual dhamaka ban gaya. main sochne laga, sochne laga, sochne laga, kis baat par?</w:t>
      </w:r>
      <w:r>
        <w:br/>
      </w:r>
      <w:r>
        <w:rPr>
          <w:sz w:val="20"/>
        </w:rPr>
        <w:t>2:41  is baat par ke yeh koi ek waqea nahi hai, yeh hamara jo age hai,</w:t>
      </w:r>
      <w:r>
        <w:br/>
      </w:r>
      <w:r>
        <w:rPr>
          <w:sz w:val="20"/>
        </w:rPr>
        <w:t>2:51  modern age,</w:t>
      </w:r>
      <w:r>
        <w:br/>
      </w:r>
      <w:r>
        <w:rPr>
          <w:sz w:val="20"/>
        </w:rPr>
        <w:t>2:55  yeh modern age jo hai jis ko hum age of technology kehte hain, jab se technology aai hai to bohat si opportunities aai hain.</w:t>
      </w:r>
      <w:r>
        <w:br/>
      </w:r>
      <w:r>
        <w:rPr>
          <w:sz w:val="20"/>
        </w:rPr>
        <w:t>3:09  age of technology means age of opportunities.</w:t>
      </w:r>
      <w:r>
        <w:br/>
      </w:r>
      <w:r>
        <w:rPr>
          <w:sz w:val="20"/>
        </w:rPr>
        <w:t>3:15  to jab se technology aai hai musalman sari dunya mein bohat ziyada active ho gaye hain, kam az kam 200 years se.</w:t>
      </w:r>
      <w:r>
        <w:br/>
      </w:r>
      <w:r>
        <w:rPr>
          <w:sz w:val="20"/>
        </w:rPr>
        <w:t>3:27  lekin active kis sense mein? Yahi.</w:t>
      </w:r>
      <w:r>
        <w:br/>
      </w:r>
      <w:r>
        <w:rPr>
          <w:sz w:val="20"/>
        </w:rPr>
        <w:t>3:32  gun culture, bomb culture, larai, jihad ke naam se, sab islami jihad ke naam se.</w:t>
      </w:r>
      <w:r>
        <w:br/>
      </w:r>
      <w:r>
        <w:rPr>
          <w:sz w:val="20"/>
        </w:rPr>
        <w:t>3:42  lekin aap dekhiye ke jis cheez ko goal bana kar yeh jihad kiya ja raha hai, aaj tak woh achieve nahi hua.</w:t>
      </w:r>
    </w:p>
    <w:p>
      <w:pPr>
        <w:pStyle w:val="Heading2"/>
      </w:pPr>
      <w:r>
        <w:t>Na'at culture limited Muslim thinking</w:t>
      </w:r>
    </w:p>
    <w:p>
      <w:r>
        <w:rPr>
          <w:color w:val="666666"/>
          <w:sz w:val="18"/>
        </w:rPr>
        <w:t>Prophetic Guidance Aug 13, 2017 · 13s · at 13:36 · https://youtu.be/kRWf11h-acQ?t=816</w:t>
      </w:r>
    </w:p>
    <w:p>
      <w:r>
        <w:rPr>
          <w:i/>
        </w:rPr>
        <w:t>“Na'at khwani ke culture ne musalmanon ke zehen ko mehdood kar diya”</w:t>
      </w:r>
    </w:p>
    <w:p>
      <w:r>
        <w:rPr>
          <w:sz w:val="20"/>
        </w:rPr>
        <w:t>13:36  nah tabai ke zamane mein tha, nah tabe tabai ke zamane mein tha. woh to is zamane mein phaila zyada tar. to naat khwani ke culture ne musalmanon ke zehan ko bilkul hi bilkul bilkul mehdood kar diya.</w:t>
      </w:r>
    </w:p>
    <w:p>
      <w:pPr>
        <w:pStyle w:val="Heading2"/>
      </w:pPr>
      <w:r>
        <w:t>Accept less than ideal in this world</w:t>
      </w:r>
    </w:p>
    <w:p>
      <w:r>
        <w:rPr>
          <w:color w:val="666666"/>
          <w:sz w:val="18"/>
        </w:rPr>
        <w:t>Ideology of Life December 29, 2013 Maulana Wahiduddin Khan · 20s · at 8:41 · https://youtu.be/N5psCFw23MI?t=521</w:t>
      </w:r>
    </w:p>
    <w:p>
      <w:r>
        <w:rPr>
          <w:i/>
        </w:rPr>
        <w:t>“aur chonke aap insaan ki aazaadi ko abolish nahin kar sakte”</w:t>
      </w:r>
    </w:p>
    <w:p>
      <w:r>
        <w:rPr>
          <w:sz w:val="20"/>
        </w:rPr>
        <w:t>8:41  aur chunke aap insan ki azadi ko abolish nahi kar sakte is liye aap yeh bhi nahi kar sakte ke ideal system banaein. To is ka matlab kya hua?</w:t>
      </w:r>
      <w:r>
        <w:br/>
      </w:r>
      <w:r>
        <w:rPr>
          <w:sz w:val="20"/>
        </w:rPr>
        <w:t>8:53  ke you have to accept less than ideal. Yeh hai Christian plan of God.</w:t>
      </w:r>
    </w:p>
    <w:p>
      <w:pPr>
        <w:pStyle w:val="Heading2"/>
      </w:pPr>
      <w:r>
        <w:t>Mann ne Ali se seekha aur zarra ka hisaab</w:t>
      </w:r>
    </w:p>
    <w:p>
      <w:r>
        <w:rPr>
          <w:color w:val="666666"/>
          <w:sz w:val="18"/>
        </w:rPr>
        <w:t>Life after Death (Prophetic Wisdom) · 4m 38s · at 6:18 · https://youtu.be/7bA2WIsKLMQ?t=378</w:t>
      </w:r>
    </w:p>
    <w:p>
      <w:r>
        <w:rPr>
          <w:i/>
        </w:rPr>
        <w:t>“Rasool Allah ke zamane mein ek aadmi aaya”</w:t>
      </w:r>
    </w:p>
    <w:p>
      <w:r>
        <w:rPr>
          <w:sz w:val="20"/>
        </w:rPr>
        <w:t>6:18  ke rasool ALLAH صلی اللہ علیہ وسلم ke zamane mein aik aadmi aaya bahar se, madine ke bahar se. us ne islam accept kiya.</w:t>
      </w:r>
      <w:r>
        <w:br/>
      </w:r>
      <w:r>
        <w:rPr>
          <w:sz w:val="20"/>
        </w:rPr>
        <w:t>6:32  to us ki tarbiyat ke liye aap ne us ko keh diya ke tum ali ke sath raho. ali ibn abi talib aik sahabi the, senior sahabi.</w:t>
      </w:r>
      <w:r>
        <w:br/>
      </w:r>
      <w:r>
        <w:rPr>
          <w:sz w:val="20"/>
        </w:rPr>
        <w:t>6:44  to aap ne kaha hai ke un ke sath raho aur un ke sath reh kar ke tum deen sikho.</w:t>
      </w:r>
      <w:r>
        <w:br/>
      </w:r>
      <w:r>
        <w:rPr>
          <w:sz w:val="20"/>
        </w:rPr>
        <w:t>6:53  to wahan par aisa tha ke log har din masjid mein ate the. to pata chalta tha ke aadmi aaya hai ke aadmi nahi aaya. to chand din ke baad aap ne dekha ke woh aadmi dikhai nahi de raha hai.</w:t>
      </w:r>
      <w:r>
        <w:br/>
      </w:r>
      <w:r>
        <w:rPr>
          <w:sz w:val="20"/>
        </w:rPr>
        <w:t>7:10  to aap ne kya kiya ke ali ibn abi talib jo the un se poocha ke woh aadmi dikhai nahi de raha hai? woh kahan hai woh?</w:t>
      </w:r>
      <w:r>
        <w:br/>
      </w:r>
      <w:r>
        <w:rPr>
          <w:sz w:val="20"/>
        </w:rPr>
        <w:t>7:21  to unhon ne kaha ke woh mujhe bhi nahi maloom. mere sath chand din raha. phir woh chala gaya. ab mujhe khud pata nahi us ke whereabouts ka pata nahi.</w:t>
      </w:r>
      <w:r>
        <w:br/>
      </w:r>
      <w:r>
        <w:rPr>
          <w:sz w:val="20"/>
        </w:rPr>
        <w:t>7:35  to aap ne logon se kaha ke woh aadmi jo hai kahin bhi mil jaye to us ko le aao hamare pas. to aik aadmi ne us ko kisi maqam par dekh liya to us se kaha ke tum ko rasool ALLAH ne bulaya hai.</w:t>
      </w:r>
      <w:r>
        <w:br/>
      </w:r>
      <w:r>
        <w:rPr>
          <w:sz w:val="20"/>
        </w:rPr>
        <w:t>7:52  to aaya aap ke pas.</w:t>
      </w:r>
      <w:r>
        <w:br/>
      </w:r>
      <w:r>
        <w:rPr>
          <w:sz w:val="20"/>
        </w:rPr>
        <w:t>7:56  to aap ne poocha ke mein ne tum se kaha tha ke tum ali ke sath raho aur deen sikho. to tum chale kyun gaye? us ne kaha mein ne seekh liya.</w:t>
      </w:r>
      <w:r>
        <w:br/>
      </w:r>
      <w:r>
        <w:rPr>
          <w:sz w:val="20"/>
        </w:rPr>
        <w:t>8:08  deen to mein ne seekh liya. is liye mein chala gaya.</w:t>
      </w:r>
      <w:r>
        <w:br/>
      </w:r>
      <w:r>
        <w:rPr>
          <w:sz w:val="20"/>
        </w:rPr>
        <w:t>8:16  to aap ne kaha kaise seekh liya? to us ne kaha ke mujhe ali ibn abi talib ne quran ki aik surah batai.</w:t>
      </w:r>
      <w:r>
        <w:br/>
      </w:r>
      <w:r>
        <w:rPr>
          <w:sz w:val="20"/>
        </w:rPr>
        <w:t>8:31  jis ko mein ne yaad kar liya. us surah mein mujhe aik bohat hi basic baat mil gayi. aik bohat hi basic formula.</w:t>
      </w:r>
      <w:r>
        <w:br/>
      </w:r>
      <w:r>
        <w:rPr>
          <w:sz w:val="20"/>
        </w:rPr>
        <w:t>8:45  woh yeh ke</w:t>
      </w:r>
      <w:r>
        <w:br/>
      </w:r>
      <w:r>
        <w:rPr>
          <w:sz w:val="20"/>
        </w:rPr>
        <w:t>8:57  is ka matlab yeh hai ke ke jo shakhs aaj ki duniya mein zara ke barabar bhi khair kare ga, neki kare ga, to agli zindagi mein woh us ka acha anjam, us ka inaam pa le ga.</w:t>
      </w:r>
      <w:r>
        <w:br/>
      </w:r>
      <w:r>
        <w:rPr>
          <w:sz w:val="20"/>
        </w:rPr>
        <w:t>9:18  aur jo shakhs aaj ki zindagi mein zara ke barabar, zara ke. aur jo shakhs aaj ki zindagi mein zara ke barabar bhi bura kaam kare ga,</w:t>
      </w:r>
      <w:r>
        <w:br/>
      </w:r>
      <w:r>
        <w:rPr>
          <w:sz w:val="20"/>
        </w:rPr>
        <w:t>9:32  to woh agli zindagi mein us ka anjam pa le ga. to ab mera yeh hal hai ke jab bhi koi kaam karna hota hai,</w:t>
      </w:r>
      <w:r>
        <w:br/>
      </w:r>
      <w:r>
        <w:rPr>
          <w:sz w:val="20"/>
        </w:rPr>
        <w:t>9:46  koi situation pesh ati hai,</w:t>
      </w:r>
      <w:r>
        <w:br/>
      </w:r>
      <w:r>
        <w:rPr>
          <w:sz w:val="20"/>
        </w:rPr>
        <w:t>9:51  koi bhi muamla samne ata hai to mein yeh soch leta hoon ke aaj jo mein karon ga, us ka anjam mujhe maut ke baad wali zindagi mein milna milna hai.</w:t>
      </w:r>
      <w:r>
        <w:br/>
      </w:r>
      <w:r>
        <w:rPr>
          <w:sz w:val="20"/>
        </w:rPr>
        <w:t>10:04  to yeh soch jo hai meri, yeh mere zehan ko hamesha theek rakhti hai.</w:t>
      </w:r>
      <w:r>
        <w:br/>
      </w:r>
      <w:r>
        <w:rPr>
          <w:sz w:val="20"/>
        </w:rPr>
        <w:t>10:15  aaj ki jo temporary life hai, thoray din ki, us ke kiye ka badla mujhe eternal life mein bhugtana hai.</w:t>
      </w:r>
      <w:r>
        <w:br/>
      </w:r>
      <w:r>
        <w:rPr>
          <w:sz w:val="20"/>
        </w:rPr>
        <w:t>10:26  to mein yeh jab soch leta hoon ke kal ke anjam se bachne ke liye mujhe aaj apna behavior, apni bol baat, sab ko theek rakhna pare ga.</w:t>
      </w:r>
      <w:r>
        <w:br/>
      </w:r>
      <w:r>
        <w:rPr>
          <w:sz w:val="20"/>
        </w:rPr>
        <w:t>10:40  yeh cheez mere liye aik training ban gayi. mujhe yeh aqeedah mere teacher ban gaya. to aap ne kaha ke is ne baat ko pa liya.</w:t>
      </w:r>
    </w:p>
    <w:p>
      <w:pPr>
        <w:pStyle w:val="Heading2"/>
      </w:pPr>
      <w:r>
        <w:t>Full argument on trembling heart and deeds</w:t>
      </w:r>
    </w:p>
    <w:p>
      <w:r>
        <w:rPr>
          <w:color w:val="666666"/>
          <w:sz w:val="18"/>
        </w:rPr>
        <w:t>Living God March 10, 2019 Maulana Wahiduddin Khan · 5m 02s · at 0:57 · https://youtu.be/RCBFUw2KAdI?t=57</w:t>
      </w:r>
    </w:p>
    <w:p>
      <w:r>
        <w:rPr>
          <w:i/>
        </w:rPr>
        <w:t>“I will start with a verse”</w:t>
      </w:r>
    </w:p>
    <w:p>
      <w:r>
        <w:rPr>
          <w:sz w:val="20"/>
        </w:rPr>
        <w:t>0:57  to shuru mein karunga aik ayat se, aur phir aik hadith se. phir is ke bare mein kuch arz kiya jayega, inshallah.</w:t>
      </w:r>
      <w:r>
        <w:br/>
      </w:r>
      <w:r>
        <w:rPr>
          <w:sz w:val="20"/>
        </w:rPr>
        <w:t>1:08  suniye.</w:t>
      </w:r>
      <w:r>
        <w:br/>
      </w:r>
      <w:r>
        <w:rPr>
          <w:sz w:val="20"/>
        </w:rPr>
        <w:t>1:10  bismillah hir rahman nir rahim. wallazina yutuna ma ataw qulubuhum qulubuhum wajilat innahum ila rabbihim rajiun.</w:t>
      </w:r>
      <w:r>
        <w:br/>
      </w:r>
      <w:r>
        <w:rPr>
          <w:sz w:val="20"/>
        </w:rPr>
        <w:t>1:23  ulaika yusariuna fi alkhairati wahum laha sabiqun. surah almominoon, chapter number 20, 23, wa ras number 60, 61.</w:t>
      </w:r>
      <w:r>
        <w:br/>
      </w:r>
      <w:r>
        <w:rPr>
          <w:sz w:val="20"/>
        </w:rPr>
        <w:t>1:34  wo log jo dete hain, jo unhein diya gaya hai, aur un ke dil dar rahe hote hain ke wo be shak Allah ki taraf lotne wale hain.</w:t>
      </w:r>
      <w:r>
        <w:br/>
      </w:r>
      <w:r>
        <w:rPr>
          <w:sz w:val="20"/>
        </w:rPr>
        <w:t>1:45  yahi log hain jo bhalai ke kamon mein sabqat karne wale hain, sabqat karte hain, aur wahi log age rehne wale hain. is ayat ko le kar ek hadith aai hai, wo is tarah hai:</w:t>
      </w:r>
      <w:r>
        <w:br/>
      </w:r>
      <w:r>
        <w:rPr>
          <w:sz w:val="20"/>
        </w:rPr>
        <w:t>1:59  ana aisha zawj alnabi sallallahu alaihi wasallam qalat: salat rasul Allah sallallahu alaihi wasallam anha: "wallazina yutuna ma ataw qulubuhum wajilat".</w:t>
      </w:r>
      <w:r>
        <w:br/>
      </w:r>
      <w:r>
        <w:rPr>
          <w:sz w:val="20"/>
        </w:rPr>
        <w:t>2:10  qalat aisha: "ahum allazina yashrabuna alkhamra wayasriqun". qala: "ya bint al-siddiq". walakinnahum allazina yasumuna wayusalluna wayatasaddiquna,</w:t>
      </w:r>
      <w:r>
        <w:br/>
      </w:r>
      <w:r>
        <w:rPr>
          <w:sz w:val="20"/>
        </w:rPr>
        <w:t>2:23  wahum yakhufuna Allah tuqbal minhum. ulaika yusariuna fi alkhairati wahum laha sabiqun. sunan tirmidhi, hadith number 3175.</w:t>
      </w:r>
      <w:r>
        <w:br/>
      </w:r>
      <w:r>
        <w:rPr>
          <w:sz w:val="20"/>
        </w:rPr>
        <w:t>2:35  aisha, nabi sallallahu alaihi wasallam ki biwi, kehti hain ke maine rasul Allah se is ayat ke bare mein poocha: "wallazina yutuna ma ataw qulubuhum wajilah".</w:t>
      </w:r>
      <w:r>
        <w:br/>
      </w:r>
      <w:r>
        <w:rPr>
          <w:sz w:val="20"/>
        </w:rPr>
        <w:t>2:46  aisha kehti hain: "kya ye wo log hain jo sharab pite hain aur chori karte hain?" aap ne kaha: "nahi, aye siddiq ki beti, lekin ye wo log hain jo roza rakhte hain, namaz padhte hain, sadqa dete hain,</w:t>
      </w:r>
      <w:r>
        <w:br/>
      </w:r>
      <w:r>
        <w:rPr>
          <w:sz w:val="20"/>
        </w:rPr>
        <w:t>3:00  aur wo dar rahe hote hain ke un se qabul nahi kiya jayega. to yahi log bhalai ke kamon mein sab se age barhte hain, aur yahi log sabqat karne wale hain."</w:t>
      </w:r>
      <w:r>
        <w:br/>
      </w:r>
      <w:r>
        <w:rPr>
          <w:sz w:val="20"/>
        </w:rPr>
        <w:t>3:14  yahan par dekhiye, jo</w:t>
      </w:r>
      <w:r>
        <w:br/>
      </w:r>
      <w:r>
        <w:rPr>
          <w:sz w:val="20"/>
        </w:rPr>
        <w:t>3:20  jo alfaz aaye hain, wo hain: "wa qulubuhum wajilah". in ka darja bataya gaya hai.</w:t>
      </w:r>
      <w:r>
        <w:br/>
      </w:r>
      <w:r>
        <w:rPr>
          <w:sz w:val="20"/>
        </w:rPr>
        <w:t>3:34  wajilah ke mani hote hain kanpna, yani ke dil kanp rahe hote hain.</w:t>
      </w:r>
      <w:r>
        <w:br/>
      </w:r>
      <w:r>
        <w:rPr>
          <w:sz w:val="20"/>
        </w:rPr>
        <w:t>3:47  to ye log jo kanpte hue dil ke sath amal khair karte hain,</w:t>
      </w:r>
      <w:r>
        <w:br/>
      </w:r>
      <w:r>
        <w:rPr>
          <w:sz w:val="20"/>
        </w:rPr>
        <w:t>4:04  goya amal khair ki jo surat hai, wo kafi nahi hai. amal khair karte hue aap ka hal ye ho ke aap ka dil kanp raha ho, to tab wo bara bara amal hua.</w:t>
      </w:r>
      <w:r>
        <w:br/>
      </w:r>
      <w:r>
        <w:rPr>
          <w:sz w:val="20"/>
        </w:rPr>
        <w:t>4:22  to ek hai</w:t>
      </w:r>
      <w:r>
        <w:br/>
      </w:r>
      <w:r>
        <w:rPr>
          <w:sz w:val="20"/>
        </w:rPr>
        <w:t>4:26  kanpte hue dil ke sath amal khair karna, ek hai sadah tor par karna,</w:t>
      </w:r>
      <w:r>
        <w:br/>
      </w:r>
      <w:r>
        <w:rPr>
          <w:sz w:val="20"/>
        </w:rPr>
        <w:t>4:38  ek hai amal khair karna sadah tor par ke aap ne kisi ko apne paise paisa de diya, kisi ko khana khila diya, sadah tor par.</w:t>
      </w:r>
      <w:r>
        <w:br/>
      </w:r>
      <w:r>
        <w:rPr>
          <w:sz w:val="20"/>
        </w:rPr>
        <w:t>4:49  aur ek hai ke aap ek amal khair kar rahe hain aur aap ka dil kanp raha hai.</w:t>
      </w:r>
      <w:r>
        <w:br/>
      </w:r>
      <w:r>
        <w:rPr>
          <w:sz w:val="20"/>
        </w:rPr>
        <w:t>5:00  to jo amal khair kanpte hue dil ke sath kiya jaye, wahi bara amal hai aur wahi aadmi ko jannat tak pahunchane wala hai.</w:t>
      </w:r>
      <w:r>
        <w:br/>
      </w:r>
      <w:r>
        <w:rPr>
          <w:sz w:val="20"/>
        </w:rPr>
        <w:t>5:17  is ke mani kya hue? ke amal khair ki surat kisi amal ko bara amal nahi banati hai,</w:t>
      </w:r>
      <w:r>
        <w:br/>
      </w:r>
      <w:r>
        <w:rPr>
          <w:sz w:val="20"/>
        </w:rPr>
        <w:t>5:28  balke amal khair ke sath jab ye ye cheez add ho jaye ke aap kanpte hue dil ke sath wo amal kar rahe hain, tab wo bara amal banta hai.</w:t>
      </w:r>
      <w:r>
        <w:br/>
      </w:r>
      <w:r>
        <w:rPr>
          <w:sz w:val="20"/>
        </w:rPr>
        <w:t>5:45  to ye ye jo ayat hai,</w:t>
      </w:r>
      <w:r>
        <w:br/>
      </w:r>
      <w:r>
        <w:rPr>
          <w:sz w:val="20"/>
        </w:rPr>
        <w:t>5:49  ye farq kar rahi hai sadah amal mein aur us amal mein jo kanpti hui dil ke sath kiya jaye.</w:t>
      </w:r>
      <w:r>
        <w:br/>
      </w:r>
      <w:r>
        <w:rPr>
          <w:sz w:val="20"/>
        </w:rPr>
        <w:t>6:00  ye kya cheez hai? is ko maine samjha ek bar jab ke main gaya hua tha kisi museum mein.</w:t>
      </w:r>
    </w:p>
    <w:p>
      <w:pPr>
        <w:pStyle w:val="Heading2"/>
      </w:pPr>
      <w:r>
        <w:t>Three parts of intellect in hadith</w:t>
      </w:r>
    </w:p>
    <w:p>
      <w:r>
        <w:rPr>
          <w:color w:val="666666"/>
          <w:sz w:val="18"/>
        </w:rPr>
        <w:t>Reason And Islam April 21, 2014 Maulana Wahiduddin Khan · 45s · at 0:46 · https://youtu.be/xNSJWgVAn9U?t=46</w:t>
      </w:r>
    </w:p>
    <w:p>
      <w:r>
        <w:rPr>
          <w:i/>
        </w:rPr>
        <w:t>“اس حدیث کا ترجمہ ہے”</w:t>
      </w:r>
    </w:p>
    <w:p>
      <w:r>
        <w:rPr>
          <w:sz w:val="20"/>
        </w:rPr>
        <w:t>0:46  is hadith ka tarjuma hai: abu sa'eed al-khidri riwayat karte hain ke unhon ne rasulallahi sallallahu 'alaihi wa sallam ko farmate hue suna: "Allah taala ne aql ko teen hisson mein taqseem kiya hai,</w:t>
      </w:r>
      <w:r>
        <w:br/>
      </w:r>
      <w:r>
        <w:rPr>
          <w:sz w:val="20"/>
        </w:rPr>
        <w:t>1:03  to jis ke andar yeh cheez pai jaye woh aqalmand hai, aur jis ke andar na pai jaye us ko kuch bhi aql nahin hai."</w:t>
      </w:r>
      <w:r>
        <w:br/>
      </w:r>
      <w:r>
        <w:rPr>
          <w:sz w:val="20"/>
        </w:rPr>
        <w:t>1:16  Allah ki behtar marifat, Allah ki behtar itaat, aur Allah ke liye behtar sabr.</w:t>
      </w:r>
    </w:p>
    <w:p>
      <w:pPr>
        <w:pStyle w:val="Heading2"/>
      </w:pPr>
      <w:r>
        <w:t>Hadith Qudsi explained through its full chain and sacred text</w:t>
      </w:r>
    </w:p>
    <w:p>
      <w:r>
        <w:rPr>
          <w:color w:val="666666"/>
          <w:sz w:val="18"/>
        </w:rPr>
        <w:t>The Living Tradition: Why Hadith Matters in Islam?</w:t>
        <w:br/>
        <w:t>December 8, 2024 · 3m 10s · at 11:08 · https://youtu.be/2w9-vnnJBeY?t=668</w:t>
      </w:r>
    </w:p>
    <w:p>
      <w:r>
        <w:rPr>
          <w:i/>
        </w:rPr>
        <w:t>“Let me narrate a hadith with a full chain and Hadith Qudsi”</w:t>
      </w:r>
    </w:p>
    <w:p>
      <w:r>
        <w:rPr>
          <w:sz w:val="20"/>
        </w:rPr>
        <w:t>11:08  hain. jaise aik mashhoor kitaab jo urdu zaban mein hai: "ilm o isthilahat ul hadees" ke naam se aayi hui hai. yahan par mein aap aik cheez add karna chahunga jo aap ne sanad kaha aur hadees qudsi.</w:t>
      </w:r>
      <w:r>
        <w:br/>
      </w:r>
      <w:r>
        <w:rPr>
          <w:sz w:val="20"/>
        </w:rPr>
        <w:t>11:22  to aik hadees mein bayan karunga, is mein sanad bhi hai aur hadees qudsi hai yeh aur bohat hi pyari hadees hai.</w:t>
      </w:r>
      <w:r>
        <w:br/>
      </w:r>
      <w:r>
        <w:rPr>
          <w:sz w:val="20"/>
        </w:rPr>
        <w:t>11:30  is se wazahat ho jaye gi ke sanad kya hoti hai aur hadith qudsi kya hai aur matan</w:t>
      </w:r>
      <w:r>
        <w:br/>
      </w:r>
      <w:r>
        <w:rPr>
          <w:sz w:val="20"/>
        </w:rPr>
        <w:t>11:34  kya hai. yeh imam bukhari ki riwayat hai.</w:t>
      </w:r>
      <w:r>
        <w:br/>
      </w:r>
      <w:r>
        <w:rPr>
          <w:sz w:val="20"/>
        </w:rPr>
        <w:t>11:37  is mein hai ke: hadasani muhammad ibn usman min karam, hadasna khalid ibn makhlad, hadasna sulaiman ibn bilal,</w:t>
      </w:r>
      <w:r>
        <w:br/>
      </w:r>
      <w:r>
        <w:rPr>
          <w:sz w:val="20"/>
        </w:rPr>
        <w:t>11:46  hadasani sharaik ibn abdullah ibn abi namar an ata an abi huraira, qal: qal rasool Allah sal Allah o</w:t>
      </w:r>
      <w:r>
        <w:br/>
      </w:r>
      <w:r>
        <w:rPr>
          <w:sz w:val="20"/>
        </w:rPr>
        <w:t>11:52  alaihi wasallam: "innalaha ta'ala qal: man adali wali faqad azantuhu bil harab, wa ma taqarraba ilay</w:t>
      </w:r>
      <w:r>
        <w:br/>
      </w:r>
      <w:r>
        <w:rPr>
          <w:sz w:val="20"/>
        </w:rPr>
        <w:t>12:00  abdi bishay'in ahabb ilay mimma aftaratu alayh, wa ma yazaalu abdi yataqarrabu ilay bin nawafil hatta uhibbahu, faiza ahbabtuhu kuntu sam'ahu alladhi yasma'u bihi,</w:t>
      </w:r>
      <w:r>
        <w:br/>
      </w:r>
      <w:r>
        <w:rPr>
          <w:sz w:val="20"/>
        </w:rPr>
        <w:t>12:13  wa basarahu alladhi yubsiru bihi, wa yadihi allati yabtishu biha, wa rijlahu allati yamshi biha, wa in sa'alani la u'tinnahu wa lan ist'aadhani la u'eedhannahu".</w:t>
      </w:r>
      <w:r>
        <w:br/>
      </w:r>
      <w:r>
        <w:rPr>
          <w:sz w:val="20"/>
        </w:rPr>
        <w:t>12:29  imam bukhari kehte hain: mujh se Muhammad bin Usman bin karama ne bayan kiya. yeh imam bukhari ke ustad hain.</w:t>
      </w:r>
      <w:r>
        <w:br/>
      </w:r>
      <w:r>
        <w:rPr>
          <w:sz w:val="20"/>
        </w:rPr>
        <w:t>12:35  Usman bin karama kehte hain: mujh se Khalid bin Makhlad ne bayan kiya. Khalid bin Makhlad kehte hain: mujh se Sulaiman bin Bilal ne bayan kiya. Sulaiman bin Bilal kehte hain: mujh se Sharik bin Abdullah bin Abi Nimr ne bayan kiya.</w:t>
      </w:r>
      <w:r>
        <w:br/>
      </w:r>
      <w:r>
        <w:rPr>
          <w:sz w:val="20"/>
        </w:rPr>
        <w:t>12:48  woh kehte hain: Atta ne mujh se bayan kiya, tabai Atta, tabai aur Atta, tabai kehte hain: mujh se Abu Huraira ne bayan kiya.</w:t>
      </w:r>
      <w:r>
        <w:br/>
      </w:r>
      <w:r>
        <w:rPr>
          <w:sz w:val="20"/>
        </w:rPr>
        <w:t>12:55  Abu Huraira kehte hain ke rasool Allah sal Allah alaihi wasallam ne mujh se bayan kiya. to yeh chain of narration hai ya sanad hai. ab chunke yeh hadees qudsi hai to agar yeh hadees qudsi nahi hoti to rasool Allah sal Allah alaihi wasallam ki baat direct aati.</w:t>
      </w:r>
      <w:r>
        <w:br/>
      </w:r>
      <w:r>
        <w:rPr>
          <w:sz w:val="20"/>
        </w:rPr>
        <w:t>13:08  is ke yeh hadees qudsi hai is liye aage aata hai ke: "in Allah taala qala". Allah taala ne kaha.</w:t>
      </w:r>
      <w:r>
        <w:br/>
      </w:r>
      <w:r>
        <w:rPr>
          <w:sz w:val="20"/>
        </w:rPr>
        <w:t>13:14  woh hadith kya hai ke jo mere dost se, wali se,</w:t>
      </w:r>
      <w:r>
        <w:br/>
      </w:r>
      <w:r>
        <w:rPr>
          <w:sz w:val="20"/>
        </w:rPr>
        <w:t>13:20  manfi soch mein mubtala hoga, mein us se jang ka ailaan karta hoon. aur koi banda is cheez ke zariye mere se qareeb hona chahe jo maine in par farz kiya hai to woh qareeb hota hai aur barabar qareeb hota rehta hai nawafil ke zariye se, yahan tak ke mein us ko pasand karta hoon.</w:t>
      </w:r>
      <w:r>
        <w:br/>
      </w:r>
      <w:r>
        <w:rPr>
          <w:sz w:val="20"/>
        </w:rPr>
        <w:t>13:38  aur jab mein us ko pasand karta hoon to mein uska kaan ho jata hoon jis se woh sunta hai, aur uski aankh ho jata hoon jis se woh dekhta hai, aur uska hath ho jata hoon jis se woh pakadta hai, aur uska paon ho jata hoon jis se woh chalta hai.</w:t>
      </w:r>
      <w:r>
        <w:br/>
      </w:r>
      <w:r>
        <w:rPr>
          <w:sz w:val="20"/>
        </w:rPr>
        <w:t>13:53  aur agar woh banda mujh se koi cheez mange to mein zaroor us ko doonga, aur agar mujh se panah chahe kisi cheez ke bare mein to mein us ko zaroor panah doonga.</w:t>
      </w:r>
      <w:r>
        <w:br/>
      </w:r>
      <w:r>
        <w:rPr>
          <w:sz w:val="20"/>
        </w:rPr>
        <w:t>14:03  to yeh hadith bohat pyari hai samajhne ki hai, aur yeh hadith qudsi bhi hai, aur chain of narration bhi is mein hai. to apa, mein aage aap se ek sawal karunga, is ka talluq hadith ko jama karne ki ibtidai tareekh se hai.</w:t>
      </w:r>
    </w:p>
    <w:p>
      <w:pPr>
        <w:pStyle w:val="Heading2"/>
      </w:pPr>
      <w:r>
        <w:t>Hadith qudsi and its explanation</w:t>
      </w:r>
    </w:p>
    <w:p>
      <w:r>
        <w:rPr>
          <w:color w:val="666666"/>
          <w:sz w:val="18"/>
        </w:rPr>
        <w:t>Positive Thinking 7 May 2014 - Maulana Wahiduddin Khan · 3m 07s · at 0:18 · https://youtu.be/D6zupEZ6LLw?t=18</w:t>
      </w:r>
    </w:p>
    <w:p>
      <w:r>
        <w:rPr>
          <w:i/>
        </w:rPr>
        <w:t>“An Abi Dharr an al-Nabi”</w:t>
      </w:r>
    </w:p>
    <w:p>
      <w:r>
        <w:rPr>
          <w:sz w:val="20"/>
        </w:rPr>
        <w:t>0:18  an abi dharr an an nabi sallallahu alaihi wasallam fima rawa an Allah tabarak wa taala, innahu qal: "ya ibadi, inni harramtuz zulma ala nafsi, wa jaaltuhu bainakum muharriman, fala tazalamu." ya ibadi,</w:t>
      </w:r>
      <w:r>
        <w:br/>
      </w:r>
      <w:r>
        <w:rPr>
          <w:sz w:val="20"/>
        </w:rPr>
        <w:t>0:36  kullukum dhalun illa man hadaytuhu, fastahiduni ahdikum. ya ibadi, kullukum ja'i'un illa man atamtuhu, fastat'imuni ut'imukum.</w:t>
      </w:r>
      <w:r>
        <w:br/>
      </w:r>
      <w:r>
        <w:rPr>
          <w:sz w:val="20"/>
        </w:rPr>
        <w:t>0:50  ya ibadi, kullukum 'arun illa man kasawtuhu, fastaqsunini aksukum. sahih muslim hadith number 257.</w:t>
      </w:r>
      <w:r>
        <w:br/>
      </w:r>
      <w:r>
        <w:rPr>
          <w:sz w:val="20"/>
        </w:rPr>
        <w:t>1:06  abu dharr riwayat karte hain nabi sallallahu alaihi wasallam se: aap ne Allah taala se riwayat kiya, Allah ne farmaya: "ae mere bando!</w:t>
      </w:r>
      <w:r>
        <w:br/>
      </w:r>
      <w:r>
        <w:rPr>
          <w:sz w:val="20"/>
        </w:rPr>
        <w:t>1:20  mein ne apne oper zulm ko haram kar liya hai, aur mein ne tumhare darmiyan bhi zulm ko haram kar diya, to tum aapas mein zulm na karo.</w:t>
      </w:r>
      <w:r>
        <w:br/>
      </w:r>
      <w:r>
        <w:rPr>
          <w:sz w:val="20"/>
        </w:rPr>
        <w:t>1:33  ae mere bando! tum sab ke sab bhatke hue ho, magar woh shakhs jis ko mein hidayat doon, to tum mujh se hidayat talab karo, mein tum ko hidayat doon ga.</w:t>
      </w:r>
      <w:r>
        <w:br/>
      </w:r>
      <w:r>
        <w:rPr>
          <w:sz w:val="20"/>
        </w:rPr>
        <w:t>1:48  ae mere bando!</w:t>
      </w:r>
      <w:r>
        <w:br/>
      </w:r>
      <w:r>
        <w:rPr>
          <w:sz w:val="20"/>
        </w:rPr>
        <w:t>1:50  tum sab ke sab bhooke ho, siwaye us ke jis ko mein khilaon, to tum mujh se khana mango, mein tum ko khilaon ga.</w:t>
      </w:r>
      <w:r>
        <w:br/>
      </w:r>
      <w:r>
        <w:rPr>
          <w:sz w:val="20"/>
        </w:rPr>
        <w:t>2:02  ae mere bando! tum sab ke sab nangay ho, siwaye us shakhs ke jis ko mein pehnaon, to tum mujh se libas mango, mein tum ko pehnaon ga." Maulana is hadith ki wazahat farmayen.</w:t>
      </w:r>
      <w:r>
        <w:br/>
      </w:r>
      <w:r>
        <w:rPr>
          <w:sz w:val="20"/>
        </w:rPr>
        <w:t>2:18  bismillah hir rahman nir rahim.</w:t>
      </w:r>
      <w:r>
        <w:br/>
      </w:r>
      <w:r>
        <w:rPr>
          <w:sz w:val="20"/>
        </w:rPr>
        <w:t>2:23  dekhen, yeh jo hadith hai, is ko kehte hain hadith qudsi. hadith qudsi is hadith ko kehta hai jis mein rasool Allah ne Khuda ki taraf se kaha ho.</w:t>
      </w:r>
      <w:r>
        <w:br/>
      </w:r>
      <w:r>
        <w:rPr>
          <w:sz w:val="20"/>
        </w:rPr>
        <w:t>2:40  is mein Khuda ki taraf se, Allah ki taraf se.</w:t>
      </w:r>
      <w:r>
        <w:br/>
      </w:r>
      <w:r>
        <w:rPr>
          <w:sz w:val="20"/>
        </w:rPr>
        <w:t>2:46  to is hadith ke do hissay hain. bait yeh farmaya ke</w:t>
      </w:r>
      <w:r>
        <w:br/>
      </w:r>
      <w:r>
        <w:rPr>
          <w:sz w:val="20"/>
        </w:rPr>
        <w:t>2:54  Allah ne apne oper zulm ko haram kar liya hai, to ae</w:t>
      </w:r>
      <w:r>
        <w:br/>
      </w:r>
      <w:r>
        <w:rPr>
          <w:sz w:val="20"/>
        </w:rPr>
        <w:t>3:02  logo! tum bhi is baat ko haram kar lo ke tum kisi ke oper zulm karo. dekhen, zulm ke lafz se ek baat is mein batai gayi hai.</w:t>
      </w:r>
      <w:r>
        <w:br/>
      </w:r>
      <w:r>
        <w:rPr>
          <w:sz w:val="20"/>
        </w:rPr>
        <w:t>3:14  is ka matlab kya hai? na to Khuda kisi se kuch chheenta, na koi insan kisi se kuch chheen sakta.</w:t>
      </w:r>
    </w:p>
    <w:p>
      <w:pPr>
        <w:pStyle w:val="Heading2"/>
      </w:pPr>
      <w:r>
        <w:t>Quran's Byzantine-Persian victory prophecy fulfilled in nine years</w:t>
      </w:r>
    </w:p>
    <w:p>
      <w:r>
        <w:rPr>
          <w:color w:val="666666"/>
          <w:sz w:val="18"/>
        </w:rPr>
        <w:t>Islam in A New Age March 18, 2012 · 1m 09s · at 34:22 · https://youtu.be/P5hzq_NheY0?t=2062</w:t>
      </w:r>
    </w:p>
    <w:p>
      <w:r>
        <w:rPr>
          <w:i/>
        </w:rPr>
        <w:t>“Surah Al-Rum: Romans will win within ten years”</w:t>
      </w:r>
    </w:p>
    <w:p>
      <w:r>
        <w:rPr>
          <w:sz w:val="20"/>
        </w:rPr>
        <w:t>34:22  quran mein surah al-room mein hai ghalabat al-room fi in al-ard wa min ba'di ghalabihim sayaghlabuna fi buz sanin wahan aisa hua tha ke arab ke atraf mein do bari saltanaten theen, romi aur irani.</w:t>
      </w:r>
      <w:r>
        <w:br/>
      </w:r>
      <w:r>
        <w:rPr>
          <w:sz w:val="20"/>
        </w:rPr>
        <w:t>34:40  to un mein takrao hua. to irani haar gaye, romi jeet gaye. is waqt bohat hi ajeeb ghareeb tor par quran mein yeh peshingoyi utri</w:t>
      </w:r>
      <w:r>
        <w:br/>
      </w:r>
      <w:r>
        <w:rPr>
          <w:sz w:val="20"/>
        </w:rPr>
        <w:t>34:50  ke das saal ke andar andar dobara aisa hoga ke romi jeet jayenge, irani haar jayenge. aur yeh waqea theek das saal ke andar, nau taqreeban nau saal mein pesh aaya.</w:t>
      </w:r>
      <w:r>
        <w:br/>
      </w:r>
      <w:r>
        <w:rPr>
          <w:sz w:val="20"/>
        </w:rPr>
        <w:t>35:04  yeh is ki tafseel maine likhi apni kitab mein mazhab aur jadeed chalain. do misaal woh hain jo ek infiradi event ki peshin goi quran mein aai aur phir woh poori hui.</w:t>
      </w:r>
      <w:r>
        <w:br/>
      </w:r>
      <w:r>
        <w:rPr>
          <w:sz w:val="20"/>
        </w:rPr>
        <w:t>35:15  ab age ko lijiye, ek age</w:t>
      </w:r>
      <w:r>
        <w:br/>
      </w:r>
      <w:r>
        <w:rPr>
          <w:sz w:val="20"/>
        </w:rPr>
        <w:t>35:19  . yeh to ek infiradi event tha, ek infiradi waqea. doosri bohat sari peshin goi'en hain jis mein ke poore ek age ki peshin goi hai. poore poore age ki.</w:t>
      </w:r>
    </w:p>
    <w:p>
      <w:pPr>
        <w:pStyle w:val="Heading2"/>
      </w:pPr>
      <w:r>
        <w:t>God's achievable goals: tree, dawat, communication age</w:t>
      </w:r>
    </w:p>
    <w:p>
      <w:r>
        <w:rPr>
          <w:color w:val="666666"/>
          <w:sz w:val="18"/>
        </w:rPr>
        <w:t>Living in the 21st Century I 17th February 2013 - Maulana Wahiduddin Khan · 5m 25s · at 8:03 · https://youtu.be/ccUhM8fLtpU?t=483</w:t>
      </w:r>
    </w:p>
    <w:p>
      <w:r>
        <w:rPr>
          <w:i/>
        </w:rPr>
        <w:t>“مثلاً میرے گھر کے آس پاس بہت سارے درخت ہیں”</w:t>
      </w:r>
    </w:p>
    <w:p>
      <w:r>
        <w:rPr>
          <w:sz w:val="20"/>
        </w:rPr>
        <w:t>8:03  misalan mere ghar ke aas pas bohat saray darakht hain. aik taraf mein akhbar mein parh raha tha yeh khabar, doosri taraf mein ne dekha ke haray bharay darakht khaday hue hain.</w:t>
      </w:r>
      <w:r>
        <w:br/>
      </w:r>
      <w:r>
        <w:rPr>
          <w:sz w:val="20"/>
        </w:rPr>
        <w:t>8:17  in ko Khuda ne achievable goal diya ke</w:t>
      </w:r>
      <w:r>
        <w:br/>
      </w:r>
      <w:r>
        <w:rPr>
          <w:sz w:val="20"/>
        </w:rPr>
        <w:t>8:22  aik seed tha, aik beej tha, aik chota sa poda tha, woh zameen mein laga diya gaya. ab woh barhta hua, barhta hua, barhta hua, ab itna ooncha ho gaya ke teen manzila building ke barabar ho gaya woh.</w:t>
      </w:r>
      <w:r>
        <w:br/>
      </w:r>
      <w:r>
        <w:rPr>
          <w:sz w:val="20"/>
        </w:rPr>
        <w:t>8:41  to kaha ke darakht ko Allah taala ne achievable goal diya hai</w:t>
      </w:r>
      <w:r>
        <w:br/>
      </w:r>
      <w:r>
        <w:rPr>
          <w:sz w:val="20"/>
        </w:rPr>
        <w:t>8:48  ke apnay ko grow karo, barhao, aur sari dunya se apnay liye food lo, zameen se, hawa se, suraj se, aur barhao apnay ko, barhao apnay ko, barhao, yahan tak ke tum aik bohat ooncha darakht ban jao.</w:t>
      </w:r>
      <w:r>
        <w:br/>
      </w:r>
      <w:r>
        <w:rPr>
          <w:sz w:val="20"/>
        </w:rPr>
        <w:t>9:07  to musalmanon ke sath sirf aisa hua ke</w:t>
      </w:r>
      <w:r>
        <w:br/>
      </w:r>
      <w:r>
        <w:rPr>
          <w:sz w:val="20"/>
        </w:rPr>
        <w:t>9:11  unachievable goal day diya.</w:t>
      </w:r>
      <w:r>
        <w:br/>
      </w:r>
      <w:r>
        <w:rPr>
          <w:sz w:val="20"/>
        </w:rPr>
        <w:t>9:18  to aisa nahi ho sakta hai. aisa nahi ho sakta hai. phir mujhe quran ke baray mein sochna shuru kiya mein ne ke quran mein musalmanon ko mission kiya diya gaya hai?</w:t>
      </w:r>
      <w:r>
        <w:br/>
      </w:r>
      <w:r>
        <w:rPr>
          <w:sz w:val="20"/>
        </w:rPr>
        <w:t>9:35  woh mission hai</w:t>
      </w:r>
      <w:r>
        <w:br/>
      </w:r>
      <w:r>
        <w:rPr>
          <w:sz w:val="20"/>
        </w:rPr>
        <w:t>9:39  da'wat lil-lah. yani Allah ke message ko dunya tak pohnchana, peaceful tareeqay se.</w:t>
      </w:r>
      <w:r>
        <w:br/>
      </w:r>
      <w:r>
        <w:rPr>
          <w:sz w:val="20"/>
        </w:rPr>
        <w:t>9:54  aik lafz mein aap kahein to quran ko logon tak pohnchana. la tudallil al-furqana 'ala 'abdihi li-yakuna lil-'alamina nadhira yani musalmanon ko jo goal diya gaya tha woh kya tha?</w:t>
      </w:r>
      <w:r>
        <w:br/>
      </w:r>
      <w:r>
        <w:rPr>
          <w:sz w:val="20"/>
        </w:rPr>
        <w:t>10:06  quran. yani Allah ki authentic</w:t>
      </w:r>
      <w:r>
        <w:br/>
      </w:r>
      <w:r>
        <w:rPr>
          <w:sz w:val="20"/>
        </w:rPr>
        <w:t>10:12  book. jis mein yeh bataya gaya tha ke What is the purpose of life? What is the Christian plan of God?</w:t>
      </w:r>
      <w:r>
        <w:br/>
      </w:r>
      <w:r>
        <w:rPr>
          <w:sz w:val="20"/>
        </w:rPr>
        <w:t>10:23  yeh sari jo scheme Allah taala ki hai, kyun dunya ko paida kiya gaya? kyun insan ko banaya gaya?</w:t>
      </w:r>
      <w:r>
        <w:br/>
      </w:r>
      <w:r>
        <w:rPr>
          <w:sz w:val="20"/>
        </w:rPr>
        <w:t>10:33  insan ki zindagi ka maqsad kya hai?</w:t>
      </w:r>
      <w:r>
        <w:br/>
      </w:r>
      <w:r>
        <w:rPr>
          <w:sz w:val="20"/>
        </w:rPr>
        <w:t>10:38  What is success? What is failure? yeh jo insan ko lay kar ke yeh sawalat hain, unhi baton ko batany ke liye quran utra.</w:t>
      </w:r>
      <w:r>
        <w:br/>
      </w:r>
      <w:r>
        <w:rPr>
          <w:sz w:val="20"/>
        </w:rPr>
        <w:t>10:51  quran utra. ab is ke baad Allah taala ne</w:t>
      </w:r>
      <w:r>
        <w:br/>
      </w:r>
      <w:r>
        <w:rPr>
          <w:sz w:val="20"/>
        </w:rPr>
        <w:t>10:56  awwalan rasool Allah ko, phir rasool Allah ke jo ashaab thay un ko, phir tab'een ko, tab'a tab'een ko, phir poori ummat-e-muslima ko yeh mission day diya ke is quran ko sari mankind tak pohnchao.</w:t>
      </w:r>
      <w:r>
        <w:br/>
      </w:r>
      <w:r>
        <w:rPr>
          <w:sz w:val="20"/>
        </w:rPr>
        <w:t>11:13  bas yeh mission hai. yeh to achievable hai.</w:t>
      </w:r>
      <w:r>
        <w:br/>
      </w:r>
      <w:r>
        <w:rPr>
          <w:sz w:val="20"/>
        </w:rPr>
        <w:t>11:19  acha dekhiye, pehlay zamanay mein bohat se problems thay. problem kya thay? dunya ki geography insan janta nahi tha.</w:t>
      </w:r>
      <w:r>
        <w:br/>
      </w:r>
      <w:r>
        <w:rPr>
          <w:sz w:val="20"/>
        </w:rPr>
        <w:t>11:29  printed press maujood nahin tha. modern communication maujood nahin tha. to yeh kaam ke saari duniya ko quran ka message pahunchana yeh bohat mushkil lagta tha.</w:t>
      </w:r>
      <w:r>
        <w:br/>
      </w:r>
      <w:r>
        <w:rPr>
          <w:sz w:val="20"/>
        </w:rPr>
        <w:t>11:44  aur practically woh ho nahin paaya. kyunke kahin pahaad record bana hua hai, kahin samandar record bana hua hai.</w:t>
      </w:r>
      <w:r>
        <w:br/>
      </w:r>
      <w:r>
        <w:rPr>
          <w:sz w:val="20"/>
        </w:rPr>
        <w:t>11:55  kyunke is zamane mein dekhiye, sab se pehle kya tha? log quran ko</w:t>
      </w:r>
      <w:r>
        <w:br/>
      </w:r>
      <w:r>
        <w:rPr>
          <w:sz w:val="20"/>
        </w:rPr>
        <w:t>12:01  memorize kar lete the, phir ja ke idhar udhar sunate the. to zahir hai ke bohat hi liberate tareeqe par yeh kaam ho sakta tha. phir haath se likha jaane laga.</w:t>
      </w:r>
      <w:r>
        <w:br/>
      </w:r>
      <w:r>
        <w:rPr>
          <w:sz w:val="20"/>
        </w:rPr>
        <w:t>12:12  to ab haath se bhi aap kitna likhenge? kitna likhenge haath se?</w:t>
      </w:r>
      <w:r>
        <w:br/>
      </w:r>
      <w:r>
        <w:rPr>
          <w:sz w:val="20"/>
        </w:rPr>
        <w:t>12:18  to thode se, thodi si is ki copy banai aap ne, us ko de diya. to kitna liberate tareeqe se ho sakta tha kaam?</w:t>
      </w:r>
      <w:r>
        <w:br/>
      </w:r>
      <w:r>
        <w:rPr>
          <w:sz w:val="20"/>
        </w:rPr>
        <w:t>12:31  aap nikle, yaani sahaba aur tabeen nikle arab se, tab bhi dekhiye,</w:t>
      </w:r>
      <w:r>
        <w:br/>
      </w:r>
      <w:r>
        <w:rPr>
          <w:sz w:val="20"/>
        </w:rPr>
        <w:t>12:36  kahin samandar record ban gaya, kahin pahaad record ban gaya, kahin jangla record ban gaya. aur yeh bhi pata nahin tha ke kitni bari duniya hai yeh.</w:t>
      </w:r>
      <w:r>
        <w:br/>
      </w:r>
      <w:r>
        <w:rPr>
          <w:sz w:val="20"/>
        </w:rPr>
        <w:t>12:46  us waqt insaan nahin jaanta tha ke yeh duniya kitni bari hai. is ke raaste kya hain? aur phir us waqt communication nahin tha.</w:t>
      </w:r>
      <w:r>
        <w:br/>
      </w:r>
      <w:r>
        <w:rPr>
          <w:sz w:val="20"/>
        </w:rPr>
        <w:t>12:58  aaj kal ki tarah sawariyan nahin thin. log oont par chalte the, ghode par chalte the. to Allah taala ne kya kiya?</w:t>
      </w:r>
      <w:r>
        <w:br/>
      </w:r>
      <w:r>
        <w:rPr>
          <w:sz w:val="20"/>
        </w:rPr>
        <w:t>13:06  ke ek poora age paida kiya. age of communication yeh ek lamba process tha.</w:t>
      </w:r>
      <w:r>
        <w:br/>
      </w:r>
      <w:r>
        <w:rPr>
          <w:sz w:val="20"/>
        </w:rPr>
        <w:t>13:16  ek lambe process ke baad aisa hua ke ek age of communication aaya. to twenty first century mein is ka culmination ho chuka hai. culmination.</w:t>
      </w:r>
    </w:p>
    <w:p>
      <w:pPr>
        <w:pStyle w:val="Heading2"/>
      </w:pPr>
      <w:r>
        <w:t>Poetic couplet: without water everything is nothing</w:t>
      </w:r>
    </w:p>
    <w:p>
      <w:r>
        <w:rPr>
          <w:color w:val="666666"/>
          <w:sz w:val="18"/>
        </w:rPr>
        <w:t>Dajjal and Dajjalism July 26, 2009 · 36s · at 29:15 · https://youtu.be/CxQTfG01O_s?t=1755</w:t>
      </w:r>
    </w:p>
    <w:p>
      <w:r>
        <w:rPr>
          <w:i/>
        </w:rPr>
        <w:t>“Rahim Khan Khan ne kaha tha: Rahman paani rakhiyo.”</w:t>
      </w:r>
    </w:p>
    <w:p>
      <w:r>
        <w:rPr>
          <w:sz w:val="20"/>
        </w:rPr>
        <w:t>29:15  paae nahin to life nahin. sab log jaante hain ye paani par life depend karti hai paani ke uppar.</w:t>
      </w:r>
      <w:r>
        <w:br/>
      </w:r>
      <w:r>
        <w:rPr>
          <w:sz w:val="20"/>
        </w:rPr>
        <w:t>29:25  chahe plant hon, animal hon ya insaan hon, paani par depend karte hain. paae nahin to sab khatam. Rahim Khan Khan ne bohat sahih kaha tha ke "Rehmann paani rakhiyo,</w:t>
      </w:r>
      <w:r>
        <w:br/>
      </w:r>
      <w:r>
        <w:rPr>
          <w:sz w:val="20"/>
        </w:rPr>
        <w:t>29:40  bin paani sab soon."</w:t>
      </w:r>
      <w:r>
        <w:br/>
      </w:r>
      <w:r>
        <w:rPr>
          <w:sz w:val="20"/>
        </w:rPr>
        <w:t>29:46  Rehmann paani rakhiyo, bin paani sab soon.</w:t>
      </w:r>
    </w:p>
    <w:p>
      <w:pPr>
        <w:pStyle w:val="Heading2"/>
      </w:pPr>
      <w:r>
        <w:t>Full story: Indian Muslims' freedom versus Pakistan's restrictions</w:t>
      </w:r>
    </w:p>
    <w:p>
      <w:r>
        <w:rPr>
          <w:color w:val="666666"/>
          <w:sz w:val="18"/>
        </w:rPr>
        <w:t>Dajjal and Dajjalism July 26, 2009 · 4m 34s · at 39:41 · https://youtu.be/CxQTfG01O_s?t=2381</w:t>
      </w:r>
    </w:p>
    <w:p>
      <w:r>
        <w:rPr>
          <w:i/>
        </w:rPr>
        <w:t>“Ab main ek baat aur kehna chahta hoon aap se.”</w:t>
      </w:r>
    </w:p>
    <w:p>
      <w:r>
        <w:rPr>
          <w:sz w:val="20"/>
        </w:rPr>
        <w:t>39:41  ab mein ek baat aur kehna chahta hoon aapse keh hum log jo India mein paida kiya, Allah Ta'ala ne. mein samajhta hoon keh aap badi blessing hai Allah Ta'ala ki.</w:t>
      </w:r>
      <w:r>
        <w:br/>
      </w:r>
      <w:r>
        <w:rPr>
          <w:sz w:val="20"/>
        </w:rPr>
        <w:t>39:50  aaj subah mere paas telephone aaya hai Arab se ek sahib ka. hamare saathi hain, woh India mein paida huye, ab woh Arab mein rehte hain.</w:t>
      </w:r>
      <w:r>
        <w:br/>
      </w:r>
      <w:r>
        <w:rPr>
          <w:sz w:val="20"/>
        </w:rPr>
        <w:t>40:02  to unhonne kaha keh wahan par Arab mein bahut se Pakistani, kai hazar Pakistani jo hain, woh illegal reh rahe the wahan par.</w:t>
      </w:r>
      <w:r>
        <w:br/>
      </w:r>
      <w:r>
        <w:rPr>
          <w:sz w:val="20"/>
        </w:rPr>
        <w:t>40:12  illegal.</w:t>
      </w:r>
      <w:r>
        <w:br/>
      </w:r>
      <w:r>
        <w:rPr>
          <w:sz w:val="20"/>
        </w:rPr>
        <w:t>40:13  to wahan ki government ne unhen kaha diya keh tum nikal jao, wapas jao. gaye deport kiye jaane wale the woh saare log.</w:t>
      </w:r>
      <w:r>
        <w:br/>
      </w:r>
      <w:r>
        <w:rPr>
          <w:sz w:val="20"/>
        </w:rPr>
        <w:t>40:23  unhonne wahan ek bahot bada kaam kiya jo kehte hain istirham. istirham maani hote hain yani rahem chaahna.</w:t>
      </w:r>
      <w:r>
        <w:br/>
      </w:r>
      <w:r>
        <w:rPr>
          <w:sz w:val="20"/>
        </w:rPr>
        <w:t>40:36  yani to seek barasi. istirham ke maani hote hain to seek barasi. to unhonne istir</w:t>
      </w:r>
      <w:r>
        <w:br/>
      </w:r>
      <w:r>
        <w:rPr>
          <w:sz w:val="20"/>
        </w:rPr>
        <w:t>40:42  haam ka ek ek movement chalai baqaida government se keh aap in logon ko barasi kijiye. yeh log jo hain wapas jayen, kya karenge? aur unhen ghar dekhein. poora official level par unhonne ek koshish ki aur woh sab log wahan par le liye gaye.</w:t>
      </w:r>
      <w:r>
        <w:br/>
      </w:r>
      <w:r>
        <w:rPr>
          <w:sz w:val="20"/>
        </w:rPr>
        <w:t>40:56  wapas nahin deport nahin kiye gaye woh.</w:t>
      </w:r>
      <w:r>
        <w:br/>
      </w:r>
      <w:r>
        <w:rPr>
          <w:sz w:val="20"/>
        </w:rPr>
        <w:t>41:00  to Pakistan ka safeer jo wahan par hai, usne unhen bulaya aur kaha ki aap ne bahut bada kaam kiya hai aur hum aap ko Pakistan ki wahdiyat dete hain, izazi shahriyat.</w:t>
      </w:r>
      <w:r>
        <w:br/>
      </w:r>
      <w:r>
        <w:rPr>
          <w:sz w:val="20"/>
        </w:rPr>
        <w:t>41:12  yani citizenship. izazi shahriyat, citizenship dete hain hum aap ko. offer kiya usne? to unhon ne kaha ki mujhe do condition meri hai ki yeh agar ho to main man lo to lene ki aap ka offer lene ko tayyar hon.</w:t>
      </w:r>
      <w:r>
        <w:br/>
      </w:r>
      <w:r>
        <w:rPr>
          <w:sz w:val="20"/>
        </w:rPr>
        <w:t>41:27  unhon ne kaha ki woh kya? kaha ki India mein main woh Indian nahin, rehte hain Arab mein, hamare sathi hain. India mein main Mahatma Gandhi par tanqeed kar sakta hoon.</w:t>
      </w:r>
      <w:r>
        <w:br/>
      </w:r>
      <w:r>
        <w:rPr>
          <w:sz w:val="20"/>
        </w:rPr>
        <w:t>41:39  India mein main keh sakta hoon ki Mahatma Gandhi ne jo kuch kaha woh ek kutta tha, woh revolution nahin tha. aur meri koi pakad thakad nahin.</w:t>
      </w:r>
      <w:r>
        <w:br/>
      </w:r>
      <w:r>
        <w:rPr>
          <w:sz w:val="20"/>
        </w:rPr>
        <w:t>41:51  India jo main raaspati hai Gandhi is mulk ke aur un par hum tanqeed karte hain, hamari koi pakad thakad nahin. kya hum Pakistan mein aap ke Quaid-e-Azam par tanqeed kar sakte hain?</w:t>
      </w:r>
      <w:r>
        <w:br/>
      </w:r>
      <w:r>
        <w:rPr>
          <w:sz w:val="20"/>
        </w:rPr>
        <w:t>42:04  kya hum keh sakte hain ki wahan Quaid-e-Azam, Quaid-e-Azam nahin the, woh Quaid-e-Asghar the? yeh main keh sakta hoon khule tareeqe se? ek ijazat denge mujh ko aap?</w:t>
      </w:r>
      <w:r>
        <w:br/>
      </w:r>
      <w:r>
        <w:rPr>
          <w:sz w:val="20"/>
        </w:rPr>
        <w:t>42:17  yani Gandhi jo hai India ka raaspati hai, is par hum tanqeed karta hoon. phir bhi main India mein zinda hoon. aur aap ke mulk mein kya main keh sakta hoon ki jinnah sahib jo hain Quaid-e-Azam nahin the, woh Quaid-e-Asghar the?</w:t>
      </w:r>
      <w:r>
        <w:br/>
      </w:r>
      <w:r>
        <w:rPr>
          <w:sz w:val="20"/>
        </w:rPr>
        <w:t>42:33  aap ijazat denge mujh ko wahan par?</w:t>
      </w:r>
      <w:r>
        <w:br/>
      </w:r>
      <w:r>
        <w:rPr>
          <w:sz w:val="20"/>
        </w:rPr>
        <w:t>42:36  doosri baat unhon ne kahi ki India mein ek shakhs ne ek magazine nikala jis ka naam tha Muslim India.</w:t>
      </w:r>
      <w:r>
        <w:br/>
      </w:r>
      <w:r>
        <w:rPr>
          <w:sz w:val="20"/>
        </w:rPr>
        <w:t>42:47  Muslim India isi liye. kya aap wahan ke Hinduon ko ijazat den ki woh Hindu Pakistan, Hindu Pakistan nikalen? is naam se magazine.</w:t>
      </w:r>
      <w:r>
        <w:br/>
      </w:r>
      <w:r>
        <w:rPr>
          <w:sz w:val="20"/>
        </w:rPr>
        <w:t>42:57  India mein ek Muslim parcha nikalta hai, is ka naam rakhta hai Muslim Pakistan, Muslim India.</w:t>
      </w:r>
      <w:r>
        <w:br/>
      </w:r>
      <w:r>
        <w:rPr>
          <w:sz w:val="20"/>
        </w:rPr>
        <w:t>43:03  kya aap is ki ijazat denge ki Pakistan mein Hindu aisa parcha nikale, aisi magazine jis ka naam ho Hindu Pakistan? to unhon ne kaha abhi nahin ho sakta hai.</w:t>
      </w:r>
      <w:r>
        <w:br/>
      </w:r>
      <w:r>
        <w:rPr>
          <w:sz w:val="20"/>
        </w:rPr>
        <w:t>43:15  yeh yeh qissa bataya unhon ne mujhe telephone par. to main ne khuda ka shukr ada kiya ki hum log kitne khushqismat hain ki India mein aap ko paida kiya Allah Taala ne. kya azaadi hai, kya opportunities hain?</w:t>
      </w:r>
      <w:r>
        <w:br/>
      </w:r>
      <w:r>
        <w:rPr>
          <w:sz w:val="20"/>
        </w:rPr>
        <w:t>43:31  yani Hindu log yahan seminar karte hain aur hum ko bulate hain wahan ke aaiye, Islam ke baare mein bataaiye. humare literature hamare sath le ke jate hain, baant te hain wahan par. koi rok tok nahin, kuch bhi rok tok nahin.</w:t>
      </w:r>
      <w:r>
        <w:br/>
      </w:r>
      <w:r>
        <w:rPr>
          <w:sz w:val="20"/>
        </w:rPr>
        <w:t>43:48  main samajhta hoon ki yeh bahut badi hamari khushqismati hai ki hum India mein paida kiye gaye. main sare duniya mein gaya hoon taqriban.</w:t>
      </w:r>
      <w:r>
        <w:br/>
      </w:r>
      <w:r>
        <w:rPr>
          <w:sz w:val="20"/>
        </w:rPr>
        <w:t>43:58  koi duniya ka mulak aisa nahin hai hamare liye, daawat ke liye itna achha jitna ki India hai. main zara bhi mujhe shak nahin hai. ek hadees hai, Rasool Allah ne farmaya ki mujhe Hind ki taraf se ilam ki khushbu aati hai, ilam ki hawaen aati hain.</w:t>
      </w:r>
    </w:p>
    <w:p>
      <w:pPr>
        <w:pStyle w:val="Heading2"/>
      </w:pPr>
      <w:r>
        <w:t>Quranic command to follow the Prophet's rulings</w:t>
      </w:r>
    </w:p>
    <w:p>
      <w:r>
        <w:rPr>
          <w:color w:val="666666"/>
          <w:sz w:val="18"/>
        </w:rPr>
        <w:t>Understanding The Importance of Hadith November 20, 2022 · 30s · at 10:51 · https://youtu.be/xwY_Qsz4HSQ?t=651</w:t>
      </w:r>
    </w:p>
    <w:p>
      <w:r>
        <w:rPr>
          <w:i/>
        </w:rPr>
        <w:t>“Jo Rasool tumhe de wo lo, jis se roke ruk jao”</w:t>
      </w:r>
    </w:p>
    <w:p>
      <w:r>
        <w:rPr>
          <w:sz w:val="20"/>
        </w:rPr>
        <w:t>10:51  to yeh bohat sare aisi quran mein ayatein hain, aur rasool Allah sal Allah aleh wasalam ki hadith hai ke humein har haal mein rasool Allah sal Allah aleh wasalam ki it'at karni hai, is</w:t>
      </w:r>
      <w:r>
        <w:br/>
      </w:r>
      <w:r>
        <w:rPr>
          <w:sz w:val="20"/>
        </w:rPr>
        <w:t>11:05  mein hamari bhalai hai. aur quran ka yeh hukum ek aur ayat mein aya hai, chapter 59 ke rasool se jo kuch tum ko mila, tum us ki pairwi karo; aur jis se rasool tum ko roke, tum us se ruk jao.</w:t>
      </w:r>
    </w:p>
    <w:p>
      <w:pPr>
        <w:pStyle w:val="Heading2"/>
      </w:pPr>
      <w:r>
        <w:t>Ibn Muqla and Hajjaj perfecting Arabic script and Quran diacritics</w:t>
      </w:r>
    </w:p>
    <w:p>
      <w:r>
        <w:rPr>
          <w:color w:val="666666"/>
          <w:sz w:val="18"/>
        </w:rPr>
        <w:t>History of Islamic Learning May 14, 2006 Part 2 · 2m 04s · at 1:39 · https://youtu.be/snrt_NRyjLI?t=99</w:t>
      </w:r>
    </w:p>
    <w:p>
      <w:r>
        <w:rPr>
          <w:i/>
        </w:rPr>
        <w:t>“ابن مقلہ ایک پیدا ہوا عباسی پیریڈ میں بغداد میں”</w:t>
      </w:r>
    </w:p>
    <w:p>
      <w:r>
        <w:rPr>
          <w:sz w:val="20"/>
        </w:rPr>
        <w:t>1:39  abhi bhi museum mein, kutub khane mein aisi cheezein maujood hain. to aise log paida hue jinho ne zabaan ko poori tarah se develop kiya.</w:t>
      </w:r>
      <w:r>
        <w:br/>
      </w:r>
      <w:r>
        <w:rPr>
          <w:sz w:val="20"/>
        </w:rPr>
        <w:t>1:52  misal ke taur par Ibn Muqla ek paida hua Abbasi period mein Baghdad mein. us ne apni poori zindagi waqf ki is mein ke script ko woh zyada achha banaye.</w:t>
      </w:r>
      <w:r>
        <w:br/>
      </w:r>
      <w:r>
        <w:rPr>
          <w:sz w:val="20"/>
        </w:rPr>
        <w:t>2:06  to Kufi khat ko us ne woh khat ki shakal di, jis ko kaha jata hai Naskh. yani Kufi khat ko develop kar ke us ne Naskh ka khat banaya.</w:t>
      </w:r>
      <w:r>
        <w:br/>
      </w:r>
      <w:r>
        <w:rPr>
          <w:sz w:val="20"/>
        </w:rPr>
        <w:t>2:16  Noon, Seen, Kha. jo ke aaj chal bhi chalta hai. woh beautiful, woh woh khoobsurat khat jo aaj aap dekhte hain, us ko kehte hain Naskh.</w:t>
      </w:r>
      <w:r>
        <w:br/>
      </w:r>
      <w:r>
        <w:rPr>
          <w:sz w:val="20"/>
        </w:rPr>
        <w:t>2:27  lekin is se pehle Kufi shakal tha woh. to us ko itna beautiful banaya us ne.</w:t>
      </w:r>
      <w:r>
        <w:br/>
      </w:r>
      <w:r>
        <w:rPr>
          <w:sz w:val="20"/>
        </w:rPr>
        <w:t>2:35  is tareeqay say is zamanay kay jo quran hua kartay thay, is par zer zabar nahi hota tha, nuqtay nahi hua kartay thay. yeh sab kaam hajjaj nay kiya.</w:t>
      </w:r>
      <w:r>
        <w:br/>
      </w:r>
      <w:r>
        <w:rPr>
          <w:sz w:val="20"/>
        </w:rPr>
        <w:t>2:46  bohat say expert logon ko lay kar is nay yeh kaam kiya kay poooray quran mein nuqtay qaim kiye gaye aur aaraab lagaye gaye. is say pehlay sirf hafiz log hi quran ko parh patay thay.</w:t>
      </w:r>
      <w:r>
        <w:br/>
      </w:r>
      <w:r>
        <w:rPr>
          <w:sz w:val="20"/>
        </w:rPr>
        <w:t>3:00  is liye nuskhay, nuskhey jo quran ki thay, jo copy, shuru kay jo copies thay quran ki, us mein zabar zer nahi hota tha, nuqtay nahi hotay thay. to sirf hafiz log hi parh patay thay sahi sahi us ko.</w:t>
      </w:r>
      <w:r>
        <w:br/>
      </w:r>
      <w:r>
        <w:rPr>
          <w:sz w:val="20"/>
        </w:rPr>
        <w:t>3:14  ab har aadmi parh sakta hai. ab jab kay</w:t>
      </w:r>
      <w:r>
        <w:br/>
      </w:r>
      <w:r>
        <w:rPr>
          <w:sz w:val="20"/>
        </w:rPr>
        <w:t>3:20  saray quran kay saray alfaaz par zabar zer hotay hain aur saray us par nuqtay hua kartay hain,</w:t>
      </w:r>
      <w:r>
        <w:br/>
      </w:r>
      <w:r>
        <w:rPr>
          <w:sz w:val="20"/>
        </w:rPr>
        <w:t>3:28  to is ki wajah say har aadmi kay liye mumkin hoga kay woh quran ko sahi sahi parhay. yeh sab kaam bohat dil lagay hain, bohat mehnatain ki hain logon nay, tab ja kar yeh kaam anjaam paya hai.</w:t>
      </w:r>
    </w:p>
    <w:p>
      <w:pPr>
        <w:pStyle w:val="Heading2"/>
      </w:pPr>
      <w:r>
        <w:t>Maulana introduces the topic of supporting religion</w:t>
      </w:r>
    </w:p>
    <w:p>
      <w:r>
        <w:rPr>
          <w:color w:val="666666"/>
          <w:sz w:val="18"/>
        </w:rPr>
        <w:t>Tayeed e Deen | July 13, 2014 · 30s · at 0:44 · https://youtu.be/n94xyIC-RE0?t=44</w:t>
      </w:r>
    </w:p>
    <w:p>
      <w:r>
        <w:rPr>
          <w:i/>
        </w:rPr>
        <w:t>“Supporting religion, helping religion.”</w:t>
      </w:r>
    </w:p>
    <w:p>
      <w:r>
        <w:rPr>
          <w:sz w:val="20"/>
        </w:rPr>
        <w:t>0:44  opic hai: taeed-e-deen.</w:t>
      </w:r>
      <w:r>
        <w:br/>
      </w:r>
      <w:r>
        <w:rPr>
          <w:sz w:val="20"/>
        </w:rPr>
        <w:t>0:50  deen ki help karna.</w:t>
      </w:r>
      <w:r>
        <w:br/>
      </w:r>
      <w:r>
        <w:rPr>
          <w:sz w:val="20"/>
        </w:rPr>
        <w:t>0:56  yeh topic mein ne is liye liya hai ke kal ek tajurba guzra, woh bohat anokha tajurba tha,</w:t>
      </w:r>
      <w:r>
        <w:br/>
      </w:r>
      <w:r>
        <w:rPr>
          <w:sz w:val="20"/>
        </w:rPr>
        <w:t>1:02  is se yeh title janam aaya.</w:t>
      </w:r>
      <w:r>
        <w:br/>
      </w:r>
      <w:r>
        <w:rPr>
          <w:sz w:val="20"/>
        </w:rPr>
        <w:t>1:08  dekhein, aap jante hain ke India ka</w:t>
      </w:r>
    </w:p>
    <w:p>
      <w:pPr>
        <w:pStyle w:val="Heading2"/>
      </w:pPr>
      <w:r>
        <w:t>Key word is for God's sake in hadith</w:t>
      </w:r>
    </w:p>
    <w:p>
      <w:r>
        <w:rPr>
          <w:color w:val="666666"/>
          <w:sz w:val="18"/>
        </w:rPr>
        <w:t>Tayeed e Deen | July 13, 2014 · 1m 00s · at 6:23 · https://youtu.be/n94xyIC-RE0?t=383</w:t>
      </w:r>
    </w:p>
    <w:p>
      <w:r>
        <w:rPr>
          <w:i/>
        </w:rPr>
        <w:t>“The crucial word is not fasting.”</w:t>
      </w:r>
    </w:p>
    <w:p>
      <w:r>
        <w:rPr>
          <w:sz w:val="20"/>
        </w:rPr>
        <w:t xml:space="preserve">6:23  </w:t>
      </w:r>
      <w:r>
        <w:br/>
      </w:r>
      <w:r>
        <w:rPr>
          <w:sz w:val="20"/>
        </w:rPr>
        <w:t>6:26  yani li ajli Allah.</w:t>
      </w:r>
      <w:r>
        <w:br/>
      </w:r>
      <w:r>
        <w:rPr>
          <w:sz w:val="20"/>
        </w:rPr>
        <w:t>6:30  crucial word sawm nahin hai.</w:t>
      </w:r>
      <w:r>
        <w:br/>
      </w:r>
      <w:r>
        <w:rPr>
          <w:sz w:val="20"/>
        </w:rPr>
        <w:t>6:33  is hadith mein jo crucial word hai, woh sawm nahin hai.</w:t>
      </w:r>
      <w:r>
        <w:br/>
      </w:r>
      <w:r>
        <w:rPr>
          <w:sz w:val="20"/>
        </w:rPr>
        <w:t>6:36  woh li ajli Allah hai.</w:t>
      </w:r>
      <w:r>
        <w:br/>
      </w:r>
      <w:r>
        <w:rPr>
          <w:sz w:val="20"/>
        </w:rPr>
        <w:t>6:40  is ka matlab hai ke jo kaam bhi sirf li ajli Allah ho, yani for the sake of God.</w:t>
      </w:r>
      <w:r>
        <w:br/>
      </w:r>
      <w:r>
        <w:rPr>
          <w:sz w:val="20"/>
        </w:rPr>
        <w:t>6:43  li ajli Allah ka matlab hai for the sake of God.</w:t>
      </w:r>
      <w:r>
        <w:br/>
      </w:r>
      <w:r>
        <w:rPr>
          <w:sz w:val="20"/>
        </w:rPr>
        <w:t>6:47  yani purely for the sake of God jo kaam ho.</w:t>
      </w:r>
      <w:r>
        <w:br/>
      </w:r>
      <w:r>
        <w:rPr>
          <w:sz w:val="20"/>
        </w:rPr>
        <w:t>6:50  to is sab ke liye yeh hadith</w:t>
      </w:r>
      <w:r>
        <w:br/>
      </w:r>
      <w:r>
        <w:rPr>
          <w:sz w:val="20"/>
        </w:rPr>
        <w:t>6:53  is par apply hogi.</w:t>
      </w:r>
      <w:r>
        <w:br/>
      </w:r>
      <w:r>
        <w:rPr>
          <w:sz w:val="20"/>
        </w:rPr>
        <w:t>6:58  to kal jo main ne dekha wahan, to meri samajh mein aayi ke li ajli Allah jo hai for</w:t>
      </w:r>
      <w:r>
        <w:br/>
      </w:r>
      <w:r>
        <w:rPr>
          <w:sz w:val="20"/>
        </w:rPr>
        <w:t>7:03  the sake of God, woh bohat hi bohat hi comprehensive word hai.</w:t>
      </w:r>
      <w:r>
        <w:br/>
      </w:r>
      <w:r>
        <w:rPr>
          <w:sz w:val="20"/>
        </w:rPr>
        <w:t>7:08  aur har us kaam par woh chaspana hoga jo waqeatan sirf Allah ke liye, sirf Allah ke liye,</w:t>
      </w:r>
      <w:r>
        <w:br/>
      </w:r>
      <w:r>
        <w:rPr>
          <w:sz w:val="20"/>
        </w:rPr>
        <w:t>7:13  sirf Allah ke liye ho.</w:t>
      </w:r>
      <w:r>
        <w:br/>
      </w:r>
      <w:r>
        <w:rPr>
          <w:sz w:val="20"/>
        </w:rPr>
        <w:t>7:18  koi material interest nahin, koi shohrat nahin</w:t>
      </w:r>
    </w:p>
    <w:p>
      <w:pPr>
        <w:pStyle w:val="Heading2"/>
      </w:pPr>
      <w:r>
        <w:t>Hadith qudsi on God's mercy</w:t>
      </w:r>
    </w:p>
    <w:p>
      <w:r>
        <w:rPr>
          <w:color w:val="666666"/>
          <w:sz w:val="18"/>
        </w:rPr>
        <w:t>Positive Thinking 7 May 2014 - Maulana Wahiduddin Khan · 1m 43s · at 0:18 · https://youtu.be/D6zupEZ6LLw?t=18</w:t>
      </w:r>
    </w:p>
    <w:p>
      <w:r>
        <w:rPr>
          <w:i/>
        </w:rPr>
        <w:t>“An Abi Dharr an al-Nabi”</w:t>
      </w:r>
    </w:p>
    <w:p>
      <w:r>
        <w:rPr>
          <w:sz w:val="20"/>
        </w:rPr>
        <w:t>0:18  an abi dharr an an nabi sallallahu alaihi wasallam fima rawa an Allah tabarak wa taala, innahu qal: "ya ibadi, inni harramtuz zulma ala nafsi, wa jaaltuhu bainakum muharriman, fala tazalamu." ya ibadi,</w:t>
      </w:r>
      <w:r>
        <w:br/>
      </w:r>
      <w:r>
        <w:rPr>
          <w:sz w:val="20"/>
        </w:rPr>
        <w:t>0:36  kullukum dhalun illa man hadaytuhu, fastahiduni ahdikum. ya ibadi, kullukum ja'i'un illa man atamtuhu, fastat'imuni ut'imukum.</w:t>
      </w:r>
      <w:r>
        <w:br/>
      </w:r>
      <w:r>
        <w:rPr>
          <w:sz w:val="20"/>
        </w:rPr>
        <w:t>0:50  ya ibadi, kullukum 'arun illa man kasawtuhu, fastaqsunini aksukum. sahih muslim hadith number 257.</w:t>
      </w:r>
      <w:r>
        <w:br/>
      </w:r>
      <w:r>
        <w:rPr>
          <w:sz w:val="20"/>
        </w:rPr>
        <w:t>1:06  abu dharr riwayat karte hain nabi sallallahu alaihi wasallam se: aap ne Allah taala se riwayat kiya, Allah ne farmaya: "ae mere bando!</w:t>
      </w:r>
      <w:r>
        <w:br/>
      </w:r>
      <w:r>
        <w:rPr>
          <w:sz w:val="20"/>
        </w:rPr>
        <w:t>1:20  mein ne apne oper zulm ko haram kar liya hai, aur mein ne tumhare darmiyan bhi zulm ko haram kar diya, to tum aapas mein zulm na karo.</w:t>
      </w:r>
      <w:r>
        <w:br/>
      </w:r>
      <w:r>
        <w:rPr>
          <w:sz w:val="20"/>
        </w:rPr>
        <w:t>1:33  ae mere bando! tum sab ke sab bhatke hue ho, magar woh shakhs jis ko mein hidayat doon, to tum mujh se hidayat talab karo, mein tum ko hidayat doon ga.</w:t>
      </w:r>
      <w:r>
        <w:br/>
      </w:r>
      <w:r>
        <w:rPr>
          <w:sz w:val="20"/>
        </w:rPr>
        <w:t>1:48  ae mere bando!</w:t>
      </w:r>
      <w:r>
        <w:br/>
      </w:r>
      <w:r>
        <w:rPr>
          <w:sz w:val="20"/>
        </w:rPr>
        <w:t>1:50  tum sab ke sab bhooke ho, siwaye us ke jis ko mein khilaon, to tum mujh se khana mango, mein tum ko khilaon ga.</w:t>
      </w:r>
    </w:p>
    <w:p>
      <w:pPr>
        <w:pStyle w:val="Heading2"/>
      </w:pPr>
      <w:r>
        <w:t>Recurring dream of Gandhi, claiming to be his true successor</w:t>
      </w:r>
    </w:p>
    <w:p>
      <w:r>
        <w:rPr>
          <w:color w:val="666666"/>
          <w:sz w:val="18"/>
        </w:rPr>
        <w:t>Journey to a Mediterranean Island November 23, 2008 · 4m 22s · at 58:32 · https://youtu.be/uoOiuhWeSIQ?t=3512</w:t>
      </w:r>
    </w:p>
    <w:p>
      <w:r>
        <w:rPr>
          <w:i/>
        </w:rPr>
        <w:t>“واٹ از نیو گاندھینزم؟ کین اور مشن بی ایسوسیٹڈ ود اٹ؟”</w:t>
      </w:r>
    </w:p>
    <w:p>
      <w:r>
        <w:rPr>
          <w:sz w:val="20"/>
        </w:rPr>
        <w:t>58:32  das question is from miss raziya: what is new gandhism? can our mission be associated with it?</w:t>
      </w:r>
      <w:r>
        <w:br/>
      </w:r>
      <w:r>
        <w:rPr>
          <w:sz w:val="20"/>
        </w:rPr>
        <w:t>58:46  kal aaye the mister siddharth, ek types of india ke,</w:t>
      </w:r>
      <w:r>
        <w:br/>
      </w:r>
      <w:r>
        <w:rPr>
          <w:sz w:val="20"/>
        </w:rPr>
        <w:t>58:50  un se mein ne baat karti hui kaha ke yeh lafz use kiya tha, mein ne new atheism. to bas bachta ho ke hamara jo mission hai, woh new atheism hai.</w:t>
      </w:r>
      <w:r>
        <w:br/>
      </w:r>
      <w:r>
        <w:rPr>
          <w:sz w:val="20"/>
        </w:rPr>
        <w:t>59:06  mein ne kai bar mahatma gandhi ko dream mein dekha.</w:t>
      </w:r>
      <w:r>
        <w:br/>
      </w:r>
      <w:r>
        <w:rPr>
          <w:sz w:val="20"/>
        </w:rPr>
        <w:t>59:13  mein ne ek baar dekha ke mein ek road hai, is pe walk kar raha hoon paidal. phir ek darakht hai, ek peir, is neeche mahatma gandhi akele baithe hue hain.</w:t>
      </w:r>
      <w:r>
        <w:br/>
      </w:r>
      <w:r>
        <w:rPr>
          <w:sz w:val="20"/>
        </w:rPr>
        <w:t>59:28  ek dam wahi haliya hai jo un ka hota tha, bohat hi sad.</w:t>
      </w:r>
      <w:r>
        <w:br/>
      </w:r>
      <w:r>
        <w:rPr>
          <w:sz w:val="20"/>
        </w:rPr>
        <w:t>59:36  to mein un ke paas jata hoon, to mujh ko ek pen dete hain.</w:t>
      </w:r>
      <w:r>
        <w:br/>
      </w:r>
      <w:r>
        <w:rPr>
          <w:sz w:val="20"/>
        </w:rPr>
        <w:t>59:43  mahatma gandhi ek pen dete hain aur kehte hain ke maulana sahib, aap jo kar rahe hain, is ko karte rahey.</w:t>
      </w:r>
      <w:r>
        <w:br/>
      </w:r>
      <w:r>
        <w:rPr>
          <w:sz w:val="20"/>
        </w:rPr>
        <w:t>59:57  bas itna hi bolay woh ke maulana sahib, aap jo kar rahe hain, is ko karte rahey. aur pen diya unhon ne. bas samajhta hoon ke mein mahatma gandhi ka reincarnation hoon,</w:t>
      </w:r>
      <w:r>
        <w:br/>
      </w:r>
      <w:r>
        <w:rPr>
          <w:sz w:val="20"/>
        </w:rPr>
        <w:t>1:00:10  ya kam az kam yeh keh sakta hoon ke mahatma gandhi ke ideals jo hain, un ka mein embodiment hoon. aap yeh na dekhen ke mera term of reference kya hota hai, matlab mahatma gandhi ka term of reference geeta hota tha.</w:t>
      </w:r>
      <w:r>
        <w:br/>
      </w:r>
      <w:r>
        <w:rPr>
          <w:sz w:val="20"/>
        </w:rPr>
        <w:t>1:00:25  agar mera term of reference quran hai to is mein bhadkiye nahin. aap kaha mahatma gandhi khud kehte thay ke ram rahim ek hai.</w:t>
      </w:r>
      <w:r>
        <w:br/>
      </w:r>
      <w:r>
        <w:rPr>
          <w:sz w:val="20"/>
        </w:rPr>
        <w:t>1:00:33  mahatma gandhi ke haan gaya jata tha gana baqayda, daily: ram rahim ek hai. to jo cheez unhein jo bolte thay, woh geeta ke reference mein, isi ko agar boloon quran ke reference mein to baat ek hi hui, do nahin hui.</w:t>
      </w:r>
      <w:r>
        <w:br/>
      </w:r>
      <w:r>
        <w:rPr>
          <w:sz w:val="20"/>
        </w:rPr>
        <w:t>1:00:50  woh</w:t>
      </w:r>
      <w:r>
        <w:br/>
      </w:r>
      <w:r>
        <w:rPr>
          <w:sz w:val="20"/>
        </w:rPr>
        <w:t>1:00:52  to mein to beharhaal yeh samajhta hoon ke mein mahatma gandhi ke ideals ka embodiment hoon. aur waqia hai ke is waqt india mein agar koi mahatma gandhi ko represent kar raha hai to mein akela hoon, koi doosra aadmi nahin hai.</w:t>
      </w:r>
      <w:r>
        <w:br/>
      </w:r>
      <w:r>
        <w:rPr>
          <w:sz w:val="20"/>
        </w:rPr>
        <w:t>1:01:09  dekhiye, mahatma gandhi ke jo saathi thay, woh un ke successor nahin ban sake. sab ke sab un ke revolution ke political beneficiary thay,</w:t>
      </w:r>
      <w:r>
        <w:br/>
      </w:r>
      <w:r>
        <w:rPr>
          <w:sz w:val="20"/>
        </w:rPr>
        <w:t>1:01:20  yani un ka jo revolution aaya, us se political faiday uthaye logon ne. mein ne koi faida nahin uthaya. mein bhi ek freedom fighter hoon, mein bhi bohat se faiday le sakta tha, mujhe offer bhi kai diye gaye, koi faida mein ne nahin liya.</w:t>
      </w:r>
      <w:r>
        <w:br/>
      </w:r>
      <w:r>
        <w:rPr>
          <w:sz w:val="20"/>
        </w:rPr>
        <w:t>1:01:35  to mein apne aap ko mahatma gandhi ka true successor manta hoon. is se koi na bhadkaye ke woh agar geeta ka reference dete thay aur mein quran ka reference deta hoon to yeh to yeh to khud woh kehte thay: ram rahim ek hai.</w:t>
      </w:r>
      <w:r>
        <w:br/>
      </w:r>
      <w:r>
        <w:rPr>
          <w:sz w:val="20"/>
        </w:rPr>
        <w:t>1:01:51  is ko le kar koi koi bhadakna nahin chahiye ke is ko. aur waqia yeh hai ke mahatma gandhi ke mission ko mein revive kar raha hoon ke mein ne mr. sudhar se kaha, aur jaate hue mein samajhta hoon ke unhon ne mana is cheez ko, is ke wazan ko, is ke weight ko unhon ne tasleem kiya.</w:t>
      </w:r>
      <w:r>
        <w:br/>
      </w:r>
      <w:r>
        <w:rPr>
          <w:sz w:val="20"/>
        </w:rPr>
        <w:t>1:02:10  to new gauthi-ism jo hai, woh naam hai guardian philosophy ka naye situation mein reapplication.</w:t>
      </w:r>
      <w:r>
        <w:br/>
      </w:r>
      <w:r>
        <w:rPr>
          <w:sz w:val="20"/>
        </w:rPr>
        <w:t>1:02:20  woh mein kar raha hoon, khuda ke fazal se.</w:t>
      </w:r>
      <w:r>
        <w:br/>
      </w:r>
      <w:r>
        <w:rPr>
          <w:sz w:val="20"/>
        </w:rPr>
        <w:t>1:02:26  logon ka mamla hai ke kuch kuch oopri cheezon ko le kar bhadakte hain, gehre gehre gehrai mein ja kar nahin dekhte. gehrai mein ja kar nahin dekhte.</w:t>
      </w:r>
      <w:r>
        <w:br/>
      </w:r>
      <w:r>
        <w:rPr>
          <w:sz w:val="20"/>
        </w:rPr>
        <w:t>1:02:37  gehrai mein ja ke aap dekhen to lage ke waqai yeh aadmi revive kar raha hai guardian philosophy ko.</w:t>
      </w:r>
      <w:r>
        <w:br/>
      </w:r>
      <w:r>
        <w:rPr>
          <w:sz w:val="20"/>
        </w:rPr>
        <w:t>1:02:45  inshallah, mein is par ek ek poora ek lecture inshallah hum rakhen ge india international center mein, isi par: what is new gauthi-ism?</w:t>
      </w:r>
    </w:p>
    <w:p>
      <w:pPr>
        <w:pStyle w:val="Heading2"/>
      </w:pPr>
      <w:r>
        <w:t>Being judged by the world versus chasing a higher goal</w:t>
      </w:r>
    </w:p>
    <w:p>
      <w:r>
        <w:rPr>
          <w:color w:val="666666"/>
          <w:sz w:val="18"/>
        </w:rPr>
        <w:t>Behtar Khatoon Kon CPS Women Article Discussion July 2, 2023 · 1m 39s · at 38:37 · https://youtu.be/tGPJwzCnCMM?t=2317</w:t>
      </w:r>
    </w:p>
    <w:p>
      <w:r>
        <w:rPr>
          <w:i/>
        </w:rPr>
        <w:t>“Jab duniya mein humein judge kiya jaata hai”</w:t>
      </w:r>
    </w:p>
    <w:p>
      <w:r>
        <w:rPr>
          <w:sz w:val="20"/>
        </w:rPr>
        <w:t>38:37  aap ab main sochti hoon ki hum CPS members jitni hain, woh is baat ko achhe se samajhti hain ki jab duniya mein hamein judge kiya jata hai to shayad sabhi ke saath aisa hota hoga, mere saath bhi hota hai. log aksar kehte hain ki bhai aap kahan kaise rehte ho? kya? mujhe to keh dete hain ki aapko us tarah se rehna chahiye, waise karna chahiye.</w:t>
      </w:r>
      <w:r>
        <w:br/>
      </w:r>
      <w:r>
        <w:rPr>
          <w:sz w:val="20"/>
        </w:rPr>
        <w:t>38:59  lekin hum hum jab jaan rahe hote hain ki hum ek higher goal ko dekh rahe hain, to hum un baaton ko dil par hi nahi asar lete hain aur zyada tar sabhi ke saath hum sabne face itna hi kahungi disaster. bilkul sahi kaha aapne hai.</w:t>
      </w:r>
      <w:r>
        <w:br/>
      </w:r>
      <w:r>
        <w:rPr>
          <w:sz w:val="20"/>
        </w:rPr>
        <w:t>39:28  waqai hum sab ke sath hai ke hum hamari jo soch hai woh alag ho gayi hai. to hum mein bhi bohat sari cheezen aisi tarah ki mili aur aksar yeh bhi hota hai ke yeh galat hai, yeh sahi hai jaise batana bata deti hoon bohat mere jawan se niklta hai woh mera hamesha ka tha bachpan se samajh liye.</w:t>
      </w:r>
      <w:r>
        <w:br/>
      </w:r>
      <w:r>
        <w:rPr>
          <w:sz w:val="20"/>
        </w:rPr>
        <w:t>39:49  to is ke liye maine bohat zyada aise logon ke ke zariye bohat daant bhi khaya hai bohat woh ke har waqt yeh kya kehna ke yeh Allah kya is waqt jo ho raha hai woh dekho. to yeh cheez yeh soch agar insaan ki nahi banegi to kabhi kamyab nahi ho sakta aur shayad yeh soch hi ki wajah se aaj hum is mission mein hain. nahi to hum bhi wahi material cheezon mein hote hain.</w:t>
      </w:r>
      <w:r>
        <w:br/>
      </w:r>
      <w:r>
        <w:rPr>
          <w:sz w:val="20"/>
        </w:rPr>
        <w:t>40:16  aap princess ek haan aap apni learning ko share karen. acha, kyunke main apne uska jo lubelabad school jo chehri ka usmein bohat achhi cheezen andaaz ke liye mana chahte jinhone mein sab sudharna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