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quran · full transcripts with timestamps · exported 2026-09-21</w:t>
      </w:r>
    </w:p>
    <w:p>
      <w:pPr>
        <w:pStyle w:val="Heading2"/>
      </w:pPr>
      <w:r>
        <w:t>Neglecting most important condition of purification</w:t>
      </w:r>
    </w:p>
    <w:p>
      <w:r>
        <w:rPr>
          <w:color w:val="666666"/>
          <w:sz w:val="18"/>
        </w:rPr>
        <w:t>How to Study The Quran May 01, 2007 (Eng) - Maulana Wahiduddin Khan · 38s · at 5:25 · https://youtu.be/TFD06hWWpt4?t=325</w:t>
      </w:r>
    </w:p>
    <w:p>
      <w:r>
        <w:rPr>
          <w:i/>
        </w:rPr>
        <w:t>“And the most important thing, and they neglect the most important condition”</w:t>
      </w:r>
    </w:p>
    <w:p>
      <w:r>
        <w:rPr>
          <w:sz w:val="20"/>
        </w:rPr>
        <w:t>5:25  and the most important thing, and they neglect the most important condition that is purification.</w:t>
      </w:r>
      <w:r>
        <w:br/>
      </w:r>
      <w:r>
        <w:rPr>
          <w:sz w:val="20"/>
        </w:rPr>
        <w:t>5:36  what is purification? it means that you have to read Quran. you have to study Quran with a purified soul, with a clearer thinking, with an open mind, with objective mind, with the presence of mind.</w:t>
      </w:r>
    </w:p>
    <w:p>
      <w:pPr>
        <w:pStyle w:val="Heading2"/>
      </w:pPr>
      <w:r>
        <w:t>Colonial history: how the political Islam ideology actually originated</w:t>
      </w:r>
    </w:p>
    <w:p>
      <w:r>
        <w:rPr>
          <w:color w:val="666666"/>
          <w:sz w:val="18"/>
        </w:rPr>
        <w:t>Islam and Politics November 17, 2013 · 3m 22s · at 1:11:24 · https://youtu.be/LgKA8wg4NPc?t=4284</w:t>
      </w:r>
    </w:p>
    <w:p>
      <w:r>
        <w:rPr>
          <w:i/>
        </w:rPr>
        <w:t>“This kind of thing happens gradually, planted in your mind bit by bit”</w:t>
      </w:r>
    </w:p>
    <w:p>
      <w:r>
        <w:rPr>
          <w:sz w:val="20"/>
        </w:rPr>
        <w:t>1:11:24  unhon ne likha hai if political interpretation of islam is not derived from quran and hadith then how did muslim scholars got involved in it even though they had knowledge of quran as well as hadith</w:t>
      </w:r>
      <w:r>
        <w:br/>
      </w:r>
      <w:r>
        <w:rPr>
          <w:sz w:val="20"/>
        </w:rPr>
        <w:t>1:11:42  dekhein is tarah ka jo kaam hota hai woh gradual tor par hota hai aur dheere dheere aap ke zehn mein bichhaya jata hai aap ko khabar bhi nahi hoti ke maine yani kis ghalati mein phans gaya</w:t>
      </w:r>
      <w:r>
        <w:br/>
      </w:r>
      <w:r>
        <w:rPr>
          <w:sz w:val="20"/>
        </w:rPr>
        <w:t>1:11:59  hoon mein dekhein hua yeh yeh ke is zamane mein yani yeh zamana jo jis ko hum naya zamana kehte hain to</w:t>
      </w:r>
      <w:r>
        <w:br/>
      </w:r>
      <w:r>
        <w:rPr>
          <w:sz w:val="20"/>
        </w:rPr>
        <w:t>1:12:13  maghribi taaqatein ubhren mislan yani france ubhra britania ubhra aur doosre mulk maghribi mulk ubhre unhon ne dunya mein apna domination qaim karna chaha kyunke woh nayi taaqaton se musallah ho ch</w:t>
      </w:r>
      <w:r>
        <w:br/>
      </w:r>
      <w:r>
        <w:rPr>
          <w:sz w:val="20"/>
        </w:rPr>
        <w:t>1:12:32  ke the unhon ne steam power daryaft kiya tha modern industry daryaft ki thi woh modern andaaz mein unhon ne apni foujon ko munazzam kiya tha to nayi taaqat se ubhre woh to us waqt jo unhon ne domination karna chaha to us waqt musalmano ne jagah jagah musalmano ki hukoomatein theen to turkon ki hukoomat mughal hukoomat to un ki zad mein yahi hukoomatein aain yeh hukoomatein</w:t>
      </w:r>
      <w:r>
        <w:br/>
      </w:r>
      <w:r>
        <w:rPr>
          <w:sz w:val="20"/>
        </w:rPr>
        <w:t>1:13:00  to africa mein aur europe mein muslim hukoomaton ko khatm kar ke unhon ne yani khatm to nahi kiya matlab un ko dominate kar ke apna apna suttra qaim kiya to ab shuru shuru mein is ke khilaaf reaction hua log ladne ke liye khade hogaye</w:t>
      </w:r>
      <w:r>
        <w:br/>
      </w:r>
      <w:r>
        <w:rPr>
          <w:sz w:val="20"/>
        </w:rPr>
        <w:t>1:13:18  phir dheere dheere yahi log jo is mein aaye the yani ladai ke maidan mein apne is ladai ke ah ladai ki is tehreek ko justify karne ke liye musalmano ko mazeed apne saath lene ke liye unhon ne yeh kiya ke political interpretation dena shuru kiya isi ki hi ka isi sequence mein aaya hai</w:t>
      </w:r>
      <w:r>
        <w:br/>
      </w:r>
      <w:r>
        <w:rPr>
          <w:sz w:val="20"/>
        </w:rPr>
        <w:t>1:13:44  yani unnisveen sadi ke aaghaz mein colonial powers ke khilaaf jo ladai shuru ki gayi thi isi ke sequence mein baad ko aisa hua ke us ko unhon ne ek nazariye ki shakal de di ek political justification is ka karne karne lage to unhon ne kaha ke ji yeh islam ka yeh aqide ka masla bana diya</w:t>
      </w:r>
      <w:r>
        <w:br/>
      </w:r>
      <w:r>
        <w:rPr>
          <w:sz w:val="20"/>
        </w:rPr>
        <w:t>1:14:07  yani pehle daur mein yeh aqide ka masla nahi tha woh sirf yeh tha ke unhon ne hum hum se chheena hai to hum use wapas lenge pehle daur mein jo mamla tha woh yeh tha ke hum se political power unhon ne chheena hai to hum use wapas karenge chheenenge un se dobara lad kar ke yeh tha lekin baad ko unhon ne aqide ka masla bana diya ke yeh hamare aqide ka mamla hamara farz hai hamare upar ke hum dobara islami hukoomat qaim karein</w:t>
      </w:r>
      <w:r>
        <w:br/>
      </w:r>
      <w:r>
        <w:rPr>
          <w:sz w:val="20"/>
        </w:rPr>
        <w:t>1:14:34  to main samajhta hoon isi sequence ka culmination tha yeh ke islam ka political interpretation diya gaya hai</w:t>
      </w:r>
    </w:p>
    <w:p>
      <w:pPr>
        <w:pStyle w:val="Heading2"/>
      </w:pPr>
      <w:r>
        <w:t>Quran needs re-definition today, not re-revelation</w:t>
      </w:r>
    </w:p>
    <w:p>
      <w:r>
        <w:rPr>
          <w:color w:val="666666"/>
          <w:sz w:val="18"/>
        </w:rPr>
        <w:t>The Purpose of Creation March 30, 2008 · 29s · at 28:36 · https://youtu.be/ORcTSPLvyn0?t=1716</w:t>
      </w:r>
    </w:p>
    <w:p>
      <w:r>
        <w:rPr>
          <w:i/>
        </w:rPr>
        <w:t>“Quran has to be re-defined today”</w:t>
      </w:r>
    </w:p>
    <w:p>
      <w:r>
        <w:rPr>
          <w:sz w:val="20"/>
        </w:rPr>
        <w:t>28:36  kisi ne bohat pehle likha tha aik article, is mein us ne kaha tha ke quran has to be re revealed today. mein samajhta hoon ke yeh baat sahi nahi hai.</w:t>
      </w:r>
      <w:r>
        <w:br/>
      </w:r>
      <w:r>
        <w:rPr>
          <w:sz w:val="20"/>
        </w:rPr>
        <w:t>28:51  quran has to be re defined today. humein re definition ki zaroorat hai, is ki zaroorat nahi ke re revelation ki zaroorat nahi hai.</w:t>
      </w:r>
      <w:r>
        <w:br/>
      </w:r>
      <w:r>
        <w:rPr>
          <w:sz w:val="20"/>
        </w:rPr>
        <w:t>29:02  to quran ko, islam ki taleemat ko humein re define karna hai,</w:t>
      </w:r>
    </w:p>
    <w:p>
      <w:pPr>
        <w:pStyle w:val="Heading2"/>
      </w:pPr>
      <w:r>
        <w:t>Satan beautifies wrongdoing to make it look good</w:t>
      </w:r>
    </w:p>
    <w:p>
      <w:r>
        <w:rPr>
          <w:color w:val="666666"/>
          <w:sz w:val="18"/>
        </w:rPr>
        <w:t>Islam and Politics November 17, 2013 · 45s · at 13:32 · https://youtu.be/LgKA8wg4NPc?t=812</w:t>
      </w:r>
    </w:p>
    <w:p>
      <w:r>
        <w:rPr>
          <w:i/>
        </w:rPr>
        <w:t>“Beautifying a wrong deed and calling it good”</w:t>
      </w:r>
    </w:p>
    <w:p>
      <w:r>
        <w:rPr>
          <w:sz w:val="20"/>
        </w:rPr>
        <w:t>13:32  yani ghalat kaam ko beautify kar ke acha batana. Quran mein bar bar yeh baat kahi gayi hai ke zain allahu shaitanu a'malahu.</w:t>
      </w:r>
      <w:r>
        <w:br/>
      </w:r>
      <w:r>
        <w:rPr>
          <w:sz w:val="20"/>
        </w:rPr>
        <w:t>13:44  shaitan ne un ke amal ko un ke liye beautify kar rakha hai.</w:t>
      </w:r>
      <w:r>
        <w:br/>
      </w:r>
      <w:r>
        <w:rPr>
          <w:sz w:val="20"/>
        </w:rPr>
        <w:t>13:50  yani ek bure kaam ko acha bana rakha hai. yehi to hai acha banana. ke ek aisi cheez jis se nafrat paida hoti hai, jis se violence paida hota hai, jise sari duniya ko aap ghair samajhne lagte hain.</w:t>
      </w:r>
      <w:r>
        <w:br/>
      </w:r>
      <w:r>
        <w:rPr>
          <w:sz w:val="20"/>
        </w:rPr>
        <w:t>14:06  aur us ko shaitan ne keh diya ke sahib yeh to Islam ka mukammal Islam ka juz hai yeh. yehi to beautification hai.</w:t>
      </w:r>
    </w:p>
    <w:p>
      <w:pPr>
        <w:pStyle w:val="Heading2"/>
      </w:pPr>
      <w:r>
        <w:t>Gradual creation to stimulate human thought</w:t>
      </w:r>
    </w:p>
    <w:p>
      <w:r>
        <w:rPr>
          <w:color w:val="666666"/>
          <w:sz w:val="18"/>
        </w:rPr>
        <w:t>Ramadan a Month of Study of Quran August 23, 2009 · 53s · at 7:33 · https://youtu.be/8z-v68n7WuA?t=453</w:t>
      </w:r>
    </w:p>
    <w:p>
      <w:r>
        <w:rPr>
          <w:i/>
        </w:rPr>
        <w:t>“Agar duniya achanak ban jaye to hum kya sochenge?”</w:t>
      </w:r>
    </w:p>
    <w:p>
      <w:r>
        <w:rPr>
          <w:sz w:val="20"/>
        </w:rPr>
        <w:t>7:33  aisa nahi kiya kyun? woh is liye ke hum sochen. agar dunya achaanak ban jaye to is mein hum kya sochenge? musa ke a'sab par koi sochne ka wahan par nahi tha saman.</w:t>
      </w:r>
      <w:r>
        <w:br/>
      </w:r>
      <w:r>
        <w:rPr>
          <w:sz w:val="20"/>
        </w:rPr>
        <w:t>7:48  lekin yeh jo dunya bani hai pandrah saal mein, pandrah billion saal mein to sara laws hai yahan se wahan tak. is in laws ko jo hum kehte hain laws of nature.</w:t>
      </w:r>
      <w:r>
        <w:br/>
      </w:r>
      <w:r>
        <w:rPr>
          <w:sz w:val="20"/>
        </w:rPr>
        <w:t>8:00  isko insan ne discover kiya. hazaron saal se insan soch raha tha. aur phir jo aaj kal jo science ka zamana aaya hai newton se to pichhle char sau saal mein bohat zyada socha gaya.</w:t>
      </w:r>
      <w:r>
        <w:br/>
      </w:r>
      <w:r>
        <w:rPr>
          <w:sz w:val="20"/>
        </w:rPr>
        <w:t>8:13  to insaan ki soch ko activate karne ke liye. to to pandrah billion saal mein khuda ne banaya kyun insaan ki soch ko activate karne ke liye?</w:t>
      </w:r>
    </w:p>
    <w:p>
      <w:pPr>
        <w:pStyle w:val="Heading2"/>
      </w:pPr>
      <w:r>
        <w:t>What prayer really means: surrendering to the Creator</w:t>
      </w:r>
    </w:p>
    <w:p>
      <w:r>
        <w:rPr>
          <w:color w:val="666666"/>
          <w:sz w:val="18"/>
        </w:rPr>
        <w:t>Dars-e-Quran (Al-Baqarah (The Heifer) 2 1-6) July 19, 2015 · 26s · at 24:22 · https://youtu.be/JJOfEihDoIs?t=1462</w:t>
      </w:r>
    </w:p>
    <w:p>
      <w:r>
        <w:rPr>
          <w:i/>
        </w:rPr>
        <w:t>“Namaz kya hai? Khaliq ke aage surrender karna”</w:t>
      </w:r>
    </w:p>
    <w:p>
      <w:r>
        <w:rPr>
          <w:sz w:val="20"/>
        </w:rPr>
        <w:t>24:22  namaz kya hai? namaz kya hai khalq ke aage surrender karna. khalq ko maan lena. khalq ke aage apne ko jhuka dena.</w:t>
      </w:r>
      <w:r>
        <w:br/>
      </w:r>
      <w:r>
        <w:rPr>
          <w:sz w:val="20"/>
        </w:rPr>
        <w:t>24:34  yaani jo jis ka zehni irtaqa itna buland hua ho ke woh is baat ko jaane ke main makhlooq hoon, main khalq to nahi hoon.</w:t>
      </w:r>
      <w:r>
        <w:br/>
      </w:r>
      <w:r>
        <w:rPr>
          <w:sz w:val="20"/>
        </w:rPr>
        <w:t>24:44  to mujhe khalq ke aage surrender karna parega.</w:t>
      </w:r>
    </w:p>
    <w:p>
      <w:pPr>
        <w:pStyle w:val="Heading2"/>
      </w:pPr>
      <w:r>
        <w:t>Fasting creates helplessness and sensitivity</w:t>
      </w:r>
    </w:p>
    <w:p>
      <w:r>
        <w:rPr>
          <w:color w:val="666666"/>
          <w:sz w:val="18"/>
        </w:rPr>
        <w:t>Ramadan and Roza 5th August, 2012 Maulana Wahiduddin Khan · 2m 57s · at 1:52 · https://youtu.be/EVCudm_mwp0?t=112</w:t>
      </w:r>
    </w:p>
    <w:p>
      <w:r>
        <w:rPr>
          <w:i/>
        </w:rPr>
        <w:t>“Roza rakh kar jo maqsad hai woh kya hai?”</w:t>
      </w:r>
    </w:p>
    <w:p>
      <w:r>
        <w:rPr>
          <w:sz w:val="20"/>
        </w:rPr>
        <w:t>1:52  ek lafz mein yeh hai ke roza rakh kar jo maqsad hai woh kya hai? quran mein is ke liye lafz taqwa aaya hai taake tumhare andar taqwa paida ho.</w:t>
      </w:r>
      <w:r>
        <w:br/>
      </w:r>
      <w:r>
        <w:rPr>
          <w:sz w:val="20"/>
        </w:rPr>
        <w:t>2:07  lekin taqwa kya hai?</w:t>
      </w:r>
      <w:r>
        <w:br/>
      </w:r>
      <w:r>
        <w:rPr>
          <w:sz w:val="20"/>
        </w:rPr>
        <w:t>2:09  is par maine ghor kiya to mujhe samajh mein aaya ke taqwa ka matlab hai hassasiyat ko barhana.</w:t>
      </w:r>
      <w:r>
        <w:br/>
      </w:r>
      <w:r>
        <w:rPr>
          <w:sz w:val="20"/>
        </w:rPr>
        <w:t>2:20  yaani jo log overeating karte hain woh roza nahi rakhte. un ko pata hi nahi ke roze ka maqsad yeh nahi hai ke aap overeating karein aur din bhar aap ko bhook na lagay.</w:t>
      </w:r>
      <w:r>
        <w:br/>
      </w:r>
      <w:r>
        <w:rPr>
          <w:sz w:val="20"/>
        </w:rPr>
        <w:t>2:32  nahi, aap ko pyaas lagna chahiye.</w:t>
      </w:r>
      <w:r>
        <w:br/>
      </w:r>
      <w:r>
        <w:rPr>
          <w:sz w:val="20"/>
        </w:rPr>
        <w:t>2:36  aap ko bhook lagna chahiye. tab roze ka maqsad hasil hoga. yeh baat ek hadith se wazeh hoti hai ke rasool Allah sal Allah alaihi wasallam jab taif gaye wahan par logon ne pathar mara</w:t>
      </w:r>
      <w:r>
        <w:br/>
      </w:r>
      <w:r>
        <w:rPr>
          <w:sz w:val="20"/>
        </w:rPr>
        <w:t>2:54  to us waqt Allah taala ne ek farishtay ko bheja. yeh farishta jo tha woh malik al-jabal tha. yaani paharon ka farishta.</w:t>
      </w:r>
      <w:r>
        <w:br/>
      </w:r>
      <w:r>
        <w:rPr>
          <w:sz w:val="20"/>
        </w:rPr>
        <w:t>3:07  to rasool Allah bohat ziyada yaani ajeeb halat thi us waqt.</w:t>
      </w:r>
      <w:r>
        <w:br/>
      </w:r>
      <w:r>
        <w:rPr>
          <w:sz w:val="20"/>
        </w:rPr>
        <w:t>3:12  khoon beh raha tha. bhookay thay. piyasay thay. kyunke in logon ne kuch kuch tawazu bhi nahi ki.</w:t>
      </w:r>
      <w:r>
        <w:br/>
      </w:r>
      <w:r>
        <w:rPr>
          <w:sz w:val="20"/>
        </w:rPr>
        <w:t>3:24  kuch hospitality bhi nahi dikhai. bas</w:t>
      </w:r>
      <w:r>
        <w:br/>
      </w:r>
      <w:r>
        <w:rPr>
          <w:sz w:val="20"/>
        </w:rPr>
        <w:t>3:28  daant dapt ke aur pathar mar ke nikaal diya shehar se. us waqt aaya farishta malik al-jabal.</w:t>
      </w:r>
      <w:r>
        <w:br/>
      </w:r>
      <w:r>
        <w:rPr>
          <w:sz w:val="20"/>
        </w:rPr>
        <w:t>3:39  to us ne kaha ke aey Muhammad main malik al-jabal hoon.</w:t>
      </w:r>
      <w:r>
        <w:br/>
      </w:r>
      <w:r>
        <w:rPr>
          <w:sz w:val="20"/>
        </w:rPr>
        <w:t>3:46  main mere ikhtiyar mein yeh hai ke main taif ki basti ko do paharon ke darmiyan kuchal doon.</w:t>
      </w:r>
      <w:r>
        <w:br/>
      </w:r>
      <w:r>
        <w:rPr>
          <w:sz w:val="20"/>
        </w:rPr>
        <w:t>3:58  agar aap kahein to. ek waqia yeh hai. doosra waqia hai</w:t>
      </w:r>
      <w:r>
        <w:br/>
      </w:r>
      <w:r>
        <w:rPr>
          <w:sz w:val="20"/>
        </w:rPr>
        <w:t>4:05  yeh hai ke aap se isi douran ek ek farishtay ne aa kar kaha ke Allah taala ne mujhe bheja hai aur makkah ke jo wadi hai us ko sara sona bana kar aap ko de diya jaye.</w:t>
      </w:r>
      <w:r>
        <w:br/>
      </w:r>
      <w:r>
        <w:rPr>
          <w:sz w:val="20"/>
        </w:rPr>
        <w:t>4:22  to aap ne farmaya ke la ya rabb. nahi Khuda aisa nahi. bal idha ju't tadharra'tu to</w:t>
      </w:r>
      <w:r>
        <w:br/>
      </w:r>
      <w:r>
        <w:rPr>
          <w:sz w:val="20"/>
        </w:rPr>
        <w:t>4:34  jab mujhe bhook lagay to main tadarru karoon. is ka matlab hai bhook lagna aur pyaas lagna yeh zaroori hai taake aadmi ke andar helplessness ka ehsas paida ho.</w:t>
      </w:r>
    </w:p>
    <w:p>
      <w:pPr>
        <w:pStyle w:val="Heading2"/>
      </w:pPr>
      <w:r>
        <w:t>Stories of handing the Quran to guarded public figures</w:t>
      </w:r>
    </w:p>
    <w:p>
      <w:r>
        <w:rPr>
          <w:color w:val="666666"/>
          <w:sz w:val="18"/>
        </w:rPr>
        <w:t>In Conversation with Mohammad Asad Pervez March 27, 2022 · 4m 01s · at 1:01:36 · https://youtu.be/usQU5XmtkX0?t=3696</w:t>
      </w:r>
    </w:p>
    <w:p>
      <w:r>
        <w:rPr>
          <w:i/>
        </w:rPr>
        <w:t>“Every single incident is unique, but something is common”</w:t>
      </w:r>
    </w:p>
    <w:p>
      <w:r>
        <w:rPr>
          <w:sz w:val="20"/>
        </w:rPr>
        <w:t>1:01:36  Any particular incident that you want to share with us? Every single every single incident is is so unique but there's something which I which I find common is that it becomes it's it's it's unbelievably easy. Right.</w:t>
      </w:r>
      <w:r>
        <w:br/>
      </w:r>
      <w:r>
        <w:rPr>
          <w:sz w:val="20"/>
        </w:rPr>
        <w:t>1:01:57  And and because you would see that like security guard like whenever there's a prominent personality, you know, giving a speech or walking down the street, they're always, you know, backed by People think they're non approachable. They are non approachable. Yeah. And they're backed by and and they give the impression that they're non because they have all these big bulky guys around them like you know. Yes. Like you can't even look them in the eye and say, I'm gonna finish up right there.</w:t>
      </w:r>
      <w:r>
        <w:br/>
      </w:r>
      <w:r>
        <w:rPr>
          <w:sz w:val="20"/>
        </w:rPr>
        <w:t>1:02:22  So, but every time I approach them with an interim given the Quran, they've just moved away. I I mean, there was this one time I was approaching a very famous personality and and there was a guard standing right in front of him and everyone who wanted to meet him, he would just tell them, go, leave, leave. Right. And and I didn't know why I felt that I should have been attempted, but the moment I I I stood in front of him, he just stepped aside. Mhmm.</w:t>
      </w:r>
      <w:r>
        <w:br/>
      </w:r>
      <w:r>
        <w:rPr>
          <w:sz w:val="20"/>
        </w:rPr>
        <w:t>1:02:51  It's it was it was unbelievable. Like, he just stepped aside and I went and got to meet him and then he wouldn't let anyone behind me come in as well. Amazing. It's almost like the Quran had to be given to him, you know, right then and there and and likewise when I met governor Charlie Baker who was the governor of Massachusetts, he the same position of a chief minister.</w:t>
      </w:r>
      <w:r>
        <w:br/>
      </w:r>
      <w:r>
        <w:rPr>
          <w:sz w:val="20"/>
        </w:rPr>
        <w:t>1:03:16  He just, you know, he was in this private opening and and he and he just walked out</w:t>
      </w:r>
      <w:r>
        <w:br/>
      </w:r>
      <w:r>
        <w:rPr>
          <w:sz w:val="20"/>
        </w:rPr>
        <w:t>1:03:21  and he walked out and and and and he he he walks up to me and I and</w:t>
      </w:r>
      <w:r>
        <w:br/>
      </w:r>
      <w:r>
        <w:rPr>
          <w:sz w:val="20"/>
        </w:rPr>
        <w:t>1:03:27  I shake his hand like like, governor, you know, I appreciate you, you know, visiting our neighborhood and</w:t>
      </w:r>
      <w:r>
        <w:br/>
      </w:r>
      <w:r>
        <w:rPr>
          <w:sz w:val="20"/>
        </w:rPr>
        <w:t>1:03:33  here's a like here's a gift And but what was even more amazing was was once when I</w:t>
      </w:r>
      <w:r>
        <w:br/>
      </w:r>
      <w:r>
        <w:rPr>
          <w:sz w:val="20"/>
        </w:rPr>
        <w:t>1:03:38  was was touring New York with my parents and we just got off from the the ferry that</w:t>
      </w:r>
      <w:r>
        <w:br/>
      </w:r>
      <w:r>
        <w:rPr>
          <w:sz w:val="20"/>
        </w:rPr>
        <w:t>1:03:44  takes you to see the Stats Of Liberty.</w:t>
      </w:r>
      <w:r>
        <w:br/>
      </w:r>
      <w:r>
        <w:rPr>
          <w:sz w:val="20"/>
        </w:rPr>
        <w:t>1:03:50  So it's called Battery Park. Towards the end of the Battery Park, my parents got hungry. Got hungry. So we were having these famous, like, chicken gyros of New York next to a food cart. Right. And and the mayor was giving a speech, he was launching, inaugurating the statue. It was a close private event guarded by maybe like 50 to, you know, 75 cops. The mayor of New York is kind of like a president of a small country. New York New York is a massive massive place. Yes.</w:t>
      </w:r>
      <w:r>
        <w:br/>
      </w:r>
      <w:r>
        <w:rPr>
          <w:sz w:val="20"/>
        </w:rPr>
        <w:t>1:04:19  And I thought that there was absolutely no way I could approach him and given the Quran. But I just stood there as far as close as I could get and he suddenly gets a phone call. Right. He gets a phone call and he stops his meeting with people like midway and and and he and he exits the place. Right. Right there and and the guards open the, you know, the barricade for him to exit. And come straight to you.</w:t>
      </w:r>
      <w:r>
        <w:br/>
      </w:r>
      <w:r>
        <w:rPr>
          <w:sz w:val="20"/>
        </w:rPr>
        <w:t>1:04:48  And he walks straight towards me and I was looking in the eye and I said, well, mister mayor, have a special gift for you. That's how I always approach people. You know, I never go like, here, here's a Quran. Take it, read it, you know, or you're doomed. No. It's you always give it as a gift and people are receiving of gifts. So and and he said, one sec, buddy. I gotta take this call. And he and he asked, you know, the person with him to collect it from me. Right. And and then I and then then I gave it to the assistant.</w:t>
      </w:r>
      <w:r>
        <w:br/>
      </w:r>
      <w:r>
        <w:rPr>
          <w:sz w:val="20"/>
        </w:rPr>
        <w:t>1:05:18  So so there are so many of these incidences, you know, could name which which are inexplainable, but I but I've realized that every time you have good intention, know, it's like you just got to stand up, make the effort and god and angel takes, you know, they take care of the rest.</w:t>
      </w:r>
      <w:r>
        <w:br/>
      </w:r>
      <w:r>
        <w:rPr>
          <w:sz w:val="20"/>
        </w:rPr>
        <w:t>1:05:37  And I think, Asad, one, very important lesson that we get from, you know, this particular interaction of Asad is that you have to carry Quran always. Maulana sahib always used to say carry the Dawah literature. You don't know who you will meet or whom Allah will make you meet on that particular day. Now imagine if all this happened and you didn't have the copy of the Quran, you would have felt that you know I lost a great opportunity.</w:t>
      </w:r>
    </w:p>
    <w:p>
      <w:pPr>
        <w:pStyle w:val="Heading2"/>
      </w:pPr>
      <w:r>
        <w:t>Why pre-marital romance counts as forbidden distraction</w:t>
      </w:r>
    </w:p>
    <w:p>
      <w:r>
        <w:rPr>
          <w:color w:val="666666"/>
          <w:sz w:val="18"/>
        </w:rPr>
        <w:t>Rationalization of Evil Feb 15, 2009 · 2m 49s · at 1:26:07 · https://youtu.be/WbeB4g7sNQ4?t=5167</w:t>
      </w:r>
    </w:p>
    <w:p>
      <w:r>
        <w:rPr>
          <w:i/>
        </w:rPr>
        <w:t>“سب سے بری بات جو ہے آج کل، یہ لاء آف فیئر ہے”</w:t>
      </w:r>
    </w:p>
    <w:p>
      <w:r>
        <w:rPr>
          <w:sz w:val="20"/>
        </w:rPr>
        <w:t>1:26:07  mein samajhta hoon ke yeh bohat hi buri baat hai. sab se buri baat jo hai aaj kal yeh law of affair hai. jo jo cheez mein aksar kaha karta hoon ke dekhiye, Islam mein jo haram hai, woh kya hai?</w:t>
      </w:r>
      <w:r>
        <w:br/>
      </w:r>
      <w:r>
        <w:rPr>
          <w:sz w:val="20"/>
        </w:rPr>
        <w:t>1:26:18  haram paane ke woh distraction aata hota hai. is ke sath distraction</w:t>
      </w:r>
      <w:r>
        <w:br/>
      </w:r>
      <w:r>
        <w:rPr>
          <w:sz w:val="20"/>
        </w:rPr>
        <w:t>1:26:25  jo cheez haram hai Islam mein, woh sirf isi liye haram hai ke woh aadmi ko distract karti hai right path se. mein samajhta hoon ke yeh jo law of affair chala hua hai, yeh sab se bara super distraction hai.</w:t>
      </w:r>
      <w:r>
        <w:br/>
      </w:r>
      <w:r>
        <w:rPr>
          <w:sz w:val="20"/>
        </w:rPr>
        <w:t>1:26:36  yeh koi aur kaam nahi hai. logon ko mein logon ko dekhta hoon, bas isi se baatein karenge, isi mein messaging hogi, isi milenge aur dating hogi.</w:t>
      </w:r>
      <w:r>
        <w:br/>
      </w:r>
      <w:r>
        <w:rPr>
          <w:sz w:val="20"/>
        </w:rPr>
        <w:t>1:26:49  zindagi koi maqsad hi nahi, doosra bara maqsad kuch nahi reh</w:t>
      </w:r>
      <w:r>
        <w:br/>
      </w:r>
      <w:r>
        <w:rPr>
          <w:sz w:val="20"/>
        </w:rPr>
        <w:t>1:26:52  ta. isi isi mein phanse rehte hain, isi mein phanse rehte hain. to mein bilkul bilkul hi har yani morally aur islamically har lehaz se galat samajhta hoon ke marne se pehle jo law of affair kiya aata hai, us ko mein us ko sahi nahi samajhta.</w:t>
      </w:r>
      <w:r>
        <w:br/>
      </w:r>
      <w:r>
        <w:rPr>
          <w:sz w:val="20"/>
        </w:rPr>
        <w:t>1:27:10  us ko mein distraction samajhta hoon.</w:t>
      </w:r>
      <w:r>
        <w:br/>
      </w:r>
      <w:r>
        <w:rPr>
          <w:sz w:val="20"/>
        </w:rPr>
        <w:t>1:27:14  Maulana Raza Kamal would like to know your comment on that there are people who celebrate Valentine's Day, but there are certain number of people who also celebrate Eid Ashiqeen.</w:t>
      </w:r>
      <w:r>
        <w:br/>
      </w:r>
      <w:r>
        <w:rPr>
          <w:sz w:val="20"/>
        </w:rPr>
        <w:t>1:27:29  hain some people celebrate Valentine's Day, haan, but there are others who also celebrate Eid Ashiqeen.</w:t>
      </w:r>
      <w:r>
        <w:br/>
      </w:r>
      <w:r>
        <w:rPr>
          <w:sz w:val="20"/>
        </w:rPr>
        <w:t>1:27:39  Eid Ashiqeen, acha ji, so he would like to know your comment on this.</w:t>
      </w:r>
      <w:r>
        <w:br/>
      </w:r>
      <w:r>
        <w:rPr>
          <w:sz w:val="20"/>
        </w:rPr>
        <w:t>1:27:44  bhai, mein jaanta hoon Eid Ashiqeen kya cheez hai. haan, Valentine's Day ka hi doosra meaning unhone Eid Ashiqeen.</w:t>
      </w:r>
      <w:r>
        <w:br/>
      </w:r>
      <w:r>
        <w:rPr>
          <w:sz w:val="20"/>
        </w:rPr>
        <w:t>1:27:52  haan, Eid Ashiqeen bhi bilkul najayaz maani jayegi. bilkul absurd hai, laغو hai, koi sahi nahi hai, woh jaiz nahi hai. yeh sab distraction hai.</w:t>
      </w:r>
      <w:r>
        <w:br/>
      </w:r>
      <w:r>
        <w:rPr>
          <w:sz w:val="20"/>
        </w:rPr>
        <w:t>1:28:02  logon ko pata hi nahi ke zindagi ka jo bara goal hai, woh is se aadmi distract ho jata hai. har woh cheez jo distract kare, woh jaiz nahi</w:t>
      </w:r>
      <w:r>
        <w:br/>
      </w:r>
      <w:r>
        <w:rPr>
          <w:sz w:val="20"/>
        </w:rPr>
        <w:t>1:28:13  hai. Maine ek baar to yahan kaha tha, aap ko yaad hoga ke Allah taala ne jab Adam ko rakha jannat mein to wahan pe ek tha faibrdantri, shajar mamnooa.</w:t>
      </w:r>
      <w:r>
        <w:br/>
      </w:r>
      <w:r>
        <w:rPr>
          <w:sz w:val="20"/>
        </w:rPr>
        <w:t>1:28:23  Is darakht ke paas mat jana, woh kya tha? Woh ek token ke taur par tha. Isi cheez ka Khuda ne bataya ke dekho, duniya mein tum jaoge to sab se badi cheez jis se tumhein bachna hai, woh distraction hai.</w:t>
      </w:r>
      <w:r>
        <w:br/>
      </w:r>
      <w:r>
        <w:rPr>
          <w:sz w:val="20"/>
        </w:rPr>
        <w:t>1:28:39  Woh symbol of distraction tha, woh woh peed.</w:t>
      </w:r>
      <w:r>
        <w:br/>
      </w:r>
      <w:r>
        <w:rPr>
          <w:sz w:val="20"/>
        </w:rPr>
        <w:t>1:28:43  Yeh Allah taala pehle din bata diya tha insaan ko ke tum ko duniya mein distraction se bachna hai. All kind of distractions, save yourself from all kind of distractions, warna tum koi bada goal nahi bana paoge,</w:t>
      </w:r>
    </w:p>
    <w:p>
      <w:pPr>
        <w:pStyle w:val="Heading2"/>
      </w:pPr>
      <w:r>
        <w:t>Swami Ramtirth's spiritual gesture wins him a lifelong friend</w:t>
      </w:r>
    </w:p>
    <w:p>
      <w:r>
        <w:rPr>
          <w:color w:val="666666"/>
          <w:sz w:val="18"/>
        </w:rPr>
        <w:t>The Concept of Spirituality In Islam - I January 27, 2006 Maulana Wahiduddin Khan · 2m 50s · at 13:24 · https://youtu.be/xnI_QVVDWgk?t=804</w:t>
      </w:r>
    </w:p>
    <w:p>
      <w:r>
        <w:rPr>
          <w:i/>
        </w:rPr>
        <w:t>“Swami Ram ji was a great son of India”</w:t>
      </w:r>
    </w:p>
    <w:p>
      <w:r>
        <w:rPr>
          <w:sz w:val="20"/>
        </w:rPr>
        <w:t>13:24  swami ram ji was a great sir of india. he was also a spiritual person. he visited america before 100 years ago.</w:t>
      </w:r>
      <w:r>
        <w:br/>
      </w:r>
      <w:r>
        <w:rPr>
          <w:sz w:val="20"/>
        </w:rPr>
        <w:t>13:41  at the time, you know, there were no indians in america.</w:t>
      </w:r>
      <w:r>
        <w:br/>
      </w:r>
      <w:r>
        <w:rPr>
          <w:sz w:val="20"/>
        </w:rPr>
        <w:t>13:48  indians were stranger to american people. so, what happened when he</w:t>
      </w:r>
      <w:r>
        <w:br/>
      </w:r>
      <w:r>
        <w:rPr>
          <w:sz w:val="20"/>
        </w:rPr>
        <w:t>13:59  he travel by ship? at the time, there were no avish services, no aeroplane. so, he travel by ship.</w:t>
      </w:r>
      <w:r>
        <w:br/>
      </w:r>
      <w:r>
        <w:rPr>
          <w:sz w:val="20"/>
        </w:rPr>
        <w:t>14:11  and when he descended at a soil, at american soil, perhaps in chicago. so, one american saw him, it was very simple. no luggage,</w:t>
      </w:r>
      <w:r>
        <w:br/>
      </w:r>
      <w:r>
        <w:rPr>
          <w:sz w:val="20"/>
        </w:rPr>
        <w:t>14:30  nothing. simply clad.</w:t>
      </w:r>
      <w:r>
        <w:br/>
      </w:r>
      <w:r>
        <w:rPr>
          <w:sz w:val="20"/>
        </w:rPr>
        <w:t>14:36  so, that american, when saw him, he ask, "do you have any friend in america?"</w:t>
      </w:r>
      <w:r>
        <w:br/>
      </w:r>
      <w:r>
        <w:rPr>
          <w:sz w:val="20"/>
        </w:rPr>
        <w:t>14:50  that american ask to swami ramtirth, "do you have any american in friend in america?" swami ramtirth said, "yes.</w:t>
      </w:r>
      <w:r>
        <w:br/>
      </w:r>
      <w:r>
        <w:rPr>
          <w:sz w:val="20"/>
        </w:rPr>
        <w:t>15:02  and that friend is here."</w:t>
      </w:r>
      <w:r>
        <w:br/>
      </w:r>
      <w:r>
        <w:rPr>
          <w:sz w:val="20"/>
        </w:rPr>
        <w:t>15:04  and he impressed that american gentleman.</w:t>
      </w:r>
      <w:r>
        <w:br/>
      </w:r>
      <w:r>
        <w:rPr>
          <w:sz w:val="20"/>
        </w:rPr>
        <w:t>15:11  and there was, there was, and he became permanently his friend.</w:t>
      </w:r>
      <w:r>
        <w:br/>
      </w:r>
      <w:r>
        <w:rPr>
          <w:sz w:val="20"/>
        </w:rPr>
        <w:t>15:18  and in america, he became his</w:t>
      </w:r>
      <w:r>
        <w:br/>
      </w:r>
      <w:r>
        <w:rPr>
          <w:sz w:val="20"/>
        </w:rPr>
        <w:t>15:22  host. and this friendship</w:t>
      </w:r>
      <w:r>
        <w:br/>
      </w:r>
      <w:r>
        <w:rPr>
          <w:sz w:val="20"/>
        </w:rPr>
        <w:t>15:27  continued up to the</w:t>
      </w:r>
      <w:r>
        <w:br/>
      </w:r>
      <w:r>
        <w:rPr>
          <w:sz w:val="20"/>
        </w:rPr>
        <w:t>15:31  life time. So, this was a spiritual</w:t>
      </w:r>
      <w:r>
        <w:br/>
      </w:r>
      <w:r>
        <w:rPr>
          <w:sz w:val="20"/>
        </w:rPr>
        <w:t>15:36  behavior. When Swami Ramtirth said to a to a stranger, to a stranger, "that you are my friend."</w:t>
      </w:r>
      <w:r>
        <w:br/>
      </w:r>
      <w:r>
        <w:rPr>
          <w:sz w:val="20"/>
        </w:rPr>
        <w:t>15:49  and</w:t>
      </w:r>
      <w:r>
        <w:br/>
      </w:r>
      <w:r>
        <w:rPr>
          <w:sz w:val="20"/>
        </w:rPr>
        <w:t>15:49  impressed him, also he was a stranger.</w:t>
      </w:r>
      <w:r>
        <w:br/>
      </w:r>
      <w:r>
        <w:rPr>
          <w:sz w:val="20"/>
        </w:rPr>
        <w:t>15:53  so, this was a spiritual gesture, spiritual method. and it, there was a break, that that person become his permanent friend. this is a power of spirituality.</w:t>
      </w:r>
    </w:p>
    <w:p>
      <w:pPr>
        <w:pStyle w:val="Heading2"/>
      </w:pPr>
      <w:r>
        <w:t>freedom ends at physical harm, Islam agrees</w:t>
      </w:r>
    </w:p>
    <w:p>
      <w:r>
        <w:rPr>
          <w:color w:val="666666"/>
          <w:sz w:val="18"/>
        </w:rPr>
        <w:t>Freedom of Expression in Islam September 30, 2012 · 1m 38s · at 9:57 · https://youtu.be/S4mQpkoZITg?t=597</w:t>
      </w:r>
    </w:p>
    <w:p>
      <w:r>
        <w:rPr>
          <w:i/>
        </w:rPr>
        <w:t>“A story is told about when America gained independence”</w:t>
      </w:r>
    </w:p>
    <w:p>
      <w:r>
        <w:rPr>
          <w:sz w:val="20"/>
        </w:rPr>
        <w:t>9:57  dekhein, jo modern concept hai azadi ka, to is ke silsile mein aik waqia bayan kiya jata hai ke America jab azaad hua European qabze se,</w:t>
      </w:r>
      <w:r>
        <w:br/>
      </w:r>
      <w:r>
        <w:rPr>
          <w:sz w:val="20"/>
        </w:rPr>
        <w:t>10:14  to aik aadmi nikla, woh road chal raha tha, apne hath ko phailate hue,</w:t>
      </w:r>
      <w:r>
        <w:br/>
      </w:r>
      <w:r>
        <w:rPr>
          <w:sz w:val="20"/>
        </w:rPr>
        <w:t>10:22  to aik passer bhai ki naak se is ka hath lag gaya. to us ne kaha "What is nonsense?</w:t>
      </w:r>
      <w:r>
        <w:br/>
      </w:r>
      <w:r>
        <w:rPr>
          <w:sz w:val="20"/>
        </w:rPr>
        <w:t>10:34  "Why you hit my nose?" meri naak pe kyun mara tum ne? us aadmi ne kaha ke aaj America azaad hai, main apne freedom ko exercise kar raha hoon.</w:t>
      </w:r>
      <w:r>
        <w:br/>
      </w:r>
      <w:r>
        <w:rPr>
          <w:sz w:val="20"/>
        </w:rPr>
        <w:t>10:48  us ne kaha ke</w:t>
      </w:r>
      <w:r>
        <w:br/>
      </w:r>
      <w:r>
        <w:rPr>
          <w:sz w:val="20"/>
        </w:rPr>
        <w:t>10:53  "You are free, but your freedom ends where my nose begins." matlab hai ke tum free ho, lekin tum kisi ko harm nahi pahuncha sakte,</w:t>
      </w:r>
      <w:r>
        <w:br/>
      </w:r>
      <w:r>
        <w:rPr>
          <w:sz w:val="20"/>
        </w:rPr>
        <w:t>11:05  physical harm nahi pahuncha sakte. sirf is waqt tak tum free ho jab tak tum kisi ko physical, physical harm na pahunchao.</w:t>
      </w:r>
      <w:r>
        <w:br/>
      </w:r>
      <w:r>
        <w:rPr>
          <w:sz w:val="20"/>
        </w:rPr>
        <w:t>11:13  theek hai, Islam ka nuqta nazar theek yahi hai ke poori freedom aap ko hai, poori total freedom.</w:t>
      </w:r>
      <w:r>
        <w:br/>
      </w:r>
      <w:r>
        <w:rPr>
          <w:sz w:val="20"/>
        </w:rPr>
        <w:t>11:27  sirf ek hi is mein condition hai ke aap kisi ke liye, kisi ko physical harm na pahunchao.</w:t>
      </w:r>
    </w:p>
    <w:p>
      <w:pPr>
        <w:pStyle w:val="Heading2"/>
      </w:pPr>
      <w:r>
        <w:t>what is fitna (trial) and how to pass it</w:t>
      </w:r>
    </w:p>
    <w:p>
      <w:r>
        <w:rPr>
          <w:color w:val="666666"/>
          <w:sz w:val="18"/>
        </w:rPr>
        <w:t>Deeper Meaning of The Quran May 17, 2015 · 1m 59s · at 53:24 · https://youtu.be/CoTUNYxSRiI?t=3204</w:t>
      </w:r>
    </w:p>
    <w:p>
      <w:r>
        <w:rPr>
          <w:i/>
        </w:rPr>
        <w:t>“What is فتنہ that the Prophet used to keep away from?”</w:t>
      </w:r>
    </w:p>
    <w:p>
      <w:r>
        <w:rPr>
          <w:sz w:val="20"/>
        </w:rPr>
        <w:t>53:24  maulana, agla sawal dilli se kiya hai maulana farhad ahmed sahib ne. aur unhon ne likha hai: "maulana, what is fitna that the prophet used to say to keep away from it?" dekhiye fitna ke lafzi mani hain azmaish, test.</w:t>
      </w:r>
      <w:r>
        <w:br/>
      </w:r>
      <w:r>
        <w:rPr>
          <w:sz w:val="20"/>
        </w:rPr>
        <w:t>53:45  to har cheez dunya mein jo paida ki gayi hai is mein fitne ka aspect hota hai.</w:t>
      </w:r>
      <w:r>
        <w:br/>
      </w:r>
      <w:r>
        <w:rPr>
          <w:sz w:val="20"/>
        </w:rPr>
        <w:t>53:58  har cheez misal ke taur par aap ko kamyabi mile aap ko paisa mile aap ko building mile woh bhi fitna hai. kyun ke woh pa kar ke aap ke andar agar pride aa jaye fakhar aa jaye gharoor aa jaye ke tumhare fitne mein fail ho gaye.</w:t>
      </w:r>
      <w:r>
        <w:br/>
      </w:r>
      <w:r>
        <w:rPr>
          <w:sz w:val="20"/>
        </w:rPr>
        <w:t>54:17  aise hi agar koi museebat par jaye aap lagen aao bhala karne</w:t>
      </w:r>
      <w:r>
        <w:br/>
      </w:r>
      <w:r>
        <w:rPr>
          <w:sz w:val="20"/>
        </w:rPr>
        <w:t>54:24  mayoos ho jayen to woh aap bhi fail ho gaye. kyun ke aap ko dua karna chahiye tha allah se umeed rakhna chahiye thi ke aaj nahi to kal allah meri madad farmayega.</w:t>
      </w:r>
      <w:r>
        <w:br/>
      </w:r>
      <w:r>
        <w:rPr>
          <w:sz w:val="20"/>
        </w:rPr>
        <w:t>54:37  to har cheez fitna hai chahe aap kamyab bhi hon ya nakam bhi.</w:t>
      </w:r>
      <w:r>
        <w:br/>
      </w:r>
      <w:r>
        <w:rPr>
          <w:sz w:val="20"/>
        </w:rPr>
        <w:t>54:41  milna ho ya khona. kyun ke is mein jo response hai wohi response batata hai ke aap ne fitne par aap thehray ke nahi thehray.</w:t>
      </w:r>
      <w:r>
        <w:br/>
      </w:r>
      <w:r>
        <w:rPr>
          <w:sz w:val="20"/>
        </w:rPr>
        <w:t>54:54  jab bhi koi waqea ho to us waqt aap ka response kya ho us par depend karta hai. response agar positive ho to aap fitne mein pure utar</w:t>
      </w:r>
      <w:r>
        <w:br/>
      </w:r>
      <w:r>
        <w:rPr>
          <w:sz w:val="20"/>
        </w:rPr>
        <w:t>55:06  e. response agar negative hai to aap fitne mein pure nahi azmaish mein pure nahi utre. to everything depends upon response.</w:t>
      </w:r>
    </w:p>
    <w:p>
      <w:pPr>
        <w:pStyle w:val="Heading2"/>
      </w:pPr>
      <w:r>
        <w:t>Ramadan's real purpose is year-round intellectual retreat</w:t>
      </w:r>
    </w:p>
    <w:p>
      <w:r>
        <w:rPr>
          <w:color w:val="666666"/>
          <w:sz w:val="18"/>
        </w:rPr>
        <w:t>Month of Ramadan and The Quran 15 July 2012 · 4m 58s · at 12:02 · https://youtu.be/BxiaMbKdoo8?t=722</w:t>
      </w:r>
    </w:p>
    <w:p>
      <w:r>
        <w:rPr>
          <w:i/>
        </w:rPr>
        <w:t>“رمضان کے مہینے میں کیا کرنا ہے؟ قرآن میں غرق ہونا ہے”</w:t>
      </w:r>
    </w:p>
    <w:p>
      <w:r>
        <w:rPr>
          <w:sz w:val="20"/>
        </w:rPr>
        <w:t>12:02  to ramzan ke mahine mein kya karna hai? quran mein ghark hona hai. taake aap janen ke quran mein kya hai.</w:t>
      </w:r>
      <w:r>
        <w:br/>
      </w:r>
      <w:r>
        <w:rPr>
          <w:sz w:val="20"/>
        </w:rPr>
        <w:t>12:14  ramzan ke mahine ko mein samajhta hoon ke wo jo aakhri dinon mein itikaf hota hai, wo ek ek ilamati itikaf hai.</w:t>
      </w:r>
      <w:r>
        <w:br/>
      </w:r>
      <w:r>
        <w:rPr>
          <w:sz w:val="20"/>
        </w:rPr>
        <w:t>12:24  asal itikaf to sara mahina hai. wo kya hai? intellectual itikaf. chand din physical itikaf kiya jata hai.</w:t>
      </w:r>
      <w:r>
        <w:br/>
      </w:r>
      <w:r>
        <w:rPr>
          <w:sz w:val="20"/>
        </w:rPr>
        <w:t>12:35  wo chand din jo hota hai, wo physical itikaf hota hai. lekin asal itikaf to intellectual itikaf hai.</w:t>
      </w:r>
      <w:r>
        <w:br/>
      </w:r>
      <w:r>
        <w:rPr>
          <w:sz w:val="20"/>
        </w:rPr>
        <w:t>12:42  wo sare mahine jaari rehta hai.</w:t>
      </w:r>
      <w:r>
        <w:br/>
      </w:r>
      <w:r>
        <w:rPr>
          <w:sz w:val="20"/>
        </w:rPr>
        <w:t>12:47  intellectual itikaf kya hai? dekhiye, hum is duniya mein rehte hain, beshumar sargharmiyan hain.</w:t>
      </w:r>
      <w:r>
        <w:br/>
      </w:r>
      <w:r>
        <w:rPr>
          <w:sz w:val="20"/>
        </w:rPr>
        <w:t>12:56  har waqt ek na ek sargharmi. ek na ek kaam, ek na ek zaroorat. ghar mein, bachon mein, society mein.</w:t>
      </w:r>
      <w:r>
        <w:br/>
      </w:r>
      <w:r>
        <w:rPr>
          <w:sz w:val="20"/>
        </w:rPr>
        <w:t>13:06  har waqt ek na ek activity.</w:t>
      </w:r>
      <w:r>
        <w:br/>
      </w:r>
      <w:r>
        <w:rPr>
          <w:sz w:val="20"/>
        </w:rPr>
        <w:t>13:11  to itikaf kya hai? activities ke darmiyan apne zehn ka focus jo hai, khuda par baqi rakhna.</w:t>
      </w:r>
      <w:r>
        <w:br/>
      </w:r>
      <w:r>
        <w:rPr>
          <w:sz w:val="20"/>
        </w:rPr>
        <w:t>13:24  yani insan goya ek dualism hai, dualism. is ko agar mein kahoon to yeh hoga ke diverse activities ke darmiyan focus sirf allah par hona.</w:t>
      </w:r>
      <w:r>
        <w:br/>
      </w:r>
      <w:r>
        <w:rPr>
          <w:sz w:val="20"/>
        </w:rPr>
        <w:t>13:39  focused mind. ek aitbar se aadmi focused mind hota hai. doosre aitbar se wo diverse activities ke darmiyan hota hai.</w:t>
      </w:r>
      <w:r>
        <w:br/>
      </w:r>
      <w:r>
        <w:rPr>
          <w:sz w:val="20"/>
        </w:rPr>
        <w:t>13:51  to aap ko sanyas nahi lena hai. ramzan ka matlab sanyas nahi hota. intellectual itikaf.</w:t>
      </w:r>
      <w:r>
        <w:br/>
      </w:r>
      <w:r>
        <w:rPr>
          <w:sz w:val="20"/>
        </w:rPr>
        <w:t>14:02  yani sochne ke aitbar se itikaf mein chale jana.</w:t>
      </w:r>
      <w:r>
        <w:br/>
      </w:r>
      <w:r>
        <w:rPr>
          <w:sz w:val="20"/>
        </w:rPr>
        <w:t>14:06  jaise mein ne arz kiya ke mug ka dhakkan gir gaya. to wo to ek maadi waqea tha. lekin is mein mein ne khuda ki glory ko daryaft kiya.</w:t>
      </w:r>
      <w:r>
        <w:br/>
      </w:r>
      <w:r>
        <w:rPr>
          <w:sz w:val="20"/>
        </w:rPr>
        <w:t>14:18  ke mein ek mug ko sambhal nahi sakta. aur khuda yaqoobi universe ko sambhale hue hai. yeh hai intellectual itikaf.</w:t>
      </w:r>
      <w:r>
        <w:br/>
      </w:r>
      <w:r>
        <w:rPr>
          <w:sz w:val="20"/>
        </w:rPr>
        <w:t>14:28  diverse activities ke darmiyan.</w:t>
      </w:r>
      <w:r>
        <w:br/>
      </w:r>
      <w:r>
        <w:rPr>
          <w:sz w:val="20"/>
        </w:rPr>
        <w:t>14:32  to aap ki jo practical life hai, jo physical life hai, wo bohat si activities ke darmiyan rahegi hamesha.</w:t>
      </w:r>
      <w:r>
        <w:br/>
      </w:r>
      <w:r>
        <w:rPr>
          <w:sz w:val="20"/>
        </w:rPr>
        <w:t>14:41  wo is mein aap badal nahi sakte. yahan tak ke aap pahaad pe chale jayen, tab bhi wo wahan bhi activity phir bhi wahi hogi.</w:t>
      </w:r>
      <w:r>
        <w:br/>
      </w:r>
      <w:r>
        <w:rPr>
          <w:sz w:val="20"/>
        </w:rPr>
        <w:t>14:51  ab yani in active to nahi ban jayenge wahan bhi.</w:t>
      </w:r>
      <w:r>
        <w:br/>
      </w:r>
      <w:r>
        <w:rPr>
          <w:sz w:val="20"/>
        </w:rPr>
        <w:t>14:56  to mukhtalif activities ke darmiyan, diverse activities ke darmiyan, zehn ka focus allah par bana rahen.</w:t>
      </w:r>
      <w:r>
        <w:br/>
      </w:r>
      <w:r>
        <w:rPr>
          <w:sz w:val="20"/>
        </w:rPr>
        <w:t>15:06  aakhirat par bana rahe hain. aakhirat ki baaton ko sochte rahen aap.</w:t>
      </w:r>
      <w:r>
        <w:br/>
      </w:r>
      <w:r>
        <w:rPr>
          <w:sz w:val="20"/>
        </w:rPr>
        <w:t>15:14  kyon ke insaan ko ek taraf se focused mind banna hai, focused mind. aur doosri taraf se diverse activities mein jaaye to rahega woh.</w:t>
      </w:r>
      <w:r>
        <w:br/>
      </w:r>
      <w:r>
        <w:rPr>
          <w:sz w:val="20"/>
        </w:rPr>
        <w:t>15:26  is mein to aap badal khatm nahin kar sakte. woh activities to aap jangal mein chale jaen, tab bhi rahengi.</w:t>
      </w:r>
      <w:r>
        <w:br/>
      </w:r>
      <w:r>
        <w:rPr>
          <w:sz w:val="20"/>
        </w:rPr>
        <w:t>15:34  to activities mein aap aap kai tarah ki mashghooliyat rahengi, kai tarah ki. is mein tanavv rehta hai, taaddud rehta hai, diversity rahegi.</w:t>
      </w:r>
      <w:r>
        <w:br/>
      </w:r>
      <w:r>
        <w:rPr>
          <w:sz w:val="20"/>
        </w:rPr>
        <w:t>15:46  lekin mind ke aitbaar se aap ke andar ek hi focus hona chahiye. to Ramzan ke mahine ka maqsad yahi hai.</w:t>
      </w:r>
      <w:r>
        <w:br/>
      </w:r>
      <w:r>
        <w:rPr>
          <w:sz w:val="20"/>
        </w:rPr>
        <w:t>15:55  ke aap zehni itekaaf ki haalat mein rehna seekhen. intellectual itekaaf ki zindagi guzarna seekhen.</w:t>
      </w:r>
      <w:r>
        <w:br/>
      </w:r>
      <w:r>
        <w:rPr>
          <w:sz w:val="20"/>
        </w:rPr>
        <w:t>16:09  yeh sirf Ramzan mein matloob nahin hai, yeh woh to training period hai. Ramzan ka mahina jo hai, woh ek training period</w:t>
      </w:r>
      <w:r>
        <w:br/>
      </w:r>
      <w:r>
        <w:rPr>
          <w:sz w:val="20"/>
        </w:rPr>
        <w:t>16:17  hai. is mein aakhirat ke chand dinon mein aur zyada aadmi ko yaani physical taur par bhi kaha jata hai ke ja ke masjid mein baith jao.</w:t>
      </w:r>
      <w:r>
        <w:br/>
      </w:r>
      <w:r>
        <w:rPr>
          <w:sz w:val="20"/>
        </w:rPr>
        <w:t>16:28  lekin asal maqsad physical taur par masjid mein baithna nahin hai. asal hai intellectual taur par apne aap ko alag karna.</w:t>
      </w:r>
      <w:r>
        <w:br/>
      </w:r>
      <w:r>
        <w:rPr>
          <w:sz w:val="20"/>
        </w:rPr>
        <w:t>16:37  apna andar determined thinking lana. determined thinking. yaani sargarmiyon mein rehte hue alag sochna.</w:t>
      </w:r>
      <w:r>
        <w:br/>
      </w:r>
      <w:r>
        <w:rPr>
          <w:sz w:val="20"/>
        </w:rPr>
        <w:t>16:48  to yeh aap jab Ramzan ke mahine mein apne ko access karke Quran ko padhenge. aap mein se har shakhs se main kahunga ke taraveeh ka Quran woh kafi nahin hai.</w:t>
      </w:r>
    </w:p>
    <w:p>
      <w:pPr>
        <w:pStyle w:val="Heading2"/>
      </w:pPr>
      <w:r>
        <w:t>The Quranic case for radical positivity in every trial</w:t>
      </w:r>
    </w:p>
    <w:p>
      <w:r>
        <w:rPr>
          <w:color w:val="666666"/>
          <w:sz w:val="18"/>
        </w:rPr>
        <w:t>Ramadan and Quranic Guidance July 29, 2012 · 5m 03s · at 12:22 · https://youtu.be/WxpcI7qi4d0?t=742</w:t>
      </w:r>
    </w:p>
    <w:p>
      <w:r>
        <w:rPr>
          <w:i/>
        </w:rPr>
        <w:t>“Surah Fajr mein aap padhiye, ek ajeeb baat yeh hai”</w:t>
      </w:r>
    </w:p>
    <w:p>
      <w:r>
        <w:rPr>
          <w:sz w:val="20"/>
        </w:rPr>
        <w:t>12:22  dekhiye, Surah Fajr mein aap padhiye, Surah Al-Fajr. Is mein ek bahut ajeeb baat yeh hai ke "وَأَمَّا إِذَا مَبْتَلَىٰ رَبُّهُ فَأَكْرَمَهُ فَنَغَمَهُ فَيَقُولُ رَبِّي أَكْرَمَنَا" "وَأَمَّا إِذَا مَبْتَلَىٰ فَقَدْرَىٰ عَلَيْهِ رِزْقُهُ فَيَقُولُ رَبِّي أَهَانَنَا۔" Is mein ek bahut ajeeb baat mujhe mili.</w:t>
      </w:r>
      <w:r>
        <w:br/>
      </w:r>
      <w:r>
        <w:rPr>
          <w:sz w:val="20"/>
        </w:rPr>
        <w:t>12:50  dekhiye, is mein yeh zikr hai ke Allah taala kisi ko kuch deta hai aur kisi se bazahir kuch chhin jata hai.</w:t>
      </w:r>
      <w:r>
        <w:br/>
      </w:r>
      <w:r>
        <w:rPr>
          <w:sz w:val="20"/>
        </w:rPr>
        <w:t>13:00  koi kamyab hota hai, koi bazahir kuch nakami ka tajurba hota hai us ko. To dono ko kaha gaya hai ibtila.</w:t>
      </w:r>
      <w:r>
        <w:br/>
      </w:r>
      <w:r>
        <w:rPr>
          <w:sz w:val="20"/>
        </w:rPr>
        <w:t>13:12  ibtila, ibtila maani test, azmaish.</w:t>
      </w:r>
      <w:r>
        <w:br/>
      </w:r>
      <w:r>
        <w:rPr>
          <w:sz w:val="20"/>
        </w:rPr>
        <w:t>13:17  yani aap kuch payen tab bhi wo ibtila hai. Kuch aap na payen tab bhi ibtila hai. Is ke maani kya hue?</w:t>
      </w:r>
      <w:r>
        <w:br/>
      </w:r>
      <w:r>
        <w:rPr>
          <w:sz w:val="20"/>
        </w:rPr>
        <w:t>13:28  ke dono suraton mein aap ko yeksan darje ka positive response dena chahiye. Dono suraton mein.</w:t>
      </w:r>
      <w:r>
        <w:br/>
      </w:r>
      <w:r>
        <w:rPr>
          <w:sz w:val="20"/>
        </w:rPr>
        <w:t>13:37  is ko samjhen Khuda ki taraf, us ko bhi samjhen Khuda ki taraf.</w:t>
      </w:r>
      <w:r>
        <w:br/>
      </w:r>
      <w:r>
        <w:rPr>
          <w:sz w:val="20"/>
        </w:rPr>
        <w:t>13:45  yeh kaisi ajeeb baat hai? Ke aap ko bazahir kamyabi ho tab bhi aap ke andar positive thinking hona chahiye.</w:t>
      </w:r>
      <w:r>
        <w:br/>
      </w:r>
      <w:r>
        <w:rPr>
          <w:sz w:val="20"/>
        </w:rPr>
        <w:t>13:55  aur bazahir aap ko waqti taur par kuch nakami ho tab bhi aap ke andar positive thinking hona chahiye. Yani yeh sochen aap ke wo bhi ibtila tha, yeh bhi ibtila hai.</w:t>
      </w:r>
      <w:r>
        <w:br/>
      </w:r>
      <w:r>
        <w:rPr>
          <w:sz w:val="20"/>
        </w:rPr>
        <w:t>14:06  wo bhi test tha, yeh bhi test hai.</w:t>
      </w:r>
      <w:r>
        <w:br/>
      </w:r>
      <w:r>
        <w:rPr>
          <w:sz w:val="20"/>
        </w:rPr>
        <w:t>14:10  yahan na koi jeet hai, na haar hai. Yahan na koi kamyabi hai, na nakami hai. Yeh to sara mamla test ka mamla hai. To is se dekhiye, aap ke andar eternal positivity aayegi.</w:t>
      </w:r>
      <w:r>
        <w:br/>
      </w:r>
      <w:r>
        <w:rPr>
          <w:sz w:val="20"/>
        </w:rPr>
        <w:t>14:25  har haal mein. Phir yeh sochte sochte mujhe ek hadith yaad aayi.</w:t>
      </w:r>
      <w:r>
        <w:br/>
      </w:r>
      <w:r>
        <w:rPr>
          <w:sz w:val="20"/>
        </w:rPr>
        <w:t>14:36  hadith mein hai ke "إِذَا ابْتَلَىٰ تُو عَبْدِي بِحَبِيبَتَهِ فَصَبَرَ"</w:t>
      </w:r>
      <w:r>
        <w:br/>
      </w:r>
      <w:r>
        <w:rPr>
          <w:sz w:val="20"/>
        </w:rPr>
        <w:t>14:46  allah ta'ala farmate hain ke jab mein apne bando ko ibtila mein dalta hoon is ki do aankhon ke bare mein. yaani is ki do aankhein le leta hoon.</w:t>
      </w:r>
      <w:r>
        <w:br/>
      </w:r>
      <w:r>
        <w:rPr>
          <w:sz w:val="20"/>
        </w:rPr>
        <w:t>14:57  yaani aankhein se mahroomi, yaani nabina ban jana. yeh hai ibtila.</w:t>
      </w:r>
      <w:r>
        <w:br/>
      </w:r>
      <w:r>
        <w:rPr>
          <w:sz w:val="20"/>
        </w:rPr>
        <w:t>15:05  yeh mahroomi nahi hai. yeh nahi farmaya ke jab is ko mahroom karta hoon aankhon se. yaani hadith bhi yeh nahi hai ke jab mein is ko is ki aankhon se mahroom kar deta hoon.</w:t>
      </w:r>
      <w:r>
        <w:br/>
      </w:r>
      <w:r>
        <w:rPr>
          <w:sz w:val="20"/>
        </w:rPr>
        <w:t>15:17  nahi, jab mein is ki aankhon ke bare mein is par is pe ibtila karta hoon, yaani is ko aazmaish mein dalta hoon. aur phir woh sabr kar leta hai. to is ke badle mein is ko jannat deta hoon.</w:t>
      </w:r>
      <w:r>
        <w:br/>
      </w:r>
      <w:r>
        <w:rPr>
          <w:sz w:val="20"/>
        </w:rPr>
        <w:t>15:32  dekhiye, jannat to akhirat ki cheez hai. lekin yeh badla isi dunya se shuru ho jata hai. is par ghor karte hue mujhe samajh aaya ke sabr ka matlab yeh hai positive thinking.</w:t>
      </w:r>
      <w:r>
        <w:br/>
      </w:r>
      <w:r>
        <w:rPr>
          <w:sz w:val="20"/>
        </w:rPr>
        <w:t>15:47  sabr koi negative cheez nahi, koi bozdi ki baat nahi.</w:t>
      </w:r>
      <w:r>
        <w:br/>
      </w:r>
      <w:r>
        <w:rPr>
          <w:sz w:val="20"/>
        </w:rPr>
        <w:t>15:53  yaani ek aadmi ki dono aankhein chali gayeen to sabr karta hai. is ka matlab ke is ko woh positive sense mein leta hai.</w:t>
      </w:r>
      <w:r>
        <w:br/>
      </w:r>
      <w:r>
        <w:rPr>
          <w:sz w:val="20"/>
        </w:rPr>
        <w:t>16:04  positive sense mein leta hai. is ko le kar ke phir mein ne abhi jo research hui hai, is ko socha mein ne. kaha aankhein, jaisa ke research yeh hai ke aankh band kar ke jab aap sochte hain to aap zyada soch paate hain.</w:t>
      </w:r>
      <w:r>
        <w:br/>
      </w:r>
      <w:r>
        <w:rPr>
          <w:sz w:val="20"/>
        </w:rPr>
        <w:t>16:21  is ka matlab hai ke aankh se mahroomi ka matlab yeh nahi ke aap mahroom ho gaye. aap ko khuda ne ek aur salahiyat paida kar di.</w:t>
      </w:r>
      <w:r>
        <w:br/>
      </w:r>
      <w:r>
        <w:rPr>
          <w:sz w:val="20"/>
        </w:rPr>
        <w:t>16:34  aankh band hui to kuch aur salahiyatein jo hain, trigger ho gayeen.</w:t>
      </w:r>
      <w:r>
        <w:br/>
      </w:r>
      <w:r>
        <w:rPr>
          <w:sz w:val="20"/>
        </w:rPr>
        <w:t>16:40  kaisi ajeeb yeh cheez hai jo quran mein di gayi thi. ke kisi mahroomi ko mahroomi na samjho. woh mahroomi ke sath sath ek ek yaft lagi hui hai.</w:t>
      </w:r>
      <w:r>
        <w:br/>
      </w:r>
      <w:r>
        <w:rPr>
          <w:sz w:val="20"/>
        </w:rPr>
        <w:t>16:54  is ke sath sath ek paana laga hua hai.</w:t>
      </w:r>
      <w:r>
        <w:br/>
      </w:r>
      <w:r>
        <w:rPr>
          <w:sz w:val="20"/>
        </w:rPr>
        <w:t>16:59  to is par sochte sochte mujhe samajh aaya ke yeh ek concept tha jo history mein diya tha quran ne. ke har mahroomi ke andar ek yaft hai.</w:t>
      </w:r>
      <w:r>
        <w:br/>
      </w:r>
      <w:r>
        <w:rPr>
          <w:sz w:val="20"/>
        </w:rPr>
        <w:t>17:11  har khone ke andar ek paana hai. yeh cheez develop hui aaj kal ke modern world mein. ek bohat bara is mein baat maloom ho gayi.</w:t>
      </w:r>
    </w:p>
    <w:p>
      <w:pPr>
        <w:pStyle w:val="Heading2"/>
      </w:pPr>
      <w:r>
        <w:t>Global tourism as da'wah opportunity</w:t>
      </w:r>
    </w:p>
    <w:p>
      <w:r>
        <w:rPr>
          <w:color w:val="666666"/>
          <w:sz w:val="18"/>
        </w:rPr>
        <w:t>Dars-e-Quran, Chapter 2, Verse 49 February 18, 2018 · 1m 55s · at 15:18 · https://youtu.be/B8iGKnl3EXc?t=918</w:t>
      </w:r>
    </w:p>
    <w:p>
      <w:r>
        <w:rPr>
          <w:i/>
        </w:rPr>
        <w:t>“Aap gaur kijiye, is zamane mein bahut zyada bade paimaane par”</w:t>
      </w:r>
    </w:p>
    <w:p>
      <w:r>
        <w:rPr>
          <w:sz w:val="20"/>
        </w:rPr>
        <w:t>15:18  aap ghaur kijiye, is zamane mein bohat zyada bade paimane par dunya bhar mein tourist aaya hai, siyahat jahan dekhen, wahan dunya bhar ke log ba taur tourist pahunche hue hain,</w:t>
      </w:r>
      <w:r>
        <w:br/>
      </w:r>
      <w:r>
        <w:rPr>
          <w:sz w:val="20"/>
        </w:rPr>
        <w:t>15:36  har jagah. agar aap in</w:t>
      </w:r>
      <w:r>
        <w:br/>
      </w:r>
      <w:r>
        <w:rPr>
          <w:sz w:val="20"/>
        </w:rPr>
        <w:t>15:43  in logon ke darmiyan dawat ka kaam karen to kaun rokta hai aap ko? har park mein, har hotel mein, har bazaar mein, har shehar mein, hatta ke aap ke darwaze par tourist maujood hain.</w:t>
      </w:r>
      <w:r>
        <w:br/>
      </w:r>
      <w:r>
        <w:rPr>
          <w:sz w:val="20"/>
        </w:rPr>
        <w:t>16:04  agar aap aisa karein ke un ki understandable language mein Allah ki kitab Quran ka tarjuma tayyar karein, printing press maujood hai duniya mein har jagah,</w:t>
      </w:r>
      <w:r>
        <w:br/>
      </w:r>
      <w:r>
        <w:rPr>
          <w:sz w:val="20"/>
        </w:rPr>
        <w:t>16:22  aur us ko printing press ke zariye chhaap kar tayyar karein logon ki understandable language mein, to kaun rokta hai aap ko?</w:t>
      </w:r>
      <w:r>
        <w:br/>
      </w:r>
      <w:r>
        <w:rPr>
          <w:sz w:val="20"/>
        </w:rPr>
        <w:t>16:35  to har park mein, har hotel mein, har library mein, har school mein, har university mein, har hawai adde par, yaani jahan bhi dekhiye, log duniya bhar se amde pade hain,</w:t>
      </w:r>
      <w:r>
        <w:br/>
      </w:r>
      <w:r>
        <w:rPr>
          <w:sz w:val="20"/>
        </w:rPr>
        <w:t>16:52  Kashmir mein, Palestine mein, har jagah. to kis ladai? ladai kis liye? ab to ladai yeh hai ke ab albujwar log peaceful andaaz mein har jagah khade hue hain ke aao hamein batao ke Allah ka deen kya hai?</w:t>
      </w:r>
    </w:p>
    <w:p>
      <w:pPr>
        <w:pStyle w:val="Heading2"/>
      </w:pPr>
      <w:r>
        <w:t>Prophet always chose the easy option</w:t>
      </w:r>
    </w:p>
    <w:p>
      <w:r>
        <w:rPr>
          <w:color w:val="666666"/>
          <w:sz w:val="18"/>
        </w:rPr>
        <w:t>Story of Sahaba | January 11, 2008 · 5m 34s · at 30:22 · https://youtu.be/CtZdUnx9tLU?t=1822</w:t>
      </w:r>
    </w:p>
    <w:p>
      <w:r>
        <w:rPr>
          <w:i/>
        </w:rPr>
        <w:t>“Bukhari mein hai ki ma khayyara Rasulullah”</w:t>
      </w:r>
    </w:p>
    <w:p>
      <w:r>
        <w:rPr>
          <w:sz w:val="20"/>
        </w:rPr>
        <w:t>30:22  oonchi baatein seekheen unhon ne rasool Allah se.</w:t>
      </w:r>
      <w:r>
        <w:br/>
      </w:r>
      <w:r>
        <w:rPr>
          <w:sz w:val="20"/>
        </w:rPr>
        <w:t>30:29  wisdom ki baatein.</w:t>
      </w:r>
      <w:r>
        <w:br/>
      </w:r>
      <w:r>
        <w:rPr>
          <w:sz w:val="20"/>
        </w:rPr>
        <w:t>30:35  bukhari mein hai ke ma khair rasool Allah sallallahu alaihi wasallam bain amrain ila ikhtar.</w:t>
      </w:r>
      <w:r>
        <w:br/>
      </w:r>
      <w:r>
        <w:rPr>
          <w:sz w:val="20"/>
        </w:rPr>
        <w:t>30:41  rasool Allah ko jab bhi do mein se kisi ek ka intikhab karna hota tha to aap hamesha</w:t>
      </w:r>
      <w:r>
        <w:br/>
      </w:r>
      <w:r>
        <w:rPr>
          <w:sz w:val="20"/>
        </w:rPr>
        <w:t>30:48  aisar ka intikhab karte thay,</w:t>
      </w:r>
      <w:r>
        <w:br/>
      </w:r>
      <w:r>
        <w:rPr>
          <w:sz w:val="20"/>
        </w:rPr>
        <w:t>30:54  yani easy option ka.</w:t>
      </w:r>
      <w:r>
        <w:br/>
      </w:r>
      <w:r>
        <w:rPr>
          <w:sz w:val="20"/>
        </w:rPr>
        <w:t>31:00  yani jab bhi koi muamla pesh aaya, koi situation paida hui to aap ke samne hamesha insan ke</w:t>
      </w:r>
      <w:r>
        <w:br/>
      </w:r>
      <w:r>
        <w:rPr>
          <w:sz w:val="20"/>
        </w:rPr>
        <w:t>31:06  سامنے ہوتا ہے، یعنی different option.</w:t>
      </w:r>
      <w:r>
        <w:br/>
      </w:r>
      <w:r>
        <w:rPr>
          <w:sz w:val="20"/>
        </w:rPr>
        <w:t>31:12  ایک آپشن ہے وہ جو easy آپشن ہے، ایک ہے harder آپشن۔</w:t>
      </w:r>
      <w:r>
        <w:br/>
      </w:r>
      <w:r>
        <w:rPr>
          <w:sz w:val="20"/>
        </w:rPr>
        <w:t>31:18  مثال کے طور پر ایک آپشن ہے peaceful method کا، ایک</w:t>
      </w:r>
      <w:r>
        <w:br/>
      </w:r>
      <w:r>
        <w:rPr>
          <w:sz w:val="20"/>
        </w:rPr>
        <w:t>31:24  hai option violent method ka.</w:t>
      </w:r>
      <w:r>
        <w:br/>
      </w:r>
      <w:r>
        <w:rPr>
          <w:sz w:val="20"/>
        </w:rPr>
        <w:t>31:29  تو ظاہر ہے کہ peaceful method کا جو آپشن ہے وہ easy آپشن ہے اور جو جو</w:t>
      </w:r>
      <w:r>
        <w:br/>
      </w:r>
      <w:r>
        <w:rPr>
          <w:sz w:val="20"/>
        </w:rPr>
        <w:t>31:33  وائلنٹ میتھڈ کا جو آپشن ہے وہ harder آپشن ہے۔</w:t>
      </w:r>
      <w:r>
        <w:br/>
      </w:r>
      <w:r>
        <w:rPr>
          <w:sz w:val="20"/>
        </w:rPr>
        <w:t>31:37  to rasool Allah hamesha easy option lete the, harder option kabhi nahi lete the.</w:t>
      </w:r>
      <w:r>
        <w:br/>
      </w:r>
      <w:r>
        <w:rPr>
          <w:sz w:val="20"/>
        </w:rPr>
        <w:t>31:42  aur is par ghor kijiye to rasool Allah ne ye lafz nahi, in alfaaz mein koi hadith maujooda</w:t>
      </w:r>
      <w:r>
        <w:br/>
      </w:r>
      <w:r>
        <w:rPr>
          <w:sz w:val="20"/>
        </w:rPr>
        <w:t>31:46  zakheere mein nahi milti hai.</w:t>
      </w:r>
      <w:r>
        <w:br/>
      </w:r>
      <w:r>
        <w:rPr>
          <w:sz w:val="20"/>
        </w:rPr>
        <w:t>31:50  hadith ki jo kitabein hain, us mein aap padhein</w:t>
      </w:r>
      <w:r>
        <w:br/>
      </w:r>
      <w:r>
        <w:rPr>
          <w:sz w:val="20"/>
        </w:rPr>
        <w:t>31:55  to unhi lafzon mein rasool Allah ka qaul kahin aap nahi paayenge.</w:t>
      </w:r>
      <w:r>
        <w:br/>
      </w:r>
      <w:r>
        <w:rPr>
          <w:sz w:val="20"/>
        </w:rPr>
        <w:t>32:00  تو کیسے انہوں نے کہا ایسا؟ اس کا معنی ہے کہ بہت ہی minutely وہ observe کرتی تھی</w:t>
      </w:r>
      <w:r>
        <w:br/>
      </w:r>
      <w:r>
        <w:rPr>
          <w:sz w:val="20"/>
        </w:rPr>
        <w:t>32:05  har cheez ko, rasool Allah ki baaton ko, unke action ko, unke behavior ko, unki</w:t>
      </w:r>
      <w:r>
        <w:br/>
      </w:r>
      <w:r>
        <w:rPr>
          <w:sz w:val="20"/>
        </w:rPr>
        <w:t>32:10  پالیسی کو بہت ہی زیادہ دھیان کے ساتھ دیکھتی تھیں، بہت minutely observe کرتی تھیں۔</w:t>
      </w:r>
      <w:r>
        <w:br/>
      </w:r>
      <w:r>
        <w:rPr>
          <w:sz w:val="20"/>
        </w:rPr>
        <w:t>32:15  تب اس کو extract kar payenge.</w:t>
      </w:r>
      <w:r>
        <w:br/>
      </w:r>
      <w:r>
        <w:rPr>
          <w:sz w:val="20"/>
        </w:rPr>
        <w:t>32:20  aisa karne ke</w:t>
      </w:r>
      <w:r>
        <w:br/>
      </w:r>
      <w:r>
        <w:rPr>
          <w:sz w:val="20"/>
        </w:rPr>
        <w:t>32:25  لیے کیا چاہیے؟ یہ چاہیے کہ آدمی اپنے آپ کو distraction سے بچائے۔</w:t>
      </w:r>
      <w:r>
        <w:br/>
      </w:r>
      <w:r>
        <w:rPr>
          <w:sz w:val="20"/>
        </w:rPr>
        <w:t>32:29  distraction kya cheez hai? aap khane mein jis pe aap ko usi mein aap mashgool hain, kapde mein</w:t>
      </w:r>
      <w:r>
        <w:br/>
      </w:r>
      <w:r>
        <w:rPr>
          <w:sz w:val="20"/>
        </w:rPr>
        <w:t>32:33  hai to us mein mashgool hain, zevar mein hai to us mein mashgool hain, tamashe mein hai to</w:t>
      </w:r>
      <w:r>
        <w:br/>
      </w:r>
      <w:r>
        <w:rPr>
          <w:sz w:val="20"/>
        </w:rPr>
        <w:t>32:38  us mein mashgool hain.</w:t>
      </w:r>
      <w:r>
        <w:br/>
      </w:r>
      <w:r>
        <w:rPr>
          <w:sz w:val="20"/>
        </w:rPr>
        <w:t>32:42  یعنی ہر وقت آدمی کے سامنے different قسم کی چیزیں ہوتی ہیں جو اس کو کھینچتی ہیں اپنی طرف۔</w:t>
      </w:r>
      <w:r>
        <w:br/>
      </w:r>
      <w:r>
        <w:rPr>
          <w:sz w:val="20"/>
        </w:rPr>
        <w:t>32:47  aadmi idhar chala jata hai.</w:t>
      </w:r>
      <w:r>
        <w:br/>
      </w:r>
      <w:r>
        <w:rPr>
          <w:sz w:val="20"/>
        </w:rPr>
        <w:t>32:51  to agar wo aisi hotin</w:t>
      </w:r>
      <w:r>
        <w:br/>
      </w:r>
      <w:r>
        <w:rPr>
          <w:sz w:val="20"/>
        </w:rPr>
        <w:t>32:56  تو رسول اللہ سے اس طرح کی learning نہ کر پاتی وہ۔</w:t>
      </w:r>
      <w:r>
        <w:br/>
      </w:r>
      <w:r>
        <w:rPr>
          <w:sz w:val="20"/>
        </w:rPr>
        <w:t>33:02  to ye kitni badi sacrifice thi unki, Hazrat Aisha ki, ke har qism ke distraction se unhon</w:t>
      </w:r>
      <w:r>
        <w:br/>
      </w:r>
      <w:r>
        <w:rPr>
          <w:sz w:val="20"/>
        </w:rPr>
        <w:t>33:08  ne apne aap ko bachaya.</w:t>
      </w:r>
      <w:r>
        <w:br/>
      </w:r>
      <w:r>
        <w:rPr>
          <w:sz w:val="20"/>
        </w:rPr>
        <w:t>33:14  میں سمجھتا ہوں کہ سب سے بڑی sacrifice یہی ہوتی ہے کہ جو distraction ہوتی ہے زندگی میں،</w:t>
      </w:r>
      <w:r>
        <w:br/>
      </w:r>
      <w:r>
        <w:rPr>
          <w:sz w:val="20"/>
        </w:rPr>
        <w:t>33:20  unse apne aadmiyon ko bachaye taake wo kisi ek cheez pe focus kar saken.</w:t>
      </w:r>
      <w:r>
        <w:br/>
      </w:r>
      <w:r>
        <w:rPr>
          <w:sz w:val="20"/>
        </w:rPr>
        <w:t>33:26  to unhon ne apne aap ko har qism ke distraction se bachaya. to kya hua ke woh aisa kar saken ke rasool Allah ki baaton ko bohat dhyan se suneen, aap ki policyon ko bohat dhyan se dekhen, aap jo bhi karein us ko bohat hi ghaur se samjhen, samhen. yaani is mein bohat zyada gum ho gayeen woh ke kaise mein learning karoon rasool Allah se. tab yeh keh paeen woh, kyunke inhi alfaaz mein to</w:t>
      </w:r>
      <w:r>
        <w:br/>
      </w:r>
      <w:r>
        <w:rPr>
          <w:sz w:val="20"/>
        </w:rPr>
        <w:t>33:56  koi hadith hai nahi.</w:t>
      </w:r>
      <w:r>
        <w:br/>
      </w:r>
      <w:r>
        <w:rPr>
          <w:sz w:val="20"/>
        </w:rPr>
        <w:t>34:01  dekh kar observation ke zariye unhon ne paya ke aisa tha rasool Allah ka tareeqa.</w:t>
      </w:r>
      <w:r>
        <w:br/>
      </w:r>
      <w:r>
        <w:rPr>
          <w:sz w:val="20"/>
        </w:rPr>
        <w:t>34:06  aap batayein kitni badi cheez hai zindagi mein, kyunke hamesha aisa hota hai ke aadmi dekhein, us mein</w:t>
      </w:r>
      <w:r>
        <w:br/>
      </w:r>
      <w:r>
        <w:rPr>
          <w:sz w:val="20"/>
        </w:rPr>
        <w:t>34:11  kyun aisa hota hai? jab bhi aap ke samne koi situation create hui, maslan kisi ne aap ko</w:t>
      </w:r>
      <w:r>
        <w:br/>
      </w:r>
      <w:r>
        <w:rPr>
          <w:sz w:val="20"/>
        </w:rPr>
        <w:t>34:16  غصہ دلا دیا، کسی نے آپ کو provoke کر دیا، کسی نے آپ کو نقصان کر دیا، تو</w:t>
      </w:r>
      <w:r>
        <w:br/>
      </w:r>
      <w:r>
        <w:rPr>
          <w:sz w:val="20"/>
        </w:rPr>
        <w:t>34:21  kya hota hai? aap</w:t>
      </w:r>
      <w:r>
        <w:br/>
      </w:r>
      <w:r>
        <w:rPr>
          <w:sz w:val="20"/>
        </w:rPr>
        <w:t>34:26  ke jazbaat bhadak uthte hain.</w:t>
      </w:r>
      <w:r>
        <w:br/>
      </w:r>
      <w:r>
        <w:rPr>
          <w:sz w:val="20"/>
        </w:rPr>
        <w:t>34:31  jazbaat bhadak uthte hain.</w:t>
      </w:r>
      <w:r>
        <w:br/>
      </w:r>
      <w:r>
        <w:rPr>
          <w:sz w:val="20"/>
        </w:rPr>
        <w:t>34:36  to aadmi aksar kya hota hai ke jazbaat mein woh koi kaam kar baithta hai.</w:t>
      </w:r>
      <w:r>
        <w:br/>
      </w:r>
      <w:r>
        <w:rPr>
          <w:sz w:val="20"/>
        </w:rPr>
        <w:t>34:41  is mein kya mila? to is mein kya mila? to jazbaat mein jab karega aadmi to lade phade ga.</w:t>
      </w:r>
      <w:r>
        <w:br/>
      </w:r>
      <w:r>
        <w:rPr>
          <w:sz w:val="20"/>
        </w:rPr>
        <w:t>34:46  یعنی گویا harder option لے لے گا وہ۔</w:t>
      </w:r>
      <w:r>
        <w:br/>
      </w:r>
      <w:r>
        <w:rPr>
          <w:sz w:val="20"/>
        </w:rPr>
        <w:t>34:51  اس لیے کیا ملا کہ جب بھی کوئی situation create ہوتی تھی تو آپ سوچتے تھے،</w:t>
      </w:r>
      <w:r>
        <w:br/>
      </w:r>
      <w:r>
        <w:rPr>
          <w:sz w:val="20"/>
        </w:rPr>
        <w:t>34:56  jazbaat ko thaam kar ke aap ghore karte the ke hamein kya karna chahiye, kya nahi karna chahiye.</w:t>
      </w:r>
      <w:r>
        <w:br/>
      </w:r>
      <w:r>
        <w:rPr>
          <w:sz w:val="20"/>
        </w:rPr>
        <w:t>35:02  to jazbaat ko hata kar ke aap apna choice lete the.</w:t>
      </w:r>
      <w:r>
        <w:br/>
      </w:r>
      <w:r>
        <w:rPr>
          <w:sz w:val="20"/>
        </w:rPr>
        <w:t>35:08  to jab bhi aap jazbaat mein aa kar koi koi choice lenge to woh woh harder choice hoga.</w:t>
      </w:r>
      <w:r>
        <w:br/>
      </w:r>
      <w:r>
        <w:rPr>
          <w:sz w:val="20"/>
        </w:rPr>
        <w:t>35:14  aur aap jazbaat ko hata kar ke jab koi choice, koi koi choice lenge to woh easy choice hoga.</w:t>
      </w:r>
      <w:r>
        <w:br/>
      </w:r>
      <w:r>
        <w:rPr>
          <w:sz w:val="20"/>
        </w:rPr>
        <w:t>35:20  yeh kitni bari baat is ke andar mili, kitni bari baat</w:t>
      </w:r>
      <w:r>
        <w:br/>
      </w:r>
      <w:r>
        <w:rPr>
          <w:sz w:val="20"/>
        </w:rPr>
        <w:t>35:26  mili aap.</w:t>
      </w:r>
      <w:r>
        <w:br/>
      </w:r>
      <w:r>
        <w:rPr>
          <w:sz w:val="20"/>
        </w:rPr>
        <w:t>35:30  kyunke hamesha aadmi ke jazbaat kisi na kisi baat mein bhadak uthte hain.</w:t>
      </w:r>
      <w:r>
        <w:br/>
      </w:r>
      <w:r>
        <w:rPr>
          <w:sz w:val="20"/>
        </w:rPr>
        <w:t>35:34  ek taraf aql hoti hai, ek taraf jazbaat hote hain.</w:t>
      </w:r>
      <w:r>
        <w:br/>
      </w:r>
      <w:r>
        <w:rPr>
          <w:sz w:val="20"/>
        </w:rPr>
        <w:t>35:38  agar aql se soch samajh kar ke aap faisla karenge to woh aap yahi karenge ke</w:t>
      </w:r>
      <w:r>
        <w:br/>
      </w:r>
      <w:r>
        <w:rPr>
          <w:sz w:val="20"/>
        </w:rPr>
        <w:t>35:41  aap easy aur option lenge.</w:t>
      </w:r>
      <w:r>
        <w:br/>
      </w:r>
      <w:r>
        <w:rPr>
          <w:sz w:val="20"/>
        </w:rPr>
        <w:t>35:45  lekin agar jazbaat ke asar mein aa jayenge aap to aap harder option le lenge, kyunke</w:t>
      </w:r>
      <w:r>
        <w:br/>
      </w:r>
      <w:r>
        <w:rPr>
          <w:sz w:val="20"/>
        </w:rPr>
        <w:t>35:49  aql is waqt kaam nahi karti.</w:t>
      </w:r>
      <w:r>
        <w:br/>
      </w:r>
      <w:r>
        <w:rPr>
          <w:sz w:val="20"/>
        </w:rPr>
        <w:t>35:53  ab itni bari baat inhone seekhi rasool Allah se aur</w:t>
      </w:r>
    </w:p>
    <w:p>
      <w:pPr>
        <w:pStyle w:val="Heading2"/>
      </w:pPr>
      <w:r>
        <w:t>Definition and Quranic basis of Furqan</w:t>
      </w:r>
    </w:p>
    <w:p>
      <w:r>
        <w:rPr>
          <w:color w:val="666666"/>
          <w:sz w:val="18"/>
        </w:rPr>
        <w:t>The Concept of Furqan in Islam April 28, 2013 Maulana Wahiduddin Khan · 2m 03s · at 0:59 · https://youtu.be/MQs4J9RgjGk?t=59</w:t>
      </w:r>
    </w:p>
    <w:p>
      <w:r>
        <w:rPr>
          <w:i/>
        </w:rPr>
        <w:t>“Furqan ka literal meaning hai do”</w:t>
      </w:r>
    </w:p>
    <w:p>
      <w:r>
        <w:rPr>
          <w:sz w:val="20"/>
        </w:rPr>
        <w:t>0:59  furqan ka literal meaning hai do</w:t>
      </w:r>
      <w:r>
        <w:br/>
      </w:r>
      <w:r>
        <w:rPr>
          <w:sz w:val="20"/>
        </w:rPr>
        <w:t>1:07  cheezon mein farq karna. al faslu bain al shai'ain: to differentiate between the two.</w:t>
      </w:r>
      <w:r>
        <w:br/>
      </w:r>
      <w:r>
        <w:rPr>
          <w:sz w:val="20"/>
        </w:rPr>
        <w:t>1:18  yaani kala aur safed hai to aap farq karein dono mein.</w:t>
      </w:r>
      <w:r>
        <w:br/>
      </w:r>
      <w:r>
        <w:rPr>
          <w:sz w:val="20"/>
        </w:rPr>
        <w:t>1:25  chota aur bara hai to aap se farq karein dono ke beech mein. to literal matlab furqan ka yahi hai.</w:t>
      </w:r>
      <w:r>
        <w:br/>
      </w:r>
      <w:r>
        <w:rPr>
          <w:sz w:val="20"/>
        </w:rPr>
        <w:t>1:36  arabi lughat mein kaha jata hai: al fasl bayn al shain. dekhen, yeh farqan jo hai quran ke bayan ke mutabiq yeh</w:t>
      </w:r>
      <w:r>
        <w:br/>
      </w:r>
      <w:r>
        <w:rPr>
          <w:sz w:val="20"/>
        </w:rPr>
        <w:t>1:53  success ki</w:t>
      </w:r>
      <w:r>
        <w:br/>
      </w:r>
      <w:r>
        <w:rPr>
          <w:sz w:val="20"/>
        </w:rPr>
        <w:t>1:57  sab se bari, success ka sab se bara raaz hai.</w:t>
      </w:r>
      <w:r>
        <w:br/>
      </w:r>
      <w:r>
        <w:rPr>
          <w:sz w:val="20"/>
        </w:rPr>
        <w:t>2:05  yeh baat quran ki aik ayat se maloom hoti hai. quran mein surah al anfal mein ayat number 29 aap parhiye: al anfal 29.</w:t>
      </w:r>
      <w:r>
        <w:br/>
      </w:r>
      <w:r>
        <w:rPr>
          <w:sz w:val="20"/>
        </w:rPr>
        <w:t>2:23  ya ayuhal lazeena amanu, in tattaqoolaha, yaj'al lakum furqana, wa yukaffir ankum sayyatikum, wa yaghfir lakum zunubakum,</w:t>
      </w:r>
      <w:r>
        <w:br/>
      </w:r>
      <w:r>
        <w:rPr>
          <w:sz w:val="20"/>
        </w:rPr>
        <w:t>2:39  wallahu zulfadlil azeem. aye iman walo!</w:t>
      </w:r>
      <w:r>
        <w:br/>
      </w:r>
      <w:r>
        <w:rPr>
          <w:sz w:val="20"/>
        </w:rPr>
        <w:t>2:46  agar tum taqwa ikhtiyar karo to Allah tum ko furqan de ga. Allah tumhare andar furqan ki salahiyat paida kare ga.</w:t>
      </w:r>
    </w:p>
    <w:p>
      <w:pPr>
        <w:pStyle w:val="Heading2"/>
      </w:pPr>
      <w:r>
        <w:t>Dying woman's last wish was about her cat</w:t>
      </w:r>
    </w:p>
    <w:p>
      <w:r>
        <w:rPr>
          <w:color w:val="666666"/>
          <w:sz w:val="18"/>
        </w:rPr>
        <w:t>The Importance of Sincerity 13 May 2014 · 57s · at 22:36 · https://youtu.be/w5Rr0YFc5T0?t=1356</w:t>
      </w:r>
    </w:p>
    <w:p>
      <w:r>
        <w:rPr>
          <w:i/>
        </w:rPr>
        <w:t>“Ek aurat ko cancer ki khabar mili”</w:t>
      </w:r>
    </w:p>
    <w:p>
      <w:r>
        <w:rPr>
          <w:sz w:val="20"/>
        </w:rPr>
        <w:t>22:36  abhi mein ne akhbar mein ek aurat ka qissa parha, woh doctor ne bata diya us ko ke tum ko cancer shuru ho chuka hai.</w:t>
      </w:r>
      <w:r>
        <w:br/>
      </w:r>
      <w:r>
        <w:rPr>
          <w:sz w:val="20"/>
        </w:rPr>
        <w:t>22:50  to cancer ka lafz sunte hi aadmi samajhta hai ke ab mere marne ka waqt aa gaya. cancer ka lafz jab sunta hai aadmi to samajhta hai ke pehla khayal yeh aata hai ke ab mere marne ka waqt aa</w:t>
      </w:r>
      <w:r>
        <w:br/>
      </w:r>
      <w:r>
        <w:rPr>
          <w:sz w:val="20"/>
        </w:rPr>
        <w:t>23:01  gaya. to us ne wasiyat ki ke mere marne ke baad meri jo billi hai, jo cat hai, meri us ko bohat ziyada khayal rakha jaye, us ko koi takleef na hone paye.</w:t>
      </w:r>
      <w:r>
        <w:br/>
      </w:r>
      <w:r>
        <w:rPr>
          <w:sz w:val="20"/>
        </w:rPr>
        <w:t>23:16  to aap ghor kijiye ke kaisi ajeeb hai insaan.</w:t>
      </w:r>
      <w:r>
        <w:br/>
      </w:r>
      <w:r>
        <w:rPr>
          <w:sz w:val="20"/>
        </w:rPr>
        <w:t>23:22  yani us ko yeh kehna chahiye tha ke agarche mein ne duniya mein fame hasil ki, paisa hasil kiya, lekin itni kam muddat mein meri maut aa gayi, to kya hai yeh duniya?</w:t>
      </w:r>
    </w:p>
    <w:p>
      <w:pPr>
        <w:pStyle w:val="Heading2"/>
      </w:pPr>
      <w:r>
        <w:t>Pride in being Muslim contradicts Quran's call to fear God</w:t>
      </w:r>
    </w:p>
    <w:p>
      <w:r>
        <w:rPr>
          <w:color w:val="666666"/>
          <w:sz w:val="18"/>
        </w:rPr>
        <w:t>Dars-e-Quran July 30, 2007 · 1m 37s · at 41:27 · https://youtu.be/9D_8jxwLKlE?t=2487</w:t>
      </w:r>
    </w:p>
    <w:p>
      <w:r>
        <w:rPr>
          <w:i/>
        </w:rPr>
        <w:t>“Log kehte hain hume Musalman hone par fakhr hai”</w:t>
      </w:r>
    </w:p>
    <w:p>
      <w:r>
        <w:rPr>
          <w:sz w:val="20"/>
        </w:rPr>
        <w:t>41:27  logon ke article ko parhiye, un ki kitabon ko parhiye to sab mein aap payenge ke is ka mizaj, yani pride ka mizaj, fakhr ka mizaj, islam hamara pride hai,</w:t>
      </w:r>
      <w:r>
        <w:br/>
      </w:r>
      <w:r>
        <w:rPr>
          <w:sz w:val="20"/>
        </w:rPr>
        <w:t>41:42  humein fakhr hai ke hum, hum, hum ko fakhr hai ke hum musalman hain.</w:t>
      </w:r>
      <w:r>
        <w:br/>
      </w:r>
      <w:r>
        <w:rPr>
          <w:sz w:val="20"/>
        </w:rPr>
        <w:t>41:49  yeh yeh kya hai? yani kyun log kehte hain ke hum ko fakhr hai ke hum musalman hain? kya aap sochiye is ko ke quran sab se ziyada importance deta hai taqwa par,</w:t>
      </w:r>
      <w:r>
        <w:br/>
      </w:r>
      <w:r>
        <w:rPr>
          <w:sz w:val="20"/>
        </w:rPr>
        <w:t>42:03  khuda se khauf par? to kya koi kahega mujhe fakhr hai ke main khuda se darta hoon? yeh koi kehne ki baat hai?</w:t>
      </w:r>
      <w:r>
        <w:br/>
      </w:r>
      <w:r>
        <w:rPr>
          <w:sz w:val="20"/>
        </w:rPr>
        <w:t>42:12  yeh koi kehne ki baat hai?</w:t>
      </w:r>
      <w:r>
        <w:br/>
      </w:r>
      <w:r>
        <w:rPr>
          <w:sz w:val="20"/>
        </w:rPr>
        <w:t>42:17  quran ke shuru hi mein likha hua hai "hadal mutaqeen" ke taqwa sab se bari cheez hai, khuda ka khauf sab se bari cheez hai. doosri jagah quran majeed mein hai ke "walam yaksh illa Allah".</w:t>
      </w:r>
      <w:r>
        <w:br/>
      </w:r>
      <w:r>
        <w:rPr>
          <w:sz w:val="20"/>
        </w:rPr>
        <w:t>42:32  momin woh hai jo sirf khuda se dare.</w:t>
      </w:r>
      <w:r>
        <w:br/>
      </w:r>
      <w:r>
        <w:rPr>
          <w:sz w:val="20"/>
        </w:rPr>
        <w:t>42:36  to kya koi yeh kahega ke mujhe fakhr hai ke main sirf ke main darta hoon khuda se? dekhiye, darr jo hai aap ke andar modesty paida karta hai, jab pride nahin.</w:t>
      </w:r>
      <w:r>
        <w:br/>
      </w:r>
      <w:r>
        <w:rPr>
          <w:sz w:val="20"/>
        </w:rPr>
        <w:t>42:54  aap ke andar khuda ka darr jab aayega to modesty aayegi, fakhr aur aur pride nahin aayega.</w:t>
      </w:r>
    </w:p>
    <w:p>
      <w:pPr>
        <w:pStyle w:val="Heading2"/>
      </w:pPr>
      <w:r>
        <w:t>Quran avoids negative mentions of problems</w:t>
      </w:r>
    </w:p>
    <w:p>
      <w:r>
        <w:rPr>
          <w:color w:val="666666"/>
          <w:sz w:val="18"/>
        </w:rPr>
        <w:t>Method of The Quran July 20, 2014 · 30s · at 4:00 · https://youtu.be/kDfC-fjxYmE?t=240</w:t>
      </w:r>
    </w:p>
    <w:p>
      <w:r>
        <w:rPr>
          <w:i/>
        </w:rPr>
        <w:t>“Quran mein kisi bhi masle ka negative tazkira nahi hai”</w:t>
      </w:r>
    </w:p>
    <w:p>
      <w:r>
        <w:rPr>
          <w:sz w:val="20"/>
        </w:rPr>
        <w:t>4:00  lekin quran mein kisi bhi masle ka negative tazkirah nahin hai. har masle ka positive aspect bataya gaya hai.</w:t>
      </w:r>
      <w:r>
        <w:br/>
      </w:r>
      <w:r>
        <w:rPr>
          <w:sz w:val="20"/>
        </w:rPr>
        <w:t>4:10  bahut anokhi baat hai.</w:t>
      </w:r>
      <w:r>
        <w:br/>
      </w:r>
      <w:r>
        <w:rPr>
          <w:sz w:val="20"/>
        </w:rPr>
        <w:t>4:14  yani aaj kal aap musalmanon ke jalsay mein jaiye, musalmanon ke kitabon ko, un ke magazine ko, un ke akhbar ko padhiye to sara tazkirah hoga ke musalmanon par zulm ho raha hai, musalmanon par science ho rahi hai.</w:t>
      </w:r>
    </w:p>
    <w:p>
      <w:pPr>
        <w:pStyle w:val="Heading2"/>
      </w:pPr>
      <w:r>
        <w:t>Prophet's persecution in Mecca and the discipline of no complaint</w:t>
      </w:r>
    </w:p>
    <w:p>
      <w:r>
        <w:rPr>
          <w:color w:val="666666"/>
          <w:sz w:val="18"/>
        </w:rPr>
        <w:t>Quran A Book of God June 5, 2011 · 4m 55s · at 23:51 · https://youtu.be/xT0YdQ1Jgc8?t=1431</w:t>
      </w:r>
    </w:p>
    <w:p>
      <w:r>
        <w:rPr>
          <w:i/>
        </w:rPr>
        <w:t>“ایک عجیب واقعہ میں بتاؤں گا آپ کو”</w:t>
      </w:r>
    </w:p>
    <w:p>
      <w:r>
        <w:rPr>
          <w:sz w:val="20"/>
        </w:rPr>
        <w:t>23:51  makka mein jab 13 saal thay toh bohat ajeeb ajeeb tareeqe se pareshan kiya unhon ne. aik ajeeb waqia mein bataunga aap ko ke rasool allah sallallahu alaihi wasallam kaba mein namaz parh rahe thay, sajde mein thay.</w:t>
      </w:r>
      <w:r>
        <w:br/>
      </w:r>
      <w:r>
        <w:rPr>
          <w:sz w:val="20"/>
        </w:rPr>
        <w:t>24:05  aap ka sir sajde mein tha, namaz parh rahe thay. toh aik sharir aadmi jo mushrik tha, woh</w:t>
      </w:r>
      <w:r>
        <w:br/>
      </w:r>
      <w:r>
        <w:rPr>
          <w:sz w:val="20"/>
        </w:rPr>
        <w:t>24:17  kya kiya? us ne ouj jo hoti hai, ouj us ke zabah kiye hue janwar ki, ouj bohat gandi jo hoti hai, zabah ke baad nikal li jati hai, woh la kar ke aap ke daal diya aap ke upar.</w:t>
      </w:r>
      <w:r>
        <w:br/>
      </w:r>
      <w:r>
        <w:rPr>
          <w:sz w:val="20"/>
        </w:rPr>
        <w:t>24:34  aur sara isi mein aap ka chala gaya. aik aap ka ghutne lage, saans ghutne laga.</w:t>
      </w:r>
      <w:r>
        <w:br/>
      </w:r>
      <w:r>
        <w:rPr>
          <w:sz w:val="20"/>
        </w:rPr>
        <w:t>24:44  wahan aik tareeqa tha, kisi ko bohat buri tarah marna ho toh ouj daal dete us ki, us mein toh ghut ghut kar mar jaye woh.</w:t>
      </w:r>
      <w:r>
        <w:br/>
      </w:r>
      <w:r>
        <w:rPr>
          <w:sz w:val="20"/>
        </w:rPr>
        <w:t>24:54  yani yeh aik misaal hai, aise kai sare kaam kiya unhon ne. lekin jab aap migrate kar ke madina gaye, aik lafz bhi aap ne shikayat nahi ki, aik lafz bhi shikayat nahi ki.</w:t>
      </w:r>
      <w:r>
        <w:br/>
      </w:r>
      <w:r>
        <w:rPr>
          <w:sz w:val="20"/>
        </w:rPr>
        <w:t>25:10  yahan tak ke aap ke munh dar munh aap ko kehte thay ke muzammam, muzammam matlab condemned, you are a condemned person. aap kuch bhi nahi kehte thay, ghussa bhi nahi hotay thay.</w:t>
      </w:r>
      <w:r>
        <w:br/>
      </w:r>
      <w:r>
        <w:rPr>
          <w:sz w:val="20"/>
        </w:rPr>
        <w:t>25:26  tab ja kar aadmi quran ko samajhta hai. layamassu al-mutahharun ka matlab na toh yeh hai ke farishte us ko laate hain, woh alag cheez hai.</w:t>
      </w:r>
      <w:r>
        <w:br/>
      </w:r>
      <w:r>
        <w:rPr>
          <w:sz w:val="20"/>
        </w:rPr>
        <w:t>25:37  yeh ke baghair wuzu ke chhoo nahi sakte, aap woh alag cheez hai.</w:t>
      </w:r>
      <w:r>
        <w:br/>
      </w:r>
      <w:r>
        <w:rPr>
          <w:sz w:val="20"/>
        </w:rPr>
        <w:t>25:42  wuzu karna chahiye, woh alag cheez hai. bahar nahi karta, wuzu nahi karna chahiye. farishte laate hain, woh bhi laate hain, woh alag cheez hai. is se yahan jodte kyun?</w:t>
      </w:r>
      <w:r>
        <w:br/>
      </w:r>
      <w:r>
        <w:rPr>
          <w:sz w:val="20"/>
        </w:rPr>
        <w:t>25:50  aap in masail se is ka koi taluq nahi hai. is ka taluq yeh hai ke quran ke jo maani hain, quran tak jo yani meaning us ki jo hai, wahan tak pohnch un ki hoti hai jo negativity se pak ho.</w:t>
      </w:r>
      <w:r>
        <w:br/>
      </w:r>
      <w:r>
        <w:rPr>
          <w:sz w:val="20"/>
        </w:rPr>
        <w:t>26:07  isi liye mein toh zor deta hoon aap logon ko ke aap kisi bhi tareeqe se aap koi manfi khayal apne dil mein na laen.</w:t>
      </w:r>
      <w:r>
        <w:br/>
      </w:r>
      <w:r>
        <w:rPr>
          <w:sz w:val="20"/>
        </w:rPr>
        <w:t>26:16  kuch bhi hota hai, hota rahe. kisi ne aap ko gaali de di, kisi ne aap ko zulm kar diya, kisi ne aap ko pareshan kar diya, toh us ko aap negative ho jayen.</w:t>
      </w:r>
      <w:r>
        <w:br/>
      </w:r>
      <w:r>
        <w:rPr>
          <w:sz w:val="20"/>
        </w:rPr>
        <w:t>26:25  us ke liye le kar ke us ko aap bhula dijiye, maaf kar dijiye. aaj subah mere sath aik waqia hua, aaj hi subah ki baat hai.</w:t>
      </w:r>
      <w:r>
        <w:br/>
      </w:r>
      <w:r>
        <w:rPr>
          <w:sz w:val="20"/>
        </w:rPr>
        <w:t>26:36  aik waqia hua subah ko jis se mere dil mein thoda sa takleef ho gayi. mujhe jab negative aa gaya kuch der ke liye toh barabar mein bohat der tak jab tak yahan baitha nahi hoon, tab tak mein yahi dua karta raha hoon: khuda ya is aadmi ke liye mujhe maaf farma,</w:t>
      </w:r>
      <w:r>
        <w:br/>
      </w:r>
      <w:r>
        <w:rPr>
          <w:sz w:val="20"/>
        </w:rPr>
        <w:t>26:55  meri taraf se us ke liye dua-e-khair likh de. yeh aaj subah ki baat hai. kisi aadmi se mujhe aik thodi si takleef ho gayi aaj</w:t>
      </w:r>
      <w:r>
        <w:br/>
      </w:r>
      <w:r>
        <w:rPr>
          <w:sz w:val="20"/>
        </w:rPr>
        <w:t>27:04  to mein ne kuch bola to nahi is ko, lekin dil mein kuch aisa hua to maafi mangta raha aur yeh dua karta raha: khudaaya is aadmi ke liye meri taraf se dua-e-khair likh de.</w:t>
      </w:r>
      <w:r>
        <w:br/>
      </w:r>
      <w:r>
        <w:rPr>
          <w:sz w:val="20"/>
        </w:rPr>
        <w:t>27:15  kyun? yaad rakhiye, ek idea ke barabar bhi aap ke andar negative agar negativity agar aa gayi to khuda-e-kitab ko aap nahi samajh sakte.</w:t>
      </w:r>
      <w:r>
        <w:br/>
      </w:r>
      <w:r>
        <w:rPr>
          <w:sz w:val="20"/>
        </w:rPr>
        <w:t>27:24  aap yeh matlab hai is aayat ka.</w:t>
      </w:r>
      <w:r>
        <w:br/>
      </w:r>
      <w:r>
        <w:rPr>
          <w:sz w:val="20"/>
        </w:rPr>
        <w:t>27:30  to saare log to jee rahe hain negativity mein, yaani arab se le kar ajam tak, india se le kar america tak, har aadmi negativity mein jee raha hai.</w:t>
      </w:r>
      <w:r>
        <w:br/>
      </w:r>
      <w:r>
        <w:rPr>
          <w:sz w:val="20"/>
        </w:rPr>
        <w:t>27:40  kisi na kisi waqeye ko le kar negative bana hua hai. woh bosnia ka zulm, chechnya ka zulm, israel ka zulm, kashmir ka zulm, falasteen ka zulm, aur kaun kaun sa zulm ki dastaanein?</w:t>
      </w:r>
      <w:r>
        <w:br/>
      </w:r>
      <w:r>
        <w:rPr>
          <w:sz w:val="20"/>
        </w:rPr>
        <w:t>27:57  woh jo ke media khoobi cheezon ko phailata hai, us ko log dekhte hain aur padhte hain. har aadmi jo hai, yaani har musalman jo hai, without any exception negative bana hua hai, siwaye hamare jo yahan jo hamare jo saathi hain, jahan jo aate hain, un ko bohat zyada mein is par zor deta hoon ke aap ko negativity se paak hona chahiye.</w:t>
      </w:r>
      <w:r>
        <w:br/>
      </w:r>
      <w:r>
        <w:rPr>
          <w:sz w:val="20"/>
        </w:rPr>
        <w:t>28:21  aur to koi bacha hua nahi hai.</w:t>
      </w:r>
      <w:r>
        <w:br/>
      </w:r>
      <w:r>
        <w:rPr>
          <w:sz w:val="20"/>
        </w:rPr>
        <w:t>28:26  to is aayat ka matlab yeh hai ke agar tum quran ko samajhna chahte ho, us ki gehre maani tak tumhari pahunch ho, yeh tum chahte ho to apne aap ko negative thinking se aakhri had tak paak karo.</w:t>
      </w:r>
      <w:r>
        <w:br/>
      </w:r>
      <w:r>
        <w:rPr>
          <w:sz w:val="20"/>
        </w:rPr>
        <w:t>28:41  kyun? is ka author negative thinking se paak hai.</w:t>
      </w:r>
    </w:p>
    <w:p>
      <w:pPr>
        <w:pStyle w:val="Heading2"/>
      </w:pPr>
      <w:r>
        <w:t>Why banning Quran translations is a harmful, wrong fatwa</w:t>
      </w:r>
    </w:p>
    <w:p>
      <w:r>
        <w:rPr>
          <w:color w:val="666666"/>
          <w:sz w:val="18"/>
        </w:rPr>
        <w:t>Roza and Quran July 18, 2010 · 2m 48s · at 1:28:03 · https://youtu.be/TSjqSQEb0EQ?t=5283</w:t>
      </w:r>
    </w:p>
    <w:p>
      <w:r>
        <w:rPr>
          <w:i/>
        </w:rPr>
        <w:t>“This is a huge mistake by our scholars — a very big mistake.”</w:t>
      </w:r>
    </w:p>
    <w:p>
      <w:r>
        <w:rPr>
          <w:sz w:val="20"/>
        </w:rPr>
        <w:t>1:28:03  maulana, agla sawal mister jaan muhammad bhatt ka hai, afghanistan se. unhon ne likha hai ke "In Afghanistan, when people see an English Quran, they tend to consider this a form of blasphemy,</w:t>
      </w:r>
      <w:r>
        <w:br/>
      </w:r>
      <w:r>
        <w:rPr>
          <w:sz w:val="20"/>
        </w:rPr>
        <w:t>1:28:18  since the Quran can only be in Arabic, and the word Quran applies to both the Arabic text and the meaning of the Quran.</w:t>
      </w:r>
      <w:r>
        <w:br/>
      </w:r>
      <w:r>
        <w:rPr>
          <w:sz w:val="20"/>
        </w:rPr>
        <w:t>1:28:27  Do they have a point here</w:t>
      </w:r>
      <w:r>
        <w:br/>
      </w:r>
      <w:r>
        <w:rPr>
          <w:sz w:val="20"/>
        </w:rPr>
        <w:t>1:28:30  ?" dekhen, yeh hamare ulama ki bohat bari ghalti hai. bohat bari ghalti hai. ke unhon ne yeh keh diya ke jab tak matan saaf aur naik kiya jaye, sirf tarjuma nahin hona chahiye.</w:t>
      </w:r>
      <w:r>
        <w:br/>
      </w:r>
      <w:r>
        <w:rPr>
          <w:sz w:val="20"/>
        </w:rPr>
        <w:t>1:28:45  yeh bilkul galat hai. yeh aisa fatwa bhi galat hai. aisi soch bhi galat hai. is ki koi base nahin hai.</w:t>
      </w:r>
      <w:r>
        <w:br/>
      </w:r>
      <w:r>
        <w:rPr>
          <w:sz w:val="20"/>
        </w:rPr>
        <w:t>1:28:53  kaise aap quran ko phailayenge?</w:t>
      </w:r>
      <w:r>
        <w:br/>
      </w:r>
      <w:r>
        <w:rPr>
          <w:sz w:val="20"/>
        </w:rPr>
        <w:t>1:28:57  yani zaroorat ke tehat dekhen. imam abu hanifa ne no musalmanon ke liye zaroorat ke tehat ijazat di thi ke woh farsi mein namaz padhen.</w:t>
      </w:r>
      <w:r>
        <w:br/>
      </w:r>
      <w:r>
        <w:rPr>
          <w:sz w:val="20"/>
        </w:rPr>
        <w:t>1:29:09  zahir hai ke namaz arabi mein padhi jati hai. lekin imam abu hanifa ne kaha ke jo no musalman hain, jo arabi nahin padh sakte, woh farsi mein namaz padh len. waqti taur par.</w:t>
      </w:r>
      <w:r>
        <w:br/>
      </w:r>
      <w:r>
        <w:rPr>
          <w:sz w:val="20"/>
        </w:rPr>
        <w:t>1:29:18  wa-al-zarooratu tawbee'u al-mahzooraat aik hai kaam allah. aik hai law of necessity.</w:t>
      </w:r>
      <w:r>
        <w:br/>
      </w:r>
      <w:r>
        <w:rPr>
          <w:sz w:val="20"/>
        </w:rPr>
        <w:t>1:29:28  jab hamein pahunchana hai dawat to aur konsa doosra tareeqa hai? koi doosra tareeqa nahin. to yeh ulama ne galat aik cheez phaila rakhi hai logon ke andar.</w:t>
      </w:r>
      <w:r>
        <w:br/>
      </w:r>
      <w:r>
        <w:rPr>
          <w:sz w:val="20"/>
        </w:rPr>
        <w:t>1:29:40  ulama ko apni rai wapas lena chahiye. aur dawat ka darwaza band kar rakha hai logon ne. yani yeh ulama hain jinhon ne dawat ka darwaza band kar rakha hai.</w:t>
      </w:r>
      <w:r>
        <w:br/>
      </w:r>
      <w:r>
        <w:rPr>
          <w:sz w:val="20"/>
        </w:rPr>
        <w:t>1:29:49  yeh khwamkhwah ke aik fatwa de rakha hai ke matan ke sath chhapa jaye. matan alag rahega, woh alag rahega.</w:t>
      </w:r>
      <w:r>
        <w:br/>
      </w:r>
      <w:r>
        <w:rPr>
          <w:sz w:val="20"/>
        </w:rPr>
        <w:t>1:29:56  matan itna zyada aam ho chuka hai ke har masjid mein, har library mein, har ghar mein, har jagah maujood hai woh. to woh daur khatm hoga jab quran ki hifazat khatre mein thi.</w:t>
      </w:r>
      <w:r>
        <w:br/>
      </w:r>
      <w:r>
        <w:rPr>
          <w:sz w:val="20"/>
        </w:rPr>
        <w:t>1:30:09  ab ab quran ki hifazat khatre mein hai hi nahin. quran already preserve ho chuka hai, mehfooz ho chuka hai. to ab jitne bhi tareeqe hain, is ke message ko phailane ke liye ikhtiyar kijiye.</w:t>
      </w:r>
      <w:r>
        <w:br/>
      </w:r>
      <w:r>
        <w:rPr>
          <w:sz w:val="20"/>
        </w:rPr>
        <w:t>1:30:20  isi wajah se ek hai translation.</w:t>
      </w:r>
      <w:r>
        <w:br/>
      </w:r>
      <w:r>
        <w:rPr>
          <w:sz w:val="20"/>
        </w:rPr>
        <w:t>1:30:24  yaani translation jo hai, matan ki jagah par ho jayega. woh daur hi khatm ho gaya. jaise bible jo hai, asal zaban mein nahin hai. kyun?</w:t>
      </w:r>
      <w:r>
        <w:br/>
      </w:r>
      <w:r>
        <w:rPr>
          <w:sz w:val="20"/>
        </w:rPr>
        <w:t>1:30:33  printing press tha nahin is zamane mein. ab ab kaun aisa kar sakta hai ke arabi ghayab ho jaye aur sirf tarjuma rahe? bilashuba yeh galat fatwa hai.</w:t>
      </w:r>
      <w:r>
        <w:br/>
      </w:r>
      <w:r>
        <w:rPr>
          <w:sz w:val="20"/>
        </w:rPr>
        <w:t>1:30:44  aur is ki wajah se dawat ka kaam yaani mein rukawat hai yeh is ke fatwe.</w:t>
      </w:r>
    </w:p>
    <w:p>
      <w:pPr>
        <w:pStyle w:val="Heading2"/>
      </w:pPr>
      <w:r>
        <w:t>Prophet pausing to reflect at every Quran verse</w:t>
      </w:r>
    </w:p>
    <w:p>
      <w:r>
        <w:rPr>
          <w:color w:val="666666"/>
          <w:sz w:val="18"/>
        </w:rPr>
        <w:t>Reflections on Surah Al-Muzzammil May 19, 2024 · 1m 30s · at 10:37 · https://youtu.be/4pduG4qDeDM?t=637</w:t>
      </w:r>
    </w:p>
    <w:p>
      <w:r>
        <w:rPr>
          <w:i/>
        </w:rPr>
        <w:t>“The Prophet paused at every verse to reflect”</w:t>
      </w:r>
    </w:p>
    <w:p>
      <w:r>
        <w:rPr>
          <w:sz w:val="20"/>
        </w:rPr>
        <w:t>10:37  . so you are not just reading, but you are doing the work at the same time. and Huzaifah ibn al-Yaman, who was a great companion, (RA), he said once, he was very close to the Prophet.</w:t>
      </w:r>
      <w:r>
        <w:br/>
      </w:r>
      <w:r>
        <w:rPr>
          <w:sz w:val="20"/>
        </w:rPr>
        <w:t>10:52  so he said once, "I performed Tahajjud prayer with the Prophet, and I noticed that whenever he read, or he came across a verse which God was glorified, so he stopped there, and he glorified God. and</w:t>
      </w:r>
      <w:r>
        <w:br/>
      </w:r>
      <w:r>
        <w:rPr>
          <w:sz w:val="20"/>
        </w:rPr>
        <w:t>11:10  when he read something about dua was mentioned in the Quran, he stopped there, and made dua. and when Allah's protection was sought in the Quran, he read something about Allah's protection, he stopped there, and he sought Allah's protection.</w:t>
      </w:r>
      <w:r>
        <w:br/>
      </w:r>
      <w:r>
        <w:rPr>
          <w:sz w:val="20"/>
        </w:rPr>
        <w:t>11:32  so this is about the reading of the Quran, or tarteeb, he called it."</w:t>
      </w:r>
      <w:r>
        <w:br/>
      </w:r>
      <w:r>
        <w:rPr>
          <w:sz w:val="20"/>
        </w:rPr>
        <w:t>11:39  infact, doctor sahib, aapne bohat achhe se is baat ko samjhaya aur emphasize bhi kiya ke ahista aur slowly padhna kitna zaroori hai. Hazrat Aisha se bhi riwayat hai ke unhone kaha ke Rasool Allah used to read chapters so slowly that it would take longer than a chapter which was actually longer.</w:t>
      </w:r>
      <w:r>
        <w:br/>
      </w:r>
      <w:r>
        <w:rPr>
          <w:sz w:val="20"/>
        </w:rPr>
        <w:t>11:59  is tarike se woh padhte the. Aur doctor sahib, Quran ko bhi jaise aapne kaha ke samajh samajh ke hamein padhna hai. So</w:t>
      </w:r>
    </w:p>
    <w:p>
      <w:pPr>
        <w:pStyle w:val="Heading2"/>
      </w:pPr>
      <w:r>
        <w:t>Five periods of human history from the angle of dawah</w:t>
      </w:r>
    </w:p>
    <w:p>
      <w:r>
        <w:rPr>
          <w:color w:val="666666"/>
          <w:sz w:val="18"/>
        </w:rPr>
        <w:t>Five Periods of Human History March 8, 2009 Maulana Wahiduddin Khan · 4m 14s · at 0:37 · https://youtu.be/_Y4VcKV2OPk?t=37</w:t>
      </w:r>
    </w:p>
    <w:p>
      <w:r>
        <w:rPr>
          <w:i/>
        </w:rPr>
        <w:t>“Today's topic: the five periods of human history”</w:t>
      </w:r>
    </w:p>
    <w:p>
      <w:r>
        <w:rPr>
          <w:sz w:val="20"/>
        </w:rPr>
        <w:t>0:37  aaj ka topic hai:</w:t>
      </w:r>
      <w:r>
        <w:br/>
      </w:r>
      <w:r>
        <w:rPr>
          <w:sz w:val="20"/>
        </w:rPr>
        <w:t>0:42  five periods of human history.</w:t>
      </w:r>
      <w:r>
        <w:br/>
      </w:r>
      <w:r>
        <w:rPr>
          <w:sz w:val="20"/>
        </w:rPr>
        <w:t>0:48  insani tareekh ke panch daur. dekhen, tareekh ko mukhtalif angle se dekhte hain log, aur alag alag aspects se iske daur batate hain.</w:t>
      </w:r>
      <w:r>
        <w:br/>
      </w:r>
      <w:r>
        <w:rPr>
          <w:sz w:val="20"/>
        </w:rPr>
        <w:t>1:04  main jis angle se dekh raha hoon,</w:t>
      </w:r>
      <w:r>
        <w:br/>
      </w:r>
      <w:r>
        <w:rPr>
          <w:sz w:val="20"/>
        </w:rPr>
        <w:t>1:09  is ke aitbar se maine panch daur bataye hain,</w:t>
      </w:r>
      <w:r>
        <w:br/>
      </w:r>
      <w:r>
        <w:rPr>
          <w:sz w:val="20"/>
        </w:rPr>
        <w:t>1:15  yani dawat ke angle se.</w:t>
      </w:r>
      <w:r>
        <w:br/>
      </w:r>
      <w:r>
        <w:rPr>
          <w:sz w:val="20"/>
        </w:rPr>
        <w:t>1:20  to sab se pehla daur jo hai, woh hai jab ke prophet aate rahe, bar bar, lekin insan ne inko ignore kiya.</w:t>
      </w:r>
      <w:r>
        <w:br/>
      </w:r>
      <w:r>
        <w:rPr>
          <w:sz w:val="20"/>
        </w:rPr>
        <w:t>1:32  aur history mein inka record nahin, rasool allah se pehle. yeh pehla daur tha jab ke insan ne peghambar ko "unworthy of recording" samjha,</w:t>
      </w:r>
      <w:r>
        <w:br/>
      </w:r>
      <w:r>
        <w:rPr>
          <w:sz w:val="20"/>
        </w:rPr>
        <w:t>1:50  yani is qabil nahin samjha ke inko tareekh mein record kiya jaye. chunancha purely historical sense mein woh pichhle peghambar sab lamaloom hain.</w:t>
      </w:r>
      <w:r>
        <w:br/>
      </w:r>
      <w:r>
        <w:rPr>
          <w:sz w:val="20"/>
        </w:rPr>
        <w:t>2:04  woh aqide ke aitbar se peghambar hain, lekin tareekh ke aitbar se woh recorded history mein nahin aate.</w:t>
      </w:r>
      <w:r>
        <w:br/>
      </w:r>
      <w:r>
        <w:rPr>
          <w:sz w:val="20"/>
        </w:rPr>
        <w:t>2:13  dusra daur hai muhammad sallallahu alaihi wasallam ka. inke bare mein quran majeed mein hai ke "yab'athuka rabbuka maqaman mahmoodan" ke aap ko khuda ne maqam mehmood diya.</w:t>
      </w:r>
      <w:r>
        <w:br/>
      </w:r>
      <w:r>
        <w:rPr>
          <w:sz w:val="20"/>
        </w:rPr>
        <w:t>2:31  yeh maqam mehmood koi mysterious cheez nahin hai, yeh koi asrar cheez nahin hai.</w:t>
      </w:r>
      <w:r>
        <w:br/>
      </w:r>
      <w:r>
        <w:rPr>
          <w:sz w:val="20"/>
        </w:rPr>
        <w:t>2:38  yeh ek historical phenomena hai, purely historical phenomena hai.</w:t>
      </w:r>
      <w:r>
        <w:br/>
      </w:r>
      <w:r>
        <w:rPr>
          <w:sz w:val="20"/>
        </w:rPr>
        <w:t>2:47  is se murad hai historically acknowledged peghambar, yani woh peghambar jis ko tareekh mein peghambar ki hesiyat se acknowledge kiya gaya.</w:t>
      </w:r>
      <w:r>
        <w:br/>
      </w:r>
      <w:r>
        <w:rPr>
          <w:sz w:val="20"/>
        </w:rPr>
        <w:t>3:05  yeh hai dusra daur.</w:t>
      </w:r>
      <w:r>
        <w:br/>
      </w:r>
      <w:r>
        <w:rPr>
          <w:sz w:val="20"/>
        </w:rPr>
        <w:t>3:08  teesra daur jo hai, woh hai "preserved book of god" ka, yani quran ka. is se pehle bhi allah taala ne apni kitaben bhejin,</w:t>
      </w:r>
      <w:r>
        <w:br/>
      </w:r>
      <w:r>
        <w:rPr>
          <w:sz w:val="20"/>
        </w:rPr>
        <w:t>3:22  lekin insan inko preserve mehfoz na kar saka.</w:t>
      </w:r>
      <w:r>
        <w:br/>
      </w:r>
      <w:r>
        <w:rPr>
          <w:sz w:val="20"/>
        </w:rPr>
        <w:t>3:31  quran ke liye allah taala ne khusoosi intezam kiya, is liye woh mukammal taur par mehfoz kitab ki hesiyat se baqi rahi.</w:t>
      </w:r>
      <w:r>
        <w:br/>
      </w:r>
      <w:r>
        <w:rPr>
          <w:sz w:val="20"/>
        </w:rPr>
        <w:t>3:41  to teesra daur hai "preserved book of god" ka.</w:t>
      </w:r>
      <w:r>
        <w:br/>
      </w:r>
      <w:r>
        <w:rPr>
          <w:sz w:val="20"/>
        </w:rPr>
        <w:t>3:48  chautha daur hai science ka daur.</w:t>
      </w:r>
      <w:r>
        <w:br/>
      </w:r>
      <w:r>
        <w:rPr>
          <w:sz w:val="20"/>
        </w:rPr>
        <w:t>3:51  science ne jo baaten discover kin, woh khuda ki baaton ka tasdeeq karne wali ban gayin,</w:t>
      </w:r>
      <w:r>
        <w:br/>
      </w:r>
      <w:r>
        <w:rPr>
          <w:sz w:val="20"/>
        </w:rPr>
        <w:t>4:06  jis ki peshangoi quran mein maujood thi pehle se. sanuri hum ayatina fil afaq, hatta tabayyan al haqq.</w:t>
      </w:r>
      <w:r>
        <w:br/>
      </w:r>
      <w:r>
        <w:rPr>
          <w:sz w:val="20"/>
        </w:rPr>
        <w:t>4:16  is ayat mein scientific daur ki peshangoi hai.</w:t>
      </w:r>
      <w:r>
        <w:br/>
      </w:r>
      <w:r>
        <w:rPr>
          <w:sz w:val="20"/>
        </w:rPr>
        <w:t>4:22  to is chauthe daur ko main kahunga ke scientific affirmation ka daur.</w:t>
      </w:r>
      <w:r>
        <w:br/>
      </w:r>
      <w:r>
        <w:rPr>
          <w:sz w:val="20"/>
        </w:rPr>
        <w:t>4:31  scientific affirmation. is ke baad panchva daur jo hai, woh end of history hai,</w:t>
      </w:r>
      <w:r>
        <w:br/>
      </w:r>
      <w:r>
        <w:rPr>
          <w:sz w:val="20"/>
        </w:rPr>
        <w:t>4:40  yani insani tareekh ka khatma aur day of judgment ka aaghaz.</w:t>
      </w:r>
      <w:r>
        <w:br/>
      </w:r>
      <w:r>
        <w:rPr>
          <w:sz w:val="20"/>
        </w:rPr>
        <w:t>4:49  yeh hain panch daur.</w:t>
      </w:r>
    </w:p>
    <w:p>
      <w:pPr>
        <w:pStyle w:val="Heading2"/>
      </w:pPr>
      <w:r>
        <w:t>Iman as discovery and Amal as accountability</w:t>
      </w:r>
    </w:p>
    <w:p>
      <w:r>
        <w:rPr>
          <w:color w:val="666666"/>
          <w:sz w:val="18"/>
        </w:rPr>
        <w:t>2 20 29  Chapter Al Baqrah, Aug 02, 2015 · 2m 03s · at 20:37 · https://youtu.be/cTJGD7yxFyM?t=1237</w:t>
      </w:r>
    </w:p>
    <w:p>
      <w:r>
        <w:rPr>
          <w:i/>
        </w:rPr>
        <w:t>“Iman ka matlab ye nahi ke ek kalma hai”</w:t>
      </w:r>
    </w:p>
    <w:p>
      <w:r>
        <w:rPr>
          <w:sz w:val="20"/>
        </w:rPr>
        <w:t>20:37  to dekhiye, yahan par imaan aur amal saleh ka lafz jo hai, is par ghor kijiye.</w:t>
      </w:r>
      <w:r>
        <w:br/>
      </w:r>
      <w:r>
        <w:rPr>
          <w:sz w:val="20"/>
        </w:rPr>
        <w:t>20:42  imaan ka matlab kya hai? imaan ka matlab yeh nahi ke aik kalma hai, is ke alfaaz ko</w:t>
      </w:r>
      <w:r>
        <w:br/>
      </w:r>
      <w:r>
        <w:rPr>
          <w:sz w:val="20"/>
        </w:rPr>
        <w:t>20:47  parh dijiye to imaan haasil ho gaya. nahi.</w:t>
      </w:r>
      <w:r>
        <w:br/>
      </w:r>
      <w:r>
        <w:rPr>
          <w:sz w:val="20"/>
        </w:rPr>
        <w:t>20:52  imaan ka matlab daryaft, discovery, marifat.</w:t>
      </w:r>
      <w:r>
        <w:br/>
      </w:r>
      <w:r>
        <w:rPr>
          <w:sz w:val="20"/>
        </w:rPr>
        <w:t>20:57  yaani woh log jinhon ne apni aqal ko istemal kiya, jinhon ne mutala kiya, socha samjha, baaton ko</w:t>
      </w:r>
      <w:r>
        <w:br/>
      </w:r>
      <w:r>
        <w:rPr>
          <w:sz w:val="20"/>
        </w:rPr>
        <w:t>21:02  gehrai mein janne ki koshish ki, phir un par</w:t>
      </w:r>
      <w:r>
        <w:br/>
      </w:r>
      <w:r>
        <w:rPr>
          <w:sz w:val="20"/>
        </w:rPr>
        <w:t>21:07  marifat un ko hui. Allah ki marifat. aur phir woh imaan laye. to imaan ka matlab hai discovery. discovery ke darje mein jab un ko marifat hasil hoti hai to us ko kehte hain imaan. aur amal saleh ka matlab hai imaan ke mutabiq amal karna. imaan ke mutabiq amal karna kya hai? imaan yeh kehta hai ke aap, ke insan jo hai, Allah ke aage jawab deh</w:t>
      </w:r>
      <w:r>
        <w:br/>
      </w:r>
      <w:r>
        <w:rPr>
          <w:sz w:val="20"/>
        </w:rPr>
        <w:t>21:37  hai.</w:t>
      </w:r>
      <w:r>
        <w:br/>
      </w:r>
      <w:r>
        <w:rPr>
          <w:sz w:val="20"/>
        </w:rPr>
        <w:t>21:42  یعنی responsible ہے، accountable ہے۔</w:t>
      </w:r>
      <w:r>
        <w:br/>
      </w:r>
      <w:r>
        <w:rPr>
          <w:sz w:val="20"/>
        </w:rPr>
        <w:t>21:46  to ab aap ka mamla yeh ho jaye, imaan ke baad, ke jab bhi aap koi kaam karen</w:t>
      </w:r>
      <w:r>
        <w:br/>
      </w:r>
      <w:r>
        <w:rPr>
          <w:sz w:val="20"/>
        </w:rPr>
        <w:t>21:50  تو سوچیں کہ کیا میں اللہ کے سامنے اپنے آپ کو justify کر سکتا ہوں اس کام کے</w:t>
      </w:r>
      <w:r>
        <w:br/>
      </w:r>
      <w:r>
        <w:rPr>
          <w:sz w:val="20"/>
        </w:rPr>
        <w:t>21:55  liye? yani imaan ne aap ko yeh tasawwur diya ke tum apne tamam aamal ke liye Allah ke</w:t>
      </w:r>
      <w:r>
        <w:br/>
      </w:r>
      <w:r>
        <w:rPr>
          <w:sz w:val="20"/>
        </w:rPr>
        <w:t>21:59  samne accountable ho.</w:t>
      </w:r>
      <w:r>
        <w:br/>
      </w:r>
      <w:r>
        <w:rPr>
          <w:sz w:val="20"/>
        </w:rPr>
        <w:t>22:03  to ab kya hai? aap jab kuch bolen, kuch karen, kuch planning karen, to sochen ke kya meri</w:t>
      </w:r>
      <w:r>
        <w:br/>
      </w:r>
      <w:r>
        <w:rPr>
          <w:sz w:val="20"/>
        </w:rPr>
        <w:t>22:07  yeh planning jo hai, Allah ke haan mein justify rahoonga is ke liye? wahan pakar nahi hogi</w:t>
      </w:r>
      <w:r>
        <w:br/>
      </w:r>
      <w:r>
        <w:rPr>
          <w:sz w:val="20"/>
        </w:rPr>
        <w:t>22:13  meri? ya is ke mutabiq amal karna? to imaan aur amal saleh, yani haqeeqat ki daryaft kar ke</w:t>
      </w:r>
      <w:r>
        <w:br/>
      </w:r>
      <w:r>
        <w:rPr>
          <w:sz w:val="20"/>
        </w:rPr>
        <w:t>22:19  jo banta hai mind, us ko imaan kaha gaya hai.</w:t>
      </w:r>
      <w:r>
        <w:br/>
      </w:r>
      <w:r>
        <w:rPr>
          <w:sz w:val="20"/>
        </w:rPr>
        <w:t>22:26  aur is ke mutabiq jo amal hota hai, us ko amal saleh kaha gaya hai.</w:t>
      </w:r>
      <w:r>
        <w:br/>
      </w:r>
      <w:r>
        <w:rPr>
          <w:sz w:val="20"/>
        </w:rPr>
        <w:t>22:32  yeh woh log hain jin ke liye basharat hai aur jin</w:t>
      </w:r>
      <w:r>
        <w:br/>
      </w:r>
      <w:r>
        <w:rPr>
          <w:sz w:val="20"/>
        </w:rPr>
        <w:t>22:38  ke liye jannat hai.</w:t>
      </w:r>
    </w:p>
    <w:p>
      <w:pPr>
        <w:pStyle w:val="Heading2"/>
      </w:pPr>
      <w:r>
        <w:t>Hadith on the believer's God-given wisdom and planning</w:t>
      </w:r>
    </w:p>
    <w:p>
      <w:r>
        <w:rPr>
          <w:color w:val="666666"/>
          <w:sz w:val="18"/>
        </w:rPr>
        <w:t>Study of the Quran December 20, 2015 · 1m 58s · at 38:13 · https://youtu.be/aWG02P9l_Bk?t=2293</w:t>
      </w:r>
    </w:p>
    <w:p>
      <w:r>
        <w:rPr>
          <w:i/>
        </w:rPr>
        <w:t>“Ek hadith hai: ittaqu firasat al-mu'min”</w:t>
      </w:r>
    </w:p>
    <w:p>
      <w:r>
        <w:rPr>
          <w:sz w:val="20"/>
        </w:rPr>
        <w:t>38:13  ek hadith hai. ittaqu firasat al momin fa innahu yanzuru bi noor Allah yeh hadith rasool hai.</w:t>
      </w:r>
      <w:r>
        <w:br/>
      </w:r>
      <w:r>
        <w:rPr>
          <w:sz w:val="20"/>
        </w:rPr>
        <w:t>38:23  ittaqu firasat al momin</w:t>
      </w:r>
      <w:r>
        <w:br/>
      </w:r>
      <w:r>
        <w:rPr>
          <w:sz w:val="20"/>
        </w:rPr>
        <w:t>38:25  n fa innahu yanzuru bi noor Allah momin ke firasat se bacho. kyunkay woh Allah ki roshni se dekhta hai.</w:t>
      </w:r>
      <w:r>
        <w:br/>
      </w:r>
      <w:r>
        <w:rPr>
          <w:sz w:val="20"/>
        </w:rPr>
        <w:t>38:38  firasat ka matlab kya hai? wisdom. wisdom. yani momin ki wisdom se bacho. bacho kya kaam hai?</w:t>
      </w:r>
      <w:r>
        <w:br/>
      </w:r>
      <w:r>
        <w:rPr>
          <w:sz w:val="20"/>
        </w:rPr>
        <w:t>38:47  koi momin, momin koi kaanta nahi hai momin ke paas.</w:t>
      </w:r>
      <w:r>
        <w:br/>
      </w:r>
      <w:r>
        <w:rPr>
          <w:sz w:val="20"/>
        </w:rPr>
        <w:t>38:52  ka matlab hai ke momin ki wisdom ya momin ki wise planning itni unchi hoti hai ke koi rok nahi sakta is ko.</w:t>
      </w:r>
      <w:r>
        <w:br/>
      </w:r>
      <w:r>
        <w:rPr>
          <w:sz w:val="20"/>
        </w:rPr>
        <w:t>39:03  jaise rasool Allah ki wise planning itni zabardast thi makka mein. koi rok nahi saka is ko.</w:t>
      </w:r>
      <w:r>
        <w:br/>
      </w:r>
      <w:r>
        <w:rPr>
          <w:sz w:val="20"/>
        </w:rPr>
        <w:t>39:13  atqu فراست al momin fa innahu yanzuru bi noor Allah ka matlab hai ke momin ki momin ki planning mein itni gehri wisdom hoti hai ke koi is ko rok nahi sakta.</w:t>
      </w:r>
      <w:r>
        <w:br/>
      </w:r>
      <w:r>
        <w:rPr>
          <w:sz w:val="20"/>
        </w:rPr>
        <w:t>39:26  wo is ke liye success ho, is ke liye success muqaddar.</w:t>
      </w:r>
      <w:r>
        <w:br/>
      </w:r>
      <w:r>
        <w:rPr>
          <w:sz w:val="20"/>
        </w:rPr>
        <w:t>39:36  to sari baat ka khulasa yeh hai ke log jo hain, is culture mein nahi jeete jo culture quran mein bataya gaya hai.</w:t>
      </w:r>
      <w:r>
        <w:br/>
      </w:r>
      <w:r>
        <w:rPr>
          <w:sz w:val="20"/>
        </w:rPr>
        <w:t>39:43  har waqt item hai hamd ka. is ko daryaft kijiye. Allah ka shukar ada kijiye. har waqt koi waswasa daal raha hai aap ke mind mein, is ko diffuse kijiye.</w:t>
      </w:r>
      <w:r>
        <w:br/>
      </w:r>
      <w:r>
        <w:rPr>
          <w:sz w:val="20"/>
        </w:rPr>
        <w:t>39:54  apne aap ko apna tazkiya karte rahiye. apne aap ko bachate rahiye. tab ja kar ke wo personality banegi, wo personality jis ko aap momin kehte hain.</w:t>
      </w:r>
    </w:p>
    <w:p>
      <w:pPr>
        <w:pStyle w:val="Heading2"/>
      </w:pPr>
      <w:r>
        <w:t>Hajj and Prophet's declaration of equality</w:t>
      </w:r>
    </w:p>
    <w:p>
      <w:r>
        <w:rPr>
          <w:color w:val="666666"/>
          <w:sz w:val="18"/>
        </w:rPr>
        <w:t>Universal Brotherhood and Islam June 7, 2007 Maulana Wahiduddin Khan · 5m 54s · at 37:04 · https://youtu.be/kHXdf1eu6IM?t=2224</w:t>
      </w:r>
    </w:p>
    <w:p>
      <w:r>
        <w:rPr>
          <w:i/>
        </w:rPr>
        <w:t>“Hajj is the annual rehearsal of the same universality.”</w:t>
      </w:r>
    </w:p>
    <w:p>
      <w:r>
        <w:rPr>
          <w:sz w:val="20"/>
        </w:rPr>
        <w:t>37:04  You know when, when Muslims from all over the world they, they visit Makkah and perform Hajj.</w:t>
      </w:r>
      <w:r>
        <w:br/>
      </w:r>
      <w:r>
        <w:rPr>
          <w:sz w:val="20"/>
        </w:rPr>
        <w:t>37:19  So all, all the Muslims, all the Haji say: "Labbayk Allahumma Labbayk." "Oh God I am here." "Oh God I am here." So by this they</w:t>
      </w:r>
      <w:r>
        <w:br/>
      </w:r>
      <w:r>
        <w:rPr>
          <w:sz w:val="20"/>
        </w:rPr>
        <w:t>37:41  declare that the same lesson, the same lesson that is called, that is repeated in the, in the, in the Salat as "Allahu Akbar" the same is repeated here also.</w:t>
      </w:r>
      <w:r>
        <w:br/>
      </w:r>
      <w:r>
        <w:rPr>
          <w:sz w:val="20"/>
        </w:rPr>
        <w:t>37:59  God is great. God is great. God is great. And all are equal. So you know when Prophet of Islam was alive he performed Hajj and he gave a lesson.</w:t>
      </w:r>
      <w:r>
        <w:br/>
      </w:r>
      <w:r>
        <w:rPr>
          <w:sz w:val="20"/>
        </w:rPr>
        <w:t>38:14  He gave a sermon</w:t>
      </w:r>
      <w:r>
        <w:br/>
      </w:r>
      <w:r>
        <w:rPr>
          <w:sz w:val="20"/>
        </w:rPr>
        <w:t>38:17  which is called "Khutbah Hajjatul Wida."</w:t>
      </w:r>
      <w:r>
        <w:br/>
      </w:r>
      <w:r>
        <w:rPr>
          <w:sz w:val="20"/>
        </w:rPr>
        <w:t>38:21  In this sermon</w:t>
      </w:r>
      <w:r>
        <w:br/>
      </w:r>
      <w:r>
        <w:rPr>
          <w:sz w:val="20"/>
        </w:rPr>
        <w:t>38:23  of Hajj the Prophet of Islam declared:</w:t>
      </w:r>
      <w:r>
        <w:br/>
      </w:r>
      <w:r>
        <w:rPr>
          <w:sz w:val="20"/>
        </w:rPr>
        <w:t>38:28  "La fadla li Arabiyin ala Ajamiyin</w:t>
      </w:r>
      <w:r>
        <w:br/>
      </w:r>
      <w:r>
        <w:rPr>
          <w:sz w:val="20"/>
        </w:rPr>
        <w:t>38:33  wala li Ajabiyin ala Arabiyin wala li Aswada ala Ahmara."</w:t>
      </w:r>
      <w:r>
        <w:br/>
      </w:r>
      <w:r>
        <w:rPr>
          <w:sz w:val="20"/>
        </w:rPr>
        <w:t>38:37  "Wala li Ahmara, wala li Aswada."</w:t>
      </w:r>
      <w:r>
        <w:br/>
      </w:r>
      <w:r>
        <w:rPr>
          <w:sz w:val="20"/>
        </w:rPr>
        <w:t>38:40  He said that no one is superior.</w:t>
      </w:r>
      <w:r>
        <w:br/>
      </w:r>
      <w:r>
        <w:rPr>
          <w:sz w:val="20"/>
        </w:rPr>
        <w:t>38:45  No one is superior. All are equal. Black and white.</w:t>
      </w:r>
      <w:r>
        <w:br/>
      </w:r>
      <w:r>
        <w:rPr>
          <w:sz w:val="20"/>
        </w:rPr>
        <w:t>38:52  Arabs and non-Arabs. Arabs and non-Arabs. Black and whites. All are equal. All are equal.</w:t>
      </w:r>
      <w:r>
        <w:br/>
      </w:r>
      <w:r>
        <w:rPr>
          <w:sz w:val="20"/>
        </w:rPr>
        <w:t>39:03  So he declared as a ruler of Arabia at that time Prophet of Islam was the ruler of Arabia. So perhaps this was the first in history that a ruler,</w:t>
      </w:r>
      <w:r>
        <w:br/>
      </w:r>
      <w:r>
        <w:rPr>
          <w:sz w:val="20"/>
        </w:rPr>
        <w:t>39:18  a sovereign declared this, this concept. I don't know any other event in the history when an, an established government, a head of the established government at that time in the Arab there was an established government and Prophet of Islam was head of that government.</w:t>
      </w:r>
      <w:r>
        <w:br/>
      </w:r>
      <w:r>
        <w:rPr>
          <w:sz w:val="20"/>
        </w:rPr>
        <w:t>39:46  So I don't know any head of the state in the history before the Prophet of Islam who declared as a head of, as a head of the state declared that all are equal.</w:t>
      </w:r>
      <w:r>
        <w:br/>
      </w:r>
      <w:r>
        <w:rPr>
          <w:sz w:val="20"/>
        </w:rPr>
        <w:t>40:01  There is no difference at all between black and white, between Arabs and Ajam, between East and West, West.</w:t>
      </w:r>
      <w:r>
        <w:br/>
      </w:r>
      <w:r>
        <w:rPr>
          <w:sz w:val="20"/>
        </w:rPr>
        <w:t>40:11  So perhaps this was the first in the human history that a head of the state declared this concept that is called universal brotherhood, that equality.</w:t>
      </w:r>
      <w:r>
        <w:br/>
      </w:r>
      <w:r>
        <w:rPr>
          <w:sz w:val="20"/>
        </w:rPr>
        <w:t>40:34  Then the very unique part of the Hajj is Waqufi Arafah.</w:t>
      </w:r>
      <w:r>
        <w:br/>
      </w:r>
      <w:r>
        <w:rPr>
          <w:sz w:val="20"/>
        </w:rPr>
        <w:t>40:44  That is called Waqufi Arafah. All the Hajjis gather in the field of Arafat. Arafat is a, is a, is a field, a vast field near a mountain.</w:t>
      </w:r>
      <w:r>
        <w:br/>
      </w:r>
      <w:r>
        <w:rPr>
          <w:sz w:val="20"/>
        </w:rPr>
        <w:t>41:01  So all the Hajjis from every part of the world they gather here.</w:t>
      </w:r>
      <w:r>
        <w:br/>
      </w:r>
      <w:r>
        <w:rPr>
          <w:sz w:val="20"/>
        </w:rPr>
        <w:t>41:10  And you know all are clad of a single dress that is white, untethered, untethered white dress.</w:t>
      </w:r>
      <w:r>
        <w:br/>
      </w:r>
      <w:r>
        <w:rPr>
          <w:sz w:val="20"/>
        </w:rPr>
        <w:t>41:22  So all the Hajjis are clad with this untethered white dress. So if you see that scene you will find it's a beautiful demonstration of equality.</w:t>
      </w:r>
      <w:r>
        <w:br/>
      </w:r>
      <w:r>
        <w:rPr>
          <w:sz w:val="20"/>
        </w:rPr>
        <w:t>41:37  Waqufi Arafah, Waqufi Arafah is a very beautiful demonstration of equality.</w:t>
      </w:r>
      <w:r>
        <w:br/>
      </w:r>
      <w:r>
        <w:rPr>
          <w:sz w:val="20"/>
        </w:rPr>
        <w:t>41:52  More than 25, more than 25 lakhs people performed Hajj in this year.</w:t>
      </w:r>
      <w:r>
        <w:br/>
      </w:r>
      <w:r>
        <w:rPr>
          <w:sz w:val="20"/>
        </w:rPr>
        <w:t>42:03  And all was, all the Hajjis were clad with this cloth that is untethered white cloth.</w:t>
      </w:r>
      <w:r>
        <w:br/>
      </w:r>
      <w:r>
        <w:rPr>
          <w:sz w:val="20"/>
        </w:rPr>
        <w:t>42:15  So everyone looks like the same. There was no difference at all. So it is part of Hajj that all these Hajjis</w:t>
      </w:r>
      <w:r>
        <w:br/>
      </w:r>
      <w:r>
        <w:rPr>
          <w:sz w:val="20"/>
        </w:rPr>
        <w:t>42:31  must reach to the Maidan Arafah and stay over there with that, with that uniform.</w:t>
      </w:r>
      <w:r>
        <w:br/>
      </w:r>
      <w:r>
        <w:rPr>
          <w:sz w:val="20"/>
        </w:rPr>
        <w:t>42:45  You may call it a universal uniform, uniform of equality. It is a very beautiful scene.</w:t>
      </w:r>
    </w:p>
    <w:p>
      <w:pPr>
        <w:pStyle w:val="Heading2"/>
      </w:pPr>
      <w:r>
        <w:t>Total freedom to speak exists until violence used</w:t>
      </w:r>
    </w:p>
    <w:p>
      <w:r>
        <w:rPr>
          <w:color w:val="666666"/>
          <w:sz w:val="18"/>
        </w:rPr>
        <w:t>Study of the Quran December 20, 2015 · 32s · at 31:11 · https://youtu.be/aWG02P9l_Bk?t=1871</w:t>
      </w:r>
    </w:p>
    <w:p>
      <w:r>
        <w:rPr>
          <w:i/>
        </w:rPr>
        <w:t>“United Nations mein bhi koi aapko rok nahi sakta”</w:t>
      </w:r>
    </w:p>
    <w:p>
      <w:r>
        <w:rPr>
          <w:sz w:val="20"/>
        </w:rPr>
        <w:t>31:11  nah east mein, nah west mein. kahin rok nahin sakta koi aap ko. hatta ke United Nations mein agar aap ko mauqa mile khare hone ka, wahan khare ho kar ke aap bolen, to kitne hi aap khilaf bolen kisi ke, koi roka nahin aap ko.</w:t>
      </w:r>
      <w:r>
        <w:br/>
      </w:r>
      <w:r>
        <w:rPr>
          <w:sz w:val="20"/>
        </w:rPr>
        <w:t>31:29  sirf rukawat kab hogi? jab aap bomb istemal karen, gun istemal karen, tashaddud istemal karen.</w:t>
      </w:r>
    </w:p>
    <w:p>
      <w:pPr>
        <w:pStyle w:val="Heading2"/>
      </w:pPr>
      <w:r>
        <w:t>abrogation in the Qur'an is postponement, not cancellation</w:t>
      </w:r>
    </w:p>
    <w:p>
      <w:r>
        <w:rPr>
          <w:color w:val="666666"/>
          <w:sz w:val="18"/>
        </w:rPr>
        <w:t>In Conversation with Maulana Wahiduddin Khan English · 4m 22s · at 36:38 · https://youtu.be/QZrkP8Z3Fv8?t=2198</w:t>
      </w:r>
    </w:p>
    <w:p>
      <w:r>
        <w:rPr>
          <w:i/>
        </w:rPr>
        <w:t>“Does this imply God made a mistake?”</w:t>
      </w:r>
    </w:p>
    <w:p>
      <w:r>
        <w:rPr>
          <w:sz w:val="20"/>
        </w:rPr>
        <w:t>36:38  But Islamic text is not subject to degeneration. Maulana, Muslims believed in the theory of abrogation. That is, certain verses which were revealed earlier were abrogated by the verses which were revealed later.</w:t>
      </w:r>
      <w:r>
        <w:br/>
      </w:r>
      <w:r>
        <w:rPr>
          <w:sz w:val="20"/>
        </w:rPr>
        <w:t>36:53  Does this imply that God made a mistake and then later corrected it? Abrogation means Naskh.</w:t>
      </w:r>
      <w:r>
        <w:br/>
      </w:r>
      <w:r>
        <w:rPr>
          <w:sz w:val="20"/>
        </w:rPr>
        <w:t>37:04  N-A-S-K-H, Naskh. But abrogation does not mean cancellation. There is a difference between abrogation and cancellation.</w:t>
      </w:r>
      <w:r>
        <w:br/>
      </w:r>
      <w:r>
        <w:rPr>
          <w:sz w:val="20"/>
        </w:rPr>
        <w:t>37:19  So, no verse of the Qur'an was cancelled. Not at all. It was a temporary you can say that it was a temporary postponement.</w:t>
      </w:r>
      <w:r>
        <w:br/>
      </w:r>
      <w:r>
        <w:rPr>
          <w:sz w:val="20"/>
        </w:rPr>
        <w:t>37:35  Because, you know, there are two parts of Islamic religion. One, that is</w:t>
      </w:r>
      <w:r>
        <w:br/>
      </w:r>
      <w:r>
        <w:rPr>
          <w:sz w:val="20"/>
        </w:rPr>
        <w:t>37:47  based on belief</w:t>
      </w:r>
      <w:r>
        <w:br/>
      </w:r>
      <w:r>
        <w:rPr>
          <w:sz w:val="20"/>
        </w:rPr>
        <w:t>37:49  . So, the belief system is eternal. Also, moral values are eternal. For example, honesty is eternal.</w:t>
      </w:r>
      <w:r>
        <w:br/>
      </w:r>
      <w:r>
        <w:rPr>
          <w:sz w:val="20"/>
        </w:rPr>
        <w:t>38:00  Teaching. Justice is eternal teaching.</w:t>
      </w:r>
      <w:r>
        <w:br/>
      </w:r>
      <w:r>
        <w:rPr>
          <w:sz w:val="20"/>
        </w:rPr>
        <w:t>38:06  So, some teachings of Islam are eternal. But some other teachings are subject to change because that relates that is based on situation.</w:t>
      </w:r>
      <w:r>
        <w:br/>
      </w:r>
      <w:r>
        <w:rPr>
          <w:sz w:val="20"/>
        </w:rPr>
        <w:t>38:25  So, when the situation changes,</w:t>
      </w:r>
      <w:r>
        <w:br/>
      </w:r>
      <w:r>
        <w:rPr>
          <w:sz w:val="20"/>
        </w:rPr>
        <w:t>38:30  the teaching also changes. But for a temporary period.</w:t>
      </w:r>
      <w:r>
        <w:br/>
      </w:r>
      <w:r>
        <w:rPr>
          <w:sz w:val="20"/>
        </w:rPr>
        <w:t>38:36  For example, during the Prophet during the second caliphate, there was a</w:t>
      </w:r>
      <w:r>
        <w:br/>
      </w:r>
      <w:r>
        <w:rPr>
          <w:sz w:val="20"/>
        </w:rPr>
        <w:t>38:50  great problem in the economy. There was a great crisis.</w:t>
      </w:r>
      <w:r>
        <w:br/>
      </w:r>
      <w:r>
        <w:rPr>
          <w:sz w:val="20"/>
        </w:rPr>
        <w:t>38:58  So,</w:t>
      </w:r>
      <w:r>
        <w:br/>
      </w:r>
      <w:r>
        <w:rPr>
          <w:sz w:val="20"/>
        </w:rPr>
        <w:t>39:01  the punishment for theft is very severe in Islam. But the second caliph postponed that punishment.</w:t>
      </w:r>
      <w:r>
        <w:br/>
      </w:r>
      <w:r>
        <w:rPr>
          <w:sz w:val="20"/>
        </w:rPr>
        <w:t>39:17  But it is not only temporary postponement. It is not cancellation.</w:t>
      </w:r>
      <w:r>
        <w:br/>
      </w:r>
      <w:r>
        <w:rPr>
          <w:sz w:val="20"/>
        </w:rPr>
        <w:t>39:22  So, when the situation changed, the teaching of Islam returned.</w:t>
      </w:r>
      <w:r>
        <w:br/>
      </w:r>
      <w:r>
        <w:rPr>
          <w:sz w:val="20"/>
        </w:rPr>
        <w:t>39:32  So, Naskh is not cancellation. Naskh is temporary postponement because the situation always varies, always changes.</w:t>
      </w:r>
      <w:r>
        <w:br/>
      </w:r>
      <w:r>
        <w:rPr>
          <w:sz w:val="20"/>
        </w:rPr>
        <w:t>39:47  So, when there is a change in the situation, it is but natural that that teaching which was</w:t>
      </w:r>
      <w:r>
        <w:br/>
      </w:r>
      <w:r>
        <w:rPr>
          <w:sz w:val="20"/>
        </w:rPr>
        <w:t>39:59  related to that situation will be postponed for a temporary period. But again, after revealing that situation again,</w:t>
      </w:r>
      <w:r>
        <w:br/>
      </w:r>
      <w:r>
        <w:rPr>
          <w:sz w:val="20"/>
        </w:rPr>
        <w:t>40:13  the teaching will be required again.</w:t>
      </w:r>
      <w:r>
        <w:br/>
      </w:r>
      <w:r>
        <w:rPr>
          <w:sz w:val="20"/>
        </w:rPr>
        <w:t>40:18  So, it is in every system, not only in Islam, that some teachings are subject to the situation.</w:t>
      </w:r>
      <w:r>
        <w:br/>
      </w:r>
      <w:r>
        <w:rPr>
          <w:sz w:val="20"/>
        </w:rPr>
        <w:t>40:31  And the situation always varies. But not eternally, temporarily.</w:t>
      </w:r>
      <w:r>
        <w:br/>
      </w:r>
      <w:r>
        <w:rPr>
          <w:sz w:val="20"/>
        </w:rPr>
        <w:t>40:41  So, for a temporary period, there is a change in some teachings.</w:t>
      </w:r>
      <w:r>
        <w:br/>
      </w:r>
      <w:r>
        <w:rPr>
          <w:sz w:val="20"/>
        </w:rPr>
        <w:t>40:47  But it is not abrogation. But it is only temporary postponement.</w:t>
      </w:r>
    </w:p>
    <w:p>
      <w:pPr>
        <w:pStyle w:val="Heading2"/>
      </w:pPr>
      <w:r>
        <w:t>Taliban example: dominance means capability, not force</w:t>
      </w:r>
    </w:p>
    <w:p>
      <w:r>
        <w:rPr>
          <w:color w:val="666666"/>
          <w:sz w:val="18"/>
        </w:rPr>
        <w:t>CPS Women Monthly Q and A with Prof. Farida Khanam &amp; Maulana Farhad Ahmed Umeri November 26, 2023 · 1m 35s · at 7:05 · https://youtu.be/0UB0fZWd5X0?t=425</w:t>
      </w:r>
    </w:p>
    <w:p>
      <w:r>
        <w:rPr>
          <w:i/>
        </w:rPr>
        <w:t>“Kuch dino pehle Taliban iqtedar mein aayi Afghanistan mein”</w:t>
      </w:r>
    </w:p>
    <w:p>
      <w:r>
        <w:rPr>
          <w:sz w:val="20"/>
        </w:rPr>
        <w:t>7:05  ek ek mujhe saal deta hoon main aapko. ji.</w:t>
      </w:r>
      <w:r>
        <w:br/>
      </w:r>
      <w:r>
        <w:rPr>
          <w:sz w:val="20"/>
        </w:rPr>
        <w:t>7:24  abhi kuch dino pehle Taliban iktedaar mein aayi Afghanistan mein.</w:t>
      </w:r>
      <w:r>
        <w:br/>
      </w:r>
      <w:r>
        <w:rPr>
          <w:sz w:val="20"/>
        </w:rPr>
        <w:t>7:43  jab tak sari duniya aapko accept nahi karegi hukumat ke taur par aap hukumat nahi kar sakte hain. to yahan par ghalbe ka matlab yeh hai ki aap bazor taqat nahi hai matlab yahan par. yahan par matlab yeh hai ki aapko woh salahiyat dega. aapke andar woh cheez paida hogi jiski buniyad par aap logon ko dene ka kaam karenge.</w:t>
      </w:r>
      <w:r>
        <w:br/>
      </w:r>
      <w:r>
        <w:rPr>
          <w:sz w:val="20"/>
        </w:rPr>
        <w:t>8:10  jisko malana pyar karte the giver parasanariki dene wala samaj ka dene wala banda. to yeh kaam jab karenge to samaj ke andar aapko latla urooj dega. itne zyada giver the woh log ki unki kitabein solahvi sadi tak musalmanon ki kitabein europe ki university mein padhai jati thi. ab aaj musalman samajhte hain sirf political power hamare paas ho. ab woh khali political power to hai.</w:t>
      </w:r>
      <w:r>
        <w:br/>
      </w:r>
      <w:r>
        <w:rPr>
          <w:sz w:val="20"/>
        </w:rPr>
        <w:t>8:40  kai hum malik ke paas hai lekin woh kuch kar nahi pa rahe hain na? to aur cheezon mein woh peeche hain. education mein, industry mein, institutionalization mein har cheez mein woh peeche hain. ab europe america ke paas aisi aisi university hain in sari duniya se log unke paas jate hain. to galba ka koi limited mane nahi bura dein yahan par. galba ke mane woh hai ki sari duniya accept karein hamein.</w:t>
      </w:r>
    </w:p>
    <w:p>
      <w:pPr>
        <w:pStyle w:val="Heading2"/>
      </w:pPr>
      <w:r>
        <w:t>Why we need a prophet - ideology of life</w:t>
      </w:r>
    </w:p>
    <w:p>
      <w:r>
        <w:rPr>
          <w:color w:val="666666"/>
          <w:sz w:val="18"/>
        </w:rPr>
        <w:t>Why do we need Prophet | May 20, 2007 - Maulana Wahiduddin Khan · 2m 33s · at 0:13 · https://youtu.be/1l_Uu3_Nd4E?t=13</w:t>
      </w:r>
    </w:p>
    <w:p>
      <w:r>
        <w:rPr>
          <w:i/>
        </w:rPr>
        <w:t>“Wassallallahu alan nabiyyil kareem”</w:t>
      </w:r>
    </w:p>
    <w:p>
      <w:r>
        <w:rPr>
          <w:sz w:val="20"/>
        </w:rPr>
        <w:t>0:13  Wasallallahu ala Nabiyyil Kareem.</w:t>
      </w:r>
      <w:r>
        <w:br/>
      </w:r>
      <w:r>
        <w:rPr>
          <w:sz w:val="20"/>
        </w:rPr>
        <w:t>0:23  Rabishrah li sadri, wayassir li amri, wahlul uqdatam min lisani, yafqahu qawli.</w:t>
      </w:r>
      <w:r>
        <w:br/>
      </w:r>
      <w:r>
        <w:rPr>
          <w:sz w:val="20"/>
        </w:rPr>
        <w:t>0:34  Aaj ka jo topic hai woh hai: "Why do we need a prophet</w:t>
      </w:r>
      <w:r>
        <w:br/>
      </w:r>
      <w:r>
        <w:rPr>
          <w:sz w:val="20"/>
        </w:rPr>
        <w:t>0:44  ?" Humein aik paighambar ki zaroorat kyun hai? Iska jawab yeh hai ke humein apni zindagi ke</w:t>
      </w:r>
      <w:r>
        <w:br/>
      </w:r>
      <w:r>
        <w:rPr>
          <w:sz w:val="20"/>
        </w:rPr>
        <w:t>0:54  baray mein jo baat janna hai woh hum khud se jaan nahin sakte.</w:t>
      </w:r>
      <w:r>
        <w:br/>
      </w:r>
      <w:r>
        <w:rPr>
          <w:sz w:val="20"/>
        </w:rPr>
        <w:t>1:04  Jisko mein kahunga ke "Ideology of Life</w:t>
      </w:r>
      <w:r>
        <w:br/>
      </w:r>
      <w:r>
        <w:rPr>
          <w:sz w:val="20"/>
        </w:rPr>
        <w:t>1:14  " ya "Ideology of Man".</w:t>
      </w:r>
      <w:r>
        <w:br/>
      </w:r>
      <w:r>
        <w:rPr>
          <w:sz w:val="20"/>
        </w:rPr>
        <w:t>1:22  Toh humein is duniya mein, hum is duniya mein hum paida hotay hain, apnay aap ko aik aisi</w:t>
      </w:r>
      <w:r>
        <w:br/>
      </w:r>
      <w:r>
        <w:rPr>
          <w:sz w:val="20"/>
        </w:rPr>
        <w:t>1:29  duniya mein paatay hain jahan hum kuch le kar nahin atay.</w:t>
      </w:r>
      <w:r>
        <w:br/>
      </w:r>
      <w:r>
        <w:rPr>
          <w:sz w:val="20"/>
        </w:rPr>
        <w:t>1:37  Jaisay aap jantay hain ke koi machine aap import karein Germany se ya kahin se</w:t>
      </w:r>
      <w:r>
        <w:br/>
      </w:r>
      <w:r>
        <w:rPr>
          <w:sz w:val="20"/>
        </w:rPr>
        <w:t>1:44  toh iske saath aik aik pamphlet aayega jis mein machine ke baray mein bataya hua hoga.</w:t>
      </w:r>
      <w:r>
        <w:br/>
      </w:r>
      <w:r>
        <w:rPr>
          <w:sz w:val="20"/>
        </w:rPr>
        <w:t>1:52  Toh insaan paida hota hai lekin aisi kisi guide book ke baghair.</w:t>
      </w:r>
      <w:r>
        <w:br/>
      </w:r>
      <w:r>
        <w:rPr>
          <w:sz w:val="20"/>
        </w:rPr>
        <w:t>2:00  Toh isko mein kahunga ke "Ideology of Life" humein chahiye.</w:t>
      </w:r>
      <w:r>
        <w:br/>
      </w:r>
      <w:r>
        <w:rPr>
          <w:sz w:val="20"/>
        </w:rPr>
        <w:t>2:08  Lekin hum na toh le ke atay hain apnay saath</w:t>
      </w:r>
      <w:r>
        <w:br/>
      </w:r>
      <w:r>
        <w:rPr>
          <w:sz w:val="20"/>
        </w:rPr>
        <w:t>2:16  , aur study batati hai, mutala batata hai ke insaan khud se agar chahe ke woh jaane toh</w:t>
      </w:r>
      <w:r>
        <w:br/>
      </w:r>
      <w:r>
        <w:rPr>
          <w:sz w:val="20"/>
        </w:rPr>
        <w:t>2:22  woh jaan nahin pata.</w:t>
      </w:r>
      <w:r>
        <w:br/>
      </w:r>
      <w:r>
        <w:rPr>
          <w:sz w:val="20"/>
        </w:rPr>
        <w:t>2:28  Toh paighambar isi liye atay hain ke "Ideology of Life" aap ko batayein.</w:t>
      </w:r>
      <w:r>
        <w:br/>
      </w:r>
      <w:r>
        <w:rPr>
          <w:sz w:val="20"/>
        </w:rPr>
        <w:t>2:34  "Ideology of Life" jo hai woh paighambar ke siwa koi aur bata nahin sakta.</w:t>
      </w:r>
      <w:r>
        <w:br/>
      </w:r>
      <w:r>
        <w:rPr>
          <w:sz w:val="20"/>
        </w:rPr>
        <w:t>2:41  quran mein hai ke:</w:t>
      </w:r>
    </w:p>
    <w:p>
      <w:pPr>
        <w:pStyle w:val="Heading2"/>
      </w:pPr>
      <w:r>
        <w:t>Tagore's regret and need for shift</w:t>
      </w:r>
    </w:p>
    <w:p>
      <w:r>
        <w:rPr>
          <w:color w:val="666666"/>
          <w:sz w:val="18"/>
        </w:rPr>
        <w:t>In Search of Truth 6 Aug 2006 - Maulana Wahiduddin Khan · 1m 59s · at 20:36 · https://youtu.be/f8sqv7h-V4o?t=1236</w:t>
      </w:r>
    </w:p>
    <w:p>
      <w:r>
        <w:rPr>
          <w:i/>
        </w:rPr>
        <w:t>“I will give you two examples: Tagore and Bertrand Russell”</w:t>
      </w:r>
    </w:p>
    <w:p>
      <w:r>
        <w:rPr>
          <w:sz w:val="20"/>
        </w:rPr>
        <w:t>20:36  main yahan par ek aap ko do example dunga. ek Tagore ka aur ek Bertrand Russell ka.</w:t>
      </w:r>
      <w:r>
        <w:br/>
      </w:r>
      <w:r>
        <w:rPr>
          <w:sz w:val="20"/>
        </w:rPr>
        <w:t>20:48  Tagore ko 88, 88 saal ki umar mili. 88 yaani bohat lambi umar.</w:t>
      </w:r>
      <w:r>
        <w:br/>
      </w:r>
      <w:r>
        <w:rPr>
          <w:sz w:val="20"/>
        </w:rPr>
        <w:t>20:58  bohat parha likha aadmi tha. Nobel prize mila us ko. aur 88 saal duniya mein raha.</w:t>
      </w:r>
      <w:r>
        <w:br/>
      </w:r>
      <w:r>
        <w:rPr>
          <w:sz w:val="20"/>
        </w:rPr>
        <w:t>21:05  lekin Tagore kehte hain ke sari umar bina ke taaron ko suljhane mein beet gayi.</w:t>
      </w:r>
      <w:r>
        <w:br/>
      </w:r>
      <w:r>
        <w:rPr>
          <w:sz w:val="20"/>
        </w:rPr>
        <w:t>21:19  jo antim geet main gana chahta tha, woh geet main na ga saka.</w:t>
      </w:r>
      <w:r>
        <w:br/>
      </w:r>
      <w:r>
        <w:rPr>
          <w:sz w:val="20"/>
        </w:rPr>
        <w:t>21:28  . yeh kya cheez hai? yeh kya cheez hai? 28 saal ki umar bataiye, kyun insufficient ho gayi? balkeh paanch hazar saal ki muddat kyun kaafi nahi hui?</w:t>
      </w:r>
      <w:r>
        <w:br/>
      </w:r>
      <w:r>
        <w:rPr>
          <w:sz w:val="20"/>
        </w:rPr>
        <w:t>21:41  kyun? is liye ke jis cheez, jis jis data par base kar ke hum ab tak apne ilm ko chalate rahe hain, woh data aap ab yahan par help, woh data aap kaafi nahi hai, woh sufficient nahi hai.</w:t>
      </w:r>
      <w:r>
        <w:br/>
      </w:r>
      <w:r>
        <w:rPr>
          <w:sz w:val="20"/>
        </w:rPr>
        <w:t>21:56  ek shift darkar hai yahan par. woh shift nahi kiya Tagore ne. yaani apne mind hi ke base par chahte thay koi explain karein sari zindagi ko, life ko, lekin insaan ki limitations yahan record ban gayeen.</w:t>
      </w:r>
      <w:r>
        <w:br/>
      </w:r>
      <w:r>
        <w:rPr>
          <w:sz w:val="20"/>
        </w:rPr>
        <w:t>22:12  aik shift darkaar hai yahan par. woh shift nahi kiya tagore ne. yaani apnay mind hi ke base par chahtay thay koi explain karein sari zindagi ko, life ko, lekin insaan ki limitations yahan record ban gayeen.</w:t>
      </w:r>
    </w:p>
    <w:p>
      <w:pPr>
        <w:pStyle w:val="Heading2"/>
      </w:pPr>
      <w:r>
        <w:t>Worldly mind wants more money, believer wants more wisdom</w:t>
      </w:r>
    </w:p>
    <w:p>
      <w:r>
        <w:rPr>
          <w:color w:val="666666"/>
          <w:sz w:val="18"/>
        </w:rPr>
        <w:t>Ramadan and Roza July 14, 2013 · 20s · at 6:45 · https://youtu.be/M2p3NR5pF7c?t=405</w:t>
      </w:r>
    </w:p>
    <w:p>
      <w:r>
        <w:rPr>
          <w:i/>
        </w:rPr>
        <w:t>“Duniya parast logon ka zehen: more money, more money, more money”</w:t>
      </w:r>
    </w:p>
    <w:p>
      <w:r>
        <w:rPr>
          <w:sz w:val="20"/>
        </w:rPr>
        <w:t>6:45  dunya parast log jo hote hain, un ka zehn kya hota hai? "more money, more money, more money".</w:t>
      </w:r>
      <w:r>
        <w:br/>
      </w:r>
      <w:r>
        <w:rPr>
          <w:sz w:val="20"/>
        </w:rPr>
        <w:t>6:52  lekin momin ka tareeqa yeh hona chahiye ke woh quran ke baray mein yahi zehan is ka ho ke "more wisdom, more wisdom, more wisdom from the quran".</w:t>
      </w:r>
    </w:p>
    <w:p>
      <w:pPr>
        <w:pStyle w:val="Heading2"/>
      </w:pPr>
      <w:r>
        <w:t>World is for preparation not achievement</w:t>
      </w:r>
    </w:p>
    <w:p>
      <w:r>
        <w:rPr>
          <w:color w:val="666666"/>
          <w:sz w:val="18"/>
        </w:rPr>
        <w:t>Man &amp; Paradise Aug 18, 2013 - Maulana Wahiduddin Khan · 29s · at 30:00 · https://youtu.be/yKy1suwbP8o?t=1800</w:t>
      </w:r>
    </w:p>
    <w:p>
      <w:r>
        <w:rPr>
          <w:i/>
        </w:rPr>
        <w:t>“This world is a world of preparation”</w:t>
      </w:r>
    </w:p>
    <w:p>
      <w:r>
        <w:rPr>
          <w:sz w:val="20"/>
        </w:rPr>
        <w:t>30:00  yahan mujhe tayyari karna hai, yahan mujhe apni zindagi ko is tarah guzarna hai ke is ke reward ke taur par mujhe woh eternal world mil jaye.</w:t>
      </w:r>
      <w:r>
        <w:br/>
      </w:r>
      <w:r>
        <w:rPr>
          <w:sz w:val="20"/>
        </w:rPr>
        <w:t>30:13  to is dunya tayyari ki dunya hai, yeh achieve karne ki dunya nahi hai.</w:t>
      </w:r>
      <w:r>
        <w:br/>
      </w:r>
      <w:r>
        <w:rPr>
          <w:sz w:val="20"/>
        </w:rPr>
        <w:t>30:20  yani yeh world world of achievement nahi hai, yeh world yeh world of preparation hai.</w:t>
      </w:r>
    </w:p>
    <w:p>
      <w:pPr>
        <w:pStyle w:val="Heading2"/>
      </w:pPr>
      <w:r>
        <w:t>The model of managing controversies</w:t>
      </w:r>
    </w:p>
    <w:p>
      <w:r>
        <w:rPr>
          <w:color w:val="666666"/>
          <w:sz w:val="18"/>
        </w:rPr>
        <w:t>How to Manage Controversy 10 Nov 2019 - Maulana Wahiduddin Khan · 5m 56s · at 22:23 · https://youtu.be/UafTzJXHrSA?t=1343</w:t>
      </w:r>
    </w:p>
    <w:p>
      <w:r>
        <w:rPr>
          <w:i/>
        </w:rPr>
        <w:t>“ایک ماڈل ہے”</w:t>
      </w:r>
    </w:p>
    <w:p>
      <w:r>
        <w:rPr>
          <w:sz w:val="20"/>
        </w:rPr>
        <w:t>22:23  ek model hai. ke jab bhi koi controversy paida ho to us ko manage karo. us ko naza mat banao.</w:t>
      </w:r>
      <w:r>
        <w:br/>
      </w:r>
      <w:r>
        <w:rPr>
          <w:sz w:val="20"/>
        </w:rPr>
        <w:t>22:40  jab koi controversy paida ho. to us ko naza mat banao, us ko management ke tareeqe par wahin ka wahin khatm kar do.</w:t>
      </w:r>
      <w:r>
        <w:br/>
      </w:r>
      <w:r>
        <w:rPr>
          <w:sz w:val="20"/>
        </w:rPr>
        <w:t>22:58  management ka lafz bohat acha lafz hai.</w:t>
      </w:r>
      <w:r>
        <w:br/>
      </w:r>
      <w:r>
        <w:rPr>
          <w:sz w:val="20"/>
        </w:rPr>
        <w:t>23:05  management ka lafz bohat acha lafz hai. to controversy ki bajaye. controversal. takrao, takrao ke bajaye.</w:t>
      </w:r>
      <w:r>
        <w:br/>
      </w:r>
      <w:r>
        <w:rPr>
          <w:sz w:val="20"/>
        </w:rPr>
        <w:t>23:18  takrao ke bajaye. management ka tareeqa ikhtiyar kar ke wahin ka wahin khatm kar do. taake tumhare jo qadam barhe hain mission ke liye woh.</w:t>
      </w:r>
      <w:r>
        <w:br/>
      </w:r>
      <w:r>
        <w:rPr>
          <w:sz w:val="20"/>
        </w:rPr>
        <w:t>23:33  ek minute ke liye bhi deviate na hon.</w:t>
      </w:r>
      <w:r>
        <w:br/>
      </w:r>
      <w:r>
        <w:rPr>
          <w:sz w:val="20"/>
        </w:rPr>
        <w:t>23:42  to Hudaybiyah ka jo sabaq hai woh yahi hai. ke deviation se, de-relevant se, de-relevant.</w:t>
      </w:r>
      <w:r>
        <w:br/>
      </w:r>
      <w:r>
        <w:rPr>
          <w:sz w:val="20"/>
        </w:rPr>
        <w:t>23:55  de rileevant se aakhirat tak bachao apne aap ko.</w:t>
      </w:r>
      <w:r>
        <w:br/>
      </w:r>
      <w:r>
        <w:rPr>
          <w:sz w:val="20"/>
        </w:rPr>
        <w:t>24:05  kisi kisi haal mein, kisi haal mein.</w:t>
      </w:r>
      <w:r>
        <w:br/>
      </w:r>
      <w:r>
        <w:rPr>
          <w:sz w:val="20"/>
        </w:rPr>
        <w:t>24:13  de rileevant ka tareeqa ikhtiyar na karo. mein bataoon ke yeh de rileevant jo hai bohat acha lafz hai.</w:t>
      </w:r>
      <w:r>
        <w:br/>
      </w:r>
      <w:r>
        <w:rPr>
          <w:sz w:val="20"/>
        </w:rPr>
        <w:t>24:24  yeh bana hai. rail ki pattiyon se. aap jante hain ke rail ki pattiyan jo bichhai gai.</w:t>
      </w:r>
      <w:r>
        <w:br/>
      </w:r>
      <w:r>
        <w:rPr>
          <w:sz w:val="20"/>
        </w:rPr>
        <w:t>24:34  indya mein aur bahar. to jab gaari chalti hai.</w:t>
      </w:r>
      <w:r>
        <w:br/>
      </w:r>
      <w:r>
        <w:rPr>
          <w:sz w:val="20"/>
        </w:rPr>
        <w:t>24:43  to woh apni pattiyon pe chalti hai.</w:t>
      </w:r>
      <w:r>
        <w:br/>
      </w:r>
      <w:r>
        <w:rPr>
          <w:sz w:val="20"/>
        </w:rPr>
        <w:t>24:50  agar pattiyaan hat jayen to is ko kehte hain. ke gaari deril, deril ho gai. yaani pattiyaan hat gayin.</w:t>
      </w:r>
      <w:r>
        <w:br/>
      </w:r>
      <w:r>
        <w:rPr>
          <w:sz w:val="20"/>
        </w:rPr>
        <w:t>25:03  to gaari ko patti se na hatne dena, larr kar nahin. larr kar nahin, khud apne aap ko manage kar ke.</w:t>
      </w:r>
      <w:r>
        <w:br/>
      </w:r>
      <w:r>
        <w:rPr>
          <w:sz w:val="20"/>
        </w:rPr>
        <w:t>25:25  khud apne aap ko manage karo.</w:t>
      </w:r>
      <w:r>
        <w:br/>
      </w:r>
      <w:r>
        <w:rPr>
          <w:sz w:val="20"/>
        </w:rPr>
        <w:t>25:30  wala naz'uun ka jo lafz hai is ka tarjuma hoga hargiz.</w:t>
      </w:r>
      <w:r>
        <w:br/>
      </w:r>
      <w:r>
        <w:rPr>
          <w:sz w:val="20"/>
        </w:rPr>
        <w:t>25:38  hargiz aisa mat karo. yaani yeh.</w:t>
      </w:r>
      <w:r>
        <w:br/>
      </w:r>
      <w:r>
        <w:rPr>
          <w:sz w:val="20"/>
        </w:rPr>
        <w:t>25:50  sadah lafz nahin hai.</w:t>
      </w:r>
      <w:r>
        <w:br/>
      </w:r>
      <w:r>
        <w:rPr>
          <w:sz w:val="20"/>
        </w:rPr>
        <w:t>25:54  woh hargiz ke bare mein hai.</w:t>
      </w:r>
      <w:r>
        <w:br/>
      </w:r>
      <w:r>
        <w:rPr>
          <w:sz w:val="20"/>
        </w:rPr>
        <w:t>26:03  to mein samajhta hoon ke. aaj. musalmanon ko, sirf indya ke musalmanon ko nahin, misr ke musalmanon ko, kashmir ke musalmanon ko.</w:t>
      </w:r>
      <w:r>
        <w:br/>
      </w:r>
      <w:r>
        <w:rPr>
          <w:sz w:val="20"/>
        </w:rPr>
        <w:t>26:22  falasteen ke musalmanon ko, har jagah ke musalmanon ko. yeh. faisla karna chahiye.</w:t>
      </w:r>
      <w:r>
        <w:br/>
      </w:r>
      <w:r>
        <w:rPr>
          <w:sz w:val="20"/>
        </w:rPr>
        <w:t>26:34  ke hamara tareeqa kya hona chahiye. ke jab bhi koi naza paida ho to naza ko.</w:t>
      </w:r>
      <w:r>
        <w:br/>
      </w:r>
      <w:r>
        <w:rPr>
          <w:sz w:val="20"/>
        </w:rPr>
        <w:t>26:48  har. takrao na banne dein, balkeh.</w:t>
      </w:r>
      <w:r>
        <w:br/>
      </w:r>
      <w:r>
        <w:rPr>
          <w:sz w:val="20"/>
        </w:rPr>
        <w:t>26:57  balkeh. management ke tareeqe par chalte hue maamle ko wohin ka wohin.</w:t>
      </w:r>
      <w:r>
        <w:br/>
      </w:r>
      <w:r>
        <w:rPr>
          <w:sz w:val="20"/>
        </w:rPr>
        <w:t>27:08  khatm kar dein.</w:t>
      </w:r>
      <w:r>
        <w:br/>
      </w:r>
      <w:r>
        <w:rPr>
          <w:sz w:val="20"/>
        </w:rPr>
        <w:t>27:16  yeh jo michael hart ne, doctor michael hart ne jo kitaab likhi hai, da dead, to us mein unhon ne kaha hai.</w:t>
      </w:r>
      <w:r>
        <w:br/>
      </w:r>
      <w:r>
        <w:rPr>
          <w:sz w:val="20"/>
        </w:rPr>
        <w:t>27:28  ke Muhammad sallallahu alaihi wasallam. poori insani history ke. sab se zyada kamyab insan thay.</w:t>
      </w:r>
      <w:r>
        <w:br/>
      </w:r>
      <w:r>
        <w:rPr>
          <w:sz w:val="20"/>
        </w:rPr>
        <w:t>27:44  sab se zyada kamyab insan. to woh magar yeh nahin bata paye ke yeh kamyabi bhi aap ne kaise hasil ki.</w:t>
      </w:r>
      <w:r>
        <w:br/>
      </w:r>
      <w:r>
        <w:rPr>
          <w:sz w:val="20"/>
        </w:rPr>
        <w:t>27:59  woh kamyabi bhi hasil ki aap ne.</w:t>
      </w:r>
      <w:r>
        <w:br/>
      </w:r>
      <w:r>
        <w:rPr>
          <w:sz w:val="20"/>
        </w:rPr>
        <w:t>28:07  controversy ko khatm kiya. management ka tareeqa ikhtiyar kiya. yeh hai is sabaq. jo hum ko. hasil karna chahiye.</w:t>
      </w:r>
    </w:p>
    <w:p>
      <w:pPr>
        <w:pStyle w:val="Heading2"/>
      </w:pPr>
      <w:r>
        <w:t>Ramadan's real benefits are actually the Quran's benefits</w:t>
      </w:r>
    </w:p>
    <w:p>
      <w:r>
        <w:rPr>
          <w:color w:val="666666"/>
          <w:sz w:val="18"/>
        </w:rPr>
        <w:t>Month of Spirituality July 28, 2013 · 32s · at 3:05 · https://youtu.be/p4MM2gjJBxA?t=185</w:t>
      </w:r>
    </w:p>
    <w:p>
      <w:r>
        <w:rPr>
          <w:i/>
        </w:rPr>
        <w:t>“Ramadan ke fayde haqeeqat mein Quran ke fayde hain”</w:t>
      </w:r>
    </w:p>
    <w:p>
      <w:r>
        <w:rPr>
          <w:sz w:val="20"/>
        </w:rPr>
        <w:t>3:05  dekhiye, ramzan ke jo faayde hain, haqeeqat mein woh quran ke faayde hain.</w:t>
      </w:r>
      <w:r>
        <w:br/>
      </w:r>
      <w:r>
        <w:rPr>
          <w:sz w:val="20"/>
        </w:rPr>
        <w:t>3:18  yaad rakhiye, ramzan to ek mahina saal mein muqarrar kiya gaya. to khud woh mahina ya is mahine mein bhook pyas ka tajurba karna yeh apne aap mein barkat wali baat nahi hai.</w:t>
      </w:r>
    </w:p>
    <w:p>
      <w:pPr>
        <w:pStyle w:val="Heading2"/>
      </w:pPr>
      <w:r>
        <w:t>Quran's message of peaceful struggle</w:t>
      </w:r>
    </w:p>
    <w:p>
      <w:r>
        <w:rPr>
          <w:color w:val="666666"/>
          <w:sz w:val="18"/>
        </w:rPr>
        <w:t>Nation Building On India's Republic Day Jan 26, 2020 Maulana Wahiduddin Khan · 30s · at 22:10 · https://youtu.be/58CVocbLAb8?t=1330</w:t>
      </w:r>
    </w:p>
    <w:p>
      <w:r>
        <w:rPr>
          <w:i/>
        </w:rPr>
        <w:t>“To Quran ka jo mission hai, Quran ka jo message hai, wo kya hai?”</w:t>
      </w:r>
    </w:p>
    <w:p>
      <w:r>
        <w:rPr>
          <w:sz w:val="20"/>
        </w:rPr>
        <w:t>22:10  to quran ka jo mission hai, quran ka jo message hai, jo paigham hai wo kya hai? Spirit of peaceful struggle.</w:t>
      </w:r>
      <w:r>
        <w:br/>
      </w:r>
      <w:r>
        <w:rPr>
          <w:sz w:val="20"/>
        </w:rPr>
        <w:t>22:23  main samajhta hoon ke is se bada koi message nahi ho sakta.</w:t>
      </w:r>
      <w:r>
        <w:br/>
      </w:r>
      <w:r>
        <w:rPr>
          <w:sz w:val="20"/>
        </w:rPr>
        <w:t>22:31  Spirit of peaceful struggle.</w:t>
      </w:r>
    </w:p>
    <w:p>
      <w:pPr>
        <w:pStyle w:val="Heading2"/>
      </w:pPr>
      <w:r>
        <w:t>Definition of ijtihad as striving</w:t>
      </w:r>
    </w:p>
    <w:p>
      <w:r>
        <w:rPr>
          <w:color w:val="666666"/>
          <w:sz w:val="18"/>
        </w:rPr>
        <w:t>What is Ijtihad February 25, 2007 Maulana Wahiduddin Khan · 24s · at 0:58 · https://youtu.be/vPBQYpteeb0?t=58</w:t>
      </w:r>
    </w:p>
    <w:p>
      <w:r>
        <w:rPr>
          <w:i/>
        </w:rPr>
        <w:t>“Literal tour par ijtihad ka matlab hai koshish”</w:t>
      </w:r>
    </w:p>
    <w:p>
      <w:r>
        <w:rPr>
          <w:sz w:val="20"/>
        </w:rPr>
        <w:t>0:58  literal taur par ijtihad ka matlab hai koshish, to strive, to struggle.</w:t>
      </w:r>
      <w:r>
        <w:br/>
      </w:r>
      <w:r>
        <w:rPr>
          <w:sz w:val="20"/>
        </w:rPr>
        <w:t>1:11  yeh matlab hota hai</w:t>
      </w:r>
      <w:r>
        <w:br/>
      </w:r>
      <w:r>
        <w:rPr>
          <w:sz w:val="20"/>
        </w:rPr>
        <w:t>1:15  bharpoor koshish karna.</w:t>
      </w:r>
    </w:p>
    <w:p>
      <w:pPr>
        <w:pStyle w:val="Heading2"/>
      </w:pPr>
      <w:r>
        <w:t>Ramadan as a month of introspection through Quran study</w:t>
      </w:r>
    </w:p>
    <w:p>
      <w:r>
        <w:rPr>
          <w:color w:val="666666"/>
          <w:sz w:val="18"/>
        </w:rPr>
        <w:t>Ramadan and Roza July 14, 2013 · 5m 50s · at 12:55 · https://youtu.be/M2p3NR5pF7c?t=775</w:t>
      </w:r>
    </w:p>
    <w:p>
      <w:r>
        <w:rPr>
          <w:i/>
        </w:rPr>
        <w:t>“Maine likha ke Ramzan ka mahina goya introspection ka mahina hai”</w:t>
      </w:r>
    </w:p>
    <w:p>
      <w:r>
        <w:rPr>
          <w:sz w:val="20"/>
        </w:rPr>
        <w:t>12:55  to maine kaha ke dekhiye, is mein bhi maine yeh baat likhi ke Ramadan ka mahina is aitbaar se goya introspection ka mahina hai.</w:t>
      </w:r>
      <w:r>
        <w:br/>
      </w:r>
      <w:r>
        <w:rPr>
          <w:sz w:val="20"/>
        </w:rPr>
        <w:t>13:06  yani Quran ko padhiye aur discover kijiye apne maazi ko, apne present ko, aur uske mutabiq apni planning kijiye.</w:t>
      </w:r>
      <w:r>
        <w:br/>
      </w:r>
      <w:r>
        <w:rPr>
          <w:sz w:val="20"/>
        </w:rPr>
        <w:t>13:19  to Ramadan ka mahina saada mahina nahi hai, woh month of introspection hai.</w:t>
      </w:r>
      <w:r>
        <w:br/>
      </w:r>
      <w:r>
        <w:rPr>
          <w:sz w:val="20"/>
        </w:rPr>
        <w:t>13:25  to maine is mein likha ke dekhiye, agar agar Musalman waqai apne zehan ko khali kar ke Quran ko padhein is mahine mein to apni bohat ajeeb taur par woh payenge Quran majeed mein apni rehnumai.</w:t>
      </w:r>
      <w:r>
        <w:br/>
      </w:r>
      <w:r>
        <w:rPr>
          <w:sz w:val="20"/>
        </w:rPr>
        <w:t>13:46  misalan Quran ko padhte hue hi jab woh is ayat par pahunchenge ke "wa ma asabakum min musibatin bima kasabat aidikum" .</w:t>
      </w:r>
      <w:r>
        <w:br/>
      </w:r>
      <w:r>
        <w:rPr>
          <w:sz w:val="20"/>
        </w:rPr>
        <w:t>13:58  jo musibat bhi tum par parti hai, woh tumhare apne hi kiye ka nateeja hoti hai.</w:t>
      </w:r>
      <w:r>
        <w:br/>
      </w:r>
      <w:r>
        <w:rPr>
          <w:sz w:val="20"/>
        </w:rPr>
        <w:t>14:05  ab yahan par padhne wala thhetega, ruk kar sochega ke hum to yeh samajhte the ke falan dushman hai hamara, falan hamare khilaf sazish kar raha hai, falan hum ko tabah karne par tula hua hai, is liye hamein musibatein aayi hain.</w:t>
      </w:r>
      <w:r>
        <w:br/>
      </w:r>
      <w:r>
        <w:rPr>
          <w:sz w:val="20"/>
        </w:rPr>
        <w:t>14:25  lekin yahan to ulti baat hai. Quran mein to ulti baat hai ke jo musibat bhi aati hai tumhare upar, woh tumhare apne hi kiye ka nateeja hoti hai.</w:t>
      </w:r>
      <w:r>
        <w:br/>
      </w:r>
      <w:r>
        <w:rPr>
          <w:sz w:val="20"/>
        </w:rPr>
        <w:t>14:39  ab is se dekhiye kya hoga? ek naya zehan paida hoga ke aap khud apne andar in asbab ko talash karo.</w:t>
      </w:r>
      <w:r>
        <w:br/>
      </w:r>
      <w:r>
        <w:rPr>
          <w:sz w:val="20"/>
        </w:rPr>
        <w:t>14:52  hamari jo musibatein hain, hamare jo problems hain, woh kyun hain? iska sabab khud apne andar talash karo aur usko correct karo, uski islaah karo.</w:t>
      </w:r>
      <w:r>
        <w:br/>
      </w:r>
      <w:r>
        <w:rPr>
          <w:sz w:val="20"/>
        </w:rPr>
        <w:t>15:04  yeh is mein milega.</w:t>
      </w:r>
      <w:r>
        <w:br/>
      </w:r>
      <w:r>
        <w:rPr>
          <w:sz w:val="20"/>
        </w:rPr>
        <w:t>15:06  aise hi dekhiye,</w:t>
      </w:r>
      <w:r>
        <w:br/>
      </w:r>
      <w:r>
        <w:rPr>
          <w:sz w:val="20"/>
        </w:rPr>
        <w:t>15:10  is mein maine likha ke ek aage ek ayat yeh milegi padhne wale ko ke "innallaha la yughayyiru ma biqawmin hatta yughayyiru ma bi anfusihim" .</w:t>
      </w:r>
      <w:r>
        <w:br/>
      </w:r>
      <w:r>
        <w:rPr>
          <w:sz w:val="20"/>
        </w:rPr>
        <w:t>15:23  Allah kisi qaum ki haalat is waqt tak nahi badalta jab tak woh khud apni haalat ko na badle.</w:t>
      </w:r>
      <w:r>
        <w:br/>
      </w:r>
      <w:r>
        <w:rPr>
          <w:sz w:val="20"/>
        </w:rPr>
        <w:t>15:32  yeh kitni bada message is ke andar hai ke agar aap chahte hain ke aap ki haalat badle, aap ka mustaqbil durust ho, aap taraqqi karein, aap zindagi mein aage badhein to aap ko yeh karna padega ke aap apne andar dhoondhein ke mujhe kya karna hai.</w:t>
      </w:r>
      <w:r>
        <w:br/>
      </w:r>
      <w:r>
        <w:rPr>
          <w:sz w:val="20"/>
        </w:rPr>
        <w:t>15:53  apni islaah karein, apni kamiyon ko door karein, apni shortcomings ko door karein, aur phir planning karein.</w:t>
      </w:r>
      <w:r>
        <w:br/>
      </w:r>
      <w:r>
        <w:rPr>
          <w:sz w:val="20"/>
        </w:rPr>
        <w:t>16:04  tab aap Allah ka jo qanoon hai, woh aap ka saath dega.</w:t>
      </w:r>
      <w:r>
        <w:br/>
      </w:r>
      <w:r>
        <w:rPr>
          <w:sz w:val="20"/>
        </w:rPr>
        <w:t>16:10  is tarah se poora Quran aap ke liye introspection ki dawat deta hai. poora Quran isko jab, yani to Ramadan ka mahina is liye hai ke aap poori tarah apne aap ko har distraction se door kar ke, hatta ke khana peena bhi temporary taur par chhod dein, aur</w:t>
      </w:r>
      <w:r>
        <w:br/>
      </w:r>
      <w:r>
        <w:rPr>
          <w:sz w:val="20"/>
        </w:rPr>
        <w:t>16:37  phir Quran mein study karein, Quran ko samjhein.</w:t>
      </w:r>
      <w:r>
        <w:br/>
      </w:r>
      <w:r>
        <w:rPr>
          <w:sz w:val="20"/>
        </w:rPr>
        <w:t>16:40  dekhiye, Quran aap jante hain ke Ramadan ke mahine mein itikaf ka tareeqa hai. to aam taur par log das din itikaf karte hain aakhri zamane mein.</w:t>
      </w:r>
      <w:r>
        <w:br/>
      </w:r>
      <w:r>
        <w:rPr>
          <w:sz w:val="20"/>
        </w:rPr>
        <w:t>16:51  lekin sachhi baat hai ke poora mahina itikafi ka mahina hai. yani das din to goya ke aap masjid mein baith gaye, baqi ke dinon bhi ab chalta phirta itikaf hai.</w:t>
      </w:r>
      <w:r>
        <w:br/>
      </w:r>
      <w:r>
        <w:rPr>
          <w:sz w:val="20"/>
        </w:rPr>
        <w:t>17:05  woh kaisay? keh aap ka mind isi pe laga hua hai. aap ka mind isi pe laga hua hai.</w:t>
      </w:r>
      <w:r>
        <w:br/>
      </w:r>
      <w:r>
        <w:rPr>
          <w:sz w:val="20"/>
        </w:rPr>
        <w:t>17:13  yani quran ke mazameen par. quran ko aap subah subah ko parhtay hain, sham ko parhtay hain, kyunkeh aap aik so aik so kiye hue hain.</w:t>
      </w:r>
      <w:r>
        <w:br/>
      </w:r>
      <w:r>
        <w:rPr>
          <w:sz w:val="20"/>
        </w:rPr>
        <w:t>17:23  to chahe aap bethe hon, soye hon, chal rahe hon, kuch kar rahe hon, lekin aap ka mind laga rahe ga quran ki un ayaton par jin ko aap ne parha hai ya namazon mein suna hai.</w:t>
      </w:r>
      <w:r>
        <w:br/>
      </w:r>
      <w:r>
        <w:rPr>
          <w:sz w:val="20"/>
        </w:rPr>
        <w:t>17:39  to goya keh das din ka itikaf formal itikaf hai aur baqi bais din in formal itikaf.</w:t>
      </w:r>
      <w:r>
        <w:br/>
      </w:r>
      <w:r>
        <w:rPr>
          <w:sz w:val="20"/>
        </w:rPr>
        <w:t>17:52  is aitbar se poora mahina itikaf ka mahina hai, sochne ka mahina, apna apne apne apne apne quran se hidayat aur rehnumai talash karne ka mahina.</w:t>
      </w:r>
      <w:r>
        <w:br/>
      </w:r>
      <w:r>
        <w:rPr>
          <w:sz w:val="20"/>
        </w:rPr>
        <w:t>18:08  to yeh ramzan ki yeh haqeeqat</w:t>
      </w:r>
      <w:r>
        <w:br/>
      </w:r>
      <w:r>
        <w:rPr>
          <w:sz w:val="20"/>
        </w:rPr>
        <w:t>18:10  hai. yeh nahi keh bas</w:t>
      </w:r>
      <w:r>
        <w:br/>
      </w:r>
      <w:r>
        <w:rPr>
          <w:sz w:val="20"/>
        </w:rPr>
        <w:t>18:14  yani dawn se le kar censor tak aap khane apna rok diya to roza ho gaya. nahi, yeh to is ka form hai roze ka.</w:t>
      </w:r>
      <w:r>
        <w:br/>
      </w:r>
      <w:r>
        <w:rPr>
          <w:sz w:val="20"/>
        </w:rPr>
        <w:t>18:29  yani ab ab sawal yeh hai keh for what? kis purpose ke liye yeh</w:t>
      </w:r>
      <w:r>
        <w:br/>
      </w:r>
      <w:r>
        <w:rPr>
          <w:sz w:val="20"/>
        </w:rPr>
        <w:t>18:34  kiya gaya? woh purpose hai apne ko yaksu kar ke, apne ko distraction se bacha kar quran ki study karna, quran ka mutala karna.</w:t>
      </w:r>
    </w:p>
    <w:p>
      <w:pPr>
        <w:pStyle w:val="Heading2"/>
      </w:pPr>
      <w:r>
        <w:t>dua to die while returning from doing dawah</w:t>
      </w:r>
    </w:p>
    <w:p>
      <w:r>
        <w:rPr>
          <w:color w:val="666666"/>
          <w:sz w:val="18"/>
        </w:rPr>
        <w:t>Experience Sharing of CPS Member, Jaipur Literature Festival 2013 February 3, 2013 · 27s · at 7:57 · https://youtu.be/ujlDnK5Wg3M?t=477</w:t>
      </w:r>
    </w:p>
    <w:p>
      <w:r>
        <w:rPr>
          <w:i/>
        </w:rPr>
        <w:t>“Let death come while we're returning home from spreading the message”</w:t>
      </w:r>
    </w:p>
    <w:p>
      <w:r>
        <w:rPr>
          <w:sz w:val="20"/>
        </w:rPr>
        <w:t>7:57  End mein hum log aapas mein baat kar rahe the, ajay aur main, ke Allah jab hamari mout aaye to woh aise time par aaye ke hum dawat kar ke ghar lot rahe hon.</w:t>
      </w:r>
      <w:r>
        <w:br/>
      </w:r>
      <w:r>
        <w:rPr>
          <w:sz w:val="20"/>
        </w:rPr>
        <w:t>8:09  Aur jab farishte hamein le kar jayein to wahan par Allah jab pooche ke tum ne is bande ko kis state mein paya tha to farishte yeh bolein ke Allah yeh tera kaam kar raha tha aur kaam kar ke lot raha tha.</w:t>
      </w:r>
    </w:p>
    <w:p>
      <w:pPr>
        <w:pStyle w:val="Heading2"/>
      </w:pPr>
      <w:r>
        <w:t>We gather wealth but never find real peace</w:t>
      </w:r>
    </w:p>
    <w:p>
      <w:r>
        <w:rPr>
          <w:color w:val="666666"/>
          <w:sz w:val="18"/>
        </w:rPr>
        <w:t>The History of Creation March 16, 2008 · 31s · at 50:03 · https://youtu.be/_azxOJV6t0E?t=3003</w:t>
      </w:r>
    </w:p>
    <w:p>
      <w:r>
        <w:rPr>
          <w:i/>
        </w:rPr>
        <w:t>“Har shakhs ko apne baare mein sincere banna chahiye”</w:t>
      </w:r>
    </w:p>
    <w:p>
      <w:r>
        <w:rPr>
          <w:sz w:val="20"/>
        </w:rPr>
        <w:t>50:03  to hum mein se har shakhs ko chahiye ke woh apne bare mein kam az kam sincere bane, apne bare mein, apne bare mein sincere bane.</w:t>
      </w:r>
      <w:r>
        <w:br/>
      </w:r>
      <w:r>
        <w:rPr>
          <w:sz w:val="20"/>
        </w:rPr>
        <w:t>50:15  main samajhta hoon ke sab se bari cheez jis par insaan ko sochna chahiye ke hum chahte hain ke hum jeen hamesha, hum mar jaate hain, hum chahte hain, hum hum paisa haasil karte hain aur sari cheezein ikattha karte hain, lekin sukoon nahin milta.</w:t>
      </w:r>
    </w:p>
    <w:p>
      <w:pPr>
        <w:pStyle w:val="Heading2"/>
      </w:pPr>
      <w:r>
        <w:t>Revival most important and difficult</w:t>
      </w:r>
    </w:p>
    <w:p>
      <w:r>
        <w:rPr>
          <w:color w:val="666666"/>
          <w:sz w:val="18"/>
        </w:rPr>
        <w:t>Revival of Islam July 21, 2008 · 29s · at 20:49 · https://youtu.be/Rr4sGbJUbQw?t=1249</w:t>
      </w:r>
    </w:p>
    <w:p>
      <w:r>
        <w:rPr>
          <w:i/>
        </w:rPr>
        <w:t>“Revival of Islam has become as important as it is difficult”</w:t>
      </w:r>
    </w:p>
    <w:p>
      <w:r>
        <w:rPr>
          <w:sz w:val="20"/>
        </w:rPr>
        <w:t>20:49  paida ho gaya hai aur revivalism jo hai islam ka revival jitna zaroori hota hai mushkil bhi ho gaya is zamanay mein yani bohat ziyada zaroori aur bohat ziyada mushkil yani most important and most difficult</w:t>
      </w:r>
      <w:r>
        <w:br/>
      </w:r>
      <w:r>
        <w:rPr>
          <w:sz w:val="20"/>
        </w:rPr>
        <w:t>21:09  is zamanay mein revival ka jo kaam hai woh most important aur most difficult hai</w:t>
      </w:r>
    </w:p>
    <w:p>
      <w:pPr>
        <w:pStyle w:val="Heading2"/>
      </w:pPr>
      <w:r>
        <w:t>Divine studio, psychological need, final justice</w:t>
      </w:r>
    </w:p>
    <w:p>
      <w:r>
        <w:rPr>
          <w:color w:val="666666"/>
          <w:sz w:val="18"/>
        </w:rPr>
        <w:t>The Judgement Day · 4m 26s · at 8:42 · https://youtu.be/sspJB8iuem4?t=522</w:t>
      </w:r>
    </w:p>
    <w:p>
      <w:r>
        <w:rPr>
          <w:i/>
        </w:rPr>
        <w:t>“The present world is like a huge divine studio”</w:t>
      </w:r>
    </w:p>
    <w:p>
      <w:r>
        <w:rPr>
          <w:sz w:val="20"/>
        </w:rPr>
        <w:t>8:42  the present world is like a huge divine studio.</w:t>
      </w:r>
      <w:r>
        <w:br/>
      </w:r>
      <w:r>
        <w:rPr>
          <w:sz w:val="20"/>
        </w:rPr>
        <w:t>8:45  whatever man does or says is being preserved at every moment, and when the time comes, the story</w:t>
      </w:r>
      <w:r>
        <w:br/>
      </w:r>
      <w:r>
        <w:rPr>
          <w:sz w:val="20"/>
        </w:rPr>
        <w:t>8:53  of everyone will be repeated in such a way that neither great nor small sayings and doings will</w:t>
      </w:r>
      <w:r>
        <w:br/>
      </w:r>
      <w:r>
        <w:rPr>
          <w:sz w:val="20"/>
        </w:rPr>
        <w:t>8:59  escape god's attention.</w:t>
      </w:r>
      <w:r>
        <w:br/>
      </w:r>
      <w:r>
        <w:rPr>
          <w:sz w:val="20"/>
        </w:rPr>
        <w:t>9:01  we must foresee the coming of that day before its arrival.</w:t>
      </w:r>
      <w:r>
        <w:br/>
      </w:r>
      <w:r>
        <w:rPr>
          <w:sz w:val="20"/>
        </w:rPr>
        <w:t>9:05  those who fail to see it coming before it is upon them will have to pay dearly for</w:t>
      </w:r>
      <w:r>
        <w:br/>
      </w:r>
      <w:r>
        <w:rPr>
          <w:sz w:val="20"/>
        </w:rPr>
        <w:t>9:11  their shortsightedness.</w:t>
      </w:r>
      <w:r>
        <w:br/>
      </w:r>
      <w:r>
        <w:rPr>
          <w:sz w:val="20"/>
        </w:rPr>
        <w:t>9:13  The present world may seem to lack nothing, but the order of this world has been established with</w:t>
      </w:r>
      <w:r>
        <w:br/>
      </w:r>
      <w:r>
        <w:rPr>
          <w:sz w:val="20"/>
        </w:rPr>
        <w:t>9:20  the trial of man in mind.</w:t>
      </w:r>
      <w:r>
        <w:br/>
      </w:r>
      <w:r>
        <w:rPr>
          <w:sz w:val="20"/>
        </w:rPr>
        <w:t>9:22  According to God's scheme, only a world which leads up to reward and punishment can be considered ideal</w:t>
      </w:r>
      <w:r>
        <w:br/>
      </w:r>
      <w:r>
        <w:rPr>
          <w:sz w:val="20"/>
        </w:rPr>
        <w:t>9:29  and permanent. This is not the case in the present world.</w:t>
      </w:r>
      <w:r>
        <w:br/>
      </w:r>
      <w:r>
        <w:rPr>
          <w:sz w:val="20"/>
        </w:rPr>
        <w:t>9:34  So, when the period of trial is over, God will destroy this world and create another one, more</w:t>
      </w:r>
      <w:r>
        <w:br/>
      </w:r>
      <w:r>
        <w:rPr>
          <w:sz w:val="20"/>
        </w:rPr>
        <w:t>9:40  complete one. There, the evil will be separated from</w:t>
      </w:r>
      <w:r>
        <w:br/>
      </w:r>
      <w:r>
        <w:rPr>
          <w:sz w:val="20"/>
        </w:rPr>
        <w:t>9:43  the righteous, and all will be confronted with the just consequences of their deeds.</w:t>
      </w:r>
      <w:r>
        <w:br/>
      </w:r>
      <w:r>
        <w:rPr>
          <w:sz w:val="20"/>
        </w:rPr>
        <w:t>9:49  For the observance of proper behavior in this world, man requires only one thing.</w:t>
      </w:r>
      <w:r>
        <w:br/>
      </w:r>
      <w:r>
        <w:rPr>
          <w:sz w:val="20"/>
        </w:rPr>
        <w:t>9:55  A person should firmly remember that he is under divine surveillance at every moment.</w:t>
      </w:r>
      <w:r>
        <w:br/>
      </w:r>
      <w:r>
        <w:rPr>
          <w:sz w:val="20"/>
        </w:rPr>
        <w:t>10:02  The deeds of his entire life will be presented in the court of God.</w:t>
      </w:r>
      <w:r>
        <w:br/>
      </w:r>
      <w:r>
        <w:rPr>
          <w:sz w:val="20"/>
        </w:rPr>
        <w:t>10:07  Be these great or small, done secretly or publicly, everything will be there on record.</w:t>
      </w:r>
      <w:r>
        <w:br/>
      </w:r>
      <w:r>
        <w:rPr>
          <w:sz w:val="20"/>
        </w:rPr>
        <w:t>10:14  If man is fully convinced of this reality, he will be shaken completely even before the world is</w:t>
      </w:r>
      <w:r>
        <w:br/>
      </w:r>
      <w:r>
        <w:rPr>
          <w:sz w:val="20"/>
        </w:rPr>
        <w:t>10:20  shaken. Before the all encompassing earthquake of Dooms Day, he will experience an earthquake in his own soul,</w:t>
      </w:r>
      <w:r>
        <w:br/>
      </w:r>
      <w:r>
        <w:rPr>
          <w:sz w:val="20"/>
        </w:rPr>
        <w:t>10:28  which will change him completely.</w:t>
      </w:r>
      <w:r>
        <w:br/>
      </w:r>
      <w:r>
        <w:rPr>
          <w:sz w:val="20"/>
        </w:rPr>
        <w:t>10:31  As a result, he will become his own keeper.</w:t>
      </w:r>
      <w:r>
        <w:br/>
      </w:r>
      <w:r>
        <w:rPr>
          <w:sz w:val="20"/>
        </w:rPr>
        <w:t>10:34  He will adopt a disciplined life instead of a life of indulgence.</w:t>
      </w:r>
      <w:r>
        <w:br/>
      </w:r>
      <w:r>
        <w:rPr>
          <w:sz w:val="20"/>
        </w:rPr>
        <w:t>10:39  He will use his powers as guided by the command of God, instead of acting</w:t>
      </w:r>
      <w:r>
        <w:br/>
      </w:r>
      <w:r>
        <w:rPr>
          <w:sz w:val="20"/>
        </w:rPr>
        <w:t>10:44  on his whims and desires.</w:t>
      </w:r>
      <w:r>
        <w:br/>
      </w:r>
      <w:r>
        <w:rPr>
          <w:sz w:val="20"/>
        </w:rPr>
        <w:t>10:48  There is another approach to understand the Day of Judgment.</w:t>
      </w:r>
      <w:r>
        <w:br/>
      </w:r>
      <w:r>
        <w:rPr>
          <w:sz w:val="20"/>
        </w:rPr>
        <w:t>10:51  We may call it psychological justification of the Day of Judgment.</w:t>
      </w:r>
      <w:r>
        <w:br/>
      </w:r>
      <w:r>
        <w:rPr>
          <w:sz w:val="20"/>
        </w:rPr>
        <w:t>10:56  Everyone knows that killing innocent people and giving others weapons to kill them is a crime against God</w:t>
      </w:r>
      <w:r>
        <w:br/>
      </w:r>
      <w:r>
        <w:rPr>
          <w:sz w:val="20"/>
        </w:rPr>
        <w:t>11:04  and humanity. Yet those who wield their power in this world continue to kill and even take pride</w:t>
      </w:r>
      <w:r>
        <w:br/>
      </w:r>
      <w:r>
        <w:rPr>
          <w:sz w:val="20"/>
        </w:rPr>
        <w:t>11:11  in their actions when it serves their interests.</w:t>
      </w:r>
      <w:r>
        <w:br/>
      </w:r>
      <w:r>
        <w:rPr>
          <w:sz w:val="20"/>
        </w:rPr>
        <w:t>11:15  They</w:t>
      </w:r>
      <w:r>
        <w:br/>
      </w:r>
      <w:r>
        <w:rPr>
          <w:sz w:val="20"/>
        </w:rPr>
        <w:t>11:15  think that there power gives them a license to kill.</w:t>
      </w:r>
      <w:r>
        <w:br/>
      </w:r>
      <w:r>
        <w:rPr>
          <w:sz w:val="20"/>
        </w:rPr>
        <w:t>11:18  those who perpetrate these crimes against humanity are recorded as heroes.</w:t>
      </w:r>
      <w:r>
        <w:br/>
      </w:r>
      <w:r>
        <w:rPr>
          <w:sz w:val="20"/>
        </w:rPr>
        <w:t>11:23  those who wield political and economic power oppress others without anyone to stop them.</w:t>
      </w:r>
      <w:r>
        <w:br/>
      </w:r>
      <w:r>
        <w:rPr>
          <w:sz w:val="20"/>
        </w:rPr>
        <w:t>11:29  in this world, they are never brought to justice.</w:t>
      </w:r>
      <w:r>
        <w:br/>
      </w:r>
      <w:r>
        <w:rPr>
          <w:sz w:val="20"/>
        </w:rPr>
        <w:t>11:32  the human conscience demands that such people be brought to justice.</w:t>
      </w:r>
      <w:r>
        <w:br/>
      </w:r>
      <w:r>
        <w:rPr>
          <w:sz w:val="20"/>
        </w:rPr>
        <w:t>11:36  it cries out who is going to take away their license to kill, their license to oppress.</w:t>
      </w:r>
      <w:r>
        <w:br/>
      </w:r>
      <w:r>
        <w:rPr>
          <w:sz w:val="20"/>
        </w:rPr>
        <w:t>11:42  in a world where the human conscience and the order</w:t>
      </w:r>
      <w:r>
        <w:br/>
      </w:r>
      <w:r>
        <w:rPr>
          <w:sz w:val="20"/>
        </w:rPr>
        <w:t>11:45  of the whole universe demands justice, it is inconceivable and unacceptable to think that some people should indulge</w:t>
      </w:r>
      <w:r>
        <w:br/>
      </w:r>
      <w:r>
        <w:rPr>
          <w:sz w:val="20"/>
        </w:rPr>
        <w:t>11:54  in games of death and destruction and are allowed to go without paying for their crimes.</w:t>
      </w:r>
      <w:r>
        <w:br/>
      </w:r>
      <w:r>
        <w:rPr>
          <w:sz w:val="20"/>
        </w:rPr>
        <w:t>12:00  there must come a day when the powerful are made powerless and made to answer for their actions.</w:t>
      </w:r>
      <w:r>
        <w:br/>
      </w:r>
      <w:r>
        <w:rPr>
          <w:sz w:val="20"/>
        </w:rPr>
        <w:t>12:07  when those who innocently died at their hands are invited to bear witness against their persecutors.</w:t>
      </w:r>
      <w:r>
        <w:br/>
      </w:r>
      <w:r>
        <w:rPr>
          <w:sz w:val="20"/>
        </w:rPr>
        <w:t>12:14  that will be the day of judgment,</w:t>
      </w:r>
      <w:r>
        <w:br/>
      </w:r>
      <w:r>
        <w:rPr>
          <w:sz w:val="20"/>
        </w:rPr>
        <w:t>12:16  the day when the owner of all true power brings justice to the world and punishes those to whom he gave power as a test and who mercilessly misused it. addressing the whole of humanity, god says in the quran, "do you imagine that we created you without any purpose and that you will not be brought back to us</w:t>
      </w:r>
      <w:r>
        <w:br/>
      </w:r>
      <w:r>
        <w:rPr>
          <w:sz w:val="20"/>
        </w:rPr>
        <w:t>12:39  ?" chapter 23, verse 115. further, the quran says, "blessed is he in whose hand is the kingdom. he has power over all things. he created death and life so that he might test you and find out which of you is best in conduct. he is the mighty, the most forgiving one." chapter 67, verses 1 and 2. following the first man and woman, adam and eve, was numbers of human be</w:t>
      </w:r>
    </w:p>
    <w:p>
      <w:pPr>
        <w:pStyle w:val="Heading2"/>
      </w:pPr>
      <w:r>
        <w:t>Two Englishmen who converted after encountering the Quran</w:t>
      </w:r>
    </w:p>
    <w:p>
      <w:r>
        <w:rPr>
          <w:color w:val="666666"/>
          <w:sz w:val="18"/>
        </w:rPr>
        <w:t>Dars-e-Quran (Al-Baqarah (The Heifer) 2 1-6) July 19, 2015 · 3m 19s · at 16:17 · https://youtu.be/JJOfEihDoIs?t=977</w:t>
      </w:r>
    </w:p>
    <w:p>
      <w:r>
        <w:rPr>
          <w:i/>
        </w:rPr>
        <w:t>“Ek angrez ne Quran padha, mujhe different book lagi”</w:t>
      </w:r>
    </w:p>
    <w:p>
      <w:r>
        <w:rPr>
          <w:sz w:val="20"/>
        </w:rPr>
        <w:t>16:17  mein aik misaal deta hoon ke mutallashi ka matlab kya hai. aik shakhs ne, aik aik angrez ne quran parha.</w:t>
      </w:r>
      <w:r>
        <w:br/>
      </w:r>
      <w:r>
        <w:rPr>
          <w:sz w:val="20"/>
        </w:rPr>
        <w:t>16:34  to is woh kehta hai ke jab mein ne Quran ko parha to mujhe is mein aik aik different Quran mujhe aik different book lagi.</w:t>
      </w:r>
      <w:r>
        <w:br/>
      </w:r>
      <w:r>
        <w:rPr>
          <w:sz w:val="20"/>
        </w:rPr>
        <w:t>16:45  kyun? quran mein is ka jo author hai insan ko khitab karta hai. eiha insan, eiha insan, eiha insan. aisi to koi kitab hai nahin. to is ne kaha ke mein ne bohat si kitaben parhi hain, lekin yeh jo andaaz hai,</w:t>
      </w:r>
      <w:r>
        <w:br/>
      </w:r>
      <w:r>
        <w:rPr>
          <w:sz w:val="20"/>
        </w:rPr>
        <w:t>17:00  eiha insan, to laga ke mujhe mujh se koi mujh ko koi address kar raha hai. is ka jo author hai woh mujh ko address kar raha hai.</w:t>
      </w:r>
      <w:r>
        <w:br/>
      </w:r>
      <w:r>
        <w:rPr>
          <w:sz w:val="20"/>
        </w:rPr>
        <w:t>17:14  to dekhiye difference jo hai is se aik curiosity paida hoti hai. to quran ka aik different book hona is ko.</w:t>
      </w:r>
      <w:r>
        <w:br/>
      </w:r>
      <w:r>
        <w:rPr>
          <w:sz w:val="20"/>
        </w:rPr>
        <w:t>17:24  is ko strike kar gaya. aur phir is ne socha, socha, socha aur phir is ne accept kar liya quran ke deen ko.</w:t>
      </w:r>
      <w:r>
        <w:br/>
      </w:r>
      <w:r>
        <w:rPr>
          <w:sz w:val="20"/>
        </w:rPr>
        <w:t>17:37  to jo seeker hota hai woh is ke andar yeh baat hoti hai.</w:t>
      </w:r>
      <w:r>
        <w:br/>
      </w:r>
      <w:r>
        <w:rPr>
          <w:sz w:val="20"/>
        </w:rPr>
        <w:t>17:43  aise bohat se waqiat hain.</w:t>
      </w:r>
      <w:r>
        <w:br/>
      </w:r>
      <w:r>
        <w:rPr>
          <w:sz w:val="20"/>
        </w:rPr>
        <w:t>17:48  misalan yeh aik angrez ne likha hai, baad mein unhon ne bhi is tarah qabool kar liya.</w:t>
      </w:r>
      <w:r>
        <w:br/>
      </w:r>
      <w:r>
        <w:rPr>
          <w:sz w:val="20"/>
        </w:rPr>
        <w:t>17:59  ke woh morocco gaye to hotel mein thehre. to hotel ke barabar kamre se awaz aati thi,</w:t>
      </w:r>
      <w:r>
        <w:br/>
      </w:r>
      <w:r>
        <w:rPr>
          <w:sz w:val="20"/>
        </w:rPr>
        <w:t>18:08  koi arab wahan thehra hua tha. to quran ki qirat woh is par sunata tha, yeh recorder par.</w:t>
      </w:r>
      <w:r>
        <w:br/>
      </w:r>
      <w:r>
        <w:rPr>
          <w:sz w:val="20"/>
        </w:rPr>
        <w:t>18:21  to is ne jab suna quran ki qirat ko to woh different lagi is ki. is ki is ki awaz mein is ne kaha ke quran ki awaz mein mein sound art par excellence hai.</w:t>
      </w:r>
      <w:r>
        <w:br/>
      </w:r>
      <w:r>
        <w:rPr>
          <w:sz w:val="20"/>
        </w:rPr>
        <w:t>18:39  to is ka jo quran ki jo awaz thi woh lekin dosri kitabon mein to aisi awaz hoti nahin. aap kabhi tajurba kar lijiye, koi bhi dosri kitab li jiye, is ko kisi se parhwaiye.</w:t>
      </w:r>
      <w:r>
        <w:br/>
      </w:r>
      <w:r>
        <w:rPr>
          <w:sz w:val="20"/>
        </w:rPr>
        <w:t>18:52  aur phir quran parhwaiye aik hafiz se. to aap ko different lage ga.</w:t>
      </w:r>
      <w:r>
        <w:br/>
      </w:r>
      <w:r>
        <w:rPr>
          <w:sz w:val="20"/>
        </w:rPr>
        <w:t>19:00  to difference insan ko hit karta hai. difference.</w:t>
      </w:r>
      <w:r>
        <w:br/>
      </w:r>
      <w:r>
        <w:rPr>
          <w:sz w:val="20"/>
        </w:rPr>
        <w:t>19:09  to is ne janna chaha ke bhai yeh awaz kis cheez ki hai? pata chala ke yeh to quran ki awaz hai.</w:t>
      </w:r>
      <w:r>
        <w:br/>
      </w:r>
      <w:r>
        <w:rPr>
          <w:sz w:val="20"/>
        </w:rPr>
        <w:t>19:20  to is ne baqayda arabi zaban seekhi. quran ko samajhne ke liye. aur phir baad ko is ne islam qabool kar liya.</w:t>
      </w:r>
      <w:r>
        <w:br/>
      </w:r>
      <w:r>
        <w:rPr>
          <w:sz w:val="20"/>
        </w:rPr>
        <w:t>19:30  aur quran ka tarjuma bhi is ne angrezi mein kiya.</w:t>
      </w:r>
    </w:p>
    <w:p>
      <w:pPr>
        <w:pStyle w:val="Heading2"/>
      </w:pPr>
      <w:r>
        <w:t>Globalization has erased borders and enmity between nations</w:t>
      </w:r>
    </w:p>
    <w:p>
      <w:r>
        <w:rPr>
          <w:color w:val="666666"/>
          <w:sz w:val="18"/>
        </w:rPr>
        <w:t>Quran aur Asr-e-Jadeed Al-Risala, January 2017 Maulana Wahiduddin Khan · 2m 25s · at 18:07 · https://youtu.be/__3jCmiWfEc?t=1087</w:t>
      </w:r>
    </w:p>
    <w:p>
      <w:r>
        <w:rPr>
          <w:i/>
        </w:rPr>
        <w:t>“Today the world has become a global village.”</w:t>
      </w:r>
    </w:p>
    <w:p>
      <w:r>
        <w:rPr>
          <w:sz w:val="20"/>
        </w:rPr>
        <w:t>18:07  dunya se mazhabi istibdad khatam ho jaye. aaj dunya aik global village ban chuki hai.</w:t>
      </w:r>
      <w:r>
        <w:br/>
      </w:r>
      <w:r>
        <w:rPr>
          <w:sz w:val="20"/>
        </w:rPr>
        <w:t>18:15  tez raftaar communication ne tamam rukawaten door kar di hain. aik mulk ke doosre mulk se mafadat wabasta ho gaye hain. kisi mulk mein koi cheez dastyab hai, kisi mulk mein koi doosri cheez dastyab hai.</w:t>
      </w:r>
      <w:r>
        <w:br/>
      </w:r>
      <w:r>
        <w:rPr>
          <w:sz w:val="20"/>
        </w:rPr>
        <w:t>18:29  is tarah aapsi len den bohat ziyada barh gaya hai. import export bohat baray paimane par ho raha hai. aisa pehle kabhi tareekh mein nahin tha.</w:t>
      </w:r>
      <w:r>
        <w:br/>
      </w:r>
      <w:r>
        <w:rPr>
          <w:sz w:val="20"/>
        </w:rPr>
        <w:t>18:41  is naye scenario, is naye scenario mein tamam rivalries khatam ho chuki hain. ab sirf dost aur dost ka equation hai.</w:t>
      </w:r>
      <w:r>
        <w:br/>
      </w:r>
      <w:r>
        <w:rPr>
          <w:sz w:val="20"/>
        </w:rPr>
        <w:t>18:54  dost aur dushman ka equation khatam ho chuka hai. is global village ki aik alamat maujooda zamanay mein hawai safar, yani air travel hai.</w:t>
      </w:r>
      <w:r>
        <w:br/>
      </w:r>
      <w:r>
        <w:rPr>
          <w:sz w:val="20"/>
        </w:rPr>
        <w:t>19:05  qadeem bahri aur bari safar ke bar aks hawai jahaz tamam mulkon ke oopar parwaz karta hai, khwah woh apna mulk ho ya ghair ka mulk ho.</w:t>
      </w:r>
      <w:r>
        <w:br/>
      </w:r>
      <w:r>
        <w:rPr>
          <w:sz w:val="20"/>
        </w:rPr>
        <w:t>19:15  is ke nateejay mein insanon ki banai hui tamam sarhaden apne aap toot gayeen. ab amalan har insan tamam dunya ka shehri hai jab ke qadeem zamanay mein koi insan sirf apne mulk ka shehri hota tha.</w:t>
      </w:r>
      <w:r>
        <w:br/>
      </w:r>
      <w:r>
        <w:rPr>
          <w:sz w:val="20"/>
        </w:rPr>
        <w:t>19:30  education, job, siyahat, tijarat waghera ke liye log bari tadad mein aik mulk se aik mulk se doosre mulk jatay hain.</w:t>
      </w:r>
      <w:r>
        <w:br/>
      </w:r>
      <w:r>
        <w:rPr>
          <w:sz w:val="20"/>
        </w:rPr>
        <w:t>19:40  in mulkon mein un ko har tarah ki azadi mili hui hai yahan tak ke woh apne mazhab se logon ko agah karen. is ki bhi azadi hai.</w:t>
      </w:r>
      <w:r>
        <w:br/>
      </w:r>
      <w:r>
        <w:rPr>
          <w:sz w:val="20"/>
        </w:rPr>
        <w:t>19:49  is nazar se hum dekhen to hamein mehsoos hoga ke aaj sari dunya hamari dunya hai. woh sari had bandiyan toot chuki hain jo qadeem daur ka khasa theen.</w:t>
      </w:r>
      <w:r>
        <w:br/>
      </w:r>
      <w:r>
        <w:rPr>
          <w:sz w:val="20"/>
        </w:rPr>
        <w:t>20:01  aap bahar ja kar taleem hasil karen, business karen, apne mazhab ki practice karen, apne mazhab ki tableegh karen. sirf law and order ke liye problem banne ki ijazat nahin.</w:t>
      </w:r>
      <w:r>
        <w:br/>
      </w:r>
      <w:r>
        <w:rPr>
          <w:sz w:val="20"/>
        </w:rPr>
        <w:t>20:15  aap amanat yani peaceful reh kar har mulk mein woh kaam kar sakte hain jo aap apne mulk mein kar sakte hain.</w:t>
      </w:r>
      <w:r>
        <w:br/>
      </w:r>
      <w:r>
        <w:rPr>
          <w:sz w:val="20"/>
        </w:rPr>
        <w:t>20:22  yeh naya daur jo tareekh mein khudaai intezaam yaani divine management ke tehat duniya mein aaya hai, woh ain deen khundawandi ke haq mein hai.</w:t>
      </w:r>
      <w:r>
        <w:br/>
      </w:r>
      <w:r>
        <w:rPr>
          <w:sz w:val="20"/>
        </w:rPr>
        <w:t>20:33  ab waqt aa gaya hai ke ummat-e-muslima is haqeeqat ko samjhe. woh har qism ki manfi karrawaiyon ko mukammal taur par chhod de kyunke ummat-e-muslima ki manfi karrawaiyan mahroomi yaani deprivation ke usool par qaim thi.</w:t>
      </w:r>
    </w:p>
    <w:p>
      <w:pPr>
        <w:pStyle w:val="Heading2"/>
      </w:pPr>
      <w:r>
        <w:t>Man should live as a seeker of God</w:t>
      </w:r>
    </w:p>
    <w:p>
      <w:r>
        <w:rPr>
          <w:color w:val="666666"/>
          <w:sz w:val="18"/>
        </w:rPr>
        <w:t>The Goal for Human Beings in The Quran February 03, 2019 Maulana Wahiduddin Khan · 27s · at 19:30 · https://youtu.be/QZH5SHaAxCc?t=1170</w:t>
      </w:r>
    </w:p>
    <w:p>
      <w:r>
        <w:rPr>
          <w:i/>
        </w:rPr>
        <w:t>“Man should live as a seeker.”</w:t>
      </w:r>
    </w:p>
    <w:p>
      <w:r>
        <w:rPr>
          <w:sz w:val="20"/>
        </w:rPr>
        <w:t>19:30  Man should live as a seeker. Seeker of God Almighty, Rabbul 'alamin. This is the target of human being.</w:t>
      </w:r>
      <w:r>
        <w:br/>
      </w:r>
      <w:r>
        <w:rPr>
          <w:sz w:val="20"/>
        </w:rPr>
        <w:t>19:44  Man should live as a seeker. His all studies and his contemplation should be directed towards this single goal.</w:t>
      </w:r>
    </w:p>
    <w:p>
      <w:pPr>
        <w:pStyle w:val="Heading2"/>
      </w:pPr>
      <w:r>
        <w:t>If the sun lost its light, nothing would be visible</w:t>
      </w:r>
    </w:p>
    <w:p>
      <w:r>
        <w:rPr>
          <w:color w:val="666666"/>
          <w:sz w:val="18"/>
        </w:rPr>
        <w:t>Divine Guidance November 25, 2007 · 1m 25s · at 20:58 · https://youtu.be/uJjypJ-8His?t=1258</w:t>
      </w:r>
    </w:p>
    <w:p>
      <w:r>
        <w:rPr>
          <w:i/>
        </w:rPr>
        <w:t>“Kal main apne ghar ke corner mein baitha tha”</w:t>
      </w:r>
    </w:p>
    <w:p>
      <w:r>
        <w:rPr>
          <w:sz w:val="20"/>
        </w:rPr>
        <w:t>20:58  kal mein apne mere ghar mein ek corner hai park ki taraf. to wahan bohat beautiful scene rehta hai. mein wahan baithta hoon aksar.</w:t>
      </w:r>
      <w:r>
        <w:br/>
      </w:r>
      <w:r>
        <w:rPr>
          <w:sz w:val="20"/>
        </w:rPr>
        <w:t>21:08  to wahan park dikhai deta hai. peed dikhai dete hain. aasman dikhai deta hai. ek nature ka mahaul wahan par rehta hai. to kal mein wahan baitha hua tha aur suraj chamak raha tha upar.</w:t>
      </w:r>
      <w:r>
        <w:br/>
      </w:r>
      <w:r>
        <w:rPr>
          <w:sz w:val="20"/>
        </w:rPr>
        <w:t>21:22  to achaanak mein ne socha ke agar agar yeh suraj be noor ho jaye,</w:t>
      </w:r>
      <w:r>
        <w:br/>
      </w:r>
      <w:r>
        <w:rPr>
          <w:sz w:val="20"/>
        </w:rPr>
        <w:t>21:31  suraj ki roshni khatm ho jaye, science yeh kehti hai ke kisi bhi second ke fraction mein suraj ki roshni khatm ho sakti hai.</w:t>
      </w:r>
      <w:r>
        <w:br/>
      </w:r>
      <w:r>
        <w:rPr>
          <w:sz w:val="20"/>
        </w:rPr>
        <w:t>21:42  yeh bas samjhiye ke woh koi guaranteed na li jaye suraj ki roshni ko.</w:t>
      </w:r>
      <w:r>
        <w:br/>
      </w:r>
      <w:r>
        <w:rPr>
          <w:sz w:val="20"/>
        </w:rPr>
        <w:t>21:49  science ke lehaz se agar aap dekhen to second ke fraction mein suraj ki roshni khatm ho sakti hai. to mein ne socha ke agar agar roshni khatm ho jaye suraj ki to kya hoga?</w:t>
      </w:r>
      <w:r>
        <w:br/>
      </w:r>
      <w:r>
        <w:rPr>
          <w:sz w:val="20"/>
        </w:rPr>
        <w:t>22:02  mere sar par aankh ho gi magar mein dekhunga nahi. mere samne park ho ga magar mujh ko woh nazar nahi aaye ga. sab kuch phir bhi rahe ga, exist kare ga.</w:t>
      </w:r>
      <w:r>
        <w:br/>
      </w:r>
      <w:r>
        <w:rPr>
          <w:sz w:val="20"/>
        </w:rPr>
        <w:t>22:14  lekin mere liye woh non existent ho ga.</w:t>
      </w:r>
      <w:r>
        <w:br/>
      </w:r>
      <w:r>
        <w:rPr>
          <w:sz w:val="20"/>
        </w:rPr>
        <w:t>22:19  yeh hai Khuda se jodna.</w:t>
      </w:r>
    </w:p>
    <w:p>
      <w:pPr>
        <w:pStyle w:val="Heading2"/>
      </w:pPr>
      <w:r>
        <w:t>debunking claim that Caliph Uthman burned Qur'ans</w:t>
      </w:r>
    </w:p>
    <w:p>
      <w:r>
        <w:rPr>
          <w:color w:val="666666"/>
          <w:sz w:val="18"/>
        </w:rPr>
        <w:t>In Conversation with Maulana Wahiduddin Khan English · 3m 33s · at 1:09:49 · https://youtu.be/QZrkP8Z3Fv8?t=4189</w:t>
      </w:r>
    </w:p>
    <w:p>
      <w:r>
        <w:rPr>
          <w:i/>
        </w:rPr>
        <w:t>“Were many versions of the Qur'an burned by Uthman?”</w:t>
      </w:r>
    </w:p>
    <w:p>
      <w:r>
        <w:rPr>
          <w:sz w:val="20"/>
        </w:rPr>
        <w:t>1:09:49  reason. Everyone can understand this reason. Maulana, there were many versions of the Qur'an which were burned by Caliph Uthman.</w:t>
      </w:r>
      <w:r>
        <w:br/>
      </w:r>
      <w:r>
        <w:rPr>
          <w:sz w:val="20"/>
        </w:rPr>
        <w:t>1:10:00  Therefore, is it not true that the present version of the Qur'an was the one which was compiled by Caliph Uthman and not the one which was originally revealed by God?</w:t>
      </w:r>
      <w:r>
        <w:br/>
      </w:r>
      <w:r>
        <w:rPr>
          <w:sz w:val="20"/>
        </w:rPr>
        <w:t>1:10:11  It is completely an incorrect statement. No Qur'an was burned during the</w:t>
      </w:r>
      <w:r>
        <w:br/>
      </w:r>
      <w:r>
        <w:rPr>
          <w:sz w:val="20"/>
        </w:rPr>
        <w:t>1:10:26  Caliph Uthman.</w:t>
      </w:r>
      <w:r>
        <w:br/>
      </w:r>
      <w:r>
        <w:rPr>
          <w:sz w:val="20"/>
        </w:rPr>
        <w:t>1:10:29  It is wrong. It is wrong. Only some pieces of the Qur'an were burned during the first Caliph.</w:t>
      </w:r>
      <w:r>
        <w:br/>
      </w:r>
      <w:r>
        <w:rPr>
          <w:sz w:val="20"/>
        </w:rPr>
        <w:t>1:10:44  It was not the Qur'an. It is some pieces. You know, at that time, the Qur'an was</w:t>
      </w:r>
      <w:r>
        <w:br/>
      </w:r>
      <w:r>
        <w:rPr>
          <w:sz w:val="20"/>
        </w:rPr>
        <w:t>1:10:57  compiled in memor</w:t>
      </w:r>
      <w:r>
        <w:br/>
      </w:r>
      <w:r>
        <w:rPr>
          <w:sz w:val="20"/>
        </w:rPr>
        <w:t>1:10:59  y. There were thousands and thousands of people who had memorized the whole book. The whole book. They were able to read the book from A to Z.</w:t>
      </w:r>
      <w:r>
        <w:br/>
      </w:r>
      <w:r>
        <w:rPr>
          <w:sz w:val="20"/>
        </w:rPr>
        <w:t>1:11:13  So, in mind, the Qur'an was compiled. But in writing, there was no such compilation.</w:t>
      </w:r>
      <w:r>
        <w:br/>
      </w:r>
      <w:r>
        <w:rPr>
          <w:sz w:val="20"/>
        </w:rPr>
        <w:t>1:11:22  In writing, there were some fragmentary pieces.</w:t>
      </w:r>
      <w:r>
        <w:br/>
      </w:r>
      <w:r>
        <w:rPr>
          <w:sz w:val="20"/>
        </w:rPr>
        <w:t>1:11:27  So, when the first version was compiled during the Caliph Abu Bakr, so after this compilation, all those fragments were burned.</w:t>
      </w:r>
      <w:r>
        <w:br/>
      </w:r>
      <w:r>
        <w:rPr>
          <w:sz w:val="20"/>
        </w:rPr>
        <w:t>1:11:41  But during</w:t>
      </w:r>
      <w:r>
        <w:br/>
      </w:r>
      <w:r>
        <w:rPr>
          <w:sz w:val="20"/>
        </w:rPr>
        <w:t>1:11:45  Uthman, there was no such incident</w:t>
      </w:r>
      <w:r>
        <w:br/>
      </w:r>
      <w:r>
        <w:rPr>
          <w:sz w:val="20"/>
        </w:rPr>
        <w:t>1:11:50  . The third Caliph, Uthman, only copied that</w:t>
      </w:r>
      <w:r>
        <w:br/>
      </w:r>
      <w:r>
        <w:rPr>
          <w:sz w:val="20"/>
        </w:rPr>
        <w:t>1:12:01  copy which was compiled during the first Caliph.</w:t>
      </w:r>
      <w:r>
        <w:br/>
      </w:r>
      <w:r>
        <w:rPr>
          <w:sz w:val="20"/>
        </w:rPr>
        <w:t>1:12:08  The first copy of the Qur'an was compiled and prepared during the first Caliph. And this was preserved with one wife of the Prophet until the third</w:t>
      </w:r>
      <w:r>
        <w:br/>
      </w:r>
      <w:r>
        <w:rPr>
          <w:sz w:val="20"/>
        </w:rPr>
        <w:t>1:12:26  Caliph. The third Caliph</w:t>
      </w:r>
      <w:r>
        <w:br/>
      </w:r>
      <w:r>
        <w:rPr>
          <w:sz w:val="20"/>
        </w:rPr>
        <w:t>1:12:32  prepared some more copies by this first copy. And then he sent these copies to all the cities of that time.</w:t>
      </w:r>
      <w:r>
        <w:br/>
      </w:r>
      <w:r>
        <w:rPr>
          <w:sz w:val="20"/>
        </w:rPr>
        <w:t>1:12:44  No burning happened during the third Caliph. It is wrong to say</w:t>
      </w:r>
      <w:r>
        <w:br/>
      </w:r>
      <w:r>
        <w:rPr>
          <w:sz w:val="20"/>
        </w:rPr>
        <w:t>1:12:53  . Maulana Wahiduddin Khan, thank you very much for sharing your thoughts with us. Thank you.</w:t>
      </w:r>
    </w:p>
    <w:p>
      <w:pPr>
        <w:pStyle w:val="Heading2"/>
      </w:pPr>
      <w:r>
        <w:t>Qital verses only for religious persecution era</w:t>
      </w:r>
    </w:p>
    <w:p>
      <w:r>
        <w:rPr>
          <w:color w:val="666666"/>
          <w:sz w:val="18"/>
        </w:rPr>
        <w:t>Study of The Quran November 30, 2014 · 2m 01s · at 11:29 · https://youtu.be/x3fcJ2nlDow?t=689</w:t>
      </w:r>
    </w:p>
    <w:p>
      <w:r>
        <w:rPr>
          <w:i/>
        </w:rPr>
        <w:t>“Is ka taluq is ayat se nahi hai. Aise hi dekhiye, qital”</w:t>
      </w:r>
    </w:p>
    <w:p>
      <w:r>
        <w:rPr>
          <w:sz w:val="20"/>
        </w:rPr>
        <w:t>11:29  is ka taluq is ayat se nahi hai. aise hi dekhiye, qital. quran majeed mein qital ki ayatein hain ke "laro", "qatilo".</w:t>
      </w:r>
      <w:r>
        <w:br/>
      </w:r>
      <w:r>
        <w:rPr>
          <w:sz w:val="20"/>
        </w:rPr>
        <w:t>11:42  toh aaj kal dunya bhar mein musalman qital kar rahe hain.</w:t>
      </w:r>
      <w:r>
        <w:br/>
      </w:r>
      <w:r>
        <w:rPr>
          <w:sz w:val="20"/>
        </w:rPr>
        <w:t>11:46  qital nahi kar rahe toh kam az kam qital ke term mein soch rahe hain. kuch log active qital kar rahe hain, koi passive qital kar rahe hain.</w:t>
      </w:r>
      <w:r>
        <w:br/>
      </w:r>
      <w:r>
        <w:rPr>
          <w:sz w:val="20"/>
        </w:rPr>
        <w:t>11:59  yeh kyun? jo ayatein quran majeed mein hain, is ayaton ko sirf historical background ke aitbar se unhon ne jana.</w:t>
      </w:r>
      <w:r>
        <w:br/>
      </w:r>
      <w:r>
        <w:rPr>
          <w:sz w:val="20"/>
        </w:rPr>
        <w:t>12:08  is ke contemporary application ke aitbar se nahi jana.</w:t>
      </w:r>
      <w:r>
        <w:br/>
      </w:r>
      <w:r>
        <w:rPr>
          <w:sz w:val="20"/>
        </w:rPr>
        <w:t>12:13  woh ayatein phir chounke utri theen, jab woh daur tha religious persecution ka, toleration nahi hota tha is zamane mein.</w:t>
      </w:r>
      <w:r>
        <w:br/>
      </w:r>
      <w:r>
        <w:rPr>
          <w:sz w:val="20"/>
        </w:rPr>
        <w:t>12:22  doosre mazhab ko bardasht nahi karte thay. toh aap chahe namaz parhayen, tab bhi rokte thay. rehmatullah woh</w:t>
      </w:r>
      <w:r>
        <w:br/>
      </w:r>
      <w:r>
        <w:rPr>
          <w:sz w:val="20"/>
        </w:rPr>
        <w:t>12:34  aik daur tha jab ke aap ko peaceful reh kar apne mazhab pe chalne ki bhi ijazat nahi thi.</w:t>
      </w:r>
      <w:r>
        <w:br/>
      </w:r>
      <w:r>
        <w:rPr>
          <w:sz w:val="20"/>
        </w:rPr>
        <w:t>12:42  is ko kehte hain religious persecution ka daur. us waqt in logon ne takrao kiya, laraiyan keen, attack kiya.</w:t>
      </w:r>
      <w:r>
        <w:br/>
      </w:r>
      <w:r>
        <w:rPr>
          <w:sz w:val="20"/>
        </w:rPr>
        <w:t>12:52  is liye qital ki nobat aayi. ab koi, ab aisa kuch bhi nahi hai. aaj total freedom hai.</w:t>
      </w:r>
      <w:r>
        <w:br/>
      </w:r>
      <w:r>
        <w:rPr>
          <w:sz w:val="20"/>
        </w:rPr>
        <w:t>13:02  aaj aap ko poori poori religious freedom hai. toh in ko khawamkhwah larein kyun aap doosron se? ab jo ladna hai, woh bilkul irrelevant hai.</w:t>
      </w:r>
      <w:r>
        <w:br/>
      </w:r>
      <w:r>
        <w:rPr>
          <w:sz w:val="20"/>
        </w:rPr>
        <w:t>13:11  is ka koi taluq na islam se hai, na in ayaton se hai. koi ladne ka koi matlab hi nahi hai is zamane mein. lekin in ayaton ka jo contemporary application hai, woh nahi jana musalmanon ne.</w:t>
      </w:r>
    </w:p>
    <w:p>
      <w:pPr>
        <w:pStyle w:val="Heading2"/>
      </w:pPr>
      <w:r>
        <w:t>Volunteer for dawah field team</w:t>
      </w:r>
    </w:p>
    <w:p>
      <w:r>
        <w:rPr>
          <w:color w:val="666666"/>
          <w:sz w:val="18"/>
        </w:rPr>
        <w:t>Hadith Word of Wisdom August 31, 2014 · 30s · at 1:17:01 · https://youtu.be/fv4eRJRe8dk?t=4621</w:t>
      </w:r>
    </w:p>
    <w:p>
      <w:r>
        <w:rPr>
          <w:i/>
        </w:rPr>
        <w:t>“If anyone wants to volunteer and join the dawah field team”</w:t>
      </w:r>
    </w:p>
    <w:p>
      <w:r>
        <w:rPr>
          <w:sz w:val="20"/>
        </w:rPr>
        <w:t>1:17:01  If anyone of you wants to volunteer and join the Dawa Field team, then that person can stay back and talk to Mr. Anas and Dr. Pradhan. Thank you.</w:t>
      </w:r>
    </w:p>
    <w:p>
      <w:pPr>
        <w:pStyle w:val="Heading2"/>
      </w:pPr>
      <w:r>
        <w:t>Universe suspended without pillars causes trembling awe</w:t>
      </w:r>
    </w:p>
    <w:p>
      <w:r>
        <w:rPr>
          <w:color w:val="666666"/>
          <w:sz w:val="18"/>
        </w:rPr>
        <w:t>Ramadan a Month of Study of Quran August 23, 2009 · 2m 47s · at 19:14 · https://youtu.be/8z-v68n7WuA?t=1154</w:t>
      </w:r>
    </w:p>
    <w:p>
      <w:r>
        <w:rPr>
          <w:i/>
        </w:rPr>
        <w:t>“Quran mein aaya hai ki Allah ne aasman ko buland kiya”</w:t>
      </w:r>
    </w:p>
    <w:p>
      <w:r>
        <w:rPr>
          <w:sz w:val="20"/>
        </w:rPr>
        <w:t>19:14  jaise misaal ke taur par</w:t>
      </w:r>
      <w:r>
        <w:br/>
      </w:r>
      <w:r>
        <w:rPr>
          <w:sz w:val="20"/>
        </w:rPr>
        <w:t>19:16  quran mein ek aayat hai ke</w:t>
      </w:r>
      <w:r>
        <w:br/>
      </w:r>
      <w:r>
        <w:rPr>
          <w:sz w:val="20"/>
        </w:rPr>
        <w:t>19:20  allah ne aasman ko buland kiya is tarah ke bina amadin tarawunaha</w:t>
      </w:r>
      <w:r>
        <w:br/>
      </w:r>
      <w:r>
        <w:rPr>
          <w:sz w:val="20"/>
        </w:rPr>
        <w:t>19:29  yani ek poori kainat hai</w:t>
      </w:r>
      <w:r>
        <w:br/>
      </w:r>
      <w:r>
        <w:rPr>
          <w:sz w:val="20"/>
        </w:rPr>
        <w:t>19:32  jis ko hum aasman kehte hain to bina amadin tarawunaha is ka koi is ka koi</w:t>
      </w:r>
      <w:r>
        <w:br/>
      </w:r>
      <w:r>
        <w:rPr>
          <w:sz w:val="20"/>
        </w:rPr>
        <w:t>19:39  satoon nahi is ka koi pillars nahi yani itni bari kainat khari hui hai bina pillars ke</w:t>
      </w:r>
      <w:r>
        <w:br/>
      </w:r>
      <w:r>
        <w:rPr>
          <w:sz w:val="20"/>
        </w:rPr>
        <w:t>19:46  is par aap sochen. To ab jo dekhiye jo pehle insan is ko ek aqide ke taur par janta tha.</w:t>
      </w:r>
      <w:r>
        <w:br/>
      </w:r>
      <w:r>
        <w:rPr>
          <w:sz w:val="20"/>
        </w:rPr>
        <w:t>19:56  ab science ne is ko ek waqe ke taur par bata diya hai. Keh jab se insan ne telescope discover ki telescope to insan ko ke liye mumkin ho gaya keh bohat door tak dekhe.</w:t>
      </w:r>
      <w:r>
        <w:br/>
      </w:r>
      <w:r>
        <w:rPr>
          <w:sz w:val="20"/>
        </w:rPr>
        <w:t>20:15  phir telescope aisi banayi gayin jis mein keh camera lage hue the. Aise satellite banaye gaye keh upar gaye upar ja kar unhon ne photo liya.</w:t>
      </w:r>
      <w:r>
        <w:br/>
      </w:r>
      <w:r>
        <w:rPr>
          <w:sz w:val="20"/>
        </w:rPr>
        <w:t>20:25  to bohat door tak insan ne dekha. To maloom hua keh kainat jo hai bohat hi bari hai. Yaani space abhi tak space ke koi limit nahin maloom hum ko.</w:t>
      </w:r>
      <w:r>
        <w:br/>
      </w:r>
      <w:r>
        <w:rPr>
          <w:sz w:val="20"/>
        </w:rPr>
        <w:t>20:36  is ke space ke andar kya hain galaxies hain bohat hi bari bari. Million billion sitare ek ek galaxy mein hain.</w:t>
      </w:r>
      <w:r>
        <w:br/>
      </w:r>
      <w:r>
        <w:rPr>
          <w:sz w:val="20"/>
        </w:rPr>
        <w:t>20:47  stars hain planets hain. Ab bohat hi door tak phailaye hue hain. In ki duriyan itni zyada hain keh hum is tarah nahin nap sakte jis tarah hum napte hain shaharoon ko.</w:t>
      </w:r>
      <w:r>
        <w:br/>
      </w:r>
      <w:r>
        <w:rPr>
          <w:sz w:val="20"/>
        </w:rPr>
        <w:t>20:58  keh hum kehte hain keh Dilli se Kolkata itne miles hain. Aisa hum nahin keh paate. To wahan par light years ko istemal kiya jata hai.</w:t>
      </w:r>
      <w:r>
        <w:br/>
      </w:r>
      <w:r>
        <w:rPr>
          <w:sz w:val="20"/>
        </w:rPr>
        <w:t>21:08  light years ko istemal kar ke aata hai is distance ko batane ke liye jo universe mein hai. Aur yeh sara space mein hai. Aisa nahin hai keh jaise koi koi koi koi koi cheez ho is par khada hua ho.</w:t>
      </w:r>
      <w:r>
        <w:br/>
      </w:r>
      <w:r>
        <w:rPr>
          <w:sz w:val="20"/>
        </w:rPr>
        <w:t>21:24  jaise yeh building jo hai ek zameen par khadi hui hai. Yeh building ek zameen par khadi hui hai. Lekin itni bari jo space mein jo itni bari duniya hai kainat woh kisi se khadi nahin hui hai.</w:t>
      </w:r>
      <w:r>
        <w:br/>
      </w:r>
      <w:r>
        <w:rPr>
          <w:sz w:val="20"/>
        </w:rPr>
        <w:t>21:36  space mein moallaq hai. Space mein move kar rahi hai. Baghair amadan tarawnuha ab aap sochen keh itni bari kainat jis ki distance ko napne ke liye hum ko light years istemal karna padta hai.</w:t>
      </w:r>
      <w:r>
        <w:br/>
      </w:r>
      <w:r>
        <w:rPr>
          <w:sz w:val="20"/>
        </w:rPr>
        <w:t>21:51  to aap bilkul tharthari aa jayegi tharthari. Keh itni bari itni bari kainat baghair sutoon ke khadi hai.</w:t>
      </w:r>
    </w:p>
    <w:p>
      <w:pPr>
        <w:pStyle w:val="Heading2"/>
      </w:pPr>
      <w:r>
        <w:t>Quran movement produced no results</w:t>
      </w:r>
    </w:p>
    <w:p>
      <w:r>
        <w:rPr>
          <w:color w:val="666666"/>
          <w:sz w:val="18"/>
        </w:rPr>
        <w:t>Iman and the Quran March 29, 2009 Maulana Wahiduddin Khan · 32s · at 7:34 · https://youtu.be/BoXolOS_aTk?t=454</w:t>
      </w:r>
    </w:p>
    <w:p>
      <w:r>
        <w:rPr>
          <w:i/>
        </w:rPr>
        <w:t>“پچھلے سو برس سے مسلمانوں میں بہت ساری movement چلی ہے”</w:t>
      </w:r>
    </w:p>
    <w:p>
      <w:r>
        <w:rPr>
          <w:sz w:val="20"/>
        </w:rPr>
        <w:t>7:34  lekin kaisi ajeeb baat hai ke isi baat ko log nahi jante. jo hadith mein maujood hai.</w:t>
      </w:r>
      <w:r>
        <w:br/>
      </w:r>
      <w:r>
        <w:rPr>
          <w:sz w:val="20"/>
        </w:rPr>
        <w:t>7:42  pichhle so baras se musalmanon mein bohat sari movement chali hai. quran parho, quran parho, quran parho. is ki beginning yahan se hui lekin result kuch nahi.</w:t>
      </w:r>
      <w:r>
        <w:br/>
      </w:r>
      <w:r>
        <w:rPr>
          <w:sz w:val="20"/>
        </w:rPr>
        <w:t>7:57  kuch bhi result nahi. kitne logon se maine poocha jo ke quran ka dars dete hain. lambe lambe, barson baras dars dete hain.</w:t>
      </w:r>
    </w:p>
    <w:p>
      <w:pPr>
        <w:pStyle w:val="Heading2"/>
      </w:pPr>
      <w:r>
        <w:t>Why 'the Book' offers no proof yet demands reflection</w:t>
      </w:r>
    </w:p>
    <w:p>
      <w:r>
        <w:rPr>
          <w:color w:val="666666"/>
          <w:sz w:val="18"/>
        </w:rPr>
        <w:t>Dars-e-Quran (Al-Baqarah (The Heifer) 2 1-6) July 19, 2015 · 5m 12s · at 3:36 · https://youtu.be/JJOfEihDoIs?t=216</w:t>
      </w:r>
    </w:p>
    <w:p>
      <w:r>
        <w:rPr>
          <w:i/>
        </w:rPr>
        <w:t>“Shuru hota hai: Zaalikal Kitaab, la rayba feeh”</w:t>
      </w:r>
    </w:p>
    <w:p>
      <w:r>
        <w:rPr>
          <w:sz w:val="20"/>
        </w:rPr>
        <w:t>3:36  shuru hota hai: zлик al-kitab. yeh al-kitab hai, la raiba feeh, is mein koi shakk nahi.</w:t>
      </w:r>
      <w:r>
        <w:br/>
      </w:r>
      <w:r>
        <w:rPr>
          <w:sz w:val="20"/>
        </w:rPr>
        <w:t>3:49  al-kitab ka matlab hai the book. the book. yani aik aisi kitab jis mein aadmi sachai ko pa sake, zindagi ki haqeeqat kya hai, us ko jaan sake.</w:t>
      </w:r>
      <w:r>
        <w:br/>
      </w:r>
      <w:r>
        <w:rPr>
          <w:sz w:val="20"/>
        </w:rPr>
        <w:t>4:07  creation plan jo hai khaliq ka, woh kya hai, us ko jaan sake. to aisi kitab the book hai.</w:t>
      </w:r>
      <w:r>
        <w:br/>
      </w:r>
      <w:r>
        <w:rPr>
          <w:sz w:val="20"/>
        </w:rPr>
        <w:t>4:17  the book kehne ka matlab yeh hai ke yeh most authentic book hai is apne subject mein.</w:t>
      </w:r>
      <w:r>
        <w:br/>
      </w:r>
      <w:r>
        <w:rPr>
          <w:sz w:val="20"/>
        </w:rPr>
        <w:t>4:28  is mein ghhor karne ki baat hai ke quran mein yeh to kaha gaya ke yeh the book hai, lekin is ki koi daleel nahi di gayi.</w:t>
      </w:r>
      <w:r>
        <w:br/>
      </w:r>
      <w:r>
        <w:rPr>
          <w:sz w:val="20"/>
        </w:rPr>
        <w:t>4:40  to mein arz karna chahta hoon ke quran ka yeh poore quran ka yeh usloob hai,</w:t>
      </w:r>
      <w:r>
        <w:br/>
      </w:r>
      <w:r>
        <w:rPr>
          <w:sz w:val="20"/>
        </w:rPr>
        <w:t>4:46  is ko samajhne ki zaroorat hai. quran mein apne lafzon mein kahunga ke quran tabyin ki zaban mein hai, woh tehqeeq ki zaban mein nahi hai.</w:t>
      </w:r>
      <w:r>
        <w:br/>
      </w:r>
      <w:r>
        <w:rPr>
          <w:sz w:val="20"/>
        </w:rPr>
        <w:t>5:04  yani quran mein statement of facts hain. quran mein kahin bhi rational analysis nahi hai.</w:t>
      </w:r>
      <w:r>
        <w:br/>
      </w:r>
      <w:r>
        <w:rPr>
          <w:sz w:val="20"/>
        </w:rPr>
        <w:t>5:15  rational analysis nahi hai.</w:t>
      </w:r>
      <w:r>
        <w:br/>
      </w:r>
      <w:r>
        <w:rPr>
          <w:sz w:val="20"/>
        </w:rPr>
        <w:t>5:21  phir quran mein aik agaya hai ke ghhor karo, ghhor karo, bohat ziyada.</w:t>
      </w:r>
      <w:r>
        <w:br/>
      </w:r>
      <w:r>
        <w:rPr>
          <w:sz w:val="20"/>
        </w:rPr>
        <w:t>5:28  surah saad mein hai ke quran utara gaya hai is liye li-yadabbaru ayatihi, taake log is ke ayaton par ghhor o fikr karein.</w:t>
      </w:r>
      <w:r>
        <w:br/>
      </w:r>
      <w:r>
        <w:rPr>
          <w:sz w:val="20"/>
        </w:rPr>
        <w:t>5:38  jahan tak mein janta hoon, koi kitab aisi nahi hai jis mein yeh kaha gaya ho</w:t>
      </w:r>
      <w:r>
        <w:br/>
      </w:r>
      <w:r>
        <w:rPr>
          <w:sz w:val="20"/>
        </w:rPr>
        <w:t>5:49  ke tadabbur karo, yeh kitab contemplation ke liye utri hai.</w:t>
      </w:r>
      <w:r>
        <w:br/>
      </w:r>
      <w:r>
        <w:rPr>
          <w:sz w:val="20"/>
        </w:rPr>
        <w:t>5:55  mere ilm ke mutabiq koi aur kitab aisi nahi hai.</w:t>
      </w:r>
      <w:r>
        <w:br/>
      </w:r>
      <w:r>
        <w:rPr>
          <w:sz w:val="20"/>
        </w:rPr>
        <w:t>6:01  aur kitab mein jo hai woh use bata diya gaya hai ke yeh baat, yeh baat, yeh baat, is ko parho aur maan lo, parho aur maan lo. lekin yahan hai ke ghhor karo, ghhor karo, ghhor karo.</w:t>
      </w:r>
      <w:r>
        <w:br/>
      </w:r>
      <w:r>
        <w:rPr>
          <w:sz w:val="20"/>
        </w:rPr>
        <w:t>6:13  is liye is kitab mein statement of facts to hai, lekin rational analysis nahi hai, woh aap ko karna hai.</w:t>
      </w:r>
      <w:r>
        <w:br/>
      </w:r>
      <w:r>
        <w:rPr>
          <w:sz w:val="20"/>
        </w:rPr>
        <w:t>6:25  woh aap ko karna hai. to Allah taala ne aisi kitab ko bheji.</w:t>
      </w:r>
      <w:r>
        <w:br/>
      </w:r>
      <w:r>
        <w:rPr>
          <w:sz w:val="20"/>
        </w:rPr>
        <w:t>6:33  mein samajhta hoon ke is ki bohat bari hikmat yeh hai ke jab aap ghhor kar ke payenge to woh aap ke liye self-discovered truth hoga.</w:t>
      </w:r>
      <w:r>
        <w:br/>
      </w:r>
      <w:r>
        <w:rPr>
          <w:sz w:val="20"/>
        </w:rPr>
        <w:t>6:44  Self-discovered truth۔</w:t>
      </w:r>
      <w:r>
        <w:br/>
      </w:r>
      <w:r>
        <w:rPr>
          <w:sz w:val="20"/>
        </w:rPr>
        <w:t>6:49  misal ke tor par aap jab kehte hain ke do aur do mil kar chaar,</w:t>
      </w:r>
      <w:r>
        <w:br/>
      </w:r>
      <w:r>
        <w:rPr>
          <w:sz w:val="20"/>
        </w:rPr>
        <w:t>6:53  to yeh to ek baat hai jo sab log jante hain, woh aap ne bhi jaan liya. Lekin jab aap ghor karein, tadabbur karein, tafakkur karein, aur phir ek baat ko jaanein, to woh jaani hui baat aap ke liye self-discovered truth ban jati hai.</w:t>
      </w:r>
      <w:r>
        <w:br/>
      </w:r>
      <w:r>
        <w:rPr>
          <w:sz w:val="20"/>
        </w:rPr>
        <w:t>7:13  Phir aap ko yaqeen aata hai is par, poora bharosa hota hai is ke upar, poora conviction hota hai is ke upar. Woh aap ke dimagh par chha jati hai.</w:t>
      </w:r>
      <w:r>
        <w:br/>
      </w:r>
      <w:r>
        <w:rPr>
          <w:sz w:val="20"/>
        </w:rPr>
        <w:t>7:24  Batayi hui baat kabhi chhati nahi hai aap ke dimagh par.</w:t>
      </w:r>
      <w:r>
        <w:br/>
      </w:r>
      <w:r>
        <w:rPr>
          <w:sz w:val="20"/>
        </w:rPr>
        <w:t>7:30  Lekin self-discovered truth aap ki poori personality ka hissa ban jati hai. To yeh Allah taala ki bohat bari blessing hai ke is ne Quran ko do aur do chaar ki zaban mein nahi utara,</w:t>
      </w:r>
      <w:r>
        <w:br/>
      </w:r>
      <w:r>
        <w:rPr>
          <w:sz w:val="20"/>
        </w:rPr>
        <w:t>7:45  balke facts bata diye. Ab facts bata kar ghor kar ke is ki detail daryaft karo.</w:t>
      </w:r>
      <w:r>
        <w:br/>
      </w:r>
      <w:r>
        <w:rPr>
          <w:sz w:val="20"/>
        </w:rPr>
        <w:t>7:54  Jab detail daryaft kar ke pata karoge to phir tumhara yaqeen bohat barh jayega. To ek to pehlu yeh hai ke is tarah Quran aap ke liye self-discovered reality ban jayega.</w:t>
      </w:r>
      <w:r>
        <w:br/>
      </w:r>
      <w:r>
        <w:rPr>
          <w:sz w:val="20"/>
        </w:rPr>
        <w:t>8:10  Dusri baat yeh hai ke jab aap yeh daryaft karoge ke Quran ko utre hue taqreeban dedh hazar saal ho gaye, aur is mein jitne bhi facts bataye gaye hain, woh sab waise hi ke waise hi aaj bhi hain,</w:t>
      </w:r>
      <w:r>
        <w:br/>
      </w:r>
      <w:r>
        <w:rPr>
          <w:sz w:val="20"/>
        </w:rPr>
        <w:t>8:26  is mein koi change nahi aaya. To aap is ke yeh bhi daryaft karoge ke Quran khud ek kitaab hai.</w:t>
      </w:r>
      <w:r>
        <w:br/>
      </w:r>
      <w:r>
        <w:rPr>
          <w:sz w:val="20"/>
        </w:rPr>
        <w:t>8:37  Kyunke dunya mein koi bhi kitaab aisi nahi hai jo dedh hazar saal tak apni sachai ko baqi rakhay.</w:t>
      </w:r>
    </w:p>
    <w:p>
      <w:pPr>
        <w:pStyle w:val="Heading2"/>
      </w:pPr>
      <w:r>
        <w:t>Muslim negativity vs Jewish positive diaspora</w:t>
      </w:r>
    </w:p>
    <w:p>
      <w:r>
        <w:rPr>
          <w:color w:val="666666"/>
          <w:sz w:val="18"/>
        </w:rPr>
        <w:t>Dars-e-Quran, Chapter 2, Verse 79 June 24, 2018 · 2m 35s · at 21:03 · https://youtu.be/7OeNcHSoPp0?t=1263</w:t>
      </w:r>
    </w:p>
    <w:p>
      <w:r>
        <w:rPr>
          <w:i/>
        </w:rPr>
        <w:t>“Is ki wajah hai ke musalmaan jo hate mein pad gaye”</w:t>
      </w:r>
    </w:p>
    <w:p>
      <w:r>
        <w:rPr>
          <w:sz w:val="20"/>
        </w:rPr>
        <w:t>21:03  iski wajah hai ke musalman jo hate mein pad gaye, hate mein nafrat, nafrat, nafrat, ab saari duniya se nafrat. Aaj ka musalman ka sab se bada masla yeh hai ke negative ho gaye hain doosron ke bare mein,</w:t>
      </w:r>
      <w:r>
        <w:br/>
      </w:r>
      <w:r>
        <w:rPr>
          <w:sz w:val="20"/>
        </w:rPr>
        <w:t>21:18  apne bare mein toh self glory, aur doosron ke bare mein nafrat, nafrat, nafrat, negative thinking. Warna musalmanon mein bhi ek nayi qaum emerge karti,</w:t>
      </w:r>
      <w:r>
        <w:br/>
      </w:r>
      <w:r>
        <w:rPr>
          <w:sz w:val="20"/>
        </w:rPr>
        <w:t>21:32  jis tarah yahudiyon mein ek nayi qaum emerge kiya. Lekin badqismati se hamare haan koi itna danishwar qism ka masla nahi mila musalmanon mein.</w:t>
      </w:r>
      <w:r>
        <w:br/>
      </w:r>
      <w:r>
        <w:rPr>
          <w:sz w:val="20"/>
        </w:rPr>
        <w:t>21:44  musalman jo bhi mile, sab negative boli bolne wale. Masalan main khud ek muslim mulk ke magazine mein padha, muslim mulk ke magazine mein, us mein likha tha: "duniya mein musalmanon ke do abadi dushman hain." Yeh likha tha us mein: "duniya mein musalmanon ke do abadi dushman hain, ek yahood aur doosra hindoo." Yeh kitni bilkul baseless baat hai,</w:t>
      </w:r>
      <w:r>
        <w:br/>
      </w:r>
      <w:r>
        <w:rPr>
          <w:sz w:val="20"/>
        </w:rPr>
        <w:t>22:12  bilkul hi baseless baat hai. Yeh dushman hai, woh dushman hai, ek dam baseless baat hai. Na hindu dushman hai, na yahudi dushman hai. Iski wajah se is yani hamare rehnamaon ke is galat rehnumai ke nateejay mein kya hua ke jo diaspora mein gaye musalman, woh isko positive nahi bana sake,</w:t>
      </w:r>
      <w:r>
        <w:br/>
      </w:r>
      <w:r>
        <w:rPr>
          <w:sz w:val="20"/>
        </w:rPr>
        <w:t>22:33  ek positive waqeye mein convert nahi kar sake. Yeh bahut badi baat hai sochne ki ke yahudi gaye diaspora mein toh unhon ne apne waqeye ko,</w:t>
      </w:r>
      <w:r>
        <w:br/>
      </w:r>
      <w:r>
        <w:rPr>
          <w:sz w:val="20"/>
        </w:rPr>
        <w:t>22:46  apne diaspora ko positive diaspora bana diya. Yahudi gaye bahar ke mulkon mein toh unhon ne apne diaspora ko gaye ka jaana pada.</w:t>
      </w:r>
      <w:r>
        <w:br/>
      </w:r>
      <w:r>
        <w:rPr>
          <w:sz w:val="20"/>
        </w:rPr>
        <w:t>23:03  toh apne apne areas mein woh rehte the, us mein</w:t>
      </w:r>
      <w:r>
        <w:br/>
      </w:r>
      <w:r>
        <w:rPr>
          <w:sz w:val="20"/>
        </w:rPr>
        <w:t>23:11  bari halat mein. to jab woh diaspora mein gaye, jana pada to unhon ne apne negative diaspora ko positive diaspora mein convert kar diya,</w:t>
      </w:r>
      <w:r>
        <w:br/>
      </w:r>
      <w:r>
        <w:rPr>
          <w:sz w:val="20"/>
        </w:rPr>
        <w:t>23:28  negative diaspora ko positive diaspora mein convert kar diya. lekin musalmanon mein achhe masle nahi mile. to yeh inqalab yahan nahi aa saka.</w:t>
      </w:r>
    </w:p>
    <w:p>
      <w:pPr>
        <w:pStyle w:val="Heading2"/>
      </w:pPr>
      <w:r>
        <w:t>Dream baseless, use reason</w:t>
      </w:r>
    </w:p>
    <w:p>
      <w:r>
        <w:rPr>
          <w:color w:val="666666"/>
          <w:sz w:val="18"/>
        </w:rPr>
        <w:t>Reason and Human Life | June 25, 2008 · 31s · at 4:49 · https://youtu.be/BlKDj7xKEYA?t=289</w:t>
      </w:r>
    </w:p>
    <w:p>
      <w:r>
        <w:rPr>
          <w:i/>
        </w:rPr>
        <w:t>“Your dream is baseless, apply reason”</w:t>
      </w:r>
    </w:p>
    <w:p>
      <w:r>
        <w:rPr>
          <w:sz w:val="20"/>
        </w:rPr>
        <w:t>4:49  toh khair maine un se kaha ke aap ne jo khwab dekha hai woh khwab baseless hai.</w:t>
      </w:r>
      <w:r>
        <w:br/>
      </w:r>
      <w:r>
        <w:rPr>
          <w:sz w:val="20"/>
        </w:rPr>
        <w:t>4:55  be buniyad hai.</w:t>
      </w:r>
      <w:r>
        <w:br/>
      </w:r>
      <w:r>
        <w:rPr>
          <w:sz w:val="20"/>
        </w:rPr>
        <w:t>5:00  is ko le kar ke aap pareshan hain.</w:t>
      </w:r>
      <w:r>
        <w:br/>
      </w:r>
      <w:r>
        <w:rPr>
          <w:sz w:val="20"/>
        </w:rPr>
        <w:t>5:05  toh dekhiye unhon ne is khwab par reason ko apply nahi kiya.</w:t>
      </w:r>
      <w:r>
        <w:br/>
      </w:r>
      <w:r>
        <w:rPr>
          <w:sz w:val="20"/>
        </w:rPr>
        <w:t>5:11  is khwab par unhon ne aql ko istemal nahi kiya. socha nahi.</w:t>
      </w:r>
      <w:r>
        <w:br/>
      </w:r>
      <w:r>
        <w:rPr>
          <w:sz w:val="20"/>
        </w:rPr>
        <w:t>5:16  is wajah se pareshani pareshan hain bas.</w:t>
      </w:r>
    </w:p>
    <w:p>
      <w:pPr>
        <w:pStyle w:val="Heading2"/>
      </w:pPr>
      <w:r>
        <w:t>Writing art absent at Quran's revelation</w:t>
      </w:r>
    </w:p>
    <w:p>
      <w:r>
        <w:rPr>
          <w:color w:val="666666"/>
          <w:sz w:val="18"/>
        </w:rPr>
        <w:t>Age of the Quran July 14, 2019 Maulana Wahiduddin khan · 22s · at 3:22 · https://youtu.be/vUuC3CcKnxw?t=202</w:t>
      </w:r>
    </w:p>
    <w:p>
      <w:r>
        <w:rPr>
          <w:i/>
        </w:rPr>
        <w:t>“When Quran was revealed writing art did not exist”</w:t>
      </w:r>
    </w:p>
    <w:p>
      <w:r>
        <w:rPr>
          <w:sz w:val="20"/>
        </w:rPr>
        <w:t>3:22  aap jante hain ke jab quran utra us waqt dunya mein kitabat ka fun bhi maujood nahi tha.</w:t>
      </w:r>
      <w:r>
        <w:br/>
      </w:r>
      <w:r>
        <w:rPr>
          <w:sz w:val="20"/>
        </w:rPr>
        <w:t>3:33  agar tha to bohat si ibtidai halat mein tha. is ke baad dunya mein kitabat ka fun develop hua.</w:t>
      </w:r>
    </w:p>
    <w:p>
      <w:pPr>
        <w:pStyle w:val="Heading2"/>
      </w:pPr>
      <w:r>
        <w:t>Einstein's isolation: the speech nobody understood</w:t>
      </w:r>
    </w:p>
    <w:p>
      <w:r>
        <w:rPr>
          <w:color w:val="666666"/>
          <w:sz w:val="18"/>
        </w:rPr>
        <w:t>Man's Place in The Universe June 17, 2007 · 4m 22s · at 8:00 · https://youtu.be/CND6qsCMZVU?t=480</w:t>
      </w:r>
    </w:p>
    <w:p>
      <w:r>
        <w:rPr>
          <w:i/>
        </w:rPr>
        <w:t>“When Einstein won the Nobel Prize, a friend invited him”</w:t>
      </w:r>
    </w:p>
    <w:p>
      <w:r>
        <w:rPr>
          <w:sz w:val="20"/>
        </w:rPr>
        <w:t>8:00  is ka ek qissa mein ne parha. jab Einstein ko Nobel Prize mila to is ka ek dost jo kisi aur shehar mein rehta tha,</w:t>
      </w:r>
      <w:r>
        <w:br/>
      </w:r>
      <w:r>
        <w:rPr>
          <w:sz w:val="20"/>
        </w:rPr>
        <w:t>8:15  is ne is ko ek paigham bheja ke hum log bohat khush hain.</w:t>
      </w:r>
      <w:r>
        <w:br/>
      </w:r>
      <w:r>
        <w:rPr>
          <w:sz w:val="20"/>
        </w:rPr>
        <w:t>8:20  mein chahta hoon ke aap ke reception mein mein yahan ek meeting karoon. jis mein kai log ikatthe honge, parhe likhe. to aap aaiye.</w:t>
      </w:r>
      <w:r>
        <w:br/>
      </w:r>
      <w:r>
        <w:rPr>
          <w:sz w:val="20"/>
        </w:rPr>
        <w:t>8:31  is mein shirkat kijiye aap. to Einstein ne pehle to kaha ke bhai nahi aisa mat karo.</w:t>
      </w:r>
      <w:r>
        <w:br/>
      </w:r>
      <w:r>
        <w:rPr>
          <w:sz w:val="20"/>
        </w:rPr>
        <w:t>8:41  mat karo. dost nahi mana. to is ke israr par woh chala gaya.</w:t>
      </w:r>
      <w:r>
        <w:br/>
      </w:r>
      <w:r>
        <w:rPr>
          <w:sz w:val="20"/>
        </w:rPr>
        <w:t>8:51  to jab wahan woh pohancha to jo log baithe the sab parhe likhe log the. woh mamooli log nahi the.</w:t>
      </w:r>
      <w:r>
        <w:br/>
      </w:r>
      <w:r>
        <w:rPr>
          <w:sz w:val="20"/>
        </w:rPr>
        <w:t>9:03  lekin wahan Einstein ne apne ko ajnabi mehsoos kiya.</w:t>
      </w:r>
      <w:r>
        <w:br/>
      </w:r>
      <w:r>
        <w:rPr>
          <w:sz w:val="20"/>
        </w:rPr>
        <w:t>9:11  to</w:t>
      </w:r>
      <w:r>
        <w:br/>
      </w:r>
      <w:r>
        <w:rPr>
          <w:sz w:val="20"/>
        </w:rPr>
        <w:t>9:15  logon ne kaha ke bhai aap kuch boliye. chup chap baitha tha woh</w:t>
      </w:r>
      <w:r>
        <w:br/>
      </w:r>
      <w:r>
        <w:rPr>
          <w:sz w:val="20"/>
        </w:rPr>
        <w:t>9:20  ۔ to bolna chahta nahi tha woh. logon ne kaha ke boliye. to Einstein ne kaha ke aaj mere paas aap se kehne ke liye kuch nahi hai.</w:t>
      </w:r>
      <w:r>
        <w:br/>
      </w:r>
      <w:r>
        <w:rPr>
          <w:sz w:val="20"/>
        </w:rPr>
        <w:t>9:31  yani parhe likhe, taleem yafta logon ka ek sam'een hai. aur dost ne organize kiya hai. aur phir woh khare ho kar yeh kahe ke aaj mere paas aap logon se kehne ke liye kuch nahi hai.</w:t>
      </w:r>
      <w:r>
        <w:br/>
      </w:r>
      <w:r>
        <w:rPr>
          <w:sz w:val="20"/>
        </w:rPr>
        <w:t>9:46  yeh keh kar baith gaya.</w:t>
      </w:r>
      <w:r>
        <w:br/>
      </w:r>
      <w:r>
        <w:rPr>
          <w:sz w:val="20"/>
        </w:rPr>
        <w:t>9:48  ab log bohat ghussa hue ke hum aaye the kuch sunne ke liye. aur yeh kya keh diya unhon ne.</w:t>
      </w:r>
      <w:r>
        <w:br/>
      </w:r>
      <w:r>
        <w:rPr>
          <w:sz w:val="20"/>
        </w:rPr>
        <w:t>9:58  to us ke baad woh chala gaya. ab dost se baat karo, woh shikayatein keen ke kaisa aap ne kiya tha. to dost ne phir rabta kiya einstein se ke bhai logon ko bari shikayat hai ke aap kuch bolay nahi, kuch bataye nahi.</w:t>
      </w:r>
      <w:r>
        <w:br/>
      </w:r>
      <w:r>
        <w:rPr>
          <w:sz w:val="20"/>
        </w:rPr>
        <w:t>10:15  to dost ne jab bohat ziyada kaha to us ne kaha ke chalen phir main aata hoon, dobara aaunga. organize karo meeting.</w:t>
      </w:r>
      <w:r>
        <w:br/>
      </w:r>
      <w:r>
        <w:rPr>
          <w:sz w:val="20"/>
        </w:rPr>
        <w:t>10:24  buniyadi baat yeh thi ke einstein yeh mehsoos kar raha tha ke yeh mera sam'een nahi hai. agarche professor log the woh, tab bhi. chunancha doosri baar jab woh aaya woh, woh khara hua.</w:t>
      </w:r>
      <w:r>
        <w:br/>
      </w:r>
      <w:r>
        <w:rPr>
          <w:sz w:val="20"/>
        </w:rPr>
        <w:t>10:37  aur us ke baad us ne ek taqreer ki.</w:t>
      </w:r>
      <w:r>
        <w:br/>
      </w:r>
      <w:r>
        <w:rPr>
          <w:sz w:val="20"/>
        </w:rPr>
        <w:t>10:41  jo us ki daryaft thi us par us ne taqreer ki. to koi kuch samjha nahi.</w:t>
      </w:r>
      <w:r>
        <w:br/>
      </w:r>
      <w:r>
        <w:rPr>
          <w:sz w:val="20"/>
        </w:rPr>
        <w:t>10:51  kyun ke us ki jo daryaft thi us mein bohat aala riyazi shamil thi. aala riyazi.</w:t>
      </w:r>
      <w:r>
        <w:br/>
      </w:r>
      <w:r>
        <w:rPr>
          <w:sz w:val="20"/>
        </w:rPr>
        <w:t>11:01  to kaha jata hai ke bohat hi thore log dunya mein the jinhon ne einstein ki theory ko samjha ho. kyun ke itni aala riyazi se log aam taur par manoos nahi hote hain.</w:t>
      </w:r>
      <w:r>
        <w:br/>
      </w:r>
      <w:r>
        <w:rPr>
          <w:sz w:val="20"/>
        </w:rPr>
        <w:t>11:13  to behal us ne taqreer ki.</w:t>
      </w:r>
      <w:r>
        <w:br/>
      </w:r>
      <w:r>
        <w:rPr>
          <w:sz w:val="20"/>
        </w:rPr>
        <w:t>11:18  aur taqreer kar ke woh baith gaya. koi aadmi kuch samjha nahi.</w:t>
      </w:r>
      <w:r>
        <w:br/>
      </w:r>
      <w:r>
        <w:rPr>
          <w:sz w:val="20"/>
        </w:rPr>
        <w:t>11:26  aur us ke baad woh chala gaya.</w:t>
      </w:r>
      <w:r>
        <w:br/>
      </w:r>
      <w:r>
        <w:rPr>
          <w:sz w:val="20"/>
        </w:rPr>
        <w:t>11:30  yeh tha ek pehlu is ka, is ki zindagi ka. ke jo daryaft us ko hui thi agarche bohat hi juzwi daryaft thi woh.</w:t>
      </w:r>
      <w:r>
        <w:br/>
      </w:r>
      <w:r>
        <w:rPr>
          <w:sz w:val="20"/>
        </w:rPr>
        <w:t>11:42  yani nuclear fusion to poori kainaat ka ek chota sa itna hissa hai. ek chota sa hissa hai woh.</w:t>
      </w:r>
      <w:r>
        <w:br/>
      </w:r>
      <w:r>
        <w:rPr>
          <w:sz w:val="20"/>
        </w:rPr>
        <w:t>11:53  to us ne jo taqreer di thi woh quantum theory par thi.</w:t>
      </w:r>
      <w:r>
        <w:br/>
      </w:r>
      <w:r>
        <w:rPr>
          <w:sz w:val="20"/>
        </w:rPr>
        <w:t>11:59  to quantum theory poori kainaat ka ek chota sa hissa hai. jis mein.</w:t>
      </w:r>
      <w:r>
        <w:br/>
      </w:r>
      <w:r>
        <w:rPr>
          <w:sz w:val="20"/>
        </w:rPr>
        <w:t>12:07  to nuclear fusion jo us ka jo karname bataya tha woh ek kainaat ka, yani kainaat-e-haqaiq ka ek chota sa hissa tha.</w:t>
      </w:r>
      <w:r>
        <w:br/>
      </w:r>
      <w:r>
        <w:rPr>
          <w:sz w:val="20"/>
        </w:rPr>
        <w:t>12:20  aur us ko log samjhe nahi.</w:t>
      </w:r>
    </w:p>
    <w:p>
      <w:pPr>
        <w:pStyle w:val="Heading2"/>
      </w:pPr>
      <w:r>
        <w:t>human mind untapped while universe remains undiscovered</w:t>
      </w:r>
    </w:p>
    <w:p>
      <w:r>
        <w:rPr>
          <w:color w:val="666666"/>
          <w:sz w:val="18"/>
        </w:rPr>
        <w:t>The Journey to Discover God January 17, 2010 · 2m 45s · at 6:52 · https://youtu.be/gXSeKu2LJaE?t=412</w:t>
      </w:r>
    </w:p>
    <w:p>
      <w:r>
        <w:rPr>
          <w:i/>
        </w:rPr>
        <w:t>“Insan ke mind mein unlimited capacity hai, koi bhi poora istemal nahi kar paya”</w:t>
      </w:r>
    </w:p>
    <w:p>
      <w:r>
        <w:rPr>
          <w:sz w:val="20"/>
        </w:rPr>
        <w:t>6:52  to sochte sochte main yahan pohncha ke insaan ko khuda ne jo mind diya hai, is mein unlimited capacity hai,</w:t>
      </w:r>
      <w:r>
        <w:br/>
      </w:r>
      <w:r>
        <w:rPr>
          <w:sz w:val="20"/>
        </w:rPr>
        <w:t>7:05  bohat hi zyada iske andar potential hai. lekin kisi bhi insaan ne apne potential ko abhi tak ek do percent zyada istemal nahi kiya, chahe woh newton aur einstein hon ya woh aristotle aur plato hon.</w:t>
      </w:r>
      <w:r>
        <w:br/>
      </w:r>
      <w:r>
        <w:rPr>
          <w:sz w:val="20"/>
        </w:rPr>
        <w:t>7:23  na philosophers kar paye, na scientists kar paye.</w:t>
      </w:r>
      <w:r>
        <w:br/>
      </w:r>
      <w:r>
        <w:rPr>
          <w:sz w:val="20"/>
        </w:rPr>
        <w:t>7:27  bohat hi kam hissa hota hai jo mind ke potential ko koi aadmi istemal kar pata hai. to sara sara mind, sari sari insaan ki jo capacity hai,</w:t>
      </w:r>
      <w:r>
        <w:br/>
      </w:r>
      <w:r>
        <w:rPr>
          <w:sz w:val="20"/>
        </w:rPr>
        <w:t>7:41  woh unutilized padi hui hai, kehna chahiye, grossly unutilized. kaisi ajeeb baat hai ke insaan paida hua aur brilliant trillion log paida hue, mar gaye.</w:t>
      </w:r>
      <w:r>
        <w:br/>
      </w:r>
      <w:r>
        <w:rPr>
          <w:sz w:val="20"/>
        </w:rPr>
        <w:t>7:56  koi bhi apne mind ko poori tarah istemal na kar saka, bohat hi zyada kam istemal kar paya. to sara aapka jo capacity hai, aapka jo potential hai, aapka jo mind hai,</w:t>
      </w:r>
      <w:r>
        <w:br/>
      </w:r>
      <w:r>
        <w:rPr>
          <w:sz w:val="20"/>
        </w:rPr>
        <w:t>8:10  woh kya hota hai? iska anjaam unutilized rehta hai aur chala jata hai is duniya se. kaisa anokha yeh phenomenon hai.</w:t>
      </w:r>
      <w:r>
        <w:br/>
      </w:r>
      <w:r>
        <w:rPr>
          <w:sz w:val="20"/>
        </w:rPr>
        <w:t>8:24  yani jab insaan solar system ko nahi janta tha aur grahan ke bare mein tarah tarah ke specification mein pada hua tha, woh tab bhi insaan bohat kam istemal ka pata kar paya tha apne mind ko, aur aaj bhi bohat hi kam istemal kar paya hai.</w:t>
      </w:r>
      <w:r>
        <w:br/>
      </w:r>
      <w:r>
        <w:rPr>
          <w:sz w:val="20"/>
        </w:rPr>
        <w:t>8:45  ek taraf yeh hai, doosri taraf jo khuda ki glory hai, jo creation hai, woh itna bada hai, itna bada hai, itna bada hai jo universe of facts hai, itna zyada hai ke iska bhi ek bohat hi farzand dekh paye hain.</w:t>
      </w:r>
      <w:r>
        <w:br/>
      </w:r>
      <w:r>
        <w:rPr>
          <w:sz w:val="20"/>
        </w:rPr>
        <w:t>9:02  kaha jata hai ke sari universe stars se bhari hui hai, lekin abhi wahan bhi hardly five percent jo hai insaan dekh paya hai.</w:t>
      </w:r>
      <w:r>
        <w:br/>
      </w:r>
      <w:r>
        <w:rPr>
          <w:sz w:val="20"/>
        </w:rPr>
        <w:t>9:18  more than ninety five percent jo hai woh dark matter hai.</w:t>
      </w:r>
      <w:r>
        <w:br/>
      </w:r>
      <w:r>
        <w:rPr>
          <w:sz w:val="20"/>
        </w:rPr>
        <w:t>9:23  yani bright matter jo hum dekh paye hain, woh less than five percent hai, aur dark matter jo hum abhi tak dekh nahi paye hain, woh more than ninety five percent hai.</w:t>
      </w:r>
      <w:r>
        <w:br/>
      </w:r>
      <w:r>
        <w:rPr>
          <w:sz w:val="20"/>
        </w:rPr>
        <w:t>9:34  yeh bhi undiscovered hai.</w:t>
      </w:r>
    </w:p>
    <w:p>
      <w:pPr>
        <w:pStyle w:val="Heading2"/>
      </w:pPr>
      <w:r>
        <w:t>Uniqueness and inimitability of Quranic style</w:t>
      </w:r>
    </w:p>
    <w:p>
      <w:r>
        <w:rPr>
          <w:color w:val="666666"/>
          <w:sz w:val="18"/>
        </w:rPr>
        <w:t>Scientific Affirmation of the Quran I 15th Dec 07 - Maulana Wahiduddin Khan · 1m 53s · at 48:30 · https://youtu.be/pt0FaCDlfAY?t=2910</w:t>
      </w:r>
    </w:p>
    <w:p>
      <w:r>
        <w:rPr>
          <w:i/>
        </w:rPr>
        <w:t>“At least its style.”</w:t>
      </w:r>
    </w:p>
    <w:p>
      <w:r>
        <w:rPr>
          <w:sz w:val="20"/>
        </w:rPr>
        <w:t>48:30  at least its style. no book, no arabic book was was written in this style.</w:t>
      </w:r>
      <w:r>
        <w:br/>
      </w:r>
      <w:r>
        <w:rPr>
          <w:sz w:val="20"/>
        </w:rPr>
        <w:t>48:41  it is a fact, universally accepted fact that the style of the quran is quite different and no one can imitate it.</w:t>
      </w:r>
      <w:r>
        <w:br/>
      </w:r>
      <w:r>
        <w:rPr>
          <w:sz w:val="20"/>
        </w:rPr>
        <w:t>48:55  there are some stories in the previous history</w:t>
      </w:r>
      <w:r>
        <w:br/>
      </w:r>
      <w:r>
        <w:rPr>
          <w:sz w:val="20"/>
        </w:rPr>
        <w:t>49:00  that some people wanted to imitate the quran, like like musailamah.</w:t>
      </w:r>
      <w:r>
        <w:br/>
      </w:r>
      <w:r>
        <w:rPr>
          <w:sz w:val="20"/>
        </w:rPr>
        <w:t>49:09  he wanted to write a book like quran. then ibn muqaffa, ibn ibn muqaffa also wanted to write a book like quran,</w:t>
      </w:r>
      <w:r>
        <w:br/>
      </w:r>
      <w:r>
        <w:rPr>
          <w:sz w:val="20"/>
        </w:rPr>
        <w:t>49:28  but all these people failed to produce a book like the quran.</w:t>
      </w:r>
      <w:r>
        <w:br/>
      </w:r>
      <w:r>
        <w:rPr>
          <w:sz w:val="20"/>
        </w:rPr>
        <w:t>49:41  not only musailamah or not only ibn muqaffa, there are some there other writers who tried to imitate quran, but they failed</w:t>
      </w:r>
      <w:r>
        <w:br/>
      </w:r>
      <w:r>
        <w:rPr>
          <w:sz w:val="20"/>
        </w:rPr>
        <w:t>49:57  . the language of the quran is so excellent, so different that no one was able to imitate this language.</w:t>
      </w:r>
      <w:r>
        <w:br/>
      </w:r>
      <w:r>
        <w:rPr>
          <w:sz w:val="20"/>
        </w:rPr>
        <w:t>50:11  Then one Western scholar has rightly said that the sound art of the Quran is par excellence.</w:t>
      </w:r>
    </w:p>
    <w:p>
      <w:pPr>
        <w:pStyle w:val="Heading2"/>
      </w:pPr>
      <w:r>
        <w:t>Prophet Yusuf ran his mission without political clashes as a slave</w:t>
      </w:r>
    </w:p>
    <w:p>
      <w:r>
        <w:rPr>
          <w:color w:val="666666"/>
          <w:sz w:val="18"/>
        </w:rPr>
        <w:t>Islam and Politics November 17, 2013 · 2m 28s · at 53:26 · https://youtu.be/LgKA8wg4NPc?t=3206</w:t>
      </w:r>
    </w:p>
    <w:p>
      <w:r>
        <w:rPr>
          <w:i/>
        </w:rPr>
        <w:t>“Prophet Yusuf was a slave and yet a khalifa of God”</w:t>
      </w:r>
    </w:p>
    <w:p>
      <w:r>
        <w:rPr>
          <w:sz w:val="20"/>
        </w:rPr>
        <w:t>53:26  unhon ne likha hai prophet yusuf was a slave and yet he was a khalifa of god he was running his khilafat while being a slave why have the promoters of political islam ignored prophet yusuf completely jo khilafat ka lafz hazrat yusuf ke liye to istemal nahin hua hua aisa nahin hai quran mein yeh nahin kaha gaya ke hazrat yusuf zameen ke khalifa the</w:t>
      </w:r>
      <w:r>
        <w:br/>
      </w:r>
      <w:r>
        <w:rPr>
          <w:sz w:val="20"/>
        </w:rPr>
        <w:t>53:55  aisa to kuch nahin hai to yeh sawal jo hai ji yani is ka wazeh nahin hai ke is sawal ka matlab dekhen hazrat yusuf alaihissalam jo the quran se sabit hai ke deen mulk ka tha ma kaana liya khuz fi deen mulk</w:t>
      </w:r>
      <w:r>
        <w:br/>
      </w:r>
      <w:r>
        <w:rPr>
          <w:sz w:val="20"/>
        </w:rPr>
        <w:t>54:18  yani is waqt jo the jab ke hazrat hazrat hazrat yusuf ko koi position jo mili hui thi</w:t>
      </w:r>
      <w:r>
        <w:br/>
      </w:r>
      <w:r>
        <w:rPr>
          <w:sz w:val="20"/>
        </w:rPr>
        <w:t>54:25  is position ke bawajood wahan par jo deen tha yani wahan deen lafz qanoon ke mani mein hai</w:t>
      </w:r>
      <w:r>
        <w:br/>
      </w:r>
      <w:r>
        <w:rPr>
          <w:sz w:val="20"/>
        </w:rPr>
        <w:t>54:31  qanoon jo qanoon tha woh badshah ka tha to jab badshah qanoon tha to hazrat yusuf yani misr</w:t>
      </w:r>
      <w:r>
        <w:br/>
      </w:r>
      <w:r>
        <w:rPr>
          <w:sz w:val="20"/>
        </w:rPr>
        <w:t>54:41  ke khalifa to ho nahin sakte</w:t>
      </w:r>
      <w:r>
        <w:br/>
      </w:r>
      <w:r>
        <w:rPr>
          <w:sz w:val="20"/>
        </w:rPr>
        <w:t>54:44  misr ke khalifa to woh badshah hi tha</w:t>
      </w:r>
      <w:r>
        <w:br/>
      </w:r>
      <w:r>
        <w:rPr>
          <w:sz w:val="20"/>
        </w:rPr>
        <w:t>54:48  to hazrat yani hazrat yusuf ki jo misal hai woh yeh hai ke agar badshah se tum takrao na karo to sare mawaqif wale khul jayenge jo aaj maine kaha woh usi ki is ki misal hai woh hazrat yusuf ne badshah se koi political takrao nahin kiya</w:t>
      </w:r>
      <w:r>
        <w:br/>
      </w:r>
      <w:r>
        <w:rPr>
          <w:sz w:val="20"/>
        </w:rPr>
        <w:t>55:09  jaise sachin tendulkar ki misal mein di secular aitbar se ke sachin tendulkar ne hukumat se koi political takrao nahin kiya to kya hua non political king ban gaye woh non political king ban gaye woh to yeh secular misal hai</w:t>
      </w:r>
      <w:r>
        <w:br/>
      </w:r>
      <w:r>
        <w:rPr>
          <w:sz w:val="20"/>
        </w:rPr>
        <w:t>55:29  hazrat yusuf ki misal islami misal hai ke unhon ne badshah se takrao nahin kiya to woh bhi wahan par non political king ban gaye amalan kyunke woh sare mawaqe un ke liye khule hue the jis tarah chahe kaam karen</w:t>
      </w:r>
      <w:r>
        <w:br/>
      </w:r>
      <w:r>
        <w:rPr>
          <w:sz w:val="20"/>
        </w:rPr>
        <w:t>55:47  to bas main bataun hazrat yusuf ka jo mamla hai woh bohat zabardast misal hai is baat ki</w:t>
      </w:r>
    </w:p>
    <w:p>
      <w:pPr>
        <w:pStyle w:val="Heading2"/>
      </w:pPr>
      <w:r>
        <w:t>Stalin's inner God consciousness</w:t>
      </w:r>
    </w:p>
    <w:p>
      <w:r>
        <w:rPr>
          <w:color w:val="666666"/>
          <w:sz w:val="18"/>
        </w:rPr>
        <w:t>The Message of The Quran Part 1 March 26, 2006 Maulana Wahiduddin Khan · 2m 27s · at 28:12 · https://youtu.be/krrs0ZKgnb8?t=1692</w:t>
      </w:r>
    </w:p>
    <w:p>
      <w:r>
        <w:rPr>
          <w:i/>
        </w:rPr>
        <w:t>“Is zamane ka sabse bada atheist jo hai Stalin tha”</w:t>
      </w:r>
    </w:p>
    <w:p>
      <w:r>
        <w:rPr>
          <w:sz w:val="20"/>
        </w:rPr>
        <w:t>28:12  misal ke taur par is zamane ka sab se bara atheist jo hai, stalin tha.</w:t>
      </w:r>
      <w:r>
        <w:br/>
      </w:r>
      <w:r>
        <w:rPr>
          <w:sz w:val="20"/>
        </w:rPr>
        <w:t>28:19  stalin khuda ko nahin manta tha. bohat bara communist leader tha woh russia ka. second world war ke zamane mein hitler jo hai, lagta tha keh sare europe ko capture kar lega.</w:t>
      </w:r>
      <w:r>
        <w:br/>
      </w:r>
      <w:r>
        <w:rPr>
          <w:sz w:val="20"/>
        </w:rPr>
        <w:t>28:38  andha dhund is bombardment karta tha aur is ki army idhar ja rahi hai, idhar ja rahi hai.</w:t>
      </w:r>
      <w:r>
        <w:br/>
      </w:r>
      <w:r>
        <w:rPr>
          <w:sz w:val="20"/>
        </w:rPr>
        <w:t>28:44  to europe ke log apne ko defensive position mein paney lage. hitler to humein destroy kar de ga.</w:t>
      </w:r>
      <w:r>
        <w:br/>
      </w:r>
      <w:r>
        <w:rPr>
          <w:sz w:val="20"/>
        </w:rPr>
        <w:t>28:55  to aik meeting hui yalta, jo aik island tha yalta mein, jis mein russia ka prime minister, britain ka prime minister aur</w:t>
      </w:r>
      <w:r>
        <w:br/>
      </w:r>
      <w:r>
        <w:rPr>
          <w:sz w:val="20"/>
        </w:rPr>
        <w:t>29:10  aur america ka ka president,</w:t>
      </w:r>
      <w:r>
        <w:br/>
      </w:r>
      <w:r>
        <w:rPr>
          <w:sz w:val="20"/>
        </w:rPr>
        <w:t>29:13  teen bare log ekatha hue wahan par. to wahan par kia tha keh britain ne, america ne mil kar ke aik aik draft banaya tha.</w:t>
      </w:r>
      <w:r>
        <w:br/>
      </w:r>
      <w:r>
        <w:rPr>
          <w:sz w:val="20"/>
        </w:rPr>
        <w:t>29:24  draft keh kaise hitler ka, hitler ka jo challenge hai, kaise is ko cope kiya jaye.</w:t>
      </w:r>
      <w:r>
        <w:br/>
      </w:r>
      <w:r>
        <w:rPr>
          <w:sz w:val="20"/>
        </w:rPr>
        <w:t>29:36  is ke baray mein aik draft.</w:t>
      </w:r>
      <w:r>
        <w:br/>
      </w:r>
      <w:r>
        <w:rPr>
          <w:sz w:val="20"/>
        </w:rPr>
        <w:t>29:39  to woh draft banaya tha britain ne aur america ne. is ko diya gaya stalin ko parhne ke liye wahan yalta mein.</w:t>
      </w:r>
      <w:r>
        <w:br/>
      </w:r>
      <w:r>
        <w:rPr>
          <w:sz w:val="20"/>
        </w:rPr>
        <w:t>29:48  yeh baat hai during second world war ki.</w:t>
      </w:r>
      <w:r>
        <w:br/>
      </w:r>
      <w:r>
        <w:rPr>
          <w:sz w:val="20"/>
        </w:rPr>
        <w:t>29:54  to maine report mein parha tha keh jab stalin is ko diya gaya, woh usay parhna shuru kiya, aik dam is mein woh kho gaya.</w:t>
      </w:r>
      <w:r>
        <w:br/>
      </w:r>
      <w:r>
        <w:rPr>
          <w:sz w:val="20"/>
        </w:rPr>
        <w:t>30:08  is report mein kho gaya. woh</w:t>
      </w:r>
      <w:r>
        <w:br/>
      </w:r>
      <w:r>
        <w:rPr>
          <w:sz w:val="20"/>
        </w:rPr>
        <w:t>30:13  is ko itni complete lagi, itni effective lagi ke isi mein gum ho gaya. yahan tak ke parhte parhte parhte is ki zaban se nikla "may god prosper this undertaking".</w:t>
      </w:r>
      <w:r>
        <w:br/>
      </w:r>
      <w:r>
        <w:rPr>
          <w:sz w:val="20"/>
        </w:rPr>
        <w:t>30:30  jab is ke end mein pohncha woh to sterin ki zaban se nikla "may god prosper this undertaking". halanke woh khuda ko nahi manta tha.</w:t>
      </w:r>
    </w:p>
    <w:p>
      <w:pPr>
        <w:pStyle w:val="Heading2"/>
      </w:pPr>
      <w:r>
        <w:t>Spirit of inquiry spread worldwide</w:t>
      </w:r>
    </w:p>
    <w:p>
      <w:r>
        <w:rPr>
          <w:color w:val="666666"/>
          <w:sz w:val="18"/>
        </w:rPr>
        <w:t>Dars-e-Quran, Chapter 38, V. 29 (Contemplation on the Quran) | October 7, 2018 · 30s · at 19:04 · https://youtu.be/bF57J8TD8no?t=1144</w:t>
      </w:r>
    </w:p>
    <w:p>
      <w:r>
        <w:rPr>
          <w:i/>
        </w:rPr>
        <w:t>“This lesson from Cave Hira spread worldwide”</w:t>
      </w:r>
    </w:p>
    <w:p>
      <w:r>
        <w:rPr>
          <w:sz w:val="20"/>
        </w:rPr>
        <w:t>19:04  Ghar e Hira mein, aur yeh wahi sabak hai jo sari dunya mein phaila, sare philosophers mein, sare thinkers</w:t>
      </w:r>
      <w:r>
        <w:br/>
      </w:r>
      <w:r>
        <w:rPr>
          <w:sz w:val="20"/>
        </w:rPr>
        <w:t>19:12  mein, sare scientists mein.</w:t>
      </w:r>
      <w:r>
        <w:br/>
      </w:r>
      <w:r>
        <w:rPr>
          <w:sz w:val="20"/>
        </w:rPr>
        <w:t>19:19  spirit of inquiry, spirit of inquiry.</w:t>
      </w:r>
      <w:r>
        <w:br/>
      </w:r>
      <w:r>
        <w:rPr>
          <w:sz w:val="20"/>
        </w:rPr>
        <w:t>19:27  تو آپ لوگوں کو میں کہوں گا کہ قرآن کو spirit of inquiry کے ساتھ پڑھیے، تدبر کے ساتھ</w:t>
      </w:r>
    </w:p>
    <w:p>
      <w:pPr>
        <w:pStyle w:val="Heading2"/>
      </w:pPr>
      <w:r>
        <w:t>Laylat al-Qadr better than thousand months</w:t>
      </w:r>
    </w:p>
    <w:p>
      <w:r>
        <w:rPr>
          <w:color w:val="666666"/>
          <w:sz w:val="18"/>
        </w:rPr>
        <w:t>Ramadan a Month of Study of Quran August 23, 2009 · 46s · at 22:23 · https://youtu.be/8z-v68n7WuA?t=1343</w:t>
      </w:r>
    </w:p>
    <w:p>
      <w:r>
        <w:rPr>
          <w:i/>
        </w:rPr>
        <w:t>“Lailatul Qadr hazar mahino se behtar hai”</w:t>
      </w:r>
    </w:p>
    <w:p>
      <w:r>
        <w:rPr>
          <w:sz w:val="20"/>
        </w:rPr>
        <w:t>22:23  jab aap sochen ge. Sochen ge baghair nahin ho sakta hai. Yeh Allah taala ne jo farmaya keh Ramadan mein quran utra is raat yaani quran ke mutabiq woh raat ka waqt tha.</w:t>
      </w:r>
      <w:r>
        <w:br/>
      </w:r>
      <w:r>
        <w:rPr>
          <w:sz w:val="20"/>
        </w:rPr>
        <w:t>22:39  jab quran utarna shuru hua to woh raat ka waqt tha. Ramadan ke mahine ki koi aakhri date thi aur waqt tha raat ka.</w:t>
      </w:r>
      <w:r>
        <w:br/>
      </w:r>
      <w:r>
        <w:rPr>
          <w:sz w:val="20"/>
        </w:rPr>
        <w:t>22:48  is waqt Jibrael aaye. Is raat ko quran mein Lailat-ul-Qadr kaha gaya hai.</w:t>
      </w:r>
      <w:r>
        <w:br/>
      </w:r>
      <w:r>
        <w:rPr>
          <w:sz w:val="20"/>
        </w:rPr>
        <w:t>22:57  Inna anzalnahu fi Lailat-ul-Qadr to Lailat-ul-Qadr ki bohat ahmiyat hai. Khairun min alf shahr kaha gaya is ko. Hazar mahinon se behtar hai.</w:t>
      </w:r>
    </w:p>
    <w:p>
      <w:pPr>
        <w:pStyle w:val="Heading2"/>
      </w:pPr>
      <w:r>
        <w:t>Jewish guards only ask if you pray</w:t>
      </w:r>
    </w:p>
    <w:p>
      <w:r>
        <w:rPr>
          <w:color w:val="666666"/>
          <w:sz w:val="18"/>
        </w:rPr>
        <w:t>Journey to Aqsa Mosque November 10, 2008 · 39s · at 7:19 · https://youtu.be/40kOr2jznE0?t=439</w:t>
      </w:r>
    </w:p>
    <w:p>
      <w:r>
        <w:rPr>
          <w:i/>
        </w:rPr>
        <w:t>“انت مسلم؟ انت مصلی؟”</w:t>
      </w:r>
    </w:p>
    <w:p>
      <w:r>
        <w:rPr>
          <w:sz w:val="20"/>
        </w:rPr>
        <w:t>7:19  woh musallah hote thay woh. to unhon ne kuch bhi nahi poocha. passport bhi nahi manga. bas yeh ke "ant muslim?</w:t>
      </w:r>
      <w:r>
        <w:br/>
      </w:r>
      <w:r>
        <w:rPr>
          <w:sz w:val="20"/>
        </w:rPr>
        <w:t>7:28  ant musalli?" arabi bolte thay woh log. "ant muslim? ant musalli? aap musalman hain? aap namaz parhte hain?</w:t>
      </w:r>
      <w:r>
        <w:br/>
      </w:r>
      <w:r>
        <w:rPr>
          <w:sz w:val="20"/>
        </w:rPr>
        <w:t>7:37  " bas kaha gaya "fazal, fazal." aur phir kaha ke "hamare liye dua kijiye." hamare sath aik yahoodi guide tha, aik aik naujawan tha, woh yahoodi tha, woh guide tha hamara.</w:t>
      </w:r>
      <w:r>
        <w:br/>
      </w:r>
      <w:r>
        <w:rPr>
          <w:sz w:val="20"/>
        </w:rPr>
        <w:t>7:50  us ko rok diya unhon ne. kyunke yahoodiyon ko us ke andar jana mana hai.</w:t>
      </w:r>
    </w:p>
    <w:p>
      <w:pPr>
        <w:pStyle w:val="Heading2"/>
      </w:pPr>
      <w:r>
        <w:t>From Quranic rebuttal to Maulana's introduction</w:t>
      </w:r>
    </w:p>
    <w:p>
      <w:r>
        <w:rPr>
          <w:color w:val="666666"/>
          <w:sz w:val="18"/>
        </w:rPr>
        <w:t>Dars e Quran Ch 2 Verse 18 22 April 2014 - Maulana Wahiduddin Khan · 1m 51s · at 0:26 · https://youtu.be/L1sLGdsM8tw?t=26</w:t>
      </w:r>
    </w:p>
    <w:p>
      <w:r>
        <w:rPr>
          <w:i/>
        </w:rPr>
        <w:t>“Qul fa lima yu'azzibukum bidhunubikum?”</w:t>
      </w:r>
    </w:p>
    <w:p>
      <w:r>
        <w:rPr>
          <w:sz w:val="20"/>
        </w:rPr>
        <w:t>0:26  qul film y'azzabkum bizunoobikum? bal antum basharum mimma khalaq. yaghfiru liman yashaa'u wa yu'azzibu man yashaa'u.</w:t>
      </w:r>
      <w:r>
        <w:br/>
      </w:r>
      <w:r>
        <w:rPr>
          <w:sz w:val="20"/>
        </w:rPr>
        <w:t>0:37  wa lillahi mulkus samawati wal ardi wa ma bainahuma, wa ilaihil maseer. aur yahood o nasara kehte hain ke hum Khuda ke bete aur us ke mehboob hain.</w:t>
      </w:r>
      <w:r>
        <w:br/>
      </w:r>
      <w:r>
        <w:rPr>
          <w:sz w:val="20"/>
        </w:rPr>
        <w:t>0:50  tum kaho ke phir woh tumhare gunahon par tum ko saza kyun deta hai? nahin, balkeh tum bhi us ki paida ki hui makhlooq mein se ek aadmi ho.</w:t>
      </w:r>
      <w:r>
        <w:br/>
      </w:r>
      <w:r>
        <w:rPr>
          <w:sz w:val="20"/>
        </w:rPr>
        <w:t>1:01  woh jis ko chahe ga bakhshe ga aur jis ko chahe ga azab de ga. aur Allah hi ki aur Allah hi ke liye badshahi aasmanon aur zameen ki hai aur jo kuch un ke darmiyan hai.</w:t>
      </w:r>
      <w:r>
        <w:br/>
      </w:r>
      <w:r>
        <w:rPr>
          <w:sz w:val="20"/>
        </w:rPr>
        <w:t>1:15  aur usi ki taraf laut kar jana hai. Maulana is ayat ki wazahat farmayen.</w:t>
      </w:r>
      <w:r>
        <w:br/>
      </w:r>
      <w:r>
        <w:rPr>
          <w:sz w:val="20"/>
        </w:rPr>
        <w:t>1:23  bismillah rahman rahim.</w:t>
      </w:r>
      <w:r>
        <w:br/>
      </w:r>
      <w:r>
        <w:rPr>
          <w:sz w:val="20"/>
        </w:rPr>
        <w:t>1:30  quran ki jo shuru ki suraten hain un mein tafseel ke sath yahood o nasara ka zikr hai.</w:t>
      </w:r>
      <w:r>
        <w:br/>
      </w:r>
      <w:r>
        <w:rPr>
          <w:sz w:val="20"/>
        </w:rPr>
        <w:t>1:42  unhi mein se ek ayat yeh hai.</w:t>
      </w:r>
      <w:r>
        <w:br/>
      </w:r>
      <w:r>
        <w:rPr>
          <w:sz w:val="20"/>
        </w:rPr>
        <w:t>1:47  is mein yahood o nasara ki kharabiyon ko bataya gaya hai.</w:t>
      </w:r>
    </w:p>
    <w:p>
      <w:pPr>
        <w:pStyle w:val="Heading2"/>
      </w:pPr>
      <w:r>
        <w:t>Political power's purpose is not system</w:t>
      </w:r>
    </w:p>
    <w:p>
      <w:r>
        <w:rPr>
          <w:color w:val="666666"/>
          <w:sz w:val="18"/>
        </w:rPr>
        <w:t>The Importance of the Quran May 15, 2016 Maulana Wahiduddin Khan · 54s · at 20:08 · https://youtu.be/9a-OOUR_bLg?t=1208</w:t>
      </w:r>
    </w:p>
    <w:p>
      <w:r>
        <w:rPr>
          <w:i/>
        </w:rPr>
        <w:t>“The purpose of political power in Islam is never to establish a system.”</w:t>
      </w:r>
    </w:p>
    <w:p>
      <w:r>
        <w:rPr>
          <w:sz w:val="20"/>
        </w:rPr>
        <w:t>20:08  kyun? yaad rakhiye, islam ka ek bohat bara usool yeh hai ke islam mein political power ka maqsad har giz har giz koi system qaim karna nahi hai.</w:t>
      </w:r>
      <w:r>
        <w:br/>
      </w:r>
      <w:r>
        <w:rPr>
          <w:sz w:val="20"/>
        </w:rPr>
        <w:t>20:22  kuch log to samajhte hain ke justice ka nizam qaim karna, koi kehte hain shariat ka qanoon nafiz karna, yeh sab na quran mein hai na hadees mein.</w:t>
      </w:r>
      <w:r>
        <w:br/>
      </w:r>
      <w:r>
        <w:rPr>
          <w:sz w:val="20"/>
        </w:rPr>
        <w:t>20:36  quran mein hai ke tamkeen al-deen amkana fil-larr. quran mein government ka jo jo jo woh hai,</w:t>
      </w:r>
      <w:r>
        <w:br/>
      </w:r>
      <w:r>
        <w:rPr>
          <w:sz w:val="20"/>
        </w:rPr>
        <w:t>20:50  jo karna hai government ko, woh sirf aik cheez hai. yaani islami government woh hai jo samaaj mein stability paida kar de.</w:t>
      </w:r>
    </w:p>
    <w:p>
      <w:pPr>
        <w:pStyle w:val="Heading2"/>
      </w:pPr>
      <w:r>
        <w:t>Angel commands Prophet to read</w:t>
      </w:r>
    </w:p>
    <w:p>
      <w:r>
        <w:rPr>
          <w:color w:val="666666"/>
          <w:sz w:val="18"/>
        </w:rPr>
        <w:t>Lessons from The Quran | December 24, 2005 | Maulana Wahiduddin Khan · 2m 03s · at 36:33 · https://youtu.be/1YOgdBErTfE?t=2193</w:t>
      </w:r>
    </w:p>
    <w:p>
      <w:r>
        <w:rPr>
          <w:i/>
        </w:rPr>
        <w:t>“The first revelation: 'Read' - Prophet said 'I cannot read'”</w:t>
      </w:r>
    </w:p>
    <w:p>
      <w:r>
        <w:rPr>
          <w:sz w:val="20"/>
        </w:rPr>
        <w:t>36:33  pehli ayat jo utri thi us waqt woh thi "iqra, iqra, bismi rabbika allazi khalaq". "iqra" matlab hota hai padh, read. to riwayat mein aata hai ke us waqt prophet of islam hira pahad ke ghar mein the, hira pahad ke cave mein the. to</w:t>
      </w:r>
      <w:r>
        <w:br/>
      </w:r>
      <w:r>
        <w:rPr>
          <w:sz w:val="20"/>
        </w:rPr>
        <w:t>37:04  achanak khuda ka farishta jibril wahan par zahir hue, unhone prophet se kaha ke "iqra, ya muhammad, iqra, aye muhammad, padh, o muhammad, read". to prophet ne kaha ke "ma ana biqari, i can not read".</w:t>
      </w:r>
      <w:r>
        <w:br/>
      </w:r>
      <w:r>
        <w:rPr>
          <w:sz w:val="20"/>
        </w:rPr>
        <w:t>37:37  yeh ek dialogue hai, bahut hi ajib o gharib. yeh teen bar yahi baat hui. angel aur khuda, angel aur khuda ke paighambar ke darmiyan, yani jibril aur muhammad sallallahu alaihi wasallam ke darmiyan, unhone kaha ke "read". aap ne kaha ke "i can not read". phir unhone kaha ke "read". aap ne kaha ke "i can not read". phir unhone kaha ke "read"</w:t>
      </w:r>
      <w:r>
        <w:br/>
      </w:r>
      <w:r>
        <w:rPr>
          <w:sz w:val="20"/>
        </w:rPr>
        <w:t>38:07  . aap ne kaha "i can not read". teen bar is tarah ka dialogue hua. iske baad aata hai ke jibril ne aap ko embrace kiya, embrace karne ke baad kaha ke "read". to aap padhne lage. ab is dialogue ki roshni mein aap iska matlab nikaliye, isko samajhne ki koshish kijiye. to dekhiye, pehli b</w:t>
      </w:r>
    </w:p>
    <w:p>
      <w:pPr>
        <w:pStyle w:val="Heading2"/>
      </w:pPr>
      <w:r>
        <w:t>No external force can compel true sincerity, only facing death can</w:t>
      </w:r>
    </w:p>
    <w:p>
      <w:r>
        <w:rPr>
          <w:color w:val="666666"/>
          <w:sz w:val="18"/>
        </w:rPr>
        <w:t>Sects in Islam December 21, 2008 · 34s · at 1:39:14 · https://youtu.be/Y8C_ml3itz8?t=5954</w:t>
      </w:r>
    </w:p>
    <w:p>
      <w:r>
        <w:rPr>
          <w:i/>
        </w:rPr>
        <w:t>“Koi force sincerity paida nahi kar sakti, khud sochna hoga”</w:t>
      </w:r>
    </w:p>
    <w:p>
      <w:r>
        <w:rPr>
          <w:sz w:val="20"/>
        </w:rPr>
        <w:t>1:39:14  koi jo force nahi kar sakti, kya sakti hai? ye cheez hai, aadmi khud hi hosh tedi kare, khud jaane, woh sincere ho, aur ye soche ke mujhe bahar haal maut maut aani hai, mujhe marna hai,</w:t>
      </w:r>
      <w:r>
        <w:br/>
      </w:r>
      <w:r>
        <w:rPr>
          <w:sz w:val="20"/>
        </w:rPr>
        <w:t>1:39:30  marne ke baad Khuda se mera samna hona hai.</w:t>
      </w:r>
      <w:r>
        <w:br/>
      </w:r>
      <w:r>
        <w:rPr>
          <w:sz w:val="20"/>
        </w:rPr>
        <w:t>1:39:34  toh basic baat dekhiye, ye hai ke aap ye sochein ke jab mera samna Khuda se hoga, us waqt mein justified qarar paoon, woh Khuda ki nazar mein ke maine duniya mein jo zindagi guzari thi,</w:t>
      </w:r>
    </w:p>
    <w:p>
      <w:pPr>
        <w:pStyle w:val="Heading2"/>
      </w:pPr>
      <w:r>
        <w:t>Quran's summary: always stay positive, never negative</w:t>
      </w:r>
    </w:p>
    <w:p>
      <w:r>
        <w:rPr>
          <w:color w:val="666666"/>
          <w:sz w:val="18"/>
        </w:rPr>
        <w:t>Ramadan and Quranic Guidance July 29, 2012 · 34s · at 10:29 · https://youtu.be/WxpcI7qi4d0?t=629</w:t>
      </w:r>
    </w:p>
    <w:p>
      <w:r>
        <w:rPr>
          <w:i/>
        </w:rPr>
        <w:t>“Quran chahta hai ke har haal mein aap positive rahen”</w:t>
      </w:r>
    </w:p>
    <w:p>
      <w:r>
        <w:rPr>
          <w:sz w:val="20"/>
        </w:rPr>
        <w:t>10:29  ek baat mein yeh keh sakta hoon ke Quran mein ek anokhi sifat yeh hai ke Quran chahta hai ke har haal mein aap positive rahen.</w:t>
      </w:r>
      <w:r>
        <w:br/>
      </w:r>
      <w:r>
        <w:rPr>
          <w:sz w:val="20"/>
        </w:rPr>
        <w:t>10:42  kisi haal mein aap negative na hone payen.</w:t>
      </w:r>
      <w:r>
        <w:br/>
      </w:r>
      <w:r>
        <w:rPr>
          <w:sz w:val="20"/>
        </w:rPr>
        <w:t>10:47  yeh saare Quran ka khulasa hai. Kisi haal mein aap negative na hon, har haal mein aap positive hon.</w:t>
      </w:r>
    </w:p>
    <w:p>
      <w:pPr>
        <w:pStyle w:val="Heading2"/>
      </w:pPr>
      <w:r>
        <w:t>Heaven is a refined place only for those who deserve it</w:t>
      </w:r>
    </w:p>
    <w:p>
      <w:r>
        <w:rPr>
          <w:color w:val="666666"/>
          <w:sz w:val="18"/>
        </w:rPr>
        <w:t>Dars-e-Quran (Chapter 103, Verses 1-3) August 19, 2012 · 1m 26s · at 55:31 · https://youtu.be/q7ORmSbhs4s?t=3331</w:t>
      </w:r>
    </w:p>
    <w:p>
      <w:r>
        <w:rPr>
          <w:i/>
        </w:rPr>
        <w:t>“Jannat ke baare mein logon ko ajeeb taassurat hain”</w:t>
      </w:r>
    </w:p>
    <w:p>
      <w:r>
        <w:rPr>
          <w:sz w:val="20"/>
        </w:rPr>
        <w:t>55:31  dekhein, jannat ke baray mein logon ko ajeeb o ghareeb qism ke tassarrufaat hain. koi samajhta hai ke sath tasbeeh parh lo, jannat ho gayi</w:t>
      </w:r>
      <w:r>
        <w:br/>
      </w:r>
      <w:r>
        <w:rPr>
          <w:sz w:val="20"/>
        </w:rPr>
        <w:t>55:38  . koi samajhta hai ke shafa'at mil jaye gi to jannat, is se shafa'at karein, karein, jannat mil jaye gi. muslim family mein paida ho to jannat mil gayi.</w:t>
      </w:r>
      <w:r>
        <w:br/>
      </w:r>
      <w:r>
        <w:rPr>
          <w:sz w:val="20"/>
        </w:rPr>
        <w:t>55:48  falan tasbeeh parh lo to jannat mil gayi. yeh sab jannat ko underestimate karna hai. yeh sab jannat ko underestimate karna hai.</w:t>
      </w:r>
      <w:r>
        <w:br/>
      </w:r>
      <w:r>
        <w:rPr>
          <w:sz w:val="20"/>
        </w:rPr>
        <w:t>56:00  dekhein, jannat mein sirf woh log jayenge jo is ke liye deserve karte hain. jo is ke liye deserve</w:t>
      </w:r>
      <w:r>
        <w:br/>
      </w:r>
      <w:r>
        <w:rPr>
          <w:sz w:val="20"/>
        </w:rPr>
        <w:t>56:07  karte hon. aap ghor kijiye ke ek multinational company hai, is ko ek ek zaroorat hai, ek ek ek director ki. to kya kisi ko hi pakar ke dal ke parha dega woh?</w:t>
      </w:r>
      <w:r>
        <w:br/>
      </w:r>
      <w:r>
        <w:rPr>
          <w:sz w:val="20"/>
        </w:rPr>
        <w:t>56:17  man of history ko? nahin, jis ne woh woh woh science parhi hai, jis ko is ka experience hai, jo waqiaat hain, is ke liye deserve karta hai, is ka selection hoga.</w:t>
      </w:r>
      <w:r>
        <w:br/>
      </w:r>
      <w:r>
        <w:rPr>
          <w:sz w:val="20"/>
        </w:rPr>
        <w:t>56:32  to kya aap samajhte hain ke multinational mein ek aadmi ka ek job diya jata hai, is se bhi kam darja hai jannat ka?</w:t>
      </w:r>
      <w:r>
        <w:br/>
      </w:r>
      <w:r>
        <w:rPr>
          <w:sz w:val="20"/>
        </w:rPr>
        <w:t>56:43  ke kisi ko bhar do, bheer bakri karte rahe, kaise? jannat bohat hi refined jagah hai, bohat hi, bohat hi, yaani bohat hi ghair maamooli jagah hai.</w:t>
      </w:r>
    </w:p>
    <w:p>
      <w:pPr>
        <w:pStyle w:val="Heading2"/>
      </w:pPr>
      <w:r>
        <w:t>Only two causes of blasphemy claims; ulama are emotional too</w:t>
      </w:r>
    </w:p>
    <w:p>
      <w:r>
        <w:rPr>
          <w:color w:val="666666"/>
          <w:sz w:val="18"/>
        </w:rPr>
        <w:t>Freedom of Expression in Islam 30 Sept 2012 - Maulana Wahiduddin Khan · 2m 22s · at 1:20:34 · https://youtu.be/WLlXSyxX8Q4?t=4834</w:t>
      </w:r>
    </w:p>
    <w:p>
      <w:r>
        <w:rPr>
          <w:i/>
        </w:rPr>
        <w:t>“There are only two possible causes for blasphemy: ignorance or propaganda”</w:t>
      </w:r>
    </w:p>
    <w:p>
      <w:r>
        <w:rPr>
          <w:sz w:val="20"/>
        </w:rPr>
        <w:t>1:20:34  unhon ne likha hai: "there are only two possible causes for blasphemy.</w:t>
      </w:r>
      <w:r>
        <w:br/>
      </w:r>
      <w:r>
        <w:rPr>
          <w:sz w:val="20"/>
        </w:rPr>
        <w:t>1:20:40  first, ignorance. that is they don't know the truth. second, propaganda. they know but intentionally spread the falsehood.</w:t>
      </w:r>
      <w:r>
        <w:br/>
      </w:r>
      <w:r>
        <w:rPr>
          <w:sz w:val="20"/>
        </w:rPr>
        <w:t>1:20:50  protest and violence are not effective tools to fight ignorance or propaganda. the effective tools are promoting education and propagating the truth.</w:t>
      </w:r>
      <w:r>
        <w:br/>
      </w:r>
      <w:r>
        <w:rPr>
          <w:sz w:val="20"/>
        </w:rPr>
        <w:t>1:21:01  incidents in past confirms that with reference to blasphemy, protest do not produce any positive results while promoting education." does Maulana sahab, why do ulema and leaders do not learn this from their past experience?</w:t>
      </w:r>
      <w:r>
        <w:br/>
      </w:r>
      <w:r>
        <w:rPr>
          <w:sz w:val="20"/>
        </w:rPr>
        <w:t>1:21:20  mujhe behal aap ki poori baat se mein agree karta hoon, is se ittefaq hai. is ko poora poora ittefaq hai.</w:t>
      </w:r>
      <w:r>
        <w:br/>
      </w:r>
      <w:r>
        <w:rPr>
          <w:sz w:val="20"/>
        </w:rPr>
        <w:t>1:21:29  baqi ulema jis zamane mein hain, woh awam se mukhtalif nahi hain, woh bhi jazbati ho gaye.</w:t>
      </w:r>
      <w:r>
        <w:br/>
      </w:r>
      <w:r>
        <w:rPr>
          <w:sz w:val="20"/>
        </w:rPr>
        <w:t>1:21:37  mujhe ek sahab ka telephone aaya tha wahan se, South se, ke ek wahan baqayda ek aalim ek sahab hain, unhon ne taqreer ki.</w:t>
      </w:r>
      <w:r>
        <w:br/>
      </w:r>
      <w:r>
        <w:rPr>
          <w:sz w:val="20"/>
        </w:rPr>
        <w:t>1:21:48  taqreer bare josh se unhon ne kaha ke "tum hum ko gaali do, hum bardasht kar len ge. tum Musalmanon ko gaali do, hum bardasht kar len ge.</w:t>
      </w:r>
      <w:r>
        <w:br/>
      </w:r>
      <w:r>
        <w:rPr>
          <w:sz w:val="20"/>
        </w:rPr>
        <w:t>1:21:58  tum</w:t>
      </w:r>
      <w:r>
        <w:br/>
      </w:r>
      <w:r>
        <w:rPr>
          <w:sz w:val="20"/>
        </w:rPr>
        <w:t>1:21:59  hamare prophet ko gaali do, hum us ko bardasht nahi kar sakte." yeh aalim ki boli hai. toh main samajhta hoon ke is maamle mein aalim aur ghair aalim sab barabar ho gaye hain, sab jazbati ho gaye hain.</w:t>
      </w:r>
      <w:r>
        <w:br/>
      </w:r>
      <w:r>
        <w:rPr>
          <w:sz w:val="20"/>
        </w:rPr>
        <w:t>1:22:10  koi bhi, yaani tamam dunya bhar ke ulema mein apne siwa mein kisi ko nahi paata jo is maamle mein exception hai.</w:t>
      </w:r>
      <w:r>
        <w:br/>
      </w:r>
      <w:r>
        <w:rPr>
          <w:sz w:val="20"/>
        </w:rPr>
        <w:t>1:22:19  koi ek bhi nahi, koi exception nahi, koi jazbat mein pehre hain, nafrat mein pehre hain.</w:t>
      </w:r>
      <w:r>
        <w:br/>
      </w:r>
      <w:r>
        <w:rPr>
          <w:sz w:val="20"/>
        </w:rPr>
        <w:t>1:22:27  ab kya kiya jaye? ya Allah taala ka yeh faisla hoga is baat ka, dunya mein hum is ka faisla nahi kar sakte.</w:t>
      </w:r>
    </w:p>
    <w:p>
      <w:pPr>
        <w:pStyle w:val="Heading2"/>
      </w:pPr>
      <w:r>
        <w:t>Philosophers of no philosophy</w:t>
      </w:r>
    </w:p>
    <w:p>
      <w:r>
        <w:rPr>
          <w:color w:val="666666"/>
          <w:sz w:val="18"/>
        </w:rPr>
        <w:t>The Philosophy of Creation October 16, 2011 Maulana Wahiduddin Khan · 23s · at 4:37 · https://youtu.be/gqpHYng16s4?t=277</w:t>
      </w:r>
    </w:p>
    <w:p>
      <w:r>
        <w:rPr>
          <w:i/>
        </w:rPr>
        <w:t>“Bertrand Russell ke baare mein kaha jaata hai ke”</w:t>
      </w:r>
    </w:p>
    <w:p>
      <w:r>
        <w:rPr>
          <w:sz w:val="20"/>
        </w:rPr>
        <w:t>4:37  insaan ko wazahat nahi kar sakte hum. Bertrand Russell ke bare mein kaha jata hai ke he was a philosopher of no philosophy.</w:t>
      </w:r>
      <w:r>
        <w:br/>
      </w:r>
      <w:r>
        <w:rPr>
          <w:sz w:val="20"/>
        </w:rPr>
        <w:t>4:49  magar is ma'ne mein, "Ontology" ke ma'ne mein dekha jaye to jitne philosopher hain, sab par yeh saadiq aata hai, they were philosophers of no philosophy.</w:t>
      </w:r>
    </w:p>
    <w:p>
      <w:pPr>
        <w:pStyle w:val="Heading2"/>
      </w:pPr>
      <w:r>
        <w:t>Protest not allowed in Islam</w:t>
      </w:r>
    </w:p>
    <w:p>
      <w:r>
        <w:rPr>
          <w:color w:val="666666"/>
          <w:sz w:val="18"/>
        </w:rPr>
        <w:t>Terrorism in the name of Islam December 23, 2016 · 1m 12s · at 9:46 · https://youtu.be/sm_0z6s2UPs?t=586</w:t>
      </w:r>
    </w:p>
    <w:p>
      <w:r>
        <w:rPr>
          <w:i/>
        </w:rPr>
        <w:t>“But Maulana Sahib, many terrorists justify violence by saying...”</w:t>
      </w:r>
    </w:p>
    <w:p>
      <w:r>
        <w:rPr>
          <w:sz w:val="20"/>
        </w:rPr>
        <w:t>9:46  but molana sahib, many of these terrorists justify the violence by saying that it is their way of showing the protest for violence that is being done on their brothers and sisters. so they say that because their brothers and sisters are being oppressed, so this is our way of showing the protest. so what would you say to that?</w:t>
      </w:r>
      <w:r>
        <w:br/>
      </w:r>
      <w:r>
        <w:rPr>
          <w:sz w:val="20"/>
        </w:rPr>
        <w:t>10:08  dekhiye, protest jis ko kehte hain na, protest, ehtijaj, woh to Islam mein jaiz hi nahin.</w:t>
      </w:r>
      <w:r>
        <w:br/>
      </w:r>
      <w:r>
        <w:rPr>
          <w:sz w:val="20"/>
        </w:rPr>
        <w:t>10:13  kisi bhi wajah se protest jaiz nahin.</w:t>
      </w:r>
      <w:r>
        <w:br/>
      </w:r>
      <w:r>
        <w:rPr>
          <w:sz w:val="20"/>
        </w:rPr>
        <w:t>10:18  misalan dekhiye, Makkah mein Kaaba ke andar unhon ne but rakh diya tha.</w:t>
      </w:r>
      <w:r>
        <w:br/>
      </w:r>
      <w:r>
        <w:rPr>
          <w:sz w:val="20"/>
        </w:rPr>
        <w:t>10:23  to Rasool Allah ne protest nahin kiya.</w:t>
      </w:r>
      <w:r>
        <w:br/>
      </w:r>
      <w:r>
        <w:rPr>
          <w:sz w:val="20"/>
        </w:rPr>
        <w:t>10:28  is se bari baat kya ho sakti hai? ke muqaddas Kaaba ke andar sankaron but rakh diye jayein.</w:t>
      </w:r>
      <w:r>
        <w:br/>
      </w:r>
      <w:r>
        <w:rPr>
          <w:sz w:val="20"/>
        </w:rPr>
        <w:t>10:33  is se ziyada buri baat kya ho sakti hai? lekin Rasool Allah ne ya Sahaba ne kabhi protest nahin kiya.</w:t>
      </w:r>
      <w:r>
        <w:br/>
      </w:r>
      <w:r>
        <w:rPr>
          <w:sz w:val="20"/>
        </w:rPr>
        <w:t>10:38  to protest khud hi Islam mein jaiz nahin hai.</w:t>
      </w:r>
      <w:r>
        <w:br/>
      </w:r>
      <w:r>
        <w:rPr>
          <w:sz w:val="20"/>
        </w:rPr>
        <w:t>10:43  kisi junoon wajah ke liye bhi jaiz nahin hai.</w:t>
      </w:r>
      <w:r>
        <w:br/>
      </w:r>
      <w:r>
        <w:rPr>
          <w:sz w:val="20"/>
        </w:rPr>
        <w:t>10:48  to jo log protest karte hain, is ko Islam se justify karte hain, woh sab bilkul baseless hai.</w:t>
      </w:r>
      <w:r>
        <w:br/>
      </w:r>
      <w:r>
        <w:rPr>
          <w:sz w:val="20"/>
        </w:rPr>
        <w:t>10:53  is ka Islam se koi ta'alluq nahin hai.</w:t>
      </w:r>
      <w:r>
        <w:br/>
      </w:r>
      <w:r>
        <w:rPr>
          <w:sz w:val="20"/>
        </w:rPr>
        <w:t>10:58  ji. molana sahib, what is the prophet of Islam's teaching on what one should do when one is being oppressed? what is your say on this?</w:t>
      </w:r>
    </w:p>
    <w:p>
      <w:pPr>
        <w:pStyle w:val="Heading2"/>
      </w:pPr>
      <w:r>
        <w:t>Contradiction perfection seeking and imperfect world</w:t>
      </w:r>
    </w:p>
    <w:p>
      <w:r>
        <w:rPr>
          <w:color w:val="666666"/>
          <w:sz w:val="18"/>
        </w:rPr>
        <w:t>Man &amp; Paradise Aug 18, 2013 - Maulana Wahiduddin Khan · 5m 44s · at 23:57 · https://youtu.be/yKy1suwbP8o?t=1437</w:t>
      </w:r>
    </w:p>
    <w:p>
      <w:r>
        <w:rPr>
          <w:i/>
        </w:rPr>
        <w:t>“Now the question is: why is man sad?”</w:t>
      </w:r>
    </w:p>
    <w:p>
      <w:r>
        <w:rPr>
          <w:sz w:val="20"/>
        </w:rPr>
        <w:t>23:57  ab yeh sawaal hai ke insaan kyun sad hota hai? kyun us ko tension hota hai? kyun marta hai frustration mein?</w:t>
      </w:r>
      <w:r>
        <w:br/>
      </w:r>
      <w:r>
        <w:rPr>
          <w:sz w:val="20"/>
        </w:rPr>
        <w:t>24:09  is ka sabab yeh hai</w:t>
      </w:r>
      <w:r>
        <w:br/>
      </w:r>
      <w:r>
        <w:rPr>
          <w:sz w:val="20"/>
        </w:rPr>
        <w:t>24:14  ke jo kuch dunya mein hai, woh us se kam hai jo insaan chahta hai.</w:t>
      </w:r>
      <w:r>
        <w:br/>
      </w:r>
      <w:r>
        <w:rPr>
          <w:sz w:val="20"/>
        </w:rPr>
        <w:t>24:24  jo kuch dunya mein hai, woh us se kam hai bohat zyada jo insaan chahta hai.</w:t>
      </w:r>
      <w:r>
        <w:br/>
      </w:r>
      <w:r>
        <w:rPr>
          <w:sz w:val="20"/>
        </w:rPr>
        <w:t>24:31  insaan ke jo salahiyatein hain, mislan meri aankh jo scene dekhna chahti hai, woh dunya mein mujhe nahi milta.</w:t>
      </w:r>
      <w:r>
        <w:br/>
      </w:r>
      <w:r>
        <w:rPr>
          <w:sz w:val="20"/>
        </w:rPr>
        <w:t>24:44  har scene us se kam hai jo mera aankh ko dekhna chahti hai. mera aankh yeh usi tarah se hai, mera kaan.</w:t>
      </w:r>
      <w:r>
        <w:br/>
      </w:r>
      <w:r>
        <w:rPr>
          <w:sz w:val="20"/>
        </w:rPr>
        <w:t>24:54  mera matlab har insaan ka jin naghmon ko sunna chahta hai, woh naghme dunya mein woh available nahi. jo naghme hain, woh us se bohat kam hain jin ko ke mera kaan sunna chahta hai.</w:t>
      </w:r>
      <w:r>
        <w:br/>
      </w:r>
      <w:r>
        <w:rPr>
          <w:sz w:val="20"/>
        </w:rPr>
        <w:t>25:07  jo mere taste buds hain, jis zaiqon ko woh chahte hain, us ko mile, woh nahi dunya mein milta. koi jo zaiqe milte hain, woh us se bohat kam hote hain. isi ke saath dekhiye, insaan beemar hota hai,</w:t>
      </w:r>
      <w:r>
        <w:br/>
      </w:r>
      <w:r>
        <w:rPr>
          <w:sz w:val="20"/>
        </w:rPr>
        <w:t>25:21  accident hota hai us ko, aur phir woh mar jata hai.</w:t>
      </w:r>
      <w:r>
        <w:br/>
      </w:r>
      <w:r>
        <w:rPr>
          <w:sz w:val="20"/>
        </w:rPr>
        <w:t>25:27  to kaisa ajeeb hai ke aadmi 57 saal mein mar gaye, koi 67, koi 77, koi 87 mar jata hai.</w:t>
      </w:r>
      <w:r>
        <w:br/>
      </w:r>
      <w:r>
        <w:rPr>
          <w:sz w:val="20"/>
        </w:rPr>
        <w:t>25:35  bas yahi zindagi insaan ki hai. to kaise koi khush ho sakta hai? kyunke aadmi chahta hai eternal life.</w:t>
      </w:r>
      <w:r>
        <w:br/>
      </w:r>
      <w:r>
        <w:rPr>
          <w:sz w:val="20"/>
        </w:rPr>
        <w:t>25:45  har aadmi eternity chahta hai, abadi tor par mujhe khushi mile, abadi tor par kamyabi mile mujhe. to aap ka body jo hai, degenerate hota hai, aap ko fulfillment nahi milta.</w:t>
      </w:r>
      <w:r>
        <w:br/>
      </w:r>
      <w:r>
        <w:rPr>
          <w:sz w:val="20"/>
        </w:rPr>
        <w:t>26:00  yeh matlab hai is ka.</w:t>
      </w:r>
      <w:r>
        <w:br/>
      </w:r>
      <w:r>
        <w:rPr>
          <w:sz w:val="20"/>
        </w:rPr>
        <w:t>26:07  isi liye quran mein likhe aaya hai "Allah bi zikr Allah tatmain al quloob". Allah ki yaad hi se qalb ka itminan milta hai insaan ko.</w:t>
      </w:r>
      <w:r>
        <w:br/>
      </w:r>
      <w:r>
        <w:rPr>
          <w:sz w:val="20"/>
        </w:rPr>
        <w:t>26:19  yahan yaad ka mani yeh nahi ke ab Allah Allah Allah na karna, balkeh Allah ka jo takhleeqi naqsha hai, Allah ka jo plan hai, us ke mutabiq jab aap daryaft karte hain, tab aap ko milta hai itminan e qalb.</w:t>
      </w:r>
      <w:r>
        <w:br/>
      </w:r>
      <w:r>
        <w:rPr>
          <w:sz w:val="20"/>
        </w:rPr>
        <w:t>26:41  aur is ke baghair agar aap sochen, aap zindagi guzarna chahen to aap andhere mein rahen ge. aap ko itminan e qalb kahan se mile ga? aise hi rasool Allah salallahu alaihi wasallam ne farmaya ke "Allahumma la asha illa ashra aakhirah".</w:t>
      </w:r>
      <w:r>
        <w:br/>
      </w:r>
      <w:r>
        <w:rPr>
          <w:sz w:val="20"/>
        </w:rPr>
        <w:t>26:59  yani aakhirat ko le kar ke jo ideology banegi, aakhirat ko le kar ke jo aap apni zindagi ka naqsha banayen ge, tab aap ko sukoon mile ga. kyunke yahan to yahan to woh saman hai hi nahi.</w:t>
      </w:r>
      <w:r>
        <w:br/>
      </w:r>
      <w:r>
        <w:rPr>
          <w:sz w:val="20"/>
        </w:rPr>
        <w:t>27:12  to ek ek yeh muamla ek contradiction ka muamla hai. insaan apni takhleeq ke aitbar se takhleeq e ahsan par paida hua hai, lekin jahan rakha gaya hai, us ko ya asal safreen se murad yeh dunya hai,</w:t>
      </w:r>
      <w:r>
        <w:br/>
      </w:r>
      <w:r>
        <w:rPr>
          <w:sz w:val="20"/>
        </w:rPr>
        <w:t>27:29  koi aur cheez nahi hai. yani insaan ko paida kiya gaya ek ek perfection seeking animal ke taur par aur daal diya is dunya mein jo ke imperfect world hai.</w:t>
      </w:r>
      <w:r>
        <w:br/>
      </w:r>
      <w:r>
        <w:rPr>
          <w:sz w:val="20"/>
        </w:rPr>
        <w:t>27:44  yahi jo planet hai, yahi jo zameen hai, yahi sayarah arz hai, isi ke isi yahi hai asal safreen.</w:t>
      </w:r>
      <w:r>
        <w:br/>
      </w:r>
      <w:r>
        <w:rPr>
          <w:sz w:val="20"/>
        </w:rPr>
        <w:t>27:56  aur asal safreen is sense mein hai ke aap jo chahte hain, woh yahan milta nahi aap ko. aap chahte hain eternity, yahan aap ko sirf aarzi muddat mein kuch cheezen saman mil jata hai.</w:t>
      </w:r>
      <w:r>
        <w:br/>
      </w:r>
      <w:r>
        <w:rPr>
          <w:sz w:val="20"/>
        </w:rPr>
        <w:t>28:09  aap chahte hain ke main hamesha healthy rahoon, lekin aap ko hamesha ki health nahi milti. aap chahte hain ke mujhe kabhi accident na ho, lekin yahan par aap ko accident se dochar hona parta hai.</w:t>
      </w:r>
      <w:r>
        <w:br/>
      </w:r>
      <w:r>
        <w:rPr>
          <w:sz w:val="20"/>
        </w:rPr>
        <w:t>28:23  aap chahte hain ke main kabhi kabhi mujhe burden na ho, lekin aap ko bore hona parta hai. aap chahte hain ke hamesha mujhe mera intellectual development hamesha jari rahe, lekin yahan par aap ko end aa jata hai.</w:t>
      </w:r>
      <w:r>
        <w:br/>
      </w:r>
      <w:r>
        <w:rPr>
          <w:sz w:val="20"/>
        </w:rPr>
        <w:t>28:39  jin lazzaton ko aap chahte hain, un lazzaton ko hasil kar ke bhi aap enjoy nahi kar paate, kyunke enjoy karne ka mauqa nahi hai aap is dunya mein aap ke liye.</w:t>
      </w:r>
      <w:r>
        <w:br/>
      </w:r>
      <w:r>
        <w:rPr>
          <w:sz w:val="20"/>
        </w:rPr>
        <w:t>28:52  to har jagah aadmi yeh tajruba karta hai ke ke jo main chahta hoon, mujhe nahi mil raha hai, yani fulfillment nahi mil raha hai. aap jante hain ke insaan jo hai, full fulfillment se kam cheez par kabhi raazi nahi ho sakta.</w:t>
      </w:r>
      <w:r>
        <w:br/>
      </w:r>
      <w:r>
        <w:rPr>
          <w:sz w:val="20"/>
        </w:rPr>
        <w:t>29:07  tension isi liye hota hai.</w:t>
      </w:r>
      <w:r>
        <w:br/>
      </w:r>
      <w:r>
        <w:rPr>
          <w:sz w:val="20"/>
        </w:rPr>
        <w:t>29:11  to asal safreen ka matlab yeh hai ke insaan ko paida kiya Allah taala ne perfection seeking animal ke taur par, lekin is ko daal diya wahan jahan ke jo ke imperfect world hai.</w:t>
      </w:r>
      <w:r>
        <w:br/>
      </w:r>
      <w:r>
        <w:rPr>
          <w:sz w:val="20"/>
        </w:rPr>
        <w:t>29:27  yani dunya maujooda dunya imperfect world hai aur hum perfection seeking animal hain. to yeh yeh hai contradiction. isi ko is ayat mein bataya gaya hai.</w:t>
      </w:r>
    </w:p>
    <w:p>
      <w:pPr>
        <w:pStyle w:val="Heading2"/>
      </w:pPr>
      <w:r>
        <w:t>tribal chief rejects Islam fearing the Persian king</w:t>
      </w:r>
    </w:p>
    <w:p>
      <w:r>
        <w:rPr>
          <w:color w:val="666666"/>
          <w:sz w:val="18"/>
        </w:rPr>
        <w:t>Freedom of Expression in Islam September 30, 2012 · 2m 16s · at 26:47 · https://youtu.be/S4mQpkoZITg?t=1607</w:t>
      </w:r>
    </w:p>
    <w:p>
      <w:r>
        <w:rPr>
          <w:i/>
        </w:rPr>
        <w:t>“In Mecca, a tribe called Banu Shaiban came to visit”</w:t>
      </w:r>
    </w:p>
    <w:p>
      <w:r>
        <w:rPr>
          <w:sz w:val="20"/>
        </w:rPr>
        <w:t>26:47  woh khud Islam ke zamane mein bhi yeh halat qaim thi.</w:t>
      </w:r>
      <w:r>
        <w:br/>
      </w:r>
      <w:r>
        <w:rPr>
          <w:sz w:val="20"/>
        </w:rPr>
        <w:t>26:52  misalan dekhiye, Makki daur mein jo waqiat hue, us mein se aik waqia yeh hai ke qabail Arab jo thay, woh Kaba ki ziyarat ke liye mukhtalif ilaqon se aya karte thay.</w:t>
      </w:r>
      <w:r>
        <w:br/>
      </w:r>
      <w:r>
        <w:rPr>
          <w:sz w:val="20"/>
        </w:rPr>
        <w:t>27:11  har saal aik saal aisa hua ke jab qabail aaye ke Rasool Allah sal Allah alaihi wasallam gaye wahan par tablegh ke liye, Quran logon ko batane ke liye.</w:t>
      </w:r>
      <w:r>
        <w:br/>
      </w:r>
      <w:r>
        <w:rPr>
          <w:sz w:val="20"/>
        </w:rPr>
        <w:t>27:22  to us mein aik qabila tha, uska naam tha Banu Shaiban. us ke paas aap gaye to aap ne Quran sunaya, un ko is tauheed ki baat batayi.</w:t>
      </w:r>
      <w:r>
        <w:br/>
      </w:r>
      <w:r>
        <w:rPr>
          <w:sz w:val="20"/>
        </w:rPr>
        <w:t>27:34  jo sardar jo tha, woh mutasir hua, us ko aap ki baatein achi lagin lekin us ne mana nahi.</w:t>
      </w:r>
      <w:r>
        <w:br/>
      </w:r>
      <w:r>
        <w:rPr>
          <w:sz w:val="20"/>
        </w:rPr>
        <w:t>27:45  kyun? us ne daleel yeh di thi. aap woh kitab hamare paas maujood hai, yahan bhi dekh sakte hain aap ke hum hum jahan rehte hain, woh Arab ki woh sarhad hai jo Iran se milti hai.</w:t>
      </w:r>
      <w:r>
        <w:br/>
      </w:r>
      <w:r>
        <w:rPr>
          <w:sz w:val="20"/>
        </w:rPr>
        <w:t>28:00  hum Irani badshah ki sarhad par rehte hain aur Irani badshahon se hamare muahiday hain.</w:t>
      </w:r>
      <w:r>
        <w:br/>
      </w:r>
      <w:r>
        <w:rPr>
          <w:sz w:val="20"/>
        </w:rPr>
        <w:t>28:09  us ne us ne kaha tha ke badshah log is ko pasand nahi karte ke koi nai cheez introduce ki jaye, koi nai cheez ikhtiyar ki jaye,</w:t>
      </w:r>
      <w:r>
        <w:br/>
      </w:r>
      <w:r>
        <w:rPr>
          <w:sz w:val="20"/>
        </w:rPr>
        <w:t>28:21  koi nai cheez ikhtiyar ki jaye. to aap ki cheez jo hai, aik nai cheez hai.</w:t>
      </w:r>
      <w:r>
        <w:br/>
      </w:r>
      <w:r>
        <w:rPr>
          <w:sz w:val="20"/>
        </w:rPr>
        <w:t>28:26  yani dunya jo hai, woh yani yani jo dunya ka jo is waqt culture hai, woh shirk culture hai. aap tauheed culture ko pesh kar rahe hain, jo aik nai cheez hai.</w:t>
      </w:r>
      <w:r>
        <w:br/>
      </w:r>
      <w:r>
        <w:rPr>
          <w:sz w:val="20"/>
        </w:rPr>
        <w:t>28:38  to us ne kaha ke Shahanshah Kisra jo hain, is ko pasand nahi karenge. Mumalathul balugh yeh woh cheez hai, yeh yeh aik nai cheez hai, is liye badshah log is ko pasand nahi karenge.</w:t>
      </w:r>
      <w:r>
        <w:br/>
      </w:r>
      <w:r>
        <w:rPr>
          <w:sz w:val="20"/>
        </w:rPr>
        <w:t>28:50  is liye main is ko ikhtiyar nahi kar sakta.</w:t>
      </w:r>
      <w:r>
        <w:br/>
      </w:r>
      <w:r>
        <w:rPr>
          <w:sz w:val="20"/>
        </w:rPr>
        <w:t>28:53  to woh zamana jo tha ke ikhtilaf-e-rai, dissent, alag koi rai rakhna, yeh bilkul shajar-e-mamanu'a tha, pabandi thi.</w:t>
      </w:r>
    </w:p>
    <w:p>
      <w:pPr>
        <w:pStyle w:val="Heading2"/>
      </w:pPr>
      <w:r>
        <w:t>Aisha's tears of joy at the permission to migrate</w:t>
      </w:r>
    </w:p>
    <w:p>
      <w:r>
        <w:rPr>
          <w:color w:val="666666"/>
          <w:sz w:val="18"/>
        </w:rPr>
        <w:t>In Conversation with Dr. Saniyasnain Khan December 12, 2021 · 1m 06s · at 5:20 · https://youtu.be/9Lp76ckNRYE?t=320</w:t>
      </w:r>
    </w:p>
    <w:p>
      <w:r>
        <w:rPr>
          <w:i/>
        </w:rPr>
        <w:t>“Hazrat Aisha ne bataya ke unhein khushi ke aansu pehli baar dikhe”</w:t>
      </w:r>
    </w:p>
    <w:p>
      <w:r>
        <w:rPr>
          <w:sz w:val="20"/>
        </w:rPr>
        <w:t>5:20  aah, Sahabiyon ka yeh alam hota tha ke agar kuch bhi mission se talluq koi baat hoti thi to ek dam se ready ho jatay thay. aah, mein ek baat parh parh raha tha Hazrat Aisha se riwayat hai, aah, ke unhon ne bataya yahi incident ko le ke, aah, ke Prophet hamesha, aah, Hazrat Abu Bakr se din mein do dafa milnay atay thay subah aur sham ko.</w:t>
      </w:r>
      <w:r>
        <w:br/>
      </w:r>
      <w:r>
        <w:rPr>
          <w:sz w:val="20"/>
        </w:rPr>
        <w:t>5:42  aah, par ek din woh dopahar mein aaye to un ko jab dekha to Hazrat Abu Bakr ne kaha, aah, ke zaroor koi bohat hi urgent matter hai.</w:t>
      </w:r>
      <w:r>
        <w:br/>
      </w:r>
      <w:r>
        <w:rPr>
          <w:sz w:val="20"/>
        </w:rPr>
        <w:t>5:52  aur phir Prophet ne bataya ke, aah, unhein Allah ki taraf se yeh permission mili hai ke woh hijrat karein. to Hazrat Aisha ne kaha ke, aah, is se pehlay mein nahi janti thi ke khushi ke aansu kya hotay hain lekin jab mein ne Hazrat Abu Bakr ko dekha ke woh yeh jaise hi unhon ne yeh khabar suni ke kaise woh khushi ke aansu se ro uthay tab unhon ne un ko pata chala ke khushi ke aansu kya hotay hain.</w:t>
      </w:r>
      <w:r>
        <w:br/>
      </w:r>
      <w:r>
        <w:rPr>
          <w:sz w:val="20"/>
        </w:rPr>
        <w:t>6:18  to yeh jazba ya yaqeen, aah, yeh sab hum hum ko yeh seekh milti hai, aah, yeh, aah, is incident se. aah, Masha Allah.</w:t>
      </w:r>
    </w:p>
    <w:p>
      <w:pPr>
        <w:pStyle w:val="Heading2"/>
      </w:pPr>
      <w:r>
        <w:t>Quran's call for creative mindset</w:t>
      </w:r>
    </w:p>
    <w:p>
      <w:r>
        <w:rPr>
          <w:color w:val="666666"/>
          <w:sz w:val="18"/>
        </w:rPr>
        <w:t>Question and Answer April 07, 2020 Maulana Wahiduddin Khan · 5m 22s · at 0:16 · https://youtu.be/_GFv068coXA?t=16</w:t>
      </w:r>
    </w:p>
    <w:p>
      <w:r>
        <w:rPr>
          <w:i/>
        </w:rPr>
        <w:t>“Aaj main ek sawal ke baare mein soch raha tha”</w:t>
      </w:r>
    </w:p>
    <w:p>
      <w:r>
        <w:rPr>
          <w:sz w:val="20"/>
        </w:rPr>
        <w:t>0:16  7 april 2020. aaj mein ek sawal ke bare mein soch raha tha ke quran mein masle masail</w:t>
      </w:r>
      <w:r>
        <w:br/>
      </w:r>
      <w:r>
        <w:rPr>
          <w:sz w:val="20"/>
        </w:rPr>
        <w:t>0:34  bohat hi kam aaye hain, bohat hi kam.</w:t>
      </w:r>
      <w:r>
        <w:br/>
      </w:r>
      <w:r>
        <w:rPr>
          <w:sz w:val="20"/>
        </w:rPr>
        <w:t>0:42  misalan umrah ka masla, hajj ke masail,</w:t>
      </w:r>
      <w:r>
        <w:br/>
      </w:r>
      <w:r>
        <w:rPr>
          <w:sz w:val="20"/>
        </w:rPr>
        <w:t>0:51  namaz ke masail. aap fiqh mein</w:t>
      </w:r>
      <w:r>
        <w:br/>
      </w:r>
      <w:r>
        <w:rPr>
          <w:sz w:val="20"/>
        </w:rPr>
        <w:t>0:58  parh kar jante hain. quran mein in ke bare mein koi tafseel nahi hai. aisa kyun hai?</w:t>
      </w:r>
      <w:r>
        <w:br/>
      </w:r>
      <w:r>
        <w:rPr>
          <w:sz w:val="20"/>
        </w:rPr>
        <w:t>1:12  bhi farmaya ke yeh is liye hai ke quran yeh chahta hai ke ahle iman ke andar creativity jage.</w:t>
      </w:r>
      <w:r>
        <w:br/>
      </w:r>
      <w:r>
        <w:rPr>
          <w:sz w:val="20"/>
        </w:rPr>
        <w:t>1:25  quran ka matloob insan creative insan hai.</w:t>
      </w:r>
      <w:r>
        <w:br/>
      </w:r>
      <w:r>
        <w:rPr>
          <w:sz w:val="20"/>
        </w:rPr>
        <w:t>1:32  quran ka matloob insan creative insan hai. creative mind.</w:t>
      </w:r>
      <w:r>
        <w:br/>
      </w:r>
      <w:r>
        <w:rPr>
          <w:sz w:val="20"/>
        </w:rPr>
        <w:t>1:41  to log bohat zyada sochte hain is quran ka. jitne masail hain, jitni batein hain jo quran mein mazkoor hi nahi,</w:t>
      </w:r>
      <w:r>
        <w:br/>
      </w:r>
      <w:r>
        <w:rPr>
          <w:sz w:val="20"/>
        </w:rPr>
        <w:t>1:54  woh aap alag se mehnat karte hain tab aap jaan paate hain.</w:t>
      </w:r>
      <w:r>
        <w:br/>
      </w:r>
      <w:r>
        <w:rPr>
          <w:sz w:val="20"/>
        </w:rPr>
        <w:t>2:04  to hum logon ko yeh janna chahiye ke hamare andar creative iman, creative faith paida karna hoga.</w:t>
      </w:r>
      <w:r>
        <w:br/>
      </w:r>
      <w:r>
        <w:rPr>
          <w:sz w:val="20"/>
        </w:rPr>
        <w:t>2:18  tab hum Allah ke</w:t>
      </w:r>
      <w:r>
        <w:br/>
      </w:r>
      <w:r>
        <w:rPr>
          <w:sz w:val="20"/>
        </w:rPr>
        <w:t>2:20  matloob insan banein ge.</w:t>
      </w:r>
      <w:r>
        <w:br/>
      </w:r>
      <w:r>
        <w:rPr>
          <w:sz w:val="20"/>
        </w:rPr>
        <w:t>2:27  misalan dekhiye aaj mein soch raha tha ke quran ki ek ayat hai: qul ya ibad allazina asrafu ala anfusihim la takhafaw min rahmatillah fainnalaha yaghfirudh dhunuba jami'a</w:t>
      </w:r>
      <w:r>
        <w:br/>
      </w:r>
      <w:r>
        <w:rPr>
          <w:sz w:val="20"/>
        </w:rPr>
        <w:t>2:43  kaho</w:t>
      </w:r>
      <w:r>
        <w:br/>
      </w:r>
      <w:r>
        <w:rPr>
          <w:sz w:val="20"/>
        </w:rPr>
        <w:t>2:45  kaho ay bando jinho ne apni janon par zulm kiya hai</w:t>
      </w:r>
      <w:r>
        <w:br/>
      </w:r>
      <w:r>
        <w:rPr>
          <w:sz w:val="20"/>
        </w:rPr>
        <w:t>2:53  la taqnato min rahmatillah Allah ki rehmat se mayoos na ho.</w:t>
      </w:r>
      <w:r>
        <w:br/>
      </w:r>
      <w:r>
        <w:rPr>
          <w:sz w:val="20"/>
        </w:rPr>
        <w:t>3:02  kyunke Allah sare gunahon ko bakhsne wala hai.</w:t>
      </w:r>
      <w:r>
        <w:br/>
      </w:r>
      <w:r>
        <w:rPr>
          <w:sz w:val="20"/>
        </w:rPr>
        <w:t>3:11  ab dekhen bohat ajib baat yeh hai ke sare gunah bakhsh diye jayen ge to kaise? ke aap apne aap idhar log gunah karen ge aur idhar auto button den ge to sab maaf kar diya jayega.</w:t>
      </w:r>
      <w:r>
        <w:br/>
      </w:r>
      <w:r>
        <w:rPr>
          <w:sz w:val="20"/>
        </w:rPr>
        <w:t>3:29  to is saal jo hai wo is mein nahi hai.</w:t>
      </w:r>
      <w:r>
        <w:br/>
      </w:r>
      <w:r>
        <w:rPr>
          <w:sz w:val="20"/>
        </w:rPr>
        <w:t>3:34  fa innallaha yakhfurul dhunuba jami'an kyunke Allah maghfirat karne wala hai tamam hi gunahon ki. to tamam gunah jab bakhsh diye jayen ge to kaise?</w:t>
      </w:r>
      <w:r>
        <w:br/>
      </w:r>
      <w:r>
        <w:rPr>
          <w:sz w:val="20"/>
        </w:rPr>
        <w:t>3:50  yeh mazkur nahi hai. aur bhi kitni chezen hain jo mazkur nahi hain.</w:t>
      </w:r>
      <w:r>
        <w:br/>
      </w:r>
      <w:r>
        <w:rPr>
          <w:sz w:val="20"/>
        </w:rPr>
        <w:t>3:59  to mein samajhta hoon ke yeh is liye hai ke Allah rab ul alameen ka matloob hai ke aap ke andar creativity paida ho. creativity.</w:t>
      </w:r>
      <w:r>
        <w:br/>
      </w:r>
      <w:r>
        <w:rPr>
          <w:sz w:val="20"/>
        </w:rPr>
        <w:t>4:09  dekhen science ne jitni taraqqi ki hai. science kya hai? Khuda ki jo takhleeq hai, Khuda ki jo</w:t>
      </w:r>
      <w:r>
        <w:br/>
      </w:r>
      <w:r>
        <w:rPr>
          <w:sz w:val="20"/>
        </w:rPr>
        <w:t>4:19  madi dunya hai, us ke bare mein aap jab</w:t>
      </w:r>
      <w:r>
        <w:br/>
      </w:r>
      <w:r>
        <w:rPr>
          <w:sz w:val="20"/>
        </w:rPr>
        <w:t>4:27  tahqeeq karte hain aur daryaften karte hain</w:t>
      </w:r>
      <w:r>
        <w:br/>
      </w:r>
      <w:r>
        <w:rPr>
          <w:sz w:val="20"/>
        </w:rPr>
        <w:t>4:35  to woh sab arifon ki shakh se hoti hain.</w:t>
      </w:r>
      <w:r>
        <w:br/>
      </w:r>
      <w:r>
        <w:rPr>
          <w:sz w:val="20"/>
        </w:rPr>
        <w:t>4:45  kahin likha hua nahi hai sari baton ko. kahin likh nahi diya hai aap kisi pahar par aap ja ke parh len.</w:t>
      </w:r>
      <w:r>
        <w:br/>
      </w:r>
      <w:r>
        <w:rPr>
          <w:sz w:val="20"/>
        </w:rPr>
        <w:t>4:55  bohat hi lambi muddat tak ghor o fikr se woh baaten maloom hoti hain.</w:t>
      </w:r>
      <w:r>
        <w:br/>
      </w:r>
      <w:r>
        <w:rPr>
          <w:sz w:val="20"/>
        </w:rPr>
        <w:t>5:03  misalan zameen mein gravitation ki taqat hai. dekhen aap jante hain ke hazaron saal tak insan ne jana hi nahi hai.</w:t>
      </w:r>
      <w:r>
        <w:br/>
      </w:r>
      <w:r>
        <w:rPr>
          <w:sz w:val="20"/>
        </w:rPr>
        <w:t>5:14  yahan tak ke near dund ke sar par sip gira.</w:t>
      </w:r>
      <w:r>
        <w:br/>
      </w:r>
      <w:r>
        <w:rPr>
          <w:sz w:val="20"/>
        </w:rPr>
        <w:t>5:19  yani aprashak hua. tab insan ne socha aur phir jana.</w:t>
      </w:r>
      <w:r>
        <w:br/>
      </w:r>
      <w:r>
        <w:rPr>
          <w:sz w:val="20"/>
        </w:rPr>
        <w:t>5:28  to aap ko yeh janna chahiye ke creative mind Allah ko pasand hai.</w:t>
      </w:r>
    </w:p>
    <w:p>
      <w:pPr>
        <w:pStyle w:val="Heading2"/>
      </w:pPr>
      <w:r>
        <w:t>Quran chapter 81: guidance for whoever wishes to follow</w:t>
      </w:r>
    </w:p>
    <w:p>
      <w:r>
        <w:rPr>
          <w:color w:val="666666"/>
          <w:sz w:val="18"/>
        </w:rPr>
        <w:t>Month of Ramadan and The Quran 15 July 2012 · 1m 46s · at 18:14 · https://youtu.be/BxiaMbKdoo8?t=1094</w:t>
      </w:r>
    </w:p>
    <w:p>
      <w:r>
        <w:rPr>
          <w:i/>
        </w:rPr>
        <w:t>“قرآن کا چیپٹر نمبر ایٹی ون، التکبیر آپ کھولیے”</w:t>
      </w:r>
    </w:p>
    <w:p>
      <w:r>
        <w:rPr>
          <w:sz w:val="20"/>
        </w:rPr>
        <w:t>18:14  misal ke taur par dekhiye, main aap ko ek misal deta hoon. Quran ka chapter number eighty one, At-Takwir aap kholiye.</w:t>
      </w:r>
      <w:r>
        <w:br/>
      </w:r>
      <w:r>
        <w:rPr>
          <w:sz w:val="20"/>
        </w:rPr>
        <w:t>18:27  At-Takwir chapter number eighty one. is ke aakhir mein jaiye. yaani last but one verse ko lijiye.</w:t>
      </w:r>
      <w:r>
        <w:br/>
      </w:r>
      <w:r>
        <w:rPr>
          <w:sz w:val="20"/>
        </w:rPr>
        <w:t>18:40  woh hai inna huwal zikru lil aalameen. liman shaa minkum an yastaqeem.</w:t>
      </w:r>
      <w:r>
        <w:br/>
      </w:r>
      <w:r>
        <w:rPr>
          <w:sz w:val="20"/>
        </w:rPr>
        <w:t>18:50  is ka matlab yeh hai ke</w:t>
      </w:r>
      <w:r>
        <w:br/>
      </w:r>
      <w:r>
        <w:rPr>
          <w:sz w:val="20"/>
        </w:rPr>
        <w:t>18:56  Quran jo hai ek naseehat hai, yaad dehani hai, rehnuma kitaab hai.</w:t>
      </w:r>
      <w:r>
        <w:br/>
      </w:r>
      <w:r>
        <w:rPr>
          <w:sz w:val="20"/>
        </w:rPr>
        <w:t>19:05  is fard ke liye jo yeh chahe ke is ko apni zindagi ko sahi raaste pe chalana hai.</w:t>
      </w:r>
      <w:r>
        <w:br/>
      </w:r>
      <w:r>
        <w:rPr>
          <w:sz w:val="20"/>
        </w:rPr>
        <w:t>19:15  Quran is a book of guidance</w:t>
      </w:r>
      <w:r>
        <w:br/>
      </w:r>
      <w:r>
        <w:rPr>
          <w:sz w:val="20"/>
        </w:rPr>
        <w:t>19:21  to every one of you who wishes</w:t>
      </w:r>
      <w:r>
        <w:br/>
      </w:r>
      <w:r>
        <w:rPr>
          <w:sz w:val="20"/>
        </w:rPr>
        <w:t>19:27  to follow the straight path . ab aap dekhiye, ek fard ko Quran khitab kar raha hai, ek ek shakhs ko khitab kar raha hai.</w:t>
      </w:r>
      <w:r>
        <w:br/>
      </w:r>
      <w:r>
        <w:rPr>
          <w:sz w:val="20"/>
        </w:rPr>
        <w:t>19:37  aur woh bhi is mein wish ki shart laga rakhi hai.</w:t>
      </w:r>
      <w:r>
        <w:br/>
      </w:r>
      <w:r>
        <w:rPr>
          <w:sz w:val="20"/>
        </w:rPr>
        <w:t>19:42  woh ek fard, woh ek insan jo yeh chahe ke us ko Allah ke raste pe chalna hai, us ke liye Quran utra hai.</w:t>
      </w:r>
      <w:r>
        <w:br/>
      </w:r>
      <w:r>
        <w:rPr>
          <w:sz w:val="20"/>
        </w:rPr>
        <w:t>19:53  kaisi ajeeb baat hai.</w:t>
      </w:r>
    </w:p>
    <w:p>
      <w:pPr>
        <w:pStyle w:val="Heading2"/>
      </w:pPr>
      <w:r>
        <w:t>Muslims lack acceptance of leadership, not leaders</w:t>
      </w:r>
    </w:p>
    <w:p>
      <w:r>
        <w:rPr>
          <w:color w:val="666666"/>
          <w:sz w:val="18"/>
        </w:rPr>
        <w:t>Rationalization of Evil Feb 15, 2009 · 28s · at 1:21:43 · https://youtu.be/WbeB4g7sNQ4?t=4903</w:t>
      </w:r>
    </w:p>
    <w:p>
      <w:r>
        <w:rPr>
          <w:i/>
        </w:rPr>
        <w:t>“ہمارا لیک آف لیڈرشپ کا معاملہ نہیں ہے”</w:t>
      </w:r>
    </w:p>
    <w:p>
      <w:r>
        <w:rPr>
          <w:sz w:val="20"/>
        </w:rPr>
        <w:t>1:21:43  to pehle yeh janiye ke starting point kiya hai. starting point logon ka hai soch badalna, zehan banana, logon ke andar itaat ka madah paida karna, mannay ka mizaj banana, acceptance.</w:t>
      </w:r>
      <w:r>
        <w:br/>
      </w:r>
      <w:r>
        <w:rPr>
          <w:sz w:val="20"/>
        </w:rPr>
        <w:t>1:21:57  main ne aik bar to kaha tha ke hamara lack of leadership ka mamla nahi hai, lack of acceptance of leadership ka mamla hai. jo jis jis se jis problem se hum dochar hain, woh lack of leadership nahi hai,</w:t>
      </w:r>
    </w:p>
    <w:p>
      <w:pPr>
        <w:pStyle w:val="Heading2"/>
      </w:pPr>
      <w:r>
        <w:t>rejecting the excuse of self-reform before helping others</w:t>
      </w:r>
    </w:p>
    <w:p>
      <w:r>
        <w:rPr>
          <w:color w:val="666666"/>
          <w:sz w:val="18"/>
        </w:rPr>
        <w:t>Spiritual Travel Across Eastern Europe July 14, 2024 · 29s · at 13:47 · https://youtu.be/b7BMyJKPM1w?t=827</w:t>
      </w:r>
    </w:p>
    <w:p>
      <w:r>
        <w:rPr>
          <w:i/>
        </w:rPr>
        <w:t>“पहले हम तो सुधर जाएं फिर दोस्त सुधारेंगे?”</w:t>
      </w:r>
    </w:p>
    <w:p>
      <w:r>
        <w:rPr>
          <w:sz w:val="20"/>
        </w:rPr>
        <w:t>13:47  to humne kaha ke isko aap bhi distribute karein, hum bhejenge aapko. khaas taur se non Muslims mein karein. to unhone kaha ke pehle hum to sudhar jaayein phir dost log sudhareinge. yeh aap aksar sunte hain kuch logon ka yeh soch hai. yeh badi ajeeb soch hai. aap kab bhi yeh samjhenge ke aap sudhar gaye? to yeh keh sakta hai ke bhai main bilkul ab imaan yaqta ho gaya hoon aur maarifta yaqta ab main kuch doosron ke liye kaam karoon. ji.</w:t>
      </w:r>
      <w:r>
        <w:br/>
      </w:r>
      <w:r>
        <w:rPr>
          <w:sz w:val="20"/>
        </w:rPr>
        <w:t>14:16  to yeh to kabhi nahi ho sakta.</w:t>
      </w:r>
    </w:p>
    <w:p>
      <w:pPr>
        <w:pStyle w:val="Heading2"/>
      </w:pPr>
      <w:r>
        <w:t>Night of Destiny really means the Quran is the Book of Destiny</w:t>
      </w:r>
    </w:p>
    <w:p>
      <w:r>
        <w:rPr>
          <w:color w:val="666666"/>
          <w:sz w:val="18"/>
        </w:rPr>
        <w:t>Discovery of The Quran August 4, 2013 · 2m 32s · at 32:14 · https://youtu.be/B76kcz6qc_4?t=1934</w:t>
      </w:r>
    </w:p>
    <w:p>
      <w:r>
        <w:rPr>
          <w:i/>
        </w:rPr>
        <w:t>“Quran mein ek surah hai: inna anzalnahu fi lailatil qadr”</w:t>
      </w:r>
    </w:p>
    <w:p>
      <w:r>
        <w:rPr>
          <w:sz w:val="20"/>
        </w:rPr>
        <w:t>32:14  Quran mein ek surah hai: "Inna anzalnahu fi laylatul qadr", yani Quran ko utara Allah taala ne Laylatul Qadr mein.</w:t>
      </w:r>
      <w:r>
        <w:br/>
      </w:r>
      <w:r>
        <w:rPr>
          <w:sz w:val="20"/>
        </w:rPr>
        <w:t>32:26  Laylatul Qadr ka matlab hai night of destiny, night of destiny, yani Allah taala ne Quran ko utara night of destiny mein,</w:t>
      </w:r>
      <w:r>
        <w:br/>
      </w:r>
      <w:r>
        <w:rPr>
          <w:sz w:val="20"/>
        </w:rPr>
        <w:t>32:41  destiny ki raat mein. to sochte sochte mujhe samajh aaya ke koi raat destiny ki raat nahi ho sakti. to phir kya cheez hai destiny jis ko kaha gaya hai?</w:t>
      </w:r>
      <w:r>
        <w:br/>
      </w:r>
      <w:r>
        <w:rPr>
          <w:sz w:val="20"/>
        </w:rPr>
        <w:t>32:53  to yeh dekhiye, Quran ka usloob hai.</w:t>
      </w:r>
      <w:r>
        <w:br/>
      </w:r>
      <w:r>
        <w:rPr>
          <w:sz w:val="20"/>
        </w:rPr>
        <w:t>32:56  jo baat kahi gayi hai raat ki nisbat se, woh haqiqatan hai Quran ki nisbat se. yeh book of destiny Quran hai, na ke raat.</w:t>
      </w:r>
      <w:r>
        <w:br/>
      </w:r>
      <w:r>
        <w:rPr>
          <w:sz w:val="20"/>
        </w:rPr>
        <w:t>33:06  yeh ajeeb ghareeb cheez mujhe daryaft hui. jab tak hum raat ko night of destiny samajh samjhe hue the, tab tak ek mysterious maani tha, mysterious</w:t>
      </w:r>
      <w:r>
        <w:br/>
      </w:r>
      <w:r>
        <w:rPr>
          <w:sz w:val="20"/>
        </w:rPr>
        <w:t>33:19  kuch matlab is ka samajh nahi aata tha ke ek raat jo hai, night of destiny ho. ek dam mysterious tha yeh, lekin jab maine yeh daryaft kiya ke jo baat kahi gayi hai raat ki nisbat se, woh haqiqatan Quran ki nisbat se hai, woh yani is raat ko Allah ne book of destiny utari.</w:t>
      </w:r>
      <w:r>
        <w:br/>
      </w:r>
      <w:r>
        <w:rPr>
          <w:sz w:val="20"/>
        </w:rPr>
        <w:t>33:38  yeh matlab hai is ka</w:t>
      </w:r>
      <w:r>
        <w:br/>
      </w:r>
      <w:r>
        <w:rPr>
          <w:sz w:val="20"/>
        </w:rPr>
        <w:t>33:43  ghaliban woh satayeesween raat hai Ramzan ki</w:t>
      </w:r>
      <w:r>
        <w:br/>
      </w:r>
      <w:r>
        <w:rPr>
          <w:sz w:val="20"/>
        </w:rPr>
        <w:t>33:50  ke is raat ko Allah ne book of destiny utari. achha, book of destiny ka matlab kya hai? book of destiny ka matlab hai ke is mein woh qanoon, woh kisi ne plan bataya gaya Allah taala ka, jis ko follow kar ke aap apni qismat bana sakte hain.</w:t>
      </w:r>
      <w:r>
        <w:br/>
      </w:r>
      <w:r>
        <w:rPr>
          <w:sz w:val="20"/>
        </w:rPr>
        <w:t>34:14  book of destiny bhi koi purasrar cheez nahi hai.</w:t>
      </w:r>
      <w:r>
        <w:br/>
      </w:r>
      <w:r>
        <w:rPr>
          <w:sz w:val="20"/>
        </w:rPr>
        <w:t>34:22  to asal cheez yeh nahi ke koi raat aisi hai jo book of, jo ke night of destiny ho. nahi, ek raat ko Allah taala ne woh kitab utari jo jo kitab ka book of destiny hai, yani insan ke qismat ke qanoon is mein bayan kiye gaye hain.</w:t>
      </w:r>
      <w:r>
        <w:br/>
      </w:r>
      <w:r>
        <w:rPr>
          <w:sz w:val="20"/>
        </w:rPr>
        <w:t>34:39  insan ki taqdeer kaise banti hai, us ke qanoon is mein bayan kiye gaye hain.</w:t>
      </w:r>
    </w:p>
    <w:p>
      <w:pPr>
        <w:pStyle w:val="Heading2"/>
      </w:pPr>
      <w:r>
        <w:t>Quran's first verse gives criterion</w:t>
      </w:r>
    </w:p>
    <w:p>
      <w:r>
        <w:rPr>
          <w:color w:val="666666"/>
          <w:sz w:val="18"/>
        </w:rPr>
        <w:t>The Message of The Quran Part 2 March 26, 2006 Maulana Wahiduddin Khan · 20s · at 1:14 · https://youtu.be/W-W_DKST1dw?t=74</w:t>
      </w:r>
    </w:p>
    <w:p>
      <w:r>
        <w:rPr>
          <w:i/>
        </w:rPr>
        <w:t>“Quran ki pehli aayat hi mein yeh criterion milta hai”</w:t>
      </w:r>
    </w:p>
    <w:p>
      <w:r>
        <w:rPr>
          <w:sz w:val="20"/>
        </w:rPr>
        <w:t>1:14  to quran ki pehli ayat hi mein yeh criterion milta hai: zлик al kitabu la raiba feeh. yaani quran yeh ka yeh claim hai ya ek challenge hai ke quran mein koi bhi cheez tum ko doubt full nahin mile gi.</w:t>
      </w:r>
    </w:p>
    <w:p>
      <w:pPr>
        <w:pStyle w:val="Heading2"/>
      </w:pPr>
      <w:r>
        <w:t>Both success and failure are tests</w:t>
      </w:r>
    </w:p>
    <w:p>
      <w:r>
        <w:rPr>
          <w:color w:val="666666"/>
          <w:sz w:val="18"/>
        </w:rPr>
        <w:t>Ramadan and Quranic Guidance I 29th July 2012 Maulana Wahiduddin Khan · 43s · at 13:24 · https://youtu.be/uMIZwel3w8g?t=804</w:t>
      </w:r>
    </w:p>
    <w:p>
      <w:r>
        <w:rPr>
          <w:i/>
        </w:rPr>
        <w:t>“Ibtila, ibtila maani test, azaish”</w:t>
      </w:r>
    </w:p>
    <w:p>
      <w:r>
        <w:rPr>
          <w:sz w:val="20"/>
        </w:rPr>
        <w:t>13:24  ibtila, ibtila ma'ani test, azmaish. yaani aap kuch payen tab bhi woh ibtila hai.</w:t>
      </w:r>
      <w:r>
        <w:br/>
      </w:r>
      <w:r>
        <w:rPr>
          <w:sz w:val="20"/>
        </w:rPr>
        <w:t>13:34  kuch aap na paayein tab bhi ibtila hai. is ke maani kya hue? ke dono sooraton mein aap ko</w:t>
      </w:r>
      <w:r>
        <w:br/>
      </w:r>
      <w:r>
        <w:rPr>
          <w:sz w:val="20"/>
        </w:rPr>
        <w:t>13:43  yeksanan darjay ka positive response dena chahiye. dono sooraton mein. is ko samjhein Khuda ki taraf, is ko bhi samjhein Khuda ki taraf.</w:t>
      </w:r>
      <w:r>
        <w:br/>
      </w:r>
      <w:r>
        <w:rPr>
          <w:sz w:val="20"/>
        </w:rPr>
        <w:t>13:57  yeh kaisi ajeeb baat hai? ke aap ko bazahir kamyabi ho tab bhi aap ke andar positive thinking hona chahiye.</w:t>
      </w:r>
    </w:p>
    <w:p>
      <w:pPr>
        <w:pStyle w:val="Heading2"/>
      </w:pPr>
      <w:r>
        <w:t>Call for collective repentance</w:t>
      </w:r>
    </w:p>
    <w:p>
      <w:r>
        <w:rPr>
          <w:color w:val="666666"/>
          <w:sz w:val="18"/>
        </w:rPr>
        <w:t>The Straight Path October 30, 2011 Maulana Wahiduddin Khan · 31s · at 53:43 · https://youtu.be/PKFHe82Jz58?t=3223</w:t>
      </w:r>
    </w:p>
    <w:p>
      <w:r>
        <w:rPr>
          <w:i/>
        </w:rPr>
        <w:t>“To yaad rakhiye, hum aap ko chahiye ke hum ijtimai tauba karein”</w:t>
      </w:r>
    </w:p>
    <w:p>
      <w:r>
        <w:rPr>
          <w:sz w:val="20"/>
        </w:rPr>
        <w:t>53:43  to yaad rakhiye, hum aap ko chahiye ke hum ijtamai toba karein, ijtamai toba, ijtamai toba sari ummat e muslema karein ke hum do sau saal se fareb mein phirte, hum bekhabar the ke hamare paas quran hai, hamare paas moajza hai, hamare paas khuda ki sab se badi taqat hai.</w:t>
      </w:r>
      <w:r>
        <w:br/>
      </w:r>
      <w:r>
        <w:rPr>
          <w:sz w:val="20"/>
        </w:rPr>
        <w:t>54:04  phir se quran ko padhein, phir se quran par ghor karein, phir se quran ko discover karein.</w:t>
      </w:r>
    </w:p>
    <w:p>
      <w:pPr>
        <w:pStyle w:val="Heading2"/>
      </w:pPr>
      <w:r>
        <w:t>UN panel confrontation and why religion gets blamed for violence</w:t>
      </w:r>
    </w:p>
    <w:p>
      <w:r>
        <w:rPr>
          <w:color w:val="666666"/>
          <w:sz w:val="18"/>
        </w:rPr>
        <w:t>Peace in Palestine In Light of Quranic Guidance November 5, 2023 · 5m 00s · at 11:41 · https://youtu.be/VktRNLm79N0?t=701</w:t>
      </w:r>
    </w:p>
    <w:p>
      <w:r>
        <w:rPr>
          <w:i/>
        </w:rPr>
        <w:t>“At a UN peace panel, I confronted a Fatah minister on stage”</w:t>
      </w:r>
    </w:p>
    <w:p>
      <w:r>
        <w:rPr>
          <w:sz w:val="20"/>
        </w:rPr>
        <w:t>11:41  achha doctor sahib Tel Aviv se hi mere ko woh bhi yaad aaya ke Maulana ko ek panel mein bhi rakha tha aur us program mein more than 100 countries participated. There were presidents, ex prime ministers and there was a 100 delegation from palestinian side of young boys and girls.</w:t>
      </w:r>
      <w:r>
        <w:br/>
      </w:r>
      <w:r>
        <w:rPr>
          <w:sz w:val="20"/>
        </w:rPr>
        <w:t>12:06  to doctor sahib jis din Maulana ka talk tha phir agle din ek panel discussion tha jismein Shimon Peres khud thay aur Christiane Amanpour jo CNN ki bohat jaani maani journalist hai woh moderate kar rahi thi aur us time par Fateh ka rule tha.</w:t>
      </w:r>
      <w:r>
        <w:br/>
      </w:r>
      <w:r>
        <w:rPr>
          <w:sz w:val="20"/>
        </w:rPr>
        <w:t>12:28  to Fateh ke minister bhi aaye thay aur jab unka talk poora khatam hua to Christiane Amanpour ne kaha ke audience se hum do ya teen sawal lenge. To main Maulana ke sath baitha hua tha ek side, ek side Apa thi, aap thay Nagma Apa thi, Stuti, Sadhia Maria sab thay hum log.</w:t>
      </w:r>
      <w:r>
        <w:br/>
      </w:r>
      <w:r>
        <w:rPr>
          <w:sz w:val="20"/>
        </w:rPr>
        <w:t>12:49  to maine hath khada kiya with the hope ke shayad woh question puchhenge aur chance ki baat hai ke do ya teen sawal mein unhon ne seedha meri taraf point kiya ke yes you ask your question. To maine jo woh Fateh ke jo minister thay, unse maine question kiya ke Quran mein to saaf yeh aaya ke reconciliation is the best. Asulokhair.</w:t>
      </w:r>
      <w:r>
        <w:br/>
      </w:r>
      <w:r>
        <w:rPr>
          <w:sz w:val="20"/>
        </w:rPr>
        <w:t>13:16  to Islam mein reconciliation ki hamesha baat hoti hai. To aap yeh reconciliation ka kyun nahi method aap adopt karte? Yeh suicide bombing aur yeh sab jo violence hai, why is all this? To unhon ne bara clearly doctor sahib us waqt yeh baat kahi thi aap ko yaad hogi ke yeh hamara religious war nahi hai. Yeh hamara territorial war hai.</w:t>
      </w:r>
      <w:r>
        <w:br/>
      </w:r>
      <w:r>
        <w:rPr>
          <w:sz w:val="20"/>
        </w:rPr>
        <w:t>13:40  unhon ne saaf usko link kiya lekin hum dekhte hain ke kis tarike se abhi jo hai usko poora religious linkage kar diya hai. Balki woh mere bolte hi wahan pe jo 100 logon ka delegation hai, woh log ekdum toot pade thay yahan par ke how dare you say that? Take back your words. Mere sath Nagma Apa thi jo mujhe kheench rahi thi.</w:t>
      </w:r>
      <w:r>
        <w:br/>
      </w:r>
      <w:r>
        <w:rPr>
          <w:sz w:val="20"/>
        </w:rPr>
        <w:t>13:59  to us time par agar hum shayad Tel Aviv mein nahi hotey to woh shayad mere ko maar hi daalte kyunke unko yeh sawal bilkul pasand nahi aaya tha aur Fateh ke leader ne saaf kaha tha ke very soon you will see that there will be a united front between Hamas and Fateh. To Christiane Amanpour ne unse repeat karke pucha tha you mean Hamas and Fateh coming together? So he said yes to alert the israeli leadership that was sitting on the stage.</w:t>
      </w:r>
      <w:r>
        <w:br/>
      </w:r>
      <w:r>
        <w:rPr>
          <w:sz w:val="20"/>
        </w:rPr>
        <w:t>14:27  to kis tarah woh dealing karte lekin practically hum dekhte hain ke woh bilkul usko religion se link karte hain. Usi par saare jo Musalman poori duniya mein hain woh emotional hokar ek is tarah se response dete hain jiska itna zabardast khamiyaza Islam ki chhavi par padta hai ke poori image jo hai woh Islam par aakar toot ti hai.</w:t>
      </w:r>
      <w:r>
        <w:br/>
      </w:r>
      <w:r>
        <w:rPr>
          <w:sz w:val="20"/>
        </w:rPr>
        <w:t>14:51  aaj ki date mein bhi hamare interactions jo ho rahe hain log yeh nahi keh rahe hain ke yeh territory rightfully kiski hai? Woh yeh question utha rahe hain ke kya yeh religion jo hai yeh waqai mein hi sahi religion hai? Kya yeh peaceful religion hai jaise log claim karte hain? Yeh myth aur yeh misconception todna bohat zaroori hai aur woh sirf hamare conduct Muslims ke behavior se hi ho sakta hai.</w:t>
      </w:r>
      <w:r>
        <w:br/>
      </w:r>
      <w:r>
        <w:rPr>
          <w:sz w:val="20"/>
        </w:rPr>
        <w:t>15:14  agar jab tak woh khud yeh condemn na karein ke there is no place of violence in Islam, tab tak hum logon ko Islam se door hi karte rahenge. Hum kabhi bhi daawa work nahi kar payenge. Ji. Aur ek baat yeh hai ke sirf Palestine mein nahi aap dekh rahe hain jagah jagah violence kar rahe hain Musalman. Ji. Aur Musalman karte kya hai ke provoke karte hain. Shuruat bhi karte hain. Ji.</w:t>
      </w:r>
      <w:r>
        <w:br/>
      </w:r>
      <w:r>
        <w:rPr>
          <w:sz w:val="20"/>
        </w:rPr>
        <w:t>15:40  aap jab provoke karenge to jo authorities hain woh kya retaliate nahi kare? Bilkul sahi. Woh karenge retaliate? Ji ji ji. To woh reaction hai, woh retaliation hai aur woh us cheez ko bhula dete hain jo unhon ne pehle ki. Ji. Masoomon ko marna, non combatant ko marna, bachhon ko marna, yeh to Islam mein allowed hi nahi hai. Ji. How can you do that? Ji. And nobody talks about it. To yeh yeh bhi ahmiyat hai ke aap ne shuruat ki hai. Ji.</w:t>
      </w:r>
      <w:r>
        <w:br/>
      </w:r>
      <w:r>
        <w:rPr>
          <w:sz w:val="20"/>
        </w:rPr>
        <w:t>16:09  yeh bhi bohat aham hai. Ji.</w:t>
      </w:r>
      <w:r>
        <w:br/>
      </w:r>
      <w:r>
        <w:rPr>
          <w:sz w:val="20"/>
        </w:rPr>
        <w:t>16:15  aap shuruaat aapko janna chahiye ke agar aap shuruaat karenge to uska reaction kya hoga?</w:t>
      </w:r>
      <w:r>
        <w:br/>
      </w:r>
      <w:r>
        <w:rPr>
          <w:sz w:val="20"/>
        </w:rPr>
        <w:t>16:21  har jagah yahi ho raha hai.</w:t>
      </w:r>
      <w:r>
        <w:br/>
      </w:r>
      <w:r>
        <w:rPr>
          <w:sz w:val="20"/>
        </w:rPr>
        <w:t>16:28  India mein bhi aur doosre makamat bhi.</w:t>
      </w:r>
      <w:r>
        <w:br/>
      </w:r>
      <w:r>
        <w:rPr>
          <w:sz w:val="20"/>
        </w:rPr>
        <w:t>16:34  pehlay woh shuru karte hain phir jab authorities retaliate karte hain</w:t>
      </w:r>
      <w:r>
        <w:br/>
      </w:r>
      <w:r>
        <w:rPr>
          <w:sz w:val="20"/>
        </w:rPr>
        <w:t>16:41  balki doctor sahib jab aap ne jis jo example diya ke do Arab youth, teen Arab youths, teen Jews aaye aur aap ko lekar bhi gaye woh.</w:t>
      </w:r>
    </w:p>
    <w:p>
      <w:pPr>
        <w:pStyle w:val="Heading2"/>
      </w:pPr>
      <w:r>
        <w:t>Jews blamed Persian kings</w:t>
      </w:r>
    </w:p>
    <w:p>
      <w:r>
        <w:rPr>
          <w:color w:val="666666"/>
          <w:sz w:val="18"/>
        </w:rPr>
        <w:t>Divine Warning 29 Oct 2013 - Maulana Wahiduddin Khan · 22s · at 5:52 · https://youtu.be/ITyLA4216tA?t=352</w:t>
      </w:r>
    </w:p>
    <w:p>
      <w:r>
        <w:rPr>
          <w:i/>
        </w:rPr>
        <w:t>“Jaisa ke yahood ke saath hua ke Iran aur Babal ke badshahon ne hamla kiya”</w:t>
      </w:r>
    </w:p>
    <w:p>
      <w:r>
        <w:rPr>
          <w:sz w:val="20"/>
        </w:rPr>
        <w:t>5:52  jaisa ke yahood ke saath hua ke Iran aur Babal ke badshahon ne yahood par hamla kiya, un ki tod phod ki.</w:t>
      </w:r>
      <w:r>
        <w:br/>
      </w:r>
      <w:r>
        <w:rPr>
          <w:sz w:val="20"/>
        </w:rPr>
        <w:t>6:02  to yahood ne kya kiya? in waqiaat ko Iran aur Babal ke badshahon ki taraf mansoob kar ke un ke khilaaf shikayat ka toofan khara kar diya.</w:t>
      </w:r>
    </w:p>
    <w:p>
      <w:pPr>
        <w:pStyle w:val="Heading2"/>
      </w:pPr>
      <w:r>
        <w:t>Literature's open book future</w:t>
      </w:r>
    </w:p>
    <w:p>
      <w:r>
        <w:rPr>
          <w:color w:val="666666"/>
          <w:sz w:val="18"/>
        </w:rPr>
        <w:t>In Conversation with Khaja Kaleemuddin 29 Aug 2021 · 23s · at 18:23 · https://youtu.be/oKq_ptPZOVE?t=1103</w:t>
      </w:r>
    </w:p>
    <w:p>
      <w:r>
        <w:rPr>
          <w:i/>
        </w:rPr>
        <w:t>“یہ تو بالکل کھلی کتاب ہے”</w:t>
      </w:r>
    </w:p>
    <w:p>
      <w:r>
        <w:rPr>
          <w:sz w:val="20"/>
        </w:rPr>
        <w:t>18:23  ji to aisi baat hoti rahi, aur woh aaj confirm hota ja raha hai ke aaj un ke</w:t>
      </w:r>
      <w:r>
        <w:br/>
      </w:r>
      <w:r>
        <w:rPr>
          <w:sz w:val="20"/>
        </w:rPr>
        <w:t>18:29  literature ki pazeerai itni ho rahi hai ke itne log parh rahe hain, itne log faida utha rahe hain. yeh to bilkul khuli kitab hai, aap aadmi dekh sakta hai, aur aaenda chal kar ke aur bhi ziyada hoga, inshallah.</w:t>
      </w:r>
    </w:p>
    <w:p>
      <w:pPr>
        <w:pStyle w:val="Heading2"/>
      </w:pPr>
      <w:r>
        <w:t>Quran is the unaltered criterion</w:t>
      </w:r>
    </w:p>
    <w:p>
      <w:r>
        <w:rPr>
          <w:color w:val="666666"/>
          <w:sz w:val="18"/>
        </w:rPr>
        <w:t>Q&amp;A 09 Nov 2008 - Maulana Wahiduddin Khan · 35s · at 4:59 · https://youtu.be/iA8ELjlgPLU?t=299</w:t>
      </w:r>
    </w:p>
    <w:p>
      <w:r>
        <w:rPr>
          <w:i/>
        </w:rPr>
        <w:t>“Hum criterion maante hain Quran ko.”</w:t>
      </w:r>
    </w:p>
    <w:p>
      <w:r>
        <w:rPr>
          <w:sz w:val="20"/>
        </w:rPr>
        <w:t>4:59  hum criterion mante hain quran ko. kyunke quran hi ek aisi book hai, yani divine book,</w:t>
      </w:r>
      <w:r>
        <w:br/>
      </w:r>
      <w:r>
        <w:rPr>
          <w:sz w:val="20"/>
        </w:rPr>
        <w:t>5:12  jo unaltered hai,</w:t>
      </w:r>
      <w:r>
        <w:br/>
      </w:r>
      <w:r>
        <w:rPr>
          <w:sz w:val="20"/>
        </w:rPr>
        <w:t>5:16  jo preserved hai. to wahi hai criterion. hum khud criterion nahi hain.</w:t>
      </w:r>
      <w:r>
        <w:br/>
      </w:r>
      <w:r>
        <w:rPr>
          <w:sz w:val="20"/>
        </w:rPr>
        <w:t>5:27  main is ko nahi manta, is ek theory jo hai, aadmi ke andar hi sab kuch hai.</w:t>
      </w:r>
    </w:p>
    <w:p>
      <w:pPr>
        <w:pStyle w:val="Heading2"/>
      </w:pPr>
      <w:r>
        <w:t>Two types of reflection in Quran</w:t>
      </w:r>
    </w:p>
    <w:p>
      <w:r>
        <w:rPr>
          <w:color w:val="666666"/>
          <w:sz w:val="18"/>
        </w:rPr>
        <w:t>Ramadan and The Quran July 22, 2012 · 21s · at 8:29 · https://youtu.be/0fFJ1_hkS_o?t=509</w:t>
      </w:r>
    </w:p>
    <w:p>
      <w:r>
        <w:rPr>
          <w:i/>
        </w:rPr>
        <w:t>“Tadabbur ek hota hai tadhkiri tadabbur”</w:t>
      </w:r>
    </w:p>
    <w:p>
      <w:r>
        <w:rPr>
          <w:sz w:val="20"/>
        </w:rPr>
        <w:t>8:29  aur ek hota hai technical tadabbur. to technical tadabbur matloob nahi hai. tazkiri tadabbur matloob hai.</w:t>
      </w:r>
      <w:r>
        <w:br/>
      </w:r>
      <w:r>
        <w:rPr>
          <w:sz w:val="20"/>
        </w:rPr>
        <w:t>8:42  yani kuch فنی baaten nikal kar ke is par bahasen karna. is ko samajhte hain log ke hum tadabbur kar rahe hain. woh galat hai.</w:t>
      </w:r>
    </w:p>
    <w:p>
      <w:pPr>
        <w:pStyle w:val="Heading2"/>
      </w:pPr>
      <w:r>
        <w:t>Everything has a price, yet everything is priceless</w:t>
      </w:r>
    </w:p>
    <w:p>
      <w:r>
        <w:rPr>
          <w:color w:val="666666"/>
          <w:sz w:val="18"/>
        </w:rPr>
        <w:t>Man's Place in The Universe June 17, 2007 · 47s · at 29:52 · https://youtu.be/CND6qsCMZVU?t=1792</w:t>
      </w:r>
    </w:p>
    <w:p>
      <w:r>
        <w:rPr>
          <w:i/>
        </w:rPr>
        <w:t>“Everything is priceless, you cannot pay its price”</w:t>
      </w:r>
    </w:p>
    <w:p>
      <w:r>
        <w:rPr>
          <w:sz w:val="20"/>
        </w:rPr>
        <w:t>29:52  to main jab dekh raha tha is aadmi ko. to aisa lagta tha ke woh aadmi keh raha hai. ke har cheez ki aik qeemat hai. I can pay that price to obtain it lekin mere dil mein kya tha?</w:t>
      </w:r>
      <w:r>
        <w:br/>
      </w:r>
      <w:r>
        <w:rPr>
          <w:sz w:val="20"/>
        </w:rPr>
        <w:t>30:10  Everything is priceless. You cannot pay the price of anything.</w:t>
      </w:r>
      <w:r>
        <w:br/>
      </w:r>
      <w:r>
        <w:rPr>
          <w:sz w:val="20"/>
        </w:rPr>
        <w:t>30:18  yani is ice cream ke peechay is million billion saal ko joriye aap to woh qeemat se pak hai. woh is ka matlab kya hua?</w:t>
      </w:r>
      <w:r>
        <w:br/>
      </w:r>
      <w:r>
        <w:rPr>
          <w:sz w:val="20"/>
        </w:rPr>
        <w:t>30:31  ke jis cheez se woh aadmi le raha hai fakhr. us se kya aana chahiye us ke andar? aajzi. aajzi aana chahiye.</w:t>
      </w:r>
    </w:p>
    <w:p>
      <w:pPr>
        <w:pStyle w:val="Heading2"/>
      </w:pPr>
      <w:r>
        <w:t>Dream interpretation with reason</w:t>
      </w:r>
    </w:p>
    <w:p>
      <w:r>
        <w:rPr>
          <w:color w:val="666666"/>
          <w:sz w:val="18"/>
        </w:rPr>
        <w:t>Reason and Human Life | June 25, 2008 · 5m 35s · at 4:49 · https://youtu.be/BlKDj7xKEYA?t=289</w:t>
      </w:r>
    </w:p>
    <w:p>
      <w:r>
        <w:rPr>
          <w:i/>
        </w:rPr>
        <w:t>“Your dream is baseless, apply reason”</w:t>
      </w:r>
    </w:p>
    <w:p>
      <w:r>
        <w:rPr>
          <w:sz w:val="20"/>
        </w:rPr>
        <w:t>4:49  toh khair maine un se kaha ke aap ne jo khwab dekha hai woh khwab baseless hai.</w:t>
      </w:r>
      <w:r>
        <w:br/>
      </w:r>
      <w:r>
        <w:rPr>
          <w:sz w:val="20"/>
        </w:rPr>
        <w:t>4:55  be buniyad hai.</w:t>
      </w:r>
      <w:r>
        <w:br/>
      </w:r>
      <w:r>
        <w:rPr>
          <w:sz w:val="20"/>
        </w:rPr>
        <w:t>5:00  is ko le kar ke aap pareshan hain.</w:t>
      </w:r>
      <w:r>
        <w:br/>
      </w:r>
      <w:r>
        <w:rPr>
          <w:sz w:val="20"/>
        </w:rPr>
        <w:t>5:05  toh dekhiye unhon ne is khwab par reason ko apply nahi kiya.</w:t>
      </w:r>
      <w:r>
        <w:br/>
      </w:r>
      <w:r>
        <w:rPr>
          <w:sz w:val="20"/>
        </w:rPr>
        <w:t>5:11  is khwab par unhon ne aql ko istemal nahi kiya. socha nahi.</w:t>
      </w:r>
      <w:r>
        <w:br/>
      </w:r>
      <w:r>
        <w:rPr>
          <w:sz w:val="20"/>
        </w:rPr>
        <w:t>5:16  is wajah se pareshani pareshan hain bas.</w:t>
      </w:r>
      <w:r>
        <w:br/>
      </w:r>
      <w:r>
        <w:rPr>
          <w:sz w:val="20"/>
        </w:rPr>
        <w:t>5:21  to maine kaha ke dekhiye maut jo hai is ka ta'alluq kis se hai? Khuda se hai. Khuda ki kitab hai Quran. Quran mein bataya gaya hai ke wa ma tadri nafsun madha taksefu ghadan wa ma tadri nafsun bi ayyi ardin tamoot. yaani kisi insaan ko yeh pata nahi ke woh kab marega, kaise marega, kahan marega. is ka kuch pata nahi</w:t>
      </w:r>
      <w:r>
        <w:br/>
      </w:r>
      <w:r>
        <w:rPr>
          <w:sz w:val="20"/>
        </w:rPr>
        <w:t>5:51  is ko.</w:t>
      </w:r>
      <w:r>
        <w:br/>
      </w:r>
      <w:r>
        <w:rPr>
          <w:sz w:val="20"/>
        </w:rPr>
        <w:t>5:56  is ka matlab kya hua? Khuda ka jo creation plan hai is ke mutabiq kisi insan ko yeh</w:t>
      </w:r>
      <w:r>
        <w:br/>
      </w:r>
      <w:r>
        <w:rPr>
          <w:sz w:val="20"/>
        </w:rPr>
        <w:t>6:01  bataya nahi jata ke tum kab maroge.</w:t>
      </w:r>
      <w:r>
        <w:br/>
      </w:r>
      <w:r>
        <w:rPr>
          <w:sz w:val="20"/>
        </w:rPr>
        <w:t>6:06  That is against the creation plan of God.</w:t>
      </w:r>
      <w:r>
        <w:br/>
      </w:r>
      <w:r>
        <w:rPr>
          <w:sz w:val="20"/>
        </w:rPr>
        <w:t>6:11  maut achaanak aati hai.</w:t>
      </w:r>
      <w:r>
        <w:br/>
      </w:r>
      <w:r>
        <w:rPr>
          <w:sz w:val="20"/>
        </w:rPr>
        <w:t>6:16  maut jab bhi aati hai achaanak aati hai</w:t>
      </w:r>
      <w:r>
        <w:br/>
      </w:r>
      <w:r>
        <w:rPr>
          <w:sz w:val="20"/>
        </w:rPr>
        <w:t>6:21  chahay koi bhi shakhs ho.</w:t>
      </w:r>
      <w:r>
        <w:br/>
      </w:r>
      <w:r>
        <w:rPr>
          <w:sz w:val="20"/>
        </w:rPr>
        <w:t>6:25  kyunke is dunya mein aadmi test ke liye hai.</w:t>
      </w:r>
      <w:r>
        <w:br/>
      </w:r>
      <w:r>
        <w:rPr>
          <w:sz w:val="20"/>
        </w:rPr>
        <w:t>6:30  to bataya nahi ja sakta ke tumhara test kis tareekh tak hai.</w:t>
      </w:r>
      <w:r>
        <w:br/>
      </w:r>
      <w:r>
        <w:rPr>
          <w:sz w:val="20"/>
        </w:rPr>
        <w:t>6:34  yeh nahi bataya sakta.</w:t>
      </w:r>
      <w:r>
        <w:br/>
      </w:r>
      <w:r>
        <w:rPr>
          <w:sz w:val="20"/>
        </w:rPr>
        <w:t>6:38  to yeh baat Quran o Hadees mein bohat hi clear hai ke maut ki exact khabar kisi bhi</w:t>
      </w:r>
      <w:r>
        <w:br/>
      </w:r>
      <w:r>
        <w:rPr>
          <w:sz w:val="20"/>
        </w:rPr>
        <w:t>6:43  insaan ko kabhi nahi diya sakti.</w:t>
      </w:r>
      <w:r>
        <w:br/>
      </w:r>
      <w:r>
        <w:rPr>
          <w:sz w:val="20"/>
        </w:rPr>
        <w:t>6:47  kyunke woh Khuda</w:t>
      </w:r>
      <w:r>
        <w:br/>
      </w:r>
      <w:r>
        <w:rPr>
          <w:sz w:val="20"/>
        </w:rPr>
        <w:t>6:51  کا جو creation plan ہے اسی کے خلاف ہو جائے گا۔</w:t>
      </w:r>
      <w:r>
        <w:br/>
      </w:r>
      <w:r>
        <w:rPr>
          <w:sz w:val="20"/>
        </w:rPr>
        <w:t>6:55  to mein ne kaha yeh yeh yeh khwab ko aap jhoota samjhiye.</w:t>
      </w:r>
      <w:r>
        <w:br/>
      </w:r>
      <w:r>
        <w:rPr>
          <w:sz w:val="20"/>
        </w:rPr>
        <w:t>7:00  phir mein ne kaha ke dekhiye mein bohat se jaata hoon bohat se logon ko jaanta hoon jinhon</w:t>
      </w:r>
      <w:r>
        <w:br/>
      </w:r>
      <w:r>
        <w:rPr>
          <w:sz w:val="20"/>
        </w:rPr>
        <w:t>7:04  ne khwab dekhe aur jhoote nikle woh.</w:t>
      </w:r>
      <w:r>
        <w:br/>
      </w:r>
      <w:r>
        <w:rPr>
          <w:sz w:val="20"/>
        </w:rPr>
        <w:t>7:08  khud mein apna batata hoon aap ko.</w:t>
      </w:r>
      <w:r>
        <w:br/>
      </w:r>
      <w:r>
        <w:rPr>
          <w:sz w:val="20"/>
        </w:rPr>
        <w:t>7:13  is se pehle mein Adam barh mein tha bohat pehle.</w:t>
      </w:r>
      <w:r>
        <w:br/>
      </w:r>
      <w:r>
        <w:rPr>
          <w:sz w:val="20"/>
        </w:rPr>
        <w:t>7:17  yaani ninety six</w:t>
      </w:r>
      <w:r>
        <w:br/>
      </w:r>
      <w:r>
        <w:rPr>
          <w:sz w:val="20"/>
        </w:rPr>
        <w:t>7:21  I came to Delhi in 1967.</w:t>
      </w:r>
      <w:r>
        <w:br/>
      </w:r>
      <w:r>
        <w:rPr>
          <w:sz w:val="20"/>
        </w:rPr>
        <w:t>7:26  is se pehle mein Adam barh mein rehta tha.</w:t>
      </w:r>
      <w:r>
        <w:br/>
      </w:r>
      <w:r>
        <w:rPr>
          <w:sz w:val="20"/>
        </w:rPr>
        <w:t>7:31  to wahan mein ne khud khwab dekha mein ne khud ke meri biwi mar gayi hain.</w:t>
      </w:r>
      <w:r>
        <w:br/>
      </w:r>
      <w:r>
        <w:rPr>
          <w:sz w:val="20"/>
        </w:rPr>
        <w:t>7:36  abhi tak woh naqsha meri aankhon ke samne hai ke wahan par ek the Doctor Abdullah.</w:t>
      </w:r>
      <w:r>
        <w:br/>
      </w:r>
      <w:r>
        <w:rPr>
          <w:sz w:val="20"/>
        </w:rPr>
        <w:t>7:41  homeopathic doctor the woh.</w:t>
      </w:r>
      <w:r>
        <w:br/>
      </w:r>
      <w:r>
        <w:rPr>
          <w:sz w:val="20"/>
        </w:rPr>
        <w:t>7:46  to mein ne dekha ke Doctor Abdullah ke ghar ke sam</w:t>
      </w:r>
      <w:r>
        <w:br/>
      </w:r>
      <w:r>
        <w:rPr>
          <w:sz w:val="20"/>
        </w:rPr>
        <w:t>7:51  ne meri biwi ka janaza ek charpai par rakha hua hai. us ke upar chadar padi hui hai. zahir hai ke us ke baad woh mein kehta hoon ke chaalis saal se bhi zyada muddat tak zinda rahein. to khwab se is tarah se rai nahi banani chahiye jise qabil bana liya hai. phir dekhiye Hadees mein bataya gaya hai khwab teen qism ke hote</w:t>
      </w:r>
      <w:r>
        <w:br/>
      </w:r>
      <w:r>
        <w:rPr>
          <w:sz w:val="20"/>
        </w:rPr>
        <w:t>8:21  ne hain.</w:t>
      </w:r>
      <w:r>
        <w:br/>
      </w:r>
      <w:r>
        <w:rPr>
          <w:sz w:val="20"/>
        </w:rPr>
        <w:t>8:28  hadees al-nafs takhweef al-shaitan wa bushra min Allah.</w:t>
      </w:r>
      <w:r>
        <w:br/>
      </w:r>
      <w:r>
        <w:rPr>
          <w:sz w:val="20"/>
        </w:rPr>
        <w:t>8:35  yaani ek khwab woh hai ke dil ki baat jo hai woh aap ne dekh liya.</w:t>
      </w:r>
      <w:r>
        <w:br/>
      </w:r>
      <w:r>
        <w:rPr>
          <w:sz w:val="20"/>
        </w:rPr>
        <w:t>8:41  ek khwab woh hai jo shaitan ka darawa hota hai.</w:t>
      </w:r>
      <w:r>
        <w:br/>
      </w:r>
      <w:r>
        <w:rPr>
          <w:sz w:val="20"/>
        </w:rPr>
        <w:t>8:48  shaitan ghabrata hai aap ko.</w:t>
      </w:r>
      <w:r>
        <w:br/>
      </w:r>
      <w:r>
        <w:rPr>
          <w:sz w:val="20"/>
        </w:rPr>
        <w:t>8:54  aur teesra khwab woh hai jo Khuda ki taraf se good news ke taur par aata hai.</w:t>
      </w:r>
      <w:r>
        <w:br/>
      </w:r>
      <w:r>
        <w:rPr>
          <w:sz w:val="20"/>
        </w:rPr>
        <w:t>8:59  ek achi baat jo hone wali hai us ko Khuda aap ko yaani pehle hi bata deta hai.</w:t>
      </w:r>
      <w:r>
        <w:br/>
      </w:r>
      <w:r>
        <w:rPr>
          <w:sz w:val="20"/>
        </w:rPr>
        <w:t>9:04  تو آپ اپنی common sense کو use کیجیے۔</w:t>
      </w:r>
      <w:r>
        <w:br/>
      </w:r>
      <w:r>
        <w:rPr>
          <w:sz w:val="20"/>
        </w:rPr>
        <w:t>9:09  اور دیکھیے کہ آپ کا خواب جو ہے آپ کا جو dream ہے ان تینوں میں سے کس</w:t>
      </w:r>
      <w:r>
        <w:br/>
      </w:r>
      <w:r>
        <w:rPr>
          <w:sz w:val="20"/>
        </w:rPr>
        <w:t>9:15  ketegri mein aata hai.</w:t>
      </w:r>
      <w:r>
        <w:br/>
      </w:r>
      <w:r>
        <w:rPr>
          <w:sz w:val="20"/>
        </w:rPr>
        <w:t>9:20  ab aap dekhiye hadith al-nafs ki ketegri mein to nahi aayega.</w:t>
      </w:r>
      <w:r>
        <w:br/>
      </w:r>
      <w:r>
        <w:rPr>
          <w:sz w:val="20"/>
        </w:rPr>
        <w:t>9:25  kyun ke aap wajih mein yeh to tha nahi ke aap mar jaen. to is ko khwab mein aap kaise dekhenge? doosri category lijiye. jo hai takhweef al-shaytan. yaani shaytan ka ghabrana ghabrane ke liye khwab dikhana. yeh clear taur par yeh isi category mein aata hai yeh. shaytan chahta hai ke aap ko ghabraye. aap ke andar aap ko first</w:t>
      </w:r>
      <w:r>
        <w:br/>
      </w:r>
      <w:r>
        <w:rPr>
          <w:sz w:val="20"/>
        </w:rPr>
        <w:t>9:55  rezaan mein daale.</w:t>
      </w:r>
      <w:r>
        <w:br/>
      </w:r>
      <w:r>
        <w:rPr>
          <w:sz w:val="20"/>
        </w:rPr>
        <w:t>9:59  aap kaam na kar saken.</w:t>
      </w:r>
      <w:r>
        <w:br/>
      </w:r>
      <w:r>
        <w:rPr>
          <w:sz w:val="20"/>
        </w:rPr>
        <w:t>10:03  to is ne aap ko yeh dikhaya ke tum to chaar saal mein mar jao ge tumhein kya</w:t>
      </w:r>
      <w:r>
        <w:br/>
      </w:r>
      <w:r>
        <w:rPr>
          <w:sz w:val="20"/>
        </w:rPr>
        <w:t>10:08  karna hai? to yeh to yeh shaitani khwab hai.</w:t>
      </w:r>
      <w:r>
        <w:br/>
      </w:r>
      <w:r>
        <w:rPr>
          <w:sz w:val="20"/>
        </w:rPr>
        <w:t>10:12  to telephone par woh bilkul khush ho gayeen aur unhon ne kaha ke aap mujhe itminan ho</w:t>
      </w:r>
      <w:r>
        <w:br/>
      </w:r>
      <w:r>
        <w:rPr>
          <w:sz w:val="20"/>
        </w:rPr>
        <w:t>10:16  gaya aap se baat cheet karne ke baad.</w:t>
      </w:r>
      <w:r>
        <w:br/>
      </w:r>
      <w:r>
        <w:rPr>
          <w:sz w:val="20"/>
        </w:rPr>
        <w:t>10:21  to yeh hai</w:t>
      </w:r>
    </w:p>
    <w:p>
      <w:pPr>
        <w:pStyle w:val="Heading2"/>
      </w:pPr>
      <w:r>
        <w:t>Women discover their role in changing times</w:t>
      </w:r>
    </w:p>
    <w:p>
      <w:r>
        <w:rPr>
          <w:color w:val="666666"/>
          <w:sz w:val="18"/>
        </w:rPr>
        <w:t>QA Session, November 28, 2013 · 1m 45s · at 11:48 · https://youtu.be/DvwywcoXWf0?t=708</w:t>
      </w:r>
    </w:p>
    <w:p>
      <w:r>
        <w:rPr>
          <w:i/>
        </w:rPr>
        <w:t>“Is mein do batein hain”</w:t>
      </w:r>
    </w:p>
    <w:p>
      <w:r>
        <w:rPr>
          <w:sz w:val="20"/>
        </w:rPr>
        <w:t>11:48  is mein do baaten hain. ek to yeh ke auraton ko hissa ada karne ki baat, doosri to yeh ke zamane ki baat. dekhiye, zamane ke jo taqaze hain, us ko le kar hi aap samajh sakte hain ke humein is waqt kiya karna- kar sakte hain. main aap ko misaal deta hoon ke islam ki ya tauheed ki jo tareekh hai, us mein kuch khawateen hain jinhon ne bohat bade role kiye hain. maslan Hazrat Hajra ne ek</w:t>
      </w:r>
      <w:r>
        <w:br/>
      </w:r>
      <w:r>
        <w:rPr>
          <w:sz w:val="20"/>
        </w:rPr>
        <w:t>12:18  role ada kiya. Hazrat Khadija ne ek role ada kiya. Hazrat Aisha ne ek role ada kiya. kyunke har ek ka role apne zamane ke lihaz se tha. aaj kal jo segregation ki policy hai musalmanon ki, woh- is ko main sahi nahi samajhta. bilkul islam se koi talluq nahi hai is ka. lekin role kiya karen auratain? is ka koi ek- ek hi, yani bana banaya model nahi hai.</w:t>
      </w:r>
      <w:r>
        <w:br/>
      </w:r>
      <w:r>
        <w:rPr>
          <w:sz w:val="20"/>
        </w:rPr>
        <w:t>12:50  aap ko apne zamane ke lihaz se apna model daryaft karna hoga. Hajra ka model, Aisha- Hajra ka model Khadija ne nahi dohraya. Khadija ka model Aisha ne nahi dohraya. lekin sab ne bohat bada kaam kiya islam ke liye. to aaj jo naya daur hai, us mein main sirf yeh kahunga ke- ke</w:t>
      </w:r>
      <w:r>
        <w:br/>
      </w:r>
      <w:r>
        <w:rPr>
          <w:sz w:val="20"/>
        </w:rPr>
        <w:t>13:20  khawateen ko, yani apna role discover karna hai, zamane ke taqazon ko samajhte hue. koi mazi ka model jo hai, dohrayen, us se kaam nahi chalega.</w:t>
      </w:r>
    </w:p>
    <w:p>
      <w:pPr>
        <w:pStyle w:val="Heading2"/>
      </w:pPr>
      <w:r>
        <w:t>there was never a perfect Islamic government in history</w:t>
      </w:r>
    </w:p>
    <w:p>
      <w:r>
        <w:rPr>
          <w:color w:val="666666"/>
          <w:sz w:val="18"/>
        </w:rPr>
        <w:t>Islam &amp; Prophet of Islam 21 Oct, 2012 - Maulana Wahiduddin Khan · 1m 47s · at 1:23:22 · https://youtu.be/2hwtfOyNeS0?t=5002</w:t>
      </w:r>
    </w:p>
    <w:p>
      <w:r>
        <w:rPr>
          <w:i/>
        </w:rPr>
        <w:t>“Was there ever an ideal Islamic government?”</w:t>
      </w:r>
    </w:p>
    <w:p>
      <w:r>
        <w:rPr>
          <w:sz w:val="20"/>
        </w:rPr>
        <w:t>1:23:22  maulana, agla sawal Dilli se hai Naveed Ahmed sahib ka. unhone likha hai: "how could you say Islamic government was not established at the time of Prophet Muhammad?</w:t>
      </w:r>
      <w:r>
        <w:br/>
      </w:r>
      <w:r>
        <w:rPr>
          <w:sz w:val="20"/>
        </w:rPr>
        <w:t>1:23:33  however, it was established fully in the area of Hijaz as an example." maine yeh nahi kaha ke Islamic musalmanon ka rule nahi tha.</w:t>
      </w:r>
      <w:r>
        <w:br/>
      </w:r>
      <w:r>
        <w:rPr>
          <w:sz w:val="20"/>
        </w:rPr>
        <w:t>1:23:43  nahi. maine yeh kaha ke jo jo depict karte hain log, ke ideal role, woh kahin wajood nahi tha is ka.</w:t>
      </w:r>
      <w:r>
        <w:br/>
      </w:r>
      <w:r>
        <w:rPr>
          <w:sz w:val="20"/>
        </w:rPr>
        <w:t>1:23:52  ideal government, ideal system, ideal society, is ka kahin wajood nahi tha. role to tha, zahir hai. islam se pehle bhi tha, islam ke baad bhi tha.</w:t>
      </w:r>
      <w:r>
        <w:br/>
      </w:r>
      <w:r>
        <w:rPr>
          <w:sz w:val="20"/>
        </w:rPr>
        <w:t>1:24:01  aaj bhi hai. to islamic government ka hona alag baat hai. lekin log jo is ko depict karte hain is tareeqe se ke wahan koi ideal system tha, perfect samajh tha, yeh bilkul afsanvi baat hai.</w:t>
      </w:r>
      <w:r>
        <w:br/>
      </w:r>
      <w:r>
        <w:rPr>
          <w:sz w:val="20"/>
        </w:rPr>
        <w:t>1:24:15  is ka koi wajood nahi kahin. is ka koi wajood nahi. aap dekhiye, main rasool Allah sallallahu alaihi wasallam ki wafat hui to hazrat ayesha kehti hain ke: "falamma tawaffa rasool Allah sallallahu alaihi wasallam,</w:t>
      </w:r>
      <w:r>
        <w:br/>
      </w:r>
      <w:r>
        <w:rPr>
          <w:sz w:val="20"/>
        </w:rPr>
        <w:t>1:24:31  rasool Allah ki wafat hui to saare arab mein baghavat phail gayi." where was that ideal government? where was that ideal government? aap bataiye.</w:t>
      </w:r>
      <w:r>
        <w:br/>
      </w:r>
      <w:r>
        <w:rPr>
          <w:sz w:val="20"/>
        </w:rPr>
        <w:t>1:24:42  hazrat hazrat usman ke zamane mein khalifa ko qatl kar dala logon ne. musalmanon ne qatl kiya. is ke baad hazrat ali aur muawiya jang hui. is mein kitne saal woh maare gaye?</w:t>
      </w:r>
      <w:r>
        <w:br/>
      </w:r>
      <w:r>
        <w:rPr>
          <w:sz w:val="20"/>
        </w:rPr>
        <w:t>1:24:51  to where was that ideal government? government thi is ka banne mein inkar kar raha hoon. lekin log jo aaj bhi mukhtalif tasveer pesh karte hain ke wahan ideal government thi aur perfect system tha, ideal society thi, yeh sab bilkul khayali baatein hain.</w:t>
      </w:r>
      <w:r>
        <w:br/>
      </w:r>
      <w:r>
        <w:rPr>
          <w:sz w:val="20"/>
        </w:rPr>
        <w:t>1:25:05  aisa kuch nahi tha.</w:t>
      </w:r>
    </w:p>
    <w:p>
      <w:pPr>
        <w:pStyle w:val="Heading2"/>
      </w:pPr>
      <w:r>
        <w:t>Furqan's importance as success secret with Quranic support</w:t>
      </w:r>
    </w:p>
    <w:p>
      <w:r>
        <w:rPr>
          <w:color w:val="666666"/>
          <w:sz w:val="18"/>
        </w:rPr>
        <w:t>The Concept of Furqan in Islam April 28, 2013 Maulana Wahiduddin Khan · 1m 25s · at 1:36 · https://youtu.be/MQs4J9RgjGk?t=96</w:t>
      </w:r>
    </w:p>
    <w:p>
      <w:r>
        <w:rPr>
          <w:i/>
        </w:rPr>
        <w:t>“Arabi lughat mein kaha jata hai”</w:t>
      </w:r>
    </w:p>
    <w:p>
      <w:r>
        <w:rPr>
          <w:sz w:val="20"/>
        </w:rPr>
        <w:t>1:36  arabi lughat mein kaha jata hai: al fasl bayn al shain. dekhen, yeh farqan jo hai quran ke bayan ke mutabiq yeh</w:t>
      </w:r>
      <w:r>
        <w:br/>
      </w:r>
      <w:r>
        <w:rPr>
          <w:sz w:val="20"/>
        </w:rPr>
        <w:t>1:53  success ki</w:t>
      </w:r>
      <w:r>
        <w:br/>
      </w:r>
      <w:r>
        <w:rPr>
          <w:sz w:val="20"/>
        </w:rPr>
        <w:t>1:57  sab se bari, success ka sab se bara raaz hai.</w:t>
      </w:r>
      <w:r>
        <w:br/>
      </w:r>
      <w:r>
        <w:rPr>
          <w:sz w:val="20"/>
        </w:rPr>
        <w:t>2:05  yeh baat quran ki aik ayat se maloom hoti hai. quran mein surah al anfal mein ayat number 29 aap parhiye: al anfal 29.</w:t>
      </w:r>
      <w:r>
        <w:br/>
      </w:r>
      <w:r>
        <w:rPr>
          <w:sz w:val="20"/>
        </w:rPr>
        <w:t>2:23  ya ayuhal lazeena amanu, in tattaqoolaha, yaj'al lakum furqana, wa yukaffir ankum sayyatikum, wa yaghfir lakum zunubakum,</w:t>
      </w:r>
      <w:r>
        <w:br/>
      </w:r>
      <w:r>
        <w:rPr>
          <w:sz w:val="20"/>
        </w:rPr>
        <w:t>2:39  wallahu zulfadlil azeem. aye iman walo!</w:t>
      </w:r>
      <w:r>
        <w:br/>
      </w:r>
      <w:r>
        <w:rPr>
          <w:sz w:val="20"/>
        </w:rPr>
        <w:t>2:46  agar tum taqwa ikhtiyar karo to Allah tum ko furqan de ga. Allah tumhare andar furqan ki salahiyat paida kare ga.</w:t>
      </w:r>
    </w:p>
    <w:p>
      <w:pPr>
        <w:pStyle w:val="Heading2"/>
      </w:pPr>
      <w:r>
        <w:t>22 young men fixing Islam's image</w:t>
      </w:r>
    </w:p>
    <w:p>
      <w:r>
        <w:rPr>
          <w:color w:val="666666"/>
          <w:sz w:val="18"/>
        </w:rPr>
        <w:t>Lessons from My Journey to Canada January 03, 2016 Maulana Wahiduddin Khan · 5m 06s · at 30:56 · https://youtu.be/Uh8DWul9IyY?t=1856</w:t>
      </w:r>
    </w:p>
    <w:p>
      <w:r>
        <w:rPr>
          <w:i/>
        </w:rPr>
        <w:t>“On the last day, those who invited us - a youth organization.”</w:t>
      </w:r>
    </w:p>
    <w:p>
      <w:r>
        <w:rPr>
          <w:sz w:val="20"/>
        </w:rPr>
        <w:t>30:56  Mr. Fauzan Khan ke sath 22 naujawan hain</w:t>
      </w:r>
      <w:r>
        <w:br/>
      </w:r>
      <w:r>
        <w:rPr>
          <w:sz w:val="20"/>
        </w:rPr>
        <w:t>31:01  sab ke sab aaye hamare hamare jahan hum ko thehraya tha unhon ne</w:t>
      </w:r>
      <w:r>
        <w:br/>
      </w:r>
      <w:r>
        <w:rPr>
          <w:sz w:val="20"/>
        </w:rPr>
        <w:t>31:08  wahan par aur mein kursi pe baitha tha woh log farsh pe baith gaye</w:t>
      </w:r>
      <w:r>
        <w:br/>
      </w:r>
      <w:r>
        <w:rPr>
          <w:sz w:val="20"/>
        </w:rPr>
        <w:t>31:16  aur bohat hi ziyada se jaise kisi buzurg se koi mile is tarah se mile woh</w:t>
      </w:r>
      <w:r>
        <w:br/>
      </w:r>
      <w:r>
        <w:rPr>
          <w:sz w:val="20"/>
        </w:rPr>
        <w:t>31:23  yeh bhi anokha anokha tajurba tha aur jahan mein jata hoon to aisa kahin nahi hota keh wahan</w:t>
      </w:r>
      <w:r>
        <w:br/>
      </w:r>
      <w:r>
        <w:rPr>
          <w:sz w:val="20"/>
        </w:rPr>
        <w:t>31:28  ke jo founder president hain apne sath sathiyon ko le kar aaye</w:t>
      </w:r>
      <w:r>
        <w:br/>
      </w:r>
      <w:r>
        <w:rPr>
          <w:sz w:val="20"/>
        </w:rPr>
        <w:t>31:34  to Mr. Fauzan Khan jo hain</w:t>
      </w:r>
      <w:r>
        <w:br/>
      </w:r>
      <w:r>
        <w:rPr>
          <w:sz w:val="20"/>
        </w:rPr>
        <w:t>31:37  unki kahani shuru hoti hai nine eleven se</w:t>
      </w:r>
      <w:r>
        <w:br/>
      </w:r>
      <w:r>
        <w:rPr>
          <w:sz w:val="20"/>
        </w:rPr>
        <w:t>31:42  America</w:t>
      </w:r>
      <w:r>
        <w:br/>
      </w:r>
      <w:r>
        <w:rPr>
          <w:sz w:val="20"/>
        </w:rPr>
        <w:t>31:42  mein jo nine eleven ka waqea hua</w:t>
      </w:r>
      <w:r>
        <w:br/>
      </w:r>
      <w:r>
        <w:rPr>
          <w:sz w:val="20"/>
        </w:rPr>
        <w:t>31:47  is ke baad sari dunya mein islam ki image kharab hui har jagah ye samjha jane laga ke islam terrorism ki taleem deta hai to ye aur wo 22 naujawan unhon ne mil kar ye tay kiya ke hum is image ko theek karenge</w:t>
      </w:r>
      <w:r>
        <w:br/>
      </w:r>
      <w:r>
        <w:rPr>
          <w:sz w:val="20"/>
        </w:rPr>
        <w:t>32:09  to unhon ne aik tehreek shuru ki is is tehreek mein unhon ne</w:t>
      </w:r>
      <w:r>
        <w:br/>
      </w:r>
      <w:r>
        <w:rPr>
          <w:sz w:val="20"/>
        </w:rPr>
        <w:t>32:16  hazaron hazar naujawano ko mobilize kiya hai</w:t>
      </w:r>
      <w:r>
        <w:br/>
      </w:r>
      <w:r>
        <w:rPr>
          <w:sz w:val="20"/>
        </w:rPr>
        <w:t>32:20  aur woh unhi ka ijtima tha jaise hum is ko aur kai logon ko bator speaker bulaya tha</w:t>
      </w:r>
      <w:r>
        <w:br/>
      </w:r>
      <w:r>
        <w:rPr>
          <w:sz w:val="20"/>
        </w:rPr>
        <w:t>32:28  unhon ne to jitne naujawan thay</w:t>
      </w:r>
      <w:r>
        <w:br/>
      </w:r>
      <w:r>
        <w:rPr>
          <w:sz w:val="20"/>
        </w:rPr>
        <w:t>32:33  sab ke sab positive kisi ek naujawan ne koi wahan par jangjoo'i ki baat nahi ki</w:t>
      </w:r>
      <w:r>
        <w:br/>
      </w:r>
      <w:r>
        <w:rPr>
          <w:sz w:val="20"/>
        </w:rPr>
        <w:t>32:43  yahan to ya alaik mein ek program tha merit university mein merit university mein tha program wahan par ek ek naujawan khada hoga laga shor karne</w:t>
      </w:r>
      <w:r>
        <w:br/>
      </w:r>
      <w:r>
        <w:rPr>
          <w:sz w:val="20"/>
        </w:rPr>
        <w:t>32:57  aur hamare jalsay ko yani</w:t>
      </w:r>
      <w:r>
        <w:br/>
      </w:r>
      <w:r>
        <w:rPr>
          <w:sz w:val="20"/>
        </w:rPr>
        <w:t>33:02  ki taqreer na ho ek hangama khara kar diya yeh halat India ki halat yeh hai</w:t>
      </w:r>
      <w:r>
        <w:br/>
      </w:r>
      <w:r>
        <w:rPr>
          <w:sz w:val="20"/>
        </w:rPr>
        <w:t>33:09  aisi halat har jagah hai</w:t>
      </w:r>
      <w:r>
        <w:br/>
      </w:r>
      <w:r>
        <w:rPr>
          <w:sz w:val="20"/>
        </w:rPr>
        <w:t>33:12  wahan kuch nahi</w:t>
      </w:r>
      <w:r>
        <w:br/>
      </w:r>
      <w:r>
        <w:rPr>
          <w:sz w:val="20"/>
        </w:rPr>
        <w:t>33:15  un ke sath jo 22 naujawan hain woh bhi sab ke sab bohat sanjeeda aur jo mukhtalif jagahon</w:t>
      </w:r>
      <w:r>
        <w:br/>
      </w:r>
      <w:r>
        <w:rPr>
          <w:sz w:val="20"/>
        </w:rPr>
        <w:t>33:23  se naujawan aaye thay woh sab sanjeeda</w:t>
      </w:r>
      <w:r>
        <w:br/>
      </w:r>
      <w:r>
        <w:rPr>
          <w:sz w:val="20"/>
        </w:rPr>
        <w:t>33:28  larkay aur larkiyan dono</w:t>
      </w:r>
      <w:r>
        <w:br/>
      </w:r>
      <w:r>
        <w:rPr>
          <w:sz w:val="20"/>
        </w:rPr>
        <w:t>33:32  kisi ne koi</w:t>
      </w:r>
      <w:r>
        <w:br/>
      </w:r>
      <w:r>
        <w:rPr>
          <w:sz w:val="20"/>
        </w:rPr>
        <w:t>33:36  koi negative baat nahi ki to mister fauzan khan ne ye tay kiya nine eleven ke baad ke hum islam ki image ko durust karenge to naujawano ko un ke sath 22 naujawan un ko sath dene ke liye khare hogaye is tarah ye ek group bana</w:t>
      </w:r>
      <w:r>
        <w:br/>
      </w:r>
      <w:r>
        <w:rPr>
          <w:sz w:val="20"/>
        </w:rPr>
        <w:t>34:03  aur wo</w:t>
      </w:r>
      <w:r>
        <w:br/>
      </w:r>
      <w:r>
        <w:rPr>
          <w:sz w:val="20"/>
        </w:rPr>
        <w:t>34:07  unhon ne kaam karna shuru kiya to unhi ne woh beshak woh naujawano ko mobilize kar rahay</w:t>
      </w:r>
      <w:r>
        <w:br/>
      </w:r>
      <w:r>
        <w:rPr>
          <w:sz w:val="20"/>
        </w:rPr>
        <w:t>34:14  hain to mere pas yeh log ikhatta hue</w:t>
      </w:r>
      <w:r>
        <w:br/>
      </w:r>
      <w:r>
        <w:rPr>
          <w:sz w:val="20"/>
        </w:rPr>
        <w:t>34:20  parson sham ko sab ke sab</w:t>
      </w:r>
      <w:r>
        <w:br/>
      </w:r>
      <w:r>
        <w:rPr>
          <w:sz w:val="20"/>
        </w:rPr>
        <w:t>34:25  aur ikhatta kis liye apna apne karname bayan karne nahi hain</w:t>
      </w:r>
      <w:r>
        <w:br/>
      </w:r>
      <w:r>
        <w:rPr>
          <w:sz w:val="20"/>
        </w:rPr>
        <w:t>34:29  apne ikhtilafat bayan karne ke liye nahi hain aam tor par jo hota hai ke log milte hain</w:t>
      </w:r>
      <w:r>
        <w:br/>
      </w:r>
      <w:r>
        <w:rPr>
          <w:sz w:val="20"/>
        </w:rPr>
        <w:t>34:36  to apne karname batatay hain ya ikhtilaf</w:t>
      </w:r>
      <w:r>
        <w:br/>
      </w:r>
      <w:r>
        <w:rPr>
          <w:sz w:val="20"/>
        </w:rPr>
        <w:t>34:41  do hi subjects hota hai logon ka ya to apna karname bayan karne ke ya hamare khilaf koi</w:t>
      </w:r>
      <w:r>
        <w:br/>
      </w:r>
      <w:r>
        <w:rPr>
          <w:sz w:val="20"/>
        </w:rPr>
        <w:t>34:48  bohat hi shadeed gheeb tanqideen</w:t>
      </w:r>
      <w:r>
        <w:br/>
      </w:r>
      <w:r>
        <w:rPr>
          <w:sz w:val="20"/>
        </w:rPr>
        <w:t>34:52  ke aap</w:t>
      </w:r>
      <w:r>
        <w:br/>
      </w:r>
      <w:r>
        <w:rPr>
          <w:sz w:val="20"/>
        </w:rPr>
        <w:t>34:53  aisa karte hain aap kaise israel pahunch gaye israel ko koi koi visit kiya aap ne ye ek baat ko wo baat ko babri mashriq ke bare mein aisa kyun keh diya aap ne to is liye ikattha hote hain mere pas ye log ikattha hue the ke humein guidance dijiye guidance</w:t>
      </w:r>
      <w:r>
        <w:br/>
      </w:r>
      <w:r>
        <w:rPr>
          <w:sz w:val="20"/>
        </w:rPr>
        <w:t>35:16  to mein ne kaha ke</w:t>
      </w:r>
      <w:r>
        <w:br/>
      </w:r>
      <w:r>
        <w:rPr>
          <w:sz w:val="20"/>
        </w:rPr>
        <w:t>35:19  dekhiye aap bohat acha kaam kar rahay hain ke Muslim naujawano ko aap mobilize kar rahay hain bohat</w:t>
      </w:r>
      <w:r>
        <w:br/>
      </w:r>
      <w:r>
        <w:rPr>
          <w:sz w:val="20"/>
        </w:rPr>
        <w:t>35:26  acha kaam kar rahay hain</w:t>
      </w:r>
      <w:r>
        <w:br/>
      </w:r>
      <w:r>
        <w:rPr>
          <w:sz w:val="20"/>
        </w:rPr>
        <w:t>35:29  to mein ne kaha ke aap ne bohat se</w:t>
      </w:r>
      <w:r>
        <w:br/>
      </w:r>
      <w:r>
        <w:rPr>
          <w:sz w:val="20"/>
        </w:rPr>
        <w:t>35:32  Muslim scholars ko yahan bulaya hai unhon ne speeches dein</w:t>
      </w:r>
      <w:r>
        <w:br/>
      </w:r>
      <w:r>
        <w:rPr>
          <w:sz w:val="20"/>
        </w:rPr>
        <w:t>35:36  is se un ko koi</w:t>
      </w:r>
      <w:r>
        <w:br/>
      </w:r>
      <w:r>
        <w:rPr>
          <w:sz w:val="20"/>
        </w:rPr>
        <w:t>35:39  koi gol mila hoga har ek ko</w:t>
      </w:r>
      <w:r>
        <w:br/>
      </w:r>
      <w:r>
        <w:rPr>
          <w:sz w:val="20"/>
        </w:rPr>
        <w:t>35:43  inshallah lekin ap ke pas ek common gol hona chahiye sab sab ka ek ek hi ek hi</w:t>
      </w:r>
      <w:r>
        <w:br/>
      </w:r>
      <w:r>
        <w:rPr>
          <w:sz w:val="20"/>
        </w:rPr>
        <w:t>35:49  gol ek hi nishana ek hi target</w:t>
      </w:r>
      <w:r>
        <w:br/>
      </w:r>
      <w:r>
        <w:rPr>
          <w:sz w:val="20"/>
        </w:rPr>
        <w:t>35:54  tab taake woh un ke andar woh ittehad ki taqat bane woh</w:t>
      </w:r>
      <w:r>
        <w:br/>
      </w:r>
      <w:r>
        <w:rPr>
          <w:sz w:val="20"/>
        </w:rPr>
        <w:t>36:00  to maine un ko kaha ke ap ka nishana</w:t>
      </w:r>
    </w:p>
    <w:p>
      <w:pPr>
        <w:pStyle w:val="Heading2"/>
      </w:pPr>
      <w:r>
        <w:t>Water as unique blessing from God</w:t>
      </w:r>
    </w:p>
    <w:p>
      <w:r>
        <w:rPr>
          <w:color w:val="666666"/>
          <w:sz w:val="18"/>
        </w:rPr>
        <w:t>Dars-e-Quran, Chapter 2, Verse 60 April 08, 2018 · 2m 31s · at 13:35 · https://youtu.be/0ACymzsx8vI?t=815</w:t>
      </w:r>
    </w:p>
    <w:p>
      <w:r>
        <w:rPr>
          <w:i/>
        </w:rPr>
        <w:t>“پانی کتنی بڑی بلیسنگ ہے۔”</w:t>
      </w:r>
    </w:p>
    <w:p>
      <w:r>
        <w:rPr>
          <w:sz w:val="20"/>
        </w:rPr>
        <w:t>13:35  woh hai ke pani kitni bari blessing hai. sab se pehle aap jantay hain ke jab solar system bana to zameen par pani nahi tha, sab desert hi desert tha.</w:t>
      </w:r>
      <w:r>
        <w:br/>
      </w:r>
      <w:r>
        <w:rPr>
          <w:sz w:val="20"/>
        </w:rPr>
        <w:t>13:50  to barish, Allah ne barish barsai, bohat barish hui aur samandar bhar gaye barish se, darya bhar gaye pani se.</w:t>
      </w:r>
      <w:r>
        <w:br/>
      </w:r>
      <w:r>
        <w:rPr>
          <w:sz w:val="20"/>
        </w:rPr>
        <w:t>14:02  to phir insaan ko moqa mila ke woh kheti kare, ghalla ugaye, phal ugaye, yani agriculture aur horticulture</w:t>
      </w:r>
      <w:r>
        <w:br/>
      </w:r>
      <w:r>
        <w:rPr>
          <w:sz w:val="20"/>
        </w:rPr>
        <w:t>14:16  ka daur aya. to is par shukar kar ke, is ko acknowledge kartay hue zindagi guzaro. yeh zameen par larai mat karo, nafrat mat karo,</w:t>
      </w:r>
      <w:r>
        <w:br/>
      </w:r>
      <w:r>
        <w:rPr>
          <w:sz w:val="20"/>
        </w:rPr>
        <w:t>14:32  aik doosray se mohabbat karna seekho, peaceful andaaz mein kaam karo. yeh hukum hua, pehle bhi yeh hukum tha, aaj bhi yeh hukum hai.</w:t>
      </w:r>
      <w:r>
        <w:br/>
      </w:r>
      <w:r>
        <w:rPr>
          <w:sz w:val="20"/>
        </w:rPr>
        <w:t>14:46  aur woh yeh waqay jo hai, sirf Moosa ke zamanay ki baat nahi, aaj ki baat bhi hai. aaj bhi hum pani par depend kartay hain, aaj bhi insaan pani par depend karta hai.</w:t>
      </w:r>
      <w:r>
        <w:br/>
      </w:r>
      <w:r>
        <w:rPr>
          <w:sz w:val="20"/>
        </w:rPr>
        <w:t>15:05  aap jantay hain ke Stephen Hawking aur doosray log yeh kehtay rahay ke humein aik aur planet dhoondhna paray ga ke wahan jahan pani ho, wahan hum jayen.</w:t>
      </w:r>
      <w:r>
        <w:br/>
      </w:r>
      <w:r>
        <w:rPr>
          <w:sz w:val="20"/>
        </w:rPr>
        <w:t>15:20  to so baras se insan dosre planet par pani ki khoj kar raha hai, lekin aaj tak kahin pani nahi mila.</w:t>
      </w:r>
      <w:r>
        <w:br/>
      </w:r>
      <w:r>
        <w:rPr>
          <w:sz w:val="20"/>
        </w:rPr>
        <w:t>15:33  yeh mars mein samjhte the ke mars mein pani hai, lekin aaj aakhir mein pata chala ke pani nahi hai wahan par. To jo dosre planet hain, jo hamare suraj ke gird ghumte hain,</w:t>
      </w:r>
      <w:r>
        <w:br/>
      </w:r>
      <w:r>
        <w:rPr>
          <w:sz w:val="20"/>
        </w:rPr>
        <w:t>15:48  is mein ek hi planet hai, yeh hamare jo earth hai, is jahan pani hai, woh yaad dilaya ke Allah ke is blessing ko yaad karo ke pure solar system mein ek hi planet hai jahan pani hai.</w:t>
      </w:r>
    </w:p>
    <w:p>
      <w:pPr>
        <w:pStyle w:val="Heading2"/>
      </w:pPr>
      <w:r>
        <w:t>why laws against harassment fail to work</w:t>
      </w:r>
    </w:p>
    <w:p>
      <w:r>
        <w:rPr>
          <w:color w:val="666666"/>
          <w:sz w:val="18"/>
        </w:rPr>
        <w:t>Doomsday is Coming November 24, 2013 · 1m 33s · at 3:42 · https://youtu.be/rixrzrrK-cE?t=222</w:t>
      </w:r>
    </w:p>
    <w:p>
      <w:r>
        <w:rPr>
          <w:i/>
        </w:rPr>
        <w:t>“Yeh lack of enactment nahi, lack of implementation ka mamla hai”</w:t>
      </w:r>
    </w:p>
    <w:p>
      <w:r>
        <w:rPr>
          <w:sz w:val="20"/>
        </w:rPr>
        <w:t>3:42  to main ne socha ke is par jab ghoor kiya to main ne socha ke yeh lack of enactment ka mamla nahi hai, yeh lack of implementation of law ka mamla hai.</w:t>
      </w:r>
      <w:r>
        <w:br/>
      </w:r>
      <w:r>
        <w:rPr>
          <w:sz w:val="20"/>
        </w:rPr>
        <w:t>3:54  yani qanoon banana yeh masla nahi hai ke qanoon banao, masla yeh hai ke qanoon ka nafiz mumkin nahi.</w:t>
      </w:r>
      <w:r>
        <w:br/>
      </w:r>
      <w:r>
        <w:rPr>
          <w:sz w:val="20"/>
        </w:rPr>
        <w:t>4:07  yani absence of implementation of act ka mamla hai yeh.</w:t>
      </w:r>
      <w:r>
        <w:br/>
      </w:r>
      <w:r>
        <w:rPr>
          <w:sz w:val="20"/>
        </w:rPr>
        <w:t>4:13  phir main ne socha to meri samajh mein aaya ke qanoon nafiz ho to kaise? qanoon ko banane wala, qanoon ko nafiz karne wala insan hota hai, aur jis par nafiz hona hai, woh bhi insan hota hai?</w:t>
      </w:r>
      <w:r>
        <w:br/>
      </w:r>
      <w:r>
        <w:rPr>
          <w:sz w:val="20"/>
        </w:rPr>
        <w:t>4:31  koi jo qanoon ko nafiz karne wala hai, woh superman to hai nahi? insan se zyada koi taqat is ke paas to hai nahi?</w:t>
      </w:r>
      <w:r>
        <w:br/>
      </w:r>
      <w:r>
        <w:rPr>
          <w:sz w:val="20"/>
        </w:rPr>
        <w:t>4:41  natija kya hota hai ke jo criminals hote hain, sirf isi mamle mein nahi, har mamle mein, woh bohat se tareeqe nikaal lete hain apne bachao ka.</w:t>
      </w:r>
      <w:r>
        <w:br/>
      </w:r>
      <w:r>
        <w:rPr>
          <w:sz w:val="20"/>
        </w:rPr>
        <w:t>4:51  kahin un ka jo un ki taraf se jo wakeel hota hai, woh law mein koi loophole daryaft kar leta hai, kisi technical ground par woh bacha leta hai us ko.</w:t>
      </w:r>
      <w:r>
        <w:br/>
      </w:r>
      <w:r>
        <w:rPr>
          <w:sz w:val="20"/>
        </w:rPr>
        <w:t>5:04  yani yeh hazar tareeqe hain jis se ek insan doosre insan ko dhoka de deta hai. is wajah se yeh cheez jaari hai.</w:t>
      </w:r>
    </w:p>
    <w:p>
      <w:pPr>
        <w:pStyle w:val="Heading2"/>
      </w:pPr>
      <w:r>
        <w:t>Iblis becomes man's eternal rival, defies Allah</w:t>
      </w:r>
    </w:p>
    <w:p>
      <w:r>
        <w:rPr>
          <w:color w:val="666666"/>
          <w:sz w:val="18"/>
        </w:rPr>
        <w:t>Purpose of Creation September 28, 2014 · 45s · at 9:16 · https://youtu.be/7M-rzLZzCYw?t=556</w:t>
      </w:r>
    </w:p>
    <w:p>
      <w:r>
        <w:rPr>
          <w:i/>
        </w:rPr>
        <w:t>“Dekhiye kya hua ke Iblis insan ka rival ban gaya”</w:t>
      </w:r>
    </w:p>
    <w:p>
      <w:r>
        <w:rPr>
          <w:sz w:val="20"/>
        </w:rPr>
        <w:t>9:16  To dekhiye hua kya ke Iblees jo tha wo insan ka rival ban gaya.</w:t>
      </w:r>
      <w:r>
        <w:br/>
      </w:r>
      <w:r>
        <w:rPr>
          <w:sz w:val="20"/>
        </w:rPr>
        <w:t>9:29  Aur insan ke aage nahi jhuka.</w:t>
      </w:r>
      <w:r>
        <w:br/>
      </w:r>
      <w:r>
        <w:rPr>
          <w:sz w:val="20"/>
        </w:rPr>
        <w:t>9:31  Allah ke hukum ke khilaf kiya us ne. Aur us ne kaha ke: "La hatta nakrun thum illa qaleelan".</w:t>
      </w:r>
      <w:r>
        <w:br/>
      </w:r>
      <w:r>
        <w:rPr>
          <w:sz w:val="20"/>
        </w:rPr>
        <w:t>9:40  Mein insan ko chalne nahi doonga. Aur poori history mein aap dekhiye shaitan insan ki dushmani mein laga hua hai.</w:t>
      </w:r>
      <w:r>
        <w:br/>
      </w:r>
      <w:r>
        <w:rPr>
          <w:sz w:val="20"/>
        </w:rPr>
        <w:t>9:52  Lekin Allah taala ka matlab tha ke yeh tareekh banaye jo jis ke liye insan ko paida kiya gaya hai.</w:t>
      </w:r>
    </w:p>
    <w:p>
      <w:pPr>
        <w:pStyle w:val="Heading2"/>
      </w:pPr>
      <w:r>
        <w:t>Islam has a well-defined ideology but no structured political system</w:t>
      </w:r>
    </w:p>
    <w:p>
      <w:r>
        <w:rPr>
          <w:color w:val="666666"/>
          <w:sz w:val="18"/>
        </w:rPr>
        <w:t>Islam and Politics November 17, 2013 · 35s · at 14:48 · https://youtu.be/LgKA8wg4NPc?t=888</w:t>
      </w:r>
    </w:p>
    <w:p>
      <w:r>
        <w:rPr>
          <w:i/>
        </w:rPr>
        <w:t>“There is a well-defined description of ideology in Islam”</w:t>
      </w:r>
    </w:p>
    <w:p>
      <w:r>
        <w:rPr>
          <w:sz w:val="20"/>
        </w:rPr>
        <w:t>14:48  ? dekhiye in Islam there is a well defined description of ideology but there is no structured model of system in Islam.</w:t>
      </w:r>
      <w:r>
        <w:br/>
      </w:r>
      <w:r>
        <w:rPr>
          <w:sz w:val="20"/>
        </w:rPr>
        <w:t>15:09  ya</w:t>
      </w:r>
      <w:r>
        <w:br/>
      </w:r>
      <w:r>
        <w:rPr>
          <w:sz w:val="20"/>
        </w:rPr>
        <w:t>15:10  ni Quran o Hadees ka mutala aap ek so bar kar daliye to aap payenge ke Quran o Hadees mein nazariya ya ideology ka to bohat hi well defined description hai.</w:t>
      </w:r>
    </w:p>
    <w:p>
      <w:pPr>
        <w:pStyle w:val="Heading2"/>
      </w:pPr>
      <w:r>
        <w:t>Age of Quran just spread the message</w:t>
      </w:r>
    </w:p>
    <w:p>
      <w:r>
        <w:rPr>
          <w:color w:val="666666"/>
          <w:sz w:val="18"/>
        </w:rPr>
        <w:t>The Age of the Quran March 24, 2019 · 42s · at 26:36 · https://youtu.be/DI5wU5CwcW4?t=1596</w:t>
      </w:r>
    </w:p>
    <w:p>
      <w:r>
        <w:rPr>
          <w:i/>
        </w:rPr>
        <w:t>“Yeh age of Quran hai, age of dawat hai.”</w:t>
      </w:r>
    </w:p>
    <w:p>
      <w:r>
        <w:rPr>
          <w:sz w:val="20"/>
        </w:rPr>
        <w:t>26:36  isi liye main kehta hoon ke yeh age of quran hai, age of dawah hai,</w:t>
      </w:r>
      <w:r>
        <w:br/>
      </w:r>
      <w:r>
        <w:rPr>
          <w:sz w:val="20"/>
        </w:rPr>
        <w:t>26:44  age of quran. kuch nahi karna hai aap ko, bas quran ko phailaiye. sari dunya aap ko welcome karegi. abhi aap ne dekha ke new zealand mein kya hua?</w:t>
      </w:r>
      <w:r>
        <w:br/>
      </w:r>
      <w:r>
        <w:rPr>
          <w:sz w:val="20"/>
        </w:rPr>
        <w:t>26:59  new zealand mein itna zyada welcome kiya gaya quran ko, islam ko, allah ke paigham ko ke prime minister khud nikal pada parliament mein, quran ki awaz sunai di.</w:t>
      </w:r>
    </w:p>
    <w:p>
      <w:pPr>
        <w:pStyle w:val="Heading2"/>
      </w:pPr>
      <w:r>
        <w:t>Pride's real source is history, not Islam itself</w:t>
      </w:r>
    </w:p>
    <w:p>
      <w:r>
        <w:rPr>
          <w:color w:val="666666"/>
          <w:sz w:val="18"/>
        </w:rPr>
        <w:t>Dars-e-Quran July 30, 2007 · 25s · at 44:38 · https://youtu.be/9D_8jxwLKlE?t=2678</w:t>
      </w:r>
    </w:p>
    <w:p>
      <w:r>
        <w:rPr>
          <w:i/>
        </w:rPr>
        <w:t>“Pride ka source kya hai? History.”</w:t>
      </w:r>
    </w:p>
    <w:p>
      <w:r>
        <w:rPr>
          <w:sz w:val="20"/>
        </w:rPr>
        <w:t>44:38  aap kahenge mujhe, main, main, mujhe fakhr hai ke main khuda se darta hoon. yeh koi kehne ki baat hai? jo aadmi khuda se darega, us ki zuban band ho jayegi,</w:t>
      </w:r>
      <w:r>
        <w:br/>
      </w:r>
      <w:r>
        <w:rPr>
          <w:sz w:val="20"/>
        </w:rPr>
        <w:t>44:51  us ke andar modesty aayegi, us ke andar submission aayega, us ke andar pride nahin aayega. pride ka source kya hai?</w:t>
      </w:r>
      <w:r>
        <w:br/>
      </w:r>
      <w:r>
        <w:rPr>
          <w:sz w:val="20"/>
        </w:rPr>
        <w:t>45:01  history.</w:t>
      </w:r>
    </w:p>
    <w:p>
      <w:pPr>
        <w:pStyle w:val="Heading2"/>
      </w:pPr>
      <w:r>
        <w:t>Islam's definition of terrorism explained</w:t>
      </w:r>
    </w:p>
    <w:p>
      <w:r>
        <w:rPr>
          <w:color w:val="666666"/>
          <w:sz w:val="18"/>
        </w:rPr>
        <w:t>Message of The Quran October 20, 2007 · 1m 07s · at 23:40 · https://youtu.be/7GePL3JmwnE?t=1420</w:t>
      </w:r>
    </w:p>
    <w:p>
      <w:r>
        <w:rPr>
          <w:i/>
        </w:rPr>
        <w:t>“What is the definition of terrorism in Islam?”</w:t>
      </w:r>
    </w:p>
    <w:p>
      <w:r>
        <w:rPr>
          <w:sz w:val="20"/>
        </w:rPr>
        <w:t>23:40  terrorism ka definition kya hai?</w:t>
      </w:r>
      <w:r>
        <w:br/>
      </w:r>
      <w:r>
        <w:rPr>
          <w:sz w:val="20"/>
        </w:rPr>
        <w:t>23:46  use of arms other than state, yehi terrorism hai. state ke siwa koi bhi individual ya koi organization agar arms ko istemal karti hai defense ke naam par, woh terrorism hai.</w:t>
      </w:r>
      <w:r>
        <w:br/>
      </w:r>
      <w:r>
        <w:rPr>
          <w:sz w:val="20"/>
        </w:rPr>
        <w:t>24:04  isi ka naam hai terrorism.</w:t>
      </w:r>
      <w:r>
        <w:br/>
      </w:r>
      <w:r>
        <w:rPr>
          <w:sz w:val="20"/>
        </w:rPr>
        <w:t>24:09  aur dekhiye, aik condition kya hai? even in genuine war, even in a defensive war, you can not kill non combatant.</w:t>
      </w:r>
      <w:r>
        <w:br/>
      </w:r>
      <w:r>
        <w:rPr>
          <w:sz w:val="20"/>
        </w:rPr>
        <w:t>24:23  you can kill only combatant people. is ko kehte hain Arabic mein muqatil aur ghair muqatil. yani defensive war mein bhi aap sirf muqatil ko maar sakte hain.</w:t>
      </w:r>
      <w:r>
        <w:br/>
      </w:r>
      <w:r>
        <w:rPr>
          <w:sz w:val="20"/>
        </w:rPr>
        <w:t>24:36  that is combatant.</w:t>
      </w:r>
      <w:r>
        <w:br/>
      </w:r>
      <w:r>
        <w:rPr>
          <w:sz w:val="20"/>
        </w:rPr>
        <w:t>24:39  ghair muqatil ko nahi maar sakte. that is non combatant. ab is ko aap lijiye toh aaj kya hai?</w:t>
      </w:r>
    </w:p>
    <w:p>
      <w:pPr>
        <w:pStyle w:val="Heading2"/>
      </w:pPr>
      <w:r>
        <w:t>Quran's central theme is God's creation plan</w:t>
      </w:r>
    </w:p>
    <w:p>
      <w:r>
        <w:rPr>
          <w:color w:val="666666"/>
          <w:sz w:val="18"/>
        </w:rPr>
        <w:t>Man Between Angels and Satan August 14, 2011 · 40s · at 51:53 · https://youtu.be/cRXTSSZNM30?t=3113</w:t>
      </w:r>
    </w:p>
    <w:p>
      <w:r>
        <w:rPr>
          <w:i/>
        </w:rPr>
        <w:t>“Quran ki central theme hai creation plan of God se duniya ko bakhabar karna”</w:t>
      </w:r>
    </w:p>
    <w:p>
      <w:r>
        <w:rPr>
          <w:sz w:val="20"/>
        </w:rPr>
        <w:t>51:53  to sochte sochte sochte sochte jo mujh par khula wo yeh hai main dua karta tha dua karta dua karta tha ke Quran ki central theme hai creation plan of God se duniya ko baghabar karna</w:t>
      </w:r>
      <w:r>
        <w:br/>
      </w:r>
      <w:r>
        <w:rPr>
          <w:sz w:val="20"/>
        </w:rPr>
        <w:t>52:08  yeh central theme</w:t>
      </w:r>
      <w:r>
        <w:br/>
      </w:r>
      <w:r>
        <w:rPr>
          <w:sz w:val="20"/>
        </w:rPr>
        <w:t>52:12  yani jis khalq ne insaan ko banaya jis khalq ne yeh duniya banai to is jis khalq ne insaan ko duniya mein jis khalq ne insaan ko paida kar ke is duniya mein rakha to kis liye rakha kya maqsad hai is duniya mein hamein abad karne ka</w:t>
      </w:r>
    </w:p>
    <w:p>
      <w:pPr>
        <w:pStyle w:val="Heading2"/>
      </w:pPr>
      <w:r>
        <w:t>People think they are perfect</w:t>
      </w:r>
    </w:p>
    <w:p>
      <w:r>
        <w:rPr>
          <w:color w:val="666666"/>
          <w:sz w:val="18"/>
        </w:rPr>
        <w:t>Divine Warning 29 Oct 2013 - Maulana Wahiduddin Khan · 29s · at 7:10 · https://youtu.be/ITyLA4216tA?t=430</w:t>
      </w:r>
    </w:p>
    <w:p>
      <w:r>
        <w:rPr>
          <w:i/>
        </w:rPr>
        <w:t>“To is ka nateeja kya hota hai?”</w:t>
      </w:r>
    </w:p>
    <w:p>
      <w:r>
        <w:rPr>
          <w:sz w:val="20"/>
        </w:rPr>
        <w:t>7:10  yahan tak ke mauqa ho to tashaddud karte hain, gun aur bomb chalate hain. to is ka nateeja kya hota hai? ke jo bas ka jo zahoor hua tha, is liye ke logon ke andar apni ghalti ka ehsaas paida ho,</w:t>
      </w:r>
      <w:r>
        <w:br/>
      </w:r>
      <w:r>
        <w:rPr>
          <w:sz w:val="20"/>
        </w:rPr>
        <w:t>7:27  woh apna muhasba karein, tauba karein, apni islaah karein. is ke bajaye ulta ho jata hai. woh samajhta hai ke hum to bilkul theek thaak hain, hamari koi ghalti nahi hai.</w:t>
      </w:r>
    </w:p>
    <w:p>
      <w:pPr>
        <w:pStyle w:val="Heading2"/>
      </w:pPr>
      <w:r>
        <w:t>Quran becomes most wanted book</w:t>
      </w:r>
    </w:p>
    <w:p>
      <w:r>
        <w:rPr>
          <w:color w:val="666666"/>
          <w:sz w:val="18"/>
        </w:rPr>
        <w:t>Quran Stall at the World Book Fair January 12, 2019 · 21s · at 2:13 · https://youtu.be/qAV6i3yvMjE?t=133</w:t>
      </w:r>
    </w:p>
    <w:p>
      <w:r>
        <w:rPr>
          <w:i/>
        </w:rPr>
        <w:t>“Quran has become the most wanted book”</w:t>
      </w:r>
    </w:p>
    <w:p>
      <w:r>
        <w:rPr>
          <w:sz w:val="20"/>
        </w:rPr>
        <w:t>2:13  Quran jo apnay aap hi most wanted book ban gaya hai, to ab humain logon ki is self-created interest ko lay kar logon tak pohanchana hai.</w:t>
      </w:r>
    </w:p>
    <w:p>
      <w:pPr>
        <w:pStyle w:val="Heading2"/>
      </w:pPr>
      <w:r>
        <w:t>History's unanswered question of life's purpose, answered by the Quran</w:t>
      </w:r>
    </w:p>
    <w:p>
      <w:r>
        <w:rPr>
          <w:color w:val="666666"/>
          <w:sz w:val="18"/>
        </w:rPr>
        <w:t>Purpose of Human Life February 12, 2012 Maulana Wahiduddin Khan · 4m 44s · at 0:23 · https://youtu.be/gRupSXuak-w?t=23</w:t>
      </w:r>
    </w:p>
    <w:p>
      <w:r>
        <w:rPr>
          <w:i/>
        </w:rPr>
        <w:t>“Aaj ka topic hai Purpose of Human Life”</w:t>
      </w:r>
    </w:p>
    <w:p>
      <w:r>
        <w:rPr>
          <w:sz w:val="20"/>
        </w:rPr>
        <w:t>0:23  Aaj ka topic hai "purpose of human life". insaan ki zindagi ka maqsad, "purpose of human life".</w:t>
      </w:r>
      <w:r>
        <w:br/>
      </w:r>
      <w:r>
        <w:rPr>
          <w:sz w:val="20"/>
        </w:rPr>
        <w:t>0:39  Dekhein, yeh jo question hai, yeh poori tareekh mein logon par chhaya raha hai.</w:t>
      </w:r>
      <w:r>
        <w:br/>
      </w:r>
      <w:r>
        <w:rPr>
          <w:sz w:val="20"/>
        </w:rPr>
        <w:t>0:51  Tamam philosophers, tamam thinkers, tamam writers, jo novel likhe gaye, jo kahaniyan likhi gayi, har mein direct ya indirect yeh sawal chhaya raha hai.</w:t>
      </w:r>
      <w:r>
        <w:br/>
      </w:r>
      <w:r>
        <w:rPr>
          <w:sz w:val="20"/>
        </w:rPr>
        <w:t>1:10  Shayari mein, kahani mein, har jagah. tamam jo philosophers the, woh sab basically isi aitraaz mein the ki insaan ki zindagi ka purpose kya hai.</w:t>
      </w:r>
      <w:r>
        <w:br/>
      </w:r>
      <w:r>
        <w:rPr>
          <w:sz w:val="20"/>
        </w:rPr>
        <w:t>1:25  Lekin aaj tak, yaani yeh log chahte the ki khuda ke wahi ke baghair maqsad maloom kar len, to aaj tak woh maqsad maloom nahi kar sake.</w:t>
      </w:r>
      <w:r>
        <w:br/>
      </w:r>
      <w:r>
        <w:rPr>
          <w:sz w:val="20"/>
        </w:rPr>
        <w:t>1:40  Ek bohat ajeeb kahani hai, yaani ek Greek philosopher tha, pehle zamane ki baat hai, yaani before Christianity,</w:t>
      </w:r>
      <w:r>
        <w:br/>
      </w:r>
      <w:r>
        <w:rPr>
          <w:sz w:val="20"/>
        </w:rPr>
        <w:t>1:55  to woh isi sawal se dochar tha. to ek din kisi ne dekha us ko ki woh ek peed ke upar baitha hua hai.</w:t>
      </w:r>
      <w:r>
        <w:br/>
      </w:r>
      <w:r>
        <w:rPr>
          <w:sz w:val="20"/>
        </w:rPr>
        <w:t>2:06  to us se poocha ki tum kaun ho jo peed ke upar baithe hue ho?</w:t>
      </w:r>
      <w:r>
        <w:br/>
      </w:r>
      <w:r>
        <w:rPr>
          <w:sz w:val="20"/>
        </w:rPr>
        <w:t>2:11  to us ne kaha, "yahi to main jannewalon ke upar kaun hoon, isi liye main aap ke haan baith gaya hoon."</w:t>
      </w:r>
      <w:r>
        <w:br/>
      </w:r>
      <w:r>
        <w:rPr>
          <w:sz w:val="20"/>
        </w:rPr>
        <w:t>2:20  to gharaaz hai ki saari zindagi, saari tareekh mein insaan is sawal pe dochar raha hai, lekin us ne chaha ki wahi khudaawandi ke baghair is ka jawab pa le, to kabhi is ka jawab koi pa nahi saka.</w:t>
      </w:r>
      <w:r>
        <w:br/>
      </w:r>
      <w:r>
        <w:rPr>
          <w:sz w:val="20"/>
        </w:rPr>
        <w:t>2:39  Main khud isi sawal se dochar hua bachpan hi se ki mujhe kisi aur cheez se koi interest nahi tha</w:t>
      </w:r>
      <w:r>
        <w:br/>
      </w:r>
      <w:r>
        <w:rPr>
          <w:sz w:val="20"/>
        </w:rPr>
        <w:t>2:50  siwaye is ke ki zindagi ka maqsad maloom karoon.</w:t>
      </w:r>
      <w:r>
        <w:br/>
      </w:r>
      <w:r>
        <w:rPr>
          <w:sz w:val="20"/>
        </w:rPr>
        <w:t>2:58  to lambi jahad ke baad mujhe aakhir kar Quran ki is aayat se is ka jawab mila,</w:t>
      </w:r>
      <w:r>
        <w:br/>
      </w:r>
      <w:r>
        <w:rPr>
          <w:sz w:val="20"/>
        </w:rPr>
        <w:t>3:10  woh yeh hai: "afahasibtum innama khalaqnakum wabisan wa annakum ilaina la turjaun."</w:t>
      </w:r>
      <w:r>
        <w:br/>
      </w:r>
      <w:r>
        <w:rPr>
          <w:sz w:val="20"/>
        </w:rPr>
        <w:t>3:21  Is aayat ka lafzi tarjuma to yeh hai ki kya tum ne samjha hai ki hum ne tum ko be maqsad paida kiya hai, "purpose less",</w:t>
      </w:r>
      <w:r>
        <w:br/>
      </w:r>
      <w:r>
        <w:rPr>
          <w:sz w:val="20"/>
        </w:rPr>
        <w:t>3:37  aur tum hamari taraf lotaye nahi jaoge?</w:t>
      </w:r>
      <w:r>
        <w:br/>
      </w:r>
      <w:r>
        <w:rPr>
          <w:sz w:val="20"/>
        </w:rPr>
        <w:t>3:42  Is aayat mein aap kuch aur</w:t>
      </w:r>
      <w:r>
        <w:br/>
      </w:r>
      <w:r>
        <w:rPr>
          <w:sz w:val="20"/>
        </w:rPr>
        <w:t>3:48  lafzon ka izafa kijiye, tab baat clear hoti hai.</w:t>
      </w:r>
      <w:r>
        <w:br/>
      </w:r>
      <w:r>
        <w:rPr>
          <w:sz w:val="20"/>
        </w:rPr>
        <w:t>3:57  Kyunke dekhiye, yeh jo hai tum ko paida kiya, ek insaan ek different type ki makhlooq hai, ek different being hai, jo saari kainat mein se alag hai.</w:t>
      </w:r>
      <w:r>
        <w:br/>
      </w:r>
      <w:r>
        <w:rPr>
          <w:sz w:val="20"/>
        </w:rPr>
        <w:t>4:12  Yeh</w:t>
      </w:r>
      <w:r>
        <w:br/>
      </w:r>
      <w:r>
        <w:rPr>
          <w:sz w:val="20"/>
        </w:rPr>
        <w:t>4:13  to ayat ka matlab yeh hai ke insaan ko Allah taala ne ek different makhlooq, ek different being ki taur par paida kiya hai. to zaroori hai ke iska ek different role ho,</w:t>
      </w:r>
      <w:r>
        <w:br/>
      </w:r>
      <w:r>
        <w:rPr>
          <w:sz w:val="20"/>
        </w:rPr>
        <w:t>4:29  iska ek different purpose ho, aur phir iska ek different end ho. yeh is mein chhupa hua hai.</w:t>
      </w:r>
      <w:r>
        <w:br/>
      </w:r>
      <w:r>
        <w:rPr>
          <w:sz w:val="20"/>
        </w:rPr>
        <w:t>4:38  aisa na manna, goya ke Khuda ke creation ko ek abas, ek bekar cheez qarar dena hai, jo usko jo ho nahi sakta.</w:t>
      </w:r>
      <w:r>
        <w:br/>
      </w:r>
      <w:r>
        <w:rPr>
          <w:sz w:val="20"/>
        </w:rPr>
        <w:t>4:55  to yahi woh topic hai jis ko aaj main discuss karna chahta hoon,</w:t>
      </w:r>
      <w:r>
        <w:br/>
      </w:r>
      <w:r>
        <w:rPr>
          <w:sz w:val="20"/>
        </w:rPr>
        <w:t>5:02  aur main is ka aaghaz karunga khud apni zindagi se.</w:t>
      </w:r>
    </w:p>
    <w:p>
      <w:pPr>
        <w:pStyle w:val="Heading2"/>
      </w:pPr>
      <w:r>
        <w:t>Anti-Jewish preacher enrolls at a Jewish college in America</w:t>
      </w:r>
    </w:p>
    <w:p>
      <w:r>
        <w:rPr>
          <w:color w:val="666666"/>
          <w:sz w:val="18"/>
        </w:rPr>
        <w:t>The Purpose of Creation March 30, 2008 · 1m 13s · at 18:30 · https://youtu.be/ORcTSPLvyn0?t=1110</w:t>
      </w:r>
    </w:p>
    <w:p>
      <w:r>
        <w:rPr>
          <w:i/>
        </w:rPr>
        <w:t>“Ek sahab Dilli mein the, Yahudiyon ke khilaf bahut bolte the”</w:t>
      </w:r>
    </w:p>
    <w:p>
      <w:r>
        <w:rPr>
          <w:sz w:val="20"/>
        </w:rPr>
        <w:t>18:30  ek sahib jo dilli mein thay, hum se bohat baatein karte thay woh. aur yahudiyon ke khilaaf bohat taqreer karte thay. bohat. yahudi aise kharab hain, yahudi kharab hain.</w:t>
      </w:r>
      <w:r>
        <w:br/>
      </w:r>
      <w:r>
        <w:rPr>
          <w:sz w:val="20"/>
        </w:rPr>
        <w:t>18:41  woh gaye education ke liye America.</w:t>
      </w:r>
      <w:r>
        <w:br/>
      </w:r>
      <w:r>
        <w:rPr>
          <w:sz w:val="20"/>
        </w:rPr>
        <w:t>18:44  is waqt America hi mein hain woh. wahan pohanchay toh wahan ek jewish college mein unhon ne admission liya. kyun?</w:t>
      </w:r>
      <w:r>
        <w:br/>
      </w:r>
      <w:r>
        <w:rPr>
          <w:sz w:val="20"/>
        </w:rPr>
        <w:t>18:54  better education wohin mil rahi thi un ko. jin jews ke baray mein negative thought un ke andar tha, usi se achi education lene ke liye wahan par unhon ne admission le li.</w:t>
      </w:r>
      <w:r>
        <w:br/>
      </w:r>
      <w:r>
        <w:rPr>
          <w:sz w:val="20"/>
        </w:rPr>
        <w:t>19:04  isi ko main keh raha hoon ke hypocrisy hai, double standard. jis ko bhi andar se ghore diye toh kya niklta hai?</w:t>
      </w:r>
      <w:r>
        <w:br/>
      </w:r>
      <w:r>
        <w:rPr>
          <w:sz w:val="20"/>
        </w:rPr>
        <w:t>19:13  andar se negative thought. sab ke khilaaf. lekin ain isi waqt woh doosron ke sath compromise kar ke faida bhi utha raha hai.</w:t>
      </w:r>
      <w:r>
        <w:br/>
      </w:r>
      <w:r>
        <w:rPr>
          <w:sz w:val="20"/>
        </w:rPr>
        <w:t>19:23  inhi ki company mein job karega, inhi ke sath business karega. waghera waghera. toh chounkay naye halaat mein jo naya equation bana tha, us se log musalmanon ne adjust nahi kiya, toh poori poori muslim community jo hai woh hypocrite ban kar reh gayi.</w:t>
      </w:r>
    </w:p>
    <w:p>
      <w:pPr>
        <w:pStyle w:val="Heading2"/>
      </w:pPr>
      <w:r>
        <w:t>Marx and Muslim thinkers both failed to fix society</w:t>
      </w:r>
    </w:p>
    <w:p>
      <w:r>
        <w:rPr>
          <w:color w:val="666666"/>
          <w:sz w:val="18"/>
        </w:rPr>
        <w:t>The Purpose of Existence I 9th Sept. 2012 - Maulana Wahiduddin Khan · 2m 00s · at 4:19 · https://youtu.be/cevO-zpWlG8?t=259</w:t>
      </w:r>
    </w:p>
    <w:p>
      <w:r>
        <w:rPr>
          <w:i/>
        </w:rPr>
        <w:t>“Marx secularized this idea, but it still failed”</w:t>
      </w:r>
    </w:p>
    <w:p>
      <w:r>
        <w:rPr>
          <w:sz w:val="20"/>
        </w:rPr>
        <w:t>4:19  main samajhta hoon ke is ke baad ek bada naam paida hua, karl marx ka, jis ki death hui thi 1883 mein.</w:t>
      </w:r>
      <w:r>
        <w:br/>
      </w:r>
      <w:r>
        <w:rPr>
          <w:sz w:val="20"/>
        </w:rPr>
        <w:t>4:29  woh german thinker tha. to us ne is concept ko, yani is concept ko aristotle ne to</w:t>
      </w:r>
      <w:r>
        <w:br/>
      </w:r>
      <w:r>
        <w:rPr>
          <w:sz w:val="20"/>
        </w:rPr>
        <w:t>4:40  philosophize kiya tha. yeh jo concept hai ke baghair system ke aadmi apne potential ko actual nahin bana sakta.</w:t>
      </w:r>
      <w:r>
        <w:br/>
      </w:r>
      <w:r>
        <w:rPr>
          <w:sz w:val="20"/>
        </w:rPr>
        <w:t>4:56  to us ko aristotle ne</w:t>
      </w:r>
      <w:r>
        <w:br/>
      </w:r>
      <w:r>
        <w:rPr>
          <w:sz w:val="20"/>
        </w:rPr>
        <w:t>5:00  philosophize kiya tha, yani philosophical term mein define kiya tha. is ke baad karl marx ne is ko secularize kiya,</w:t>
      </w:r>
      <w:r>
        <w:br/>
      </w:r>
      <w:r>
        <w:rPr>
          <w:sz w:val="20"/>
        </w:rPr>
        <w:t>5:14  yani secular term mein define kiya.</w:t>
      </w:r>
      <w:r>
        <w:br/>
      </w:r>
      <w:r>
        <w:rPr>
          <w:sz w:val="20"/>
        </w:rPr>
        <w:t>5:18  lekin aap jante hain ke phir bhi woh actualize na ho saka.</w:t>
      </w:r>
      <w:r>
        <w:br/>
      </w:r>
      <w:r>
        <w:rPr>
          <w:sz w:val="20"/>
        </w:rPr>
        <w:t>5:29  is ke baad history aati hai muslim world tak. 20th century mein muslim world mein do mind paida hue.</w:t>
      </w:r>
      <w:r>
        <w:br/>
      </w:r>
      <w:r>
        <w:rPr>
          <w:sz w:val="20"/>
        </w:rPr>
        <w:t>5:40  arab world mein syed attar, aur indian subcontinent mein syed abul ala maududi.</w:t>
      </w:r>
      <w:r>
        <w:br/>
      </w:r>
      <w:r>
        <w:rPr>
          <w:sz w:val="20"/>
        </w:rPr>
        <w:t>5:49  in logon ne is concept ko islamize kiya, aur yeh kaha ke islam is just system ko bana sakta hai jis mein individual apne potential ko actual bana sake.</w:t>
      </w:r>
      <w:r>
        <w:br/>
      </w:r>
      <w:r>
        <w:rPr>
          <w:sz w:val="20"/>
        </w:rPr>
        <w:t>6:07  lekin dono ke dono fail ho gaye, aur kuch bhi duniya ko na de sake, siwaye ladai jhagda fasad, aur kuch nahin de saka.</w:t>
      </w:r>
    </w:p>
    <w:p>
      <w:pPr>
        <w:pStyle w:val="Heading2"/>
      </w:pPr>
      <w:r>
        <w:t>Hadith is Islam's second most authentic source</w:t>
      </w:r>
    </w:p>
    <w:p>
      <w:r>
        <w:rPr>
          <w:color w:val="666666"/>
          <w:sz w:val="18"/>
        </w:rPr>
        <w:t>Hadith Literature (English) March 8, 2007 Maulan Wahiduddin Khan · 24s · at 0:44 · https://youtu.be/UdxzmJTYqXk?t=44</w:t>
      </w:r>
    </w:p>
    <w:p>
      <w:r>
        <w:rPr>
          <w:i/>
        </w:rPr>
        <w:t>“Hadith is the second most authentic source of Islam”</w:t>
      </w:r>
    </w:p>
    <w:p>
      <w:r>
        <w:rPr>
          <w:sz w:val="20"/>
        </w:rPr>
        <w:t>0:44  you know, hadith is the second most authentic source of the religion of Islam.</w:t>
      </w:r>
      <w:r>
        <w:br/>
      </w:r>
      <w:r>
        <w:rPr>
          <w:sz w:val="20"/>
        </w:rPr>
        <w:t>0:59  there are two authentic sources of Islamic religion. one is quran, and the second is hadith.</w:t>
      </w:r>
    </w:p>
    <w:p>
      <w:pPr>
        <w:pStyle w:val="Heading2"/>
      </w:pPr>
      <w:r>
        <w:t>Prophet's prohibition of misinterpretation</w:t>
      </w:r>
    </w:p>
    <w:p>
      <w:r>
        <w:rPr>
          <w:color w:val="666666"/>
          <w:sz w:val="18"/>
        </w:rPr>
        <w:t>Misinterpretation of Islam July 24, 2008 · 53s · at 4:35 · https://youtu.be/SNX20ErFRDo?t=275</w:t>
      </w:r>
    </w:p>
    <w:p>
      <w:r>
        <w:rPr>
          <w:i/>
        </w:rPr>
        <w:t>“The Prophet severely prohibited misinterpretation by opinion.”</w:t>
      </w:r>
    </w:p>
    <w:p>
      <w:r>
        <w:rPr>
          <w:sz w:val="20"/>
        </w:rPr>
        <w:t>4:35  toh main is waqt is maamle mein kuch kehna chahunga. Rasool Allah Sallallahu Alaihi Wasallam ne baar baar bohat zyada sakhti se mana kiya tha misinterpretation se.</w:t>
      </w:r>
      <w:r>
        <w:br/>
      </w:r>
      <w:r>
        <w:rPr>
          <w:sz w:val="20"/>
        </w:rPr>
        <w:t>4:54  jaise Quran bare mein ek hadith hai ke: "man fassara al-qurana bira'yih fa asaba fa qad akhta'a".</w:t>
      </w:r>
      <w:r>
        <w:br/>
      </w:r>
      <w:r>
        <w:rPr>
          <w:sz w:val="20"/>
        </w:rPr>
        <w:t>5:05  yaani Quran ke bare mein agar tum apni rai se kuch baat kaho,</w:t>
      </w:r>
      <w:r>
        <w:br/>
      </w:r>
      <w:r>
        <w:rPr>
          <w:sz w:val="20"/>
        </w:rPr>
        <w:t>5:12  apni rai se, aur accidentally woh sahi bhi ho jaye, tab bhi tum ne gunaah kiya. is liye ke tum ko chahiye ke jab bhi kuch bolna hai Quran ke bare mein, toh us ke context ko dekho,</w:t>
      </w:r>
    </w:p>
    <w:p>
      <w:pPr>
        <w:pStyle w:val="Heading2"/>
      </w:pPr>
      <w:r>
        <w:t>Darwin's acknowledgment and shift to book of God</w:t>
      </w:r>
    </w:p>
    <w:p>
      <w:r>
        <w:rPr>
          <w:color w:val="666666"/>
          <w:sz w:val="18"/>
        </w:rPr>
        <w:t>In Search of Truth 6 Aug 2006 - Maulana Wahiduddin Khan · 4m 55s · at 15:41 · https://youtu.be/f8sqv7h-V4o?t=941</w:t>
      </w:r>
    </w:p>
    <w:p>
      <w:r>
        <w:rPr>
          <w:i/>
        </w:rPr>
        <w:t>“Then came Darwinism which researched the phenomenon of life”</w:t>
      </w:r>
    </w:p>
    <w:p>
      <w:r>
        <w:rPr>
          <w:sz w:val="20"/>
        </w:rPr>
        <w:t>15:41  toh yeh phir ek dead lock tha. kyunke is ke baad aap jante hain ke Darwinism aaya. Darwinism ne life ke phenomena par research kiya.</w:t>
      </w:r>
      <w:r>
        <w:br/>
      </w:r>
      <w:r>
        <w:rPr>
          <w:sz w:val="20"/>
        </w:rPr>
        <w:t>15:57  ke different species jo hain, woh kaise banti hain? million, billion qism ki cheezein kaise banti hain? kya hota hai? is par unhone research</w:t>
      </w:r>
      <w:r>
        <w:br/>
      </w:r>
      <w:r>
        <w:rPr>
          <w:sz w:val="20"/>
        </w:rPr>
        <w:t>16:06  kiya. toh unhe kya mil gaya? ek demonstrable cheez, woh hai fossils. fossils ko aap demonstrate kar sakte the.</w:t>
      </w:r>
      <w:r>
        <w:br/>
      </w:r>
      <w:r>
        <w:rPr>
          <w:sz w:val="20"/>
        </w:rPr>
        <w:t>16:15  is par base kar ke unhone ek ek edifice khada kiya.</w:t>
      </w:r>
      <w:r>
        <w:br/>
      </w:r>
      <w:r>
        <w:rPr>
          <w:sz w:val="20"/>
        </w:rPr>
        <w:t>16:21  lekin phir yahan bhi ek dead lock aa gaya. unhone apni samajh se successfully ek ek woh bana liya,</w:t>
      </w:r>
      <w:r>
        <w:br/>
      </w:r>
      <w:r>
        <w:rPr>
          <w:sz w:val="20"/>
        </w:rPr>
        <w:t>16:36  yaani ek ek naqsha bana liya ke kis tarah se cheezein bani. yaani machhli se kis tarah se chidiya ban gayi, bakri se kis tarah zaroa ban gaya.</w:t>
      </w:r>
      <w:r>
        <w:br/>
      </w:r>
      <w:r>
        <w:rPr>
          <w:sz w:val="20"/>
        </w:rPr>
        <w:t>16:48  toh is tarah se unhone ek naqsha banaya fossils ke base par. ab samjhein ke hum dobara demonstration ke is mein aa gaye hain.</w:t>
      </w:r>
      <w:r>
        <w:br/>
      </w:r>
      <w:r>
        <w:rPr>
          <w:sz w:val="20"/>
        </w:rPr>
        <w:t>16:58  lekin Darwin ke samne yeh sawal tha ke zindagi shuru kaise hui? beginning kaise hui zindagi ki?</w:t>
      </w:r>
      <w:r>
        <w:br/>
      </w:r>
      <w:r>
        <w:rPr>
          <w:sz w:val="20"/>
        </w:rPr>
        <w:t>17:07  yahan is ke paas koi demonstrable data nahi tha.</w:t>
      </w:r>
      <w:r>
        <w:br/>
      </w:r>
      <w:r>
        <w:rPr>
          <w:sz w:val="20"/>
        </w:rPr>
        <w:t>17:12  aap is ki kitaab padhiye, origin of species. is mein is ne kam az kam teen jagah God ka etraf kiya hai. is ke jo</w:t>
      </w:r>
      <w:r>
        <w:br/>
      </w:r>
      <w:r>
        <w:rPr>
          <w:sz w:val="20"/>
        </w:rPr>
        <w:t>17:24  last paragraph hai, origin of species ka, is ne woh saaf tor par yeh kaha hai ke zindagi ko shuru karne wala ek creator tha.</w:t>
      </w:r>
      <w:r>
        <w:br/>
      </w:r>
      <w:r>
        <w:rPr>
          <w:sz w:val="20"/>
        </w:rPr>
        <w:t>17:40  is tarah is ne likha hai ke yeh concept kitna zyada beautiful hai ke shuru mein ek ibtidai life ko ek creator ne create kar ke duniya mein rakha.</w:t>
      </w:r>
      <w:r>
        <w:br/>
      </w:r>
      <w:r>
        <w:rPr>
          <w:sz w:val="20"/>
        </w:rPr>
        <w:t>17:56  aur phir is se species barhti chali gayeen aur itni sari cheezein paida ho gayeen.</w:t>
      </w:r>
      <w:r>
        <w:br/>
      </w:r>
      <w:r>
        <w:rPr>
          <w:sz w:val="20"/>
        </w:rPr>
        <w:t>18:02  to kya ke yahan par phir ek shift hua</w:t>
      </w:r>
      <w:r>
        <w:br/>
      </w:r>
      <w:r>
        <w:rPr>
          <w:sz w:val="20"/>
        </w:rPr>
        <w:t>18:08  ke zindagi kaise, is ka evolution kaise hua? to evolution ke liye to unhein fossils ki soorat mein demonstrable data mil gaya tha.</w:t>
      </w:r>
      <w:r>
        <w:br/>
      </w:r>
      <w:r>
        <w:rPr>
          <w:sz w:val="20"/>
        </w:rPr>
        <w:t>18:21  lekin zindagi shuru kaise hui? yahan par woh mehsoos kiya ke woh helpless</w:t>
      </w:r>
      <w:r>
        <w:br/>
      </w:r>
      <w:r>
        <w:rPr>
          <w:sz w:val="20"/>
        </w:rPr>
        <w:t>18:26  hai. to chunancha unhon ne yeh maan liya ke shuru karne wala jo hai, yaani prime mover jo hai, woh ek creator tha jis ne create kiya.</w:t>
      </w:r>
      <w:r>
        <w:br/>
      </w:r>
      <w:r>
        <w:rPr>
          <w:sz w:val="20"/>
        </w:rPr>
        <w:t>18:39  yahan par dekhiye, phir unhon ne hawai jahaz badla. yaani ek aisi cheez ko maan liya jis ko maanne ke liye un ke paas woh argument maujood nahi tha jis ko is se pehle woh use kar rahe thay.</w:t>
      </w:r>
      <w:r>
        <w:br/>
      </w:r>
      <w:r>
        <w:rPr>
          <w:sz w:val="20"/>
        </w:rPr>
        <w:t>18:53  to main yeh kahunga ke zindagi ke safar is tarah jo chal raha hai ke bar bar hum shift kar rahe hain, shift kar ke hamara safar aage barh jata hai.</w:t>
      </w:r>
      <w:r>
        <w:br/>
      </w:r>
      <w:r>
        <w:rPr>
          <w:sz w:val="20"/>
        </w:rPr>
        <w:t>19:07  yaani shift karne ki jo policy hai, us ko hum ne bar bar mazi mein istemal kiya hai. aur aakhir mein Darwin ne is tarah istemal kiya ke seedhe seedhe creator ko</w:t>
      </w:r>
      <w:r>
        <w:br/>
      </w:r>
      <w:r>
        <w:rPr>
          <w:sz w:val="20"/>
        </w:rPr>
        <w:t>19:16  maan liya us ne. main samajhta hoon ke here is the starting point hamare liye ke sachai ko agar hum janna chahte hain to hamein phir ek shift karna hai.</w:t>
      </w:r>
      <w:r>
        <w:br/>
      </w:r>
      <w:r>
        <w:rPr>
          <w:sz w:val="20"/>
        </w:rPr>
        <w:t>19:30  woh shift kya hai? woh shift yeh hai ke ab tak hum apne jo chala rahe thay, apna survey, woh chal raha tha book of nature par.</w:t>
      </w:r>
      <w:r>
        <w:br/>
      </w:r>
      <w:r>
        <w:rPr>
          <w:sz w:val="20"/>
        </w:rPr>
        <w:t>19:45  nature mein jo phenomena tha, nature mein jo cheezein hamare dekhne mein aati theen, us ko main book of nature keh raha hoon ya law of nature keh lijiye, law of nature ya book of nature, us par chal raha tha hamari hamari research chal rahi thi.</w:t>
      </w:r>
      <w:r>
        <w:br/>
      </w:r>
      <w:r>
        <w:rPr>
          <w:sz w:val="20"/>
        </w:rPr>
        <w:t>20:02  ab main kahunga ke phir ek shift chahiye ke aap book of nature se shift kar ke aayen book of God par.</w:t>
      </w:r>
      <w:r>
        <w:br/>
      </w:r>
      <w:r>
        <w:rPr>
          <w:sz w:val="20"/>
        </w:rPr>
        <w:t>20:12  tab aage ka safar chalega. warna aap kuch jaan nahi payenge. phir dead lock jo aa gaya hai ke hum explain nahi kar sake.</w:t>
      </w:r>
      <w:r>
        <w:br/>
      </w:r>
      <w:r>
        <w:rPr>
          <w:sz w:val="20"/>
        </w:rPr>
        <w:t>20:21  itni sari tarqqiyan huien, itni sari baatein hum ne jani, lekin phir bhi life ko hum explain nahi kar sake is tarah se ke hum yaani poori tarah mutma'in ho saken.</w:t>
      </w:r>
    </w:p>
    <w:p>
      <w:pPr>
        <w:pStyle w:val="Heading2"/>
      </w:pPr>
      <w:r>
        <w:t>Anger instantly halts the mind's thinking process</w:t>
      </w:r>
    </w:p>
    <w:p>
      <w:r>
        <w:rPr>
          <w:color w:val="666666"/>
          <w:sz w:val="18"/>
        </w:rPr>
        <w:t>The Secret of Divine Wisdom September 2, 2012 · 32s · at 11:24 · https://youtu.be/ZXQlrW7PqAE?t=684</w:t>
      </w:r>
    </w:p>
    <w:p>
      <w:r>
        <w:rPr>
          <w:i/>
        </w:rPr>
        <w:t>“Jaise hi gussa nafrat aaya, mind ka process stop ho gaya”</w:t>
      </w:r>
    </w:p>
    <w:p>
      <w:r>
        <w:rPr>
          <w:sz w:val="20"/>
        </w:rPr>
        <w:t>11:24  jaise hi aap ke andar ghussa aaya, nafrat aayi, inteqaam aaya, violence aaya, fighting culture mein pad gaye aap.</w:t>
      </w:r>
      <w:r>
        <w:br/>
      </w:r>
      <w:r>
        <w:rPr>
          <w:sz w:val="20"/>
        </w:rPr>
        <w:t>11:36  jaise hi yeh baatein aayin to kya hota hai? mind ka process stop ho jata hai.</w:t>
      </w:r>
      <w:r>
        <w:br/>
      </w:r>
      <w:r>
        <w:rPr>
          <w:sz w:val="20"/>
        </w:rPr>
        <w:t>11:46  yani bohat qeemti mind aap ko mila hua hai lekin woh work nahi karega phir woh. jaise main aankh band kar loon to roshni mujhe nahi milegi.</w:t>
      </w:r>
    </w:p>
    <w:p>
      <w:pPr>
        <w:pStyle w:val="Heading2"/>
      </w:pPr>
      <w:r>
        <w:t>Shock absorber analogy for sabr</w:t>
      </w:r>
    </w:p>
    <w:p>
      <w:r>
        <w:rPr>
          <w:color w:val="666666"/>
          <w:sz w:val="18"/>
        </w:rPr>
        <w:t>Lessons from The Quran | December 24, 2005 | Maulana Wahiduddin Khan · 2m 34s · at 1:44:19 · https://youtu.be/1YOgdBErTfE?t=6259</w:t>
      </w:r>
    </w:p>
    <w:p>
      <w:r>
        <w:rPr>
          <w:i/>
        </w:rPr>
        <w:t>“A true man absorbs anger like a car's shock absorber”</w:t>
      </w:r>
    </w:p>
    <w:p>
      <w:r>
        <w:rPr>
          <w:sz w:val="20"/>
        </w:rPr>
        <w:t>1:44:19  ghuse ko aap ke upar undel de ga. lekin jo sacha insaan hai, us ko jab ghussa aaye ga to ghuse ko apnay andar hi andar pee le ga. is ki bohat achi misaal hai car mein jo aata hai, us ko kehte hain shock absorber. aap jantay hain ke agar aap tractor par safar karein to thori door janay ke baad aap thak jayein ge.</w:t>
      </w:r>
      <w:r>
        <w:br/>
      </w:r>
      <w:r>
        <w:rPr>
          <w:sz w:val="20"/>
        </w:rPr>
        <w:t>1:44:50  lekin jab aap achi car par safar karte hain to aap aram se sainkaron kilometer chale aate hain aur thakte nahi aap. kyun? is ka raaz yeh hai ke tractor mein shock absorber nahi hota jabke achi car mein shock absorber hota hai. yani jhatkay ko sehnay wala. agar aap kabhi sarak ke kinare</w:t>
      </w:r>
      <w:r>
        <w:br/>
      </w:r>
      <w:r>
        <w:rPr>
          <w:sz w:val="20"/>
        </w:rPr>
        <w:t>1:45:20  khare ho kar dekhein to aap payein ge ke jab tractor guzre ga to sarak ke oonche neeche se poora tractor ooncha neecha hota rahe ga. sarak ka har oonch neech poore poore tractor ko jhatka deta rahe ga. lekin achi car jab wahein guzarti hai to aap dekhein ge ke is ka pehia neecha ooncha hota hai. is ka body neecha ooncha nahi hota. yani achi car woh hai jo</w:t>
      </w:r>
      <w:r>
        <w:br/>
      </w:r>
      <w:r>
        <w:rPr>
          <w:sz w:val="20"/>
        </w:rPr>
        <w:t>1:45:51  sarak ke jhatkay ko apnay pehie par le le. woh musafir tak us ko pohnchnay na de. yeh hai shock absorber. isi tarah se sacha insaan woh hai, sacha insaan woh hai jo saray jhatkay ko, yani samajee jhatkay ko, social shocks jo hain, us ko apnay upar leta rahe. maslan ghussa</w:t>
      </w:r>
      <w:r>
        <w:br/>
      </w:r>
      <w:r>
        <w:rPr>
          <w:sz w:val="20"/>
        </w:rPr>
        <w:t>1:46:21  inteqam, lust, malice aur jalan, yeh sab kya hain? yeh sab jhatkay hain. samajee jhatkay hain. shocks hain. yeh parte hi parte hain, har aik ke upar parte hain, chahe woh sacha ho ya sacha na ho, acha ho ya bura ho. to sacha insaan jo hai, woh apnay seenay mein, sacha insaan ke seenay mein aik shock hai</w:t>
      </w:r>
    </w:p>
    <w:p>
      <w:pPr>
        <w:pStyle w:val="Heading2"/>
      </w:pPr>
      <w:r>
        <w:t>20th century lost to false jihad and violence</w:t>
      </w:r>
    </w:p>
    <w:p>
      <w:r>
        <w:rPr>
          <w:color w:val="666666"/>
          <w:sz w:val="18"/>
        </w:rPr>
        <w:t>Dars-e-Quran, Chapter 2, Verses 83-86, July 8, 2018 · 5m 51s · at 24:30 · https://youtu.be/lMYyBKzipJI?t=1470</w:t>
      </w:r>
    </w:p>
    <w:p>
      <w:r>
        <w:rPr>
          <w:i/>
        </w:rPr>
        <w:t>“Degeneration. Ab zaroorat thi ke un ko regenerate kiya jaye”</w:t>
      </w:r>
    </w:p>
    <w:p>
      <w:r>
        <w:rPr>
          <w:sz w:val="20"/>
        </w:rPr>
        <w:t>24:30  degeneration. Ab zaroorat thi ke un ko regenerate kiya jaye. 20th century mein woh daur poori tarah aaya jab ke Musalmanon mein degeneration ka zamana aa gaya.</w:t>
      </w:r>
      <w:r>
        <w:br/>
      </w:r>
      <w:r>
        <w:rPr>
          <w:sz w:val="20"/>
        </w:rPr>
        <w:t>24:46  degeneration. yeh tanazzul, tanazzul. ab jo kaam karna tha, woh un ko regenerate karne ka zamana.</w:t>
      </w:r>
      <w:r>
        <w:br/>
      </w:r>
      <w:r>
        <w:rPr>
          <w:sz w:val="20"/>
        </w:rPr>
        <w:t>24:56  regenerate. yeh kaam karna tha, lekin bas fatwa, fatwa. yeh to qatlgah hai, yeh to murtad ho gaye hain, yeh to kafir ho gaye hain.</w:t>
      </w:r>
      <w:r>
        <w:br/>
      </w:r>
      <w:r>
        <w:rPr>
          <w:sz w:val="20"/>
        </w:rPr>
        <w:t>25:11  yeh ghalt reaction tha is ke bare mein. sach to sach poochhein ke yeh ayatein is ghalt radd-e-amal ke khilaf hain, na ke na ke yehood ke yahood ki ke andar jo bigar bigar aaya, us par ke bigar ki islaah par jo jo sahi amal nahi kiya gaya, us ke khilaf hai yeh,</w:t>
      </w:r>
      <w:r>
        <w:br/>
      </w:r>
      <w:r>
        <w:rPr>
          <w:sz w:val="20"/>
        </w:rPr>
        <w:t>25:40  na ke yahood ke khilaf. to yeh hai matlab in in in ayaton ka.</w:t>
      </w:r>
      <w:r>
        <w:br/>
      </w:r>
      <w:r>
        <w:rPr>
          <w:sz w:val="20"/>
        </w:rPr>
        <w:t>25:51  yeh hai matlab in ayaton ka. to shuru ki suraton mein jo bohat zyada kaha gaya hai yahood ke bare mein, to woh sab ka sab isi yaani isi nuqta nazar se parhna chahiye.</w:t>
      </w:r>
      <w:r>
        <w:br/>
      </w:r>
      <w:r>
        <w:rPr>
          <w:sz w:val="20"/>
        </w:rPr>
        <w:t>26:09  yaani shuru ki hissa jo Quran ka hai, is mein jo yahood ke bare mein kafi charchah hai, to is ka mutala isi nazar se karna chahiye.</w:t>
      </w:r>
      <w:r>
        <w:br/>
      </w:r>
      <w:r>
        <w:rPr>
          <w:sz w:val="20"/>
        </w:rPr>
        <w:t>26:22  tab aap samjhenge ke Quran mein ke shuru mein kyun aisa hua, yahood ka zikr kyun zyada hai, yahood ko kyun condemn kiya gaya.</w:t>
      </w:r>
      <w:r>
        <w:br/>
      </w:r>
      <w:r>
        <w:rPr>
          <w:sz w:val="20"/>
        </w:rPr>
        <w:t>26:34  to is ke asal pehlu ko aap samajh payenge, warna bas yahood se nafrat le ke barh jayenge. aap yaani agar aap sahi taur par nahi samjhein in ayaton ko, to aap kya karenge?</w:t>
      </w:r>
      <w:r>
        <w:br/>
      </w:r>
      <w:r>
        <w:rPr>
          <w:sz w:val="20"/>
        </w:rPr>
        <w:t>26:48  yahood se nafrat le ke barh jayenge ke yahood maloon hain, yahood woh yahood yeh hain, yahood woh hain.</w:t>
      </w:r>
      <w:r>
        <w:br/>
      </w:r>
      <w:r>
        <w:rPr>
          <w:sz w:val="20"/>
        </w:rPr>
        <w:t>26:59  yeh koi sahi reaction nahi hai. yahood bure hain, yeh yeh le ke baith jayen aap. yeh koi sahi baat nahi hai. sahi baat yeh hai ke aap apni zimmedariyon ko discover karein,</w:t>
      </w:r>
      <w:r>
        <w:br/>
      </w:r>
      <w:r>
        <w:rPr>
          <w:sz w:val="20"/>
        </w:rPr>
        <w:t>27:14  apni kamyabiyon ko discover karen</w:t>
      </w:r>
      <w:r>
        <w:br/>
      </w:r>
      <w:r>
        <w:rPr>
          <w:sz w:val="20"/>
        </w:rPr>
        <w:t>27:17  aap ko kya karna hai, is ko samjhen</w:t>
      </w:r>
      <w:r>
        <w:br/>
      </w:r>
      <w:r>
        <w:rPr>
          <w:sz w:val="20"/>
        </w:rPr>
        <w:t>27:21  kyun ke jab yeh sabit hai hadith se ke ummat e muslema par bhi wahi bigad aayega jo bigad</w:t>
      </w:r>
      <w:r>
        <w:br/>
      </w:r>
      <w:r>
        <w:rPr>
          <w:sz w:val="20"/>
        </w:rPr>
        <w:t>27:30  aaya is se pehle yahood par.</w:t>
      </w:r>
      <w:r>
        <w:br/>
      </w:r>
      <w:r>
        <w:rPr>
          <w:sz w:val="20"/>
        </w:rPr>
        <w:t>27:45  itni zyada sarahat ke sath yeh jab bataya gaya hai ke jo kuch bigaad aaya yahud par, wahi sara bigaad aayega ummat-e-muslima par.</w:t>
      </w:r>
      <w:r>
        <w:br/>
      </w:r>
      <w:r>
        <w:rPr>
          <w:sz w:val="20"/>
        </w:rPr>
        <w:t>27:59  to karne ka kaam yeh tha ke aap yeh daryaft karen, ummat-e-muslima ke bigaad ko daryaft karen, daur-e-jadeed ko daryaft karen, aaj ke halaat ko padhen.</w:t>
      </w:r>
      <w:r>
        <w:br/>
      </w:r>
      <w:r>
        <w:rPr>
          <w:sz w:val="20"/>
        </w:rPr>
        <w:t>28:13  hua yeh ke yahud ke khilaaf nafrat, maghrib ke khilaaf nafrat, bad-nafrati, nafrat. yeh in aayaton ka mad'da nahi tha ke aap is se nafrat ki ghiza laen.</w:t>
      </w:r>
      <w:r>
        <w:br/>
      </w:r>
      <w:r>
        <w:rPr>
          <w:sz w:val="20"/>
        </w:rPr>
        <w:t>28:28  nahi, is se zamane ko pehchanne ki ghiza lijiye, ummat-e-muslima ke ke case ko samajhne ki ghiza lijiye.</w:t>
      </w:r>
      <w:r>
        <w:br/>
      </w:r>
      <w:r>
        <w:rPr>
          <w:sz w:val="20"/>
        </w:rPr>
        <w:t>28:40  in aayaton se agar aap yeh ghiza len ke aap nafrat karen yahud se, nafrat karen maghrib se, to aap ne sahi ghiza nahi liya.</w:t>
      </w:r>
      <w:r>
        <w:br/>
      </w:r>
      <w:r>
        <w:rPr>
          <w:sz w:val="20"/>
        </w:rPr>
        <w:t>28:54  sahi ghiza yeh hai ke aap ummat-e-muslima ke marz ko pehchanen, daur-e-jadeed ke case ko samjhen, aur is ke mutabiq aap sahi rehnumai faraham karen, khair khwahi ke sath.</w:t>
      </w:r>
      <w:r>
        <w:br/>
      </w:r>
      <w:r>
        <w:rPr>
          <w:sz w:val="20"/>
        </w:rPr>
        <w:t>29:11  yeh kaam hai karne ka. to beeswin sadi to kho diya musalmanon ne. yaad rakhiye, poori poori beeswin sadi musalmanon ne kho diya.</w:t>
      </w:r>
      <w:r>
        <w:br/>
      </w:r>
      <w:r>
        <w:rPr>
          <w:sz w:val="20"/>
        </w:rPr>
        <w:t>29:23  kyun? ladai karte rahe. poori beeswin sadi ladne mein guzar gayi. Asia mein, Africa mein khas taur par bas banduq chal rahi hai, bam chal raha hai,</w:t>
      </w:r>
      <w:r>
        <w:br/>
      </w:r>
      <w:r>
        <w:rPr>
          <w:sz w:val="20"/>
        </w:rPr>
        <w:t>29:37  gun chal rahi hai. bhai, yahi karte rahe poori 20th century mein. yaani bajaye is ke ke woh daur-e-jadeed ko samjhte, daur-e-jadeed ke khilaaf gun le ke khade ho gaye.</w:t>
      </w:r>
      <w:r>
        <w:br/>
      </w:r>
      <w:r>
        <w:rPr>
          <w:sz w:val="20"/>
        </w:rPr>
        <w:t>29:51  yeh koi sahi reaction nahi tha ke modern world ko ya daur-e-jadeed ko samajhne ke bajaye is ke khilaaf gun le khade ho gaye.</w:t>
      </w:r>
      <w:r>
        <w:br/>
      </w:r>
      <w:r>
        <w:rPr>
          <w:sz w:val="20"/>
        </w:rPr>
        <w:t>30:05  rai, rai, rai!</w:t>
      </w:r>
      <w:r>
        <w:br/>
      </w:r>
      <w:r>
        <w:rPr>
          <w:sz w:val="20"/>
        </w:rPr>
        <w:t>30:08  aur is ko keh diya yeh jihad hai. har giz har giz woh jihad nahi tha, na pehle tha, na ab hai. yeh jo musalmanon ne bam mare, gun culture chalaya,</w:t>
      </w:r>
    </w:p>
    <w:p>
      <w:pPr>
        <w:pStyle w:val="Heading2"/>
      </w:pPr>
      <w:r>
        <w:t>Forgotten spiritual tree rediscovered, a lesson in staying committed</w:t>
      </w:r>
    </w:p>
    <w:p>
      <w:r>
        <w:rPr>
          <w:color w:val="666666"/>
          <w:sz w:val="18"/>
        </w:rPr>
        <w:t>Quran The Book of Guidance July 21, 2013 · 1m 40s · at 4:37 · https://youtu.be/DGDHIAde7eU?t=277</w:t>
      </w:r>
    </w:p>
    <w:p>
      <w:r>
        <w:rPr>
          <w:i/>
        </w:rPr>
        <w:t>“Mere ghar ke saamne ek darakht hai jise main 'spiritual tree' kehta tha”</w:t>
      </w:r>
    </w:p>
    <w:p>
      <w:r>
        <w:rPr>
          <w:sz w:val="20"/>
        </w:rPr>
        <w:t>4:37  to is hadith ko aaj mein apne ek tajrube se samjhaunga. dekhen, is se pehle mein bata chuka hoon ke mere ghar ke samne ek ek darakht hai jis ko mein kehta hoon "spiritual tree".</w:t>
      </w:r>
      <w:r>
        <w:br/>
      </w:r>
      <w:r>
        <w:rPr>
          <w:sz w:val="20"/>
        </w:rPr>
        <w:t>4:53  pehle kai bar mein "from the spiritual tree" ke title se yahan par bolta tha. idhar ek budhat se, yani ghaliban ek saal se ya is se ziyada muddat se,</w:t>
      </w:r>
      <w:r>
        <w:br/>
      </w:r>
      <w:r>
        <w:rPr>
          <w:sz w:val="20"/>
        </w:rPr>
        <w:t>5:14  mein is ke neeche baith baithta nahi tha. is se taalluq nahi baki raha tha me</w:t>
      </w:r>
      <w:r>
        <w:br/>
      </w:r>
      <w:r>
        <w:rPr>
          <w:sz w:val="20"/>
        </w:rPr>
        <w:t>5:21  ra. to mere dimagh se nikal gaya tha.</w:t>
      </w:r>
      <w:r>
        <w:br/>
      </w:r>
      <w:r>
        <w:rPr>
          <w:sz w:val="20"/>
        </w:rPr>
        <w:t>5:26  aaj subah ko walk karte hue achaanak wahan pahuncha. is ke neeche to wahan baitha, wahan khara hua, is ke patton ko dekha.</w:t>
      </w:r>
      <w:r>
        <w:br/>
      </w:r>
      <w:r>
        <w:rPr>
          <w:sz w:val="20"/>
        </w:rPr>
        <w:t>5:35  khoob hara bhara tha wo. to aaj goya maine spiritual tree ko rediscover kiya.</w:t>
      </w:r>
      <w:r>
        <w:br/>
      </w:r>
      <w:r>
        <w:rPr>
          <w:sz w:val="20"/>
        </w:rPr>
        <w:t>5:47  ek bhooli hui cheez ko maine recall kiya.</w:t>
      </w:r>
      <w:r>
        <w:br/>
      </w:r>
      <w:r>
        <w:rPr>
          <w:sz w:val="20"/>
        </w:rPr>
        <w:t>5:53  is se maine samjha ke kya matlab hai is hadith ka. is hadith ka matlab hai: quran ki study barabar karo. quran ka mutala barabar karo.</w:t>
      </w:r>
      <w:r>
        <w:br/>
      </w:r>
      <w:r>
        <w:rPr>
          <w:sz w:val="20"/>
        </w:rPr>
        <w:t>6:07  tab is ke mani tumhare dimagh mein baki rahenge. aur sirf mani be-aitbar tarjuma nahi.</w:t>
      </w:r>
    </w:p>
    <w:p>
      <w:pPr>
        <w:pStyle w:val="Heading2"/>
      </w:pPr>
      <w:r>
        <w:t>Why 'qatal' in the Quran often means struggle</w:t>
      </w:r>
    </w:p>
    <w:p>
      <w:r>
        <w:rPr>
          <w:color w:val="666666"/>
          <w:sz w:val="18"/>
        </w:rPr>
        <w:t>Ramadan Month of The Quran June 28, 2015 · 2m 24s · at 12:35 · https://youtu.be/Ca7wr4bEy9Y?t=755</w:t>
      </w:r>
    </w:p>
    <w:p>
      <w:r>
        <w:rPr>
          <w:i/>
        </w:rPr>
        <w:t>“Government ne Kashmir ke logon ko war footing par relief pahunchaya”</w:t>
      </w:r>
    </w:p>
    <w:p>
      <w:r>
        <w:rPr>
          <w:sz w:val="20"/>
        </w:rPr>
        <w:t>12:35  yani government ne Kashmir ke logon ko war footing par musalsal relief pohanchane ka kaam kiya.</w:t>
      </w:r>
      <w:r>
        <w:br/>
      </w:r>
      <w:r>
        <w:rPr>
          <w:sz w:val="20"/>
        </w:rPr>
        <w:t>12:46  to war footing kya hai?</w:t>
      </w:r>
      <w:r>
        <w:br/>
      </w:r>
      <w:r>
        <w:rPr>
          <w:sz w:val="20"/>
        </w:rPr>
        <w:t>12:48  is ka matlab nahi ke larai ki, wahan hathyar bheje. War footing ka matlab yeh hai ke bohat bohat ziyada mehnat mehnat kiya.</w:t>
      </w:r>
      <w:r>
        <w:br/>
      </w:r>
      <w:r>
        <w:rPr>
          <w:sz w:val="20"/>
        </w:rPr>
        <w:t>12:59  yeh war ka lafz war ke mani mein nahi hai. To yeh aam hai, har zaban mein aisa hai. Jaisay main ne ek leader ki taqreer suni, unhon ne kaha ke hamari larai firqa parasti se hai.</w:t>
      </w:r>
      <w:r>
        <w:br/>
      </w:r>
      <w:r>
        <w:rPr>
          <w:sz w:val="20"/>
        </w:rPr>
        <w:t>13:16  to firqa parasti jo hai, koi fauj nahi hai jis se aap ja ke larein ge. To firqa parasti ko khatam karne ke liye jo koshish karein ge, woh to is ko bohat ziyada emphasize karne ke liye unhon ne larai ka lafz istemal kiya.</w:t>
      </w:r>
      <w:r>
        <w:br/>
      </w:r>
      <w:r>
        <w:rPr>
          <w:sz w:val="20"/>
        </w:rPr>
        <w:t>13:34  aisa hi relief work ko bohat ziyada emphasize karne ke liye kaha gaya war footing par.</w:t>
      </w:r>
      <w:r>
        <w:br/>
      </w:r>
      <w:r>
        <w:rPr>
          <w:sz w:val="20"/>
        </w:rPr>
        <w:t>13:41  to yahan pe dekhiye, qatal jo hai ke bohat se nabi hain jin ke sathiyon ne un ke sath mil kar larai ki, qital kiya.</w:t>
      </w:r>
      <w:r>
        <w:br/>
      </w:r>
      <w:r>
        <w:rPr>
          <w:sz w:val="20"/>
        </w:rPr>
        <w:t>13:53  yahan qital lafzi mani mein nahi hai, struggle ke mani mein hai, jahad-o-juhad ke mani mein hai, bohat ziyada mehnat karne ke mani mein hai.</w:t>
      </w:r>
      <w:r>
        <w:br/>
      </w:r>
      <w:r>
        <w:rPr>
          <w:sz w:val="20"/>
        </w:rPr>
        <w:t>14:04  phir main ne dekha hai lisur Arab jo bohat bari lughat hai arabi zaban ki, to exactly matlab likha hua hai. Is mein is mein likha hua hai ke qital ka lafz hamesha lafzi mani mein nahi aata,</w:t>
      </w:r>
      <w:r>
        <w:br/>
      </w:r>
      <w:r>
        <w:rPr>
          <w:sz w:val="20"/>
        </w:rPr>
        <w:t>14:18  qital ka naam peaceful jahad-o-juhad ke liye bhi aata hai. To yahan par jo aya hai qatal ma'oor rabee' kaseer to woh hariba ke mani mein nahi hai,</w:t>
      </w:r>
      <w:r>
        <w:br/>
      </w:r>
      <w:r>
        <w:rPr>
          <w:sz w:val="20"/>
        </w:rPr>
        <w:t>14:33  hariba nahi balkay jahada ke mani hain. Yani zabardast koshish ki dawat ke liye. Mission to sab ka dawat Allah tha, tamam nabiyon ka.</w:t>
      </w:r>
      <w:r>
        <w:br/>
      </w:r>
      <w:r>
        <w:rPr>
          <w:sz w:val="20"/>
        </w:rPr>
        <w:t>14:45  to is ka matlab yeh hai ke bohat se nabi hain jin ke sath logon ne sath diya un ka, aur mil kar ke bohat zabardast koshish ki dawat Allah ke liye peaceful andaaz mein.</w:t>
      </w:r>
      <w:r>
        <w:br/>
      </w:r>
      <w:r>
        <w:rPr>
          <w:sz w:val="20"/>
        </w:rPr>
        <w:t>14:57  yeh matlab hai.</w:t>
      </w:r>
    </w:p>
    <w:p>
      <w:pPr>
        <w:pStyle w:val="Heading2"/>
      </w:pPr>
      <w:r>
        <w:t>why this world is a limited 'selection ground'</w:t>
      </w:r>
    </w:p>
    <w:p>
      <w:r>
        <w:rPr>
          <w:color w:val="666666"/>
          <w:sz w:val="18"/>
        </w:rPr>
        <w:t>The Journey to Discover God January 17, 2010 · 2m 46s · at 1:07:34 · https://youtu.be/gXSeKu2LJaE?t=4054</w:t>
      </w:r>
    </w:p>
    <w:p>
      <w:r>
        <w:rPr>
          <w:i/>
        </w:rPr>
        <w:t>“Aisa kyun hai ke insan apne dimaag ka sirf kuch hissa istemal karta hai?”</w:t>
      </w:r>
    </w:p>
    <w:p>
      <w:r>
        <w:rPr>
          <w:sz w:val="20"/>
        </w:rPr>
        <w:t>1:07:34  Molana, is liye kyun hai ke is duniya mein insaan apne dimagh ka sirf kuch hissa istemal karta hai aur iska sirf aakhirat mein woh mukammal istemal kar sakega?</w:t>
      </w:r>
      <w:r>
        <w:br/>
      </w:r>
      <w:r>
        <w:rPr>
          <w:sz w:val="20"/>
        </w:rPr>
        <w:t>1:07:48  koi khaas wajah? yeh toh Allah Ta'ala ka creation plan hai. Allah Ta'ala ne is duniya ko selection ke liye banaya hai.</w:t>
      </w:r>
      <w:r>
        <w:br/>
      </w:r>
      <w:r>
        <w:rPr>
          <w:sz w:val="20"/>
        </w:rPr>
        <w:t>1:08:01  yahan yeh selecting ground hai. yeh</w:t>
      </w:r>
      <w:r>
        <w:br/>
      </w:r>
      <w:r>
        <w:rPr>
          <w:sz w:val="20"/>
        </w:rPr>
        <w:t>1:08:05  to yahan achhe bure sab honge. dekhiye, jab azaadi di gayi insaan ko toh achhe bure sab honge. jahan achhe bure sab hon, wahan kaise istemal poora ho sakta hai?</w:t>
      </w:r>
      <w:r>
        <w:br/>
      </w:r>
      <w:r>
        <w:rPr>
          <w:sz w:val="20"/>
        </w:rPr>
        <w:t>1:08:17  jahan achhe bure sab log maujood hon to wahan poora istemal mumkin nahi hai. koi goal maar dega, koi bomb explode kar dega, koi kuch karega, koi corruption karega.</w:t>
      </w:r>
      <w:r>
        <w:br/>
      </w:r>
      <w:r>
        <w:rPr>
          <w:sz w:val="20"/>
        </w:rPr>
        <w:t>1:08:32  to yahan toh mumkin nahi hai. woh mumkin hai us waqt jahan aise log hon, jahan sab selected log hon, selected log.</w:t>
      </w:r>
      <w:r>
        <w:br/>
      </w:r>
      <w:r>
        <w:rPr>
          <w:sz w:val="20"/>
        </w:rPr>
        <w:t>1:08:43  to wahan poora muqammal hoga. phir wahan angels honge.</w:t>
      </w:r>
      <w:r>
        <w:br/>
      </w:r>
      <w:r>
        <w:rPr>
          <w:sz w:val="20"/>
        </w:rPr>
        <w:t>1:08:47  aap ghaur kijiye ke jahan aise log hon ke woh aapse hasad karein, aap ke saath dushmani karein, aap ko bomb maarein, aap ko goal maarein, to aap kaise kaam karenge?</w:t>
      </w:r>
      <w:r>
        <w:br/>
      </w:r>
      <w:r>
        <w:rPr>
          <w:sz w:val="20"/>
        </w:rPr>
        <w:t>1:09:01  apne potential ko actual kaise banayenge? aap</w:t>
      </w:r>
      <w:r>
        <w:br/>
      </w:r>
      <w:r>
        <w:rPr>
          <w:sz w:val="20"/>
        </w:rPr>
        <w:t>1:09:06  aap tarraqi karein, koi hasad karne lagega, aap aage badhenge, koi wahan bomb maar dega. is duniya mein apne potential ko aap actual bana nahi sakte.</w:t>
      </w:r>
      <w:r>
        <w:br/>
      </w:r>
      <w:r>
        <w:rPr>
          <w:sz w:val="20"/>
        </w:rPr>
        <w:t>1:09:16  doosri baat, isi liye yeh duniya limited hai. yahan par saare mauqe nahi hain. to Allah Ta'ala ne jo naqsha banaya hai, jo Allah Ta'ala ka jo kaise plan hai, wohi yeh hai ke yahan par sab log basaye jayein, achhe bure sab apne select kar liya jaye un mein se</w:t>
      </w:r>
      <w:r>
        <w:br/>
      </w:r>
      <w:r>
        <w:rPr>
          <w:sz w:val="20"/>
        </w:rPr>
        <w:t>1:09:33  jo woh log hain jo waqe'i yani correct walay hain, discipline walay hain, khuda se darne walay hain, khuda se muhabbat karne walay hain, khuda ko apna concern bananay walay log hain.</w:t>
      </w:r>
      <w:r>
        <w:br/>
      </w:r>
      <w:r>
        <w:rPr>
          <w:sz w:val="20"/>
        </w:rPr>
        <w:t>1:09:45  inko select kar liya jaye. baqi logon ko kooda khane mein daal diya jaye. in logon ko mauqa diya jaye ke woh doosri duniya mein, jo bohat hi wasee' hogi, jahan angel aap ka sath den ge,</w:t>
      </w:r>
      <w:r>
        <w:br/>
      </w:r>
      <w:r>
        <w:rPr>
          <w:sz w:val="20"/>
        </w:rPr>
        <w:t>1:10:01  jahan sari opportunities aap ko khul rahi hongi, khul rahi hongi, khul rahi hongi, aur wahan koi ghalat aadmi nahi hoga jo aap ke plan ko bigare.</w:t>
      </w:r>
      <w:r>
        <w:br/>
      </w:r>
      <w:r>
        <w:rPr>
          <w:sz w:val="20"/>
        </w:rPr>
        <w:t>1:10:11  to wohi sab potential woh avail kiya ja sake ga. yahan kaise ho sakta hai?</w:t>
      </w:r>
    </w:p>
    <w:p>
      <w:pPr>
        <w:pStyle w:val="Heading2"/>
      </w:pPr>
      <w:r>
        <w:t>Quran is guidance for individuals</w:t>
      </w:r>
    </w:p>
    <w:p>
      <w:r>
        <w:rPr>
          <w:color w:val="666666"/>
          <w:sz w:val="18"/>
        </w:rPr>
        <w:t>Month of Ramadan and The Quran 15 July 2012 - Maulana Wahiduddin Khan · 20s · at 20:52 · https://youtu.be/sxp7HZbQc7U?t=1252</w:t>
      </w:r>
    </w:p>
    <w:p>
      <w:r>
        <w:rPr>
          <w:i/>
        </w:rPr>
        <w:t>“Quran is a book of guidance to every one of you...”</w:t>
      </w:r>
    </w:p>
    <w:p>
      <w:r>
        <w:rPr>
          <w:sz w:val="20"/>
        </w:rPr>
        <w:t>20:52  to follow the straight path . ab aap dekhiye ek fard ko quran khitab kar raha hai, ek shakhs ko khitab kar raha hai.</w:t>
      </w:r>
      <w:r>
        <w:br/>
      </w:r>
      <w:r>
        <w:rPr>
          <w:sz w:val="20"/>
        </w:rPr>
        <w:t>21:03  aur woh bhi is mein wish ki shart laga rakhi hai. woh ek fard, woh ek insaan</w:t>
      </w:r>
    </w:p>
    <w:p>
      <w:pPr>
        <w:pStyle w:val="Heading2"/>
      </w:pPr>
      <w:r>
        <w:t>Surah Al-Baqarah warns Muslims not Jews</w:t>
      </w:r>
    </w:p>
    <w:p>
      <w:r>
        <w:rPr>
          <w:color w:val="666666"/>
          <w:sz w:val="18"/>
        </w:rPr>
        <w:t>Dars-e-Quran, Chapter 2, Verse 40-43 January 21, 2018 · 24s · at 8:14 · https://youtu.be/K21vgozgMd8?t=494</w:t>
      </w:r>
    </w:p>
    <w:p>
      <w:r>
        <w:rPr>
          <w:i/>
        </w:rPr>
        <w:t>“Yeh mazammat yahood ki aayat nahi hai”</w:t>
      </w:r>
    </w:p>
    <w:p>
      <w:r>
        <w:rPr>
          <w:sz w:val="20"/>
        </w:rPr>
        <w:t>8:14  yeh mazammat yahud ki ayat nahi hai, mazammat yahud ki surah nahi hai, balkeh ummat muslema ko warning ki surah hai ke tumhare sath bhi aisa hoga, kyunke hadith mein likha hai: "latatba'un min qablakum".</w:t>
      </w:r>
    </w:p>
    <w:p>
      <w:pPr>
        <w:pStyle w:val="Heading2"/>
      </w:pPr>
      <w:r>
        <w:t>Nature-contemplation tazkiyah, the garden and khanqah stories</w:t>
      </w:r>
    </w:p>
    <w:p>
      <w:r>
        <w:rPr>
          <w:color w:val="666666"/>
          <w:sz w:val="18"/>
        </w:rPr>
        <w:t>Revival of Islam November 7, 2010 · 5m 38s · at 48:39 · https://youtu.be/-aRS72WUTR8?t=2919</w:t>
      </w:r>
    </w:p>
    <w:p>
      <w:r>
        <w:rPr>
          <w:i/>
        </w:rPr>
        <w:t>“Quran majeed ko aap parhein to usmein sara nature ki baatein hoti hain”</w:t>
      </w:r>
    </w:p>
    <w:p>
      <w:r>
        <w:rPr>
          <w:sz w:val="20"/>
        </w:rPr>
        <w:t>48:39  ab quran majeed ko aap padhen to is mein sari nature ki baaten hoti hain. zameen par ghor karo, aasman par ghor karo, barish ko dekho, is mein tumhein tazkirah hai, is mein tumhein Khuda ki ma'rifat milegi. is mein misal ke taur par aap Surah Aal-e-Imran ka aakhri ruku padhiye:</w:t>
      </w:r>
      <w:r>
        <w:br/>
      </w:r>
      <w:r>
        <w:rPr>
          <w:sz w:val="20"/>
        </w:rPr>
        <w:t>48:57  "inna fi khalqi samawati wal ardh"</w:t>
      </w:r>
      <w:r>
        <w:br/>
      </w:r>
      <w:r>
        <w:rPr>
          <w:sz w:val="20"/>
        </w:rPr>
        <w:t>48:59  . sara aap lagta hai ke zameen o aasman par ghor karne se sari ma'rifat ke darwaze khulte hain. aur hamare ulama ka haal kya hai? hua zamani asar se.</w:t>
      </w:r>
      <w:r>
        <w:br/>
      </w:r>
      <w:r>
        <w:rPr>
          <w:sz w:val="20"/>
        </w:rPr>
        <w:t>49:12  zamani asar se main ek waqia arz karun ke Shah Waliullah sahib ke walid jo the, woh Sufi the.</w:t>
      </w:r>
      <w:r>
        <w:br/>
      </w:r>
      <w:r>
        <w:rPr>
          <w:sz w:val="20"/>
        </w:rPr>
        <w:t>49:22  Shah Waliullah sahib bohat bade aalim maane jaate hain, kapke ulama mein un ka shumar hota hai.</w:t>
      </w:r>
      <w:r>
        <w:br/>
      </w:r>
      <w:r>
        <w:rPr>
          <w:sz w:val="20"/>
        </w:rPr>
        <w:t>49:29  to to jab woh kam kam kam san the, naujawan ki umar mein the, to ek baar apne kuch saahibiyon ke saath woh bahar chale gaye, bagh mein chale gaye.</w:t>
      </w:r>
      <w:r>
        <w:br/>
      </w:r>
      <w:r>
        <w:rPr>
          <w:sz w:val="20"/>
        </w:rPr>
        <w:t>49:44  kuch der mein wapas aaye to walid ne un se poocha ke kahan gaye the? unhon ne kaha ke main bagh mein chala gaya tha. to kaha tum ne waqt zaya kiya, itni der tum ne murakabah kiya hota,</w:t>
      </w:r>
      <w:r>
        <w:br/>
      </w:r>
      <w:r>
        <w:rPr>
          <w:sz w:val="20"/>
        </w:rPr>
        <w:t>49:59  itni der tum ne jo tareeq tareeq hain tasawwuf ke, us par amal kiya hota. ab dekhiye ke woh jo woh, un ka zehn kya tha ke tazkiyah jo hota hai, woh woh kamre mein murakabah band karke, aankhen band karke murakabah karne se hota hai.</w:t>
      </w:r>
      <w:r>
        <w:br/>
      </w:r>
      <w:r>
        <w:rPr>
          <w:sz w:val="20"/>
        </w:rPr>
        <w:t>50:20  ab bagh mein jo Khuda ke jalwe hain,</w:t>
      </w:r>
      <w:r>
        <w:br/>
      </w:r>
      <w:r>
        <w:rPr>
          <w:sz w:val="20"/>
        </w:rPr>
        <w:t>50:25  is mein is mein murakabah, is mein tazkiyah ka saaman nahin.</w:t>
      </w:r>
      <w:r>
        <w:br/>
      </w:r>
      <w:r>
        <w:rPr>
          <w:sz w:val="20"/>
        </w:rPr>
        <w:t>50:36  main abhi apne ghar mein barishon mein, dhoop mein baitha tha to darakht nazar aate the har taraf, hare bhare.</w:t>
      </w:r>
      <w:r>
        <w:br/>
      </w:r>
      <w:r>
        <w:rPr>
          <w:sz w:val="20"/>
        </w:rPr>
        <w:t>50:46  to main ne socha ke yeh darakht kitna bada kaam kar rahe hain,</w:t>
      </w:r>
      <w:r>
        <w:br/>
      </w:r>
      <w:r>
        <w:rPr>
          <w:sz w:val="20"/>
        </w:rPr>
        <w:t>50:51  kitna bada kaam kar rahe hain. main jab exhale karta hoon to main carbon nikalta hoon, jo madah hai, woh darakht us ko le leta hai.</w:t>
      </w:r>
      <w:r>
        <w:br/>
      </w:r>
      <w:r>
        <w:rPr>
          <w:sz w:val="20"/>
        </w:rPr>
        <w:t>51:03  jab main inhale karta hoon to mujhe oxygen chahiye, woh darakht supply kar raha hai. to aap bagh mein jab yeh sochen to Khuda ne ek karakhana bana rakha hai mere mere tanffus ke nizam ko chalane ke liye.</w:t>
      </w:r>
      <w:r>
        <w:br/>
      </w:r>
      <w:r>
        <w:rPr>
          <w:sz w:val="20"/>
        </w:rPr>
        <w:t>51:18  mera tanffus ka nizam hai, woh ek baar inhale karta hai, ek baar exhale karta hai, ek baar saans leta hai, ek baar saans nikalta hai. to ek poora nizam hai, Allah ta'ala ne kar rakha hai ke tum saans loge to tumhein oxygen chahiye.</w:t>
      </w:r>
      <w:r>
        <w:br/>
      </w:r>
      <w:r>
        <w:rPr>
          <w:sz w:val="20"/>
        </w:rPr>
        <w:t>51:33  to dekho, oxygen ki supply ho rahi hai, saans nikaloge to carbon nikaloge, dekho, is ko woh jazb kar raha hai. to bagh mein jab aap sochen, yeh aur aisi hazaron baaten hain,</w:t>
      </w:r>
      <w:r>
        <w:br/>
      </w:r>
      <w:r>
        <w:rPr>
          <w:sz w:val="20"/>
        </w:rPr>
        <w:t>51:45  aapsochaintobalkul aap aapko thrilling tazkiyahoga, thrilling tazkiyah, thrilling tazkiyahoga. lekin shahullah sahibko, unke walid ko, aur saare sofia ko iska pata nahi.</w:t>
      </w:r>
      <w:r>
        <w:br/>
      </w:r>
      <w:r>
        <w:rPr>
          <w:sz w:val="20"/>
        </w:rPr>
        <w:t>51:59  woh samajhte hain hajre mein baith kar murakba karna hai. main ek baar ek bahut mashhoor khanqah mein gaya, yeh bahut hi mashhoor khanqah hai.</w:t>
      </w:r>
      <w:r>
        <w:br/>
      </w:r>
      <w:r>
        <w:rPr>
          <w:sz w:val="20"/>
        </w:rPr>
        <w:t>52:10  toh wahan maine poocha ke bhai, kahan kya hota hai?</w:t>
      </w:r>
      <w:r>
        <w:br/>
      </w:r>
      <w:r>
        <w:rPr>
          <w:sz w:val="20"/>
        </w:rPr>
        <w:t>52:14  toh maloom hua ke wahan 24 ghante Allah hu, Allah hu ki aayat hai, baari baari, yaani logon ki baariyan bani hui hain, turn</w:t>
      </w:r>
      <w:r>
        <w:br/>
      </w:r>
      <w:r>
        <w:rPr>
          <w:sz w:val="20"/>
        </w:rPr>
        <w:t>52:25  ke ek na ek aadmi zikr e jahri kar raha hoga wahan par raat din.</w:t>
      </w:r>
      <w:r>
        <w:br/>
      </w:r>
      <w:r>
        <w:rPr>
          <w:sz w:val="20"/>
        </w:rPr>
        <w:t>52:34  yeh isi silsile mein tazkiyah samajhte hain woh, yaani alfaaz ki takrar,</w:t>
      </w:r>
      <w:r>
        <w:br/>
      </w:r>
      <w:r>
        <w:rPr>
          <w:sz w:val="20"/>
        </w:rPr>
        <w:t>52:43  yaani alfaaz aap dohraayein baari baari, Allah hu, Allah hu. toh yeh toh alfaaz ki takrar hai, ismein kya tazkiyah hoga?</w:t>
      </w:r>
      <w:r>
        <w:br/>
      </w:r>
      <w:r>
        <w:rPr>
          <w:sz w:val="20"/>
        </w:rPr>
        <w:t>52:55  24 ghante yeh hi kaam hota tha wahan par, baariyan lagi hui thin, baariyan. dekhiye, tazkiyah yeh hai ke aap kainat par sochein, zameen o aasman par ghor karein,</w:t>
      </w:r>
      <w:r>
        <w:br/>
      </w:r>
      <w:r>
        <w:rPr>
          <w:sz w:val="20"/>
        </w:rPr>
        <w:t>53:09  ek ek patte par aapko sochna aaye, ek ek zarre par sochna aaye aapko. aur yeh hi tazkiyah Quran majeed mein bataya gaya hai.</w:t>
      </w:r>
      <w:r>
        <w:br/>
      </w:r>
      <w:r>
        <w:rPr>
          <w:sz w:val="20"/>
        </w:rPr>
        <w:t>53:17  ghor karo zameen o aasman mein, ghor karo kainat mein, sankron sankron aayatein Quran majeed mein isi par hain ke fitrat ki nishaniyon par ghor karo, suraj chand, zameen o aasman, darya, pahad, ispar ghor karo.</w:t>
      </w:r>
      <w:r>
        <w:br/>
      </w:r>
      <w:r>
        <w:rPr>
          <w:sz w:val="20"/>
        </w:rPr>
        <w:t>53:34  toh gaya ke Islam ka jo tazkiyah hai, woh beshak ista hai ghor o fikr par, soch par, mind, mind ko activate karne par.</w:t>
      </w:r>
      <w:r>
        <w:br/>
      </w:r>
      <w:r>
        <w:rPr>
          <w:sz w:val="20"/>
        </w:rPr>
        <w:t>53:45  logon ne kya samjha ke murakba woh hajre mein baith kar murakba karo, chadra odh kar ke. toh dekhiye, ek cheez hai jisko maine arz kiya ke mind based tazkiyah humein introduce karna hai Islam ke hawal</w:t>
      </w:r>
      <w:r>
        <w:br/>
      </w:r>
      <w:r>
        <w:rPr>
          <w:sz w:val="20"/>
        </w:rPr>
        <w:t>54:03  e se, yaani mind based tazkiyah ko humein zinda karna hai, jo ke log bhool chuke hain. yaani heart based tazkiyah ko hatana hai, mind based tazkiyah ko lana hai, yeh hai scientific religion.</w:t>
      </w:r>
    </w:p>
    <w:p>
      <w:pPr>
        <w:pStyle w:val="Heading2"/>
      </w:pPr>
      <w:r>
        <w:t>Leaders misattribution leading to hardness</w:t>
      </w:r>
    </w:p>
    <w:p>
      <w:r>
        <w:rPr>
          <w:color w:val="666666"/>
          <w:sz w:val="18"/>
        </w:rPr>
        <w:t>Divine Warning 29 Oct 2013 - Maulana Wahiduddin Khan · 5m 12s · at 2:57 · https://youtu.be/ITyLA4216tA?t=177</w:t>
      </w:r>
    </w:p>
    <w:p>
      <w:r>
        <w:rPr>
          <w:i/>
        </w:rPr>
        <w:t>“Ziyada tar kya hota hai, woh cheez jisko kaha gaya tazyeen”</w:t>
      </w:r>
    </w:p>
    <w:p>
      <w:r>
        <w:rPr>
          <w:sz w:val="20"/>
        </w:rPr>
        <w:t>2:57  zyadatar kya hota hai, woh cheez hoti hai jis ko kaha gaya hai tazyeen. yeh tazyeen khud qaum ke leader karte hain.</w:t>
      </w:r>
      <w:r>
        <w:br/>
      </w:r>
      <w:r>
        <w:rPr>
          <w:sz w:val="20"/>
        </w:rPr>
        <w:t>3:12  woh tazyeen yeh hai ke jo tanbeehaat Allah ki taraf se aayi hain,</w:t>
      </w:r>
      <w:r>
        <w:br/>
      </w:r>
      <w:r>
        <w:rPr>
          <w:sz w:val="20"/>
        </w:rPr>
        <w:t>3:21  un ko insaanon ki taraf mansoob kar diya jaye aur bajaye islaah-e-khish ke, shikayat-e-ghair ka jazba ubhaar diya jaye.</w:t>
      </w:r>
      <w:r>
        <w:br/>
      </w:r>
      <w:r>
        <w:rPr>
          <w:sz w:val="20"/>
        </w:rPr>
        <w:t>3:32  to jab aisa hota hai to kya hota hai? nateeja qasawat. aur zyada log behosh ho jate hain, islaah ka jazba aur kam ho jata hai.</w:t>
      </w:r>
      <w:r>
        <w:br/>
      </w:r>
      <w:r>
        <w:rPr>
          <w:sz w:val="20"/>
        </w:rPr>
        <w:t>3:45  yeh hota hai. to main samajhta hoon ke yeh aayat jo hai, quran ki mauooda zamane ke musalmanon ke liye poori tarah saadiq aa rahi hai.</w:t>
      </w:r>
      <w:r>
        <w:br/>
      </w:r>
      <w:r>
        <w:rPr>
          <w:sz w:val="20"/>
        </w:rPr>
        <w:t>3:58  poori tarah.</w:t>
      </w:r>
      <w:r>
        <w:br/>
      </w:r>
      <w:r>
        <w:rPr>
          <w:sz w:val="20"/>
        </w:rPr>
        <w:t>4:03  mauooda zamane mein, yani do sau saal ka jo zamana hai, us mein hum jante hain ke doosri qomein, khaas taur par ahl-e-maghrib ya israel,</w:t>
      </w:r>
      <w:r>
        <w:br/>
      </w:r>
      <w:r>
        <w:rPr>
          <w:sz w:val="20"/>
        </w:rPr>
        <w:t>4:18  doosri qomon ki taraf se musalmanon par</w:t>
      </w:r>
      <w:r>
        <w:br/>
      </w:r>
      <w:r>
        <w:rPr>
          <w:sz w:val="20"/>
        </w:rPr>
        <w:t>4:26  bas ka izhaar hua. yani un ki political</w:t>
      </w:r>
      <w:r>
        <w:br/>
      </w:r>
      <w:r>
        <w:rPr>
          <w:sz w:val="20"/>
        </w:rPr>
        <w:t>4:33  dab dabe khatam hua, un ki qoumi nuqsanat paish aaye, un ka</w:t>
      </w:r>
      <w:r>
        <w:br/>
      </w:r>
      <w:r>
        <w:rPr>
          <w:sz w:val="20"/>
        </w:rPr>
        <w:t>4:46  jo fakhr ka jazba tha, woh toot gaya. is tarah ke tajrubaat paish aaye. to ain is ke baad kya hua</w:t>
      </w:r>
      <w:r>
        <w:br/>
      </w:r>
      <w:r>
        <w:rPr>
          <w:sz w:val="20"/>
        </w:rPr>
        <w:t>4:59  ke tazeen ka amal shuru ho gaya. yani hona yeh to chahiye tha ke in waqiaat par logon ke andar muhasba jaage, introspection jaage, apni islaah karein.</w:t>
      </w:r>
      <w:r>
        <w:br/>
      </w:r>
      <w:r>
        <w:rPr>
          <w:sz w:val="20"/>
        </w:rPr>
        <w:t>5:15  lekin hota yeh hai ke yeh soorat-e-haal jo paish aati hai, pehle yahood ke saath paish aayi thi, is se pehle to woh jo soorat-e-haal paish aati hai, bas jo zahir hota hai, woh insaanon ki taraf se hota hai,</w:t>
      </w:r>
      <w:r>
        <w:br/>
      </w:r>
      <w:r>
        <w:rPr>
          <w:sz w:val="20"/>
        </w:rPr>
        <w:t>5:31  firishton ki taraf se nahi hota hai. dekhiye, ek hota hai azaab aasmani, woh to aasman se aata hai.</w:t>
      </w:r>
      <w:r>
        <w:br/>
      </w:r>
      <w:r>
        <w:rPr>
          <w:sz w:val="20"/>
        </w:rPr>
        <w:t>5:41  lekin yeh yeh jo tanbeehaat hoti hain, woh aasman se nahi aati, woh insaanon ki taraf se aati hain.</w:t>
      </w:r>
      <w:r>
        <w:br/>
      </w:r>
      <w:r>
        <w:rPr>
          <w:sz w:val="20"/>
        </w:rPr>
        <w:t>5:52  jaisa ke yahood ke saath hua ke Iran aur Babal ke badshahon ne yahood par hamla kiya, un ki tod phod ki.</w:t>
      </w:r>
      <w:r>
        <w:br/>
      </w:r>
      <w:r>
        <w:rPr>
          <w:sz w:val="20"/>
        </w:rPr>
        <w:t>6:02  to yahood ne kya kiya? in waqiaat ko Iran aur Babal ke badshahon ki taraf mansoob kar ke un ke khilaaf shikayat ka toofan khara kar diya.</w:t>
      </w:r>
      <w:r>
        <w:br/>
      </w:r>
      <w:r>
        <w:rPr>
          <w:sz w:val="20"/>
        </w:rPr>
        <w:t>6:14  aur zulm, zulm, zulm! yeh cheekhne lage. is baare mein yahood ka literature bohat zyada mawad is mein maujood hai.</w:t>
      </w:r>
      <w:r>
        <w:br/>
      </w:r>
      <w:r>
        <w:rPr>
          <w:sz w:val="20"/>
        </w:rPr>
        <w:t>6:25  Bani Risalah mein is ki kuch tafseelaat likhi hain. to aasmani azaab agar aaye to woh to wazeh taur par maloom hota hai ke Allah ki taraf se aaya hai.</w:t>
      </w:r>
      <w:r>
        <w:br/>
      </w:r>
      <w:r>
        <w:rPr>
          <w:sz w:val="20"/>
        </w:rPr>
        <w:t>6:40  lekin woh alag cheez hai. yeh tanbeehaat jo hain, woh aasman se nahi aati hain. woh kisi insaan ki taraf se, kisi qaum ki taraf se, kisi badshah ki taraf se aati hain.</w:t>
      </w:r>
      <w:r>
        <w:br/>
      </w:r>
      <w:r>
        <w:rPr>
          <w:sz w:val="20"/>
        </w:rPr>
        <w:t>6:55  to is zahiri soorat, zahiri shakal ki bina par qaum ke leader kya karte hain? un ko zalim thehra kar ke, apne ko mazloom bata kar ke, shikayat aur ehtijaaj ka toofan khara kar dete hain.</w:t>
      </w:r>
      <w:r>
        <w:br/>
      </w:r>
      <w:r>
        <w:rPr>
          <w:sz w:val="20"/>
        </w:rPr>
        <w:t>7:10  yahan tak ke mauqa ho to tashaddud karte hain, gun aur bomb chalate hain. to is ka nateeja kya hota hai? ke jo bas ka jo zahoor hua tha, is liye ke logon ke andar apni ghalti ka ehsaas paida ho,</w:t>
      </w:r>
      <w:r>
        <w:br/>
      </w:r>
      <w:r>
        <w:rPr>
          <w:sz w:val="20"/>
        </w:rPr>
        <w:t>7:27  woh apna muhasba karein, tauba karein, apni islaah karein. is ke bajaye ulta ho jata hai. woh samajhta hai ke hum to bilkul theek thaak hain, hamari koi ghalti nahi hai.</w:t>
      </w:r>
      <w:r>
        <w:br/>
      </w:r>
      <w:r>
        <w:rPr>
          <w:sz w:val="20"/>
        </w:rPr>
        <w:t>7:40  ghalti to mafool, yani farzi zalimon ki hai. farzi taur par zalimon ki taraf mansoob kar dete hain is ko.</w:t>
      </w:r>
      <w:r>
        <w:br/>
      </w:r>
      <w:r>
        <w:rPr>
          <w:sz w:val="20"/>
        </w:rPr>
        <w:t>7:50  is se kya pata hota hai? qasaawat. qasaawat ka matlab hai ke aur zyada log jaree ho jate hain apne ghalt kaariyon</w:t>
      </w:r>
      <w:r>
        <w:br/>
      </w:r>
      <w:r>
        <w:rPr>
          <w:sz w:val="20"/>
        </w:rPr>
        <w:t>7:58  par. to yeh kitna ajeeb soorat-e-haal hai. aur aaj jo musalmanon ki haalat hai, woh theek isi ka misdaq hai.</w:t>
      </w:r>
    </w:p>
    <w:p>
      <w:pPr>
        <w:pStyle w:val="Heading2"/>
      </w:pPr>
      <w:r>
        <w:t>Should parents hit children to discipline them?</w:t>
      </w:r>
    </w:p>
    <w:p>
      <w:r>
        <w:rPr>
          <w:color w:val="666666"/>
          <w:sz w:val="18"/>
        </w:rPr>
        <w:t>Purpose of Human Life February 12, 2012 Maulana Wahiduddin Khan · 52s · at 1:24:32 · https://youtu.be/gRupSXuak-w?t=5072</w:t>
      </w:r>
    </w:p>
    <w:p>
      <w:r>
        <w:rPr>
          <w:i/>
        </w:rPr>
        <w:t>“Kya walidain islah ke liye apne bachon ko maar sakte hain?”</w:t>
      </w:r>
    </w:p>
    <w:p>
      <w:r>
        <w:rPr>
          <w:sz w:val="20"/>
        </w:rPr>
        <w:t>1:24:32  "aaj ka insaan apne bachon ki islaah ke liye kya tareeqa apnayen? kya walidain islaah ke liye apne bachon ko maar sakte hain?" nahi, bachon ko maarna to main bilkul hi galat samajhta hoon.</w:t>
      </w:r>
      <w:r>
        <w:br/>
      </w:r>
      <w:r>
        <w:rPr>
          <w:sz w:val="20"/>
        </w:rPr>
        <w:t>1:24:48  yeh hai counter productive. ulta nateeja niklega. hargiz nahi. lekin main manta hoon ke bachon ke sab se bare dushman unke walidain hote hain.</w:t>
      </w:r>
      <w:r>
        <w:br/>
      </w:r>
      <w:r>
        <w:rPr>
          <w:sz w:val="20"/>
        </w:rPr>
        <w:t>1:25:02  is zamane mein khaas taur par sab se bare dushman bachon ke unke walidain hain. kyun? yeh pampering karte hain. pampering.</w:t>
      </w:r>
      <w:r>
        <w:br/>
      </w:r>
      <w:r>
        <w:rPr>
          <w:sz w:val="20"/>
        </w:rPr>
        <w:t>1:25:13  saare maa baap pampering karte hain. masla kama kama kar kya karenge? easy money bachon ko denge. easy money jo hai sab se buri cheez hai.</w:t>
      </w:r>
    </w:p>
    <w:p>
      <w:pPr>
        <w:pStyle w:val="Heading2"/>
      </w:pPr>
      <w:r>
        <w:t>Hope that Kashmir shifts from stone-throwing to peaceful dawah</w:t>
      </w:r>
    </w:p>
    <w:p>
      <w:r>
        <w:rPr>
          <w:color w:val="666666"/>
          <w:sz w:val="18"/>
        </w:rPr>
        <w:t>The Secret of Divine Wisdom September 2, 2012 · 2m 50s · at 1:21:13 · https://youtu.be/ZXQlrW7PqAE?t=4873</w:t>
      </w:r>
    </w:p>
    <w:p>
      <w:r>
        <w:rPr>
          <w:i/>
        </w:rPr>
        <w:t>“Main Kashmiriyon ko bhi insaan samajhta hoon, pathar nahi”</w:t>
      </w:r>
    </w:p>
    <w:p>
      <w:r>
        <w:rPr>
          <w:sz w:val="20"/>
        </w:rPr>
        <w:t>1:21:13  to main kashmiyon ke bare mein yahi rai rakhta hoon ke woh bal insan hain pathar nahi hain to unhon ne kashmir mein jihad ke naam par violence chalaya aur woh mukammal tor par nakaam hua kyunke dekhiye ek lakh kashmiri mare gaye ek lakh</w:t>
      </w:r>
      <w:r>
        <w:br/>
      </w:r>
      <w:r>
        <w:rPr>
          <w:sz w:val="20"/>
        </w:rPr>
        <w:t>1:21:41  Pakistan ne Kashmir ke liye</w:t>
      </w:r>
      <w:r>
        <w:br/>
      </w:r>
      <w:r>
        <w:rPr>
          <w:sz w:val="20"/>
        </w:rPr>
        <w:t>1:21:44  char ladaiyan ladeen</w:t>
      </w:r>
      <w:r>
        <w:br/>
      </w:r>
      <w:r>
        <w:rPr>
          <w:sz w:val="20"/>
        </w:rPr>
        <w:t>1:21:46  aur khud Pakistani government ne keh diya ke ab ab hum ladai nahi lad sakte kyun ke char ladaiyon</w:t>
      </w:r>
      <w:r>
        <w:br/>
      </w:r>
      <w:r>
        <w:rPr>
          <w:sz w:val="20"/>
        </w:rPr>
        <w:t>1:21:53  mein hum Kashmir ko hasil nahi kar sake</w:t>
      </w:r>
      <w:r>
        <w:br/>
      </w:r>
      <w:r>
        <w:rPr>
          <w:sz w:val="20"/>
        </w:rPr>
        <w:t>1:21:57  to Pakistan failed state ban gaya aap bataiye ke ek regular army Pakistan ki hesiyat ek regular regular</w:t>
      </w:r>
      <w:r>
        <w:br/>
      </w:r>
      <w:r>
        <w:rPr>
          <w:sz w:val="20"/>
        </w:rPr>
        <w:t>1:22:05  army ki hai woh char ladai lad kar ke Kashmir ko qabza nahi kar saka</w:t>
      </w:r>
      <w:r>
        <w:br/>
      </w:r>
      <w:r>
        <w:rPr>
          <w:sz w:val="20"/>
        </w:rPr>
        <w:t>1:22:11  khud kashmiri yeh lad lad ke ek lakh apne naujawanon ko marwa dala phir bhi kashmir mein unka jo tashaddud culture kamyab nahi hua to kya kashmiri jo hai koi pathar hain woh koi sochega nahi woh ent pathar hain woh zaroor hai ke kashmiyon ke andar second thought aaye zaroor hai ke kashmiyon ke andar nai soch jaage jis tarah japaniyon mein jaagi thi</w:t>
      </w:r>
      <w:r>
        <w:br/>
      </w:r>
      <w:r>
        <w:rPr>
          <w:sz w:val="20"/>
        </w:rPr>
        <w:t>1:22:41  yahan meri umeed hai ke itne sare jo yani kashmiyon ka jo so called jihad jo tha jab woh counter productive ban gaya to ab zahir hai ke woh pathar nahi hain woh sochenge woh aur soch rahe hain</w:t>
      </w:r>
      <w:r>
        <w:br/>
      </w:r>
      <w:r>
        <w:rPr>
          <w:sz w:val="20"/>
        </w:rPr>
        <w:t>1:22:59  to yahan yahan hai meri umeed ke woh u turn lenge aur tashaddud ke bajaye peaceful culture chalayenge apne haan aur</w:t>
      </w:r>
      <w:r>
        <w:br/>
      </w:r>
      <w:r>
        <w:rPr>
          <w:sz w:val="20"/>
        </w:rPr>
        <w:t>1:23:14  yahi maine likha hai is mein aur main sochta hoon ke is ka aghaz ho chuka hai</w:t>
      </w:r>
      <w:r>
        <w:br/>
      </w:r>
      <w:r>
        <w:rPr>
          <w:sz w:val="20"/>
        </w:rPr>
        <w:t>1:23:22  Kashmir mein bahut se log aise hain jo jo mujh se zabani bhi bataya hai telephone bhi</w:t>
      </w:r>
      <w:r>
        <w:br/>
      </w:r>
      <w:r>
        <w:rPr>
          <w:sz w:val="20"/>
        </w:rPr>
        <w:t>1:23:28  aata hai un ka khat bhi aaye hain ke pehle hum</w:t>
      </w:r>
      <w:r>
        <w:br/>
      </w:r>
      <w:r>
        <w:rPr>
          <w:sz w:val="20"/>
        </w:rPr>
        <w:t>1:23:33  yahan ke jo army thi us ko hum pathar marte the ab hum ko Quran pesh karte hain</w:t>
      </w:r>
      <w:r>
        <w:br/>
      </w:r>
      <w:r>
        <w:rPr>
          <w:sz w:val="20"/>
        </w:rPr>
        <w:t>1:23:39  to yahi to it is a good sign</w:t>
      </w:r>
      <w:r>
        <w:br/>
      </w:r>
      <w:r>
        <w:rPr>
          <w:sz w:val="20"/>
        </w:rPr>
        <w:t>1:23:43  is se pata hai pata chalta hai kashmir mein aik aik naya aik nai sar taloo ho chuki</w:t>
      </w:r>
      <w:r>
        <w:br/>
      </w:r>
      <w:r>
        <w:rPr>
          <w:sz w:val="20"/>
        </w:rPr>
        <w:t>1:23:49  hai aik nai subah aa chuki hai wahan par</w:t>
      </w:r>
      <w:r>
        <w:br/>
      </w:r>
      <w:r>
        <w:rPr>
          <w:sz w:val="20"/>
        </w:rPr>
        <w:t>1:23:53  aur inshallah yeh aur badhega badhega badhega yahan tak ke wahan yani nisf al nahar ka waqt aa jayega</w:t>
      </w:r>
    </w:p>
    <w:p>
      <w:pPr>
        <w:pStyle w:val="Heading2"/>
      </w:pPr>
      <w:r>
        <w:t>Final phase: grand publication of Quran</w:t>
      </w:r>
    </w:p>
    <w:p>
      <w:r>
        <w:rPr>
          <w:color w:val="666666"/>
          <w:sz w:val="18"/>
        </w:rPr>
        <w:t>God's Management of History 23 Feb 2020 - Maulana Wahiduddin Khan · 29s · at 21:55 · https://youtu.be/NeNadnD-0KE?t=1315</w:t>
      </w:r>
    </w:p>
    <w:p>
      <w:r>
        <w:rPr>
          <w:i/>
        </w:rPr>
        <w:t>“حدیث میں اس آخری فیز کو اشاعت اعظم کہا گیا ہے”</w:t>
      </w:r>
    </w:p>
    <w:p>
      <w:r>
        <w:rPr>
          <w:sz w:val="20"/>
        </w:rPr>
        <w:t>21:55  yeh hai yani hadith mein is aakhri phase ko, yeh jo aakhri phase hai, is ko hadith mein isha'at-e-azam kaha gaya hai.</w:t>
      </w:r>
      <w:r>
        <w:br/>
      </w:r>
      <w:r>
        <w:rPr>
          <w:sz w:val="20"/>
        </w:rPr>
        <w:t>22:06  yeh jo aakhri phase hai jab Quran sare alam mein pahuncha diya jayega</w:t>
      </w:r>
      <w:r>
        <w:br/>
      </w:r>
      <w:r>
        <w:rPr>
          <w:sz w:val="20"/>
        </w:rPr>
        <w:t>22:12  aur farishte khare ho jayenge yeh kehne ke liye ke yeh hain Quran wale, yeh hain jinhon ne Quran ko tayyar kar ke sara alam tak pahunchaya.</w:t>
      </w:r>
    </w:p>
    <w:p>
      <w:pPr>
        <w:pStyle w:val="Heading2"/>
      </w:pPr>
      <w:r>
        <w:t>Every enemy is a potential friend</w:t>
      </w:r>
    </w:p>
    <w:p>
      <w:r>
        <w:rPr>
          <w:color w:val="666666"/>
          <w:sz w:val="18"/>
        </w:rPr>
        <w:t>Message of The Quran October 20, 2007 · 25s · at 13:12 · https://youtu.be/7GePL3JmwnE?t=792</w:t>
      </w:r>
    </w:p>
    <w:p>
      <w:r>
        <w:rPr>
          <w:i/>
        </w:rPr>
        <w:t>“Every enemy is your potential friend”</w:t>
      </w:r>
    </w:p>
    <w:p>
      <w:r>
        <w:rPr>
          <w:sz w:val="20"/>
        </w:rPr>
        <w:t>13:12  is ka matlab yeh hua ke every enemy is your potential friend. aap sochiye, kitni badi baat hai yeh?</w:t>
      </w:r>
      <w:r>
        <w:br/>
      </w:r>
      <w:r>
        <w:rPr>
          <w:sz w:val="20"/>
        </w:rPr>
        <w:t>13:26  your enemy is your potential friend. so turn this potential into actual. yeh dekhiye, islam ki teaching hai.</w:t>
      </w:r>
    </w:p>
    <w:p>
      <w:pPr>
        <w:pStyle w:val="Heading2"/>
      </w:pPr>
      <w:r>
        <w:t>You cannot win by fighting against God's law</w:t>
      </w:r>
    </w:p>
    <w:p>
      <w:r>
        <w:rPr>
          <w:color w:val="666666"/>
          <w:sz w:val="18"/>
        </w:rPr>
        <w:t>Divine Law of Success October 14, 2012 · 30s · at 17:30 · https://youtu.be/GdbQzSNdf70?t=1050</w:t>
      </w:r>
    </w:p>
    <w:p>
      <w:r>
        <w:rPr>
          <w:i/>
        </w:rPr>
        <w:t>“یہ مسلمان کیوں یہاں ہار رہے ہیں؟”</w:t>
      </w:r>
    </w:p>
    <w:p>
      <w:r>
        <w:rPr>
          <w:sz w:val="20"/>
        </w:rPr>
        <w:t>17:30  ta kalayyam nadawa ibn al-nas</w:t>
      </w:r>
      <w:r>
        <w:br/>
      </w:r>
      <w:r>
        <w:rPr>
          <w:sz w:val="20"/>
        </w:rPr>
        <w:t>17:34  to yeh musalman kyon yahan haar rahe hain? kyonke woh yahood se nahin lad rahe hain, woh allah ke qanoon se lad rahe hain, woh sunnat allah se lad rahe hain.</w:t>
      </w:r>
      <w:r>
        <w:br/>
      </w:r>
      <w:r>
        <w:rPr>
          <w:sz w:val="20"/>
        </w:rPr>
        <w:t>17:49  allah ki jo planning hai, us se lad rahe hain. to kaun jeetega? allah se lad kar koi nahin jeet sakta.</w:t>
      </w:r>
    </w:p>
    <w:p>
      <w:pPr>
        <w:pStyle w:val="Heading2"/>
      </w:pPr>
      <w:r>
        <w:t>The Quran: the book, no doubt, miracle of arrangement</w:t>
      </w:r>
    </w:p>
    <w:p>
      <w:r>
        <w:rPr>
          <w:color w:val="666666"/>
          <w:sz w:val="18"/>
        </w:rPr>
        <w:t>Dars-e-Quran, Ch. 2, Verse 1-3 November 05, 2017 · 1m 40s · at 1:09 · https://youtu.be/GhmrynYhLF0?t=69</w:t>
      </w:r>
    </w:p>
    <w:p>
      <w:r>
        <w:rPr>
          <w:i/>
        </w:rPr>
        <w:t>“Yeh Allah ki kitab hai, is mein koi shak nahi.”</w:t>
      </w:r>
    </w:p>
    <w:p>
      <w:r>
        <w:rPr>
          <w:sz w:val="20"/>
        </w:rPr>
        <w:t>1:09  surah al-baqarah, chapter number two, verse number one to three. Alif laam meem, yeh Allah ki kitab hai, is mein koi shakk nahin.</w:t>
      </w:r>
      <w:r>
        <w:br/>
      </w:r>
      <w:r>
        <w:rPr>
          <w:sz w:val="20"/>
        </w:rPr>
        <w:t>1:22  raah dikhati hai dar rakhne walon ko, jo yaqeen karte hain bin dekhe aur namaz qaim karte hain. Aur jo kuch hum ne un ko diya hai, woh is mein se kharch karte hain.</w:t>
      </w:r>
      <w:r>
        <w:br/>
      </w:r>
      <w:r>
        <w:rPr>
          <w:sz w:val="20"/>
        </w:rPr>
        <w:t>1:37  This is the book, there is no doubt in it. It is a guide for those who are mindful of God, who believe in the unseen, and are steadfast in prayer,</w:t>
      </w:r>
      <w:r>
        <w:br/>
      </w:r>
      <w:r>
        <w:rPr>
          <w:sz w:val="20"/>
        </w:rPr>
        <w:t>1:51  and spend out of what we have provided them with.</w:t>
      </w:r>
      <w:r>
        <w:br/>
      </w:r>
      <w:r>
        <w:rPr>
          <w:sz w:val="20"/>
        </w:rPr>
        <w:t>1:56  moajza jo tarteeb hai quran ki, is mein surah al-baqarah number do par hai.</w:t>
      </w:r>
      <w:r>
        <w:br/>
      </w:r>
      <w:r>
        <w:rPr>
          <w:sz w:val="20"/>
        </w:rPr>
        <w:t>2:07  to is ke shuru mein yeh kaha gaya ke yeh al-kitab hai, yaani quran al-kitab hai, the book hai.</w:t>
      </w:r>
      <w:r>
        <w:br/>
      </w:r>
      <w:r>
        <w:rPr>
          <w:sz w:val="20"/>
        </w:rPr>
        <w:t>2:19  to quran the book hai, is ka matlab kya hai?</w:t>
      </w:r>
    </w:p>
    <w:p>
      <w:pPr>
        <w:pStyle w:val="Heading2"/>
      </w:pPr>
      <w:r>
        <w:t>Fake outward piety without inner sincerity ruins credibility</w:t>
      </w:r>
    </w:p>
    <w:p>
      <w:r>
        <w:rPr>
          <w:color w:val="666666"/>
          <w:sz w:val="18"/>
        </w:rPr>
        <w:t>Character of A Dayee January 29, 2014 · 43s · at 17:47 · https://youtu.be/HiPTrIHGmTE?t=1067</w:t>
      </w:r>
    </w:p>
    <w:p>
      <w:r>
        <w:rPr>
          <w:i/>
        </w:rPr>
        <w:t>“Aap banawati taur par akhlaq dikhayein, haalanke haqiqat mein na hon”</w:t>
      </w:r>
    </w:p>
    <w:p>
      <w:r>
        <w:rPr>
          <w:sz w:val="20"/>
        </w:rPr>
        <w:t>17:47  misal ke tor par aap ke dil mein kuch hai, lip service ke tor par aap kuch kahein. aap banawati tor par akhlaq dikhaein, halankay haqeeqat mein aap ba-akhlaq na hon.</w:t>
      </w:r>
      <w:r>
        <w:br/>
      </w:r>
      <w:r>
        <w:rPr>
          <w:sz w:val="20"/>
        </w:rPr>
        <w:t>18:02  aap banawati tor par logon ki khair khwahi zahir karein, halankay haqeeqat mein aap khair khwahi na hon, aap ke andar na ho.</w:t>
      </w:r>
      <w:r>
        <w:br/>
      </w:r>
      <w:r>
        <w:rPr>
          <w:sz w:val="20"/>
        </w:rPr>
        <w:t>18:13  to banawati tor par, bator lip service ke agar aap kaam karein to woh cheez jo hai aap ke daai honay ko mushtabah kar de gi.</w:t>
      </w:r>
    </w:p>
    <w:p>
      <w:pPr>
        <w:pStyle w:val="Heading2"/>
      </w:pPr>
      <w:r>
        <w:t>Dealing with unfavorable situations through Maulana</w:t>
      </w:r>
    </w:p>
    <w:p>
      <w:r>
        <w:rPr>
          <w:color w:val="666666"/>
          <w:sz w:val="18"/>
        </w:rPr>
        <w:t>Discussions on the impact of Maulana Wahiduddin Khan's Thought July 1, 2020 · 2m 39s · at 18:42 · https://youtu.be/Xzuu-nbDm4g?t=1122</w:t>
      </w:r>
    </w:p>
    <w:p>
      <w:r>
        <w:rPr>
          <w:i/>
        </w:rPr>
        <w:t>“How you deal with situations which are not favorable”</w:t>
      </w:r>
    </w:p>
    <w:p>
      <w:r>
        <w:rPr>
          <w:sz w:val="20"/>
        </w:rPr>
        <w:t>18:42  I think another thing which is very, very important that I have learned from Maulana is how you deal with the situation.</w:t>
      </w:r>
      <w:r>
        <w:br/>
      </w:r>
      <w:r>
        <w:rPr>
          <w:sz w:val="20"/>
        </w:rPr>
        <w:t>18:53  And most important, the situations which are not favorable.</w:t>
      </w:r>
      <w:r>
        <w:br/>
      </w:r>
      <w:r>
        <w:rPr>
          <w:sz w:val="20"/>
        </w:rPr>
        <w:t>18:58  And we really get uncomfortable in those situations. And we really do not we want to run away from them. We want them to disappear.</w:t>
      </w:r>
      <w:r>
        <w:br/>
      </w:r>
      <w:r>
        <w:rPr>
          <w:sz w:val="20"/>
        </w:rPr>
        <w:t>19:10  10 years going to Maulana, what has happened to me is I now do not see problems as problems.</w:t>
      </w:r>
      <w:r>
        <w:br/>
      </w:r>
      <w:r>
        <w:rPr>
          <w:sz w:val="20"/>
        </w:rPr>
        <w:t>19:18  Wow. Maulana, again, he refers it from Quran, from the life of Prophet of Islam, that with every problem, there is ease.</w:t>
      </w:r>
      <w:r>
        <w:br/>
      </w:r>
      <w:r>
        <w:rPr>
          <w:sz w:val="20"/>
        </w:rPr>
        <w:t>19:31  And if you have to translate it into a, let's say, in a very secular mindset or somebody who's progressive, I think what he has taught us is that with every difficulty, there is an opportunity.</w:t>
      </w:r>
      <w:r>
        <w:br/>
      </w:r>
      <w:r>
        <w:rPr>
          <w:sz w:val="20"/>
        </w:rPr>
        <w:t>19:49  So the mind shift that has changed is that if there is a problem, I mean, just stay with it, stay the course, and look for the opportunities in it rather than saying that, "Why is this happening</w:t>
      </w:r>
      <w:r>
        <w:br/>
      </w:r>
      <w:r>
        <w:rPr>
          <w:sz w:val="20"/>
        </w:rPr>
        <w:t>20:08  to me?" Or most important is that not blaming others. Most important, not blaming others.</w:t>
      </w:r>
      <w:r>
        <w:br/>
      </w:r>
      <w:r>
        <w:rPr>
          <w:sz w:val="20"/>
        </w:rPr>
        <w:t>20:18  True. So most of the time, what happens is that there is an aggregate I mean, that aggression comes from within, that it is happening because of so-and-so people, so-and-so is troubling me in the office.</w:t>
      </w:r>
      <w:r>
        <w:br/>
      </w:r>
      <w:r>
        <w:rPr>
          <w:sz w:val="20"/>
        </w:rPr>
        <w:t>20:33  And we experience every</w:t>
      </w:r>
      <w:r>
        <w:br/>
      </w:r>
      <w:r>
        <w:rPr>
          <w:sz w:val="20"/>
        </w:rPr>
        <w:t>20:36  day. So I think the simple thing I can say is that if now I'm going to the office and I know that there is bad traffic, and on top of that, somebody is honking,</w:t>
      </w:r>
      <w:r>
        <w:br/>
      </w:r>
      <w:r>
        <w:rPr>
          <w:sz w:val="20"/>
        </w:rPr>
        <w:t>20:49  rather than looking back and abusing that guy, what has happened to me is that I sometimes think that he might be honking because he must be really getting late for the office,</w:t>
      </w:r>
      <w:r>
        <w:br/>
      </w:r>
      <w:r>
        <w:rPr>
          <w:sz w:val="20"/>
        </w:rPr>
        <w:t>21:02  or he must have somebody who is waiting for him, and he is in anurgency. So that shift is a very fundamental shift that I would say that has happened within me.</w:t>
      </w:r>
      <w:r>
        <w:br/>
      </w:r>
      <w:r>
        <w:rPr>
          <w:sz w:val="20"/>
        </w:rPr>
        <w:t>21:15  And it has only happened because of Maulana and his teachings.</w:t>
      </w:r>
    </w:p>
    <w:p>
      <w:pPr>
        <w:pStyle w:val="Heading2"/>
      </w:pPr>
      <w:r>
        <w:t>Karl Marx's failed prediction proves truth never changes</w:t>
      </w:r>
    </w:p>
    <w:p>
      <w:r>
        <w:rPr>
          <w:color w:val="666666"/>
          <w:sz w:val="18"/>
        </w:rPr>
        <w:t>Dars-e-Quran (Al-Baqarah (The Heifer) 2 1-6) July 19, 2015 · 2m 40s · at 8:48 · https://youtu.be/JJOfEihDoIs?t=528</w:t>
      </w:r>
    </w:p>
    <w:p>
      <w:r>
        <w:rPr>
          <w:i/>
        </w:rPr>
        <w:t>“Karl Marx ka prediction tha communism France mein aayega”</w:t>
      </w:r>
    </w:p>
    <w:p>
      <w:r>
        <w:rPr>
          <w:sz w:val="20"/>
        </w:rPr>
        <w:t>8:48  Jaise mein ek misal deta hoon samajhne ke liye: Only truth is stated through truth.</w:t>
      </w:r>
      <w:r>
        <w:br/>
      </w:r>
      <w:r>
        <w:rPr>
          <w:sz w:val="20"/>
        </w:rPr>
        <w:t>8:56  Karl Marx jo</w:t>
      </w:r>
      <w:r>
        <w:br/>
      </w:r>
      <w:r>
        <w:rPr>
          <w:sz w:val="20"/>
        </w:rPr>
        <w:t>9:01  qabar ka champion samjha jata hai, is ne woh paida hua Germany mein, phir woh is ki kitabein tarjuma ho kar dunya mein phailin.</w:t>
      </w:r>
      <w:r>
        <w:br/>
      </w:r>
      <w:r>
        <w:rPr>
          <w:sz w:val="20"/>
        </w:rPr>
        <w:t>9:19  Woh kuch din London mein raha.</w:t>
      </w:r>
      <w:r>
        <w:br/>
      </w:r>
      <w:r>
        <w:rPr>
          <w:sz w:val="20"/>
        </w:rPr>
        <w:t>9:22  To us ne kaha tha ke</w:t>
      </w:r>
      <w:r>
        <w:br/>
      </w:r>
      <w:r>
        <w:rPr>
          <w:sz w:val="20"/>
        </w:rPr>
        <w:t>9:27  communism ke upar se ke ke upar se taloo ho raha hai. Is ka prediction tha ke communist inqilab sab se pehle France mein aayega.</w:t>
      </w:r>
      <w:r>
        <w:br/>
      </w:r>
      <w:r>
        <w:rPr>
          <w:sz w:val="20"/>
        </w:rPr>
        <w:t>9:42  France mein. Lekin aap jante hain ke France mein communist inqilab nahi aaya, woh aaya to Russia mein aaya.</w:t>
      </w:r>
      <w:r>
        <w:br/>
      </w:r>
      <w:r>
        <w:rPr>
          <w:sz w:val="20"/>
        </w:rPr>
        <w:t>9:52  Is ka nazariya tha ke jo developed countries hain, us zamane mein France ek bohat hi developed country mana jata tha. To is ka nazariya tha ke jo zyada developed countries hain, wohin par sab se pehle communism aayega.</w:t>
      </w:r>
      <w:r>
        <w:br/>
      </w:r>
      <w:r>
        <w:rPr>
          <w:sz w:val="20"/>
        </w:rPr>
        <w:t>10:05  Aur Russia to is aitbar se kuch bhi nahi tha, industrially developed country tha.</w:t>
      </w:r>
      <w:r>
        <w:br/>
      </w:r>
      <w:r>
        <w:rPr>
          <w:sz w:val="20"/>
        </w:rPr>
        <w:t>10:13  France dusre sabab ke yahan aana chahiye. To woh aaya to agriculture country mein, Russia mein to agriculture sab se.</w:t>
      </w:r>
      <w:r>
        <w:br/>
      </w:r>
      <w:r>
        <w:rPr>
          <w:sz w:val="20"/>
        </w:rPr>
        <w:t>10:22  To is ka prediction sahi nahi hua. Aisi bohat si misalein hain. To jab Quran is tarah andaaz mein aaya hai to ghor o fikr karne wali kitaab ke taur par, to jab aap ghor o fikr karoge to do bohat bara faida aap ko hasil hoga.</w:t>
      </w:r>
      <w:r>
        <w:br/>
      </w:r>
      <w:r>
        <w:rPr>
          <w:sz w:val="20"/>
        </w:rPr>
        <w:t>10:44  Ek taraf to yeh ke dedh hazar saal tak aap daryaft karoge ke Quran ki koi statement badla nahi.</w:t>
      </w:r>
      <w:r>
        <w:br/>
      </w:r>
      <w:r>
        <w:rPr>
          <w:sz w:val="20"/>
        </w:rPr>
        <w:t>10:53  Quran ka statement badla nahi, itna development hua ilm mein, science mein, magar Quran ki batayi hui baatein waisi ki waisi rahien. To yeh kaun hai aisi eternal truth ka qurban karne wala kaun ho sakta hai?</w:t>
      </w:r>
      <w:r>
        <w:br/>
      </w:r>
      <w:r>
        <w:rPr>
          <w:sz w:val="20"/>
        </w:rPr>
        <w:t>11:11  Woh zahir hai ek creator ho sakta hai, aur koi nahi ho sakta.</w:t>
      </w:r>
      <w:r>
        <w:br/>
      </w:r>
      <w:r>
        <w:rPr>
          <w:sz w:val="20"/>
        </w:rPr>
        <w:t>11:17  to aik baat aap yeh daryaft karein ge ke quran ka jo author hai, woh koi insaan nahi hai balkeh creator hai.</w:t>
      </w:r>
    </w:p>
    <w:p>
      <w:pPr>
        <w:pStyle w:val="Heading2"/>
      </w:pPr>
      <w:r>
        <w:t>CPS mission to translate Quran into 120 languages</w:t>
      </w:r>
    </w:p>
    <w:p>
      <w:r>
        <w:rPr>
          <w:color w:val="666666"/>
          <w:sz w:val="18"/>
        </w:rPr>
        <w:t>CPS Peace Conference, Day 1, Global Quran Translation and Distribution presentation by Maria Khan · 2m 08s · at 1:22 · https://youtu.be/3KWde6lmuJM?t=82</w:t>
      </w:r>
    </w:p>
    <w:p>
      <w:r>
        <w:rPr>
          <w:i/>
        </w:rPr>
        <w:t>“Assalamu alaikum as Maulana just said”</w:t>
      </w:r>
    </w:p>
    <w:p>
      <w:r>
        <w:rPr>
          <w:sz w:val="20"/>
        </w:rPr>
        <w:t>1:22  assalam o alaikum. so as Maulana just said that the purpose of CPS is to make the word of God or the quran enter every home.</w:t>
      </w:r>
      <w:r>
        <w:br/>
      </w:r>
      <w:r>
        <w:rPr>
          <w:sz w:val="20"/>
        </w:rPr>
        <w:t>1:34  so this PPT which abaa has made it gives an overview of how CPS members are practically translating the quran in different languages of the world and how they are distributing it world wide at a global level.</w:t>
      </w:r>
      <w:r>
        <w:br/>
      </w:r>
      <w:r>
        <w:rPr>
          <w:sz w:val="20"/>
        </w:rPr>
        <w:t>1:50  so the title of the PPT is Global Quran Translation and Distribution. this slide shows the number of quran translations that we have.</w:t>
      </w:r>
      <w:r>
        <w:br/>
      </w:r>
      <w:r>
        <w:rPr>
          <w:sz w:val="20"/>
        </w:rPr>
        <w:t>2:03  we have the quran translations currently in 120 languages. the green dots are the translations which are have already been printed and the red dots are the quran translations which are under way.</w:t>
      </w:r>
      <w:r>
        <w:br/>
      </w:r>
      <w:r>
        <w:rPr>
          <w:sz w:val="20"/>
        </w:rPr>
        <w:t>2:20  they have not been printed yet. so the goal which abaa has set for CPS is to have at least 120 translations the quran in 120 languages of the world.</w:t>
      </w:r>
      <w:r>
        <w:br/>
      </w:r>
      <w:r>
        <w:rPr>
          <w:sz w:val="20"/>
        </w:rPr>
        <w:t>2:36  at the moment he said he told me that they are over 7000 languages but the number 120 is the number of languages which are popular and international and are considered as international languages.</w:t>
      </w:r>
      <w:r>
        <w:br/>
      </w:r>
      <w:r>
        <w:rPr>
          <w:sz w:val="20"/>
        </w:rPr>
        <w:t>2:53  so this map represents the regions of the world where the Maulana translation of the quran are being distributed currently.</w:t>
      </w:r>
      <w:r>
        <w:br/>
      </w:r>
      <w:r>
        <w:rPr>
          <w:sz w:val="20"/>
        </w:rPr>
        <w:t>3:05  so we have North America, we have South America, we have Africa, we have Central Asia, we have the Middle East, we have the Indian subcontinent and we have Australia, New Zealand and the South East Asia.</w:t>
      </w:r>
      <w:r>
        <w:br/>
      </w:r>
      <w:r>
        <w:rPr>
          <w:sz w:val="20"/>
        </w:rPr>
        <w:t>3:21  so these are the places where these are the regions where good word quran translation is being distributed. and now I will go region by region.</w:t>
      </w:r>
    </w:p>
    <w:p>
      <w:pPr>
        <w:pStyle w:val="Heading2"/>
      </w:pPr>
      <w:r>
        <w:t>time is up, reset your priorities now</w:t>
      </w:r>
    </w:p>
    <w:p>
      <w:r>
        <w:rPr>
          <w:color w:val="666666"/>
          <w:sz w:val="18"/>
        </w:rPr>
        <w:t>Quran for All Mankind June 3, 2012 · 42s · at 42:19 · https://youtu.be/Gp-53Zjugcg?t=2539</w:t>
      </w:r>
    </w:p>
    <w:p>
      <w:r>
        <w:rPr>
          <w:i/>
        </w:rPr>
        <w:t>“Waqt aa gaya hai, apni priorities badalni hongi”</w:t>
      </w:r>
    </w:p>
    <w:p>
      <w:r>
        <w:rPr>
          <w:sz w:val="20"/>
        </w:rPr>
        <w:t>42:19  waqt aa gaya hai, aakhri. hum sab logo log is ke liye tadpe hain. hum log, hum sab log is ko apna concern banayein ke jo log paida ho kar duniya mein aaye hain, woh Allah ke kalam se be-khabar na rahein.</w:t>
      </w:r>
      <w:r>
        <w:br/>
      </w:r>
      <w:r>
        <w:rPr>
          <w:sz w:val="20"/>
        </w:rPr>
        <w:t>42:35  marne se pehle un tak Khuda ka kalam pahunch jaye.</w:t>
      </w:r>
      <w:r>
        <w:br/>
      </w:r>
      <w:r>
        <w:rPr>
          <w:sz w:val="20"/>
        </w:rPr>
        <w:t>42:43  marne, marne se pehle un tak Khuda ka kalam pahunch jaye.</w:t>
      </w:r>
      <w:r>
        <w:br/>
      </w:r>
      <w:r>
        <w:rPr>
          <w:sz w:val="20"/>
        </w:rPr>
        <w:t>42:51  dekhiye, is ke liye hamein kya karna hai? ab aap ko apni priority ko badalna parega. You have to reset your priorities.</w:t>
      </w:r>
    </w:p>
    <w:p>
      <w:pPr>
        <w:pStyle w:val="Heading2"/>
      </w:pPr>
      <w:r>
        <w:t>Entire lecture segment on Quran intro</w:t>
      </w:r>
    </w:p>
    <w:p>
      <w:r>
        <w:rPr>
          <w:color w:val="666666"/>
          <w:sz w:val="18"/>
        </w:rPr>
        <w:t>An Introduction to the Quran May 28, 2008 · 5m 15s · at 0:14 · https://youtu.be/nmB34NmA_aI?t=14</w:t>
      </w:r>
    </w:p>
    <w:p>
      <w:r>
        <w:rPr>
          <w:i/>
        </w:rPr>
        <w:t>“Bismillah ir-Rahman ir-Rahim.”</w:t>
      </w:r>
    </w:p>
    <w:p>
      <w:r>
        <w:rPr>
          <w:sz w:val="20"/>
        </w:rPr>
        <w:t>0:14  Bismillah Rehman e Rahim.</w:t>
      </w:r>
      <w:r>
        <w:br/>
      </w:r>
      <w:r>
        <w:rPr>
          <w:sz w:val="20"/>
        </w:rPr>
        <w:t>0:20  is waqt ki jo theme hai woh hai "an introduction to the Quran", yaani Quran ka taaruf, parichay.</w:t>
      </w:r>
      <w:r>
        <w:br/>
      </w:r>
      <w:r>
        <w:rPr>
          <w:sz w:val="20"/>
        </w:rPr>
        <w:t>0:41  aap jante hain ke Quran Islam ki sab se zyada authentic book maani jati hai.</w:t>
      </w:r>
      <w:r>
        <w:br/>
      </w:r>
      <w:r>
        <w:rPr>
          <w:sz w:val="20"/>
        </w:rPr>
        <w:t>0:54  Quran ke literal matlab hai "to be read", yaani jo cheez padhi jaye.</w:t>
      </w:r>
      <w:r>
        <w:br/>
      </w:r>
      <w:r>
        <w:rPr>
          <w:sz w:val="20"/>
        </w:rPr>
        <w:t>1:05  yaani Quran woh kitaab hai jis ko padh kar aap iska matlab samajh sakte hain. ya Quran ek revealed book hai, yaani seventh century ke first quarter mein Khuda ne Quran ko Prophet Muhammad par reveal kiya.</w:t>
      </w:r>
      <w:r>
        <w:br/>
      </w:r>
      <w:r>
        <w:rPr>
          <w:sz w:val="20"/>
        </w:rPr>
        <w:t>1:31  yeh ikatthe ek book ke form mein nahi utari gayi, balkeh jis ko kehte hain ke najman najman utra, yaani periodically.</w:t>
      </w:r>
      <w:r>
        <w:br/>
      </w:r>
      <w:r>
        <w:rPr>
          <w:sz w:val="20"/>
        </w:rPr>
        <w:t>1:47  to baees, taees saal ke andar woh thoda thoda utarta raha. phir compile kiya gaya. compile kar ke is ko ek book form mein bana diya gaya.</w:t>
      </w:r>
      <w:r>
        <w:br/>
      </w:r>
      <w:r>
        <w:rPr>
          <w:sz w:val="20"/>
        </w:rPr>
        <w:t>2:03  to yeh Quran jo hai, yeh iski meaning aur iske letters dono Khuda ki taraf se aaye hain.</w:t>
      </w:r>
      <w:r>
        <w:br/>
      </w:r>
      <w:r>
        <w:rPr>
          <w:sz w:val="20"/>
        </w:rPr>
        <w:t>2:14  yaani aisa nahi hai ke meaning to Khuda ki taraf se ho aur iske jo shabd hain woh Paighambar ke hon. aisa nahi hai. balkeh dono hi Khuda ki taraf se hain.</w:t>
      </w:r>
      <w:r>
        <w:br/>
      </w:r>
      <w:r>
        <w:rPr>
          <w:sz w:val="20"/>
        </w:rPr>
        <w:t>2:28  Quran mein</w:t>
      </w:r>
      <w:r>
        <w:br/>
      </w:r>
      <w:r>
        <w:rPr>
          <w:sz w:val="20"/>
        </w:rPr>
        <w:t>2:32  kul one hundred fourteen chapters hain. aur iske jo verses hain woh</w:t>
      </w:r>
      <w:r>
        <w:br/>
      </w:r>
      <w:r>
        <w:rPr>
          <w:sz w:val="20"/>
        </w:rPr>
        <w:t>2:45  six hundred five hundred qareeb qareeb hain.</w:t>
      </w:r>
      <w:r>
        <w:br/>
      </w:r>
      <w:r>
        <w:rPr>
          <w:sz w:val="20"/>
        </w:rPr>
        <w:t>2:54  is waqt mein yeh batane ki koshish karunga ke Quran mein kya baatein kahi gayi hain. sab se pehli verse jo Quran mein aap ko milti hai woh hai "Dhalik al-kitab la raiba feeh".</w:t>
      </w:r>
      <w:r>
        <w:br/>
      </w:r>
      <w:r>
        <w:rPr>
          <w:sz w:val="20"/>
        </w:rPr>
        <w:t>3:16  "hudal mutaqeen". yaani yeh al-kitab hai, is mein koi shaq nahi. "this is the book".</w:t>
      </w:r>
      <w:r>
        <w:br/>
      </w:r>
      <w:r>
        <w:rPr>
          <w:sz w:val="20"/>
        </w:rPr>
        <w:t>3:27  "there is no doubt about it".</w:t>
      </w:r>
      <w:r>
        <w:br/>
      </w:r>
      <w:r>
        <w:rPr>
          <w:sz w:val="20"/>
        </w:rPr>
        <w:t>3:33  is ka matlab kya hai? is ka matlab yeh hai ke insaan apne liye ek guidance chahta hai.</w:t>
      </w:r>
      <w:r>
        <w:br/>
      </w:r>
      <w:r>
        <w:rPr>
          <w:sz w:val="20"/>
        </w:rPr>
        <w:t>3:46  jo aadmi bhi is duniya mein paida hota hai, woh sochta hai, yeh question is ke saamne aata hai: "how am I?" "why I was sent to this world?" "what is death</w:t>
      </w:r>
      <w:r>
        <w:br/>
      </w:r>
      <w:r>
        <w:rPr>
          <w:sz w:val="20"/>
        </w:rPr>
        <w:t>4:03  ?" "what is life?" "what is the purpose of my life?" yeh saare questions har aadmi ke mind mein apne aap aate hain.</w:t>
      </w:r>
      <w:r>
        <w:br/>
      </w:r>
      <w:r>
        <w:rPr>
          <w:sz w:val="20"/>
        </w:rPr>
        <w:t>4:16  to is ke liye insaan ko ek guide book chahiye. woh guide book kaun de sakta hai?</w:t>
      </w:r>
      <w:r>
        <w:br/>
      </w:r>
      <w:r>
        <w:rPr>
          <w:sz w:val="20"/>
        </w:rPr>
        <w:t>4:25  woh guide book sirf creator de sakta hai. dekhein, is duniya mein humein do qism ki knowledge chahiye. ek philosopher ke shabdon mein "knowledge of things", "knowledge of truth".</w:t>
      </w:r>
      <w:r>
        <w:br/>
      </w:r>
      <w:r>
        <w:rPr>
          <w:sz w:val="20"/>
        </w:rPr>
        <w:t>4:43  yaani cheezon ka ilm aur sachai ka ilm. to jahan tak cheezon ki baat hai,</w:t>
      </w:r>
      <w:r>
        <w:br/>
      </w:r>
      <w:r>
        <w:rPr>
          <w:sz w:val="20"/>
        </w:rPr>
        <w:t>4:53  woh hum ko science se maloom pad jati hai.</w:t>
      </w:r>
      <w:r>
        <w:br/>
      </w:r>
      <w:r>
        <w:rPr>
          <w:sz w:val="20"/>
        </w:rPr>
        <w:t>4:59  hamari jo sciences hain, physical science, chemistry, astronomy, botany, geology aur doosri sciences jo hain, humein "knowledge of things" deti hain.</w:t>
      </w:r>
    </w:p>
    <w:p>
      <w:pPr>
        <w:pStyle w:val="Heading2"/>
      </w:pPr>
      <w:r>
        <w:t>Be God-oriented: essence of Quran</w:t>
      </w:r>
    </w:p>
    <w:p>
      <w:r>
        <w:rPr>
          <w:color w:val="666666"/>
          <w:sz w:val="18"/>
        </w:rPr>
        <w:t>Message of the Quran August 20, 2017 · 45s · at 7:15 · https://youtu.be/BrbrZxP37pk?t=435</w:t>
      </w:r>
    </w:p>
    <w:p>
      <w:r>
        <w:rPr>
          <w:i/>
        </w:rPr>
        <w:t>“Kun rabbaniyyeen – be God-oriented.”</w:t>
      </w:r>
    </w:p>
    <w:p>
      <w:r>
        <w:rPr>
          <w:sz w:val="20"/>
        </w:rPr>
        <w:t>7:15  is message ka just kya hai to woh is ayat mein milta hai, yani Quran ke ek chapter hai Aal e Imran number teen, is mein yeh ayat hai ke: "Kaun Rabbaaniyyun?" Kaun Rabbaaniyyun ka matlab hote hain: "Rab wale bano</w:t>
      </w:r>
      <w:r>
        <w:br/>
      </w:r>
      <w:r>
        <w:rPr>
          <w:sz w:val="20"/>
        </w:rPr>
        <w:t>7:38  !" Ae logo, Rab wale bano! Yeh Rab wale bano ka matlab kya hua? Wahi cheez hai jisko hum aaj kehte hain spirituality, yani God based spirituality ya God oriented spirituality.</w:t>
      </w:r>
    </w:p>
    <w:p>
      <w:pPr>
        <w:pStyle w:val="Heading2"/>
      </w:pPr>
      <w:r>
        <w:t>Direct address of Quran strikes Yusuf Islam</w:t>
      </w:r>
    </w:p>
    <w:p>
      <w:r>
        <w:rPr>
          <w:color w:val="666666"/>
          <w:sz w:val="18"/>
        </w:rPr>
        <w:t>Dars-e-Quran, Chapter 25, V. 1 (Spreading Quran) September 9, 2018 · 50s · at 24:17 · https://youtu.be/zf3V6LP2Qg0?t=1457</w:t>
      </w:r>
    </w:p>
    <w:p>
      <w:r>
        <w:rPr>
          <w:i/>
        </w:rPr>
        <w:t>“Khas taur par usko ek cheez bahut strike ki”</w:t>
      </w:r>
    </w:p>
    <w:p>
      <w:r>
        <w:rPr>
          <w:sz w:val="20"/>
        </w:rPr>
        <w:t>24:17  khaas tor par us ko aik cheez bohat strike ki ke quran kehta hai: "Eyyah Insan, ya Eyyah Insan". yani mushaf direct khitab karta hai:</w:t>
      </w:r>
      <w:r>
        <w:br/>
      </w:r>
      <w:r>
        <w:rPr>
          <w:sz w:val="20"/>
        </w:rPr>
        <w:t>24:30  "Eyyah Insan, maghroobuk al Kareem".</w:t>
      </w:r>
      <w:r>
        <w:br/>
      </w:r>
      <w:r>
        <w:rPr>
          <w:sz w:val="20"/>
        </w:rPr>
        <w:t>24:38  yeh kaisi kitab hai ke mujh ko direct khitab karti hai? is cheez ne us ke mind ko hila diya aur us ne poora quran parh dala, poora quran.</w:t>
      </w:r>
      <w:r>
        <w:br/>
      </w:r>
      <w:r>
        <w:rPr>
          <w:sz w:val="20"/>
        </w:rPr>
        <w:t>24:54  aur parhne ke baad us ne kaha ke: "waqai ek kitaab se mujhe roshni mil gayi, ab tak mein roshni se bekhabar tha,</w:t>
      </w:r>
    </w:p>
    <w:p>
      <w:pPr>
        <w:pStyle w:val="Heading2"/>
      </w:pPr>
      <w:r>
        <w:t>Prepare mind before Quran</w:t>
      </w:r>
    </w:p>
    <w:p>
      <w:r>
        <w:rPr>
          <w:color w:val="666666"/>
          <w:sz w:val="18"/>
        </w:rPr>
        <w:t>From Political Empire to Opportunity Empire January 03, 2010 Maulana Wahiduddin Khan · 27s · at 16:40 · https://youtu.be/qomMKXzqdb0?t=1000</w:t>
      </w:r>
    </w:p>
    <w:p>
      <w:r>
        <w:rPr>
          <w:i/>
        </w:rPr>
        <w:t>“Shayad duniya ke liye nazir”</w:t>
      </w:r>
    </w:p>
    <w:p>
      <w:r>
        <w:rPr>
          <w:sz w:val="20"/>
        </w:rPr>
        <w:t>16:40  shayad dunya ke liye nazeer likon alameen nazeera to baat kya hai apne mind ko pehle prepared mind banana hai first of all you have to prepare your mind first of all you have to decondition our conditioning here is the beginning here is the beginning</w:t>
      </w:r>
    </w:p>
    <w:p>
      <w:pPr>
        <w:pStyle w:val="Heading2"/>
      </w:pPr>
      <w:r>
        <w:t>Salt-and-sugar analogy for reading Quran with the wrong mindset</w:t>
      </w:r>
    </w:p>
    <w:p>
      <w:r>
        <w:rPr>
          <w:color w:val="666666"/>
          <w:sz w:val="18"/>
        </w:rPr>
        <w:t>Dars-e-Quran July 30, 2007 · 1m 08s · at 54:25 · https://youtu.be/9D_8jxwLKlE?t=3265</w:t>
      </w:r>
    </w:p>
    <w:p>
      <w:r>
        <w:rPr>
          <w:i/>
        </w:rPr>
        <w:t>“Ek ton namak mein ek chammach shakkar daal do”</w:t>
      </w:r>
    </w:p>
    <w:p>
      <w:r>
        <w:rPr>
          <w:sz w:val="20"/>
        </w:rPr>
        <w:t>54:25  ek aadmi ne kaha ke agar aap</w:t>
      </w:r>
      <w:r>
        <w:br/>
      </w:r>
      <w:r>
        <w:rPr>
          <w:sz w:val="20"/>
        </w:rPr>
        <w:t>54:29  ek ton namak hain, namak jo hai woh ek ton hai aur us ke andar ek ek tola ke barabar ek chota sa yani ek ton namak hai aur ek ek tea spoon ke barabar is mein shakar daal dein.</w:t>
      </w:r>
      <w:r>
        <w:br/>
      </w:r>
      <w:r>
        <w:rPr>
          <w:sz w:val="20"/>
        </w:rPr>
        <w:t>54:48  aap</w:t>
      </w:r>
      <w:r>
        <w:br/>
      </w:r>
      <w:r>
        <w:rPr>
          <w:sz w:val="20"/>
        </w:rPr>
        <w:t>54:50  ti spoon ke barabar shakar hai aur pahaar ke barabar namak hai. ab wahan choti aayegi to namak se us ko koi matlab nahi hoga, bas woh shakar le legi.</w:t>
      </w:r>
      <w:r>
        <w:br/>
      </w:r>
      <w:r>
        <w:rPr>
          <w:sz w:val="20"/>
        </w:rPr>
        <w:t>55:06  namak ka pahaar use dikhai nahi dega, is se is se us ko koi food nahi milega, is se us ki rooh ko koi ghiza nahi milegi.</w:t>
      </w:r>
      <w:r>
        <w:br/>
      </w:r>
      <w:r>
        <w:rPr>
          <w:sz w:val="20"/>
        </w:rPr>
        <w:t>55:16  lekin is mein jo ek ek ti spoon jo is mein namak hai, bas us ko le lijiye. woh</w:t>
      </w:r>
      <w:r>
        <w:br/>
      </w:r>
      <w:r>
        <w:rPr>
          <w:sz w:val="20"/>
        </w:rPr>
        <w:t>55:24  yahi haal hota hai in logon ka jo galat zehn le kar quran ko parhte hain,</w:t>
      </w:r>
    </w:p>
    <w:p>
      <w:pPr>
        <w:pStyle w:val="Heading2"/>
      </w:pPr>
      <w:r>
        <w:t>Left-hand tea and biscuits called religious extremism</w:t>
      </w:r>
    </w:p>
    <w:p>
      <w:r>
        <w:rPr>
          <w:color w:val="666666"/>
          <w:sz w:val="18"/>
        </w:rPr>
        <w:t>Model of Paradise June 22, 2014 · 42s · at 45:43 · https://youtu.be/7jXD8E_dN-E?t=2743</w:t>
      </w:r>
    </w:p>
    <w:p>
      <w:r>
        <w:rPr>
          <w:i/>
        </w:rPr>
        <w:t>“Maine ek haath mein biscuit liya, ek haath mein chai”</w:t>
      </w:r>
    </w:p>
    <w:p>
      <w:r>
        <w:rPr>
          <w:sz w:val="20"/>
        </w:rPr>
        <w:t>45:43  har taleem mein jo, jaise misaal ke taur par dekhen, ek jagah mein gaya to wahan par main chai aai aur aur biscuit aaya.</w:t>
      </w:r>
      <w:r>
        <w:br/>
      </w:r>
      <w:r>
        <w:rPr>
          <w:sz w:val="20"/>
        </w:rPr>
        <w:t>45:54  to main ne aisa kiya ke ek haath mein biscuit le liya, ek haath mein chai le liya. to thoda main aadat aisa kar raha tha ke main chai mein shakar nahin dalta.</w:t>
      </w:r>
      <w:r>
        <w:br/>
      </w:r>
      <w:r>
        <w:rPr>
          <w:sz w:val="20"/>
        </w:rPr>
        <w:t>46:06  to biscuit istemal karta hoon. thoda sa biscuit liya aur phir chai piya.</w:t>
      </w:r>
      <w:r>
        <w:br/>
      </w:r>
      <w:r>
        <w:rPr>
          <w:sz w:val="20"/>
        </w:rPr>
        <w:t>46:12  to bada is ka charcha hai. woh dekho, baayein haath se kha rahe hain. yeh hai ghalu. is ka naam ghalu hai. to har cheez mein yeh ghalu hai.</w:t>
      </w:r>
      <w:r>
        <w:br/>
      </w:r>
      <w:r>
        <w:rPr>
          <w:sz w:val="20"/>
        </w:rPr>
        <w:t>46:21  political ghalu, aqeedaadi ghalu, har cheez mein ghalu.</w:t>
      </w:r>
    </w:p>
    <w:p>
      <w:pPr>
        <w:pStyle w:val="Heading2"/>
      </w:pPr>
      <w:r>
        <w:t>Ramadan for Quran study not just recitation</w:t>
      </w:r>
    </w:p>
    <w:p>
      <w:r>
        <w:rPr>
          <w:color w:val="666666"/>
          <w:sz w:val="18"/>
        </w:rPr>
        <w:t>Ramazan Month of Study of the Quran April 30, 2020 Maulana Wahiduddin Khan · 1m 10s · at 0:30 · https://youtu.be/AUSxxGBJHCk?t=30</w:t>
      </w:r>
    </w:p>
    <w:p>
      <w:r>
        <w:rPr>
          <w:i/>
        </w:rPr>
        <w:t>“Ramadan ke mahine ko Quran ke tilawat ke liye khas kiya”</w:t>
      </w:r>
    </w:p>
    <w:p>
      <w:r>
        <w:rPr>
          <w:sz w:val="20"/>
        </w:rPr>
        <w:t>0:30  ramzan ke mahine ko quran ke</w:t>
      </w:r>
      <w:r>
        <w:br/>
      </w:r>
      <w:r>
        <w:rPr>
          <w:sz w:val="20"/>
        </w:rPr>
        <w:t>0:38  tilawat ke liye khaas kiya gaya hai,</w:t>
      </w:r>
      <w:r>
        <w:br/>
      </w:r>
      <w:r>
        <w:rPr>
          <w:sz w:val="20"/>
        </w:rPr>
        <w:t>0:45  lekin tilawat ka matlab yeh nahin hai ke bas far far far far parh kar khatam kar diya jaye.</w:t>
      </w:r>
      <w:r>
        <w:br/>
      </w:r>
      <w:r>
        <w:rPr>
          <w:sz w:val="20"/>
        </w:rPr>
        <w:t>0:56  nahin, tilawat ka matlab hai study mutala.</w:t>
      </w:r>
      <w:r>
        <w:br/>
      </w:r>
      <w:r>
        <w:rPr>
          <w:sz w:val="20"/>
        </w:rPr>
        <w:t>1:09  yani quran ko kam az kam aik baar shuru se aakhir tak parha jaye, yeh samajhne ke liye ke quran ki is ki baat thi kya hai.</w:t>
      </w:r>
      <w:r>
        <w:br/>
      </w:r>
      <w:r>
        <w:rPr>
          <w:sz w:val="20"/>
        </w:rPr>
        <w:t>1:26  quran</w:t>
      </w:r>
      <w:r>
        <w:br/>
      </w:r>
      <w:r>
        <w:rPr>
          <w:sz w:val="20"/>
        </w:rPr>
        <w:t>1:28  insan ko kya message deta hai.</w:t>
      </w:r>
    </w:p>
    <w:p>
      <w:pPr>
        <w:pStyle w:val="Heading2"/>
      </w:pPr>
      <w:r>
        <w:t>Adversity unlocks hidden potential</w:t>
      </w:r>
    </w:p>
    <w:p>
      <w:r>
        <w:rPr>
          <w:color w:val="666666"/>
          <w:sz w:val="18"/>
        </w:rPr>
        <w:t>Different Aspects of Islam · 2m 35s · at 30:13 · https://youtu.be/Y77bzb5Vbr8?t=1813</w:t>
      </w:r>
    </w:p>
    <w:p>
      <w:r>
        <w:rPr>
          <w:i/>
        </w:rPr>
        <w:t>“Do bachche daud rahe hain”</w:t>
      </w:r>
    </w:p>
    <w:p>
      <w:r>
        <w:rPr>
          <w:sz w:val="20"/>
        </w:rPr>
        <w:t>30:13  ek is ke andar ek shauq lagta hai.</w:t>
      </w:r>
      <w:r>
        <w:br/>
      </w:r>
      <w:r>
        <w:rPr>
          <w:sz w:val="20"/>
        </w:rPr>
        <w:t>30:17  ke aur mehnat kar ke mein aage barhoon.</w:t>
      </w:r>
      <w:r>
        <w:br/>
      </w:r>
      <w:r>
        <w:rPr>
          <w:sz w:val="20"/>
        </w:rPr>
        <w:t>30:21  jaise aap dekhte hain ke do bachche agar dor rahe hain.</w:t>
      </w:r>
      <w:r>
        <w:br/>
      </w:r>
      <w:r>
        <w:rPr>
          <w:sz w:val="20"/>
        </w:rPr>
        <w:t>30:25  wo ek ek sadah si misal lijiye aap.</w:t>
      </w:r>
      <w:r>
        <w:br/>
      </w:r>
      <w:r>
        <w:rPr>
          <w:sz w:val="20"/>
        </w:rPr>
        <w:t>30:29  ke do bachche dor rahe hain.</w:t>
      </w:r>
      <w:r>
        <w:br/>
      </w:r>
      <w:r>
        <w:rPr>
          <w:sz w:val="20"/>
        </w:rPr>
        <w:t>30:33  ab ek bachcha kisi wajah se thokar lag kar gir pada.</w:t>
      </w:r>
      <w:r>
        <w:br/>
      </w:r>
      <w:r>
        <w:rPr>
          <w:sz w:val="20"/>
        </w:rPr>
        <w:t>30:37  to wo kuch aage barh jayega doosra wala.</w:t>
      </w:r>
      <w:r>
        <w:br/>
      </w:r>
      <w:r>
        <w:rPr>
          <w:sz w:val="20"/>
        </w:rPr>
        <w:t>30:41  ab jo yeh uthega to aur tez daurega yeh.</w:t>
      </w:r>
      <w:r>
        <w:br/>
      </w:r>
      <w:r>
        <w:rPr>
          <w:sz w:val="20"/>
        </w:rPr>
        <w:t>30:45  yani chale the ek sath.</w:t>
      </w:r>
      <w:r>
        <w:br/>
      </w:r>
      <w:r>
        <w:rPr>
          <w:sz w:val="20"/>
        </w:rPr>
        <w:t>30:49  ek sath dor rahe the.</w:t>
      </w:r>
      <w:r>
        <w:br/>
      </w:r>
      <w:r>
        <w:rPr>
          <w:sz w:val="20"/>
        </w:rPr>
        <w:t>30:52  ek ko kisi wajah se beech mein gir gaya wo ruk gaya wo.</w:t>
      </w:r>
      <w:r>
        <w:br/>
      </w:r>
      <w:r>
        <w:rPr>
          <w:sz w:val="20"/>
        </w:rPr>
        <w:t>30:56  to ek do minute ka ek waqfa par gaya.</w:t>
      </w:r>
      <w:r>
        <w:br/>
      </w:r>
      <w:r>
        <w:rPr>
          <w:sz w:val="20"/>
        </w:rPr>
        <w:t>30:59  itni der mein wo doosra jo ladka hai wo aage barh gaya.</w:t>
      </w:r>
      <w:r>
        <w:br/>
      </w:r>
      <w:r>
        <w:rPr>
          <w:sz w:val="20"/>
        </w:rPr>
        <w:t>31:03  to jo gir gaya tha wo jab uthega to aur tez daurega.</w:t>
      </w:r>
      <w:r>
        <w:br/>
      </w:r>
      <w:r>
        <w:rPr>
          <w:sz w:val="20"/>
        </w:rPr>
        <w:t>31:06  taake us ko pakarne ke liye.</w:t>
      </w:r>
      <w:r>
        <w:br/>
      </w:r>
      <w:r>
        <w:rPr>
          <w:sz w:val="20"/>
        </w:rPr>
        <w:t>31:10  yeh hai do.</w:t>
      </w:r>
      <w:r>
        <w:br/>
      </w:r>
      <w:r>
        <w:rPr>
          <w:sz w:val="20"/>
        </w:rPr>
        <w:t>31:13  yeh hai do</w:t>
      </w:r>
      <w:r>
        <w:br/>
      </w:r>
      <w:r>
        <w:rPr>
          <w:sz w:val="20"/>
        </w:rPr>
        <w:t xml:space="preserve">31:17  </w:t>
      </w:r>
      <w:r>
        <w:br/>
      </w:r>
      <w:r>
        <w:rPr>
          <w:sz w:val="20"/>
        </w:rPr>
        <w:t>31:20  to jab kabhi aisa hota hai ke aadmi kisi paspai se dochar hota hai.</w:t>
      </w:r>
      <w:r>
        <w:br/>
      </w:r>
      <w:r>
        <w:rPr>
          <w:sz w:val="20"/>
        </w:rPr>
        <w:t>31:24  to wahan par us ko mawaqe do ho jatay hain.</w:t>
      </w:r>
      <w:r>
        <w:br/>
      </w:r>
      <w:r>
        <w:rPr>
          <w:sz w:val="20"/>
        </w:rPr>
        <w:t>31:27  ek to woh mawaqe jo thay fitrat mein.</w:t>
      </w:r>
      <w:r>
        <w:br/>
      </w:r>
      <w:r>
        <w:rPr>
          <w:sz w:val="20"/>
        </w:rPr>
        <w:t>31:31  fitrat mein thay pehle se.</w:t>
      </w:r>
      <w:r>
        <w:br/>
      </w:r>
      <w:r>
        <w:rPr>
          <w:sz w:val="20"/>
        </w:rPr>
        <w:t>31:34  aur ek jo hai woh targhib ke roop mein hausla ke roop mein.</w:t>
      </w:r>
      <w:r>
        <w:br/>
      </w:r>
      <w:r>
        <w:rPr>
          <w:sz w:val="20"/>
        </w:rPr>
        <w:t>31:38  jaise woh ladka jo gir gaya.</w:t>
      </w:r>
      <w:r>
        <w:br/>
      </w:r>
      <w:r>
        <w:rPr>
          <w:sz w:val="20"/>
        </w:rPr>
        <w:t>31:42  to us ke pathon mein jo taqat tha.</w:t>
      </w:r>
      <w:r>
        <w:br/>
      </w:r>
      <w:r>
        <w:rPr>
          <w:sz w:val="20"/>
        </w:rPr>
        <w:t>31:45  jo us ke hath paon mein jo taqat thi jis se woh daud raha tha.</w:t>
      </w:r>
      <w:r>
        <w:br/>
      </w:r>
      <w:r>
        <w:rPr>
          <w:sz w:val="20"/>
        </w:rPr>
        <w:t>31:49  to ek to woh thi doosri yeh ke woh ek emergency emergency pesh aane ki wajah se is ke andar ek aur hausla aagaya. kyunke nafsiyat bataati hai ke zehan mein kuch khidkiyan band rehti hain. zehan jo hai is ke andar kuch potentials band rehte hain. woh jab bahraan ko pesh aata hai bahraan tab zehan is ko release karta hai is tawanaai ko. kuch tawanaaiyan mehfooz rehti hain zeh</w:t>
      </w:r>
      <w:r>
        <w:br/>
      </w:r>
      <w:r>
        <w:rPr>
          <w:sz w:val="20"/>
        </w:rPr>
        <w:t>32:19  n mein.</w:t>
      </w:r>
      <w:r>
        <w:br/>
      </w:r>
      <w:r>
        <w:rPr>
          <w:sz w:val="20"/>
        </w:rPr>
        <w:t>32:22  yeh nafsiyat batati hai humein.</w:t>
      </w:r>
      <w:r>
        <w:br/>
      </w:r>
      <w:r>
        <w:rPr>
          <w:sz w:val="20"/>
        </w:rPr>
        <w:t>32:25  ke zehan mein kuch tawanaai aisi hai jo jo jo band rehti hai.</w:t>
      </w:r>
      <w:r>
        <w:br/>
      </w:r>
      <w:r>
        <w:rPr>
          <w:sz w:val="20"/>
        </w:rPr>
        <w:t>32:29  mehfooz rakhi rehti hai mehfooz kar ke rakhi rehti hai.</w:t>
      </w:r>
      <w:r>
        <w:br/>
      </w:r>
      <w:r>
        <w:rPr>
          <w:sz w:val="20"/>
        </w:rPr>
        <w:t>32:32  lekin jab koi buhran aata hai.</w:t>
      </w:r>
      <w:r>
        <w:br/>
      </w:r>
      <w:r>
        <w:rPr>
          <w:sz w:val="20"/>
        </w:rPr>
        <w:t>32:35  koi challenge aata hai tab woh release ki jati hai woh.</w:t>
      </w:r>
      <w:r>
        <w:br/>
      </w:r>
      <w:r>
        <w:rPr>
          <w:sz w:val="20"/>
        </w:rPr>
        <w:t>32:39  aur us bachche mein dekhiye.</w:t>
      </w:r>
      <w:r>
        <w:br/>
      </w:r>
      <w:r>
        <w:rPr>
          <w:sz w:val="20"/>
        </w:rPr>
        <w:t>32:42  ek to woh normal tawanaai thi jo us ko haasil thi pehle se.</w:t>
      </w:r>
      <w:r>
        <w:br/>
      </w:r>
      <w:r>
        <w:rPr>
          <w:sz w:val="20"/>
        </w:rPr>
        <w:t>32:45  aur ek woh hai</w:t>
      </w:r>
    </w:p>
    <w:p>
      <w:pPr>
        <w:pStyle w:val="Heading2"/>
      </w:pPr>
      <w:r>
        <w:t>Unseen God test and Bismillah in suffering</w:t>
      </w:r>
    </w:p>
    <w:p>
      <w:r>
        <w:rPr>
          <w:color w:val="666666"/>
          <w:sz w:val="18"/>
        </w:rPr>
        <w:t>Quran: A Divine Guide Book | October 24, 2007 | Maulana Wahiduddin Khan · 3m 02s · at 37:25 · https://youtu.be/2fxvc-ZN1HM?t=2245</w:t>
      </w:r>
    </w:p>
    <w:p>
      <w:r>
        <w:rPr>
          <w:i/>
        </w:rPr>
        <w:t>“God is unseen for us”</w:t>
      </w:r>
    </w:p>
    <w:p>
      <w:r>
        <w:rPr>
          <w:sz w:val="20"/>
        </w:rPr>
        <w:t>37:25  khuda hamare liye unseen hai.</w:t>
      </w:r>
      <w:r>
        <w:br/>
      </w:r>
      <w:r>
        <w:rPr>
          <w:sz w:val="20"/>
        </w:rPr>
        <w:t>37:30  is unseen ko seen banana yeh hamara test hai.</w:t>
      </w:r>
      <w:r>
        <w:br/>
      </w:r>
      <w:r>
        <w:rPr>
          <w:sz w:val="20"/>
        </w:rPr>
        <w:t>37:34  khuda ko aap apni aankhon se nahi dekhte.</w:t>
      </w:r>
      <w:r>
        <w:br/>
      </w:r>
      <w:r>
        <w:rPr>
          <w:sz w:val="20"/>
        </w:rPr>
        <w:t>37:38  lekin apni aankhon se kya kya dekhte hain aap? kya aap gravity ko aankhon se dekhte hain? ke</w:t>
      </w:r>
      <w:r>
        <w:br/>
      </w:r>
      <w:r>
        <w:rPr>
          <w:sz w:val="20"/>
        </w:rPr>
        <w:t>37:43  zameen jo hai is ke andar zabardast kashish hai.</w:t>
      </w:r>
      <w:r>
        <w:br/>
      </w:r>
      <w:r>
        <w:rPr>
          <w:sz w:val="20"/>
        </w:rPr>
        <w:t>37:47  jis ko kehte hain gravitational pull.</w:t>
      </w:r>
      <w:r>
        <w:br/>
      </w:r>
      <w:r>
        <w:rPr>
          <w:sz w:val="20"/>
        </w:rPr>
        <w:t>37:51  ab aankhon se dekhte hain aap? kya cosmic rays ko aap aankhon se dekhte hain?</w:t>
      </w:r>
      <w:r>
        <w:br/>
      </w:r>
      <w:r>
        <w:rPr>
          <w:sz w:val="20"/>
        </w:rPr>
        <w:t>37:56  kya aap electron ko aankhon se dekhte hain? to yeh sari badi cheezein wahi hain jo unseen world mein hain woh. to isi tarah se khuda ko bhi jo bazahir unseen hai us ko seen banana hai. unseen ko seen banana. na dikhai dene wale khuda ko is tarah discover karna ke woh aap ko dikhai dene lage. yeh hai yeh test.</w:t>
      </w:r>
      <w:r>
        <w:br/>
      </w:r>
      <w:r>
        <w:rPr>
          <w:sz w:val="20"/>
        </w:rPr>
        <w:t>38:26  aur jo log is test pe utre hain unhi ke liye hai post death period mein eternal paradise.</w:t>
      </w:r>
      <w:r>
        <w:br/>
      </w:r>
      <w:r>
        <w:rPr>
          <w:sz w:val="20"/>
        </w:rPr>
        <w:t>38:36  dekhiye ek bohat important baat yeh hai ke jab aap quran ko kholte hain to sab se pehla</w:t>
      </w:r>
      <w:r>
        <w:br/>
      </w:r>
      <w:r>
        <w:rPr>
          <w:sz w:val="20"/>
        </w:rPr>
        <w:t>38:46  kya milta hai aap ko</w:t>
      </w:r>
      <w:r>
        <w:br/>
      </w:r>
      <w:r>
        <w:rPr>
          <w:sz w:val="20"/>
        </w:rPr>
        <w:t>38:56  sab se pehla word milta hai bismillah rahman rahim.</w:t>
      </w:r>
      <w:r>
        <w:br/>
      </w:r>
      <w:r>
        <w:rPr>
          <w:sz w:val="20"/>
        </w:rPr>
        <w:t>39:04  In the name of God most merciful most compassionate.</w:t>
      </w:r>
      <w:r>
        <w:br/>
      </w:r>
      <w:r>
        <w:rPr>
          <w:sz w:val="20"/>
        </w:rPr>
        <w:t>39:12  khuda ke naam se jo bara meherban nihayat reham wala hai.</w:t>
      </w:r>
      <w:r>
        <w:br/>
      </w:r>
      <w:r>
        <w:rPr>
          <w:sz w:val="20"/>
        </w:rPr>
        <w:t>39:19  to kya yeh do word hain? aap dekhen jo jis dunya mein hum rehte hain</w:t>
      </w:r>
      <w:r>
        <w:br/>
      </w:r>
      <w:r>
        <w:rPr>
          <w:sz w:val="20"/>
        </w:rPr>
        <w:t>39:27  is dunya mein har waqt kuch na kuch unpleasant situation ko hum face karte rehte hain. har waqt.</w:t>
      </w:r>
      <w:r>
        <w:br/>
      </w:r>
      <w:r>
        <w:rPr>
          <w:sz w:val="20"/>
        </w:rPr>
        <w:t>39:32  aap road par nikle koi haarn bajata hua chala gaya ab disturb kar diya us ne aap ke mind ko.</w:t>
      </w:r>
      <w:r>
        <w:br/>
      </w:r>
      <w:r>
        <w:rPr>
          <w:sz w:val="20"/>
        </w:rPr>
        <w:t>39:36  aap saans le rahe hain pollution aa gaya.</w:t>
      </w:r>
      <w:r>
        <w:br/>
      </w:r>
      <w:r>
        <w:rPr>
          <w:sz w:val="20"/>
        </w:rPr>
        <w:t>39:40  kisi ne aap ko provoke kar diya.</w:t>
      </w:r>
      <w:r>
        <w:br/>
      </w:r>
      <w:r>
        <w:rPr>
          <w:sz w:val="20"/>
        </w:rPr>
        <w:t>39:44  kisi ne aap ko gaali di.</w:t>
      </w:r>
      <w:r>
        <w:br/>
      </w:r>
      <w:r>
        <w:rPr>
          <w:sz w:val="20"/>
        </w:rPr>
        <w:t>39:49  kisi se aap ko koi loss koi nuksan pahunch gaya.</w:t>
      </w:r>
      <w:r>
        <w:br/>
      </w:r>
      <w:r>
        <w:rPr>
          <w:sz w:val="20"/>
        </w:rPr>
        <w:t>39:53  to dunya kya</w:t>
      </w:r>
      <w:r>
        <w:br/>
      </w:r>
      <w:r>
        <w:rPr>
          <w:sz w:val="20"/>
        </w:rPr>
        <w:t>39:57  hai? dunya naam hai sad experience ka.</w:t>
      </w:r>
      <w:r>
        <w:br/>
      </w:r>
      <w:r>
        <w:rPr>
          <w:sz w:val="20"/>
        </w:rPr>
        <w:t>40:02  har waqt kuch na kuch aisa hota rehta hai jis se hum bhark uthen.</w:t>
      </w:r>
      <w:r>
        <w:br/>
      </w:r>
      <w:r>
        <w:rPr>
          <w:sz w:val="20"/>
        </w:rPr>
        <w:t>40:07  aisi aisi dunya mein kaise aap kahen ge ke aye khuda tu rehman hai aye khuda tu rahim hai.</w:t>
      </w:r>
      <w:r>
        <w:br/>
      </w:r>
      <w:r>
        <w:rPr>
          <w:sz w:val="20"/>
        </w:rPr>
        <w:t>40:12  aap sochiye to bara reham wala hai.</w:t>
      </w:r>
      <w:r>
        <w:br/>
      </w:r>
      <w:r>
        <w:rPr>
          <w:sz w:val="20"/>
        </w:rPr>
        <w:t>40:17  aap kahen ge khuda tu bohat hi zyada yaani be reham hai.</w:t>
      </w:r>
      <w:r>
        <w:br/>
      </w:r>
      <w:r>
        <w:rPr>
          <w:sz w:val="20"/>
        </w:rPr>
        <w:t>40:22  itni musibaton ki dunya</w:t>
      </w:r>
    </w:p>
    <w:p>
      <w:pPr>
        <w:pStyle w:val="Heading2"/>
      </w:pPr>
      <w:r>
        <w:t>Air travel dissolved borders, made everyone a world citizen</w:t>
      </w:r>
    </w:p>
    <w:p>
      <w:r>
        <w:rPr>
          <w:color w:val="666666"/>
          <w:sz w:val="18"/>
        </w:rPr>
        <w:t>Quran aur Asr-e-Jadeed Al-Risala, January 2017 Maulana Wahiduddin Khan · 46s · at 19:15 · https://youtu.be/__3jCmiWfEc?t=1155</w:t>
      </w:r>
    </w:p>
    <w:p>
      <w:r>
        <w:rPr>
          <w:i/>
        </w:rPr>
        <w:t>“Every human today is literally a citizen of the whole world.”</w:t>
      </w:r>
    </w:p>
    <w:p>
      <w:r>
        <w:rPr>
          <w:sz w:val="20"/>
        </w:rPr>
        <w:t>19:15  is ke nateejay mein insanon ki banai hui tamam sarhaden apne aap toot gayeen. ab amalan har insan tamam dunya ka shehri hai jab ke qadeem zamanay mein koi insan sirf apne mulk ka shehri hota tha.</w:t>
      </w:r>
      <w:r>
        <w:br/>
      </w:r>
      <w:r>
        <w:rPr>
          <w:sz w:val="20"/>
        </w:rPr>
        <w:t>19:30  education, job, siyahat, tijarat waghera ke liye log bari tadad mein aik mulk se aik mulk se doosre mulk jatay hain.</w:t>
      </w:r>
      <w:r>
        <w:br/>
      </w:r>
      <w:r>
        <w:rPr>
          <w:sz w:val="20"/>
        </w:rPr>
        <w:t>19:40  in mulkon mein un ko har tarah ki azadi mili hui hai yahan tak ke woh apne mazhab se logon ko agah karen. is ki bhi azadi hai.</w:t>
      </w:r>
      <w:r>
        <w:br/>
      </w:r>
      <w:r>
        <w:rPr>
          <w:sz w:val="20"/>
        </w:rPr>
        <w:t>19:49  is nazar se hum dekhen to hamein mehsoos hoga ke aaj sari dunya hamari dunya hai. woh sari had bandiyan toot chuki hain jo qadeem daur ka khasa theen.</w:t>
      </w:r>
    </w:p>
    <w:p>
      <w:pPr>
        <w:pStyle w:val="Heading2"/>
      </w:pPr>
      <w:r>
        <w:t>Science is God-made, not man-made</w:t>
      </w:r>
    </w:p>
    <w:p>
      <w:r>
        <w:rPr>
          <w:color w:val="666666"/>
          <w:sz w:val="18"/>
        </w:rPr>
        <w:t>Revival of Islam November 7, 2010 · 28s · at 12:13 · https://youtu.be/-aRS72WUTR8?t=733</w:t>
      </w:r>
    </w:p>
    <w:p>
      <w:r>
        <w:rPr>
          <w:i/>
        </w:rPr>
        <w:t>“Science koi made-made cheez nahi hai, hargiz nahi”</w:t>
      </w:r>
    </w:p>
    <w:p>
      <w:r>
        <w:rPr>
          <w:sz w:val="20"/>
        </w:rPr>
        <w:t>12:13  isi ko hum aaj scientific, scientific science kehte hain. isi ko science kya hai? science darasal naam hai nature ke mein chhpe hue jo laws hain, un ko daryaft karna.</w:t>
      </w:r>
      <w:r>
        <w:br/>
      </w:r>
      <w:r>
        <w:rPr>
          <w:sz w:val="20"/>
        </w:rPr>
        <w:t>12:28  bas science koi god made cheez nahi hai, hargiz nahi. science to god made hai.</w:t>
      </w:r>
    </w:p>
    <w:p>
      <w:pPr>
        <w:pStyle w:val="Heading2"/>
      </w:pPr>
      <w:r>
        <w:t>Equality of wounds in history</w:t>
      </w:r>
    </w:p>
    <w:p>
      <w:r>
        <w:rPr>
          <w:color w:val="666666"/>
          <w:sz w:val="18"/>
        </w:rPr>
        <w:t>Why have Muslims turned violent December 14, 2008 Maulana Wahiduddin Khan · 42s · at 10:57 · https://youtu.be/tPI2TlGq_QY?t=657</w:t>
      </w:r>
    </w:p>
    <w:p>
      <w:r>
        <w:rPr>
          <w:i/>
        </w:rPr>
        <w:t>“If you got wounds, others also got wounds.”</w:t>
      </w:r>
    </w:p>
    <w:p>
      <w:r>
        <w:rPr>
          <w:sz w:val="20"/>
        </w:rPr>
        <w:t>10:57  is ka matlab kya hai?</w:t>
      </w:r>
      <w:r>
        <w:br/>
      </w:r>
      <w:r>
        <w:rPr>
          <w:sz w:val="20"/>
        </w:rPr>
        <w:t>11:01  is ka matlab yeh hai ke agar tum ko kuch zakhm pohncha hai to doosron ko bhi tum zakhm pohncha chuke ho.</w:t>
      </w:r>
      <w:r>
        <w:br/>
      </w:r>
      <w:r>
        <w:rPr>
          <w:sz w:val="20"/>
        </w:rPr>
        <w:t>11:12  yeh to maamla barabar ho gaya.</w:t>
      </w:r>
      <w:r>
        <w:br/>
      </w:r>
      <w:r>
        <w:rPr>
          <w:sz w:val="20"/>
        </w:rPr>
        <w:t>11:18  yeh, yeh ayat kis surah mein hai?</w:t>
      </w:r>
      <w:r>
        <w:br/>
      </w:r>
      <w:r>
        <w:rPr>
          <w:sz w:val="20"/>
        </w:rPr>
        <w:t>11:23  yeh chapter three. chapter three mein yeh surah hai, yeh, yeh verse hai. chapter three of the quran. ke agar un ke zariye tum ko wound pohncha hai to tumhare zariye un ko bhi wound pohnch chuka hai.</w:t>
      </w:r>
    </w:p>
    <w:p>
      <w:pPr>
        <w:pStyle w:val="Heading2"/>
      </w:pPr>
      <w:r>
        <w:t>Contradiction resolved by wrong yardstick</w:t>
      </w:r>
    </w:p>
    <w:p>
      <w:r>
        <w:rPr>
          <w:color w:val="666666"/>
          <w:sz w:val="18"/>
        </w:rPr>
        <w:t>The Philosophy of Creation October 16, 2011 Maulana Wahiduddin Khan · 1m 49s · at 5:00 · https://youtu.be/gqpHYng16s4?t=300</w:t>
      </w:r>
    </w:p>
    <w:p>
      <w:r>
        <w:rPr>
          <w:i/>
        </w:rPr>
        <w:t>“Main bahut dino se is par sochta raha hoon”</w:t>
      </w:r>
    </w:p>
    <w:p>
      <w:r>
        <w:rPr>
          <w:sz w:val="20"/>
        </w:rPr>
        <w:t>5:00  main bohat dinon se is par sochta raha hoon ke kya wajah hai ke Quran to kehta hai ke yeh kainat, yeh takhleeq ba-maqsad taur par hui hai.</w:t>
      </w:r>
      <w:r>
        <w:br/>
      </w:r>
      <w:r>
        <w:rPr>
          <w:sz w:val="20"/>
        </w:rPr>
        <w:t>5:13  lekin jo Quran se bahar ya mazhab se bahar jo studies ki ja rahi hain, hazaron saal se, woh sab kisi maqsad-iyat ko daryaft karne mein nakaam hain.</w:t>
      </w:r>
      <w:r>
        <w:br/>
      </w:r>
      <w:r>
        <w:rPr>
          <w:sz w:val="20"/>
        </w:rPr>
        <w:t>5:28  Why is this contradiction</w:t>
      </w:r>
      <w:r>
        <w:br/>
      </w:r>
      <w:r>
        <w:rPr>
          <w:sz w:val="20"/>
        </w:rPr>
        <w:t>5:32  ? yaani Quran ke ailaan mein aur insani ilm mein yeh contradiction kyun hai?</w:t>
      </w:r>
      <w:r>
        <w:br/>
      </w:r>
      <w:r>
        <w:rPr>
          <w:sz w:val="20"/>
        </w:rPr>
        <w:t>5:43  is ka</w:t>
      </w:r>
      <w:r>
        <w:br/>
      </w:r>
      <w:r>
        <w:rPr>
          <w:sz w:val="20"/>
        </w:rPr>
        <w:t>5:46  is ko daryaft karna goya is challenge ka jawab dena hai, is tahaddi ka jawab dena hai.</w:t>
      </w:r>
      <w:r>
        <w:br/>
      </w:r>
      <w:r>
        <w:rPr>
          <w:sz w:val="20"/>
        </w:rPr>
        <w:t>5:56  jahan tak maine samjha hai, is ka buniyadi sabab yeh hai ke hamare philosophers ya hamare reformers ka yardstick galat hai.</w:t>
      </w:r>
      <w:r>
        <w:br/>
      </w:r>
      <w:r>
        <w:rPr>
          <w:sz w:val="20"/>
        </w:rPr>
        <w:t>6:09  woh ghalat yardstick se zindagi ko janchte hain. yaani jo Khuda ka yardstick hai, us se nahi, ek aur se.</w:t>
      </w:r>
      <w:r>
        <w:br/>
      </w:r>
      <w:r>
        <w:rPr>
          <w:sz w:val="20"/>
        </w:rPr>
        <w:t>6:20  is ka matlab hai ke jo Khuda ki schema of things hai, us se bekhabari ki wajah se yeh paida hua hai. saara mamla is liye hai ke logon ko pata hi nahi ke Khuda ki, yaani creator ki, creator ki schema of things kya hai,</w:t>
      </w:r>
      <w:r>
        <w:br/>
      </w:r>
      <w:r>
        <w:rPr>
          <w:sz w:val="20"/>
        </w:rPr>
        <w:t>6:39  us se bekhabar hain.</w:t>
      </w:r>
      <w:r>
        <w:br/>
      </w:r>
      <w:r>
        <w:rPr>
          <w:sz w:val="20"/>
        </w:rPr>
        <w:t>6:44  is wajah se woh explain nahi kar paate woh is ko.</w:t>
      </w:r>
    </w:p>
    <w:p>
      <w:pPr>
        <w:pStyle w:val="Heading2"/>
      </w:pPr>
      <w:r>
        <w:t>Muslims live in reactive psychology</w:t>
      </w:r>
    </w:p>
    <w:p>
      <w:r>
        <w:rPr>
          <w:color w:val="666666"/>
          <w:sz w:val="18"/>
        </w:rPr>
        <w:t>Why have Muslims turned violent December 14, 2008 Maulana Wahiduddin Khan · 33s · at 3:52 · https://youtu.be/tPI2TlGq_QY?t=232</w:t>
      </w:r>
    </w:p>
    <w:p>
      <w:r>
        <w:rPr>
          <w:i/>
        </w:rPr>
        <w:t>“I have traveled a lot, read a lot.”</w:t>
      </w:r>
    </w:p>
    <w:p>
      <w:r>
        <w:rPr>
          <w:sz w:val="20"/>
        </w:rPr>
        <w:t>3:52  yani, radd-e-amal ki psychology mein. aur yeh aik bilkul haqeeqat hai. maine khud bohat safar kiye hain, bohat parha hai.</w:t>
      </w:r>
      <w:r>
        <w:br/>
      </w:r>
      <w:r>
        <w:rPr>
          <w:sz w:val="20"/>
        </w:rPr>
        <w:t>4:05  sari Musalman, without any exception, radd-e-amal ki psychology mein likhte aur bolte hain.</w:t>
      </w:r>
      <w:r>
        <w:br/>
      </w:r>
      <w:r>
        <w:rPr>
          <w:sz w:val="20"/>
        </w:rPr>
        <w:t>4:15  to reactive psychology jo hai bohat hi stuck word hai Musalmanon ke mind ko batane ke liye.</w:t>
      </w:r>
    </w:p>
    <w:p>
      <w:pPr>
        <w:pStyle w:val="Heading2"/>
      </w:pPr>
      <w:r>
        <w:t>Quran is in human language, not angelic</w:t>
      </w:r>
    </w:p>
    <w:p>
      <w:r>
        <w:rPr>
          <w:color w:val="666666"/>
          <w:sz w:val="18"/>
        </w:rPr>
        <w:t>2 20 29  Chapter Al Baqrah, Aug 02, 2015 · 1m 00s · at 0:51 · https://youtu.be/cTJGD7yxFyM?t=51</w:t>
      </w:r>
    </w:p>
    <w:p>
      <w:r>
        <w:rPr>
          <w:i/>
        </w:rPr>
        <w:t>“Quran kisi aasmani zaban mein nahi hai”</w:t>
      </w:r>
    </w:p>
    <w:p>
      <w:r>
        <w:rPr>
          <w:sz w:val="20"/>
        </w:rPr>
        <w:t>0:51  dars hoga. dars se pehlay mein aik baat arz karna chahta hoon, woh yeh ke quran kisi aasmani zaban mein nahi hai, ya molay aala ki zaban mein nahi hai; woh insan ki zaban mein hai. jo quran mein huroof e muqattaat hain, alif lam meem, alif lam meem ra waghera, to woh kya</w:t>
      </w:r>
      <w:r>
        <w:br/>
      </w:r>
      <w:r>
        <w:rPr>
          <w:sz w:val="20"/>
        </w:rPr>
        <w:t>1:21  hain? huroof-e-tahajji hain, yani alphabets.</w:t>
      </w:r>
      <w:r>
        <w:br/>
      </w:r>
      <w:r>
        <w:rPr>
          <w:sz w:val="20"/>
        </w:rPr>
        <w:t>1:26  is baat ki alamat hai yeh ke quran ki zaban insan ki zaban hai, koi farishton ki zaban</w:t>
      </w:r>
      <w:r>
        <w:br/>
      </w:r>
      <w:r>
        <w:rPr>
          <w:sz w:val="20"/>
        </w:rPr>
        <w:t>1:31  mein nahin hai.</w:t>
      </w:r>
      <w:r>
        <w:br/>
      </w:r>
      <w:r>
        <w:rPr>
          <w:sz w:val="20"/>
        </w:rPr>
        <w:t>1:36  is ka matlab hai ke insan ki zaban ko samajhne ke liye jo usloob ikhtiyar kiya jata hai,</w:t>
      </w:r>
      <w:r>
        <w:br/>
      </w:r>
      <w:r>
        <w:rPr>
          <w:sz w:val="20"/>
        </w:rPr>
        <w:t>1:42  wohi usloob quran ko samajhne ke liye bhi ikhtiyar kiya jayega.</w:t>
      </w:r>
      <w:r>
        <w:br/>
      </w:r>
      <w:r>
        <w:rPr>
          <w:sz w:val="20"/>
        </w:rPr>
        <w:t>1:47  misal ke taur par dekhiye,</w:t>
      </w:r>
    </w:p>
    <w:p>
      <w:pPr>
        <w:pStyle w:val="Heading2"/>
      </w:pPr>
      <w:r>
        <w:t>Worship's value lies in quality, not quantity</w:t>
      </w:r>
    </w:p>
    <w:p>
      <w:r>
        <w:rPr>
          <w:color w:val="666666"/>
          <w:sz w:val="18"/>
        </w:rPr>
        <w:t>Model of Paradise June 22, 2014 · 2m 14s · at 49:47 · https://youtu.be/7jXD8E_dN-E?t=2987</w:t>
      </w:r>
    </w:p>
    <w:p>
      <w:r>
        <w:rPr>
          <w:i/>
        </w:rPr>
        <w:t>“Ibadat jo hai, form ya quantity ke aitbar se ahmiyat nahi banti”</w:t>
      </w:r>
    </w:p>
    <w:p>
      <w:r>
        <w:rPr>
          <w:sz w:val="20"/>
        </w:rPr>
        <w:t>49:47  Maulana, agla sawal Delhi se kiya hai, Dr. Anwar Abbas Sahab ne. aur unhon ne likha hai ke ek musalman kam ibadat karta hai, doosra zyada ibadat karta hai.</w:t>
      </w:r>
      <w:r>
        <w:br/>
      </w:r>
      <w:r>
        <w:rPr>
          <w:sz w:val="20"/>
        </w:rPr>
        <w:t>50:01  donon ki paradise life mein kya farq hoga?</w:t>
      </w:r>
      <w:r>
        <w:br/>
      </w:r>
      <w:r>
        <w:rPr>
          <w:sz w:val="20"/>
        </w:rPr>
        <w:t>50:05  is ke baray mein batayen. dekhen, ibadat jo hai, form ya quantity ke aitbar se is ki</w:t>
      </w:r>
      <w:r>
        <w:br/>
      </w:r>
      <w:r>
        <w:rPr>
          <w:sz w:val="20"/>
        </w:rPr>
        <w:t>50:18  ahmiyat nahin banti.</w:t>
      </w:r>
      <w:r>
        <w:br/>
      </w:r>
      <w:r>
        <w:rPr>
          <w:sz w:val="20"/>
        </w:rPr>
        <w:t>50:21  hadith mein aata hai ke innama al a'malu binniyat aur ek hadith hai ke tum amal karte ho lekin jo tum ko in'aam milega woh tumhari samajh ke barabar hoga.</w:t>
      </w:r>
      <w:r>
        <w:br/>
      </w:r>
      <w:r>
        <w:rPr>
          <w:sz w:val="20"/>
        </w:rPr>
        <w:t>50:37  wama yujza illa bi qadri aqlihi</w:t>
      </w:r>
      <w:r>
        <w:br/>
      </w:r>
      <w:r>
        <w:rPr>
          <w:sz w:val="20"/>
        </w:rPr>
        <w:t>50:41  to kaha ibadat ka zyada ya kam hona is se nahin kehti hai rak'aten zyada padhi aap ne, rak'aten zyada rakhen, is par munhasir nahin hai.</w:t>
      </w:r>
      <w:r>
        <w:br/>
      </w:r>
      <w:r>
        <w:rPr>
          <w:sz w:val="20"/>
        </w:rPr>
        <w:t>50:51  balkeh is kaifiyat se hoga jis kaifiyat se aap ne koi amal kiya hai. jaise quran mein hai qurbani ke baray mein ke Allah ko tumhara sirf taqwa pahunchta.</w:t>
      </w:r>
      <w:r>
        <w:br/>
      </w:r>
      <w:r>
        <w:rPr>
          <w:sz w:val="20"/>
        </w:rPr>
        <w:t>51:07  to taqwa to ek dakhili kaifiyat hai.</w:t>
      </w:r>
      <w:r>
        <w:br/>
      </w:r>
      <w:r>
        <w:rPr>
          <w:sz w:val="20"/>
        </w:rPr>
        <w:t>51:12  to yeh nazariya galat hai ke ibadat apni yaani quantity ke aitbar se aham o ghair aham hoti hai. nahin, apni quality ke aitbar se aham o ghair aham hoti hai.</w:t>
      </w:r>
      <w:r>
        <w:br/>
      </w:r>
      <w:r>
        <w:rPr>
          <w:sz w:val="20"/>
        </w:rPr>
        <w:t>51:25  aur quality ka jo muamla hai woh koi jaan nahin sakta. yeh sirf Allah ko pata hai. sirf Allah ko pata hai ke kis ka amal quantitative term mein zyada hai.</w:t>
      </w:r>
      <w:r>
        <w:br/>
      </w:r>
      <w:r>
        <w:rPr>
          <w:sz w:val="20"/>
        </w:rPr>
        <w:t>51:37  aap quantitative term mein to aap gin sakte hain is ki rak'aton ko. lekin qualitative term mein aap nahin pata kar sakte. to yeh muamla sara ka sara Allah par depend karta hai.</w:t>
      </w:r>
      <w:r>
        <w:br/>
      </w:r>
      <w:r>
        <w:rPr>
          <w:sz w:val="20"/>
        </w:rPr>
        <w:t>51:49  Allah hi ko pata hai ke kis ki ibadat zyada valuable hai, kisi ki kam valuable hai. yeh hum aap ko pata nahin is ka.</w:t>
      </w:r>
    </w:p>
    <w:p>
      <w:pPr>
        <w:pStyle w:val="Heading2"/>
      </w:pPr>
      <w:r>
        <w:t>Rejecting music during God's signs</w:t>
      </w:r>
    </w:p>
    <w:p>
      <w:r>
        <w:rPr>
          <w:color w:val="666666"/>
          <w:sz w:val="18"/>
        </w:rPr>
        <w:t>Realization of God 12 May 2018 - Maulana Wahiduddin Khan · 28s · at 13:36 · https://youtu.be/Z_0nn6MHsog?t=816</w:t>
      </w:r>
    </w:p>
    <w:p>
      <w:r>
        <w:rPr>
          <w:i/>
        </w:rPr>
        <w:t>“Jhuta jhuta gana”</w:t>
      </w:r>
    </w:p>
    <w:p>
      <w:r>
        <w:rPr>
          <w:sz w:val="20"/>
        </w:rPr>
        <w:t>13:36  jhoota jhoota gaana, jhoota gaana.</w:t>
      </w:r>
      <w:r>
        <w:br/>
      </w:r>
      <w:r>
        <w:rPr>
          <w:sz w:val="20"/>
        </w:rPr>
        <w:t>13:40  mujhe to koi agar free ticket de sari duniya mein ghoomne ka, aur yeh shart yeh ho ke har waqt tumhare kaan mein is singer ka woh laga rahe ga, to main to aik second bhi nahi sochunga ke main aisi sawari pe safar karun.</w:t>
      </w:r>
      <w:r>
        <w:br/>
      </w:r>
      <w:r>
        <w:rPr>
          <w:sz w:val="20"/>
        </w:rPr>
        <w:t>13:58  kyun ke woh lamha hota hai Allah ko yaad karne ka.</w:t>
      </w:r>
    </w:p>
    <w:p>
      <w:pPr>
        <w:pStyle w:val="Heading2"/>
      </w:pPr>
      <w:r>
        <w:t>Uthman's standard text and why political power mattered</w:t>
      </w:r>
    </w:p>
    <w:p>
      <w:r>
        <w:rPr>
          <w:color w:val="666666"/>
          <w:sz w:val="18"/>
        </w:rPr>
        <w:t>Ramadan and the Quran April 17, 2022 Prof. Farida Khanam · 5m 43s · at 16:44 · https://youtu.be/SszJCaNKkZw?t=1004</w:t>
      </w:r>
    </w:p>
    <w:p>
      <w:r>
        <w:rPr>
          <w:i/>
        </w:rPr>
        <w:t>“कुरान की आयतें लोग अलग-अलग लहजों में पढ़ते थे”</w:t>
      </w:r>
    </w:p>
    <w:p>
      <w:r>
        <w:rPr>
          <w:sz w:val="20"/>
        </w:rPr>
        <w:t>16:44  ab misal ke taur par quran ki jo ayaat the, qul aoozu birabbin nas malikin nas. to nas ko kai qabile ke log nat padhte the, tez se padhte the. qul aoozu birabbin nat. to aisi bahut sari lehje mein fark the. to kabhi kabhi aisa hota hai ke wo fark se maane badal jate hain. to yeh jo hai bahut zyada is par logon ne socha ke isko kuch karna hoga.</w:t>
      </w:r>
      <w:r>
        <w:br/>
      </w:r>
      <w:r>
        <w:rPr>
          <w:sz w:val="20"/>
        </w:rPr>
        <w:t>17:13  to yeh hazrat usman ke bare mein kaha jata hai ke yeh jame quran hai inhone. quran ko jama kiya aisa nahi hai. quran ko jama karne wale jo jame quran the wo hazrat abu bakr the. hazrat usman ne logon ko quran ki ek qirat par jama kiya. to dekhiye, qirat lehja to hum sabka ek kar hi nahi sakte hain. lehje alag alag rahenge. jaise angrezi mein bhi hota hai.</w:t>
      </w:r>
      <w:r>
        <w:br/>
      </w:r>
      <w:r>
        <w:rPr>
          <w:sz w:val="20"/>
        </w:rPr>
        <w:t>17:42  mere ek teacher the, wo help, help bolte the. to wo lehja hota hai. to is tarike se people ko people bolte hain log. to yeh lehja to badal nahi sakte the. saat lehjon ko yani mutaddid lehjon ko ijazat de di gai ke wo us par quran padh sakte hain. lekin jo written quran tha, wo poora ka poora quresh ke lehje par likha gaya.</w:t>
      </w:r>
      <w:r>
        <w:br/>
      </w:r>
      <w:r>
        <w:rPr>
          <w:sz w:val="20"/>
        </w:rPr>
        <w:t>18:09  to is tarike se ek aisi standard text quran ki taiyar ho gai jo ke sahaba ke zamane mein taiyar hui jo ke bilkul most authentic daur tha. ji. to phir hazrat usman ne uske sath nakale banai aur har province ko ek ek nakal bhej diya.</w:t>
      </w:r>
      <w:r>
        <w:br/>
      </w:r>
      <w:r>
        <w:rPr>
          <w:sz w:val="20"/>
        </w:rPr>
        <w:t>18:33  us, us nakal se, us copy se jo hazrat usman ne bheji thi, usi se tamam log phir nakal kiya karte the. to hazrat usman ki jo copy hai, aaj bhi wo turkey ke museum mein aur shayad do teen copyan aaj bhi pai jati hain lekin ek turkey ke museum mein bhi hai. ji.</w:t>
      </w:r>
      <w:r>
        <w:br/>
      </w:r>
      <w:r>
        <w:rPr>
          <w:sz w:val="20"/>
        </w:rPr>
        <w:t>18:55  apa to jaise ke humne jana ke the first twenty three years of the quranic revolution period, prophet mohammad was himself the fountain head of quranic learning. phir uske baad unhone companions jaisa aapne sab bataya ke appoint kiya to spread the message of the quran.</w:t>
      </w:r>
      <w:r>
        <w:br/>
      </w:r>
      <w:r>
        <w:rPr>
          <w:sz w:val="20"/>
        </w:rPr>
        <w:t>19:14  aapki is jawab se yeh bhi hamein pata chala ke kaise quran compile hua during the time of prophet muhammad and then you know during the time of the first three caliphs, hazrat abu bakr, hazrat umar bin khattab and hazrat usman. aap aapne yeh bhi bataya ke kis material pe quran likha gaya jo ke bahut se log nahi jante the aur janna bhi chahte the.</w:t>
      </w:r>
      <w:r>
        <w:br/>
      </w:r>
      <w:r>
        <w:rPr>
          <w:sz w:val="20"/>
        </w:rPr>
        <w:t>19:40  ek sawal aapka yeh bhi aata hai ke rasoolullah ki ke rasoolullah ke baad nations after nations started to come into the fold of islam and within arabia and outside arabia conquest also helped in spreading of the quran. to political power ka kya role hai quran ke hifazat mein? iske bare mein bhi aap hamein bataye.</w:t>
      </w:r>
      <w:r>
        <w:br/>
      </w:r>
      <w:r>
        <w:rPr>
          <w:sz w:val="20"/>
        </w:rPr>
        <w:t>20:09  dekhiye political power jab bhi paigambar aaye to siway hazrat, sulaiman aur hazrat dawood ke aam taur par paigambaron ke paas political power nahi tha. ji. to uski wajah se wo unke paas koi taqat nahi thi. jaise sabse bada kaam jo quran ko mehfoos karne ka hua, to ab logon mein ek itlaf shuru ho gaye the.</w:t>
      </w:r>
      <w:r>
        <w:br/>
      </w:r>
      <w:r>
        <w:rPr>
          <w:sz w:val="20"/>
        </w:rPr>
        <w:t>20:36  to ab hazrat abu bakr, hazrat umar, hazrat usman ke paas political power na hota to kis authority se wo ek standard text aur quran ka taiyar karte? jab unhone hazrat abu bakr aur hazrat usman ne jab elaan kiya yeh tamam quran ke jitne bhi tehri, tehreer hai quran ki wo sari masjid mein lakar jama kar di jaye to tamam logon ne jama kar diya.</w:t>
      </w:r>
      <w:r>
        <w:br/>
      </w:r>
      <w:r>
        <w:rPr>
          <w:sz w:val="20"/>
        </w:rPr>
        <w:t>21:05  ab agar wo khalifa na hote, to kaun lakar jama karta? jo bhi ek talafat hote wo badhte chale jate hain. phir jab ek standard text ban gai, to un tamam jo portions likhe hue the quran ke, wo sab khalifa ke hukoom se jala diye gaye. ab agar khalifa na hota uske paas political power na hota, to wo koi bhi nahi jalane ke liye taiyar hota.</w:t>
      </w:r>
      <w:r>
        <w:br/>
      </w:r>
      <w:r>
        <w:rPr>
          <w:sz w:val="20"/>
        </w:rPr>
        <w:t>21:31  to political power ki wajah se sara organize hua aur yeh sabse bada kaam jo political power ki wajah se hua, wah yahi ki quran mehfooz ho gaya. kyunki quran mehfooz na hota to aaj hamare paas khuda ki hidayat hi na hoti. aur har aadmi jo hai, apne apne hisab se usko lekar jo bhi usme changes hote usi ko asal samajhta rehta.</w:t>
      </w:r>
      <w:r>
        <w:br/>
      </w:r>
      <w:r>
        <w:rPr>
          <w:sz w:val="20"/>
        </w:rPr>
        <w:t>22:01  to changes to hue lekin wo tafsir mein hue, interpretation mein hue. ji. asal quran mein koi change nahi hua. ji, quran poora ka poora mehfooz raha jaise aapne bataya. aap ab quran memorize bhi kiya gaya aur quran ko preserve bhi kiya gaya writing mein jaise ki aapne bataya. to isko double checking system bhi kehte hain. to yeh double checking system kya hai? isko acche se wazeh kar dein aap.</w:t>
      </w:r>
      <w:r>
        <w:br/>
      </w:r>
      <w:r>
        <w:rPr>
          <w:sz w:val="20"/>
        </w:rPr>
        <w:t>22:27  yeh double checking system jo hai bahut hi zyada important tha kyunki kai logon ne likha hai mustashrikeen ne ki aisa kahin hua hi nahi tha. Servillium Major ne likha hai ki koi bhi kitab itne lambe arse tak poori tarah se maafuz nahi rahi. to isi wajah se thi ki poori ki poori kitab memory mein thi.</w:t>
      </w:r>
    </w:p>
    <w:p>
      <w:pPr>
        <w:pStyle w:val="Heading2"/>
      </w:pPr>
      <w:r>
        <w:t>Quran challenges creation without purpose</w:t>
      </w:r>
    </w:p>
    <w:p>
      <w:r>
        <w:rPr>
          <w:color w:val="666666"/>
          <w:sz w:val="18"/>
        </w:rPr>
        <w:t>The Philosophy of Creation October 16, 2011 Maulana Wahiduddin Khan · 38s · at 2:24 · https://youtu.be/gqpHYng16s4?t=144</w:t>
      </w:r>
    </w:p>
    <w:p>
      <w:r>
        <w:rPr>
          <w:i/>
        </w:rPr>
        <w:t>“Quran mein hai, surah al-mominoon mein”</w:t>
      </w:r>
    </w:p>
    <w:p>
      <w:r>
        <w:rPr>
          <w:sz w:val="20"/>
        </w:rPr>
        <w:t>2:24  yeh bohat ajeeb baat hai. dekhiye, Quran mein hai, Surah Al-Muminun mein, chapter number 23 mein, "أفحسبتم أنما خلقناكم عبثاً وإنكم إلينا لا ترجعون".</w:t>
      </w:r>
      <w:r>
        <w:br/>
      </w:r>
      <w:r>
        <w:rPr>
          <w:sz w:val="20"/>
        </w:rPr>
        <w:t>2:47  Do you think we have created you without purpose? kya tum samajhte ho ke hum ne tum ko paida kiya be-maqsad, abath?</w:t>
      </w:r>
    </w:p>
    <w:p>
      <w:pPr>
        <w:pStyle w:val="Heading2"/>
      </w:pPr>
      <w:r>
        <w:t>Dogs bark, the elephant keeps walking</w:t>
      </w:r>
    </w:p>
    <w:p>
      <w:r>
        <w:rPr>
          <w:color w:val="666666"/>
          <w:sz w:val="18"/>
        </w:rPr>
        <w:t>How to Decondition One's Mind 27 December, 2009 · 55s · at 1:47:13 · https://youtu.be/BGMkpCzMxB0?t=6433</w:t>
      </w:r>
    </w:p>
    <w:p>
      <w:r>
        <w:rPr>
          <w:i/>
        </w:rPr>
        <w:t>“Sabr aap ko positive big bird figure banata hai”</w:t>
      </w:r>
    </w:p>
    <w:p>
      <w:r>
        <w:rPr>
          <w:sz w:val="20"/>
        </w:rPr>
        <w:t>1:47:13  log samajhte hain ke sabr koi passive cheez hai, buzadli ki baat hai. nahi, sabr to sab se bara positive value hai. sabr sab se bari positive value sabr hai.</w:t>
      </w:r>
      <w:r>
        <w:br/>
      </w:r>
      <w:r>
        <w:rPr>
          <w:sz w:val="20"/>
        </w:rPr>
        <w:t>1:47:25  sabr aap ko positive big bird figure banata hai. halaat se uth kar sochna, jaise aap rasta ja rahe hain, farz kiya wahan kutte bhonknay lage, woh aap bhi lagay daant dapt laganay is ko, to aap ne react kiya.</w:t>
      </w:r>
      <w:r>
        <w:br/>
      </w:r>
      <w:r>
        <w:rPr>
          <w:sz w:val="20"/>
        </w:rPr>
        <w:t>1:47:41  yeh yeh besabri hai.</w:t>
      </w:r>
      <w:r>
        <w:br/>
      </w:r>
      <w:r>
        <w:rPr>
          <w:sz w:val="20"/>
        </w:rPr>
        <w:t>1:47:43  aap chalay ja rahe hain, chalay ja rahe hain, chalay ja rahe hain, to aap ne sabr kiya. to behtareen formula hai ke kutte bhonkte rehte hain, hathi hathi chalta rehta hai.</w:t>
      </w:r>
      <w:r>
        <w:br/>
      </w:r>
      <w:r>
        <w:rPr>
          <w:sz w:val="20"/>
        </w:rPr>
        <w:t>1:47:53  to hathi ka tareeqa sabr ka tareeqa hai. aur jo log kutte ke bhonknay par khud bhi lagay, bolnay dornay is ke peechay, unhon ne besabri ka tareeqa ikhtiyar kiya.</w:t>
      </w:r>
      <w:r>
        <w:br/>
      </w:r>
      <w:r>
        <w:rPr>
          <w:sz w:val="20"/>
        </w:rPr>
        <w:t>1:48:04  to mein samajhta hoon ke sabr jo hai, sab se bari ibadat hai.</w:t>
      </w:r>
    </w:p>
    <w:p>
      <w:pPr>
        <w:pStyle w:val="Heading2"/>
      </w:pPr>
      <w:r>
        <w:t>Universal human questions</w:t>
      </w:r>
    </w:p>
    <w:p>
      <w:r>
        <w:rPr>
          <w:color w:val="666666"/>
          <w:sz w:val="18"/>
        </w:rPr>
        <w:t>An Introduction to the Quran May 28, 2008 · 39s · at 3:46 · https://youtu.be/nmB34NmA_aI?t=226</w:t>
      </w:r>
    </w:p>
    <w:p>
      <w:r>
        <w:rPr>
          <w:i/>
        </w:rPr>
        <w:t>“Har aadmi poochhta hai: Who am I?”</w:t>
      </w:r>
    </w:p>
    <w:p>
      <w:r>
        <w:rPr>
          <w:sz w:val="20"/>
        </w:rPr>
        <w:t>3:46  jo aadmi bhi is duniya mein paida hota hai, woh sochta hai, yeh question is ke saamne aata hai: "how am I?" "why I was sent to this world?" "what is death</w:t>
      </w:r>
      <w:r>
        <w:br/>
      </w:r>
      <w:r>
        <w:rPr>
          <w:sz w:val="20"/>
        </w:rPr>
        <w:t>4:03  ?" "what is life?" "what is the purpose of my life?" yeh saare questions har aadmi ke mind mein apne aap aate hain.</w:t>
      </w:r>
      <w:r>
        <w:br/>
      </w:r>
      <w:r>
        <w:rPr>
          <w:sz w:val="20"/>
        </w:rPr>
        <w:t>4:16  to is ke liye insaan ko ek guide book chahiye. woh guide book kaun de sakta hai?</w:t>
      </w:r>
    </w:p>
    <w:p>
      <w:pPr>
        <w:pStyle w:val="Heading2"/>
      </w:pPr>
      <w:r>
        <w:t>Full case for reading Quran with an inviting, missionary mindset</w:t>
      </w:r>
    </w:p>
    <w:p>
      <w:r>
        <w:rPr>
          <w:color w:val="666666"/>
          <w:sz w:val="18"/>
        </w:rPr>
        <w:t>Dars-e-Quran July 30, 2007 · 3m 59s · at 9:46 · https://youtu.be/9D_8jxwLKlE?t=586</w:t>
      </w:r>
    </w:p>
    <w:p>
      <w:r>
        <w:rPr>
          <w:i/>
        </w:rPr>
        <w:t>“Dawati mizaj Quran samajhne ke liye bahut zaroori hai”</w:t>
      </w:r>
    </w:p>
    <w:p>
      <w:r>
        <w:rPr>
          <w:sz w:val="20"/>
        </w:rPr>
        <w:t>9:46  isi tarah dekhiye, da'wati mizaj bhi bohat zaroori hai. Quran ko samajhne ke liye da'wati mizaj bohat zaroori hai.</w:t>
      </w:r>
      <w:r>
        <w:br/>
      </w:r>
      <w:r>
        <w:rPr>
          <w:sz w:val="20"/>
        </w:rPr>
        <w:t>9:59  is liye ke aap Quran ko padhiye to jagah jagah kya hai is mein? ayyuhal nas! ayyuhal insan! ae logon!</w:t>
      </w:r>
      <w:r>
        <w:br/>
      </w:r>
      <w:r>
        <w:rPr>
          <w:sz w:val="20"/>
        </w:rPr>
        <w:t>10:10  ae insan! yani poora Quran jo hai khitab karta hai insanon ko: ayyuhal nas!</w:t>
      </w:r>
      <w:r>
        <w:br/>
      </w:r>
      <w:r>
        <w:rPr>
          <w:sz w:val="20"/>
        </w:rPr>
        <w:t>10:18  ayyuhal insan! to kya yeh dawat hai?</w:t>
      </w:r>
      <w:r>
        <w:br/>
      </w:r>
      <w:r>
        <w:rPr>
          <w:sz w:val="20"/>
        </w:rPr>
        <w:t>10:23  to Quran ka jo khitab hai, jo is ka jo jo address karta hai, Quran is ka andaz da'wati hota hai.</w:t>
      </w:r>
      <w:r>
        <w:br/>
      </w:r>
      <w:r>
        <w:rPr>
          <w:sz w:val="20"/>
        </w:rPr>
        <w:t>10:35  yani logon ko koi message dena yeh dawat hai. to Quran ka poora andaz da'wati andaz hai. Allah taala ne Quran mein bataya ke har zamane mein paighambar bheje gaye.</w:t>
      </w:r>
      <w:r>
        <w:br/>
      </w:r>
      <w:r>
        <w:rPr>
          <w:sz w:val="20"/>
        </w:rPr>
        <w:t>10:54  to Quran bhi ek paighambar ki bheji hui wahi ka record hai. to farmaya yulqi ar-rooha min amrihi 'ala man yashaa'u min 'ibadihi li-yunzira yawm at-talaq. yulqi ar-rooha min amrihi 'ala man yashaa'u min 'ibadihi li-yunzira yawm at-talaq.</w:t>
      </w:r>
      <w:r>
        <w:br/>
      </w:r>
      <w:r>
        <w:rPr>
          <w:sz w:val="20"/>
        </w:rPr>
        <w:t>11:19  yani Khuda wahi karta hai kuch insanon par.</w:t>
      </w:r>
      <w:r>
        <w:br/>
      </w:r>
      <w:r>
        <w:rPr>
          <w:sz w:val="20"/>
        </w:rPr>
        <w:t>11:25  yulqi ar-rooha ke ma'ni yahan par wahi ke hain: yulqi ar-rooha min amrihi 'ala man yashaa'u min 'ibadihi li-yunzira yawm at-talaq.</w:t>
      </w:r>
      <w:r>
        <w:br/>
      </w:r>
      <w:r>
        <w:rPr>
          <w:sz w:val="20"/>
        </w:rPr>
        <w:t>11:43  is tarah ayat hai yeh: yulqi ar-rooha min amrihi 'ala man yashaa'u min 'ibadihi li-yunzira yawm at-talaq. ke Khuda</w:t>
      </w:r>
      <w:r>
        <w:br/>
      </w:r>
      <w:r>
        <w:rPr>
          <w:sz w:val="20"/>
        </w:rPr>
        <w:t>11:55  apna revelation bhejta hai, wahi bhejta hai kisi insan par, yani paighambar par, taake woh logon ko khabardar kar de mulaqat ke din se.</w:t>
      </w:r>
      <w:r>
        <w:br/>
      </w:r>
      <w:r>
        <w:rPr>
          <w:sz w:val="20"/>
        </w:rPr>
        <w:t>12:11  yani so that he may warn</w:t>
      </w:r>
      <w:r>
        <w:br/>
      </w:r>
      <w:r>
        <w:rPr>
          <w:sz w:val="20"/>
        </w:rPr>
        <w:t>12:18  of the day of meeting.</w:t>
      </w:r>
      <w:r>
        <w:br/>
      </w:r>
      <w:r>
        <w:rPr>
          <w:sz w:val="20"/>
        </w:rPr>
        <w:t>12:23  yani ek din aane wala hai jab ke insan aur Khuda, jab ke insan Khuda ke samne hoga. yeh day of judgment ki baat hai.</w:t>
      </w:r>
      <w:r>
        <w:br/>
      </w:r>
      <w:r>
        <w:rPr>
          <w:sz w:val="20"/>
        </w:rPr>
        <w:t>12:35  yani yeh jo insaan paida ho rahe hain, mar rahe hain, to aisa nahi ke bas paida hue aur mar gaye aur khatam ho gaye. nahi,</w:t>
      </w:r>
      <w:r>
        <w:br/>
      </w:r>
      <w:r>
        <w:rPr>
          <w:sz w:val="20"/>
        </w:rPr>
        <w:t>12:46  ek day of judgement aane wala hai, peshi ka din aane wala hai, aur saare insaan phir wahan ikattha kiye jayenge Khuda ke samne, aur phir unka hisab hoga.</w:t>
      </w:r>
      <w:r>
        <w:br/>
      </w:r>
      <w:r>
        <w:rPr>
          <w:sz w:val="20"/>
        </w:rPr>
        <w:t>12:59  unke liye punishment ka, yeh reward ka faisla hoga. to farmaya ke peghambar is liye aate hain taake woh logon ko is aane wali mulaqat ke din se unhein ba-khabar kar dein.</w:t>
      </w:r>
      <w:r>
        <w:br/>
      </w:r>
      <w:r>
        <w:rPr>
          <w:sz w:val="20"/>
        </w:rPr>
        <w:t>13:19  peghambar is liye aata hai ke woh mulaqat ke din se logon ko aagah kar de. so that he may warn of the day of judgement,</w:t>
      </w:r>
      <w:r>
        <w:br/>
      </w:r>
      <w:r>
        <w:rPr>
          <w:sz w:val="20"/>
        </w:rPr>
        <w:t>13:34  of the day of meeting. to yeh hai dawat. yani woh ka maqsad hi Quran ka dawat hai.</w:t>
      </w:r>
    </w:p>
    <w:p>
      <w:pPr>
        <w:pStyle w:val="Heading2"/>
      </w:pPr>
      <w:r>
        <w:t>Islam's concept of repentance as shame</w:t>
      </w:r>
    </w:p>
    <w:p>
      <w:r>
        <w:rPr>
          <w:color w:val="666666"/>
          <w:sz w:val="18"/>
        </w:rPr>
        <w:t>Dars-e-Quran, Ch. 2 Verse 54 | March 18, 2018 · 30s · at 21:09 · https://youtu.be/xQ2LXsz1oTw?t=1269</w:t>
      </w:r>
    </w:p>
    <w:p>
      <w:r>
        <w:rPr>
          <w:i/>
        </w:rPr>
        <w:t>“Islam mein ye tasawwur hai”</w:t>
      </w:r>
    </w:p>
    <w:p>
      <w:r>
        <w:rPr>
          <w:sz w:val="20"/>
        </w:rPr>
        <w:t>21:09  yeh tasawwur hai ke koi bhi sin, koi bhi gunah insan se sarzad ho jaye to us ke</w:t>
      </w:r>
      <w:r>
        <w:br/>
      </w:r>
      <w:r>
        <w:rPr>
          <w:sz w:val="20"/>
        </w:rPr>
        <w:t>21:15  andar us ke baad repentance aana chahiye.</w:t>
      </w:r>
      <w:r>
        <w:br/>
      </w:r>
      <w:r>
        <w:rPr>
          <w:sz w:val="20"/>
        </w:rPr>
        <w:t>21:21  repentance ke ke mani hote hain sharmindagi.</w:t>
      </w:r>
      <w:r>
        <w:br/>
      </w:r>
      <w:r>
        <w:rPr>
          <w:sz w:val="20"/>
        </w:rPr>
        <w:t>21:27  hadees mein aata hai ke at taubatu nazm.</w:t>
      </w:r>
      <w:r>
        <w:br/>
      </w:r>
      <w:r>
        <w:rPr>
          <w:sz w:val="20"/>
        </w:rPr>
        <w:t>21:33  tauba sharmindagi ka naam hai. at tauba</w:t>
      </w:r>
    </w:p>
    <w:p>
      <w:pPr>
        <w:pStyle w:val="Heading2"/>
      </w:pPr>
      <w:r>
        <w:t>Judgment day's four questions and life's two paths</w:t>
      </w:r>
    </w:p>
    <w:p>
      <w:r>
        <w:rPr>
          <w:color w:val="666666"/>
          <w:sz w:val="18"/>
        </w:rPr>
        <w:t>The History of Creation March 16, 2008 · 2m 41s · at 36:02 · https://youtu.be/_azxOJV6t0E?t=2162</w:t>
      </w:r>
    </w:p>
    <w:p>
      <w:r>
        <w:rPr>
          <w:i/>
        </w:rPr>
        <w:t>“Qayamat mein insaan ke qadam aage nahin badhenge”</w:t>
      </w:r>
    </w:p>
    <w:p>
      <w:r>
        <w:rPr>
          <w:sz w:val="20"/>
        </w:rPr>
        <w:t>36:02  yani Khuda ke samne woh pesh kiya jayega to insan ke qadam aage nahi badhenge jab tak woh chaar baaton ka jawab na de le. Chaar baaton ka jawab na de le:</w:t>
      </w:r>
      <w:r>
        <w:br/>
      </w:r>
      <w:r>
        <w:rPr>
          <w:sz w:val="20"/>
        </w:rPr>
        <w:t>36:16  number ek, Khuda ki di hui daulat ko kahan kharch kiya?</w:t>
      </w:r>
      <w:r>
        <w:br/>
      </w:r>
      <w:r>
        <w:rPr>
          <w:sz w:val="20"/>
        </w:rPr>
        <w:t>36:26  jo paisa kamaya, woh kahan se kamaya aur kharch kiya to kahan kharch kiya?</w:t>
      </w:r>
      <w:r>
        <w:br/>
      </w:r>
      <w:r>
        <w:rPr>
          <w:sz w:val="20"/>
        </w:rPr>
        <w:t>36:32  to paise ke bare mein sawal hoga aur yeh jawani jo mili hai, youth age, is ke bare mein sawal hoga ke tumhein Khuda ne jawani di to tum ne jawani ko kahan istemal kiya?</w:t>
      </w:r>
      <w:r>
        <w:br/>
      </w:r>
      <w:r>
        <w:rPr>
          <w:sz w:val="20"/>
        </w:rPr>
        <w:t>36:45  main samajhta hoon ke yeh yeh do sab se bari nematein hain insan ke paas: youth age aur money.</w:t>
      </w:r>
      <w:r>
        <w:br/>
      </w:r>
      <w:r>
        <w:rPr>
          <w:sz w:val="20"/>
        </w:rPr>
        <w:t>36:56  youth age aur money, in dono ke bare mein bohat zabardast pakar hogi ke tum ko Khuda ne jawani di to kahan kharch kiya? Tum ne kahan istemal kiya?</w:t>
      </w:r>
      <w:r>
        <w:br/>
      </w:r>
      <w:r>
        <w:rPr>
          <w:sz w:val="20"/>
        </w:rPr>
        <w:t>37:07  yani Khuda ke bataye hue tareeqe par ya apne tareeqe par?</w:t>
      </w:r>
      <w:r>
        <w:br/>
      </w:r>
      <w:r>
        <w:rPr>
          <w:sz w:val="20"/>
        </w:rPr>
        <w:t>37:14  aur jo money mila tum ko, woh woh kahan kharch kiya?</w:t>
      </w:r>
      <w:r>
        <w:br/>
      </w:r>
      <w:r>
        <w:rPr>
          <w:sz w:val="20"/>
        </w:rPr>
        <w:t>37:20  to is mamle mein jo kuch maine padha hai, is se maine samjha hoon ke zindagi ke sirf do tareeqe hain, sirf do tareeqe hain</w:t>
      </w:r>
      <w:r>
        <w:br/>
      </w:r>
      <w:r>
        <w:rPr>
          <w:sz w:val="20"/>
        </w:rPr>
        <w:t>37:29  : ek hai self oriented life, ek hai god oriented life. Bas yeh do tareeqe hain:</w:t>
      </w:r>
      <w:r>
        <w:br/>
      </w:r>
      <w:r>
        <w:rPr>
          <w:sz w:val="20"/>
        </w:rPr>
        <w:t>37:42  self oriented life aur god oriented life. Yani ek shakal yeh hai ke aap apni desire par chalein, apni khwahishon par chalein, apne whim par chalein,</w:t>
      </w:r>
      <w:r>
        <w:br/>
      </w:r>
      <w:r>
        <w:rPr>
          <w:sz w:val="20"/>
        </w:rPr>
        <w:t>37:57  apne sentiment par chalein.</w:t>
      </w:r>
      <w:r>
        <w:br/>
      </w:r>
      <w:r>
        <w:rPr>
          <w:sz w:val="20"/>
        </w:rPr>
        <w:t>37:59  ek tareeqa yeh hai jis ko main keh raha hoon ke self oriented life. Doosra hai god oriented life, yani aap apne paida karne wale ko jaane,</w:t>
      </w:r>
      <w:r>
        <w:br/>
      </w:r>
      <w:r>
        <w:rPr>
          <w:sz w:val="20"/>
        </w:rPr>
        <w:t>38:14  is ke hukumon ko samjhein, is ne jo line di hai, us line par chalen.</w:t>
      </w:r>
      <w:r>
        <w:br/>
      </w:r>
      <w:r>
        <w:rPr>
          <w:sz w:val="20"/>
        </w:rPr>
        <w:t>38:23  to yeh hai gaud oriented life.</w:t>
      </w:r>
      <w:r>
        <w:br/>
      </w:r>
      <w:r>
        <w:rPr>
          <w:sz w:val="20"/>
        </w:rPr>
        <w:t>38:26  to agar ek lafz mein kaha jaye ke hell mein kaun jayega aur paradise mein kaun jayega, to hum keh sakte hain ke hell mein woh log jayenge jo is dunya mein self oriented life ko follow kiya jinhone.</w:t>
      </w:r>
    </w:p>
    <w:p>
      <w:pPr>
        <w:pStyle w:val="Heading2"/>
      </w:pPr>
      <w:r>
        <w:t>British Empire united the world for dawah</w:t>
      </w:r>
    </w:p>
    <w:p>
      <w:r>
        <w:rPr>
          <w:color w:val="666666"/>
          <w:sz w:val="18"/>
        </w:rPr>
        <w:t>Study of The Quran 23 June 2019 - Maulana Wahiduddin Khan · 39s · at 7:48 · https://youtu.be/tFQnqhFtPko?t=468</w:t>
      </w:r>
    </w:p>
    <w:p>
      <w:r>
        <w:rPr>
          <w:i/>
        </w:rPr>
        <w:t>“The biggest empire in the world, British Empire.”</w:t>
      </w:r>
    </w:p>
    <w:p>
      <w:r>
        <w:rPr>
          <w:sz w:val="20"/>
        </w:rPr>
        <w:t>7:48  duniya mein sab se bada Empire qaim hua hai, British Empire. yeh sab se bada. to British Empire ke zamane mein kya hua?</w:t>
      </w:r>
      <w:r>
        <w:br/>
      </w:r>
      <w:r>
        <w:rPr>
          <w:sz w:val="20"/>
        </w:rPr>
        <w:t>8:01  British Empire ke zamane mein kya hua? saari duniya ek ek system, ek political system ke under mein aa gayi.</w:t>
      </w:r>
      <w:r>
        <w:br/>
      </w:r>
      <w:r>
        <w:rPr>
          <w:sz w:val="20"/>
        </w:rPr>
        <w:t>8:11  saari duniya. is ka maani kya ho gaya? ke saari duniya mein aap ko safar karna mumkin ho gaya. maslan maine ek baar to safar kiya tha Dilli se Tokyo.</w:t>
      </w:r>
    </w:p>
    <w:p>
      <w:pPr>
        <w:pStyle w:val="Heading2"/>
      </w:pPr>
      <w:r>
        <w:t>Debate: was the Quran copied from the Bible?</w:t>
      </w:r>
    </w:p>
    <w:p>
      <w:r>
        <w:rPr>
          <w:color w:val="666666"/>
          <w:sz w:val="18"/>
        </w:rPr>
        <w:t>In Conversation with Maulana Syed Iqbal Omeri and Maulana Khateeb Asrar Omeri Oct 10, 2023 · 2m 40s · at 18:28 · https://youtu.be/kdukzcSdq6k?t=1108</w:t>
      </w:r>
    </w:p>
    <w:p>
      <w:r>
        <w:rPr>
          <w:i/>
        </w:rPr>
        <w:t>“Kya Quran Bible se compile kiya gaya hai?”</w:t>
      </w:r>
    </w:p>
    <w:p>
      <w:r>
        <w:rPr>
          <w:sz w:val="20"/>
        </w:rPr>
        <w:t>18:28  wahan woh log free bible taqseem kar rahe thay.</w:t>
      </w:r>
      <w:r>
        <w:br/>
      </w:r>
      <w:r>
        <w:rPr>
          <w:sz w:val="20"/>
        </w:rPr>
        <w:t>18:34  un dinon aik isai hamare paas aaye,</w:t>
      </w:r>
      <w:r>
        <w:br/>
      </w:r>
      <w:r>
        <w:rPr>
          <w:sz w:val="20"/>
        </w:rPr>
        <w:t>18:41  mujh se sawal kiya ke kya quran bible se compile kiya gaya hai? to maine kaha ke hazrat musa alaihi assalam aur hazrat masih alaihi assalam aur hazrat muhammad sallallahu alaihi wasallam, yeh teeno semitic religion ke log manay jatay hain.</w:t>
      </w:r>
      <w:r>
        <w:br/>
      </w:r>
      <w:r>
        <w:rPr>
          <w:sz w:val="20"/>
        </w:rPr>
        <w:t>19:07  to is mein waqiat, tareekhi jo bhi cheezen guzri hain, is mein similarities hain. to is liye aap aisa keh rahe hain ke compilation hai.</w:t>
      </w:r>
      <w:r>
        <w:br/>
      </w:r>
      <w:r>
        <w:rPr>
          <w:sz w:val="20"/>
        </w:rPr>
        <w:t>19:21  quran kehta hai ke inna hadha al quran yaqussu ala bani israil akthar alladheena hum fihi yakhtalifoon bani israil ke baray mein bohat si cheezen quran clarification ke liye kar raha hai,</w:t>
      </w:r>
      <w:r>
        <w:br/>
      </w:r>
      <w:r>
        <w:rPr>
          <w:sz w:val="20"/>
        </w:rPr>
        <w:t>19:34  jis ke baray mein log aksar nahi jantay hain ya misinterpret karte hain. to phir unhon ne doosra sawal kiya ke yeh kya zaroori hai ke quran mehfooz hai?</w:t>
      </w:r>
      <w:r>
        <w:br/>
      </w:r>
      <w:r>
        <w:rPr>
          <w:sz w:val="20"/>
        </w:rPr>
        <w:t>19:51  dedh hazar saal ho chukay hain, abhi tak wohi quran hai jo hazrat muhammad sallallahu alaihi wasallam par aaya tha, nazil hua tha.</w:t>
      </w:r>
      <w:r>
        <w:br/>
      </w:r>
      <w:r>
        <w:rPr>
          <w:sz w:val="20"/>
        </w:rPr>
        <w:t>20:03  to maine kaha ke dekhiye,</w:t>
      </w:r>
      <w:r>
        <w:br/>
      </w:r>
      <w:r>
        <w:rPr>
          <w:sz w:val="20"/>
        </w:rPr>
        <w:t>20:07  hazrat muhammad sahib arabi jantay thay, arabi parhtay likhtay, arabi wahan ke arab ke thay.</w:t>
      </w:r>
      <w:r>
        <w:br/>
      </w:r>
      <w:r>
        <w:rPr>
          <w:sz w:val="20"/>
        </w:rPr>
        <w:t>20:17  to un par jo quran nazil hua tha, woh arabi zaban mein hai.</w:t>
      </w:r>
      <w:r>
        <w:br/>
      </w:r>
      <w:r>
        <w:rPr>
          <w:sz w:val="20"/>
        </w:rPr>
        <w:t>20:24  to maine un se poocha ke anjeel hazrat eisa alaihi assalam ki zaban kya thi?</w:t>
      </w:r>
      <w:r>
        <w:br/>
      </w:r>
      <w:r>
        <w:rPr>
          <w:sz w:val="20"/>
        </w:rPr>
        <w:t>20:30  to unhon ne kaha ke aramic zaban thi. to maine sawal kiya ke kya anjeel aramic mein pai jati hai?</w:t>
      </w:r>
      <w:r>
        <w:br/>
      </w:r>
      <w:r>
        <w:rPr>
          <w:sz w:val="20"/>
        </w:rPr>
        <w:t>20:41  to unhon ne kaha ke nahi. to yahi is ka saboot hai ke muhammad sallallahu alaihi wasallam jo quran le kar aaye, woh arabi zaban mein aaj tak mehfooz hai.</w:t>
      </w:r>
      <w:r>
        <w:br/>
      </w:r>
      <w:r>
        <w:rPr>
          <w:sz w:val="20"/>
        </w:rPr>
        <w:t>20:54  khud mein apne das saal ki umar mein is poore quran ko arabi zaban mein yaad kiya. aise karoron huffaz is dunya mein arabi zaban mein quran yaad kiye hue hain.</w:t>
      </w:r>
    </w:p>
    <w:p>
      <w:pPr>
        <w:pStyle w:val="Heading2"/>
      </w:pPr>
      <w:r>
        <w:t>Political movement for God's rule is wrong</w:t>
      </w:r>
    </w:p>
    <w:p>
      <w:r>
        <w:rPr>
          <w:color w:val="666666"/>
          <w:sz w:val="18"/>
        </w:rPr>
        <w:t>Dars-e-Quran, Chapter 2, Verse 60 April 08, 2018 · 4m 01s · at 5:26 · https://youtu.be/0ACymzsx8vI?t=326</w:t>
      </w:r>
    </w:p>
    <w:p>
      <w:r>
        <w:rPr>
          <w:i/>
        </w:rPr>
        <w:t>“تو دیکھیں، یہ جو آیت پڑھی آپ کے سامنے”</w:t>
      </w:r>
    </w:p>
    <w:p>
      <w:r>
        <w:rPr>
          <w:sz w:val="20"/>
        </w:rPr>
        <w:t>5:26  to dekhen, yeh jo aayat padhi aap ke samne, yeh new testament ki aayat hai, jis mein masih kehte hain ke tum dua kiya karo "kingdom of god" ke liye,</w:t>
      </w:r>
      <w:r>
        <w:br/>
      </w:r>
      <w:r>
        <w:rPr>
          <w:sz w:val="20"/>
        </w:rPr>
        <w:t>5:41  "kingdom of god" ke liye dua kiya karo ke jis tarah se tera hukum chalta hai aasmanon mein, waise hi zameen mein chale.</w:t>
      </w:r>
      <w:r>
        <w:br/>
      </w:r>
      <w:r>
        <w:rPr>
          <w:sz w:val="20"/>
        </w:rPr>
        <w:t>5:53  to yeh jo dua karo jo hai, bohat important hai.</w:t>
      </w:r>
      <w:r>
        <w:br/>
      </w:r>
      <w:r>
        <w:rPr>
          <w:sz w:val="20"/>
        </w:rPr>
        <w:t>5:59  yaani rule of god jo hai, woh dua ka subject hai, woh political movement chalayen, iska subject nahi hai.</w:t>
      </w:r>
      <w:r>
        <w:br/>
      </w:r>
      <w:r>
        <w:rPr>
          <w:sz w:val="20"/>
        </w:rPr>
        <w:t>6:11  bohat anokhi baat meri samajh mein aayi.</w:t>
      </w:r>
      <w:r>
        <w:br/>
      </w:r>
      <w:r>
        <w:rPr>
          <w:sz w:val="20"/>
        </w:rPr>
        <w:t>6:17  aap movement chalayen ke hamein jihad karna hai, hamein marna hai, hamein yeh karna hai, aur hamein rule of god qaim karna hai duniya mein, establish karna hai.</w:t>
      </w:r>
      <w:r>
        <w:br/>
      </w:r>
      <w:r>
        <w:rPr>
          <w:sz w:val="20"/>
        </w:rPr>
        <w:t>6:31  yeh iska subject hi nahi hai, woh "an al hukm illa lillah" quran mein bhi hai, "an al hukm illa lillah".</w:t>
      </w:r>
      <w:r>
        <w:br/>
      </w:r>
      <w:r>
        <w:rPr>
          <w:sz w:val="20"/>
        </w:rPr>
        <w:t>6:41  lekin bible ke jo wording hai, usko le kar aap samjhen quran ke is hukum ko, to is mein ek cheez include ho jayegi ke dua karo.</w:t>
      </w:r>
      <w:r>
        <w:br/>
      </w:r>
      <w:r>
        <w:rPr>
          <w:sz w:val="20"/>
        </w:rPr>
        <w:t>6:56  kaisi ajeeb baat hai!</w:t>
      </w:r>
      <w:r>
        <w:br/>
      </w:r>
      <w:r>
        <w:rPr>
          <w:sz w:val="20"/>
        </w:rPr>
        <w:t>6:58  dua karo ka matlab hai ke peaceful parchar, peaceful andaaz mein logon ko batana.</w:t>
      </w:r>
      <w:r>
        <w:br/>
      </w:r>
      <w:r>
        <w:rPr>
          <w:sz w:val="20"/>
        </w:rPr>
        <w:t>7:08  to yeh nahi hai ke jihad karo, maro, kaato, aur politically isko establish karo, yeh hai hi nahi. ek peaceful movement ke insaan</w:t>
      </w:r>
      <w:r>
        <w:br/>
      </w:r>
      <w:r>
        <w:rPr>
          <w:sz w:val="20"/>
        </w:rPr>
        <w:t>7:23  god almighty ko maane, woh iska,</w:t>
      </w:r>
      <w:r>
        <w:br/>
      </w:r>
      <w:r>
        <w:rPr>
          <w:sz w:val="20"/>
        </w:rPr>
        <w:t>7:31  usko, iska aage surrender kare,</w:t>
      </w:r>
      <w:r>
        <w:br/>
      </w:r>
      <w:r>
        <w:rPr>
          <w:sz w:val="20"/>
        </w:rPr>
        <w:t>7:39  apne aap ko iske marzi pe chalaye, iska parchar karna hai. to yeh ek peaceful movement hai, yeh establish karne ka politically,</w:t>
      </w:r>
      <w:r>
        <w:br/>
      </w:r>
      <w:r>
        <w:rPr>
          <w:sz w:val="20"/>
        </w:rPr>
        <w:t>7:56  woh hai hi nahi. politically establish karna iska target hi nahi. kaisi ajeeb baat hai!</w:t>
      </w:r>
      <w:r>
        <w:br/>
      </w:r>
      <w:r>
        <w:rPr>
          <w:sz w:val="20"/>
        </w:rPr>
        <w:t>8:08  kaisi ajeeb baat hai! yaani jo hukum quran ka aap ko peaceful mission deta hai, usko aap ne kar diya ladai ka mission.</w:t>
      </w:r>
      <w:r>
        <w:br/>
      </w:r>
      <w:r>
        <w:rPr>
          <w:sz w:val="20"/>
        </w:rPr>
        <w:t>8:22  kyunke woh jo shuru mein jo hai, dua karo, yeh yeh aap ne wahan se liya nahi. yaani ek part is hukum ka bible mein tha, Hazrat masih ke waaz mein ke tum yun dua kiya karo, yaani</w:t>
      </w:r>
      <w:r>
        <w:br/>
      </w:r>
      <w:r>
        <w:rPr>
          <w:sz w:val="20"/>
        </w:rPr>
        <w:t>8:43  peaceful tareeqe se iske liye parchar karo, logon ko batao. to aaj mera thought of the day yeh hai, yaani subah ko utha mein to yeh yaad aaya mujhe, to meri samajh mein aaya ke jo log hukumat ilahiya ke naam se political movement chalate hain, jihad ka naara dete hain,</w:t>
      </w:r>
      <w:r>
        <w:br/>
      </w:r>
      <w:r>
        <w:rPr>
          <w:sz w:val="20"/>
        </w:rPr>
        <w:t>9:08  woh bilkul galat, ghalati par hain. woh</w:t>
      </w:r>
      <w:r>
        <w:br/>
      </w:r>
      <w:r>
        <w:rPr>
          <w:sz w:val="20"/>
        </w:rPr>
        <w:t>9:14  unhein pyar mohabbat ka mission chalana chahiye, kyunke aadmi ka dil badalta hai pyar mohabbat se, jihad se nahi badalta.</w:t>
      </w:r>
    </w:p>
    <w:p>
      <w:pPr>
        <w:pStyle w:val="Heading2"/>
      </w:pPr>
      <w:r>
        <w:t>Quran's inimitability: failed imitation attempts, unique claim</w:t>
      </w:r>
    </w:p>
    <w:p>
      <w:r>
        <w:rPr>
          <w:color w:val="666666"/>
          <w:sz w:val="18"/>
        </w:rPr>
        <w:t>Why Have Muslims Turned Violent December 14, 2008 · 5m 23s · at 1:03:53 · https://youtu.be/TYLK8Jwz8EE?t=3833</w:t>
      </w:r>
    </w:p>
    <w:p>
      <w:r>
        <w:rPr>
          <w:i/>
        </w:rPr>
        <w:t>“The Quran challenges mankind to produce even one surah like it.”</w:t>
      </w:r>
    </w:p>
    <w:p>
      <w:r>
        <w:rPr>
          <w:sz w:val="20"/>
        </w:rPr>
        <w:t>1:03:53  Quran challenges mankind to produce even a single surah like that of Quran. please make this statement understandable.</w:t>
      </w:r>
      <w:r>
        <w:br/>
      </w:r>
      <w:r>
        <w:rPr>
          <w:sz w:val="20"/>
        </w:rPr>
        <w:t>1:04:03  also tell us whether people ever attempted towards this and.</w:t>
      </w:r>
      <w:r>
        <w:br/>
      </w:r>
      <w:r>
        <w:rPr>
          <w:sz w:val="20"/>
        </w:rPr>
        <w:t>1:04:13  attempt toh bohat ki gayi.</w:t>
      </w:r>
      <w:r>
        <w:br/>
      </w:r>
      <w:r>
        <w:rPr>
          <w:sz w:val="20"/>
        </w:rPr>
        <w:t>1:04:17  Rasool Allah ke zamane mein ek aadmi tha, toh woh kehta tha ke main Quran bana kar dikhaunga.</w:t>
      </w:r>
      <w:r>
        <w:br/>
      </w:r>
      <w:r>
        <w:rPr>
          <w:sz w:val="20"/>
        </w:rPr>
        <w:t>1:04:27  toh us ne kuch suratein banayin,</w:t>
      </w:r>
      <w:r>
        <w:br/>
      </w:r>
      <w:r>
        <w:rPr>
          <w:sz w:val="20"/>
        </w:rPr>
        <w:t>1:04:32  toh logon ne us ko mazak uda kar, yani us ko mazak ban kar rakhein. ridiculous tha woh.</w:t>
      </w:r>
      <w:r>
        <w:br/>
      </w:r>
      <w:r>
        <w:rPr>
          <w:sz w:val="20"/>
        </w:rPr>
        <w:t>1:04:42  al feel, mal feel, khartoom, taweel, azanbah, qaleel, is tarah banaya tha us ne. yani Quran majeed mein jo surah hai, surah al feel, jis ko kehte hain hum, us ki naqal ki us ne.</w:t>
      </w:r>
      <w:r>
        <w:br/>
      </w:r>
      <w:r>
        <w:rPr>
          <w:sz w:val="20"/>
        </w:rPr>
        <w:t>1:04:58  us ne naqal kar ke us ne banaya. al feel, mal feel, khartoom, taweel, wazbah, qaleel. lekin yeh toh bilkul ridiculous baat hai.</w:t>
      </w:r>
      <w:r>
        <w:br/>
      </w:r>
      <w:r>
        <w:rPr>
          <w:sz w:val="20"/>
        </w:rPr>
        <w:t>1:05:09  jo log bhi arabi jante hon, woh samajh sakte hain ke yeh is arabic jo excellence hai, jo arabic language mein, us ke lihaaz se yeh kuch bhi nahi hai.</w:t>
      </w:r>
      <w:r>
        <w:br/>
      </w:r>
      <w:r>
        <w:rPr>
          <w:sz w:val="20"/>
        </w:rPr>
        <w:t>1:05:20  aise hi ab baazt period mein ek aadmi tha, Ibn Muqaffa, bohat bada adib tha. woh us ko logon ne paisa diya, kaha ke banao ek ek Quran ke jawab mein.</w:t>
      </w:r>
      <w:r>
        <w:br/>
      </w:r>
      <w:r>
        <w:rPr>
          <w:sz w:val="20"/>
        </w:rPr>
        <w:t>1:05:32  toh us ko ek jagah rakha gaya, ek ghar mein, aur khoob us ko har qism ke wahan par facilities di gayeen.</w:t>
      </w:r>
      <w:r>
        <w:br/>
      </w:r>
      <w:r>
        <w:rPr>
          <w:sz w:val="20"/>
        </w:rPr>
        <w:t>1:05:39  bohat din tak woh banata raha, banata raha. aakhir mein us se kaha nikal aaya bahar, us ne kaha ke bhai mere bas ka nahi hai. jo excellence hai Quran mein, jo adab hai, parah Islam,</w:t>
      </w:r>
      <w:r>
        <w:br/>
      </w:r>
      <w:r>
        <w:rPr>
          <w:sz w:val="20"/>
        </w:rPr>
        <w:t>1:05:53  halanke khud Ibn Muqaffa bohat bada adib tha,</w:t>
      </w:r>
      <w:r>
        <w:br/>
      </w:r>
      <w:r>
        <w:rPr>
          <w:sz w:val="20"/>
        </w:rPr>
        <w:t>1:05:57  lekin us adab ko match karne wala jo literary excellence hai Quran majeed, literary excellence, us us tarah kuch cheez nahi bana saka.</w:t>
      </w:r>
      <w:r>
        <w:br/>
      </w:r>
      <w:r>
        <w:rPr>
          <w:sz w:val="20"/>
        </w:rPr>
        <w:t>1:06:09  to us ne kaha ke bhai mere bas mein nahin hai yeh. to ek to is ka aspect hai, literally excellence ka aspect. doosra aspect yeh hai, dekhiye ke quran ki koi baat galat saabit nahin hui.</w:t>
      </w:r>
      <w:r>
        <w:br/>
      </w:r>
      <w:r>
        <w:rPr>
          <w:sz w:val="20"/>
        </w:rPr>
        <w:t>1:06:26  jaise marx ne kaha tha ke communist revolution france ke, yani communist, is ne kaha tha ke communist sun, communist suraj, france ke upar se jhaank jhaank raha hai.</w:t>
      </w:r>
      <w:r>
        <w:br/>
      </w:r>
      <w:r>
        <w:rPr>
          <w:sz w:val="20"/>
        </w:rPr>
        <w:t>1:06:41  yani is ka matlab yeh tha ke sab se pehle communist revolution france mein aayega. woh jhoota ho gaya, kuch bhi nahin hua.</w:t>
      </w:r>
      <w:r>
        <w:br/>
      </w:r>
      <w:r>
        <w:rPr>
          <w:sz w:val="20"/>
        </w:rPr>
        <w:t>1:06:51  engels ne kaha tha ke marx ne jo philosophy di hai, woh philosophy aakhri philosophy hai. ab is ke baad kuch nahin hai.</w:t>
      </w:r>
      <w:r>
        <w:br/>
      </w:r>
      <w:r>
        <w:rPr>
          <w:sz w:val="20"/>
        </w:rPr>
        <w:t>1:07:01  aur khud russia mein aise log paida hue, is ko reject kar diya. is logon ne galat bataya.</w:t>
      </w:r>
      <w:r>
        <w:br/>
      </w:r>
      <w:r>
        <w:rPr>
          <w:sz w:val="20"/>
        </w:rPr>
        <w:t>1:07:11  doosra aspect yeh hai ke quran mein</w:t>
      </w:r>
      <w:r>
        <w:br/>
      </w:r>
      <w:r>
        <w:rPr>
          <w:sz w:val="20"/>
        </w:rPr>
        <w:t>1:07:19  bahut si aayatein aisi hain jo baad ke zamane ko refer kar rahi hain. aur seventh century mein jab quran utra tha, us waqt is ke bare mein insaan ko kuch pata nahin tha.</w:t>
      </w:r>
      <w:r>
        <w:br/>
      </w:r>
      <w:r>
        <w:rPr>
          <w:sz w:val="20"/>
        </w:rPr>
        <w:t>1:07:35  to yeh baat ke quran mein woh baatein likhi hui hon jo baad ke zamane ke insaan ko maloom hone wali thin, in science age mein, woh kaise pehle pata ho gayi?</w:t>
      </w:r>
      <w:r>
        <w:br/>
      </w:r>
      <w:r>
        <w:rPr>
          <w:sz w:val="20"/>
        </w:rPr>
        <w:t>1:07:47  aisi koi kitaab nahin hai. jis kitaab mein aisi koi prediction ki gayi hai, woh sab galat saabit hui. jaise barish ne kaha ke france mein revolution aayega, wahan aaye nahin.</w:t>
      </w:r>
      <w:r>
        <w:br/>
      </w:r>
      <w:r>
        <w:rPr>
          <w:sz w:val="20"/>
        </w:rPr>
        <w:t>1:08:00  to jo log is ki detail janna chahte hain, woh meri kitaab padhein, "god arises". is mein</w:t>
      </w:r>
      <w:r>
        <w:br/>
      </w:r>
      <w:r>
        <w:rPr>
          <w:sz w:val="20"/>
        </w:rPr>
        <w:t>1:08:09  is tarah ki misalein woh dekh sakte hain. aur aakhri baat yeh hai ke quran mein jab aap padhte hain to pehle hi mein aap shuru hi mein aap yeh padhte hain ke zaalikal kitab la raiba feeh yeh khuda ki kitaab hai,</w:t>
      </w:r>
      <w:r>
        <w:br/>
      </w:r>
      <w:r>
        <w:rPr>
          <w:sz w:val="20"/>
        </w:rPr>
        <w:t>1:08:29  is mein koi shakk nahin. duniya mein kabhi koi insaan paida nahin hua jo yeh kahe ke meri kitaab khuda ki kitaab hai.</w:t>
      </w:r>
      <w:r>
        <w:br/>
      </w:r>
      <w:r>
        <w:rPr>
          <w:sz w:val="20"/>
        </w:rPr>
        <w:t>1:08:38  aap ghaur kijiye, is is is is andaaz mein, is zabaan mein koi bol nahin saka ke yeh khuda ki kitaab hai jo main de raha hoon tum ko.</w:t>
      </w:r>
      <w:r>
        <w:br/>
      </w:r>
      <w:r>
        <w:rPr>
          <w:sz w:val="20"/>
        </w:rPr>
        <w:t>1:08:50  kis ne kaha aisa? to gaya in opposed victory ki position mein hai quran is maamle mein. koi maidan mein aaya hi nahin, yeh kehne wala koi maidan mein aaya hi nahin.</w:t>
      </w:r>
      <w:r>
        <w:br/>
      </w:r>
      <w:r>
        <w:rPr>
          <w:sz w:val="20"/>
        </w:rPr>
        <w:t>1:09:04  to behal is par maine bahut zyada likha hai.</w:t>
      </w:r>
      <w:r>
        <w:br/>
      </w:r>
      <w:r>
        <w:rPr>
          <w:sz w:val="20"/>
        </w:rPr>
        <w:t>1:09:07  jo log detail history chahte hon, meri kitaabon ko padhein. bahut si kitaabein is mein, yani english mein aur arabic mein aur urdu mein, teen language mein padh sakte hain.</w:t>
      </w:r>
    </w:p>
    <w:p>
      <w:pPr>
        <w:pStyle w:val="Heading2"/>
      </w:pPr>
      <w:r>
        <w:t>Meaning of Bismillah and Surah Fatiha as preface</w:t>
      </w:r>
    </w:p>
    <w:p>
      <w:r>
        <w:rPr>
          <w:color w:val="666666"/>
          <w:sz w:val="18"/>
        </w:rPr>
        <w:t>Quran The Book of God January 4, 2008 Maulana Wahiduddin Khan · 5m 28s · at 9:45 · https://youtu.be/8geIHuPSE8g?t=585</w:t>
      </w:r>
    </w:p>
    <w:p>
      <w:r>
        <w:rPr>
          <w:i/>
        </w:rPr>
        <w:t>“Iska matlab kya hai?”</w:t>
      </w:r>
    </w:p>
    <w:p>
      <w:r>
        <w:rPr>
          <w:sz w:val="20"/>
        </w:rPr>
        <w:t>9:45  is ka matlab kya hai?</w:t>
      </w:r>
      <w:r>
        <w:br/>
      </w:r>
      <w:r>
        <w:rPr>
          <w:sz w:val="20"/>
        </w:rPr>
        <w:t>9:49  mein shuru karta hoon allah ke naam se jo bara meherban, nihayat reham wala hai. yeh hai pehli surah ke shuru mein bhi aaya hai aur poore quran mein bhi aaya hai.</w:t>
      </w:r>
      <w:r>
        <w:br/>
      </w:r>
      <w:r>
        <w:rPr>
          <w:sz w:val="20"/>
        </w:rPr>
        <w:t>10:06  to jab bhi hum koi kaam shuru karte hain to hum yeh parhte hain is ko. koi bhi kaam, jaise khana khana hai ya aur safar karna hai, koi bhi kaam karna hai, to kaam shuru karne se pehle hum kehte hain bismillah hir rahman nir rahim.</w:t>
      </w:r>
      <w:r>
        <w:br/>
      </w:r>
      <w:r>
        <w:rPr>
          <w:sz w:val="20"/>
        </w:rPr>
        <w:t>10:23  is ka matlab kya hua? is ka matlab yeh hua ke hum yeh apne zehn mein ek yaad latay hain, yaad karte hain ke is dunya jo hai jis mein hum reh rahe hain, yeh ek aisay khuda ki banai hui hai jo rehamt wala hai.</w:t>
      </w:r>
      <w:r>
        <w:br/>
      </w:r>
      <w:r>
        <w:rPr>
          <w:sz w:val="20"/>
        </w:rPr>
        <w:t>10:40  rehamt wala hai, compassion wala hai. yani woh woh khuda hum se indifferent nahi hai. is ko hum se mohabbat hai.</w:t>
      </w:r>
      <w:r>
        <w:br/>
      </w:r>
      <w:r>
        <w:rPr>
          <w:sz w:val="20"/>
        </w:rPr>
        <w:t>10:51  hum se is ko compeshan ke darjay mein ta'alluq hai. is se yeh yaqeen aata hai ke hum insha'Allah jo kaam kar rahe hain, is mein hamein kamyabi hasil hogi.</w:t>
      </w:r>
      <w:r>
        <w:br/>
      </w:r>
      <w:r>
        <w:rPr>
          <w:sz w:val="20"/>
        </w:rPr>
        <w:t>11:05  to jab bhi koi kaam hum shuru karte hain to kehte hain bismillah-hir-rehman-nir-rahim. aur yeh aik bohat bara source of conviction hota hai.</w:t>
      </w:r>
      <w:r>
        <w:br/>
      </w:r>
      <w:r>
        <w:rPr>
          <w:sz w:val="20"/>
        </w:rPr>
        <w:t>11:16  kyunke aap jante hain ke dunya mein koi bhi kaam aap karein to aap khud yeh taqat nahi rakhte ke apne kaam ko pohncha sakein aakhir tak.</w:t>
      </w:r>
      <w:r>
        <w:br/>
      </w:r>
      <w:r>
        <w:rPr>
          <w:sz w:val="20"/>
        </w:rPr>
        <w:t>11:27  isi liye kaha gaya hai ke as-sayyu minni wal-itmamu min Allah. yaani shuru mein karunga lekin is ka mukammal karne wala Khuda hoga.</w:t>
      </w:r>
      <w:r>
        <w:br/>
      </w:r>
      <w:r>
        <w:rPr>
          <w:sz w:val="20"/>
        </w:rPr>
        <w:t>11:38  to woh Khuda jis ke hath mein sab taqatein hain, jo mukammal karne ki qudrat rakhta hai, us ke bare mein yeh tasawwur ke woh rahim hai, woh rehman hai, woh rehmat wala hai,</w:t>
      </w:r>
      <w:r>
        <w:br/>
      </w:r>
      <w:r>
        <w:rPr>
          <w:sz w:val="20"/>
        </w:rPr>
        <w:t>11:51  yeh hum ko aik yaqeen deta hai, aik conviction deta hai. to yeh aik bohat bari baat hai. phir dekhiye, Quran ki jo sab se pehli surah hai, woh hai Al-Fatiha.</w:t>
      </w:r>
      <w:r>
        <w:br/>
      </w:r>
      <w:r>
        <w:rPr>
          <w:sz w:val="20"/>
        </w:rPr>
        <w:t>12:07  Ulama yeh kehte hain ke Al-Fatiha mein, Al-Fatiha goya ke Quran ka dibacha hai, preface hai. jis tarah se kitaab mein, insani kitaab mein preface hota hai.</w:t>
      </w:r>
      <w:r>
        <w:br/>
      </w:r>
      <w:r>
        <w:rPr>
          <w:sz w:val="20"/>
        </w:rPr>
        <w:t>12:20  aur preface mein shuru ki baatein sab keh di jaati hain. woh aik aitbaar se goya khulasa hota hai woh. to surah Al-Fatiha jo hai, poore Quran ka khulasa hai.</w:t>
      </w:r>
      <w:r>
        <w:br/>
      </w:r>
      <w:r>
        <w:rPr>
          <w:sz w:val="20"/>
        </w:rPr>
        <w:t>12:33  is aitbaar se. ab aap dekhiye ke yeh surah kya hai? alhamdulillah-hir-rabbil-alameen, ar-rehman-nir-rahim, maliki-yawmid-din, iyyaka na'budu wa iyyaka nasta'in, ihdinas-sirat-al-mustaqim, sirat-alladhina an'amta 'alayhim,</w:t>
      </w:r>
      <w:r>
        <w:br/>
      </w:r>
      <w:r>
        <w:rPr>
          <w:sz w:val="20"/>
        </w:rPr>
        <w:t>12:53  ghayril-maghdubi 'alayhim wa lad-dallin. yeh choti si surah hai. is ka translation yeh hai ke sari tareef Allah ke liye hai jo sare alam ka rab hai.</w:t>
      </w:r>
      <w:r>
        <w:br/>
      </w:r>
      <w:r>
        <w:rPr>
          <w:sz w:val="20"/>
        </w:rPr>
        <w:t>13:12  lord of the universe hai. woh rehman hai aur rahim hai. rehmat wala hai aur mercy wala hai.</w:t>
      </w:r>
      <w:r>
        <w:br/>
      </w:r>
      <w:r>
        <w:rPr>
          <w:sz w:val="20"/>
        </w:rPr>
        <w:t>13:24  woh day of judgment ka malik hai. jo aik faisle ka din aane wala hai, us ka woh malik hai.</w:t>
      </w:r>
      <w:r>
        <w:br/>
      </w:r>
      <w:r>
        <w:rPr>
          <w:sz w:val="20"/>
        </w:rPr>
        <w:t>13:35  Ae Khuda!</w:t>
      </w:r>
      <w:r>
        <w:br/>
      </w:r>
      <w:r>
        <w:rPr>
          <w:sz w:val="20"/>
        </w:rPr>
        <w:t>13:37  hum teri hi ibadat karte hain aur tujh hi se madad chahte hain. hum ko rasta dikha, seedha rasta.</w:t>
      </w:r>
      <w:r>
        <w:br/>
      </w:r>
      <w:r>
        <w:rPr>
          <w:sz w:val="20"/>
        </w:rPr>
        <w:t>13:50  woh rasta jo tere in'aam paye hue bandon ka rasta hai. woh rasta nahi jo un ka rasta bana, jo bhatak gaye raste se ya jin par tera ghazab hua.</w:t>
      </w:r>
      <w:r>
        <w:br/>
      </w:r>
      <w:r>
        <w:rPr>
          <w:sz w:val="20"/>
        </w:rPr>
        <w:t>14:07  yeh goya pehli surah hai. yeh dua bhi hai aur is mein sari baat bhi aa jaati hai. is mein hum yeh jante hain, padh kar ke ke Khuda aik zinda Khuda hai.</w:t>
      </w:r>
      <w:r>
        <w:br/>
      </w:r>
      <w:r>
        <w:rPr>
          <w:sz w:val="20"/>
        </w:rPr>
        <w:t>14:22  is ka hum se ta'alluq hai. har waqt hamara is se contact hai. hum is se dua karte hain aur is ki taraf se jawab aata hai hamare paas.</w:t>
      </w:r>
      <w:r>
        <w:br/>
      </w:r>
      <w:r>
        <w:rPr>
          <w:sz w:val="20"/>
        </w:rPr>
        <w:t>14:36  isi ke raste par hamein chalna hai. bhatakne bhatakne wale raste par hamein nahi jana hai. yeh sari baatein is ke andar aa jaati hain. to yeh goya ke jin jazbat ke sath hamein Quran ko padhna chahiye, woh sab is mein aa gaya hai.</w:t>
      </w:r>
      <w:r>
        <w:br/>
      </w:r>
      <w:r>
        <w:rPr>
          <w:sz w:val="20"/>
        </w:rPr>
        <w:t>14:57  Ulama, ulama yeh kehte hain ke sare Quran mein jo baatein aayi hain, jo mazameen aaye hain, un ko teen head ke andar bayan kiya ja sakta hai.</w:t>
      </w:r>
    </w:p>
    <w:p>
      <w:pPr>
        <w:pStyle w:val="Heading2"/>
      </w:pPr>
      <w:r>
        <w:t>Dua taught by Prophet for Shab-e-Qadr</w:t>
      </w:r>
    </w:p>
    <w:p>
      <w:r>
        <w:rPr>
          <w:color w:val="666666"/>
          <w:sz w:val="18"/>
        </w:rPr>
        <w:t>Shab-e-Qadr October 7, 2007 Maulana Wahiduddin Khan · 37s · at 11:11 · https://youtu.be/zt3RAKDBu7E?t=671</w:t>
      </w:r>
    </w:p>
    <w:p>
      <w:r>
        <w:rPr>
          <w:i/>
        </w:rPr>
        <w:t>“Hadith mein aata hai ke Hazrat Aisha ne poochha”</w:t>
      </w:r>
    </w:p>
    <w:p>
      <w:r>
        <w:rPr>
          <w:sz w:val="20"/>
        </w:rPr>
        <w:t>11:11  hadith mein aata hai ke Hazrat Aisha ne poocha Rasool Allah se ke agar mein shab qadr ko paon to kya kahoon, kya dua karoon?</w:t>
      </w:r>
      <w:r>
        <w:br/>
      </w:r>
      <w:r>
        <w:rPr>
          <w:sz w:val="20"/>
        </w:rPr>
        <w:t>11:22  aap ne farmaya tum yeh kaho Allahumma anta afuwwun tuhibbul afwa fafu anni.</w:t>
      </w:r>
      <w:r>
        <w:br/>
      </w:r>
      <w:r>
        <w:rPr>
          <w:sz w:val="20"/>
        </w:rPr>
        <w:t>11:34  yeh Rasool Allah ne farmaya, yeh hadith sahih hai Hazrat Aisha se ke shab qadr ko agar tum pao to tum yeh dua karo Allah taala se Allahumma anta afuwwun tuhibbul afwa fafu anni.</w:t>
      </w:r>
    </w:p>
    <w:p>
      <w:pPr>
        <w:pStyle w:val="Heading2"/>
      </w:pPr>
      <w:r>
        <w:t>Finished half the Quran translation overnight</w:t>
      </w:r>
    </w:p>
    <w:p>
      <w:r>
        <w:rPr>
          <w:color w:val="666666"/>
          <w:sz w:val="18"/>
        </w:rPr>
        <w:t>In Conversation with Mohammad Asad Pervez March 27, 2022 · 34s · at 6:36 · https://youtu.be/usQU5XmtkX0?t=396</w:t>
      </w:r>
    </w:p>
    <w:p>
      <w:r>
        <w:rPr>
          <w:i/>
        </w:rPr>
        <w:t>“The first day, I finished almost half of it”</w:t>
      </w:r>
    </w:p>
    <w:p>
      <w:r>
        <w:rPr>
          <w:sz w:val="20"/>
        </w:rPr>
        <w:t>6:36  But the first day when I start with that translation, I finished almost half of it in the same night. Right. Because because it was the book was so appealing and the book certainly made sense to me when I was reading it in contemporary English. So and and as you would have experienced and many people experience when you read the Quran, the Quran speaks to you.</w:t>
      </w:r>
      <w:r>
        <w:br/>
      </w:r>
      <w:r>
        <w:rPr>
          <w:sz w:val="20"/>
        </w:rPr>
        <w:t>7:02  The impact that book can have on someone when they read it in their language, it's phenomenal.</w:t>
      </w:r>
      <w:r>
        <w:br/>
      </w:r>
      <w:r>
        <w:rPr>
          <w:sz w:val="20"/>
        </w:rPr>
        <w:t>7:10  I remember this one specific verse in Surat Al Youssef When it comes towards the end when bin Yameen</w:t>
      </w:r>
    </w:p>
    <w:p>
      <w:pPr>
        <w:pStyle w:val="Heading2"/>
      </w:pPr>
      <w:r>
        <w:t>sincerity needed to truly understand Quran today</w:t>
      </w:r>
    </w:p>
    <w:p>
      <w:r>
        <w:rPr>
          <w:color w:val="666666"/>
          <w:sz w:val="18"/>
        </w:rPr>
        <w:t>CPS Women Article Discussion 13 January 1, 2023 · 1m 58s · at 18:47 · https://youtu.be/KScG6GBDUZc?t=1127</w:t>
      </w:r>
    </w:p>
    <w:p>
      <w:r>
        <w:rPr>
          <w:i/>
        </w:rPr>
        <w:t>“एक जमाना आएगा बिगाड़ का कि sincerity, honesty उठ जाएगी”</w:t>
      </w:r>
    </w:p>
    <w:p>
      <w:r>
        <w:rPr>
          <w:sz w:val="20"/>
        </w:rPr>
        <w:t>18:47  to yeh sanjeedgi to nahi hai is insaan ke paas isiliye jo hai ek hadish hai isko padhkar samajh mein aata hai ki ek zamana aayega bigaad ka ki bigaad itna badh jayega ki honesty uth jayegi. to ab wahi zamana hai sincerity, honesty ekdum uth chuki hai. insaan ke andar hi cheez nahi hai. maulana kehte hain ki aaj ke zamane mein agar koi waqai ikhlas aur sanjeeda insaan hai to woh oliya allah.</w:t>
      </w:r>
      <w:r>
        <w:br/>
      </w:r>
      <w:r>
        <w:rPr>
          <w:sz w:val="20"/>
        </w:rPr>
        <w:t>19:16  to yeh line bohat samajh mein aati hai ki matlab sanjeeda insaan aaj ke zamane mein milna agar woh sanjeeda hai to wahi samajh payega. to duniya mein dil ke sweet hi zyada badh gayi hai aaj ke zamane mein. har insaan ka focus unhi cheezon par rehta hai ki jitna bhi hua culture hota hai ya aaj hi naya saal hai to usmein har insaan chhota ki bada usmein involve hai.</w:t>
      </w:r>
      <w:r>
        <w:br/>
      </w:r>
      <w:r>
        <w:rPr>
          <w:sz w:val="20"/>
        </w:rPr>
        <w:t>19:45  to banawati dilchaspi, banawati soch, banawati baatein har insaan un cheezon mein itna zyada mulabbe soch chuka hai</w:t>
      </w:r>
      <w:r>
        <w:br/>
      </w:r>
      <w:r>
        <w:rPr>
          <w:sz w:val="20"/>
        </w:rPr>
        <w:t>19:50  kyon wah un saari cheezon se nikalne ko taiyaar bhi nahi hai.</w:t>
      </w:r>
      <w:r>
        <w:br/>
      </w:r>
      <w:r>
        <w:rPr>
          <w:sz w:val="20"/>
        </w:rPr>
        <w:t>19:56  to is waqt is zamane mein quran ek ek wahid rasta hai ke insaan use ke par gaur kare,</w:t>
      </w:r>
      <w:r>
        <w:br/>
      </w:r>
      <w:r>
        <w:rPr>
          <w:sz w:val="20"/>
        </w:rPr>
        <w:t>20:01  apni soch ko badle.</w:t>
      </w:r>
      <w:r>
        <w:br/>
      </w:r>
      <w:r>
        <w:rPr>
          <w:sz w:val="20"/>
        </w:rPr>
        <w:t>20:07  uske alawa insaan ke paas koi doosra rasta nahi hai.</w:t>
      </w:r>
      <w:r>
        <w:br/>
      </w:r>
      <w:r>
        <w:rPr>
          <w:sz w:val="20"/>
        </w:rPr>
        <w:t>20:12  to bahut zyada zaroori hai yeh baatein samajhne nahi ke</w:t>
      </w:r>
      <w:r>
        <w:br/>
      </w:r>
      <w:r>
        <w:rPr>
          <w:sz w:val="20"/>
        </w:rPr>
        <w:t>20:18  aap bilkul theek keh rahi hain ki hum jitna kar sakte hain jitne logon ke contact mein aakar kisko isko try to understand it samjho aur ek baar padhne se koi samajh mein poori baat nahi aati. humein bhi aisa lagta hai ki humein kai suraton ko poori poori kitni kitni baar samajh chuke hain lekin jab padhte hain to poori samajh phir se bhool jaate hain. to uske liye humein effort karna padegi.</w:t>
      </w:r>
      <w:r>
        <w:br/>
      </w:r>
      <w:r>
        <w:rPr>
          <w:sz w:val="20"/>
        </w:rPr>
        <w:t>20:45  haan humein zyada duniyavi cheezon mein hum lage hue hain. to jitna bhi hum kisi ko kam se kam jo cheez jo hamare bachche hain inko ko to hum achhi tarah samjha sakte hain. jo hamare janne wale labhetar kare ke hum puran ki samajh kas gaye aur maulana ka bohat shukriya ki unhone is baat par bohat zor diya.</w:t>
      </w:r>
    </w:p>
    <w:p>
      <w:pPr>
        <w:pStyle w:val="Heading2"/>
      </w:pPr>
      <w:r>
        <w:t>full theory of discovery: Adam's names, Noah's ark, elephant contrast</w:t>
      </w:r>
    </w:p>
    <w:p>
      <w:r>
        <w:rPr>
          <w:color w:val="666666"/>
          <w:sz w:val="18"/>
        </w:rPr>
        <w:t>Purpose of Creation September 28, 2014 · 5m 26s · at 3:49 · https://youtu.be/7M-rzLZzCYw?t=229</w:t>
      </w:r>
    </w:p>
    <w:p>
      <w:r>
        <w:rPr>
          <w:i/>
        </w:rPr>
        <w:t>“Allah Ta'ala ne Aadam ko saare hi naam bata diye”</w:t>
      </w:r>
    </w:p>
    <w:p>
      <w:r>
        <w:rPr>
          <w:sz w:val="20"/>
        </w:rPr>
        <w:t>3:49  to Quran mein aap padhiye, woh iblis ka qissa hai aur farishton ka qissa hai. ismein yeh juz padhiye, is par ghaur kijiye ke</w:t>
      </w:r>
      <w:r>
        <w:br/>
      </w:r>
      <w:r>
        <w:rPr>
          <w:sz w:val="20"/>
        </w:rPr>
        <w:t>4:02  : "allama Adam al-asmaa'a kullaha". Allah taala ne Adam ko saare hi naam bata diye.</w:t>
      </w:r>
      <w:r>
        <w:br/>
      </w:r>
      <w:r>
        <w:rPr>
          <w:sz w:val="20"/>
        </w:rPr>
        <w:t>4:15  saare hi naam. yeh kya cheez hai? naam kya cheez hai?</w:t>
      </w:r>
      <w:r>
        <w:br/>
      </w:r>
      <w:r>
        <w:rPr>
          <w:sz w:val="20"/>
        </w:rPr>
        <w:t>4:22  is par ghaur karne ke baad mere saamne baat aati hai ke har cheez ka moral, chahe ek boat banana ho ya ek hawai jahaz banana ho,</w:t>
      </w:r>
      <w:r>
        <w:br/>
      </w:r>
      <w:r>
        <w:rPr>
          <w:sz w:val="20"/>
        </w:rPr>
        <w:t>4:41  isi tarah se jo theory daryaft ki insaan ne, maslan quantum mechanics, theory of relativity, uska bhi moral.</w:t>
      </w:r>
      <w:r>
        <w:br/>
      </w:r>
      <w:r>
        <w:rPr>
          <w:sz w:val="20"/>
        </w:rPr>
        <w:t>4:54  insaan ke mind mein peshgi taur par har cheez ka moral maujood hai. jab aadmi explore karta hai, jab woh experiment karta hai, jab woh observe karta hai cheezon ko,</w:t>
      </w:r>
      <w:r>
        <w:br/>
      </w:r>
      <w:r>
        <w:rPr>
          <w:sz w:val="20"/>
        </w:rPr>
        <w:t>5:09  to jab koi cheez uske saamne aati hai during observation, to uske mind mein jo already moral maujood hai, use tele karta jaata hai.</w:t>
      </w:r>
      <w:r>
        <w:br/>
      </w:r>
      <w:r>
        <w:rPr>
          <w:sz w:val="20"/>
        </w:rPr>
        <w:t>5:18  isi ka naam hai discovery.</w:t>
      </w:r>
      <w:r>
        <w:br/>
      </w:r>
      <w:r>
        <w:rPr>
          <w:sz w:val="20"/>
        </w:rPr>
        <w:t>5:22  yeh baat maine samjhi hai is aayat se ke Hazrat Nuh ne jo kashti banayi thi, to shayad woh pehli kashti thi insani history ki.</w:t>
      </w:r>
      <w:r>
        <w:br/>
      </w:r>
      <w:r>
        <w:rPr>
          <w:sz w:val="20"/>
        </w:rPr>
        <w:t>5:37  to iske bare mein aayat aayi hai ke: "fa'staa'al fulka bi a'yunina wa wahiyna".</w:t>
      </w:r>
      <w:r>
        <w:br/>
      </w:r>
      <w:r>
        <w:rPr>
          <w:sz w:val="20"/>
        </w:rPr>
        <w:t>5:46  yaani kashti banao hamari wahi ki roshni mein.</w:t>
      </w:r>
      <w:r>
        <w:br/>
      </w:r>
      <w:r>
        <w:rPr>
          <w:sz w:val="20"/>
        </w:rPr>
        <w:t>5:53  to wahi ka matlab mere khayal se yeh nahi hai ke wahan par koi farishta tha jo batata tha. wahi ka matlab wohi hai, yaani insaan ke mind mein jo moral hai, kashti ka moral,</w:t>
      </w:r>
      <w:r>
        <w:br/>
      </w:r>
      <w:r>
        <w:rPr>
          <w:sz w:val="20"/>
        </w:rPr>
        <w:t>6:07  iske mutabiq. agar aadmi ke mind mein moral na ho cheezon ke to aadmi kuch nahi kar sakta.</w:t>
      </w:r>
      <w:r>
        <w:br/>
      </w:r>
      <w:r>
        <w:rPr>
          <w:sz w:val="20"/>
        </w:rPr>
        <w:t>6:14  jaise aap dekhiye, haiwanat ke mind mein koi moral nahi hai, isliye woh koi cheez takhleeq nahi kar sake. maslan hathi ke bare mein kaha jata hai ke bohat hi intelligent hota hai,</w:t>
      </w:r>
      <w:r>
        <w:br/>
      </w:r>
      <w:r>
        <w:rPr>
          <w:sz w:val="20"/>
        </w:rPr>
        <w:t>6:28  bohat zyada intelligent. lekin hathi kuch koi cheez create nahi kar saka kyunke uske mind mein cheezon ka moral nahi hai.</w:t>
      </w:r>
      <w:r>
        <w:br/>
      </w:r>
      <w:r>
        <w:rPr>
          <w:sz w:val="20"/>
        </w:rPr>
        <w:t>6:39  to insaan ke mind mein har cheez ka moral, har cheez ka moral, chahe woh theory hai to theoretical moral, factual baat hai to practical moral.</w:t>
      </w:r>
      <w:r>
        <w:br/>
      </w:r>
      <w:r>
        <w:rPr>
          <w:sz w:val="20"/>
        </w:rPr>
        <w:t>6:52  to aadmi jab observe karta hai, research karta hai, tehqeeq karta hai to tehqeeq ke dauran aisa hota hai ke cheezein flash karti hain, cheezein saamne aati rehti hain.</w:t>
      </w:r>
      <w:r>
        <w:br/>
      </w:r>
      <w:r>
        <w:rPr>
          <w:sz w:val="20"/>
        </w:rPr>
        <w:t>7:09  to jahan aisa hota hai ke woh uske mind ka jo moral hai, use tele kiya jata hai, to bas wahan se aadmi ki discovery shuru hoti hai.</w:t>
      </w:r>
      <w:r>
        <w:br/>
      </w:r>
      <w:r>
        <w:rPr>
          <w:sz w:val="20"/>
        </w:rPr>
        <w:t>7:22  to jitni bhi discoveries hain mere nazdeek woh sab isi tareeqe se wajood mein aayi hain. to Allah taala ne insaan ko paida kiya tha is liye ke woh marifat hasil kar</w:t>
      </w:r>
      <w:r>
        <w:br/>
      </w:r>
      <w:r>
        <w:rPr>
          <w:sz w:val="20"/>
        </w:rPr>
        <w:t>7:37  e, Allah ka abid bane. Yani</w:t>
      </w:r>
      <w:r>
        <w:br/>
      </w:r>
      <w:r>
        <w:rPr>
          <w:sz w:val="20"/>
        </w:rPr>
        <w:t>7:42  self discord marifat mein qaim ho. Self discord</w:t>
      </w:r>
      <w:r>
        <w:br/>
      </w:r>
      <w:r>
        <w:rPr>
          <w:sz w:val="20"/>
        </w:rPr>
        <w:t>7:52  khud se discord kare. Allah taala ko self discord marifat bohat hi zyada mehboob hai. To sare halaat diye.</w:t>
      </w:r>
      <w:r>
        <w:br/>
      </w:r>
      <w:r>
        <w:rPr>
          <w:sz w:val="20"/>
        </w:rPr>
        <w:t>8:03  aadmi ko mind diya, bohat aisa mind jo kisi ko nahi diya. Phir mind mein har cheez ka moral rakh diya.</w:t>
      </w:r>
      <w:r>
        <w:br/>
      </w:r>
      <w:r>
        <w:rPr>
          <w:sz w:val="20"/>
        </w:rPr>
        <w:t>8:13  Aur kainat ko is tarah banaya ke wo sab us ke charge mein ho gayi. Jisko Quran mein "sakhkhar" ka lafz mein bataya gaya hai, maskhar kar diya.</w:t>
      </w:r>
      <w:r>
        <w:br/>
      </w:r>
      <w:r>
        <w:rPr>
          <w:sz w:val="20"/>
        </w:rPr>
        <w:t>8:25  Maskhar ka mani yeh hai ke wo har cheez us ke liye discoverable hai.</w:t>
      </w:r>
      <w:r>
        <w:br/>
      </w:r>
      <w:r>
        <w:rPr>
          <w:sz w:val="20"/>
        </w:rPr>
        <w:t>8:33  Har cheez ko wo istemal kar sakta hai. To insan ne apne is zehan mein jo moral tha usi ko le le kar ke cheezein banayin.</w:t>
      </w:r>
      <w:r>
        <w:br/>
      </w:r>
      <w:r>
        <w:rPr>
          <w:sz w:val="20"/>
        </w:rPr>
        <w:t>8:44  Misal ke taur par dekhiye, microscope hai ya telescope hai, mein samajhta hoon ke is sab ka moral maujood tha pehle se.</w:t>
      </w:r>
      <w:r>
        <w:br/>
      </w:r>
      <w:r>
        <w:rPr>
          <w:sz w:val="20"/>
        </w:rPr>
        <w:t>8:55  Is ko aadmi ne jab actualize kiya to telescope aur microscope ban gayi.</w:t>
      </w:r>
      <w:r>
        <w:br/>
      </w:r>
      <w:r>
        <w:rPr>
          <w:sz w:val="20"/>
        </w:rPr>
        <w:t>9:03  Microscope. Taa ke insan micro world ko bhi dekhe aur macro world ko bhi dekhe. Aur phir explore kare cheezon ko.</w:t>
      </w:r>
    </w:p>
    <w:p>
      <w:pPr>
        <w:pStyle w:val="Heading2"/>
      </w:pPr>
      <w:r>
        <w:t>Surah Ra'd's law: only givers ever prevail</w:t>
      </w:r>
    </w:p>
    <w:p>
      <w:r>
        <w:rPr>
          <w:color w:val="666666"/>
          <w:sz w:val="18"/>
        </w:rPr>
        <w:t>Ramadan and Quranic Guidance July 29, 2012 · 2m 43s · at 21:13 · https://youtu.be/WxpcI7qi4d0?t=1273</w:t>
      </w:r>
    </w:p>
    <w:p>
      <w:r>
        <w:rPr>
          <w:i/>
        </w:rPr>
        <w:t>“Quran mein Surah Ra'd mein ek aayat hai”</w:t>
      </w:r>
    </w:p>
    <w:p>
      <w:r>
        <w:rPr>
          <w:sz w:val="20"/>
        </w:rPr>
        <w:t>21:13  aise hi dekhiye, main soch raha tha ke aik baat samajh mein aai. ke quran mein surah al raad mein aik ayat hai.</w:t>
      </w:r>
      <w:r>
        <w:br/>
      </w:r>
      <w:r>
        <w:rPr>
          <w:sz w:val="20"/>
        </w:rPr>
        <w:t>21:28  "wa amma ma yanfa'u al nas fa yamkusu fi al ladhiina" is mein do misalein batai gai hain, nature ki misalein.</w:t>
      </w:r>
      <w:r>
        <w:br/>
      </w:r>
      <w:r>
        <w:rPr>
          <w:sz w:val="20"/>
        </w:rPr>
        <w:t>21:39  do misalein. woh aap surah al raad mein dekh sakte hain.</w:t>
      </w:r>
      <w:r>
        <w:br/>
      </w:r>
      <w:r>
        <w:rPr>
          <w:sz w:val="20"/>
        </w:rPr>
        <w:t>21:45  in do misalon ko bata kar ke farmaya ke "wa amma ma yanfa'u al nas fa yamkusu fi al ladhiina" jo nafeh bakhsh hota hai, us ko zameen mein bakhsh milta hai.</w:t>
      </w:r>
      <w:r>
        <w:br/>
      </w:r>
      <w:r>
        <w:rPr>
          <w:sz w:val="20"/>
        </w:rPr>
        <w:t>22:02  dosre lafzon mein is ka matlab yeh hai ke</w:t>
      </w:r>
      <w:r>
        <w:br/>
      </w:r>
      <w:r>
        <w:rPr>
          <w:sz w:val="20"/>
        </w:rPr>
        <w:t>22:11  ke givers always prevail.</w:t>
      </w:r>
      <w:r>
        <w:br/>
      </w:r>
      <w:r>
        <w:rPr>
          <w:sz w:val="20"/>
        </w:rPr>
        <w:t>22:19  givers always prevail. jo dene wale hote hain, wohi prevail karte hain. ab yeh kaisi ajeeb o ghareeb baat hai?</w:t>
      </w:r>
      <w:r>
        <w:br/>
      </w:r>
      <w:r>
        <w:rPr>
          <w:sz w:val="20"/>
        </w:rPr>
        <w:t>22:34  ke aik aap ko aik raaz bataya gaya ke apne zamanay mein, apni society mein, apne daur mein, agar aap chahte hain koi bara darja mile aap ko to kya banen aap?</w:t>
      </w:r>
      <w:r>
        <w:br/>
      </w:r>
      <w:r>
        <w:rPr>
          <w:sz w:val="20"/>
        </w:rPr>
        <w:t>22:46  aap giver banen, giver.</w:t>
      </w:r>
      <w:r>
        <w:br/>
      </w:r>
      <w:r>
        <w:rPr>
          <w:sz w:val="20"/>
        </w:rPr>
        <w:t>22:50  giver. agar aap tareeqa chala rahe hon ke mujhe yeh do, mujhe woh do. mujh ko yeh chahiye, mujh ko woh chahiye.</w:t>
      </w:r>
      <w:r>
        <w:br/>
      </w:r>
      <w:r>
        <w:rPr>
          <w:sz w:val="20"/>
        </w:rPr>
        <w:t>23:00  to</w:t>
      </w:r>
      <w:r>
        <w:br/>
      </w:r>
      <w:r>
        <w:rPr>
          <w:sz w:val="20"/>
        </w:rPr>
        <w:t>23:01  aap aik taker community ban jayen gay. lekin mile ga kuch bhi nahi. aik aik aik mangne wale aur aur aur protest karne wale ban jayen gay.</w:t>
      </w:r>
      <w:r>
        <w:br/>
      </w:r>
      <w:r>
        <w:rPr>
          <w:sz w:val="20"/>
        </w:rPr>
        <w:t>23:16  lekin mile ga kuch bhi nahi. kyun ke mile ga to kab? jab aap giver banen. yani dunya mein, yani giver logon ke liye sab kuch hai.</w:t>
      </w:r>
      <w:r>
        <w:br/>
      </w:r>
      <w:r>
        <w:rPr>
          <w:sz w:val="20"/>
        </w:rPr>
        <w:t>23:30  jis ke pas dene ke liye kuch na ho, us ko is dunya mein kuch mile ga bhi nahi. to yeh aik dekhiye, is mein aik principle bataya gaya, aik usool bata diya gaya.</w:t>
      </w:r>
      <w:r>
        <w:br/>
      </w:r>
      <w:r>
        <w:rPr>
          <w:sz w:val="20"/>
        </w:rPr>
        <w:t>23:43  keh agar tum chahte ho dunya se kuch paana to dene wale bano. dene wale bano.</w:t>
      </w:r>
      <w:r>
        <w:br/>
      </w:r>
      <w:r>
        <w:rPr>
          <w:sz w:val="20"/>
        </w:rPr>
        <w:t>23:54  yeh ek zindagi ka raaz hai.</w:t>
      </w:r>
    </w:p>
    <w:p>
      <w:pPr>
        <w:pStyle w:val="Heading2"/>
      </w:pPr>
      <w:r>
        <w:t>Deep reflection reveals Quran's treasures</w:t>
      </w:r>
    </w:p>
    <w:p>
      <w:r>
        <w:rPr>
          <w:color w:val="666666"/>
          <w:sz w:val="18"/>
        </w:rPr>
        <w:t>The Quran September 20, 2020 Maulana Wahiduddin Khan · 30s · at 20:33 · https://youtu.be/yQZGg2A0-Tk?t=1233</w:t>
      </w:r>
    </w:p>
    <w:p>
      <w:r>
        <w:rPr>
          <w:i/>
        </w:rPr>
        <w:t>“Quran ko jab aap bohat ghour karein ge”</w:t>
      </w:r>
    </w:p>
    <w:p>
      <w:r>
        <w:rPr>
          <w:sz w:val="20"/>
        </w:rPr>
        <w:t>20:33  eureka? eureka, eureka</w:t>
      </w:r>
      <w:r>
        <w:br/>
      </w:r>
      <w:r>
        <w:rPr>
          <w:sz w:val="20"/>
        </w:rPr>
        <w:t>20:39  ke quran ko jab aap bohat ghor karenge to allah ke tofeeq se aap par badan khulenge.</w:t>
      </w:r>
      <w:r>
        <w:br/>
      </w:r>
      <w:r>
        <w:rPr>
          <w:sz w:val="20"/>
        </w:rPr>
        <w:t>20:49  phir aap kahan padhenge ke wallah wajadt, wallah wajadt?</w:t>
      </w:r>
      <w:r>
        <w:br/>
      </w:r>
      <w:r>
        <w:rPr>
          <w:sz w:val="20"/>
        </w:rPr>
        <w:t>20:56  yahi tareeqa hai.</w:t>
      </w:r>
    </w:p>
    <w:p>
      <w:pPr>
        <w:pStyle w:val="Heading2"/>
      </w:pPr>
      <w:r>
        <w:t>Compilation of Quran under caliphs</w:t>
      </w:r>
    </w:p>
    <w:p>
      <w:r>
        <w:rPr>
          <w:color w:val="666666"/>
          <w:sz w:val="18"/>
        </w:rPr>
        <w:t>The Message of the Quran - Part-2 (English) | March 07, 2007 | Maulana Wahiduddin Khan · 6m 04s · at 22:42 · https://youtu.be/oqDHIm3IUw4?t=1362</w:t>
      </w:r>
    </w:p>
    <w:p>
      <w:r>
        <w:rPr>
          <w:i/>
        </w:rPr>
        <w:t>“After completion, charge given to Abu Bakr”</w:t>
      </w:r>
    </w:p>
    <w:p>
      <w:r>
        <w:rPr>
          <w:sz w:val="20"/>
        </w:rPr>
        <w:t>22:42  after the completion of the Quran, the charge of the Muslim society was given to Abu Bakr. He was the first caliph of Islam. So Abu Bakr, who was the first caliph, asked for Zayd ibn Thawit al-Ansari. During Prophet's time, Z</w:t>
      </w:r>
      <w:r>
        <w:br/>
      </w:r>
      <w:r>
        <w:rPr>
          <w:sz w:val="20"/>
        </w:rPr>
        <w:t>23:12  ayd ibn Thawit was head katib. That is head— that is head of this— head of this process. There were more than a dozen secretary or katib. But Zayd ibn Thawit was— Zayd ibn Thawit al-Ansari was head of that team. So</w:t>
      </w:r>
      <w:r>
        <w:br/>
      </w:r>
      <w:r>
        <w:rPr>
          <w:sz w:val="20"/>
        </w:rPr>
        <w:t>23:43  second caliph asked for Zayd ibn Thawit al-Ansari and gave him this— this task. So he— he wrote the whole Quran in— in a book form. Before this book, Quran was either in memory</w:t>
      </w:r>
      <w:r>
        <w:br/>
      </w:r>
      <w:r>
        <w:rPr>
          <w:sz w:val="20"/>
        </w:rPr>
        <w:t>24:14  or in fragmentary pieces. So Zayd ibn Thawit al-Ansari gathered all those things. And also he asked all those huffaz, who— who were— who have memorized the Quran, the whole Quran. So by the aid— by the— by the help of those huffaz and also by the help of those writ</w:t>
      </w:r>
      <w:r>
        <w:br/>
      </w:r>
      <w:r>
        <w:rPr>
          <w:sz w:val="20"/>
        </w:rPr>
        <w:t>24:44  ings, he compiled the whole Quran. He wrote the Quran in— in the— in— in this— in— in— in sheets. You know, at that time, present kind of papers were not available, but an old kind of papers that was invented in Egypt and China</w:t>
      </w:r>
      <w:r>
        <w:br/>
      </w:r>
      <w:r>
        <w:rPr>
          <w:sz w:val="20"/>
        </w:rPr>
        <w:t>25:14  was available there. So he wrote the Quran on this paper. This was called papyrus. So he wrote all the Quran on papyrus. After completing this, he prepared</w:t>
      </w:r>
      <w:r>
        <w:br/>
      </w:r>
      <w:r>
        <w:rPr>
          <w:sz w:val="20"/>
        </w:rPr>
        <w:t>25:44  a book. This book was called Raba. Raba means square. The size of this first copy of the Quran was square. So it was called Raba. This was the first prepared copy of the Quran. This copy— this copy— this— this copy of the Quran was prepared during the first caliph. Th</w:t>
      </w:r>
      <w:r>
        <w:br/>
      </w:r>
      <w:r>
        <w:rPr>
          <w:sz w:val="20"/>
        </w:rPr>
        <w:t>26:14  en this copy, that was authentic copy of the Quran, was kept with Hafsa. Hafsa was wife of the Prophet. He was— she was— she was a senior member of Prophet's family. So this— this— this copy of the Quran was kept</w:t>
      </w:r>
      <w:r>
        <w:br/>
      </w:r>
      <w:r>
        <w:rPr>
          <w:sz w:val="20"/>
        </w:rPr>
        <w:t>26:45  with Hafsa. Then during the— the third caliph, Uthman ibn Affan, Uthman ibn Affan wanted to prepare more copies of the Quran. So Uthman ibn Affan, the third caliph, asked for that copy. And after having that copy, he ordered</w:t>
      </w:r>
      <w:r>
        <w:br/>
      </w:r>
      <w:r>
        <w:rPr>
          <w:sz w:val="20"/>
        </w:rPr>
        <w:t>27:15  several experts to prepare more copies. So these experts prepared more copies of the Quran. And these copies were sent to every country, every city. You know, at that time, Islamic world was expanded. It was not only—</w:t>
      </w:r>
      <w:r>
        <w:br/>
      </w:r>
      <w:r>
        <w:rPr>
          <w:sz w:val="20"/>
        </w:rPr>
        <w:t>27:45  it was not confined only to Mecca and Medina, but it was expanded from Asia to Africa. So he prepared copies of the Quran and sent these copies to every country and every city. So this copy— these copies of the Quran were kept in— in Jama Masjid. In every Jama Masjid, there was a copy. And it was</w:t>
      </w:r>
      <w:r>
        <w:br/>
      </w:r>
      <w:r>
        <w:rPr>
          <w:sz w:val="20"/>
        </w:rPr>
        <w:t>28:15  announced that anyone who wants to prepare a new copy, he must see this book, this copy. So then people prepared more copies. And then hundred or thousand copies were prepared by the aid of this authentic copy.</w:t>
      </w:r>
    </w:p>
    <w:p>
      <w:pPr>
        <w:pStyle w:val="Heading2"/>
      </w:pPr>
      <w:r>
        <w:t>Literal meaning of Quran</w:t>
      </w:r>
    </w:p>
    <w:p>
      <w:r>
        <w:rPr>
          <w:color w:val="666666"/>
          <w:sz w:val="18"/>
        </w:rPr>
        <w:t>An Introduction to the Quran May 28, 2008 · 37s · at 0:54 · https://youtu.be/nmB34NmA_aI?t=54</w:t>
      </w:r>
    </w:p>
    <w:p>
      <w:r>
        <w:rPr>
          <w:i/>
        </w:rPr>
        <w:t>“Quran ka literal matlab hai 'to be read'.”</w:t>
      </w:r>
    </w:p>
    <w:p>
      <w:r>
        <w:rPr>
          <w:sz w:val="20"/>
        </w:rPr>
        <w:t>0:54  Quran ke literal matlab hai "to be read", yaani jo cheez padhi jaye.</w:t>
      </w:r>
      <w:r>
        <w:br/>
      </w:r>
      <w:r>
        <w:rPr>
          <w:sz w:val="20"/>
        </w:rPr>
        <w:t>1:05  yaani Quran woh kitaab hai jis ko padh kar aap iska matlab samajh sakte hain. ya Quran ek revealed book hai, yaani seventh century ke first quarter mein Khuda ne Quran ko Prophet Muhammad par reveal kiya.</w:t>
      </w:r>
    </w:p>
    <w:p>
      <w:pPr>
        <w:pStyle w:val="Heading2"/>
      </w:pPr>
      <w:r>
        <w:t>Disputes should not affect religion</w:t>
      </w:r>
    </w:p>
    <w:p>
      <w:r>
        <w:rPr>
          <w:color w:val="666666"/>
          <w:sz w:val="18"/>
        </w:rPr>
        <w:t>Story of Sahaba | January 11, 2008 · 30s · at 37:27 · https://youtu.be/CtZdUnx9tLU?t=2247</w:t>
      </w:r>
    </w:p>
    <w:p>
      <w:r>
        <w:rPr>
          <w:i/>
        </w:rPr>
        <w:t>“Koi negative baatein kahi usne”</w:t>
      </w:r>
    </w:p>
    <w:p>
      <w:r>
        <w:rPr>
          <w:sz w:val="20"/>
        </w:rPr>
        <w:t>37:27  koi negative baatein kahein us ne, jis se ke unhein khalid se nafrat ho jaye, khalid ke bare</w:t>
      </w:r>
      <w:r>
        <w:br/>
      </w:r>
      <w:r>
        <w:rPr>
          <w:sz w:val="20"/>
        </w:rPr>
        <w:t>37:32  mein un ki rai buri ho jaye.</w:t>
      </w:r>
      <w:r>
        <w:br/>
      </w:r>
      <w:r>
        <w:rPr>
          <w:sz w:val="20"/>
        </w:rPr>
        <w:t>37:38  is waqt dekhiye ke unhon ne kya kaha.</w:t>
      </w:r>
      <w:r>
        <w:br/>
      </w:r>
      <w:r>
        <w:rPr>
          <w:sz w:val="20"/>
        </w:rPr>
        <w:t>37:43  yeh hai sahabi ka andaaz.</w:t>
      </w:r>
      <w:r>
        <w:br/>
      </w:r>
      <w:r>
        <w:rPr>
          <w:sz w:val="20"/>
        </w:rPr>
        <w:t>37:48  unhon ne kaha ke ma fain ma bainana lam yabin deenana.</w:t>
      </w:r>
      <w:r>
        <w:br/>
      </w:r>
      <w:r>
        <w:rPr>
          <w:sz w:val="20"/>
        </w:rPr>
        <w:t>37:53  kaha ke door ho, hamare aur khalid ke beech mein jo</w:t>
      </w:r>
    </w:p>
    <w:p>
      <w:pPr>
        <w:pStyle w:val="Heading2"/>
      </w:pPr>
      <w:r>
        <w:t>Muslims still lower hand after 200 years</w:t>
      </w:r>
    </w:p>
    <w:p>
      <w:r>
        <w:rPr>
          <w:color w:val="666666"/>
          <w:sz w:val="18"/>
        </w:rPr>
        <w:t>Divine Laws of Success Oct 14, 2012 - Maulana Wahiduddin Khan · 36s · at 4:27 · https://youtu.be/IoGqkqami0w?t=267</w:t>
      </w:r>
    </w:p>
    <w:p>
      <w:r>
        <w:rPr>
          <w:i/>
        </w:rPr>
        <w:t>“Lekin kahan ye waqea hua ke musalman ghalib aa gaye?”</w:t>
      </w:r>
    </w:p>
    <w:p>
      <w:r>
        <w:rPr>
          <w:sz w:val="20"/>
        </w:rPr>
        <w:t>4:27  lekin kahan yeh waqea hua ke musalman ghalib aa gaye? musalman upper hand ban gaye.</w:t>
      </w:r>
      <w:r>
        <w:br/>
      </w:r>
      <w:r>
        <w:rPr>
          <w:sz w:val="20"/>
        </w:rPr>
        <w:t>4:38  hum sab jante hain ke abhi tak musalman lower hand bane hue hain. do sau saal ki tareekh ke bawajood musalman upper hand nahi bane, lower hand bane hue hain.</w:t>
      </w:r>
      <w:r>
        <w:br/>
      </w:r>
      <w:r>
        <w:rPr>
          <w:sz w:val="20"/>
        </w:rPr>
        <w:t>4:51  do sau saal mein is liye kehta hoon ke yeh tareekh shuru hui hai 1799 se, jab ke Sultan Tipu angrezon se ladte hue mare gaye thay.</w:t>
      </w:r>
    </w:p>
    <w:p>
      <w:pPr>
        <w:pStyle w:val="Heading2"/>
      </w:pPr>
      <w:r>
        <w:t>American mosque iftar had no talk of God</w:t>
      </w:r>
    </w:p>
    <w:p>
      <w:r>
        <w:rPr>
          <w:color w:val="666666"/>
          <w:sz w:val="18"/>
        </w:rPr>
        <w:t>For The Sake of God July 27, 2014 · 56s · at 3:46 · https://youtu.be/3lPfny7j2NE?t=226</w:t>
      </w:r>
    </w:p>
    <w:p>
      <w:r>
        <w:rPr>
          <w:i/>
        </w:rPr>
        <w:t>“Ek baar main America mein tha Ramadan ke mahine mein”</w:t>
      </w:r>
    </w:p>
    <w:p>
      <w:r>
        <w:rPr>
          <w:sz w:val="20"/>
        </w:rPr>
        <w:t>3:46  ek baar mein america mein tha ramzan ke mahine mein, to log mujhe le gaye ek masjid mein. wahan par ijtamai iftar tha america ke musalmanon ka.</w:t>
      </w:r>
      <w:r>
        <w:br/>
      </w:r>
      <w:r>
        <w:rPr>
          <w:sz w:val="20"/>
        </w:rPr>
        <w:t>4:00  wahan bachche hue the, boorhe the, jawan bhi the, aurtein bhi theen. ek dhoom machi hui thi, jaise shadi mein mele mein dhoom machati hai, bas khane peene ki baatein, idhar udhar ki baatein.</w:t>
      </w:r>
      <w:r>
        <w:br/>
      </w:r>
      <w:r>
        <w:rPr>
          <w:sz w:val="20"/>
        </w:rPr>
        <w:t>4:14  kam az kam mere kaanon ne wahan Khuda par baat nahi suni, jannat dozakh ki baat nahi suni, akhirat ki baat nahi suni, taqwa ki baat nahi suni.</w:t>
      </w:r>
      <w:r>
        <w:br/>
      </w:r>
      <w:r>
        <w:rPr>
          <w:sz w:val="20"/>
        </w:rPr>
        <w:t>4:25  to mein sochta raha ke kya isi roze ke liye itna bada sawab hai, isi roze ke liye? to mujhe Allah ke rehmat ka aur Allah ke reward ka yeh underestimation laga,</w:t>
      </w:r>
    </w:p>
    <w:p>
      <w:pPr>
        <w:pStyle w:val="Heading2"/>
      </w:pPr>
      <w:r>
        <w:t>Maulana's discipline: two nafl prayers then back to work</w:t>
      </w:r>
    </w:p>
    <w:p>
      <w:r>
        <w:rPr>
          <w:color w:val="666666"/>
          <w:sz w:val="18"/>
        </w:rPr>
        <w:t>CPS Women Monthly Q and A with Prof. Farida Khanam &amp; Maulana Farhad Ahmed Umeri November 26, 2023 · 51s · at 17:25 · https://youtu.be/0UB0fZWd5X0?t=1045</w:t>
      </w:r>
    </w:p>
    <w:p>
      <w:r>
        <w:rPr>
          <w:i/>
        </w:rPr>
        <w:t>“Hamare do bhai bahan ka intezaar hua, pehla beta tha”</w:t>
      </w:r>
    </w:p>
    <w:p>
      <w:r>
        <w:rPr>
          <w:sz w:val="20"/>
        </w:rPr>
        <w:t>17:25  hamare do bhai behan ka intezaar hua. pehla beta tha uska naam tha Shamsul Islam. jab abba doosre sheher mein the. abba ko jab woh bheja gaya khabar Telegram ke zariye bas woh uthe do namaz padi phir kaam mein lag gaye. aisi ek behan Sanisnyan se badi do saal ki. toh jab unka inteqal hua toh phir abba ne bas dhorakat namaz padi phir kaam mein lag gaye.</w:t>
      </w:r>
      <w:r>
        <w:br/>
      </w:r>
      <w:r>
        <w:rPr>
          <w:sz w:val="20"/>
        </w:rPr>
        <w:t>17:51  toh woh duniya ke duniya mein woh nahi hote the matlab bas nahi hote the. guqri abba bahut clear hua jazaqilla. mhmm mhmm, jazaqilla abba for that answer of telling about Maulana sahib we have also observed him in this way. what you are saying abba he was basically crafted like that only by kaur because Allah taalaah unse bahut bada kaam lena chahte hain.</w:t>
      </w:r>
      <w:r>
        <w:br/>
      </w:r>
      <w:r>
        <w:rPr>
          <w:sz w:val="20"/>
        </w:rPr>
        <w:t>18:16  yeh ideology jo hamare paas hai jiske zariye hum logon tak aur literature pahuncha rahe hain yeh bahut badi ideology hai aur itni mehnat ke bina woh ho nahi sakta tha. this is a work that Allah wanted from him to be done. so that is why his life was totally dedicated to the mission. now anyone, any more questions, please go ahead.</w:t>
      </w:r>
    </w:p>
    <w:p>
      <w:pPr>
        <w:pStyle w:val="Heading2"/>
      </w:pPr>
      <w:r>
        <w:t>From belief to the day of no help</w:t>
      </w:r>
    </w:p>
    <w:p>
      <w:r>
        <w:rPr>
          <w:color w:val="666666"/>
          <w:sz w:val="18"/>
        </w:rPr>
        <w:t>The Judgement Day · 4m 12s · at 1:06 · https://youtu.be/sspJB8iuem4?t=66</w:t>
      </w:r>
    </w:p>
    <w:p>
      <w:r>
        <w:rPr>
          <w:i/>
        </w:rPr>
        <w:t>“Belief in the Day of Judgment is a fundamental article of faith”</w:t>
      </w:r>
    </w:p>
    <w:p>
      <w:r>
        <w:rPr>
          <w:sz w:val="20"/>
        </w:rPr>
        <w:t>1:06  belief in the day of judgment is a fundamental article of faith in islam. it is also referred to in the quran as the hour day of the account, day of the gathering, day of the reckoning, day of distress, and great announcement.</w:t>
      </w:r>
      <w:r>
        <w:br/>
      </w:r>
      <w:r>
        <w:rPr>
          <w:sz w:val="20"/>
        </w:rPr>
        <w:t>1:24  the islamic concept of the judgment day tells us that the world as we know it will come</w:t>
      </w:r>
      <w:r>
        <w:br/>
      </w:r>
      <w:r>
        <w:rPr>
          <w:sz w:val="20"/>
        </w:rPr>
        <w:t>1:30  to an end one day.</w:t>
      </w:r>
      <w:r>
        <w:br/>
      </w:r>
      <w:r>
        <w:rPr>
          <w:sz w:val="20"/>
        </w:rPr>
        <w:t>1:32  this is the dooms day, or the judgment day.</w:t>
      </w:r>
      <w:r>
        <w:br/>
      </w:r>
      <w:r>
        <w:rPr>
          <w:sz w:val="20"/>
        </w:rPr>
        <w:t>1:35  on dooms day, god will unravel all veils.</w:t>
      </w:r>
      <w:r>
        <w:br/>
      </w:r>
      <w:r>
        <w:rPr>
          <w:sz w:val="20"/>
        </w:rPr>
        <w:t>1:39  all things that were hidden and unseen from you will appear as clear as daylight.</w:t>
      </w:r>
      <w:r>
        <w:br/>
      </w:r>
      <w:r>
        <w:rPr>
          <w:sz w:val="20"/>
        </w:rPr>
        <w:t>1:45  this will be the day of judgment, when no action done in the world will remain hidden.</w:t>
      </w:r>
      <w:r>
        <w:br/>
      </w:r>
      <w:r>
        <w:rPr>
          <w:sz w:val="20"/>
        </w:rPr>
        <w:t>1:51  even a tiny good deed, or bad deed</w:t>
      </w:r>
      <w:r>
        <w:br/>
      </w:r>
      <w:r>
        <w:rPr>
          <w:sz w:val="20"/>
        </w:rPr>
        <w:t>1:55  done in the world, will appear as plain as daylight. on this day, all virtuous human beings will be rewarded for their good deeds, whatsoever they may have been, and all corrupt and depraved people will be doomed for their bad deeds, whatsoever they may have been.</w:t>
      </w:r>
      <w:r>
        <w:br/>
      </w:r>
      <w:r>
        <w:rPr>
          <w:sz w:val="20"/>
        </w:rPr>
        <w:t>2:14  referring to dooms day, or the last day, the quran says, "when the earth is shaken with its</w:t>
      </w:r>
      <w:r>
        <w:br/>
      </w:r>
      <w:r>
        <w:rPr>
          <w:sz w:val="20"/>
        </w:rPr>
        <w:t>2:20  violent shaking, when the earth shakes off her burdens, when man asks, 'what's happening to her?'</w:t>
      </w:r>
      <w:r>
        <w:br/>
      </w:r>
      <w:r>
        <w:rPr>
          <w:sz w:val="20"/>
        </w:rPr>
        <w:t>2:27  on that day, it will narrate its account, 'for your lord has so directed it.'</w:t>
      </w:r>
      <w:r>
        <w:br/>
      </w:r>
      <w:r>
        <w:rPr>
          <w:sz w:val="20"/>
        </w:rPr>
        <w:t>2:32  on that day, people will come forward in separate groups to be shown their deeds.</w:t>
      </w:r>
      <w:r>
        <w:br/>
      </w:r>
      <w:r>
        <w:rPr>
          <w:sz w:val="20"/>
        </w:rPr>
        <w:t>2:37  whoever has done the smallest particle of good will see it, while whoever has done the smallest particle</w:t>
      </w:r>
      <w:r>
        <w:br/>
      </w:r>
      <w:r>
        <w:rPr>
          <w:sz w:val="20"/>
        </w:rPr>
        <w:t>2:44  of evil</w:t>
      </w:r>
      <w:r>
        <w:br/>
      </w:r>
      <w:r>
        <w:rPr>
          <w:sz w:val="20"/>
        </w:rPr>
        <w:t>2:45  will see it." chapter 99, verses 1 to 8. when the earthquake of dooms day strikes, it will be a proclamation of the termination of the period of trial. this will mean that the freedom, which people had been allotted for the purpose of them being tested, has been taken away from them. then the time will have come for people to receive their just deserts.</w:t>
      </w:r>
      <w:r>
        <w:br/>
      </w:r>
      <w:r>
        <w:rPr>
          <w:sz w:val="20"/>
        </w:rPr>
        <w:t>3:10  people eat, drink, and make merry in this world.</w:t>
      </w:r>
      <w:r>
        <w:br/>
      </w:r>
      <w:r>
        <w:rPr>
          <w:sz w:val="20"/>
        </w:rPr>
        <w:t>3:14  they establish themselves in comfortable homes.</w:t>
      </w:r>
      <w:r>
        <w:br/>
      </w:r>
      <w:r>
        <w:rPr>
          <w:sz w:val="20"/>
        </w:rPr>
        <w:t>3:17  they seek to win promotion and life.</w:t>
      </w:r>
      <w:r>
        <w:br/>
      </w:r>
      <w:r>
        <w:rPr>
          <w:sz w:val="20"/>
        </w:rPr>
        <w:t>3:19  they believe or reject matters at will.</w:t>
      </w:r>
      <w:r>
        <w:br/>
      </w:r>
      <w:r>
        <w:rPr>
          <w:sz w:val="20"/>
        </w:rPr>
        <w:t>3:22  they are free to do and say what they like.</w:t>
      </w:r>
      <w:r>
        <w:br/>
      </w:r>
      <w:r>
        <w:rPr>
          <w:sz w:val="20"/>
        </w:rPr>
        <w:t>3:25  they strive to excel in whatever department of life they choose.</w:t>
      </w:r>
      <w:r>
        <w:br/>
      </w:r>
      <w:r>
        <w:rPr>
          <w:sz w:val="20"/>
        </w:rPr>
        <w:t>3:29  man has been deluded by his worldly position.</w:t>
      </w:r>
      <w:r>
        <w:br/>
      </w:r>
      <w:r>
        <w:rPr>
          <w:sz w:val="20"/>
        </w:rPr>
        <w:t>3:33  he thinks that what he owns in this world will always be his.</w:t>
      </w:r>
      <w:r>
        <w:br/>
      </w:r>
      <w:r>
        <w:rPr>
          <w:sz w:val="20"/>
        </w:rPr>
        <w:t>3:37  he forgets that he is being put to the test.</w:t>
      </w:r>
      <w:r>
        <w:br/>
      </w:r>
      <w:r>
        <w:rPr>
          <w:sz w:val="20"/>
        </w:rPr>
        <w:t>3:40  everything</w:t>
      </w:r>
      <w:r>
        <w:br/>
      </w:r>
      <w:r>
        <w:rPr>
          <w:sz w:val="20"/>
        </w:rPr>
        <w:t>3:41  he possesses and every power, which he wields in this ephemeral world, are mere tools to test him. nothing that he has will last. everything will be taken away from him. he will be stripped of even the most basic of the worldly amenities he used to enjoy. he will be brought before the lord of the universe to be judged.</w:t>
      </w:r>
      <w:r>
        <w:br/>
      </w:r>
      <w:r>
        <w:rPr>
          <w:sz w:val="20"/>
        </w:rPr>
        <w:t>4:04  all disparity between human beings will disappear on the day of judgment.</w:t>
      </w:r>
      <w:r>
        <w:br/>
      </w:r>
      <w:r>
        <w:rPr>
          <w:sz w:val="20"/>
        </w:rPr>
        <w:t>4:09  fear of god will seal everybody's tongue.</w:t>
      </w:r>
      <w:r>
        <w:br/>
      </w:r>
      <w:r>
        <w:rPr>
          <w:sz w:val="20"/>
        </w:rPr>
        <w:t>4:12  injustice will benefit no one.</w:t>
      </w:r>
      <w:r>
        <w:br/>
      </w:r>
      <w:r>
        <w:rPr>
          <w:sz w:val="20"/>
        </w:rPr>
        <w:t>4:15  truth will be inescapable.</w:t>
      </w:r>
      <w:r>
        <w:br/>
      </w:r>
      <w:r>
        <w:rPr>
          <w:sz w:val="20"/>
        </w:rPr>
        <w:t>4:17  man will stand alone.</w:t>
      </w:r>
      <w:r>
        <w:br/>
      </w:r>
      <w:r>
        <w:rPr>
          <w:sz w:val="20"/>
        </w:rPr>
        <w:t>4:19  he will be answerable for his actions to God.</w:t>
      </w:r>
      <w:r>
        <w:br/>
      </w:r>
      <w:r>
        <w:rPr>
          <w:sz w:val="20"/>
        </w:rPr>
        <w:t>4:22  referring to the concept of accountability, the Quran says, "when the sky is cleft asunder, and when</w:t>
      </w:r>
      <w:r>
        <w:br/>
      </w:r>
      <w:r>
        <w:rPr>
          <w:sz w:val="20"/>
        </w:rPr>
        <w:t>4:29  the stars are scattered, when the seas overflow, and when the graves are laid open, then</w:t>
      </w:r>
      <w:r>
        <w:br/>
      </w:r>
      <w:r>
        <w:rPr>
          <w:sz w:val="20"/>
        </w:rPr>
        <w:t>4:35  everyone will know what he has sent ahead and what he has left behind." o man, what is it that lures you away from your bountiful sustainer, who created you, fashioned you, and proportioned you in whatever form he</w:t>
      </w:r>
      <w:r>
        <w:br/>
      </w:r>
      <w:r>
        <w:rPr>
          <w:sz w:val="20"/>
        </w:rPr>
        <w:t>4:51  pleased? yet you deny the last judgment. surely, there are guardians watching over you, noble recorders, who know all that you do. the virtuous will dwell in bliss, whereas the wicked will be in hell, which they shall enter on the day of judgment, and from which they will find no escape. what will make you realize what the day of judgment will be?</w:t>
      </w:r>
      <w:r>
        <w:br/>
      </w:r>
      <w:r>
        <w:rPr>
          <w:sz w:val="20"/>
        </w:rPr>
        <w:t>5:15  ? it will be a day when no human being shall be of the least avail to any other human being. god alone will hold command on that day. chapter 82, verses 1 to 19. given the gravity of this certain catastrophe, it is ironic that people are most forgetful of the judgment day. people fail to realize that their own inadequacies should be their prime concern, not those of others. the only time they feel concern</w:t>
      </w:r>
    </w:p>
    <w:p>
      <w:pPr>
        <w:pStyle w:val="Heading2"/>
      </w:pPr>
      <w:r>
        <w:t>Blame yourself first when calamity strikes</w:t>
      </w:r>
    </w:p>
    <w:p>
      <w:r>
        <w:rPr>
          <w:color w:val="666666"/>
          <w:sz w:val="18"/>
        </w:rPr>
        <w:t>In Conversation with Maulana Syed Iqbal Omeri and Maulana Khateeb Asrar Omeri Oct 10, 2023 · 1m 06s · at 4:26 · https://youtu.be/kdukzcSdq6k?t=266</w:t>
      </w:r>
    </w:p>
    <w:p>
      <w:r>
        <w:rPr>
          <w:i/>
        </w:rPr>
        <w:t>“Jab museebat aati hai, khud ko dosh dein ya doosron ko?”</w:t>
      </w:r>
    </w:p>
    <w:p>
      <w:r>
        <w:rPr>
          <w:sz w:val="20"/>
        </w:rPr>
        <w:t>4:26  aam taur se jab bhi koi museebat aati hai, pareshani aati hai to kya hum apne aap ko doshi qarar denge ya doosron ko?</w:t>
      </w:r>
      <w:r>
        <w:br/>
      </w:r>
      <w:r>
        <w:rPr>
          <w:sz w:val="20"/>
        </w:rPr>
        <w:t>4:41  pehlay hum apni ghalti discover karenge ya doosron ki ghalti?</w:t>
      </w:r>
      <w:r>
        <w:br/>
      </w:r>
      <w:r>
        <w:rPr>
          <w:sz w:val="20"/>
        </w:rPr>
        <w:t>4:46  to molana kehte hain ke quran mein dekhiye ke quran kya kehta hai ke wa ma asabakum min museebatin fabima kasabat aydikum wa afwan katheeran yaani jo bhi museebat aati hai wo apne kamai ka anjaam hoti hai,</w:t>
      </w:r>
      <w:r>
        <w:br/>
      </w:r>
      <w:r>
        <w:rPr>
          <w:sz w:val="20"/>
        </w:rPr>
        <w:t>5:08  apni kamai hoti hai.</w:t>
      </w:r>
      <w:r>
        <w:br/>
      </w:r>
      <w:r>
        <w:rPr>
          <w:sz w:val="20"/>
        </w:rPr>
        <w:t>5:11  to lehaza museebat aanay par, chahe wo fard ke liye ho ya ijtimai ke liye ho, qaum ke liye ho, pehle root cause iska ye jaanana chahiye ke hamari ghalti is mein kahan hai.</w:t>
      </w:r>
      <w:r>
        <w:br/>
      </w:r>
      <w:r>
        <w:rPr>
          <w:sz w:val="20"/>
        </w:rPr>
        <w:t>5:27  to ye quran se is tareeqay ke usool molana nikala karte the.</w:t>
      </w:r>
    </w:p>
    <w:p>
      <w:pPr>
        <w:pStyle w:val="Heading2"/>
      </w:pPr>
      <w:r>
        <w:t>Ramadan is month of Quran revelation for study</w:t>
      </w:r>
    </w:p>
    <w:p>
      <w:r>
        <w:rPr>
          <w:color w:val="666666"/>
          <w:sz w:val="18"/>
        </w:rPr>
        <w:t>Ramadan a Month of Study of Quran August 23, 2009 · 1m 58s · at 13:47 · https://youtu.be/8z-v68n7WuA?t=827</w:t>
      </w:r>
    </w:p>
    <w:p>
      <w:r>
        <w:rPr>
          <w:i/>
        </w:rPr>
        <w:t>“Shahr Ramadan alladhi unzila fihil Quran”</w:t>
      </w:r>
    </w:p>
    <w:p>
      <w:r>
        <w:rPr>
          <w:sz w:val="20"/>
        </w:rPr>
        <w:t>13:47  is ke baad dekhiye quran mein hai ke sh Ramadan allazi anzal fi alquran</w:t>
      </w:r>
      <w:r>
        <w:br/>
      </w:r>
      <w:r>
        <w:rPr>
          <w:sz w:val="20"/>
        </w:rPr>
        <w:t>13:57  yani yeh farmaya hai ke Ramadan ka jo mahina hai isi mahine mein quran utra tha. yani rasool Allah sal Allah alaihi wasallam wahan par hira pahad ke cave mein the ghar hira mein.</w:t>
      </w:r>
      <w:r>
        <w:br/>
      </w:r>
      <w:r>
        <w:rPr>
          <w:sz w:val="20"/>
        </w:rPr>
        <w:t>14:11  is waqt jibril aaye. aur woh Ramadan ka aakhri tareekh thi.</w:t>
      </w:r>
      <w:r>
        <w:br/>
      </w:r>
      <w:r>
        <w:rPr>
          <w:sz w:val="20"/>
        </w:rPr>
        <w:t>14:22  kaha jata hai ke woh satayees tareekh thi. to yeh Ramadan shuru yani quran shuru hua utarna.</w:t>
      </w:r>
      <w:r>
        <w:br/>
      </w:r>
      <w:r>
        <w:rPr>
          <w:sz w:val="20"/>
        </w:rPr>
        <w:t>14:32  yani Ramadan ke mahine mein quran ka revelation shuru hua. is sense mein kaha gaya hai quran utra is mahine mein. to quran ka kya taqaza hum se hai?</w:t>
      </w:r>
      <w:r>
        <w:br/>
      </w:r>
      <w:r>
        <w:rPr>
          <w:sz w:val="20"/>
        </w:rPr>
        <w:t>14:45  quran kis liye utra hai? Recitation ke liye nahin hai. be samjhe bujhe tilawat ke liye nahin utra. woh utra hai study ke liye.</w:t>
      </w:r>
      <w:r>
        <w:br/>
      </w:r>
      <w:r>
        <w:rPr>
          <w:sz w:val="20"/>
        </w:rPr>
        <w:t>14:55  Study ke liye utra hai. ke quran par socho. quran mein Khuda ne sachaiyon ko khola hai. jo creation plan of God hai us ko bataya hai.</w:t>
      </w:r>
      <w:r>
        <w:br/>
      </w:r>
      <w:r>
        <w:rPr>
          <w:sz w:val="20"/>
        </w:rPr>
        <w:t>15:10  unseen world ke bare mein hamein khabrein di hain. to hum sochen sochen taake hum is ko discover karen. to Ramadan ka mahina ko Khuda ne bana diya study of the quran ka mahina.</w:t>
      </w:r>
      <w:r>
        <w:br/>
      </w:r>
      <w:r>
        <w:rPr>
          <w:sz w:val="20"/>
        </w:rPr>
        <w:t>15:27  ke is mahine mein ko yaadgar bana diya Allah taala ne. ke ab mahina ek yaadgar mahina hai. Memorable mahina hai. jis mein quran utra tha.</w:t>
      </w:r>
      <w:r>
        <w:br/>
      </w:r>
      <w:r>
        <w:rPr>
          <w:sz w:val="20"/>
        </w:rPr>
        <w:t>15:37  is ko month of quran ke taur par karo. is ko month of quran. yani month of the study of the quran.</w:t>
      </w:r>
    </w:p>
    <w:p>
      <w:pPr>
        <w:pStyle w:val="Heading2"/>
      </w:pPr>
      <w:r>
        <w:t>This world is a selection field</w:t>
      </w:r>
    </w:p>
    <w:p>
      <w:r>
        <w:rPr>
          <w:color w:val="666666"/>
          <w:sz w:val="18"/>
        </w:rPr>
        <w:t>Different Aspects of Islam · 30s · at 46:05 · https://youtu.be/Y77bzb5Vbr8?t=2765</w:t>
      </w:r>
    </w:p>
    <w:p>
      <w:r>
        <w:rPr>
          <w:i/>
        </w:rPr>
        <w:t>“Yeh duniya intikhabi maidan hai”</w:t>
      </w:r>
    </w:p>
    <w:p>
      <w:r>
        <w:rPr>
          <w:sz w:val="20"/>
        </w:rPr>
        <w:t>46:05  ke aadmi ko agar yeh maloom ho jaye jaan le.</w:t>
      </w:r>
      <w:r>
        <w:br/>
      </w:r>
      <w:r>
        <w:rPr>
          <w:sz w:val="20"/>
        </w:rPr>
        <w:t>46:09  to zindagi ka simt badal jaye.</w:t>
      </w:r>
      <w:r>
        <w:br/>
      </w:r>
      <w:r>
        <w:rPr>
          <w:sz w:val="20"/>
        </w:rPr>
        <w:t>46:14  simt jo hai zindagi ka bilkul badal jaye.</w:t>
      </w:r>
      <w:r>
        <w:br/>
      </w:r>
      <w:r>
        <w:rPr>
          <w:sz w:val="20"/>
        </w:rPr>
        <w:t>46:18  achanak hi aadmi bilkul soch aik is ki poori poora zehan is ka active ho jayega.</w:t>
      </w:r>
      <w:r>
        <w:br/>
      </w:r>
      <w:r>
        <w:rPr>
          <w:sz w:val="20"/>
        </w:rPr>
        <w:t>46:22  aik dam alert ho jayega.</w:t>
      </w:r>
      <w:r>
        <w:br/>
      </w:r>
      <w:r>
        <w:rPr>
          <w:sz w:val="20"/>
        </w:rPr>
        <w:t>46:27  is ke andar phir nazm o zabt aayega.</w:t>
      </w:r>
      <w:r>
        <w:br/>
      </w:r>
      <w:r>
        <w:rPr>
          <w:sz w:val="20"/>
        </w:rPr>
        <w:t>46:31  is ke andar apne aap apne</w:t>
      </w:r>
    </w:p>
    <w:p>
      <w:pPr>
        <w:pStyle w:val="Heading2"/>
      </w:pPr>
      <w:r>
        <w:t>Leave deniers to God, be patient with them</w:t>
      </w:r>
    </w:p>
    <w:p>
      <w:r>
        <w:rPr>
          <w:color w:val="666666"/>
          <w:sz w:val="18"/>
        </w:rPr>
        <w:t>Reflections on Surah Al-Muzzammil May 19, 2024 · 32s · at 30:52 · https://youtu.be/4pduG4qDeDM?t=1852</w:t>
      </w:r>
    </w:p>
    <w:p>
      <w:r>
        <w:rPr>
          <w:i/>
        </w:rPr>
        <w:t>“Leave those who deny Me to Me alone”</w:t>
      </w:r>
    </w:p>
    <w:p>
      <w:r>
        <w:rPr>
          <w:sz w:val="20"/>
        </w:rPr>
        <w:t>30:52  leave it</w:t>
      </w:r>
      <w:r>
        <w:br/>
      </w:r>
      <w:r>
        <w:rPr>
          <w:sz w:val="20"/>
        </w:rPr>
        <w:t>30:53  to me. god is saying, leave it to me to deal with the deniers who, leave life of comfort, and bear with them all the longer.</w:t>
      </w:r>
      <w:r>
        <w:br/>
      </w:r>
      <w:r>
        <w:rPr>
          <w:sz w:val="20"/>
        </w:rPr>
        <w:t>31:11  meaning, give them some respite.</w:t>
      </w:r>
      <w:r>
        <w:br/>
      </w:r>
      <w:r>
        <w:rPr>
          <w:sz w:val="20"/>
        </w:rPr>
        <w:t>31:15  agar aap dekhenge ke bahut se log shuru shuru mein rasool Allah ke khilaf the, lekin baad mein wahi log bahut hi bade bade sahaba bane.</w:t>
      </w:r>
    </w:p>
    <w:p>
      <w:pPr>
        <w:pStyle w:val="Heading2"/>
      </w:pPr>
      <w:r>
        <w:t>Fighting over land is absurd once opportunity is universal</w:t>
      </w:r>
    </w:p>
    <w:p>
      <w:r>
        <w:rPr>
          <w:color w:val="666666"/>
          <w:sz w:val="18"/>
        </w:rPr>
        <w:t>Divine Help September 22, 2015 · 1m 49s · at 23:39 · https://youtu.be/sozrNCif0Gg?t=1419</w:t>
      </w:r>
    </w:p>
    <w:p>
      <w:r>
        <w:rPr>
          <w:i/>
        </w:rPr>
        <w:t>“Jaise aap ghar aaye, aapki maa ne khana diya”</w:t>
      </w:r>
    </w:p>
    <w:p>
      <w:r>
        <w:rPr>
          <w:sz w:val="20"/>
        </w:rPr>
        <w:t>23:39  to munapli hi khatm ho gai. to phir larna kis liye? jab munapli khatm ho gai to larna kis liye? aik aapas baat ka absurd baat to ban gai larna.</w:t>
      </w:r>
      <w:r>
        <w:br/>
      </w:r>
      <w:r>
        <w:rPr>
          <w:sz w:val="20"/>
        </w:rPr>
        <w:t>23:54  yani mili hui cheez ki larna. jaise aap ghar mein aaye, aap ki maan ne aap ko khana khane ke liye diya.</w:t>
      </w:r>
      <w:r>
        <w:br/>
      </w:r>
      <w:r>
        <w:rPr>
          <w:sz w:val="20"/>
        </w:rPr>
        <w:t>24:02  ab aap maan se larr rahe hain ke mujhe khana do, khana do. par to de chuki hai.</w:t>
      </w:r>
      <w:r>
        <w:br/>
      </w:r>
      <w:r>
        <w:rPr>
          <w:sz w:val="20"/>
        </w:rPr>
        <w:t>24:07  maan to khana de chuki hai aap ko. to larna kis liye? to jin mulkon mein milishia chala rahe hain log, yaqeen kijiye, woh dunya ke sab se zyada nadan log hain.</w:t>
      </w:r>
      <w:r>
        <w:br/>
      </w:r>
      <w:r>
        <w:rPr>
          <w:sz w:val="20"/>
        </w:rPr>
        <w:t>24:22  yani suraj nikal raha hai to us se larna kya hai? mawaqe khul chuke hain to us se larna kya hai? age of communication aa gaya to us se larna kya hai?</w:t>
      </w:r>
      <w:r>
        <w:br/>
      </w:r>
      <w:r>
        <w:rPr>
          <w:sz w:val="20"/>
        </w:rPr>
        <w:t>24:33  jab sab cheez sab ke liye ho gai to larna kya hai?</w:t>
      </w:r>
      <w:r>
        <w:br/>
      </w:r>
      <w:r>
        <w:rPr>
          <w:sz w:val="20"/>
        </w:rPr>
        <w:t>24:36  jab munapli khatm ho gai, to larna kya hai? aap kahin bhi rahein, aap America, aap Pakistan mein rahein, aap Kashmir mein rahein, Bangladesh mein rahein, kahin bhi rahiye, sari dunya aap ke liye hai.</w:t>
      </w:r>
      <w:r>
        <w:br/>
      </w:r>
      <w:r>
        <w:rPr>
          <w:sz w:val="20"/>
        </w:rPr>
        <w:t>24:53  jahan bhi rahiye, sari dunya aap ke liye hai. koi larna nahi hai. to main samajhta hoon ke bohat zyada ho raha hai ke musalmanon ko sab se bari cheez jo janna hai, woh kya</w:t>
      </w:r>
      <w:r>
        <w:br/>
      </w:r>
      <w:r>
        <w:rPr>
          <w:sz w:val="20"/>
        </w:rPr>
        <w:t>25:04  hai? woh yeh hai ke sari dunya aap ke liye hai. aap se murad larnay walay ke liye nahi hai. peaceful jiddo jehad karne walon ke liye.</w:t>
      </w:r>
      <w:r>
        <w:br/>
      </w:r>
      <w:r>
        <w:rPr>
          <w:sz w:val="20"/>
        </w:rPr>
        <w:t>25:14  aaj ka daur peace ka daur hai. larai ka daur khatm ho chuka hai. agar aap peaceful planning karein, peaceful method ikhtiyar karein, to sari dunya aap ke liye hai.</w:t>
      </w:r>
    </w:p>
    <w:p>
      <w:pPr>
        <w:pStyle w:val="Heading2"/>
      </w:pPr>
      <w:r>
        <w:t>Hajj as annual rehearsal of universal brotherhood</w:t>
      </w:r>
    </w:p>
    <w:p>
      <w:r>
        <w:rPr>
          <w:color w:val="666666"/>
          <w:sz w:val="18"/>
        </w:rPr>
        <w:t>Universal Brotherhood and Islam June 7, 2007 Maulana Wahiduddin Khan · 2m 57s · at 37:04 · https://youtu.be/kHXdf1eu6IM?t=2224</w:t>
      </w:r>
    </w:p>
    <w:p>
      <w:r>
        <w:rPr>
          <w:i/>
        </w:rPr>
        <w:t>“Muslims from all over the world perform Hajj as equality rehearsal.”</w:t>
      </w:r>
    </w:p>
    <w:p>
      <w:r>
        <w:rPr>
          <w:sz w:val="20"/>
        </w:rPr>
        <w:t>37:04  You know when, when Muslims from all over the world they, they visit Makkah and perform Hajj.</w:t>
      </w:r>
      <w:r>
        <w:br/>
      </w:r>
      <w:r>
        <w:rPr>
          <w:sz w:val="20"/>
        </w:rPr>
        <w:t>37:19  So all, all the Muslims, all the Haji say: "Labbayk Allahumma Labbayk." "Oh God I am here." "Oh God I am here." So by this they</w:t>
      </w:r>
      <w:r>
        <w:br/>
      </w:r>
      <w:r>
        <w:rPr>
          <w:sz w:val="20"/>
        </w:rPr>
        <w:t>37:41  declare that the same lesson, the same lesson that is called, that is repeated in the, in the, in the Salat as "Allahu Akbar" the same is repeated here also.</w:t>
      </w:r>
      <w:r>
        <w:br/>
      </w:r>
      <w:r>
        <w:rPr>
          <w:sz w:val="20"/>
        </w:rPr>
        <w:t>37:59  God is great. God is great. God is great. And all are equal. So you know when Prophet of Islam was alive he performed Hajj and he gave a lesson.</w:t>
      </w:r>
      <w:r>
        <w:br/>
      </w:r>
      <w:r>
        <w:rPr>
          <w:sz w:val="20"/>
        </w:rPr>
        <w:t>38:14  He gave a sermon</w:t>
      </w:r>
      <w:r>
        <w:br/>
      </w:r>
      <w:r>
        <w:rPr>
          <w:sz w:val="20"/>
        </w:rPr>
        <w:t>38:17  which is called "Khutbah Hajjatul Wida."</w:t>
      </w:r>
      <w:r>
        <w:br/>
      </w:r>
      <w:r>
        <w:rPr>
          <w:sz w:val="20"/>
        </w:rPr>
        <w:t>38:21  In this sermon</w:t>
      </w:r>
      <w:r>
        <w:br/>
      </w:r>
      <w:r>
        <w:rPr>
          <w:sz w:val="20"/>
        </w:rPr>
        <w:t>38:23  of Hajj the Prophet of Islam declared:</w:t>
      </w:r>
      <w:r>
        <w:br/>
      </w:r>
      <w:r>
        <w:rPr>
          <w:sz w:val="20"/>
        </w:rPr>
        <w:t>38:28  "La fadla li Arabiyin ala Ajamiyin</w:t>
      </w:r>
      <w:r>
        <w:br/>
      </w:r>
      <w:r>
        <w:rPr>
          <w:sz w:val="20"/>
        </w:rPr>
        <w:t>38:33  wala li Ajabiyin ala Arabiyin wala li Aswada ala Ahmara."</w:t>
      </w:r>
      <w:r>
        <w:br/>
      </w:r>
      <w:r>
        <w:rPr>
          <w:sz w:val="20"/>
        </w:rPr>
        <w:t>38:37  "Wala li Ahmara, wala li Aswada."</w:t>
      </w:r>
      <w:r>
        <w:br/>
      </w:r>
      <w:r>
        <w:rPr>
          <w:sz w:val="20"/>
        </w:rPr>
        <w:t>38:40  He said that no one is superior.</w:t>
      </w:r>
      <w:r>
        <w:br/>
      </w:r>
      <w:r>
        <w:rPr>
          <w:sz w:val="20"/>
        </w:rPr>
        <w:t>38:45  No one is superior. All are equal. Black and white.</w:t>
      </w:r>
      <w:r>
        <w:br/>
      </w:r>
      <w:r>
        <w:rPr>
          <w:sz w:val="20"/>
        </w:rPr>
        <w:t>38:52  Arabs and non-Arabs. Arabs and non-Arabs. Black and whites. All are equal. All are equal.</w:t>
      </w:r>
      <w:r>
        <w:br/>
      </w:r>
      <w:r>
        <w:rPr>
          <w:sz w:val="20"/>
        </w:rPr>
        <w:t>39:03  So he declared as a ruler of Arabia at that time Prophet of Islam was the ruler of Arabia. So perhaps this was the first in history that a ruler,</w:t>
      </w:r>
      <w:r>
        <w:br/>
      </w:r>
      <w:r>
        <w:rPr>
          <w:sz w:val="20"/>
        </w:rPr>
        <w:t>39:18  a sovereign declared this, this concept. I don't know any other event in the history when an, an established government, a head of the established government at that time in the Arab there was an established government and Prophet of Islam was head of that government.</w:t>
      </w:r>
      <w:r>
        <w:br/>
      </w:r>
      <w:r>
        <w:rPr>
          <w:sz w:val="20"/>
        </w:rPr>
        <w:t>39:46  So I don't know any head of the state in the history before the Prophet of Islam who declared as a head of, as a head of the state declared that all are equal.</w:t>
      </w:r>
    </w:p>
    <w:p>
      <w:pPr>
        <w:pStyle w:val="Heading2"/>
      </w:pPr>
      <w:r>
        <w:t>Full argument: 'hearts of the knowing' means innate fitrah</w:t>
      </w:r>
    </w:p>
    <w:p>
      <w:r>
        <w:rPr>
          <w:color w:val="666666"/>
          <w:sz w:val="18"/>
        </w:rPr>
        <w:t>How to Understand The Quran July 19, 2007 · 5m 50s · at 17:53 · https://youtu.be/usxOhncIdq4?t=1073</w:t>
      </w:r>
    </w:p>
    <w:p>
      <w:r>
        <w:rPr>
          <w:i/>
        </w:rPr>
        <w:t>“Surah Al-Ankabut mein ek ayat is tarah aayi hai”</w:t>
      </w:r>
    </w:p>
    <w:p>
      <w:r>
        <w:rPr>
          <w:sz w:val="20"/>
        </w:rPr>
        <w:t>17:53  ab dekhiye ke surah ankaboot mein, surah al ankaboot quran ki aik surah hai.</w:t>
      </w:r>
      <w:r>
        <w:br/>
      </w:r>
      <w:r>
        <w:rPr>
          <w:sz w:val="20"/>
        </w:rPr>
        <w:t>17:59  is mein aik ayat is tarah aayi hai quran ke baray mein ke bal huwa ayat bayyinatin fi sudoor alladhina ooti al ilm ke quran roshan ayaton ka naam hai.</w:t>
      </w:r>
      <w:r>
        <w:br/>
      </w:r>
      <w:r>
        <w:rPr>
          <w:sz w:val="20"/>
        </w:rPr>
        <w:t>18:18  quran roshan ayatein hain, khuli hui ayatein hain, daleel mudallal ayatein hain</w:t>
      </w:r>
      <w:r>
        <w:br/>
      </w:r>
      <w:r>
        <w:rPr>
          <w:sz w:val="20"/>
        </w:rPr>
        <w:t>18:29  jo ahle ilm ke diloun mein hain.</w:t>
      </w:r>
      <w:r>
        <w:br/>
      </w:r>
      <w:r>
        <w:rPr>
          <w:sz w:val="20"/>
        </w:rPr>
        <w:t>18:36  jo ahl-e-ilm ke dilon mein hain in the hearts of those who are granted knowledge in the hearts of those who are granted knowledge ab aam taur par kya samajhte hain log?</w:t>
      </w:r>
      <w:r>
        <w:br/>
      </w:r>
      <w:r>
        <w:rPr>
          <w:sz w:val="20"/>
        </w:rPr>
        <w:t>18:53  yehhan bhi hafiza ke mani mein le liya</w:t>
      </w:r>
      <w:r>
        <w:br/>
      </w:r>
      <w:r>
        <w:rPr>
          <w:sz w:val="20"/>
        </w:rPr>
        <w:t>18:56  ke sahaba-e-kiram jo the, jab rasool Allah par quran utarta tha to woh log, un ke hafize is zamane mein logon ke bohat achhe hua karte the.</w:t>
      </w:r>
      <w:r>
        <w:br/>
      </w:r>
      <w:r>
        <w:rPr>
          <w:sz w:val="20"/>
        </w:rPr>
        <w:t>19:07  yaad rakhiye, printing press se pehle saare duniya mein logon ke hafize achhe hote the kyunke is zamane mein hafiza hi to zariya tha.</w:t>
      </w:r>
      <w:r>
        <w:br/>
      </w:r>
      <w:r>
        <w:rPr>
          <w:sz w:val="20"/>
        </w:rPr>
        <w:t>19:18  hafize ko istemal kiya jata tha to insan ke jis hisse ko zyada istemal kiya jaye, woh hissa qavi ho jata hai.</w:t>
      </w:r>
      <w:r>
        <w:br/>
      </w:r>
      <w:r>
        <w:rPr>
          <w:sz w:val="20"/>
        </w:rPr>
        <w:t>19:29  to chunke is zamane mein hafiza bohat zyada istemal hota tha, is zamane mein kitab nahi thi, chhapa khane nahi the, printing press ka zamana abhi nahi aaya tha, to zahir hai ke hafize bohat achhe the is zamane mein.</w:t>
      </w:r>
      <w:r>
        <w:br/>
      </w:r>
      <w:r>
        <w:rPr>
          <w:sz w:val="20"/>
        </w:rPr>
        <w:t>19:48  to log bohat aasani se yaad kar lete the. to bal huwa ayatin bayyinat fi sudur alladhina al-ilm yeh logon ke dilon mein hai, quran ki ayaten logon ke dilon mein hain.</w:t>
      </w:r>
      <w:r>
        <w:br/>
      </w:r>
      <w:r>
        <w:rPr>
          <w:sz w:val="20"/>
        </w:rPr>
        <w:t>20:03  yeh le liya is ko hafize ke mani mein. mere nazdeek yeh bilkul baseless baat hai. woh alag cheez hai,</w:t>
      </w:r>
      <w:r>
        <w:br/>
      </w:r>
      <w:r>
        <w:rPr>
          <w:sz w:val="20"/>
        </w:rPr>
        <w:t>20:14  kisi ne hafiza kiya, hifz kar ke quran ke alfaaz us ke dil mein yaad ho gaye to woh ek alag masla hai, woh alag issue hai.</w:t>
      </w:r>
      <w:r>
        <w:br/>
      </w:r>
      <w:r>
        <w:rPr>
          <w:sz w:val="20"/>
        </w:rPr>
        <w:t>20:26  is ayat se is ka koi ta</w:t>
      </w:r>
      <w:r>
        <w:br/>
      </w:r>
      <w:r>
        <w:rPr>
          <w:sz w:val="20"/>
        </w:rPr>
        <w:t>20:28  alluq nahi hai. ab aap agar yeh samajh lein ke is ayat ka matlab hai quran ko yaad kar ke apne dil mein store kar lena, is ke alfaaz ko to zahir hai ke is ke mani tak aap ki pahunch nahi hogi.</w:t>
      </w:r>
      <w:r>
        <w:br/>
      </w:r>
      <w:r>
        <w:rPr>
          <w:sz w:val="20"/>
        </w:rPr>
        <w:t>20:48  is ka matlab yeh hai, is ki yeh hai darasal marifat ke mani mein. marifat ke mani mein</w:t>
      </w:r>
      <w:r>
        <w:br/>
      </w:r>
      <w:r>
        <w:rPr>
          <w:sz w:val="20"/>
        </w:rPr>
        <w:t>20:58  is ka matlab hai ke jo quran utara ja raha hai, is ki marifat pehle se logon ke dilon mein maujood hai.</w:t>
      </w:r>
      <w:r>
        <w:br/>
      </w:r>
      <w:r>
        <w:rPr>
          <w:sz w:val="20"/>
        </w:rPr>
        <w:t>21:10  dekhein, quran mein kai ayaten hain jin mein bataya gaya hai ke Allah ne jab insan ko paida kiya to apni marifat, apna shaoor is ki fitrat mein daal diya, peevast kar diya.</w:t>
      </w:r>
      <w:r>
        <w:br/>
      </w:r>
      <w:r>
        <w:rPr>
          <w:sz w:val="20"/>
        </w:rPr>
        <w:t>21:29  ab har, ab har insan jo paida hota hai, woh paidaishi taur par shaoor-e-khudawandi ko le kar paida hota hai. woh, woh paidaishi taur par consciousness of god ko le kar paida hota hai.</w:t>
      </w:r>
      <w:r>
        <w:br/>
      </w:r>
      <w:r>
        <w:rPr>
          <w:sz w:val="20"/>
        </w:rPr>
        <w:t>21:47  to consciousness of god ya shaoor-e-khudawandi yeh insan ki fitrat mein shamil hai pehle se.</w:t>
      </w:r>
      <w:r>
        <w:br/>
      </w:r>
      <w:r>
        <w:rPr>
          <w:sz w:val="20"/>
        </w:rPr>
        <w:t>21:58  to is ki marifat jis ke andar hogi, yeh murad hai yahan. to is ka matlab yeh hai ke woh jo fitrat mein, jo fitrat mein jo marifat paidaishi taur par thi,</w:t>
      </w:r>
      <w:r>
        <w:br/>
      </w:r>
      <w:r>
        <w:rPr>
          <w:sz w:val="20"/>
        </w:rPr>
        <w:t>22:16  woh jis ke andar zinda hogi, woh quran ko foran samajh jayega. foran samajh jayega.</w:t>
      </w:r>
      <w:r>
        <w:br/>
      </w:r>
      <w:r>
        <w:rPr>
          <w:sz w:val="20"/>
        </w:rPr>
        <w:t>22:26  jaise ke ab mujhe pyas lagti hai, ab main pani peeta hoon to meri fitrat mein pehle se pyas ki soch maujood hai, pyas ka shaoor maujood hai pehle se.</w:t>
      </w:r>
      <w:r>
        <w:br/>
      </w:r>
      <w:r>
        <w:rPr>
          <w:sz w:val="20"/>
        </w:rPr>
        <w:t>22:42  ab jab main pani pi kar ke pani dalta hoon apne andar to foran meri fitrat pehchan leti hai ke yeh to wohi pani hai jo main chah raha tha.</w:t>
      </w:r>
      <w:r>
        <w:br/>
      </w:r>
      <w:r>
        <w:rPr>
          <w:sz w:val="20"/>
        </w:rPr>
        <w:t>22:55  to fitrat ke andar peshgi taur par pani ki pehchan maujood hai jis ko hum pyas kehte hain. pyas kya hai?</w:t>
      </w:r>
      <w:r>
        <w:br/>
      </w:r>
      <w:r>
        <w:rPr>
          <w:sz w:val="20"/>
        </w:rPr>
        <w:t>23:04  pyas hai pani ki pehchan.</w:t>
      </w:r>
      <w:r>
        <w:br/>
      </w:r>
      <w:r>
        <w:rPr>
          <w:sz w:val="20"/>
        </w:rPr>
        <w:t>23:09  to by nature har aadmi ke andar pyas maujood hai. pyas naam hai pani ki pehchan ka.</w:t>
      </w:r>
      <w:r>
        <w:br/>
      </w:r>
      <w:r>
        <w:rPr>
          <w:sz w:val="20"/>
        </w:rPr>
        <w:t>23:21  to jab main pani ko dalta hoon apne andar, peeta hoon us ko to jaise hi andar dakhil hua to meri fitrat foran pehchan leti hai ke yeh to wohi cheez hai</w:t>
      </w:r>
      <w:r>
        <w:br/>
      </w:r>
      <w:r>
        <w:rPr>
          <w:sz w:val="20"/>
        </w:rPr>
        <w:t>23:36  jis ko main, jis ki, jis ki mere andar pehle se pehchan maujood thi.</w:t>
      </w:r>
    </w:p>
    <w:p>
      <w:pPr>
        <w:pStyle w:val="Heading2"/>
      </w:pPr>
      <w:r>
        <w:t>Hindu procession example of ego versus tolerance</w:t>
      </w:r>
    </w:p>
    <w:p>
      <w:r>
        <w:rPr>
          <w:color w:val="666666"/>
          <w:sz w:val="18"/>
        </w:rPr>
        <w:t>Man Between Angels and Satan August 14, 2011 · 1m 08s · at 3:43 · https://youtu.be/cRXTSSZNM30?t=223</w:t>
      </w:r>
    </w:p>
    <w:p>
      <w:r>
        <w:rPr>
          <w:i/>
        </w:rPr>
        <w:t>“India mein hum baar baar dekhte hain ke Hinduon ka ek juloos nikla”</w:t>
      </w:r>
    </w:p>
    <w:p>
      <w:r>
        <w:rPr>
          <w:sz w:val="20"/>
        </w:rPr>
        <w:t>3:43  jaise india mein hum bar bar dekhte hain ke hinduon ka ek juloos nikla. ab hindu ka juloos jo hai woh pahuncha ek aise road par jahan aage masjid thi, mislan.</w:t>
      </w:r>
      <w:r>
        <w:br/>
      </w:r>
      <w:r>
        <w:rPr>
          <w:sz w:val="20"/>
        </w:rPr>
        <w:t>3:56  ab musalman kya kehte hain ke masjid ke samne se juloos nahi jayega. masjid ki behurmati hogi.</w:t>
      </w:r>
      <w:r>
        <w:br/>
      </w:r>
      <w:r>
        <w:rPr>
          <w:sz w:val="20"/>
        </w:rPr>
        <w:t>4:07  doosri shakal yeh hai ke woh yeh kahein ke road jo hai sab ki hai, koi hamari nahi hai. in ko jana ho, jidhar jana hai udhar jane do in ko.</w:t>
      </w:r>
      <w:r>
        <w:br/>
      </w:r>
      <w:r>
        <w:rPr>
          <w:sz w:val="20"/>
        </w:rPr>
        <w:t>4:17  to agar aap rok tok karein to is ke mani hain ke shaitan dakhil ho gaya aap ke andar. agar aap rok tok na karein, in ko welcome kahein ke theek hai tum apna juloos nikalo, hamein koi aitraz nahi hai,</w:t>
      </w:r>
      <w:r>
        <w:br/>
      </w:r>
      <w:r>
        <w:rPr>
          <w:sz w:val="20"/>
        </w:rPr>
        <w:t>4:33  to is ke mani hain ke angels wahan aa gaye. to yeh do taaqatein hain jis ke beech mein insaan ko zindagi guzarna parti hai.</w:t>
      </w:r>
    </w:p>
    <w:p>
      <w:pPr>
        <w:pStyle w:val="Heading2"/>
      </w:pPr>
      <w:r>
        <w:t>God's compulsion examples in history</w:t>
      </w:r>
    </w:p>
    <w:p>
      <w:r>
        <w:rPr>
          <w:color w:val="666666"/>
          <w:sz w:val="18"/>
        </w:rPr>
        <w:t>Prophetic Wisdom | January 29, 2017 · 4m 37s · at 14:24 · https://youtu.be/4w0NZoOLzsw?t=864</w:t>
      </w:r>
    </w:p>
    <w:p>
      <w:r>
        <w:rPr>
          <w:i/>
        </w:rPr>
        <w:t>“God creates compulsion to teach non-confrontation.”</w:t>
      </w:r>
    </w:p>
    <w:p>
      <w:r>
        <w:rPr>
          <w:sz w:val="20"/>
        </w:rPr>
        <w:t>14:24  To Allah Ta'ala ka ek tareeqa bohat khaas hai. Woh hai compulsion create kar ke misaal qaim karna. Compulsion create kar ke misaal qaim karna. To Allah Ta'ala ne paighambar bheje, Quran utara, saari baatein apni kitab mein likh dein, Hadees mein likh dein. Lekin phir bhi insaan nahi jab pakad pata</w:t>
      </w:r>
      <w:r>
        <w:br/>
      </w:r>
      <w:r>
        <w:rPr>
          <w:sz w:val="20"/>
        </w:rPr>
        <w:t>14:55  to Allah Ta'ala ka tareeqa hai compulsion create kar ke misalein qaim karna. To pehla bohat hi numayan compulsion jo tha, bohat numayan compulsion woh tha Crusades ka. Crusades jo hui thi, taqreeban 200 saal tak Europe ka jo Christian, jis ko kehte hain Christendom, Europe ki Christian hukumat hai,</w:t>
      </w:r>
      <w:r>
        <w:br/>
      </w:r>
      <w:r>
        <w:rPr>
          <w:sz w:val="20"/>
        </w:rPr>
        <w:t>15:26  mutahid ho kar unhon ne hamla kiya. Un ka, un ka nishana kya tha? Jerusalem par qabza karna. Jerusalem un ka muqaddas shehar tha. Hazrat Masih wahan paida hue. To Jerusalem par qabza karne ke liye poora Europe toot pada. Aur 200 saal tak ladta raha. Lekin morkheen, Gibbon ne likha hai, morkheen Gib</w:t>
      </w:r>
      <w:r>
        <w:br/>
      </w:r>
      <w:r>
        <w:rPr>
          <w:sz w:val="20"/>
        </w:rPr>
        <w:t>15:56  bon ne ke in logon ko humiliating defeat hui, zillat aamez shikast. Utter failure. Is ke baad kya hua? Is ke baad kya hua ke un ke paas kuch raha nahi mazeed ladne ke liye.</w:t>
      </w:r>
      <w:r>
        <w:br/>
      </w:r>
      <w:r>
        <w:rPr>
          <w:sz w:val="20"/>
        </w:rPr>
        <w:t>16:27  Mazeed ladne ke liye mazeed apna ladai jo hai jaari rakhne ke liye kuch kaha hi nahi, kuch tha hi nahi. Kya karte? That was compulsion. Under compulsion unhon ne kya kiya? Apna line of action badla. Under compulsion yani war se peace ki taraf aaye. Under compulsion. To taqreeban 200 saal ke baad</w:t>
      </w:r>
      <w:r>
        <w:br/>
      </w:r>
      <w:r>
        <w:rPr>
          <w:sz w:val="20"/>
        </w:rPr>
        <w:t>16:58  200 saal ka jo development tha, Crusades ke baad, is mein Renaissance hui. Renaissance ke baad dobara 200 saal aur lage to modern civilization wajood mein aayi. Science wajood mein aayi. Is ke baad woh Europe, Christian Europe, jo 200 saal ki ladai ke bawajood Jerusalem par qabza na kar saka tha,</w:t>
      </w:r>
      <w:r>
        <w:br/>
      </w:r>
      <w:r>
        <w:rPr>
          <w:sz w:val="20"/>
        </w:rPr>
        <w:t>17:28  woh scientific inqilab ke baad, industrial inqilab ke baad, poore duniya mein un ka dabdaba qaim ho gaya. Aaj bhi dabdaba qaim hai. Yani ek ek Jerusalem ke liye itni bari ladai ladi unhon ne, Crusades ki. Mila kuch nahi. Lekin Allah Ta'ala ne compulsion create kiya. Un ki, un ki haar jo thi woh compulsion thi. Divert kiya un ki koshishon ko.</w:t>
      </w:r>
      <w:r>
        <w:br/>
      </w:r>
      <w:r>
        <w:rPr>
          <w:sz w:val="20"/>
        </w:rPr>
        <w:t>18:00  To phir un ke andar Renaissance aaya, phir scientific revolution aaya, phir industrial revolution aaya. Yahan tak ke woh ek duniya mein, poori duniya mein chha gaye. Woh apni science, apni technology ke zariye. Yeh tha ke compulsion create kar ke Allah Ta'ala ne yeh misaal qaim ki ke ladai ki confrontation se kuch nahi milega.</w:t>
      </w:r>
      <w:r>
        <w:br/>
      </w:r>
      <w:r>
        <w:rPr>
          <w:sz w:val="20"/>
        </w:rPr>
        <w:t>18:31  Confrontation se kuch nahi milne wala. Non confrontational planning karo. Yani ghair jazaai, ghair jazaai mansooba bandi karo. Lekin Musalman kabhi bhi is se sabaq na le sake. Doosri misaal qaim ki Allah Ta'ala ne, woh bhi under compulsion ke Japan jo hai, ubhra ek ladaka qaum ke hisse se, second world war mein.</w:t>
      </w:r>
    </w:p>
    <w:p>
      <w:pPr>
        <w:pStyle w:val="Heading2"/>
      </w:pPr>
      <w:r>
        <w:t>Quran translation clarity and the path to it</w:t>
      </w:r>
    </w:p>
    <w:p>
      <w:r>
        <w:rPr>
          <w:color w:val="666666"/>
          <w:sz w:val="18"/>
        </w:rPr>
        <w:t>Q&amp;A 09 Nov 2008 - Maulana Wahiduddin Khan · 4m 18s · at 13:04 · https://youtu.be/iA8ELjlgPLU?t=784</w:t>
      </w:r>
    </w:p>
    <w:p>
      <w:r>
        <w:rPr>
          <w:i/>
        </w:rPr>
        <w:t>“Yeh bahut bada sawaal hai. Maine khud Quran ke English translations parhe hain.”</w:t>
      </w:r>
    </w:p>
    <w:p>
      <w:r>
        <w:rPr>
          <w:sz w:val="20"/>
        </w:rPr>
        <w:t>13:04  haan, yeh bohat bara sawal hai.</w:t>
      </w:r>
      <w:r>
        <w:br/>
      </w:r>
      <w:r>
        <w:rPr>
          <w:sz w:val="20"/>
        </w:rPr>
        <w:t>13:09  main ne khud Quran ke angrezi tarjume padhe hain aur jo angrezi ka expert hai, jo un ki mother tongue English hai, un se baatein ki hain.</w:t>
      </w:r>
      <w:r>
        <w:br/>
      </w:r>
      <w:r>
        <w:rPr>
          <w:sz w:val="20"/>
        </w:rPr>
        <w:t>13:19  ek sahab jinhone ke English translation ka research kiya hai, isi par jo Arabi ka aur English dono jante hain, jo Delhi mein rehte hain, un se meri baatein hui hain.</w:t>
      </w:r>
      <w:r>
        <w:br/>
      </w:r>
      <w:r>
        <w:rPr>
          <w:sz w:val="20"/>
        </w:rPr>
        <w:t>13:30  unhone university sab ka yeh kehna hai ke Quran ka jo jo translations hain English wale, un mein clarity nahi hai. Cla</w:t>
      </w:r>
      <w:r>
        <w:br/>
      </w:r>
      <w:r>
        <w:rPr>
          <w:sz w:val="20"/>
        </w:rPr>
        <w:t>13:40  rity nahi hai. Woh</w:t>
      </w:r>
      <w:r>
        <w:br/>
      </w:r>
      <w:r>
        <w:rPr>
          <w:sz w:val="20"/>
        </w:rPr>
        <w:t>13:45  to yeh bohat bara question hai. Kaisa kyu hai?</w:t>
      </w:r>
      <w:r>
        <w:br/>
      </w:r>
      <w:r>
        <w:rPr>
          <w:sz w:val="20"/>
        </w:rPr>
        <w:t>13:57  is ka jawab main jo dunga, woh aap ko subjective lagega. Main mere paas subjective jawab hai, objective jawab nahi hai. Is ka</w:t>
      </w:r>
      <w:r>
        <w:br/>
      </w:r>
      <w:r>
        <w:rPr>
          <w:sz w:val="20"/>
        </w:rPr>
        <w:t>14:07  is ka jawab mere paas hai, lekin woh jawab subjective hai, woh objective nahi hai. Yaad rakhiye, subjective jawab kya hai?</w:t>
      </w:r>
      <w:r>
        <w:br/>
      </w:r>
      <w:r>
        <w:rPr>
          <w:sz w:val="20"/>
        </w:rPr>
        <w:t>14:21  Allama Iqbal ne kaha tha ke Quran padho to yeh samjho ke Quran tumhare par utra hai. Ek shakhs ne kaha tha is ke bare mein ke Quran hai to be revealed today, lekin na to Quran Iqbal ke upar utra, un ka kalam batata hai ke woh Quran ko samajh nahi sake.</w:t>
      </w:r>
      <w:r>
        <w:br/>
      </w:r>
      <w:r>
        <w:rPr>
          <w:sz w:val="20"/>
        </w:rPr>
        <w:t>14:38  woh</w:t>
      </w:r>
      <w:r>
        <w:br/>
      </w:r>
      <w:r>
        <w:rPr>
          <w:sz w:val="20"/>
        </w:rPr>
        <w:t>14:39  na is aadmi ke upar reveal hua jis ne yeh jumla kaha tha. Kyu logon ne woh apne aap ko dedicate nahi kiya?</w:t>
      </w:r>
      <w:r>
        <w:br/>
      </w:r>
      <w:r>
        <w:rPr>
          <w:sz w:val="20"/>
        </w:rPr>
        <w:t>14:49  Iqbal kehte hain shayari karte rahe. Khudaai shayari se aap Quran utrega aap ke upar,</w:t>
      </w:r>
      <w:r>
        <w:br/>
      </w:r>
      <w:r>
        <w:rPr>
          <w:sz w:val="20"/>
        </w:rPr>
        <w:t>14:58  jabke Quran mein saaf saaf hai ke yeh Quran shayari nahi hai. Quran mein hai ke Quran shayari nahi hai, paighambar shayar nahi hota, aur aap shayari kar rahe hain to aap ko Quran kaise utrega aap ke upar?</w:t>
      </w:r>
      <w:r>
        <w:br/>
      </w:r>
      <w:r>
        <w:rPr>
          <w:sz w:val="20"/>
        </w:rPr>
        <w:t>15:16  aap ko karna padega Quran ke culture ko apnayein, paighambar ke culture ko apnayein, divine culture ko apnayein, apne aap ko blame kar dein isi mein.</w:t>
      </w:r>
      <w:r>
        <w:br/>
      </w:r>
      <w:r>
        <w:rPr>
          <w:sz w:val="20"/>
        </w:rPr>
        <w:t>15:31  aakhri had tak apne aap ko isi mein, isi mein, isi mein jis ko kehte hain, millien kar dein.</w:t>
      </w:r>
      <w:r>
        <w:br/>
      </w:r>
      <w:r>
        <w:rPr>
          <w:sz w:val="20"/>
        </w:rPr>
        <w:t>15:41  tab kya hoga? Tab aap ko marifat milegi, tab aap ko realization hoga, to Quran utrega aap ke upar. Yani utrayega kis maane mein?</w:t>
      </w:r>
      <w:r>
        <w:br/>
      </w:r>
      <w:r>
        <w:rPr>
          <w:sz w:val="20"/>
        </w:rPr>
        <w:t>15:52  yani marifat ke maane mein utrega. To phir aap ko</w:t>
      </w:r>
      <w:r>
        <w:br/>
      </w:r>
      <w:r>
        <w:rPr>
          <w:sz w:val="20"/>
        </w:rPr>
        <w:t>15:59  Quran samajhne lagenge. Aap to main apne bare mein keh sakta hoon ke maine apne aap ko isi mein fana kar diya, halak kar diya apne ko. Aur aur main keh sakta hoon Quran mere upar utra,</w:t>
      </w:r>
      <w:r>
        <w:br/>
      </w:r>
      <w:r>
        <w:rPr>
          <w:sz w:val="20"/>
        </w:rPr>
        <w:t>16:14  apne</w:t>
      </w:r>
      <w:r>
        <w:br/>
      </w:r>
      <w:r>
        <w:rPr>
          <w:sz w:val="20"/>
        </w:rPr>
        <w:t>16:16  maane ke aitbaar se, apni meaning ke aitbaar se, alfaaz ke aitbaar se nahi.</w:t>
      </w:r>
      <w:r>
        <w:br/>
      </w:r>
      <w:r>
        <w:rPr>
          <w:sz w:val="20"/>
        </w:rPr>
        <w:t>16:23  jis ko kehte hain, yani muhaddiseen ke haan ek lafz hota hai marifat-e-hadith. Agar aap mein se jo log hadith ko padha hoga to muhaddiseen ek lafz bolte hain, ek term marifat-e-hadith, yani hadith ki pehchan.</w:t>
      </w:r>
      <w:r>
        <w:br/>
      </w:r>
      <w:r>
        <w:rPr>
          <w:sz w:val="20"/>
        </w:rPr>
        <w:t>16:43  hadith ki pehchan to isi tarah se marifat-e-Quran bhi hai. Quran ki pehchan jo aadmi apne aap ko Quran mein itna zyada dedicate kare ke us ko Quran ki pehchan ho jaye,</w:t>
      </w:r>
      <w:r>
        <w:br/>
      </w:r>
      <w:r>
        <w:rPr>
          <w:sz w:val="20"/>
        </w:rPr>
        <w:t>16:58  to woh sahih translation kar sakta hai. is ki translation mein clarity hogi, nahi to nahi hogi. quran ki pehchan to hui nahi aap ko.</w:t>
      </w:r>
      <w:r>
        <w:br/>
      </w:r>
      <w:r>
        <w:rPr>
          <w:sz w:val="20"/>
        </w:rPr>
        <w:t>17:12  to kya karenge aap? main ek dilchasp example deta hoon aap ko. ek angrez the,</w:t>
      </w:r>
    </w:p>
    <w:p>
      <w:pPr>
        <w:pStyle w:val="Heading2"/>
      </w:pPr>
      <w:r>
        <w:t>Quran as book of thought vs commandments</w:t>
      </w:r>
    </w:p>
    <w:p>
      <w:r>
        <w:rPr>
          <w:color w:val="666666"/>
          <w:sz w:val="18"/>
        </w:rPr>
        <w:t>Method of The Quran July 20, 2014 · 52s · at 1:44 · https://youtu.be/kDfC-fjxYmE?t=104</w:t>
      </w:r>
    </w:p>
    <w:p>
      <w:r>
        <w:rPr>
          <w:i/>
        </w:rPr>
        <w:t>“Aaytein woh hain jin mein sochne ki baat hai”</w:t>
      </w:r>
    </w:p>
    <w:p>
      <w:r>
        <w:rPr>
          <w:sz w:val="20"/>
        </w:rPr>
        <w:t>1:44  ayatein woh hain jin mein sochne ki baat hai. sochna. yani yeh kehna sahi hoga ke quran jo hai book of commandment nahin hai balkeh book of thought hai.</w:t>
      </w:r>
      <w:r>
        <w:br/>
      </w:r>
      <w:r>
        <w:rPr>
          <w:sz w:val="20"/>
        </w:rPr>
        <w:t>1:59  jaise main aap ko misaal deta hoon, roze ke bare mein jo ahkam hain zyada tar surah baqarah ke kuch ayaton mein hain.</w:t>
      </w:r>
      <w:r>
        <w:br/>
      </w:r>
      <w:r>
        <w:rPr>
          <w:sz w:val="20"/>
        </w:rPr>
        <w:t>2:13  aur bhi roze ka</w:t>
      </w:r>
      <w:r>
        <w:br/>
      </w:r>
      <w:r>
        <w:rPr>
          <w:sz w:val="20"/>
        </w:rPr>
        <w:t>2:17  zikr hai lekin zyada jo tafseeli hukum hai woh surah baqarah mein hai. aap us ko padhiye to jo roze ke ahkam ke naam se jo kuch aap jante hain woh us mein kuch bhi nahin hoga.</w:t>
      </w:r>
    </w:p>
    <w:p>
      <w:pPr>
        <w:pStyle w:val="Heading2"/>
      </w:pPr>
      <w:r>
        <w:t>Mission to correct Quran's image and spread peace</w:t>
      </w:r>
    </w:p>
    <w:p>
      <w:r>
        <w:rPr>
          <w:color w:val="666666"/>
          <w:sz w:val="18"/>
        </w:rPr>
        <w:t>The Message of the Quran October 21, 2018 · 5m 17s · at 20:54 · https://youtu.be/9_OYLmVWLOE?t=1254</w:t>
      </w:r>
    </w:p>
    <w:p>
      <w:r>
        <w:rPr>
          <w:i/>
        </w:rPr>
        <w:t>“To yeh hai Quran”</w:t>
      </w:r>
    </w:p>
    <w:p>
      <w:r>
        <w:rPr>
          <w:sz w:val="20"/>
        </w:rPr>
        <w:t>20:54  To yeh hai Quran. To Quran ko zinda karne ka, Quran ko phailane ka jo hum mission chala chala rahe hain, is ka matlab kya hai?</w:t>
      </w:r>
      <w:r>
        <w:br/>
      </w:r>
      <w:r>
        <w:rPr>
          <w:sz w:val="20"/>
        </w:rPr>
        <w:t>21:06  Quran ki image ko connect karna. Image, image.</w:t>
      </w:r>
      <w:r>
        <w:br/>
      </w:r>
      <w:r>
        <w:rPr>
          <w:sz w:val="20"/>
        </w:rPr>
        <w:t>21:13  Sari duniya mein Quran ki image kya ban gayi hai? Ke Quran ek aisi kitab hai jo nafrat karna sikhata hai, jo ladaai karna sikhata hai, jo pathar marna sikhata hai, jo goli marna sikhata hai.</w:t>
      </w:r>
      <w:r>
        <w:br/>
      </w:r>
      <w:r>
        <w:rPr>
          <w:sz w:val="20"/>
        </w:rPr>
        <w:t>21:27  Yeh image ban gayi hai Quran ki. Ab hum chahte hain ke yeh image badle. Insaan yeh jaane ke is ke Rab ne, is ke Allah, is ke Khuda ne kya gift bheja is ke liye.</w:t>
      </w:r>
      <w:r>
        <w:br/>
      </w:r>
      <w:r>
        <w:rPr>
          <w:sz w:val="20"/>
        </w:rPr>
        <w:t>21:44  Yeh Quran ek bohat bada gift hai jo yeh kehta hai ke: "Ae insano!</w:t>
      </w:r>
      <w:r>
        <w:br/>
      </w:r>
      <w:r>
        <w:rPr>
          <w:sz w:val="20"/>
        </w:rPr>
        <w:t>21:51  Agar tum ne ek insaan ko mara to goya ke tum ne saare insano ko maar dala.</w:t>
      </w:r>
      <w:r>
        <w:br/>
      </w:r>
      <w:r>
        <w:rPr>
          <w:sz w:val="20"/>
        </w:rPr>
        <w:t>21:58  Agar ek insaan ko tum ne zinda kiya to goya ke saare insano ko tum ne zindagi bakhshi." Itni badi baat Quran mein hai. Sab se pehle utri thi Bani Israel ke zamane mein,</w:t>
      </w:r>
      <w:r>
        <w:br/>
      </w:r>
      <w:r>
        <w:rPr>
          <w:sz w:val="20"/>
        </w:rPr>
        <w:t>22:12  Ab utri hai Rasool Allah ke zamane mein. Lekin chunke printing press nahi tha, communication nahi tha, to yeh zyada phaila nahi.</w:t>
      </w:r>
      <w:r>
        <w:br/>
      </w:r>
      <w:r>
        <w:rPr>
          <w:sz w:val="20"/>
        </w:rPr>
        <w:t>22:23  Yeh message, yeh message zyada phaila nahi. Ab woh daur aa gaya. Ab printing press hai, communication hai, sari facilities hain.</w:t>
      </w:r>
      <w:r>
        <w:br/>
      </w:r>
      <w:r>
        <w:rPr>
          <w:sz w:val="20"/>
        </w:rPr>
        <w:t>22:38  To ab hum chahte hain ke yeh baat, yeh masla ek kitab ko distribute karne ka nahi hai, yeh message ko distribute karne ka hai.</w:t>
      </w:r>
      <w:r>
        <w:br/>
      </w:r>
      <w:r>
        <w:rPr>
          <w:sz w:val="20"/>
        </w:rPr>
        <w:t>22:51  Yaani saath saath aap bhi isi mein lagenge, aap bhi logon ko batayenge, jalsay mein, seminar mein, har jagah jahan aap payenge, insaan ko yeh baat batayenge.</w:t>
      </w:r>
      <w:r>
        <w:br/>
      </w:r>
      <w:r>
        <w:rPr>
          <w:sz w:val="20"/>
        </w:rPr>
        <w:t>23:03  Yeh mission hai, Ahle Islam ka mission hai. Yeh to zabaan se batayenge, kitabein denge, Quran denge.</w:t>
      </w:r>
      <w:r>
        <w:br/>
      </w:r>
      <w:r>
        <w:rPr>
          <w:sz w:val="20"/>
        </w:rPr>
        <w:t>23:15  To Quran ka distribution ek poore mission ka part hai. Alag se mat dekhiye is ko. Kuch log kehte hain ke Quran de diya to kya ho gaya?</w:t>
      </w:r>
      <w:r>
        <w:br/>
      </w:r>
      <w:r>
        <w:rPr>
          <w:sz w:val="20"/>
        </w:rPr>
        <w:t>23:28  Poore mission ka part hai, woh</w:t>
      </w:r>
      <w:r>
        <w:br/>
      </w:r>
      <w:r>
        <w:rPr>
          <w:sz w:val="20"/>
        </w:rPr>
        <w:t>23:33  Poore mission ka woh part hai. Quran mein ek ayat hai, woh kya hai? Lawindzurukum bihi wa munbaliqun yeh</w:t>
      </w:r>
      <w:r>
        <w:br/>
      </w:r>
      <w:r>
        <w:rPr>
          <w:sz w:val="20"/>
        </w:rPr>
        <w:t>23:46  Quran utara gaya mere liye, mere upar Rasool Allah se farma rahe hain. Kaha gaya ke aisa kaho: "Yeh Quran utara gaya mere upar taake main pahunchaon tum ko,</w:t>
      </w:r>
      <w:r>
        <w:br/>
      </w:r>
      <w:r>
        <w:rPr>
          <w:sz w:val="20"/>
        </w:rPr>
        <w:t>24:05  Aur woh log doosron ko pahunchayen jin ko main mujh se pahuncha." Kyunke saare alam mein pahunchta rahe, pahunchta rahe, pahunchta rahe.</w:t>
      </w:r>
      <w:r>
        <w:br/>
      </w:r>
      <w:r>
        <w:rPr>
          <w:sz w:val="20"/>
        </w:rPr>
        <w:t>24:17  Main apne zamane mein pahunchaon, apne akhatte apne logon ko, aur is ke baad har nasal mein, har generation mein log pahunchate rahen, pahunchate rahen, pahunchate rahen.</w:t>
      </w:r>
      <w:r>
        <w:br/>
      </w:r>
      <w:r>
        <w:rPr>
          <w:sz w:val="20"/>
        </w:rPr>
        <w:t>24:31  To yeh masla kisi ek kitab ko distribute karne ka nahi hai, yeh ek mission ko apnane ka mamla hai.</w:t>
      </w:r>
      <w:r>
        <w:br/>
      </w:r>
      <w:r>
        <w:rPr>
          <w:sz w:val="20"/>
        </w:rPr>
        <w:t>24:40  Ek mission ko apnana,</w:t>
      </w:r>
      <w:r>
        <w:br/>
      </w:r>
      <w:r>
        <w:rPr>
          <w:sz w:val="20"/>
        </w:rPr>
        <w:t>24:45  Yaani letter ke saath, spirit ke saath apnana. Aap khud bhi isi spirit ke saath jeena seekhiye.</w:t>
      </w:r>
      <w:r>
        <w:br/>
      </w:r>
      <w:r>
        <w:rPr>
          <w:sz w:val="20"/>
        </w:rPr>
        <w:t>24:54  Hum mein se har shakhs khud bhi isi spirit ke saath jaana seekhe ke use insaniyat ke liye zindagi bakhsh banna hai,</w:t>
      </w:r>
      <w:r>
        <w:br/>
      </w:r>
      <w:r>
        <w:rPr>
          <w:sz w:val="20"/>
        </w:rPr>
        <w:t>25:06  Killer nahi banna hai. Hum mein se har shakhs jo hai, jo Islam ko follow karta hai, jo Quran ko manta hai, jo Allah Rab ul Alameen ke yaqeen karta hai,</w:t>
      </w:r>
      <w:r>
        <w:br/>
      </w:r>
      <w:r>
        <w:rPr>
          <w:sz w:val="20"/>
        </w:rPr>
        <w:t>25:21  To har hum mein se har shakhs yeh yaqeen kare ke mujhe isi spirit ke saath jeena hai, isi spirit ko phailana hai, logon mein isi spirit ko zinda karna hai ke insano ke darmiyan is tarah raho ke tum doosron ko zindagi do,</w:t>
      </w:r>
      <w:r>
        <w:br/>
      </w:r>
      <w:r>
        <w:rPr>
          <w:sz w:val="20"/>
        </w:rPr>
        <w:t>25:44  tum se doosron ko maut na milay, tumhare zariye se doosron ko pathar na milay, balkay rehmat milay, tumhare zariye se doosron ko goli na milay, balkay aman milay.</w:t>
      </w:r>
      <w:r>
        <w:br/>
      </w:r>
      <w:r>
        <w:rPr>
          <w:sz w:val="20"/>
        </w:rPr>
        <w:t>25:59  aman to hum ko khud bhi isi speed ke sath jeena hai, aur jis kitab mein yeh taleem di gayi, us ki is is kitab ko phailana hai.</w:t>
      </w:r>
    </w:p>
    <w:p>
      <w:pPr>
        <w:pStyle w:val="Heading2"/>
      </w:pPr>
      <w:r>
        <w:t>Blindness in this world and hereafter</w:t>
      </w:r>
    </w:p>
    <w:p>
      <w:r>
        <w:rPr>
          <w:color w:val="666666"/>
          <w:sz w:val="18"/>
        </w:rPr>
        <w:t>Self Discovery | September 30, 2018 · 4m 05s · at 3:43 · https://youtu.be/ks3TBvsuttc?t=223</w:t>
      </w:r>
    </w:p>
    <w:p>
      <w:r>
        <w:rPr>
          <w:i/>
        </w:rPr>
        <w:t>“Jo shakhs is duniya mein andha raha, woh aakhirat mein bhi andha rahega”</w:t>
      </w:r>
    </w:p>
    <w:p>
      <w:r>
        <w:rPr>
          <w:sz w:val="20"/>
        </w:rPr>
        <w:t>3:43  aur jo shakhs is dunya mein andha raha, wo akhirat mein bhi andha rahega, aur wo bahut door pada hoga raste se. whoever has been blind in this life, will be blind in the life to come, and still further astray from the path, path of truth. badi kaisi, yani kaisi regretful aayat hai ye ke yahan</w:t>
      </w:r>
      <w:r>
        <w:br/>
      </w:r>
      <w:r>
        <w:rPr>
          <w:sz w:val="20"/>
        </w:rPr>
        <w:t>4:13  agar aap blind reh gaye to wahan bhi blind rahenge.</w:t>
      </w:r>
      <w:r>
        <w:br/>
      </w:r>
      <w:r>
        <w:rPr>
          <w:sz w:val="20"/>
        </w:rPr>
        <w:t>4:24  aap kabhi aankh band kar ke ek ghanta rahiye, aur phir dekhiye kya beitta hai aap.</w:t>
      </w:r>
      <w:r>
        <w:br/>
      </w:r>
      <w:r>
        <w:rPr>
          <w:sz w:val="20"/>
        </w:rPr>
        <w:t>4:35  تو میں نے سوچا کہ یہ What is this blindness? Blindness کیا چیز ہے؟</w:t>
      </w:r>
      <w:r>
        <w:br/>
      </w:r>
      <w:r>
        <w:rPr>
          <w:sz w:val="20"/>
        </w:rPr>
        <w:t>4:46  blind hona kya hai? blind hona yeh hai ke hum bekhabar ho jayein rizq ki importance janne se.</w:t>
      </w:r>
      <w:r>
        <w:br/>
      </w:r>
      <w:r>
        <w:rPr>
          <w:sz w:val="20"/>
        </w:rPr>
        <w:t>5:01  to hum larbar ho jate hain, weak ho jate hain, chalna phirna mushkil maloom hota hai.</w:t>
      </w:r>
      <w:r>
        <w:br/>
      </w:r>
      <w:r>
        <w:rPr>
          <w:sz w:val="20"/>
        </w:rPr>
        <w:t>5:16  تو اب blind ہونے کا مطلب یہ ہے کہ انسان reality جو ہے، reality اس کو discover نہ کر پائے۔</w:t>
      </w:r>
      <w:r>
        <w:br/>
      </w:r>
      <w:r>
        <w:rPr>
          <w:sz w:val="20"/>
        </w:rPr>
        <w:t>5:31  یعنی یہ ڈسکور نہ کر پائے کہ میں کسی خالق کا مخلوق ہوں، اس کسی creator کا creation</w:t>
      </w:r>
      <w:r>
        <w:br/>
      </w:r>
      <w:r>
        <w:rPr>
          <w:sz w:val="20"/>
        </w:rPr>
        <w:t>5:46  hoon. kisi ne mujhe rizq diya hai to mujhe food milta hai, kisi ne mujhe hawa, oxygen, light, soil, sab cheez di hai to mujhe wo cheez mil rahi hai. in is</w:t>
      </w:r>
      <w:r>
        <w:br/>
      </w:r>
      <w:r>
        <w:rPr>
          <w:sz w:val="20"/>
        </w:rPr>
        <w:t>6:16  yeh hai reality.</w:t>
      </w:r>
      <w:r>
        <w:br/>
      </w:r>
      <w:r>
        <w:rPr>
          <w:sz w:val="20"/>
        </w:rPr>
        <w:t>6:24  jo aadmi is reality se duniya mein bekhabar raha, to yeh bohat hi ziyada, bohat hi ziyada</w:t>
      </w:r>
      <w:r>
        <w:br/>
      </w:r>
      <w:r>
        <w:rPr>
          <w:sz w:val="20"/>
        </w:rPr>
        <w:t>6:32  warning ki baat hai ke woh akhirat mein bhi blind rahega.</w:t>
      </w:r>
      <w:r>
        <w:br/>
      </w:r>
      <w:r>
        <w:rPr>
          <w:sz w:val="20"/>
        </w:rPr>
        <w:t>6:39  is ka mani kya hai? ke discovery ka jo chance hai,</w:t>
      </w:r>
      <w:r>
        <w:br/>
      </w:r>
      <w:r>
        <w:rPr>
          <w:sz w:val="20"/>
        </w:rPr>
        <w:t>6:47  hum discover karen Allah Rabb al-Alameen ko, hum discover karen creation ko, hum discover karen food ki importance ko, hum discover karen water, oxygen, light, har cheez ki importance ko. to ye discovery ka jo chance diya gaya hai aap ko, ye dunya ke liye hai,</w:t>
      </w:r>
      <w:r>
        <w:br/>
      </w:r>
      <w:r>
        <w:rPr>
          <w:sz w:val="20"/>
        </w:rPr>
        <w:t>7:17  woh wahan nahi rahega waqai.</w:t>
      </w:r>
      <w:r>
        <w:br/>
      </w:r>
      <w:r>
        <w:rPr>
          <w:sz w:val="20"/>
        </w:rPr>
        <w:t>7:23  yeh kaisi ajeeb baat hai.</w:t>
      </w:r>
      <w:r>
        <w:br/>
      </w:r>
      <w:r>
        <w:rPr>
          <w:sz w:val="20"/>
        </w:rPr>
        <w:t>7:30  yani aisa hi hai jaise ke bone ke waqt kisi ne nahi boya, to kaatne ke waqt kya</w:t>
      </w:r>
      <w:r>
        <w:br/>
      </w:r>
      <w:r>
        <w:rPr>
          <w:sz w:val="20"/>
        </w:rPr>
        <w:t>7:36  paayega? kuch nahi paayega.</w:t>
      </w:r>
      <w:r>
        <w:br/>
      </w:r>
      <w:r>
        <w:rPr>
          <w:sz w:val="20"/>
        </w:rPr>
        <w:t>7:43  kaisi ajeeb baat hai yeh.</w:t>
      </w:r>
    </w:p>
    <w:p>
      <w:pPr>
        <w:pStyle w:val="Heading2"/>
      </w:pPr>
      <w:r>
        <w:t>Why man is sad world offers less</w:t>
      </w:r>
    </w:p>
    <w:p>
      <w:r>
        <w:rPr>
          <w:color w:val="666666"/>
          <w:sz w:val="18"/>
        </w:rPr>
        <w:t>Man &amp; Paradise Aug 18, 2013 - Maulana Wahiduddin Khan · 1m 38s · at 23:57 · https://youtu.be/yKy1suwbP8o?t=1437</w:t>
      </w:r>
    </w:p>
    <w:p>
      <w:r>
        <w:rPr>
          <w:i/>
        </w:rPr>
        <w:t>“Now the question is: why is man sad?”</w:t>
      </w:r>
    </w:p>
    <w:p>
      <w:r>
        <w:rPr>
          <w:sz w:val="20"/>
        </w:rPr>
        <w:t>23:57  ab yeh sawaal hai ke insaan kyun sad hota hai? kyun us ko tension hota hai? kyun marta hai frustration mein?</w:t>
      </w:r>
      <w:r>
        <w:br/>
      </w:r>
      <w:r>
        <w:rPr>
          <w:sz w:val="20"/>
        </w:rPr>
        <w:t>24:09  is ka sabab yeh hai</w:t>
      </w:r>
      <w:r>
        <w:br/>
      </w:r>
      <w:r>
        <w:rPr>
          <w:sz w:val="20"/>
        </w:rPr>
        <w:t>24:14  ke jo kuch dunya mein hai, woh us se kam hai jo insaan chahta hai.</w:t>
      </w:r>
      <w:r>
        <w:br/>
      </w:r>
      <w:r>
        <w:rPr>
          <w:sz w:val="20"/>
        </w:rPr>
        <w:t>24:24  jo kuch dunya mein hai, woh us se kam hai bohat zyada jo insaan chahta hai.</w:t>
      </w:r>
      <w:r>
        <w:br/>
      </w:r>
      <w:r>
        <w:rPr>
          <w:sz w:val="20"/>
        </w:rPr>
        <w:t>24:31  insaan ke jo salahiyatein hain, mislan meri aankh jo scene dekhna chahti hai, woh dunya mein mujhe nahi milta.</w:t>
      </w:r>
      <w:r>
        <w:br/>
      </w:r>
      <w:r>
        <w:rPr>
          <w:sz w:val="20"/>
        </w:rPr>
        <w:t>24:44  har scene us se kam hai jo mera aankh ko dekhna chahti hai. mera aankh yeh usi tarah se hai, mera kaan.</w:t>
      </w:r>
      <w:r>
        <w:br/>
      </w:r>
      <w:r>
        <w:rPr>
          <w:sz w:val="20"/>
        </w:rPr>
        <w:t>24:54  mera matlab har insaan ka jin naghmon ko sunna chahta hai, woh naghme dunya mein woh available nahi. jo naghme hain, woh us se bohat kam hain jin ko ke mera kaan sunna chahta hai.</w:t>
      </w:r>
      <w:r>
        <w:br/>
      </w:r>
      <w:r>
        <w:rPr>
          <w:sz w:val="20"/>
        </w:rPr>
        <w:t>25:07  jo mere taste buds hain, jis zaiqon ko woh chahte hain, us ko mile, woh nahi dunya mein milta. koi jo zaiqe milte hain, woh us se bohat kam hote hain. isi ke saath dekhiye, insaan beemar hota hai,</w:t>
      </w:r>
      <w:r>
        <w:br/>
      </w:r>
      <w:r>
        <w:rPr>
          <w:sz w:val="20"/>
        </w:rPr>
        <w:t>25:21  accident hota hai us ko, aur phir woh mar jata hai.</w:t>
      </w:r>
      <w:r>
        <w:br/>
      </w:r>
      <w:r>
        <w:rPr>
          <w:sz w:val="20"/>
        </w:rPr>
        <w:t>25:27  to kaisa ajeeb hai ke aadmi 57 saal mein mar gaye, koi 67, koi 77, koi 87 mar jata hai.</w:t>
      </w:r>
    </w:p>
    <w:p>
      <w:pPr>
        <w:pStyle w:val="Heading2"/>
      </w:pPr>
      <w:r>
        <w:t>Importance of daily regular Quran study</w:t>
      </w:r>
    </w:p>
    <w:p>
      <w:r>
        <w:rPr>
          <w:color w:val="666666"/>
          <w:sz w:val="18"/>
        </w:rPr>
        <w:t>Quran The Book of Guidance 21 July, 2013 - Maulana Wahiduddin Khan · 32s · at 5:47 · https://youtu.be/u0vvvl3R5ro?t=347</w:t>
      </w:r>
    </w:p>
    <w:p>
      <w:r>
        <w:rPr>
          <w:i/>
        </w:rPr>
        <w:t>“Is se maine samjha ke kya matlab hai is hadees ka”</w:t>
      </w:r>
    </w:p>
    <w:p>
      <w:r>
        <w:rPr>
          <w:sz w:val="20"/>
        </w:rPr>
        <w:t>5:47  is se maine samjha ke kya matlab hai is hadith ka. is hadith ka matlab hai quran ki study barabar karo, quran ka mutala barabar karo,</w:t>
      </w:r>
      <w:r>
        <w:br/>
      </w:r>
      <w:r>
        <w:rPr>
          <w:sz w:val="20"/>
        </w:rPr>
        <w:t>6:01  tab is ke mani tumhare dimagh mein baqi rahenge, aur sirf mani be'aitbaar tarjuma nahin, kyunke quran ke bare mein aaya hai ke "la tanqadi aja'ibuhu", is mein naye naye pehlu khulte rahenge barabar.</w:t>
      </w:r>
    </w:p>
    <w:p>
      <w:pPr>
        <w:pStyle w:val="Heading2"/>
      </w:pPr>
      <w:r>
        <w:t>Prophet as role model, not personal pride, per hadith and Quran</w:t>
      </w:r>
    </w:p>
    <w:p>
      <w:r>
        <w:rPr>
          <w:color w:val="666666"/>
          <w:sz w:val="18"/>
        </w:rPr>
        <w:t>Freedom of Expression in Islam 30 Sept 2012 - Maulana Wahiduddin Khan · 1m 52s · at 15:32 · https://youtu.be/WLlXSyxX8Q4?t=932</w:t>
      </w:r>
    </w:p>
    <w:p>
      <w:r>
        <w:rPr>
          <w:i/>
        </w:rPr>
        <w:t>“Ek banner tha: Prophet is our honor”</w:t>
      </w:r>
    </w:p>
    <w:p>
      <w:r>
        <w:rPr>
          <w:sz w:val="20"/>
        </w:rPr>
        <w:t>15:32  dekhiye, aik paper hai, aik muslim country mein hungama ho raha hai isi ko le kar ke. jaloos hai aur log shor ghul kar rahay hain.</w:t>
      </w:r>
      <w:r>
        <w:br/>
      </w:r>
      <w:r>
        <w:rPr>
          <w:sz w:val="20"/>
        </w:rPr>
        <w:t>15:46  to is mein aik banner hai is mein ke "Prophet is our honour, our Prophet is our honour,</w:t>
      </w:r>
      <w:r>
        <w:br/>
      </w:r>
      <w:r>
        <w:rPr>
          <w:sz w:val="20"/>
        </w:rPr>
        <w:t>15:57  our Prophet is our honour</w:t>
      </w:r>
      <w:r>
        <w:br/>
      </w:r>
      <w:r>
        <w:rPr>
          <w:sz w:val="20"/>
        </w:rPr>
        <w:t>15:59  ." is se mein samjha ke aakhir raaz kya hai? yani paygambar ko aap ne bana liya apna pride, apna fakhar.</w:t>
      </w:r>
      <w:r>
        <w:br/>
      </w:r>
      <w:r>
        <w:rPr>
          <w:sz w:val="20"/>
        </w:rPr>
        <w:t>16:11  to yeh mizaj hai ke jab bhi aap kisi ko apna pride bana lein, apne dada ka pride bana lein, koi dada criticize kare ga, bura lagay ga aap ko.</w:t>
      </w:r>
      <w:r>
        <w:br/>
      </w:r>
      <w:r>
        <w:rPr>
          <w:sz w:val="20"/>
        </w:rPr>
        <w:t>16:23  kisi bhi cheez ko aap apna pride bana lein.</w:t>
      </w:r>
      <w:r>
        <w:br/>
      </w:r>
      <w:r>
        <w:rPr>
          <w:sz w:val="20"/>
        </w:rPr>
        <w:t>16:27  ab sawal yeh hai ke kya paygambar hamara pride hai, hamara honour hai? to sawal yeh hai ke Quran mein kahan likha hai?</w:t>
      </w:r>
      <w:r>
        <w:br/>
      </w:r>
      <w:r>
        <w:rPr>
          <w:sz w:val="20"/>
        </w:rPr>
        <w:t>16:36  hadees mein kahan bataya gaya hai? hadees mein hai ke "man assa fi amrina</w:t>
      </w:r>
      <w:r>
        <w:br/>
      </w:r>
      <w:r>
        <w:rPr>
          <w:sz w:val="20"/>
        </w:rPr>
        <w:t>16:47  jo cheez islam mein na ho aur koi innovation ke tor par shamil kare to woh rejected hai, rejected."</w:t>
      </w:r>
      <w:r>
        <w:br/>
      </w:r>
      <w:r>
        <w:rPr>
          <w:sz w:val="20"/>
        </w:rPr>
        <w:t>16:57  to yeh concept rejected mana jaye ga, radd radd radd kar diya jaye ga. kyun? Quran mein is ke bar aks yeh hai: "laqad kana lakum fi rasoolillahi uswatun hasana,</w:t>
      </w:r>
      <w:r>
        <w:br/>
      </w:r>
      <w:r>
        <w:rPr>
          <w:sz w:val="20"/>
        </w:rPr>
        <w:t>17:11  laqad qaalakum fi rasool Allah hasan al-hasan. rasool Allah ke liye tumhare behtareen model uswa hai. uswa ka matlab model hai.</w:t>
      </w:r>
      <w:r>
        <w:br/>
      </w:r>
      <w:r>
        <w:rPr>
          <w:sz w:val="20"/>
        </w:rPr>
        <w:t>17:20  to rasool Allah hamare liye model hain, hamare liye pride nahi hain.</w:t>
      </w:r>
    </w:p>
    <w:p>
      <w:pPr>
        <w:pStyle w:val="Heading2"/>
      </w:pPr>
      <w:r>
        <w:t>Hadith sign of Judgment Day: honesty disappears</w:t>
      </w:r>
    </w:p>
    <w:p>
      <w:r>
        <w:rPr>
          <w:color w:val="666666"/>
          <w:sz w:val="18"/>
        </w:rPr>
        <w:t>The End of Human History August 12, 2012 · 33s · at 36:53 · https://youtu.be/QWdHb9pVkAY?t=2213</w:t>
      </w:r>
    </w:p>
    <w:p>
      <w:r>
        <w:rPr>
          <w:i/>
        </w:rPr>
        <w:t>“Qayamat qareeb aayegi toh honesty utha li jayegi”</w:t>
      </w:r>
    </w:p>
    <w:p>
      <w:r>
        <w:rPr>
          <w:sz w:val="20"/>
        </w:rPr>
        <w:t>36:53  yeh hadith jab mein parhta hoon to rasool Allah ke risalat ka ka saboot maloom hoti hai. yeh hadith aap ne farmaya tha ke qayamat jab qareeb aayegi to us ki pehchan yeh hogi ke taraf al-amanah yani honesty uth jayegi,</w:t>
      </w:r>
      <w:r>
        <w:br/>
      </w:r>
      <w:r>
        <w:rPr>
          <w:sz w:val="20"/>
        </w:rPr>
        <w:t>37:14  sare log dishonest ho jayenge. to wahi to hai yeh,</w:t>
      </w:r>
      <w:r>
        <w:br/>
      </w:r>
      <w:r>
        <w:rPr>
          <w:sz w:val="20"/>
        </w:rPr>
        <w:t>37:20  jidhar dekhiye dishonesty, jidhar dekhiye dishonesty, jidhar dekhiye dishonesty.</w:t>
      </w:r>
    </w:p>
    <w:p>
      <w:pPr>
        <w:pStyle w:val="Heading2"/>
      </w:pPr>
      <w:r>
        <w:t>Islamophobia false, Westophobia real</w:t>
      </w:r>
    </w:p>
    <w:p>
      <w:r>
        <w:rPr>
          <w:color w:val="666666"/>
          <w:sz w:val="18"/>
        </w:rPr>
        <w:t>Global Message December 30, 2018 Maulana Wahiduddin Khan · 28s · at 14:29 · https://youtu.be/Ml_PyAxx8OE?t=869</w:t>
      </w:r>
    </w:p>
    <w:p>
      <w:r>
        <w:rPr>
          <w:i/>
        </w:rPr>
        <w:t>“Islamophobia is a false allegation.”</w:t>
      </w:r>
    </w:p>
    <w:p>
      <w:r>
        <w:rPr>
          <w:sz w:val="20"/>
        </w:rPr>
        <w:t>14:29  wahan ke mahol mein kahin bhi islamophobia nahi hai. bilkul yeh bilkul false allegation hai yeh.</w:t>
      </w:r>
      <w:r>
        <w:br/>
      </w:r>
      <w:r>
        <w:rPr>
          <w:sz w:val="20"/>
        </w:rPr>
        <w:t>14:39  lekin khud musalmanon mein bohat baray paimane par aa gaya westophobia. westophobia. yani west se jalan, west ko apna rival samajhna, west ko apna dushman samajhna, yeh sab aa gaya.</w:t>
      </w:r>
    </w:p>
    <w:p>
      <w:pPr>
        <w:pStyle w:val="Heading2"/>
      </w:pPr>
      <w:r>
        <w:t>Giving Allah a good loan, charity without expectation</w:t>
      </w:r>
    </w:p>
    <w:p>
      <w:r>
        <w:rPr>
          <w:color w:val="666666"/>
          <w:sz w:val="18"/>
        </w:rPr>
        <w:t>Reflections on Surah Al-Muzzammil May 19, 2024 · 58s · at 52:12 · https://youtu.be/4pduG4qDeDM?t=3132</w:t>
      </w:r>
    </w:p>
    <w:p>
      <w:r>
        <w:rPr>
          <w:i/>
        </w:rPr>
        <w:t>“Give Allah a good loan without expecting any return”</w:t>
      </w:r>
    </w:p>
    <w:p>
      <w:r>
        <w:rPr>
          <w:sz w:val="20"/>
        </w:rPr>
        <w:t>52:12  to god has calling at qarz hasan, yani allah ta'ala keh raha hai ke mujhe qarz-e-hasan do. hmm,</w:t>
      </w:r>
      <w:r>
        <w:br/>
      </w:r>
      <w:r>
        <w:rPr>
          <w:sz w:val="20"/>
        </w:rPr>
        <w:t>52:20  don't expect its reward. but in the next verse, it says: "man khairullah." this is very important: whatever you send forth for yourselves, you will find it at god.</w:t>
      </w:r>
      <w:r>
        <w:br/>
      </w:r>
      <w:r>
        <w:rPr>
          <w:sz w:val="20"/>
        </w:rPr>
        <w:t>52:38  hmm,</w:t>
      </w:r>
      <w:r>
        <w:br/>
      </w:r>
      <w:r>
        <w:rPr>
          <w:sz w:val="20"/>
        </w:rPr>
        <w:t>52:41  khair wa'zuma ajra, and it will be improved and richly rewarded by him.</w:t>
      </w:r>
      <w:r>
        <w:br/>
      </w:r>
      <w:r>
        <w:rPr>
          <w:sz w:val="20"/>
        </w:rPr>
        <w:t>52:46  so, so if you ah give in the cause of allah, you will not receive reward here, but in the hereafter, it will be multiplied. it has mentioned that if somebody ah had a bad deed, god counts it one.</w:t>
      </w:r>
      <w:r>
        <w:br/>
      </w:r>
      <w:r>
        <w:rPr>
          <w:sz w:val="20"/>
        </w:rPr>
        <w:t>53:02  hmm, but if somebody do a good deed, he gave 10 rewards. ji, and that is the minimum.</w:t>
      </w:r>
    </w:p>
    <w:p>
      <w:pPr>
        <w:pStyle w:val="Heading2"/>
      </w:pPr>
      <w:r>
        <w:t>Reason is human specialty</w:t>
      </w:r>
    </w:p>
    <w:p>
      <w:r>
        <w:rPr>
          <w:color w:val="666666"/>
          <w:sz w:val="18"/>
        </w:rPr>
        <w:t>Reason and Human Life | June 25, 2008 · 30s · at 0:44 · https://youtu.be/BlKDj7xKEYA?t=44</w:t>
      </w:r>
    </w:p>
    <w:p>
      <w:r>
        <w:rPr>
          <w:i/>
        </w:rPr>
        <w:t>“Reason is the specialty of humans”</w:t>
      </w:r>
    </w:p>
    <w:p>
      <w:r>
        <w:rPr>
          <w:sz w:val="20"/>
        </w:rPr>
        <w:t>0:44  human life.</w:t>
      </w:r>
      <w:r>
        <w:br/>
      </w:r>
      <w:r>
        <w:rPr>
          <w:sz w:val="20"/>
        </w:rPr>
        <w:t>0:52  insani zindagi mein aqal ka maqam.</w:t>
      </w:r>
      <w:r>
        <w:br/>
      </w:r>
      <w:r>
        <w:rPr>
          <w:sz w:val="20"/>
        </w:rPr>
        <w:t>1:00  dekhiye, is dunya mein ya is universe mein ek to insan hai aur doosri bohat sari cheezain hain.</w:t>
      </w:r>
      <w:r>
        <w:br/>
      </w:r>
      <w:r>
        <w:rPr>
          <w:sz w:val="20"/>
        </w:rPr>
        <w:t>1:07  lekin aqal jo hai</w:t>
      </w:r>
    </w:p>
    <w:p>
      <w:pPr>
        <w:pStyle w:val="Heading2"/>
      </w:pPr>
      <w:r>
        <w:t>true faith is discovery, not just recitation</w:t>
      </w:r>
    </w:p>
    <w:p>
      <w:r>
        <w:rPr>
          <w:color w:val="666666"/>
          <w:sz w:val="18"/>
        </w:rPr>
        <w:t>Deeper Meaning of The Quran May 17, 2015 · 1m 33s · at 36:48 · https://youtu.be/CoTUNYxSRiI?t=2208</w:t>
      </w:r>
    </w:p>
    <w:p>
      <w:r>
        <w:rPr>
          <w:i/>
        </w:rPr>
        <w:t>“یہ آیت میں نے پڑھی، ان کی آنکھوں میں آنسو بہنے لگے”</w:t>
      </w:r>
    </w:p>
    <w:p>
      <w:r>
        <w:rPr>
          <w:sz w:val="20"/>
        </w:rPr>
        <w:t>36:48  misalan dekhiye yeh ayat maine padhi ke "wa idha saboo ma'oonatan ila al-rasool tara 'aynahum taflihim min al-dam mimma 'arafoo min al-haqq" yahan par aal-e-umeir ke giroh ka haal bataya gaya hai ke woh rasool Allah ke pas aaye aur Quran suna to un ko iman mil gaya.</w:t>
      </w:r>
      <w:r>
        <w:br/>
      </w:r>
      <w:r>
        <w:rPr>
          <w:sz w:val="20"/>
        </w:rPr>
        <w:t>37:13  aur woh iman laye aur un ki aankhon mein aansu behne lage. kyun ke jo ma'refat un ko hui thi "mimma 'arafoo min al-haqq" to us ko sochte sochte mein ne samjha ke iman jo hai ek kalma dohrane ka naam nahi hai.</w:t>
      </w:r>
      <w:r>
        <w:br/>
      </w:r>
      <w:r>
        <w:rPr>
          <w:sz w:val="20"/>
        </w:rPr>
        <w:t>37:32  la ilaha illallah muhammadur rasool Allah keh diya to bas iman ho gaya. nahi iman jo hai woh discovery hai. ma'refat ka matlab discovery hai.</w:t>
      </w:r>
      <w:r>
        <w:br/>
      </w:r>
      <w:r>
        <w:rPr>
          <w:sz w:val="20"/>
        </w:rPr>
        <w:t>37:43  itna gehra aap ko realization ho itna gehra aap ko kuch aisi gehri baat mil jaye aap ko ke aap ka dil tarap uthe.</w:t>
      </w:r>
      <w:r>
        <w:br/>
      </w:r>
      <w:r>
        <w:rPr>
          <w:sz w:val="20"/>
        </w:rPr>
        <w:t>37:53  aap ke dimagh mein halchal paida ho jaye. aankhon se aansu jari ho jayen.</w:t>
      </w:r>
      <w:r>
        <w:br/>
      </w:r>
      <w:r>
        <w:rPr>
          <w:sz w:val="20"/>
        </w:rPr>
        <w:t>38:01  to yeh hai marifat. aur marifat ka matlab hai discovery. lekin yeh kab maloom hota hai? jab socha jae.</w:t>
      </w:r>
      <w:r>
        <w:br/>
      </w:r>
      <w:r>
        <w:rPr>
          <w:sz w:val="20"/>
        </w:rPr>
        <w:t>38:10  na socha jae to kuch bhi nahin.</w:t>
      </w:r>
      <w:r>
        <w:br/>
      </w:r>
      <w:r>
        <w:rPr>
          <w:sz w:val="20"/>
        </w:rPr>
        <w:t>38:14  socha jae to hota hai.</w:t>
      </w:r>
    </w:p>
    <w:p>
      <w:pPr>
        <w:pStyle w:val="Heading2"/>
      </w:pPr>
      <w:r>
        <w:t>Quran's answer: man created for Paradise, criterion is love</w:t>
      </w:r>
    </w:p>
    <w:p>
      <w:r>
        <w:rPr>
          <w:color w:val="666666"/>
          <w:sz w:val="18"/>
        </w:rPr>
        <w:t>The Goal for Human Beings in The Quran February 03, 2019 Maulana Wahiduddin Khan · 2m 50s · at 13:14 · https://youtu.be/QZH5SHaAxCc?t=794</w:t>
      </w:r>
    </w:p>
    <w:p>
      <w:r>
        <w:rPr>
          <w:i/>
        </w:rPr>
        <w:t>“If we read Quran, the great topic of the Quran is man.”</w:t>
      </w:r>
    </w:p>
    <w:p>
      <w:r>
        <w:rPr>
          <w:sz w:val="20"/>
        </w:rPr>
        <w:t>13:14  if we read quran, the great—the great topic, great subject of the quran is man.</w:t>
      </w:r>
      <w:r>
        <w:br/>
      </w:r>
      <w:r>
        <w:rPr>
          <w:sz w:val="20"/>
        </w:rPr>
        <w:t>13:31  it gives the answer that man was born for paradise. so god almighty created a very beautiful world, that is paradise.</w:t>
      </w:r>
      <w:r>
        <w:br/>
      </w:r>
      <w:r>
        <w:rPr>
          <w:sz w:val="20"/>
        </w:rPr>
        <w:t>13:51  in paradise, there are all kind of pleasure. all kind of pleasure for man.</w:t>
      </w:r>
      <w:r>
        <w:br/>
      </w:r>
      <w:r>
        <w:rPr>
          <w:sz w:val="20"/>
        </w:rPr>
        <w:t>14:03  so this paradise</w:t>
      </w:r>
      <w:r>
        <w:br/>
      </w:r>
      <w:r>
        <w:rPr>
          <w:sz w:val="20"/>
        </w:rPr>
        <w:t>14:07  was created for man.</w:t>
      </w:r>
      <w:r>
        <w:br/>
      </w:r>
      <w:r>
        <w:rPr>
          <w:sz w:val="20"/>
        </w:rPr>
        <w:t>14:12  but not for all men. quran tells us that not for all men, but only for those who deserve.</w:t>
      </w:r>
      <w:r>
        <w:br/>
      </w:r>
      <w:r>
        <w:rPr>
          <w:sz w:val="20"/>
        </w:rPr>
        <w:t>14:26  and what is—what is that deserving? what is that criterion?</w:t>
      </w:r>
      <w:r>
        <w:br/>
      </w:r>
      <w:r>
        <w:rPr>
          <w:sz w:val="20"/>
        </w:rPr>
        <w:t>14:40  according to the quran, this is: "wa alladhina amanu ashadd hubban lillah".</w:t>
      </w:r>
      <w:r>
        <w:br/>
      </w:r>
      <w:r>
        <w:rPr>
          <w:sz w:val="20"/>
        </w:rPr>
        <w:t>14:49  this is the criterion: "wa alladhina amanu ashadd hubban lillah". it means that those—that person who discovered god almighty</w:t>
      </w:r>
      <w:r>
        <w:br/>
      </w:r>
      <w:r>
        <w:rPr>
          <w:sz w:val="20"/>
        </w:rPr>
        <w:t>15:08  iz a creator of the world and giver of all things.</w:t>
      </w:r>
      <w:r>
        <w:br/>
      </w:r>
      <w:r>
        <w:rPr>
          <w:sz w:val="20"/>
        </w:rPr>
        <w:t>15:20  his discovery was so great that he became lover of—he developed love of God,</w:t>
      </w:r>
      <w:r>
        <w:br/>
      </w:r>
      <w:r>
        <w:rPr>
          <w:sz w:val="20"/>
        </w:rPr>
        <w:t>15:34  greatest love of God. So this is the—this is the criterion. Only those people are</w:t>
      </w:r>
      <w:r>
        <w:br/>
      </w:r>
      <w:r>
        <w:rPr>
          <w:sz w:val="20"/>
        </w:rPr>
        <w:t>15:49  fine entry into paradise who had developed love to God Almighty, great love. So you can see that how this is possible?</w:t>
      </w:r>
    </w:p>
    <w:p>
      <w:pPr>
        <w:pStyle w:val="Heading2"/>
      </w:pPr>
      <w:r>
        <w:t>Maulana's analogy and Maududi's ideology</w:t>
      </w:r>
    </w:p>
    <w:p>
      <w:r>
        <w:rPr>
          <w:color w:val="666666"/>
          <w:sz w:val="18"/>
        </w:rPr>
        <w:t>In Conversation with Khaja Kaleemuddin 12 Sept. 2021 · 1m 29s · at 9:37 · https://youtu.be/qruke_zvBZU?t=577</w:t>
      </w:r>
    </w:p>
    <w:p>
      <w:r>
        <w:rPr>
          <w:i/>
        </w:rPr>
        <w:t>“Mujhe bhi ek bahut achha example yaad aata hai Maulana ki kitab se.”</w:t>
      </w:r>
    </w:p>
    <w:p>
      <w:r>
        <w:rPr>
          <w:sz w:val="20"/>
        </w:rPr>
        <w:t>9:37  aah, mujhe bhi ek bahut achha example yaad aata hai Maulana ki jo kitaab hai political interpretation of Islam and all of you can download it from CPS web site.</w:t>
      </w:r>
      <w:r>
        <w:br/>
      </w:r>
      <w:r>
        <w:rPr>
          <w:sz w:val="20"/>
        </w:rPr>
        <w:t>9:49  aah, is mein Maulana ne ek bahut achhi analogy di hai ke if there are two people, aah, if the first person, aah, looks at, aah, a yellow color object,</w:t>
      </w:r>
      <w:r>
        <w:br/>
      </w:r>
      <w:r>
        <w:rPr>
          <w:sz w:val="20"/>
        </w:rPr>
        <w:t>9:58  aah, for some time and the second person wears a yellow tinted spectacles. aah, so what happens is that the first person who is just looking at in one direction continuously at a yellow color object and obviously he perceives it as a yellow, aah, color, yellow in color and then after a while if he moves his attention, aah, to things around</w:t>
      </w:r>
      <w:r>
        <w:br/>
      </w:r>
      <w:r>
        <w:rPr>
          <w:sz w:val="20"/>
        </w:rPr>
        <w:t>10:21  then, aah, all other things for few seconds will look yellow in color but then their effect will fade away. But a person who is wearing a yellow tinted spectacles for him everything will remain yellow irrespective of the color.</w:t>
      </w:r>
      <w:r>
        <w:br/>
      </w:r>
      <w:r>
        <w:rPr>
          <w:sz w:val="20"/>
        </w:rPr>
        <w:t>10:37  And this is exactly, aah, Maulana sahib writes, aah, has been done to deen. If you take a singular factor which is, aah, politics then the main part of the religion is forgotten and the entire focus,</w:t>
      </w:r>
      <w:r>
        <w:br/>
      </w:r>
      <w:r>
        <w:rPr>
          <w:sz w:val="20"/>
        </w:rPr>
        <w:t>10:52  aah, comes on to the relative part. And this is, aah, what, aah, Maulana Maududi sahib's ideology, aah, has also done. aah, aah, Kaleem sahib, aah, aah, talking about Maulana Maududi sahib's ideology, aah,</w:t>
      </w:r>
    </w:p>
    <w:p>
      <w:pPr>
        <w:pStyle w:val="Heading2"/>
      </w:pPr>
      <w:r>
        <w:t>Body's needs are met, but the mind's are not</w:t>
      </w:r>
    </w:p>
    <w:p>
      <w:r>
        <w:rPr>
          <w:color w:val="666666"/>
          <w:sz w:val="18"/>
        </w:rPr>
        <w:t>Model of Paradise June 22, 2014 · 2m 59s · at 7:24 · https://youtu.be/7jXD8E_dN-E?t=444</w:t>
      </w:r>
    </w:p>
    <w:p>
      <w:r>
        <w:rPr>
          <w:i/>
        </w:rPr>
        <w:t>“Insaan jo paida hua hai, uska ek physical body hai aur ek mind hai”</w:t>
      </w:r>
    </w:p>
    <w:p>
      <w:r>
        <w:rPr>
          <w:sz w:val="20"/>
        </w:rPr>
        <w:t>7:24  jannat ki discovery ho jayegi. ab dekhiye, main aap ko ek pehlu par ghor karne ki dawat deta hoon.</w:t>
      </w:r>
      <w:r>
        <w:br/>
      </w:r>
      <w:r>
        <w:rPr>
          <w:sz w:val="20"/>
        </w:rPr>
        <w:t>7:34  insan jo paida hua hai, to ek is ka ek physical body hai aur ek is ka mind hai. hum dekhte hain ke jo hamari physical body hai, is ka to saman yahan bharpoor maujood hai.</w:t>
      </w:r>
      <w:r>
        <w:br/>
      </w:r>
      <w:r>
        <w:rPr>
          <w:sz w:val="20"/>
        </w:rPr>
        <w:t>7:52  pyaas ke liye pani, khane ke liye food, aaram ke liye bistar, har cheez maujood hai. aur modern civilization ne bohat ziyada saman mein izafa kiya hai.</w:t>
      </w:r>
      <w:r>
        <w:br/>
      </w:r>
      <w:r>
        <w:rPr>
          <w:sz w:val="20"/>
        </w:rPr>
        <w:t>8:06  pehlay zamanay mein jo physical life thi insan ki, woh bohat hi crude qism ki thi. khud mere bachpan mein, mere bachpan mein bhi bohat hi crude life hua karti thi.</w:t>
      </w:r>
      <w:r>
        <w:br/>
      </w:r>
      <w:r>
        <w:rPr>
          <w:sz w:val="20"/>
        </w:rPr>
        <w:t>8:20  aaj science ne itnay ziyada item badha diye hain ke hum bohat hi comfortable life guzarne ki position mein ho gaye hain.</w:t>
      </w:r>
      <w:r>
        <w:br/>
      </w:r>
      <w:r>
        <w:rPr>
          <w:sz w:val="20"/>
        </w:rPr>
        <w:t>8:29  beshumar qism ki luxury wajood mein aa gayi hai. to physical life jo hai, physical aspect jo hai insan ka, is ke liye to bohat item mil gaye hum ko.</w:t>
      </w:r>
      <w:r>
        <w:br/>
      </w:r>
      <w:r>
        <w:rPr>
          <w:sz w:val="20"/>
        </w:rPr>
        <w:t>8:45  lekin hamari ek aur life hai, woh intellectual life.</w:t>
      </w:r>
      <w:r>
        <w:br/>
      </w:r>
      <w:r>
        <w:rPr>
          <w:sz w:val="20"/>
        </w:rPr>
        <w:t>8:50  is ke liye koi saman hi nahin. har aadmi jo logon ke andar jo stress hota hai, jo tension hota hai, dis satisfaction hota hai, woh kahan hota hai?</w:t>
      </w:r>
      <w:r>
        <w:br/>
      </w:r>
      <w:r>
        <w:rPr>
          <w:sz w:val="20"/>
        </w:rPr>
        <w:t>9:05  woh body ke level par nahin hota hai, woh mind ke level par hota hai.</w:t>
      </w:r>
      <w:r>
        <w:br/>
      </w:r>
      <w:r>
        <w:rPr>
          <w:sz w:val="20"/>
        </w:rPr>
        <w:t>9:12  body jo chahti hai, woh to mil raha hai us ko. body ke level par hamari body ko koi dis satisfaction nahin hai. lekin intellectual level par itna zyada hai ke har aadmi tension jeeta hai, har aadmi ko stress hai,</w:t>
      </w:r>
      <w:r>
        <w:br/>
      </w:r>
      <w:r>
        <w:rPr>
          <w:sz w:val="20"/>
        </w:rPr>
        <w:t>9:31  har aadmi tension mein marta hai.</w:t>
      </w:r>
      <w:r>
        <w:br/>
      </w:r>
      <w:r>
        <w:rPr>
          <w:sz w:val="20"/>
        </w:rPr>
        <w:t>9:35  to is ke mani kya hue? ke insaan jo hai, physical level par to apni need pa raha hai, lekin intellectual level par nahin pa raha hai.</w:t>
      </w:r>
      <w:r>
        <w:br/>
      </w:r>
      <w:r>
        <w:rPr>
          <w:sz w:val="20"/>
        </w:rPr>
        <w:t>9:49  to sawal yeh hai ke intellectual level par jab mind hai to is ka pair hona chahiye. body ka hai to is ka pair maujood hai ke har qism ki ghiza, har qism ke saman maujood hain is duniya mein.</w:t>
      </w:r>
      <w:r>
        <w:br/>
      </w:r>
      <w:r>
        <w:rPr>
          <w:sz w:val="20"/>
        </w:rPr>
        <w:t>10:04  aur modern civilization ne, modern history ne in ko bohat zyada izafa kar diya hai. to hamari physical being jo hai, is ka pair to maujood hai,</w:t>
      </w:r>
      <w:r>
        <w:br/>
      </w:r>
      <w:r>
        <w:rPr>
          <w:sz w:val="20"/>
        </w:rPr>
        <w:t>10:17  lekin jo intellectual being hai, is ka pair maujood nahin hai.</w:t>
      </w:r>
    </w:p>
    <w:p>
      <w:pPr>
        <w:pStyle w:val="Heading2"/>
      </w:pPr>
      <w:r>
        <w:t>Spirituality as high altitude perspective</w:t>
      </w:r>
    </w:p>
    <w:p>
      <w:r>
        <w:rPr>
          <w:color w:val="666666"/>
          <w:sz w:val="18"/>
        </w:rPr>
        <w:t>Message of the Quran August 20, 2017 · 26s · at 8:27 · https://youtu.be/BrbrZxP37pk?t=507</w:t>
      </w:r>
    </w:p>
    <w:p>
      <w:r>
        <w:rPr>
          <w:i/>
        </w:rPr>
        <w:t>“Like flying at 40,000 feet, only space.”</w:t>
      </w:r>
    </w:p>
    <w:p>
      <w:r>
        <w:rPr>
          <w:sz w:val="20"/>
        </w:rPr>
        <w:t>8:27  wahan sirf Khuda hi Khuda hota hai. Jaise aap hawai jahaz mein jo udte hain, upar pahunchte hain chalis hazar foot ki bulandi par, to wahan space hi space hoti hai.</w:t>
      </w:r>
      <w:r>
        <w:br/>
      </w:r>
      <w:r>
        <w:rPr>
          <w:sz w:val="20"/>
        </w:rPr>
        <w:t>8:41  Upar se jab aap dekhte hain to neeche agarche shehar hain, pahad hain, samandar hain, lekin kuch dikhai nahi deta. Yeh space space dikhai deti hai.</w:t>
      </w:r>
    </w:p>
    <w:p>
      <w:pPr>
        <w:pStyle w:val="Heading2"/>
      </w:pPr>
      <w:r>
        <w:t>Quran's invitational tone addresses all of mankind</w:t>
      </w:r>
    </w:p>
    <w:p>
      <w:r>
        <w:rPr>
          <w:color w:val="666666"/>
          <w:sz w:val="18"/>
        </w:rPr>
        <w:t>Dars-e-Quran July 30, 2007 · 1m 08s · at 9:46 · https://youtu.be/9D_8jxwLKlE?t=586</w:t>
      </w:r>
    </w:p>
    <w:p>
      <w:r>
        <w:rPr>
          <w:i/>
        </w:rPr>
        <w:t>“Dawati mizaj Quran samajhne ke liye bahut zaroori hai”</w:t>
      </w:r>
    </w:p>
    <w:p>
      <w:r>
        <w:rPr>
          <w:sz w:val="20"/>
        </w:rPr>
        <w:t>9:46  isi tarah dekhiye, da'wati mizaj bhi bohat zaroori hai. Quran ko samajhne ke liye da'wati mizaj bohat zaroori hai.</w:t>
      </w:r>
      <w:r>
        <w:br/>
      </w:r>
      <w:r>
        <w:rPr>
          <w:sz w:val="20"/>
        </w:rPr>
        <w:t>9:59  is liye ke aap Quran ko padhiye to jagah jagah kya hai is mein? ayyuhal nas! ayyuhal insan! ae logon!</w:t>
      </w:r>
      <w:r>
        <w:br/>
      </w:r>
      <w:r>
        <w:rPr>
          <w:sz w:val="20"/>
        </w:rPr>
        <w:t>10:10  ae insan! yani poora Quran jo hai khitab karta hai insanon ko: ayyuhal nas!</w:t>
      </w:r>
      <w:r>
        <w:br/>
      </w:r>
      <w:r>
        <w:rPr>
          <w:sz w:val="20"/>
        </w:rPr>
        <w:t>10:18  ayyuhal insan! to kya yeh dawat hai?</w:t>
      </w:r>
      <w:r>
        <w:br/>
      </w:r>
      <w:r>
        <w:rPr>
          <w:sz w:val="20"/>
        </w:rPr>
        <w:t>10:23  to Quran ka jo khitab hai, jo is ka jo jo address karta hai, Quran is ka andaz da'wati hota hai.</w:t>
      </w:r>
      <w:r>
        <w:br/>
      </w:r>
      <w:r>
        <w:rPr>
          <w:sz w:val="20"/>
        </w:rPr>
        <w:t>10:35  yani logon ko koi message dena yeh dawat hai. to Quran ka poora andaz da'wati andaz hai. Allah taala ne Quran mein bataya ke har zamane mein paighambar bheje gaye.</w:t>
      </w:r>
    </w:p>
    <w:p>
      <w:pPr>
        <w:pStyle w:val="Heading2"/>
      </w:pPr>
      <w:r>
        <w:t>Quran as Hadith Qudsi</w:t>
      </w:r>
    </w:p>
    <w:p>
      <w:r>
        <w:rPr>
          <w:color w:val="666666"/>
          <w:sz w:val="18"/>
        </w:rPr>
        <w:t>The Quran and Hadith December 20, 2009 · 36s · at 31:53 · https://youtu.be/EM_vhVUKSYw?t=1913</w:t>
      </w:r>
    </w:p>
    <w:p>
      <w:r>
        <w:rPr>
          <w:i/>
        </w:rPr>
        <w:t>“دوسری حدیثیں اگر حدیث رسول ہیں تو قرآن حدیث قدسی ہے”</w:t>
      </w:r>
    </w:p>
    <w:p>
      <w:r>
        <w:rPr>
          <w:sz w:val="20"/>
        </w:rPr>
        <w:t>31:53  doosri hadithain agar hadith rasool hain to quran hadith qudsi hai.</w:t>
      </w:r>
      <w:r>
        <w:br/>
      </w:r>
      <w:r>
        <w:rPr>
          <w:sz w:val="20"/>
        </w:rPr>
        <w:t>32:01  wohi wohi wohi narrator jinhon ne quran ko narrate kar ke pohanchaya, woh unhon ne hadith ko hi pohanchaya hai. Yani sahaba, sahaba jin ki tadad aik lakh se ziyada thi, unhon ne suna rasool Allah ki zuban se quran ko,</w:t>
      </w:r>
      <w:r>
        <w:br/>
      </w:r>
      <w:r>
        <w:rPr>
          <w:sz w:val="20"/>
        </w:rPr>
        <w:t>32:16  unhon ne apni zuban mein is ko mehfooz kar liya, phir unhon ne bataya doosron ko. To sahaba ke zariye se quran pohanchaya, sahaba ke zariye se hadith pohanchi hai,</w:t>
      </w:r>
    </w:p>
    <w:p>
      <w:pPr>
        <w:pStyle w:val="Heading2"/>
      </w:pPr>
      <w:r>
        <w:t>West validates Quranic signs with science</w:t>
      </w:r>
    </w:p>
    <w:p>
      <w:r>
        <w:rPr>
          <w:color w:val="666666"/>
          <w:sz w:val="18"/>
        </w:rPr>
        <w:t>Quran Compilation November 16, 2014 · 2m 44s · at 15:53 · https://youtu.be/fMlK2jWO4EU?t=953</w:t>
      </w:r>
    </w:p>
    <w:p>
      <w:r>
        <w:rPr>
          <w:i/>
        </w:rPr>
        <w:t>“humari aql humari aql is ke baare mein kuch nahi jaanti thi”</w:t>
      </w:r>
    </w:p>
    <w:p>
      <w:r>
        <w:rPr>
          <w:sz w:val="20"/>
        </w:rPr>
        <w:t>15:53  hamari aql hamari aql iske bare mein kuch nahi janti thi ye kaam Allah taala ne usko mein taeed usko quran usko bukhari ke ke hadees ke mutabiq ye taeed ka kaam tha ye sab Allah taala ne liya aal maghrib ke zariye se iske ilawa dekhen quran mein ek ayat hai</w:t>
      </w:r>
      <w:r>
        <w:br/>
      </w:r>
      <w:r>
        <w:rPr>
          <w:sz w:val="20"/>
        </w:rPr>
        <w:t>16:22  sakhkhar lakum ma fi samawati wa ma fi al ardi jameean zameen mein jo kuch bhi hai aasman mein jo</w:t>
      </w:r>
      <w:r>
        <w:br/>
      </w:r>
      <w:r>
        <w:rPr>
          <w:sz w:val="20"/>
        </w:rPr>
        <w:t>16:24  kuch hai sab ka sab insan ke liye banaya gaya hai yeh us waqt sirf aqeedah tha</w:t>
      </w:r>
      <w:r>
        <w:br/>
      </w:r>
      <w:r>
        <w:rPr>
          <w:sz w:val="20"/>
        </w:rPr>
        <w:t>16:33  sirf aqeedah tha hum kuch nahi jante thay keh kaisay aisa hai keh zameen aasman ki sab cheez</w:t>
      </w:r>
      <w:r>
        <w:br/>
      </w:r>
      <w:r>
        <w:rPr>
          <w:sz w:val="20"/>
        </w:rPr>
        <w:t>16:37  hamare liye banai gayi hai yeh aaj science ke zariye ek maloom baat ban gayi</w:t>
      </w:r>
      <w:r>
        <w:br/>
      </w:r>
      <w:r>
        <w:rPr>
          <w:sz w:val="20"/>
        </w:rPr>
        <w:t>16:43  yeh pehli baar science ne yeh bataya keh yeh jo kainat hai yeh custom made kainat hai yaani</w:t>
      </w:r>
      <w:r>
        <w:br/>
      </w:r>
      <w:r>
        <w:rPr>
          <w:sz w:val="20"/>
        </w:rPr>
        <w:t>16:51  insan ke bilkul mutabiq</w:t>
      </w:r>
      <w:r>
        <w:br/>
      </w:r>
      <w:r>
        <w:rPr>
          <w:sz w:val="20"/>
        </w:rPr>
        <w:t>16:54  jo insan chahta hai us ke mutabiq yeh kahan pata tha kis ko</w:t>
      </w:r>
      <w:r>
        <w:br/>
      </w:r>
      <w:r>
        <w:rPr>
          <w:sz w:val="20"/>
        </w:rPr>
        <w:t>16:58  kisi ko kuch pata nahi tha kuch bhi maloom nahi tha</w:t>
      </w:r>
      <w:r>
        <w:br/>
      </w:r>
      <w:r>
        <w:rPr>
          <w:sz w:val="20"/>
        </w:rPr>
        <w:t>17:04  aisi bohat ziyada cheezain hain jo maine apni kitabon mein likhi</w:t>
      </w:r>
      <w:r>
        <w:br/>
      </w:r>
      <w:r>
        <w:rPr>
          <w:sz w:val="20"/>
        </w:rPr>
        <w:t>17:07  hain keh quran mein isharay ke tor par baatein kahi gayi theen lekin isi kisi ko pata nahi</w:t>
      </w:r>
      <w:r>
        <w:br/>
      </w:r>
      <w:r>
        <w:rPr>
          <w:sz w:val="20"/>
        </w:rPr>
        <w:t>17:14  tha aisay hi mislan dekhen</w:t>
      </w:r>
      <w:r>
        <w:br/>
      </w:r>
      <w:r>
        <w:rPr>
          <w:sz w:val="20"/>
        </w:rPr>
        <w:t>17:18  firon ke bare mein hazrat moosa aleh-is-salaam ke zamane mein jo badshah tha firon us</w:t>
      </w:r>
      <w:r>
        <w:br/>
      </w:r>
      <w:r>
        <w:rPr>
          <w:sz w:val="20"/>
        </w:rPr>
        <w:t>17:23  ke bare mein quran mein aaya hai ke alyom ninjeek bibadank litakuna liban khalafak aaya</w:t>
      </w:r>
      <w:r>
        <w:br/>
      </w:r>
      <w:r>
        <w:rPr>
          <w:sz w:val="20"/>
        </w:rPr>
        <w:t>17:31  yeh quran mein likhi hui thi aayat</w:t>
      </w:r>
      <w:r>
        <w:br/>
      </w:r>
      <w:r>
        <w:rPr>
          <w:sz w:val="20"/>
        </w:rPr>
        <w:t>17:34  ke hazrat moosa aleh-is-salaam ke zamane mein jo firon tha firon badshah us ka jism</w:t>
      </w:r>
      <w:r>
        <w:br/>
      </w:r>
      <w:r>
        <w:rPr>
          <w:sz w:val="20"/>
        </w:rPr>
        <w:t>17:40  allah ne mehfooz kar diya hai lekin kahan hai kuch bhi pata nahi kisi ko pata nahi tha</w:t>
      </w:r>
      <w:r>
        <w:br/>
      </w:r>
      <w:r>
        <w:rPr>
          <w:sz w:val="20"/>
        </w:rPr>
        <w:t>17:46  ke woh kahan hai</w:t>
      </w:r>
      <w:r>
        <w:br/>
      </w:r>
      <w:r>
        <w:rPr>
          <w:sz w:val="20"/>
        </w:rPr>
        <w:t>17:49  yeh sirf aal-e-maghrib the jinhon</w:t>
      </w:r>
      <w:r>
        <w:br/>
      </w:r>
      <w:r>
        <w:rPr>
          <w:sz w:val="20"/>
        </w:rPr>
        <w:t>17:52  ne unneesveen sadi ke aakhir mein misr gaye woh aur wahan par jo ahraam hai us ko khola</w:t>
      </w:r>
      <w:r>
        <w:br/>
      </w:r>
      <w:r>
        <w:rPr>
          <w:sz w:val="20"/>
        </w:rPr>
        <w:t>18:00  unhon ne wahan se momyai ki hui laashein nikali unhon ne lekin momyai ki hui laashon ko nikalne</w:t>
      </w:r>
      <w:r>
        <w:br/>
      </w:r>
      <w:r>
        <w:rPr>
          <w:sz w:val="20"/>
        </w:rPr>
        <w:t>18:07  ke baad bhi kaise yeh pata chala ke wohi wohi firon yeh hai</w:t>
      </w:r>
      <w:r>
        <w:br/>
      </w:r>
      <w:r>
        <w:rPr>
          <w:sz w:val="20"/>
        </w:rPr>
        <w:t>18:13  to unhon ne ek tareeqa ijad kiya jo pehle bilkul la-maloom tha jis ko kehte hain</w:t>
      </w:r>
      <w:r>
        <w:br/>
      </w:r>
      <w:r>
        <w:rPr>
          <w:sz w:val="20"/>
        </w:rPr>
        <w:t>18:20  carbon dating carbon dating ka matlab hota hai ke mikenikal tor par aise tareeqe daryaft kiye gaye hain</w:t>
      </w:r>
      <w:r>
        <w:br/>
      </w:r>
      <w:r>
        <w:rPr>
          <w:sz w:val="20"/>
        </w:rPr>
        <w:t>18:28  jo bata dete hain theek theek ke koi mawad cheez kab ki hai yeh pathar kab ka hai</w:t>
      </w:r>
      <w:r>
        <w:br/>
      </w:r>
      <w:r>
        <w:rPr>
          <w:sz w:val="20"/>
        </w:rPr>
        <w:t>18:34  yeh lakri kab ki hai</w:t>
      </w:r>
    </w:p>
    <w:p>
      <w:pPr>
        <w:pStyle w:val="Heading2"/>
      </w:pPr>
      <w:r>
        <w:t>Satanic vs angelic life patterns</w:t>
      </w:r>
    </w:p>
    <w:p>
      <w:r>
        <w:rPr>
          <w:color w:val="666666"/>
          <w:sz w:val="18"/>
        </w:rPr>
        <w:t>The Straight Path October 30, 2011 Maulana Wahiduddin Khan · 25s · at 9:40 · https://youtu.be/PKFHe82Jz58?t=580</w:t>
      </w:r>
    </w:p>
    <w:p>
      <w:r>
        <w:rPr>
          <w:i/>
        </w:rPr>
        <w:t>“Isi mein sara muamala chhupa hua hai”</w:t>
      </w:r>
    </w:p>
    <w:p>
      <w:r>
        <w:rPr>
          <w:sz w:val="20"/>
        </w:rPr>
        <w:t>9:40  isi mein saara maamla chupa hua hai.</w:t>
      </w:r>
      <w:r>
        <w:br/>
      </w:r>
      <w:r>
        <w:rPr>
          <w:sz w:val="20"/>
        </w:rPr>
        <w:t>9:47  jo bhi nazariya, jo bhi tehreek kisi ke inkaar par uthe, samajh len ke woh shaitani tehreek hai, aur jo bhi nazariya, jo bhi tehreek eteraaf par uthe, woh samajh len ke woh malkooti pattern hai.</w:t>
      </w:r>
    </w:p>
    <w:p>
      <w:pPr>
        <w:pStyle w:val="Heading2"/>
      </w:pPr>
      <w:r>
        <w:t>Spirituality is in human nature</w:t>
      </w:r>
    </w:p>
    <w:p>
      <w:r>
        <w:rPr>
          <w:color w:val="666666"/>
          <w:sz w:val="18"/>
        </w:rPr>
        <w:t>Message of the Quran August 20, 2017 · 46s · at 25:17 · https://youtu.be/BrbrZxP37pk?t=1517</w:t>
      </w:r>
    </w:p>
    <w:p>
      <w:r>
        <w:rPr>
          <w:i/>
        </w:rPr>
        <w:t>“Spirituality is in human nature, avoid distraction.”</w:t>
      </w:r>
    </w:p>
    <w:p>
      <w:r>
        <w:rPr>
          <w:sz w:val="20"/>
        </w:rPr>
        <w:t>25:17  main bas kahoon ke spirituality to insan ki nature mein hai, insan ki fitrat mein hai. jo cheez aadmi ko hatati hai, us se woh hai distraction.</w:t>
      </w:r>
      <w:r>
        <w:br/>
      </w:r>
      <w:r>
        <w:rPr>
          <w:sz w:val="20"/>
        </w:rPr>
        <w:t>25:33  aap distraction se apne ko bachaiye to aapna aap hi jo fitri halat hai, woh aap par woh qaim ho jayega.</w:t>
      </w:r>
      <w:r>
        <w:br/>
      </w:r>
      <w:r>
        <w:rPr>
          <w:sz w:val="20"/>
        </w:rPr>
        <w:t>25:46  to let spirituality prevail ho jayega. main bas kahoon ke sara masla apne ko distraction se bachana hai, is ke baad to apna aap hi sab theek ho jata hai.</w:t>
      </w:r>
    </w:p>
    <w:p>
      <w:pPr>
        <w:pStyle w:val="Heading2"/>
      </w:pPr>
      <w:r>
        <w:t>Prophet leaves when Abu Bakr defends self</w:t>
      </w:r>
    </w:p>
    <w:p>
      <w:r>
        <w:rPr>
          <w:color w:val="666666"/>
          <w:sz w:val="18"/>
        </w:rPr>
        <w:t>Living between Angels and Satan I 26th Jan.08 · 2m 32s · at 9:55 · https://youtu.be/V6qfjCkiRcc?t=595</w:t>
      </w:r>
    </w:p>
    <w:p>
      <w:r>
        <w:rPr>
          <w:i/>
        </w:rPr>
        <w:t>“The Prophet was with Abu Bakr.”</w:t>
      </w:r>
    </w:p>
    <w:p>
      <w:r>
        <w:rPr>
          <w:sz w:val="20"/>
        </w:rPr>
        <w:t>9:55  with—with Abu Bakr. The Prophet was with Abu Bakr, and someone came over there, and he—he was, for some reason, due to some reason, he was angry with Abu Bakr. Abu Bakr ibn al-Shaddak. So he became—he</w:t>
      </w:r>
      <w:r>
        <w:br/>
      </w:r>
      <w:r>
        <w:rPr>
          <w:sz w:val="20"/>
        </w:rPr>
        <w:t>10:26  —he showed his anger. He—he started abusing him and this and that. So Abu Bakr was silent. Silent, simply listening. But when this man kept on—when this man kept on saying all those negative words,</w:t>
      </w:r>
      <w:r>
        <w:br/>
      </w:r>
      <w:r>
        <w:rPr>
          <w:sz w:val="20"/>
        </w:rPr>
        <w:t>10:57  so Abu Bakr—Abu Bakr al-Shaddak wanted to defend himself. So he—but when he wanted to defend himself, the Prophet left and went away. Then Abu Bakr al-Shaddak met the Prophet of Islam and asked,</w:t>
      </w:r>
      <w:r>
        <w:br/>
      </w:r>
      <w:r>
        <w:rPr>
          <w:sz w:val="20"/>
        </w:rPr>
        <w:t>11:27  "When that man was abusing and I am silent, you were over there. But when I wanted to defend myself, you left me and you went away. Why?" The Prophet said that when you was—when you were silent, when you</w:t>
      </w:r>
      <w:r>
        <w:br/>
      </w:r>
      <w:r>
        <w:rPr>
          <w:sz w:val="20"/>
        </w:rPr>
        <w:t>11:57  were silent, the angel was giving response from your side. But when you started speaking, the angel went away. So I left you, I also went away. This—this story is not a simply a story.</w:t>
      </w:r>
    </w:p>
    <w:p>
      <w:pPr>
        <w:pStyle w:val="Heading2"/>
      </w:pPr>
      <w:r>
        <w:t>False anger leads to terrorism</w:t>
      </w:r>
    </w:p>
    <w:p>
      <w:r>
        <w:rPr>
          <w:color w:val="666666"/>
          <w:sz w:val="18"/>
        </w:rPr>
        <w:t>Terrorism in the name of Islam December 23, 2016 · 2m 17s · at 1:33 · https://youtu.be/sm_0z6s2UPs?t=93</w:t>
      </w:r>
    </w:p>
    <w:p>
      <w:r>
        <w:rPr>
          <w:i/>
        </w:rPr>
        <w:t>“The reason is false anger.”</w:t>
      </w:r>
    </w:p>
    <w:p>
      <w:r>
        <w:rPr>
          <w:sz w:val="20"/>
        </w:rPr>
        <w:t>1:33  dekhiye, meri study ke mutabiq is ka reason anger hai, woh bhi false anger.</w:t>
      </w:r>
      <w:r>
        <w:br/>
      </w:r>
      <w:r>
        <w:rPr>
          <w:sz w:val="20"/>
        </w:rPr>
        <w:t>1:39  musalmanon mein ek false qism ka anger aa gaya hai, false.</w:t>
      </w:r>
      <w:r>
        <w:br/>
      </w:r>
      <w:r>
        <w:rPr>
          <w:sz w:val="20"/>
        </w:rPr>
        <w:t>1:46  to is liye woh react karte hain.</w:t>
      </w:r>
      <w:r>
        <w:br/>
      </w:r>
      <w:r>
        <w:rPr>
          <w:sz w:val="20"/>
        </w:rPr>
        <w:t>1:53  to sara yeh terrorism jo hai, woh out of reaction hai.</w:t>
      </w:r>
      <w:r>
        <w:br/>
      </w:r>
      <w:r>
        <w:rPr>
          <w:sz w:val="20"/>
        </w:rPr>
        <w:t>2:00  اس کا بھی میرے نزدیک ریزن جو ہے، وہ false food ہے، یعنی anger جو ہے ان کا،</w:t>
      </w:r>
      <w:r>
        <w:br/>
      </w:r>
      <w:r>
        <w:rPr>
          <w:sz w:val="20"/>
        </w:rPr>
        <w:t>2:07  is ki koi base nahi hai.</w:t>
      </w:r>
      <w:r>
        <w:br/>
      </w:r>
      <w:r>
        <w:rPr>
          <w:sz w:val="20"/>
        </w:rPr>
        <w:t>2:14  asal yeh hai ke woh chahte hain ke dunya un ki pasand ke mutabiq rahe.</w:t>
      </w:r>
      <w:r>
        <w:br/>
      </w:r>
      <w:r>
        <w:rPr>
          <w:sz w:val="20"/>
        </w:rPr>
        <w:t>2:20  democracy bas ho nahi sakti.</w:t>
      </w:r>
      <w:r>
        <w:br/>
      </w:r>
      <w:r>
        <w:rPr>
          <w:sz w:val="20"/>
        </w:rPr>
        <w:t>2:27  musalmanon ka jo model bana baat ko, woh tha kingship ka model, jis ko woh khilafat kehte thay.</w:t>
      </w:r>
      <w:r>
        <w:br/>
      </w:r>
      <w:r>
        <w:rPr>
          <w:sz w:val="20"/>
        </w:rPr>
        <w:t>2:34  to kingship ke model mein jo equation hota hai, woh ruler aur ruled ka hota hai.</w:t>
      </w:r>
      <w:r>
        <w:br/>
      </w:r>
      <w:r>
        <w:rPr>
          <w:sz w:val="20"/>
        </w:rPr>
        <w:t>2:41  matlab ruler committee jo chahe wahi ho, baqi log is ko accept karein.</w:t>
      </w:r>
      <w:r>
        <w:br/>
      </w:r>
      <w:r>
        <w:rPr>
          <w:sz w:val="20"/>
        </w:rPr>
        <w:t>2:48  to musalmanon ka jo mindset hai, isi mein banaye ga.</w:t>
      </w:r>
      <w:r>
        <w:br/>
      </w:r>
      <w:r>
        <w:rPr>
          <w:sz w:val="20"/>
        </w:rPr>
        <w:t>2:55  isi tarah ki kitabein parhte hain.</w:t>
      </w:r>
      <w:r>
        <w:br/>
      </w:r>
      <w:r>
        <w:rPr>
          <w:sz w:val="20"/>
        </w:rPr>
        <w:t>3:02  sari kitabein likhi gayi hain isi model par.</w:t>
      </w:r>
      <w:r>
        <w:br/>
      </w:r>
      <w:r>
        <w:rPr>
          <w:sz w:val="20"/>
        </w:rPr>
        <w:t>3:08  to mein samajhta hoon ke jab tak musalmanon ke mindset ko badla na jaye, un ko bataya</w:t>
      </w:r>
      <w:r>
        <w:br/>
      </w:r>
      <w:r>
        <w:rPr>
          <w:sz w:val="20"/>
        </w:rPr>
        <w:t>3:15  jaye ke new age democracy ka age hai.</w:t>
      </w:r>
      <w:r>
        <w:br/>
      </w:r>
      <w:r>
        <w:rPr>
          <w:sz w:val="20"/>
        </w:rPr>
        <w:t>3:22  democracy kingship ka age nahi hai.</w:t>
      </w:r>
      <w:r>
        <w:br/>
      </w:r>
      <w:r>
        <w:rPr>
          <w:sz w:val="20"/>
        </w:rPr>
        <w:t>3:29  is waqt, is zamane mein jis tarah se hum azaad hain, doosra bhi azaad hai.</w:t>
      </w:r>
      <w:r>
        <w:br/>
      </w:r>
      <w:r>
        <w:rPr>
          <w:sz w:val="20"/>
        </w:rPr>
        <w:t>3:36  to hamein manage karna pare ga, adjust karna pare ga.</w:t>
      </w:r>
      <w:r>
        <w:br/>
      </w:r>
      <w:r>
        <w:rPr>
          <w:sz w:val="20"/>
        </w:rPr>
        <w:t>3:43  warna yahi hoga ke react karte rahen ge aur apne aap ko kham kham marwate rahen ge.</w:t>
      </w:r>
      <w:r>
        <w:br/>
      </w:r>
      <w:r>
        <w:rPr>
          <w:sz w:val="20"/>
        </w:rPr>
        <w:t>3:50  ji. molana sahib, some Muslim terrorists have been killing innocent people in western countries, and they justify this by their anger, saying that this is against the policies that these western countries have created. so what would you say to this kind of an approach?</w:t>
      </w:r>
    </w:p>
    <w:p>
      <w:pPr>
        <w:pStyle w:val="Heading2"/>
      </w:pPr>
      <w:r>
        <w:t>Taqwa, not scholarly rules, unlocks the Quran</w:t>
      </w:r>
    </w:p>
    <w:p>
      <w:r>
        <w:rPr>
          <w:color w:val="666666"/>
          <w:sz w:val="18"/>
        </w:rPr>
        <w:t>Model of Paradise June 22, 2014 · 37s · at 55:46 · https://youtu.be/7jXD8E_dN-E?t=3346</w:t>
      </w:r>
    </w:p>
    <w:p>
      <w:r>
        <w:rPr>
          <w:i/>
        </w:rPr>
        <w:t>“Yeh sab baatein irrelevant hain — Quran mein hai: ittaqullah”</w:t>
      </w:r>
    </w:p>
    <w:p>
      <w:r>
        <w:rPr>
          <w:sz w:val="20"/>
        </w:rPr>
        <w:t>55:46  dekhen, ye sab baaten irrelevant hain. is qism ki shartein sab ki sab irrelevant hain. Quran mein hai ke</w:t>
      </w:r>
      <w:r>
        <w:br/>
      </w:r>
      <w:r>
        <w:rPr>
          <w:sz w:val="20"/>
        </w:rPr>
        <w:t>56:03  atqaw Allah wa yualimkum Allah yani tum Allah se daro to Allah tumhein ilm dega.</w:t>
      </w:r>
      <w:r>
        <w:br/>
      </w:r>
      <w:r>
        <w:rPr>
          <w:sz w:val="20"/>
        </w:rPr>
        <w:t>56:10  to main samajhta hoon Quran fehmi ka sab se bada jo sab se badi jo shart hai wo taqwa hai. ye sab shartein jo hain mere nazdeek is ki koi ahmiyat nahin hai.</w:t>
      </w:r>
    </w:p>
    <w:p>
      <w:pPr>
        <w:pStyle w:val="Heading2"/>
      </w:pPr>
      <w:r>
        <w:t>Surah as advanced warning against commercialization</w:t>
      </w:r>
    </w:p>
    <w:p>
      <w:r>
        <w:rPr>
          <w:color w:val="666666"/>
          <w:sz w:val="18"/>
        </w:rPr>
        <w:t>Dars-e-Quran, Chapter 2, Verse 40-43 January 21, 2018 · 4m 40s · at 13:47 · https://youtu.be/K21vgozgMd8?t=827</w:t>
      </w:r>
    </w:p>
    <w:p>
      <w:r>
        <w:rPr>
          <w:i/>
        </w:rPr>
        <w:t>“To yeh surah jo hai”</w:t>
      </w:r>
    </w:p>
    <w:p>
      <w:r>
        <w:rPr>
          <w:sz w:val="20"/>
        </w:rPr>
        <w:t>13:47  to yeh surah jo hai, yeh surah warning ki warning ki surah hai, mazammat hai yahood ki surah nahi hai.</w:t>
      </w:r>
      <w:r>
        <w:br/>
      </w:r>
      <w:r>
        <w:rPr>
          <w:sz w:val="20"/>
        </w:rPr>
        <w:t>13:58  yeh surah al baqarah jo hai,</w:t>
      </w:r>
      <w:r>
        <w:br/>
      </w:r>
      <w:r>
        <w:rPr>
          <w:sz w:val="20"/>
        </w:rPr>
        <w:t>14:03  ummat nahi, nahi, yahood ko warning, yahood ki mazammat ki surat nahi hai. yeh ummat e muslema ko is ke baad ke daur mein, yaani peshgi advance warning hai.</w:t>
      </w:r>
      <w:r>
        <w:br/>
      </w:r>
      <w:r>
        <w:rPr>
          <w:sz w:val="20"/>
        </w:rPr>
        <w:t>14:18  yeh yeh jo baatein hain is surah mein aur bhi baaz hissay mein, to woh advance warning hai ummat-e-muslima ke liye,</w:t>
      </w:r>
      <w:r>
        <w:br/>
      </w:r>
      <w:r>
        <w:rPr>
          <w:sz w:val="20"/>
        </w:rPr>
        <w:t>14:34  kyunkay ayat to utri thi seven century mein, rasool Allah ke zamanay mein.</w:t>
      </w:r>
      <w:r>
        <w:br/>
      </w:r>
      <w:r>
        <w:rPr>
          <w:sz w:val="20"/>
        </w:rPr>
        <w:t>14:42  to rasool Allah ke zamanay mein woh khair-ul-ummah thay, rasool Allah ke zamanay mein woh khair-ul-ummah thay, lekin baad ka jo honay wala tha, woh tha: "latab'un min qablikum".</w:t>
      </w:r>
      <w:r>
        <w:br/>
      </w:r>
      <w:r>
        <w:rPr>
          <w:sz w:val="20"/>
        </w:rPr>
        <w:t>14:57  to baad ke zamanay mein is ummat ka jo haal honay wala tha, us ke aitbaar se yeh warning hai, yeh future ki warning hai.</w:t>
      </w:r>
      <w:r>
        <w:br/>
      </w:r>
      <w:r>
        <w:rPr>
          <w:sz w:val="20"/>
        </w:rPr>
        <w:t>15:09  rasool Allah ke zamanay mein, present ke aitbaar se, yeh khair-ul-ummah thi, lekin baad ke zamanay mein jo honay wala tha, woh tha: "latab'un min qablikum".</w:t>
      </w:r>
      <w:r>
        <w:br/>
      </w:r>
      <w:r>
        <w:rPr>
          <w:sz w:val="20"/>
        </w:rPr>
        <w:t>15:21  yani baad ke zamanay mein woh aik degenerated community bannay wali thi.</w:t>
      </w:r>
      <w:r>
        <w:br/>
      </w:r>
      <w:r>
        <w:rPr>
          <w:sz w:val="20"/>
        </w:rPr>
        <w:t>15:30  to us waqt kya karna hoga? us waqt kya karna hoga? us waqt qaumi tehreekein nahi chahiye, qaumi tehreekein aur qaumi</w:t>
      </w:r>
      <w:r>
        <w:br/>
      </w:r>
      <w:r>
        <w:rPr>
          <w:sz w:val="20"/>
        </w:rPr>
        <w:t>15:45  idaray nahi darkaar honge, balkay yeh hoga ke logon ke andar jo spirit khoi gayi hai, us ko phir se jagaya jaye.</w:t>
      </w:r>
      <w:r>
        <w:br/>
      </w:r>
      <w:r>
        <w:rPr>
          <w:sz w:val="20"/>
        </w:rPr>
        <w:t>15:59  jo spirit khoi gayi hai, us ko phir se jagaya jaye. ab dekhiye, is mein is daur mein jab ke ummat-e-muslima mein yeh degenerated, degeneration aa chuka hoga,</w:t>
      </w:r>
      <w:r>
        <w:br/>
      </w:r>
      <w:r>
        <w:rPr>
          <w:sz w:val="20"/>
        </w:rPr>
        <w:t>16:16  jab ummat-e-muslima mein zawal aa chuka hoga, tab kya haal hoga? aur us waqt kya karna chahiye? us ki aik bohat hi clear misaal yeh hai, us waqt jo istilaah ki baat hai,</w:t>
      </w:r>
      <w:r>
        <w:br/>
      </w:r>
      <w:r>
        <w:rPr>
          <w:sz w:val="20"/>
        </w:rPr>
        <w:t>16:34  yeh jo farmaya ke yahood ko reference mein ke</w:t>
      </w:r>
      <w:r>
        <w:br/>
      </w:r>
      <w:r>
        <w:rPr>
          <w:sz w:val="20"/>
        </w:rPr>
        <w:t>16:43  kya alfaaz hain? woh istilaah: "wala tashtaroo bi ayati thamanan qaleela". meri ayaton se qaleel cheez mat khareedo.</w:t>
      </w:r>
      <w:r>
        <w:br/>
      </w:r>
      <w:r>
        <w:rPr>
          <w:sz w:val="20"/>
        </w:rPr>
        <w:t>16:56  yani kya matlab hai? ke deen ko deen ko naam le kar ke dunya daari mat karo.</w:t>
      </w:r>
      <w:r>
        <w:br/>
      </w:r>
      <w:r>
        <w:rPr>
          <w:sz w:val="20"/>
        </w:rPr>
        <w:t>17:10  yeh naam hai deen ka, lekin jo maqsad hai, woh dunya ka faida hasil karna, political faida, maali faida,</w:t>
      </w:r>
      <w:r>
        <w:br/>
      </w:r>
      <w:r>
        <w:rPr>
          <w:sz w:val="20"/>
        </w:rPr>
        <w:t>17:24  izat ka faida, yani dunyaavi faida jo kaha jata hai ke naam lena deen ka aur maqsood ho dunyaavi faida.</w:t>
      </w:r>
      <w:r>
        <w:br/>
      </w:r>
      <w:r>
        <w:rPr>
          <w:sz w:val="20"/>
        </w:rPr>
        <w:t>17:37  aaj yeh hai musalmanon mein, yeh haalat bohat hi baray paimaan par chuki hai.</w:t>
      </w:r>
      <w:r>
        <w:br/>
      </w:r>
      <w:r>
        <w:rPr>
          <w:sz w:val="20"/>
        </w:rPr>
        <w:t>17:45  aap jantay hain ke is zamanay mein jo musalmanon ne siyasat chalai, deen ke naam par siyasat chalai, deen ke naam par, lekin maqsad ka kya tha?</w:t>
      </w:r>
      <w:r>
        <w:br/>
      </w:r>
      <w:r>
        <w:rPr>
          <w:sz w:val="20"/>
        </w:rPr>
        <w:t>17:56  leader-ship hasil karna, hukoomat hasil karna. deen ke naam pe siyasat maqsad ka hai: leader-ship hasil karna aur hukoomat hasil karna, mulk hasil karna.</w:t>
      </w:r>
      <w:r>
        <w:br/>
      </w:r>
      <w:r>
        <w:rPr>
          <w:sz w:val="20"/>
        </w:rPr>
        <w:t>18:12  hata ke ab yeh maamla itna barh chuka hai ke ab baqayda aik poora aik aik deeni tijarat ka aik aik poora karobar sari dunya mein phaila hua hai.</w:t>
      </w:r>
    </w:p>
    <w:p>
      <w:pPr>
        <w:pStyle w:val="Heading2"/>
      </w:pPr>
      <w:r>
        <w:t>Gratitude cannot arise without conscious thought</w:t>
      </w:r>
    </w:p>
    <w:p>
      <w:r>
        <w:rPr>
          <w:color w:val="666666"/>
          <w:sz w:val="18"/>
        </w:rPr>
        <w:t>Revival of Islam November 7, 2010 · 44s · at 1:22:53 · https://youtu.be/-aRS72WUTR8?t=4973</w:t>
      </w:r>
    </w:p>
    <w:p>
      <w:r>
        <w:rPr>
          <w:i/>
        </w:rPr>
        <w:t>“Baghair soche shukr paida nahi ho sakta”</w:t>
      </w:r>
    </w:p>
    <w:p>
      <w:r>
        <w:rPr>
          <w:sz w:val="20"/>
        </w:rPr>
        <w:t>1:22:53  To sochne se woh cheez aayegi. Mein samajhta hoon, soche baghair shukr aayega nahi. Jab aap sochenge, tab shukr aayega</w:t>
      </w:r>
      <w:r>
        <w:br/>
      </w:r>
      <w:r>
        <w:rPr>
          <w:sz w:val="20"/>
        </w:rPr>
        <w:t>1:23:02  Ke kaise mein bolta hoon, kaise mein saans leta hoon, kaise mein khana khata hoon, kaise pani peeta hoon, kaise mein chalta hoon. Har cheez sochna padega.</w:t>
      </w:r>
      <w:r>
        <w:br/>
      </w:r>
      <w:r>
        <w:rPr>
          <w:sz w:val="20"/>
        </w:rPr>
        <w:t>1:23:12  Baghair soche shukr nahi paida ho sakta. Baghair soche ke woh aadmi har cheez ko guaranteed leta rehta hai.</w:t>
      </w:r>
      <w:r>
        <w:br/>
      </w:r>
      <w:r>
        <w:rPr>
          <w:sz w:val="20"/>
        </w:rPr>
        <w:t>1:23:21  Insaan ka mizaj hai, har cheez ko guaranteed leta rehta hai. To shukr nahi aayega. Is tareeqe</w:t>
      </w:r>
      <w:r>
        <w:br/>
      </w:r>
      <w:r>
        <w:rPr>
          <w:sz w:val="20"/>
        </w:rPr>
        <w:t>1:23:27  Se aap ko har cheez par sochna padega aur is mein dhoondhna padega ke is mein Allah ki inaam ka pehlu kya hai.</w:t>
      </w:r>
    </w:p>
    <w:p>
      <w:pPr>
        <w:pStyle w:val="Heading2"/>
      </w:pPr>
      <w:r>
        <w:t>Question and answer about Quran verse background</w:t>
      </w:r>
    </w:p>
    <w:p>
      <w:r>
        <w:rPr>
          <w:color w:val="666666"/>
          <w:sz w:val="18"/>
        </w:rPr>
        <w:t>The Phenomenon of Degeneration 15 May, 2014 - Maulana Wahiduddin Khan · 52s · at 0:55 · https://youtu.be/BI4leBDDLaI?t=55</w:t>
      </w:r>
    </w:p>
    <w:p>
      <w:r>
        <w:rPr>
          <w:i/>
        </w:rPr>
        <w:t>“مولانا، اس آیت کی وضاحت فرمائیں”</w:t>
      </w:r>
    </w:p>
    <w:p>
      <w:r>
        <w:rPr>
          <w:sz w:val="20"/>
        </w:rPr>
        <w:t>0:55  maulana, is ayat ki wazahat farmayein.</w:t>
      </w:r>
      <w:r>
        <w:br/>
      </w:r>
      <w:r>
        <w:rPr>
          <w:sz w:val="20"/>
        </w:rPr>
        <w:t>0:59  bismillah rahman rahim.</w:t>
      </w:r>
      <w:r>
        <w:br/>
      </w:r>
      <w:r>
        <w:rPr>
          <w:sz w:val="20"/>
        </w:rPr>
        <w:t>1:06  quran ki is ayat ko ya is mazmoon ki doosri ayaton ko samajhne ke liye zaroori hai ke is ke poore background ko zehan mein rakha jaye.</w:t>
      </w:r>
      <w:r>
        <w:br/>
      </w:r>
      <w:r>
        <w:rPr>
          <w:sz w:val="20"/>
        </w:rPr>
        <w:t>1:18  jab tak poora background zehan mein na ho, yeh ayat samajh mein nahi aa sakti. dekhiye, is mein yahood ka zikr hai.</w:t>
      </w:r>
    </w:p>
    <w:p>
      <w:pPr>
        <w:pStyle w:val="Heading2"/>
      </w:pPr>
      <w:r>
        <w:t>Yunus's u-turn story applied to modern Muslims 'under siege'</w:t>
      </w:r>
    </w:p>
    <w:p>
      <w:r>
        <w:rPr>
          <w:color w:val="666666"/>
          <w:sz w:val="18"/>
        </w:rPr>
        <w:t>Purpose of Creation September 28, 2014 · 4m 00s · at 38:41 · https://youtu.be/7M-rzLZzCYw?t=2321</w:t>
      </w:r>
    </w:p>
    <w:p>
      <w:r>
        <w:rPr>
          <w:i/>
        </w:rPr>
        <w:t>“Yeh misal Quran mein hai jo aaj ke musalmano par sadiq aati hai”</w:t>
      </w:r>
    </w:p>
    <w:p>
      <w:r>
        <w:rPr>
          <w:sz w:val="20"/>
        </w:rPr>
        <w:t>38:41  aap chahte hain agar musalman chahte hain ke halaat badlen</w:t>
      </w:r>
      <w:r>
        <w:br/>
      </w:r>
      <w:r>
        <w:rPr>
          <w:sz w:val="20"/>
        </w:rPr>
        <w:t>38:46  allah ki nusrat in ki taraf aaye</w:t>
      </w:r>
      <w:r>
        <w:br/>
      </w:r>
      <w:r>
        <w:rPr>
          <w:sz w:val="20"/>
        </w:rPr>
        <w:t>38:50  toh in ko u turn lena parega</w:t>
      </w:r>
      <w:r>
        <w:br/>
      </w:r>
      <w:r>
        <w:rPr>
          <w:sz w:val="20"/>
        </w:rPr>
        <w:t>38:53  is ki ek misaal dekhiye quran mein</w:t>
      </w:r>
      <w:r>
        <w:br/>
      </w:r>
      <w:r>
        <w:rPr>
          <w:sz w:val="20"/>
        </w:rPr>
        <w:t>38:57  hazrat yunus alaihissalam ki hai</w:t>
      </w:r>
      <w:r>
        <w:br/>
      </w:r>
      <w:r>
        <w:rPr>
          <w:sz w:val="20"/>
        </w:rPr>
        <w:t>39:01  hazrat yunus alaihissalam athween sadi</w:t>
      </w:r>
      <w:r>
        <w:br/>
      </w:r>
      <w:r>
        <w:rPr>
          <w:sz w:val="20"/>
        </w:rPr>
        <w:t>39:06  qabl masih mein ninevah mein aaye jo iraq mein tha</w:t>
      </w:r>
      <w:r>
        <w:br/>
      </w:r>
      <w:r>
        <w:rPr>
          <w:sz w:val="20"/>
        </w:rPr>
        <w:t>39:12  unhon ne tauheed ki dawat di lekin kuch dinon ke baad woh unhon ne samjha ke ab yeh log manne wale nahi hain in ko chhod kar nineveh se bahar chale gaye to aise halaat paida hue ke woh machhli ke pait mein jana pada un ko aur riwayat ke mutabiq taqreeban 40 din tak machhli ke pait mein rahe woh phir un ko ehsas hua ke maine galti ki</w:t>
      </w:r>
      <w:r>
        <w:br/>
      </w:r>
      <w:r>
        <w:rPr>
          <w:sz w:val="20"/>
        </w:rPr>
        <w:t>39:42  mujhe abhi nineveh chhodna nahi chahiye tha yani you turn lene ka faisla kiya unhon ne to allah ne hukum diya woh mushrikon ke woh la kar ke khushki par un ko nikal diya phir woh dobara nineveh aaye yani unhon ne you turn liya aur phir dawat ka kaam</w:t>
      </w:r>
      <w:r>
        <w:br/>
      </w:r>
      <w:r>
        <w:rPr>
          <w:sz w:val="20"/>
        </w:rPr>
        <w:t>40:09  kiya nateeja kya hua ke wahan par sare logon ne un ka saath diya sab un ke hath par iman laye yeh jo quran mein misaal hai yahi aaj ke musalmanon par saadiq aati hai to sari duniya ke musalmanon ko you turn lena hai aur sab kuch chhod kar ke gun aur bam aur nafrat chhod kar ke dawat ki taraf lotna hai</w:t>
      </w:r>
      <w:r>
        <w:br/>
      </w:r>
      <w:r>
        <w:rPr>
          <w:sz w:val="20"/>
        </w:rPr>
        <w:t>40:38  tab un ko allah ki nasrat milegi tab un ko kamyabi hasil hogi to main samajhta hoon ke yunus alaihissalam ko yeh misaal hai quran majeed mein woh direct taur par musalmanon ke upar apply hoti hai aaj ke musalmanon ke upar woh keh rahe hain ke you turn lo warna tum mashriq ke pait mein padh rahe hoge</w:t>
      </w:r>
      <w:r>
        <w:br/>
      </w:r>
      <w:r>
        <w:rPr>
          <w:sz w:val="20"/>
        </w:rPr>
        <w:t>41:01  aaj kal jo musalman hain jo jo bhi main sunta hoon musalmanon ki taqreeren un ki kitab un ke magazine sab mein yahi to hota hai problem problem problem ke hum problems gire hue hain we are under siege to jo yeh kehte hain musalman ke we are under siege to wahi to hai yeh ke hum machhli ke pait mein hain</w:t>
      </w:r>
      <w:r>
        <w:br/>
      </w:r>
      <w:r>
        <w:rPr>
          <w:sz w:val="20"/>
        </w:rPr>
        <w:t>41:30  dilli mein ek bahut top ka ek seminar hua tha jis mein musalmanon ke top ke jo jo padhe likhe ladhe log hain wahan us mein jama hue the wahan ke zaban pe english thi english mein sab log bol rahe the sab educated musalman the is ka khulasa kya tha yahi tha we are under siege</w:t>
      </w:r>
      <w:r>
        <w:br/>
      </w:r>
      <w:r>
        <w:rPr>
          <w:sz w:val="20"/>
        </w:rPr>
        <w:t>41:57  to we are under siege we are under siege yahi to hai ke hum machhli ke pait mein hain</w:t>
      </w:r>
      <w:r>
        <w:br/>
      </w:r>
      <w:r>
        <w:rPr>
          <w:sz w:val="20"/>
        </w:rPr>
        <w:t>42:06  wahi to hai yeh</w:t>
      </w:r>
      <w:r>
        <w:br/>
      </w:r>
      <w:r>
        <w:rPr>
          <w:sz w:val="20"/>
        </w:rPr>
        <w:t>42:10  toh siege se bahar aana</w:t>
      </w:r>
      <w:r>
        <w:br/>
      </w:r>
      <w:r>
        <w:rPr>
          <w:sz w:val="20"/>
        </w:rPr>
        <w:t>42:13  isi waqt possible hai jab ke hum woh kahein jo hai toh yunus ne kiya</w:t>
      </w:r>
      <w:r>
        <w:br/>
      </w:r>
      <w:r>
        <w:rPr>
          <w:sz w:val="20"/>
        </w:rPr>
        <w:t>42:19  yani apni ghalti ko mana ke maan kar ke Allah se toba kiya to machhli se bahar aaye</w:t>
      </w:r>
      <w:r>
        <w:br/>
      </w:r>
      <w:r>
        <w:rPr>
          <w:sz w:val="20"/>
        </w:rPr>
        <w:t>42:26  to Musalman bhi seij se bahar kab aayenge jab apni ghalti ko manen ke hamari bladsiti ghalat</w:t>
      </w:r>
      <w:r>
        <w:br/>
      </w:r>
      <w:r>
        <w:rPr>
          <w:sz w:val="20"/>
        </w:rPr>
        <w:t>42:32  thi hamari political activities ghalat thi hamari ladau ladai jo hum ne chhed rakhi hai wo ghalat thi</w:t>
      </w:r>
    </w:p>
    <w:p>
      <w:pPr>
        <w:pStyle w:val="Heading2"/>
      </w:pPr>
      <w:r>
        <w:t>Dawah is the only true mission</w:t>
      </w:r>
    </w:p>
    <w:p>
      <w:r>
        <w:rPr>
          <w:color w:val="666666"/>
          <w:sz w:val="18"/>
        </w:rPr>
        <w:t>The Modern Age October 20, 2018 · 4m 06s · at 6:10 · https://youtu.be/jcHURa9UnVY?t=370</w:t>
      </w:r>
    </w:p>
    <w:p>
      <w:r>
        <w:rPr>
          <w:i/>
        </w:rPr>
        <w:t>“Wajah kya hai iski? Jab aap Allah wala kaam karein”</w:t>
      </w:r>
    </w:p>
    <w:p>
      <w:r>
        <w:rPr>
          <w:sz w:val="20"/>
        </w:rPr>
        <w:t>6:10  wajah kya hai is ki? jab aap Allah wala kaam karen, yani dawat ka kaam, jis ko hum dawat ka kaam kehte hain, to dawat ka kaam mein kya hota hai?</w:t>
      </w:r>
      <w:r>
        <w:br/>
      </w:r>
      <w:r>
        <w:rPr>
          <w:sz w:val="20"/>
        </w:rPr>
        <w:t>6:24  aap ki inner spirit jo hai, woh address hoti hai ke main ne apne Rab ka kaam kiya, apne Rab ka jo hukum tha ke mera paigham phailao, logon ko batao ke tumhara khaliq kya chahta hai.</w:t>
      </w:r>
      <w:r>
        <w:br/>
      </w:r>
      <w:r>
        <w:rPr>
          <w:sz w:val="20"/>
        </w:rPr>
        <w:t>6:46  to aap ko is aitbar se aik sukoon milta hai ke main ne jis khaliq ne mujhe paida kiya hai, woh chahta tha ke main insaan ko bataun ke "what is the creation plan of God?</w:t>
      </w:r>
      <w:r>
        <w:br/>
      </w:r>
      <w:r>
        <w:rPr>
          <w:sz w:val="20"/>
        </w:rPr>
        <w:t>7:01  what is the purpose of life?" aakhirat ke baray mein, jannat ke baray mein bataun. to woh main ne bata diya, aur aakhirat mein jab aap ka samna hoga Rab-ul-Alameen se, to aap yeh keh sakenge ke Khudaya!</w:t>
      </w:r>
      <w:r>
        <w:br/>
      </w:r>
      <w:r>
        <w:rPr>
          <w:sz w:val="20"/>
        </w:rPr>
        <w:t>7:19  mere pas tera message tha, mere pas teri kitab thi, us ko main ne logon tak pohancha diya un ki apni understandable language mein.</w:t>
      </w:r>
      <w:r>
        <w:br/>
      </w:r>
      <w:r>
        <w:rPr>
          <w:sz w:val="20"/>
        </w:rPr>
        <w:t>7:29  to aap ghor kijiye ke kitna aap ko sukoon hasil hoga. main aik martaba main ne aik aadmi ko dekha, woh mamooli aadmi tha, mulazim tha kisi office mein.</w:t>
      </w:r>
      <w:r>
        <w:br/>
      </w:r>
      <w:r>
        <w:rPr>
          <w:sz w:val="20"/>
        </w:rPr>
        <w:t>7:48  to main ne aik pulat dekha us ko ke bari tezi se woh chala ja raha hai, chala ja raha hai. to main ne us se poocha ke aap kahan ja rahe hain? us ke chalne ka andaaz jo tha, us mein aik ajeeb qism ki yani khushi thi.</w:t>
      </w:r>
      <w:r>
        <w:br/>
      </w:r>
      <w:r>
        <w:rPr>
          <w:sz w:val="20"/>
        </w:rPr>
        <w:t>8:06  to us ne kaha ke collector sahib ka aik order hai, aik urgent order hai, us ko pohanchana hai. woh collectrate mein kaam karta tha, to kisi wajah se sham ko, yani der ho, din guzar chuka tha, sham ko koi message bhejna tha collector sahib ko.</w:t>
      </w:r>
      <w:r>
        <w:br/>
      </w:r>
      <w:r>
        <w:rPr>
          <w:sz w:val="20"/>
        </w:rPr>
        <w:t>8:28  is se kaha ke jo jaldi se le ke jao.</w:t>
      </w:r>
      <w:r>
        <w:br/>
      </w:r>
      <w:r>
        <w:rPr>
          <w:sz w:val="20"/>
        </w:rPr>
        <w:t>8:33  to aap ghor kijiye ke agar aap ko</w:t>
      </w:r>
      <w:r>
        <w:br/>
      </w:r>
      <w:r>
        <w:rPr>
          <w:sz w:val="20"/>
        </w:rPr>
        <w:t>8:39  yeh ehsas ho jaye ke mere rab ne, mere khaliq ne, mere creator ne, us ne mujhe ek message diya hai, quran allah ki taraf se mere paas aya hai ke aye bande!</w:t>
      </w:r>
      <w:r>
        <w:br/>
      </w:r>
      <w:r>
        <w:rPr>
          <w:sz w:val="20"/>
        </w:rPr>
        <w:t>8:53  to pohanchao logon tak, pohanchao. lakon lil alameen nazeera. to aap is ko le ke jab niklenge pohanchane ke liye logon ko, to aap ghor kijiye ke aap ko kitna zabardast aap ke yani khushi se sina phat raha hoga, aap ka khushi se sina phat raha hoga.</w:t>
      </w:r>
      <w:r>
        <w:br/>
      </w:r>
      <w:r>
        <w:rPr>
          <w:sz w:val="20"/>
        </w:rPr>
        <w:t>9:16  wo kaam hai aap ke paas, aur aap mother teresa ke model ki taraf dauren to aap ke paas bara kaam maujood tha karne ke liye, aap daure chhote se kaam ke liye.</w:t>
      </w:r>
      <w:r>
        <w:br/>
      </w:r>
      <w:r>
        <w:rPr>
          <w:sz w:val="20"/>
        </w:rPr>
        <w:t>9:32  main bohat se logon ko dekhta hoon ke mother teresa ko model banaye hue hain, aur yeh jo jis ko so called charity mein apna maal lagate hain,</w:t>
      </w:r>
      <w:r>
        <w:br/>
      </w:r>
      <w:r>
        <w:rPr>
          <w:sz w:val="20"/>
        </w:rPr>
        <w:t>9:50  main kahunga ke koi insan jis ko allah ki marifat ho jaye, allah ki marifat jis ke paas quran ho, jis ke paas allah ki book of god ho, book of guide,</w:t>
      </w:r>
      <w:r>
        <w:br/>
      </w:r>
      <w:r>
        <w:rPr>
          <w:sz w:val="20"/>
        </w:rPr>
        <w:t>10:07  us ko apni jeb ka ek ek paisa sirf allah ke message ko pohanchane mein lagana chahiye, aur kuch nahin.</w:t>
      </w:r>
    </w:p>
    <w:p>
      <w:pPr>
        <w:pStyle w:val="Heading2"/>
      </w:pPr>
      <w:r>
        <w:t>Educate peacefully about the age</w:t>
      </w:r>
    </w:p>
    <w:p>
      <w:r>
        <w:rPr>
          <w:color w:val="666666"/>
          <w:sz w:val="18"/>
        </w:rPr>
        <w:t>Terrorism in the name of Islam December 23, 2016 · 42s · at 32:14 · https://youtu.be/sm_0z6s2UPs?t=1934</w:t>
      </w:r>
    </w:p>
    <w:p>
      <w:r>
        <w:rPr>
          <w:i/>
        </w:rPr>
        <w:t>“Educate people about the age peacefully.”</w:t>
      </w:r>
    </w:p>
    <w:p>
      <w:r>
        <w:rPr>
          <w:sz w:val="20"/>
        </w:rPr>
        <w:t>32:14  phir mein to yahi kahunga ke ke logon ko zamane se ba-khabar kiya jaye aur peaceful tareeqe se.</w:t>
      </w:r>
      <w:r>
        <w:br/>
      </w:r>
      <w:r>
        <w:rPr>
          <w:sz w:val="20"/>
        </w:rPr>
        <w:t>32:20  developed countries mein jo education aayi us se woh log ba-khabar ho gaye ke daur jadeed kya hai.</w:t>
      </w:r>
      <w:r>
        <w:br/>
      </w:r>
      <w:r>
        <w:rPr>
          <w:sz w:val="20"/>
        </w:rPr>
        <w:t>32:26  lekin jo doosre countries hain woh sachi baat hai ke unko pata hi nahi ke daur jadeed kya hai.</w:t>
      </w:r>
      <w:r>
        <w:br/>
      </w:r>
      <w:r>
        <w:rPr>
          <w:sz w:val="20"/>
        </w:rPr>
        <w:t>32:32  khas taur par musalmanon ko bilkul pata nahi.</w:t>
      </w:r>
      <w:r>
        <w:br/>
      </w:r>
      <w:r>
        <w:rPr>
          <w:sz w:val="20"/>
        </w:rPr>
        <w:t>32:38  تو لوگوں کی ان awareness کو ختم کیا جائے peaceful طریقے سے۔</w:t>
      </w:r>
      <w:r>
        <w:br/>
      </w:r>
      <w:r>
        <w:rPr>
          <w:sz w:val="20"/>
        </w:rPr>
        <w:t>32:44  bas aur koi kaam nahi karna hai.</w:t>
      </w:r>
      <w:r>
        <w:br/>
      </w:r>
      <w:r>
        <w:rPr>
          <w:sz w:val="20"/>
        </w:rPr>
        <w:t>32:50  ان awareness کو توڑنا وہ بھی peaceful method کے ذریعے۔</w:t>
      </w:r>
      <w:r>
        <w:br/>
      </w:r>
      <w:r>
        <w:rPr>
          <w:sz w:val="20"/>
        </w:rPr>
        <w:t>32:56  ji. thank you molana sahib for taking your time out and addressing such an important subject. thank you for watching CPS International. we'll be back next week same time. thank you.</w:t>
      </w:r>
    </w:p>
    <w:p>
      <w:pPr>
        <w:pStyle w:val="Heading2"/>
      </w:pPr>
      <w:r>
        <w:t>With hardship comes ease, repeated assurance</w:t>
      </w:r>
    </w:p>
    <w:p>
      <w:r>
        <w:rPr>
          <w:color w:val="666666"/>
          <w:sz w:val="18"/>
        </w:rPr>
        <w:t>Different Aspects of Islam · 1m 00s · at 26:37 · https://youtu.be/Y77bzb5Vbr8?t=1597</w:t>
      </w:r>
    </w:p>
    <w:p>
      <w:r>
        <w:rPr>
          <w:i/>
        </w:rPr>
        <w:t>“Inna ma'al usri yusra”</w:t>
      </w:r>
    </w:p>
    <w:p>
      <w:r>
        <w:rPr>
          <w:sz w:val="20"/>
        </w:rPr>
        <w:t>26:37  nabi par mushkilat aayin wahan par.</w:t>
      </w:r>
      <w:r>
        <w:br/>
      </w:r>
      <w:r>
        <w:rPr>
          <w:sz w:val="20"/>
        </w:rPr>
        <w:t>26:41  to quran mein yeh ayat utri.</w:t>
      </w:r>
      <w:r>
        <w:br/>
      </w:r>
      <w:r>
        <w:rPr>
          <w:sz w:val="20"/>
        </w:rPr>
        <w:t>26:45  inna maghal ghasar yusra.</w:t>
      </w:r>
      <w:r>
        <w:br/>
      </w:r>
      <w:r>
        <w:rPr>
          <w:sz w:val="20"/>
        </w:rPr>
        <w:t>26:49  inna maghal ghasar yusra.</w:t>
      </w:r>
      <w:r>
        <w:br/>
      </w:r>
      <w:r>
        <w:rPr>
          <w:sz w:val="20"/>
        </w:rPr>
        <w:t>26:53  beshak mushkil ke baad aasani hai.</w:t>
      </w:r>
      <w:r>
        <w:br/>
      </w:r>
      <w:r>
        <w:rPr>
          <w:sz w:val="20"/>
        </w:rPr>
        <w:t>26:56  beshak mushkil ke baad aasani hai.</w:t>
      </w:r>
      <w:r>
        <w:br/>
      </w:r>
      <w:r>
        <w:rPr>
          <w:sz w:val="20"/>
        </w:rPr>
        <w:t>27:00  with every hardship there is ease.</w:t>
      </w:r>
      <w:r>
        <w:br/>
      </w:r>
      <w:r>
        <w:rPr>
          <w:sz w:val="20"/>
        </w:rPr>
        <w:t>27:04  with every hardship</w:t>
      </w:r>
      <w:r>
        <w:br/>
      </w:r>
      <w:r>
        <w:rPr>
          <w:sz w:val="20"/>
        </w:rPr>
        <w:t>27:08  there is ease.</w:t>
      </w:r>
      <w:r>
        <w:br/>
      </w:r>
      <w:r>
        <w:rPr>
          <w:sz w:val="20"/>
        </w:rPr>
        <w:t>27:11  yeh quran ki ek ayat hai.</w:t>
      </w:r>
      <w:r>
        <w:br/>
      </w:r>
      <w:r>
        <w:rPr>
          <w:sz w:val="20"/>
        </w:rPr>
        <w:t>27:15  yeh ayat dohrai hui hai quran mein. do bar.</w:t>
      </w:r>
      <w:r>
        <w:br/>
      </w:r>
      <w:r>
        <w:rPr>
          <w:sz w:val="20"/>
        </w:rPr>
        <w:t>27:19  inna maghal ghasar yusra.</w:t>
      </w:r>
      <w:r>
        <w:br/>
      </w:r>
      <w:r>
        <w:rPr>
          <w:sz w:val="20"/>
        </w:rPr>
        <w:t>27:23  ana mughal ghusr yusrra.</w:t>
      </w:r>
      <w:r>
        <w:br/>
      </w:r>
      <w:r>
        <w:rPr>
          <w:sz w:val="20"/>
        </w:rPr>
        <w:t>27:26  is takrar se rasool Allah ne ek ek cheez nikali.</w:t>
      </w:r>
      <w:r>
        <w:br/>
      </w:r>
      <w:r>
        <w:rPr>
          <w:sz w:val="20"/>
        </w:rPr>
        <w:t>27:30  woh yeh nikali ke is takrar se yeh us yeh baat maloom hoti hai.</w:t>
      </w:r>
      <w:r>
        <w:br/>
      </w:r>
      <w:r>
        <w:rPr>
          <w:sz w:val="20"/>
        </w:rPr>
        <w:t>27:34  ke dunya mein ghusr ki ghusr ke jo ghusr jo hai woh kam hai yusr jo hai woh zyada</w:t>
      </w:r>
    </w:p>
    <w:p>
      <w:pPr>
        <w:pStyle w:val="Heading2"/>
      </w:pPr>
      <w:r>
        <w:t>Wisdom requires simple living and admitting your mistakes</w:t>
      </w:r>
    </w:p>
    <w:p>
      <w:r>
        <w:rPr>
          <w:color w:val="666666"/>
          <w:sz w:val="18"/>
        </w:rPr>
        <w:t>Iman and The Quran March 29, 2009 · 2m 08s · at 1:12:06 · https://youtu.be/ZWtrkjbbojU?t=4326</w:t>
      </w:r>
    </w:p>
    <w:p>
      <w:r>
        <w:rPr>
          <w:i/>
        </w:rPr>
        <w:t>“Wisdom has a price — you must live a need-based life.”</w:t>
      </w:r>
    </w:p>
    <w:p>
      <w:r>
        <w:rPr>
          <w:sz w:val="20"/>
        </w:rPr>
        <w:t>1:12:06  hikmat'ko'kehte'hain'wisdom.english'mein'hikmat'ko'wisdom'kaha'jata'hai.to'wisdom'jo'hai,woh</w:t>
      </w:r>
      <w:r>
        <w:br/>
      </w:r>
      <w:r>
        <w:rPr>
          <w:sz w:val="20"/>
        </w:rPr>
        <w:t>1:12:19  main'yeh'keh'sakta'hoon'ke'iskibhi'ek'price'hai,tab'milegi'wisdom.unhein'wisdom'milne'wali'nahin'hai.</w:t>
      </w:r>
      <w:r>
        <w:br/>
      </w:r>
      <w:r>
        <w:rPr>
          <w:sz w:val="20"/>
        </w:rPr>
        <w:t>1:12:33  wisdom'ke'liye'aapko'yeh'karna'hai'ke'apni'zindagi'ko'aap'is'tarah'manage'karein'ke'need'based'zindagi'guzarein.aapko'need'based'yahan'bhi'main'kahoon'ga'ke'aap'wisdom'to'usko'na'chahiye'to'theek'hai,lekin'chahte'hain'agar'aapko'to'need'based'life'guzarni'padegi.aapko'comfort'aur'luxury'ko'chhodna'padega'aapko'kyunkih'woh'sab'destruction'hai.source'of'destruction'hai'woh.</w:t>
      </w:r>
      <w:r>
        <w:br/>
      </w:r>
      <w:r>
        <w:rPr>
          <w:sz w:val="20"/>
        </w:rPr>
        <w:t>1:12:59  jab'aap'need'based'life'aapki'ho'jayegi'to'aapko'time'hoga'aapke'paas.</w:t>
      </w:r>
      <w:r>
        <w:br/>
      </w:r>
      <w:r>
        <w:rPr>
          <w:sz w:val="20"/>
        </w:rPr>
        <w:t>1:13:06  yeh'kaha'tha'ke'simple'living,high'thinking.main'samajhta'hoon'ke'donon'jude'hue'hain.simple'living'hogi'tabhi'aap'high'thinking'kar'sakenge'kyunkih'aap'par'time'nahin'hoga'agar'simple'living'ka'na'ho'to'har'waqt'ek'na'ek'aapka'item'aapko'chahiye.</w:t>
      </w:r>
      <w:r>
        <w:br/>
      </w:r>
      <w:r>
        <w:rPr>
          <w:sz w:val="20"/>
        </w:rPr>
        <w:t>1:13:22  to'saada'zindagi'ikhtiyaar'kijiye,destruction'se'apne'aapko'bachaiye,mad'e'iste'faida'paida'kijiye'apne'andar,</w:t>
      </w:r>
      <w:r>
        <w:br/>
      </w:r>
      <w:r>
        <w:rPr>
          <w:sz w:val="20"/>
        </w:rPr>
        <w:t>1:13:32  aet raafkiyaadat daaliye ke jab koi ghalti karein to jald hi se maan lein ke "i was wrong, i was wrong".</w:t>
      </w:r>
      <w:r>
        <w:br/>
      </w:r>
      <w:r>
        <w:rPr>
          <w:sz w:val="20"/>
        </w:rPr>
        <w:t>1:13:41  ghalti ke baad kabhi bhi is ko peechha mat kijiye, is ko ghuma phira kar apne sahih na sabit kijiye. seedhi se keh dijiye ke "i was wrong".</w:t>
      </w:r>
      <w:r>
        <w:br/>
      </w:r>
      <w:r>
        <w:rPr>
          <w:sz w:val="20"/>
        </w:rPr>
        <w:t>1:13:50  tab woh process chalta rahega. jab bhi aap apni ghalti ko nahin mante hain to processor ruk jata hai. maan lete hain to process khul jata hai.</w:t>
      </w:r>
      <w:r>
        <w:br/>
      </w:r>
      <w:r>
        <w:rPr>
          <w:sz w:val="20"/>
        </w:rPr>
        <w:t>1:14:07  to yehi tareeqa hai is ka. main jahan tak samajhta hoon.</w:t>
      </w:r>
    </w:p>
    <w:p>
      <w:pPr>
        <w:pStyle w:val="Heading2"/>
      </w:pPr>
      <w:r>
        <w:t>Truth requires discovering helplessness</w:t>
      </w:r>
    </w:p>
    <w:p>
      <w:r>
        <w:rPr>
          <w:color w:val="666666"/>
          <w:sz w:val="18"/>
        </w:rPr>
        <w:t>Man &amp; Paradise Aug 18, 2013 - Maulana Wahiduddin Khan · 1m 52s · at 0:53 · https://youtu.be/yKy1suwbP8o?t=53</w:t>
      </w:r>
    </w:p>
    <w:p>
      <w:r>
        <w:rPr>
          <w:i/>
        </w:rPr>
        <w:t>“First I want to say one thing”</w:t>
      </w:r>
    </w:p>
    <w:p>
      <w:r>
        <w:rPr>
          <w:sz w:val="20"/>
        </w:rPr>
        <w:t>0:53  sab se pehle aik baat main kehna chahta hoon, woh yeh hai ke sachai ki jo discovery hai,</w:t>
      </w:r>
      <w:r>
        <w:br/>
      </w:r>
      <w:r>
        <w:rPr>
          <w:sz w:val="20"/>
        </w:rPr>
        <w:t>1:05  is ka raaz kya hai? sachai kisi ko milti hai to kaise milti hai?</w:t>
      </w:r>
      <w:r>
        <w:br/>
      </w:r>
      <w:r>
        <w:rPr>
          <w:sz w:val="20"/>
        </w:rPr>
        <w:t>1:17  yani yeh bohat hi bara question hai, kyunke be shumar log aaye aur dunya mein jiye aur mar gaye, aur sachai un ko nahi mili.</w:t>
      </w:r>
      <w:r>
        <w:br/>
      </w:r>
      <w:r>
        <w:rPr>
          <w:sz w:val="20"/>
        </w:rPr>
        <w:t>1:32  sachai ka matlab hai zindagi ki aisi ideology jis ko aap ki zindagi ko meaningful bana sake, wohi sachai hai.</w:t>
      </w:r>
      <w:r>
        <w:br/>
      </w:r>
      <w:r>
        <w:rPr>
          <w:sz w:val="20"/>
        </w:rPr>
        <w:t>1:47  yani woh sachai, woh reality jo aap ki zindagi ko eternally beautiful bana sake, wohi sachai hai.</w:t>
      </w:r>
      <w:r>
        <w:br/>
      </w:r>
      <w:r>
        <w:rPr>
          <w:sz w:val="20"/>
        </w:rPr>
        <w:t>2:00  to log, be shumar log aaye dunya mein aur chale gaye, aur unhon ne ideology of life ko nahi jaan paya. is ka is ka sabab kya hai?</w:t>
      </w:r>
      <w:r>
        <w:br/>
      </w:r>
      <w:r>
        <w:rPr>
          <w:sz w:val="20"/>
        </w:rPr>
        <w:t>2:13  is ka sabab mere nazdeek yeh hai</w:t>
      </w:r>
      <w:r>
        <w:br/>
      </w:r>
      <w:r>
        <w:rPr>
          <w:sz w:val="20"/>
        </w:rPr>
        <w:t>2:20  ke logon ko starting point hi nahi mila.</w:t>
      </w:r>
      <w:r>
        <w:br/>
      </w:r>
      <w:r>
        <w:rPr>
          <w:sz w:val="20"/>
        </w:rPr>
        <w:t>2:26  starting point jo hai, woh hai ajz, helplessness.</w:t>
      </w:r>
      <w:r>
        <w:br/>
      </w:r>
      <w:r>
        <w:rPr>
          <w:sz w:val="20"/>
        </w:rPr>
        <w:t>2:34  agar aap apne ajz ko daryaft kar saken, tab aap sachai ko daryaft kar saken ge, warna nahi.</w:t>
      </w:r>
    </w:p>
    <w:p>
      <w:pPr>
        <w:pStyle w:val="Heading2"/>
      </w:pPr>
      <w:r>
        <w:t>the hadith that Quran's wonders never end</w:t>
      </w:r>
    </w:p>
    <w:p>
      <w:r>
        <w:rPr>
          <w:color w:val="666666"/>
          <w:sz w:val="18"/>
        </w:rPr>
        <w:t>Deeper Meaning of The Quran May 17, 2015 · 1m 53s · at 0:44 · https://youtu.be/CoTUNYxSRiI?t=44</w:t>
      </w:r>
    </w:p>
    <w:p>
      <w:r>
        <w:rPr>
          <w:i/>
        </w:rPr>
        <w:t>“حدیث کی 6 کتابوں میں سے ایک ہے الترمذی”</w:t>
      </w:r>
    </w:p>
    <w:p>
      <w:r>
        <w:rPr>
          <w:sz w:val="20"/>
        </w:rPr>
        <w:t>0:44  aap jantay hain ke hadith ki 6 kitabon ko sihah kaha jata hai. in mein se ek hai al tirmidhi.</w:t>
      </w:r>
      <w:r>
        <w:br/>
      </w:r>
      <w:r>
        <w:rPr>
          <w:sz w:val="20"/>
        </w:rPr>
        <w:t>0:56  to tirmidhi mein ek hadith aayi hai jo is ke fazail al quran ke bab mein hai. yeh hadith lambi hai.</w:t>
      </w:r>
      <w:r>
        <w:br/>
      </w:r>
      <w:r>
        <w:rPr>
          <w:sz w:val="20"/>
        </w:rPr>
        <w:t>1:08  is mein ek lafz yeh hai quran ke baray mein</w:t>
      </w:r>
      <w:r>
        <w:br/>
      </w:r>
      <w:r>
        <w:rPr>
          <w:sz w:val="20"/>
        </w:rPr>
        <w:t>1:13  : "la tanqadi ajaibuhu". yani quran ke ajaib kabhi khatam na hon ge.</w:t>
      </w:r>
      <w:r>
        <w:br/>
      </w:r>
      <w:r>
        <w:rPr>
          <w:sz w:val="20"/>
        </w:rPr>
        <w:t>1:25  to choonke is mein ajaib ka lafz hai aur is ko gharaib mani mein le letay hain log, sharon mein ziyada tar ajaib mani gharaib, to bas samajhtay hain koi nawadir, koi karishmay ki baatain.</w:t>
      </w:r>
      <w:r>
        <w:br/>
      </w:r>
      <w:r>
        <w:rPr>
          <w:sz w:val="20"/>
        </w:rPr>
        <w:t>1:40  aisa nahi hai.</w:t>
      </w:r>
      <w:r>
        <w:br/>
      </w:r>
      <w:r>
        <w:rPr>
          <w:sz w:val="20"/>
        </w:rPr>
        <w:t>1:42  matlab hi wisdom ki baatein, nai nai creative baatein, naye naye aspect deen ke, yeh murad hai is ko.</w:t>
      </w:r>
      <w:r>
        <w:br/>
      </w:r>
      <w:r>
        <w:rPr>
          <w:sz w:val="20"/>
        </w:rPr>
        <w:t>1:54  to mein aksar is hadith ko le kar sochta rehta hoon kyunke is se quran ke naye naye pehlu maloom hote hain.</w:t>
      </w:r>
      <w:r>
        <w:br/>
      </w:r>
      <w:r>
        <w:rPr>
          <w:sz w:val="20"/>
        </w:rPr>
        <w:t>2:03  aur jab aap quran ke naye pehlu daryaft karein to quran par aap ka yaqeen bohat barh jata hai.</w:t>
      </w:r>
      <w:r>
        <w:br/>
      </w:r>
      <w:r>
        <w:rPr>
          <w:sz w:val="20"/>
        </w:rPr>
        <w:t>2:13  aur jab yaqeen barhega quran se to zahir hai ke quran se talluq barhega, allah se talluq barhega, peghambar se talluq barhega, yeh sab hoga.</w:t>
      </w:r>
      <w:r>
        <w:br/>
      </w:r>
      <w:r>
        <w:rPr>
          <w:sz w:val="20"/>
        </w:rPr>
        <w:t>2:25  to mein samajhta hoon ke yeh jo hadith hai is ko bohat mehdood mani mein liya gaya hai, halanke is ke mani bohat wasee hain.</w:t>
      </w:r>
    </w:p>
    <w:p>
      <w:pPr>
        <w:pStyle w:val="Heading2"/>
      </w:pPr>
      <w:r>
        <w:t>Gorakhpur story: reciting Quran without understanding it</w:t>
      </w:r>
    </w:p>
    <w:p>
      <w:r>
        <w:rPr>
          <w:color w:val="666666"/>
          <w:sz w:val="18"/>
        </w:rPr>
        <w:t>Discovery of The Quran August 4, 2013 · 1m 35s · at 12:06 · https://youtu.be/B76kcz6qc_4?t=726</w:t>
      </w:r>
    </w:p>
    <w:p>
      <w:r>
        <w:rPr>
          <w:i/>
        </w:rPr>
        <w:t>“Mujhe apna ek waqia yaad aata hai, 1942 ki baat hai”</w:t>
      </w:r>
    </w:p>
    <w:p>
      <w:r>
        <w:rPr>
          <w:sz w:val="20"/>
        </w:rPr>
        <w:t>12:06  to in ka mind bhi trigger nahi hota, in ko koi quran mein koi discovery bhi nahi hoti. mujhe apna aik waqia yaad aata hai, ghaliban yeh baat hai 1942 ki,</w:t>
      </w:r>
      <w:r>
        <w:br/>
      </w:r>
      <w:r>
        <w:rPr>
          <w:sz w:val="20"/>
        </w:rPr>
        <w:t>12:20  bohat pehle ki, yani second world war ke zamaney ki. to mein gaya tha gorakhpur</w:t>
      </w:r>
      <w:r>
        <w:br/>
      </w:r>
      <w:r>
        <w:rPr>
          <w:sz w:val="20"/>
        </w:rPr>
        <w:t>12:30  . to aik bohat bare muslim afsar they wahan, bohat bara bungalow tha un ka, un se mujhe milna tha. to mein jab gaya to un ke bunglow ke bahar maine dekha ke aik hafiz sahib quran ki tilawat kar rahe hain,</w:t>
      </w:r>
      <w:r>
        <w:br/>
      </w:r>
      <w:r>
        <w:rPr>
          <w:sz w:val="20"/>
        </w:rPr>
        <w:t>12:48  akele baithe hue they aur quran ko le kar woh parh rahe they.</w:t>
      </w:r>
      <w:r>
        <w:br/>
      </w:r>
      <w:r>
        <w:rPr>
          <w:sz w:val="20"/>
        </w:rPr>
        <w:t>12:53  to jab muslim afsar se meri mulaqat hui to maine kaha ke yeh kaun sahib they? kya kar rahe they woh? to woh ramzan ka mahina tha.</w:t>
      </w:r>
      <w:r>
        <w:br/>
      </w:r>
      <w:r>
        <w:rPr>
          <w:sz w:val="20"/>
        </w:rPr>
        <w:t>13:04  to muslim afsar sahib ne kaha ke bhai hum to parh nahi payein ge, hum ko itna time nahi milta. to hum ne hafiz sahib ko keh diya ke aap parh dijiye, aa kar ke poora quran kam az kam aik khatam ramzan mein ho jaye to un ko kuch hum de dein ge, un ko kuch paisa.</w:t>
      </w:r>
      <w:r>
        <w:br/>
      </w:r>
      <w:r>
        <w:rPr>
          <w:sz w:val="20"/>
        </w:rPr>
        <w:t>13:24  to is tarah log quran ko samajhte hain ke bas tilawat ho gayi, is ki awaz buland ho gayi to bas kafi hai. yani khud unhone quran ko parh kar tadabbur nahi kiya, kisi hafiz se keh diya ke aap aa kar ke tilawat kar dijiye.</w:t>
      </w:r>
    </w:p>
    <w:p>
      <w:pPr>
        <w:pStyle w:val="Heading2"/>
      </w:pPr>
      <w:r>
        <w:t>Quran becomes most wanted at book fair</w:t>
      </w:r>
    </w:p>
    <w:p>
      <w:r>
        <w:rPr>
          <w:color w:val="666666"/>
          <w:sz w:val="18"/>
        </w:rPr>
        <w:t>Quran Stall at the World Book Fair January 12, 2019 · 2m 06s · at 0:28 · https://youtu.be/qAV6i3yvMjE?t=28</w:t>
      </w:r>
    </w:p>
    <w:p>
      <w:r>
        <w:rPr>
          <w:i/>
        </w:rPr>
        <w:t>“Today's topic is about the Quran”</w:t>
      </w:r>
    </w:p>
    <w:p>
      <w:r>
        <w:rPr>
          <w:sz w:val="20"/>
        </w:rPr>
        <w:t>0:28  Aaj ka mozu Quran say mutalliq hai, kyunkay aaj mujhe news mili book fair say, to aap ko maloom hai ki Dilli mein book fair ho rahi hai,</w:t>
      </w:r>
      <w:r>
        <w:br/>
      </w:r>
      <w:r>
        <w:rPr>
          <w:sz w:val="20"/>
        </w:rPr>
        <w:t>0:51  is mein hamaray sathiyon nay Quran ka book stall lagaya hai. To logon ko wahan ajeeb radd-e-amal mil raha hai, logon ko</w:t>
      </w:r>
      <w:r>
        <w:br/>
      </w:r>
      <w:r>
        <w:rPr>
          <w:sz w:val="20"/>
        </w:rPr>
        <w:t>1:06  aisa lagta hai ki Allah taala ko manzoor hai ki Quran logon tak pohanchay. Socho, ab wahan aisi kaifiyat hai jaise ki log Quran ko loot rahay hain,</w:t>
      </w:r>
      <w:r>
        <w:br/>
      </w:r>
      <w:r>
        <w:rPr>
          <w:sz w:val="20"/>
        </w:rPr>
        <w:t>1:24  aur wohin bethay bethay parhnay lagtay hain,</w:t>
      </w:r>
      <w:r>
        <w:br/>
      </w:r>
      <w:r>
        <w:rPr>
          <w:sz w:val="20"/>
        </w:rPr>
        <w:t>1:29  book fair mein parhna shuru kar detay hain. To hamaray ya hamaray sathiyon kay bas mein to hai nahin ki logon kay dil ko badal dein,</w:t>
      </w:r>
      <w:r>
        <w:br/>
      </w:r>
      <w:r>
        <w:rPr>
          <w:sz w:val="20"/>
        </w:rPr>
        <w:t>1:44  lekin yeh Allah taala kay farishtay in ko keh rahay hain ki jao, Quran lo wahan say, aur parho is ko, aur jano ki kya hai, Allah ki kitab mein kya hai.</w:t>
      </w:r>
      <w:r>
        <w:br/>
      </w:r>
      <w:r>
        <w:rPr>
          <w:sz w:val="20"/>
        </w:rPr>
        <w:t>2:02  To is tarah ki news jo mujhe mili aaj, to mainay socha ki aaj ka mozu yahi rahay ga,</w:t>
      </w:r>
      <w:r>
        <w:br/>
      </w:r>
      <w:r>
        <w:rPr>
          <w:sz w:val="20"/>
        </w:rPr>
        <w:t>2:13  Quran jo apnay aap hi most wanted book ban gaya hai, to ab humain logon ki is self-created interest ko lay kar logon tak pohanchana hai.</w:t>
      </w:r>
    </w:p>
    <w:p>
      <w:pPr>
        <w:pStyle w:val="Heading2"/>
      </w:pPr>
      <w:r>
        <w:t>Government's purpose is stability not sharia enforcement</w:t>
      </w:r>
    </w:p>
    <w:p>
      <w:r>
        <w:rPr>
          <w:color w:val="666666"/>
          <w:sz w:val="18"/>
        </w:rPr>
        <w:t>The Importance of the Quran May 15, 2016 Maulana Wahiduddin Khan · 5m 30s · at 18:52 · https://youtu.be/9a-OOUR_bLg?t=1132</w:t>
      </w:r>
    </w:p>
    <w:p>
      <w:r>
        <w:rPr>
          <w:i/>
        </w:rPr>
        <w:t>“This means that in Islam, pattern of government is not absolute.”</w:t>
      </w:r>
    </w:p>
    <w:p>
      <w:r>
        <w:rPr>
          <w:sz w:val="20"/>
        </w:rPr>
        <w:t>18:52  pattern of government koi mutlaq nahi hai. islam mein ideology mutlaq hai, aqeeda mutlaq hai, ibadat mutlaq hai.</w:t>
      </w:r>
      <w:r>
        <w:br/>
      </w:r>
      <w:r>
        <w:rPr>
          <w:sz w:val="20"/>
        </w:rPr>
        <w:t>19:05  lekin pattern of government jo hai, yeh mutlaq nahi hai. halaat ke lehaz se jo workable ho, yani jo workable ho, woh islam ka tareeqa hoga.</w:t>
      </w:r>
      <w:r>
        <w:br/>
      </w:r>
      <w:r>
        <w:rPr>
          <w:sz w:val="20"/>
        </w:rPr>
        <w:t>19:22  aqeede mein yeh nahi dekha gaya ke workable ka naam ya workable nahi hai. wahan dekha gaya ke jo hai, woh hai. to aqeeda absolute hai, ibadat absolute hai,</w:t>
      </w:r>
      <w:r>
        <w:br/>
      </w:r>
      <w:r>
        <w:rPr>
          <w:sz w:val="20"/>
        </w:rPr>
        <w:t>19:36  lekin pattern of government absolute nahi hai. jo workable hai. kyunke dekhiye, agar aap workable ko na dekhein, absolute koi ek bana lein, ek model to phir kya hoga?</w:t>
      </w:r>
      <w:r>
        <w:br/>
      </w:r>
      <w:r>
        <w:rPr>
          <w:sz w:val="20"/>
        </w:rPr>
        <w:t>19:53  ladai shuru ho jayegi. kuch log kahenge aisa, kuch log kahenge waisa, aur ladai, ladai, ladai. is liye islam mein mana gaya hai ke jo work kare, jo workable ho, us ko us ko le lo.</w:t>
      </w:r>
      <w:r>
        <w:br/>
      </w:r>
      <w:r>
        <w:rPr>
          <w:sz w:val="20"/>
        </w:rPr>
        <w:t>20:08  kyun? yaad rakhiye, islam ka ek bohat bara usool yeh hai ke islam mein political power ka maqsad har giz har giz koi system qaim karna nahi hai.</w:t>
      </w:r>
      <w:r>
        <w:br/>
      </w:r>
      <w:r>
        <w:rPr>
          <w:sz w:val="20"/>
        </w:rPr>
        <w:t>20:22  kuch log to samajhte hain ke justice ka nizam qaim karna, koi kehte hain shariat ka qanoon nafiz karna, yeh sab na quran mein hai na hadees mein.</w:t>
      </w:r>
      <w:r>
        <w:br/>
      </w:r>
      <w:r>
        <w:rPr>
          <w:sz w:val="20"/>
        </w:rPr>
        <w:t>20:36  quran mein hai ke tamkeen al-deen amkana fil-larr. quran mein government ka jo jo jo woh hai,</w:t>
      </w:r>
      <w:r>
        <w:br/>
      </w:r>
      <w:r>
        <w:rPr>
          <w:sz w:val="20"/>
        </w:rPr>
        <w:t>20:50  jo karna hai government ko, woh sirf aik cheez hai. yaani islami government woh hai jo samaaj mein stability paida kar de.</w:t>
      </w:r>
      <w:r>
        <w:br/>
      </w:r>
      <w:r>
        <w:rPr>
          <w:sz w:val="20"/>
        </w:rPr>
        <w:t>21:02  stability koi koi absolute form nahi, na aik absolute system nahi, is ko qaaim karne ke liye hukoomat qaaim ki jae.</w:t>
      </w:r>
      <w:r>
        <w:br/>
      </w:r>
      <w:r>
        <w:rPr>
          <w:sz w:val="20"/>
        </w:rPr>
        <w:t>21:17  asal cheez hai stability. kyun aisa hai? kyunke islam mein jo kaam hai, yaani is waqt jo kaam tha khaas tor par, woh tha rasool Allah ke baad quran ko mehfooz karna, hadith ko madawwan karna, seerat ke seerat ko likhna, islami tareekh ko likhna,</w:t>
      </w:r>
      <w:r>
        <w:br/>
      </w:r>
      <w:r>
        <w:rPr>
          <w:sz w:val="20"/>
        </w:rPr>
        <w:t>21:47  aur namaz ka nizaam qaaim karna, hajj ka nizaam qaaim karna, in sab cheezon ko karne wale ulama hote hain.</w:t>
      </w:r>
      <w:r>
        <w:br/>
      </w:r>
      <w:r>
        <w:rPr>
          <w:sz w:val="20"/>
        </w:rPr>
        <w:t>21:58  mein is se pehle bhi, aaj bhi. to ulama ko jo kaam karna hai, is ke liye zaroorat hai ke peace peace ho. agar peace na ho to ulama kaam nahi kar sakte.</w:t>
      </w:r>
      <w:r>
        <w:br/>
      </w:r>
      <w:r>
        <w:rPr>
          <w:sz w:val="20"/>
        </w:rPr>
        <w:t>22:10  peace agar na ho to ulama kaam nahi kar sakte.</w:t>
      </w:r>
      <w:r>
        <w:br/>
      </w:r>
      <w:r>
        <w:rPr>
          <w:sz w:val="20"/>
        </w:rPr>
        <w:t>22:15  to stability, stability se kya hota hai? peace milta hai. ab peace milta hai to saari opportunity available ho jati hai.</w:t>
      </w:r>
      <w:r>
        <w:br/>
      </w:r>
      <w:r>
        <w:rPr>
          <w:sz w:val="20"/>
        </w:rPr>
        <w:t>22:29  to islam mein ahmiyat jis cheez ki hai, woh hai tamkeen, yaani political stability. is ko yaad rakhiye ke islam mein hukoomat ka kaam aslan yeh nahi hai ke woh koi sharai qanoon nafiz kare.</w:t>
      </w:r>
      <w:r>
        <w:br/>
      </w:r>
      <w:r>
        <w:rPr>
          <w:sz w:val="20"/>
        </w:rPr>
        <w:t>22:48  woh jis ko syed qutb ne likha, hazraat ijtimaai fi islam, justice ka nizaam qaaim kare. yeh to bohat zaroori is tarah is tarah baatein kahi hain.</w:t>
      </w:r>
      <w:r>
        <w:br/>
      </w:r>
      <w:r>
        <w:rPr>
          <w:sz w:val="20"/>
        </w:rPr>
        <w:t>23:04  lekin is is raaz ko koi nahi samajh paya. jo baray baray top ke jo hydraog hain, jaise iqbal, jaise ali shariati, jaise tariq ramadan,</w:t>
      </w:r>
      <w:r>
        <w:br/>
      </w:r>
      <w:r>
        <w:rPr>
          <w:sz w:val="20"/>
        </w:rPr>
        <w:t>23:18  jaise abul ala maududi, in logon ne is raaz ko nahi samjha. islam mein political role ka jo goal hai, woh hai stability.</w:t>
      </w:r>
      <w:r>
        <w:br/>
      </w:r>
      <w:r>
        <w:rPr>
          <w:sz w:val="20"/>
        </w:rPr>
        <w:t>23:31  kyunke jab stability rahe gi, yaani quran ke lafz mein tamkeen, quran ke lafz mein tamkeen, aur doosre lafzon mein is ko kahen ge hum political stability,</w:t>
      </w:r>
      <w:r>
        <w:br/>
      </w:r>
      <w:r>
        <w:rPr>
          <w:sz w:val="20"/>
        </w:rPr>
        <w:t>23:45  to saare kaam fix ho jayen ge. madrasay ka nizaam chalay ga, masjid ka nizaam chalay ga,</w:t>
      </w:r>
      <w:r>
        <w:br/>
      </w:r>
      <w:r>
        <w:rPr>
          <w:sz w:val="20"/>
        </w:rPr>
        <w:t>23:55  hajj ka nizaam chalay ga, sab kuch islami rooh ke revival ke liye tareeqay chalenge.</w:t>
      </w:r>
      <w:r>
        <w:br/>
      </w:r>
      <w:r>
        <w:rPr>
          <w:sz w:val="20"/>
        </w:rPr>
        <w:t>24:10  to is liye yeh jo fiqh mein jo bana, unhon ne tareekh se model banaya, quran se model nahi banaya.</w:t>
      </w:r>
    </w:p>
    <w:p>
      <w:pPr>
        <w:pStyle w:val="Heading2"/>
      </w:pPr>
      <w:r>
        <w:t>Living in Western countries</w:t>
      </w:r>
    </w:p>
    <w:p>
      <w:r>
        <w:rPr>
          <w:color w:val="666666"/>
          <w:sz w:val="18"/>
        </w:rPr>
        <w:t>Terrorism in the name of Islam December 23, 2016 · 1m 01s · at 23:42 · https://youtu.be/sm_0z6s2UPs?t=1422</w:t>
      </w:r>
    </w:p>
    <w:p>
      <w:r>
        <w:rPr>
          <w:i/>
        </w:rPr>
        <w:t>“How should a Muslim live in a Western country?”</w:t>
      </w:r>
    </w:p>
    <w:p>
      <w:r>
        <w:rPr>
          <w:sz w:val="20"/>
        </w:rPr>
        <w:t>23:42  ji. molana sahib, so how should a muslim live in a western country which follows secular and modern culture? what would be your advice to all those muslims?</w:t>
      </w:r>
      <w:r>
        <w:br/>
      </w:r>
      <w:r>
        <w:rPr>
          <w:sz w:val="20"/>
        </w:rPr>
        <w:t>23:55  mera advice yeh hai ke in mulkon mein ya to musalman nah jaayen.</w:t>
      </w:r>
      <w:r>
        <w:br/>
      </w:r>
      <w:r>
        <w:rPr>
          <w:sz w:val="20"/>
        </w:rPr>
        <w:t>23:59  aur agar jaate hain to wahan ke jo law, jo law of land hai, us ko mukammal</w:t>
      </w:r>
      <w:r>
        <w:br/>
      </w:r>
      <w:r>
        <w:rPr>
          <w:sz w:val="20"/>
        </w:rPr>
        <w:t>24:03  tour par dil se follow karen.</w:t>
      </w:r>
      <w:r>
        <w:br/>
      </w:r>
      <w:r>
        <w:rPr>
          <w:sz w:val="20"/>
        </w:rPr>
        <w:t>24:07  in ke option is mein hai.</w:t>
      </w:r>
      <w:r>
        <w:br/>
      </w:r>
      <w:r>
        <w:rPr>
          <w:sz w:val="20"/>
        </w:rPr>
        <w:t>24:11  yeh nah keh wahan jaayen aur phir wahan shor o ghul karen.</w:t>
      </w:r>
      <w:r>
        <w:br/>
      </w:r>
      <w:r>
        <w:rPr>
          <w:sz w:val="20"/>
        </w:rPr>
        <w:t>24:15  وہاں جا کر کے وہاں soil bombing کریں۔</w:t>
      </w:r>
      <w:r>
        <w:br/>
      </w:r>
      <w:r>
        <w:rPr>
          <w:sz w:val="20"/>
        </w:rPr>
        <w:t>24:19  wahan jo bhi law of land hai, wahan ka jo bhi wahan ka culture hai, ya to us</w:t>
      </w:r>
      <w:r>
        <w:br/>
      </w:r>
      <w:r>
        <w:rPr>
          <w:sz w:val="20"/>
        </w:rPr>
        <w:t>24:23  ko apnaayiye aap lekin rehna hai aap ko.</w:t>
      </w:r>
      <w:r>
        <w:br/>
      </w:r>
      <w:r>
        <w:rPr>
          <w:sz w:val="20"/>
        </w:rPr>
        <w:t>24:27  aur aap ko woh manzoor nahain hai to aap wapas chale jaayen apne mulk mein wapas chale jaayen.</w:t>
      </w:r>
      <w:r>
        <w:br/>
      </w:r>
      <w:r>
        <w:rPr>
          <w:sz w:val="20"/>
        </w:rPr>
        <w:t>24:31  yeh tareeqa islami tareeqa nahain hai ke musalman in mulkon mein jaayen aur wahan par is ke khilaaf</w:t>
      </w:r>
      <w:r>
        <w:br/>
      </w:r>
      <w:r>
        <w:rPr>
          <w:sz w:val="20"/>
        </w:rPr>
        <w:t>24:35  protest karen aur hangaama karen.</w:t>
      </w:r>
      <w:r>
        <w:br/>
      </w:r>
      <w:r>
        <w:rPr>
          <w:sz w:val="20"/>
        </w:rPr>
        <w:t>24:39  yeh islaam mein nahain hai.</w:t>
      </w:r>
      <w:r>
        <w:br/>
      </w:r>
      <w:r>
        <w:rPr>
          <w:sz w:val="20"/>
        </w:rPr>
        <w:t>24:43  ji. molana sahib, many muslims seek to establish caliphate in the present time. so what would you say to this kind of follow up that many muslims are doing these days?</w:t>
      </w:r>
    </w:p>
    <w:p>
      <w:pPr>
        <w:pStyle w:val="Heading2"/>
      </w:pPr>
      <w:r>
        <w:t>India vs Palestine: one accepted reality, one didn't</w:t>
      </w:r>
    </w:p>
    <w:p>
      <w:r>
        <w:rPr>
          <w:color w:val="666666"/>
          <w:sz w:val="18"/>
        </w:rPr>
        <w:t>Man's Place in The Universe June 17, 2007 · 2m 29s · at 33:24 · https://youtu.be/CND6qsCMZVU?t=2004</w:t>
      </w:r>
    </w:p>
    <w:p>
      <w:r>
        <w:rPr>
          <w:i/>
        </w:rPr>
        <w:t>“Both partitioned a year apart, but the result differs”</w:t>
      </w:r>
    </w:p>
    <w:p>
      <w:r>
        <w:rPr>
          <w:sz w:val="20"/>
        </w:rPr>
        <w:t>33:24  donon ka ek hi kahani hai. lekin natija do hain. dekhiye india mein jo log.</w:t>
      </w:r>
      <w:r>
        <w:br/>
      </w:r>
      <w:r>
        <w:rPr>
          <w:sz w:val="20"/>
        </w:rPr>
        <w:t>33:33  freedom movement chala rahe the. mahatma gandhi. mahatma gandhi ne kaha tha ke. partition mere lash par hoga.</w:t>
      </w:r>
      <w:r>
        <w:br/>
      </w:r>
      <w:r>
        <w:rPr>
          <w:sz w:val="20"/>
        </w:rPr>
        <w:t>33:42  main pakistan. ke sare jo hamare leader the. pakistan ke khilaf the. woh kisi tarah tayyar nahi the ke india ka partition ho.</w:t>
      </w:r>
      <w:r>
        <w:br/>
      </w:r>
      <w:r>
        <w:rPr>
          <w:sz w:val="20"/>
        </w:rPr>
        <w:t>33:51  lekin 1947 mein unhon ne partition ko maan liya. aur aaj un ki aaina taraqqi kar raha hai. theek yahi baat wahan bhi hui.</w:t>
      </w:r>
      <w:r>
        <w:br/>
      </w:r>
      <w:r>
        <w:rPr>
          <w:sz w:val="20"/>
        </w:rPr>
        <w:t>34:01  falasteen mein. ke falasteen mein ball four commission ke tehat. is ka partition hua. falasteen ka partition hua.</w:t>
      </w:r>
      <w:r>
        <w:br/>
      </w:r>
      <w:r>
        <w:rPr>
          <w:sz w:val="20"/>
        </w:rPr>
        <w:t>34:10  1948 mein.</w:t>
      </w:r>
      <w:r>
        <w:br/>
      </w:r>
      <w:r>
        <w:rPr>
          <w:sz w:val="20"/>
        </w:rPr>
        <w:t>34:12  ek ek tihai diya gaya. israel ko. aur do tihai diya gaya arbon ko. arbon ko do tihai mila.</w:t>
      </w:r>
      <w:r>
        <w:br/>
      </w:r>
      <w:r>
        <w:rPr>
          <w:sz w:val="20"/>
        </w:rPr>
        <w:t>34:21  aur israel ko ek tihai mila. unhon ne inkar kar diya ke hum nahi mante. aur ladai shuru kar di. ladne lage. itna zyada ladte ladte ladte ladte kya hua ke.</w:t>
      </w:r>
      <w:r>
        <w:br/>
      </w:r>
      <w:r>
        <w:rPr>
          <w:sz w:val="20"/>
        </w:rPr>
        <w:t>34:33  jo do tihai tha woh bhi gaya. chhin</w:t>
      </w:r>
      <w:r>
        <w:br/>
      </w:r>
      <w:r>
        <w:rPr>
          <w:sz w:val="20"/>
        </w:rPr>
        <w:t>34:36  gaya. ab thoda sa do. woh do sirf. chhota chhota ilaqa hai. gaza aur aur areehah.</w:t>
      </w:r>
      <w:r>
        <w:br/>
      </w:r>
      <w:r>
        <w:rPr>
          <w:sz w:val="20"/>
        </w:rPr>
        <w:t>34:45  jahan kuch bhi nahi hai. samjhiye taqreeban veeran hai woh. aur is ke liye ladai ho rahi hai is waqt wahan. aapas mein</w:t>
      </w:r>
      <w:r>
        <w:br/>
      </w:r>
      <w:r>
        <w:rPr>
          <w:sz w:val="20"/>
        </w:rPr>
        <w:t>34:55  . to main yeh kehta hoon ke agar. jis tarah se india ke leaderon ne. yeh. is hikmat amli ka saboot diya. ke partition ko maan liya.</w:t>
      </w:r>
      <w:r>
        <w:br/>
      </w:r>
      <w:r>
        <w:rPr>
          <w:sz w:val="20"/>
        </w:rPr>
        <w:t>35:05  to india taraqqi karne laga. agar arab log. 1948 mein. partition ko maan lete. to aaj kitna aage hote woh log.</w:t>
      </w:r>
      <w:r>
        <w:br/>
      </w:r>
      <w:r>
        <w:rPr>
          <w:sz w:val="20"/>
        </w:rPr>
        <w:t>35:16  kyun? is liye ke dekhiye. woh jo do tihai un ko mila tha. to sare sab se achhe jo ilaqe the un ko mile the woh.</w:t>
      </w:r>
      <w:r>
        <w:br/>
      </w:r>
      <w:r>
        <w:rPr>
          <w:sz w:val="20"/>
        </w:rPr>
        <w:t>35:24  behtareen jitne ilaqe the. israel ko to sehra mila tha zyada tar. yerushalaym arbon ke paas tha. masjid aqsa arbon ke paas tha.</w:t>
      </w:r>
      <w:r>
        <w:br/>
      </w:r>
      <w:r>
        <w:rPr>
          <w:sz w:val="20"/>
        </w:rPr>
        <w:t>35:35  sare achhe ilaqe jo the woh arbon ke paas the. to do tihai un ke paas tha. ek tihai jo hai. woh israel ke paas tha. to wahi hikmat amli jo india wale leaderon ko hui.</w:t>
      </w:r>
      <w:r>
        <w:br/>
      </w:r>
      <w:r>
        <w:rPr>
          <w:sz w:val="20"/>
        </w:rPr>
        <w:t>35:50  woh kyunke mahatma gandhi jo the woh ek muatadil aadmi the.</w:t>
      </w:r>
    </w:p>
    <w:p>
      <w:pPr>
        <w:pStyle w:val="Heading2"/>
      </w:pPr>
      <w:r>
        <w:t>Jeans responds to Quranic verse</w:t>
      </w:r>
    </w:p>
    <w:p>
      <w:r>
        <w:rPr>
          <w:color w:val="666666"/>
          <w:sz w:val="18"/>
        </w:rPr>
        <w:t>Quran A book of Universal Guidance Maulana Wahiduddin Khan · 1m 38s · at 18:21 · https://youtu.be/XXfkkqcIPhk?t=1101</w:t>
      </w:r>
    </w:p>
    <w:p>
      <w:r>
        <w:rPr>
          <w:i/>
        </w:rPr>
        <w:t>“'Sir,' he said, 'Your inspiring words have made a deep impression'”</w:t>
      </w:r>
    </w:p>
    <w:p>
      <w:r>
        <w:rPr>
          <w:sz w:val="20"/>
        </w:rPr>
        <w:t>18:21  "sir," he said, "your inspiring words have made a deep impression on me. i am reminded of a verse of the quran which if i may be allowed, i should like to quote." "of course," sir james replied.</w:t>
      </w:r>
      <w:r>
        <w:br/>
      </w:r>
      <w:r>
        <w:rPr>
          <w:sz w:val="20"/>
        </w:rPr>
        <w:t>18:36  Inayatullah Khan recited this verse.</w:t>
      </w:r>
      <w:r>
        <w:br/>
      </w:r>
      <w:r>
        <w:rPr>
          <w:sz w:val="20"/>
        </w:rPr>
        <w:t>18:40  This is chapter 35, verse number 27 to 28.</w:t>
      </w:r>
      <w:r>
        <w:br/>
      </w:r>
      <w:r>
        <w:rPr>
          <w:sz w:val="20"/>
        </w:rPr>
        <w:t>18:45  "In the mountains, there are streaks of various shades of red and white."</w:t>
      </w:r>
      <w:r>
        <w:br/>
      </w:r>
      <w:r>
        <w:rPr>
          <w:sz w:val="20"/>
        </w:rPr>
        <w:t>18:51  dekhein, quran ka jo wording hai, woh yeh hai ke "wamaral jibalu jududun baydun muh talifun alwanun wa gharabiyun</w:t>
      </w:r>
      <w:r>
        <w:br/>
      </w:r>
      <w:r>
        <w:rPr>
          <w:sz w:val="20"/>
        </w:rPr>
        <w:t>19:00  wa sawadun innama yakhshullah min ibadihil ulamaa."</w:t>
      </w:r>
      <w:r>
        <w:br/>
      </w:r>
      <w:r>
        <w:rPr>
          <w:sz w:val="20"/>
        </w:rPr>
        <w:t>19:07  ab aap translate parhiye is ko.</w:t>
      </w:r>
      <w:r>
        <w:br/>
      </w:r>
      <w:r>
        <w:rPr>
          <w:sz w:val="20"/>
        </w:rPr>
        <w:t>19:10  "in the mountains, there are streaks of various shades of red and white and jet black rocks. man, beasts and cattle have their different colors too.</w:t>
      </w:r>
      <w:r>
        <w:br/>
      </w:r>
      <w:r>
        <w:rPr>
          <w:sz w:val="20"/>
        </w:rPr>
        <w:t>19:23  from among his servants, it is the learned who fear god." "what was that?" exclaimed sir james.</w:t>
      </w:r>
      <w:r>
        <w:br/>
      </w:r>
      <w:r>
        <w:rPr>
          <w:sz w:val="20"/>
        </w:rPr>
        <w:t>19:31  "it is those alone who have knowledge who fear god." "wonder</w:t>
      </w:r>
      <w:r>
        <w:br/>
      </w:r>
      <w:r>
        <w:rPr>
          <w:sz w:val="20"/>
        </w:rPr>
        <w:t>19:37  ful! how extraordinary! it has taken me fifty years of continual study and observation to realize this fact." "who taught it to muhammad?</w:t>
      </w:r>
      <w:r>
        <w:br/>
      </w:r>
      <w:r>
        <w:rPr>
          <w:sz w:val="20"/>
        </w:rPr>
        <w:t>19:48  is this really in the quran? if so, you can record my testimony that the quran that the quran is an inspired book." "muhammad was illiterate.</w:t>
      </w:r>
      <w:r>
        <w:br/>
      </w:r>
      <w:r>
        <w:rPr>
          <w:sz w:val="20"/>
        </w:rPr>
        <w:t>20:00  he could not have learned this immensely important fact in his own. god must have taught it to him. incredible!</w:t>
      </w:r>
    </w:p>
    <w:p>
      <w:pPr>
        <w:pStyle w:val="Heading2"/>
      </w:pPr>
      <w:r>
        <w:t>Quran teachings are reason-based</w:t>
      </w:r>
    </w:p>
    <w:p>
      <w:r>
        <w:rPr>
          <w:color w:val="666666"/>
          <w:sz w:val="18"/>
        </w:rPr>
        <w:t>Ramadan a Month of Study of Quran August 23, 2009 · 47s · at 16:01 · https://youtu.be/8z-v68n7WuA?t=961</w:t>
      </w:r>
    </w:p>
    <w:p>
      <w:r>
        <w:rPr>
          <w:i/>
        </w:rPr>
        <w:t>“Quran ki ta'limat sab reason-based hain”</w:t>
      </w:r>
    </w:p>
    <w:p>
      <w:r>
        <w:rPr>
          <w:sz w:val="20"/>
        </w:rPr>
        <w:t>16:01  bayyinat yani khule dalail. is se kya nikla ke quran jo hai woh reason based hai is ki teaching.</w:t>
      </w:r>
      <w:r>
        <w:br/>
      </w:r>
      <w:r>
        <w:rPr>
          <w:sz w:val="20"/>
        </w:rPr>
        <w:t>16:11  quran ki jo talimat hain quran ki jo teachings hain woh sab reason based hain. is mein koi mysterious mysterious chezen nahin hain is ke andar.</w:t>
      </w:r>
      <w:r>
        <w:br/>
      </w:r>
      <w:r>
        <w:rPr>
          <w:sz w:val="20"/>
        </w:rPr>
        <w:t>16:22  na koi expression is ke andar hai. Reason based hain sari baaten. aap aql ko istemal karen. apni soch ko istemal karen. to in baaton ko aap discover karenge.</w:t>
      </w:r>
      <w:r>
        <w:br/>
      </w:r>
      <w:r>
        <w:rPr>
          <w:sz w:val="20"/>
        </w:rPr>
        <w:t>16:34  aur jab aap discover karenge tabhi to is ki gehraiyon ko payenge aap. to yeh bohat hi zaroori baat hai janna ke quran ki talimat sab ki sab reason based hain.</w:t>
      </w:r>
    </w:p>
    <w:p>
      <w:pPr>
        <w:pStyle w:val="Heading2"/>
      </w:pPr>
      <w:r>
        <w:t>Hope after years: conversion story</w:t>
      </w:r>
    </w:p>
    <w:p>
      <w:r>
        <w:rPr>
          <w:color w:val="666666"/>
          <w:sz w:val="18"/>
        </w:rPr>
        <w:t>Q&amp;A 04 Mar 2012 Maulana Wahiduddin Khan · 2m 00s · at 39:21 · https://youtu.be/txRmutuvWQI?t=2361</w:t>
      </w:r>
    </w:p>
    <w:p>
      <w:r>
        <w:rPr>
          <w:i/>
        </w:rPr>
        <w:t>“Bees saal baad iman ki taufeeq hui”</w:t>
      </w:r>
    </w:p>
    <w:p>
      <w:r>
        <w:rPr>
          <w:sz w:val="20"/>
        </w:rPr>
        <w:t>39:21  ek se ek badh ke katar log hain, woh un ke andar aa jata hai. kal ek sahab se meri mulaqat hui,</w:t>
      </w:r>
      <w:r>
        <w:br/>
      </w:r>
      <w:r>
        <w:rPr>
          <w:sz w:val="20"/>
        </w:rPr>
        <w:t>39:33  maulana owais sahab kal mere paas aaye the toh unhone ek qissa bataya. sheikh hassan misri ek hain, unhone ek qissa bataya hai.</w:t>
      </w:r>
      <w:r>
        <w:br/>
      </w:r>
      <w:r>
        <w:rPr>
          <w:sz w:val="20"/>
        </w:rPr>
        <w:t>39:46  woh kal unhone bataya mujhe, woh un ke ustad bhi hain, ghaliban</w:t>
      </w:r>
      <w:r>
        <w:br/>
      </w:r>
      <w:r>
        <w:rPr>
          <w:sz w:val="20"/>
        </w:rPr>
        <w:t>39:50  woh misr mein taleem un ki hui hai, maulana owais sahab ki ke ek shakhs jo hai, woh use lamba qissa hai, mein mukhtasar kar raha hoon is ko ke ek shakhs ko german zaban mein quran ka tarjuma diya gaya, ek christian ko.</w:t>
      </w:r>
      <w:r>
        <w:br/>
      </w:r>
      <w:r>
        <w:rPr>
          <w:sz w:val="20"/>
        </w:rPr>
        <w:t>40:10  bohat lamba qissa hai woh. toh woh aadmi jo hai, la kar ke us ne rakh diya use, aur bees saal tak use rakha hua.</w:t>
      </w:r>
      <w:r>
        <w:br/>
      </w:r>
      <w:r>
        <w:rPr>
          <w:sz w:val="20"/>
        </w:rPr>
        <w:t>40:19  kuch asbab paish aaye ke bees saal ke baad use padha, use padha toh itna asar padha us ko</w:t>
      </w:r>
      <w:r>
        <w:br/>
      </w:r>
      <w:r>
        <w:rPr>
          <w:sz w:val="20"/>
        </w:rPr>
        <w:t>40:26  ke us ne islam ko munh kar liya, islam ka مبلغ ban gaya. woh toh la taysu min rooh Allah ka mamla hai.</w:t>
      </w:r>
      <w:r>
        <w:br/>
      </w:r>
      <w:r>
        <w:rPr>
          <w:sz w:val="20"/>
        </w:rPr>
        <w:t>40:37  kisi insan se aap mayous na hon, hikmat ke sath kaam karen, dua ke sath kaam karen. is ke liye, yani literature dein us ko</w:t>
      </w:r>
      <w:r>
        <w:br/>
      </w:r>
      <w:r>
        <w:rPr>
          <w:sz w:val="20"/>
        </w:rPr>
        <w:t>40:46  jis mein us ko dilchaspi ho. toh yani jis ne diya tha quran majeed ka ka german tarjuma, toh bees saal tak us ke shelf mein pada raha.</w:t>
      </w:r>
      <w:r>
        <w:br/>
      </w:r>
      <w:r>
        <w:rPr>
          <w:sz w:val="20"/>
        </w:rPr>
        <w:t>41:00  bees saal ke baad us ko tofeeq ho gayi</w:t>
      </w:r>
      <w:r>
        <w:br/>
      </w:r>
      <w:r>
        <w:rPr>
          <w:sz w:val="20"/>
        </w:rPr>
        <w:t>41:04  imaan ki. to mayoos hone ki zaroorat nahi hai. jahan aap hamesha yeh kisi replanning kijiye, phir se sochiye aur dua kijiye to raaste khulenge, inshallah.</w:t>
      </w:r>
    </w:p>
    <w:p>
      <w:pPr>
        <w:pStyle w:val="Heading2"/>
      </w:pPr>
      <w:r>
        <w:t>Quran targets the individual mind, unlike democracy or communism</w:t>
      </w:r>
    </w:p>
    <w:p>
      <w:r>
        <w:rPr>
          <w:color w:val="666666"/>
          <w:sz w:val="18"/>
        </w:rPr>
        <w:t>Month of Ramadan and The Quran 15 July 2012 · 5m 54s · at 4:52 · https://youtu.be/BxiaMbKdoo8?t=292</w:t>
      </w:r>
    </w:p>
    <w:p>
      <w:r>
        <w:rPr>
          <w:i/>
        </w:rPr>
        <w:t>“فرانس میں ڈیموکریسی کی تحریک ابھری، وہ دھیرے دھیرے پھیلی”</w:t>
      </w:r>
    </w:p>
    <w:p>
      <w:r>
        <w:rPr>
          <w:sz w:val="20"/>
        </w:rPr>
        <w:t>4:52  france mein democracy ki tehreek ubhri, woh phir dhire dhire har jagah phaili.</w:t>
      </w:r>
      <w:r>
        <w:br/>
      </w:r>
      <w:r>
        <w:rPr>
          <w:sz w:val="20"/>
        </w:rPr>
        <w:t>5:01  to is ka jo ek bara leader, leader tha, thinker, uska naam tha russo. us ki kitab hai "social contract".</w:t>
      </w:r>
      <w:r>
        <w:br/>
      </w:r>
      <w:r>
        <w:rPr>
          <w:sz w:val="20"/>
        </w:rPr>
        <w:t>5:15  to uska pehla sentence yeh hai ke "Man was born free, but I see him in chains." insan azaad paida hua tha,</w:t>
      </w:r>
      <w:r>
        <w:br/>
      </w:r>
      <w:r>
        <w:rPr>
          <w:sz w:val="20"/>
        </w:rPr>
        <w:t>5:32  magar main is ko zanjeeron mein jakra hua pata hoon. yaani political zanjeerein.</w:t>
      </w:r>
      <w:r>
        <w:br/>
      </w:r>
      <w:r>
        <w:rPr>
          <w:sz w:val="20"/>
        </w:rPr>
        <w:t>5:39  to kaha democracy ka jo nishana hai, woh un ke apne khayal ke mutabiq insan se political zanjeeron ko todna hai.</w:t>
      </w:r>
      <w:r>
        <w:br/>
      </w:r>
      <w:r>
        <w:rPr>
          <w:sz w:val="20"/>
        </w:rPr>
        <w:t>5:52  yaani awwal din hi un ka nishana hota hai political system ko badalna.</w:t>
      </w:r>
      <w:r>
        <w:br/>
      </w:r>
      <w:r>
        <w:rPr>
          <w:sz w:val="20"/>
        </w:rPr>
        <w:t>5:59  isi liye un ka pehla kalma yahi hai ke "Man was born free, but I see him in chains." to political zanjeeron ko todna aur democratic system qaim karna, yeh nishana hai un ka.</w:t>
      </w:r>
      <w:r>
        <w:br/>
      </w:r>
      <w:r>
        <w:rPr>
          <w:sz w:val="20"/>
        </w:rPr>
        <w:t>6:16  aisi communism ki tehreek uthi, bohat dhoom ke sath. aur saari duniya mein is ka bohat parchar hua.</w:t>
      </w:r>
      <w:r>
        <w:br/>
      </w:r>
      <w:r>
        <w:rPr>
          <w:sz w:val="20"/>
        </w:rPr>
        <w:t>6:29  is ki hukoomat bhi qaim hui. to is ki jo kitab hai, jo sab se zyada communism ko phailane mein jis ka role raha hai, woh hai "communist manifesto".</w:t>
      </w:r>
      <w:r>
        <w:br/>
      </w:r>
      <w:r>
        <w:rPr>
          <w:sz w:val="20"/>
        </w:rPr>
        <w:t>6:42  marx ki kitab. communist manifesto ka pehla sentence kya hai? "Laborers of the world unite." duniya ke mazdooron, muttahed ho jao.</w:t>
      </w:r>
      <w:r>
        <w:br/>
      </w:r>
      <w:r>
        <w:rPr>
          <w:sz w:val="20"/>
        </w:rPr>
        <w:t>6:57  kis ke khilaaf? capitalist system ko torne ke liye. un ka nazariya tha ke dunya bhar ke mazdoor mutahid ho kar jo siyasat system hai, us ko jo kehta hai woh capitalist system, us se takra jayen.</w:t>
      </w:r>
      <w:r>
        <w:br/>
      </w:r>
      <w:r>
        <w:rPr>
          <w:sz w:val="20"/>
        </w:rPr>
        <w:t>7:17  tor kar ke woh communist system banaayen. kyun ke un ka jo nishana hai awwal din se, woh hai system</w:t>
      </w:r>
      <w:r>
        <w:br/>
      </w:r>
      <w:r>
        <w:rPr>
          <w:sz w:val="20"/>
        </w:rPr>
        <w:t>7:28  . achha, ab aap quran ko dekhiye ke quran ki pehli ayat kya hai? pehli ayat hai "alhamdu lillahi rabbil alameen" .</w:t>
      </w:r>
      <w:r>
        <w:br/>
      </w:r>
      <w:r>
        <w:rPr>
          <w:sz w:val="20"/>
        </w:rPr>
        <w:t>7:41  saari hamd hai Allah ke liye, jo rabbul alameen hai. yeh kya cheez hai? is ka koi ta'alluq system se nahi hai.</w:t>
      </w:r>
      <w:r>
        <w:br/>
      </w:r>
      <w:r>
        <w:rPr>
          <w:sz w:val="20"/>
        </w:rPr>
        <w:t>7:51  is ka ta'alluq aik insaan se hai, individual se hai, aik mind se hai.</w:t>
      </w:r>
      <w:r>
        <w:br/>
      </w:r>
      <w:r>
        <w:rPr>
          <w:sz w:val="20"/>
        </w:rPr>
        <w:t>7:58  dekhiye, yeh baat kaise hoti hai? insaan sochta hai, tadabbur aur tafakkur karta hai. phir woh discover karta hai ke is kainaat ka aik Khuda hai.</w:t>
      </w:r>
      <w:r>
        <w:br/>
      </w:r>
      <w:r>
        <w:rPr>
          <w:sz w:val="20"/>
        </w:rPr>
        <w:t>8:12  woh Khuda glory ko discover karta hai.</w:t>
      </w:r>
      <w:r>
        <w:br/>
      </w:r>
      <w:r>
        <w:rPr>
          <w:sz w:val="20"/>
        </w:rPr>
        <w:t>8:18  misalan aaj mein soch raha tha quran ki aik ayat. quran ki aik ayat hai ke "rafa'as samawati bighairi amadin tarawnaha" .</w:t>
      </w:r>
      <w:r>
        <w:br/>
      </w:r>
      <w:r>
        <w:rPr>
          <w:sz w:val="20"/>
        </w:rPr>
        <w:t>8:29  Allah ne aik dunya khadi ki baghair sutoon ke, baghair pillars ke. aik shamsi system hai, galaxies hain.</w:t>
      </w:r>
      <w:r>
        <w:br/>
      </w:r>
      <w:r>
        <w:rPr>
          <w:sz w:val="20"/>
        </w:rPr>
        <w:t>8:39  un saari cheezon ko sama kaha gaya hai. is mein itni saari dunyaen hain. hamari yeh building jahan mein baitha hua hoon, yeh kuch pillars pe khadi hui hai.</w:t>
      </w:r>
      <w:r>
        <w:br/>
      </w:r>
      <w:r>
        <w:rPr>
          <w:sz w:val="20"/>
        </w:rPr>
        <w:t>8:51  woh pillars na hotay to yeh khadi nahi ho sakti.</w:t>
      </w:r>
      <w:r>
        <w:br/>
      </w:r>
      <w:r>
        <w:rPr>
          <w:sz w:val="20"/>
        </w:rPr>
        <w:t>8:54  to quran kehta hai ke yeh jo Khuda ki dunya jo hai, yeh zameen, yeh solar system, yeh galaxy, yeh sitare aur sayare, yeh kisi pillar par nahi khade hue hain.</w:t>
      </w:r>
      <w:r>
        <w:br/>
      </w:r>
      <w:r>
        <w:rPr>
          <w:sz w:val="20"/>
        </w:rPr>
        <w:t>9:06  aik anokhay system pe khade hue hain. aik anokha system jo insaan ke</w:t>
      </w:r>
      <w:r>
        <w:br/>
      </w:r>
      <w:r>
        <w:rPr>
          <w:sz w:val="20"/>
        </w:rPr>
        <w:t>9:17  is se mukhtalif hota hai.</w:t>
      </w:r>
      <w:r>
        <w:br/>
      </w:r>
      <w:r>
        <w:rPr>
          <w:sz w:val="20"/>
        </w:rPr>
        <w:t>9:21  yeh space mein gardish kar rahe hain, baghair kisi sutoon ke. to yeh aik sense of awe paida hota hai, is ko soch kar ke kaisa azeem hai Khuda.</w:t>
      </w:r>
      <w:r>
        <w:br/>
      </w:r>
      <w:r>
        <w:rPr>
          <w:sz w:val="20"/>
        </w:rPr>
        <w:t>9:38  mein ne subah apna mug uthaya, mera mug jis se pani peeta hoon, us pe aik dhakkan aise hi rehta hai. to woh dhakkan phisal ke gir pada.</w:t>
      </w:r>
      <w:r>
        <w:br/>
      </w:r>
      <w:r>
        <w:rPr>
          <w:sz w:val="20"/>
        </w:rPr>
        <w:t>9:48  to mein ne socha ke itni bari kainaat hai, billion, trillion se bhi zyada sitare aur sayare hain. koi gir nahi padta, aik doosre pe gir pade.</w:t>
      </w:r>
      <w:r>
        <w:br/>
      </w:r>
      <w:r>
        <w:rPr>
          <w:sz w:val="20"/>
        </w:rPr>
        <w:t>10:00  agar hamari zameen gir pade to sab kuch tah-o-bala ho jaye. chand zameen pe gir pade to sab tah-o-bala ho jaye. zameen suraj pe gir pade to tah-o-bala ho jaye.</w:t>
      </w:r>
      <w:r>
        <w:br/>
      </w:r>
      <w:r>
        <w:rPr>
          <w:sz w:val="20"/>
        </w:rPr>
        <w:t>10:12  kitna zabardast control hai.</w:t>
      </w:r>
      <w:r>
        <w:br/>
      </w:r>
      <w:r>
        <w:rPr>
          <w:sz w:val="20"/>
        </w:rPr>
        <w:t>10:17  bilkul aik kapkapi taari kar dene wala. is ko sochta hai aadmi.</w:t>
      </w:r>
      <w:r>
        <w:br/>
      </w:r>
      <w:r>
        <w:rPr>
          <w:sz w:val="20"/>
        </w:rPr>
        <w:t>10:26  phir sochta hai Khuda ne mujhe banaya, life support system rakha yahan par. yeh saari cheezen soch kar is ko aik thrill aata hai, thrill.</w:t>
      </w:r>
      <w:r>
        <w:br/>
      </w:r>
      <w:r>
        <w:rPr>
          <w:sz w:val="20"/>
        </w:rPr>
        <w:t>10:37  aik thrilling discovery hoti hai. phir woh keh padta hai Khuda saari glory tere liye hai. "alhamdu lillahi rabbil alameen" .</w:t>
      </w:r>
    </w:p>
    <w:p>
      <w:pPr>
        <w:pStyle w:val="Heading2"/>
      </w:pPr>
      <w:r>
        <w:t>Zoroastrianism as a distorted version of angels versus Satan</w:t>
      </w:r>
    </w:p>
    <w:p>
      <w:r>
        <w:rPr>
          <w:color w:val="666666"/>
          <w:sz w:val="18"/>
        </w:rPr>
        <w:t>Man Between Angels and Satan August 14, 2011 · 4m 04s · at 14:19 · https://youtu.be/cRXTSSZNM30?t=859</w:t>
      </w:r>
    </w:p>
    <w:p>
      <w:r>
        <w:rPr>
          <w:i/>
        </w:rPr>
        <w:t>“Zoroastrian mazhab jo chhati sadi qabl-e-maseeh mein paida hua”</w:t>
      </w:r>
    </w:p>
    <w:p>
      <w:r>
        <w:rPr>
          <w:sz w:val="20"/>
        </w:rPr>
        <w:t>14:19  zarastain mazhab jo hai jo chhati sadi yani.</w:t>
      </w:r>
      <w:r>
        <w:br/>
      </w:r>
      <w:r>
        <w:rPr>
          <w:sz w:val="20"/>
        </w:rPr>
        <w:t>14:30  yani qabl Masih mein paida hua. before christianity. yani six bc.</w:t>
      </w:r>
      <w:r>
        <w:br/>
      </w:r>
      <w:r>
        <w:rPr>
          <w:sz w:val="20"/>
        </w:rPr>
        <w:t>14:43  to un ka nazariya kya hai?</w:t>
      </w:r>
      <w:r>
        <w:br/>
      </w:r>
      <w:r>
        <w:rPr>
          <w:sz w:val="20"/>
        </w:rPr>
        <w:t>14:50  isi cheez ko ke yeh do forces jo hain. is ki sahi nau, sahi jo nature hai is ko na samajhne ki wajah se unhon ne yeh nazariya bana liya.</w:t>
      </w:r>
      <w:r>
        <w:br/>
      </w:r>
      <w:r>
        <w:rPr>
          <w:sz w:val="20"/>
        </w:rPr>
        <w:t>15:00  ke the world is a perpetual battleground between good and evil forces.</w:t>
      </w:r>
      <w:r>
        <w:br/>
      </w:r>
      <w:r>
        <w:rPr>
          <w:sz w:val="20"/>
        </w:rPr>
        <w:t>15:12  the world is a perpetual battered ground between good and evil forces. ke duniya jo hai musalsal taur par is mein khair aur shar ki ladai jaari rehti hai.</w:t>
      </w:r>
      <w:r>
        <w:br/>
      </w:r>
      <w:r>
        <w:rPr>
          <w:sz w:val="20"/>
        </w:rPr>
        <w:t>15:28  donon ke darmiyan.</w:t>
      </w:r>
      <w:r>
        <w:br/>
      </w:r>
      <w:r>
        <w:rPr>
          <w:sz w:val="20"/>
        </w:rPr>
        <w:t>15:33  aur yeh khair aur shar kya hain? un ki tashreeh ke mutabiq wahi hai. yani angels aur satan.</w:t>
      </w:r>
      <w:r>
        <w:br/>
      </w:r>
      <w:r>
        <w:rPr>
          <w:sz w:val="20"/>
        </w:rPr>
        <w:t>15:42  jo angels aur satan lad rahe hain aapas mein. aur aakhir mein jeet hogi angels ki yani khair ki. jis ko woh log kehte hain Yazda aur Arman.</w:t>
      </w:r>
      <w:r>
        <w:br/>
      </w:r>
      <w:r>
        <w:rPr>
          <w:sz w:val="20"/>
        </w:rPr>
        <w:t>15:58  to yeh yeh jo. yeh jo asal baat thi is ka ek ek ek bigda hua version hai.</w:t>
      </w:r>
      <w:r>
        <w:br/>
      </w:r>
      <w:r>
        <w:rPr>
          <w:sz w:val="20"/>
        </w:rPr>
        <w:t>16:12  is mein insan hadaf hai. yani asal version jo tha sachai ka revealed version us mein to insan asal tha.</w:t>
      </w:r>
      <w:r>
        <w:br/>
      </w:r>
      <w:r>
        <w:rPr>
          <w:sz w:val="20"/>
        </w:rPr>
        <w:t>16:22  aur angels aur satan ka role yeh tha ke satan is ko behkata hai. angels is ko support deta hai.</w:t>
      </w:r>
      <w:r>
        <w:br/>
      </w:r>
      <w:r>
        <w:rPr>
          <w:sz w:val="20"/>
        </w:rPr>
        <w:t>16:33  lekin yeh jo zarashat ka. zarashatain mazhab jo hai is mein insan insan hadaf ho gaya.</w:t>
      </w:r>
      <w:r>
        <w:br/>
      </w:r>
      <w:r>
        <w:rPr>
          <w:sz w:val="20"/>
        </w:rPr>
        <w:t>16:42  ab good aur evil forces ke darmiyan ladai ho rahi hai.</w:t>
      </w:r>
      <w:r>
        <w:br/>
      </w:r>
      <w:r>
        <w:rPr>
          <w:sz w:val="20"/>
        </w:rPr>
        <w:t>16:47  kisi in noon region mein. kisi in noon region mein. yaani is zameen par nahin. hum sirf is ka victim bante hain.</w:t>
      </w:r>
      <w:r>
        <w:br/>
      </w:r>
      <w:r>
        <w:rPr>
          <w:sz w:val="20"/>
        </w:rPr>
        <w:t>16:57  is par ghhor karte hue mujhe samajh mein aaya ke asal mein ek bohat bari baat hui hai history mein.</w:t>
      </w:r>
      <w:r>
        <w:br/>
      </w:r>
      <w:r>
        <w:rPr>
          <w:sz w:val="20"/>
        </w:rPr>
        <w:t>17:03  dekhiye. quran mein bataya gaya hai ke.</w:t>
      </w:r>
      <w:r>
        <w:br/>
      </w:r>
      <w:r>
        <w:rPr>
          <w:sz w:val="20"/>
        </w:rPr>
        <w:t>17:11  anbiya peghambar har zamane mein bheje gaye. har basti mein har zamane mein har daur mein.</w:t>
      </w:r>
      <w:r>
        <w:br/>
      </w:r>
      <w:r>
        <w:rPr>
          <w:sz w:val="20"/>
        </w:rPr>
        <w:t>17:22  to un ki taleemat kahan hain? is waqt dunya mein bohat sare mazahib hain jin mein barah major religion maane jaate hain.</w:t>
      </w:r>
      <w:r>
        <w:br/>
      </w:r>
      <w:r>
        <w:rPr>
          <w:sz w:val="20"/>
        </w:rPr>
        <w:t>17:34  bohat bohat se mazahib hain is mein se ek darjan major religion maane jaate hain.</w:t>
      </w:r>
      <w:r>
        <w:br/>
      </w:r>
      <w:r>
        <w:rPr>
          <w:sz w:val="20"/>
        </w:rPr>
        <w:t>17:41  in mazahib ko aap parhiye to aap payenge. ke peghambaron ke zariye jo sachai aai thi usi ka yeh bigra hua version hai.</w:t>
      </w:r>
      <w:r>
        <w:br/>
      </w:r>
      <w:r>
        <w:rPr>
          <w:sz w:val="20"/>
        </w:rPr>
        <w:t>17:53  bigra hua bigra hua version ke bajaye main zyada sahi lafz yeh hoga ke woh hain. yaani philosophized version of of em original religion.</w:t>
      </w:r>
      <w:r>
        <w:br/>
      </w:r>
      <w:r>
        <w:rPr>
          <w:sz w:val="20"/>
        </w:rPr>
        <w:t>18:09  peghambaron ke zariye jo mazahib aaye the to usi ka philosophized yeh form hai. philosophized version of original religion.</w:t>
      </w:r>
    </w:p>
    <w:p>
      <w:pPr>
        <w:pStyle w:val="Heading2"/>
      </w:pPr>
      <w:r>
        <w:t>Kitab mahjoor not about memorization</w:t>
      </w:r>
    </w:p>
    <w:p>
      <w:r>
        <w:rPr>
          <w:color w:val="666666"/>
          <w:sz w:val="18"/>
        </w:rPr>
        <w:t>Dars e Quran, Ch 2 Vs 80 82, July 01, 2018 · 30s · at 18:55 · https://youtu.be/BuLkoCE6j18?t=1135</w:t>
      </w:r>
    </w:p>
    <w:p>
      <w:r>
        <w:rPr>
          <w:i/>
        </w:rPr>
        <w:t>“Yaad rakhein, Quran ko mahjoor banane ka matlab yeh har giz nahi hai”</w:t>
      </w:r>
    </w:p>
    <w:p>
      <w:r>
        <w:rPr>
          <w:sz w:val="20"/>
        </w:rPr>
        <w:t>18:55  to yeh hai quran ko mahjoor banana. yaad rakhein, quran ko mahjoor banane ka matlab yeh harghiz nahi hai ke hafiz nahi karenge, log tilawat nahi karenge, log tahaffuz e quran ke madaris nahi honge.</w:t>
      </w:r>
      <w:r>
        <w:br/>
      </w:r>
      <w:r>
        <w:rPr>
          <w:sz w:val="20"/>
        </w:rPr>
        <w:t>19:11  yeh wo to harghiz nahi hai, balkeh quran ka jo applied mafhoom hai, us par charcha khatm ho jayega.</w:t>
      </w:r>
    </w:p>
    <w:p>
      <w:pPr>
        <w:pStyle w:val="Heading2"/>
      </w:pPr>
      <w:r>
        <w:t>Fasad means going against Allah's plan</w:t>
      </w:r>
    </w:p>
    <w:p>
      <w:r>
        <w:rPr>
          <w:color w:val="666666"/>
          <w:sz w:val="18"/>
        </w:rPr>
        <w:t>2 20 29  Chapter Al Baqrah, Aug 02, 2015 · 1m 00s · at 33:19 · https://youtu.be/cTJGD7yxFyM?t=1999</w:t>
      </w:r>
    </w:p>
    <w:p>
      <w:r>
        <w:rPr>
          <w:i/>
        </w:rPr>
        <w:t>“Wayufsidoona fil ardh”</w:t>
      </w:r>
    </w:p>
    <w:p>
      <w:r>
        <w:rPr>
          <w:sz w:val="20"/>
        </w:rPr>
        <w:t>33:19  haan, woh zameen mein fasad phailate hain.</w:t>
      </w:r>
      <w:r>
        <w:br/>
      </w:r>
      <w:r>
        <w:rPr>
          <w:sz w:val="20"/>
        </w:rPr>
        <w:t>33:23  dekhiye, fasad ka matlab yeh nahi ke woh ladai karte hain, tashaddud karte hain, bomb marte hain.</w:t>
      </w:r>
      <w:r>
        <w:br/>
      </w:r>
      <w:r>
        <w:rPr>
          <w:sz w:val="20"/>
        </w:rPr>
        <w:t>33:27  yahan yeh cheez nahi hai.</w:t>
      </w:r>
      <w:r>
        <w:br/>
      </w:r>
      <w:r>
        <w:rPr>
          <w:sz w:val="20"/>
        </w:rPr>
        <w:t>33:32  yahan yeh hai ke Allah ke jo us ki thanks hain, us ke khilaf karte hain.</w:t>
      </w:r>
      <w:r>
        <w:br/>
      </w:r>
      <w:r>
        <w:rPr>
          <w:sz w:val="20"/>
        </w:rPr>
        <w:t>33:36  Allah ka jo creation plan hai, us ko kharab karte hain.</w:t>
      </w:r>
      <w:r>
        <w:br/>
      </w:r>
      <w:r>
        <w:rPr>
          <w:sz w:val="20"/>
        </w:rPr>
        <w:t>33:40  yahan fasad fil-ardh ke mani hain ke Allah ne zameen ko banaya, insan ko yahan abad kiya.</w:t>
      </w:r>
      <w:r>
        <w:br/>
      </w:r>
      <w:r>
        <w:rPr>
          <w:sz w:val="20"/>
        </w:rPr>
        <w:t>33:44  to Allah ki taraf se insan ki fitrat mein rakh diya ke tum</w:t>
      </w:r>
      <w:r>
        <w:br/>
      </w:r>
      <w:r>
        <w:rPr>
          <w:sz w:val="20"/>
        </w:rPr>
        <w:t>33:49  ko aise aise rehna hai.</w:t>
      </w:r>
      <w:r>
        <w:br/>
      </w:r>
      <w:r>
        <w:rPr>
          <w:sz w:val="20"/>
        </w:rPr>
        <w:t>33:53  aur shariyat ki zaban mein, peghambar ke zariye, us ko bata bhi diya gaya, phir bhi us ke</w:t>
      </w:r>
      <w:r>
        <w:br/>
      </w:r>
      <w:r>
        <w:rPr>
          <w:sz w:val="20"/>
        </w:rPr>
        <w:t>33:57  khilaf karta hai.</w:t>
      </w:r>
      <w:r>
        <w:br/>
      </w:r>
      <w:r>
        <w:rPr>
          <w:sz w:val="20"/>
        </w:rPr>
        <w:t>34:02  to us ke khilaf karna, yani Allah ki jo naqsha takhleeq hai, us ke khilaf rehna dunya mein,</w:t>
      </w:r>
      <w:r>
        <w:br/>
      </w:r>
      <w:r>
        <w:rPr>
          <w:sz w:val="20"/>
        </w:rPr>
        <w:t>34:06  yeh fasad fil-ardh hai.</w:t>
      </w:r>
      <w:r>
        <w:br/>
      </w:r>
      <w:r>
        <w:rPr>
          <w:sz w:val="20"/>
        </w:rPr>
        <w:t>34:10  misalan aap insan, doosre insanon se aap mohabbat na karein, balkeh dushmani karein.</w:t>
      </w:r>
      <w:r>
        <w:br/>
      </w:r>
      <w:r>
        <w:rPr>
          <w:sz w:val="20"/>
        </w:rPr>
        <w:t>34:15  doosre insanon ke maal ki hifazat na karein, bil</w:t>
      </w:r>
    </w:p>
    <w:p>
      <w:pPr>
        <w:pStyle w:val="Heading2"/>
      </w:pPr>
      <w:r>
        <w:t>Church interfaith love enemy</w:t>
      </w:r>
    </w:p>
    <w:p>
      <w:r>
        <w:rPr>
          <w:color w:val="666666"/>
          <w:sz w:val="18"/>
        </w:rPr>
        <w:t>In Conversation with Khaja Kaleemuddin 29 Aug 2021 · 1m 43s · at 1:28:28 · https://youtu.be/oKq_ptPZOVE?t=5308</w:t>
      </w:r>
    </w:p>
    <w:p>
      <w:r>
        <w:rPr>
          <w:i/>
        </w:rPr>
        <w:t>“مولانا یو آر دی ٹرانسلیشن ٹرانسلیٹر آف قرآن”</w:t>
      </w:r>
    </w:p>
    <w:p>
      <w:r>
        <w:rPr>
          <w:sz w:val="20"/>
        </w:rPr>
        <w:t>1:28:28  ah ah love your enemy aisa kuch yaad aa raha hai haan love your enemy ka concept hai ji ji to is ka equivalent quran mein kya hai</w:t>
      </w:r>
      <w:r>
        <w:br/>
      </w:r>
      <w:r>
        <w:rPr>
          <w:sz w:val="20"/>
        </w:rPr>
        <w:t>1:28:42  aap to jante hain sara quran aap ne translate kiya hai to maulana ne thoda sa time le kar ke phir ah unhon ne surah saffat ki wo ayat padhi jis mein good deed and bad deeds are not equal and ah for ah ah bad deed you repel evil with what is good what is good haan ah and you will find you will find ah ah that your enemy has become your</w:t>
      </w:r>
      <w:r>
        <w:br/>
      </w:r>
      <w:r>
        <w:rPr>
          <w:sz w:val="20"/>
        </w:rPr>
        <w:t>1:29:07  dear dear ji ji ji ji ji to wo itna impress hua is se ke wo fori wo keh pada ke maulana let us know how can we become the hands and legs of your mission oho ji ji</w:t>
      </w:r>
      <w:r>
        <w:br/>
      </w:r>
      <w:r>
        <w:rPr>
          <w:sz w:val="20"/>
        </w:rPr>
        <w:t>1:29:24  to aur us ne baad mein aur local akhbar mein ek article bhi likha ke maulana ke talluq se aur us article ka title tha islam is is the religion of peace karke to is tarah ke</w:t>
      </w:r>
      <w:r>
        <w:br/>
      </w:r>
      <w:r>
        <w:rPr>
          <w:sz w:val="20"/>
        </w:rPr>
        <w:t>1:29:41  ji haan to yeh examples bhi hain kailm sahib hum logon ke liye ke ah interfaith ah dialogue</w:t>
      </w:r>
      <w:r>
        <w:br/>
      </w:r>
      <w:r>
        <w:rPr>
          <w:sz w:val="20"/>
        </w:rPr>
        <w:t>1:29:48  agar hum khair khwahi ke sath karen ah hikmat ke sath karen aur is tarike se karen ke</w:t>
      </w:r>
      <w:r>
        <w:br/>
      </w:r>
      <w:r>
        <w:rPr>
          <w:sz w:val="20"/>
        </w:rPr>
        <w:t>1:29:54  samne wala jo hai uska mind address ho ji to woh kitna positively respond karega balkeh</w:t>
      </w:r>
      <w:r>
        <w:br/>
      </w:r>
      <w:r>
        <w:rPr>
          <w:sz w:val="20"/>
        </w:rPr>
        <w:t>1:30:00  yeh ayat jo Maulana ne batai ji ah waisa hi woh sabit ho gaya us waqt ke jab</w:t>
      </w:r>
      <w:r>
        <w:br/>
      </w:r>
      <w:r>
        <w:rPr>
          <w:sz w:val="20"/>
        </w:rPr>
        <w:t>1:30:05  unhon ne kaha ji haan ke tell me how can i become hands and legs of your mission</w:t>
      </w:r>
      <w:r>
        <w:br/>
      </w:r>
      <w:r>
        <w:rPr>
          <w:sz w:val="20"/>
        </w:rPr>
        <w:t>1:30:10  right aur phir wahan tak</w:t>
      </w:r>
    </w:p>
    <w:p>
      <w:pPr>
        <w:pStyle w:val="Heading2"/>
      </w:pPr>
      <w:r>
        <w:t>Selling books on the street isn't beneath you</w:t>
      </w:r>
    </w:p>
    <w:p>
      <w:r>
        <w:rPr>
          <w:color w:val="666666"/>
          <w:sz w:val="18"/>
        </w:rPr>
        <w:t>For The Sake of God July 27, 2014 · 43s · at 11:47 · https://youtu.be/3lPfny7j2NE?t=707</w:t>
      </w:r>
    </w:p>
    <w:p>
      <w:r>
        <w:rPr>
          <w:i/>
        </w:rPr>
        <w:t>“Sadak par book stall lagana koi ounchi baat nahi”</w:t>
      </w:r>
    </w:p>
    <w:p>
      <w:r>
        <w:rPr>
          <w:sz w:val="20"/>
        </w:rPr>
        <w:t>11:47  dekhiye, sarrak par book star lagana, yeh yeh koi oonche status ki baat nahi hai.</w:t>
      </w:r>
      <w:r>
        <w:br/>
      </w:r>
      <w:r>
        <w:rPr>
          <w:sz w:val="20"/>
        </w:rPr>
        <w:t>11:56  aap kisi professor se kahiye to kahe ke yeh kon sa kaam hai? yeh to sabzi bechne wale karte hain yeh kaam.</w:t>
      </w:r>
      <w:r>
        <w:br/>
      </w:r>
      <w:r>
        <w:rPr>
          <w:sz w:val="20"/>
        </w:rPr>
        <w:t>12:04  apne status se kam lage ga us ko.</w:t>
      </w:r>
      <w:r>
        <w:br/>
      </w:r>
      <w:r>
        <w:rPr>
          <w:sz w:val="20"/>
        </w:rPr>
        <w:t>12:10  bohat zyada aap ko apne mission mein, bohat zyada aap apne mission se involve ho gaye hon, mission aap ka soul person ban ban gaya ho, yaani bilkul lajil Allah wali baat aa gayi ho, "for the sake of God".</w:t>
      </w:r>
      <w:r>
        <w:br/>
      </w:r>
      <w:r>
        <w:rPr>
          <w:sz w:val="20"/>
        </w:rPr>
        <w:t>12:25  tab aap aisa kar sakte hain, woh nahi kar nahi sakte.</w:t>
      </w:r>
    </w:p>
    <w:p>
      <w:pPr>
        <w:pStyle w:val="Heading2"/>
      </w:pPr>
      <w:r>
        <w:t>Criterion and historical criterion intro</w:t>
      </w:r>
    </w:p>
    <w:p>
      <w:r>
        <w:rPr>
          <w:color w:val="666666"/>
          <w:sz w:val="18"/>
        </w:rPr>
        <w:t>The Message of The Quran Part 2 March 26, 2006 Maulana Wahiduddin Khan · 1m 55s · at 0:43 · https://youtu.be/W-W_DKST1dw?t=43</w:t>
      </w:r>
    </w:p>
    <w:p>
      <w:r>
        <w:rPr>
          <w:i/>
        </w:rPr>
        <w:t>“Quran khud yeh batata hai ke woh kaunsa criterion hai”</w:t>
      </w:r>
    </w:p>
    <w:p>
      <w:r>
        <w:rPr>
          <w:sz w:val="20"/>
        </w:rPr>
        <w:t>0:43  is mein se ek yeh hai ke quran khud yeh batata hai ke woh kaun sa criterion hai jis se aap judge kar sakte hain is ki sachai ko.</w:t>
      </w:r>
      <w:r>
        <w:br/>
      </w:r>
      <w:r>
        <w:rPr>
          <w:sz w:val="20"/>
        </w:rPr>
        <w:t>0:59  mujhe kam az kam kisi bhi secular ya religious book mein yeh nahin mila ke woh khud ek criterion de. hum alag se khud se criterion banate hain is ko jaanchne ke liye.</w:t>
      </w:r>
      <w:r>
        <w:br/>
      </w:r>
      <w:r>
        <w:rPr>
          <w:sz w:val="20"/>
        </w:rPr>
        <w:t>1:14  to quran ki pehli ayat hi mein yeh criterion milta hai: zлик al kitabu la raiba feeh. yaani quran yeh ka yeh claim hai ya ek challenge hai ke quran mein koi bhi cheez tum ko doubt full nahin mile gi.</w:t>
      </w:r>
      <w:r>
        <w:br/>
      </w:r>
      <w:r>
        <w:rPr>
          <w:sz w:val="20"/>
        </w:rPr>
        <w:t>1:35  yeh this is the book, and there is no doubt in it. to kya quran ne khud hi aap ke haath mein woh criterion de diya jis se aap judge kar ke jaan saken ke kya yeh kitaab sachi kitaab hai?</w:t>
      </w:r>
      <w:r>
        <w:br/>
      </w:r>
      <w:r>
        <w:rPr>
          <w:sz w:val="20"/>
        </w:rPr>
        <w:t>1:59  sachi ka matlab kya hai? ek aisi kitaab jis par aap sach much believe kar saken, sach much yaqeen kar saken, jis ko maanne par aap majboor hon.</w:t>
      </w:r>
      <w:r>
        <w:br/>
      </w:r>
      <w:r>
        <w:rPr>
          <w:sz w:val="20"/>
        </w:rPr>
        <w:t>2:14  to is par maine kai kitaabein likhi hain, azmat e quran waghera. is mein aap detail dekh sakte hain.</w:t>
      </w:r>
      <w:r>
        <w:br/>
      </w:r>
      <w:r>
        <w:rPr>
          <w:sz w:val="20"/>
        </w:rPr>
        <w:t>2:26  is mein se ek kitaab, is mein se ek baat jis ka abhi maine zikr kiya, woh hai historical criterion,</w:t>
      </w:r>
    </w:p>
    <w:p>
      <w:pPr>
        <w:pStyle w:val="Heading2"/>
      </w:pPr>
      <w:r>
        <w:t>World is Dar al-Insan not Dar al-Harb</w:t>
      </w:r>
    </w:p>
    <w:p>
      <w:r>
        <w:rPr>
          <w:color w:val="666666"/>
          <w:sz w:val="18"/>
        </w:rPr>
        <w:t>Lessons from The Quran | December 24, 2005 | Maulana Wahiduddin Khan · 5m 00s · at 1:11:46 · https://youtu.be/1YOgdBErTfE?t=4306</w:t>
      </w:r>
    </w:p>
    <w:p>
      <w:r>
        <w:rPr>
          <w:i/>
        </w:rPr>
        <w:t>“Misconception: Islam divides world into Dar al-Islam and Dar al-Harb”</w:t>
      </w:r>
    </w:p>
    <w:p>
      <w:r>
        <w:rPr>
          <w:sz w:val="20"/>
        </w:rPr>
        <w:t>1:11:46  aik baat mein yeh kehna chahoon ga, aik boht bari ghalat fehmi logon ke andar yeh hai ke islam jo hai dunya ko dar al-islam dar al-harb mein banta hai. jahan musalman hain woh dar al-islam hai, jahan musalman nahi hai woh dar al-harb hai ya dar al-kufr hai. yeh bilkul galat hai. galat is liye ke na to quran mein yeh lafz aaya hai aur na hadith mein yeh lafz aaya hai. na hadith mein ho aur na</w:t>
      </w:r>
      <w:r>
        <w:br/>
      </w:r>
      <w:r>
        <w:rPr>
          <w:sz w:val="20"/>
        </w:rPr>
        <w:t>1:12:16  quran mein ho. us ko bid'at kaha jata hai. bid'at matlab hai innovation. to mein samajhta hoon ke yeh sab alfaaz, yeh sab alfaaz bid'at hain. dar al-islam, dar al-harb, dar al-kufr, yeh sab bid'at hain. kyun? is qism ke alfaaz, is qism ki istilahaat quran o ha</w:t>
      </w:r>
      <w:r>
        <w:br/>
      </w:r>
      <w:r>
        <w:rPr>
          <w:sz w:val="20"/>
        </w:rPr>
        <w:t>1:12:46  dith misray se bayan nahi hui hain. jab ke woh surat-e-haal jis ko le kar ke yeh naam rakhe gaye hain, woh surat-e-haal wahan maujood thi. tab bhi yeh naam nahi rakhe gaye. misaal ke tor par makkah jab prophet makkah mein aaye to aaj kal ke log jis tarah se istilahaat</w:t>
      </w:r>
      <w:r>
        <w:br/>
      </w:r>
      <w:r>
        <w:rPr>
          <w:sz w:val="20"/>
        </w:rPr>
        <w:t>1:13:16  banate hain, to aaj kal ki zaban mein jis ko dar al-kufr kaha jata hai, to woh dar al-kufr tha makkah. lekin rasool Allah ne kabhi bhi 13 saal tak wahan rahe, aap kabhi bhi aap ne yeh lafz nahi istemal kiya ke makkah dar al-kufr hai. kabhi bhi nahi. is tarah se jab aap hijrat kar ke madinah gaye to makkah walon se ladaai shuru ho gayi. to aaj kal ke ist</w:t>
      </w:r>
      <w:r>
        <w:br/>
      </w:r>
      <w:r>
        <w:rPr>
          <w:sz w:val="20"/>
        </w:rPr>
        <w:t>1:13:46  ilah ke mutabiq makkah dar al-harb ban gaya. land of war. lekin rasool Allah ne kabhi bhi yeh nahi kaha ke makkah hamare liye dar al-harb hai. kabhi bhi nahi. isi tarah khud madinah jab aap hijrat kar ke madinah aaye, wahan aik ibtidai state ban gaya islam ka. to aaj kal ki istilaha ke mutabiq goya woh dar al-islam</w:t>
      </w:r>
      <w:r>
        <w:br/>
      </w:r>
      <w:r>
        <w:rPr>
          <w:sz w:val="20"/>
        </w:rPr>
        <w:t>1:14:16  ban gaya. rasool Allah ne kabhi bhi nahi kaha ke madina dar-ul-Islam hai. is liye main kehta hoon ke yeh bidat hai. aap Quran ko saada zehan ke sath parhein, bilkul saada zehan ke sath to aap dekhein ge Quran har jagah insanon ko insaan ke lafz se khitab karta hai. ayyuhal insaan ma gharraka rabbukal kareem la</w:t>
      </w:r>
      <w:r>
        <w:br/>
      </w:r>
      <w:r>
        <w:rPr>
          <w:sz w:val="20"/>
        </w:rPr>
        <w:t>1:14:46  qad khalaqnal insana taqwim to sara Quran bhara hua hai is se ke woh logon ko insaan ke lafz se address karta hai. insaan is ko samne rakh kar agar aap naam banayein to woh naam kya hoga? woh hoga dar-ul-insaan. dar-ul-insaan. to main samajhta hoon ke Quran ka jo usloob hai us ke</w:t>
      </w:r>
      <w:r>
        <w:br/>
      </w:r>
      <w:r>
        <w:rPr>
          <w:sz w:val="20"/>
        </w:rPr>
        <w:t>1:15:16  mutabiq agar dekha jaye to na koi dar-ul-Islam hai, na koi dar-ul-harb hai aur na koi dar-ul-kufar hai. sare mulk, sari dunya dar-ul-insaan hai. yeh zameen dar-ul-insaan hai kyunke yahan pe insaan rehte hain. sab insaan hain. to sab ko insaan ki nazar se dekhna yeh hai Islam ki taleem. sab insaan hain. m</w:t>
      </w:r>
      <w:r>
        <w:br/>
      </w:r>
      <w:r>
        <w:rPr>
          <w:sz w:val="20"/>
        </w:rPr>
        <w:t>1:15:46  ومن bhi insaan, muslim bhi insaan, ghair momin bhi insaan. to sahi baat yeh hai ke aap dunya ko dar-ul-insaan samjhein. yaani aisi jagah jahan insaan rehte hain. mislan chand par, suraj par, sitaron par insaan nahi rehte to woh dar-ul-insaan nahi kahe jayen ge. poori itni bari universe hai, itni bari kainat hai, is ke andar sirf ek</w:t>
      </w:r>
      <w:r>
        <w:br/>
      </w:r>
      <w:r>
        <w:rPr>
          <w:sz w:val="20"/>
        </w:rPr>
        <w:t>1:16:16  hi planet hai Earth jahan par insaan rehta hai. ek chota sa planet. asal universe to bohat bari hai, bohat bari hai, bohat bari hai. is mein ek chota sa yeh planet hai zameen ka jahan insaan rehta hai. to main kahoon ga ke Quran ke mutabiq poori zameen dar-ul-insaan hai. yaani woh dunya jahan log rehte hon,</w:t>
      </w:r>
    </w:p>
    <w:p>
      <w:pPr>
        <w:pStyle w:val="Heading2"/>
      </w:pPr>
      <w:r>
        <w:t>How spouses become true intellectual partners</w:t>
      </w:r>
    </w:p>
    <w:p>
      <w:r>
        <w:rPr>
          <w:color w:val="666666"/>
          <w:sz w:val="18"/>
        </w:rPr>
        <w:t>The Role of Islam in Personality Development March 13, 2011 · 2m 27s · at 1:30:41 · https://youtu.be/jQP07IZoEy0?t=5441</w:t>
      </w:r>
    </w:p>
    <w:p>
      <w:r>
        <w:rPr>
          <w:i/>
        </w:rPr>
        <w:t>“Aadmi is haqeeqat ko discover kaise kare?”</w:t>
      </w:r>
    </w:p>
    <w:p>
      <w:r>
        <w:rPr>
          <w:sz w:val="20"/>
        </w:rPr>
        <w:t>1:30:41  Miss Trarashid Jamal ne Dilli se likha hai: "Aurat aur mard dono ek doosre ke liye Khuda ki bohat bari rehmat hain.</w:t>
      </w:r>
      <w:r>
        <w:br/>
      </w:r>
      <w:r>
        <w:rPr>
          <w:sz w:val="20"/>
        </w:rPr>
        <w:t>1:30:51  Aadmi is haqeeqat ko kaise discover kare?"</w:t>
      </w:r>
      <w:r>
        <w:br/>
      </w:r>
      <w:r>
        <w:rPr>
          <w:sz w:val="20"/>
        </w:rPr>
        <w:t>1:30:56  wohtwalrediya hai. discover karna hai? mera tajurba yeh hai ke discover na kernay ki waja aap yeh janiye ke discover na kernay ki waja kiya hai.</w:t>
      </w:r>
      <w:r>
        <w:br/>
      </w:r>
      <w:r>
        <w:rPr>
          <w:sz w:val="20"/>
        </w:rPr>
        <w:t>1:31:09  woh waja kiya hai? waja sirf yeh hai ke ghar mein aap aapas mein jo baat karte hain, jo log toh fazool baatein karte hain.</w:t>
      </w:r>
      <w:r>
        <w:br/>
      </w:r>
      <w:r>
        <w:rPr>
          <w:sz w:val="20"/>
        </w:rPr>
        <w:t>1:31:19  matlab khana, aaj ka kiya khana khana hai aur kahan outing ke liye jana hai aur kiya shopping kerna hai aur family ke falan aadmi se kiya kerna hai.</w:t>
      </w:r>
      <w:r>
        <w:br/>
      </w:r>
      <w:r>
        <w:rPr>
          <w:sz w:val="20"/>
        </w:rPr>
        <w:t>1:31:28  falan aadmi ne yeh keh diya, uske khilaf baatein ho rahi hain. yani jo charchaa hota hai ghar mein, usiko band karti hai. bas uske baad apne aap hi aap ka woh positive partner ban jayega. woh already aurat aur mard aik doosre ke liye positive partner hain, lekin phanse rehte hain doosri</w:t>
      </w:r>
      <w:r>
        <w:br/>
      </w:r>
      <w:r>
        <w:rPr>
          <w:sz w:val="20"/>
        </w:rPr>
        <w:t>1:31:46  baaton mein, shikaayaton mein, ghussa hote hain, idhar udhar ki baatein karte hain.</w:t>
      </w:r>
      <w:r>
        <w:br/>
      </w:r>
      <w:r>
        <w:rPr>
          <w:sz w:val="20"/>
        </w:rPr>
        <w:t>1:31:57  toh asal cheez yeh hai ke jo cheezein rukawat bani hain, usko khatam kar dijiye. ab st</w:t>
      </w:r>
      <w:r>
        <w:br/>
      </w:r>
      <w:r>
        <w:rPr>
          <w:sz w:val="20"/>
        </w:rPr>
        <w:t>1:32:04  ickle ko khatam kar dijiye. ab obstacle kiya hai? ke doosri cheezon mein uljhe rehna. doosri cheezon mein uljhe rehna.</w:t>
      </w:r>
      <w:r>
        <w:br/>
      </w:r>
      <w:r>
        <w:rPr>
          <w:sz w:val="20"/>
        </w:rPr>
        <w:t>1:32:14  jaise mein ne, woh jo mein ne aap ko zikr kiya, woh America ke saahab ka, unka bhi aik formula batata hoon aap ko. woh bohat umda hai gharon ke liye. yani unka formula yehi hai ke chalo yeh bhi theek hai.</w:t>
      </w:r>
      <w:r>
        <w:br/>
      </w:r>
      <w:r>
        <w:rPr>
          <w:sz w:val="20"/>
        </w:rPr>
        <w:t>1:32:28  jaise aik din mein utha, jab utha toh yeh tay hua ke hum log jayenge park. falan park mein kahin jana tha. toh jab time ho gaya toh kisi waja se mein ne kaha bhai aaj nahi jayenge,</w:t>
      </w:r>
      <w:r>
        <w:br/>
      </w:r>
      <w:r>
        <w:rPr>
          <w:sz w:val="20"/>
        </w:rPr>
        <w:t>1:32:43  aaj falan kaam kerna hai. kuch keh diya mein ne. toh unhone yeh nahi kaha ke kaise aadmi hain aap, tay kiya ke falan waqt time pe jayenge. mein ne uske liye tayyari kiya aur aap kehte hain aaj nahi jayenge.</w:t>
      </w:r>
      <w:r>
        <w:br/>
      </w:r>
      <w:r>
        <w:rPr>
          <w:sz w:val="20"/>
        </w:rPr>
        <w:t>1:32:55  kuch nahi. unhone kaha ke chalo yeh bhi theek hai. chalo yeh bhi theek hai. simple formula hai. toh jab bhi koi shohar aur biwi mein koi masla paida ho toh keh diya chalo yeh bhi theek hai.</w:t>
      </w:r>
    </w:p>
    <w:p>
      <w:pPr>
        <w:pStyle w:val="Heading2"/>
      </w:pPr>
      <w:r>
        <w:t>Flood and desert therapy in Islamic history</w:t>
      </w:r>
    </w:p>
    <w:p>
      <w:r>
        <w:rPr>
          <w:color w:val="666666"/>
          <w:sz w:val="18"/>
        </w:rPr>
        <w:t>Dars-e-Quran, Chapter 2, Verse 79 June 24, 2018 · 3m 52s · at 9:39 · https://youtu.be/7OeNcHSoPp0?t=579</w:t>
      </w:r>
    </w:p>
    <w:p>
      <w:r>
        <w:rPr>
          <w:i/>
        </w:rPr>
        <w:t>“Hazrat Nooh ka toofan”</w:t>
      </w:r>
    </w:p>
    <w:p>
      <w:r>
        <w:rPr>
          <w:sz w:val="20"/>
        </w:rPr>
        <w:t>9:39  Hazrat Nuh ka toofan. log samajhte hain ke koi toofan, koi ek hi baat jaante hain ke azaab, azaab, azaab.</w:t>
      </w:r>
      <w:r>
        <w:br/>
      </w:r>
      <w:r>
        <w:rPr>
          <w:sz w:val="20"/>
        </w:rPr>
        <w:t>9:50  bas isi itna hi jaante hain. nahin, Allah taala ke har kaam mein koi koi maslehat hoti hai. to toofan Nuh jo tha, woh sirf azaab nahin tha,</w:t>
      </w:r>
      <w:r>
        <w:br/>
      </w:r>
      <w:r>
        <w:rPr>
          <w:sz w:val="20"/>
        </w:rPr>
        <w:t>10:03  woh Allah taala ka yani jo jo qaumon ko revival ka karte hue tareeqa hai, us ko apply karna tha. chunaanche dekhiye, toofan Nuh mein kya hua?</w:t>
      </w:r>
      <w:r>
        <w:br/>
      </w:r>
      <w:r>
        <w:rPr>
          <w:sz w:val="20"/>
        </w:rPr>
        <w:t>10:18  us waqt jo tak jo aabadi thi, woh sab ki sab Iraq ke is ilaaqe mein rehti thi jo kehte hain Misr Patakhiyan, yani Dajla aur Furaat ke darmiyan.</w:t>
      </w:r>
      <w:r>
        <w:br/>
      </w:r>
      <w:r>
        <w:rPr>
          <w:sz w:val="20"/>
        </w:rPr>
        <w:t>10:32  Dajla aur Furaat dono daryayein hain. to Dajla aur Furaat ke darmiyan ka jo ilaaqa tha, us ko kehte thay Misr Patakhiyan.</w:t>
      </w:r>
      <w:r>
        <w:br/>
      </w:r>
      <w:r>
        <w:rPr>
          <w:sz w:val="20"/>
        </w:rPr>
        <w:t>10:42  us waqt ki insani aabadi is ilaaqe mein thi. to Allah taala ne flood ka process chalaya, yani bohat bara sailab aaya.</w:t>
      </w:r>
      <w:r>
        <w:br/>
      </w:r>
      <w:r>
        <w:rPr>
          <w:sz w:val="20"/>
        </w:rPr>
        <w:t>10:56  log kashtiyon par sawaar ho kar ke wahan se muntakil kar diye gaye. to ab dekhen, kahan gaye woh? woh gaye Turkey ki sarhad par, aur Ararat pahaad ke naani ke utar utaar diye gaye,</w:t>
      </w:r>
      <w:r>
        <w:br/>
      </w:r>
      <w:r>
        <w:rPr>
          <w:sz w:val="20"/>
        </w:rPr>
        <w:t>11:14  yani Europe ke kinare.</w:t>
      </w:r>
      <w:r>
        <w:br/>
      </w:r>
      <w:r>
        <w:rPr>
          <w:sz w:val="20"/>
        </w:rPr>
        <w:t>11:19  Europe ke kinare. to jo insaniyat confined ho gayi thi is ilaaqe mein, jis ko Misr Patakhiyan kehte thay,</w:t>
      </w:r>
      <w:r>
        <w:br/>
      </w:r>
      <w:r>
        <w:rPr>
          <w:sz w:val="20"/>
        </w:rPr>
        <w:t>11:32  us ko wahan se nikaal kar le gaye Europe ki sarhad par. aur baaz muhqqiqeen ne likha hai ke yahi woh log hain jo jis se Western Europe bana, aur jin se Western civilization aayi, aur jin se yani White Race develop hui.</w:t>
      </w:r>
      <w:r>
        <w:br/>
      </w:r>
      <w:r>
        <w:rPr>
          <w:sz w:val="20"/>
        </w:rPr>
        <w:t>11:55  to kiya yeh yeh agar yeh kehna hai ke azab, azab, azab to aap ne ek rukh ko dekha, doosre rukh ko nahi dekha. woh tha is ek bohat hi fertile qaum thi, woh jo daway mein thi,</w:t>
      </w:r>
      <w:r>
        <w:br/>
      </w:r>
      <w:r>
        <w:rPr>
          <w:sz w:val="20"/>
        </w:rPr>
        <w:t>12:13  ek bohat hi zinda qaum thi, woh lekin pad gayi thi ghalati mein. is ko is ko utha kar le gaye, wahan par daal diya</w:t>
      </w:r>
      <w:r>
        <w:br/>
      </w:r>
      <w:r>
        <w:rPr>
          <w:sz w:val="20"/>
        </w:rPr>
        <w:t>12:25  turki ke pahaar ararat par, jo ke sar europe ki sarhad par tha. to ek nayi qaum banana, is qaum se naya kaam lena, yeh wohi sahi amal tha jis tarah ke arab mein hua.</w:t>
      </w:r>
      <w:r>
        <w:br/>
      </w:r>
      <w:r>
        <w:rPr>
          <w:sz w:val="20"/>
        </w:rPr>
        <w:t>12:42  hazrat ibrahim ne apne bachon ko la kar ke iraq se la kar ke basa diya, yani makkah mein.</w:t>
      </w:r>
      <w:r>
        <w:br/>
      </w:r>
      <w:r>
        <w:rPr>
          <w:sz w:val="20"/>
        </w:rPr>
        <w:t>12:52  to woh tha desert therapy,</w:t>
      </w:r>
      <w:r>
        <w:br/>
      </w:r>
      <w:r>
        <w:rPr>
          <w:sz w:val="20"/>
        </w:rPr>
        <w:t>13:01  aur yeh jo tha, yeh tha flood therapy. hazrat ibrahim ke sath jo muamla hua ke hajra aur ismail iraq se nikle, aur aage base makkah ke pas desert mein, to that was desert therapy.</w:t>
      </w:r>
      <w:r>
        <w:br/>
      </w:r>
      <w:r>
        <w:rPr>
          <w:sz w:val="20"/>
        </w:rPr>
        <w:t>13:19  aur yeh jo nasl uthai gayi wahan se, aur la kar ararat par basai gayi, that was flood therapy. to yeh yeh yahi muamla hua yahood ke sath.</w:t>
      </w:r>
    </w:p>
    <w:p>
      <w:pPr>
        <w:pStyle w:val="Heading2"/>
      </w:pPr>
      <w:r>
        <w:t>Angels help people take Quran despite resistance</w:t>
      </w:r>
    </w:p>
    <w:p>
      <w:r>
        <w:rPr>
          <w:color w:val="666666"/>
          <w:sz w:val="18"/>
        </w:rPr>
        <w:t>Quran Stall at the World Book Fair January 12, 2019 · 3m 31s · at 13:59 · https://youtu.be/qAV6i3yvMjE?t=839</w:t>
      </w:r>
    </w:p>
    <w:p>
      <w:r>
        <w:rPr>
          <w:i/>
        </w:rPr>
        <w:t>“This is clear: an angel sits in their heart”</w:t>
      </w:r>
    </w:p>
    <w:p>
      <w:r>
        <w:rPr>
          <w:sz w:val="20"/>
        </w:rPr>
        <w:t>13:59  yeh to saaf baat hai ke un ke dil mein farishta baitha hua hai, woh kehta hai ke liya kyun nahi?</w:t>
      </w:r>
      <w:r>
        <w:br/>
      </w:r>
      <w:r>
        <w:rPr>
          <w:sz w:val="20"/>
        </w:rPr>
        <w:t>14:08  ja kar lo. farishta un ke mind ko activate kar ke kehta hai ke liya kyun nahi?</w:t>
      </w:r>
      <w:r>
        <w:br/>
      </w:r>
      <w:r>
        <w:rPr>
          <w:sz w:val="20"/>
        </w:rPr>
        <w:t>14:16  ja ja kar lo. mein to bas kehta hoon ke saaf taur par yeh farishte ka amal hai.</w:t>
      </w:r>
      <w:r>
        <w:br/>
      </w:r>
      <w:r>
        <w:rPr>
          <w:sz w:val="20"/>
        </w:rPr>
        <w:t>14:29  Allah taala ne farishton ko keh diya hai ke logon ke dilon mein baith jao, un se kaho ke parho, parho, parho.</w:t>
      </w:r>
      <w:r>
        <w:br/>
      </w:r>
      <w:r>
        <w:rPr>
          <w:sz w:val="20"/>
        </w:rPr>
        <w:t>14:37  Maulana what you just said ke youth are coming more and youth are motivated to take it and they are even ready to, I mean, tell their parents openly that we will definitely read it.</w:t>
      </w:r>
      <w:r>
        <w:br/>
      </w:r>
      <w:r>
        <w:rPr>
          <w:sz w:val="20"/>
        </w:rPr>
        <w:t>14:52  why do you think this is happening?</w:t>
      </w:r>
      <w:r>
        <w:br/>
      </w:r>
      <w:r>
        <w:rPr>
          <w:sz w:val="20"/>
        </w:rPr>
        <w:t>14:55  bhai, mujhe to samajh aata hai ke parent bol rahe hain ab tak jo trend chala raha hai us ko le kar, aur bachche jo latest trend jo hai jo farishton ne dala hai us ko le kar bol rahe hain.</w:t>
      </w:r>
      <w:r>
        <w:br/>
      </w:r>
      <w:r>
        <w:rPr>
          <w:sz w:val="20"/>
        </w:rPr>
        <w:t>15:10  pehla to pehla to trend yeh tha</w:t>
      </w:r>
      <w:r>
        <w:br/>
      </w:r>
      <w:r>
        <w:rPr>
          <w:sz w:val="20"/>
        </w:rPr>
        <w:t>15:15  jis ko parent jante hain, lekin ab Allah taala ne trend badal diya hai. now the angels are trend setter.</w:t>
      </w:r>
      <w:r>
        <w:br/>
      </w:r>
      <w:r>
        <w:rPr>
          <w:sz w:val="20"/>
        </w:rPr>
        <w:t>15:29  yeh bohat ajeeb baat hai ke pehle trend setter jo tha woh old concept tha, ab jo concept hai woh woh hai jo angels ka diya hua trend setter hai.</w:t>
      </w:r>
      <w:r>
        <w:br/>
      </w:r>
      <w:r>
        <w:rPr>
          <w:sz w:val="20"/>
        </w:rPr>
        <w:t>15:47  to mujhe to is mein bohat hope nazar aati hai, hope ke Allah taala ne faisla kiya hai ke logon tak pohanche quran, jo na chahe us ko us ko bhi pohanche.</w:t>
      </w:r>
      <w:r>
        <w:br/>
      </w:r>
      <w:r>
        <w:rPr>
          <w:sz w:val="20"/>
        </w:rPr>
        <w:t>16:01  aur dekhein hadees mein ajeeb baat hai ke yeh ayat hai, woh ka alfaaz hain: "willingly" aur "unwillingly"</w:t>
      </w:r>
      <w:r>
        <w:br/>
      </w:r>
      <w:r>
        <w:rPr>
          <w:sz w:val="20"/>
        </w:rPr>
        <w:t>16:12  be izzat azeez aur be zulm. haan, woh wohi to hai yeh ke quran logon tak pohanche ga "willingly" aur "unwillingly" na chahein tab bhi pohanche ga.</w:t>
      </w:r>
      <w:r>
        <w:br/>
      </w:r>
      <w:r>
        <w:rPr>
          <w:sz w:val="20"/>
        </w:rPr>
        <w:t>16:29  un ka samaj, un ke traditional ideas un se keh rahe hain ke chodo quran ko. to bachche jo naye jo naya trend jo farishton ne set kiya hai us ke andar play bade hain, woh kehte hain ke nahi hamein to quran ko padhna hai.</w:t>
      </w:r>
      <w:r>
        <w:br/>
      </w:r>
      <w:r>
        <w:rPr>
          <w:sz w:val="20"/>
        </w:rPr>
        <w:t>16:51  yeh to hai "willingly" aur "unwillingly". yeh to bohat ajeeb baat hai.</w:t>
      </w:r>
      <w:r>
        <w:br/>
      </w:r>
      <w:r>
        <w:rPr>
          <w:sz w:val="20"/>
        </w:rPr>
        <w:t>16:59  ab hum logon ko yani yahi karna hai ke Allah ki madad quran ke sath hai.</w:t>
      </w:r>
      <w:r>
        <w:br/>
      </w:r>
      <w:r>
        <w:rPr>
          <w:sz w:val="20"/>
        </w:rPr>
        <w:t>17:11  ab pure pure dil jaan se hamein quran ko phailane mein lag jana hai, har zaban mein, har zaban mein, har zaban mein.</w:t>
      </w:r>
    </w:p>
    <w:p>
      <w:pPr>
        <w:pStyle w:val="Heading2"/>
      </w:pPr>
      <w:r>
        <w:t>Old Persian poem mocks Ramadan turned food frenzy</w:t>
      </w:r>
    </w:p>
    <w:p>
      <w:r>
        <w:rPr>
          <w:color w:val="666666"/>
          <w:sz w:val="18"/>
        </w:rPr>
        <w:t>For The Sake of God July 27, 2014 · 45s · at 5:05 · https://youtu.be/3lPfny7j2NE?t=305</w:t>
      </w:r>
    </w:p>
    <w:p>
      <w:r>
        <w:rPr>
          <w:i/>
        </w:rPr>
        <w:t>“Farsi ke ek shayar ne ek sher kaha tha”</w:t>
      </w:r>
    </w:p>
    <w:p>
      <w:r>
        <w:rPr>
          <w:sz w:val="20"/>
        </w:rPr>
        <w:t>5:05  farsi ke ek shayar ne ek sher kaha tha</w:t>
      </w:r>
      <w:r>
        <w:br/>
      </w:r>
      <w:r>
        <w:rPr>
          <w:sz w:val="20"/>
        </w:rPr>
        <w:t>5:09  kai sau saal pehle:</w:t>
      </w:r>
      <w:r>
        <w:br/>
      </w:r>
      <w:r>
        <w:rPr>
          <w:sz w:val="20"/>
        </w:rPr>
        <w:t>5:15  "tan parwari khalq fazoos zarra ijazat jis garmi iftar nadarat ramzan hai". lekin matlab yeh hai ke ummat ki jo tan parwari thi, yaani khane peene ka jo shauq tha, woh aur badh gaya ramzan ke mahine mein.</w:t>
      </w:r>
      <w:r>
        <w:br/>
      </w:r>
      <w:r>
        <w:rPr>
          <w:sz w:val="20"/>
        </w:rPr>
        <w:t>5:37  to kehta hai ke "jis garmi iftar nadarat ramzan hai". ramzan kya hai? iftar ki dhoom. to aaj to aur bhi badh gayi yeh baat.</w:t>
      </w:r>
    </w:p>
    <w:p>
      <w:pPr>
        <w:pStyle w:val="Heading2"/>
      </w:pPr>
      <w:r>
        <w:t>Rest of creation is compelled, only man is free</w:t>
      </w:r>
    </w:p>
    <w:p>
      <w:r>
        <w:rPr>
          <w:color w:val="666666"/>
          <w:sz w:val="18"/>
        </w:rPr>
        <w:t>Dars-e-Quran (Chapter 103, Verses 1-3) August 19, 2012 · 2m 41s · at 9:34 · https://youtu.be/q7ORmSbhs4s?t=574</w:t>
      </w:r>
    </w:p>
    <w:p>
      <w:r>
        <w:rPr>
          <w:i/>
        </w:rPr>
        <w:t>“Insan ko hum ne paida kiya best creation ke taur par”</w:t>
      </w:r>
    </w:p>
    <w:p>
      <w:r>
        <w:rPr>
          <w:sz w:val="20"/>
        </w:rPr>
        <w:t>9:34  to is ka sabab yeh hai, aik aur ayat hai Quran mein: "لقد خلقنا الإنسان في أحسن تقويم ثم رزقناه أسفل السافلين" ۔</w:t>
      </w:r>
      <w:r>
        <w:br/>
      </w:r>
      <w:r>
        <w:rPr>
          <w:sz w:val="20"/>
        </w:rPr>
        <w:t>9:46  insan ko hum ne paida kiya best creation ke taur par, phir is ko daal diya hum ne bohat se yani bure halaat mein.</w:t>
      </w:r>
      <w:r>
        <w:br/>
      </w:r>
      <w:r>
        <w:rPr>
          <w:sz w:val="20"/>
        </w:rPr>
        <w:t>10:00  yeh is ka matlab kya hai?</w:t>
      </w:r>
      <w:r>
        <w:br/>
      </w:r>
      <w:r>
        <w:rPr>
          <w:sz w:val="20"/>
        </w:rPr>
        <w:t>10:03  insan ka structure, insan ka mind, insan ki capacity saari jo hai poore kainat mein unique hai.</w:t>
      </w:r>
      <w:r>
        <w:br/>
      </w:r>
      <w:r>
        <w:rPr>
          <w:sz w:val="20"/>
        </w:rPr>
        <w:t>10:14  poore kainat mein unique hai, lekin aik cheez mein farq hai doosron se, woh yeh ke insan ko freedom diya gaya hai, total freedom, jab ke material world, plant world, animal world ko freedom nahi hai.</w:t>
      </w:r>
      <w:r>
        <w:br/>
      </w:r>
      <w:r>
        <w:rPr>
          <w:sz w:val="20"/>
        </w:rPr>
        <w:t>10:32  aap jante hain ke jo material world hai, woh poora ka poora law of nature se control hota hai. Law of nature se, chahe galaxy ho, chahe solar system ho,</w:t>
      </w:r>
      <w:r>
        <w:br/>
      </w:r>
      <w:r>
        <w:rPr>
          <w:sz w:val="20"/>
        </w:rPr>
        <w:t>10:46  mountain ho, ocean ho, woh sab law of nature se govern ho raha hai. Isi tarah dekhein, jo animals hain, woh instinct se control hote hain.</w:t>
      </w:r>
      <w:r>
        <w:br/>
      </w:r>
      <w:r>
        <w:rPr>
          <w:sz w:val="20"/>
        </w:rPr>
        <w:t>10:59  animal ki apni instinct hoti hai, jis ko Urdu mein kehte hain "jeblat". Instinct ko kehte hain "jeblat". To saare animal apne instinct se control hote hain.</w:t>
      </w:r>
      <w:r>
        <w:br/>
      </w:r>
      <w:r>
        <w:rPr>
          <w:sz w:val="20"/>
        </w:rPr>
        <w:t>11:13  yeh ka matlab yani law of nature kya cheez hai, instinct kya cheez hai? Is ke maani ke under compulsion hain tamam makhlooqat.</w:t>
      </w:r>
      <w:r>
        <w:br/>
      </w:r>
      <w:r>
        <w:rPr>
          <w:sz w:val="20"/>
        </w:rPr>
        <w:t>11:23  poora material world aik yani aik compulsory control qaim hai poore material world par. Isi tarah plant world mein, animal world mein, poora ka poora aik Khuda ki taraf se aik aik compulsion ki situation hai.</w:t>
      </w:r>
      <w:r>
        <w:br/>
      </w:r>
      <w:r>
        <w:rPr>
          <w:sz w:val="20"/>
        </w:rPr>
        <w:t>11:44  yani woh majboor hain ke waise hi rahein jaisa ke un ko rehna chahiye. insaan ko diya gaya hai freedom, total freedom.</w:t>
      </w:r>
      <w:r>
        <w:br/>
      </w:r>
      <w:r>
        <w:rPr>
          <w:sz w:val="20"/>
        </w:rPr>
        <w:t>11:54  to yeh jo quran mein aaya hai ke "laqad khalaqal insana fi ahsani taqwim". ya ya doosre ko kaha ke "laqad karramna bani aadama".</w:t>
      </w:r>
      <w:r>
        <w:br/>
      </w:r>
      <w:r>
        <w:rPr>
          <w:sz w:val="20"/>
        </w:rPr>
        <w:t>12:04  to insaan ko aik bohat bara credit diya Allah taala ne, bohat bara, ke khud apne choice se woh right path ko ikhtiyar kare.</w:t>
      </w:r>
    </w:p>
    <w:p>
      <w:pPr>
        <w:pStyle w:val="Heading2"/>
      </w:pPr>
      <w:r>
        <w:t>why the Prophet grieved himself over disbelievers</w:t>
      </w:r>
    </w:p>
    <w:p>
      <w:r>
        <w:rPr>
          <w:color w:val="666666"/>
          <w:sz w:val="18"/>
        </w:rPr>
        <w:t>Quran for All Mankind June 3, 2012 · 3m 28s · at 33:17 · https://youtu.be/Gp-53Zjugcg?t=1997</w:t>
      </w:r>
    </w:p>
    <w:p>
      <w:r>
        <w:rPr>
          <w:i/>
        </w:rPr>
        <w:t>“The Quran says the Prophet might destroy himself in grief”</w:t>
      </w:r>
    </w:p>
    <w:p>
      <w:r>
        <w:rPr>
          <w:sz w:val="20"/>
        </w:rPr>
        <w:t>33:17  ab mein aap ko ek aur baat arz karta hoon. kal mein yeh soch raha tha ke Quran mein hai ke Rasool Allah ke bare mein la Allah baakh nafsak la yakoon momineen</w:t>
      </w:r>
      <w:r>
        <w:br/>
      </w:r>
      <w:r>
        <w:rPr>
          <w:sz w:val="20"/>
        </w:rPr>
        <w:t>33:33  baakh kehte hain self killing ko, apne aap ko halak kar dena ke shayad tum apne aap ko halak kar dalo ge, is liye ke log momin nahin ban rahe hain.</w:t>
      </w:r>
      <w:r>
        <w:br/>
      </w:r>
      <w:r>
        <w:rPr>
          <w:sz w:val="20"/>
        </w:rPr>
        <w:t>33:52  doosri taraf Quran mein hai ke la yudrikum munzil koi agar hidayat par na aaye to tum ko is se nuqsan nahin pahunche ga.</w:t>
      </w:r>
      <w:r>
        <w:br/>
      </w:r>
      <w:r>
        <w:rPr>
          <w:sz w:val="20"/>
        </w:rPr>
        <w:t>34:02  phir bhi Rasool Allah kyun Allah taala baakh ban gaye? is par sochne laga mein. Rasool Allah par koi zimmedari nahin ke woh momin bane, woh kyunke momin banne ya na banne se Rasool Allah ka mustaqbil khatre mein nahin padta tha.</w:t>
      </w:r>
      <w:r>
        <w:br/>
      </w:r>
      <w:r>
        <w:rPr>
          <w:sz w:val="20"/>
        </w:rPr>
        <w:t>34:20  to phir kyun baakh ban gaye? to phir mujhe doosri ayat yaad aayi</w:t>
      </w:r>
      <w:r>
        <w:br/>
      </w:r>
      <w:r>
        <w:rPr>
          <w:sz w:val="20"/>
        </w:rPr>
        <w:t>34:28  yusallim mubashireen wa munzireen la Allah yakoon lil-nas Allah hujja ba'd ar-rusul sara masla yeh hai ke hujjat Allah par na chali jaaye.</w:t>
      </w:r>
      <w:r>
        <w:br/>
      </w:r>
      <w:r>
        <w:rPr>
          <w:sz w:val="20"/>
        </w:rPr>
        <w:t>34:41  mein sochne laga ke sari dunya history mein jo log paida hue hain, billion trillion, sare log qayamat aa gayi, hajj ke maidan mein log ikattha hue,</w:t>
      </w:r>
      <w:r>
        <w:br/>
      </w:r>
      <w:r>
        <w:rPr>
          <w:sz w:val="20"/>
        </w:rPr>
        <w:t>34:56  sare log wahan un ka hisab le liya jaane laga. ab wahan kuch log chekhte hain ke aey Khuda, yeh kaisa insaaf hai?</w:t>
      </w:r>
      <w:r>
        <w:br/>
      </w:r>
      <w:r>
        <w:rPr>
          <w:sz w:val="20"/>
        </w:rPr>
        <w:t>35:08  tum ne humein paida kiya, bataya to kuch nahin. to agar hum tere batane par na chale to hamare qasoor kya hai?</w:t>
      </w:r>
      <w:r>
        <w:br/>
      </w:r>
      <w:r>
        <w:rPr>
          <w:sz w:val="20"/>
        </w:rPr>
        <w:t>35:17  humein to pata hi nahin tha ke kya karna hai, kya nahin karna. We were unaware of the creation plan of God</w:t>
      </w:r>
      <w:r>
        <w:br/>
      </w:r>
      <w:r>
        <w:rPr>
          <w:sz w:val="20"/>
        </w:rPr>
        <w:t>35:26  Khuda ka takhleeqi mansab ka yeh sab be-khabar the. paida ki kis liye kiya gaya hai insan ko? hum be-khabar the.</w:t>
      </w:r>
      <w:r>
        <w:br/>
      </w:r>
      <w:r>
        <w:rPr>
          <w:sz w:val="20"/>
        </w:rPr>
        <w:t>35:37  pre-death period kya hai, post-death period kya hai? yeh sab humein kisi ne bataya nahin tha. to hum to haiwan ki tarah paida hue, haiwan ki taraf jiye, haiwan ki taraf mar gaye.</w:t>
      </w:r>
      <w:r>
        <w:br/>
      </w:r>
      <w:r>
        <w:rPr>
          <w:sz w:val="20"/>
        </w:rPr>
        <w:t>35:47  to hamara kya qasoor hai?</w:t>
      </w:r>
      <w:r>
        <w:br/>
      </w:r>
      <w:r>
        <w:rPr>
          <w:sz w:val="20"/>
        </w:rPr>
        <w:t>35:53  aap ghor kijiye ke yeh mamla kahan tak jata hai. yani hujjat Allah par chali jaati hai. is liye Rasool Allah baakh ban gaye.</w:t>
      </w:r>
      <w:r>
        <w:br/>
      </w:r>
      <w:r>
        <w:rPr>
          <w:sz w:val="20"/>
        </w:rPr>
        <w:t>36:04  Allah ko hujjat se bacha, Allah par ilzam na aane paaye.</w:t>
      </w:r>
      <w:r>
        <w:br/>
      </w:r>
      <w:r>
        <w:rPr>
          <w:sz w:val="20"/>
        </w:rPr>
        <w:t>36:12  allah par ilzaam na aane paye. allah par hujjat thahrane ke liye aap baakh ban gae. yeh sara masla hai.</w:t>
      </w:r>
      <w:r>
        <w:br/>
      </w:r>
      <w:r>
        <w:rPr>
          <w:sz w:val="20"/>
        </w:rPr>
        <w:t>36:27  yeh yeh jo ummat e muslema apne ko khair ummat samajhti hain, bilkul yeh jhoote aqeedon mein jeene wale log. asal cheez jo jo sochna hai, woh yeh hai ke allah par hujjat na chali jaye.</w:t>
      </w:r>
    </w:p>
    <w:p>
      <w:pPr>
        <w:pStyle w:val="Heading2"/>
      </w:pPr>
      <w:r>
        <w:t>Quran distribution in Americas and New Zealand</w:t>
      </w:r>
    </w:p>
    <w:p>
      <w:r>
        <w:rPr>
          <w:color w:val="666666"/>
          <w:sz w:val="18"/>
        </w:rPr>
        <w:t>CPS Peace Conference, Day 1, Global Quran Translation and Distribution presentation by Maria Khan · 2m 37s · at 6:19 · https://youtu.be/3KWde6lmuJM?t=379</w:t>
      </w:r>
    </w:p>
    <w:p>
      <w:r>
        <w:rPr>
          <w:i/>
        </w:rPr>
        <w:t>“Assalamu alaikum it has been a great favor”</w:t>
      </w:r>
    </w:p>
    <w:p>
      <w:r>
        <w:rPr>
          <w:sz w:val="20"/>
        </w:rPr>
        <w:t>6:19  assalam o alaikum. it has been a great favor and mercy of allah subhanahu wa ta'ala on cps usa due to the fact that we have been able to distribute over 15 million copies of quran here in the usa and canada.</w:t>
      </w:r>
      <w:r>
        <w:br/>
      </w:r>
      <w:r>
        <w:rPr>
          <w:sz w:val="20"/>
        </w:rPr>
        <w:t>6:42  in canada toronto is our main distribution center. brother asim shafi takes care of the distribution and as well as mailing of copies quran copies of quran to online requests.</w:t>
      </w:r>
      <w:r>
        <w:br/>
      </w:r>
      <w:r>
        <w:rPr>
          <w:sz w:val="20"/>
        </w:rPr>
        <w:t>6:57  they distribute in state cultural festivals, book fairs, open mosques and interfaith events, college fairs, and in prisons and hospitals.</w:t>
      </w:r>
      <w:r>
        <w:br/>
      </w:r>
      <w:r>
        <w:rPr>
          <w:sz w:val="20"/>
        </w:rPr>
        <w:t>7:10  recently allah subhanahu wa ta'ala has opened up another venue for quran distribution in brazil. in fact for the last two three years i had been in contact with a group of women there who had been engaged in the work.</w:t>
      </w:r>
      <w:r>
        <w:br/>
      </w:r>
      <w:r>
        <w:rPr>
          <w:sz w:val="20"/>
        </w:rPr>
        <w:t>7:29  now they have become the distributors of our quran in large scale. just last december i travel to brazil and met the group there.</w:t>
      </w:r>
      <w:r>
        <w:br/>
      </w:r>
      <w:r>
        <w:rPr>
          <w:sz w:val="20"/>
        </w:rPr>
        <w:t>7:42  brazil is a portuguese speaking country. we have already shipped 10,000 copies of portuguese qurans and 10,000 more are ready to be shipped.</w:t>
      </w:r>
      <w:r>
        <w:br/>
      </w:r>
      <w:r>
        <w:rPr>
          <w:sz w:val="20"/>
        </w:rPr>
        <w:t>7:53  recently the brazil team went to its neighboring country paraguay and did the quran distribution there.</w:t>
      </w:r>
      <w:r>
        <w:br/>
      </w:r>
      <w:r>
        <w:rPr>
          <w:sz w:val="20"/>
        </w:rPr>
        <w:t>8:04  i have just returned from new zealand after connecting with the prospective distributors of quran. i visited four main cities like auckland, hamilton,</w:t>
      </w:r>
      <w:r>
        <w:br/>
      </w:r>
      <w:r>
        <w:rPr>
          <w:sz w:val="20"/>
        </w:rPr>
        <w:t>8:19  wellington, and christchurch. the new zealanders are very nice people and very receptive to the message.</w:t>
      </w:r>
      <w:r>
        <w:br/>
      </w:r>
      <w:r>
        <w:rPr>
          <w:sz w:val="20"/>
        </w:rPr>
        <w:t>8:28  inshallah the cps usa with the coordination of good world books we will carry out quran distribution in new zealand, brazil, and in all spanish speaking countries of north and south american continents.</w:t>
      </w:r>
      <w:r>
        <w:br/>
      </w:r>
      <w:r>
        <w:rPr>
          <w:sz w:val="20"/>
        </w:rPr>
        <w:t>8:45  may allah subhanahu wa ta'ala give maulana a robust health and keep him guiding us in our task of da'wah. amin.</w:t>
      </w:r>
    </w:p>
    <w:p>
      <w:pPr>
        <w:pStyle w:val="Heading2"/>
      </w:pPr>
      <w:r>
        <w:t>standing in the road handing out Qurans with both hands</w:t>
      </w:r>
    </w:p>
    <w:p>
      <w:r>
        <w:rPr>
          <w:color w:val="666666"/>
          <w:sz w:val="18"/>
        </w:rPr>
        <w:t>Experience Sharing of CPS Member, Jaipur Literature Festival 2013 February 3, 2013 · 28s · at 13:16 · https://youtu.be/ujlDnK5Wg3M?t=796</w:t>
      </w:r>
    </w:p>
    <w:p>
      <w:r>
        <w:rPr>
          <w:i/>
        </w:rPr>
        <w:t>“I stood in the middle of the road giving Quran with both hands”</w:t>
      </w:r>
    </w:p>
    <w:p>
      <w:r>
        <w:rPr>
          <w:sz w:val="20"/>
        </w:rPr>
        <w:t>13:16  I mean.</w:t>
      </w:r>
      <w:r>
        <w:br/>
      </w:r>
      <w:r>
        <w:rPr>
          <w:sz w:val="20"/>
        </w:rPr>
        <w:t>13:21  I mean in the evening, first day, I was standing in the middle of the road and giving Quran with both hands.</w:t>
      </w:r>
      <w:r>
        <w:br/>
      </w:r>
      <w:r>
        <w:rPr>
          <w:sz w:val="20"/>
        </w:rPr>
        <w:t>13:30  And it was overwhelming. And itna itna encouragement mila mujhe ke himmat nahi hoti thi kabhi kabhi kuch logon ko dene ki.</w:t>
      </w:r>
    </w:p>
    <w:p>
      <w:pPr>
        <w:pStyle w:val="Heading2"/>
      </w:pPr>
      <w:r>
        <w:t>Prophet stands for a Jewish funeral, all humans are siblings</w:t>
      </w:r>
    </w:p>
    <w:p>
      <w:r>
        <w:rPr>
          <w:color w:val="666666"/>
          <w:sz w:val="18"/>
        </w:rPr>
        <w:t>The Concept of Spirituality In Islam - I January 27, 2006 Maulana Wahiduddin Khan · 5m 03s · at 35:02 · https://youtu.be/xnI_QVVDWgk?t=2102</w:t>
      </w:r>
    </w:p>
    <w:p>
      <w:r>
        <w:rPr>
          <w:i/>
        </w:rPr>
        <w:t>“One day the Prophet of Islam saw a funeral procession”</w:t>
      </w:r>
    </w:p>
    <w:p>
      <w:r>
        <w:rPr>
          <w:sz w:val="20"/>
        </w:rPr>
        <w:t>35:02  what happened? one day, the prophet of islam</w:t>
      </w:r>
      <w:r>
        <w:br/>
      </w:r>
      <w:r>
        <w:rPr>
          <w:sz w:val="20"/>
        </w:rPr>
        <w:t>35:11  saw a funeral procession passing through a street in madina.</w:t>
      </w:r>
      <w:r>
        <w:br/>
      </w:r>
      <w:r>
        <w:rPr>
          <w:sz w:val="20"/>
        </w:rPr>
        <w:t>35:22  funeral procession, we call it jalaal.</w:t>
      </w:r>
      <w:r>
        <w:br/>
      </w:r>
      <w:r>
        <w:rPr>
          <w:sz w:val="20"/>
        </w:rPr>
        <w:t>35:29  so, at the time, prophet was seated on seeing that, that procession. he stood up in respect. so, one of his compassion said, "o prophet,</w:t>
      </w:r>
      <w:r>
        <w:br/>
      </w:r>
      <w:r>
        <w:rPr>
          <w:sz w:val="20"/>
        </w:rPr>
        <w:t>35:46  it was funeral of a jew. funeral of a non muslim. it was not a funeral of muslim."</w:t>
      </w:r>
      <w:r>
        <w:br/>
      </w:r>
      <w:r>
        <w:rPr>
          <w:sz w:val="20"/>
        </w:rPr>
        <w:t>35:56  so, the prophet replied, "alast nafsan.</w:t>
      </w:r>
      <w:r>
        <w:br/>
      </w:r>
      <w:r>
        <w:rPr>
          <w:sz w:val="20"/>
        </w:rPr>
        <w:t>36:04  alast nafsan. it means, was he not a human being. was he not a human being.</w:t>
      </w:r>
      <w:r>
        <w:br/>
      </w:r>
      <w:r>
        <w:rPr>
          <w:sz w:val="20"/>
        </w:rPr>
        <w:t>36:18  " it means that the prophet of islam discovered a community between himself and that non muslim.</w:t>
      </w:r>
      <w:r>
        <w:br/>
      </w:r>
      <w:r>
        <w:rPr>
          <w:sz w:val="20"/>
        </w:rPr>
        <w:t>36:34  it means that, also, our raza is different. also, our culture is different.</w:t>
      </w:r>
      <w:r>
        <w:br/>
      </w:r>
      <w:r>
        <w:rPr>
          <w:sz w:val="20"/>
        </w:rPr>
        <w:t>36:45  also, our community is different. but, at the same time, we both are human being. we both are creation of god. this is the true spirituality.</w:t>
      </w:r>
      <w:r>
        <w:br/>
      </w:r>
      <w:r>
        <w:rPr>
          <w:sz w:val="20"/>
        </w:rPr>
        <w:t>37:01  this is the true spirituality.</w:t>
      </w:r>
      <w:r>
        <w:br/>
      </w:r>
      <w:r>
        <w:rPr>
          <w:sz w:val="20"/>
        </w:rPr>
        <w:t>37:07  on seeing that, that, that jews body, he said, "alast nafsan, was he not a human being. also, we are different in some aspects. but, at the same time, we are human being. we both are creation of god." this is the true spirituality</w:t>
      </w:r>
      <w:r>
        <w:br/>
      </w:r>
      <w:r>
        <w:rPr>
          <w:sz w:val="20"/>
        </w:rPr>
        <w:t>37:32  . the true spirit of islam. killing is not the spirit of islam. love is the spirit of islam. love, tolerance, passion. you know, the first verse of islam is, "bismillahirrahmanirrahim."</w:t>
      </w:r>
      <w:r>
        <w:br/>
      </w:r>
      <w:r>
        <w:rPr>
          <w:sz w:val="20"/>
        </w:rPr>
        <w:t>37:53  then, the first verse of, of, of, of the chapter, "al fatiha, alhamdulillah rabbil alameen." here, you see that quran introduce god as rahim and rahman.</w:t>
      </w:r>
      <w:r>
        <w:br/>
      </w:r>
      <w:r>
        <w:rPr>
          <w:sz w:val="20"/>
        </w:rPr>
        <w:t>38:15  a source of compassion, source of barsi.</w:t>
      </w:r>
      <w:r>
        <w:br/>
      </w:r>
      <w:r>
        <w:rPr>
          <w:sz w:val="20"/>
        </w:rPr>
        <w:t>38:24  and</w:t>
      </w:r>
      <w:r>
        <w:br/>
      </w:r>
      <w:r>
        <w:rPr>
          <w:sz w:val="20"/>
        </w:rPr>
        <w:t>38:25  prophet of islam, i said, "tahallaku bi khalaqillah. adopt divine character." it means that god is barsiful. so, you have to be barsiful. god is compassionate. so, you have to be compassionate. this is the true spirit of islam.</w:t>
      </w:r>
      <w:r>
        <w:br/>
      </w:r>
      <w:r>
        <w:rPr>
          <w:sz w:val="20"/>
        </w:rPr>
        <w:t>38:51  the prophet of islam used to rise early in the morning. and after morning prayer, he used to say, "allah mashhad, anal ibad kul ikhwa." every day in the morning,</w:t>
      </w:r>
      <w:r>
        <w:br/>
      </w:r>
      <w:r>
        <w:rPr>
          <w:sz w:val="20"/>
        </w:rPr>
        <w:t>39:14  "allah mashhad, allah mashhad, anal ibad kul ikhwa."</w:t>
      </w:r>
      <w:r>
        <w:br/>
      </w:r>
      <w:r>
        <w:rPr>
          <w:sz w:val="20"/>
        </w:rPr>
        <w:t>39:23  it means, "i bear witness." it means, "i bear witness that all human being are sisters or brothers to each other." this is the prophetic vision.</w:t>
      </w:r>
      <w:r>
        <w:br/>
      </w:r>
      <w:r>
        <w:rPr>
          <w:sz w:val="20"/>
        </w:rPr>
        <w:t>39:50  this is the prophetic thinking.</w:t>
      </w:r>
      <w:r>
        <w:br/>
      </w:r>
      <w:r>
        <w:rPr>
          <w:sz w:val="20"/>
        </w:rPr>
        <w:t>39:58  all human being are brothers and sisters to each other.</w:t>
      </w:r>
    </w:p>
    <w:p>
      <w:pPr>
        <w:pStyle w:val="Heading2"/>
      </w:pPr>
      <w:r>
        <w:t>Hardship is a blessing in disguise, a wake-up call</w:t>
      </w:r>
    </w:p>
    <w:p>
      <w:r>
        <w:rPr>
          <w:color w:val="666666"/>
          <w:sz w:val="18"/>
        </w:rPr>
        <w:t>Divine Warning October 31, 2013 Maulana Wahiduddin Khan · 38s · at 12:30 · https://youtu.be/np9p9TqUa-g?t=750</w:t>
      </w:r>
    </w:p>
    <w:p>
      <w:r>
        <w:rPr>
          <w:i/>
        </w:rPr>
        <w:t>“Yeh sakhtiyan blessing in disguise hoti hain”</w:t>
      </w:r>
    </w:p>
    <w:p>
      <w:r>
        <w:rPr>
          <w:sz w:val="20"/>
        </w:rPr>
        <w:t>12:30  dekhiye yeh aise jo boss ya aise jo sakhtiyan pesh ati hain, woh blessing in disguise hoti hain. woh Allah ki rehmat hoti hai.</w:t>
      </w:r>
      <w:r>
        <w:br/>
      </w:r>
      <w:r>
        <w:rPr>
          <w:sz w:val="20"/>
        </w:rPr>
        <w:t>12:44  jaise hadith mein aata hai ke in Allah ahabb qawman ibtala Allah jis se mohabbat karta hai to us ko woh mubtala kar deta hai sakhti mein.</w:t>
      </w:r>
      <w:r>
        <w:br/>
      </w:r>
      <w:r>
        <w:rPr>
          <w:sz w:val="20"/>
        </w:rPr>
        <w:t>12:58  to yeh goya ke hammering ki zuban hai. yeh jhanjhorne ki zuban hai. yeh blessing in disguise hai.</w:t>
      </w:r>
    </w:p>
    <w:p>
      <w:pPr>
        <w:pStyle w:val="Heading2"/>
      </w:pPr>
      <w:r>
        <w:t>Quran as universal guidance vs national pride</w:t>
      </w:r>
    </w:p>
    <w:p>
      <w:r>
        <w:rPr>
          <w:color w:val="666666"/>
          <w:sz w:val="18"/>
        </w:rPr>
        <w:t>Quran A Book of Universal Guidance 31 May, 2009 Maulana Wahiduddin Khan · 58s · at 0:37 · https://youtu.be/hFzdEtG7v1E?t=37</w:t>
      </w:r>
    </w:p>
    <w:p>
      <w:r>
        <w:rPr>
          <w:i/>
        </w:rPr>
        <w:t>“Aaj ka topic hai Quran: a book of universal guidance”</w:t>
      </w:r>
    </w:p>
    <w:p>
      <w:r>
        <w:rPr>
          <w:sz w:val="20"/>
        </w:rPr>
        <w:t>0:37  Aaj ka jo topic hai woh hai Quran: A Book of Universal Guidance.</w:t>
      </w:r>
      <w:r>
        <w:br/>
      </w:r>
      <w:r>
        <w:rPr>
          <w:sz w:val="20"/>
        </w:rPr>
        <w:t>0:54  Main samajhta hoon ke is zamane mein musalmanon ke jitne problem hain, woh sab ka sab in sab ki jar yeh hai ke Quran ko unhone as a book of guidance chhod diya hai.</w:t>
      </w:r>
      <w:r>
        <w:br/>
      </w:r>
      <w:r>
        <w:rPr>
          <w:sz w:val="20"/>
        </w:rPr>
        <w:t>1:17  Ek word mein agar main kahoon to woh yeh hai ke aaj ke musalmanon ke liye, yani mister aur molvi dono ke liye, Quran national pride ban gaya hai.</w:t>
      </w:r>
    </w:p>
    <w:p>
      <w:pPr>
        <w:pStyle w:val="Heading2"/>
      </w:pPr>
      <w:r>
        <w:t>You must love people before you can call them to faith</w:t>
      </w:r>
    </w:p>
    <w:p>
      <w:r>
        <w:rPr>
          <w:color w:val="666666"/>
          <w:sz w:val="18"/>
        </w:rPr>
        <w:t>Fasting Training for Discipline August 16, 2009 · 29s · at 1:06:03 · https://youtu.be/sZw-RIqkF1c?t=3963</w:t>
      </w:r>
    </w:p>
    <w:p>
      <w:r>
        <w:rPr>
          <w:i/>
        </w:rPr>
        <w:t>“Mad'u se mohabbat karna padta hai, tab dawah ka aaghaz hota hai”</w:t>
      </w:r>
    </w:p>
    <w:p>
      <w:r>
        <w:rPr>
          <w:sz w:val="20"/>
        </w:rPr>
        <w:t>1:06:03  dawat to sab hi sab hi dawat chahtay hain. dawat ka kaam. main ne kaha aap galat keh rahay hain. aap main ne kaha ke madu se mohabbat karna parta hai, tab dawat ka aaghaz hota hai.</w:t>
      </w:r>
      <w:r>
        <w:br/>
      </w:r>
      <w:r>
        <w:rPr>
          <w:sz w:val="20"/>
        </w:rPr>
        <w:t>1:06:18  to mohabbat kaise karenge aap?</w:t>
      </w:r>
      <w:r>
        <w:br/>
      </w:r>
      <w:r>
        <w:rPr>
          <w:sz w:val="20"/>
        </w:rPr>
        <w:t>1:06:22  jab doosron ko aap samjhen ke hamare dushman hain, hamein un se ladna hai, to mohabbat to khatm ho jayegi. Mohabbat khatm ho, dawat bhi khatm ho jayegi.</w:t>
      </w:r>
    </w:p>
    <w:p>
      <w:pPr>
        <w:pStyle w:val="Heading2"/>
      </w:pPr>
      <w:r>
        <w:t>Qur'anic purpose of creation: man as khalifa over universe</w:t>
      </w:r>
    </w:p>
    <w:p>
      <w:r>
        <w:rPr>
          <w:color w:val="666666"/>
          <w:sz w:val="18"/>
        </w:rPr>
        <w:t>Purpose of Creation September 28, 2014 · 2m 27s · at 1:22 · https://youtu.be/7M-rzLZzCYw?t=82</w:t>
      </w:r>
    </w:p>
    <w:p>
      <w:r>
        <w:rPr>
          <w:i/>
        </w:rPr>
        <w:t>“Wama khalaqtul jinna wal insa illa liya'budoon”</w:t>
      </w:r>
    </w:p>
    <w:p>
      <w:r>
        <w:rPr>
          <w:sz w:val="20"/>
        </w:rPr>
        <w:t>1:22  Quran ki ek aayat hai Az-Zariyat mein: "Wa ma khalaqtul jinna wal insa illa li ya'budoon". Is mein Abdullah ibn Abbas ne kaha hai ke "li ya'budoon" ka matlab hai "li ya'rifoon".</w:t>
      </w:r>
      <w:r>
        <w:br/>
      </w:r>
      <w:r>
        <w:rPr>
          <w:sz w:val="20"/>
        </w:rPr>
        <w:t>1:38  Yani Allah taala ne jo takhleeq kiya insaan ko, to is ka maqsad yeh tha ke insaan</w:t>
      </w:r>
      <w:r>
        <w:br/>
      </w:r>
      <w:r>
        <w:rPr>
          <w:sz w:val="20"/>
        </w:rPr>
        <w:t>1:49  marifat hasil kare, aur marifat ka nateeja hai ke woh Allah ka aabid ban jaye.</w:t>
      </w:r>
      <w:r>
        <w:br/>
      </w:r>
      <w:r>
        <w:rPr>
          <w:sz w:val="20"/>
        </w:rPr>
        <w:t>1:57  Yani is ka matlab yeh tha ke apne khalíq ko discovery ke darje mein daryaft karna.</w:t>
      </w:r>
      <w:r>
        <w:br/>
      </w:r>
      <w:r>
        <w:rPr>
          <w:sz w:val="20"/>
        </w:rPr>
        <w:t>2:11  phir dekhiye, jo surah al-baqarah mein jo bataya gaya hai ke insaan ko paida kiya jab Allah taala ne, us waqt ka jo qissa bataya gaya woh yeh hai ke Allah ne Adam ko paida kiya aur yeh elaan kiya ke yeh zameen mein khalifa hoga.</w:t>
      </w:r>
      <w:r>
        <w:br/>
      </w:r>
      <w:r>
        <w:rPr>
          <w:sz w:val="20"/>
        </w:rPr>
        <w:t>2:40  khalifa ka matlab koi hukoomat ki baat nahi hai, iska koi political connotation nahi hai. iska matlab yeh hai ke zameen iske incharge mein ho, woh zameen ka incharge hoga.</w:t>
      </w:r>
      <w:r>
        <w:br/>
      </w:r>
      <w:r>
        <w:rPr>
          <w:sz w:val="20"/>
        </w:rPr>
        <w:t>2:54  muslim ya ghair muslim hone ki baat nahi hai yeh, aur poori zameen iske charge mein hogi. phir zamini ki jab baat nahi hai balkeh poori kainat ki baat hai.</w:t>
      </w:r>
      <w:r>
        <w:br/>
      </w:r>
      <w:r>
        <w:rPr>
          <w:sz w:val="20"/>
        </w:rPr>
        <w:t>3:11  kyunke dekhiye, Quran mein hai ke: "sakharkum sakhara lakum fis-samawati wama fil-ard". saare zameen o aasman ko, yaani saari kainat ko,</w:t>
      </w:r>
      <w:r>
        <w:br/>
      </w:r>
      <w:r>
        <w:rPr>
          <w:sz w:val="20"/>
        </w:rPr>
        <w:t>3:29  insaan ke charge mein de diya.</w:t>
      </w:r>
      <w:r>
        <w:br/>
      </w:r>
      <w:r>
        <w:rPr>
          <w:sz w:val="20"/>
        </w:rPr>
        <w:t>3:33  yaani insaan ko aisi salahiyatein dein ke woh poori kainat ko istemaal kar sake marifat ke husool ke liye.</w:t>
      </w:r>
    </w:p>
    <w:p>
      <w:pPr>
        <w:pStyle w:val="Heading2"/>
      </w:pPr>
      <w:r>
        <w:t>Hudaybiyya defeat as great victory</w:t>
      </w:r>
    </w:p>
    <w:p>
      <w:r>
        <w:rPr>
          <w:color w:val="666666"/>
          <w:sz w:val="18"/>
        </w:rPr>
        <w:t>Quran The Book of Good Tidings 14 March, 2020 - Maulana Wahiduddin Khan · 2m 16s · at 16:11 · https://youtu.be/w4R9waZ72gE?t=971</w:t>
      </w:r>
    </w:p>
    <w:p>
      <w:r>
        <w:rPr>
          <w:i/>
        </w:rPr>
        <w:t>“Zara gaur kijie jo Quran mein jo surah fat'h hai surah fat'h”</w:t>
      </w:r>
    </w:p>
    <w:p>
      <w:r>
        <w:rPr>
          <w:sz w:val="20"/>
        </w:rPr>
        <w:t>16:11  zara ghor kijiye, jo quran mein jo surah fath hai, surah fath, to fath jo waqea jo hua tha, woh kya tha?</w:t>
      </w:r>
      <w:r>
        <w:br/>
      </w:r>
      <w:r>
        <w:rPr>
          <w:sz w:val="20"/>
        </w:rPr>
        <w:t>16:25  woh to peechay hat hatnay ka waqea tha.</w:t>
      </w:r>
      <w:r>
        <w:br/>
      </w:r>
      <w:r>
        <w:rPr>
          <w:sz w:val="20"/>
        </w:rPr>
        <w:t>16:31  yani surah hudaybiya ka waqea jo tha, is mein kya tha? peechay hatna. rasool allah makkah se chalay, madina se rasool allah madinay se chalay,</w:t>
      </w:r>
      <w:r>
        <w:br/>
      </w:r>
      <w:r>
        <w:rPr>
          <w:sz w:val="20"/>
        </w:rPr>
        <w:t>16:47  is iraday se keh makkah jayengay. makkah se aa kar</w:t>
      </w:r>
      <w:r>
        <w:br/>
      </w:r>
      <w:r>
        <w:rPr>
          <w:sz w:val="20"/>
        </w:rPr>
        <w:t>16:52  ja kar umrah karengay, aur saray sahaba khush ho rahay hain keh ab janay hudaybiya ke liye, hudaybiya se phir makkah ja kar umrah karengay.</w:t>
      </w:r>
      <w:r>
        <w:br/>
      </w:r>
      <w:r>
        <w:rPr>
          <w:sz w:val="20"/>
        </w:rPr>
        <w:t>17:06  lekin jab woh hudaybiya pohanchay to un ko, yani</w:t>
      </w:r>
      <w:r>
        <w:br/>
      </w:r>
      <w:r>
        <w:rPr>
          <w:sz w:val="20"/>
        </w:rPr>
        <w:t>17:11  bajabr, wapas lota diya gaya keh wapas jao, hum tum ko umrah nahi karnay dengay. aur is ko keh diya keh yeh to fath azeem hai.</w:t>
      </w:r>
      <w:r>
        <w:br/>
      </w:r>
      <w:r>
        <w:rPr>
          <w:sz w:val="20"/>
        </w:rPr>
        <w:t>17:24  fath azeem kyun hai? fath azeem kyun hai? fath azeem yeh hai keh</w:t>
      </w:r>
      <w:r>
        <w:br/>
      </w:r>
      <w:r>
        <w:rPr>
          <w:sz w:val="20"/>
        </w:rPr>
        <w:t>17:31  jo log gay thay, sahaba ki jamaat jo gayi thi madinay se makkah ke liye, aur woh loti allah ke hukum par, to is ka matlab hai keh allah ke hukum ki tum nay taameel kiye bawajood is se keh tumhari marzi ke khilaf tha.</w:t>
      </w:r>
      <w:r>
        <w:br/>
      </w:r>
      <w:r>
        <w:rPr>
          <w:sz w:val="20"/>
        </w:rPr>
        <w:t>17:49  woh</w:t>
      </w:r>
      <w:r>
        <w:br/>
      </w:r>
      <w:r>
        <w:rPr>
          <w:sz w:val="20"/>
        </w:rPr>
        <w:t>17:54  tum kehne aaye thay ke hum ke hazrat Allah ke rasool hain, haan hamari baat mano, aur Allah ke lafz rasooli ko mita diya, mita ke wapas wapas chalay gaye.</w:t>
      </w:r>
      <w:r>
        <w:br/>
      </w:r>
      <w:r>
        <w:rPr>
          <w:sz w:val="20"/>
        </w:rPr>
        <w:t>18:10  is par fatah hui.</w:t>
      </w:r>
      <w:r>
        <w:br/>
      </w:r>
      <w:r>
        <w:rPr>
          <w:sz w:val="20"/>
        </w:rPr>
        <w:t>18:16  to bohat ajeeb quran, ajeeb kitaab hai. quran mein basharatain hain, good news hai,</w:t>
      </w:r>
    </w:p>
    <w:p>
      <w:pPr>
        <w:pStyle w:val="Heading2"/>
      </w:pPr>
      <w:r>
        <w:t>Ramadan is a training month, not a hunger ritual</w:t>
      </w:r>
    </w:p>
    <w:p>
      <w:r>
        <w:rPr>
          <w:color w:val="666666"/>
          <w:sz w:val="18"/>
        </w:rPr>
        <w:t>Ramadan Month of The Quran June 28, 2015 · 1m 55s · at 38:25 · https://youtu.be/Ca7wr4bEy9Y?t=2305</w:t>
      </w:r>
    </w:p>
    <w:p>
      <w:r>
        <w:rPr>
          <w:i/>
        </w:rPr>
        <w:t>“Ramzan ka mahina, sach poochhen to, tarbiyat ka mahina hai”</w:t>
      </w:r>
    </w:p>
    <w:p>
      <w:r>
        <w:rPr>
          <w:sz w:val="20"/>
        </w:rPr>
        <w:t>38:25  yani ramzan ka mahina jo hai, sach poochhen to tarbiyat ka mahina hai. tarbiyat ramzan ka mahina bhook pyas ka bana nahin hai. bhook pyas to us ki zahiri shakal hai.</w:t>
      </w:r>
      <w:r>
        <w:br/>
      </w:r>
      <w:r>
        <w:rPr>
          <w:sz w:val="20"/>
        </w:rPr>
        <w:t>38:38  asal yeh hai ke tarbiyat, asal yeh hai ke woh tarbiyat ka mahina hai.</w:t>
      </w:r>
      <w:r>
        <w:br/>
      </w:r>
      <w:r>
        <w:rPr>
          <w:sz w:val="20"/>
        </w:rPr>
        <w:t>38:43  apne aap ko ek aisa insan banana jo be shikayat ho, jis ke andar koi baish na ho, jis ke andar kisi ke liye koi ranjish na ho, jis ke liye, jis ke liye, jis ke andar kisi ke liye koi, jis ko kehte hain, keena na ho.</w:t>
      </w:r>
      <w:r>
        <w:br/>
      </w:r>
      <w:r>
        <w:rPr>
          <w:sz w:val="20"/>
        </w:rPr>
        <w:t>39:04  keena kehte hain, yani chupi hui shikayat ko. to is ki tarbiyat ka yeh mahina hai.</w:t>
      </w:r>
      <w:r>
        <w:br/>
      </w:r>
      <w:r>
        <w:rPr>
          <w:sz w:val="20"/>
        </w:rPr>
        <w:t>39:13  to tarbiyat kaise banti hai? aisa nahi ke aap bhooke paas, yaani bhooke reh gaye ho, pyase reh gaye ho, to tarbiyat ho jayegi. Yeh tak tarbiyat jo hoti hai, woh bhook pyas se nahi hoti, balke Ramzan ka mahina hai, woh Quran ki study karne se hoti hai.</w:t>
      </w:r>
      <w:r>
        <w:br/>
      </w:r>
      <w:r>
        <w:rPr>
          <w:sz w:val="20"/>
        </w:rPr>
        <w:t>39:32  yeh bhi wazeh kar, yeh bhi aadmi ko samajhna chahiye ke Ramzan ka mahine tarbiyat jo hoti hai,</w:t>
      </w:r>
      <w:r>
        <w:br/>
      </w:r>
      <w:r>
        <w:rPr>
          <w:sz w:val="20"/>
        </w:rPr>
        <w:t>39:40  woh is liye nahi hoti ke aadmi bhooka rehta hai, pyasa rehta hai, balke Ramzan ke mahine woh khusoosi taur par Quran ka mutala karta hai, Quran ki study karta hai.</w:t>
      </w:r>
      <w:r>
        <w:br/>
      </w:r>
      <w:r>
        <w:rPr>
          <w:sz w:val="20"/>
        </w:rPr>
        <w:t>39:53  to is ki wajah se is ki tarbiyat hoti rehti hai aur taraveeh mein Quran ko sunta hai,</w:t>
      </w:r>
      <w:r>
        <w:br/>
      </w:r>
      <w:r>
        <w:rPr>
          <w:sz w:val="20"/>
        </w:rPr>
        <w:t>39:59  namazon mein bhi Quran ka hissa padha jata hai. To yeh jo jo tarbiyah, taraveeh ka jo tareeqa ho, baatein padha, yeh bohat hikmat is ke andar hai ke Ramzan ke mahine mein poore Quran ko ghaur se padho aur suno, is se sabak lo.</w:t>
      </w:r>
    </w:p>
    <w:p>
      <w:pPr>
        <w:pStyle w:val="Heading2"/>
      </w:pPr>
      <w:r>
        <w:t>Misinterpreting Quran by ignoring context</w:t>
      </w:r>
    </w:p>
    <w:p>
      <w:r>
        <w:rPr>
          <w:color w:val="666666"/>
          <w:sz w:val="18"/>
        </w:rPr>
        <w:t>Misinterpretation of Islam July 24, 2008 · 1m 58s · at 36:02 · https://youtu.be/SNX20ErFRDo?t=2162</w:t>
      </w:r>
    </w:p>
    <w:p>
      <w:r>
        <w:rPr>
          <w:i/>
        </w:rPr>
        <w:t>“They used half a verse to say don't pray.”</w:t>
      </w:r>
    </w:p>
    <w:p>
      <w:r>
        <w:rPr>
          <w:sz w:val="20"/>
        </w:rPr>
        <w:t>36:02  jaise quran majeed mein dekhiye, aik ayat hai: "la taqrabu al-salata", namaz ke qareeb na jao. yeh quran ke word hain: "la taqrabu al-salata", namaz ke qareeb na jao.</w:t>
      </w:r>
      <w:r>
        <w:br/>
      </w:r>
      <w:r>
        <w:rPr>
          <w:sz w:val="20"/>
        </w:rPr>
        <w:t>36:19  ab aik shakhs kahe ke dekho to namaz, woh quran mein khud hi likha hua hai ke namaz na parho, namaz ke qareeb bach jao. to bohat hi insincere mind aisa kahe ga.</w:t>
      </w:r>
      <w:r>
        <w:br/>
      </w:r>
      <w:r>
        <w:rPr>
          <w:sz w:val="20"/>
        </w:rPr>
        <w:t>36:30  kyun? aap poori ayat ko parhiye, context ko dekhiye. to context jo aap dekhenge, poora jo jis context mein aayi hai, us ko padhenge aap to wahan par likha hua hai:</w:t>
      </w:r>
      <w:r>
        <w:br/>
      </w:r>
      <w:r>
        <w:rPr>
          <w:sz w:val="20"/>
        </w:rPr>
        <w:t>36:43  "la taqrabu al-salata", wa antum sukara, yani nashe ki halat mein namaz mein na aao. matlab nashe aur namaz ikatha nahi ho sakte.</w:t>
      </w:r>
      <w:r>
        <w:br/>
      </w:r>
      <w:r>
        <w:rPr>
          <w:sz w:val="20"/>
        </w:rPr>
        <w:t>36:54  tum ne drink kiya hai, tum ne sharab piya hai, tum nashe mein ho, to phir namaz kaisi hai? aisay aadmi ki namaz qabool nahi hogi.</w:t>
      </w:r>
      <w:r>
        <w:br/>
      </w:r>
      <w:r>
        <w:rPr>
          <w:sz w:val="20"/>
        </w:rPr>
        <w:t>37:05  to namaz parhna hai to nashe chhoro, namaz parhna hai to drink chhoro, namaz parhna hai to sharab chhoro. yeh matlab hai is ka.</w:t>
      </w:r>
      <w:r>
        <w:br/>
      </w:r>
      <w:r>
        <w:rPr>
          <w:sz w:val="20"/>
        </w:rPr>
        <w:t>37:16  to adha liya, adha nahi liya aur keh diya ke dekhiye, namaz quran mein khud hi hai ke namaz na parho. to dekhiye, misinterpretation se wohi bach sakta hai jo jo quran ko ya hadith ko bohat hi seriously le,</w:t>
      </w:r>
      <w:r>
        <w:br/>
      </w:r>
      <w:r>
        <w:rPr>
          <w:sz w:val="20"/>
        </w:rPr>
        <w:t>37:38  aik aik baat par soche, aik aik baat par dhyan de, context ko par dhyan de</w:t>
      </w:r>
      <w:r>
        <w:br/>
      </w:r>
      <w:r>
        <w:rPr>
          <w:sz w:val="20"/>
        </w:rPr>
        <w:t>37:48  aur kafi soch samajh kar usay jo relevant jo baatein hain, us ko bhi dhyan mein rakhe aur phir aik rai banaye.</w:t>
      </w:r>
    </w:p>
    <w:p>
      <w:pPr>
        <w:pStyle w:val="Heading2"/>
      </w:pPr>
      <w:r>
        <w:t>Does dying without a khalifa mean dying in ignorance?</w:t>
      </w:r>
    </w:p>
    <w:p>
      <w:r>
        <w:rPr>
          <w:color w:val="666666"/>
          <w:sz w:val="18"/>
        </w:rPr>
        <w:t>Rationalization of Evil Feb 15, 2009 · 2m 38s · at 1:14:38 · https://youtu.be/WbeB4g7sNQ4?t=4478</w:t>
      </w:r>
    </w:p>
    <w:p>
      <w:r>
        <w:rPr>
          <w:i/>
        </w:rPr>
        <w:t>“ون ہو ڈائز وداؤٹ بیت ان دی ہینڈز آف خلیفہ”</w:t>
      </w:r>
    </w:p>
    <w:p>
      <w:r>
        <w:rPr>
          <w:sz w:val="20"/>
        </w:rPr>
        <w:t>1:14:38  he says one of his friends says that leadership in muslim ummah is a must and he gives examples that the companions of the prophet kept prophets body unburied until they got abubakar appointed as a khalifa.</w:t>
      </w:r>
      <w:r>
        <w:br/>
      </w:r>
      <w:r>
        <w:rPr>
          <w:sz w:val="20"/>
        </w:rPr>
        <w:t>1:14:57  he also quotes a hadith in this regard that one who dies without bai'ah in the hands of a khalifa dies igno.</w:t>
      </w:r>
      <w:r>
        <w:br/>
      </w:r>
      <w:r>
        <w:rPr>
          <w:sz w:val="20"/>
        </w:rPr>
        <w:t>1:15:11  is ka jawab mein doon ga Maulana Ashraf Ali Sahab Thanvi ki zaban mein. to un ke zamane mein koi log jihad kar rahe the</w:t>
      </w:r>
      <w:r>
        <w:br/>
      </w:r>
      <w:r>
        <w:rPr>
          <w:sz w:val="20"/>
        </w:rPr>
        <w:t>1:15:22  angrezon ke khilaf to Maulana Ashraf Ali Thanvi kehte the ke yeh jihad tumhara jaiz nahi hai. unhon ne kyun kaha ke ameer tumhara koi hai hi nahi, aise hi lad rahe ho, idhar udhar maar rahe ho un ko.</w:t>
      </w:r>
      <w:r>
        <w:br/>
      </w:r>
      <w:r>
        <w:rPr>
          <w:sz w:val="20"/>
        </w:rPr>
        <w:t>1:15:37  to sab se pehle ek ameer hona chahiye. ameer ke baghair jihad jaiz nahi hai. unhon ne kaha to unhon ne kaha ke hum phir aap ko hum ameer bana lete hain,</w:t>
      </w:r>
      <w:r>
        <w:br/>
      </w:r>
      <w:r>
        <w:rPr>
          <w:sz w:val="20"/>
        </w:rPr>
        <w:t>1:15:50  aap aap ameer ho jaiye, aap ke imarat mein hum jihad karen ge. kaha theek hai lekin jante ho ke main pehla mera order kya hoga?</w:t>
      </w:r>
      <w:r>
        <w:br/>
      </w:r>
      <w:r>
        <w:rPr>
          <w:sz w:val="20"/>
        </w:rPr>
        <w:t>1:15:59  pehla order yeh hoga ke jihad band karo, mano ge tum is ko? to woh log chale gaye. yeh ek mazak hai, ek jihad jo hai mazak hai, koi kaam sab pe apne ko kankar karna parta hai.</w:t>
      </w:r>
      <w:r>
        <w:br/>
      </w:r>
      <w:r>
        <w:rPr>
          <w:sz w:val="20"/>
        </w:rPr>
        <w:t>1:16:12  apne ko aap ne kankar nahi kiya aur jihad chhod diya hai, yeh to haram hai yeh sab kaam.</w:t>
      </w:r>
      <w:r>
        <w:br/>
      </w:r>
      <w:r>
        <w:rPr>
          <w:sz w:val="20"/>
        </w:rPr>
        <w:t>1:16:18  to wahan jo tha us ko aap us ka example nahi de sakte. aaj kal ke zamane mein kaun kisi ko manta hai? aaj wahan to khalifa bana diya gaya, sab log maan liya us ko.</w:t>
      </w:r>
      <w:r>
        <w:br/>
      </w:r>
      <w:r>
        <w:rPr>
          <w:sz w:val="20"/>
        </w:rPr>
        <w:t>1:16:27  unhon ne aaj to kaun kisi ko manta hai? already mashroob basharat bari, is mein kai kai faction ho gaye, is tarah port bana, woh bhi kai faction ho gaye.</w:t>
      </w:r>
      <w:r>
        <w:br/>
      </w:r>
      <w:r>
        <w:rPr>
          <w:sz w:val="20"/>
        </w:rPr>
        <w:t>1:16:38  muslim league bani thi, is ke 50 faction ho gaye. aise kai dunya mein kaam hota hai. pehle musalmanon mein yeh jazba paida kijiye ke woh itaat karein,</w:t>
      </w:r>
      <w:r>
        <w:br/>
      </w:r>
      <w:r>
        <w:rPr>
          <w:sz w:val="20"/>
        </w:rPr>
        <w:t>1:16:47  woh ek aadmi ameer ho, sab log koi maan lein us ki baat. aaj kal kaun manta hai? to is ko refer karna bohat hi zyada sarkashi mein samajhta hoon ke musalmanon mein mizaj paida kiya jaye apni itaat ka aur kehte hain ke hum ko ameer banao.</w:t>
      </w:r>
      <w:r>
        <w:br/>
      </w:r>
      <w:r>
        <w:rPr>
          <w:sz w:val="20"/>
        </w:rPr>
        <w:t>1:17:04  to ameer aap ko bana bhi diya jaye to kaun manta hai aap ki baat ko? itaat ka jazba paida paida kijiye logon ke andar, manne ka mizaj paida.</w:t>
      </w:r>
      <w:r>
        <w:br/>
      </w:r>
      <w:r>
        <w:rPr>
          <w:sz w:val="20"/>
        </w:rPr>
        <w:t>1:17:12  musalman manne ka mizaj hi nahi hai.</w:t>
      </w:r>
    </w:p>
    <w:p>
      <w:pPr>
        <w:pStyle w:val="Heading2"/>
      </w:pPr>
      <w:r>
        <w:t>Fiqh mistake and the real essence of Quran</w:t>
      </w:r>
    </w:p>
    <w:p>
      <w:r>
        <w:rPr>
          <w:color w:val="666666"/>
          <w:sz w:val="18"/>
        </w:rPr>
        <w:t>Revival of Islam July 21, 2008 · 6m 07s · at 10:28 · https://youtu.be/Rr4sGbJUbQw?t=628</w:t>
      </w:r>
    </w:p>
    <w:p>
      <w:r>
        <w:rPr>
          <w:i/>
        </w:rPr>
        <w:t>“In the Abbasid period fiqh was developed”</w:t>
      </w:r>
    </w:p>
    <w:p>
      <w:r>
        <w:rPr>
          <w:sz w:val="20"/>
        </w:rPr>
        <w:t>10:28  to aik cheez ye maloom hui</w:t>
      </w:r>
      <w:r>
        <w:br/>
      </w:r>
      <w:r>
        <w:rPr>
          <w:sz w:val="20"/>
        </w:rPr>
        <w:t>10:32  dusri cheez yeh hai</w:t>
      </w:r>
      <w:r>
        <w:br/>
      </w:r>
      <w:r>
        <w:rPr>
          <w:sz w:val="20"/>
        </w:rPr>
        <w:t>10:34  aik bohat bari ghalati yeh hui baad ke zamanay mein</w:t>
      </w:r>
      <w:r>
        <w:br/>
      </w:r>
      <w:r>
        <w:rPr>
          <w:sz w:val="20"/>
        </w:rPr>
        <w:t>10:39  ke abbasi dour mein abbasi period mein fiqah bani bohat se fuqaha paida hue jurist fuqaha kehte hain</w:t>
      </w:r>
      <w:r>
        <w:br/>
      </w:r>
      <w:r>
        <w:rPr>
          <w:sz w:val="20"/>
        </w:rPr>
        <w:t>10:50  jurist ko j u r i s t</w:t>
      </w:r>
      <w:r>
        <w:br/>
      </w:r>
      <w:r>
        <w:rPr>
          <w:sz w:val="20"/>
        </w:rPr>
        <w:t>10:55  to in logon ne aik poori fiqah banai</w:t>
      </w:r>
      <w:r>
        <w:br/>
      </w:r>
      <w:r>
        <w:rPr>
          <w:sz w:val="20"/>
        </w:rPr>
        <w:t>10:59  bohat si kitabein likhin</w:t>
      </w:r>
      <w:r>
        <w:br/>
      </w:r>
      <w:r>
        <w:rPr>
          <w:sz w:val="20"/>
        </w:rPr>
        <w:t>11:02  تو بعد کو یہ سمجھ لیا گیا کہ یہ جو اسکالر تھے یہ جو فقہاء تھے تو extract</w:t>
      </w:r>
      <w:r>
        <w:br/>
      </w:r>
      <w:r>
        <w:rPr>
          <w:sz w:val="20"/>
        </w:rPr>
        <w:t>11:09  کر لیا انہوں نے قرآن کو قرآن میں جو باتیں بتائی گئی تھیں اس کو extract</w:t>
      </w:r>
      <w:r>
        <w:br/>
      </w:r>
      <w:r>
        <w:rPr>
          <w:sz w:val="20"/>
        </w:rPr>
        <w:t>11:13  kar liya ab ab kisi ko kuch samajhna hai deen kya hai islam kya hai to fiqah parhe</w:t>
      </w:r>
      <w:r>
        <w:br/>
      </w:r>
      <w:r>
        <w:rPr>
          <w:sz w:val="20"/>
        </w:rPr>
        <w:t>11:22  yeh aik bohat bari bhool thi</w:t>
      </w:r>
      <w:r>
        <w:br/>
      </w:r>
      <w:r>
        <w:rPr>
          <w:sz w:val="20"/>
        </w:rPr>
        <w:t>11:25  is ka nateeja kya hua</w:t>
      </w:r>
      <w:r>
        <w:br/>
      </w:r>
      <w:r>
        <w:rPr>
          <w:sz w:val="20"/>
        </w:rPr>
        <w:t>11:28  ke logon ne quran ko bana diya kitab tilawat</w:t>
      </w:r>
      <w:r>
        <w:br/>
      </w:r>
      <w:r>
        <w:rPr>
          <w:sz w:val="20"/>
        </w:rPr>
        <w:t>11:32  یعنی بک آف ریسائٹیشن ریسائٹ کر لو ثواب ملتا رہے گا بس</w:t>
      </w:r>
      <w:r>
        <w:br/>
      </w:r>
      <w:r>
        <w:rPr>
          <w:sz w:val="20"/>
        </w:rPr>
        <w:t>11:39  to baat ko jo yeh riwaj parha ke log bila samjhe boojhe quran ki tilawat karne lage</w:t>
      </w:r>
      <w:r>
        <w:br/>
      </w:r>
      <w:r>
        <w:rPr>
          <w:sz w:val="20"/>
        </w:rPr>
        <w:t>11:47  that was a deviation</w:t>
      </w:r>
      <w:r>
        <w:br/>
      </w:r>
      <w:r>
        <w:rPr>
          <w:sz w:val="20"/>
        </w:rPr>
        <w:t>11:49  kyunke quran jo tha woh to source tha</w:t>
      </w:r>
      <w:r>
        <w:br/>
      </w:r>
      <w:r>
        <w:rPr>
          <w:sz w:val="20"/>
        </w:rPr>
        <w:t>11:52  deen ko samajhne ka islam ko janne ka ab source ban gaya kya fiqah</w:t>
      </w:r>
      <w:r>
        <w:br/>
      </w:r>
      <w:r>
        <w:rPr>
          <w:sz w:val="20"/>
        </w:rPr>
        <w:t>11:59  hai to jo bhi baatein thin deen ki shariyat ki woh sab nichor kar ke extract kar ke</w:t>
      </w:r>
      <w:r>
        <w:br/>
      </w:r>
      <w:r>
        <w:rPr>
          <w:sz w:val="20"/>
        </w:rPr>
        <w:t>12:05  hamare fuqaha ne fiqah mein</w:t>
      </w:r>
      <w:r>
        <w:br/>
      </w:r>
      <w:r>
        <w:rPr>
          <w:sz w:val="20"/>
        </w:rPr>
        <w:t>12:10  madawwar kar diya sab likh diya</w:t>
      </w:r>
      <w:r>
        <w:br/>
      </w:r>
      <w:r>
        <w:rPr>
          <w:sz w:val="20"/>
        </w:rPr>
        <w:t>12:14  to yeh bilkul</w:t>
      </w:r>
      <w:r>
        <w:br/>
      </w:r>
      <w:r>
        <w:rPr>
          <w:sz w:val="20"/>
        </w:rPr>
        <w:t>12:17  bohat bari bhool thi yeh</w:t>
      </w:r>
      <w:r>
        <w:br/>
      </w:r>
      <w:r>
        <w:rPr>
          <w:sz w:val="20"/>
        </w:rPr>
        <w:t>12:19  har zamanay mein baad ke zamanay mein aur kisi bhi zamanay mein</w:t>
      </w:r>
      <w:r>
        <w:br/>
      </w:r>
      <w:r>
        <w:rPr>
          <w:sz w:val="20"/>
        </w:rPr>
        <w:t>12:24  islam ko samajhne ka asal source jo hai woh quran hi rahega</w:t>
      </w:r>
      <w:r>
        <w:br/>
      </w:r>
      <w:r>
        <w:rPr>
          <w:sz w:val="20"/>
        </w:rPr>
        <w:t>12:28  hadith rahegi rasool Allah ki sunnat rahegi fiqah nahi rahegi</w:t>
      </w:r>
      <w:r>
        <w:br/>
      </w:r>
      <w:r>
        <w:rPr>
          <w:sz w:val="20"/>
        </w:rPr>
        <w:t>12:33  yani fiqah ko dekha jayega quran ki roshni mein nahi ke fiqah ki roshni mein quran ko</w:t>
      </w:r>
      <w:r>
        <w:br/>
      </w:r>
      <w:r>
        <w:rPr>
          <w:sz w:val="20"/>
        </w:rPr>
        <w:t>12:38  dekha jayega</w:t>
      </w:r>
      <w:r>
        <w:br/>
      </w:r>
      <w:r>
        <w:rPr>
          <w:sz w:val="20"/>
        </w:rPr>
        <w:t>12:42  ab dekhiye ke quran mein aik ayat hai ke rasool Allah qayamat ke din apni ummat ko kahengay rab in qawmi al quran mahjoora aey khuda</w:t>
      </w:r>
      <w:r>
        <w:br/>
      </w:r>
      <w:r>
        <w:rPr>
          <w:sz w:val="20"/>
        </w:rPr>
        <w:t>12:58  meri qom ne quran ko abandon book bana diya chori hui book bana diya is ka matlab kya yahi matlab is ka hai ke fiqh ko le liya aur quran ko chhor diya</w:t>
      </w:r>
      <w:r>
        <w:br/>
      </w:r>
      <w:r>
        <w:rPr>
          <w:sz w:val="20"/>
        </w:rPr>
        <w:t>13:15  fiqah ko le liya ke deen jo manna hai fiqah se aur quran ko chhod diya is ka</w:t>
      </w:r>
      <w:r>
        <w:br/>
      </w:r>
      <w:r>
        <w:rPr>
          <w:sz w:val="20"/>
        </w:rPr>
        <w:t>13:22  nuqsan dekhiye kya hua</w:t>
      </w:r>
      <w:r>
        <w:br/>
      </w:r>
      <w:r>
        <w:rPr>
          <w:sz w:val="20"/>
        </w:rPr>
        <w:t>13:24  دیکھیں فقہ میں سب احکام بتائے گئے ہیں یعنی جو form ہے احکام کا تو form کی detail</w:t>
      </w:r>
      <w:r>
        <w:br/>
      </w:r>
      <w:r>
        <w:rPr>
          <w:sz w:val="20"/>
        </w:rPr>
        <w:t>13:33  hai sab namaz ka form kya ho haj ka form kya ho to fiqah mein jitni detail ap</w:t>
      </w:r>
      <w:r>
        <w:br/>
      </w:r>
      <w:r>
        <w:rPr>
          <w:sz w:val="20"/>
        </w:rPr>
        <w:t>13:40  padhenge woh sirf form based hai hongi</w:t>
      </w:r>
      <w:r>
        <w:br/>
      </w:r>
      <w:r>
        <w:rPr>
          <w:sz w:val="20"/>
        </w:rPr>
        <w:t>13:45  form based yani form jo hai kisi bhi cheez ka isko bataya gaya hai fiqah mein</w:t>
      </w:r>
      <w:r>
        <w:br/>
      </w:r>
      <w:r>
        <w:rPr>
          <w:sz w:val="20"/>
        </w:rPr>
        <w:t>13:52  speed jo hai woh fiqah ka subject nahi hai</w:t>
      </w:r>
      <w:r>
        <w:br/>
      </w:r>
      <w:r>
        <w:rPr>
          <w:sz w:val="20"/>
        </w:rPr>
        <w:t>13:58  یعنی اسلام کے جو احکام ہیں اسلام کی جو teachings ہیں اس کی spirit جو ہے spirit وہ</w:t>
      </w:r>
      <w:r>
        <w:br/>
      </w:r>
      <w:r>
        <w:rPr>
          <w:sz w:val="20"/>
        </w:rPr>
        <w:t>14:04  fiqah ka subject hi nahi hai fiqah ka subject hai form ki study</w:t>
      </w:r>
      <w:r>
        <w:br/>
      </w:r>
      <w:r>
        <w:rPr>
          <w:sz w:val="20"/>
        </w:rPr>
        <w:t>14:10  form ko batana ke namaz kaise padhi jaye niyat yahan band hai ke yahan band hai khade ho</w:t>
      </w:r>
      <w:r>
        <w:br/>
      </w:r>
      <w:r>
        <w:rPr>
          <w:sz w:val="20"/>
        </w:rPr>
        <w:t>14:17  toh paon kaise ho</w:t>
      </w:r>
      <w:r>
        <w:br/>
      </w:r>
      <w:r>
        <w:rPr>
          <w:sz w:val="20"/>
        </w:rPr>
        <w:t>14:20  wagera wagera toh fiqah ka subject hai form</w:t>
      </w:r>
      <w:r>
        <w:br/>
      </w:r>
      <w:r>
        <w:rPr>
          <w:sz w:val="20"/>
        </w:rPr>
        <w:t>14:26  ab gaur kijiye ke ek kitni badi bhool thi ke ek aisi</w:t>
      </w:r>
      <w:r>
        <w:br/>
      </w:r>
      <w:r>
        <w:rPr>
          <w:sz w:val="20"/>
        </w:rPr>
        <w:t>14:32  aisi kitabein hain ya aisa ilm jis mein form par sab kuch bataya gaya tha form ko le</w:t>
      </w:r>
      <w:r>
        <w:br/>
      </w:r>
      <w:r>
        <w:rPr>
          <w:sz w:val="20"/>
        </w:rPr>
        <w:t>14:41  kar ke usi ko aap samajh lein</w:t>
      </w:r>
      <w:r>
        <w:br/>
      </w:r>
      <w:r>
        <w:rPr>
          <w:sz w:val="20"/>
        </w:rPr>
        <w:t>14:43  ke yeh deen hai speed to ghayab ho jaye gi kyun ke aur quran ko aap parhein to quran mein sab speed ki baatein hain quran sara ka sara book of speed hai is mein form kuch bhi nahi</w:t>
      </w:r>
      <w:r>
        <w:br/>
      </w:r>
      <w:r>
        <w:rPr>
          <w:sz w:val="20"/>
        </w:rPr>
        <w:t>15:00  to yahi matlab hai rasool Allah ka yeh kehna ke meri qom ne quran ko to chhor diya yani speed ko chhor diya aur form ko le liya</w:t>
      </w:r>
      <w:r>
        <w:br/>
      </w:r>
      <w:r>
        <w:rPr>
          <w:sz w:val="20"/>
        </w:rPr>
        <w:t>15:11  rasool Allah jo kahengay qayamat ke din ke meri qom ne quran ko aik abandon book bana diya aik chori hui kitab bana diya is ka matlab kya hai is ka matlab yeh hai ke form ko le liya speed ko chhor diya</w:t>
      </w:r>
      <w:r>
        <w:br/>
      </w:r>
      <w:r>
        <w:rPr>
          <w:sz w:val="20"/>
        </w:rPr>
        <w:t>15:32  ab sochiye kitni bari mahroomi hai kitni bari bhool hai ke speed to speed hi to asal hai form to is ka chhilka hai rasool Allah ne aik martaba farmaya al taqwa ha hona</w:t>
      </w:r>
      <w:r>
        <w:br/>
      </w:r>
      <w:r>
        <w:rPr>
          <w:sz w:val="20"/>
        </w:rPr>
        <w:t>15:52  yeh farmaya ke sab se bari cheez jo hai woh taqwa hai aur taqwa ka talluq aadmi ke andar ke soul se hai</w:t>
      </w:r>
      <w:r>
        <w:br/>
      </w:r>
      <w:r>
        <w:rPr>
          <w:sz w:val="20"/>
        </w:rPr>
        <w:t>16:01  toh woh thi detail iski quran majeed mein sara quran jo hai woh aap padhein isko</w:t>
      </w:r>
      <w:r>
        <w:br/>
      </w:r>
      <w:r>
        <w:rPr>
          <w:sz w:val="20"/>
        </w:rPr>
        <w:t>16:06  toh speed ko jagana</w:t>
      </w:r>
      <w:r>
        <w:br/>
      </w:r>
      <w:r>
        <w:rPr>
          <w:sz w:val="20"/>
        </w:rPr>
        <w:t>16:10  andar ki jo speed hoti hai usko activate karna</w:t>
      </w:r>
      <w:r>
        <w:br/>
      </w:r>
      <w:r>
        <w:rPr>
          <w:sz w:val="20"/>
        </w:rPr>
        <w:t>16:13  mind ko awaken karna</w:t>
      </w:r>
      <w:r>
        <w:br/>
      </w:r>
      <w:r>
        <w:rPr>
          <w:sz w:val="20"/>
        </w:rPr>
        <w:t>16:19  yani quran jo hai book of mind awaken awakening hai awakening of mind</w:t>
      </w:r>
      <w:r>
        <w:br/>
      </w:r>
      <w:r>
        <w:rPr>
          <w:sz w:val="20"/>
        </w:rPr>
        <w:t>16:28  toh isi ko chhod diya aur kahin ke samajh liya ke sirf tilawat kar lo sawab milta rahe</w:t>
      </w:r>
      <w:r>
        <w:br/>
      </w:r>
      <w:r>
        <w:rPr>
          <w:sz w:val="20"/>
        </w:rPr>
        <w:t>16:33  ga</w:t>
      </w:r>
    </w:p>
    <w:p>
      <w:pPr>
        <w:pStyle w:val="Heading2"/>
      </w:pPr>
      <w:r>
        <w:t>Quran's real subject resolves the problem of evil</w:t>
      </w:r>
    </w:p>
    <w:p>
      <w:r>
        <w:rPr>
          <w:color w:val="666666"/>
          <w:sz w:val="18"/>
        </w:rPr>
        <w:t>Quran A Book of God June 5, 2011 · 2m 22s · at 5:36 · https://youtu.be/xT0YdQ1Jgc8?t=336</w:t>
      </w:r>
    </w:p>
    <w:p>
      <w:r>
        <w:rPr>
          <w:i/>
        </w:rPr>
        <w:t>“قرآن کا جو موضوع ہے، وہ ہے بتانا انسان کو کہ خدا نے انسان کو کیوں بنایا”</w:t>
      </w:r>
    </w:p>
    <w:p>
      <w:r>
        <w:rPr>
          <w:sz w:val="20"/>
        </w:rPr>
        <w:t>5:36  to behal quran ka jo mozu hai, woh hai batana insan ko ke khuda ne insan ko kyun banaya, yeh duniya kya hai, pre death p</w:t>
      </w:r>
      <w:r>
        <w:br/>
      </w:r>
      <w:r>
        <w:rPr>
          <w:sz w:val="20"/>
        </w:rPr>
        <w:t>5:48  redicted kya hai, post death period kya hai. aur sab se bara masla jo hal hua hai usko janne ke baad, woh yeh hai ke sare philosopher, sare thinkers, sare logon ke zehan mein yeh sawal hai hazaron saal se ke khuda agar all powerful hai to duniya mein evil kyun hai?</w:t>
      </w:r>
      <w:r>
        <w:br/>
      </w:r>
      <w:r>
        <w:rPr>
          <w:sz w:val="20"/>
        </w:rPr>
        <w:t>6:18  woh samajhte hain ke all powerful hai to duniya ko evil free hona chahiye. har taraf kharabi hai, har taraf evil hai. jaise given jo bohat bara historian tha,</w:t>
      </w:r>
      <w:r>
        <w:br/>
      </w:r>
      <w:r>
        <w:rPr>
          <w:sz w:val="20"/>
        </w:rPr>
        <w:t>6:32  to usne kaha ke history of mankind is little more than a register of crimes.</w:t>
      </w:r>
      <w:r>
        <w:br/>
      </w:r>
      <w:r>
        <w:rPr>
          <w:sz w:val="20"/>
        </w:rPr>
        <w:t>6:44  yeh sab crime hai, war hai, tashaddud hai, yeh bhari hui history hai. to kya hai history?</w:t>
      </w:r>
      <w:r>
        <w:br/>
      </w:r>
      <w:r>
        <w:rPr>
          <w:sz w:val="20"/>
        </w:rPr>
        <w:t>6:55  to yeh explain hota hai is baat se jis ko woh log evil kehte hain. aur sab se bara jo samajhte hain ke sab se bara proof hai khuda ke na hone ka, nauzubillah, woh yeh hai ke duniya mein evil kyun hai?</w:t>
      </w:r>
      <w:r>
        <w:br/>
      </w:r>
      <w:r>
        <w:rPr>
          <w:sz w:val="20"/>
        </w:rPr>
        <w:t>7:10  to creation plan of god ka jo concept hai, woh usko explain karta hai. evil nahi hai, yeh hai misuse of freedom ka phenomenon.</w:t>
      </w:r>
      <w:r>
        <w:br/>
      </w:r>
      <w:r>
        <w:rPr>
          <w:sz w:val="20"/>
        </w:rPr>
        <w:t>7:24  evil nahi hai, woh Allah taala ne insan ko duniya mein rakha test ke liye. to test ke liye to freedom bhi diya usko, azadi bhi diya.</w:t>
      </w:r>
      <w:r>
        <w:br/>
      </w:r>
      <w:r>
        <w:rPr>
          <w:sz w:val="20"/>
        </w:rPr>
        <w:t>7:36  azadi diya to usko misuse karna bhi usko haq hai. usko</w:t>
      </w:r>
      <w:r>
        <w:br/>
      </w:r>
      <w:r>
        <w:rPr>
          <w:sz w:val="20"/>
        </w:rPr>
        <w:t>7:40  to jis cheez ko evil kehte hain yeh log, woh haqeeqat mein kya hai? woh hai misuse of freedom ka phenomenon.</w:t>
      </w:r>
      <w:r>
        <w:br/>
      </w:r>
      <w:r>
        <w:rPr>
          <w:sz w:val="20"/>
        </w:rPr>
        <w:t>7:52  is se woh cheez explain hoti hai.</w:t>
      </w:r>
    </w:p>
    <w:p>
      <w:pPr>
        <w:pStyle w:val="Heading2"/>
      </w:pPr>
      <w:r>
        <w:t>full history of how the Qur'an was compiled</w:t>
      </w:r>
    </w:p>
    <w:p>
      <w:r>
        <w:rPr>
          <w:color w:val="666666"/>
          <w:sz w:val="18"/>
        </w:rPr>
        <w:t>In Conversation with Maulana Wahiduddin Khan English · 5m 02s · at 14:17 · https://youtu.be/QZrkP8Z3Fv8?t=857</w:t>
      </w:r>
    </w:p>
    <w:p>
      <w:r>
        <w:rPr>
          <w:i/>
        </w:rPr>
        <w:t>“How was the Qur'an compiled into a book?”</w:t>
      </w:r>
    </w:p>
    <w:p>
      <w:r>
        <w:rPr>
          <w:sz w:val="20"/>
        </w:rPr>
        <w:t>14:17  But we all know that the verses were revealed over a period of time. My question to you is, how was the Qur'an compiled in the book form?</w:t>
      </w:r>
      <w:r>
        <w:br/>
      </w:r>
      <w:r>
        <w:rPr>
          <w:sz w:val="20"/>
        </w:rPr>
        <w:t>14:27  At that time I mean before the advent of printing press, people used to people were using their memory.</w:t>
      </w:r>
      <w:r>
        <w:br/>
      </w:r>
      <w:r>
        <w:rPr>
          <w:sz w:val="20"/>
        </w:rPr>
        <w:t>14:38  So, their memory was very, very strong everywhere in the world. So was the case of Arabs. Arabs' memory was very, very strong at that time.</w:t>
      </w:r>
      <w:r>
        <w:br/>
      </w:r>
      <w:r>
        <w:rPr>
          <w:sz w:val="20"/>
        </w:rPr>
        <w:t>14:51  So, when some part of the you know, the Qur'an was not revealed the whole the whole Qur'an was not revealed at a time.</w:t>
      </w:r>
      <w:r>
        <w:br/>
      </w:r>
      <w:r>
        <w:rPr>
          <w:sz w:val="20"/>
        </w:rPr>
        <w:t>15:01  But</w:t>
      </w:r>
      <w:r>
        <w:br/>
      </w:r>
      <w:r>
        <w:rPr>
          <w:sz w:val="20"/>
        </w:rPr>
        <w:t>15:05  it was revealed during 23 years. So, when a part of the Qur'an was revealed, people people take it by memory.</w:t>
      </w:r>
      <w:r>
        <w:br/>
      </w:r>
      <w:r>
        <w:rPr>
          <w:sz w:val="20"/>
        </w:rPr>
        <w:t>15:18  So, in the final days, there were thousands and thousands of people who were who had memorized the Qur'an. Then, at the same time,</w:t>
      </w:r>
      <w:r>
        <w:br/>
      </w:r>
      <w:r>
        <w:rPr>
          <w:sz w:val="20"/>
        </w:rPr>
        <w:t>15:32  they used to write the Qur'an in different pieces. So, during the Prophet's time, the Qur'an was preserved by two methods:</w:t>
      </w:r>
      <w:r>
        <w:br/>
      </w:r>
      <w:r>
        <w:rPr>
          <w:sz w:val="20"/>
        </w:rPr>
        <w:t>15:46  by memorization, by the way of memorization, and then by the way of writing on different pieces. So, what happened?</w:t>
      </w:r>
      <w:r>
        <w:br/>
      </w:r>
      <w:r>
        <w:rPr>
          <w:sz w:val="20"/>
        </w:rPr>
        <w:t>15:57  After the Prophet in the last in the last days, the Prophet compiled the Qur'an.</w:t>
      </w:r>
      <w:r>
        <w:br/>
      </w:r>
      <w:r>
        <w:rPr>
          <w:sz w:val="20"/>
        </w:rPr>
        <w:t>16:09  And he recited the Qur'an from A to Z</w:t>
      </w:r>
      <w:r>
        <w:br/>
      </w:r>
      <w:r>
        <w:rPr>
          <w:sz w:val="20"/>
        </w:rPr>
        <w:t>16:13  . So, people became aware that what is the Qur'an according to the compilation by the Prophet? Then, what happened?</w:t>
      </w:r>
      <w:r>
        <w:br/>
      </w:r>
      <w:r>
        <w:rPr>
          <w:sz w:val="20"/>
        </w:rPr>
        <w:t>16:25  During the first Caliph that is Abu Bakr as-Siddiq, the Sahaba wanted to compile the Qur'an in a single volum</w:t>
      </w:r>
      <w:r>
        <w:br/>
      </w:r>
      <w:r>
        <w:rPr>
          <w:sz w:val="20"/>
        </w:rPr>
        <w:t>16:37  e So, they gathered all those fragments and pieces.</w:t>
      </w:r>
      <w:r>
        <w:br/>
      </w:r>
      <w:r>
        <w:rPr>
          <w:sz w:val="20"/>
        </w:rPr>
        <w:t>16:48  So, they adopted a double-checking system. They checked the writing by their memory and memory by the writing.</w:t>
      </w:r>
      <w:r>
        <w:br/>
      </w:r>
      <w:r>
        <w:rPr>
          <w:sz w:val="20"/>
        </w:rPr>
        <w:t>16:59  So, by using this double-checking system, they wrote the whole Qur'an on paper.</w:t>
      </w:r>
      <w:r>
        <w:br/>
      </w:r>
      <w:r>
        <w:rPr>
          <w:sz w:val="20"/>
        </w:rPr>
        <w:t>17:11  You know, at that time, there was a kind of paper that is called perhaps pipers.</w:t>
      </w:r>
      <w:r>
        <w:br/>
      </w:r>
      <w:r>
        <w:rPr>
          <w:sz w:val="20"/>
        </w:rPr>
        <w:t>17:20  It was made by some plants.</w:t>
      </w:r>
      <w:r>
        <w:br/>
      </w:r>
      <w:r>
        <w:rPr>
          <w:sz w:val="20"/>
        </w:rPr>
        <w:t>17:26  So, they compiled the whole Qur'an. And they wrote the whole Qur'an in that</w:t>
      </w:r>
      <w:r>
        <w:br/>
      </w:r>
      <w:r>
        <w:rPr>
          <w:sz w:val="20"/>
        </w:rPr>
        <w:t>17:36  on that papers. So, it was said Rab'a. Rab'a means square. So, this first copy of the Qur'an was square.</w:t>
      </w:r>
      <w:r>
        <w:br/>
      </w:r>
      <w:r>
        <w:rPr>
          <w:sz w:val="20"/>
        </w:rPr>
        <w:t>17:50  So, this first copy was compiled during the first Caliph. Then, during the third Caliph, this first copy was again recopied.</w:t>
      </w:r>
      <w:r>
        <w:br/>
      </w:r>
      <w:r>
        <w:rPr>
          <w:sz w:val="20"/>
        </w:rPr>
        <w:t>18:04  So, there were several hundred copies. So, during the whole history, people were memorizing the Qur'an.</w:t>
      </w:r>
      <w:r>
        <w:br/>
      </w:r>
      <w:r>
        <w:rPr>
          <w:sz w:val="20"/>
        </w:rPr>
        <w:t>18:14  And at the same time, they were writing the Qur'an on the papers.</w:t>
      </w:r>
      <w:r>
        <w:br/>
      </w:r>
      <w:r>
        <w:rPr>
          <w:sz w:val="20"/>
        </w:rPr>
        <w:t>18:20  And now, you know now you are living in the age of printing age of printing.</w:t>
      </w:r>
      <w:r>
        <w:br/>
      </w:r>
      <w:r>
        <w:rPr>
          <w:sz w:val="20"/>
        </w:rPr>
        <w:t>18:28  So, when so, you know, in this age, Muslims established institutions.</w:t>
      </w:r>
      <w:r>
        <w:br/>
      </w:r>
      <w:r>
        <w:rPr>
          <w:sz w:val="20"/>
        </w:rPr>
        <w:t>18:38  And they</w:t>
      </w:r>
      <w:r>
        <w:br/>
      </w:r>
      <w:r>
        <w:rPr>
          <w:sz w:val="20"/>
        </w:rPr>
        <w:t>18:45  availed the printing method. And now, there are billion and billion copies available in every part of the world.</w:t>
      </w:r>
      <w:r>
        <w:br/>
      </w:r>
      <w:r>
        <w:rPr>
          <w:sz w:val="20"/>
        </w:rPr>
        <w:t>19:03  All these are printed copies. So, this is the history of the Qur'an, in short. Maulana, when Islam is against idol worship, why is it that Muslims bow down to the Kaaba in their prayer?</w:t>
      </w:r>
    </w:p>
    <w:p>
      <w:pPr>
        <w:pStyle w:val="Heading2"/>
      </w:pPr>
      <w:r>
        <w:t>Commitment illustrated by a devoted professor and a meticulous lawyer</w:t>
      </w:r>
    </w:p>
    <w:p>
      <w:r>
        <w:rPr>
          <w:color w:val="666666"/>
          <w:sz w:val="18"/>
        </w:rPr>
        <w:t>Month of Spirituality July 28, 2013 · 5m 47s · at 30:32 · https://youtu.be/p4MM2gjJBxA?t=1832</w:t>
      </w:r>
    </w:p>
    <w:p>
      <w:r>
        <w:rPr>
          <w:i/>
        </w:rPr>
        <w:t>“Ek hadith mein tahahhud ka lafz hai, commitment”</w:t>
      </w:r>
    </w:p>
    <w:p>
      <w:r>
        <w:rPr>
          <w:sz w:val="20"/>
        </w:rPr>
        <w:t>30:32  to yeh pichli baar maine aap ko yaad hoga ek hadith batai thi jis mein taahhud ka lafz hai. yani commitment, mustaqil commitment quran se.</w:t>
      </w:r>
      <w:r>
        <w:br/>
      </w:r>
      <w:r>
        <w:rPr>
          <w:sz w:val="20"/>
        </w:rPr>
        <w:t>30:44  to is par mujhe ek waqea yaad aata hai ke What is commitment? What is taahhud? is ko samajhne ke liye.</w:t>
      </w:r>
      <w:r>
        <w:br/>
      </w:r>
      <w:r>
        <w:rPr>
          <w:sz w:val="20"/>
        </w:rPr>
        <w:t>30:55  india ke ek sahab, unhone unki taleem hui london mein.</w:t>
      </w:r>
      <w:r>
        <w:br/>
      </w:r>
      <w:r>
        <w:rPr>
          <w:sz w:val="20"/>
        </w:rPr>
        <w:t>31:02  to padh kar wapas aa gaye. ek arse ke baad dobara woh london gaye to ek woh professor jo un ka ustad tha, us se milne gaye woh.</w:t>
      </w:r>
      <w:r>
        <w:br/>
      </w:r>
      <w:r>
        <w:rPr>
          <w:sz w:val="20"/>
        </w:rPr>
        <w:t>31:13  appointment le, appointment le kar ke. to woh Shakespeare padhata tha woh, woh professor. aur abhi bhi woh padhata tha, abhi senior professor ho chuka tha.</w:t>
      </w:r>
      <w:r>
        <w:br/>
      </w:r>
      <w:r>
        <w:rPr>
          <w:sz w:val="20"/>
        </w:rPr>
        <w:t>31:25  to us ne raat ka waqt diya tha milne ke liye. raat ka waqt.</w:t>
      </w:r>
      <w:r>
        <w:br/>
      </w:r>
      <w:r>
        <w:rPr>
          <w:sz w:val="20"/>
        </w:rPr>
        <w:t>31:30  jab woh pahunche to dekha unhone us ki mez ke saamne Shakespeare ki kitab phaili hui hai. to us ne poocha un se ke aap to ek senior professor hain.</w:t>
      </w:r>
      <w:r>
        <w:br/>
      </w:r>
      <w:r>
        <w:rPr>
          <w:sz w:val="20"/>
        </w:rPr>
        <w:t>31:43  itni lambi muddat se aap Shakespeare ko padha rahe hain. aur abhi bhi Shakespeare ki study karte hain aap? to bohat hi sanjeedgi se unhone jawab diya tha.</w:t>
      </w:r>
      <w:r>
        <w:br/>
      </w:r>
      <w:r>
        <w:rPr>
          <w:sz w:val="20"/>
        </w:rPr>
        <w:t>31:56  us us senior professor ne, britania ke. ke You know, the students are committed to my care.</w:t>
      </w:r>
      <w:r>
        <w:br/>
      </w:r>
      <w:r>
        <w:rPr>
          <w:sz w:val="20"/>
        </w:rPr>
        <w:t>32:09  You know, the students are committed to my care.</w:t>
      </w:r>
      <w:r>
        <w:br/>
      </w:r>
      <w:r>
        <w:rPr>
          <w:sz w:val="20"/>
        </w:rPr>
        <w:t>32:15  I must prepare myself to do justice to them.</w:t>
      </w:r>
      <w:r>
        <w:br/>
      </w:r>
      <w:r>
        <w:rPr>
          <w:sz w:val="20"/>
        </w:rPr>
        <w:t>32:21  to aap ko agar yeh ehsaas ho ke mujhe bohat ziyada samajhna hai ke quran mein allah taala ki kya marzi hai.</w:t>
      </w:r>
      <w:r>
        <w:br/>
      </w:r>
      <w:r>
        <w:rPr>
          <w:sz w:val="20"/>
        </w:rPr>
        <w:t>32:31  kyun ke mujhe face karna hai allah taala ko marne ke baad. to bohat ziyada aap serious ho jayenge. ke marne se pehle pehle khoob khoob jaan lein ke jab main allah ke saamne khada hounga to mujhe pehle pata hona chahiye ke allah kya poochne wala hai mujh se.</w:t>
      </w:r>
      <w:r>
        <w:br/>
      </w:r>
      <w:r>
        <w:rPr>
          <w:sz w:val="20"/>
        </w:rPr>
        <w:t>32:49  aise aap ko dawat ka jo jazba aap ke andar hai woh aap ko bohat ziyada yaani bohat ziyada aap ko majboor karega ke quran ko parhen.</w:t>
      </w:r>
      <w:r>
        <w:br/>
      </w:r>
      <w:r>
        <w:rPr>
          <w:sz w:val="20"/>
        </w:rPr>
        <w:t>33:02  taake wahi baat kahein jo jo allah taala chahte hain kehna. koi aur na baat keh keh daalein aap. jaise quran mein ek nabi ne kaha tha inni lakum nasir ameen mein tumhare liye ameen hoon, honest hoon.</w:t>
      </w:r>
      <w:r>
        <w:br/>
      </w:r>
      <w:r>
        <w:rPr>
          <w:sz w:val="20"/>
        </w:rPr>
        <w:t>33:18  matlab wahi baat keh raha hoon jo allah se mujhe mili hai.</w:t>
      </w:r>
      <w:r>
        <w:br/>
      </w:r>
      <w:r>
        <w:rPr>
          <w:sz w:val="20"/>
        </w:rPr>
        <w:t>33:24  toh toh aap ka yahi haal ho jayega jo is professor ka haal tha. ke rozana aap quran ko consult karenge.</w:t>
      </w:r>
      <w:r>
        <w:br/>
      </w:r>
      <w:r>
        <w:rPr>
          <w:sz w:val="20"/>
        </w:rPr>
        <w:t>33:36  yaani is woh professor toh agle din class mein us ko jo parhana tha bachon ko woh wahi masla us ke samne tha.</w:t>
      </w:r>
      <w:r>
        <w:br/>
      </w:r>
      <w:r>
        <w:rPr>
          <w:sz w:val="20"/>
        </w:rPr>
        <w:t>33:46  aur aap ke samne toh yeh masla hai ke marne maut ke baad jo eternal life aane wali hai us ka mamla hai. kahin mamla bigad na jaye mera.</w:t>
      </w:r>
      <w:r>
        <w:br/>
      </w:r>
      <w:r>
        <w:rPr>
          <w:sz w:val="20"/>
        </w:rPr>
        <w:t>33:56  eternal life mamla bigad na jaye mera.</w:t>
      </w:r>
      <w:r>
        <w:br/>
      </w:r>
      <w:r>
        <w:rPr>
          <w:sz w:val="20"/>
        </w:rPr>
        <w:t>34:00  toh bohat hi ziyada aap keen ho jayenge yeh janne ke liye ke quran mujh se kya chahta hai. mujhe kya follow karna hai.</w:t>
      </w:r>
      <w:r>
        <w:br/>
      </w:r>
      <w:r>
        <w:rPr>
          <w:sz w:val="20"/>
        </w:rPr>
        <w:t>34:10  aur kaha bhai aur mein daawti kaam kar raha hoon toh kya cheez hai jo mujhe pahunchaun insanon tak.</w:t>
      </w:r>
      <w:r>
        <w:br/>
      </w:r>
      <w:r>
        <w:rPr>
          <w:sz w:val="20"/>
        </w:rPr>
        <w:t>34:19  toh aap is is professor se million billion times ziyada aap is mamle mein keen ho jayenge.</w:t>
      </w:r>
      <w:r>
        <w:br/>
      </w:r>
      <w:r>
        <w:rPr>
          <w:sz w:val="20"/>
        </w:rPr>
        <w:t>34:31  aise hi mein ek baar ek ek wakeel ke haan gaya.</w:t>
      </w:r>
      <w:r>
        <w:br/>
      </w:r>
      <w:r>
        <w:rPr>
          <w:sz w:val="20"/>
        </w:rPr>
        <w:t>34:37  woh bhi senior wakeel tha. toh mein ne dekha un ke kamre mein sab law ki kitabein hain. law ki, qanoon ki kitabein.</w:t>
      </w:r>
      <w:r>
        <w:br/>
      </w:r>
      <w:r>
        <w:rPr>
          <w:sz w:val="20"/>
        </w:rPr>
        <w:t>34:47  un ki mez par bhi qanoon ki kitabein phaili hui thi. toh mein ne kaha ke aap senior wakeel hain. aap abhi bhi itna ziyada qanoon ko padhte hain.</w:t>
      </w:r>
      <w:r>
        <w:br/>
      </w:r>
      <w:r>
        <w:rPr>
          <w:sz w:val="20"/>
        </w:rPr>
        <w:t>35:00  toh us ne kaha ke jab hum judge ke samne khade hote hain</w:t>
      </w:r>
      <w:r>
        <w:br/>
      </w:r>
      <w:r>
        <w:rPr>
          <w:sz w:val="20"/>
        </w:rPr>
        <w:t>35:08  toh hum ek kisi ghalti ko afford nahi kar sakte. kyunke ek ek lafz agar hum munh se hamara ghalt nikal gaya toh wahi hamara case bigad jayega.</w:t>
      </w:r>
      <w:r>
        <w:br/>
      </w:r>
      <w:r>
        <w:rPr>
          <w:sz w:val="20"/>
        </w:rPr>
        <w:t>35:23  kaisi ajeeb baat kahi us ne.</w:t>
      </w:r>
      <w:r>
        <w:br/>
      </w:r>
      <w:r>
        <w:rPr>
          <w:sz w:val="20"/>
        </w:rPr>
        <w:t>35:28  we cannot afford a single mistake kyunke isi ek lafz ki bina par agar yaani isi hum yaani is ek lafz ki bina par hamara case bigad sakta hai.</w:t>
      </w:r>
      <w:r>
        <w:br/>
      </w:r>
      <w:r>
        <w:rPr>
          <w:sz w:val="20"/>
        </w:rPr>
        <w:t>35:44  aur faisla hamare khilaf ho sakta hai. toh hum ko bohat ziyada padhna padta hai. bohat ziyada ba-khabar hona padta hai.</w:t>
      </w:r>
      <w:r>
        <w:br/>
      </w:r>
      <w:r>
        <w:rPr>
          <w:sz w:val="20"/>
        </w:rPr>
        <w:t>35:52  aap ghor kijiye ke ek case mein jeetne ke liye dunya ke ek case mein jeetne ke liye jis se us ko kuch paise milte hain us ke liye wakeel itna itna ziyada sanjeeda hai.</w:t>
      </w:r>
      <w:r>
        <w:br/>
      </w:r>
      <w:r>
        <w:rPr>
          <w:sz w:val="20"/>
        </w:rPr>
        <w:t>36:05  itna ziyada serious hai. toh aap ka mamla toh allah ka mamla hai. eternal life mamla hai. jannat jahannum ka mamla hai.</w:t>
      </w:r>
      <w:r>
        <w:br/>
      </w:r>
      <w:r>
        <w:rPr>
          <w:sz w:val="20"/>
        </w:rPr>
        <w:t>36:15  toh aap kitna ziyada serious honge.</w:t>
      </w:r>
    </w:p>
    <w:p>
      <w:pPr>
        <w:pStyle w:val="Heading2"/>
      </w:pPr>
      <w:r>
        <w:t>true sincerity illustrated by anonymous soldier and crown</w:t>
      </w:r>
    </w:p>
    <w:p>
      <w:r>
        <w:rPr>
          <w:color w:val="666666"/>
          <w:sz w:val="18"/>
        </w:rPr>
        <w:t>The Journey to Discover God January 17, 2010 · 4m 10s · at 1:23:41 · https://youtu.be/gXSeKu2LJaE?t=5021</w:t>
      </w:r>
    </w:p>
    <w:p>
      <w:r>
        <w:rPr>
          <w:i/>
        </w:rPr>
        <w:t>“Ikhlas ka matlab hai sirf ek Allah ke liye kaam karna”</w:t>
      </w:r>
    </w:p>
    <w:p>
      <w:r>
        <w:rPr>
          <w:sz w:val="20"/>
        </w:rPr>
        <w:t>1:23:41  This is such a nice from Maulana's Quran and TV from Delhi: What is ikhlas and what are its qualities?</w:t>
      </w:r>
      <w:r>
        <w:br/>
      </w:r>
      <w:r>
        <w:rPr>
          <w:sz w:val="20"/>
        </w:rPr>
        <w:t>1:23:51  kindly explain with some examples.</w:t>
      </w:r>
      <w:r>
        <w:br/>
      </w:r>
      <w:r>
        <w:rPr>
          <w:sz w:val="20"/>
        </w:rPr>
        <w:t>1:23:54  dekhen, ikhlas ka matlab hai sirf ek Allah ke liye kaam karna.</w:t>
      </w:r>
      <w:r>
        <w:br/>
      </w:r>
      <w:r>
        <w:rPr>
          <w:sz w:val="20"/>
        </w:rPr>
        <w:t>1:24:05  yani ek kaam aap karen deen ke naam par, islam ke naam par, lekin aap ismein aapko agar aapke dil mein ho ke ismein stage milega, ismein paisa milega, ismein popularity milegi,</w:t>
      </w:r>
      <w:r>
        <w:br/>
      </w:r>
      <w:r>
        <w:rPr>
          <w:sz w:val="20"/>
        </w:rPr>
        <w:t>1:24:21  ismein izzat milegi, ismein yeh hoga, ismein woh hoga, toh ikhlas nahi hai. woh yani ek kaam ko deen, ikhlas ka lafz deen ke liye hai. yeh lafz ke ek kaam aap islam ke naam par karen</w:t>
      </w:r>
      <w:r>
        <w:br/>
      </w:r>
      <w:r>
        <w:rPr>
          <w:sz w:val="20"/>
        </w:rPr>
        <w:t>1:24:37  , lekin agar aap maqsad aap kaho ke ismein aapko duniya ki koi cheez milegi, toh ikhlas nahi hua. woh riya ho gaya. woh</w:t>
      </w:r>
      <w:r>
        <w:br/>
      </w:r>
      <w:r>
        <w:rPr>
          <w:sz w:val="20"/>
        </w:rPr>
        <w:t>1:24:47  aur agar aap yeh kaam karen is liye ke ismein aapko Allah ki raza milegi, lekin yeh insaan khud hi jaan sakta hai, ya Allah jaane ga, ya khud jaane ga ke aap stage chahte hain, aap popularity chahte hain, aap paisa chahte hain,</w:t>
      </w:r>
      <w:r>
        <w:br/>
      </w:r>
      <w:r>
        <w:rPr>
          <w:sz w:val="20"/>
        </w:rPr>
        <w:t>1:25:03  aap logon ke darmiyan bari izzat ki jagah hasil karna chahte hain. kya chahte hain? yeh aap jaane ga ya khuda jaane ga? koi aur insaan nahi jaan sakta. yaad rakhiye, sirf islam ka naam lene se aapko khuda ke haan darja nahi mil sakta.</w:t>
      </w:r>
      <w:r>
        <w:br/>
      </w:r>
      <w:r>
        <w:rPr>
          <w:sz w:val="20"/>
        </w:rPr>
        <w:t>1:25:19  aap deen ka naam len, islam ka naam len, yeh kafi nahi hai. woh jo karen, aap sirf ikhlas ke taur par hon, yani sirf Allah ke liye hon.</w:t>
      </w:r>
      <w:r>
        <w:br/>
      </w:r>
      <w:r>
        <w:rPr>
          <w:sz w:val="20"/>
        </w:rPr>
        <w:t>1:25:28  na ismein aapko stage chahte hon, na paisa chahte hon, na popularity chahte hon, na logon mein izzat chahte hon, kuch bhi nahi, kuch bhi nahi, kuch nahi, sirf ek Allah ke liye.</w:t>
      </w:r>
      <w:r>
        <w:br/>
      </w:r>
      <w:r>
        <w:rPr>
          <w:sz w:val="20"/>
        </w:rPr>
        <w:t>1:25:39  jaise ek misaal mein deta hoon aapko</w:t>
      </w:r>
      <w:r>
        <w:br/>
      </w:r>
      <w:r>
        <w:rPr>
          <w:sz w:val="20"/>
        </w:rPr>
        <w:t>1:25:44  ke Hazrat Umar R.A. ke zamane mein Iran mein aap jaante hain ke ladai hui thi, ismein un logon ko shikast hui.</w:t>
      </w:r>
      <w:r>
        <w:br/>
      </w:r>
      <w:r>
        <w:rPr>
          <w:sz w:val="20"/>
        </w:rPr>
        <w:t>1:25:53  toh iska jo woh ismein jo woh tha, uska badshah jo tha, uska taaj ek sahabi ko mila.</w:t>
      </w:r>
      <w:r>
        <w:br/>
      </w:r>
      <w:r>
        <w:rPr>
          <w:sz w:val="20"/>
        </w:rPr>
        <w:t>1:26:04  taaj ismein heere jawahir jare hue the. zahir hai ke bohat hi crore rupay ka hoga woh.</w:t>
      </w:r>
      <w:r>
        <w:br/>
      </w:r>
      <w:r>
        <w:rPr>
          <w:sz w:val="20"/>
        </w:rPr>
        <w:t>1:26:11  toh woh taaj usne ek ek mamooli kapde mein lapeta aur lapet kar le kar aaya sardar ke ke paas, jo wahan tent laga hua tha. uska tent toh woh jo mila tha taaj usko, toh usko daal, usko agar woh uske le leta khud, uske mani ke usne ikhlas ke liye nahi kaam kiya tha, balkeh Allah apne faide ke liye kaam kiya tha,</w:t>
      </w:r>
      <w:r>
        <w:br/>
      </w:r>
      <w:r>
        <w:rPr>
          <w:sz w:val="20"/>
        </w:rPr>
        <w:t>1:26:37  apne material material interest ke liye kaam kiya tha.</w:t>
      </w:r>
      <w:r>
        <w:br/>
      </w:r>
      <w:r>
        <w:rPr>
          <w:sz w:val="20"/>
        </w:rPr>
        <w:t>1:26:42  toh usko le kar ke woh aaya aur tent mein andar gaya aur sardar ko diya gaya ke dekhen yeh taaj jo woh hai mujhe mila hai, yeh mein aapko de raha hoon.</w:t>
      </w:r>
      <w:r>
        <w:br/>
      </w:r>
      <w:r>
        <w:rPr>
          <w:sz w:val="20"/>
        </w:rPr>
        <w:t>1:26:54  toh sardar ne poocha ke tumhara naam kya hai? yeh raat ka waqt tha, woh woh raat aaya tha, raat ko tha ke din ko koi aise pehchane na. toh sardar ne jab poocha ke tumhara naam kya hai, toh jaante hain kya hua?</w:t>
      </w:r>
      <w:r>
        <w:br/>
      </w:r>
      <w:r>
        <w:rPr>
          <w:sz w:val="20"/>
        </w:rPr>
        <w:t>1:27:09  woh foran woh peeth phiri, usne uthti taraf aur aur tent se bahar nikal gaya, yeh kehte hue ke jiske liye maine kiya, mera naam khoob jaanta hai.</w:t>
      </w:r>
      <w:r>
        <w:br/>
      </w:r>
      <w:r>
        <w:rPr>
          <w:sz w:val="20"/>
        </w:rPr>
        <w:t>1:27:21  andhere mein gum ho gaya. woh phir aaj history mein uska naam bhi nahi maloom, kisi ko nahi maloom ke woh kaun tha jo jo crown jo tha, itna itna zyada precious laq kar de gaya sardar ko.</w:t>
      </w:r>
      <w:r>
        <w:br/>
      </w:r>
      <w:r>
        <w:rPr>
          <w:sz w:val="20"/>
        </w:rPr>
        <w:t>1:27:38  woh khayme se bahar nikla aur yeh kehta tha, woh andhere mein ghayab ho gaya ke jiske liye maine aisa kiya hai, woh bhi mera naam khoob jaanta hai. toh yeh ikhlas,</w:t>
      </w:r>
    </w:p>
    <w:p>
      <w:pPr>
        <w:pStyle w:val="Heading2"/>
      </w:pPr>
      <w:r>
        <w:t>Israel's drip irrigation and need for rethinking</w:t>
      </w:r>
    </w:p>
    <w:p>
      <w:r>
        <w:rPr>
          <w:color w:val="666666"/>
          <w:sz w:val="18"/>
        </w:rPr>
        <w:t>Dars-e-Quran, Chapter 2, Verse 79 June 24, 2018 · 2m 28s · at 29:18 · https://youtu.be/7OeNcHSoPp0?t=1758</w:t>
      </w:r>
    </w:p>
    <w:p>
      <w:r>
        <w:rPr>
          <w:i/>
        </w:rPr>
        <w:t>“Wahan bhi desert tha pehle”</w:t>
      </w:r>
    </w:p>
    <w:p>
      <w:r>
        <w:rPr>
          <w:sz w:val="20"/>
        </w:rPr>
        <w:t>29:18  wahan bhi desert tha pehle. lekin israel mein jo yahoodi thay, unhon ne ek naya tareeqa nikala, jis ko jis ko kehte hain drip, drip irrigation.</w:t>
      </w:r>
      <w:r>
        <w:br/>
      </w:r>
      <w:r>
        <w:rPr>
          <w:sz w:val="20"/>
        </w:rPr>
        <w:t>29:36  yaani yeh samjha jata tha ke desert mein toh baarish nahi, desert mein toh pani nahi, yahan kaise kheti hogi? yaani hazaron saal se yeh chala raha tha ke yeh toh desert hai, yahan toh koi agriculture nahi ho sakta, heart hi kata nahi ho sakta.</w:t>
      </w:r>
      <w:r>
        <w:br/>
      </w:r>
      <w:r>
        <w:rPr>
          <w:sz w:val="20"/>
        </w:rPr>
        <w:t>29:52  lekin jo yahoodi wahan par aaye, israel banaya unhon ne, toh unhon ne rethink kiya, rethink, aur ek ijtihadi tareeqa nikala unhon ne, jis ko kehte hain drip irrigation.</w:t>
      </w:r>
      <w:r>
        <w:br/>
      </w:r>
      <w:r>
        <w:rPr>
          <w:sz w:val="20"/>
        </w:rPr>
        <w:t>30:06  toh drip irrigation ke zariye se unhon ne khushwant ne likha hai ke is desert ko unhon ne lalta hua ilaqa bana diya, sab sab ilaqa ilaqa bana diya.</w:t>
      </w:r>
      <w:r>
        <w:br/>
      </w:r>
      <w:r>
        <w:rPr>
          <w:sz w:val="20"/>
        </w:rPr>
        <w:t>30:20  toh musalmanon ko aaj chahiye ke rethink karein apne har mamle mein, chahe hindu ka mamla ho, chahe yahoodi ka mamla ho, chahe christian ka mamla ho.</w:t>
      </w:r>
      <w:r>
        <w:br/>
      </w:r>
      <w:r>
        <w:rPr>
          <w:sz w:val="20"/>
        </w:rPr>
        <w:t>30:30  rethink, rethink, rethink. bas yahi jante hain musalman ke meri qaum aur ghair qaum itne jante hain. jis kisi se baat kijiye toh ek meri qaum hai, ek ghair qaum hai.</w:t>
      </w:r>
      <w:r>
        <w:br/>
      </w:r>
      <w:r>
        <w:rPr>
          <w:sz w:val="20"/>
        </w:rPr>
        <w:t>30:43  bilkul bhi beslis baat hai yeh. woh bhi insaan, woh bhi insaan. rasool Allah ne madine mein ek yahoodi ke sath izzat ka mamla kiya.</w:t>
      </w:r>
      <w:r>
        <w:br/>
      </w:r>
      <w:r>
        <w:rPr>
          <w:sz w:val="20"/>
        </w:rPr>
        <w:t>30:55  yahoodi janaze ke sath aap uth kar khade hogaye. kisi ne kaha ke yeh toh yahoodi ka janaza tha. toh aap ne kaha: "alaihis salam, alaihis salam, alaihis salam." kaha: "woh insaan nahi." toh rasool Allah ne yahoodi ko insaan ke roop mein dekha.</w:t>
      </w:r>
      <w:r>
        <w:br/>
      </w:r>
      <w:r>
        <w:rPr>
          <w:sz w:val="20"/>
        </w:rPr>
        <w:t>31:14  rasool Allah ne yahoodi ko insaan ke roop mein dekha. aur aaj ka musalman yahoodi ko maloon ke roop mein dekhte hain. sahi, koi sunnat rasool hai yeh.</w:t>
      </w:r>
      <w:r>
        <w:br/>
      </w:r>
      <w:r>
        <w:rPr>
          <w:sz w:val="20"/>
        </w:rPr>
        <w:t>31:26  toh baharhaal main samajhta hoon ke hamein rethink karna hai, phir se apni rai ko</w:t>
      </w:r>
      <w:r>
        <w:br/>
      </w:r>
      <w:r>
        <w:rPr>
          <w:sz w:val="20"/>
        </w:rPr>
        <w:t>31:37  banana hai, phir se planning karni hai, phir se har mamle ko durust karna hai nai soch ke sath.</w:t>
      </w:r>
    </w:p>
    <w:p>
      <w:pPr>
        <w:pStyle w:val="Heading2"/>
      </w:pPr>
      <w:r>
        <w:t>The Quran talks spirit, not fiqh rulings</w:t>
      </w:r>
    </w:p>
    <w:p>
      <w:r>
        <w:rPr>
          <w:color w:val="666666"/>
          <w:sz w:val="18"/>
        </w:rPr>
        <w:t>Fasting Training for Discipline August 16, 2009 · 26s · at 29:55 · https://youtu.be/sZw-RIqkF1c?t=1795</w:t>
      </w:r>
    </w:p>
    <w:p>
      <w:r>
        <w:rPr>
          <w:i/>
        </w:rPr>
        <w:t>“Quran mein masail aur fazail ka zikr hi nahin, sirf spirit ka zikr hai”</w:t>
      </w:r>
    </w:p>
    <w:p>
      <w:r>
        <w:rPr>
          <w:sz w:val="20"/>
        </w:rPr>
        <w:t>29:55  to is surah pura aap padhiye, is mein kai masail aur fazail ka zikr hi nahi, is spirit ka zikr hai. is sare mahine mein aap dekhenge masjidon mein, madarson mein dhoom machi rahe gi fazail aur masail aur form ke bare mein.</w:t>
      </w:r>
      <w:r>
        <w:br/>
      </w:r>
      <w:r>
        <w:rPr>
          <w:sz w:val="20"/>
        </w:rPr>
        <w:t>30:13  yeh dua, woh dua, yeh quran mein sab hai hi nahi. quran mein sirf spirit ki baat hai, spirit ki.</w:t>
      </w:r>
    </w:p>
    <w:p>
      <w:pPr>
        <w:pStyle w:val="Heading2"/>
      </w:pPr>
      <w:r>
        <w:t>No star or animal thinks — only the human mind</w:t>
      </w:r>
    </w:p>
    <w:p>
      <w:r>
        <w:rPr>
          <w:color w:val="666666"/>
          <w:sz w:val="18"/>
        </w:rPr>
        <w:t>Purpose of Human Life February 12, 2012 Maulana Wahiduddin Khan · 45s · at 16:17 · https://youtu.be/gRupSXuak-w?t=977</w:t>
      </w:r>
    </w:p>
    <w:p>
      <w:r>
        <w:rPr>
          <w:i/>
        </w:rPr>
        <w:t>“Thinking mind jo hai, yeh puri universe mein kahin bhi nahi hai”</w:t>
      </w:r>
    </w:p>
    <w:p>
      <w:r>
        <w:rPr>
          <w:sz w:val="20"/>
        </w:rPr>
        <w:t>16:17  ek hai mind. mind jo hai, jo sochta hai. thinking mind jo hai, yeh poori universe mein kahin bhi nahi hai.</w:t>
      </w:r>
      <w:r>
        <w:br/>
      </w:r>
      <w:r>
        <w:rPr>
          <w:sz w:val="20"/>
        </w:rPr>
        <w:t>16:30  koi sitara nahi sochta, koi planet nahi sochta, kisi suraj, kisi chand mein thinking capacity nahi hai. koi pahad, koi samandar, koi darakht sochne par qadir nahi.</w:t>
      </w:r>
      <w:r>
        <w:br/>
      </w:r>
      <w:r>
        <w:rPr>
          <w:sz w:val="20"/>
        </w:rPr>
        <w:t>16:46  yahan tak ke jo animal hai, animal woh bahut hi limited dayre mein inki soch chalti hai, bahut hi zyada limited. insaan ki soch se koi iska comparison nahi hai.</w:t>
      </w:r>
      <w:r>
        <w:br/>
      </w:r>
      <w:r>
        <w:rPr>
          <w:sz w:val="20"/>
        </w:rPr>
        <w:t>17:03  animals ka jo mutala kiya gaya hai, to is mein maloom hua hai ke sirf do cheezen inka concern hoti hain: food aur safety, bas aur kuch nahi.</w:t>
      </w:r>
    </w:p>
    <w:p>
      <w:pPr>
        <w:pStyle w:val="Heading2"/>
      </w:pPr>
      <w:r>
        <w:t>Quran described as the art of mind management</w:t>
      </w:r>
    </w:p>
    <w:p>
      <w:r>
        <w:rPr>
          <w:color w:val="666666"/>
          <w:sz w:val="18"/>
        </w:rPr>
        <w:t>Month of Ramadan and The Quran 15 July 2012 · 2m 01s · at 23:44 · https://youtu.be/BxiaMbKdoo8?t=1424</w:t>
      </w:r>
    </w:p>
    <w:p>
      <w:r>
        <w:rPr>
          <w:i/>
        </w:rPr>
        <w:t>“پورا قرآن جو ہے art of mind management ہے”</w:t>
      </w:r>
    </w:p>
    <w:p>
      <w:r>
        <w:rPr>
          <w:sz w:val="20"/>
        </w:rPr>
        <w:t>23:44  yeh bataye ga quran aap ko. misaal ke ooper dekhiye. وَإِذَا عَمَّا غَضْبُهُمْ يَغْفِرُونَ .</w:t>
      </w:r>
      <w:r>
        <w:br/>
      </w:r>
      <w:r>
        <w:rPr>
          <w:sz w:val="20"/>
        </w:rPr>
        <w:t>23:54  jab unhein ghussa aata hai to woh maaf kar dete hain. yahi to hai manage karna. yahi to manage karna hai.</w:t>
      </w:r>
      <w:r>
        <w:br/>
      </w:r>
      <w:r>
        <w:rPr>
          <w:sz w:val="20"/>
        </w:rPr>
        <w:t>24:03  ke ke ke ghussa aaya to aap ghusse ko maar dhaad tak daale jaayen. nafrat tak daale jaayen. maaf kar dein.</w:t>
      </w:r>
      <w:r>
        <w:br/>
      </w:r>
      <w:r>
        <w:rPr>
          <w:sz w:val="20"/>
        </w:rPr>
        <w:t>24:14  to is mein yeh bataya tha ke psychology ki jo studies hui hain. woh batati hain ke aadmi ka mind aik hi sath do cheezon par focus nahi kar sakta.</w:t>
      </w:r>
      <w:r>
        <w:br/>
      </w:r>
      <w:r>
        <w:rPr>
          <w:sz w:val="20"/>
        </w:rPr>
        <w:t>24:24  yeh wohi baat jo quran mein hai ke مَا جَعَلَ اللَّهُ لَلْعَجْلِ مِنْ قَلْبَيْنِ فِجْوَةٍ . to at a time insaan ka mind do cheezon par focus nahi kar sakta.</w:t>
      </w:r>
      <w:r>
        <w:br/>
      </w:r>
      <w:r>
        <w:rPr>
          <w:sz w:val="20"/>
        </w:rPr>
        <w:t>24:37  to us ne kaha tha is mein mazmoon mein ke jab bhi aap ke andar koi negative thought aaye. koi buri baat yaad aaye. to jaldi se aap aik aur cheez yaad kar lijiye.</w:t>
      </w:r>
      <w:r>
        <w:br/>
      </w:r>
      <w:r>
        <w:rPr>
          <w:sz w:val="20"/>
        </w:rPr>
        <w:t>24:52  to focus badal jayega. kyun ke mind aap ka aik hi sath dono par focus nahi kar sakta. Negative bhi, positive bhi.</w:t>
      </w:r>
      <w:r>
        <w:br/>
      </w:r>
      <w:r>
        <w:rPr>
          <w:sz w:val="20"/>
        </w:rPr>
        <w:t>25:04  kitni simple technique hai.</w:t>
      </w:r>
      <w:r>
        <w:br/>
      </w:r>
      <w:r>
        <w:rPr>
          <w:sz w:val="20"/>
        </w:rPr>
        <w:t>25:08  apni soch ko active kar ke focus ko badal dijiye. to wohi to hua وَإِذَا عَمَّا غَضْبُهُمْ يَغْفِرُونَ .</w:t>
      </w:r>
      <w:r>
        <w:br/>
      </w:r>
      <w:r>
        <w:rPr>
          <w:sz w:val="20"/>
        </w:rPr>
        <w:t>25:17  ke ghussa aaya. kyun ke ghusse par aap ne focus nahi kiya. aap ne focus kiya ghusse ko control karne par.</w:t>
      </w:r>
      <w:r>
        <w:br/>
      </w:r>
      <w:r>
        <w:rPr>
          <w:sz w:val="20"/>
        </w:rPr>
        <w:t>25:27  ghusse ko is aadmi ko maaf kar dene par. is aadmi ke baray mein positive ho jaane par. apne focus ko positivity ki taraf le gaye aap.</w:t>
      </w:r>
      <w:r>
        <w:br/>
      </w:r>
      <w:r>
        <w:rPr>
          <w:sz w:val="20"/>
        </w:rPr>
        <w:t>25:39  yeh sab hikmaten quran majeed mein hain.</w:t>
      </w:r>
    </w:p>
    <w:p>
      <w:pPr>
        <w:pStyle w:val="Heading2"/>
      </w:pPr>
      <w:r>
        <w:t>Scientists' struggle for absolute truth</w:t>
      </w:r>
    </w:p>
    <w:p>
      <w:r>
        <w:rPr>
          <w:color w:val="666666"/>
          <w:sz w:val="18"/>
        </w:rPr>
        <w:t>In Pursuit of Reality October 25, 2008 · 2m 19s · at 16:30 · https://youtu.be/tz3cEF-6zjQ?t=990</w:t>
      </w:r>
    </w:p>
    <w:p>
      <w:r>
        <w:rPr>
          <w:i/>
        </w:rPr>
        <w:t>“Newton jo hai, bahut bada mana jata hai.”</w:t>
      </w:r>
    </w:p>
    <w:p>
      <w:r>
        <w:rPr>
          <w:sz w:val="20"/>
        </w:rPr>
        <w:t>16:30  newton jo hai, bohat bara mana jata hai, yani founder of modern science mana jata hai. newton ko newton ne apne bare mein kaha ke meri misaal is bachche ki hai jo sea shore par shell se se khel raha ho.</w:t>
      </w:r>
      <w:r>
        <w:br/>
      </w:r>
      <w:r>
        <w:rPr>
          <w:sz w:val="20"/>
        </w:rPr>
        <w:t>16:51  shell yani ghonghe se khel raha ho. samandar ke kinare ek bachcha ghonghe shell se se khel raha ho, waisi meri misaal hai.</w:t>
      </w:r>
      <w:r>
        <w:br/>
      </w:r>
      <w:r>
        <w:rPr>
          <w:sz w:val="20"/>
        </w:rPr>
        <w:t>17:03  kyunke universal of knowledge ka to abhi mujhe kuch bhi nahi mila. jo mila hai, woh to ek aita ke barabar bhi nahi hai.</w:t>
      </w:r>
      <w:r>
        <w:br/>
      </w:r>
      <w:r>
        <w:rPr>
          <w:sz w:val="20"/>
        </w:rPr>
        <w:t>17:11  yeh newton ka haal tha.</w:t>
      </w:r>
      <w:r>
        <w:br/>
      </w:r>
      <w:r>
        <w:rPr>
          <w:sz w:val="20"/>
        </w:rPr>
        <w:t>17:16  einstein ko dekhiye, jo top most scientist mana jata hai is zamane ka. is ne sari zindagi, sari zindagi, sari zindagi laga di.</w:t>
      </w:r>
      <w:r>
        <w:br/>
      </w:r>
      <w:r>
        <w:rPr>
          <w:sz w:val="20"/>
        </w:rPr>
        <w:t>17:28  aur is ke baad is ne theory of relativity discovery hui. is ko is se bohat hi mashhoor hua.</w:t>
      </w:r>
      <w:r>
        <w:br/>
      </w:r>
      <w:r>
        <w:rPr>
          <w:sz w:val="20"/>
        </w:rPr>
        <w:t>17:38  lekin yeh jo is ki yeh jo theory hai, theory of relativity, is mein woh batata hai ke sab se bara jo dilemma hai, woh yeh hai mere jese logon ke liye.</w:t>
      </w:r>
      <w:r>
        <w:br/>
      </w:r>
      <w:r>
        <w:rPr>
          <w:sz w:val="20"/>
        </w:rPr>
        <w:t>17:55  woh yeh hai ke</w:t>
      </w:r>
      <w:r>
        <w:br/>
      </w:r>
      <w:r>
        <w:rPr>
          <w:sz w:val="20"/>
        </w:rPr>
        <w:t>18:00  is ki apni wording mein "no absolute frame of reference exists".</w:t>
      </w:r>
      <w:r>
        <w:br/>
      </w:r>
      <w:r>
        <w:rPr>
          <w:sz w:val="20"/>
        </w:rPr>
        <w:t>18:10  "no absolute frame of reference exists". yani yahan hum chahte hain ke absolute frame of reference mile, tabhi to hum baton ko jaan payenge.</w:t>
      </w:r>
      <w:r>
        <w:br/>
      </w:r>
      <w:r>
        <w:rPr>
          <w:sz w:val="20"/>
        </w:rPr>
        <w:t>18:23  woh hamari discoverable hi nahi hai. ab bataiye ke aadmi ko kaise sukoon milega? kaise satisfaction milega?</w:t>
      </w:r>
      <w:r>
        <w:br/>
      </w:r>
      <w:r>
        <w:rPr>
          <w:sz w:val="20"/>
        </w:rPr>
        <w:t>18:33  ke sari umar kharch kar ke kya pata chala ke "there is no absolute frame of reference"?</w:t>
      </w:r>
      <w:r>
        <w:br/>
      </w:r>
      <w:r>
        <w:rPr>
          <w:sz w:val="20"/>
        </w:rPr>
        <w:t>18:44  yahan par is ka khata hua.</w:t>
      </w:r>
    </w:p>
    <w:p>
      <w:pPr>
        <w:pStyle w:val="Heading2"/>
      </w:pPr>
      <w:r>
        <w:t>How Quran makes Ahlullah through tadabbur</w:t>
      </w:r>
    </w:p>
    <w:p>
      <w:r>
        <w:rPr>
          <w:color w:val="666666"/>
          <w:sz w:val="18"/>
        </w:rPr>
        <w:t>The Message of Islam March 29, 2014 Maulana Wahiduddin Khan · 3m 37s · at 1:14 · https://youtu.be/cVBrjiI9ngY?t=74</w:t>
      </w:r>
    </w:p>
    <w:p>
      <w:r>
        <w:rPr>
          <w:i/>
        </w:rPr>
        <w:t>“This hadith has three words: Ahlullah, Ahl al-Quran, Khassatullah.”</w:t>
      </w:r>
    </w:p>
    <w:p>
      <w:r>
        <w:rPr>
          <w:sz w:val="20"/>
        </w:rPr>
        <w:t>1:14  This hadith that was recited has three terms in it: 'Ahlullah', 'Ahlul Quran', and 'Khassatullah'. Three terms.</w:t>
      </w:r>
      <w:r>
        <w:br/>
      </w:r>
      <w:r>
        <w:rPr>
          <w:sz w:val="20"/>
        </w:rPr>
        <w:t>1:34  Upon reflection, it is understood that the central term here is 'Ahlullah'. Meaning, among people, there are those who are Ahlullah, meaning, they belong to Allah.</w:t>
      </w:r>
      <w:r>
        <w:br/>
      </w:r>
      <w:r>
        <w:rPr>
          <w:sz w:val="20"/>
        </w:rPr>
        <w:t>1:53  It is said about them that they are Allah's special servants. They are Allah's special servants.</w:t>
      </w:r>
      <w:r>
        <w:br/>
      </w:r>
      <w:r>
        <w:rPr>
          <w:sz w:val="20"/>
        </w:rPr>
        <w:t>2:04  aur teesra jo lafz hai "ahl-e-quran" is se maloom hota hai ke yeh bande bante kaise hain.</w:t>
      </w:r>
      <w:r>
        <w:br/>
      </w:r>
      <w:r>
        <w:rPr>
          <w:sz w:val="20"/>
        </w:rPr>
        <w:t>2:15  kya tareeqa hai aise bandon ke banne ka? woh yeh hai ke woh quran ko apna concern bana lete hain, quran mein ghore o fikr karte hain, quran mein tadabbur karte hain,</w:t>
      </w:r>
      <w:r>
        <w:br/>
      </w:r>
      <w:r>
        <w:rPr>
          <w:sz w:val="20"/>
        </w:rPr>
        <w:t>2:31  quran se apna rizq lete hain. is tarah se woh un ke andar ek personality banti hai.</w:t>
      </w:r>
      <w:r>
        <w:br/>
      </w:r>
      <w:r>
        <w:rPr>
          <w:sz w:val="20"/>
        </w:rPr>
        <w:t>2:44  yeh personality jo banti hai bohat hi khaas personality hoti hai aur yahi Allah ke nazdeek Allah wale log hain.</w:t>
      </w:r>
      <w:r>
        <w:br/>
      </w:r>
      <w:r>
        <w:rPr>
          <w:sz w:val="20"/>
        </w:rPr>
        <w:t>2:57  to yeh baat is hadith se maloom hui.</w:t>
      </w:r>
      <w:r>
        <w:br/>
      </w:r>
      <w:r>
        <w:rPr>
          <w:sz w:val="20"/>
        </w:rPr>
        <w:t>3:04  ab ghore kijiye</w:t>
      </w:r>
      <w:r>
        <w:br/>
      </w:r>
      <w:r>
        <w:rPr>
          <w:sz w:val="20"/>
        </w:rPr>
        <w:t>3:08  to sochne ki baat yeh hai ke</w:t>
      </w:r>
      <w:r>
        <w:br/>
      </w:r>
      <w:r>
        <w:rPr>
          <w:sz w:val="20"/>
        </w:rPr>
        <w:t>3:13  quran kaise aise insaan banata hai jo Allah ke khaas bande hon, jo ahl-e-Allah kahe jaen.</w:t>
      </w:r>
      <w:r>
        <w:br/>
      </w:r>
      <w:r>
        <w:rPr>
          <w:sz w:val="20"/>
        </w:rPr>
        <w:t>3:24  woh hota hai tadabbur ke zariye.</w:t>
      </w:r>
      <w:r>
        <w:br/>
      </w:r>
      <w:r>
        <w:rPr>
          <w:sz w:val="20"/>
        </w:rPr>
        <w:t>3:30  jo hai quran majeed mein aaya hai ke: "la tadabbaroo ayat-e-hi wa la tatazakkar oo olu-l-albab". yeh tadabbur hota hai lubb ke zariye se, yani aqal ke zariye se.</w:t>
      </w:r>
      <w:r>
        <w:br/>
      </w:r>
      <w:r>
        <w:rPr>
          <w:sz w:val="20"/>
        </w:rPr>
        <w:t>3:44  apni aqal ko istemal kar ke quran par tadabbur karna yeh hai woh zariya.</w:t>
      </w:r>
      <w:r>
        <w:br/>
      </w:r>
      <w:r>
        <w:rPr>
          <w:sz w:val="20"/>
        </w:rPr>
        <w:t>3:53  yeh nahi ke aap bohat achi tadween seekh len, aap makharij ko bohat durust kar len aur phir quran ko parhen.</w:t>
      </w:r>
      <w:r>
        <w:br/>
      </w:r>
      <w:r>
        <w:rPr>
          <w:sz w:val="20"/>
        </w:rPr>
        <w:t>4:04  yeh matlab nahi hai. aqal ko istemal karne ke baad jo tadabbur quran paida hota hai woh murad hai yahan par.</w:t>
      </w:r>
      <w:r>
        <w:br/>
      </w:r>
      <w:r>
        <w:rPr>
          <w:sz w:val="20"/>
        </w:rPr>
        <w:t>4:21  to jab aap quran ko parhen aqal ko istemal karte hue,</w:t>
      </w:r>
      <w:r>
        <w:br/>
      </w:r>
      <w:r>
        <w:rPr>
          <w:sz w:val="20"/>
        </w:rPr>
        <w:t>4:28  tadabbur karen aqal ko istemal karte hue to kya hota hai? quran ki ayaten aap ke liye har har ayat aap ko rizq dene wali ban jati hai.</w:t>
      </w:r>
      <w:r>
        <w:br/>
      </w:r>
      <w:r>
        <w:rPr>
          <w:sz w:val="20"/>
        </w:rPr>
        <w:t>4:43  rizq rohani, rizq rabbani</w:t>
      </w:r>
      <w:r>
        <w:br/>
      </w:r>
      <w:r>
        <w:rPr>
          <w:sz w:val="20"/>
        </w:rPr>
        <w:t>4:49  ban jati hai.</w:t>
      </w:r>
    </w:p>
    <w:p>
      <w:pPr>
        <w:pStyle w:val="Heading2"/>
      </w:pPr>
      <w:r>
        <w:t>Animals live more peacefully than humans do</w:t>
      </w:r>
    </w:p>
    <w:p>
      <w:r>
        <w:rPr>
          <w:color w:val="666666"/>
          <w:sz w:val="18"/>
        </w:rPr>
        <w:t>Dars-e-Quran (Chapter 103, Verses 1-3) August 19, 2012 · 1m 35s · at 7:27 · https://youtu.be/q7ORmSbhs4s?t=447</w:t>
      </w:r>
    </w:p>
    <w:p>
      <w:r>
        <w:rPr>
          <w:i/>
        </w:rPr>
        <w:t>“Isi duniya mein animals hain, animal bhi insan ki tarah nahi”</w:t>
      </w:r>
    </w:p>
    <w:p>
      <w:r>
        <w:rPr>
          <w:sz w:val="20"/>
        </w:rPr>
        <w:t>7:27  to aap ghor kijiye, isi duniya mein insan hai jis ki tareekh crime ki register bani hui hai. Phir doosri baat dekhein, isi duniya mein animals hain.</w:t>
      </w:r>
      <w:r>
        <w:br/>
      </w:r>
      <w:r>
        <w:rPr>
          <w:sz w:val="20"/>
        </w:rPr>
        <w:t>7:41  Animal bhi insan ki tarah nahi hain, bohat zyada un ke haan discipline hai. Yani aap ghor kijiye, insano ne first world war kiya, second world war kiya.</w:t>
      </w:r>
      <w:r>
        <w:br/>
      </w:r>
      <w:r>
        <w:rPr>
          <w:sz w:val="20"/>
        </w:rPr>
        <w:t>7:56  kya aap ne kabhi suna hai ke jungle mein animal ke darmiyan first world war aur second world war hui? To insan ke khayal mein bohat zyada peaceful life hai haiwanat ki.</w:t>
      </w:r>
      <w:r>
        <w:br/>
      </w:r>
      <w:r>
        <w:rPr>
          <w:sz w:val="20"/>
        </w:rPr>
        <w:t>8:10  mein kabhi, aap jante hain ke TV mein aik aik aik kiya kehte hain is ko, yani aata hai is mein aik website kahin kiya kahenge, mujhe nahi maloom, is mein jungle ki life dikhate hain.</w:t>
      </w:r>
      <w:r>
        <w:br/>
      </w:r>
      <w:r>
        <w:rPr>
          <w:sz w:val="20"/>
        </w:rPr>
        <w:t>8:29  yeh aap sab log jo dekhte hain, TV jante hain, kitni beauty hoti hai is mein.</w:t>
      </w:r>
      <w:r>
        <w:br/>
      </w:r>
      <w:r>
        <w:rPr>
          <w:sz w:val="20"/>
        </w:rPr>
        <w:t>8:37  keere makoore se le kar ke bare bare janwaron tak itna peaceful tareeqe se rehte hain jungle mein ke us ko dekhte rahiye.</w:t>
      </w:r>
      <w:r>
        <w:br/>
      </w:r>
      <w:r>
        <w:rPr>
          <w:sz w:val="20"/>
        </w:rPr>
        <w:t>8:51  to kisi ne sahi kaha ke duniya mein sab kuch beautiful hai, sirf aik cheez beautiful nahi hai, woh insan hai.</w:t>
      </w:r>
    </w:p>
    <w:p>
      <w:pPr>
        <w:pStyle w:val="Heading2"/>
      </w:pPr>
      <w:r>
        <w:t>Prophecy of great witness and opportunity</w:t>
      </w:r>
    </w:p>
    <w:p>
      <w:r>
        <w:rPr>
          <w:color w:val="666666"/>
          <w:sz w:val="18"/>
        </w:rPr>
        <w:t>Global Message December 30, 2018 Maulana Wahiduddin Khan · 6m 04s · at 25:19 · https://youtu.be/Ml_PyAxx8OE?t=1519</w:t>
      </w:r>
    </w:p>
    <w:p>
      <w:r>
        <w:rPr>
          <w:i/>
        </w:rPr>
        <w:t>“Quran mein hadith mein peshangi ki gayi.”</w:t>
      </w:r>
    </w:p>
    <w:p>
      <w:r>
        <w:rPr>
          <w:sz w:val="20"/>
        </w:rPr>
        <w:t>25:19  shahadat-e-aazma ka role anjaam paye ga. shahadat-e-aazma ke maani hain great witness ya great expansion quran ka aur islam ka.</w:t>
      </w:r>
      <w:r>
        <w:br/>
      </w:r>
      <w:r>
        <w:rPr>
          <w:sz w:val="20"/>
        </w:rPr>
        <w:t>25:34  shahadat-e-aazma aur is ko khud quran mein maujood hai yeh</w:t>
      </w:r>
      <w:r>
        <w:br/>
      </w:r>
      <w:r>
        <w:rPr>
          <w:sz w:val="20"/>
        </w:rPr>
        <w:t>25:43  is tareeqe se ke sanurihim ayatina fil afaqi wa fi anfusihim hatta yatabayyana lahumul haqq.</w:t>
      </w:r>
      <w:r>
        <w:br/>
      </w:r>
      <w:r>
        <w:rPr>
          <w:sz w:val="20"/>
        </w:rPr>
        <w:t>25:56  yeh jo yatabayyana lahumul haqq jo hai, yeh kya hai? tabayyun-e-aazma hai. hadith mein shahadat-e-aazma hai to quran mein tabayyun-e-aazma hai.</w:t>
      </w:r>
      <w:r>
        <w:br/>
      </w:r>
      <w:r>
        <w:rPr>
          <w:sz w:val="20"/>
        </w:rPr>
        <w:t>26:15  to yeh</w:t>
      </w:r>
      <w:r>
        <w:br/>
      </w:r>
      <w:r>
        <w:rPr>
          <w:sz w:val="20"/>
        </w:rPr>
        <w:t>26:18  yeh prediction tha quran mein aur hadith mein prediction ke ek waqt aaye ga jab ke dunya mein quran ki ya allah ke deen ki</w:t>
      </w:r>
      <w:r>
        <w:br/>
      </w:r>
      <w:r>
        <w:rPr>
          <w:sz w:val="20"/>
        </w:rPr>
        <w:t>26:35  great witness anjaam paye gi,</w:t>
      </w:r>
      <w:r>
        <w:br/>
      </w:r>
      <w:r>
        <w:rPr>
          <w:sz w:val="20"/>
        </w:rPr>
        <w:t>26:40  great tabayyun hogi. saare alam mein saare logon ke liye, one to all, saare mardon aur auraton ke liye allah ka jo word hai, allah ka jo message hai,</w:t>
      </w:r>
      <w:r>
        <w:br/>
      </w:r>
      <w:r>
        <w:rPr>
          <w:sz w:val="20"/>
        </w:rPr>
        <w:t>26:54  woh available ho jaye ga. available kitni bari baat hai!</w:t>
      </w:r>
      <w:r>
        <w:br/>
      </w:r>
      <w:r>
        <w:rPr>
          <w:sz w:val="20"/>
        </w:rPr>
        <w:t>27:00  jab dunya mein press nahi tha, us waqt yeh baat kahi gayi to is mein yeh cheez implicit thi, implicit ke aisa development hoga, aisa process chalega,</w:t>
      </w:r>
      <w:r>
        <w:br/>
      </w:r>
      <w:r>
        <w:rPr>
          <w:sz w:val="20"/>
        </w:rPr>
        <w:t>27:14  aise inqilabat aayenge ke yeh kaam mumkin ho jayega.</w:t>
      </w:r>
      <w:r>
        <w:br/>
      </w:r>
      <w:r>
        <w:rPr>
          <w:sz w:val="20"/>
        </w:rPr>
        <w:t>27:22  to mein samajhta hoon ke pichhle hazar saal tak yeh process chalta raha, chalta raha, chalta raha, yahan tak ke woh 21st century mein pahuncha aur aaj yeh sab kuch mumkin ho gaya hai</w:t>
      </w:r>
      <w:r>
        <w:br/>
      </w:r>
      <w:r>
        <w:rPr>
          <w:sz w:val="20"/>
        </w:rPr>
        <w:t>27:42  communication ke in terms of communication, in terms of travel, in terms of freedom, in terms of openness.</w:t>
      </w:r>
      <w:r>
        <w:br/>
      </w:r>
      <w:r>
        <w:rPr>
          <w:sz w:val="20"/>
        </w:rPr>
        <w:t>27:55  jis aitbaar se dekhen, woh sara infrastructure aaj wajood mein aa chuka hai yani is kaam ko anjaam dene ke liye ke quran ki tabayyun-e-aazma ya quran ki shahadat-e-aazma,</w:t>
      </w:r>
      <w:r>
        <w:br/>
      </w:r>
      <w:r>
        <w:rPr>
          <w:sz w:val="20"/>
        </w:rPr>
        <w:t>28:12  allah ke deen ki. quran ka matlab kya hai? allah ki kitab, allah ka message.</w:t>
      </w:r>
      <w:r>
        <w:br/>
      </w:r>
      <w:r>
        <w:rPr>
          <w:sz w:val="20"/>
        </w:rPr>
        <w:t>28:21  to allah ke message ki tabayyun-e-aazma, allah ke message ki shahadat-e-aazma, yeh poori tarah mumkin ho gayi hai kyun ke woh saare infrastructure aaj maujood ho chuke hain,</w:t>
      </w:r>
      <w:r>
        <w:br/>
      </w:r>
      <w:r>
        <w:rPr>
          <w:sz w:val="20"/>
        </w:rPr>
        <w:t>28:36  un mein se koi ek bhi baqi nahi raha. to ab waqt aa gaya hai, aakhri, aakhri, aakhri ke is kaam ko practical tor par anjaam diya jaye.</w:t>
      </w:r>
      <w:r>
        <w:br/>
      </w:r>
      <w:r>
        <w:rPr>
          <w:sz w:val="20"/>
        </w:rPr>
        <w:t>28:47  lekin ain usi waqt kya hua? fitna-e-dohma, musalman fitna-e-dohma ke shikar hue. fitna-e-dohma ke maani hain utter darkness.</w:t>
      </w:r>
      <w:r>
        <w:br/>
      </w:r>
      <w:r>
        <w:rPr>
          <w:sz w:val="20"/>
        </w:rPr>
        <w:t>29:02  to musalmanon ne yeh bhi ghalti ki ke fitna-e-dohma ko samajh liya ke doosron ko pata hai kya fitna hai, kisi kisi aur ka pata kya hua hai, halanke woh khud musalmanon ka apna problem hai.</w:t>
      </w:r>
      <w:r>
        <w:br/>
      </w:r>
      <w:r>
        <w:rPr>
          <w:sz w:val="20"/>
        </w:rPr>
        <w:t>29:17  fitna dohama musalmanon ka khud apna problem hai ke woh apne soch ki ghalati ki bina par utter darkness mein pad gaye hain, pad jayenge.</w:t>
      </w:r>
      <w:r>
        <w:br/>
      </w:r>
      <w:r>
        <w:rPr>
          <w:sz w:val="20"/>
        </w:rPr>
        <w:t>29:31  to ab waqt aa gaya hai ke hum utter darkness se bahar aayen, utter darkness se bahar aayen. aur jin qaumon ne yeh kaam anjam diya hai, second half yani infrastructure ko wajood mein laye hain,</w:t>
      </w:r>
      <w:r>
        <w:br/>
      </w:r>
      <w:r>
        <w:rPr>
          <w:sz w:val="20"/>
        </w:rPr>
        <w:t>29:52  jin qaumon ne khaas taur par west ne yeh kaam jo anjam diya hai ke</w:t>
      </w:r>
      <w:r>
        <w:br/>
      </w:r>
      <w:r>
        <w:rPr>
          <w:sz w:val="20"/>
        </w:rPr>
        <w:t>30:03  infrastructure jitne bhi iske ajza the, jo jo pehlu the, woh sab</w:t>
      </w:r>
      <w:r>
        <w:br/>
      </w:r>
      <w:r>
        <w:rPr>
          <w:sz w:val="20"/>
        </w:rPr>
        <w:t>30:14  aaj maujood hain. to unko humein unko acknowledge karna hai, unko as an opportunity avail karna hai</w:t>
      </w:r>
      <w:r>
        <w:br/>
      </w:r>
      <w:r>
        <w:rPr>
          <w:sz w:val="20"/>
        </w:rPr>
        <w:t>30:30  aur tamam qaumon ke sath humdardi aur mohabbat ke sath Allah ke message ko pahunchana hai. yeh hai karne ka kaam.</w:t>
      </w:r>
      <w:r>
        <w:br/>
      </w:r>
      <w:r>
        <w:rPr>
          <w:sz w:val="20"/>
        </w:rPr>
        <w:t>30:41  ab humein westophobia se bahar aana hai,</w:t>
      </w:r>
      <w:r>
        <w:br/>
      </w:r>
      <w:r>
        <w:rPr>
          <w:sz w:val="20"/>
        </w:rPr>
        <w:t>30:49  fitna dohama yani utter darkness se bahar nikalna hai.</w:t>
      </w:r>
      <w:r>
        <w:br/>
      </w:r>
      <w:r>
        <w:rPr>
          <w:sz w:val="20"/>
        </w:rPr>
        <w:t>30:55  to is waqt jo musalmanon ka sab se bada kaam hai, woh nafrat ko chhodna, doosron ko apna dushman samajhna, isko chhodna,</w:t>
      </w:r>
      <w:r>
        <w:br/>
      </w:r>
      <w:r>
        <w:rPr>
          <w:sz w:val="20"/>
        </w:rPr>
        <w:t>31:09  doosron ko apna helper samjho, unko acknowledge karo, unke liye duaen karo, unse mohabbat karo.</w:t>
      </w:r>
      <w:r>
        <w:br/>
      </w:r>
      <w:r>
        <w:rPr>
          <w:sz w:val="20"/>
        </w:rPr>
        <w:t>31:19  yeh waqt aa gaya hai.</w:t>
      </w:r>
    </w:p>
    <w:p>
      <w:pPr>
        <w:pStyle w:val="Heading2"/>
      </w:pPr>
      <w:r>
        <w:t>Palestine vs India: pride, humility, and national destiny</w:t>
      </w:r>
    </w:p>
    <w:p>
      <w:r>
        <w:rPr>
          <w:color w:val="666666"/>
          <w:sz w:val="18"/>
        </w:rPr>
        <w:t>Man's Place in The Universe June 17, 2007 · 4m 47s · at 32:37 · https://youtu.be/CND6qsCMZVU?t=1957</w:t>
      </w:r>
    </w:p>
    <w:p>
      <w:r>
        <w:rPr>
          <w:i/>
        </w:rPr>
        <w:t>“Today in Palestine, people are fighting each other”</w:t>
      </w:r>
    </w:p>
    <w:p>
      <w:r>
        <w:rPr>
          <w:sz w:val="20"/>
        </w:rPr>
        <w:t>32:37  dhiyan dilaunga. jo aaj hi ke paper mein. mujhe mili. aap dekhte honge ke aaj kal Falasteen mein.</w:t>
      </w:r>
      <w:r>
        <w:br/>
      </w:r>
      <w:r>
        <w:rPr>
          <w:sz w:val="20"/>
        </w:rPr>
        <w:t>32:46  aapas hi mein is mein log lad rahe hain. Falasteen mein jo Arab log hain. woh do firqay un ke hain. Hamas aur Fateh. do baray firqay.</w:t>
      </w:r>
      <w:r>
        <w:br/>
      </w:r>
      <w:r>
        <w:rPr>
          <w:sz w:val="20"/>
        </w:rPr>
        <w:t>32:56  aapas mein lad rahe hain dono.</w:t>
      </w:r>
      <w:r>
        <w:br/>
      </w:r>
      <w:r>
        <w:rPr>
          <w:sz w:val="20"/>
        </w:rPr>
        <w:t>32:58  is mein aap ne dekha hoga. aaj ka jo paper hai. yeh Hindu. Hindu paper mein aik is ka photo aaya hai. dono group lad rahe hain aapas mein.</w:t>
      </w:r>
      <w:r>
        <w:br/>
      </w:r>
      <w:r>
        <w:rPr>
          <w:sz w:val="20"/>
        </w:rPr>
        <w:t>33:10  dekhiye. Falasteen bana hai 1948 mein. aur India azaad hua hai 1947 mein.</w:t>
      </w:r>
      <w:r>
        <w:br/>
      </w:r>
      <w:r>
        <w:rPr>
          <w:sz w:val="20"/>
        </w:rPr>
        <w:t>33:21  yani aik saal ka sirf farq hai.</w:t>
      </w:r>
      <w:r>
        <w:br/>
      </w:r>
      <w:r>
        <w:rPr>
          <w:sz w:val="20"/>
        </w:rPr>
        <w:t>33:24  donon ka ek hi kahani hai. lekin natija do hain. dekhiye india mein jo log.</w:t>
      </w:r>
      <w:r>
        <w:br/>
      </w:r>
      <w:r>
        <w:rPr>
          <w:sz w:val="20"/>
        </w:rPr>
        <w:t>33:33  freedom movement chala rahe the. mahatma gandhi. mahatma gandhi ne kaha tha ke. partition mere lash par hoga.</w:t>
      </w:r>
      <w:r>
        <w:br/>
      </w:r>
      <w:r>
        <w:rPr>
          <w:sz w:val="20"/>
        </w:rPr>
        <w:t>33:42  main pakistan. ke sare jo hamare leader the. pakistan ke khilaf the. woh kisi tarah tayyar nahi the ke india ka partition ho.</w:t>
      </w:r>
      <w:r>
        <w:br/>
      </w:r>
      <w:r>
        <w:rPr>
          <w:sz w:val="20"/>
        </w:rPr>
        <w:t>33:51  lekin 1947 mein unhon ne partition ko maan liya. aur aaj un ki aaina taraqqi kar raha hai. theek yahi baat wahan bhi hui.</w:t>
      </w:r>
      <w:r>
        <w:br/>
      </w:r>
      <w:r>
        <w:rPr>
          <w:sz w:val="20"/>
        </w:rPr>
        <w:t>34:01  falasteen mein. ke falasteen mein ball four commission ke tehat. is ka partition hua. falasteen ka partition hua.</w:t>
      </w:r>
      <w:r>
        <w:br/>
      </w:r>
      <w:r>
        <w:rPr>
          <w:sz w:val="20"/>
        </w:rPr>
        <w:t>34:10  1948 mein.</w:t>
      </w:r>
      <w:r>
        <w:br/>
      </w:r>
      <w:r>
        <w:rPr>
          <w:sz w:val="20"/>
        </w:rPr>
        <w:t>34:12  ek ek tihai diya gaya. israel ko. aur do tihai diya gaya arbon ko. arbon ko do tihai mila.</w:t>
      </w:r>
      <w:r>
        <w:br/>
      </w:r>
      <w:r>
        <w:rPr>
          <w:sz w:val="20"/>
        </w:rPr>
        <w:t>34:21  aur israel ko ek tihai mila. unhon ne inkar kar diya ke hum nahi mante. aur ladai shuru kar di. ladne lage. itna zyada ladte ladte ladte ladte kya hua ke.</w:t>
      </w:r>
      <w:r>
        <w:br/>
      </w:r>
      <w:r>
        <w:rPr>
          <w:sz w:val="20"/>
        </w:rPr>
        <w:t>34:33  jo do tihai tha woh bhi gaya. chhin</w:t>
      </w:r>
      <w:r>
        <w:br/>
      </w:r>
      <w:r>
        <w:rPr>
          <w:sz w:val="20"/>
        </w:rPr>
        <w:t>34:36  gaya. ab thoda sa do. woh do sirf. chhota chhota ilaqa hai. gaza aur aur areehah.</w:t>
      </w:r>
      <w:r>
        <w:br/>
      </w:r>
      <w:r>
        <w:rPr>
          <w:sz w:val="20"/>
        </w:rPr>
        <w:t>34:45  jahan kuch bhi nahi hai. samjhiye taqreeban veeran hai woh. aur is ke liye ladai ho rahi hai is waqt wahan. aapas mein</w:t>
      </w:r>
      <w:r>
        <w:br/>
      </w:r>
      <w:r>
        <w:rPr>
          <w:sz w:val="20"/>
        </w:rPr>
        <w:t>34:55  . to main yeh kehta hoon ke agar. jis tarah se india ke leaderon ne. yeh. is hikmat amli ka saboot diya. ke partition ko maan liya.</w:t>
      </w:r>
      <w:r>
        <w:br/>
      </w:r>
      <w:r>
        <w:rPr>
          <w:sz w:val="20"/>
        </w:rPr>
        <w:t>35:05  to india taraqqi karne laga. agar arab log. 1948 mein. partition ko maan lete. to aaj kitna aage hote woh log.</w:t>
      </w:r>
      <w:r>
        <w:br/>
      </w:r>
      <w:r>
        <w:rPr>
          <w:sz w:val="20"/>
        </w:rPr>
        <w:t>35:16  kyun? is liye ke dekhiye. woh jo do tihai un ko mila tha. to sare sab se achhe jo ilaqe the un ko mile the woh.</w:t>
      </w:r>
      <w:r>
        <w:br/>
      </w:r>
      <w:r>
        <w:rPr>
          <w:sz w:val="20"/>
        </w:rPr>
        <w:t>35:24  behtareen jitne ilaqe the. israel ko to sehra mila tha zyada tar. yerushalaym arbon ke paas tha. masjid aqsa arbon ke paas tha.</w:t>
      </w:r>
      <w:r>
        <w:br/>
      </w:r>
      <w:r>
        <w:rPr>
          <w:sz w:val="20"/>
        </w:rPr>
        <w:t>35:35  sare achhe ilaqe jo the woh arbon ke paas the. to do tihai un ke paas tha. ek tihai jo hai. woh israel ke paas tha. to wahi hikmat amli jo india wale leaderon ko hui.</w:t>
      </w:r>
      <w:r>
        <w:br/>
      </w:r>
      <w:r>
        <w:rPr>
          <w:sz w:val="20"/>
        </w:rPr>
        <w:t>35:50  woh kyunke mahatma gandhi jo the woh ek muatadil aadmi the.</w:t>
      </w:r>
      <w:r>
        <w:br/>
      </w:r>
      <w:r>
        <w:rPr>
          <w:sz w:val="20"/>
        </w:rPr>
        <w:t>35:54  mahatma gandhi mein gharoor nahi tha. woh ek muatadil aadmi the. to agarchay woh ek kaha tha unhon ne. ke meri lash par banega pakistan.</w:t>
      </w:r>
      <w:r>
        <w:br/>
      </w:r>
      <w:r>
        <w:rPr>
          <w:sz w:val="20"/>
        </w:rPr>
        <w:t>36:03  lekin un ki ajzi ne yeh bataya un ko. ke you have to accept the reality jab baat yahan tak pahunch gayi.</w:t>
      </w:r>
      <w:r>
        <w:br/>
      </w:r>
      <w:r>
        <w:rPr>
          <w:sz w:val="20"/>
        </w:rPr>
        <w:t>36:12  ke koi charah nahi hai. jinnah sahib ne barah e rast amal ka ultimatum de diya. vice roy kehta tha hum aazad nahi karenge india ko jab tak yeh wada tay na ho.</w:t>
      </w:r>
      <w:r>
        <w:br/>
      </w:r>
      <w:r>
        <w:rPr>
          <w:sz w:val="20"/>
        </w:rPr>
        <w:t>36:23  to jab yahan mamla aa gaya. to gandhi ne kaha ke we have to accept the reality. nehru ne kaha ke we have to accept the reality kyunke ajzi ne unhein yahan tak pahunchaya hai.</w:t>
      </w:r>
      <w:r>
        <w:br/>
      </w:r>
      <w:r>
        <w:rPr>
          <w:sz w:val="20"/>
        </w:rPr>
        <w:t>36:36  yani haqeeqi andaaz tak pahunchaya. aur wahan par un ke paas fakhr tha. gharoor tha. to unhon ne kaha hum to nahi mante.</w:t>
      </w:r>
      <w:r>
        <w:br/>
      </w:r>
      <w:r>
        <w:rPr>
          <w:sz w:val="20"/>
        </w:rPr>
        <w:t>36:43  sunarmikum fi al-bahr unhon ne kaha israel se. ke sunarmikum fi al-bahr hum tum ko. samundaron mein dhakel denge. aur kya hua?</w:t>
      </w:r>
      <w:r>
        <w:br/>
      </w:r>
      <w:r>
        <w:rPr>
          <w:sz w:val="20"/>
        </w:rPr>
        <w:t>36:54  ulte unhi ko samundar mein dhakel diya israel ne. to ajzi jo hai. us waqt aati hai jab aap ko kainat ka sahi gyan ho.</w:t>
      </w:r>
      <w:r>
        <w:br/>
      </w:r>
      <w:r>
        <w:rPr>
          <w:sz w:val="20"/>
        </w:rPr>
        <w:t>37:04  kainat mein aap ka maqam jo hai. woh kya hai? aap samajh lete hain ke master of kainat main hoon.</w:t>
      </w:r>
      <w:r>
        <w:br/>
      </w:r>
      <w:r>
        <w:rPr>
          <w:sz w:val="20"/>
        </w:rPr>
        <w:t>37:12  to ab kuch nahi kar sakte aap. to mein mein aaj jo mozu hai. ke man's place in the universe agar aap ko sahi.</w:t>
      </w:r>
    </w:p>
    <w:p>
      <w:pPr>
        <w:pStyle w:val="Heading2"/>
      </w:pPr>
      <w:r>
        <w:t>Quran verse: your enemy is also your invitee</w:t>
      </w:r>
    </w:p>
    <w:p>
      <w:r>
        <w:rPr>
          <w:color w:val="666666"/>
          <w:sz w:val="18"/>
        </w:rPr>
        <w:t>Dars-e-Quran July 30, 2007 · 44s · at 15:56 · https://youtu.be/9D_8jxwLKlE?t=956</w:t>
      </w:r>
    </w:p>
    <w:p>
      <w:r>
        <w:rPr>
          <w:i/>
        </w:rPr>
        <w:t>“Quran mein hai: tumhara dushman bhi tumhara mad'oo hai”</w:t>
      </w:r>
    </w:p>
    <w:p>
      <w:r>
        <w:rPr>
          <w:sz w:val="20"/>
        </w:rPr>
        <w:t>15:56  Quran mein hai ke wa jadil billati ahsan</w:t>
      </w:r>
      <w:r>
        <w:br/>
      </w:r>
      <w:r>
        <w:rPr>
          <w:sz w:val="20"/>
        </w:rPr>
        <w:t>16:02  fa izzallati bainaka wa bainahu waliyyun hamim. yani Quran mein hai ke tumhara dushman bhi tumhara mad'u hai.</w:t>
      </w:r>
      <w:r>
        <w:br/>
      </w:r>
      <w:r>
        <w:rPr>
          <w:sz w:val="20"/>
        </w:rPr>
        <w:t>16:13  dushman ko bhi isi tarah se message pahunchana hai Khuda ka, jis tarah se tum apne dost ko pahunchaoge.</w:t>
      </w:r>
      <w:r>
        <w:br/>
      </w:r>
      <w:r>
        <w:rPr>
          <w:sz w:val="20"/>
        </w:rPr>
        <w:t>16:22  to dushman ho ya dost, sab ke sab Quran ke mutabiq mad'u hain. to agar dawati zehan hoga to aap ko jagah jagah dawat ka food milega,</w:t>
      </w:r>
    </w:p>
    <w:p>
      <w:pPr>
        <w:pStyle w:val="Heading2"/>
      </w:pPr>
      <w:r>
        <w:t>The one crucial word people miss in fasting</w:t>
      </w:r>
    </w:p>
    <w:p>
      <w:r>
        <w:rPr>
          <w:color w:val="666666"/>
          <w:sz w:val="18"/>
        </w:rPr>
        <w:t>For The Sake of God July 27, 2014 · 22s · at 2:59 · https://youtu.be/3lPfny7j2NE?t=179</w:t>
      </w:r>
    </w:p>
    <w:p>
      <w:r>
        <w:rPr>
          <w:i/>
        </w:rPr>
        <w:t>“Log ne isko sirf roze se juda kar liya”</w:t>
      </w:r>
    </w:p>
    <w:p>
      <w:r>
        <w:rPr>
          <w:sz w:val="20"/>
        </w:rPr>
        <w:t>2:59  Toh dekhiye, logon ne is ko sirf roze se mutalliq kar liya, haalankeh asal jo crucial word is mein hai woh hai "li" , yani "lillahi".</w:t>
      </w:r>
      <w:r>
        <w:br/>
      </w:r>
      <w:r>
        <w:rPr>
          <w:sz w:val="20"/>
        </w:rPr>
        <w:t>3:10  to mein bohat dinon tak yeh sochta raha, aur mein dekhta tha ke roza jo us waqt musalmanon mein hai, us ka to koi important dar nahi aata.</w:t>
      </w:r>
    </w:p>
    <w:p>
      <w:pPr>
        <w:pStyle w:val="Heading2"/>
      </w:pPr>
      <w:r>
        <w:t>Reading Quran in any language and its preservation</w:t>
      </w:r>
    </w:p>
    <w:p>
      <w:r>
        <w:rPr>
          <w:color w:val="666666"/>
          <w:sz w:val="18"/>
        </w:rPr>
        <w:t>Ramazan Month of Study of the Quran April 30, 2020 Maulana Wahiduddin Khan · 4m 09s · at 11:56 · https://youtu.be/AUSxxGBJHCk?t=716</w:t>
      </w:r>
    </w:p>
    <w:p>
      <w:r>
        <w:rPr>
          <w:i/>
        </w:rPr>
        <w:t>“Dekhiye, jis tarah bhi aap Quran ko parhein, wo sahi hai”</w:t>
      </w:r>
    </w:p>
    <w:p>
      <w:r>
        <w:rPr>
          <w:sz w:val="20"/>
        </w:rPr>
        <w:t>11:56  dekhiye, jis tarah bhi aap quran ko parhein, woh sahi hai.</w:t>
      </w:r>
      <w:r>
        <w:br/>
      </w:r>
      <w:r>
        <w:rPr>
          <w:sz w:val="20"/>
        </w:rPr>
        <w:t>12:09  jis tarah bhi parhein,</w:t>
      </w:r>
      <w:r>
        <w:br/>
      </w:r>
      <w:r>
        <w:rPr>
          <w:sz w:val="20"/>
        </w:rPr>
        <w:t>12:13  bashart ke is mein koi milawat na ki gayi ho.</w:t>
      </w:r>
      <w:r>
        <w:br/>
      </w:r>
      <w:r>
        <w:rPr>
          <w:sz w:val="20"/>
        </w:rPr>
        <w:t>12:20  chahe woh arabi mein parhein aap, chahe kisi aur zaban mein, agar is mein koi milawat nahi ki gayi hai to woh parhna sahi hai.</w:t>
      </w:r>
      <w:r>
        <w:br/>
      </w:r>
      <w:r>
        <w:rPr>
          <w:sz w:val="20"/>
        </w:rPr>
        <w:t>12:36  ya aap mutala karein to bohat aasani se aap jaan sakte hain ke kaun sa quran hai jis mein koi milawat ki gayi hai.</w:t>
      </w:r>
      <w:r>
        <w:br/>
      </w:r>
      <w:r>
        <w:rPr>
          <w:sz w:val="20"/>
        </w:rPr>
        <w:t>12:49  mere khayal se</w:t>
      </w:r>
      <w:r>
        <w:br/>
      </w:r>
      <w:r>
        <w:rPr>
          <w:sz w:val="20"/>
        </w:rPr>
        <w:t>12:55  umat jo hai, umat muslima jo hai, is mamle mein intehai zyada hassas hai, intehai zyada hassas hai ke agar koi zara bhi farq kar diya jaye to log</w:t>
      </w:r>
      <w:r>
        <w:br/>
      </w:r>
      <w:r>
        <w:rPr>
          <w:sz w:val="20"/>
        </w:rPr>
        <w:t>13:14  us ke khilaf</w:t>
      </w:r>
      <w:r>
        <w:br/>
      </w:r>
      <w:r>
        <w:rPr>
          <w:sz w:val="20"/>
        </w:rPr>
        <w:t>13:18  shor karte hain aur us ko accept nahi karte.</w:t>
      </w:r>
      <w:r>
        <w:br/>
      </w:r>
      <w:r>
        <w:rPr>
          <w:sz w:val="20"/>
        </w:rPr>
        <w:t>13:32  yeh bohat zyada umat, umat bohat zyada hassas hai is mamle mein, aur yeh hassasiyat, yeh hassasiyat jo hai, is ki wajah se quran mehfooz hai.</w:t>
      </w:r>
      <w:r>
        <w:br/>
      </w:r>
      <w:r>
        <w:rPr>
          <w:sz w:val="20"/>
        </w:rPr>
        <w:t>13:51  quran mehfooz hai.</w:t>
      </w:r>
      <w:r>
        <w:br/>
      </w:r>
      <w:r>
        <w:rPr>
          <w:sz w:val="20"/>
        </w:rPr>
        <w:t>13:59  log bohat zyada hassas hain ke koi zara bhi koi</w:t>
      </w:r>
      <w:r>
        <w:br/>
      </w:r>
      <w:r>
        <w:rPr>
          <w:sz w:val="20"/>
        </w:rPr>
        <w:t>14:07  kisi qism ka change quran mein koi na kar paye.</w:t>
      </w:r>
      <w:r>
        <w:br/>
      </w:r>
      <w:r>
        <w:rPr>
          <w:sz w:val="20"/>
        </w:rPr>
        <w:t>14:24  is par bohat kuch likha gaya hai, aap tafseel mein parhna chahein to parh sakte hain.</w:t>
      </w:r>
      <w:r>
        <w:br/>
      </w:r>
      <w:r>
        <w:rPr>
          <w:sz w:val="20"/>
        </w:rPr>
        <w:t>14:44  quran ke jo tarjume hain, tafaseer hain, is mein koi is ke mamle mein umat zyada hassas hai ke koi milawat</w:t>
      </w:r>
      <w:r>
        <w:br/>
      </w:r>
      <w:r>
        <w:rPr>
          <w:sz w:val="20"/>
        </w:rPr>
        <w:t>15:01  koi kar nahi pata. koi milawat agar karta hai to umat intehai zyada is ke khilaf</w:t>
      </w:r>
      <w:r>
        <w:br/>
      </w:r>
      <w:r>
        <w:rPr>
          <w:sz w:val="20"/>
        </w:rPr>
        <w:t>15:14  ehsas karti hai ke woh nakam ho jata hai.</w:t>
      </w:r>
      <w:r>
        <w:br/>
      </w:r>
      <w:r>
        <w:rPr>
          <w:sz w:val="20"/>
        </w:rPr>
        <w:t>15:22  is liye aam taur par aik currency hoga ke aap ko jo tarjuma ya jo tafseer available ho, us ko aap istemal kar sakte hain,</w:t>
      </w:r>
      <w:r>
        <w:br/>
      </w:r>
      <w:r>
        <w:rPr>
          <w:sz w:val="20"/>
        </w:rPr>
        <w:t>15:38  kyun ke kisi</w:t>
      </w:r>
      <w:r>
        <w:br/>
      </w:r>
      <w:r>
        <w:rPr>
          <w:sz w:val="20"/>
        </w:rPr>
        <w:t>15:40  tarjuma ya tafseer mein koi</w:t>
      </w:r>
      <w:r>
        <w:br/>
      </w:r>
      <w:r>
        <w:rPr>
          <w:sz w:val="20"/>
        </w:rPr>
        <w:t>15:47  haqeeqi maano mein koi ghalti amalan inshallah shamil nahi hogi.</w:t>
      </w:r>
    </w:p>
    <w:p>
      <w:pPr>
        <w:pStyle w:val="Heading2"/>
      </w:pPr>
      <w:r>
        <w:t>People underestimate what heaven actually requires</w:t>
      </w:r>
    </w:p>
    <w:p>
      <w:r>
        <w:rPr>
          <w:color w:val="666666"/>
          <w:sz w:val="18"/>
        </w:rPr>
        <w:t>Dars-e-Quran (Chapter 103, Verses 1-3) August 19, 2012 · 35s · at 55:31 · https://youtu.be/q7ORmSbhs4s?t=3331</w:t>
      </w:r>
    </w:p>
    <w:p>
      <w:r>
        <w:rPr>
          <w:i/>
        </w:rPr>
        <w:t>“Jannat ke baare mein logon ko ajeeb taassurat hain”</w:t>
      </w:r>
    </w:p>
    <w:p>
      <w:r>
        <w:rPr>
          <w:sz w:val="20"/>
        </w:rPr>
        <w:t>55:31  dekhein, jannat ke baray mein logon ko ajeeb o ghareeb qism ke tassarrufaat hain. koi samajhta hai ke sath tasbeeh parh lo, jannat ho gayi</w:t>
      </w:r>
      <w:r>
        <w:br/>
      </w:r>
      <w:r>
        <w:rPr>
          <w:sz w:val="20"/>
        </w:rPr>
        <w:t>55:38  . koi samajhta hai ke shafa'at mil jaye gi to jannat, is se shafa'at karein, karein, jannat mil jaye gi. muslim family mein paida ho to jannat mil gayi.</w:t>
      </w:r>
      <w:r>
        <w:br/>
      </w:r>
      <w:r>
        <w:rPr>
          <w:sz w:val="20"/>
        </w:rPr>
        <w:t>55:48  falan tasbeeh parh lo to jannat mil gayi. yeh sab jannat ko underestimate karna hai. yeh sab jannat ko underestimate karna hai.</w:t>
      </w:r>
      <w:r>
        <w:br/>
      </w:r>
      <w:r>
        <w:rPr>
          <w:sz w:val="20"/>
        </w:rPr>
        <w:t>56:00  dekhein, jannat mein sirf woh log jayenge jo is ke liye deserve karte hain. jo is ke liye deserve</w:t>
      </w:r>
    </w:p>
    <w:p>
      <w:pPr>
        <w:pStyle w:val="Heading2"/>
      </w:pPr>
      <w:r>
        <w:t>Lack of God-fearing prevents learning from Hudaibiya</w:t>
      </w:r>
    </w:p>
    <w:p>
      <w:r>
        <w:rPr>
          <w:color w:val="666666"/>
          <w:sz w:val="18"/>
        </w:rPr>
        <w:t>How to Manage Controversy 10 Nov 2019 - Maulana Wahiduddin Khan · 2m 23s · at 43:14 · https://youtu.be/UafTzJXHrSA?t=2594</w:t>
      </w:r>
    </w:p>
    <w:p>
      <w:r>
        <w:rPr>
          <w:i/>
        </w:rPr>
        <w:t>“سمپل سمپل وجہ یہ ہے”</w:t>
      </w:r>
    </w:p>
    <w:p>
      <w:r>
        <w:rPr>
          <w:sz w:val="20"/>
        </w:rPr>
        <w:t>43:14  simple simple wajah yeh hai ke is zamane mein log Allah se</w:t>
      </w:r>
      <w:r>
        <w:br/>
      </w:r>
      <w:r>
        <w:rPr>
          <w:sz w:val="20"/>
        </w:rPr>
        <w:t>43:30  dar nikal gaya hai.</w:t>
      </w:r>
      <w:r>
        <w:br/>
      </w:r>
      <w:r>
        <w:rPr>
          <w:sz w:val="20"/>
        </w:rPr>
        <w:t>43:36  hadith waris ka ek zamana aaye ga jab ke koi darne wala nahi, Allah se darne wala nahi hoga. hatta la tra khashi'un,</w:t>
      </w:r>
      <w:r>
        <w:br/>
      </w:r>
      <w:r>
        <w:rPr>
          <w:sz w:val="20"/>
        </w:rPr>
        <w:t>43:50  yahan tak ke ek bhi khashi'un nahi hoga. jaise alfaaz hain hadith mein: "ek bhi, ek bhi, hatta la tra khashi'un, hatta ke tum ek bhi khashi'un nahi dekhoge." yeh badi badi dadiyon wale bhi is mein shamil hain kyunke ek bhi hai: "hatta la tra khashi'un"</w:t>
      </w:r>
      <w:r>
        <w:br/>
      </w:r>
      <w:r>
        <w:rPr>
          <w:sz w:val="20"/>
        </w:rPr>
        <w:t>44:15  kisi exception exception nahi hai. is liye ab jo tareekh chalna chahiye, woh khushu pe chalna chahiye.</w:t>
      </w:r>
      <w:r>
        <w:br/>
      </w:r>
      <w:r>
        <w:rPr>
          <w:sz w:val="20"/>
        </w:rPr>
        <w:t>44:26  ab jo tareeqe chal rahe hain, woh bilkul irrelevant hain, irrelevant hain. tareeqe chalne chahiye logon mein aspect of taqwa inculcate karne ke liye.</w:t>
      </w:r>
      <w:r>
        <w:br/>
      </w:r>
      <w:r>
        <w:rPr>
          <w:sz w:val="20"/>
        </w:rPr>
        <w:t>44:41  jo tareeqe chala rahe hain log idhar udhar idhar udhar, woh sab bilkul irrelevant hain. sara issue yahi hai ke logon ke dil mein khushu nahi hai.</w:t>
      </w:r>
      <w:r>
        <w:br/>
      </w:r>
      <w:r>
        <w:rPr>
          <w:sz w:val="20"/>
        </w:rPr>
        <w:t>44:56  yeh hadith se sabit hai.</w:t>
      </w:r>
      <w:r>
        <w:br/>
      </w:r>
      <w:r>
        <w:rPr>
          <w:sz w:val="20"/>
        </w:rPr>
        <w:t>45:00  to hadith ke mutabiq agar kisi ko tareekh chalani hai to woh</w:t>
      </w:r>
      <w:r>
        <w:br/>
      </w:r>
      <w:r>
        <w:rPr>
          <w:sz w:val="20"/>
        </w:rPr>
        <w:t>45:08  mabni par khushu tareekh chalaye, yani taqwa</w:t>
      </w:r>
      <w:r>
        <w:br/>
      </w:r>
      <w:r>
        <w:rPr>
          <w:sz w:val="20"/>
        </w:rPr>
        <w:t>45:20  quran aur hadith ke mein. is ke siwa kisi aur tehreek ke liye koi justification nahi hai, koi justification nahi hai.</w:t>
      </w:r>
    </w:p>
    <w:p>
      <w:pPr>
        <w:pStyle w:val="Heading2"/>
      </w:pPr>
      <w:r>
        <w:t>Prayer without inner presence (khushoo) is not real prayer</w:t>
      </w:r>
    </w:p>
    <w:p>
      <w:r>
        <w:rPr>
          <w:color w:val="666666"/>
          <w:sz w:val="18"/>
        </w:rPr>
        <w:t>Sects in Islam December 21, 2008 · 27s · at 37:27 · https://youtu.be/Y8C_ml3itz8?t=2247</w:t>
      </w:r>
    </w:p>
    <w:p>
      <w:r>
        <w:rPr>
          <w:i/>
        </w:rPr>
        <w:t>“Jis namaz mein khushoo na ho, woh namaz nahi”</w:t>
      </w:r>
    </w:p>
    <w:p>
      <w:r>
        <w:rPr>
          <w:sz w:val="20"/>
        </w:rPr>
        <w:t>37:27  to fiqh ki naaptol bilkul theek namaz samajhte hain ke hum namaz padh rahe hain. Haalanke Quran mein dekhiye, saaf saaf hai ke "waylul lil musallin alladhina hum an salatihim sahun".</w:t>
      </w:r>
      <w:r>
        <w:br/>
      </w:r>
      <w:r>
        <w:rPr>
          <w:sz w:val="20"/>
        </w:rPr>
        <w:t>37:42  aisi namaz jo sirf form par pesh karti ho, woh woh namaz koain namaz hi nahi hai. Hadees mein aata hai ke "la salata liman lam yakhsha hu" jis namaz mein khushu na ho, woh namaz hi nahi.</w:t>
      </w:r>
    </w:p>
    <w:p>
      <w:pPr>
        <w:pStyle w:val="Heading2"/>
      </w:pPr>
      <w:r>
        <w:t>Belief in the afterlife: why a grand start needs a grand end</w:t>
      </w:r>
    </w:p>
    <w:p>
      <w:r>
        <w:rPr>
          <w:color w:val="666666"/>
          <w:sz w:val="18"/>
        </w:rPr>
        <w:t>Dars-e-Quran (Al-Baqarah (The Heifer) 2 1-6) July 19, 2015 · 3m 25s · at 31:37 · https://youtu.be/JJOfEihDoIs?t=1897</w:t>
      </w:r>
    </w:p>
    <w:p>
      <w:r>
        <w:rPr>
          <w:i/>
        </w:rPr>
        <w:t>“Yeh bohot hi important jumla hai: waalil aakhirati hum yuqinoon”</w:t>
      </w:r>
    </w:p>
    <w:p>
      <w:r>
        <w:rPr>
          <w:sz w:val="20"/>
        </w:rPr>
        <w:t>31:37  yeh bohat hi important jumla hai. Yani quran ko mannay ke liye is ki ahmiyat kya hai? Ke woh akhirat ko akhirat par yaqeen karne walay log honge jo quran ko</w:t>
      </w:r>
      <w:r>
        <w:br/>
      </w:r>
      <w:r>
        <w:rPr>
          <w:sz w:val="20"/>
        </w:rPr>
        <w:t>31:52  book of alkitab ke taur par lenge aur samjhenge. Dekhen akhirat ek bohat hi ek ek saada lafz nahi hai.</w:t>
      </w:r>
      <w:r>
        <w:br/>
      </w:r>
      <w:r>
        <w:rPr>
          <w:sz w:val="20"/>
        </w:rPr>
        <w:t>32:05  ek poori ideology is ke andar hai.</w:t>
      </w:r>
      <w:r>
        <w:br/>
      </w:r>
      <w:r>
        <w:rPr>
          <w:sz w:val="20"/>
        </w:rPr>
        <w:t>32:13  Ke yeh ek yeh hai ke aap yeh manen ke insaan bas abruptly paida hua hai phir achank mar jayega aur is ko mitti mil jayegi qissa khatam.</w:t>
      </w:r>
      <w:r>
        <w:br/>
      </w:r>
      <w:r>
        <w:rPr>
          <w:sz w:val="20"/>
        </w:rPr>
        <w:t>32:24  To aap zindagi ke baray mein serious nahi honge. Sajda nahi honge. Zindagi ke baray mein aap sajda nahi honge.</w:t>
      </w:r>
      <w:r>
        <w:br/>
      </w:r>
      <w:r>
        <w:rPr>
          <w:sz w:val="20"/>
        </w:rPr>
        <w:t>32:33  Lekin aap ki soch agar yeh ho ke itna bara aaghaz is ka koi anjam hona chahiye.</w:t>
      </w:r>
      <w:r>
        <w:br/>
      </w:r>
      <w:r>
        <w:rPr>
          <w:sz w:val="20"/>
        </w:rPr>
        <w:t>32:42  Itni bari kainat banai. Itni bari kainat bani. Phir solar system bana. Phir is par planet earth bana.</w:t>
      </w:r>
      <w:r>
        <w:br/>
      </w:r>
      <w:r>
        <w:rPr>
          <w:sz w:val="20"/>
        </w:rPr>
        <w:t>32:52  Is par yeh hua, yeh hua, yeh hua yahan tak ke insaan abad hua. Phir is par tehzeeb bani. Yani itna sab jo hua hai. To yeh ek yeh hua zindagi ka aaghaz hai.</w:t>
      </w:r>
      <w:r>
        <w:br/>
      </w:r>
      <w:r>
        <w:rPr>
          <w:sz w:val="20"/>
        </w:rPr>
        <w:t>33:05  Itne baray aaghaz ka koi end hona chahiye, koi anjam hona chahiye.</w:t>
      </w:r>
      <w:r>
        <w:br/>
      </w:r>
      <w:r>
        <w:rPr>
          <w:sz w:val="20"/>
        </w:rPr>
        <w:t>33:10  Aisa nahi hota ke aaghaz to bohat bara ho aur end kuch nahi. Aise hi khatam ho gaya. To jo is tarah se lega zindagi ke mamle ko is ke andar bohat ziyada sanjeeda soch hogi.</w:t>
      </w:r>
      <w:r>
        <w:br/>
      </w:r>
      <w:r>
        <w:rPr>
          <w:sz w:val="20"/>
        </w:rPr>
        <w:t>33:24  Serious thinking hogi. To is zehen ke andar jab quran ko parhega to is ka har lafz is ko is ke dil mein utarta chala jayega.</w:t>
      </w:r>
      <w:r>
        <w:br/>
      </w:r>
      <w:r>
        <w:rPr>
          <w:sz w:val="20"/>
        </w:rPr>
        <w:t>33:34  Ke yeh woh kitab hai jo zindagi ki ma'nawiyat ko kholti hai.</w:t>
      </w:r>
      <w:r>
        <w:br/>
      </w:r>
      <w:r>
        <w:rPr>
          <w:sz w:val="20"/>
        </w:rPr>
        <w:t>33:40  Jis zindagi aap dekhen jo log mutala karte hain zindagi ka to aaghaz to un ko beneful dikhai deta hai. Aur anjam kuch nahi.</w:t>
      </w:r>
      <w:r>
        <w:br/>
      </w:r>
      <w:r>
        <w:rPr>
          <w:sz w:val="20"/>
        </w:rPr>
        <w:t>33:49  Yani galaxy ka banna, solar system ko banna, zameen ka banna, is par pani, is par pani ka nizam aur beshumar nizam jis ko kehte hain life support system, phir insaan yeh sab itna shandar beginning hai.</w:t>
      </w:r>
      <w:r>
        <w:br/>
      </w:r>
      <w:r>
        <w:rPr>
          <w:sz w:val="20"/>
        </w:rPr>
        <w:t>34:09  Yani apni beginning mein zameen itni shandar hai. To zaroori hai ke end mein bhi is ko koi bohat bara end ho is ka</w:t>
      </w:r>
      <w:r>
        <w:br/>
      </w:r>
      <w:r>
        <w:rPr>
          <w:sz w:val="20"/>
        </w:rPr>
        <w:t>34:20  ۔ To jab woh dekhta hai ke quran yeh batata hai ke sare insan ekatha honge hashar mein un ka hisab kitab hoga. Phir un ko un ke a'maal ke mutabiq badla diya jayega.</w:t>
      </w:r>
      <w:r>
        <w:br/>
      </w:r>
      <w:r>
        <w:rPr>
          <w:sz w:val="20"/>
        </w:rPr>
        <w:t>34:31  Aur jo log is test mein poore utre hain un ko paradise milegi. Yeh sari baaten jo hain jab woh quran mein parhta hai to is ko lagta hai ke waqai zindagi jis tarah aaghaz mein meaningful hai end bhi meaningful hai.</w:t>
      </w:r>
      <w:r>
        <w:br/>
      </w:r>
      <w:r>
        <w:rPr>
          <w:sz w:val="20"/>
        </w:rPr>
        <w:t>34:49  Zindagi jis tarah shuru mein ba'mani hai jis tarah woh apna anjam ka aitbar ba'mani hai to is ko qabool kar leta hai. Woh yeh sifat is ke andar honi chahiye.</w:t>
      </w:r>
    </w:p>
    <w:p>
      <w:pPr>
        <w:pStyle w:val="Heading2"/>
      </w:pPr>
      <w:r>
        <w:t>Pakistan's troubles compared to Prophet Yunus in the fish</w:t>
      </w:r>
    </w:p>
    <w:p>
      <w:r>
        <w:rPr>
          <w:color w:val="666666"/>
          <w:sz w:val="18"/>
        </w:rPr>
        <w:t>Conveying The Message of God August 2, 2009 · 2m 52s · at 1:41:27 · https://youtu.be/Vas9vU2IepI?t=6087</w:t>
      </w:r>
    </w:p>
    <w:p>
      <w:r>
        <w:rPr>
          <w:i/>
        </w:rPr>
        <w:t>“Pakistan's Muslims are stuck like Yunus in the fish”</w:t>
      </w:r>
    </w:p>
    <w:p>
      <w:r>
        <w:rPr>
          <w:sz w:val="20"/>
        </w:rPr>
        <w:t>1:41:27  This question is from Doctor Fareeda Khan m Why is it that the plight of Pakistani Muslims is worse than the Muslims of all the other countries?</w:t>
      </w:r>
      <w:r>
        <w:br/>
      </w:r>
      <w:r>
        <w:rPr>
          <w:sz w:val="20"/>
        </w:rPr>
        <w:t>1:41:39  They are fighting among themselves.</w:t>
      </w:r>
      <w:r>
        <w:br/>
      </w:r>
      <w:r>
        <w:rPr>
          <w:sz w:val="20"/>
        </w:rPr>
        <w:t>1:41:41  Is it due to the fact that they are not engaged in Dawa work, rather they hate the Madhu? What is your comment on this?</w:t>
      </w:r>
      <w:r>
        <w:br/>
      </w:r>
      <w:r>
        <w:rPr>
          <w:sz w:val="20"/>
        </w:rPr>
        <w:t>1:41:51  maine to is par likha tha k</w:t>
      </w:r>
      <w:r>
        <w:br/>
      </w:r>
      <w:r>
        <w:rPr>
          <w:sz w:val="20"/>
        </w:rPr>
        <w:t>1:41:57  Pakistan k jo Musalman hain, unki samajhne k liye Hazrat Yunus Alaihissalam ka qissa usko explain karta hai.</w:t>
      </w:r>
      <w:r>
        <w:br/>
      </w:r>
      <w:r>
        <w:rPr>
          <w:sz w:val="20"/>
        </w:rPr>
        <w:t>1:42:06  Hazrat Yunus Alaihissalam jo the, dawat k liye bheje gaye the, woh Nineveh kuch kaam kiya lekin poora karne se pehle woh wahan se laut gaye.</w:t>
      </w:r>
      <w:r>
        <w:br/>
      </w:r>
      <w:r>
        <w:rPr>
          <w:sz w:val="20"/>
        </w:rPr>
        <w:t>1:42:20  to machhli k pait mein chale gaye woh. to maine likha tha k Pakistan walon ne, yaani jis ko unhon ne Islam pahunchaya tha, us se ladai chhed di.</w:t>
      </w:r>
      <w:r>
        <w:br/>
      </w:r>
      <w:r>
        <w:rPr>
          <w:sz w:val="20"/>
        </w:rPr>
        <w:t>1:42:30  yaani Hindu hamare liye mad</w:t>
      </w:r>
      <w:r>
        <w:br/>
      </w:r>
      <w:r>
        <w:rPr>
          <w:sz w:val="20"/>
        </w:rPr>
        <w:t>1:42:32  what the. Hindu se hamein Islam, khuda ka paigham pahunchana tha. aur Hindu se ladai chhed di. ladai chhed kar k pehle Pakistan banwaya, ab ladai chhede hue hain k hamein hamari treaty do, yeh yeh Kashmir do aur falan do.</w:t>
      </w:r>
      <w:r>
        <w:br/>
      </w:r>
      <w:r>
        <w:rPr>
          <w:sz w:val="20"/>
        </w:rPr>
        <w:t>1:42:47  to madu se ladai is se bhi zyada bura hai jo k Hazrat Yunus Alaihissalam, Hazrat Yunus sirf chale gaye the, sirf yahan to madu se ladai chhede hue hain.</w:t>
      </w:r>
      <w:r>
        <w:br/>
      </w:r>
      <w:r>
        <w:rPr>
          <w:sz w:val="20"/>
        </w:rPr>
        <w:t>1:42:57  to superficial mein unka chale gaye hain woh.</w:t>
      </w:r>
      <w:r>
        <w:br/>
      </w:r>
      <w:r>
        <w:rPr>
          <w:sz w:val="20"/>
        </w:rPr>
        <w:t>1:43:00  Hazrat Yunus Alaihissalam to fish ke pait mein gaye the, yeh to super fish ke pait mein hain. Yaani ek tarah mad'u par apni zimmedariyon ko ada karne se pehle aap chhod kar chale jayein.</w:t>
      </w:r>
      <w:r>
        <w:br/>
      </w:r>
      <w:r>
        <w:rPr>
          <w:sz w:val="20"/>
        </w:rPr>
        <w:t>1:43:12  to ek darje ki ghalati yeh hai. lekin agar aap madu se ladai chhod dein, jo dushman declare kare, usko yeh to gunah azeem hai.</w:t>
      </w:r>
      <w:r>
        <w:br/>
      </w:r>
      <w:r>
        <w:rPr>
          <w:sz w:val="20"/>
        </w:rPr>
        <w:t>1:43:21  to jab tak Pakistani log, yaad rakhein, Hindu se nafrat ko khatam nahin karenge, Hindu se shikayat ko khatam nahin karenge, Hindu se takrao ko khatam nahin karenge, unilaterally Pakistan k logon ko unilaterally Hinduo se apni shikayat khatam karein, karni padegi.</w:t>
      </w:r>
      <w:r>
        <w:br/>
      </w:r>
      <w:r>
        <w:rPr>
          <w:sz w:val="20"/>
        </w:rPr>
        <w:t>1:43:41  warna hum machhli k pait mein rahenge, qayamat tak pade rahenge woh. kabhi bhi woh problem se bach nahin nikal nahin payenge. hamesha pade rahenge, yahan tak qayamat aa jaye.</w:t>
      </w:r>
      <w:r>
        <w:br/>
      </w:r>
      <w:r>
        <w:rPr>
          <w:sz w:val="20"/>
        </w:rPr>
        <w:t>1:43:53  Pakistani walon k liye, yaani yeh jo ghire hue hain problem mein, woh us se bachne ki ek hi shakal hai. Openly declare karein k we were wrong k humne Hindu ko, jo k madu the, unko apna rival bana liya, apna dushman bana liya. yeh ghalati thi.</w:t>
      </w:r>
      <w:r>
        <w:br/>
      </w:r>
      <w:r>
        <w:rPr>
          <w:sz w:val="20"/>
        </w:rPr>
        <w:t>1:44:11  Hindu hamare bhai hain, Hindu insaan hain, Hindu hamare padosi hain.</w:t>
      </w:r>
    </w:p>
    <w:p>
      <w:pPr>
        <w:pStyle w:val="Heading2"/>
      </w:pPr>
      <w:r>
        <w:t>What taqwa really means, applied to Alhamdulillah</w:t>
      </w:r>
    </w:p>
    <w:p>
      <w:r>
        <w:rPr>
          <w:color w:val="666666"/>
          <w:sz w:val="18"/>
        </w:rPr>
        <w:t>Ramadan and Roza August 5, 2012 · 2m 21s · at 12:16 · https://youtu.be/G1oFWcZ1gBg?t=736</w:t>
      </w:r>
    </w:p>
    <w:p>
      <w:r>
        <w:rPr>
          <w:i/>
        </w:rPr>
        <w:t>“Faras waqi — zakhmi ghoda jo sambhal kar chalta hai”</w:t>
      </w:r>
    </w:p>
    <w:p>
      <w:r>
        <w:rPr>
          <w:sz w:val="20"/>
        </w:rPr>
        <w:t>12:16  to quran mein hai ke taake un ke andar taqwa paida ho. taqwa ke lafz ke maani kya hote hain. ek bohat ajeeb istemal hai ke kaha jata hai arabi zaban mein farrs waqi yani ek ghoda hai is ke sab mein chot lag gayi to</w:t>
      </w:r>
      <w:r>
        <w:br/>
      </w:r>
      <w:r>
        <w:rPr>
          <w:sz w:val="20"/>
        </w:rPr>
        <w:t>12:37  woh jab chalta hai to bohat zyada bacha bacha kar chalta hai kyunke woh is ko dar hota hai ke mamooli si koi koi lakri mamooli si koi kankar bhi is ko takleef de dega to bohat bachate hue chalta hai.</w:t>
      </w:r>
      <w:r>
        <w:br/>
      </w:r>
      <w:r>
        <w:rPr>
          <w:sz w:val="20"/>
        </w:rPr>
        <w:t>12:53  rajul waqi yani bohat hi hassas hota hai us waqt woh isi hassasiyat ka naam taqwa hai. jab aap bohat zyada hassas ho jayen to is ke baad quran ko parhen.</w:t>
      </w:r>
      <w:r>
        <w:br/>
      </w:r>
      <w:r>
        <w:rPr>
          <w:sz w:val="20"/>
        </w:rPr>
        <w:t>13:07  har lafz mein aap ko ek ajeeb tajruba hoga. misaal ke taur par dekhiye aap parhenge quran ki jo pehli ayat hai alhamdulillah rabbil alameen aap sochenge ke kya main ne Allah ki hamd bayan ki ab tak zindagi mein ya main sirf lip service karta raha y</w:t>
      </w:r>
      <w:r>
        <w:br/>
      </w:r>
      <w:r>
        <w:rPr>
          <w:sz w:val="20"/>
        </w:rPr>
        <w:t>13:32  ani main to nashukri mein jeeta raha main to shikayaten karta raha logon ki main to nafrat karta raha logon se to main ne alhamdulillah kaha kahan.</w:t>
      </w:r>
      <w:r>
        <w:br/>
      </w:r>
      <w:r>
        <w:rPr>
          <w:sz w:val="20"/>
        </w:rPr>
        <w:t>13:47  agar main alhamdulillah kehta to mere dil mein positivity aati nafrat nikal jati sab ke liye khair khwahi aati. mukammal maanon mein mera dil pak saaf ho jata to woh kaha hua</w:t>
      </w:r>
      <w:r>
        <w:br/>
      </w:r>
      <w:r>
        <w:rPr>
          <w:sz w:val="20"/>
        </w:rPr>
        <w:t>14:01  to main ne to lip service kiya alhamdulillah keh kar ke. to aap ke andar jo hai ek aayega apne ko revise karenge aap ke ab se aap faisla karenge ab se mujh ko aap sachha alhamdulillah kehna hai</w:t>
      </w:r>
      <w:r>
        <w:br/>
      </w:r>
      <w:r>
        <w:rPr>
          <w:sz w:val="20"/>
        </w:rPr>
        <w:t>14:20  ke woh alhamdulillah jo nikalta hai aise insan ke andar se jis ke andar nafrat na ho shikayat na ho jis ke andar doosron ke khilaf negativity na ho woh alhamdulillah.</w:t>
      </w:r>
    </w:p>
    <w:p>
      <w:pPr>
        <w:pStyle w:val="Heading2"/>
      </w:pPr>
      <w:r>
        <w:t>Arberry's experience proves Quran divine origin</w:t>
      </w:r>
    </w:p>
    <w:p>
      <w:r>
        <w:rPr>
          <w:color w:val="666666"/>
          <w:sz w:val="18"/>
        </w:rPr>
        <w:t>Different Aspects of Islam · 4m 00s · at 21:05 · https://youtu.be/Y77bzb5Vbr8?t=1265</w:t>
      </w:r>
    </w:p>
    <w:p>
      <w:r>
        <w:rPr>
          <w:i/>
        </w:rPr>
        <w:t>“Arberry ne suna to usko ajeeb jalal mehsoos hua”</w:t>
      </w:r>
    </w:p>
    <w:p>
      <w:r>
        <w:rPr>
          <w:sz w:val="20"/>
        </w:rPr>
        <w:t>21:05  oon. ke Arberry jo tha woh Morocco gaya. Morocco mein woh ek hotel mein thehra tha. to ek din usne dekha ke paas ke kamre se awaz aa rahi hai. to bahut achhi lagi us ko awaz woh. to laga sun lein. to pata</w:t>
      </w:r>
      <w:r>
        <w:br/>
      </w:r>
      <w:r>
        <w:rPr>
          <w:sz w:val="20"/>
        </w:rPr>
        <w:t>21:35  kya to maloom hua ke uska us kamre mein ek Arab thehra hua tha. woh Arab uska record baja raha tha yani quran ka. quran ki jo qirat hai. quran ki qirat jo hai woh record par mehfooz ki gayi hai aap jante hain. to us ko woh wahan dobara chala raha tha. usne suna. Ar</w:t>
      </w:r>
      <w:r>
        <w:br/>
      </w:r>
      <w:r>
        <w:rPr>
          <w:sz w:val="20"/>
        </w:rPr>
        <w:t>22:05  Arberry ne.</w:t>
      </w:r>
      <w:r>
        <w:br/>
      </w:r>
      <w:r>
        <w:rPr>
          <w:sz w:val="20"/>
        </w:rPr>
        <w:t>22:09  to is ko is ki awaz hi nahi is ko arabi zaban nahi janta tha Arberry.</w:t>
      </w:r>
      <w:r>
        <w:br/>
      </w:r>
      <w:r>
        <w:rPr>
          <w:sz w:val="20"/>
        </w:rPr>
        <w:t>22:12  arabi zaban nahi janta tha.</w:t>
      </w:r>
      <w:r>
        <w:br/>
      </w:r>
      <w:r>
        <w:rPr>
          <w:sz w:val="20"/>
        </w:rPr>
        <w:t>22:16  lekin is ki jo awaz hai is mein is ko aik ajeeb ajeeb ajeeb jalal.</w:t>
      </w:r>
      <w:r>
        <w:br/>
      </w:r>
      <w:r>
        <w:rPr>
          <w:sz w:val="20"/>
        </w:rPr>
        <w:t>22:20  aik ajeeb azmat.</w:t>
      </w:r>
      <w:r>
        <w:br/>
      </w:r>
      <w:r>
        <w:rPr>
          <w:sz w:val="20"/>
        </w:rPr>
        <w:t>22:24  aik ajeeb qism ka jaisay koi badshah bol raha ho.</w:t>
      </w:r>
      <w:r>
        <w:br/>
      </w:r>
      <w:r>
        <w:rPr>
          <w:sz w:val="20"/>
        </w:rPr>
        <w:t>22:27  aisa usloob tha is mein.</w:t>
      </w:r>
      <w:r>
        <w:br/>
      </w:r>
      <w:r>
        <w:rPr>
          <w:sz w:val="20"/>
        </w:rPr>
        <w:t>22:31  chunan-cha aik aik maktab-e-fikr ne kaha hai ke qura</w:t>
      </w:r>
      <w:r>
        <w:br/>
      </w:r>
      <w:r>
        <w:rPr>
          <w:sz w:val="20"/>
        </w:rPr>
        <w:t>22:35  n mein jo jo woh hai.</w:t>
      </w:r>
      <w:r>
        <w:br/>
      </w:r>
      <w:r>
        <w:rPr>
          <w:sz w:val="20"/>
        </w:rPr>
        <w:t>22:40  jo quran mein jo is ka jo ahang hai.</w:t>
      </w:r>
      <w:r>
        <w:br/>
      </w:r>
      <w:r>
        <w:rPr>
          <w:sz w:val="20"/>
        </w:rPr>
        <w:t>22:45  woh par akhla hai.</w:t>
      </w:r>
      <w:r>
        <w:br/>
      </w:r>
      <w:r>
        <w:rPr>
          <w:sz w:val="20"/>
        </w:rPr>
        <w:t>22:50  par akhla ajeeb o ghareeb qism ka is mein aik woh sound art haan is ne kaha ke sound art.</w:t>
      </w:r>
      <w:r>
        <w:br/>
      </w:r>
      <w:r>
        <w:rPr>
          <w:sz w:val="20"/>
        </w:rPr>
        <w:t>22:55  quran mein jo sound art hai woh par akhla hai.</w:t>
      </w:r>
      <w:r>
        <w:br/>
      </w:r>
      <w:r>
        <w:rPr>
          <w:sz w:val="20"/>
        </w:rPr>
        <w:t>23:00  ab yeh sound art hadith mein nahi payen ge aap. ya kisi</w:t>
      </w:r>
      <w:r>
        <w:br/>
      </w:r>
      <w:r>
        <w:rPr>
          <w:sz w:val="20"/>
        </w:rPr>
        <w:t>23:05  bhi insani kitab mein nahi payenge aap. arabi zaban mein hazaron lakhon kitabein chhapi hui hain. aap padhiye un ko. aur quran ko padhiye. jo sound art quran mein hai woh kisi bhi kitab mein nahi hai. khud rasool Allah ki apni zaban mein bhi nahi hai woh sound art. yeh istithna jo hai. is istithna par jo hum sochte hain. is istithna yani kyun yeh istith</w:t>
      </w:r>
      <w:r>
        <w:br/>
      </w:r>
      <w:r>
        <w:rPr>
          <w:sz w:val="20"/>
        </w:rPr>
        <w:t>23:35  na? to is istisna par jo hum sochte hain to hum ko manna parta hai ke yeh insan</w:t>
      </w:r>
      <w:r>
        <w:br/>
      </w:r>
      <w:r>
        <w:rPr>
          <w:sz w:val="20"/>
        </w:rPr>
        <w:t>23:40  yani insan ka kalam nahi hai.</w:t>
      </w:r>
      <w:r>
        <w:br/>
      </w:r>
      <w:r>
        <w:rPr>
          <w:sz w:val="20"/>
        </w:rPr>
        <w:t>23:45  yeh lafz-e-insan nahi hai.</w:t>
      </w:r>
      <w:r>
        <w:br/>
      </w:r>
      <w:r>
        <w:rPr>
          <w:sz w:val="20"/>
        </w:rPr>
        <w:t>23:50  yeh koi aur cheez hai.</w:t>
      </w:r>
      <w:r>
        <w:br/>
      </w:r>
      <w:r>
        <w:rPr>
          <w:sz w:val="20"/>
        </w:rPr>
        <w:t>23:55  kyunke agar hazaron lakhon insan ne arabi ki zaban mein kitaben likhein.</w:t>
      </w:r>
      <w:r>
        <w:br/>
      </w:r>
      <w:r>
        <w:rPr>
          <w:sz w:val="20"/>
        </w:rPr>
        <w:t>24:00  to kyun nahi wohi zaban un ke haan hai? khud rasool Allah ki apni</w:t>
      </w:r>
      <w:r>
        <w:br/>
      </w:r>
      <w:r>
        <w:rPr>
          <w:sz w:val="20"/>
        </w:rPr>
        <w:t>24:06  hazaron hazar hadith-en hain.</w:t>
      </w:r>
      <w:r>
        <w:br/>
      </w:r>
      <w:r>
        <w:rPr>
          <w:sz w:val="20"/>
        </w:rPr>
        <w:t>24:10  is mein bhi kyun nahi wohi sound art hai? to mein apne baray mein keh sakta hoon ke</w:t>
      </w:r>
      <w:r>
        <w:br/>
      </w:r>
      <w:r>
        <w:rPr>
          <w:sz w:val="20"/>
        </w:rPr>
        <w:t>24:14  mein ne jab quran ko aur hadith ko mila kar parhna shuru kiya.</w:t>
      </w:r>
      <w:r>
        <w:br/>
      </w:r>
      <w:r>
        <w:rPr>
          <w:sz w:val="20"/>
        </w:rPr>
        <w:t>24:18  to chunke mein arabi zaban janta tha.</w:t>
      </w:r>
      <w:r>
        <w:br/>
      </w:r>
      <w:r>
        <w:rPr>
          <w:sz w:val="20"/>
        </w:rPr>
        <w:t>24:23  to yeh mawazna jo hai.</w:t>
      </w:r>
      <w:r>
        <w:br/>
      </w:r>
      <w:r>
        <w:rPr>
          <w:sz w:val="20"/>
        </w:rPr>
        <w:t>24:27  aik mawazna apne aap mein mere liye is baat ka aik khula hua saboot ban gaya.</w:t>
      </w:r>
      <w:r>
        <w:br/>
      </w:r>
      <w:r>
        <w:rPr>
          <w:sz w:val="20"/>
        </w:rPr>
        <w:t>24:31  aik saboot ban gaya ke quran jo hai woh</w:t>
      </w:r>
      <w:r>
        <w:br/>
      </w:r>
      <w:r>
        <w:rPr>
          <w:sz w:val="20"/>
        </w:rPr>
        <w:t>24:36  Khuda ki kitab hai. lafz-e-Khuda hai. yani Nabi ki hadith lafz-e-insan aur quran jo hai lafz-e-Khuda. aur sirf Nabi ki baat nahi duniya ke bade se bade aap kisi arabi musannif ko le lijiye. kisi bhi arabi musannif ko. uski jo zaban hogi woh lafz-e-insan hogi. jabke quran ki zaban jo hai lafz-e-Khuda hai. to chunanche Arberry jo hai itna is</w:t>
      </w:r>
    </w:p>
    <w:p>
      <w:pPr>
        <w:pStyle w:val="Heading2"/>
      </w:pPr>
      <w:r>
        <w:t>Policeman asks about distribution</w:t>
      </w:r>
    </w:p>
    <w:p>
      <w:r>
        <w:rPr>
          <w:color w:val="666666"/>
          <w:sz w:val="18"/>
        </w:rPr>
        <w:t>Experience Sharing of Jaipur Literature Festival 03 February 2013 · 35s · at 13:41 · https://youtu.be/Yc_VN2VQIgc?t=821</w:t>
      </w:r>
    </w:p>
    <w:p>
      <w:r>
        <w:rPr>
          <w:i/>
        </w:rPr>
        <w:t>“There was this elderly policeman”</w:t>
      </w:r>
    </w:p>
    <w:p>
      <w:r>
        <w:rPr>
          <w:sz w:val="20"/>
        </w:rPr>
        <w:t>13:41  There was this elderly policeman, he walked up to me and he asked me ki, and I quote him, verbatim, he said, "Aapka saara distribution achhe se ho gaya?"</w:t>
      </w:r>
      <w:r>
        <w:br/>
      </w:r>
      <w:r>
        <w:rPr>
          <w:sz w:val="20"/>
        </w:rPr>
        <w:t>13:53  " When he said this to me, I was struck for a moment. I just looked at him, I smiled and I said, "Ji, thank you very much. Sab achhe se ho gaya." And it seemed that, you know, God had sent an angel to take a stock of our situation and to find out whether, you know, this handful of people who were there, whether they needed anything or not, whether everything was working out fine or not.</w:t>
      </w:r>
      <w:r>
        <w:br/>
      </w:r>
      <w:r>
        <w:rPr>
          <w:sz w:val="20"/>
        </w:rPr>
        <w:t>14:16  And it seemed that, obviously, if it had not been for God's help, we wouldn't have done that task.</w:t>
      </w:r>
    </w:p>
    <w:p>
      <w:pPr>
        <w:pStyle w:val="Heading2"/>
      </w:pPr>
      <w:r>
        <w:t>Istikhara is not superstitious but sunnah</w:t>
      </w:r>
    </w:p>
    <w:p>
      <w:r>
        <w:rPr>
          <w:color w:val="666666"/>
          <w:sz w:val="18"/>
        </w:rPr>
        <w:t>Q&amp;A 20 Nov 2011 Maulana Wahiduddin Khan · 2m 30s · at 44:39 · https://youtu.be/7sNDn8Y6jUc?t=2679</w:t>
      </w:r>
    </w:p>
    <w:p>
      <w:r>
        <w:rPr>
          <w:i/>
        </w:rPr>
        <w:t>“Istikhara koi wahmi cheez nahi hai.”</w:t>
      </w:r>
    </w:p>
    <w:p>
      <w:r>
        <w:rPr>
          <w:sz w:val="20"/>
        </w:rPr>
        <w:t>44:39  ke istikhara koi wahmi cheez nahi hai koi awami cheez nahi hai yeh bilkul sunnat hai aur rasool Allah sallallahu alaihi wasallam logon ko batate the istikhara to istikhara ke lafzi maani dekhein hain talab khair khair chahna lafzi maani is ke hain</w:t>
      </w:r>
      <w:r>
        <w:br/>
      </w:r>
      <w:r>
        <w:rPr>
          <w:sz w:val="20"/>
        </w:rPr>
        <w:t>44:57  istikhara to istikhara to musalman karta hi hai aap jab dua karte hain woh bhi istikhara hota hai aap jab dua karte hain ke khuda mujhe aisa mere haq mein kar aisa haq mein kar to woh istikhara hi hota hai woh is ki ek formal shakal bhi hai istikhare ki</w:t>
      </w:r>
      <w:r>
        <w:br/>
      </w:r>
      <w:r>
        <w:rPr>
          <w:sz w:val="20"/>
        </w:rPr>
        <w:t>45:14  woh yeh hai ke aap isha ki namaz ke baad sone se pehle do rakat namaz padhein agar aap ko yaad ho to is pehli rakat mein surat al duha doosri rakat mein wal nasra padhein aur us ke baad dua karein ek dua hadith ki kitab mein aati hai</w:t>
      </w:r>
      <w:r>
        <w:br/>
      </w:r>
      <w:r>
        <w:rPr>
          <w:sz w:val="20"/>
        </w:rPr>
        <w:t>45:37  Allah humma inni astakhiruka bi ilmika wa qadirataka ala qadraka wa as aluka min</w:t>
      </w:r>
      <w:r>
        <w:br/>
      </w:r>
      <w:r>
        <w:rPr>
          <w:sz w:val="20"/>
        </w:rPr>
        <w:t>45:57  fasalika al azeem. yeh zaroori nahi padhna apni zuban mein aap dua kar sakte hain woh jo dua aati hai usi ko dohrana zaroori nahi hai to ke Allah humma inni astakhiruka bi ilmika wa qadirataka ala qadraka wa as aluka min fasalika al azeem in is tarah ke alfaaz hain to woh yaad kar lein aur dua karein isi se yeh koi zaroori nahi hai jo bhi aap jo bhi aap ka masla hai jo aap ki zuban hai us zuban mein is masle ko bayan karein to is tarah se do rakat namaz padh ke so jayein</w:t>
      </w:r>
      <w:r>
        <w:br/>
      </w:r>
      <w:r>
        <w:rPr>
          <w:sz w:val="20"/>
        </w:rPr>
        <w:t>46:16  to raat ko do shaklein hon gi ya to aap ke dil mein koi khayal aa jaye ga ya aap khwab koi dekhein ge to ulama ne yeh likha hai ke is tarah se se saat din tak karna chahiye pehle din agar wazeh jawab na aaye to saat din tak karta rahe aadmi</w:t>
      </w:r>
      <w:r>
        <w:br/>
      </w:r>
      <w:r>
        <w:rPr>
          <w:sz w:val="20"/>
        </w:rPr>
        <w:t>46:34  mera tajurba yeh hai ke zaroor jawab aata hai mein bar bar mein ne istikhara kiya hai to jawab aata hai yani kabhi dil mein aik jo kehte hain insharah dil khul jata hai kabhi khwab aata hai to</w:t>
      </w:r>
      <w:r>
        <w:br/>
      </w:r>
      <w:r>
        <w:rPr>
          <w:sz w:val="20"/>
        </w:rPr>
        <w:t>46:52  istikhara bohat hi sahi kaam hai hadith se sabit hai har aadmi ko chahiye ke istikhara kare aur us ko yeh samajhna hai ke istikhara koi wahmi cheez hai bilkul galat hai.</w:t>
      </w:r>
    </w:p>
    <w:p>
      <w:pPr>
        <w:pStyle w:val="Heading2"/>
      </w:pPr>
      <w:r>
        <w:t>Quran's direct and indirect address</w:t>
      </w:r>
    </w:p>
    <w:p>
      <w:r>
        <w:rPr>
          <w:color w:val="666666"/>
          <w:sz w:val="18"/>
        </w:rPr>
        <w:t>God's Management of History 23 Feb 2020 - Maulana Wahiduddin Khan · 1m 39s · at 0:56 · https://youtu.be/NeNadnD-0KE?t=56</w:t>
      </w:r>
    </w:p>
    <w:p>
      <w:r>
        <w:rPr>
          <w:i/>
        </w:rPr>
        <w:t>“قرآن کے سورہ نمبر 25 میں ایک آیت آئی ہے”</w:t>
      </w:r>
    </w:p>
    <w:p>
      <w:r>
        <w:rPr>
          <w:sz w:val="20"/>
        </w:rPr>
        <w:t>0:56  quran ke surah number 25 mein, yani furqan mein, ek ayat aayi hai jo makki daur ki hai:</w:t>
      </w:r>
      <w:r>
        <w:br/>
      </w:r>
      <w:r>
        <w:rPr>
          <w:sz w:val="20"/>
        </w:rPr>
        <w:t>1:13  nazala l furqana arabi liyakuna lil alamin nazira Allah ne utara hai quran apne bande par</w:t>
      </w:r>
      <w:r>
        <w:br/>
      </w:r>
      <w:r>
        <w:rPr>
          <w:sz w:val="20"/>
        </w:rPr>
        <w:t>1:30  takah woh</w:t>
      </w:r>
      <w:r>
        <w:br/>
      </w:r>
      <w:r>
        <w:rPr>
          <w:sz w:val="20"/>
        </w:rPr>
        <w:t>1:31  sare alam ke liye nazir bane. yani quran utra toh hai muhammad sallallahu alaihi wasallam par, lekin woh address karta hai sare alam ko.</w:t>
      </w:r>
      <w:r>
        <w:br/>
      </w:r>
      <w:r>
        <w:rPr>
          <w:sz w:val="20"/>
        </w:rPr>
        <w:t>1:49  ab yahan par dekhen, tadabbur ki baat hai. yeh sochiye ke yeh rasul Allah ne toh kabhi safar nahi kiya dunya bhar ka, hatta ke arab ko bhi safar nahi kiya aap ne.</w:t>
      </w:r>
      <w:r>
        <w:br/>
      </w:r>
      <w:r>
        <w:rPr>
          <w:sz w:val="20"/>
        </w:rPr>
        <w:t>2:05  toh yeh kaise sare alam ke liye ho gaya?</w:t>
      </w:r>
      <w:r>
        <w:br/>
      </w:r>
      <w:r>
        <w:rPr>
          <w:sz w:val="20"/>
        </w:rPr>
        <w:t>2:11  toh iska matlab yeh hai ke yeh tadabbur ka lafz maloom hota hai. yani direct makka walon ke liye ya arab ke liye,</w:t>
      </w:r>
      <w:r>
        <w:br/>
      </w:r>
      <w:r>
        <w:rPr>
          <w:sz w:val="20"/>
        </w:rPr>
        <w:t>2:25  aur in direct sare alam ke liye.</w:t>
      </w:r>
      <w:r>
        <w:br/>
      </w:r>
      <w:r>
        <w:rPr>
          <w:sz w:val="20"/>
        </w:rPr>
        <w:t>2:29  isi ka naam hai tadabbur.</w:t>
      </w:r>
    </w:p>
    <w:p>
      <w:pPr>
        <w:pStyle w:val="Heading2"/>
      </w:pPr>
      <w:r>
        <w:t>Contemplating universe and seeking forgiveness on Laylat al-Qadr</w:t>
      </w:r>
    </w:p>
    <w:p>
      <w:r>
        <w:rPr>
          <w:color w:val="666666"/>
          <w:sz w:val="18"/>
        </w:rPr>
        <w:t>Ramadan a Month of Study of Quran August 23, 2009 · 5m 51s · at 19:14 · https://youtu.be/8z-v68n7WuA?t=1154</w:t>
      </w:r>
    </w:p>
    <w:p>
      <w:r>
        <w:rPr>
          <w:i/>
        </w:rPr>
        <w:t>“Quran mein aaya hai ki Allah ne aasman ko buland kiya”</w:t>
      </w:r>
    </w:p>
    <w:p>
      <w:r>
        <w:rPr>
          <w:sz w:val="20"/>
        </w:rPr>
        <w:t>19:14  jaise misaal ke taur par</w:t>
      </w:r>
      <w:r>
        <w:br/>
      </w:r>
      <w:r>
        <w:rPr>
          <w:sz w:val="20"/>
        </w:rPr>
        <w:t>19:16  quran mein ek aayat hai ke</w:t>
      </w:r>
      <w:r>
        <w:br/>
      </w:r>
      <w:r>
        <w:rPr>
          <w:sz w:val="20"/>
        </w:rPr>
        <w:t>19:20  allah ne aasman ko buland kiya is tarah ke bina amadin tarawunaha</w:t>
      </w:r>
      <w:r>
        <w:br/>
      </w:r>
      <w:r>
        <w:rPr>
          <w:sz w:val="20"/>
        </w:rPr>
        <w:t>19:29  yani ek poori kainat hai</w:t>
      </w:r>
      <w:r>
        <w:br/>
      </w:r>
      <w:r>
        <w:rPr>
          <w:sz w:val="20"/>
        </w:rPr>
        <w:t>19:32  jis ko hum aasman kehte hain to bina amadin tarawunaha is ka koi is ka koi</w:t>
      </w:r>
      <w:r>
        <w:br/>
      </w:r>
      <w:r>
        <w:rPr>
          <w:sz w:val="20"/>
        </w:rPr>
        <w:t>19:39  satoon nahi is ka koi pillars nahi yani itni bari kainat khari hui hai bina pillars ke</w:t>
      </w:r>
      <w:r>
        <w:br/>
      </w:r>
      <w:r>
        <w:rPr>
          <w:sz w:val="20"/>
        </w:rPr>
        <w:t>19:46  is par aap sochen. To ab jo dekhiye jo pehle insan is ko ek aqide ke taur par janta tha.</w:t>
      </w:r>
      <w:r>
        <w:br/>
      </w:r>
      <w:r>
        <w:rPr>
          <w:sz w:val="20"/>
        </w:rPr>
        <w:t>19:56  ab science ne is ko ek waqe ke taur par bata diya hai. Keh jab se insan ne telescope discover ki telescope to insan ko ke liye mumkin ho gaya keh bohat door tak dekhe.</w:t>
      </w:r>
      <w:r>
        <w:br/>
      </w:r>
      <w:r>
        <w:rPr>
          <w:sz w:val="20"/>
        </w:rPr>
        <w:t>20:15  phir telescope aisi banayi gayin jis mein keh camera lage hue the. Aise satellite banaye gaye keh upar gaye upar ja kar unhon ne photo liya.</w:t>
      </w:r>
      <w:r>
        <w:br/>
      </w:r>
      <w:r>
        <w:rPr>
          <w:sz w:val="20"/>
        </w:rPr>
        <w:t>20:25  to bohat door tak insan ne dekha. To maloom hua keh kainat jo hai bohat hi bari hai. Yaani space abhi tak space ke koi limit nahin maloom hum ko.</w:t>
      </w:r>
      <w:r>
        <w:br/>
      </w:r>
      <w:r>
        <w:rPr>
          <w:sz w:val="20"/>
        </w:rPr>
        <w:t>20:36  is ke space ke andar kya hain galaxies hain bohat hi bari bari. Million billion sitare ek ek galaxy mein hain.</w:t>
      </w:r>
      <w:r>
        <w:br/>
      </w:r>
      <w:r>
        <w:rPr>
          <w:sz w:val="20"/>
        </w:rPr>
        <w:t>20:47  stars hain planets hain. Ab bohat hi door tak phailaye hue hain. In ki duriyan itni zyada hain keh hum is tarah nahin nap sakte jis tarah hum napte hain shaharoon ko.</w:t>
      </w:r>
      <w:r>
        <w:br/>
      </w:r>
      <w:r>
        <w:rPr>
          <w:sz w:val="20"/>
        </w:rPr>
        <w:t>20:58  keh hum kehte hain keh Dilli se Kolkata itne miles hain. Aisa hum nahin keh paate. To wahan par light years ko istemal kiya jata hai.</w:t>
      </w:r>
      <w:r>
        <w:br/>
      </w:r>
      <w:r>
        <w:rPr>
          <w:sz w:val="20"/>
        </w:rPr>
        <w:t>21:08  light years ko istemal kar ke aata hai is distance ko batane ke liye jo universe mein hai. Aur yeh sara space mein hai. Aisa nahin hai keh jaise koi koi koi koi koi cheez ho is par khada hua ho.</w:t>
      </w:r>
      <w:r>
        <w:br/>
      </w:r>
      <w:r>
        <w:rPr>
          <w:sz w:val="20"/>
        </w:rPr>
        <w:t>21:24  jaise yeh building jo hai ek zameen par khadi hui hai. Yeh building ek zameen par khadi hui hai. Lekin itni bari jo space mein jo itni bari duniya hai kainat woh kisi se khadi nahin hui hai.</w:t>
      </w:r>
      <w:r>
        <w:br/>
      </w:r>
      <w:r>
        <w:rPr>
          <w:sz w:val="20"/>
        </w:rPr>
        <w:t>21:36  space mein moallaq hai. Space mein move kar rahi hai. Baghair amadan tarawnuha ab aap sochen keh itni bari kainat jis ki distance ko napne ke liye hum ko light years istemal karna padta hai.</w:t>
      </w:r>
      <w:r>
        <w:br/>
      </w:r>
      <w:r>
        <w:rPr>
          <w:sz w:val="20"/>
        </w:rPr>
        <w:t>21:51  to aap bilkul tharthari aa jayegi tharthari. Keh itni bari itni bari kainat baghair sutoon ke khadi hai.</w:t>
      </w:r>
      <w:r>
        <w:br/>
      </w:r>
      <w:r>
        <w:rPr>
          <w:sz w:val="20"/>
        </w:rPr>
        <w:t>22:01  baghair pillars ke khadi hai. Baghair kisi kisi base ke khadi hui hai. Hawa mein hai space mein hai.</w:t>
      </w:r>
      <w:r>
        <w:br/>
      </w:r>
      <w:r>
        <w:rPr>
          <w:sz w:val="20"/>
        </w:rPr>
        <w:t>22:12  to phir aap ko bilkul thartharahat ho jayegi aap ko. Isi ko kaha gaya keh wajalat quloobuhum un ka dil dahal uthe ga. To yeh kab ho ga jab aap sochen ge.</w:t>
      </w:r>
      <w:r>
        <w:br/>
      </w:r>
      <w:r>
        <w:rPr>
          <w:sz w:val="20"/>
        </w:rPr>
        <w:t>22:23  jab aap sochen ge. Sochen ge baghair nahin ho sakta hai. Yeh Allah taala ne jo farmaya keh Ramadan mein quran utra is raat yaani quran ke mutabiq woh raat ka waqt tha.</w:t>
      </w:r>
      <w:r>
        <w:br/>
      </w:r>
      <w:r>
        <w:rPr>
          <w:sz w:val="20"/>
        </w:rPr>
        <w:t>22:39  jab quran utarna shuru hua to woh raat ka waqt tha. Ramadan ke mahine ki koi aakhri date thi aur waqt tha raat ka.</w:t>
      </w:r>
      <w:r>
        <w:br/>
      </w:r>
      <w:r>
        <w:rPr>
          <w:sz w:val="20"/>
        </w:rPr>
        <w:t>22:48  is waqt Jibrael aaye. Is raat ko quran mein Lailat-ul-Qadr kaha gaya hai.</w:t>
      </w:r>
      <w:r>
        <w:br/>
      </w:r>
      <w:r>
        <w:rPr>
          <w:sz w:val="20"/>
        </w:rPr>
        <w:t>22:57  Inna anzalnahu fi Lailat-ul-Qadr to Lailat-ul-Qadr ki bohat ahmiyat hai. Khairun min alf shahr kaha gaya is ko. Hazar mahinon se behtar hai.</w:t>
      </w:r>
      <w:r>
        <w:br/>
      </w:r>
      <w:r>
        <w:rPr>
          <w:sz w:val="20"/>
        </w:rPr>
        <w:t>23:09  to chunanche log Ramadan ke aakhri mahinon mein Lailat-ul-Qadr ko pane ke liye ibadaten karte hain.</w:t>
      </w:r>
      <w:r>
        <w:br/>
      </w:r>
      <w:r>
        <w:rPr>
          <w:sz w:val="20"/>
        </w:rPr>
        <w:t>23:20  Hazrat Aisha ne Rasool Allah se poocha keh agar main Lailat-ul-Qadr ko pa jaon jis ko hum Shab-e-Qadr kehte hain</w:t>
      </w:r>
      <w:r>
        <w:br/>
      </w:r>
      <w:r>
        <w:rPr>
          <w:sz w:val="20"/>
        </w:rPr>
        <w:t>23:29  night of destiny to main kya karoon? To Rasool Allah ne farmaya keh tum yeh dua karo.</w:t>
      </w:r>
      <w:r>
        <w:br/>
      </w:r>
      <w:r>
        <w:rPr>
          <w:sz w:val="20"/>
        </w:rPr>
        <w:t>23:40  Allahumma anta Afuwwun tuhibbul afwa fa'afu anni Allahumma anta Afuwwun tuhibbul afwa fa'afu anni aye Allah</w:t>
      </w:r>
      <w:r>
        <w:br/>
      </w:r>
      <w:r>
        <w:rPr>
          <w:sz w:val="20"/>
        </w:rPr>
        <w:t>23:53  tu boht maaf karne wala hai. tu maafii ko pasand karta hai. tu mujh ko bhi maaf kar de.</w:t>
      </w:r>
      <w:r>
        <w:br/>
      </w:r>
      <w:r>
        <w:rPr>
          <w:sz w:val="20"/>
        </w:rPr>
        <w:t>24:04  is dua mein aap ne kya baat farmaii? yeh alfaaz nahi hain aap ke in alfaaz ko na samjhen ke bas yeh alfaaz dohra diye aap ne to bas kaam ho gaya aap ka.</w:t>
      </w:r>
      <w:r>
        <w:br/>
      </w:r>
      <w:r>
        <w:rPr>
          <w:sz w:val="20"/>
        </w:rPr>
        <w:t>24:13  yeh matlab nahi hai. is ka matlab yeh hai ke shab qadr jo hai aap ne yeh batana hai is ke zariye bataya ke shab qadr mein kya cheez mangna chahiye?</w:t>
      </w:r>
      <w:r>
        <w:br/>
      </w:r>
      <w:r>
        <w:rPr>
          <w:sz w:val="20"/>
        </w:rPr>
        <w:t>24:26  shab qadr milti hai aap ko to kya cheez mangna chahiye? aap aulaad mangen aur buildingen mangen aur paisa mangen business mangen is ke liye shab qadr nahi hai.</w:t>
      </w:r>
      <w:r>
        <w:br/>
      </w:r>
      <w:r>
        <w:rPr>
          <w:sz w:val="20"/>
        </w:rPr>
        <w:t>24:42  shab qadr is liye ke aap Allah ki maghfirat mangen.</w:t>
      </w:r>
      <w:r>
        <w:br/>
      </w:r>
      <w:r>
        <w:rPr>
          <w:sz w:val="20"/>
        </w:rPr>
        <w:t>24:47  ae Allah tu boht maaf karne wala hai maafii ko pasand karta hai tu tu mujhe mujhe maaf farma de. tu sab se bari mangne ki cheez Allah taala se yeh hai.</w:t>
      </w:r>
      <w:r>
        <w:br/>
      </w:r>
      <w:r>
        <w:rPr>
          <w:sz w:val="20"/>
        </w:rPr>
        <w:t>24:58  is dua ke zariye aap ne yeh sabak diya ke mangne ki cheez kya hai?</w:t>
      </w:r>
    </w:p>
    <w:p>
      <w:pPr>
        <w:pStyle w:val="Heading2"/>
      </w:pPr>
      <w:r>
        <w:t>Carried on his father's shoulders crossing a river</w:t>
      </w:r>
    </w:p>
    <w:p>
      <w:r>
        <w:rPr>
          <w:color w:val="666666"/>
          <w:sz w:val="18"/>
        </w:rPr>
        <w:t>In Conversation with Dr. Saniyasnain Khan December 12, 2021 · 1m 19s · at 9:27 · https://youtu.be/9Lp76ckNRYE?t=567</w:t>
      </w:r>
    </w:p>
    <w:p>
      <w:r>
        <w:rPr>
          <w:i/>
        </w:rPr>
        <w:t>“Rastay mein aik river padti thi, wahan mujhe kandhay pe bitha lete thay”</w:t>
      </w:r>
    </w:p>
    <w:p>
      <w:r>
        <w:rPr>
          <w:sz w:val="20"/>
        </w:rPr>
        <w:t>9:27  hai? nahi aisa nahi hai ke kandhe pe bitha ke le jatay thay mujhe jagah jagah. hmm. ji. darasal aisa tha ke jo hamara gaon tha remote village.</w:t>
      </w:r>
      <w:r>
        <w:br/>
      </w:r>
      <w:r>
        <w:rPr>
          <w:sz w:val="20"/>
        </w:rPr>
        <w:t>9:37  hmm. to wahan se maulana ko doosre shehar mein jana hota tha ya doosre pass ke village mein jana hota tha. jaise aik shehar tha saraye ameer jahan maulana ne education bhi hasil ki thi.</w:t>
      </w:r>
      <w:r>
        <w:br/>
      </w:r>
      <w:r>
        <w:rPr>
          <w:sz w:val="20"/>
        </w:rPr>
        <w:t>9:50  aik shehar tha sanjar pur wahan thora si market hoti thi post office tha is tarah ki cheezein theen hamare haan to kuch tha nahi. to woh jatay thay to aik adhh bar mujhe bhi sath le gaye mein do saal ka raha hounga shayad ya teen saal ka.</w:t>
      </w:r>
      <w:r>
        <w:br/>
      </w:r>
      <w:r>
        <w:rPr>
          <w:sz w:val="20"/>
        </w:rPr>
        <w:t>10:05  to wahan aik river parti hai rastay mein shayad tons river naam hai is ka. to aik jagah se bohat shallow ho jati hai woh taqreeban knee deep water hota hai.</w:t>
      </w:r>
      <w:r>
        <w:br/>
      </w:r>
      <w:r>
        <w:rPr>
          <w:sz w:val="20"/>
        </w:rPr>
        <w:t>10:17  ji. to wahan se log cross karte hain usay paidal. to jab woh cross karte thay river to mujhe kandhe pe bitha letay thay.</w:t>
      </w:r>
      <w:r>
        <w:br/>
      </w:r>
      <w:r>
        <w:rPr>
          <w:sz w:val="20"/>
        </w:rPr>
        <w:t>10:26  achha. aise pakar lete thay. ji. aur to phir river cross kar ke utartay thay mujhe aur wahan jo shells waghera nahi paray hotay hain. ji ji ji.</w:t>
      </w:r>
      <w:r>
        <w:br/>
      </w:r>
      <w:r>
        <w:rPr>
          <w:sz w:val="20"/>
        </w:rPr>
        <w:t>10:34  darya ke paas kuch. ji. woh chun ke</w:t>
      </w:r>
      <w:r>
        <w:br/>
      </w:r>
      <w:r>
        <w:rPr>
          <w:sz w:val="20"/>
        </w:rPr>
        <w:t>10:37  detay thay mujhe. kya umar rahi hogi doctor sahib aap ki tab? khair do teen saal. do teen saal. achha. okay. to woh chun ke detay thay woh aik tarah se hamara khilona hota tha us zamane mein.</w:t>
      </w:r>
    </w:p>
    <w:p>
      <w:pPr>
        <w:pStyle w:val="Heading2"/>
      </w:pPr>
      <w:r>
        <w:t>An educated seeker's 25-year journey to understanding paradise</w:t>
      </w:r>
    </w:p>
    <w:p>
      <w:r>
        <w:rPr>
          <w:color w:val="666666"/>
          <w:sz w:val="18"/>
        </w:rPr>
        <w:t>Ramadan and Quranic Guidance July 29, 2012 · 5m 58s · at 32:17 · https://youtu.be/WxpcI7qi4d0?t=1937</w:t>
      </w:r>
    </w:p>
    <w:p>
      <w:r>
        <w:rPr>
          <w:i/>
        </w:rPr>
        <w:t>“Ek aur sahab ko Quran diya gaya, woh bhi padhe likhe the”</w:t>
      </w:r>
    </w:p>
    <w:p>
      <w:r>
        <w:rPr>
          <w:sz w:val="20"/>
        </w:rPr>
        <w:t>32:17  ke kuch logon ko is se milti hai hidayat aur kuch logon ko is se milti hai gumrahi. ab aap ek aur misaal lijiye. isi tarah ek aur saahab ko quran ka, woh bhi parhe likhe thay.</w:t>
      </w:r>
      <w:r>
        <w:br/>
      </w:r>
      <w:r>
        <w:rPr>
          <w:sz w:val="20"/>
        </w:rPr>
        <w:t>32:33  haili educated aadmi thay. un ko quran diya gaya parhnay ke liye. english translation.</w:t>
      </w:r>
      <w:r>
        <w:br/>
      </w:r>
      <w:r>
        <w:rPr>
          <w:sz w:val="20"/>
        </w:rPr>
        <w:t>32:41  is ko parha unhon nay. aur aik baar parha to phir is ko kai baar parh dala unhon nay.</w:t>
      </w:r>
      <w:r>
        <w:br/>
      </w:r>
      <w:r>
        <w:rPr>
          <w:sz w:val="20"/>
        </w:rPr>
        <w:t>32:53  kyun? unhon nay kaha, mulaqat jab hui un say. unhon nay kaha ke bhai main aik aik aisa aadmi tha jis ke kandhay katar par nahi tha.</w:t>
      </w:r>
      <w:r>
        <w:br/>
      </w:r>
      <w:r>
        <w:rPr>
          <w:sz w:val="20"/>
        </w:rPr>
        <w:t>33:07  main har mazhab ki cheezain parhta tha.</w:t>
      </w:r>
      <w:r>
        <w:br/>
      </w:r>
      <w:r>
        <w:rPr>
          <w:sz w:val="20"/>
        </w:rPr>
        <w:t>33:11  to main nay dekha ke doosray mazhabon mein salvation jo hai, nijat. woh external factor par</w:t>
      </w:r>
      <w:r>
        <w:br/>
      </w:r>
      <w:r>
        <w:rPr>
          <w:sz w:val="20"/>
        </w:rPr>
        <w:t>33:22  base karti hai, mabni hai. yani kuch external factor hain jo mujh ko salvation detay hain. misaal ke taur par yahood ke haan kya hai?</w:t>
      </w:r>
      <w:r>
        <w:br/>
      </w:r>
      <w:r>
        <w:rPr>
          <w:sz w:val="20"/>
        </w:rPr>
        <w:t>33:36  ke</w:t>
      </w:r>
      <w:r>
        <w:br/>
      </w:r>
      <w:r>
        <w:rPr>
          <w:sz w:val="20"/>
        </w:rPr>
        <w:t>33:39  birth par sara mamla mabni hai. birth. yani aik aadmi yahoodi family mein paida ho gaya to us ke liye jannat hai.</w:t>
      </w:r>
      <w:r>
        <w:br/>
      </w:r>
      <w:r>
        <w:rPr>
          <w:sz w:val="20"/>
        </w:rPr>
        <w:t>33:51  yahoodi family mein paida hona bas yeh kafi hai ke woh paradise mein chala jaye. to paida hona to kisi ke bas mein nahi</w:t>
      </w:r>
      <w:r>
        <w:br/>
      </w:r>
      <w:r>
        <w:rPr>
          <w:sz w:val="20"/>
        </w:rPr>
        <w:t>34:02  hai. aadmi kya maloom ke woh kis family mein paida ho ga. to accidently agar paida ho gaya woh aadmi yahoodi family mein to phir jaye ga jannat mein.</w:t>
      </w:r>
      <w:r>
        <w:br/>
      </w:r>
      <w:r>
        <w:rPr>
          <w:sz w:val="20"/>
        </w:rPr>
        <w:t>34:16  kahin aur paida ho gaya to us ko phir salvation nahi mile gi.</w:t>
      </w:r>
      <w:r>
        <w:br/>
      </w:r>
      <w:r>
        <w:rPr>
          <w:sz w:val="20"/>
        </w:rPr>
        <w:t>34:22  yeh to sab kuch base karta hai ittefaq par. chance factor par</w:t>
      </w:r>
      <w:r>
        <w:br/>
      </w:r>
      <w:r>
        <w:rPr>
          <w:sz w:val="20"/>
        </w:rPr>
        <w:t>34:30  . to mujhe unhon nay kaha ke yeh baat mujhe appeal nahi karti thi yeh cheez. phir unhon nay kaha ke christianity mein hum nay parha to wahan par kya hai?</w:t>
      </w:r>
      <w:r>
        <w:br/>
      </w:r>
      <w:r>
        <w:rPr>
          <w:sz w:val="20"/>
        </w:rPr>
        <w:t>34:39  ke hazrat maseeh sole pe charh gaye. to yeh ab jo log un pe iman layein, un sab ke liye woh sar.</w:t>
      </w:r>
      <w:r>
        <w:br/>
      </w:r>
      <w:r>
        <w:rPr>
          <w:sz w:val="20"/>
        </w:rPr>
        <w:t>34:52  jo un par iman layein, un sab ke liye woh kafara ban gaye.</w:t>
      </w:r>
      <w:r>
        <w:br/>
      </w:r>
      <w:r>
        <w:rPr>
          <w:sz w:val="20"/>
        </w:rPr>
        <w:t>34:59  jis ko kehte hain atonement. to unhon nay kaha ke yeh bhi meri samajh mein nahi aata tha. ke aik aur shakhs jo hai, aik aur shakhs kuch karta hai aur mujh ko yani us ka mil jata hai nateeja.</w:t>
      </w:r>
      <w:r>
        <w:br/>
      </w:r>
      <w:r>
        <w:rPr>
          <w:sz w:val="20"/>
        </w:rPr>
        <w:t>35:19  to yeh kaise, yeh koi logical baat nahi nazar aati thi mujh ko.</w:t>
      </w:r>
      <w:r>
        <w:br/>
      </w:r>
      <w:r>
        <w:rPr>
          <w:sz w:val="20"/>
        </w:rPr>
        <w:t>35:25  to unhon nay kaha ke aise hi sab mazhabon mein tha. to lekin jab main nay quran ko parha to main nay discover kiya is baat ko ke yeh sara mamla hai</w:t>
      </w:r>
      <w:r>
        <w:br/>
      </w:r>
      <w:r>
        <w:rPr>
          <w:sz w:val="20"/>
        </w:rPr>
        <w:t>35:39  apnay ko paradise ke liye deserving candidate bananay ka. zлик jaza wa munteqa.</w:t>
      </w:r>
      <w:r>
        <w:br/>
      </w:r>
      <w:r>
        <w:rPr>
          <w:sz w:val="20"/>
        </w:rPr>
        <w:t>35:48  quran mein bar bar unhon nay kaha ke unhon nay kaha ke bar bar main nay parha ke apnay andar yeh yeh personality develop karo. tab jannat mile gi tum ko.</w:t>
      </w:r>
      <w:r>
        <w:br/>
      </w:r>
      <w:r>
        <w:rPr>
          <w:sz w:val="20"/>
        </w:rPr>
        <w:t>36:01  to yeh yeh poora poora salvation ka poora mamla apnay aap ko as a yani as a</w:t>
      </w:r>
      <w:r>
        <w:br/>
      </w:r>
      <w:r>
        <w:rPr>
          <w:sz w:val="20"/>
        </w:rPr>
        <w:t>36:17  as a as a jannati shakhsiyat develop karnay ka hai. to unhon nay kaha ke main pachees saal, unhon nay kaha ke main bachpan mein khwab dekhta tha ke mujhe ias afsar banna hai.</w:t>
      </w:r>
      <w:r>
        <w:br/>
      </w:r>
      <w:r>
        <w:rPr>
          <w:sz w:val="20"/>
        </w:rPr>
        <w:t>36:33  ias afsar banna hai. to main nay pachees saal tak parha. pachees saal mehnat ki. to us ke baad mujhe unhon nay kaha ke ab main ias afsar hoon.</w:t>
      </w:r>
      <w:r>
        <w:br/>
      </w:r>
      <w:r>
        <w:rPr>
          <w:sz w:val="20"/>
        </w:rPr>
        <w:t>36:48  pachees saal ki mehnat ke baad. to unhon nay kaha ke main sochta tha ke ias afsar bananay ke liye to pachees saal ki tayari chahiye.</w:t>
      </w:r>
      <w:r>
        <w:br/>
      </w:r>
      <w:r>
        <w:rPr>
          <w:sz w:val="20"/>
        </w:rPr>
        <w:t>36:58  aur jannat ke liye kuch karna hi nahi hai.</w:t>
      </w:r>
      <w:r>
        <w:br/>
      </w:r>
      <w:r>
        <w:rPr>
          <w:sz w:val="20"/>
        </w:rPr>
        <w:t>37:02  free mil jati hai jannat. to unhon ne kaha ke meri, mera mind is ko appeal nahi karta tha. mujh ko yeh cheez address nahi karti thi.</w:t>
      </w:r>
      <w:r>
        <w:br/>
      </w:r>
      <w:r>
        <w:rPr>
          <w:sz w:val="20"/>
        </w:rPr>
        <w:t>37:11  to mein yani bohat is mein tha. confusion mein tha, confusion mein. lekin quran mein jo baat jo mujhe mili woh bohat hi logical, bohat hi scientific.</w:t>
      </w:r>
      <w:r>
        <w:br/>
      </w:r>
      <w:r>
        <w:rPr>
          <w:sz w:val="20"/>
        </w:rPr>
        <w:t>37:23  ke wohi formula yahan apply hota hai jo formula i.s. officer banne ke liye tha. ke apne aap ko is ke qabil banao to tum ko i.s. ofisri mil jaye gi.</w:t>
      </w:r>
      <w:r>
        <w:br/>
      </w:r>
      <w:r>
        <w:rPr>
          <w:sz w:val="20"/>
        </w:rPr>
        <w:t>37:39  aise hi paradise ka muamla hai. ke apne aap ko is ke liye deserving candidate banao. deserving candidate to tum ko marne ke baad jannat mil jaye gi.</w:t>
      </w:r>
      <w:r>
        <w:br/>
      </w:r>
      <w:r>
        <w:rPr>
          <w:sz w:val="20"/>
        </w:rPr>
        <w:t>37:52  to yeh bohat hi logical hai, bohat hi scientific laga mujhe. ab dekhiye, wohi hai quran ko parh kar ke. aik aadmi ulta matlab nikalta hai, aik aadmi seedha matlab nikalta hai.</w:t>
      </w:r>
      <w:r>
        <w:br/>
      </w:r>
      <w:r>
        <w:rPr>
          <w:sz w:val="20"/>
        </w:rPr>
        <w:t>38:06  yeh hai yudhillu bihi kaseerun wa yahdi bihi kaseerun.</w:t>
      </w:r>
    </w:p>
    <w:p>
      <w:pPr>
        <w:pStyle w:val="Heading2"/>
      </w:pPr>
      <w:r>
        <w:t>Dr. Bucaille's conversion through Quranic study</w:t>
      </w:r>
    </w:p>
    <w:p>
      <w:r>
        <w:rPr>
          <w:color w:val="666666"/>
          <w:sz w:val="18"/>
        </w:rPr>
        <w:t>In Search of Truth 6 Aug 2006 - Maulana Wahiduddin Khan · 6m 26s · at 49:06 · https://youtu.be/f8sqv7h-V4o?t=2946</w:t>
      </w:r>
    </w:p>
    <w:p>
      <w:r>
        <w:rPr>
          <w:i/>
        </w:rPr>
        <w:t>“A very interesting story about King Faisal”</w:t>
      </w:r>
    </w:p>
    <w:p>
      <w:r>
        <w:rPr>
          <w:sz w:val="20"/>
        </w:rPr>
        <w:t>49:06  ek bohat hi interesting story yeh hai ke</w:t>
      </w:r>
      <w:r>
        <w:br/>
      </w:r>
      <w:r>
        <w:rPr>
          <w:sz w:val="20"/>
        </w:rPr>
        <w:t>49:12  saudi arab ke king faisal, jinka ab death ho chuki hai,</w:t>
      </w:r>
      <w:r>
        <w:br/>
      </w:r>
      <w:r>
        <w:rPr>
          <w:sz w:val="20"/>
        </w:rPr>
        <w:t>49:20  woh paris gaye apne treatment ke liye. toh un ko jo treatment karwana tha, is ka expert tha us waqt paris mein doctor maurice bukai</w:t>
      </w:r>
      <w:r>
        <w:br/>
      </w:r>
      <w:r>
        <w:rPr>
          <w:sz w:val="20"/>
        </w:rPr>
        <w:t>49:32  ai. toh kya hua ke woh is ne un ka</w:t>
      </w:r>
      <w:r>
        <w:br/>
      </w:r>
      <w:r>
        <w:rPr>
          <w:sz w:val="20"/>
        </w:rPr>
        <w:t>49:43  operation kiya. toh doctor maurice bukai jo the, woh islam ke bohat against mein hote the. koi bhi jo milta tha un se, us se kuch na kuch islam ke khilaf bolte the.</w:t>
      </w:r>
      <w:r>
        <w:br/>
      </w:r>
      <w:r>
        <w:rPr>
          <w:sz w:val="20"/>
        </w:rPr>
        <w:t>49:57  to king faisal se bhi unhon ne kaha aisa</w:t>
      </w:r>
      <w:r>
        <w:br/>
      </w:r>
      <w:r>
        <w:rPr>
          <w:sz w:val="20"/>
        </w:rPr>
        <w:t>50:02  ke king faisal ne un se poocha ke aap ne quran ko kahan parha hai?</w:t>
      </w:r>
      <w:r>
        <w:br/>
      </w:r>
      <w:r>
        <w:rPr>
          <w:sz w:val="20"/>
        </w:rPr>
        <w:t>50:11  kya quran ko parh kar aap aisa keh rahe hain? kaha haan, maine parha hai. to unhon ne kaha kahan parha hai? unhon ne kaha ke transition french mein jo quran ka transition hai, us ko maine parha hai.</w:t>
      </w:r>
      <w:r>
        <w:br/>
      </w:r>
      <w:r>
        <w:rPr>
          <w:sz w:val="20"/>
        </w:rPr>
        <w:t>50:30  to king faisal ne kaha ke aap ek scholar hain. scholarship ka ek standard hota hai ke kisi kitab ke baray mein agar aap comment karein to zaroori hai ke aap ne us ko us ke original language mein parha ho,</w:t>
      </w:r>
      <w:r>
        <w:br/>
      </w:r>
      <w:r>
        <w:rPr>
          <w:sz w:val="20"/>
        </w:rPr>
        <w:t>50:50  warna aap aap scholar nahi maane jayenge.</w:t>
      </w:r>
      <w:r>
        <w:br/>
      </w:r>
      <w:r>
        <w:rPr>
          <w:sz w:val="20"/>
        </w:rPr>
        <w:t>50:55  yani modern scholarship jo hai, us mein yeh zaroori samjha jata hai ke aadmi agar kisi kitab par comment kar raha hai, critical comment, to zaroori hai ke us kitab ko us ne us ke original language mein parha ho,</w:t>
      </w:r>
      <w:r>
        <w:br/>
      </w:r>
      <w:r>
        <w:rPr>
          <w:sz w:val="20"/>
        </w:rPr>
        <w:t>51:08  warna us ko right nahi hai ke woh bolay us ke upar. yani transition parh kar ke aap comment nahi de sakte. to unhon ne kaha ke aap kaise aadmi hain?</w:t>
      </w:r>
      <w:r>
        <w:br/>
      </w:r>
      <w:r>
        <w:rPr>
          <w:sz w:val="20"/>
        </w:rPr>
        <w:t>51:21  ek aisa kaam karein jo scholarship jo hai, us ko accept nahi karegi.</w:t>
      </w:r>
      <w:r>
        <w:br/>
      </w:r>
      <w:r>
        <w:rPr>
          <w:sz w:val="20"/>
        </w:rPr>
        <w:t>51:26  to unhon ne kaha ke aap ko chahiye ke sab se pehle aap arabic language parhein.</w:t>
      </w:r>
      <w:r>
        <w:br/>
      </w:r>
      <w:r>
        <w:rPr>
          <w:sz w:val="20"/>
        </w:rPr>
        <w:t>51:33  to woh aadmi bohat hi sincere tha. us ne kaha ke theek hai. unhon ne baqayda admission le kar ke arabic language parhi.</w:t>
      </w:r>
      <w:r>
        <w:br/>
      </w:r>
      <w:r>
        <w:rPr>
          <w:sz w:val="20"/>
        </w:rPr>
        <w:t>51:43  arabic language parh kar ke phir unhon ne quran ki study ki. arab countries mein gaye. woh kai saal ke survey ke baad phir unhon ne quran ko arabic language mein parha.</w:t>
      </w:r>
      <w:r>
        <w:br/>
      </w:r>
      <w:r>
        <w:rPr>
          <w:sz w:val="20"/>
        </w:rPr>
        <w:t>51:56  apni ek kitab likhi</w:t>
      </w:r>
      <w:r>
        <w:br/>
      </w:r>
      <w:r>
        <w:rPr>
          <w:sz w:val="20"/>
        </w:rPr>
        <w:t>51:58  unhon ne. yani maurice bucaille ne. is ka naam hai "the bible the quran and science".</w:t>
      </w:r>
      <w:r>
        <w:br/>
      </w:r>
      <w:r>
        <w:rPr>
          <w:sz w:val="20"/>
        </w:rPr>
        <w:t>52:11  yeh kitab originally likhi gayi thi french language mein. phir woh english mein transition hua, arabic mein hua, aur dunya ki taqreeban 12 zabanon mein shayad ho chuka hai ya aur zyada.</w:t>
      </w:r>
      <w:r>
        <w:br/>
      </w:r>
      <w:r>
        <w:rPr>
          <w:sz w:val="20"/>
        </w:rPr>
        <w:t>52:31  is kitab mein unhon ne likha hai ke quran mein jo references hain science se mutaliq, dekhein quran jo hai koi science ki kitab nahi hai,</w:t>
      </w:r>
      <w:r>
        <w:br/>
      </w:r>
      <w:r>
        <w:rPr>
          <w:sz w:val="20"/>
        </w:rPr>
        <w:t>52:45  lekin is mein jagah jagah references hain</w:t>
      </w:r>
      <w:r>
        <w:br/>
      </w:r>
      <w:r>
        <w:rPr>
          <w:sz w:val="20"/>
        </w:rPr>
        <w:t>52:51  is ke baray mein, science ke baray mein, jaise maine arz kiya ke pani ke baray mein quran mein aaya hai aur bohat si cheezein.</w:t>
      </w:r>
      <w:r>
        <w:br/>
      </w:r>
      <w:r>
        <w:rPr>
          <w:sz w:val="20"/>
        </w:rPr>
        <w:t>53:03  to history ke baray mein references hain, science ke baray mein references hain.</w:t>
      </w:r>
      <w:r>
        <w:br/>
      </w:r>
      <w:r>
        <w:rPr>
          <w:sz w:val="20"/>
        </w:rPr>
        <w:t>53:08  to is ko maurice bucaille ne parha aur is ka unhon ne jo available data tha, jo available jo available record tha, us se unhon ne compare kiya.</w:t>
      </w:r>
      <w:r>
        <w:br/>
      </w:r>
      <w:r>
        <w:rPr>
          <w:sz w:val="20"/>
        </w:rPr>
        <w:t>53:21  phir yeh kitab likhi. is kitab ko</w:t>
      </w:r>
      <w:r>
        <w:br/>
      </w:r>
      <w:r>
        <w:rPr>
          <w:sz w:val="20"/>
        </w:rPr>
        <w:t>53:29  mere paas maujood hai, aap dekh sakte hain is ko aur yahan market mein bhi available hai.</w:t>
      </w:r>
      <w:r>
        <w:br/>
      </w:r>
      <w:r>
        <w:rPr>
          <w:sz w:val="20"/>
        </w:rPr>
        <w:t>53:36  is kitab ka khatma unhon ne is tarah kiya hai ke quran mein science ke baray mein jo references hain ya history ke baray mein jo references hain, woh undeniable ability,</w:t>
      </w:r>
      <w:r>
        <w:br/>
      </w:r>
      <w:r>
        <w:rPr>
          <w:sz w:val="20"/>
        </w:rPr>
        <w:t>53:52  undeniable ability yeh bata rahe hain ke hum yeh quran jo hai insaan ki book nahi hai. hum inkar nahi kar sakte is ka.</w:t>
      </w:r>
      <w:r>
        <w:br/>
      </w:r>
      <w:r>
        <w:rPr>
          <w:sz w:val="20"/>
        </w:rPr>
        <w:t>54:01  agar hum inkar karein to hum facts se defy karenge, facts se ladenge, facts se kashti ladenge.</w:t>
      </w:r>
      <w:r>
        <w:br/>
      </w:r>
      <w:r>
        <w:rPr>
          <w:sz w:val="20"/>
        </w:rPr>
        <w:t>54:08  is ka last paragraph yeh hai ke quran ki study ne woh shakhs keh raha hai jo quran ka koi ridicule karta tha, koi us ke khilaf bolta tha.</w:t>
      </w:r>
      <w:r>
        <w:br/>
      </w:r>
      <w:r>
        <w:rPr>
          <w:sz w:val="20"/>
        </w:rPr>
        <w:t>54:21  lekin jab is ne english arabic language seekhi, is ki study ki, phir is ne is ki cheezon ka examine kiya jo available data tha, available record tha, use examine kiya is ne to is ne paya ke ye baatein jo quran mein seven century ke first quarter mein kahi gayi thin, koi insan keh nahi sakta.</w:t>
      </w:r>
      <w:r>
        <w:br/>
      </w:r>
      <w:r>
        <w:rPr>
          <w:sz w:val="20"/>
        </w:rPr>
        <w:t>54:43  wo</w:t>
      </w:r>
      <w:r>
        <w:br/>
      </w:r>
      <w:r>
        <w:rPr>
          <w:sz w:val="20"/>
        </w:rPr>
        <w:t>54:46  is ke liye zaroori hai ke aadmi ke paas future ki knowledge ho, wo knowledge ho jo aam insan jaan hi nahi sakta.</w:t>
      </w:r>
      <w:r>
        <w:br/>
      </w:r>
      <w:r>
        <w:rPr>
          <w:sz w:val="20"/>
        </w:rPr>
        <w:t>54:58  wo knowledge ho, yani scientific discovery se pehle bhi j</w:t>
      </w:r>
      <w:r>
        <w:br/>
      </w:r>
      <w:r>
        <w:rPr>
          <w:sz w:val="20"/>
        </w:rPr>
        <w:t>55:03  inta ho scientific discoveries ko, nature ke exploration se pehle wo janta ho ke nature ke secret kya hain.</w:t>
      </w:r>
    </w:p>
    <w:p>
      <w:pPr>
        <w:pStyle w:val="Heading2"/>
      </w:pPr>
      <w:r>
        <w:t>Quran verse and tafsir on what forsaking means</w:t>
      </w:r>
    </w:p>
    <w:p>
      <w:r>
        <w:rPr>
          <w:color w:val="666666"/>
          <w:sz w:val="18"/>
        </w:rPr>
        <w:t>CPS Women Article Discussion 13 January 1, 2023 · 2m 03s · at 1:47 · https://youtu.be/KScG6GBDUZc?t=107</w:t>
      </w:r>
    </w:p>
    <w:p>
      <w:r>
        <w:rPr>
          <w:i/>
        </w:rPr>
        <w:t>“मेरे कौम ने ठहरा दिया इस कुरान को छोड़ा हुआ”</w:t>
      </w:r>
    </w:p>
    <w:p>
      <w:r>
        <w:rPr>
          <w:sz w:val="20"/>
        </w:rPr>
        <w:t>1:47  Quran ki surah number pachees mein shaad hua hai aur kaha rasool ne ae mere nab meri kaum ne thehra diya is Quran ko chhodha hua. is aaj se avulan woh log buradh hain jinke saamne Quran aata hai magar woh us parimaan nahin laate. jaisa ki makki daur mein Quraish ne kiya.</w:t>
      </w:r>
      <w:r>
        <w:br/>
      </w:r>
      <w:r>
        <w:rPr>
          <w:sz w:val="20"/>
        </w:rPr>
        <w:t>2:10  taham is nafsiyat ka amli muzahira kabhi un logon ki taraf se bhi hota hai jo bazahir Quran ko maanne walon ki fairist mein daakhil ho. bola na shabir hai mazusmani apni tafsir, tafsir hai Quran mein ayat ke zail mein likhte hain.</w:t>
      </w:r>
      <w:r>
        <w:br/>
      </w:r>
      <w:r>
        <w:rPr>
          <w:sz w:val="20"/>
        </w:rPr>
        <w:t>2:31  ayat mein agar jahan mazboor sirf kafiron ka hai, taham Quran ki tasdeek na karna, usmein tadabul na karna, uski tilawat na karna, uski taseehi ghart ki taraf tawajjoh na karna. usse iraaz karke doosri luguyaat ya hakeer cheezon ki taraf mat vijay hona. yeh sab sooraten darja badarja, hijraan ya Quran ke tehat daakhil ho sakti hain.</w:t>
      </w:r>
      <w:r>
        <w:br/>
      </w:r>
      <w:r>
        <w:rPr>
          <w:sz w:val="20"/>
        </w:rPr>
        <w:t>2:59  Quran ke maanne walon ke liye Quran ko kitaabe mazoor banane ki yeh shakal kabhi nahin hoti ki uska aitraan mein taqaddus logon ke dilon mein waafi na rahe. barkat aur taqaddus ka nishaan hone ki haiysiyat se woh hamesha usko apne liye apne taakh ki zeenat banaye rehte hain aur batao woh usse fikri rehnumai lena chhod dete hain. hoda ki kitaab mein unke liye zehni naza nahin hoti.</w:t>
      </w:r>
      <w:r>
        <w:br/>
      </w:r>
      <w:r>
        <w:rPr>
          <w:sz w:val="20"/>
        </w:rPr>
        <w:t>3:28  wah unki haqeeqi zindagi ka sarmaya nahi banti. unki dunya paristana zindagi ke liye barkat ka taweez to zaroor hoti hai. magar aafila ki rehnuma kitaab ki hesiyat se unki zindagi mein uska koi muqaam nahi hota. yeh matlab hai khuda ki kitaabon kitaabon mein choor bana dene ka.</w:t>
      </w:r>
      <w:r>
        <w:br/>
      </w:r>
      <w:r>
        <w:rPr>
          <w:sz w:val="20"/>
        </w:rPr>
        <w:t>3:50  jo log quran ko na maane unke liye quran ka chhodna yeh hai ke woh usko khuda ki utari hui kitaab maanne se inkaar kar dein aur jo log quran ko maante hain unke liye quran ka chhodna yeh hai ke woh zabaan se quran ko khuda ki kitaab kahein aur apni zindagi ko uske khilaaf chalaayein. woh quran ko aqeel dattan maante hue amlan use chhod dein.</w:t>
      </w:r>
    </w:p>
    <w:p>
      <w:pPr>
        <w:pStyle w:val="Heading2"/>
      </w:pPr>
      <w:r>
        <w:t>Recitation and explanation of two verses</w:t>
      </w:r>
    </w:p>
    <w:p>
      <w:r>
        <w:rPr>
          <w:color w:val="666666"/>
          <w:sz w:val="18"/>
        </w:rPr>
        <w:t>Dars-e-Quran, Chapter 18, Verse 109 (Words of God) September 23, 2018 · 1m 12s · at 1:31 · https://youtu.be/7jAAWMFATs0?t=91</w:t>
      </w:r>
    </w:p>
    <w:p>
      <w:r>
        <w:rPr>
          <w:i/>
        </w:rPr>
        <w:t>“Bismillah, Qul law kana al-bahru”</w:t>
      </w:r>
    </w:p>
    <w:p>
      <w:r>
        <w:rPr>
          <w:sz w:val="20"/>
        </w:rPr>
        <w:t>1:31  bismillah rahman rahim. qul law kana al bahru midadan likalimati rabbi, lanfada al bahru qabla an tanfada kalimatu rabbi, wa law jina bimithlihi madada.</w:t>
      </w:r>
      <w:r>
        <w:br/>
      </w:r>
      <w:r>
        <w:rPr>
          <w:sz w:val="20"/>
        </w:rPr>
        <w:t>1:45  surah al kahf, surah number 18, ayat number 109. kaho ke agar samandar mere rab ki nishaniyon ko likhne ke liye roshnai ho jaye to samandar khatm ho jayega is se pehle ke mere rab ki baaten khatm hon,</w:t>
      </w:r>
      <w:r>
        <w:br/>
      </w:r>
      <w:r>
        <w:rPr>
          <w:sz w:val="20"/>
        </w:rPr>
        <w:t>2:02  agarche hum is ke sath usi ke manind aur samandar mila dein. wa law annama fil ardi min shajaratin aqlam, wal bahru yamudduhu min ba'dihi sab'atu abhurin ma nafidat kalimatu Allah.</w:t>
      </w:r>
      <w:r>
        <w:br/>
      </w:r>
      <w:r>
        <w:rPr>
          <w:sz w:val="20"/>
        </w:rPr>
        <w:t>2:17  innallaha azizun hakeem. surah luqman, surah number 31, ayat number 27.</w:t>
      </w:r>
      <w:r>
        <w:br/>
      </w:r>
      <w:r>
        <w:rPr>
          <w:sz w:val="20"/>
        </w:rPr>
        <w:t>2:27  aur agar zameen mein jo darakht hain wo qalam ban jayen aur samandar saat mazeed samandaron ke sath roshnai ban jayen, tab bhi Allah ki baaten khatm na hon.</w:t>
      </w:r>
      <w:r>
        <w:br/>
      </w:r>
      <w:r>
        <w:rPr>
          <w:sz w:val="20"/>
        </w:rPr>
        <w:t>2:38  beshak Allah zabardast hai, hikmat wala hai.</w:t>
      </w:r>
    </w:p>
    <w:p>
      <w:pPr>
        <w:pStyle w:val="Heading2"/>
      </w:pPr>
      <w:r>
        <w:t>Printing press and international language for Quran</w:t>
      </w:r>
    </w:p>
    <w:p>
      <w:r>
        <w:rPr>
          <w:color w:val="666666"/>
          <w:sz w:val="18"/>
        </w:rPr>
        <w:t>God's Management of History 23 Feb 2020 - Maulana Wahiduddin Khan · 2m 12s · at 6:55 · https://youtu.be/NeNadnD-0KE?t=415</w:t>
      </w:r>
    </w:p>
    <w:p>
      <w:r>
        <w:rPr>
          <w:i/>
        </w:rPr>
        <w:t>“سب سے پہلے اللہ تعالیٰ نے پرنٹنگ پریس کا وجود کیا”</w:t>
      </w:r>
    </w:p>
    <w:p>
      <w:r>
        <w:rPr>
          <w:sz w:val="20"/>
        </w:rPr>
        <w:t>6:55  misal ke taur par dekhiye, sab se pehle Allah taala ne Quran ke nazool ke baad dunya mein aise halaat paida kiye ke printing ka, printing press ka wajood aaya.</w:t>
      </w:r>
      <w:r>
        <w:br/>
      </w:r>
      <w:r>
        <w:rPr>
          <w:sz w:val="20"/>
        </w:rPr>
        <w:t>7:10  printing press.</w:t>
      </w:r>
      <w:r>
        <w:br/>
      </w:r>
      <w:r>
        <w:rPr>
          <w:sz w:val="20"/>
        </w:rPr>
        <w:t>7:14  wo develop hua, develop hua, develop hua. agar printing press ki technique dunya bana rahi hoti to kya karte aap?</w:t>
      </w:r>
      <w:r>
        <w:br/>
      </w:r>
      <w:r>
        <w:rPr>
          <w:sz w:val="20"/>
        </w:rPr>
        <w:t>7:23  kya apne hathon pe likh kar pohnchate? to is series of event jo hua is mein number one par shayad aata hai printing press.</w:t>
      </w:r>
      <w:r>
        <w:br/>
      </w:r>
      <w:r>
        <w:rPr>
          <w:sz w:val="20"/>
        </w:rPr>
        <w:t>7:38  phir dekhiye, ek zaroori tha ke ek ek international language wajood mein aaye. zaroori tha ke ek international language wajood mein aaye.</w:t>
      </w:r>
      <w:r>
        <w:br/>
      </w:r>
      <w:r>
        <w:rPr>
          <w:sz w:val="20"/>
        </w:rPr>
        <w:t>7:53  warna kaise hota?</w:t>
      </w:r>
      <w:r>
        <w:br/>
      </w:r>
      <w:r>
        <w:rPr>
          <w:sz w:val="20"/>
        </w:rPr>
        <w:t>7:57  to is ke liye Allah taala ne ek ek ek empire khada kiya. British Empire. British Empire ke bare mein kaha jata hai ke the sun never sets on the British Empire</w:t>
      </w:r>
      <w:r>
        <w:br/>
      </w:r>
      <w:r>
        <w:rPr>
          <w:sz w:val="20"/>
        </w:rPr>
        <w:t>8:16  yani yani British Empire tareekh ki pehli Empire thi jo sare alam tak pahunchi. Yani Jibrael se le kar ke Hong Kong tak har jagah pahunchi.</w:t>
      </w:r>
      <w:r>
        <w:br/>
      </w:r>
      <w:r>
        <w:rPr>
          <w:sz w:val="20"/>
        </w:rPr>
        <w:t>8:30  to kya hua? Itne bare paimane par is ka interaction hua,</w:t>
      </w:r>
      <w:r>
        <w:br/>
      </w:r>
      <w:r>
        <w:rPr>
          <w:sz w:val="20"/>
        </w:rPr>
        <w:t>8:36  is ka phailao hua. Is ke dauran yeh hua ke ek international language wajood mein aayi. Yani Angrezi zaban.</w:t>
      </w:r>
      <w:r>
        <w:br/>
      </w:r>
      <w:r>
        <w:rPr>
          <w:sz w:val="20"/>
        </w:rPr>
        <w:t>8:45  Angrezi zaban ki vocabulary itni zyada hai, itni zyada hai ke sab se zyada hai.</w:t>
      </w:r>
      <w:r>
        <w:br/>
      </w:r>
      <w:r>
        <w:rPr>
          <w:sz w:val="20"/>
        </w:rPr>
        <w:t>8:55  to international language Quran ko lane ke liye zaroori tha ke ek aisi language wajood mein aaye jis ki vocabulary universal ho.</w:t>
      </w:r>
    </w:p>
    <w:p>
      <w:pPr>
        <w:pStyle w:val="Heading2"/>
      </w:pPr>
      <w:r>
        <w:t>Full teaching on anger management as spiritual discipline</w:t>
      </w:r>
    </w:p>
    <w:p>
      <w:r>
        <w:rPr>
          <w:color w:val="666666"/>
          <w:sz w:val="18"/>
        </w:rPr>
        <w:t>How to Understand The Quran July 19, 2007 · 1m 40s · at 56:39 · https://youtu.be/usxOhncIdq4?t=3399</w:t>
      </w:r>
    </w:p>
    <w:p>
      <w:r>
        <w:rPr>
          <w:i/>
        </w:rPr>
        <w:t>“Walkazibin al-ghaiz wal afeena anin naas”</w:t>
      </w:r>
    </w:p>
    <w:p>
      <w:r>
        <w:rPr>
          <w:sz w:val="20"/>
        </w:rPr>
        <w:t>56:39  quran ki ayat pesh karunga ke walkazibeen al-ghayz wa lafeen an al-nas woh log jo ghussa ko peene wale hain, logon ko maaf karne wale hain.</w:t>
      </w:r>
      <w:r>
        <w:br/>
      </w:r>
      <w:r>
        <w:rPr>
          <w:sz w:val="20"/>
        </w:rPr>
        <w:t>56:51  ab yahan par dekhiye, yeh nahi farmaya ke walfaqideen al-ghayz yaani woh log jin ke andar ghussa hai nahi, balke farmaya ke walkazibeen al-ghayz yaani ghussa to aata hai, lekin us ko pi jate hain.</w:t>
      </w:r>
      <w:r>
        <w:br/>
      </w:r>
      <w:r>
        <w:rPr>
          <w:sz w:val="20"/>
        </w:rPr>
        <w:t>57:07  tab mumkin hota hai ke woh un ke andar taqwa ki parvarish ho, hamd o shukr ki parvarish ho, aur khuda se mohabbat ki parvarish ho dil ke andar.</w:t>
      </w:r>
      <w:r>
        <w:br/>
      </w:r>
      <w:r>
        <w:rPr>
          <w:sz w:val="20"/>
        </w:rPr>
        <w:t>57:19  tab aata hai. to quran mein walkazibeen al-ghayz farmaya ghusse ko peene wale. yeh nahi farmaya ke walfaqideen al-ghayz ke jin ke andar ghussa hai hi nahi.</w:t>
      </w:r>
      <w:r>
        <w:br/>
      </w:r>
      <w:r>
        <w:rPr>
          <w:sz w:val="20"/>
        </w:rPr>
        <w:t>57:34  to insan ko farishta nahi ban</w:t>
      </w:r>
      <w:r>
        <w:br/>
      </w:r>
      <w:r>
        <w:rPr>
          <w:sz w:val="20"/>
        </w:rPr>
        <w:t>57:36  aya gaya ke ghussa na aaye. is ko ghussa aayega, lekin is ko pi jana hai, is ko manage kar lena hai.</w:t>
      </w:r>
      <w:r>
        <w:br/>
      </w:r>
      <w:r>
        <w:rPr>
          <w:sz w:val="20"/>
        </w:rPr>
        <w:t>57:46  to you so, you have to know. so, you have to know the art of anger management. you have to know the art of anger management.</w:t>
      </w:r>
      <w:r>
        <w:br/>
      </w:r>
      <w:r>
        <w:rPr>
          <w:sz w:val="20"/>
        </w:rPr>
        <w:t>57:57  ghusse ko manage karna yeh aana chahiye aap ko.</w:t>
      </w:r>
      <w:r>
        <w:br/>
      </w:r>
      <w:r>
        <w:rPr>
          <w:sz w:val="20"/>
        </w:rPr>
        <w:t>58:04  to khulasa yeh hai ke misbat nafsiyat jab aap ke andar hogi, tabhi aap khuda ke sachche bande ban sakenge.</w:t>
      </w:r>
    </w:p>
    <w:p>
      <w:pPr>
        <w:pStyle w:val="Heading2"/>
      </w:pPr>
      <w:r>
        <w:t>story of Yusuf refutes the claim that jihad means war</w:t>
      </w:r>
    </w:p>
    <w:p>
      <w:r>
        <w:rPr>
          <w:color w:val="666666"/>
          <w:sz w:val="18"/>
        </w:rPr>
        <w:t>Month of Ramadan and The Quran 15 July 2012 · 4m 22s · at 28:02 · https://youtu.be/BxiaMbKdoo8?t=1682</w:t>
      </w:r>
    </w:p>
    <w:p>
      <w:r>
        <w:rPr>
          <w:i/>
        </w:rPr>
        <w:t>“کل میرے پاس ٹیلی فون آیا کشمیر سے”</w:t>
      </w:r>
    </w:p>
    <w:p>
      <w:r>
        <w:rPr>
          <w:sz w:val="20"/>
        </w:rPr>
        <w:t>28:02  kal mere paas telephone aaya kashmir se.</w:t>
      </w:r>
      <w:r>
        <w:br/>
      </w:r>
      <w:r>
        <w:rPr>
          <w:sz w:val="20"/>
        </w:rPr>
        <w:t>28:07  humari aik kitaab chhapi hai urdu mein aur angrezi mein. Urdu mein is ka title hai subah kashmir. English mein title hai is ka Dawn Over Kashmir.</w:t>
      </w:r>
      <w:r>
        <w:br/>
      </w:r>
      <w:r>
        <w:rPr>
          <w:sz w:val="20"/>
        </w:rPr>
        <w:t>28:19  to is ke khilaaf wahan par aik kisi kashmiri akhbar mein hamare khilaaf chhapa hai mazmoon.</w:t>
      </w:r>
      <w:r>
        <w:br/>
      </w:r>
      <w:r>
        <w:rPr>
          <w:sz w:val="20"/>
        </w:rPr>
        <w:t>28:27  to is mein kahin misaal di thi ke hazrat yusuf alaihissalam ne hazrat yusuf alaihissalam ke zamane mein wahan badshah tha, us ki hukoomat thi.</w:t>
      </w:r>
      <w:r>
        <w:br/>
      </w:r>
      <w:r>
        <w:rPr>
          <w:sz w:val="20"/>
        </w:rPr>
        <w:t>28:36  wo mushrik tha. To hazrat yusuf alaihissalam ne us se takrao nahi kiya. Us ke takrao ko avoid karte hue aap ne aik aik mahakme ka charge le liya.</w:t>
      </w:r>
      <w:r>
        <w:br/>
      </w:r>
      <w:r>
        <w:rPr>
          <w:sz w:val="20"/>
        </w:rPr>
        <w:t>28:50  yani ziraat ka mahakma.</w:t>
      </w:r>
      <w:r>
        <w:br/>
      </w:r>
      <w:r>
        <w:rPr>
          <w:sz w:val="20"/>
        </w:rPr>
        <w:t>28:53  to is mein kya likha unhon ne? Ke hazrat yusuf ke zamane mein jihad farzi nahi tha. Jihad kaise karte woh? Ab dekhiye yeh kitni laghu baat hai.</w:t>
      </w:r>
      <w:r>
        <w:br/>
      </w:r>
      <w:r>
        <w:rPr>
          <w:sz w:val="20"/>
        </w:rPr>
        <w:t>29:04  yani kyun farz nahi tha hazrat yusuf ke zamane mein? Kon si daleel hai is ki?</w:t>
      </w:r>
      <w:r>
        <w:br/>
      </w:r>
      <w:r>
        <w:rPr>
          <w:sz w:val="20"/>
        </w:rPr>
        <w:t>29:10  hazrat yusuf ka qissa aik poori surah is par hai. Allah taala ne itni ahmiyat di hai hazrat yusuf ke maamle ko. Aik poora surah isi ka hai hazrat yusuf ke maamle mein.</w:t>
      </w:r>
      <w:r>
        <w:br/>
      </w:r>
      <w:r>
        <w:rPr>
          <w:sz w:val="20"/>
        </w:rPr>
        <w:t>29:21  aur is mein yeh lafz hai ke ahsan al qasas. Yani hazrat yusuf ki jo story hai, jo waqea hai wo ahsan al qasas hai.</w:t>
      </w:r>
      <w:r>
        <w:br/>
      </w:r>
      <w:r>
        <w:rPr>
          <w:sz w:val="20"/>
        </w:rPr>
        <w:t>29:32  yani best story hai. Poore quran mein kisi bhi doosre waqey ko best story nahi kaha gaya hai.</w:t>
      </w:r>
      <w:r>
        <w:br/>
      </w:r>
      <w:r>
        <w:rPr>
          <w:sz w:val="20"/>
        </w:rPr>
        <w:t>29:40  to kaha best best ka matlab yahi hai ke is mein hamare liye jihad ka hukum hi na ho. Jis ko hum usman samajhte hain ke sab se bara sab se bara kaam jihad karna hai.</w:t>
      </w:r>
      <w:r>
        <w:br/>
      </w:r>
      <w:r>
        <w:rPr>
          <w:sz w:val="20"/>
        </w:rPr>
        <w:t>29:51  aaj kal ke usman ko jo mind hai sab se bara amal jihad hai. Sari duniya mein ladai kar rahe hain is ko kehte hain yeh jihad hai. To jo sab se bara amal hai wohi jis ki zindagi mein na ho to wo ahsan al qasas ban jayega?</w:t>
      </w:r>
      <w:r>
        <w:br/>
      </w:r>
      <w:r>
        <w:rPr>
          <w:sz w:val="20"/>
        </w:rPr>
        <w:t>30:09  wo to uswa al qasas hoga. Yeh sab yani jhoot mein jeena hai, jhoot mein jeena hai. Ke jo cheez quran mein likhi hui nahi hai.</w:t>
      </w:r>
      <w:r>
        <w:br/>
      </w:r>
      <w:r>
        <w:rPr>
          <w:sz w:val="20"/>
        </w:rPr>
        <w:t>30:21  is ko aap jo cheez quran mein likhi hui nahi hai. Is ko le kar aap islami hangame khade karein.</w:t>
      </w:r>
      <w:r>
        <w:br/>
      </w:r>
      <w:r>
        <w:rPr>
          <w:sz w:val="20"/>
        </w:rPr>
        <w:t>30:37  to ramzan ka mahina quran ka mahina ka matlab yeh hai ke ramzan mein apne aap ko</w:t>
      </w:r>
      <w:r>
        <w:br/>
      </w:r>
      <w:r>
        <w:rPr>
          <w:sz w:val="20"/>
        </w:rPr>
        <w:t>30:45  intellectual aitkaf ki haalat mein le ja kar ke. Lekin physical aitkaf jo hai wo bhi isi liye hota hai. Lekin physical aitkaf aap physical aitkaf mein hon.</w:t>
      </w:r>
      <w:r>
        <w:br/>
      </w:r>
      <w:r>
        <w:rPr>
          <w:sz w:val="20"/>
        </w:rPr>
        <w:t>30:57  aap ka mind jo daud raha hai doosri taraf to wo aitkaf nahi hua wo.</w:t>
      </w:r>
      <w:r>
        <w:br/>
      </w:r>
      <w:r>
        <w:rPr>
          <w:sz w:val="20"/>
        </w:rPr>
        <w:t>31:02  yani physical aitekaf mein bhi aap ko islat karna hai. Intellectual aitekaf. Yani baithe hain aap masjid mein aur baatein kar rahe hain business ki, muqadme ki aur ladaai bhadaai ki.</w:t>
      </w:r>
      <w:r>
        <w:br/>
      </w:r>
      <w:r>
        <w:rPr>
          <w:sz w:val="20"/>
        </w:rPr>
        <w:t>31:18  To aitekaf nahi hua woh. To physical aitekaf ka bhi physical aitekaf mein baithne ke waqt bhi aap ko intellectual aitekaf hi karna hai.</w:t>
      </w:r>
      <w:r>
        <w:br/>
      </w:r>
      <w:r>
        <w:rPr>
          <w:sz w:val="20"/>
        </w:rPr>
        <w:t>31:30  To asal jo hua asal woh woh intellectual aitekaf. Is ko hum kahenge yaksoi. Apne mind ko concentrate kar ke ek ek issue par is par sochna.</w:t>
      </w:r>
      <w:r>
        <w:br/>
      </w:r>
      <w:r>
        <w:rPr>
          <w:sz w:val="20"/>
        </w:rPr>
        <w:t>31:47  Poore focus daal kar ke sochna yeh hai aitekaf. To woh kis par karna hai? Quran par.</w:t>
      </w:r>
      <w:r>
        <w:br/>
      </w:r>
      <w:r>
        <w:rPr>
          <w:sz w:val="20"/>
        </w:rPr>
        <w:t>31:56  To Ramzan ke mahine mein Quran utara gaya to is is ki nisbat se yeh kaha gaya ke Ramzan ke mahine ko khaas kar do.</w:t>
      </w:r>
      <w:r>
        <w:br/>
      </w:r>
      <w:r>
        <w:rPr>
          <w:sz w:val="20"/>
        </w:rPr>
        <w:t>32:05  Is is tarbiyat ke liye. Ke tum Quran ko padho. Is ki study karo. Aur apne aap ko intellectual aitekaf ki haalat mein le ja kar ke samajhne ki koshish karo.</w:t>
      </w:r>
      <w:r>
        <w:br/>
      </w:r>
      <w:r>
        <w:rPr>
          <w:sz w:val="20"/>
        </w:rPr>
        <w:t>32:17  Ke Allah ne kya bheja hai Quran mein hamare liye message.</w:t>
      </w:r>
    </w:p>
    <w:p>
      <w:pPr>
        <w:pStyle w:val="Heading2"/>
      </w:pPr>
      <w:r>
        <w:t>recording angels and the train-track hero</w:t>
      </w:r>
    </w:p>
    <w:p>
      <w:r>
        <w:rPr>
          <w:color w:val="666666"/>
          <w:sz w:val="18"/>
        </w:rPr>
        <w:t>Quran for All Mankind June 3, 2012 · 3m 32s · at 47:10 · https://youtu.be/Gp-53Zjugcg?t=2830</w:t>
      </w:r>
    </w:p>
    <w:p>
      <w:r>
        <w:rPr>
          <w:i/>
        </w:rPr>
        <w:t>“Two angels are assigned to every person, recording everything”</w:t>
      </w:r>
    </w:p>
    <w:p>
      <w:r>
        <w:rPr>
          <w:sz w:val="20"/>
        </w:rPr>
        <w:t>47:10  misal ke tor par dekhiye, Quran mein hai keh azait al qalb mutalaqiyan an al yameen wa an al shimal qaid ma yalfaẓu min qawlin illa laday raqibun atid yani har insan ke sath do farishtay lage hue hain jo us ki har baat ka record kar rahe hain.</w:t>
      </w:r>
      <w:r>
        <w:br/>
      </w:r>
      <w:r>
        <w:rPr>
          <w:sz w:val="20"/>
        </w:rPr>
        <w:t>47:30  ta umar poori zindagi us ke sath do farishtay hotay hain jo us ki har baat ka record karte hain.</w:t>
      </w:r>
      <w:r>
        <w:br/>
      </w:r>
      <w:r>
        <w:rPr>
          <w:sz w:val="20"/>
        </w:rPr>
        <w:t>47:39  azait al qalb mutalaqiyan an al yameen wa an al shimal qaid to yeh sirf lafz ki baat nahi hai, poori zindagi ka record kaise hum ne socha, kaise hum bolay,</w:t>
      </w:r>
      <w:r>
        <w:br/>
      </w:r>
      <w:r>
        <w:rPr>
          <w:sz w:val="20"/>
        </w:rPr>
        <w:t>47:52  kaise hum ne behave kiya, hamare mamlaat kaise thay, hamari dealing kaisi thi. woh to ek numainda baat hai, yani qaul ya lafz jo hai, woh numainda hai hamari zindagi ka</w:t>
      </w:r>
      <w:r>
        <w:br/>
      </w:r>
      <w:r>
        <w:rPr>
          <w:sz w:val="20"/>
        </w:rPr>
        <w:t>48:06  . to kaha poori zindagi ko, poori zindagi ka record kar rahe hain farishtay. yeh kisi kitab mein nahi hai, dunya mein koi ek bhi kitab aisi nahi hai jahan yeh baat batayi gayi ho.</w:t>
      </w:r>
      <w:r>
        <w:br/>
      </w:r>
      <w:r>
        <w:rPr>
          <w:sz w:val="20"/>
        </w:rPr>
        <w:t>48:23  to insan kahega keh hum ko pata nahi tha keh farishtay record kar rahe hain, yeh to hum jantay nahi thay. to sirf Quran hi mein bataya gaya hai.</w:t>
      </w:r>
      <w:r>
        <w:br/>
      </w:r>
      <w:r>
        <w:rPr>
          <w:sz w:val="20"/>
        </w:rPr>
        <w:t>48:33  yeh is tarah ki aur bhi doosri baat hai,</w:t>
      </w:r>
      <w:r>
        <w:br/>
      </w:r>
      <w:r>
        <w:rPr>
          <w:sz w:val="20"/>
        </w:rPr>
        <w:t>48:44  jaise maine ek qissa hai, woh parha tha keh ek train aa rahi thi, ek aadmi khara hua tha aur woh aage ka pul phata hua tha.</w:t>
      </w:r>
      <w:r>
        <w:br/>
      </w:r>
      <w:r>
        <w:rPr>
          <w:sz w:val="20"/>
        </w:rPr>
        <w:t>48:58  us ne socha keh agar train chalti hai, wahan pahunch gayi pul par to sari train ult jayegi aur sankron log mar jayenge. us ne socha kya karna chahiye.</w:t>
      </w:r>
      <w:r>
        <w:br/>
      </w:r>
      <w:r>
        <w:rPr>
          <w:sz w:val="20"/>
        </w:rPr>
        <w:t>49:09  to us ne socha keh main hi hoon jo bata sakta hai keh pul toota hua hai,</w:t>
      </w:r>
      <w:r>
        <w:br/>
      </w:r>
      <w:r>
        <w:rPr>
          <w:sz w:val="20"/>
        </w:rPr>
        <w:t>49:14  yahan koi doosra nahi hai. to us ne kya kiya? sochtay sochtay apni body ka khoon nikala, khoon se apne kapray ko rangeen kiya aur lal jhanda le khara ho gaya.</w:t>
      </w:r>
      <w:r>
        <w:br/>
      </w:r>
      <w:r>
        <w:rPr>
          <w:sz w:val="20"/>
        </w:rPr>
        <w:t>49:29  apni body ka khoon nikal kar kapray ko rangeen kiya us ne aur lal jhanda le khara ho gaya.</w:t>
      </w:r>
      <w:r>
        <w:br/>
      </w:r>
      <w:r>
        <w:rPr>
          <w:sz w:val="20"/>
        </w:rPr>
        <w:t>49:38  itna kyun kiya us ne? woh samajhta tha keh main hi to hoon jo rok sakta hai gaadi ko,</w:t>
      </w:r>
      <w:r>
        <w:br/>
      </w:r>
      <w:r>
        <w:rPr>
          <w:sz w:val="20"/>
        </w:rPr>
        <w:t>49:44  koi doosra nahi jo is baat ko janta bhi ho keh pul toota hua hai. to woh mamla yahan par hai, kisi ko pata hi nahi hai keh kya hai Allah taala ka takhleeqi mansooba, kya hone wala hai maut ke baad, kya hone wala hai harsh ke maidan mein.</w:t>
      </w:r>
      <w:r>
        <w:br/>
      </w:r>
      <w:r>
        <w:rPr>
          <w:sz w:val="20"/>
        </w:rPr>
        <w:t>50:04  kaisi ajeeb baat hai keh Quran mein fariq fil jannah wa fariq fil sa'eer</w:t>
      </w:r>
      <w:r>
        <w:br/>
      </w:r>
      <w:r>
        <w:rPr>
          <w:sz w:val="20"/>
        </w:rPr>
        <w:t>50:12  fariq fil jannah wa fariq fil sa'eer yani maut ke baad jo dunya aane wali hai, us mein koi log jahannum mein apne aap ko payenge, kuch log jannat mein payenge.</w:t>
      </w:r>
      <w:r>
        <w:br/>
      </w:r>
      <w:r>
        <w:rPr>
          <w:sz w:val="20"/>
        </w:rPr>
        <w:t>50:22  yeh kitna serious baat hai, serious aur eternally hamesha ke liye.</w:t>
      </w:r>
      <w:r>
        <w:br/>
      </w:r>
      <w:r>
        <w:rPr>
          <w:sz w:val="20"/>
        </w:rPr>
        <w:t>50:32  to bataiye kahan mauqa hai kisi aur kaam karne ka, koi aur kaam karne ka mauqa hai?</w:t>
      </w:r>
    </w:p>
    <w:p>
      <w:pPr>
        <w:pStyle w:val="Heading2"/>
      </w:pPr>
      <w:r>
        <w:t>Practical steps: Quran, hadith, contemplation</w:t>
      </w:r>
    </w:p>
    <w:p>
      <w:r>
        <w:rPr>
          <w:color w:val="666666"/>
          <w:sz w:val="18"/>
        </w:rPr>
        <w:t>Living between Angels and Satan I 26th Jan.08 · 6m 05s · at 28:38 · https://youtu.be/V6qfjCkiRcc?t=1718</w:t>
      </w:r>
    </w:p>
    <w:p>
      <w:r>
        <w:rPr>
          <w:i/>
        </w:rPr>
        <w:t>“One verse a day, keep Saturn away.”</w:t>
      </w:r>
    </w:p>
    <w:p>
      <w:r>
        <w:rPr>
          <w:sz w:val="20"/>
        </w:rPr>
        <w:t>28:38  ence of Saturn. Then what is the—how you can keep yourself on theright path? Again, to my knowledge, first of all, you have to read the Quran every day. Someone hasrightly said that</w:t>
      </w:r>
      <w:r>
        <w:br/>
      </w:r>
      <w:r>
        <w:rPr>
          <w:sz w:val="20"/>
        </w:rPr>
        <w:t>29:09  , "One verse away, keep Saturn away." One verse a day—one verse a day, keep Saturn away. So if you read the Quran every day with contemplation and at least one verse—at least you—you keep your—at least</w:t>
      </w:r>
      <w:r>
        <w:br/>
      </w:r>
      <w:r>
        <w:rPr>
          <w:sz w:val="20"/>
        </w:rPr>
        <w:t>29:39  you keep one verse in your mind, then it means that you are—you are—you have saved yourself from the Satanic influence. So first of all, you have to read the Quran every day. Every day. At least one page or</w:t>
      </w:r>
      <w:r>
        <w:br/>
      </w:r>
      <w:r>
        <w:rPr>
          <w:sz w:val="20"/>
        </w:rPr>
        <w:t>30:09  two pages. At least one page or two pages. So make this your daily routine. Make this your daily routine, to read the Quran. Then make also this your daily routine, that you read some part of—of the life of the</w:t>
      </w:r>
      <w:r>
        <w:br/>
      </w:r>
      <w:r>
        <w:rPr>
          <w:sz w:val="20"/>
        </w:rPr>
        <w:t>30:39  Prophet of Islam, in hadith or sunnah. All these things are available in different languages. It is not necessary to know the Arabic language. Although the text is in Arabic. Text of the Quran, text of the hadith is in Arabic. But I don't think that it is—it is necessary to know Arabic language. No. You can read it</w:t>
      </w:r>
      <w:r>
        <w:br/>
      </w:r>
      <w:r>
        <w:rPr>
          <w:sz w:val="20"/>
        </w:rPr>
        <w:t>31:09  in your own language. In English, in Urdu, or any other language. Because translations are available in every language. So you have to read every day some part of the Prophet's life. I have found that the Prophet's life was—the Prophet lived a life very, very eventful life. The Prophet's life</w:t>
      </w:r>
      <w:r>
        <w:br/>
      </w:r>
      <w:r>
        <w:rPr>
          <w:sz w:val="20"/>
        </w:rPr>
        <w:t>31:39  was an eventful life. All kinds of events are there. When I read hadith and sunnah, I am astonished at how all kinds of events are there. Every time I find some guidance about my life, about the society, about the Muslim community, there are so many</w:t>
      </w:r>
      <w:r>
        <w:br/>
      </w:r>
      <w:r>
        <w:rPr>
          <w:sz w:val="20"/>
        </w:rPr>
        <w:t>32:11  —so many examples in the Prophet's life. So if you read the life of the Prophet of Islam, you will find—you will find that it is a comp—it provides a complete guidance. It provides a complete guidance. Then you have to read the companions of the</w:t>
      </w:r>
      <w:r>
        <w:br/>
      </w:r>
      <w:r>
        <w:rPr>
          <w:sz w:val="20"/>
        </w:rPr>
        <w:t>32:41  Prophet of Islam. Companions of the Prophet of Islam. There is a hadith that the Prophet of Islam has said—that said that, "Ashabi kan najum biyahim iqtadaytum ihtiadaytum." My companions are like stars. My companions</w:t>
      </w:r>
      <w:r>
        <w:br/>
      </w:r>
      <w:r>
        <w:rPr>
          <w:sz w:val="20"/>
        </w:rPr>
        <w:t>33:12  are like stars. So you can take guidance from these stars. So you have to read also the life of the companions. There are many, many books about the life of the companions. And also these books also are available in translations. Although the</w:t>
      </w:r>
      <w:r>
        <w:br/>
      </w:r>
      <w:r>
        <w:rPr>
          <w:sz w:val="20"/>
        </w:rPr>
        <w:t>33:43  —the original books are in Arabic, but you don't know to learn Arabic. You can read it in your own languages. Then simply reading is not enough. Simply reading is not enough. You have to live a life of contemplation. There is tafakkur and tadabbur.</w:t>
      </w:r>
      <w:r>
        <w:br/>
      </w:r>
      <w:r>
        <w:rPr>
          <w:sz w:val="20"/>
        </w:rPr>
        <w:t>34:14  You have to adopt a life of tawassum, tafakkur, tadabbur. That is contemplation. When you adopt the life of contemplation, you will discover so many things every day. You know, the universe of facts is enormous. There are enormous facts in this universe. Our—and our</w:t>
      </w:r>
    </w:p>
    <w:p>
      <w:pPr>
        <w:pStyle w:val="Heading2"/>
      </w:pPr>
      <w:r>
        <w:t>a Jewish man rebukes Caliph Harun al-Rashid publicly</w:t>
      </w:r>
    </w:p>
    <w:p>
      <w:r>
        <w:rPr>
          <w:color w:val="666666"/>
          <w:sz w:val="18"/>
        </w:rPr>
        <w:t>Islam &amp; Prophet of Islam 21 Oct, 2012 - Maulana Wahiduddin Khan · 1m 29s · at 41:34 · https://youtu.be/2hwtfOyNeS0?t=2494</w:t>
      </w:r>
    </w:p>
    <w:p>
      <w:r>
        <w:rPr>
          <w:i/>
        </w:rPr>
        <w:t>“A Jewish man told Caliph Harun al-Rashid: fear Allah”</w:t>
      </w:r>
    </w:p>
    <w:p>
      <w:r>
        <w:rPr>
          <w:sz w:val="20"/>
        </w:rPr>
        <w:t>41:34  dekhiye, haroon rasheed jo hai, woh abbasid period ka paanchva khaleefa hai jo baghdad mein rehta tha. paanchva khaleefa abbasid period ka to ek yahoodi tha wahan baghdad mein,</w:t>
      </w:r>
      <w:r>
        <w:br/>
      </w:r>
      <w:r>
        <w:rPr>
          <w:sz w:val="20"/>
        </w:rPr>
        <w:t>41:50  woh apne kisi kaam ke liye aaya khaleefa haroon rasheed ke paas. to haroon rasheed ne us ko us ka kaam nahi kiya. ek saal tak woh aata raha baar baar, lekin us ne kaam nahi kiya.</w:t>
      </w:r>
      <w:r>
        <w:br/>
      </w:r>
      <w:r>
        <w:rPr>
          <w:sz w:val="20"/>
        </w:rPr>
        <w:t>42:03  phir kya hua ke ek din jab badshah nikla apne mahal se, gate par se nikla, woh ghore ghore par baitha hua tha.</w:t>
      </w:r>
      <w:r>
        <w:br/>
      </w:r>
      <w:r>
        <w:rPr>
          <w:sz w:val="20"/>
        </w:rPr>
        <w:t>42:12  to jab gate ke bahar aaya aur woh apne abhi apne ghore par tha, to saamne aa kar khara ho gaya woh woh yahoodi. us ne kaha ke "ameerul momineen, Allah se</w:t>
      </w:r>
      <w:r>
        <w:br/>
      </w:r>
      <w:r>
        <w:rPr>
          <w:sz w:val="20"/>
        </w:rPr>
        <w:t>42:25  daro!"</w:t>
      </w:r>
      <w:r>
        <w:br/>
      </w:r>
      <w:r>
        <w:rPr>
          <w:sz w:val="20"/>
        </w:rPr>
        <w:t>42:29  ae ameerul momineen, Allah se daro!" to jab us ne yeh keh diya ke "ae momineen, Allah se</w:t>
      </w:r>
      <w:r>
        <w:br/>
      </w:r>
      <w:r>
        <w:rPr>
          <w:sz w:val="20"/>
        </w:rPr>
        <w:t>42:38  daro!" to hum haroon rasheed ro pada, woh ghore se utar pada, isi waqt sajde mein gir pada. woh</w:t>
      </w:r>
      <w:r>
        <w:br/>
      </w:r>
      <w:r>
        <w:rPr>
          <w:sz w:val="20"/>
        </w:rPr>
        <w:t>42:50  to is tarah ke bohat se waqeaat hain, sab mein le kar yeh kehta hoon ke Muslim khilafat jo thi, woh badshahi khilafat hargiz nahi thi. agarchay is mein dynasty thi, woh democratic khilafat thi.</w:t>
      </w:r>
    </w:p>
    <w:p>
      <w:pPr>
        <w:pStyle w:val="Heading2"/>
      </w:pPr>
      <w:r>
        <w:t>Lesson from Yusuf: build power without clashing with rulers</w:t>
      </w:r>
    </w:p>
    <w:p>
      <w:r>
        <w:rPr>
          <w:color w:val="666666"/>
          <w:sz w:val="18"/>
        </w:rPr>
        <w:t>Ramadan and Roza August 5, 2012 · 5m 55s · at 28:41 · https://youtu.be/G1oFWcZ1gBg?t=1721</w:t>
      </w:r>
    </w:p>
    <w:p>
      <w:r>
        <w:rPr>
          <w:i/>
        </w:rPr>
        <w:t>“Ek mushrik badshah ne Hazrat Yusuf ko mauka diya”</w:t>
      </w:r>
    </w:p>
    <w:p>
      <w:r>
        <w:rPr>
          <w:sz w:val="20"/>
        </w:rPr>
        <w:t>28:41  woh namuna yeh hai ke woh misr gaye woh paida hue the falasteen mein phir woh misr pohanche aur wahan par jo badshah tha jo king tha woh king agarche mushrik tha woh sharab bhi peeta tha yeh khud quran se sabit hai lekin is ke bawajood is ke andar kuch aur qualities thi</w:t>
      </w:r>
      <w:r>
        <w:br/>
      </w:r>
      <w:r>
        <w:rPr>
          <w:sz w:val="20"/>
        </w:rPr>
        <w:t>29:10  is ne hazrat yusuf ko mauqa diya ke is ke hukumat mein shareek ho kar is ke mulk ka ka jo ziraat nizam ziraat hai jo agriculture hai is ko sambhalein woh aap jante hain ke qadeem zamane mein sab se bara department jo hota tha woh agriculture ka hota tha</w:t>
      </w:r>
      <w:r>
        <w:br/>
      </w:r>
      <w:r>
        <w:rPr>
          <w:sz w:val="20"/>
        </w:rPr>
        <w:t>29:30  ab sab se bara department hota hai industry ka is waqt industry hoti nahi thi to kisi bhi</w:t>
      </w:r>
      <w:r>
        <w:br/>
      </w:r>
      <w:r>
        <w:rPr>
          <w:sz w:val="20"/>
        </w:rPr>
        <w:t>29:36  hukumat mein jo sab se bara department hota tha wo ziraat ka hota tha agriculture ka sab se</w:t>
      </w:r>
      <w:r>
        <w:br/>
      </w:r>
      <w:r>
        <w:rPr>
          <w:sz w:val="20"/>
        </w:rPr>
        <w:t>29:43  bara department to wo us ne kaha ke aap is ko sambhaliye ye aap ke</w:t>
      </w:r>
      <w:r>
        <w:br/>
      </w:r>
      <w:r>
        <w:rPr>
          <w:sz w:val="20"/>
        </w:rPr>
        <w:t>29:50  intezaam mein hum dete hain</w:t>
      </w:r>
      <w:r>
        <w:br/>
      </w:r>
      <w:r>
        <w:rPr>
          <w:sz w:val="20"/>
        </w:rPr>
        <w:t>29:53  to Hazrat Yusuf ne is ko qabool kar liya</w:t>
      </w:r>
      <w:r>
        <w:br/>
      </w:r>
      <w:r>
        <w:rPr>
          <w:sz w:val="20"/>
        </w:rPr>
        <w:t>29:57  ye bohat hi ajeeb baat hai</w:t>
      </w:r>
      <w:r>
        <w:br/>
      </w:r>
      <w:r>
        <w:rPr>
          <w:sz w:val="20"/>
        </w:rPr>
        <w:t>30:00  woh woh badshah jo mushrik tha jo sharab bhi peeta tha lekin akhlaqi aitbar se woh ek sahi aadmi tha is ne mauqa diya ke mein koi dakhal nahi doonga aap ka baghair poora ikhtiyar aap ko hoga to poore mulk mein un ko ek mauqa mil gaya kaam karne ka dawati kaam karne ka poore mulk mein koi mudakhlat nahi</w:t>
      </w:r>
      <w:r>
        <w:br/>
      </w:r>
      <w:r>
        <w:rPr>
          <w:sz w:val="20"/>
        </w:rPr>
        <w:t>30:29  is se kya nateeja nikalta hai Allah taala ko yeh waqea bayan kar ke yeh sabak dena hai ke tareekh mein bar bar aise hi paish ayega ke koi political power hogi koi ruler hoga to</w:t>
      </w:r>
      <w:r>
        <w:br/>
      </w:r>
      <w:r>
        <w:rPr>
          <w:sz w:val="20"/>
        </w:rPr>
        <w:t>30:47  is se takrao kiye baghair agar tumhein mauqa milta hai ke tum ab non political field mein jo opportunities hain un ka avail karo to badshah se takrao mat karo</w:t>
      </w:r>
      <w:r>
        <w:br/>
      </w:r>
      <w:r>
        <w:rPr>
          <w:sz w:val="20"/>
        </w:rPr>
        <w:t>31:02  ruler se takrao mat karo lekin us zamane mein aap ghaur kijiye ke sari dunya ke musalman ruler se takrao kar rahe hain jahan takrao nahi kar rahe hain wahan nafrat karte hain</w:t>
      </w:r>
      <w:r>
        <w:br/>
      </w:r>
      <w:r>
        <w:rPr>
          <w:sz w:val="20"/>
        </w:rPr>
        <w:t>31:16  kam az kam yeh hai ke media mein in par in ke khilaaf shorgol karte rehte hain yaani ya to in ke khilaaf aam disturb chala rahe hain hathiyar uthaye hue hain ya kam az kam in ke khilaaf yaani media ke zariye stage ke zariye in ke khilaaf bolte rehte hain yaani itna bara namuna Allah ne rasool ne quran majeed de diya tha us ko aakhir al-qasas bhi keh diya tha</w:t>
      </w:r>
      <w:r>
        <w:br/>
      </w:r>
      <w:r>
        <w:rPr>
          <w:sz w:val="20"/>
        </w:rPr>
        <w:t>31:45  lekin is is namune ko kisi ne samjha nahin</w:t>
      </w:r>
      <w:r>
        <w:br/>
      </w:r>
      <w:r>
        <w:rPr>
          <w:sz w:val="20"/>
        </w:rPr>
        <w:t>31:51  aur is daur mein aap jante hain ke ab ab woh daur aa gaya hai ke badshah akhlaqi aitbar se acha ho is ka masla hi nahin hai ab to democracy hai woh acha hai ya bura hai is ka koi sawal nahin ab hukoomat jo hai woh sirf ban chuka hai administration is se aage is ka koi ikhtiyar nahin hai</w:t>
      </w:r>
      <w:r>
        <w:br/>
      </w:r>
      <w:r>
        <w:rPr>
          <w:sz w:val="20"/>
        </w:rPr>
        <w:t>32:14  ab sare jo department hain maslan education hai industry hai da work hai jitne bhi shobe hain woh sab open hain maslan aap India mein ya kisi mulk mein da wah empire banaye non political field mein to koi rukawat nahin aap ko</w:t>
      </w:r>
      <w:r>
        <w:br/>
      </w:r>
      <w:r>
        <w:rPr>
          <w:sz w:val="20"/>
        </w:rPr>
        <w:t>32:42  isi mulk mein dekhiye kuch log hain unhon ne industrial empire bana rakha hai kuch log hain jinhon ne educational empire bana rakha hai isi mulk mein aur sari duniya mein maslan aap dekhiye musalmanon ke parchon mein aksar likha jata hai ke yahood ne America ke media par qabza kar rakha hai yaani is ko conspiracy ke sense mein lete hain</w:t>
      </w:r>
      <w:r>
        <w:br/>
      </w:r>
      <w:r>
        <w:rPr>
          <w:sz w:val="20"/>
        </w:rPr>
        <w:t>33:08  yahood ki conspiracy lekin is mein doosra pehlu hai ke yahood ne wahan ki hukoomat se takrao na kar ke yeh kiya ke wahan ke bankon par aur wahan ke media par qabza kar ke woh chala rahe hain is ko is ka mani yeh hai ke hukoomat agarchay doosre ke hath mein ho phir bhi media par aap ka ikhtiyar ho sakta hai educational system par aap ka ikhtiyar ho sakta hai</w:t>
      </w:r>
      <w:r>
        <w:br/>
      </w:r>
      <w:r>
        <w:rPr>
          <w:sz w:val="20"/>
        </w:rPr>
        <w:t>33:38  yeh yeh sabaq tha is mein to bajaye is ke ke yeh sabaq len ke America ki hukoomat se takrao na kare agar aadmi to itni bari opportunity hai ke poore media ko control kar sakta hai woh poore educational system control kar sakta hai woh poori industry ko control kar sakta hai woh yeh baat hai naye daur ki pehle zamane mein aisa mumkin nahin hua karta tha kyunke woh kingship ka zamana tha</w:t>
      </w:r>
      <w:r>
        <w:br/>
      </w:r>
      <w:r>
        <w:rPr>
          <w:sz w:val="20"/>
        </w:rPr>
        <w:t>34:07  ab to democracy hai yaani pehle agar badshah bohat ziyada ikhlaq wala ho bohat ziyada achay mizaj ka ho tab mumkin hota tha is ka mani kya hui hai jo jo possibility hazrat yusuf ke liye ek badshah ki khush ikhlaqi ki wajah se mumkin hui thi ab woh system ki wajah se mumkin ho gayi hai ab woh age ki wajah se mumkin ho gayi hai</w:t>
      </w:r>
    </w:p>
    <w:p>
      <w:pPr>
        <w:pStyle w:val="Heading2"/>
      </w:pPr>
      <w:r>
        <w:t>Quran's message: be God-oriented spirituality</w:t>
      </w:r>
    </w:p>
    <w:p>
      <w:r>
        <w:rPr>
          <w:color w:val="666666"/>
          <w:sz w:val="18"/>
        </w:rPr>
        <w:t>Message of the Quran August 20, 2017 · 4m 16s · at 6:28 · https://youtu.be/BrbrZxP37pk?t=388</w:t>
      </w:r>
    </w:p>
    <w:p>
      <w:r>
        <w:rPr>
          <w:i/>
        </w:rPr>
        <w:t>“Quran is a message for all humans.”</w:t>
      </w:r>
    </w:p>
    <w:p>
      <w:r>
        <w:rPr>
          <w:sz w:val="20"/>
        </w:rPr>
        <w:t>6:28  un chand shabdon ke baad main kuch baat kahunga quran ke bare mein. dekhen, quran, aap jante hain ke</w:t>
      </w:r>
      <w:r>
        <w:br/>
      </w:r>
      <w:r>
        <w:rPr>
          <w:sz w:val="20"/>
        </w:rPr>
        <w:t>6:46  saatveen sadi isvi ke first quarter mein arab mein utra.</w:t>
      </w:r>
      <w:r>
        <w:br/>
      </w:r>
      <w:r>
        <w:rPr>
          <w:sz w:val="20"/>
        </w:rPr>
        <w:t>6:56  quran</w:t>
      </w:r>
      <w:r>
        <w:br/>
      </w:r>
      <w:r>
        <w:rPr>
          <w:sz w:val="20"/>
        </w:rPr>
        <w:t>7:00  hamare aqeeday ke mutabiq Allah rab ul alameen ka ek message hai sare insano ke liye.</w:t>
      </w:r>
      <w:r>
        <w:br/>
      </w:r>
      <w:r>
        <w:rPr>
          <w:sz w:val="20"/>
        </w:rPr>
        <w:t>7:11  agar main yeh kahoon ke</w:t>
      </w:r>
      <w:r>
        <w:br/>
      </w:r>
      <w:r>
        <w:rPr>
          <w:sz w:val="20"/>
        </w:rPr>
        <w:t>7:15  is message ka just kya hai to woh is ayat mein milta hai, yani Quran ke ek chapter hai Aal e Imran number teen, is mein yeh ayat hai ke: "Kaun Rabbaaniyyun?" Kaun Rabbaaniyyun ka matlab hote hain: "Rab wale bano</w:t>
      </w:r>
      <w:r>
        <w:br/>
      </w:r>
      <w:r>
        <w:rPr>
          <w:sz w:val="20"/>
        </w:rPr>
        <w:t>7:38  !" Ae logo, Rab wale bano! Yeh Rab wale bano ka matlab kya hua? Wahi cheez hai jisko hum aaj kehte hain spirituality, yani God based spirituality ya God oriented spirituality.</w:t>
      </w:r>
      <w:r>
        <w:br/>
      </w:r>
      <w:r>
        <w:rPr>
          <w:sz w:val="20"/>
        </w:rPr>
        <w:t>8:01  Spirituality kya hai? Aadmi kisi upar ke level par jeene lagta hai, yani ek hai material level, ek hai national level, ek hai political level.</w:t>
      </w:r>
      <w:r>
        <w:br/>
      </w:r>
      <w:r>
        <w:rPr>
          <w:sz w:val="20"/>
        </w:rPr>
        <w:t>8:18  In sare jo levels hain, jab is se upar uth jaye to wahan sirf Khuda hi Khuda hota hai,</w:t>
      </w:r>
      <w:r>
        <w:br/>
      </w:r>
      <w:r>
        <w:rPr>
          <w:sz w:val="20"/>
        </w:rPr>
        <w:t>8:27  wahan sirf Khuda hi Khuda hota hai. Jaise aap hawai jahaz mein jo udte hain, upar pahunchte hain chalis hazar foot ki bulandi par, to wahan space hi space hoti hai.</w:t>
      </w:r>
      <w:r>
        <w:br/>
      </w:r>
      <w:r>
        <w:rPr>
          <w:sz w:val="20"/>
        </w:rPr>
        <w:t>8:41  Upar se jab aap dekhte hain to neeche agarche shehar hain, pahad hain, samandar hain, lekin kuch dikhai nahi deta. Yeh space space dikhai deti hai.</w:t>
      </w:r>
      <w:r>
        <w:br/>
      </w:r>
      <w:r>
        <w:rPr>
          <w:sz w:val="20"/>
        </w:rPr>
        <w:t>8:53  To main samajhta hoon ke yeh jo spirituality hai ya God oriented jo level hai zindagi ka, is mein aadmi bahut upar chala jata hai, high level,</w:t>
      </w:r>
      <w:r>
        <w:br/>
      </w:r>
      <w:r>
        <w:rPr>
          <w:sz w:val="20"/>
        </w:rPr>
        <w:t>9:07  high level. Wahan par aadmi ko sari cheezein ojhal ho jati hain, sari cheezein ojhal ho jati hain, aur sirf apne Khaliq ko yaad karta hai,</w:t>
      </w:r>
      <w:r>
        <w:br/>
      </w:r>
      <w:r>
        <w:rPr>
          <w:sz w:val="20"/>
        </w:rPr>
        <w:t>9:27  Khaliq ki nematein yaad karta hai. Jaise main jab pehli bar hawai jahaz mein gaya tha Europe to main ne socha ke jo Khaliq hai hamara,</w:t>
      </w:r>
      <w:r>
        <w:br/>
      </w:r>
      <w:r>
        <w:rPr>
          <w:sz w:val="20"/>
        </w:rPr>
        <w:t>9:45  woh kitna zyada hum se mohabbat karta hai ke hum ko aisi sawari de di, aisi sawari de di jo udti hai to jangalon ke upar, samandaron ke upar, daryaaon ke upar, pahadon ke upar, sheharon ke upar se guzarti hi guzarti hui hum ko hamara destination pahuncha deti hai.</w:t>
      </w:r>
      <w:r>
        <w:br/>
      </w:r>
      <w:r>
        <w:rPr>
          <w:sz w:val="20"/>
        </w:rPr>
        <w:t>10:11  To kaisa ajeeb Allah ka yeh ehsaan hai hamare upar. To yeh sab soch aa gayi, isi ko kehte hain spiritual soch ya God oriented soch.</w:t>
      </w:r>
      <w:r>
        <w:br/>
      </w:r>
      <w:r>
        <w:rPr>
          <w:sz w:val="20"/>
        </w:rPr>
        <w:t>10:26  To main samajhta hoon ke Islam mein aur aur yeh Sikhs mein ya Guru Nanak Ji ka jo message hai insaan ke liye, is mein yeh cheez bahut common hai,</w:t>
      </w:r>
    </w:p>
    <w:p>
      <w:pPr>
        <w:pStyle w:val="Heading2"/>
      </w:pPr>
      <w:r>
        <w:t>the caravan rumor about Aisha and Abu Ayyub Ansari's masterful reply</w:t>
      </w:r>
    </w:p>
    <w:p>
      <w:r>
        <w:rPr>
          <w:color w:val="666666"/>
          <w:sz w:val="18"/>
        </w:rPr>
        <w:t>Peace of Mind June 29, 2014 · 3m 59s · at 37:06 · https://youtu.be/oVwRc_FcAGk?t=2226</w:t>
      </w:r>
    </w:p>
    <w:p>
      <w:r>
        <w:rPr>
          <w:i/>
        </w:rPr>
        <w:t>“رسول اللہ کا وہ زمانہ جو مدینے میں گزرا، ایک واقعہ ہے”</w:t>
      </w:r>
    </w:p>
    <w:p>
      <w:r>
        <w:rPr>
          <w:sz w:val="20"/>
        </w:rPr>
        <w:t>37:06  rasool Allah ka woh zamana jo madine mein guzra, us ka ek waqea hai, yaani hijrat ke baad ka.</w:t>
      </w:r>
      <w:r>
        <w:br/>
      </w:r>
      <w:r>
        <w:rPr>
          <w:sz w:val="20"/>
        </w:rPr>
        <w:t>37:15  rasool Allah ki ahliya theen aisha. aik martaba woh bahar gayeen, rasool Allah sal Allah alaihi wasallam ke sath, aur pichar gayeen, aur qafila aage chala gaya, woh peechay reh gayeen.</w:t>
      </w:r>
      <w:r>
        <w:br/>
      </w:r>
      <w:r>
        <w:rPr>
          <w:sz w:val="20"/>
        </w:rPr>
        <w:t>37:31  is ke baad jab woh subah hui, woh so gayi theen. subah hui to aik nojawan sahabi ke sath woh wapas aayeen.</w:t>
      </w:r>
      <w:r>
        <w:br/>
      </w:r>
      <w:r>
        <w:rPr>
          <w:sz w:val="20"/>
        </w:rPr>
        <w:t>37:43  is tareeqay se ke woh baithi hui thi oont par, un ka jo hauz hota hai is mein, aur oont ki jo mahar aur nakeel kehte hain, us ko woh sahabi pakray hue andar dakhil hue madine mein.</w:t>
      </w:r>
      <w:r>
        <w:br/>
      </w:r>
      <w:r>
        <w:rPr>
          <w:sz w:val="20"/>
        </w:rPr>
        <w:t>37:59  yani Hazrat Aisha oont ki peeth pe theen, aur woh oont ki nakeel pakri hui thi.</w:t>
      </w:r>
      <w:r>
        <w:br/>
      </w:r>
      <w:r>
        <w:rPr>
          <w:sz w:val="20"/>
        </w:rPr>
        <w:t>38:06  to wahan par aik shakhs tha, bohat hi, yani woh is ke andar wohi tha mizaj ke manfi item ko toot kar us ko us ko flare up karna,</w:t>
      </w:r>
      <w:r>
        <w:br/>
      </w:r>
      <w:r>
        <w:rPr>
          <w:sz w:val="20"/>
        </w:rPr>
        <w:t>38:21  yeh mizaj tha is ka. to us ne keh diya ke: "wallah ma najat binah wa ma naja minhaa".</w:t>
      </w:r>
      <w:r>
        <w:br/>
      </w:r>
      <w:r>
        <w:rPr>
          <w:sz w:val="20"/>
        </w:rPr>
        <w:t>38:34  yeh bohat hi fitnay walay jumla tha, yeh:</w:t>
      </w:r>
      <w:r>
        <w:br/>
      </w:r>
      <w:r>
        <w:rPr>
          <w:sz w:val="20"/>
        </w:rPr>
        <w:t>38:40  "wallah ma najat binah wa ma naja minhaa". yani Khuda ke sath woh is se nahi bachi, woh is se nahi bacha. yeh bohat hi khatarnak jumla hai.</w:t>
      </w:r>
      <w:r>
        <w:br/>
      </w:r>
      <w:r>
        <w:rPr>
          <w:sz w:val="20"/>
        </w:rPr>
        <w:t>38:49  ab yeh saaray madine mein phail gayi yeh baat.</w:t>
      </w:r>
      <w:r>
        <w:br/>
      </w:r>
      <w:r>
        <w:rPr>
          <w:sz w:val="20"/>
        </w:rPr>
        <w:t>38:55  to aik sahabi thay, woh sahabi apnay ghar mein dakhil hue to un ki biwi se jab mulaqat hui to biwi kehti hain un se,</w:t>
      </w:r>
      <w:r>
        <w:br/>
      </w:r>
      <w:r>
        <w:rPr>
          <w:sz w:val="20"/>
        </w:rPr>
        <w:t>39:12  woh sahabi shayad Abu Ayub Ansari thay, ghaliban. to woh biwi kehti hain Abu Ayub Ansari apnay shohar se ke: "sunao aap ne kuch?</w:t>
      </w:r>
      <w:r>
        <w:br/>
      </w:r>
      <w:r>
        <w:rPr>
          <w:sz w:val="20"/>
        </w:rPr>
        <w:t>39:25  "kaha: "kya?" kaha: "Aisha ke baray mein kya kaha ja raha hai?"</w:t>
      </w:r>
      <w:r>
        <w:br/>
      </w:r>
      <w:r>
        <w:rPr>
          <w:sz w:val="20"/>
        </w:rPr>
        <w:t>39:31  yani biwi kehti hai apnay shohar se ke: "sunao aap ne kuch Aisha ke baray mein madine mein kya kaha ja raha hai?" to Abu Ayub Ansari jo thay, unhon ne jawab jo diya, master piece jawab tha,</w:t>
      </w:r>
      <w:r>
        <w:br/>
      </w:r>
      <w:r>
        <w:rPr>
          <w:sz w:val="20"/>
        </w:rPr>
        <w:t>39:49  unhon ne kaha: "unhon ne baghair tehqeeq ke keh diya ke jhoot hai".</w:t>
      </w:r>
      <w:r>
        <w:br/>
      </w:r>
      <w:r>
        <w:rPr>
          <w:sz w:val="20"/>
        </w:rPr>
        <w:t>39:54  unhon ne kaha aik aik fitri, aik bohat hi fitri jawab diya unhon ne. unhon ne kaha ke: "tum aisa karo gi?" apni biwi se unhon ne poocha: "kya tum aisa karo gi?" to unhon ne kaha: "hargiz nahi".</w:t>
      </w:r>
      <w:r>
        <w:br/>
      </w:r>
      <w:r>
        <w:rPr>
          <w:sz w:val="20"/>
        </w:rPr>
        <w:t>40:10  to unhon ne kaha ke: "phir tum Aisha ke baray mein kaise soch sakti ho ke woh aisa kareen gi? woh to tum se bohat behtar hain, woh payamber ki biwi hain".</w:t>
      </w:r>
      <w:r>
        <w:br/>
      </w:r>
      <w:r>
        <w:rPr>
          <w:sz w:val="20"/>
        </w:rPr>
        <w:t>40:20  aik fitri formula istemal kar ke un ke oopar diffuse kar diya. poochne nahi gayeen, discuss karne nahi gayeen. yeh hai self management.</w:t>
      </w:r>
      <w:r>
        <w:br/>
      </w:r>
      <w:r>
        <w:rPr>
          <w:sz w:val="20"/>
        </w:rPr>
        <w:t>40:35  yani Abu Ayub Ansari ne na to biwi se kuch baat cheet ki is mozu par, na yeh kaha ke: "acha, mein jata hoon, ja ke pooch ke aata hoon".</w:t>
      </w:r>
      <w:r>
        <w:br/>
      </w:r>
      <w:r>
        <w:rPr>
          <w:sz w:val="20"/>
        </w:rPr>
        <w:t>40:45  yani is ko pata kar ke aata hoon, yeh bhi nahi kaha unhon ne.</w:t>
      </w:r>
      <w:r>
        <w:br/>
      </w:r>
      <w:r>
        <w:rPr>
          <w:sz w:val="20"/>
        </w:rPr>
        <w:t>40:50  sirf yeh kaha ke: "kya tum aisa karo gi?" to jab woh kehti hai ke nahi, to kehti hai ke: "tum ne kaise samajh liya ke Aisha aisa kareen gi jo tum se behtar hai?" yeh hai self management.</w:t>
      </w:r>
    </w:p>
    <w:p>
      <w:pPr>
        <w:pStyle w:val="Heading2"/>
      </w:pPr>
      <w:r>
        <w:t>The only thing he ever asked to buy was an encyclopedia</w:t>
      </w:r>
    </w:p>
    <w:p>
      <w:r>
        <w:rPr>
          <w:color w:val="666666"/>
          <w:sz w:val="18"/>
        </w:rPr>
        <w:t>In Conversation with Dr. Saniyasnain Khan December 12, 2021 · 36s · at 18:07 · https://youtu.be/9Lp76ckNRYE?t=1087</w:t>
      </w:r>
    </w:p>
    <w:p>
      <w:r>
        <w:rPr>
          <w:i/>
        </w:rPr>
        <w:t>“Zindagi mein sirf encyclopedia thi jo unhon ne kharidne ko kaha”</w:t>
      </w:r>
    </w:p>
    <w:p>
      <w:r>
        <w:rPr>
          <w:sz w:val="20"/>
        </w:rPr>
        <w:t>18:07  to main ne Maulana ko dikhaya ke yeh encyclopedia britannica. ji. koi sahib la ke de gaye hain aap ko pasand hai to hum le len usay to Maulana ne usay khola dekha parha aik do din tak to unhon ne kaha theek hai is ko tum khareed lo.</w:t>
      </w:r>
      <w:r>
        <w:br/>
      </w:r>
      <w:r>
        <w:rPr>
          <w:sz w:val="20"/>
        </w:rPr>
        <w:t>18:25  hmm. mera khayal hai zindagi mein kabhi koi cheez unhon ne mujh se kahin nahi khareedne ke liye sirf encyclopedia halanke us zamane mein eighty five mein thirty thousand was a big money.</w:t>
      </w:r>
      <w:r>
        <w:br/>
      </w:r>
      <w:r>
        <w:rPr>
          <w:sz w:val="20"/>
        </w:rPr>
        <w:t>18:35  yar definitely. haan lekin unhon ne is ko kaha ke theek hai le lo aur agar aaj jayen aap wahan par un ke room mein woh rakhi hui hai.</w:t>
      </w:r>
    </w:p>
    <w:p>
      <w:pPr>
        <w:pStyle w:val="Heading2"/>
      </w:pPr>
      <w:r>
        <w:t>Language style proves Muhammad didn't author the Quran</w:t>
      </w:r>
    </w:p>
    <w:p>
      <w:r>
        <w:rPr>
          <w:color w:val="666666"/>
          <w:sz w:val="18"/>
        </w:rPr>
        <w:t>Hadith Literature (English) March 8, 2007 Maulan Wahiduddin Khan · 4m 28s · at 21:22 · https://youtu.be/UdxzmJTYqXk?t=1282</w:t>
      </w:r>
    </w:p>
    <w:p>
      <w:r>
        <w:rPr>
          <w:i/>
        </w:rPr>
        <w:t>“There is a difference between the language of Quran and hadith”</w:t>
      </w:r>
    </w:p>
    <w:p>
      <w:r>
        <w:rPr>
          <w:sz w:val="20"/>
        </w:rPr>
        <w:t>21:22  there are some more aspect of this statement. but here i would like to refer only one aspect that is the difference of language between quran and hadith.</w:t>
      </w:r>
      <w:r>
        <w:br/>
      </w:r>
      <w:r>
        <w:rPr>
          <w:sz w:val="20"/>
        </w:rPr>
        <w:t>21:41  it is very important to know that there is a difference between the language of quran and language of hadith. although the language of both is arabic,</w:t>
      </w:r>
      <w:r>
        <w:br/>
      </w:r>
      <w:r>
        <w:rPr>
          <w:sz w:val="20"/>
        </w:rPr>
        <w:t>21:56  but but style is quite different. style is quite different.</w:t>
      </w:r>
      <w:r>
        <w:br/>
      </w:r>
      <w:r>
        <w:rPr>
          <w:sz w:val="20"/>
        </w:rPr>
        <w:t>22:03  the style of</w:t>
      </w:r>
      <w:r>
        <w:br/>
      </w:r>
      <w:r>
        <w:rPr>
          <w:sz w:val="20"/>
        </w:rPr>
        <w:t>22:07  arabic in the quran is quite different from that of we find in hadith.</w:t>
      </w:r>
      <w:r>
        <w:br/>
      </w:r>
      <w:r>
        <w:rPr>
          <w:sz w:val="20"/>
        </w:rPr>
        <w:t>22:18  anyone who knows arabic language, anyone who have the knowledge of arabic language, instantly he find this difference</w:t>
      </w:r>
      <w:r>
        <w:br/>
      </w:r>
      <w:r>
        <w:rPr>
          <w:sz w:val="20"/>
        </w:rPr>
        <w:t>22:33  . when he read quran and when he read hadith, instantly he find that the great difference between the style of the two books in term of language.</w:t>
      </w:r>
      <w:r>
        <w:br/>
      </w:r>
      <w:r>
        <w:rPr>
          <w:sz w:val="20"/>
        </w:rPr>
        <w:t>22:50  then it is not possible for a person to speak or write in two d</w:t>
      </w:r>
      <w:r>
        <w:br/>
      </w:r>
      <w:r>
        <w:rPr>
          <w:sz w:val="20"/>
        </w:rPr>
        <w:t>22:59  ifferent ways. we can not find any author in the history who is able to write or speak in two different ways in the same language.</w:t>
      </w:r>
      <w:r>
        <w:br/>
      </w:r>
      <w:r>
        <w:rPr>
          <w:sz w:val="20"/>
        </w:rPr>
        <w:t>23:13  impossible.</w:t>
      </w:r>
      <w:r>
        <w:br/>
      </w:r>
      <w:r>
        <w:rPr>
          <w:sz w:val="20"/>
        </w:rPr>
        <w:t>23:17  anyone who knows a language and he speaks in this language or write in this language. so you can easily understand that the style of his speech and writing is one and the same.</w:t>
      </w:r>
      <w:r>
        <w:br/>
      </w:r>
      <w:r>
        <w:rPr>
          <w:sz w:val="20"/>
        </w:rPr>
        <w:t>23:36  so no one has the capacity to speak or to write a language in two different ways.</w:t>
      </w:r>
      <w:r>
        <w:br/>
      </w:r>
      <w:r>
        <w:rPr>
          <w:sz w:val="20"/>
        </w:rPr>
        <w:t>23:49  so this is a great proof that Muhammad was not author of the Quran.</w:t>
      </w:r>
      <w:r>
        <w:br/>
      </w:r>
      <w:r>
        <w:rPr>
          <w:sz w:val="20"/>
        </w:rPr>
        <w:t>23:57  generally secular secular people say like this that Quran was written by Muhammad.</w:t>
      </w:r>
      <w:r>
        <w:br/>
      </w:r>
      <w:r>
        <w:rPr>
          <w:sz w:val="20"/>
        </w:rPr>
        <w:t>24:10  it is nonsense.</w:t>
      </w:r>
      <w:r>
        <w:br/>
      </w:r>
      <w:r>
        <w:rPr>
          <w:sz w:val="20"/>
        </w:rPr>
        <w:t>24:13  anyone who knows Arabic and he try to study both the literature Quran and Hadith, he</w:t>
      </w:r>
      <w:r>
        <w:br/>
      </w:r>
      <w:r>
        <w:rPr>
          <w:sz w:val="20"/>
        </w:rPr>
        <w:t>24:28  he he will discover that the style of both the books is quite different.</w:t>
      </w:r>
      <w:r>
        <w:br/>
      </w:r>
      <w:r>
        <w:rPr>
          <w:sz w:val="20"/>
        </w:rPr>
        <w:t>24:37  although both are in Arabic language.</w:t>
      </w:r>
      <w:r>
        <w:br/>
      </w:r>
      <w:r>
        <w:rPr>
          <w:sz w:val="20"/>
        </w:rPr>
        <w:t>24:41  although Quran Hadith both are in Arabic language, but both are very very different in style.</w:t>
      </w:r>
      <w:r>
        <w:br/>
      </w:r>
      <w:r>
        <w:rPr>
          <w:sz w:val="20"/>
        </w:rPr>
        <w:t>24:52  so it is it is it is wrong to say that Muhammad was the author of the Quran.</w:t>
      </w:r>
      <w:r>
        <w:br/>
      </w:r>
      <w:r>
        <w:rPr>
          <w:sz w:val="20"/>
        </w:rPr>
        <w:t>25:03  because when Muhammad speaks in Hadith, we find that his language quite different.</w:t>
      </w:r>
      <w:r>
        <w:br/>
      </w:r>
      <w:r>
        <w:rPr>
          <w:sz w:val="20"/>
        </w:rPr>
        <w:t>25:12  but when we study Quran, here we find that the style of the Quran is quite different from that of Hadith.</w:t>
      </w:r>
      <w:r>
        <w:br/>
      </w:r>
      <w:r>
        <w:rPr>
          <w:sz w:val="20"/>
        </w:rPr>
        <w:t>25:23  so this difference between Quran and Hadith is itself a proof that Quran was not author by Muhammad.</w:t>
      </w:r>
      <w:r>
        <w:br/>
      </w:r>
      <w:r>
        <w:rPr>
          <w:sz w:val="20"/>
        </w:rPr>
        <w:t>25:38  it was a revealed book and Prophet Muhammad received this book from God Almighty directly.</w:t>
      </w:r>
    </w:p>
    <w:p>
      <w:pPr>
        <w:pStyle w:val="Heading2"/>
      </w:pPr>
      <w:r>
        <w:t>Born seeker</w:t>
      </w:r>
    </w:p>
    <w:p>
      <w:r>
        <w:rPr>
          <w:color w:val="666666"/>
          <w:sz w:val="18"/>
        </w:rPr>
        <w:t>Lessons from The Quran | December 24, 2005 | Maulana Wahiduddin Khan · 30s · at 1:19:20 · https://youtu.be/1YOgdBErTfE?t=4760</w:t>
      </w:r>
    </w:p>
    <w:p>
      <w:r>
        <w:rPr>
          <w:i/>
        </w:rPr>
        <w:t>“Every person is born a seeker of truth”</w:t>
      </w:r>
    </w:p>
    <w:p>
      <w:r>
        <w:rPr>
          <w:sz w:val="20"/>
        </w:rPr>
        <w:t>1:19:20  her bhi woh andar andar seeker hi rehta hai. andar andar is sawal se dochar hi rehta hai. woh to us ko hum keh sakte hain ke har aadmi paidaishi taur par seeker hai, paidaishi taur par mutallashi hai. to aap jante hain ke hota hai to aisa nahi hai ke kisi pahad par us ko likha hua mil jaye ke tum kaun ho</w:t>
      </w:r>
    </w:p>
    <w:p>
      <w:pPr>
        <w:pStyle w:val="Heading2"/>
      </w:pPr>
      <w:r>
        <w:t>Quran teaching movement produced no results</w:t>
      </w:r>
    </w:p>
    <w:p>
      <w:r>
        <w:rPr>
          <w:color w:val="666666"/>
          <w:sz w:val="18"/>
        </w:rPr>
        <w:t>Iman and the Quran March 29, 2009 Maulana Wahiduddin Khan · 1m 29s · at 7:42 · https://youtu.be/BoXolOS_aTk?t=462</w:t>
      </w:r>
    </w:p>
    <w:p>
      <w:r>
        <w:rPr>
          <w:i/>
        </w:rPr>
        <w:t>“پچھلے سو برس سے مسلمانوں میں بہت ساری movement چلی ہے”</w:t>
      </w:r>
    </w:p>
    <w:p>
      <w:r>
        <w:rPr>
          <w:sz w:val="20"/>
        </w:rPr>
        <w:t>7:42  pichhle so baras se musalmanon mein bohat sari movement chali hai. quran parho, quran parho, quran parho. is ki beginning yahan se hui lekin result kuch nahi.</w:t>
      </w:r>
      <w:r>
        <w:br/>
      </w:r>
      <w:r>
        <w:rPr>
          <w:sz w:val="20"/>
        </w:rPr>
        <w:t>7:57  kuch bhi result nahi. kitne logon se maine poocha jo ke quran ka dars dete hain. lambe lambe, barson baras dars dete hain.</w:t>
      </w:r>
      <w:r>
        <w:br/>
      </w:r>
      <w:r>
        <w:rPr>
          <w:sz w:val="20"/>
        </w:rPr>
        <w:t>8:07  un se poocha ke yeh bataiye ke quran se aap ki apni personality mein kya change aaya? kuch bata nahi sake woh.</w:t>
      </w:r>
      <w:r>
        <w:br/>
      </w:r>
      <w:r>
        <w:rPr>
          <w:sz w:val="20"/>
        </w:rPr>
        <w:t>8:18  yani quran ka dars deta hai ek aadmi pachees saal se. aur us se poocha gaya ke tumhari apni zindagi mein kya change aaya woh batao.</w:t>
      </w:r>
      <w:r>
        <w:br/>
      </w:r>
      <w:r>
        <w:rPr>
          <w:sz w:val="20"/>
        </w:rPr>
        <w:t>8:27  to kuch un ke paas is ka jawab nahi tha. phir us se poocha ke yeh bataiye ke quran ka gist kya hai? quran ka khulasa kya hai?</w:t>
      </w:r>
      <w:r>
        <w:br/>
      </w:r>
      <w:r>
        <w:rPr>
          <w:sz w:val="20"/>
        </w:rPr>
        <w:t>8:37  is ka bhi un ke paas koi jawab nahi tha. to dars mein kya hota hai, mein yahan se le kar america tak dekha hai mein ne. kuch aayatein padhein ge, us ke baad ek lecture dena shuru kar dein ge.</w:t>
      </w:r>
      <w:r>
        <w:br/>
      </w:r>
      <w:r>
        <w:rPr>
          <w:sz w:val="20"/>
        </w:rPr>
        <w:t>8:49  ek hawai lecture. kuch aayatein padhein ge, ek hawai lecture shuru kar dete hain. lekin un aayaton se koi maani matlab nahi hota.</w:t>
      </w:r>
      <w:r>
        <w:br/>
      </w:r>
      <w:r>
        <w:rPr>
          <w:sz w:val="20"/>
        </w:rPr>
        <w:t>9:00  to yeh quran ka is qism ka dars ka koi faida nahi hai. mein aap ko misaal deta hoon kuch.</w:t>
      </w:r>
    </w:p>
    <w:p>
      <w:pPr>
        <w:pStyle w:val="Heading2"/>
      </w:pPr>
      <w:r>
        <w:t>Reframing problems as challenges, not problems</w:t>
      </w:r>
    </w:p>
    <w:p>
      <w:r>
        <w:rPr>
          <w:color w:val="666666"/>
          <w:sz w:val="18"/>
        </w:rPr>
        <w:t>Five Periods of Human History March 8, 2009 Maulana Wahiduddin Khan · 59s · at 53:14 · https://youtu.be/_Y4VcKV2OPk?t=3194</w:t>
      </w:r>
    </w:p>
    <w:p>
      <w:r>
        <w:rPr>
          <w:i/>
        </w:rPr>
        <w:t>“The Quran says: don't see a problem as a problem”</w:t>
      </w:r>
    </w:p>
    <w:p>
      <w:r>
        <w:rPr>
          <w:sz w:val="20"/>
        </w:rPr>
        <w:t>53:14  to quran mein ek bohat hi ajeeb ghareeb baat kahi gayi hai ke ek problem ko challenge samjho. yaani problem ko problem na samjho.</w:t>
      </w:r>
      <w:r>
        <w:br/>
      </w:r>
      <w:r>
        <w:rPr>
          <w:sz w:val="20"/>
        </w:rPr>
        <w:t>53:25  yeh kitni revolutionary baat hai yeh ke problem jo hai, problem nahi hai, woh challenge hai. kyun?</w:t>
      </w:r>
      <w:r>
        <w:br/>
      </w:r>
      <w:r>
        <w:rPr>
          <w:sz w:val="20"/>
        </w:rPr>
        <w:t>53:37  woh aap ke dimagh ko activate karta hai,</w:t>
      </w:r>
      <w:r>
        <w:br/>
      </w:r>
      <w:r>
        <w:rPr>
          <w:sz w:val="20"/>
        </w:rPr>
        <w:t>53:42  aap ke potential ko jagata hai, aap ki soi hui fitrat ko bedar karta hai. yaani problem leads to problem.</w:t>
      </w:r>
      <w:r>
        <w:br/>
      </w:r>
      <w:r>
        <w:rPr>
          <w:sz w:val="20"/>
        </w:rPr>
        <w:t>53:58  problem is a challenge. a challenge leads to intellectual development.</w:t>
      </w:r>
      <w:r>
        <w:br/>
      </w:r>
      <w:r>
        <w:rPr>
          <w:sz w:val="20"/>
        </w:rPr>
        <w:t>54:06  yeh kitni bari baat hai ke problem ko problem na samjho, balkeh usko challenge ke roop mein lo.</w:t>
      </w:r>
    </w:p>
    <w:p>
      <w:pPr>
        <w:pStyle w:val="Heading2"/>
      </w:pPr>
      <w:r>
        <w:t>Quran recitation and translation of Moses story</w:t>
      </w:r>
    </w:p>
    <w:p>
      <w:r>
        <w:rPr>
          <w:color w:val="666666"/>
          <w:sz w:val="18"/>
        </w:rPr>
        <w:t>Dars-e-Quran, Ch. 2 Verse 49-50 February 25, 2018 · 1m 16s · at 1:12 · https://youtu.be/ogSNikZscgM?t=72</w:t>
      </w:r>
    </w:p>
    <w:p>
      <w:r>
        <w:rPr>
          <w:i/>
        </w:rPr>
        <w:t>“Bismillah al-Rahman al-Rahim”</w:t>
      </w:r>
    </w:p>
    <w:p>
      <w:r>
        <w:rPr>
          <w:sz w:val="20"/>
        </w:rPr>
        <w:t>1:12  bismillah rahman rahim. wa iz najjaynakum min aale fir'auna yasumunakum soo'al azabi yuzabbihuna abna'akum wa yastahiyuna nisa'akum, wa fi zaliikum bala'un mir rabbikum azim.</w:t>
      </w:r>
      <w:r>
        <w:br/>
      </w:r>
      <w:r>
        <w:rPr>
          <w:sz w:val="20"/>
        </w:rPr>
        <w:t>1:30  wa iz faraqna bikumul bahra fa anjaynakum wa aghraqna aala fir'auna wa antum tanzarun. wa iz wa'adna musa arba'ina laylatan thumma-ttakhadhtumul 'ijla mim ba'dihi wa antum zaliimun.</w:t>
      </w:r>
      <w:r>
        <w:br/>
      </w:r>
      <w:r>
        <w:rPr>
          <w:sz w:val="20"/>
        </w:rPr>
        <w:t>1:45  phir? zyada nahi, yahi tak. chalen tarjuma padh lete hain. aur yaad karo jab hum ne tum ko nijaat diya fir'aun se, fir'aun ki qaum se.</w:t>
      </w:r>
      <w:r>
        <w:br/>
      </w:r>
      <w:r>
        <w:rPr>
          <w:sz w:val="20"/>
        </w:rPr>
        <w:t>2:00  woh tum ko dardnak azab diya karte the, tumhare beton ko zabah karte aur tumhari auraton ko chhod diya karte the.</w:t>
      </w:r>
      <w:r>
        <w:br/>
      </w:r>
      <w:r>
        <w:rPr>
          <w:sz w:val="20"/>
        </w:rPr>
        <w:t>2:11  is museebat mein yeh tumhare rab ki taraf se bohat hi sakht museebat thi. aur jab hum ne darya ko phad kar tumhein paar karaya, phir bachaya tum ko aur doba diya fir'aun ke logon ko aur tum dekhte rahe.</w:t>
      </w:r>
    </w:p>
    <w:p>
      <w:pPr>
        <w:pStyle w:val="Heading2"/>
      </w:pPr>
      <w:r>
        <w:t>Peace is strength, violence weakness</w:t>
      </w:r>
    </w:p>
    <w:p>
      <w:r>
        <w:rPr>
          <w:color w:val="666666"/>
          <w:sz w:val="18"/>
        </w:rPr>
        <w:t>Lessons from My Journey to Canada January 03, 2016 Maulana Wahiduddin Khan · 52s · at 45:16 · https://youtu.be/Uh8DWul9IyY?t=2716</w:t>
      </w:r>
    </w:p>
    <w:p>
      <w:r>
        <w:rPr>
          <w:i/>
        </w:rPr>
        <w:t>“Peace is our strength and violence is our weakness.”</w:t>
      </w:r>
    </w:p>
    <w:p>
      <w:r>
        <w:rPr>
          <w:sz w:val="20"/>
        </w:rPr>
        <w:t>45:15  das statement.</w:t>
      </w:r>
      <w:r>
        <w:br/>
      </w:r>
      <w:r>
        <w:rPr>
          <w:sz w:val="20"/>
        </w:rPr>
        <w:t>45:16  He told his group that tweet this statement of Maulana immediately.</w:t>
      </w:r>
      <w:r>
        <w:br/>
      </w:r>
      <w:r>
        <w:rPr>
          <w:sz w:val="20"/>
        </w:rPr>
        <w:t>45:23  acha haan yeh baat cheet jab ho rahi thi to main ne yeh kaha tha ke "peace hamari</w:t>
      </w:r>
      <w:r>
        <w:br/>
      </w:r>
      <w:r>
        <w:rPr>
          <w:sz w:val="20"/>
        </w:rPr>
        <w:t>45:31  taqat hai." english mein baat ho rahi thi english mein ke "peace hamari taqat hai</w:t>
      </w:r>
      <w:r>
        <w:br/>
      </w:r>
      <w:r>
        <w:rPr>
          <w:sz w:val="20"/>
        </w:rPr>
        <w:t>45:39  aur violence hamari kamzori hai."</w:t>
      </w:r>
      <w:r>
        <w:br/>
      </w:r>
      <w:r>
        <w:rPr>
          <w:sz w:val="20"/>
        </w:rPr>
        <w:t>45:46  peace is our strength, violence is our weakness. to foz khan ko yeh mere baad bohat strike kiya us ne.</w:t>
      </w:r>
      <w:r>
        <w:br/>
      </w:r>
      <w:r>
        <w:rPr>
          <w:sz w:val="20"/>
        </w:rPr>
        <w:t>45:55  to apne jo saathi baithe hue the, 22 saathi un ke, un se poocha unhon ne ke "ap is se agree karte hain?" to sab ne mere khayal se haan haan kiya tha.</w:t>
      </w:r>
      <w:r>
        <w:br/>
      </w:r>
      <w:r>
        <w:rPr>
          <w:sz w:val="20"/>
        </w:rPr>
        <w:t>46:04  ji ji ji</w:t>
      </w:r>
    </w:p>
    <w:p>
      <w:pPr>
        <w:pStyle w:val="Heading2"/>
      </w:pPr>
      <w:r>
        <w:t>A believer's increased rizq in Ramadan is spiritual, not material</w:t>
      </w:r>
    </w:p>
    <w:p>
      <w:r>
        <w:rPr>
          <w:color w:val="666666"/>
          <w:sz w:val="18"/>
        </w:rPr>
        <w:t>Ramadan and Roza July 14, 2013 · 2m 14s · at 27:05 · https://youtu.be/M2p3NR5pF7c?t=1625</w:t>
      </w:r>
    </w:p>
    <w:p>
      <w:r>
        <w:rPr>
          <w:i/>
        </w:rPr>
        <w:t>“Roza woh mahina hai jab momin ka rizq badha diya jata hai”</w:t>
      </w:r>
    </w:p>
    <w:p>
      <w:r>
        <w:rPr>
          <w:sz w:val="20"/>
        </w:rPr>
        <w:t>27:05  ek lambi hadith hai, is ka ek tukra yeh hai. yani roze ke bare mein chand baatein kahi gayi hain, to is mein se ek baat yeh hai ke roze ke bare mein ke roza jo hai, woh shahr yizdad fihi rizq al-iman.</w:t>
      </w:r>
      <w:r>
        <w:br/>
      </w:r>
      <w:r>
        <w:rPr>
          <w:sz w:val="20"/>
        </w:rPr>
        <w:t>27:29  shahr yizdad fihi rizq al-iman. roza woh mahina hai jab ke momin ka rizq badha diya jata hai.</w:t>
      </w:r>
      <w:r>
        <w:br/>
      </w:r>
      <w:r>
        <w:rPr>
          <w:sz w:val="20"/>
        </w:rPr>
        <w:t>27:41  roze ke mahine mein momin ka rizq badha diya jata hai. to aam taur par log is ka matlab kya samajhte hain ke yani maadi maane mein lete hain is ko.</w:t>
      </w:r>
      <w:r>
        <w:br/>
      </w:r>
      <w:r>
        <w:rPr>
          <w:sz w:val="20"/>
        </w:rPr>
        <w:t>27:53  yani is ke paas khana peena saman badh jata hai, paisa zyada aa jata hai. is maane mein yeh bilashubah bilkul galat hai. yeh maane is ke nahi hain.</w:t>
      </w:r>
      <w:r>
        <w:br/>
      </w:r>
      <w:r>
        <w:rPr>
          <w:sz w:val="20"/>
        </w:rPr>
        <w:t>28:02  kyunki dekhiye, yeh kaha gaya ke momin ka rizq. to momin ka rizq ka yahi hai. momin ka rizq rizq maadi hai.</w:t>
      </w:r>
      <w:r>
        <w:br/>
      </w:r>
      <w:r>
        <w:rPr>
          <w:sz w:val="20"/>
        </w:rPr>
        <w:t>28:15  yani momin Allah se chahega to kya chahega ke bhai rizq maadi badh jaye</w:t>
      </w:r>
      <w:r>
        <w:br/>
      </w:r>
      <w:r>
        <w:rPr>
          <w:sz w:val="20"/>
        </w:rPr>
        <w:t>28:20  , mere paas zyada paisa ho jaye, zyada khane peene ka saman mere paas ho jaye. hargiz nahi.</w:t>
      </w:r>
      <w:r>
        <w:br/>
      </w:r>
      <w:r>
        <w:rPr>
          <w:sz w:val="20"/>
        </w:rPr>
        <w:t>28:30  momin ka momin ka rizq kya hai? is ka ke iman badhe, is ki marifat badhe, is ki rabbaniyat badhe.</w:t>
      </w:r>
      <w:r>
        <w:br/>
      </w:r>
      <w:r>
        <w:rPr>
          <w:sz w:val="20"/>
        </w:rPr>
        <w:t>28:39  yeh hai is ka.</w:t>
      </w:r>
      <w:r>
        <w:br/>
      </w:r>
      <w:r>
        <w:rPr>
          <w:sz w:val="20"/>
        </w:rPr>
        <w:t>28:41  to is hadith mein jo farmaya jo gaya ke shahr yizdad fihi rizq al-momin ka matlab hai ke Ramzan ke mahine mein is ki marifat marti hai,</w:t>
      </w:r>
      <w:r>
        <w:br/>
      </w:r>
      <w:r>
        <w:rPr>
          <w:sz w:val="20"/>
        </w:rPr>
        <w:t>28:55  is ki rabbaniyat marti hai, is ka khauf Khuda marti hai, is ki mohabbat Khuda marti hai. woh kaise?</w:t>
      </w:r>
      <w:r>
        <w:br/>
      </w:r>
      <w:r>
        <w:rPr>
          <w:sz w:val="20"/>
        </w:rPr>
        <w:t>29:07  dekhiye, woh is tarah se yeh bahut hi saada yani samajh mein aane wali baat hai. yeh koi mystery nahi hai, koi asrar baat nahi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