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300 clips · theme seerah · full transcripts with timestamps · exported 2026-09-21</w:t>
      </w:r>
    </w:p>
    <w:p>
      <w:pPr>
        <w:pStyle w:val="Heading2"/>
      </w:pPr>
      <w:r>
        <w:t>Prophet's clever response to being insulted as Muzammam</w:t>
      </w:r>
    </w:p>
    <w:p>
      <w:r>
        <w:rPr>
          <w:color w:val="666666"/>
          <w:sz w:val="18"/>
        </w:rPr>
        <w:t>Prophetic Wisdom November 13, 2022 · 33s · at 32:58 · https://youtu.be/EUFD21PtjwM?t=1978</w:t>
      </w:r>
    </w:p>
    <w:p>
      <w:r>
        <w:rPr>
          <w:i/>
        </w:rPr>
        <w:t>“They nicknamed him Muzammam — condemnable”</w:t>
      </w:r>
    </w:p>
    <w:p>
      <w:r>
        <w:rPr>
          <w:sz w:val="20"/>
        </w:rPr>
        <w:t>32:58  misal ke tor par mazamm hai, jab aap ko logon ne mazamm kaha condemnable to aap ne kaha main to muhammad hoon. main is ka matlab hai praiseworthy.</w:t>
      </w:r>
      <w:r>
        <w:br/>
      </w:r>
      <w:r>
        <w:rPr>
          <w:sz w:val="20"/>
        </w:rPr>
        <w:t>33:07  to jo condemnable keh rahe hain, jo bura bhala mujhe keh rahe hain, naam hi mazamm rakh diya tha.</w:t>
      </w:r>
      <w:r>
        <w:br/>
      </w:r>
      <w:r>
        <w:rPr>
          <w:sz w:val="20"/>
        </w:rPr>
        <w:t>33:15  to jo bura bhala mazamm ko woh keh rahe hain, mera naam badal kar, to mere upar parte hi nahi. to isi par molana ki aik article mein parh rahi thi, to us mein doctor zakir hussain president banne se pehle ki baat hai.</w:t>
      </w:r>
    </w:p>
    <w:p>
      <w:pPr>
        <w:pStyle w:val="Heading2"/>
      </w:pPr>
      <w:r>
        <w:t>Da'wah is not only giving, it's also receiving</w:t>
      </w:r>
    </w:p>
    <w:p>
      <w:r>
        <w:rPr>
          <w:color w:val="666666"/>
          <w:sz w:val="18"/>
        </w:rPr>
        <w:t>Muslims in Diaspora April 5, 2014 Maulana Wahiduddin Khan · 57s · at 25:51 · https://youtu.be/JUzf9W-4D8A?t=1551</w:t>
      </w:r>
    </w:p>
    <w:p>
      <w:r>
        <w:rPr>
          <w:i/>
        </w:rPr>
        <w:t>“Da'wah is not only giving — it is also receiving.”</w:t>
      </w:r>
    </w:p>
    <w:p>
      <w:r>
        <w:rPr>
          <w:sz w:val="20"/>
        </w:rPr>
        <w:t>25:51  dawah is not only giving, it is also receiving.</w:t>
      </w:r>
      <w:r>
        <w:br/>
      </w:r>
      <w:r>
        <w:rPr>
          <w:sz w:val="20"/>
        </w:rPr>
        <w:t>25:58  you are, you are giving something to man and same time you are receiving something from god.</w:t>
      </w:r>
      <w:r>
        <w:br/>
      </w:r>
      <w:r>
        <w:rPr>
          <w:sz w:val="20"/>
        </w:rPr>
        <w:t>26:09  when dawah is a rewardable act, then it means that</w:t>
      </w:r>
      <w:r>
        <w:br/>
      </w:r>
      <w:r>
        <w:rPr>
          <w:sz w:val="20"/>
        </w:rPr>
        <w:t>26:21  when you are doing the work, you are giving something to your ne</w:t>
      </w:r>
      <w:r>
        <w:br/>
      </w:r>
      <w:r>
        <w:rPr>
          <w:sz w:val="20"/>
        </w:rPr>
        <w:t>26:26  bour, but at the same time you are receiving the blessings of god.</w:t>
      </w:r>
      <w:r>
        <w:br/>
      </w:r>
      <w:r>
        <w:rPr>
          <w:sz w:val="20"/>
        </w:rPr>
        <w:t>26:37  so it is very important. it is the greatest deed.</w:t>
      </w:r>
    </w:p>
    <w:p>
      <w:pPr>
        <w:pStyle w:val="Heading2"/>
      </w:pPr>
      <w:r>
        <w:t>Four women who perfected their faith</w:t>
      </w:r>
    </w:p>
    <w:p>
      <w:r>
        <w:rPr>
          <w:color w:val="666666"/>
          <w:sz w:val="18"/>
        </w:rPr>
        <w:t>Inspiring Story of Maryam (Mary) in the Quran</w:t>
        <w:br/>
        <w:t>August 25, 2024 · 25s · at 1:48 · https://youtu.be/O6VKl5oOu_s?t=108</w:t>
      </w:r>
    </w:p>
    <w:p>
      <w:r>
        <w:rPr>
          <w:i/>
        </w:rPr>
        <w:t>“Prophet Muhammad said four women perfected their faith.”</w:t>
      </w:r>
    </w:p>
    <w:p>
      <w:r>
        <w:rPr>
          <w:sz w:val="20"/>
        </w:rPr>
        <w:t>1:48  Prophet Muhammad sallallahu alaihi wasallam once said that four women have perfected their iman, have perfected their faith, and Maryam was one of them.</w:t>
      </w:r>
      <w:r>
        <w:br/>
      </w:r>
      <w:r>
        <w:rPr>
          <w:sz w:val="20"/>
        </w:rPr>
        <w:t>2:01  And the others are Asiya, the wife of Pharaoh, and Khadija radiallahu anha and Fatima radiallahu anha.</w:t>
      </w:r>
    </w:p>
    <w:p>
      <w:pPr>
        <w:pStyle w:val="Heading2"/>
      </w:pPr>
      <w:r>
        <w:t>Prophet did not say today it is ours</w:t>
      </w:r>
    </w:p>
    <w:p>
      <w:r>
        <w:rPr>
          <w:color w:val="666666"/>
          <w:sz w:val="18"/>
        </w:rPr>
        <w:t>The Prophet An Example of Modesty August 27, 2017 · 39s · at 33:03 · https://youtu.be/aR3V4c8fQC4?t=1983</w:t>
      </w:r>
    </w:p>
    <w:p>
      <w:r>
        <w:rPr>
          <w:i/>
        </w:rPr>
        <w:t>“Prophet ne nahi kaha 'Today Makkah is ours'”</w:t>
      </w:r>
    </w:p>
    <w:p>
      <w:r>
        <w:rPr>
          <w:sz w:val="20"/>
        </w:rPr>
        <w:t>33:03  yani peghambar ne yeh nahi kaha ke "today makkah is ours". general harris ki tarah aap ne yeh nahi kaha ke "today makkah is ours".</w:t>
      </w:r>
      <w:r>
        <w:br/>
      </w:r>
      <w:r>
        <w:rPr>
          <w:sz w:val="20"/>
        </w:rPr>
        <w:t>33:15  "today arab is ours". "today the whole world is ours". yeh sab alfaaz nahi bole aap ne.</w:t>
      </w:r>
      <w:r>
        <w:br/>
      </w:r>
      <w:r>
        <w:rPr>
          <w:sz w:val="20"/>
        </w:rPr>
        <w:t>33:26  aap ne kaha ke "alhamdulillah alladhi anjaza wa'dah wa nasra abdah wahazama al-ahzaab</w:t>
      </w:r>
      <w:r>
        <w:br/>
      </w:r>
      <w:r>
        <w:rPr>
          <w:sz w:val="20"/>
        </w:rPr>
        <w:t>33:42  wahdah".</w:t>
      </w:r>
    </w:p>
    <w:p>
      <w:pPr>
        <w:pStyle w:val="Heading2"/>
      </w:pPr>
      <w:r>
        <w:t>Meaning of stoning Satan, sacrifice, and standing at Arafat</w:t>
      </w:r>
    </w:p>
    <w:p>
      <w:r>
        <w:rPr>
          <w:color w:val="666666"/>
          <w:sz w:val="18"/>
        </w:rPr>
        <w:t>Hajj In the Footsteps of Prophet Ibrahim June 16, 2024 · 5m 53s · at 45:55 · https://youtu.be/wAMsw43dhmg?t=2755</w:t>
      </w:r>
    </w:p>
    <w:p>
      <w:r>
        <w:rPr>
          <w:i/>
        </w:rPr>
        <w:t>“In Mina, there is an act called Rami, throwing pebbles”</w:t>
      </w:r>
    </w:p>
    <w:p>
      <w:r>
        <w:rPr>
          <w:sz w:val="20"/>
        </w:rPr>
        <w:t>45:55  m. and there one more act is performed in mina. a it is called rami, a throwing pebbles at symbolic satan. hum maine dekha hai wahan ki jo a log hote hain,</w:t>
      </w:r>
      <w:r>
        <w:br/>
      </w:r>
      <w:r>
        <w:rPr>
          <w:sz w:val="20"/>
        </w:rPr>
        <w:t>46:11  wo samajhte hain ki shaitan wahin khada hai. shaitan itna bewakoof nahi hai ki wo khada hokar kankar khaye. ji, wo to bhag jayega. ji, wo patthar maar rahe hain aur sandals maar rahe hain. ye this is not the act</w:t>
      </w:r>
      <w:r>
        <w:br/>
      </w:r>
      <w:r>
        <w:rPr>
          <w:sz w:val="20"/>
        </w:rPr>
        <w:t>46:25  . ji, there is a symbolism in it. and the symbol, what is the symbol of rami?</w:t>
      </w:r>
      <w:r>
        <w:br/>
      </w:r>
      <w:r>
        <w:rPr>
          <w:sz w:val="20"/>
        </w:rPr>
        <w:t>46:33  what is the meaning of rami? is to pledge that whenever satan will attempt to misguide them and to do something bad, they will mentally throw pebble on on the satan. ji, ya so</w:t>
      </w:r>
      <w:r>
        <w:br/>
      </w:r>
      <w:r>
        <w:rPr>
          <w:sz w:val="20"/>
        </w:rPr>
        <w:t>46:50  a this is the yaani this is the message which we we get. ji, shaitan wahan nahi khada hai. ji, shaitan to aapke aapke zehan par har waqt asar kar raha hai. ji, bilkul. us waqt aapko chaukanna hona hai ki shaitan ko bhagana hai. ji, to ismein aapko bahut hi cautious hona chahiye, hona</w:t>
      </w:r>
      <w:r>
        <w:br/>
      </w:r>
      <w:r>
        <w:rPr>
          <w:sz w:val="20"/>
        </w:rPr>
        <w:t>47:10  padega. you have to be very very careful. and there is a beautiful dua in the quran, how to a</w:t>
      </w:r>
      <w:r>
        <w:br/>
      </w:r>
      <w:r>
        <w:rPr>
          <w:sz w:val="20"/>
        </w:rPr>
        <w:t>47:23  if the satan misguides you. you should read this beautiful dua, allahumma inni. slight difference i've made in the beginning. so, making it personal dua, allahumma inni.</w:t>
      </w:r>
      <w:r>
        <w:br/>
      </w:r>
      <w:r>
        <w:rPr>
          <w:sz w:val="20"/>
        </w:rPr>
        <w:t>47:38  a'uzu bi kum in hajti shayateen wa a'uzu bika rabbi an yadrubu ki i seek refuge in you, o allah, from the prompting of the satan. and i seek refuge with you, o lord, lest they come near me. so, this is a beautiful dua.</w:t>
      </w:r>
      <w:r>
        <w:br/>
      </w:r>
      <w:r>
        <w:rPr>
          <w:sz w:val="20"/>
        </w:rPr>
        <w:t>47:59  whenever you have any a any doubt, any feeling that satan is disturbing you, so satan will run away once you pray this with understanding, allahumma inni. a'uzu bi kum in hajti shayateen wa a'uzu bika rabbi an yadrubu. to yaani aap zehan ke level par soch ke hum aap samajh sakte hain ki is waqt shaitan mujhe behka</w:t>
      </w:r>
      <w:r>
        <w:br/>
      </w:r>
      <w:r>
        <w:rPr>
          <w:sz w:val="20"/>
        </w:rPr>
        <w:t>48:26  raha hai. ji, wo galat raaste ki taraf mujhe le ja raha hai. to yeh waqt hota hai to throw pebbles on the satan. hum and this prayer is beautiful. it will be very helpful. aise hi mina mein sacrifice hota hai,</w:t>
      </w:r>
      <w:r>
        <w:br/>
      </w:r>
      <w:r>
        <w:rPr>
          <w:sz w:val="20"/>
        </w:rPr>
        <w:t>48:41  animal sacrifice. main aajkal dekh raha hoon ki log zyada zyada kai kai bakron ki qurbani karte hain. wo samajhte hain jitne zyada bakre honge, utna sawab zyada hai.</w:t>
      </w:r>
      <w:r>
        <w:br/>
      </w:r>
      <w:r>
        <w:rPr>
          <w:sz w:val="20"/>
        </w:rPr>
        <w:t>48:52  hum halanki ek family mein maulana ne kaha tha ki ek family mein ek qurbani kaafi hai. ji, ye ek symbolic act hai. jo asal cheez hai, that you should sacrifice your time, your energy, your money, your wealth for the sake of god. agar aap qurbani se yeh sabak hasil karein ki aapke andar qurbani ki spirit jaag jaye, tab to yeh hai sahi. warna wo ek ritual hai. to usmein zyada kitne zyada bakron ki zaroorat nahi</w:t>
      </w:r>
      <w:r>
        <w:br/>
      </w:r>
      <w:r>
        <w:rPr>
          <w:sz w:val="20"/>
        </w:rPr>
        <w:t>49:21  hai. ji, ek kaafi hai. spirit develop karna z zaroori hai ki hazrat ibrahim al salam aur ismail al salam ki jo jo life thi, usko samajhna aur jo qurbaniyan unhone di, aapne dekha kis tarah se wo bachche ko chhodkar chale gaye.</w:t>
      </w:r>
      <w:r>
        <w:br/>
      </w:r>
      <w:r>
        <w:rPr>
          <w:sz w:val="20"/>
        </w:rPr>
        <w:t>49:41  to to bahut hi bada lesson hai, that we can learn at mina while sacrifice animal. a that we will sacrifice. actually apna sacrifice hota hai. hum fa wo to ek symbol hai taaki log yaad rakhein. agar ye symbol na hote, to log yaad nahi rakhte. symbol sirf yaad rakhne ke liye.</w:t>
      </w:r>
      <w:r>
        <w:br/>
      </w:r>
      <w:r>
        <w:rPr>
          <w:sz w:val="20"/>
        </w:rPr>
        <w:t>50:03  so, one sacrifice himself, his time, his energy, his wealth, his efforts for the sake of god, for the sake of dawa. that is what needed for all these. there is a there is a there is a message. there is a meaning behind all these symbolic act. so, we should understand that. that is more important. aise hi arafat ka jo plain hai, wahan saare haji jama hote hain.</w:t>
      </w:r>
      <w:r>
        <w:br/>
      </w:r>
      <w:r>
        <w:rPr>
          <w:sz w:val="20"/>
        </w:rPr>
        <w:t>50:32  you can understand the more than 2 million, maybe 2.5 million. which is an awesome scene. and all the pilgrims standing there. there we have to stand for about half of the day, from afternoon to evening. ji, and they they are crying and weeping heavily. hum all the haji are crying and weeping and making</w:t>
      </w:r>
      <w:r>
        <w:br/>
      </w:r>
      <w:r>
        <w:rPr>
          <w:sz w:val="20"/>
        </w:rPr>
        <w:t>50:55  dua. very very a very very inspiring spectacle scene. that reminds us of the day of judgment. hum yaani aise hi day of judgment mein saare insaan, the entire will stand in front of god. and god will judge us. may allah make it make easy for us on that day.</w:t>
      </w:r>
      <w:r>
        <w:br/>
      </w:r>
      <w:r>
        <w:rPr>
          <w:sz w:val="20"/>
        </w:rPr>
        <w:t>51:18  a and the spirit of arafat is the most important, because prophet mohammad sallallahu al wasallam has said, "al hajj arafa." the presence in arafat is hajj. hum which is very important. a its its meaning is very important. if if hajj is arafa, then then there must be some very important lesson that we have to learn from the from this this this act</w:t>
      </w:r>
    </w:p>
    <w:p>
      <w:pPr>
        <w:pStyle w:val="Heading2"/>
      </w:pPr>
      <w:r>
        <w:t>How the Prophet answered insults with words, not violence</w:t>
      </w:r>
    </w:p>
    <w:p>
      <w:r>
        <w:rPr>
          <w:color w:val="666666"/>
          <w:sz w:val="18"/>
        </w:rPr>
        <w:t>The Role of Islam in History January 9, 2011 · 3m 42s · at 1:09:57 · https://youtu.be/Hnm_lr7e-iM?t=4197</w:t>
      </w:r>
    </w:p>
    <w:p>
      <w:r>
        <w:rPr>
          <w:i/>
        </w:rPr>
        <w:t>“Main ek Makkay ki misal doon ga, ek Madine ki misal doon ga”</w:t>
      </w:r>
    </w:p>
    <w:p>
      <w:r>
        <w:rPr>
          <w:sz w:val="20"/>
        </w:rPr>
        <w:t>1:09:57  Mein yeh kahoon ga to dekhiye, is masle ko sanjeedgi se samjhiye. Mein aik mukke ki misaal doon ga aap ko, aik Madine ki misaal doon ga.</w:t>
      </w:r>
      <w:r>
        <w:br/>
      </w:r>
      <w:r>
        <w:rPr>
          <w:sz w:val="20"/>
        </w:rPr>
        <w:t>1:10:09  Rasool Allah jab Makah mein thay, yani Makah dor mein to wahan par shair-o-shairi ka bohat dhoom thi. To aik shair ne aap ko shair banaya, us mein likha ke aap Muzammim hain, Muzammim Nabina.</w:t>
      </w:r>
      <w:r>
        <w:br/>
      </w:r>
      <w:r>
        <w:rPr>
          <w:sz w:val="20"/>
        </w:rPr>
        <w:t>1:10:26  Yeh khoob phaila wahan par ke Muhammad ki bajaye Muzammim kaho un ko. Muzammim kehtay hain, muzammat kiya hua, condemned kiya hua. Yeh matlab hai is ka.</w:t>
      </w:r>
      <w:r>
        <w:br/>
      </w:r>
      <w:r>
        <w:rPr>
          <w:sz w:val="20"/>
        </w:rPr>
        <w:t>1:10:35  Yeh khula hua gustakhi thi, yeh</w:t>
      </w:r>
      <w:r>
        <w:br/>
      </w:r>
      <w:r>
        <w:rPr>
          <w:sz w:val="20"/>
        </w:rPr>
        <w:t>1:10:39  Khuli gustakhi thi. Yeh Rasool Allah ne is ke samnay ja ke parha, us ne Muzammim Nabina tum Muzammim ho, tum Muhammad nahi ho, yani qabil-e-muzammat aadmi ho.</w:t>
      </w:r>
      <w:r>
        <w:br/>
      </w:r>
      <w:r>
        <w:rPr>
          <w:sz w:val="20"/>
        </w:rPr>
        <w:t>1:10:50  To Rasool Allah ne kiya kiya? He smiled, simply he smiled. To mein sochne laga ke jo aap ne smile kiya, muskurah diye, yeh kiya cheez hai?</w:t>
      </w:r>
      <w:r>
        <w:br/>
      </w:r>
      <w:r>
        <w:rPr>
          <w:sz w:val="20"/>
        </w:rPr>
        <w:t>1:11:03  To mein yahan tak pohancha ke yeh hai smile activism.</w:t>
      </w:r>
      <w:r>
        <w:br/>
      </w:r>
      <w:r>
        <w:rPr>
          <w:sz w:val="20"/>
        </w:rPr>
        <w:t>1:11:09  Yeh smile activism hai, yani jab aap kisi ko i'raaz karein to yeh us par bohat asar parta hai.</w:t>
      </w:r>
      <w:r>
        <w:br/>
      </w:r>
      <w:r>
        <w:rPr>
          <w:sz w:val="20"/>
        </w:rPr>
        <w:t>1:11:17  Is aadmi ko, us ki us ki us ka consciousness hit ho jata hai. To aap ne smile kar ke aik namoona qaim kiya ke yeh sab waqia jo hai, us par smile hans do.</w:t>
      </w:r>
      <w:r>
        <w:br/>
      </w:r>
      <w:r>
        <w:rPr>
          <w:sz w:val="20"/>
        </w:rPr>
        <w:t>1:11:33  Us ka zamir jo hai, woh khud hi us ko malamat kare ga.</w:t>
      </w:r>
      <w:r>
        <w:br/>
      </w:r>
      <w:r>
        <w:rPr>
          <w:sz w:val="20"/>
        </w:rPr>
        <w:t>1:11:36  jo kaam aap karna chahte hain, qanoon ke zareeye se woh zamir karega. is ka kya? jo aadmi musalman ho gaya, jis aadmi ne ja ke aap ke samne kaha tha muzamm rabana, woh musalman ho gaya, islam qabool kar liya is ne.</w:t>
      </w:r>
      <w:r>
        <w:br/>
      </w:r>
      <w:r>
        <w:rPr>
          <w:sz w:val="20"/>
        </w:rPr>
        <w:t>1:11:50  to is ko main kahunga ke moral activism ya ismail activism. to moral activism ne work kiya, woh islam mein dakhil ho gaya.</w:t>
      </w:r>
      <w:r>
        <w:br/>
      </w:r>
      <w:r>
        <w:rPr>
          <w:sz w:val="20"/>
        </w:rPr>
        <w:t>1:11:59  baad mein doosri misaal madine ki hai.</w:t>
      </w:r>
      <w:r>
        <w:br/>
      </w:r>
      <w:r>
        <w:rPr>
          <w:sz w:val="20"/>
        </w:rPr>
        <w:t>1:12:04  is zamane mein bhi log aap ke khilaf bohat si baatein karte the. to hospital mein sabith ansari ek the, wahan par un se aap ne kaha ke tum un ka jawab do.</w:t>
      </w:r>
      <w:r>
        <w:br/>
      </w:r>
      <w:r>
        <w:rPr>
          <w:sz w:val="20"/>
        </w:rPr>
        <w:t>1:12:16  to baat ka jawab baat se, lafz ka jawab lafz se, statement ka jawab statement se, book ka jawab book se, is ki misaal qaim ki aap ne.</w:t>
      </w:r>
      <w:r>
        <w:br/>
      </w:r>
      <w:r>
        <w:rPr>
          <w:sz w:val="20"/>
        </w:rPr>
        <w:t>1:12:28  to yeh hai quran mein. to khair, is ka kuch bhi isharatan bhi koi hukum aisa nahi hai, balke is ka ulta hai. ulta yeh hai ke musalmanon ko mana kiya gaya ke tum doosron ko shatm na karo.</w:t>
      </w:r>
      <w:r>
        <w:br/>
      </w:r>
      <w:r>
        <w:rPr>
          <w:sz w:val="20"/>
        </w:rPr>
        <w:t>1:12:41  la tasubbu alladhina yaduna min dunillahi. musalmanon se kaha gaya ke tum sab o shatm na karo doosron ke upar. yeh kahin nahi kaha gaya ke doosron ko mana karo ke woh sab o shatm na karen.</w:t>
      </w:r>
      <w:r>
        <w:br/>
      </w:r>
      <w:r>
        <w:rPr>
          <w:sz w:val="20"/>
        </w:rPr>
        <w:t>1:12:51  to musalmanon ko khud apne upar ghor karna chahiye ke unhein sab o shatm se bachna hai.</w:t>
      </w:r>
      <w:r>
        <w:br/>
      </w:r>
      <w:r>
        <w:rPr>
          <w:sz w:val="20"/>
        </w:rPr>
        <w:t>1:12:58  ab musalman sab o shatm mein is had tak pahunch gaye ke qanoon qanoon bana dala, gun chala di. yeh to super super super shatm hai. musalmanon ko shatm se mana kiya gaya tha, ab unhein gun marne lage to yeh super shatm ho gaya hai.</w:t>
      </w:r>
      <w:r>
        <w:br/>
      </w:r>
      <w:r>
        <w:rPr>
          <w:sz w:val="20"/>
        </w:rPr>
        <w:t>1:13:13  to to musalmanon ko mana kiya gaya hai, doosron ko mana nahi kiya gaya.</w:t>
      </w:r>
      <w:r>
        <w:br/>
      </w:r>
      <w:r>
        <w:rPr>
          <w:sz w:val="20"/>
        </w:rPr>
        <w:t>1:13:20  to bilashubah yeh qanoon baseless hai. jo log is tarah se marte hain, kisi ko saathi bana kar ke, saathi bata kar ke, woh khud khud woh sab se bari gustakhi karte hain.</w:t>
      </w:r>
      <w:r>
        <w:br/>
      </w:r>
      <w:r>
        <w:rPr>
          <w:sz w:val="20"/>
        </w:rPr>
        <w:t>1:13:33  woh khud sab se bare islam ke khilaf chalne wale log hain.</w:t>
      </w:r>
    </w:p>
    <w:p>
      <w:pPr>
        <w:pStyle w:val="Heading2"/>
      </w:pPr>
      <w:r>
        <w:t>Respond with love and forgiveness to hate</w:t>
      </w:r>
    </w:p>
    <w:p>
      <w:r>
        <w:rPr>
          <w:color w:val="666666"/>
          <w:sz w:val="18"/>
        </w:rPr>
        <w:t>Prophetic Model February 16, 2014 · 23s · at 31:52 · https://youtu.be/ypIIqSmExzk?t=1912</w:t>
      </w:r>
    </w:p>
    <w:p>
      <w:r>
        <w:rPr>
          <w:i/>
        </w:rPr>
        <w:t>“Woh ishtiaaal dilaane wala tareeqa ikhtiyar kar rahe hain”</w:t>
      </w:r>
    </w:p>
    <w:p>
      <w:r>
        <w:rPr>
          <w:sz w:val="20"/>
        </w:rPr>
        <w:t>31:52  yani woh hate ka rasta ikhtiyar kiye hue hain to tum love ka tareeqa ikhtiyar karo. woh war ka tareeqa ikhtiyar kiye hue hain to tum peace ka tareeqa ikhtiyar karo.</w:t>
      </w:r>
      <w:r>
        <w:br/>
      </w:r>
      <w:r>
        <w:rPr>
          <w:sz w:val="20"/>
        </w:rPr>
        <w:t>32:05  woh ishtia'al dilanay wala tareeqa ikhtiyar kar rahay hain. woh ishtia'al dilanay walay tareeqay ikhtiyar kiye hue hain to tum forgive karo.</w:t>
      </w:r>
    </w:p>
    <w:p>
      <w:pPr>
        <w:pStyle w:val="Heading2"/>
      </w:pPr>
      <w:r>
        <w:t>Abu Bakr shields the Prophet from stoning</w:t>
      </w:r>
    </w:p>
    <w:p>
      <w:r>
        <w:rPr>
          <w:color w:val="666666"/>
          <w:sz w:val="18"/>
        </w:rPr>
        <w:t>The Story of Aisha Bint Abu Bakr Part 2 March 05, 2023 · 1m 49s · at 2:52 · https://youtu.be/od3Is6a9B7o?t=172</w:t>
      </w:r>
    </w:p>
    <w:p>
      <w:r>
        <w:rPr>
          <w:i/>
        </w:rPr>
        <w:t>“When the Prophet preached publicly, people stoned him”</w:t>
      </w:r>
    </w:p>
    <w:p>
      <w:r>
        <w:rPr>
          <w:sz w:val="20"/>
        </w:rPr>
        <w:t>2:52  to us waqt jab Rasool Allah publicly jaya karte the toheed ki baatein batane, dawat dene, to wahan ke log satate the, marte the, stone phenkte the.</w:t>
      </w:r>
      <w:r>
        <w:br/>
      </w:r>
      <w:r>
        <w:rPr>
          <w:sz w:val="20"/>
        </w:rPr>
        <w:t>3:08  agar aap Maulana ki kitab padhein, mutala-e-seerat ya seerat-e-Rasool, to aap dekhenge ke Rasool Allah sal-lal-lahu alaihi wasallam roz jaya karte the</w:t>
      </w:r>
      <w:r>
        <w:br/>
      </w:r>
      <w:r>
        <w:rPr>
          <w:sz w:val="20"/>
        </w:rPr>
        <w:t>3:20  kaba ya aas pas dawat ke liye, logon ko Khuda ka paigham batane ke liye. aur jab wapas aate the to unke jism se khoon tapak raha hota tha, chunaanche log pathar marte the peeche se, idhar se udhar se, phir aa ke wo marham patti karte the ghar mein baith ke.</w:t>
      </w:r>
      <w:r>
        <w:br/>
      </w:r>
      <w:r>
        <w:rPr>
          <w:sz w:val="20"/>
        </w:rPr>
        <w:t>3:42  to us waqt Abu Bakr defend karte the, wo bachate the unhein ke chot na lage.</w:t>
      </w:r>
      <w:r>
        <w:br/>
      </w:r>
      <w:r>
        <w:rPr>
          <w:sz w:val="20"/>
        </w:rPr>
        <w:t>3:50  to is wajah se Hazrat Abu Bakr ko bhi kafi chot lagti thi. aur Hazrat Aisha batati hain ke mere father jab ghar wapas aate the, maine dekha hai ke wo defend karte the Prophet ko, aur jab wo wapas ghar aate the to marks, nishan unke jism pe hote the choton ke.</w:t>
      </w:r>
      <w:r>
        <w:br/>
      </w:r>
      <w:r>
        <w:rPr>
          <w:sz w:val="20"/>
        </w:rPr>
        <w:t>4:13  aur ek baar</w:t>
      </w:r>
      <w:r>
        <w:br/>
      </w:r>
      <w:r>
        <w:rPr>
          <w:sz w:val="20"/>
        </w:rPr>
        <w:t>4:14  Hazrat Abu Bakr ko rassi se baandh diya, kafi der tak usi haal mein rahe wo. aur phir jab ghar aaye to uske rassi ke nishan the ghar mein.</w:t>
      </w:r>
      <w:r>
        <w:br/>
      </w:r>
      <w:r>
        <w:rPr>
          <w:sz w:val="20"/>
        </w:rPr>
        <w:t>4:25  to yeh Hazrat Abu Bakr ki jo qurbani hai wo to bohat hi zabardast hai. aur Rasool Allah ne kaha tha ke no one benefited me more with their money, with their support, other than Abu Bakr</w:t>
      </w:r>
    </w:p>
    <w:p>
      <w:pPr>
        <w:pStyle w:val="Heading2"/>
      </w:pPr>
      <w:r>
        <w:t>Islam abolished punishing people for their beliefs</w:t>
      </w:r>
    </w:p>
    <w:p>
      <w:r>
        <w:rPr>
          <w:color w:val="666666"/>
          <w:sz w:val="18"/>
        </w:rPr>
        <w:t>The Role of Islam in History January 9, 2011 · 2m 10s · at 17:27 · https://youtu.be/Hnm_lr7e-iM?t=1047</w:t>
      </w:r>
    </w:p>
    <w:p>
      <w:r>
        <w:rPr>
          <w:i/>
        </w:rPr>
        <w:t>“Islam ka usool ye bana ke zaati aqeeda rakho, jo chaho”</w:t>
      </w:r>
    </w:p>
    <w:p>
      <w:r>
        <w:rPr>
          <w:sz w:val="20"/>
        </w:rPr>
        <w:t>17:27  Islam ka usool yeh bana ke agar koi shakhs zaati aqeedah rakhe to rakhe لَكُمْ دِينُكُمْ وَلِيَ دِينٍ jo aqeedah chaho rakho.</w:t>
      </w:r>
      <w:r>
        <w:br/>
      </w:r>
      <w:r>
        <w:rPr>
          <w:sz w:val="20"/>
        </w:rPr>
        <w:t>17:37  lekin jab tumhara koi Act samajh ke liye Harmful banega to kya ho</w:t>
      </w:r>
      <w:r>
        <w:br/>
      </w:r>
      <w:r>
        <w:rPr>
          <w:sz w:val="20"/>
        </w:rPr>
        <w:t>17:45  ga? Then comes law, justice, court. So you have to differentiate between Social Crime and Personal Belief.</w:t>
      </w:r>
      <w:r>
        <w:br/>
      </w:r>
      <w:r>
        <w:rPr>
          <w:sz w:val="20"/>
        </w:rPr>
        <w:t>18:01  You have to differentiate between Social Crime and Personal Belief.</w:t>
      </w:r>
      <w:r>
        <w:br/>
      </w:r>
      <w:r>
        <w:rPr>
          <w:sz w:val="20"/>
        </w:rPr>
        <w:t>18:08  to وَمَا نَقَبُوا مِنْهُمْ إِلَّا يُؤْمِنُوا بِاللَّهِ الْعَزِيزِ الْحَمِيدِ ka matlab yeh hai yeh log jo thay daur jahiliyat mein Personal aqeeday par saza dete thay.</w:t>
      </w:r>
      <w:r>
        <w:br/>
      </w:r>
      <w:r>
        <w:rPr>
          <w:sz w:val="20"/>
        </w:rPr>
        <w:t>18:19  halankay Allah ne azadi di hai ke jo haq nahi hai ke Personal aqeeday par saza de. saza kab aayegi?</w:t>
      </w:r>
      <w:r>
        <w:br/>
      </w:r>
      <w:r>
        <w:rPr>
          <w:sz w:val="20"/>
        </w:rPr>
        <w:t>18:28  jab aap Social Crime karen gay. doosron ke liye aap Harmful banen gay. tab saza aayegi. is se pehle nahi aayegi.</w:t>
      </w:r>
      <w:r>
        <w:br/>
      </w:r>
      <w:r>
        <w:rPr>
          <w:sz w:val="20"/>
        </w:rPr>
        <w:t>18:39  Islam ne Abolish kiya tha is ko. Islam ne ek alag alag kiya dono ko. aur yeh Rasool Allah ke zamanay mein raha, Sahaba ke zamanay mein raha, Tabi'een ke zamanay mein raha.</w:t>
      </w:r>
      <w:r>
        <w:br/>
      </w:r>
      <w:r>
        <w:rPr>
          <w:sz w:val="20"/>
        </w:rPr>
        <w:t>18:51  Abbasi Period mein dobara lot aayi hui tareekh. kyunke aas paas dunya mein wohi cheez thi.</w:t>
      </w:r>
      <w:r>
        <w:br/>
      </w:r>
      <w:r>
        <w:rPr>
          <w:sz w:val="20"/>
        </w:rPr>
        <w:t>18:59  aap jante hain qadeem zamanay mein log aqeeday par marte thay Isaiyon ko, aqeeday par marte thay Yahudiyon ko, aqeeday par mara gaya Buddhiston ko.</w:t>
      </w:r>
      <w:r>
        <w:br/>
      </w:r>
      <w:r>
        <w:rPr>
          <w:sz w:val="20"/>
        </w:rPr>
        <w:t>19:10  aqeeday par. to Islam ne kaha ke nahi, aqeeday par nahi mara jayega. mara jayega Social Crime par.</w:t>
      </w:r>
      <w:r>
        <w:br/>
      </w:r>
      <w:r>
        <w:rPr>
          <w:sz w:val="20"/>
        </w:rPr>
        <w:t>19:22  itna bara yeh contribution tha islam ka history mein. aur musalmanon ne kiya kiya? ke apne conditioning jo thi, historical conditioning us ke tehat dobara islam mein daakhil kar diya us ko.</w:t>
      </w:r>
    </w:p>
    <w:p>
      <w:pPr>
        <w:pStyle w:val="Heading2"/>
      </w:pPr>
      <w:r>
        <w:t>Taqwa, sabr, and Yusuf's blessing</w:t>
      </w:r>
    </w:p>
    <w:p>
      <w:r>
        <w:rPr>
          <w:color w:val="666666"/>
          <w:sz w:val="18"/>
        </w:rPr>
        <w:t>Lessons from The Best Story 9 May 2014 - Maulana Wahiduddin Khan · 5m 00s · at 12:33 · https://youtu.be/rZnIPTO2QWs?t=753</w:t>
      </w:r>
    </w:p>
    <w:p>
      <w:r>
        <w:rPr>
          <w:i/>
        </w:rPr>
        <w:t>“Taqwa ka matlab hai saare maamle ko Allah ke khaane mein daalna”</w:t>
      </w:r>
    </w:p>
    <w:p>
      <w:r>
        <w:rPr>
          <w:sz w:val="20"/>
        </w:rPr>
        <w:t>12:33  acha, doosra hai taqwa. taqwa ka matlab kya hai? taqwa ka matlab hai sare maamle ko Allah ke khane mein dalna.</w:t>
      </w:r>
      <w:r>
        <w:br/>
      </w:r>
      <w:r>
        <w:rPr>
          <w:sz w:val="20"/>
        </w:rPr>
        <w:t>12:44  tabhi toh aap sabr kar payenge. log jo sabr nahi kar pate is ki wajah yeh hai ke woh</w:t>
      </w:r>
      <w:r>
        <w:br/>
      </w:r>
      <w:r>
        <w:rPr>
          <w:sz w:val="20"/>
        </w:rPr>
        <w:t>12:50  jis ne kiya hai kuch usi ke upar dalna chahte hain.</w:t>
      </w:r>
      <w:r>
        <w:br/>
      </w:r>
      <w:r>
        <w:rPr>
          <w:sz w:val="20"/>
        </w:rPr>
        <w:t>12:57  sabr na karne ka sabab kya hota hai? aap ko jis se kuch takleef pahunchi hai, jis ne problem create kiya hai toh us ko usi ke upar dalna chahte hain.</w:t>
      </w:r>
      <w:r>
        <w:br/>
      </w:r>
      <w:r>
        <w:rPr>
          <w:sz w:val="20"/>
        </w:rPr>
        <w:t>13:11  is liye aap sabr nahi kar paate. lekin jis ke andar sabr ka, patience ka, ki spirit ho toh woh kya karega?</w:t>
      </w:r>
      <w:r>
        <w:br/>
      </w:r>
      <w:r>
        <w:rPr>
          <w:sz w:val="20"/>
        </w:rPr>
        <w:t>13:19  woh sari baaton ko Allah ke khane mein dalega, Allah ke khane mein dalega. tabhi aap ke andar positive thinking aayegi warna nahi, nahi aa sakti.</w:t>
      </w:r>
      <w:r>
        <w:br/>
      </w:r>
      <w:r>
        <w:rPr>
          <w:sz w:val="20"/>
        </w:rPr>
        <w:t>13:30  warna ghussa, jhilat, mayusi, inteqam hi sab aayega. toh kya hazrat yusuf ne 40 saal ke douran yeh sabit kiya ke woh insanon ki taraf se jo kuch pesh aaye us ko Allah ke khane mein dal dalenge, Allah ke hawale karenge?</w:t>
      </w:r>
      <w:r>
        <w:br/>
      </w:r>
      <w:r>
        <w:rPr>
          <w:sz w:val="20"/>
        </w:rPr>
        <w:t>13:52  aur yeh un ke baap ki zuban se yeh baat quran mein maujood hai ke un ke baap ko bhi bohat sadma pahuncha tha ke ke un ke beton ne unhi ke apne ek bhai ko aisa aisa kar diya.</w:t>
      </w:r>
      <w:r>
        <w:br/>
      </w:r>
      <w:r>
        <w:rPr>
          <w:sz w:val="20"/>
        </w:rPr>
        <w:t>14:09  toh unhon ne kaha tha ke yani hazrat yaqoob un ke baap the. toh unhon ne kaha tha ke innamā ashku bisatī waḥdanī ilā Allāh yahi tha yusuf ka tareeqa innamā ashku bisatī waḥdanī ilā Allāh yani mein apne gham ko Allah par dalta hoon, apni takleef ko Allah par dalta hoon, apni shikayat ko Allah par dalta hoon, yani insanon par nahi dalta.</w:t>
      </w:r>
      <w:r>
        <w:br/>
      </w:r>
      <w:r>
        <w:rPr>
          <w:sz w:val="20"/>
        </w:rPr>
        <w:t>14:37  yani agarchay insaan ne mujhe takleef pahunchai hai, insaan ne mujhe dukh diya hai, lekin mein dalta hoon Allah ke upar innamā ashku bisatī waḥdanī ilā Allāh yeh us character ka ek bohat hi wazeh bayan hai ke woh character kya tha</w:t>
      </w:r>
      <w:r>
        <w:br/>
      </w:r>
      <w:r>
        <w:rPr>
          <w:sz w:val="20"/>
        </w:rPr>
        <w:t>14:57  jo un ke baap ke andar tha aur aur bete yusuf ke andar tha ke innamā ashku bisatī waḥdanī ilā Allāh ke jo dukh mujhe pahuncha hai insaan ki taraf se, jo problem create kiya hai insaan ne mere liye, jo mujhe nuqsan mila hai insaan ki taraf se, toh mein is sab ko Allah par dalta hoon, Allah par dalta hoon.</w:t>
      </w:r>
      <w:r>
        <w:br/>
      </w:r>
      <w:r>
        <w:rPr>
          <w:sz w:val="20"/>
        </w:rPr>
        <w:t>15:19  tab yeh mumkin hua ke woh sabr kar paye. sabr ka matlab hai yani har haal mein peaceful mind ke sath rehna, har haal mein negative thinking se apne ko bachana,</w:t>
      </w:r>
      <w:r>
        <w:br/>
      </w:r>
      <w:r>
        <w:rPr>
          <w:sz w:val="20"/>
        </w:rPr>
        <w:t>15:35  har haal mein</w:t>
      </w:r>
      <w:r>
        <w:br/>
      </w:r>
      <w:r>
        <w:rPr>
          <w:sz w:val="20"/>
        </w:rPr>
        <w:t>15:36  reactions se apne ko door rakhna. yeh hai sabr. to ab yeh formula jo mila hai is mein, yani kamyabi ka ke Allah ke test mein yeh Allah ka test tha Hazrat Yusuf ke liye.</w:t>
      </w:r>
      <w:r>
        <w:br/>
      </w:r>
      <w:r>
        <w:rPr>
          <w:sz w:val="20"/>
        </w:rPr>
        <w:t>15:53  to test hota hai isi baat ka ke tarah tarah ke insaan ki taraf se tarah tarah ki baatein pesh ayengi aap ko, jaise un ko pesh ayen Hazrat Yusuf ko.</w:t>
      </w:r>
      <w:r>
        <w:br/>
      </w:r>
      <w:r>
        <w:rPr>
          <w:sz w:val="20"/>
        </w:rPr>
        <w:t>16:09  lekin in cheezon par</w:t>
      </w:r>
      <w:r>
        <w:br/>
      </w:r>
      <w:r>
        <w:rPr>
          <w:sz w:val="20"/>
        </w:rPr>
        <w:t>16:12  yeh test hota hai ke aap Khuda dekhta hai aap ko test mein daal kar ke aap ke andar yeh baat hai ke aap react na karen, aap ghussa na karen, aap ke andar rage aur inteqam na jaage,</w:t>
      </w:r>
      <w:r>
        <w:br/>
      </w:r>
      <w:r>
        <w:rPr>
          <w:sz w:val="20"/>
        </w:rPr>
        <w:t>16:28  aap ke andar negative thought na aaye, aap ki positivity barabar qaim rahe. yeh dekhna chahta hai Allah taala jo aap sabit kar dete hain ke haan, main aise hi ek insaan hoon.</w:t>
      </w:r>
      <w:r>
        <w:br/>
      </w:r>
      <w:r>
        <w:rPr>
          <w:sz w:val="20"/>
        </w:rPr>
        <w:t>16:42  tab aakhir mein ja kar ke Hazrat Yusuf ke misaal ki shakal mein 40 saal ke baad</w:t>
      </w:r>
      <w:r>
        <w:br/>
      </w:r>
      <w:r>
        <w:rPr>
          <w:sz w:val="20"/>
        </w:rPr>
        <w:t>16:47  Allah ki taraf se phir rehmat toot padti hai, blessing aati hai itni zyada ke ek aadmi jo paida hua tha ek mamooli village mein, ab bakri charata tha, us ko Allah taala ne wahan government ne bohat bara uhda de diya.</w:t>
      </w:r>
      <w:r>
        <w:br/>
      </w:r>
      <w:r>
        <w:rPr>
          <w:sz w:val="20"/>
        </w:rPr>
        <w:t>17:02  yani practically wohi is inhi ke haath mein poora administration tha,</w:t>
      </w:r>
      <w:r>
        <w:br/>
      </w:r>
      <w:r>
        <w:rPr>
          <w:sz w:val="20"/>
        </w:rPr>
        <w:t>17:07  badshahat to takht par tha, lekin practically sara intezam inhi ke haath mein tha. isi liye Bible mein yeh lafz hai ke only in regard to the throne I will be greater than you to yeh hai asal al-qasas,</w:t>
      </w:r>
      <w:r>
        <w:br/>
      </w:r>
      <w:r>
        <w:rPr>
          <w:sz w:val="20"/>
        </w:rPr>
        <w:t>17:24  yani is qisse ka yahi woh aspect hai jis ki wajah se yeh best story ban gayi, best story ban gayi.</w:t>
      </w:r>
    </w:p>
    <w:p>
      <w:pPr>
        <w:pStyle w:val="Heading2"/>
      </w:pPr>
      <w:r>
        <w:t>Paradise is easy with condition</w:t>
      </w:r>
    </w:p>
    <w:p>
      <w:r>
        <w:rPr>
          <w:color w:val="666666"/>
          <w:sz w:val="18"/>
        </w:rPr>
        <w:t>God Gives in Abundance 13 Oct 2019 - Maulana Wahiduddin Khan · 19s · at 44:23 · https://youtu.be/eC4RaczXBzM?t=2663</w:t>
      </w:r>
    </w:p>
    <w:p>
      <w:r>
        <w:rPr>
          <w:i/>
        </w:rPr>
        <w:t>“Aap iski shart poori kijiye”</w:t>
      </w:r>
    </w:p>
    <w:p>
      <w:r>
        <w:rPr>
          <w:sz w:val="20"/>
        </w:rPr>
        <w:t>44:23  aap is ki shart poori keejiye. condition woh yeh hai ke aap apne aap ko deejie Allah ke cause mein.</w:t>
      </w:r>
      <w:r>
        <w:br/>
      </w:r>
      <w:r>
        <w:rPr>
          <w:sz w:val="20"/>
        </w:rPr>
        <w:t>44:33  aap ke paas jo paisa hai, jo energy hai, jo time hai, is ko deejie Allah ke cause mein. to jannat se ziyada aasan koi cheez nahin.</w:t>
      </w:r>
    </w:p>
    <w:p>
      <w:pPr>
        <w:pStyle w:val="Heading2"/>
      </w:pPr>
      <w:r>
        <w:t>Softening hearts: gifting a book on a bus</w:t>
      </w:r>
    </w:p>
    <w:p>
      <w:r>
        <w:rPr>
          <w:color w:val="666666"/>
          <w:sz w:val="18"/>
        </w:rPr>
        <w:t>Creative Solution or Ijtihadi Hal September 16, 2012 · 46s · at 1:02:54 · https://youtu.be/yBKbiu0d_1A?t=3774</w:t>
      </w:r>
    </w:p>
    <w:p>
      <w:r>
        <w:rPr>
          <w:i/>
        </w:rPr>
        <w:t>“A stranger wanted to buy our book — I gifted it”</w:t>
      </w:r>
    </w:p>
    <w:p>
      <w:r>
        <w:rPr>
          <w:sz w:val="20"/>
        </w:rPr>
        <w:t>1:02:54  jaise ek sahab ne mujhe waqea bataya ke woh bus mein safar kar rahe the to hamare haan ki chhapi hui kitab, uska naam hai "insan apne aap ko pehchan".</w:t>
      </w:r>
      <w:r>
        <w:br/>
      </w:r>
      <w:r>
        <w:rPr>
          <w:sz w:val="20"/>
        </w:rPr>
        <w:t>1:03:07  woh urdu mein, hindi mein, english mein, teeno zabano mein milti hai. to woh parh rahe the us ko</w:t>
      </w:r>
      <w:r>
        <w:br/>
      </w:r>
      <w:r>
        <w:rPr>
          <w:sz w:val="20"/>
        </w:rPr>
        <w:t>1:03:13  to ek ghair muslim wahan baithe hue the. un ko yeh naam kuch, ek ek woh kuch naam se attract hue, woh ke "insan ne apne aap ko pehchan".</w:t>
      </w:r>
      <w:r>
        <w:br/>
      </w:r>
      <w:r>
        <w:rPr>
          <w:sz w:val="20"/>
        </w:rPr>
        <w:t>1:03:25  to unhon ne kaha ke yeh kitab kya mein kharid sakta hoon? matlab is kitab ko chahte the ke paise de kar khareedein. to unhon ne kaha, "main aap ko gift deta hoon, yeh hai talif-e-qalb"</w:t>
      </w:r>
    </w:p>
    <w:p>
      <w:pPr>
        <w:pStyle w:val="Heading2"/>
      </w:pPr>
      <w:r>
        <w:t>Bitter enemy Hind's change of heart at Mecca</w:t>
      </w:r>
    </w:p>
    <w:p>
      <w:r>
        <w:rPr>
          <w:color w:val="666666"/>
          <w:sz w:val="18"/>
        </w:rPr>
        <w:t>The Issue of Shatm-e-Rasool (Abuse of the Prophet) December 19, 2021 Prof. Farida Khanam · 56s · at 42:13 · https://youtu.be/ExQS_PHirUc?t=2533</w:t>
      </w:r>
    </w:p>
    <w:p>
      <w:r>
        <w:rPr>
          <w:i/>
        </w:rPr>
        <w:t>“At Mecca's conquest, Hind confessed her hatred”</w:t>
      </w:r>
    </w:p>
    <w:p>
      <w:r>
        <w:rPr>
          <w:sz w:val="20"/>
        </w:rPr>
        <w:t>42:13  fateh Makkah ke mauqay par Hind ne kaha tha: "Hind wohi hai jo Rasool Allah salallahu alayhi wasallam ki bitter dushman thi aur aap ke chacha ko aah, marwane ka kaam saunpa tha aur bhi doosri cheezein karti rehti thi." us ne yeh kaha tha:</w:t>
      </w:r>
      <w:r>
        <w:br/>
      </w:r>
      <w:r>
        <w:rPr>
          <w:sz w:val="20"/>
        </w:rPr>
        <w:t>42:30  "Ya Rasool Allah! Ma kaana 'ala zahril ardi min ahl-i-khabaa'in ahabb ilayhi min ahl-i-khabaa'ik, thumma ma asbaha al-yawma 'ala zahril ardi ahl-i-khabaa'in ahabb ilayhi min an ya'uzzu min ahl-i-khabaa'ik.</w:t>
      </w:r>
      <w:r>
        <w:br/>
      </w:r>
      <w:r>
        <w:rPr>
          <w:sz w:val="20"/>
        </w:rPr>
        <w:t>42:46  " aey Allah ke Rasool! aaj se pehle rooye zameen par koi bhi khayma wala aisa nahi tha jis ke baray mein mujhe sab se zyada pasandeeda ho ke woh zaleel ho.</w:t>
      </w:r>
      <w:r>
        <w:br/>
      </w:r>
      <w:r>
        <w:rPr>
          <w:sz w:val="20"/>
        </w:rPr>
        <w:t>42:55  yani Rasool Allah salallahu alayhi wasallam sab se zyada zaleel hona ko zaleel karna Hind ko pasandeeda tha. aur ab mujhe sab se zyada pasandeeda yeh hai ke aap aur aap ke log woh izzat paayein.</w:t>
      </w:r>
    </w:p>
    <w:p>
      <w:pPr>
        <w:pStyle w:val="Heading2"/>
      </w:pPr>
      <w:r>
        <w:t>Umar explains why his shirt used extra cloth</w:t>
      </w:r>
    </w:p>
    <w:p>
      <w:r>
        <w:rPr>
          <w:color w:val="666666"/>
          <w:sz w:val="18"/>
        </w:rPr>
        <w:t>The Companions of The Prophet January 15, 2023 · 57s · at 23:37 · https://youtu.be/clnN0tUU9og?t=1417</w:t>
      </w:r>
    </w:p>
    <w:p>
      <w:r>
        <w:rPr>
          <w:i/>
        </w:rPr>
        <w:t>“People thought Umar took extra cloth — here's what really happened.”</w:t>
      </w:r>
    </w:p>
    <w:p>
      <w:r>
        <w:rPr>
          <w:sz w:val="20"/>
        </w:rPr>
        <w:t>23:37  to khiraj ke saman aate they dosre dosre mulkon se</w:t>
      </w:r>
      <w:r>
        <w:br/>
      </w:r>
      <w:r>
        <w:rPr>
          <w:sz w:val="20"/>
        </w:rPr>
        <w:t>23:40  to ek baar bohat bara sa thaan aaya kapron ka to woh us waqt woh sab ko banta jata tha. to sab ko ek ek joore ke hisab se sab ko banta gaya.</w:t>
      </w:r>
      <w:r>
        <w:br/>
      </w:r>
      <w:r>
        <w:rPr>
          <w:sz w:val="20"/>
        </w:rPr>
        <w:t>23:49  to hazrat umar bohat lambe the. jab woh kapra bana to hazrat umar ke mutabiq tha woh lamba lambe the. woh to itne hi kapra logon ko matlab laga ke unhon ne apne liye kapra zyada le liya warna un ka kurta to itne kapre mein hota nahi jitna hum sab ko mila hai.</w:t>
      </w:r>
      <w:r>
        <w:br/>
      </w:r>
      <w:r>
        <w:rPr>
          <w:sz w:val="20"/>
        </w:rPr>
        <w:t>24:07  to hazrat umar ghusse nahi hue.</w:t>
      </w:r>
      <w:r>
        <w:br/>
      </w:r>
      <w:r>
        <w:rPr>
          <w:sz w:val="20"/>
        </w:rPr>
        <w:t>24:11  unhon ne khare ho ke sab ke samne bataya ke dekho maine bhi itna hi kapra liya tha. mere chuki mera height zyada hai to mere itne kapre mein banta nahi mera kurta.</w:t>
      </w:r>
      <w:r>
        <w:br/>
      </w:r>
      <w:r>
        <w:rPr>
          <w:sz w:val="20"/>
        </w:rPr>
        <w:t>24:23  to mere bete ne mujhe apna karte ka kapra de diya. tab maine yeh kurta banaya hai. aisa nahi hai ke maine bait ul maal se kapra zyada le liya. to itna zyada woh zabardast hai.</w:t>
      </w:r>
    </w:p>
    <w:p>
      <w:pPr>
        <w:pStyle w:val="Heading2"/>
      </w:pPr>
      <w:r>
        <w:t>Medina's welcome, Mecca's attack, and the choice for peace</w:t>
      </w:r>
    </w:p>
    <w:p>
      <w:r>
        <w:rPr>
          <w:color w:val="666666"/>
          <w:sz w:val="18"/>
        </w:rPr>
        <w:t>Muhammad was a Prophet, not a Political Leader December 17, 2007 · 4m 22s · at 29:07 · https://youtu.be/YyQZsYsAYi0?t=1747</w:t>
      </w:r>
    </w:p>
    <w:p>
      <w:r>
        <w:rPr>
          <w:i/>
        </w:rPr>
        <w:t>“When Prophet came to Medina, everything changed completely”</w:t>
      </w:r>
    </w:p>
    <w:p>
      <w:r>
        <w:rPr>
          <w:sz w:val="20"/>
        </w:rPr>
        <w:t>29:07  when the prophet of islam settled in madinah and tried to propagate his mission, his message, then</w:t>
      </w:r>
      <w:r>
        <w:br/>
      </w:r>
      <w:r>
        <w:rPr>
          <w:sz w:val="20"/>
        </w:rPr>
        <w:t>29:23  makkah people were, as you know, makkah people were stubborn to accept his message.</w:t>
      </w:r>
      <w:r>
        <w:br/>
      </w:r>
      <w:r>
        <w:rPr>
          <w:sz w:val="20"/>
        </w:rPr>
        <w:t>29:33  but the situation of Madina was quite different.</w:t>
      </w:r>
      <w:r>
        <w:br/>
      </w:r>
      <w:r>
        <w:rPr>
          <w:sz w:val="20"/>
        </w:rPr>
        <w:t>29:41  they were very lenient people, very simple people.</w:t>
      </w:r>
      <w:r>
        <w:br/>
      </w:r>
      <w:r>
        <w:rPr>
          <w:sz w:val="20"/>
        </w:rPr>
        <w:t>29:48  so readily they accepted Islam.</w:t>
      </w:r>
      <w:r>
        <w:br/>
      </w:r>
      <w:r>
        <w:rPr>
          <w:sz w:val="20"/>
        </w:rPr>
        <w:t>29:55  books of sirah report that: "lam yabaqa</w:t>
      </w:r>
      <w:r>
        <w:br/>
      </w:r>
      <w:r>
        <w:rPr>
          <w:sz w:val="20"/>
        </w:rPr>
        <w:t>30:02  "lam tabqa darbun min dur al-ansar illa wadkhala fa'al Islam". "lam tabqa darbun min dur al-ansar illa wadkhala fa'al Islam".</w:t>
      </w:r>
      <w:r>
        <w:br/>
      </w:r>
      <w:r>
        <w:rPr>
          <w:sz w:val="20"/>
        </w:rPr>
        <w:t>30:15  it means that almost every home at madina was Islamized.</w:t>
      </w:r>
      <w:r>
        <w:br/>
      </w:r>
      <w:r>
        <w:rPr>
          <w:sz w:val="20"/>
        </w:rPr>
        <w:t>30:25  The whole Madina accepted Islam. The majority of the Madina people accepted Islam. So here the scene was quite different from that of Makka.</w:t>
      </w:r>
      <w:r>
        <w:br/>
      </w:r>
      <w:r>
        <w:rPr>
          <w:sz w:val="20"/>
        </w:rPr>
        <w:t>30:40  it waz not,</w:t>
      </w:r>
      <w:r>
        <w:br/>
      </w:r>
      <w:r>
        <w:rPr>
          <w:sz w:val="20"/>
        </w:rPr>
        <w:t>30:46  it was not good for Makkan leaders. they became angry.</w:t>
      </w:r>
      <w:r>
        <w:br/>
      </w:r>
      <w:r>
        <w:rPr>
          <w:sz w:val="20"/>
        </w:rPr>
        <w:t>30:55  they wanted to finish this mission. then they</w:t>
      </w:r>
      <w:r>
        <w:br/>
      </w:r>
      <w:r>
        <w:rPr>
          <w:sz w:val="20"/>
        </w:rPr>
        <w:t>31:04  organized war. They attack Madina.</w:t>
      </w:r>
      <w:r>
        <w:br/>
      </w:r>
      <w:r>
        <w:rPr>
          <w:sz w:val="20"/>
        </w:rPr>
        <w:t>31:14  they organized army and then they attack Madina.</w:t>
      </w:r>
      <w:r>
        <w:br/>
      </w:r>
      <w:r>
        <w:rPr>
          <w:sz w:val="20"/>
        </w:rPr>
        <w:t>31:20  they wanted to finish</w:t>
      </w:r>
      <w:r>
        <w:br/>
      </w:r>
      <w:r>
        <w:rPr>
          <w:sz w:val="20"/>
        </w:rPr>
        <w:t>31:24  the mission of the prophet of Islam by, by violence, through violence. then</w:t>
      </w:r>
      <w:r>
        <w:br/>
      </w:r>
      <w:r>
        <w:rPr>
          <w:sz w:val="20"/>
        </w:rPr>
        <w:t>31:36  at da time, there waz no option other than to, to go to defensive war.</w:t>
      </w:r>
      <w:r>
        <w:br/>
      </w:r>
      <w:r>
        <w:rPr>
          <w:sz w:val="20"/>
        </w:rPr>
        <w:t>31:44  so prophet opted this. so, so the prophet was compelled to go to war.</w:t>
      </w:r>
      <w:r>
        <w:br/>
      </w:r>
      <w:r>
        <w:rPr>
          <w:sz w:val="20"/>
        </w:rPr>
        <w:t>31:56  but there waz no wars other than three. there waz three, only three full fledge battles: battle of badr, battle of uhud, battle of hanin.</w:t>
      </w:r>
      <w:r>
        <w:br/>
      </w:r>
      <w:r>
        <w:rPr>
          <w:sz w:val="20"/>
        </w:rPr>
        <w:t>32:11  there are some other ghazwat, but that they were skirmish, not war. in book we read this ghazwa and that ghazwa, but all these ghazwa, ghazwat were simply skirmish and not war.</w:t>
      </w:r>
      <w:r>
        <w:br/>
      </w:r>
      <w:r>
        <w:rPr>
          <w:sz w:val="20"/>
        </w:rPr>
        <w:t>32:34  there were only three full fledge war: badr, uhud, and hanin.</w:t>
      </w:r>
      <w:r>
        <w:br/>
      </w:r>
      <w:r>
        <w:rPr>
          <w:sz w:val="20"/>
        </w:rPr>
        <w:t>32:41  Then what happened? Prophet of Islam was not happy with this situation. He was a peace lover person.</w:t>
      </w:r>
      <w:r>
        <w:br/>
      </w:r>
      <w:r>
        <w:rPr>
          <w:sz w:val="20"/>
        </w:rPr>
        <w:t>32:52  so the prophet of Islam</w:t>
      </w:r>
      <w:r>
        <w:br/>
      </w:r>
      <w:r>
        <w:rPr>
          <w:sz w:val="20"/>
        </w:rPr>
        <w:t>32:57  tried to establish peace by any cost, because peace was peace for him was symbol.</w:t>
      </w:r>
      <w:r>
        <w:br/>
      </w:r>
      <w:r>
        <w:rPr>
          <w:sz w:val="20"/>
        </w:rPr>
        <w:t>33:10  . in Islam, peace is the symbol.</w:t>
      </w:r>
      <w:r>
        <w:br/>
      </w:r>
      <w:r>
        <w:rPr>
          <w:sz w:val="20"/>
        </w:rPr>
        <w:t>33:17  So prophet of Islam wanted to establish peace at any cost, at any cost. So he started negotiation, negotiation.</w:t>
      </w:r>
    </w:p>
    <w:p>
      <w:pPr>
        <w:pStyle w:val="Heading2"/>
      </w:pPr>
      <w:r>
        <w:t>The days most beloved to Allah for good deeds</w:t>
      </w:r>
    </w:p>
    <w:p>
      <w:r>
        <w:rPr>
          <w:color w:val="666666"/>
          <w:sz w:val="18"/>
        </w:rPr>
        <w:t>Message of Eid Al-Adha June 29, 2023 · 41s · at 9:41 · https://youtu.be/Tom30c7WwTw?t=581</w:t>
      </w:r>
    </w:p>
    <w:p>
      <w:r>
        <w:rPr>
          <w:i/>
        </w:rPr>
        <w:t>“There are no days in which good deeds are more beloved to Allah”</w:t>
      </w:r>
    </w:p>
    <w:p>
      <w:r>
        <w:rPr>
          <w:sz w:val="20"/>
        </w:rPr>
        <w:t>9:41  hadish mein aata hai ke there there are no days in which good deeds are more beloved to allah than these days. yaani jo yeh din hai qurmani ke, is mein jo bhi good deeds hain sab se zyada allah ko pasand hai. aise hi hadish mein aata hai ke al haj ul mabrur laee salahoo jazaa un ill al janna, ke accepted haj ka jo reward hai paradise se kam nahi hai.</w:t>
      </w:r>
      <w:r>
        <w:br/>
      </w:r>
      <w:r>
        <w:rPr>
          <w:sz w:val="20"/>
        </w:rPr>
        <w:t>10:11  aise hi hadish mein aata hai ke jo shakhs haj karke complete karta hai toh woh aisa ho jata hai jaise ke new born baby. toh aisi bahut sydish hain.</w:t>
      </w:r>
      <w:r>
        <w:br/>
      </w:r>
      <w:r>
        <w:rPr>
          <w:sz w:val="20"/>
        </w:rPr>
        <w:t>10:22  ek ek aur hadish leta hoon ki jab high ghar se nikalta hai to aur labbeg allahuma labbeg</w:t>
      </w:r>
    </w:p>
    <w:p>
      <w:pPr>
        <w:pStyle w:val="Heading2"/>
      </w:pPr>
      <w:r>
        <w:t>hadith on saving youthful energy for old age</w:t>
      </w:r>
    </w:p>
    <w:p>
      <w:r>
        <w:rPr>
          <w:color w:val="666666"/>
          <w:sz w:val="18"/>
        </w:rPr>
        <w:t>Importance of Creative Thinking December 11, 2011 · 1m 25s · at 1:41:17 · https://youtu.be/jfML9Arb0S4?t=6077</w:t>
      </w:r>
    </w:p>
    <w:p>
      <w:r>
        <w:rPr>
          <w:i/>
        </w:rPr>
        <w:t>“Apni jawani se apne budhape ke liye zakheera karna”</w:t>
      </w:r>
    </w:p>
    <w:p>
      <w:r>
        <w:rPr>
          <w:sz w:val="20"/>
        </w:rPr>
        <w:t>1:41:17  yani apni jawani se apni barhape ke liye ah zakhira karna. is ka matlab yeh hai to jab aadmi jawani ki umar mein hota hai to us ke andar zyada energy hoti hai,</w:t>
      </w:r>
      <w:r>
        <w:br/>
      </w:r>
      <w:r>
        <w:rPr>
          <w:sz w:val="20"/>
        </w:rPr>
        <w:t>1:41:33  zyada us ke andar taqat hoti hai. to aadmi ko chahiye ke jawani ki umar ko avail karen.</w:t>
      </w:r>
      <w:r>
        <w:br/>
      </w:r>
      <w:r>
        <w:rPr>
          <w:sz w:val="20"/>
        </w:rPr>
        <w:t>1:41:39  jawani ki umar ek opportunity hai, ek mauqa hai. is ko avail karo kyunke barhape mein to tumhari taqat nahi rahe gi. baqi kya karo ge?</w:t>
      </w:r>
      <w:r>
        <w:br/>
      </w:r>
      <w:r>
        <w:rPr>
          <w:sz w:val="20"/>
        </w:rPr>
        <w:t>1:41:49  yeh matlab is ka hai ke Allah taala jawani ki umar deta hai insan ko to bohat energy hoti hai is jawani mein. jaise main jawani ke umar mein kaha karta tha ke main kankar ke upar bhi sound sleep le sakta hoon.</w:t>
      </w:r>
      <w:r>
        <w:br/>
      </w:r>
      <w:r>
        <w:rPr>
          <w:sz w:val="20"/>
        </w:rPr>
        <w:t>1:42:07  yani kankar ho, wahan koi bhi bistar na ho, is mein mujhe lita dijiye. aap na takiya ho, na kuch ho to main sound sleep le sakta hoon. wahan aaj main aisa nahi kar sakta.</w:t>
      </w:r>
      <w:r>
        <w:br/>
      </w:r>
      <w:r>
        <w:rPr>
          <w:sz w:val="20"/>
        </w:rPr>
        <w:t>1:42:18  to yeh bilkul nature ka mamla hai ke jawani ke umar mein aap ke andar bohat energy hoti hai. to is ko aap fazool zaya na karen.</w:t>
      </w:r>
      <w:r>
        <w:br/>
      </w:r>
      <w:r>
        <w:rPr>
          <w:sz w:val="20"/>
        </w:rPr>
        <w:t>1:42:29  yani is energy ko zaya na karen tafreeh mein, yani aise kamon mein jis ka taluq aap ki akhirat se na ho, jis jis ka taluq aap ke yani eternal life se na ho.</w:t>
      </w:r>
    </w:p>
    <w:p>
      <w:pPr>
        <w:pStyle w:val="Heading2"/>
      </w:pPr>
      <w:r>
        <w:t>Quran calls Yusuf's story the best story ever told</w:t>
      </w:r>
    </w:p>
    <w:p>
      <w:r>
        <w:rPr>
          <w:color w:val="666666"/>
          <w:sz w:val="18"/>
        </w:rPr>
        <w:t>Conciliatory Approach vs Confrontational Approach March 21, 2010 Maulana Wahiduddin Khan · 31s · at 20:09 · https://youtu.be/GTMfVIxatRM?t=1209</w:t>
      </w:r>
    </w:p>
    <w:p>
      <w:r>
        <w:rPr>
          <w:i/>
        </w:rPr>
        <w:t>“Surah Yusuf ko kaha gaya: ahsan al-qasas, best story”</w:t>
      </w:r>
    </w:p>
    <w:p>
      <w:r>
        <w:rPr>
          <w:sz w:val="20"/>
        </w:rPr>
        <w:t>20:09  aur kaisi ajeeb baat hai, Quran mein yeh jo qissa bayan kiya gaya hai,</w:t>
      </w:r>
      <w:r>
        <w:br/>
      </w:r>
      <w:r>
        <w:rPr>
          <w:sz w:val="20"/>
        </w:rPr>
        <w:t>20:13  poore aik Surah Yusuf Quran Majeed mein hai. Surah Yusuf, woh us mein hai ke Hazrat Hazrat Yusuf ke qisse ko asal al-qasas bataya gaya, best story.</w:t>
      </w:r>
      <w:r>
        <w:br/>
      </w:r>
      <w:r>
        <w:rPr>
          <w:sz w:val="20"/>
        </w:rPr>
        <w:t>20:28  yani Hazrat Yusuf (AS) ne mushrik badshah se takrao nahi kiya. takrao na karte hue is ka jo administration tha, us mein aik uhda le liya.</w:t>
      </w:r>
    </w:p>
    <w:p>
      <w:pPr>
        <w:pStyle w:val="Heading2"/>
      </w:pPr>
      <w:r>
        <w:t>Accepting Islam wipes out all previous sins instantly</w:t>
      </w:r>
    </w:p>
    <w:p>
      <w:r>
        <w:rPr>
          <w:color w:val="666666"/>
          <w:sz w:val="18"/>
        </w:rPr>
        <w:t>History 0f Thoughts November 12, 2006 · 38s · at 1:49:14 · https://youtu.be/BvzmJxA0j7c?t=6554</w:t>
      </w:r>
    </w:p>
    <w:p>
      <w:r>
        <w:rPr>
          <w:i/>
        </w:rPr>
        <w:t>“Al-Islamu yahdimu ma qablahu — Islam demolishes what came before”</w:t>
      </w:r>
    </w:p>
    <w:p>
      <w:r>
        <w:rPr>
          <w:sz w:val="20"/>
        </w:rPr>
        <w:t>1:49:14  Fainnalaha yaghfirul zun wa jameean. Kyunke Khuda saare hi gunahon ko maaf kar deta hai, saare hi sin ko maaf kar deta hai.</w:t>
      </w:r>
      <w:r>
        <w:br/>
      </w:r>
      <w:r>
        <w:rPr>
          <w:sz w:val="20"/>
        </w:rPr>
        <w:t>1:49:27  Yeh ayat utri, tab ja ke logon ko itminan hua. Aur doosri ek aur hadith hai al-islamu yahdimu ma qablahu</w:t>
      </w:r>
      <w:r>
        <w:br/>
      </w:r>
      <w:r>
        <w:rPr>
          <w:sz w:val="20"/>
        </w:rPr>
        <w:t>1:49:39  Al-islamu yahdimu ma qablahu. Islam pehle wale ko demolish kar deta hai.</w:t>
      </w:r>
      <w:r>
        <w:br/>
      </w:r>
      <w:r>
        <w:rPr>
          <w:sz w:val="20"/>
        </w:rPr>
        <w:t>1:49:48  Islam pehle kiye hue ko demolish kar deta hai.</w:t>
      </w:r>
    </w:p>
    <w:p>
      <w:pPr>
        <w:pStyle w:val="Heading2"/>
      </w:pPr>
      <w:r>
        <w:t>Peace is Islam and God is peace</w:t>
      </w:r>
    </w:p>
    <w:p>
      <w:r>
        <w:rPr>
          <w:color w:val="666666"/>
          <w:sz w:val="18"/>
        </w:rPr>
        <w:t>Prophet Muhammad A Man of Peace · 31s · at 3:40 · https://youtu.be/z0RvkPqrZ5Y?t=220</w:t>
      </w:r>
    </w:p>
    <w:p>
      <w:r>
        <w:rPr>
          <w:i/>
        </w:rPr>
        <w:t>“All the teachings of Islam are based directly or indirectly on this principle.”</w:t>
      </w:r>
    </w:p>
    <w:p>
      <w:r>
        <w:rPr>
          <w:sz w:val="20"/>
        </w:rPr>
        <w:t>3:40  All the teachings of Islam are based directly or indirectly on this principle. There are teachings of the Prophet Muhammad that say ke peace is Islam and that God is peace.</w:t>
      </w:r>
      <w:r>
        <w:br/>
      </w:r>
      <w:r>
        <w:rPr>
          <w:sz w:val="20"/>
        </w:rPr>
        <w:t>3:59  Similarly, there is another Hadith that says ke Muslim is one from whose tongue and hand people are safe.</w:t>
      </w:r>
    </w:p>
    <w:p>
      <w:pPr>
        <w:pStyle w:val="Heading2"/>
      </w:pPr>
      <w:r>
        <w:t>Prophet stood for Jewish funeral, lesson against hatred</w:t>
      </w:r>
    </w:p>
    <w:p>
      <w:r>
        <w:rPr>
          <w:color w:val="666666"/>
          <w:sz w:val="18"/>
        </w:rPr>
        <w:t>Fasting for the Sake of God, June 3, 2018 · 2m 03s · at 29:57 · https://youtu.be/UmhFJJCsvdk?t=1797</w:t>
      </w:r>
    </w:p>
    <w:p>
      <w:r>
        <w:rPr>
          <w:i/>
        </w:rPr>
        <w:t>“Kai qabile the yahood ke”</w:t>
      </w:r>
    </w:p>
    <w:p>
      <w:r>
        <w:rPr>
          <w:sz w:val="20"/>
        </w:rPr>
        <w:t>29:57  kai qabile the yahud ke, yani yeh ab ab to wahan koi yahudi nahi hai, lekin rasool allah</w:t>
      </w:r>
      <w:r>
        <w:br/>
      </w:r>
      <w:r>
        <w:rPr>
          <w:sz w:val="20"/>
        </w:rPr>
        <w:t>30:05  ke zamane mein bohat se yahudi the wahan madine mein.</w:t>
      </w:r>
      <w:r>
        <w:br/>
      </w:r>
      <w:r>
        <w:rPr>
          <w:sz w:val="20"/>
        </w:rPr>
        <w:t>30:13  to ek din kya hua ke rasool allah makkah, yani madine ke kisi maqam par the to wahan</w:t>
      </w:r>
      <w:r>
        <w:br/>
      </w:r>
      <w:r>
        <w:rPr>
          <w:sz w:val="20"/>
        </w:rPr>
        <w:t>30:21  se ek ek janaza guzra, janaza</w:t>
      </w:r>
      <w:r>
        <w:br/>
      </w:r>
      <w:r>
        <w:rPr>
          <w:sz w:val="20"/>
        </w:rPr>
        <w:t>30:29  to aap us ke respect mein khare ho gae, us janaze ke respect mein khare ho gae.</w:t>
      </w:r>
      <w:r>
        <w:br/>
      </w:r>
      <w:r>
        <w:rPr>
          <w:sz w:val="20"/>
        </w:rPr>
        <w:t>30:37  aur yeh riwayat hai bukhari mein, yeh riwayat bukhari mein maujood hai.</w:t>
      </w:r>
      <w:r>
        <w:br/>
      </w:r>
      <w:r>
        <w:rPr>
          <w:sz w:val="20"/>
        </w:rPr>
        <w:t>30:45  to kisi ne kaha ke yeh to yahudi ka janaza tha, aap khare ho gae.</w:t>
      </w:r>
      <w:r>
        <w:br/>
      </w:r>
      <w:r>
        <w:rPr>
          <w:sz w:val="20"/>
        </w:rPr>
        <w:t>30:52  rasool allah ne kaha: "alaihi nafsan, alaihi nafsan"</w:t>
      </w:r>
      <w:r>
        <w:br/>
      </w:r>
      <w:r>
        <w:rPr>
          <w:sz w:val="20"/>
        </w:rPr>
        <w:t>31:00  yahan nafs insan ke bare mein hai, kya woh insan nahi? was not a human being. to Rasool Allah ne khud bhi respect diya Yahudi ko. to hamein kaha gaya ke hum nafrat karein, hamein kaha gaya ke hum Rasool Allah ke deen ke follower apne ko batayein aur Yahudiyon se</w:t>
      </w:r>
      <w:r>
        <w:br/>
      </w:r>
      <w:r>
        <w:rPr>
          <w:sz w:val="20"/>
        </w:rPr>
        <w:t>31:30  nafrat karen.</w:t>
      </w:r>
      <w:r>
        <w:br/>
      </w:r>
      <w:r>
        <w:rPr>
          <w:sz w:val="20"/>
        </w:rPr>
        <w:t>31:38  jo rasool Allah ne nafrat nahi ki.</w:t>
      </w:r>
      <w:r>
        <w:br/>
      </w:r>
      <w:r>
        <w:rPr>
          <w:sz w:val="20"/>
        </w:rPr>
        <w:t>31:46  to main samajhta hoon ke is saal musalmanon ko jis tark ko chhodna chahiye, yani ijtamai taur par</w:t>
      </w:r>
      <w:r>
        <w:br/>
      </w:r>
      <w:r>
        <w:rPr>
          <w:sz w:val="20"/>
        </w:rPr>
        <w:t>31:53  ek tark aisa hai jo musalmanon ko ijtamai taur par chhodna hai, yani</w:t>
      </w:r>
    </w:p>
    <w:p>
      <w:pPr>
        <w:pStyle w:val="Heading2"/>
      </w:pPr>
      <w:r>
        <w:t>king's baffling dream stumps the whole court</w:t>
      </w:r>
    </w:p>
    <w:p>
      <w:r>
        <w:rPr>
          <w:color w:val="666666"/>
          <w:sz w:val="18"/>
        </w:rPr>
        <w:t>Lessons from The Story of Prophet Yusuf Part 2 June 5, 2022 · 2m 50s · at 46:58 · https://youtu.be/k1b1r4F2rnI?t=2818</w:t>
      </w:r>
    </w:p>
    <w:p>
      <w:r>
        <w:rPr>
          <w:i/>
        </w:rPr>
        <w:t>“اے دربار والوں، میرے اس خواب کی تعبیر کرو۔”</w:t>
      </w:r>
    </w:p>
    <w:p>
      <w:r>
        <w:rPr>
          <w:sz w:val="20"/>
        </w:rPr>
        <w:t>46:58  to unhon ne apne darbar mein ja ke kaha ke aey darbar walon, mere is khwab ki taabeer karo. magar unhon ne kaha ke hamein is ki taabeer nahi maloom.</w:t>
      </w:r>
      <w:r>
        <w:br/>
      </w:r>
      <w:r>
        <w:rPr>
          <w:sz w:val="20"/>
        </w:rPr>
        <w:t>47:08  ah to doctor sahab, yeh kaisa khwab tha ke darbar wale bhi nahi bata paye? ah is ko bhi aap wazeh karen. jo</w:t>
      </w:r>
      <w:r>
        <w:br/>
      </w:r>
      <w:r>
        <w:rPr>
          <w:sz w:val="20"/>
        </w:rPr>
        <w:t>47:18  king tha, ah is waqt Yusuf علیہ السلام ke zamane mein is ka naam ah history mein Apophis aata hai.</w:t>
      </w:r>
      <w:r>
        <w:br/>
      </w:r>
      <w:r>
        <w:rPr>
          <w:sz w:val="20"/>
        </w:rPr>
        <w:t>47:30  aur yeh ah yeh jo rulers the jin ki hukumat thi Egypt mein is waqt, woh Hyksos kings kehelate the ya shepherd kings, charwahe badshah.</w:t>
      </w:r>
      <w:r>
        <w:br/>
      </w:r>
      <w:r>
        <w:rPr>
          <w:sz w:val="20"/>
        </w:rPr>
        <w:t>47:43  toh in inhone bohat kam muddat ke liye Egypt mein rule kiya, taqreeban sau saal</w:t>
      </w:r>
      <w:r>
        <w:br/>
      </w:r>
      <w:r>
        <w:rPr>
          <w:sz w:val="20"/>
        </w:rPr>
        <w:t>47:49  . Aur is ke baad phir Firon aa gaye the wapas. Toh jo badshah tha, us ne khwab mein dekha ke saat fat cows hain aur saat thin cows hain.</w:t>
      </w:r>
      <w:r>
        <w:br/>
      </w:r>
      <w:r>
        <w:rPr>
          <w:sz w:val="20"/>
        </w:rPr>
        <w:t>48:04  Aur jo thin cows hain, woh fat cows ko kha rahi hain. Aur dekha ke seven ah heads of grains hain jo ke green hain aur seven heads of grains hain jo ke dry hain.</w:t>
      </w:r>
      <w:r>
        <w:br/>
      </w:r>
      <w:r>
        <w:rPr>
          <w:sz w:val="20"/>
        </w:rPr>
        <w:t>48:21  Toh jab khwab dekha us ne toh woh bohat pareshan hua, us ke kuch samajh mein nahi aaya ke yeh kya matlab hai is ka ke moti gayen jo hain, woh patli gayen ko kha rahi hain.</w:t>
      </w:r>
      <w:r>
        <w:br/>
      </w:r>
      <w:r>
        <w:rPr>
          <w:sz w:val="20"/>
        </w:rPr>
        <w:t>48:33  Toh agle din darbar mein jab pahuncha, woh toh darbariyon se jo nobles the, sab se bataya yeh khwab. Toh unhone kaha ke hamare samajh mein toh kuch nahi aa raha hai.</w:t>
      </w:r>
      <w:r>
        <w:br/>
      </w:r>
      <w:r>
        <w:rPr>
          <w:sz w:val="20"/>
        </w:rPr>
        <w:t>48:45  Qalu adghas al-ahlam yani yeh toh confused khwab hai. Ah</w:t>
      </w:r>
      <w:r>
        <w:br/>
      </w:r>
      <w:r>
        <w:rPr>
          <w:sz w:val="20"/>
        </w:rPr>
        <w:t>48:51  Aap ke zehen mein jo baat ghoom rahi hai, wohi aap ne dekh liya hai. Is ki toh koi interpretation hum bata nahi sakte. Toh bohat pareshan hua badshah.</w:t>
      </w:r>
      <w:r>
        <w:br/>
      </w:r>
      <w:r>
        <w:rPr>
          <w:sz w:val="20"/>
        </w:rPr>
        <w:t>49:01  Toh jab badshah ko pareshani ki halat mein dekha, cup bearer ne jo sharab pilata tha badshah ko, toh achanak use yaad aa gaya ke oho!</w:t>
      </w:r>
      <w:r>
        <w:br/>
      </w:r>
      <w:r>
        <w:rPr>
          <w:sz w:val="20"/>
        </w:rPr>
        <w:t>49:13  Hum jab jail mein the toh ek shakhs ne hamare khwab ko bohat bohat sahi inter</w:t>
      </w:r>
      <w:r>
        <w:br/>
      </w:r>
      <w:r>
        <w:rPr>
          <w:sz w:val="20"/>
        </w:rPr>
        <w:t>49:19  pret kiya tha. Lafz ba lafz woh ah sahi sabit ho gaya. Toh us ne darbariyon ko aur ah badshah se yeh apna zaati jo us ka experience tha bataya ke kaise kaise hum ne do khwab dekhe the.</w:t>
      </w:r>
      <w:r>
        <w:br/>
      </w:r>
      <w:r>
        <w:rPr>
          <w:sz w:val="20"/>
        </w:rPr>
        <w:t>49:33  Aur wahan par ek sahab the jin jinhone hamara khwab interpret kiya aur woh bilkul as it is khwab sahi ho gaya.</w:t>
      </w:r>
      <w:r>
        <w:br/>
      </w:r>
      <w:r>
        <w:rPr>
          <w:sz w:val="20"/>
        </w:rPr>
        <w:t>49:42  Toh badshah ne kaha ke phir jao tum prison. Toh badshah badshah ki ijazat se woh gaya. Ji</w:t>
      </w:r>
    </w:p>
    <w:p>
      <w:pPr>
        <w:pStyle w:val="Heading2"/>
      </w:pPr>
      <w:r>
        <w:t>adjustment as the key to worldly success</w:t>
      </w:r>
    </w:p>
    <w:p>
      <w:r>
        <w:rPr>
          <w:color w:val="666666"/>
          <w:sz w:val="18"/>
        </w:rPr>
        <w:t>Importance of Adjustment June 27, 2009 · 2m 27s · at 8:10 · https://youtu.be/Gp1zc2HPMRU?t=490</w:t>
      </w:r>
    </w:p>
    <w:p>
      <w:r>
        <w:rPr>
          <w:i/>
        </w:rPr>
        <w:t>“You can ask a businessman who is successful.”</w:t>
      </w:r>
    </w:p>
    <w:p>
      <w:r>
        <w:rPr>
          <w:sz w:val="20"/>
        </w:rPr>
        <w:t>8:10  so adjustment is the only key to success in worldly matters as well as in religious matters.</w:t>
      </w:r>
      <w:r>
        <w:br/>
      </w:r>
      <w:r>
        <w:rPr>
          <w:sz w:val="20"/>
        </w:rPr>
        <w:t>8:23  you can ask a businessman. who is successful businessman. successful businessman is one who has adopted adjustment as his policy.</w:t>
      </w:r>
      <w:r>
        <w:br/>
      </w:r>
      <w:r>
        <w:rPr>
          <w:sz w:val="20"/>
        </w:rPr>
        <w:t>8:37  every every day, a businessman makes adjustment with other.</w:t>
      </w:r>
      <w:r>
        <w:br/>
      </w:r>
      <w:r>
        <w:rPr>
          <w:sz w:val="20"/>
        </w:rPr>
        <w:t>8:46  otherwise, he will go to failure.</w:t>
      </w:r>
      <w:r>
        <w:br/>
      </w:r>
      <w:r>
        <w:rPr>
          <w:sz w:val="20"/>
        </w:rPr>
        <w:t>8:53  so in all the worldly matters, in all the worldly matters, we have no option other than to adopt adjustment</w:t>
      </w:r>
      <w:r>
        <w:br/>
      </w:r>
      <w:r>
        <w:rPr>
          <w:sz w:val="20"/>
        </w:rPr>
        <w:t>9:09  . for example, you are traveling your car on road. so when you</w:t>
      </w:r>
      <w:r>
        <w:br/>
      </w:r>
      <w:r>
        <w:rPr>
          <w:sz w:val="20"/>
        </w:rPr>
        <w:t>9:18  avoid, when you adopt left side or right side, as the case may be, then there are adjustment</w:t>
      </w:r>
      <w:r>
        <w:br/>
      </w:r>
      <w:r>
        <w:rPr>
          <w:sz w:val="20"/>
        </w:rPr>
        <w:t>9:35  . you are living in india, you keep left. there are adjustment. and we are living in usa, you keep right.</w:t>
      </w:r>
      <w:r>
        <w:br/>
      </w:r>
      <w:r>
        <w:rPr>
          <w:sz w:val="20"/>
        </w:rPr>
        <w:t>9:45  there are adjustment.</w:t>
      </w:r>
      <w:r>
        <w:br/>
      </w:r>
      <w:r>
        <w:rPr>
          <w:sz w:val="20"/>
        </w:rPr>
        <w:t>9:50  by adjustment, you avoid accident.</w:t>
      </w:r>
      <w:r>
        <w:br/>
      </w:r>
      <w:r>
        <w:rPr>
          <w:sz w:val="20"/>
        </w:rPr>
        <w:t>9:56  if you fail to make adjustment, then the result is accident</w:t>
      </w:r>
      <w:r>
        <w:br/>
      </w:r>
      <w:r>
        <w:rPr>
          <w:sz w:val="20"/>
        </w:rPr>
        <w:t>10:04  on road.</w:t>
      </w:r>
      <w:r>
        <w:br/>
      </w:r>
      <w:r>
        <w:rPr>
          <w:sz w:val="20"/>
        </w:rPr>
        <w:t>10:07  so all the worldly affairs need adjustment. business or job or education, social activities, political activities, every where you need adjustment.</w:t>
      </w:r>
      <w:r>
        <w:br/>
      </w:r>
      <w:r>
        <w:rPr>
          <w:sz w:val="20"/>
        </w:rPr>
        <w:t>10:26  even a president or a prime minister need to adjust with his colleagues, with other parties.</w:t>
      </w:r>
    </w:p>
    <w:p>
      <w:pPr>
        <w:pStyle w:val="Heading2"/>
      </w:pPr>
      <w:r>
        <w:t>Prophet's address O mankind not O kafir</w:t>
      </w:r>
    </w:p>
    <w:p>
      <w:r>
        <w:rPr>
          <w:color w:val="666666"/>
          <w:sz w:val="18"/>
        </w:rPr>
        <w:t>Attributes of a Dayee 31 Oct 2010 - Maulana Wahiduddin Khan · 1m 17s · at 4:24 · https://youtu.be/hVE1z6kLRRA?t=264</w:t>
      </w:r>
    </w:p>
    <w:p>
      <w:r>
        <w:rPr>
          <w:i/>
        </w:rPr>
        <w:t>“Aap ka ek hi kalma tha: 'Ayyuhannas, qulu la ilaha illallah'.”</w:t>
      </w:r>
    </w:p>
    <w:p>
      <w:r>
        <w:rPr>
          <w:sz w:val="20"/>
        </w:rPr>
        <w:t>4:24  yeh saaray log wahan maujood thay.</w:t>
      </w:r>
      <w:r>
        <w:br/>
      </w:r>
      <w:r>
        <w:rPr>
          <w:sz w:val="20"/>
        </w:rPr>
        <w:t>4:29  magar aap nay kya kiya? aap ka aik hi kalma hota tha: "AYYUHAN NASU QOOLOO LA ILAHA ILLALLAHU TUFLIHOON" .</w:t>
      </w:r>
      <w:r>
        <w:br/>
      </w:r>
      <w:r>
        <w:rPr>
          <w:sz w:val="20"/>
        </w:rPr>
        <w:t>4:43  ae insanon! naas jo hai, jama hai insaan ki. ae insanon!</w:t>
      </w:r>
      <w:r>
        <w:br/>
      </w:r>
      <w:r>
        <w:rPr>
          <w:sz w:val="20"/>
        </w:rPr>
        <w:t>4:53  kaho keh Allah kay siwa koi aur ilaah nahin, tum falaah pao gay. aap nay aisa nahin kaha keh "AYYUHAL KUFFARU AY YUHAL ZANADIQAH" .</w:t>
      </w:r>
      <w:r>
        <w:br/>
      </w:r>
      <w:r>
        <w:rPr>
          <w:sz w:val="20"/>
        </w:rPr>
        <w:t>5:10  yeh sab aap ki zabaan nahin thi. ae mushriqon! ae kafiron! ae zindiqon! ae dushmanon! ae saazish karnay walon!</w:t>
      </w:r>
      <w:r>
        <w:br/>
      </w:r>
      <w:r>
        <w:rPr>
          <w:sz w:val="20"/>
        </w:rPr>
        <w:t>5:21  ae jahannamiyon!</w:t>
      </w:r>
      <w:r>
        <w:br/>
      </w:r>
      <w:r>
        <w:rPr>
          <w:sz w:val="20"/>
        </w:rPr>
        <w:t>5:23  yeh sab nahi kaha aap ne. aap ne sirf yeh kaha ke ae insano! bas. aaj kal ke jis musalman ko tatoliey, jis musalman ko iscrutni kijiye, andar se kya niklega?</w:t>
      </w:r>
    </w:p>
    <w:p>
      <w:pPr>
        <w:pStyle w:val="Heading2"/>
      </w:pPr>
      <w:r>
        <w:t>Qurbani's meaning, hajj's spirit, and its dawah purpose</w:t>
      </w:r>
    </w:p>
    <w:p>
      <w:r>
        <w:rPr>
          <w:color w:val="666666"/>
          <w:sz w:val="18"/>
        </w:rPr>
        <w:t>Message of Eid Al-Adha June 29, 2023 · 4m 28s · at 8:33 · https://youtu.be/Tom30c7WwTw?t=513</w:t>
      </w:r>
    </w:p>
    <w:p>
      <w:r>
        <w:rPr>
          <w:i/>
        </w:rPr>
        <w:t>“Sahaba ne poocha, ya Rasulullah, yeh qurbani ke jaanwar kya hain?”</w:t>
      </w:r>
    </w:p>
    <w:p>
      <w:r>
        <w:rPr>
          <w:sz w:val="20"/>
        </w:rPr>
        <w:t>8:33  sahaba ne rasullah se puchha, mahazihil adahi ya rasullah ke yeh jo janwar hai qurbani ke yeh kya hain? toh rasulla ne farmaya, sunnat to aagikum ibrahim. yaani tumhare forefather ibrahim ki sunnat.</w:t>
      </w:r>
      <w:r>
        <w:br/>
      </w:r>
      <w:r>
        <w:rPr>
          <w:sz w:val="20"/>
        </w:rPr>
        <w:t>8:55  toh yeh jo qurbani hai, rajat ibrahim ali salam ne jo pesh ki, is ka matlab yeh yeh hai ke yeh sirf koi janwar ki qurbani nahi hai, balki yeh hamari apni qurbani hai ke hum apna time, apni energy, apna waqt, apna paisa kaise allah ke raam mein kharch karen.</w:t>
      </w:r>
      <w:r>
        <w:br/>
      </w:r>
      <w:r>
        <w:rPr>
          <w:sz w:val="20"/>
        </w:rPr>
        <w:t>9:20  yaani is ko hum keh sakte hain ke yeh ek ahad hai, yeh ek ahad hai ke I will lead the abrahimic way of life. yaani jo adrat ibrahim ali salam ka tareeqa tha, us ko follow karna. yeh darasal haj ki spirit hai aur iddulaja ki spirit hai.</w:t>
      </w:r>
      <w:r>
        <w:br/>
      </w:r>
      <w:r>
        <w:rPr>
          <w:sz w:val="20"/>
        </w:rPr>
        <w:t>9:41  hadish mein aata hai ke there there are no days in which good deeds are more beloved to allah than these days. yaani jo yeh din hai qurmani ke, is mein jo bhi good deeds hain sab se zyada allah ko pasand hai. aise hi hadish mein aata hai ke al haj ul mabrur laee salahoo jazaa un ill al janna, ke accepted haj ka jo reward hai paradise se kam nahi hai.</w:t>
      </w:r>
      <w:r>
        <w:br/>
      </w:r>
      <w:r>
        <w:rPr>
          <w:sz w:val="20"/>
        </w:rPr>
        <w:t>10:11  aise hi hadish mein aata hai ke jo shakhs haj karke complete karta hai toh woh aisa ho jata hai jaise ke new born baby. toh aisi bahut sydish hain.</w:t>
      </w:r>
      <w:r>
        <w:br/>
      </w:r>
      <w:r>
        <w:rPr>
          <w:sz w:val="20"/>
        </w:rPr>
        <w:t>10:22  ek ek aur hadish leta hoon ki jab high ghar se nikalta hai to aur labbeg allahuma labbeg</w:t>
      </w:r>
      <w:r>
        <w:br/>
      </w:r>
      <w:r>
        <w:rPr>
          <w:sz w:val="20"/>
        </w:rPr>
        <w:t>10:30  kahata hai to jo bhi raste mein stone, pahad, samundar, darya, animate, inanimate jo bhi cheezen uske aas</w:t>
      </w:r>
      <w:r>
        <w:br/>
      </w:r>
      <w:r>
        <w:rPr>
          <w:sz w:val="20"/>
        </w:rPr>
        <w:t>10:38  paas hoti hain vo sab labbeak karke usko respond karti hain and they will testify that this person</w:t>
      </w:r>
      <w:r>
        <w:br/>
      </w:r>
      <w:r>
        <w:rPr>
          <w:sz w:val="20"/>
        </w:rPr>
        <w:t>10:46  responded to the call of god and he has performed bhaj.</w:t>
      </w:r>
      <w:r>
        <w:br/>
      </w:r>
      <w:r>
        <w:rPr>
          <w:sz w:val="20"/>
        </w:rPr>
        <w:t>10:55  toh ye saari jo badi badi hadiseen hain, aap aap aksar sunte honge. is ko darasal is ki spirit ko samajhna zaroori hai. walana ne kaha tha ke aap kisi hadish ko aise literal sense mein nahi samajh sakte balki totality mein samajhna hoga. toh is is ka matlab yeh hai ke jab tak ke hum gehrai se us baat ko na samjhen aur us ki us ki rooh tak na pahunchen.</w:t>
      </w:r>
      <w:r>
        <w:br/>
      </w:r>
      <w:r>
        <w:rPr>
          <w:sz w:val="20"/>
        </w:rPr>
        <w:t>11:24  is liye yeh ho raha hai ke log haj karne jate hain aur chand jo rituals hain woh karke wapas aa jate hain samajhte yahi haj hai. halanki haj jaisa apa ne kaha ke haj toh haj karne ke baad darasal hota hai ke aap apni zindagi ko kaise badlen?</w:t>
      </w:r>
      <w:r>
        <w:br/>
      </w:r>
      <w:r>
        <w:rPr>
          <w:sz w:val="20"/>
        </w:rPr>
        <w:t>11:40  yaani jo haj ke aamal hain woh ek tareeqe se symbolic performance hai hazzat ibrahim ali salam ki zindagi ka aur maulana ne likha tha hajititya haj mein ke haj jo hai woh, ek international dawa conference hai daaiyon ki.</w:t>
      </w:r>
      <w:r>
        <w:br/>
      </w:r>
      <w:r>
        <w:rPr>
          <w:sz w:val="20"/>
        </w:rPr>
        <w:t>12:02  yaani haj ka maqsad yeh hai ke aap wahan jayen aur ajit ibrahim ali aur rasugullah salam aur sahaba ki zindagi se mutasir ho, inspire ho aur phir apne maqam par jaakar aap daavati sargharmi mein, lag jayen. rajat imrahi malij salam ne safa aur marwa ke dharmayan sahi ki, yaani is ka matlab yeh tha ke main duniya mein daur dhoop karunga allah ke kaam ke liye.</w:t>
      </w:r>
      <w:r>
        <w:br/>
      </w:r>
      <w:r>
        <w:rPr>
          <w:sz w:val="20"/>
        </w:rPr>
        <w:t>12:31  aise hi aaram ki shakal mein saada kapde pehne ki meri zindagi bahut hi saada andaaz ki hogi. aise hi hazrat ibrahim ali is aram ne kankariyan maari shaitan ko is ka matlab yeh tha ke shaitan ko har qeemat par main us se us ke bekave se bachoonga. toh ye ye sab baatein hathis mein aai hai aur quran mein jaise ek aayat aai hai innna saladati van usooki o mahia bamamaati lillahi rabbilalmeen.</w:t>
      </w:r>
      <w:r>
        <w:br/>
      </w:r>
      <w:r>
        <w:rPr>
          <w:sz w:val="20"/>
        </w:rPr>
        <w:t>13:01  My prayer and my sacrifice and my life and my death are all belongs to God, Lord of the world. toh hazrd ibrahim ali salam ka jo daavati mission tha, us ke liye hazrd ibrahim ali salam ne kaba ki taameer ki, yaani ek daavati marqaz ke taur par aur is ka tabab kiya aur is ka matlab yahi hai ke aap apni zindagi ko khuda ke liye khuda ke ird gird ghumenge.</w:t>
      </w:r>
    </w:p>
    <w:p>
      <w:pPr>
        <w:pStyle w:val="Heading2"/>
      </w:pPr>
      <w:r>
        <w:t>Why Arabs readily accepted Islam</w:t>
      </w:r>
    </w:p>
    <w:p>
      <w:r>
        <w:rPr>
          <w:color w:val="666666"/>
          <w:sz w:val="18"/>
        </w:rPr>
        <w:t>The Finality of the Prophet 8 July, 2008 - Maulana Wahiduddin Khan · 2m 33s · at 12:33 · https://youtu.be/bJvptDoKSfs?t=753</w:t>
      </w:r>
    </w:p>
    <w:p>
      <w:r>
        <w:rPr>
          <w:i/>
        </w:rPr>
        <w:t>“Sent Muhammad peace be upon him in Arabia.”</w:t>
      </w:r>
    </w:p>
    <w:p>
      <w:r>
        <w:rPr>
          <w:sz w:val="20"/>
        </w:rPr>
        <w:t>12:33  Send Muhammad (peace be upon him) in Arabia. It was very important that Muhammad (peace be upon him) was send in Arabia.</w:t>
      </w:r>
      <w:r>
        <w:br/>
      </w:r>
      <w:r>
        <w:rPr>
          <w:sz w:val="20"/>
        </w:rPr>
        <w:t>12:45  At that, at that time, Arabia was a call, was called a sleeping country.</w:t>
      </w:r>
      <w:r>
        <w:br/>
      </w:r>
      <w:r>
        <w:rPr>
          <w:sz w:val="20"/>
        </w:rPr>
        <w:t>12:54  There was no, there was no culture, no civilization, nothing. It was desert.</w:t>
      </w:r>
      <w:r>
        <w:br/>
      </w:r>
      <w:r>
        <w:rPr>
          <w:sz w:val="20"/>
        </w:rPr>
        <w:t>13:07  So those people who living in Arabia, were production of desert condition, deserted condition.</w:t>
      </w:r>
      <w:r>
        <w:br/>
      </w:r>
      <w:r>
        <w:rPr>
          <w:sz w:val="20"/>
        </w:rPr>
        <w:t>13:20  They were living in nature. This desert culture was very very important, because this helped to preserve their nature.</w:t>
      </w:r>
      <w:r>
        <w:br/>
      </w:r>
      <w:r>
        <w:rPr>
          <w:sz w:val="20"/>
        </w:rPr>
        <w:t>13:35  di arabs were living in nature. there was no imitation, no provision, no conditioning,</w:t>
      </w:r>
      <w:r>
        <w:br/>
      </w:r>
      <w:r>
        <w:rPr>
          <w:sz w:val="20"/>
        </w:rPr>
        <w:t>13:50  because all these things were found in cities, in civilized cities. and arab was not a civilized country at that time.</w:t>
      </w:r>
      <w:r>
        <w:br/>
      </w:r>
      <w:r>
        <w:rPr>
          <w:sz w:val="20"/>
        </w:rPr>
        <w:t>14:03  so these arabs were living in nature. their nature was preserved. so prophet of islam,</w:t>
      </w:r>
      <w:r>
        <w:br/>
      </w:r>
      <w:r>
        <w:rPr>
          <w:sz w:val="20"/>
        </w:rPr>
        <w:t>14:18  when prophet of islam came and he presented the message of god, readily they accepted it, because islam was religion of nature.</w:t>
      </w:r>
      <w:r>
        <w:br/>
      </w:r>
      <w:r>
        <w:rPr>
          <w:sz w:val="20"/>
        </w:rPr>
        <w:t>14:35  it their nature was preserved.</w:t>
      </w:r>
      <w:r>
        <w:br/>
      </w:r>
      <w:r>
        <w:rPr>
          <w:sz w:val="20"/>
        </w:rPr>
        <w:t>14:40  all the arabs were people of nature. so they readily accepted islam that was religion of nature.</w:t>
      </w:r>
      <w:r>
        <w:br/>
      </w:r>
      <w:r>
        <w:rPr>
          <w:sz w:val="20"/>
        </w:rPr>
        <w:t>14:50  it was this, because of this, prophet of islam was able to form a strong team, a strong team.</w:t>
      </w:r>
    </w:p>
    <w:p>
      <w:pPr>
        <w:pStyle w:val="Heading2"/>
      </w:pPr>
      <w:r>
        <w:t>Prophet turned loss into opportunity at Kaaba</w:t>
      </w:r>
    </w:p>
    <w:p>
      <w:r>
        <w:rPr>
          <w:color w:val="666666"/>
          <w:sz w:val="18"/>
        </w:rPr>
        <w:t>The Art of Application | January 07, 2017 | Maulana Wahiduddin Khan · 2m 01s · at 6:48 · https://youtu.be/wb1bDtubwMU?t=408</w:t>
      </w:r>
    </w:p>
    <w:p>
      <w:r>
        <w:rPr>
          <w:i/>
        </w:rPr>
        <w:t>“Khoi hui ko regain karna nahi”</w:t>
      </w:r>
    </w:p>
    <w:p>
      <w:r>
        <w:rPr>
          <w:sz w:val="20"/>
        </w:rPr>
        <w:t>6:48  yani khoye hue ko regain karna nahi, policy honi chahiye tumhari, balkeh khone ke baad jo opportunity hai, us ka avel karo. maslan dekhiye, makkah mein, aap jante hain ke Hazrat Ibrahim ne kaaba banaya tha, 4000 saal pehle. aur kaaba jo tha, woh tauheed ka markaz tha, but parasti ke khilaf tha. to baad</w:t>
      </w:r>
      <w:r>
        <w:br/>
      </w:r>
      <w:r>
        <w:rPr>
          <w:sz w:val="20"/>
        </w:rPr>
        <w:t>7:19  ke zamanay mein, baad ke zamanay mein naye log paida hue, aur un mein dheere dheere, dheere dheere shirk aa gaya. to wahi qabiz ho gaye kaaba par. to jab rasool Allah aaye to kaaba par qabza doosron ka tha, mushrikeen ka. aur mushrikeen ne is ko, yani but ka markaz bana diya tha. yeh</w:t>
      </w:r>
      <w:r>
        <w:br/>
      </w:r>
      <w:r>
        <w:rPr>
          <w:sz w:val="20"/>
        </w:rPr>
        <w:t>7:49  kaha jata hai ke 360 but us par rakhe hue thay. to ibrahimi kaaba ko regain karna, bazahir rasool Allah ko yahan se apna mission shuru karna chahiye tha. apparently, that was the starting point for the prophet. ke jo kaaba, ibrahimi kaaba tha, us ko mushrikeen ka bana diya, us ko regain karo. aap ne kuch nahi kiya.</w:t>
      </w:r>
      <w:r>
        <w:br/>
      </w:r>
      <w:r>
        <w:rPr>
          <w:sz w:val="20"/>
        </w:rPr>
        <w:t>8:20  bolay bhi nahi, kuch bhi nahi kiya. kyun? aap ka dhyan tha opportunity par, na ke khoye hue ko regain karne par. to yeh opportunity kya thi? isi kaaba ki wajah se sare arab ke log aate thay, buton ko nazrana charhate thay, buton ko poojte thay, buton ko, buton ka darshan karte thay.</w:t>
      </w:r>
    </w:p>
    <w:p>
      <w:pPr>
        <w:pStyle w:val="Heading2"/>
      </w:pPr>
      <w:r>
        <w:t>Quraysh persecution and little Fatima's tears</w:t>
      </w:r>
    </w:p>
    <w:p>
      <w:r>
        <w:rPr>
          <w:color w:val="666666"/>
          <w:sz w:val="18"/>
        </w:rPr>
        <w:t>The Story of Khadija Part 2 December 25, 2022 · 2m 01s · at 23:22 · https://youtu.be/CT7OATmveus?t=1402</w:t>
      </w:r>
    </w:p>
    <w:p>
      <w:r>
        <w:rPr>
          <w:i/>
        </w:rPr>
        <w:t>“Mecca ran on idol worship, and that business was threatened”</w:t>
      </w:r>
    </w:p>
    <w:p>
      <w:r>
        <w:rPr>
          <w:sz w:val="20"/>
        </w:rPr>
        <w:t>23:22  darasal Makkah mein shirk tha, yaani bohat sare Khudaon ko manna ji, aur un ki jo tijarat thi, woh isi pe chal rahi thi ke log aate the aur charhawa charhate the, un ka business bhi chalta tha.</w:t>
      </w:r>
      <w:r>
        <w:br/>
      </w:r>
      <w:r>
        <w:rPr>
          <w:sz w:val="20"/>
        </w:rPr>
        <w:t>23:41  to jab Rasool Allah sal Allah alayhi wasallam ne tauheed ka paigham diya ji, to un ko laga ke yeh is ki wajah se to hamara jo business hai, woh khatm ho jayega.</w:t>
      </w:r>
      <w:r>
        <w:br/>
      </w:r>
      <w:r>
        <w:rPr>
          <w:sz w:val="20"/>
        </w:rPr>
        <w:t>23:53  to woh sab against ho gaye ji, khaas tor se Quraish, jo wahan ke strong tribe thi aur powerful tribe thi, aur un ko leadership bhi hasil thi.</w:t>
      </w:r>
      <w:r>
        <w:br/>
      </w:r>
      <w:r>
        <w:rPr>
          <w:sz w:val="20"/>
        </w:rPr>
        <w:t>24:04  to Quraish ke jo leaders the, woh against ho gaye ji, to tarah tarah se sat</w:t>
      </w:r>
      <w:r>
        <w:br/>
      </w:r>
      <w:r>
        <w:rPr>
          <w:sz w:val="20"/>
        </w:rPr>
        <w:t>24:10  ane lage. is ki baatein aap ne suni hongi ke Rasool Allah sal Allah alayhi wasallam jate the logon ko batane to pathar marte the ji, aur kaante bichate the, aur tarah tarah ke satate the.</w:t>
      </w:r>
      <w:r>
        <w:br/>
      </w:r>
      <w:r>
        <w:rPr>
          <w:sz w:val="20"/>
        </w:rPr>
        <w:t>24:21  yaani koi din aisa nahi hota tha, agar aap kitaab parhein jaise Maulana ki kitaab hai Seerat-e-Rasool ji, to is mein Maulana ne bilkul saada andaaz mein Seerat ke waqiat likhe</w:t>
      </w:r>
      <w:r>
        <w:br/>
      </w:r>
      <w:r>
        <w:rPr>
          <w:sz w:val="20"/>
        </w:rPr>
        <w:t>24:35  hain. to is mein Maulana ne likha hai ke shayad koi din aisa nahi hota tha ke Rasool Allah wapas jayein ghar mein aur un ke badan se kahin khoon na beh raha ho.</w:t>
      </w:r>
      <w:r>
        <w:br/>
      </w:r>
      <w:r>
        <w:rPr>
          <w:sz w:val="20"/>
        </w:rPr>
        <w:t>24:44  pathar marte the, satate the, lekin Rasool Allah sal Allah alayhi wasallam koi jawab nahi dete the, bas apni baat jo paigham pohanchana tha, woh pohanchate the. jab ghar pohnchte the to apne marham patti karte the ji.</w:t>
      </w:r>
      <w:r>
        <w:br/>
      </w:r>
      <w:r>
        <w:rPr>
          <w:sz w:val="20"/>
        </w:rPr>
        <w:t>24:57  to ek din woh marham patti kar rahe the to Fatima choti thi ji, to Fatima rone lagi</w:t>
      </w:r>
      <w:r>
        <w:br/>
      </w:r>
      <w:r>
        <w:rPr>
          <w:sz w:val="20"/>
        </w:rPr>
        <w:t>25:04  ji dekh ke ke yeh takleef. to Prophet ne kaha, "chup raho beti, chup raho, tumhare father ka contact Allah se hai ji." to woh thori chup rahi hoen.</w:t>
      </w:r>
      <w:r>
        <w:br/>
      </w:r>
      <w:r>
        <w:rPr>
          <w:sz w:val="20"/>
        </w:rPr>
        <w:t>25:16  to is tareeqe se bohat hi tarah tarah se sataya, tarah tarah se pareshan kiya.</w:t>
      </w:r>
    </w:p>
    <w:p>
      <w:pPr>
        <w:pStyle w:val="Heading2"/>
      </w:pPr>
      <w:r>
        <w:t>Accountability leads to giving up worldly rights</w:t>
      </w:r>
    </w:p>
    <w:p>
      <w:r>
        <w:rPr>
          <w:color w:val="666666"/>
          <w:sz w:val="18"/>
        </w:rPr>
        <w:t>The Man Quran Builds - Part 2 April 2, 2006 Maulana Wahiduddin Khan · 2m 36s · at 28:56 · https://youtu.be/Cp8_UUv6emI?t=1736</w:t>
      </w:r>
    </w:p>
    <w:p>
      <w:r>
        <w:rPr>
          <w:i/>
        </w:rPr>
        <w:t>“Do sahabi ke beech mein ek jhagda hua ek land ke baare mein”</w:t>
      </w:r>
    </w:p>
    <w:p>
      <w:r>
        <w:rPr>
          <w:sz w:val="20"/>
        </w:rPr>
        <w:t>28:56  do sahabi ke beech mein ek jhagda hua ek land ke bare mein. aap jante hain, kuch zamane mein likha padhi hoti ya nahi hoti thi, jaise aaj kal hoti hai, paper hote hain.</w:t>
      </w:r>
      <w:r>
        <w:br/>
      </w:r>
      <w:r>
        <w:rPr>
          <w:sz w:val="20"/>
        </w:rPr>
        <w:t>29:08  is zamane mein aise paper nahi hote the. to do aadmi claim karne lage ek land ke bare mein ke yeh meri hai, woh kehte hain meri hai.</w:t>
      </w:r>
      <w:r>
        <w:br/>
      </w:r>
      <w:r>
        <w:rPr>
          <w:sz w:val="20"/>
        </w:rPr>
        <w:t>29:21  to dono aadmi rasool Allah ke paas aaye, aap ne kaha ke dekho, paper ki shakal mein to koi documentary proof hai nahi, ab tumhari baat sun kar hi main koi faisla karunga.</w:t>
      </w:r>
      <w:r>
        <w:br/>
      </w:r>
      <w:r>
        <w:rPr>
          <w:sz w:val="20"/>
        </w:rPr>
        <w:t>29:37  lekin ek baat samajh lo ke agar tum mein se kisi baat ka, tum mein se kisi ki baat ko sun kar ke mujhe asar ho jaye, aur us ko main zameen de doon,</w:t>
      </w:r>
      <w:r>
        <w:br/>
      </w:r>
      <w:r>
        <w:rPr>
          <w:sz w:val="20"/>
        </w:rPr>
        <w:t>29:52  halanke zameen us ki nahi hai, yani jo yani real sense mein us ka owner nahi hai, us ko main zameen de doon, due to absence of document,</w:t>
      </w:r>
      <w:r>
        <w:br/>
      </w:r>
      <w:r>
        <w:rPr>
          <w:sz w:val="20"/>
        </w:rPr>
        <w:t>30:06  tab bhi zameen us ki nahi hogi, aur aakhirat mein woh Khuda ke haan pakda jayega. woh to kya hua?</w:t>
      </w:r>
      <w:r>
        <w:br/>
      </w:r>
      <w:r>
        <w:rPr>
          <w:sz w:val="20"/>
        </w:rPr>
        <w:t>30:16  dono ne dono yeh kehne lage: "haqi le akhi haqi le akhi". agar zameen meri ho to maine us ko diya, agar zameen meri ho to maine us ko diya.</w:t>
      </w:r>
      <w:r>
        <w:br/>
      </w:r>
      <w:r>
        <w:rPr>
          <w:sz w:val="20"/>
        </w:rPr>
        <w:t>30:30  yani wohi do aadmi jo pehle lad rahe the ek zameen ke liye, ek land ke liye, ab kya keh rahe hain ke agar zameen meri ho to maine us ko de diya?</w:t>
      </w:r>
      <w:r>
        <w:br/>
      </w:r>
      <w:r>
        <w:rPr>
          <w:sz w:val="20"/>
        </w:rPr>
        <w:t>30:40  kyun? ab masla yeh aa gaya ke ab main day of judgment mein us ka hisab dena hoga.</w:t>
      </w:r>
      <w:r>
        <w:br/>
      </w:r>
      <w:r>
        <w:rPr>
          <w:sz w:val="20"/>
        </w:rPr>
        <w:t>30:49  accountability ka mamla samne aa gaya. yeh hai momin ka character ke jab is ke samne yeh baat aa jaye ke tum accountable ho, Khuda ke haan tumhari pakad hone wali hai,</w:t>
      </w:r>
      <w:r>
        <w:br/>
      </w:r>
      <w:r>
        <w:rPr>
          <w:sz w:val="20"/>
        </w:rPr>
        <w:t>31:03  wahan koi source nahi chalega, wahan koi dhandhli nahi chalegi, to ek dum is ki soch badal jati hai,</w:t>
      </w:r>
      <w:r>
        <w:br/>
      </w:r>
      <w:r>
        <w:rPr>
          <w:sz w:val="20"/>
        </w:rPr>
        <w:t>31:14  bilkul is ki soch badal jati hai. yahan tak ke woh agar is ki apni cheez bhi ja rahi ho kisi shakk ki wajah se, to kehta hai ke chalo bhai, choti si cheez kho dein, aakhirat mein to hum bache rahenge, aakhirat mein hamari pakad nahi hogi.</w:t>
      </w:r>
    </w:p>
    <w:p>
      <w:pPr>
        <w:pStyle w:val="Heading2"/>
      </w:pPr>
      <w:r>
        <w:t>Human test and purpose of prophets</w:t>
      </w:r>
    </w:p>
    <w:p>
      <w:r>
        <w:rPr>
          <w:color w:val="666666"/>
          <w:sz w:val="18"/>
        </w:rPr>
        <w:t>Prophetic Mission in 21st Century I 2 Oct , 2011 - Maulana Wahiduddin Khan · 25s · at 2:24 · https://youtu.be/ioz5Zg87QpI?t=144</w:t>
      </w:r>
    </w:p>
    <w:p>
      <w:r>
        <w:rPr>
          <w:i/>
        </w:rPr>
        <w:t>“Allah placed humans in this world for a test.”</w:t>
      </w:r>
    </w:p>
    <w:p>
      <w:r>
        <w:rPr>
          <w:sz w:val="20"/>
        </w:rPr>
        <w:t>2:24  to allah ta'ala ne insan ko is dunya mein rakha tha test ke liye, yani imtehan ke liye. to yeh batana zaroori tha ke insan ka test kis mamle mein hai.</w:t>
      </w:r>
      <w:r>
        <w:br/>
      </w:r>
      <w:r>
        <w:rPr>
          <w:sz w:val="20"/>
        </w:rPr>
        <w:t>2:40  to isi ko batane ke liye allah ta'ala ne</w:t>
      </w:r>
      <w:r>
        <w:br/>
      </w:r>
      <w:r>
        <w:rPr>
          <w:sz w:val="20"/>
        </w:rPr>
        <w:t>2:43  peghambaron ka silsila shuru kiya.</w:t>
      </w:r>
    </w:p>
    <w:p>
      <w:pPr>
        <w:pStyle w:val="Heading2"/>
      </w:pPr>
      <w:r>
        <w:t>The Hudaybiyyah peace model, from principle to modern example</w:t>
      </w:r>
    </w:p>
    <w:p>
      <w:r>
        <w:rPr>
          <w:color w:val="666666"/>
          <w:sz w:val="18"/>
        </w:rPr>
        <w:t>Prophet of Mercy October 24, 2021 Prof. Farida Khanam · 4m 10s · at 29:11 · https://youtu.be/qIOdAqzWhNI?t=1751</w:t>
      </w:r>
    </w:p>
    <w:p>
      <w:r>
        <w:rPr>
          <w:i/>
        </w:rPr>
        <w:t>“صلح کا وہ concept ہے جو ہمیشہ applicable رہے گا۔”</w:t>
      </w:r>
    </w:p>
    <w:p>
      <w:r>
        <w:rPr>
          <w:sz w:val="20"/>
        </w:rPr>
        <w:t>29:11  miss shahnaz lahore, what is the hudaybiya model of peace? is it applicable today? dekhen, is sulah ka jo aik aisa concept hai ke hamesha applicable hi rahay ga, chahe woh ghar ho ya bahar ho.</w:t>
      </w:r>
      <w:r>
        <w:br/>
      </w:r>
      <w:r>
        <w:rPr>
          <w:sz w:val="20"/>
        </w:rPr>
        <w:t>29:31  kyun ke lar kar aadmi ziyada dair tak survive nahi kar sakta hai. to sulah jo hai quran shareef mein aaya hai: "al-sulhu khayr, reconciliation is the best".</w:t>
      </w:r>
      <w:r>
        <w:br/>
      </w:r>
      <w:r>
        <w:rPr>
          <w:sz w:val="20"/>
        </w:rPr>
        <w:t>29:46  to sulah ke zariye se hi aap har kaam kar sakte hain. aur isi mein dunya ki taraqqi hai, isi mein apni taraqqi hai, isi mein intellectual development hai.</w:t>
      </w:r>
      <w:r>
        <w:br/>
      </w:r>
      <w:r>
        <w:rPr>
          <w:sz w:val="20"/>
        </w:rPr>
        <w:t>29:58  to rasool allah salallaho alaihi wasallam ne jo khaas baat batai woh yeh hai ke sulah yak tarafah tor par, sulah without any preconditions, sulah hudaybiya mein aap ne tamam sharaait ko manzoor kar liya.</w:t>
      </w:r>
      <w:r>
        <w:br/>
      </w:r>
      <w:r>
        <w:rPr>
          <w:sz w:val="20"/>
        </w:rPr>
        <w:t>30:13  aaj log sulah nahi kar pa rahe hain kyun ke koi shart ko, enemy ki shart ko, doosri party ki shart ko woh qabool karne ko tayyar nahi hotay.</w:t>
      </w:r>
      <w:r>
        <w:br/>
      </w:r>
      <w:r>
        <w:rPr>
          <w:sz w:val="20"/>
        </w:rPr>
        <w:t>30:24  to isi wajah se aa sulah kar hi nahi paate. aur bari bari jangain jo hain isi wajah se ho rahi hain. agar woh sulah kar letay to saari jangon ko, jangon ko avoid kar saktay thay.</w:t>
      </w:r>
      <w:r>
        <w:br/>
      </w:r>
      <w:r>
        <w:rPr>
          <w:sz w:val="20"/>
        </w:rPr>
        <w:t>30:35  jang se kuch nahi hota siwaye barbadi ke. jo is ko prick victory kaha jata hai woh aaj bhi woh baray ziyada baray paimaanay par prick victory hoti hai.</w:t>
      </w:r>
      <w:r>
        <w:br/>
      </w:r>
      <w:r>
        <w:rPr>
          <w:sz w:val="20"/>
        </w:rPr>
        <w:t>30:46  yaani do tarafah tabahi. to aik to negativity aik dam prevail karti hai. har aadmi negative ho jata hai. aur doosray yeh ke resources ki barbadi hoti hai.</w:t>
      </w:r>
      <w:r>
        <w:br/>
      </w:r>
      <w:r>
        <w:rPr>
          <w:sz w:val="20"/>
        </w:rPr>
        <w:t>30:57  to humain har halat mein aa sulah karni hai. is mein zamanay se koi talluq nahi hai. yeh har zamanay mein itna hi relevant hai jitna pehle thi, itna aaj bhi woh relevant hai.</w:t>
      </w:r>
      <w:r>
        <w:br/>
      </w:r>
      <w:r>
        <w:rPr>
          <w:sz w:val="20"/>
        </w:rPr>
        <w:t>31:15  papa is par aik cheez mujhe poochna hai. woh yeh hai ke aaj kal kehtay hain peace with justice. to kya yeh cheez possible hai?</w:t>
      </w:r>
      <w:r>
        <w:br/>
      </w:r>
      <w:r>
        <w:rPr>
          <w:sz w:val="20"/>
        </w:rPr>
        <w:t>31:25  nahi, peace with justice nahi possible hai kyun ke aa jab aap sulah kar len gay, peace ko hasil kar len gay, phir us ke baad aap ko kaam karna paray ga society mein.</w:t>
      </w:r>
      <w:r>
        <w:br/>
      </w:r>
      <w:r>
        <w:rPr>
          <w:sz w:val="20"/>
        </w:rPr>
        <w:t>31:38  jab aap kaam karen gay tab aap ko khud ba khud justice mil jaye ga. aap japan ki misaal le lijiye, aap kahin ki bhi misaal le lijiye. to unhon ne bas peace yak tarafah sharaait par peace kar liya america se.</w:t>
      </w:r>
      <w:r>
        <w:br/>
      </w:r>
      <w:r>
        <w:rPr>
          <w:sz w:val="20"/>
        </w:rPr>
        <w:t>31:51  is ke baad unhon ne mehnat ki education ke level par, business ke level par. zabardast mehnat ki aur tees saal mein unhon ne sab kuch hasil kar liya.</w:t>
      </w:r>
      <w:r>
        <w:br/>
      </w:r>
      <w:r>
        <w:rPr>
          <w:sz w:val="20"/>
        </w:rPr>
        <w:t>32:01  agar woh kehte ke hamein hamein is hum sulah hi tabhi karenge jab hamein justice milega to unhein kuch bhi na milta. jaise musalman kar rahe hain har jagah ke hum justice ke sath sulah karenge to unhein kuch bhi nahi mil raha hai.</w:t>
      </w:r>
      <w:r>
        <w:br/>
      </w:r>
      <w:r>
        <w:rPr>
          <w:sz w:val="20"/>
        </w:rPr>
        <w:t>32:15  aur aaj so baras ho gaye hain ladte ladte kuch nahi mila. na falasteen ko kuch mila, na kisi aur mulk ko kuch mila. lekin japan ki misalein aur doosri countries ki misalein unhon ne sulah without any condition kar li aur sab kuch hasil kar liya.</w:t>
      </w:r>
      <w:r>
        <w:br/>
      </w:r>
      <w:r>
        <w:rPr>
          <w:sz w:val="20"/>
        </w:rPr>
        <w:t>32:34  mujhe yaad aata hai apa ke rasool Allah sallallahu alaihi wasallam jab hudaybiyah ke maqam par pahunche the to aap ne yeh kaha tha ke Allah ki qasam mujh se woh koi bhi aisi cheez mangenge jis ke zariye se Allah ki hurmat wali cheezon ki ta'zeem hogi to main zaroor us ko doonga.</w:t>
      </w:r>
      <w:r>
        <w:br/>
      </w:r>
      <w:r>
        <w:rPr>
          <w:sz w:val="20"/>
        </w:rPr>
        <w:t>32:54  yeh sahih al bukhari, muslim wagairah mein yeh hadith hai. to Allah ki hurmat ka matlab aaj ki zaban mein agar keh sakte hain ke jo bhi cheez jis se mawaqe khulenge, aapas mein milna julna hoga, peace badhega, hum zaroor us ko denge.</w:t>
      </w:r>
      <w:r>
        <w:br/>
      </w:r>
      <w:r>
        <w:rPr>
          <w:sz w:val="20"/>
        </w:rPr>
        <w:t>33:09  to yeh aa rasool Allah ka kehna main samajhta hoon bohat aham hai ke sirf peace aana chahiye pehle.</w:t>
      </w:r>
    </w:p>
    <w:p>
      <w:pPr>
        <w:pStyle w:val="Heading2"/>
      </w:pPr>
      <w:r>
        <w:t>God-fearing linked to good behavior</w:t>
      </w:r>
    </w:p>
    <w:p>
      <w:r>
        <w:rPr>
          <w:color w:val="666666"/>
          <w:sz w:val="18"/>
        </w:rPr>
        <w:t>Morality In Islam | 26th May 07 · 30s · at 38:44 · https://youtu.be/9EiP6aXv1sE?t=2324</w:t>
      </w:r>
    </w:p>
    <w:p>
      <w:r>
        <w:rPr>
          <w:i/>
        </w:rPr>
        <w:t>“So here you can see that God-fearing is linked”</w:t>
      </w:r>
    </w:p>
    <w:p>
      <w:r>
        <w:rPr>
          <w:sz w:val="20"/>
        </w:rPr>
        <w:t>38:44  So here you can see that God fearing is linked with with good behavior. So Islam provides a strong incentive, a strong motivation in favor of good conduct towards other people.</w:t>
      </w:r>
    </w:p>
    <w:p>
      <w:pPr>
        <w:pStyle w:val="Heading2"/>
      </w:pPr>
      <w:r>
        <w:t>Being born Muslim doesn't guarantee paradise, dawah does</w:t>
      </w:r>
    </w:p>
    <w:p>
      <w:r>
        <w:rPr>
          <w:color w:val="666666"/>
          <w:sz w:val="18"/>
        </w:rPr>
        <w:t>Life of the Prophet of Islam March 22, 2009 · 24s · at 56:50 · https://youtu.be/tCdQ0G7ralM?t=3410</w:t>
      </w:r>
    </w:p>
    <w:p>
      <w:r>
        <w:rPr>
          <w:i/>
        </w:rPr>
        <w:t>“امت محمدی کا فرد ہونے سے جنت نہیں پکی ہوتی”</w:t>
      </w:r>
    </w:p>
    <w:p>
      <w:r>
        <w:rPr>
          <w:sz w:val="20"/>
        </w:rPr>
        <w:t>56:50  dekhiye, yaad rakhiye, Ummat-e-Muhammadi ka fard hone se jannat nahi pakki hoti hai, dawah karne se pakki hoti hai.</w:t>
      </w:r>
      <w:r>
        <w:br/>
      </w:r>
      <w:r>
        <w:rPr>
          <w:sz w:val="20"/>
        </w:rPr>
        <w:t>57:01  yeh Muhammad Salallahu Alaihi Wasallam ka jo namuna chhora hai, aap ne is namune par chalne se jannat pakki hoti hai. yeh koi accident of birth ka mamla nahi hai.</w:t>
      </w:r>
    </w:p>
    <w:p>
      <w:pPr>
        <w:pStyle w:val="Heading2"/>
      </w:pPr>
      <w:r>
        <w:t>hating any human being is forbidden</w:t>
      </w:r>
    </w:p>
    <w:p>
      <w:r>
        <w:rPr>
          <w:color w:val="666666"/>
          <w:sz w:val="18"/>
        </w:rPr>
        <w:t>Importance of Creative Thinking December 11, 2011 · 39s · at 1:25:27 · https://youtu.be/jfML9Arb0S4?t=5127</w:t>
      </w:r>
    </w:p>
    <w:p>
      <w:r>
        <w:rPr>
          <w:i/>
        </w:rPr>
        <w:t>“Main kisi bhi insan se nafrat, yahoodi se nafrat karna haram hai”</w:t>
      </w:r>
    </w:p>
    <w:p>
      <w:r>
        <w:rPr>
          <w:sz w:val="20"/>
        </w:rPr>
        <w:t>1:25:27  insan se nafrat nahi kar sakte aap. main kisi bhi insan se nafrat, Yahudi se nafrat karna haram hai. nafrat haq nahi hai aap ko nafrat karne ka.</w:t>
      </w:r>
      <w:r>
        <w:br/>
      </w:r>
      <w:r>
        <w:rPr>
          <w:sz w:val="20"/>
        </w:rPr>
        <w:t>1:25:38  hadith mein aata hai ke "la takoon umata" yeh matlab woh nafrat karta ho to bhi nafrat karo. woh zulm karta ho to us ko nafrat karne lago.</w:t>
      </w:r>
      <w:r>
        <w:br/>
      </w:r>
      <w:r>
        <w:rPr>
          <w:sz w:val="20"/>
        </w:rPr>
        <w:t>1:25:46  yeh islam mein jaiz hi nahi hai. na hindu se, na eesai se, na american se, na yahoodi se aap nafrat nahi kar sakte. aap ko agar koi ikhtilaf hai to aap daleel se apni baat kahiye.</w:t>
      </w:r>
      <w:r>
        <w:br/>
      </w:r>
      <w:r>
        <w:rPr>
          <w:sz w:val="20"/>
        </w:rPr>
        <w:t>1:26:01  nafrat ka haq nahi hai aap ko.</w:t>
      </w:r>
    </w:p>
    <w:p>
      <w:pPr>
        <w:pStyle w:val="Heading2"/>
      </w:pPr>
      <w:r>
        <w:t>After the first revelation, an interfaith dialogue</w:t>
      </w:r>
    </w:p>
    <w:p>
      <w:r>
        <w:rPr>
          <w:color w:val="666666"/>
          <w:sz w:val="18"/>
        </w:rPr>
        <w:t>The Concept of Harmony in Islam July 20, 2007 · 2m 40s · at 9:04 · https://youtu.be/L2_iLI2vcP0?t=544</w:t>
      </w:r>
    </w:p>
    <w:p>
      <w:r>
        <w:rPr>
          <w:i/>
        </w:rPr>
        <w:t>“After receiving this revelation, he returned to his home.”</w:t>
      </w:r>
    </w:p>
    <w:p>
      <w:r>
        <w:rPr>
          <w:sz w:val="20"/>
        </w:rPr>
        <w:t>9:04  at the time he was in a cave, cave of hira. so after receiving this revelation, he returned to his home.</w:t>
      </w:r>
      <w:r>
        <w:br/>
      </w:r>
      <w:r>
        <w:rPr>
          <w:sz w:val="20"/>
        </w:rPr>
        <w:t>9:18  his wife khadijah was there</w:t>
      </w:r>
      <w:r>
        <w:br/>
      </w:r>
      <w:r>
        <w:rPr>
          <w:sz w:val="20"/>
        </w:rPr>
        <w:t>9:22  . so prophet, so the prophet was, was feeling great responsibility.</w:t>
      </w:r>
      <w:r>
        <w:br/>
      </w:r>
      <w:r>
        <w:rPr>
          <w:sz w:val="20"/>
        </w:rPr>
        <w:t>9:34  great responsibility. khadijah said, "you can rest here in the bed," but the prophet said, "o khadijah, how i can take rest</w:t>
      </w:r>
      <w:r>
        <w:br/>
      </w:r>
      <w:r>
        <w:rPr>
          <w:sz w:val="20"/>
        </w:rPr>
        <w:t>9:51  ? and god has given me such a great responsibility." so khadijah, the first meeting after the, after he was appointed as a prophet, was with a christian.</w:t>
      </w:r>
      <w:r>
        <w:br/>
      </w:r>
      <w:r>
        <w:rPr>
          <w:sz w:val="20"/>
        </w:rPr>
        <w:t>10:10  khadijah took him to a christian scholar. he was warqa bin naufal.</w:t>
      </w:r>
      <w:r>
        <w:br/>
      </w:r>
      <w:r>
        <w:rPr>
          <w:sz w:val="20"/>
        </w:rPr>
        <w:t>10:23  so the prophet directed the story happened in the, in the, in the cave of hira.</w:t>
      </w:r>
      <w:r>
        <w:br/>
      </w:r>
      <w:r>
        <w:rPr>
          <w:sz w:val="20"/>
        </w:rPr>
        <w:t>10:34  and was very nice meeting. so there are some details in the books about this meeting. at present, i can say that this was an interaction between islam and christianity.</w:t>
      </w:r>
      <w:r>
        <w:br/>
      </w:r>
      <w:r>
        <w:rPr>
          <w:sz w:val="20"/>
        </w:rPr>
        <w:t>10:51  interaction</w:t>
      </w:r>
      <w:r>
        <w:br/>
      </w:r>
      <w:r>
        <w:rPr>
          <w:sz w:val="20"/>
        </w:rPr>
        <w:t>10:53  . it was an interaction, a dialogue. so dialogue and interaction is directly phenomena of harmony.</w:t>
      </w:r>
      <w:r>
        <w:br/>
      </w:r>
      <w:r>
        <w:rPr>
          <w:sz w:val="20"/>
        </w:rPr>
        <w:t>11:05  peaceful dialogue, peaceful interaction is a phenomena of harmony. this was the first instance in the islamic history, which happened in makkah.</w:t>
      </w:r>
      <w:r>
        <w:br/>
      </w:r>
      <w:r>
        <w:rPr>
          <w:sz w:val="20"/>
        </w:rPr>
        <w:t>11:19  when prophet met warqa bin naufal, he interacted. he, he, there was a dialogue between the two persons.</w:t>
      </w:r>
      <w:r>
        <w:br/>
      </w:r>
      <w:r>
        <w:rPr>
          <w:sz w:val="20"/>
        </w:rPr>
        <w:t>11:35  so it was an example of harmony. very good example</w:t>
      </w:r>
    </w:p>
    <w:p>
      <w:pPr>
        <w:pStyle w:val="Heading2"/>
      </w:pPr>
      <w:r>
        <w:t>Build ideological not architectural empire</w:t>
      </w:r>
    </w:p>
    <w:p>
      <w:r>
        <w:rPr>
          <w:color w:val="666666"/>
          <w:sz w:val="18"/>
        </w:rPr>
        <w:t>Safety First January 21, 2007 · 2m 52s · at 6:49 · https://youtu.be/izaGKxVnt-Y?t=409</w:t>
      </w:r>
    </w:p>
    <w:p>
      <w:r>
        <w:rPr>
          <w:i/>
        </w:rPr>
        <w:t>“I went to a religious center with a grand building.”</w:t>
      </w:r>
    </w:p>
    <w:p>
      <w:r>
        <w:rPr>
          <w:sz w:val="20"/>
        </w:rPr>
        <w:t>6:49  to main samajhta hoon ke ye baat hai sochne ki. abhi main ek center mein gaya, ek mazhabi center mein.</w:t>
      </w:r>
      <w:r>
        <w:br/>
      </w:r>
      <w:r>
        <w:rPr>
          <w:sz w:val="20"/>
        </w:rPr>
        <w:t>7:01  to wahan par kya tha ek bari shandar imarat bani hui thi. bilkul yaani bohat hi chamakti hui imarat aur bohat hi jadeed tareeqe se thi wo.</w:t>
      </w:r>
      <w:r>
        <w:br/>
      </w:r>
      <w:r>
        <w:rPr>
          <w:sz w:val="20"/>
        </w:rPr>
        <w:t>7:14  to wahan par in logon ne bataya ke das saal pehle yahan kya tha hamare paas zameen to thi zameen lekin ye imarat nahin thi, ek khandar tha.</w:t>
      </w:r>
      <w:r>
        <w:br/>
      </w:r>
      <w:r>
        <w:rPr>
          <w:sz w:val="20"/>
        </w:rPr>
        <w:t>7:30  zameen to kafi thi lekin imarat ke naam se sirf ek khandar tha. to ek sahib jo wahan maujood the jo paise wale hain kafi ameer aadmi hain wo aaye is mein.</w:t>
      </w:r>
      <w:r>
        <w:br/>
      </w:r>
      <w:r>
        <w:rPr>
          <w:sz w:val="20"/>
        </w:rPr>
        <w:t>7:47  aur un ko logon ne ek acha is mein ek uhda de diya. to log kehte the ke hamare paas paisa nahin hai aur dekhen kya ho ga ye ho ga.</w:t>
      </w:r>
      <w:r>
        <w:br/>
      </w:r>
      <w:r>
        <w:rPr>
          <w:sz w:val="20"/>
        </w:rPr>
        <w:t>7:58  is aadmi ne kaha us waqt yaani das saal pehle</w:t>
      </w:r>
      <w:r>
        <w:br/>
      </w:r>
      <w:r>
        <w:rPr>
          <w:sz w:val="20"/>
        </w:rPr>
        <w:t>8:07  i will jhonk my self</w:t>
      </w:r>
      <w:r>
        <w:br/>
      </w:r>
      <w:r>
        <w:rPr>
          <w:sz w:val="20"/>
        </w:rPr>
        <w:t>8:13  ye un ki baat thi. I think I will join myself to to build</w:t>
      </w:r>
      <w:r>
        <w:br/>
      </w:r>
      <w:r>
        <w:rPr>
          <w:sz w:val="20"/>
        </w:rPr>
        <w:t>8:29  aah aah jadeed mahal yahan.</w:t>
      </w:r>
      <w:r>
        <w:br/>
      </w:r>
      <w:r>
        <w:rPr>
          <w:sz w:val="20"/>
        </w:rPr>
        <w:t>8:36  yaani ye jo wo jo wo jo khandar tha unhon ne kaha ke aap pareshan na hon is khandar ko main ek mahal bana kar rahoon ga. ek shandar imarat yahan khari karoon ga.</w:t>
      </w:r>
      <w:r>
        <w:br/>
      </w:r>
      <w:r>
        <w:rPr>
          <w:sz w:val="20"/>
        </w:rPr>
        <w:t>8:47  to waqeatan wahan ek shandar imarat aaj khari hui thi. apne paas se unhon ne pachas lakh rupiya kharch kar diya. zameen to thi aur aaj wahan bohat hi shandar imarat khari hui hai.</w:t>
      </w:r>
      <w:r>
        <w:br/>
      </w:r>
      <w:r>
        <w:rPr>
          <w:sz w:val="20"/>
        </w:rPr>
        <w:t>9:00  to main us ko dekh kar ke phir hum log hamari team ke bhi kai log the un se baat karne lagay. to main ne paya ke wo log jo hain imarat ki baat to khoob karna jante the wo.</w:t>
      </w:r>
      <w:r>
        <w:br/>
      </w:r>
      <w:r>
        <w:rPr>
          <w:sz w:val="20"/>
        </w:rPr>
        <w:t>9:14  lekin ideology ki baat ke muamle mein wo bilkul zero the. ideology ke muamle mein kuch un ke paas kehne ko nahin tha. balke samajhne ko bhi nahin tha.</w:t>
      </w:r>
      <w:r>
        <w:br/>
      </w:r>
      <w:r>
        <w:rPr>
          <w:sz w:val="20"/>
        </w:rPr>
        <w:t>9:28  to main ne apne sathiyon se kaha ke dekhiye yahan in logon ne ek ma'mari saltanat banaya hai. aap ko ek ideological saltanat banana hai.</w:t>
      </w:r>
    </w:p>
    <w:p>
      <w:pPr>
        <w:pStyle w:val="Heading2"/>
      </w:pPr>
      <w:r>
        <w:t>First revelation: 'Rise and warn' — life as a test</w:t>
      </w:r>
    </w:p>
    <w:p>
      <w:r>
        <w:rPr>
          <w:color w:val="666666"/>
          <w:sz w:val="18"/>
        </w:rPr>
        <w:t>Life of the Prophet of Islam March 22, 2009 · 1m 26s · at 5:53 · https://youtu.be/tCdQ0G7ralM?t=353</w:t>
      </w:r>
    </w:p>
    <w:p>
      <w:r>
        <w:rPr>
          <w:i/>
        </w:rPr>
        <w:t>“قم فاندر، یعنی جاؤ اور لوگوں کو وارننگ دے دو”</w:t>
      </w:r>
    </w:p>
    <w:p>
      <w:r>
        <w:rPr>
          <w:sz w:val="20"/>
        </w:rPr>
        <w:t>5:53  ab dekhiye ke rasool allah salallaho alaihi wasallam ko jab 610 isvi mein paighambari mili to usi waqt khuda ne pehli din aap ko yeh bataya ke qoom fa anzir.</w:t>
      </w:r>
      <w:r>
        <w:br/>
      </w:r>
      <w:r>
        <w:rPr>
          <w:sz w:val="20"/>
        </w:rPr>
        <w:t>6:09  yani jao aur logon ko warning de do. warning and good tidings.</w:t>
      </w:r>
      <w:r>
        <w:br/>
      </w:r>
      <w:r>
        <w:rPr>
          <w:sz w:val="20"/>
        </w:rPr>
        <w:t>6:19  yani zindagi ke baray mein batao ke zindagi kya hai.</w:t>
      </w:r>
      <w:r>
        <w:br/>
      </w:r>
      <w:r>
        <w:rPr>
          <w:sz w:val="20"/>
        </w:rPr>
        <w:t>6:24  zindagi aik test hai. yeh duniya mein jo hum hain to test ke liye hain. is test par humein maut ke baad yani post death period mein ya to hell mein jana hai ya ya paradise mein jana hai.</w:t>
      </w:r>
      <w:r>
        <w:br/>
      </w:r>
      <w:r>
        <w:rPr>
          <w:sz w:val="20"/>
        </w:rPr>
        <w:t>6:43  yeh sari baatein hain jis ko ke mein kehta hoon ke creation plan of god. is se logon ko agah kar do.</w:t>
      </w:r>
      <w:r>
        <w:br/>
      </w:r>
      <w:r>
        <w:rPr>
          <w:sz w:val="20"/>
        </w:rPr>
        <w:t>6:55  isi ko kaha jata hai inzar o tasfeer. to aap dekhiye ke paighambar hotay hi aap ko yeh mission diya gaya.</w:t>
      </w:r>
      <w:r>
        <w:br/>
      </w:r>
      <w:r>
        <w:rPr>
          <w:sz w:val="20"/>
        </w:rPr>
        <w:t>7:06  yani yani word badal kar aap kahein to yeh kahein ke mission aap ka yeh tha ke aap creation plan of god jo hai us se logon ko ba khabar kar dein.</w:t>
      </w:r>
    </w:p>
    <w:p>
      <w:pPr>
        <w:pStyle w:val="Heading2"/>
      </w:pPr>
      <w:r>
        <w:t>Clue of universe harmony explained by free will</w:t>
      </w:r>
    </w:p>
    <w:p>
      <w:r>
        <w:rPr>
          <w:color w:val="666666"/>
          <w:sz w:val="18"/>
        </w:rPr>
        <w:t>Lesson from Prophet's Life April 23, 2006 · 4m 28s · at 5:25 · https://youtu.be/pziIdVaJxXo?t=325</w:t>
      </w:r>
    </w:p>
    <w:p>
      <w:r>
        <w:rPr>
          <w:i/>
        </w:rPr>
        <w:t>“Yeh jo difference hai, yeh ek bohat bada sign hai.”</w:t>
      </w:r>
    </w:p>
    <w:p>
      <w:r>
        <w:rPr>
          <w:sz w:val="20"/>
        </w:rPr>
        <w:t>5:25  yeh jo difference hai, yeh aik bohat bara sign hai, S I G N, Khuda ka.</w:t>
      </w:r>
      <w:r>
        <w:br/>
      </w:r>
      <w:r>
        <w:rPr>
          <w:sz w:val="20"/>
        </w:rPr>
        <w:t>5:38  yeh sochne ki baat hai keh kyun itne bare universe mein numerous bodies har waqt chal rahe hain, daud rahe hain, bohat hi tez speed ke sath, inmein koi takraon nahin.</w:t>
      </w:r>
      <w:r>
        <w:br/>
      </w:r>
      <w:r>
        <w:rPr>
          <w:sz w:val="20"/>
        </w:rPr>
        <w:t>5:53  aur tiny earth par itna takraon,</w:t>
      </w:r>
      <w:r>
        <w:br/>
      </w:r>
      <w:r>
        <w:rPr>
          <w:sz w:val="20"/>
        </w:rPr>
        <w:t>6:00  yeh difference sochne ki taraf bulatata hai hum ko.</w:t>
      </w:r>
      <w:r>
        <w:br/>
      </w:r>
      <w:r>
        <w:rPr>
          <w:sz w:val="20"/>
        </w:rPr>
        <w:t>6:05  isi tarah se dekhiye keh</w:t>
      </w:r>
      <w:r>
        <w:br/>
      </w:r>
      <w:r>
        <w:rPr>
          <w:sz w:val="20"/>
        </w:rPr>
        <w:t>6:13  to yeh baat bohat sochne ki hai.</w:t>
      </w:r>
      <w:r>
        <w:br/>
      </w:r>
      <w:r>
        <w:rPr>
          <w:sz w:val="20"/>
        </w:rPr>
        <w:t>6:17  aap jantay hain keh science mein kya hota hai?</w:t>
      </w:r>
      <w:r>
        <w:br/>
      </w:r>
      <w:r>
        <w:rPr>
          <w:sz w:val="20"/>
        </w:rPr>
        <w:t>6:21  science mein yeh hota hai keh jab bhi aisi koi cheez janne mein aati hai</w:t>
      </w:r>
      <w:r>
        <w:br/>
      </w:r>
      <w:r>
        <w:rPr>
          <w:sz w:val="20"/>
        </w:rPr>
        <w:t>6:31  jo aap ke andar doubt create kare keh why this difference, yeh aik doubt create hota hai usko dekh kar keh itni bari universe million billion years se barabar chal rahi hai aur wahan koi takraon nahin.</w:t>
      </w:r>
      <w:r>
        <w:br/>
      </w:r>
      <w:r>
        <w:rPr>
          <w:sz w:val="20"/>
        </w:rPr>
        <w:t>6:47  aur choti zameen par itna takraon, itna takraon.</w:t>
      </w:r>
      <w:r>
        <w:br/>
      </w:r>
      <w:r>
        <w:rPr>
          <w:sz w:val="20"/>
        </w:rPr>
        <w:t>6:51  to this difference creates a question, doubts.</w:t>
      </w:r>
      <w:r>
        <w:br/>
      </w:r>
      <w:r>
        <w:rPr>
          <w:sz w:val="20"/>
        </w:rPr>
        <w:t>6:59  aap jantay hain keh science mein yeh hota hai. science kaise develop karti hai?</w:t>
      </w:r>
      <w:r>
        <w:br/>
      </w:r>
      <w:r>
        <w:rPr>
          <w:sz w:val="20"/>
        </w:rPr>
        <w:t>7:09  science is tarah develop karti hai keh koi aik doubtful cheez samne aati hai.</w:t>
      </w:r>
      <w:r>
        <w:br/>
      </w:r>
      <w:r>
        <w:rPr>
          <w:sz w:val="20"/>
        </w:rPr>
        <w:t>7:17  usi ko le kar aik kitab likhi gayi hai, aik scientist ne likha hai "Will to Doubt"</w:t>
      </w:r>
      <w:r>
        <w:br/>
      </w:r>
      <w:r>
        <w:rPr>
          <w:sz w:val="20"/>
        </w:rPr>
        <w:t>7:26  keh jab doubt aata hai scientist ke mind mein, tab aik nayi duniya discover hoti hai. kyunke woh doubt kya hota hai? woh doubt aik clue hota hai, C L U E, aik clue.</w:t>
      </w:r>
      <w:r>
        <w:br/>
      </w:r>
      <w:r>
        <w:rPr>
          <w:sz w:val="20"/>
        </w:rPr>
        <w:t>7:40  har aesa difference, har aesa doubt ek clue hai.</w:t>
      </w:r>
      <w:r>
        <w:br/>
      </w:r>
      <w:r>
        <w:rPr>
          <w:sz w:val="20"/>
        </w:rPr>
        <w:t>7:44  is clue se chal kar ke, is clue ko le kar ke sochte sochte</w:t>
      </w:r>
      <w:r>
        <w:br/>
      </w:r>
      <w:r>
        <w:rPr>
          <w:sz w:val="20"/>
        </w:rPr>
        <w:t>7:55  scientist ek bahut badi sachai tak pahunchta hai.</w:t>
      </w:r>
      <w:r>
        <w:br/>
      </w:r>
      <w:r>
        <w:rPr>
          <w:sz w:val="20"/>
        </w:rPr>
        <w:t>8:03  to yeh kya wajah hai ke yeh baat aati hai lekin koi sochta nahi is par?</w:t>
      </w:r>
      <w:r>
        <w:br/>
      </w:r>
      <w:r>
        <w:rPr>
          <w:sz w:val="20"/>
        </w:rPr>
        <w:t>8:14  yani wohi insan jo doosre clue jo milte hain duniya mein, us ko le kar khoob sochta hai aur badi badi discoveries tak pahunchta hai.</w:t>
      </w:r>
      <w:r>
        <w:br/>
      </w:r>
      <w:r>
        <w:rPr>
          <w:sz w:val="20"/>
        </w:rPr>
        <w:t>8:28  lekin is tarah ke jo differences hain, jo ek clue dete hain hum ko, is clue ko le kar koi sochta nahi.</w:t>
      </w:r>
      <w:r>
        <w:br/>
      </w:r>
      <w:r>
        <w:rPr>
          <w:sz w:val="20"/>
        </w:rPr>
        <w:t>8:42  yeh bahut zyada sochne ki baat hai. Isi tarah se main ek aur baat aapse kehta hoon ke woh insan jis ne is clue ko le kar ke socha aur Khuda ki madad se us ne insan ko bataya kyun aesa hai,</w:t>
      </w:r>
      <w:r>
        <w:br/>
      </w:r>
      <w:r>
        <w:rPr>
          <w:sz w:val="20"/>
        </w:rPr>
        <w:t>9:00  us ne bataya ke rest of the universe jo hai, woh direct Khuda ke control mein hai. Lekin insan ko Khuda ne aazad kar diya hai.</w:t>
      </w:r>
      <w:r>
        <w:br/>
      </w:r>
      <w:r>
        <w:rPr>
          <w:sz w:val="20"/>
        </w:rPr>
        <w:t>9:09  kyun? Insan ka test liya ja raha hai.</w:t>
      </w:r>
      <w:r>
        <w:br/>
      </w:r>
      <w:r>
        <w:rPr>
          <w:sz w:val="20"/>
        </w:rPr>
        <w:t>9:14  stars ka koi test nahi, planets ka koi test nahi, solar system ka koi test nahi. Is liye woh direct taur par Khuda ke control mein hai, direct taur par.</w:t>
      </w:r>
      <w:r>
        <w:br/>
      </w:r>
      <w:r>
        <w:rPr>
          <w:sz w:val="20"/>
        </w:rPr>
        <w:t>9:27  lekin Khuda ne insan ke liye, Khuda ke liye, insan ke liye Khuda ka jo creation plan hai, woh base karta hai test par.</w:t>
      </w:r>
      <w:r>
        <w:br/>
      </w:r>
      <w:r>
        <w:rPr>
          <w:sz w:val="20"/>
        </w:rPr>
        <w:t>9:37  aur test aap jante hain ke baghair freedom ke nahi ho sakta.</w:t>
      </w:r>
      <w:r>
        <w:br/>
      </w:r>
      <w:r>
        <w:rPr>
          <w:sz w:val="20"/>
        </w:rPr>
        <w:t>9:43  to phir apne bataya ke is difference ka jo reason hai, woh yeh hai ke rest of the universe jo hai, woh test par nahi hai. Insan test par hai.</w:t>
      </w:r>
    </w:p>
    <w:p>
      <w:pPr>
        <w:pStyle w:val="Heading2"/>
      </w:pPr>
      <w:r>
        <w:t>Why the Israelites wandered the desert for forty years</w:t>
      </w:r>
    </w:p>
    <w:p>
      <w:r>
        <w:rPr>
          <w:color w:val="666666"/>
          <w:sz w:val="18"/>
        </w:rPr>
        <w:t>Importance of Travel in Religion July 28, 2024 · 1m 42s · at 18:04 · https://youtu.be/a5tfBcUSYXc?t=1084</w:t>
      </w:r>
    </w:p>
    <w:p>
      <w:r>
        <w:rPr>
          <w:i/>
        </w:rPr>
        <w:t>“They told Moses: you and your God go fight, we'll watch.”</w:t>
      </w:r>
    </w:p>
    <w:p>
      <w:r>
        <w:rPr>
          <w:sz w:val="20"/>
        </w:rPr>
        <w:t>18:04  phir finally unhon ne adhi raat ko ab Bani Israel ki qaum ko le kar ke woh nikal gaye. phir woh chaalees saal desert mein rahay.</w:t>
      </w:r>
      <w:r>
        <w:br/>
      </w:r>
      <w:r>
        <w:rPr>
          <w:sz w:val="20"/>
        </w:rPr>
        <w:t>18:13  kyun ke Bani Israel jo qaum thi na, woh bohat bigad gayi thi. is ke andar courage nahi thi,</w:t>
      </w:r>
      <w:r>
        <w:br/>
      </w:r>
      <w:r>
        <w:rPr>
          <w:sz w:val="20"/>
        </w:rPr>
        <w:t>18:19  is ke andar hukum maanne ki salahiyat nahi thi. to woh bohat ziyada bigri hui qaum thi. to Hazrat Ismail ko Allah taala ne poora Arab ka ilaqa diya kaam karne ke liye.</w:t>
      </w:r>
      <w:r>
        <w:br/>
      </w:r>
      <w:r>
        <w:rPr>
          <w:sz w:val="20"/>
        </w:rPr>
        <w:t>18:33  aur Ismail Israel ko woh jo Falasteen aur jo Falasteen ka poora ilaqa hai, woh diya. to isi ko yeh log promised land keh</w:t>
      </w:r>
      <w:r>
        <w:br/>
      </w:r>
      <w:r>
        <w:rPr>
          <w:sz w:val="20"/>
        </w:rPr>
        <w:t>18:44  tay hain. lekin promised land ko ja ke thori is mein jang involve thi. to yeh log chunke itne ziyada dab chuke thay Firon ke under mein ke un ki himmat nahi thi ke ja ke jang karein.</w:t>
      </w:r>
      <w:r>
        <w:br/>
      </w:r>
      <w:r>
        <w:rPr>
          <w:sz w:val="20"/>
        </w:rPr>
        <w:t>18:57  to unhon ne kaha ke nahi, tum jao. Hazrat Musa se kaha, "tum jao aur tumhara Khuda jaaye, tum ja ke un se lado, hum to yahin baith ke tamasha dekhenge." to himmat nahi thi.</w:t>
      </w:r>
      <w:r>
        <w:br/>
      </w:r>
      <w:r>
        <w:rPr>
          <w:sz w:val="20"/>
        </w:rPr>
        <w:t>19:08  is wajah se chaalees saal lag gaye un</w:t>
      </w:r>
      <w:r>
        <w:br/>
      </w:r>
      <w:r>
        <w:rPr>
          <w:sz w:val="20"/>
        </w:rPr>
        <w:t>19:11  ki ek nayi nasal wahan desert mein paida hui. aur phir unhon ne ja ke Joshua, jo un ki woh thi successor thay Hazrat Musa ke, to Joshua ke zariye se unhon ne is promised land ko conquer kiya aur is mein daakhil hue.</w:t>
      </w:r>
      <w:r>
        <w:br/>
      </w:r>
      <w:r>
        <w:rPr>
          <w:sz w:val="20"/>
        </w:rPr>
        <w:t>19:28  to is tareeqay se poora zamana un ka travel mein guzra. dekhiye ke kitna bara kaam unhon ne kiya</w:t>
      </w:r>
      <w:r>
        <w:br/>
      </w:r>
      <w:r>
        <w:rPr>
          <w:sz w:val="20"/>
        </w:rPr>
        <w:t>19:38  travel ki wajah se. agar woh apne ghar mein baithe rehte to koi kaam nahi hota. to travel hamare liye bohat ziyada important hai.</w:t>
      </w:r>
    </w:p>
    <w:p>
      <w:pPr>
        <w:pStyle w:val="Heading2"/>
      </w:pPr>
      <w:r>
        <w:t>An old Tabligh worker's story: a prayer answered on the third day</w:t>
      </w:r>
    </w:p>
    <w:p>
      <w:r>
        <w:rPr>
          <w:color w:val="666666"/>
          <w:sz w:val="18"/>
        </w:rPr>
        <w:t>Quran A Book of Universal Guidance May 31, 2009 · 5m 10s · at 54:35 · https://youtu.be/Q2_96C_3Zd8?t=3275</w:t>
      </w:r>
    </w:p>
    <w:p>
      <w:r>
        <w:rPr>
          <w:i/>
        </w:rPr>
        <w:t>“Mujhe Tablighi Jamaat ka ek waqia bahut pasand hai”</w:t>
      </w:r>
    </w:p>
    <w:p>
      <w:r>
        <w:rPr>
          <w:sz w:val="20"/>
        </w:rPr>
        <w:t>54:35  mujhe tablighi jama'at ka ek waqia bohat pasand hai. Ek purane Mewati ne khud mujh se yeh bayan kiya tha, ab woh boorhe ho chuke thay, ab dunya mein nahi hain woh.</w:t>
      </w:r>
      <w:r>
        <w:br/>
      </w:r>
      <w:r>
        <w:rPr>
          <w:sz w:val="20"/>
        </w:rPr>
        <w:t>54:50  to main ne us se poocha ke Maulana Ilyas sahib ke zamanay ka koi waqia bataiye.</w:t>
      </w:r>
      <w:r>
        <w:br/>
      </w:r>
      <w:r>
        <w:rPr>
          <w:sz w:val="20"/>
        </w:rPr>
        <w:t>54:55  to unhon ne kaha ke shuru ke zamanay ki baat hai, jab tabligh ka kaam nahi phaila tha, to hum chand Mewatiyon ko Maulana Ilyas sahib ne bheja, ghaliban Muradabad ya kahan kahin bheja.</w:t>
      </w:r>
      <w:r>
        <w:br/>
      </w:r>
      <w:r>
        <w:rPr>
          <w:sz w:val="20"/>
        </w:rPr>
        <w:t>55:07  UP ke kisi maqam par. To ek hi naseehat ki unhon ne, ek hi naseehat. Ke agar koi kaam atke to bas dua karna.</w:t>
      </w:r>
      <w:r>
        <w:br/>
      </w:r>
      <w:r>
        <w:rPr>
          <w:sz w:val="20"/>
        </w:rPr>
        <w:t>55:19  dua karna. Bas yahi keh kar bhej diya unhon ne.</w:t>
      </w:r>
      <w:r>
        <w:br/>
      </w:r>
      <w:r>
        <w:rPr>
          <w:sz w:val="20"/>
        </w:rPr>
        <w:t>55:25  woh gaye wahan basti mein. Un ka tareeqa yeh hai ke woh maghrib ki namaz parhen ge. Aur ailan karen ge ke bhaiyon thehar jaiye.</w:t>
      </w:r>
      <w:r>
        <w:br/>
      </w:r>
      <w:r>
        <w:rPr>
          <w:sz w:val="20"/>
        </w:rPr>
        <w:t>55:36  kuch din ki baaten</w:t>
      </w:r>
      <w:r>
        <w:br/>
      </w:r>
      <w:r>
        <w:rPr>
          <w:sz w:val="20"/>
        </w:rPr>
        <w:t>55:40  hongi.</w:t>
      </w:r>
      <w:r>
        <w:br/>
      </w:r>
      <w:r>
        <w:rPr>
          <w:sz w:val="20"/>
        </w:rPr>
        <w:t>55:46  fajr mein ya maghrib mein jis waqt bhi un ka tareeqa jo hoga ke namaz parhen ge, namaz khatam hui to ailan karen ge ke bhaiyon ruk jaiye, kuch din ki baaten hongi.</w:t>
      </w:r>
      <w:r>
        <w:br/>
      </w:r>
      <w:r>
        <w:rPr>
          <w:sz w:val="20"/>
        </w:rPr>
        <w:t>55:56  to wahan gaye woh. Aur namaz ke baad ailan kiya ke bhaiyon ruk jaiye, din ki baaten kuch hongi. To sab uth uth chale gaye, koi nahi khara raha, koi baitha nahi sunne ke liye.</w:t>
      </w:r>
      <w:r>
        <w:br/>
      </w:r>
      <w:r>
        <w:rPr>
          <w:sz w:val="20"/>
        </w:rPr>
        <w:t>56:07  sab chale gaye uth kar ke. To un ko Maulana Ilyas sahib ki woh baat yaad aayi. Aur saare din, agle din saare din dua hi karte rahe woh.</w:t>
      </w:r>
      <w:r>
        <w:br/>
      </w:r>
      <w:r>
        <w:rPr>
          <w:sz w:val="20"/>
        </w:rPr>
        <w:t>56:20  bas aur kuch kaam nahi. Koi na shikayat, koi na koi nafrat, na kuch na kuch.</w:t>
      </w:r>
      <w:r>
        <w:br/>
      </w:r>
      <w:r>
        <w:rPr>
          <w:sz w:val="20"/>
        </w:rPr>
        <w:t>56:26  phir phir woh maghrib ke waqt jama hue masjid mein. Aur phir woh ailan kiya. To us ne bataya ke koi phir bhi nahi baitha.</w:t>
      </w:r>
      <w:r>
        <w:br/>
      </w:r>
      <w:r>
        <w:rPr>
          <w:sz w:val="20"/>
        </w:rPr>
        <w:t>56:36  sab uth uth chale gaye.</w:t>
      </w:r>
      <w:r>
        <w:br/>
      </w:r>
      <w:r>
        <w:rPr>
          <w:sz w:val="20"/>
        </w:rPr>
        <w:t>56:41  to agle din phir unhon ne yahi kiya. Ke dua karte rahe saare din, dua karte rahe saare din.</w:t>
      </w:r>
      <w:r>
        <w:br/>
      </w:r>
      <w:r>
        <w:rPr>
          <w:sz w:val="20"/>
        </w:rPr>
        <w:t>56:50  to is ne bataya ke teesre din jab unhon ne ailaan kiya ke bhaiyon ruk jaiye, din ki baatein hongi. to is boodhe mewati ne kaha tha, is ke is ke shabd abhi tak mere kaanon mein goonj rahe hain.</w:t>
      </w:r>
      <w:r>
        <w:br/>
      </w:r>
      <w:r>
        <w:rPr>
          <w:sz w:val="20"/>
        </w:rPr>
        <w:t>57:03  ek dafa is ke exact wording mujhe yaad hai ab tak. is se baat hui thi Nizamuddin ke tablighi markaz mein.</w:t>
      </w:r>
      <w:r>
        <w:br/>
      </w:r>
      <w:r>
        <w:rPr>
          <w:sz w:val="20"/>
        </w:rPr>
        <w:t>57:15  is ne kaha tha ke ek bhi na utha. jaise dharti ne sab ko pakad liya.</w:t>
      </w:r>
      <w:r>
        <w:br/>
      </w:r>
      <w:r>
        <w:rPr>
          <w:sz w:val="20"/>
        </w:rPr>
        <w:t>57:27  aur yeh kaam to yun hi chalega.</w:t>
      </w:r>
      <w:r>
        <w:br/>
      </w:r>
      <w:r>
        <w:rPr>
          <w:sz w:val="20"/>
        </w:rPr>
        <w:t>57:33  ek bhi na utha. haan, ek bhi apni jagah se na utha. ek bhi apni jagah se na utha. jaise dharti ne sab ko pakad liya.</w:t>
      </w:r>
      <w:r>
        <w:br/>
      </w:r>
      <w:r>
        <w:rPr>
          <w:sz w:val="20"/>
        </w:rPr>
        <w:t>57:45  aur yeh kaam to yun hi chalega.</w:t>
      </w:r>
      <w:r>
        <w:br/>
      </w:r>
      <w:r>
        <w:rPr>
          <w:sz w:val="20"/>
        </w:rPr>
        <w:t>57:50  main samajhta hoon ke humein apne mission mein sab se zyada bharosa hona chahiye dua ke upar. sab se zyada bharosa.</w:t>
      </w:r>
      <w:r>
        <w:br/>
      </w:r>
      <w:r>
        <w:rPr>
          <w:sz w:val="20"/>
        </w:rPr>
        <w:t>58:00  daawa work bohat hi mushkil kaam hai, sab se zyada mushkil kaam hai daawa work. sab se mushkil kaam ko humein karna hai. yaad rakhiye, Everest ki charhai aasan hai.</w:t>
      </w:r>
      <w:r>
        <w:br/>
      </w:r>
      <w:r>
        <w:rPr>
          <w:sz w:val="20"/>
        </w:rPr>
        <w:t>58:10  lekin dawat ka kaam bohat zyada mushkil hai. lekin is mushkil kaam ko kaise woh kar kar payenge hum? Allah ke tofeeq se, Allah ki madad se, Allah ki help se.</w:t>
      </w:r>
      <w:r>
        <w:br/>
      </w:r>
      <w:r>
        <w:rPr>
          <w:sz w:val="20"/>
        </w:rPr>
        <w:t>58:22  aur is ka zariya kya hai? dua.</w:t>
      </w:r>
      <w:r>
        <w:br/>
      </w:r>
      <w:r>
        <w:rPr>
          <w:sz w:val="20"/>
        </w:rPr>
        <w:t>58:25  to dawat aur dua yeh two points formula hai. dawat aur dua, dawat aur dua. sachi dua. Lip service wali dua nahin.</w:t>
      </w:r>
      <w:r>
        <w:br/>
      </w:r>
      <w:r>
        <w:rPr>
          <w:sz w:val="20"/>
        </w:rPr>
        <w:t>58:38  Lip service wali dua nahin. dawat aur dua, dawat aur dua. phir wahi hoga jo is ne kaha, boodhe mewati ne kaha tha. ek ek bhi apni jagah se na utha.</w:t>
      </w:r>
      <w:r>
        <w:br/>
      </w:r>
      <w:r>
        <w:rPr>
          <w:sz w:val="20"/>
        </w:rPr>
        <w:t>58:51  jaise dharti ne sab ko pakad liya. aur yeh kaam to yun hi chalega.</w:t>
      </w:r>
      <w:r>
        <w:br/>
      </w:r>
      <w:r>
        <w:rPr>
          <w:sz w:val="20"/>
        </w:rPr>
        <w:t>59:00  main samajhta hoon ke hamare liye ab koi option nahin reh gaya hai. saare asaar bata rahe hain ke duniya bohat jald khatam hone wali hai.</w:t>
      </w:r>
      <w:r>
        <w:br/>
      </w:r>
      <w:r>
        <w:rPr>
          <w:sz w:val="20"/>
        </w:rPr>
        <w:t>59:14  ab end of the history ka waqt aa chuka hai. to isi kaam mein apne ko lagaiye. tauba kijiye, dua kijiye.</w:t>
      </w:r>
      <w:r>
        <w:br/>
      </w:r>
      <w:r>
        <w:rPr>
          <w:sz w:val="20"/>
        </w:rPr>
        <w:t>59:23  Allah se madad mangiye. inshallah aap kamyab bhi honge.</w:t>
      </w:r>
      <w:r>
        <w:br/>
      </w:r>
      <w:r>
        <w:rPr>
          <w:sz w:val="20"/>
        </w:rPr>
        <w:t>59:27  أقول قولي هذا وأستغفر الله لي ولكم أجمعين</w:t>
      </w:r>
    </w:p>
    <w:p>
      <w:pPr>
        <w:pStyle w:val="Heading2"/>
      </w:pPr>
      <w:r>
        <w:t>Unity requires a mission not sermons</w:t>
      </w:r>
    </w:p>
    <w:p>
      <w:r>
        <w:rPr>
          <w:color w:val="666666"/>
          <w:sz w:val="18"/>
        </w:rPr>
        <w:t>Revival of Abrahamic Mission October 28, 2012 Maulana Wahiduddin Khan · 2m 41s · at 29:19 · https://youtu.be/_lPI1oLa-00?t=1759</w:t>
      </w:r>
    </w:p>
    <w:p>
      <w:r>
        <w:rPr>
          <w:i/>
        </w:rPr>
        <w:t>“I have been hearing about unity since childhood but it never happens.”</w:t>
      </w:r>
    </w:p>
    <w:p>
      <w:r>
        <w:rPr>
          <w:sz w:val="20"/>
        </w:rPr>
        <w:t>29:19  dekhiye ittehad ki baat mein apne bachpan se sunta aya hoon. har jalse mein, har hajj mein, har mauqe par ittehad, ittehad, ittehad.</w:t>
      </w:r>
      <w:r>
        <w:br/>
      </w:r>
      <w:r>
        <w:rPr>
          <w:sz w:val="20"/>
        </w:rPr>
        <w:t>29:30  lekin aaj tak musalmanon mein ittehad nahi aya. yeh baat har hajj mein wahan jo imam taqreer karta hai, jo khutba deta hai, us mein yeh baat kahi jati hai ke sab log muttahid ho jao.</w:t>
      </w:r>
      <w:r>
        <w:br/>
      </w:r>
      <w:r>
        <w:rPr>
          <w:sz w:val="20"/>
        </w:rPr>
        <w:t>29:47  to ittehad kyun nahi? kyun musalman muttahid nahi? is ki wajah kya hai?</w:t>
      </w:r>
      <w:r>
        <w:br/>
      </w:r>
      <w:r>
        <w:rPr>
          <w:sz w:val="20"/>
        </w:rPr>
        <w:t>29:57  dekhiye ittehad wahan sermon se nahi ata. aap sermon dete hain to ittehad paida ho jaye. It is quite impossible.</w:t>
      </w:r>
      <w:r>
        <w:br/>
      </w:r>
      <w:r>
        <w:rPr>
          <w:sz w:val="20"/>
        </w:rPr>
        <w:t>30:08  aap ko musalmanon ko ek mission dena hoga. mission!</w:t>
      </w:r>
      <w:r>
        <w:br/>
      </w:r>
      <w:r>
        <w:rPr>
          <w:sz w:val="20"/>
        </w:rPr>
        <w:t>30:15  yeh mission hai jo logon ko muttahid karta hai. sermon nahi. woh sermon jo aap haram-e-Makkah mein dein, haram-e-Madinah mein dein ya kahin bhi dein, aap hamare paak par khare ho kar dein, Jibreel rehmat par khare ho kar dein.</w:t>
      </w:r>
      <w:r>
        <w:br/>
      </w:r>
      <w:r>
        <w:rPr>
          <w:sz w:val="20"/>
        </w:rPr>
        <w:t>30:34  agar aap ittehad, ittehad, ittehad kahenge to ittehad nahi ata is se.</w:t>
      </w:r>
      <w:r>
        <w:br/>
      </w:r>
      <w:r>
        <w:rPr>
          <w:sz w:val="20"/>
        </w:rPr>
        <w:t>30:41  aap ko ek mission dena hoga. mission! tab log muttahid ho kar woh mission mein lagen ge.</w:t>
      </w:r>
      <w:r>
        <w:br/>
      </w:r>
      <w:r>
        <w:rPr>
          <w:sz w:val="20"/>
        </w:rPr>
        <w:t>30:49  woh mission kya hai? woh mission hai dawat. dawat-e-Allah. yani sare insanon ko Allah ke creation plan se agah karna, jaisa ke paighambar-e-Islam ne agah kiya.</w:t>
      </w:r>
      <w:r>
        <w:br/>
      </w:r>
      <w:r>
        <w:rPr>
          <w:sz w:val="20"/>
        </w:rPr>
        <w:t>31:06  yeh mission! aur yeh batana padega ke isi mission par tum ko jannat milne wali hai. sirf janwar zabah kar diya to us par jannat nahi milegi.</w:t>
      </w:r>
      <w:r>
        <w:br/>
      </w:r>
      <w:r>
        <w:rPr>
          <w:sz w:val="20"/>
        </w:rPr>
        <w:t>31:16  yeh kehna padega ke aap ne wahan ja kar janwar zabah kar diya to aap ko jannat mil gayi. yeh impossible hai.</w:t>
      </w:r>
      <w:r>
        <w:br/>
      </w:r>
      <w:r>
        <w:rPr>
          <w:sz w:val="20"/>
        </w:rPr>
        <w:t>31:24  yeh namumkin hai.</w:t>
      </w:r>
      <w:r>
        <w:br/>
      </w:r>
      <w:r>
        <w:rPr>
          <w:sz w:val="20"/>
        </w:rPr>
        <w:t>31:28  jannat milegi Rasool Allah ke mission ko poora karne par. yani dawat-e-Allah ke liye jahad karne par.</w:t>
      </w:r>
      <w:r>
        <w:br/>
      </w:r>
      <w:r>
        <w:rPr>
          <w:sz w:val="20"/>
        </w:rPr>
        <w:t>31:39  woh nijat milne wale nahi hain. to jab tak aap mission ka tasawwur na dein, us mission ko logon ke mind mein inculcate na kar dein, tab tak yaad rakhiye kabhi ittehad paida nahi ho sakta hai.</w:t>
      </w:r>
    </w:p>
    <w:p>
      <w:pPr>
        <w:pStyle w:val="Heading2"/>
      </w:pPr>
      <w:r>
        <w:t>Crisis management concerns every person and nation</w:t>
      </w:r>
    </w:p>
    <w:p>
      <w:r>
        <w:rPr>
          <w:color w:val="666666"/>
          <w:sz w:val="18"/>
        </w:rPr>
        <w:t>The Crises Management September 18, 2011 · 41s · at 0:36 · https://youtu.be/s3cYFtQZwzw?t=36</w:t>
      </w:r>
    </w:p>
    <w:p>
      <w:r>
        <w:rPr>
          <w:i/>
        </w:rPr>
        <w:t>“Today's topic is crisis management”</w:t>
      </w:r>
    </w:p>
    <w:p>
      <w:r>
        <w:rPr>
          <w:sz w:val="20"/>
        </w:rPr>
        <w:t>0:36  aaj ka topic hai</w:t>
      </w:r>
      <w:r>
        <w:br/>
      </w:r>
      <w:r>
        <w:rPr>
          <w:sz w:val="20"/>
        </w:rPr>
        <w:t>0:44  "the crisis management", yaani bahran ka masla.</w:t>
      </w:r>
      <w:r>
        <w:br/>
      </w:r>
      <w:r>
        <w:rPr>
          <w:sz w:val="20"/>
        </w:rPr>
        <w:t>0:53  dekhein, bahran ya crisis yeh zindagi ka ek hissa hai.</w:t>
      </w:r>
      <w:r>
        <w:br/>
      </w:r>
      <w:r>
        <w:rPr>
          <w:sz w:val="20"/>
        </w:rPr>
        <w:t>1:01  individual ke saath bhi hota hai, nation ke saath, har jagah. to "how to manage the crisis" yeh har aadmi ka masla hai.</w:t>
      </w:r>
    </w:p>
    <w:p>
      <w:pPr>
        <w:pStyle w:val="Heading2"/>
      </w:pPr>
      <w:r>
        <w:t>Khadijah becomes the richest businesswoman in Mecca</w:t>
      </w:r>
    </w:p>
    <w:p>
      <w:r>
        <w:rPr>
          <w:color w:val="666666"/>
          <w:sz w:val="18"/>
        </w:rPr>
        <w:t>The Story of Hazrat Khadija Part I December 4, 2022 · 2m 18s · at 13:18 · https://youtu.be/cNzPbtW9AV0?t=798</w:t>
      </w:r>
    </w:p>
    <w:p>
      <w:r>
        <w:rPr>
          <w:i/>
        </w:rPr>
        <w:t>“After both her husbands died, Khadijah started trading herself”</w:t>
      </w:r>
    </w:p>
    <w:p>
      <w:r>
        <w:rPr>
          <w:sz w:val="20"/>
        </w:rPr>
        <w:t>13:18  phir unhon ne khud tijarat ka kaam shuru kiya. aur is zamane mein jo tijarat ka tareeqa tha, woh aisa tha ke woh qairwan bheja karte thay log.</w:t>
      </w:r>
      <w:r>
        <w:br/>
      </w:r>
      <w:r>
        <w:rPr>
          <w:sz w:val="20"/>
        </w:rPr>
        <w:t>13:30  ziyadah tar Syria jaya karte thay qairwan. ji. Syria aur Yemen. to un ke bhi qairwan Syria jaya karte thay. j</w:t>
      </w:r>
      <w:r>
        <w:br/>
      </w:r>
      <w:r>
        <w:rPr>
          <w:sz w:val="20"/>
        </w:rPr>
        <w:t>13:37  i. aur is is waqt jo tareeqa tha business ka, us ko kehte thay muzarabat. muzarabat ka matlab hai ke profit sharing.</w:t>
      </w:r>
      <w:r>
        <w:br/>
      </w:r>
      <w:r>
        <w:rPr>
          <w:sz w:val="20"/>
        </w:rPr>
        <w:t>13:50  yani kisi ko hire kiya, us se kaha ke tum hamara qairwan le ke jao, aur wahan jo us ki sale hogi, jo proceeds honge, us ke aik certain percentage ya aik profit hum tumhein den ge.</w:t>
      </w:r>
      <w:r>
        <w:br/>
      </w:r>
      <w:r>
        <w:rPr>
          <w:sz w:val="20"/>
        </w:rPr>
        <w:t>14:02  to is tareeqay se woh bheja karti theen. aur ji,</w:t>
      </w:r>
      <w:r>
        <w:br/>
      </w:r>
      <w:r>
        <w:rPr>
          <w:sz w:val="20"/>
        </w:rPr>
        <w:t>14:05  bohat hi, yani Quraish ke sab se jo baray qairwan hotay thay, woh un ke hi hotay thay. ji. to is tarah se unhon ne bohat hi, yani aik khatoon honay ke bawajood, bohat hi is zamane ke lehaz se unhon ne aik aisa aik misaal qaim ki.</w:t>
      </w:r>
      <w:r>
        <w:br/>
      </w:r>
      <w:r>
        <w:rPr>
          <w:sz w:val="20"/>
        </w:rPr>
        <w:t>14:25  ji. ke khud business sambhala aur bohat hi us ko aagay barhaya, yahan tak ke she became the richest woman of Makkah. ji.</w:t>
      </w:r>
      <w:r>
        <w:br/>
      </w:r>
      <w:r>
        <w:rPr>
          <w:sz w:val="20"/>
        </w:rPr>
        <w:t>14:34  Masha Allah</w:t>
      </w:r>
      <w:r>
        <w:br/>
      </w:r>
      <w:r>
        <w:rPr>
          <w:sz w:val="20"/>
        </w:rPr>
        <w:t>14:35  . Doctor sahib, jaisa aap ne abhi bataya ke tijarat karti thi woh, aur un ka jo qairwan bhi tha, woh bhi Quraish ke jitne qairwan hotay thay, kaha jata tha ke woh sab se bara unhi ka unhi ka hota tha.</w:t>
      </w:r>
      <w:r>
        <w:br/>
      </w:r>
      <w:r>
        <w:rPr>
          <w:sz w:val="20"/>
        </w:rPr>
        <w:t>14:47  ji ji. aur yeh aik bohat achhi aik lesson bhi milta hai ke aksar log yeh bhi kehte hain ke Islam mein position of woman is weak. lekin aap dekhen, yahan pe aap jo bata rahe hain ke she was a business woman and an esteemed business woman.</w:t>
      </w:r>
      <w:r>
        <w:br/>
      </w:r>
      <w:r>
        <w:rPr>
          <w:sz w:val="20"/>
        </w:rPr>
        <w:t>15:02  ji. to yeh aik bohat achha, aik it throws light on the fact that the position of woman in Islam is not a position of weakness but a position of strength.</w:t>
      </w:r>
      <w:r>
        <w:br/>
      </w:r>
      <w:r>
        <w:rPr>
          <w:sz w:val="20"/>
        </w:rPr>
        <w:t>15:13  ji. Doctor sahib, ab jaise woh khud to jati nahi thi qairwan mein, aap ne bataya ke koi agent deput hota tha jo un ke qairwan ko le ke jaya karta tha.</w:t>
      </w:r>
      <w:r>
        <w:br/>
      </w:r>
      <w:r>
        <w:rPr>
          <w:sz w:val="20"/>
        </w:rPr>
        <w:t>15:25  yahan pe ek sawal mein aap se poochna chahunga ke kaise phir Prophet Muhammad se kaise contact hua unka? is ke bare mein aap bataein.</w:t>
      </w:r>
    </w:p>
    <w:p>
      <w:pPr>
        <w:pStyle w:val="Heading2"/>
      </w:pPr>
      <w:r>
        <w:t>De-linking example: Pakistan and Kashmir</w:t>
      </w:r>
    </w:p>
    <w:p>
      <w:r>
        <w:rPr>
          <w:color w:val="666666"/>
          <w:sz w:val="18"/>
        </w:rPr>
        <w:t>Art of De-Linking May 6, 2007 Maulana Wahiduddin Khan · 1m 23s · at 1:58 · https://youtu.be/cvzrpk4qFus?t=118</w:t>
      </w:r>
    </w:p>
    <w:p>
      <w:r>
        <w:rPr>
          <w:i/>
        </w:rPr>
        <w:t>“To illustrate de-linking, I give example of Pakistan and Kashmir”</w:t>
      </w:r>
    </w:p>
    <w:p>
      <w:r>
        <w:rPr>
          <w:sz w:val="20"/>
        </w:rPr>
        <w:t>1:58  isi ka naam hai de-linking policy. is ko illustrate karne ke liye main aap ko ek example doonga.</w:t>
      </w:r>
      <w:r>
        <w:br/>
      </w:r>
      <w:r>
        <w:rPr>
          <w:sz w:val="20"/>
        </w:rPr>
        <w:t>2:10  woh example hai Pakistan aur Kashmir ka, kyunke ek aisa hua, is liye woh mujhe bohat clear maloom hota hai.</w:t>
      </w:r>
      <w:r>
        <w:br/>
      </w:r>
      <w:r>
        <w:rPr>
          <w:sz w:val="20"/>
        </w:rPr>
        <w:t>2:24  aap jante hain ke Pakistan Kashmir ke liye 1948 se lad raha hai, aur abhi tak is ko one percent bhi koi gain nahin hua.</w:t>
      </w:r>
      <w:r>
        <w:br/>
      </w:r>
      <w:r>
        <w:rPr>
          <w:sz w:val="20"/>
        </w:rPr>
        <w:t>2:41  loss to bohat hua, loss to bohat ziyada hua.</w:t>
      </w:r>
      <w:r>
        <w:br/>
      </w:r>
      <w:r>
        <w:rPr>
          <w:sz w:val="20"/>
        </w:rPr>
        <w:t>2:48  sari opportunities un-availed ho kar reh gayeen.</w:t>
      </w:r>
      <w:r>
        <w:br/>
      </w:r>
      <w:r>
        <w:rPr>
          <w:sz w:val="20"/>
        </w:rPr>
        <w:t>2:54  bohat si opportunities thin Pakistan ke paas, woh sab aisi padi reh gayeen kyunke woh samajhte the ke jab tak Kashmir hamein nahin milta,</w:t>
      </w:r>
      <w:r>
        <w:br/>
      </w:r>
      <w:r>
        <w:rPr>
          <w:sz w:val="20"/>
        </w:rPr>
        <w:t>3:08  tab tak hum aage ka kaam nahin kar sakte. to main ne is silsile mein bohat kuch likha hai.</w:t>
      </w:r>
    </w:p>
    <w:p>
      <w:pPr>
        <w:pStyle w:val="Heading2"/>
      </w:pPr>
      <w:r>
        <w:t>Human gift of speech and thinking</w:t>
      </w:r>
    </w:p>
    <w:p>
      <w:r>
        <w:rPr>
          <w:color w:val="666666"/>
          <w:sz w:val="18"/>
        </w:rPr>
        <w:t>The Creation Plan December 09, 2018 · 5m 23s · at 6:39 · https://youtu.be/y8tS4vW9lFI?t=399</w:t>
      </w:r>
    </w:p>
    <w:p>
      <w:r>
        <w:rPr>
          <w:i/>
        </w:rPr>
        <w:t>“Allah ne chaha ke aisi makhlooq paida kare jisme speaking power ho”</w:t>
      </w:r>
    </w:p>
    <w:p>
      <w:r>
        <w:rPr>
          <w:sz w:val="20"/>
        </w:rPr>
        <w:t>6:39  to Allah ne chaha ke ek aisa, aisi makhlooq paida kare jis ke andar speaking power ho.</w:t>
      </w:r>
      <w:r>
        <w:br/>
      </w:r>
      <w:r>
        <w:rPr>
          <w:sz w:val="20"/>
        </w:rPr>
        <w:t>6:51  speaking power ke maani hain is ko amarat di jaye, is ko azadi di jaye, yeh sab is mein shamil tha.</w:t>
      </w:r>
      <w:r>
        <w:br/>
      </w:r>
      <w:r>
        <w:rPr>
          <w:sz w:val="20"/>
        </w:rPr>
        <w:t>7:02  is ko khuda ne naam diya khalaf khaleefa.</w:t>
      </w:r>
      <w:r>
        <w:br/>
      </w:r>
      <w:r>
        <w:rPr>
          <w:sz w:val="20"/>
        </w:rPr>
        <w:t>7:08  khaleefa ka matlab hai ke in insaan ko khudai sifat de kar paida karna, amanat ke tor par.</w:t>
      </w:r>
      <w:r>
        <w:br/>
      </w:r>
      <w:r>
        <w:rPr>
          <w:sz w:val="20"/>
        </w:rPr>
        <w:t>7:20  to Allah ne farishton se kaha ke main</w:t>
      </w:r>
      <w:r>
        <w:br/>
      </w:r>
      <w:r>
        <w:rPr>
          <w:sz w:val="20"/>
        </w:rPr>
        <w:t>7:26  dekh chuka material world ko, animal world ko, ocean world ko, plant world ko, sab ko, magar ek cheez, ek cheez leak kar rahi hai meri duniya mein.</w:t>
      </w:r>
      <w:r>
        <w:br/>
      </w:r>
      <w:r>
        <w:rPr>
          <w:sz w:val="20"/>
        </w:rPr>
        <w:t>7:42  yani speaking people abhi jo hain woh speaking people nahi hain, agarche woh follow kar rahe hain mere law ko,</w:t>
      </w:r>
      <w:r>
        <w:br/>
      </w:r>
      <w:r>
        <w:rPr>
          <w:sz w:val="20"/>
        </w:rPr>
        <w:t>7:54  straightforward, lekin woh speaking people nahi hain. woh yahi waqt tha jab Allah ne farishton se jab batai yeh baat to farishton ne kaha tha ke kya tu aisi paida kar raha hai aise logon ko jo khoon bahayen aur fasad karen?</w:t>
      </w:r>
      <w:r>
        <w:br/>
      </w:r>
      <w:r>
        <w:rPr>
          <w:sz w:val="20"/>
        </w:rPr>
        <w:t>8:18  dekhen, farishte bohat hi zeheen log hain, isi liye woh khuda ki taraf se</w:t>
      </w:r>
      <w:r>
        <w:br/>
      </w:r>
      <w:r>
        <w:rPr>
          <w:sz w:val="20"/>
        </w:rPr>
        <w:t>8:27  poori duniya ko manage kar rahe hain. to unhon ne jaan liya ke jab woh khaleefa hoga, jab koi amanat di jaye gi,</w:t>
      </w:r>
      <w:r>
        <w:br/>
      </w:r>
      <w:r>
        <w:rPr>
          <w:sz w:val="20"/>
        </w:rPr>
        <w:t>8:40  un ko azadi di jaye gi, to phir to woh azadi ko mehsoos bhi karenge. jahan azadi hai, wahan mehsoos karna bhi shamil hai.</w:t>
      </w:r>
      <w:r>
        <w:br/>
      </w:r>
      <w:r>
        <w:rPr>
          <w:sz w:val="20"/>
        </w:rPr>
        <w:t>8:54  to unhon ne shakk zahir kiya ke khudaya jin ko paida karna chahta hai to woh to azadi ko mehsoos karenge aur phir fasad paida hoga.</w:t>
      </w:r>
      <w:r>
        <w:br/>
      </w:r>
      <w:r>
        <w:rPr>
          <w:sz w:val="20"/>
        </w:rPr>
        <w:t>9:05  abhi tak jo duniya hai, abhi tak duniya woh to bohat hi peace ki duniya hai, peaceful duniya hai. phir ek fasad duniya wajood mein aye gi.</w:t>
      </w:r>
      <w:r>
        <w:br/>
      </w:r>
      <w:r>
        <w:rPr>
          <w:sz w:val="20"/>
        </w:rPr>
        <w:t>9:18  to Allah taala ne demonstration diya, demonstration</w:t>
      </w:r>
      <w:r>
        <w:br/>
      </w:r>
      <w:r>
        <w:rPr>
          <w:sz w:val="20"/>
        </w:rPr>
        <w:t>9:28  jis ko quran mein kaha hai ke sarey asma insan ko bata diye. asma ke maani hain, main jahan tak main samajh paya hoon,</w:t>
      </w:r>
      <w:r>
        <w:br/>
      </w:r>
      <w:r>
        <w:rPr>
          <w:sz w:val="20"/>
        </w:rPr>
        <w:t>9:42  asma ke maani hain dictionary of vocabulary. vocabulary yani sarey word de diye jis pe aadmi sochey, discussion karey,</w:t>
      </w:r>
      <w:r>
        <w:br/>
      </w:r>
      <w:r>
        <w:rPr>
          <w:sz w:val="20"/>
        </w:rPr>
        <w:t>10:00  har cheez ka naam, chahey woh choti ho, bari ho, material ho, spiritual ho,</w:t>
      </w:r>
      <w:r>
        <w:br/>
      </w:r>
      <w:r>
        <w:rPr>
          <w:sz w:val="20"/>
        </w:rPr>
        <w:t>10:14  jo bhi ho. to sari aap jantey hain ke insan sochta hai, discuss karta hai to word through, alf word, har cheez ka hamare paas aik word hota hai.</w:t>
      </w:r>
      <w:r>
        <w:br/>
      </w:r>
      <w:r>
        <w:rPr>
          <w:sz w:val="20"/>
        </w:rPr>
        <w:t>10:32  tab bhi, tab bhi hum discuss kartey hain aur exchange kar paatey hain. to yeh saada baat nahi hai, saada baat nahi hai.</w:t>
      </w:r>
      <w:r>
        <w:br/>
      </w:r>
      <w:r>
        <w:rPr>
          <w:sz w:val="20"/>
        </w:rPr>
        <w:t>10:46  is ke maani hain ke aadmi ka andar power of analysis hoga. kyunke jab aap analysis kartey hain to lafz, lafzon ke through sochtey hain.</w:t>
      </w:r>
      <w:r>
        <w:br/>
      </w:r>
      <w:r>
        <w:rPr>
          <w:sz w:val="20"/>
        </w:rPr>
        <w:t>10:58  jaise maine ab bataya ke main yahan aa raha tha to maine chaha ke aaj ka topic kya ho. to kuch baatein zehan mein aayin, woh koi through word hui.</w:t>
      </w:r>
      <w:r>
        <w:br/>
      </w:r>
      <w:r>
        <w:rPr>
          <w:sz w:val="20"/>
        </w:rPr>
        <w:t>11:08  through agar mere paas vocabulary na hoti, ab word na hote to main sochta kaise?</w:t>
      </w:r>
      <w:r>
        <w:br/>
      </w:r>
      <w:r>
        <w:rPr>
          <w:sz w:val="20"/>
        </w:rPr>
        <w:t>11:17  to Allah taala ne ilm-e-asma jo diya insan ko, woh kya sochne ki power de di.</w:t>
      </w:r>
      <w:r>
        <w:br/>
      </w:r>
      <w:r>
        <w:rPr>
          <w:sz w:val="20"/>
        </w:rPr>
        <w:t>11:27  ilm-e-asma ke maani hain sochne ki power. kyunke jab tak aap paas vocabulary na ho, jo word na ho, aap soch nahi saktey.</w:t>
      </w:r>
      <w:r>
        <w:br/>
      </w:r>
      <w:r>
        <w:rPr>
          <w:sz w:val="20"/>
        </w:rPr>
        <w:t>11:38  aap ko analysis karna aa gaya, aa gaya.</w:t>
      </w:r>
      <w:r>
        <w:br/>
      </w:r>
      <w:r>
        <w:rPr>
          <w:sz w:val="20"/>
        </w:rPr>
        <w:t>11:43  to Khuda ne jo baat kahi, us ka matlab yeh tha ke yeh jo makhlooq mein paida karunga, insan, is ke paas alfaaz honge, vocabulary hogi, woh sochega apne koi step lene se pehle, har cheez ke barey mein sochega.</w:t>
      </w:r>
    </w:p>
    <w:p>
      <w:pPr>
        <w:pStyle w:val="Heading2"/>
      </w:pPr>
      <w:r>
        <w:t>Handling anxiety and inadequacy in da'wa</w:t>
      </w:r>
    </w:p>
    <w:p>
      <w:r>
        <w:rPr>
          <w:color w:val="666666"/>
          <w:sz w:val="18"/>
        </w:rPr>
        <w:t>Interaction with CPS Ulema August 29, 2020 Maulana Wahiduddin Khan · 3m 04s · at 24:21 · https://youtu.be/bHowfdKdeAs?t=1461</w:t>
      </w:r>
    </w:p>
    <w:p>
      <w:r>
        <w:rPr>
          <w:i/>
        </w:rPr>
        <w:t>“See, anxiety always occurs in worldly matters.”</w:t>
      </w:r>
    </w:p>
    <w:p>
      <w:r>
        <w:rPr>
          <w:sz w:val="20"/>
        </w:rPr>
        <w:t>24:21  dekhiye, anxiety hamesha dunya ke mamlaat mein hoti hai, aakhirat ke mamle mein nahi hoti.</w:t>
      </w:r>
      <w:r>
        <w:br/>
      </w:r>
      <w:r>
        <w:rPr>
          <w:sz w:val="20"/>
        </w:rPr>
        <w:t>24:35  to aisi anxiety ko Allah ke khane mein daliye, apne sar pe kyun lete hain?</w:t>
      </w:r>
      <w:r>
        <w:br/>
      </w:r>
      <w:r>
        <w:rPr>
          <w:sz w:val="20"/>
        </w:rPr>
        <w:t>24:45  aisi har anxiety ko Allah ke khane mein dalna hai, bas aur koi doosra tareeqa nahi hai.</w:t>
      </w:r>
      <w:r>
        <w:br/>
      </w:r>
      <w:r>
        <w:rPr>
          <w:sz w:val="20"/>
        </w:rPr>
        <w:t>24:58  doctor naghma siddiqui ne sawal kiya hai: "what guidance would you like to give to the team?" kya?</w:t>
      </w:r>
      <w:r>
        <w:br/>
      </w:r>
      <w:r>
        <w:rPr>
          <w:sz w:val="20"/>
        </w:rPr>
        <w:t>25:08  "what guidance would you like to give to the team?" cps team ko aap kya guidance dena chahenge?</w:t>
      </w:r>
      <w:r>
        <w:br/>
      </w:r>
      <w:r>
        <w:rPr>
          <w:sz w:val="20"/>
        </w:rPr>
        <w:t>25:19  yahi jo maine kaha ke kisi bhi haal mein woh insaan se khair khwahi ko na chhoden, reaction ka tareeqa hargiz na ikhtiyar na karen.</w:t>
      </w:r>
      <w:r>
        <w:br/>
      </w:r>
      <w:r>
        <w:rPr>
          <w:sz w:val="20"/>
        </w:rPr>
        <w:t>25:37  yeh sab ke liye hai.</w:t>
      </w:r>
      <w:r>
        <w:br/>
      </w:r>
      <w:r>
        <w:rPr>
          <w:sz w:val="20"/>
        </w:rPr>
        <w:t>25:46  Dr. Sani Hasnain Khan ne sawal likha hai: "Da'i jab dawati kaam karta hai to usko yeh ehsas hota hai ke jis tarah use deen ka kaam karna chahiye tha, us tarah woh nahi kar saka.</w:t>
      </w:r>
      <w:r>
        <w:br/>
      </w:r>
      <w:r>
        <w:rPr>
          <w:sz w:val="20"/>
        </w:rPr>
        <w:t>26:01  kya yeh ehsas durust hai?"</w:t>
      </w:r>
      <w:r>
        <w:br/>
      </w:r>
      <w:r>
        <w:rPr>
          <w:sz w:val="20"/>
        </w:rPr>
        <w:t>26:04  yeh ehsas to aeen durust hai, kyunke iska matlab yeh hai ke aadmi apne kaam ko Allah ke rasool ke pattern par jaanach raha hai.</w:t>
      </w:r>
      <w:r>
        <w:br/>
      </w:r>
      <w:r>
        <w:rPr>
          <w:sz w:val="20"/>
        </w:rPr>
        <w:t>26:18  jab tak aap rasool ke pattern par apne kaam ko jaanchen</w:t>
      </w:r>
      <w:r>
        <w:br/>
      </w:r>
      <w:r>
        <w:rPr>
          <w:sz w:val="20"/>
        </w:rPr>
        <w:t>26:24  to hamesha aap ko kami ka ehsas hoga. sahaba ka bhi aisa tha.</w:t>
      </w:r>
      <w:r>
        <w:br/>
      </w:r>
      <w:r>
        <w:rPr>
          <w:sz w:val="20"/>
        </w:rPr>
        <w:t>26:31  to agar aap ka dil yeh keh raha ho ke main rasool Allah ke pattern pe chal raha hoon, lekin mere andar falan kami hai, falan kami hai, to aisi kami ka ehsas khair hai.</w:t>
      </w:r>
      <w:r>
        <w:br/>
      </w:r>
      <w:r>
        <w:rPr>
          <w:sz w:val="20"/>
        </w:rPr>
        <w:t>26:51  sirf yeh apne apne zamir ko tatoliye ke aap rasool Allah ke pattern se hate hat toh nahi gaye hain.</w:t>
      </w:r>
      <w:r>
        <w:br/>
      </w:r>
      <w:r>
        <w:rPr>
          <w:sz w:val="20"/>
        </w:rPr>
        <w:t>27:01  bas agar aap ka dil kehta hai ke main rasool Allah ke pattern pe hoon to</w:t>
      </w:r>
      <w:r>
        <w:br/>
      </w:r>
      <w:r>
        <w:rPr>
          <w:sz w:val="20"/>
        </w:rPr>
        <w:t>27:08  koi bhi anxiety</w:t>
      </w:r>
      <w:r>
        <w:br/>
      </w:r>
      <w:r>
        <w:rPr>
          <w:sz w:val="20"/>
        </w:rPr>
        <w:t>27:17  aap ke liye masla nahi hai.</w:t>
      </w:r>
    </w:p>
    <w:p>
      <w:pPr>
        <w:pStyle w:val="Heading2"/>
      </w:pPr>
      <w:r>
        <w:t>Ibrahim's persecution fire and desert journey</w:t>
      </w:r>
    </w:p>
    <w:p>
      <w:r>
        <w:rPr>
          <w:color w:val="666666"/>
          <w:sz w:val="18"/>
        </w:rPr>
        <w:t>Eid ul Adhha: A Day of Pledge | September 13, 2016 · 5m 04s · at 0:44 · https://youtu.be/2kDiSs__dQM?t=44</w:t>
      </w:r>
    </w:p>
    <w:p>
      <w:r>
        <w:rPr>
          <w:i/>
        </w:rPr>
        <w:t>“Eid al-Adha ka din hai”</w:t>
      </w:r>
    </w:p>
    <w:p>
      <w:r>
        <w:rPr>
          <w:sz w:val="20"/>
        </w:rPr>
        <w:t>0:44  eidul adha ka din hai, is nisbat se mein kuch baatein karna chahta hoon.</w:t>
      </w:r>
      <w:r>
        <w:br/>
      </w:r>
      <w:r>
        <w:rPr>
          <w:sz w:val="20"/>
        </w:rPr>
        <w:t>0:54  eidul adha ka lafzi matlab hai qurbani ki eid.</w:t>
      </w:r>
      <w:r>
        <w:br/>
      </w:r>
      <w:r>
        <w:rPr>
          <w:sz w:val="20"/>
        </w:rPr>
        <w:t>1:04  yeh kis ki qurbani thi? yeh thi Hazrat Ibrahim ki qurbani.</w:t>
      </w:r>
      <w:r>
        <w:br/>
      </w:r>
      <w:r>
        <w:rPr>
          <w:sz w:val="20"/>
        </w:rPr>
        <w:t>1:15  تو اسی کا تمثیلی روپ میں ہم ہر سال repeat کرتے ہیں اس کو۔</w:t>
      </w:r>
      <w:r>
        <w:br/>
      </w:r>
      <w:r>
        <w:rPr>
          <w:sz w:val="20"/>
        </w:rPr>
        <w:t>1:22  یہ ریپیٹ کرنا کوئی تہوار کے طور پر نہیں ہوتا، festival کے طور پر نہیں ہوتا۔</w:t>
      </w:r>
      <w:r>
        <w:br/>
      </w:r>
      <w:r>
        <w:rPr>
          <w:sz w:val="20"/>
        </w:rPr>
        <w:t>1:30  yeh ek pledge hai, pledge.</w:t>
      </w:r>
      <w:r>
        <w:br/>
      </w:r>
      <w:r>
        <w:rPr>
          <w:sz w:val="20"/>
        </w:rPr>
        <w:t>1:38  is lihaaz se eidul adha day of pledge hai.</w:t>
      </w:r>
      <w:r>
        <w:br/>
      </w:r>
      <w:r>
        <w:rPr>
          <w:sz w:val="20"/>
        </w:rPr>
        <w:t>1:46  yeh pledge kya hai? to sahaba ne rasool allah sallallahu alaihi wa sallam se poocha, "ma hathi al-adha ya rasool allah?" aye allah ke rasool, yeh qurbaniyan kya hain? aap ne farmaya, "sunnat abikum ibrahim". yani prophet ibrahim ki sunnat. aap sochiye ke hazrat ibrahim ki sunnat kya thi</w:t>
      </w:r>
      <w:r>
        <w:br/>
      </w:r>
      <w:r>
        <w:rPr>
          <w:sz w:val="20"/>
        </w:rPr>
        <w:t>2:16  ? woh sirf yeh nahin the ke unhon ne ek damba zibah kar diya. damba to is poori jo story hai, is mein ek symbolic event hai. bas. asal qissa jo hai, woh to bohat hi roshni qissa hai. dekhiye, char hazar saal pehle hazrat ibra</w:t>
      </w:r>
      <w:r>
        <w:br/>
      </w:r>
      <w:r>
        <w:rPr>
          <w:sz w:val="20"/>
        </w:rPr>
        <w:t>2:46  he was iraq mein paida hue.</w:t>
      </w:r>
      <w:r>
        <w:br/>
      </w:r>
      <w:r>
        <w:rPr>
          <w:sz w:val="20"/>
        </w:rPr>
        <w:t>2:54  wahan unhone tauheed ka mission chalaya.</w:t>
      </w:r>
      <w:r>
        <w:br/>
      </w:r>
      <w:r>
        <w:rPr>
          <w:sz w:val="20"/>
        </w:rPr>
        <w:t>3:01  تو وہاں کے لوگ جو تھے، وہ شرk mein believe karte the.</w:t>
      </w:r>
      <w:r>
        <w:br/>
      </w:r>
      <w:r>
        <w:rPr>
          <w:sz w:val="20"/>
        </w:rPr>
        <w:t>3:09  تو سارے لوگ، including king، آپ کے خلاف</w:t>
      </w:r>
      <w:r>
        <w:br/>
      </w:r>
      <w:r>
        <w:rPr>
          <w:sz w:val="20"/>
        </w:rPr>
        <w:t>3:16  ho gaye.</w:t>
      </w:r>
      <w:r>
        <w:br/>
      </w:r>
      <w:r>
        <w:rPr>
          <w:sz w:val="20"/>
        </w:rPr>
        <w:t>3:21  yahan tak ke aap ko bohat sataya, bohat sataya, bohat sataya.</w:t>
      </w:r>
      <w:r>
        <w:br/>
      </w:r>
      <w:r>
        <w:rPr>
          <w:sz w:val="20"/>
        </w:rPr>
        <w:t>3:26  aakhir kar unhone aap ko aag mein daal diya.</w:t>
      </w:r>
      <w:r>
        <w:br/>
      </w:r>
      <w:r>
        <w:rPr>
          <w:sz w:val="20"/>
        </w:rPr>
        <w:t>3:31  yeh bohat hi anokha waqia hai ke unhone ek gurha khoda, is mein lakri daali aur is</w:t>
      </w:r>
      <w:r>
        <w:br/>
      </w:r>
      <w:r>
        <w:rPr>
          <w:sz w:val="20"/>
        </w:rPr>
        <w:t>3:36  mein aag lagai.</w:t>
      </w:r>
      <w:r>
        <w:br/>
      </w:r>
      <w:r>
        <w:rPr>
          <w:sz w:val="20"/>
        </w:rPr>
        <w:t>3:41  khoob jab agli lakri dahakne lagi toh us zamane mein ek ek in</w:t>
      </w:r>
      <w:r>
        <w:br/>
      </w:r>
      <w:r>
        <w:rPr>
          <w:sz w:val="20"/>
        </w:rPr>
        <w:t>3:46  strument hota tha, use kehte the munjaneeq.</w:t>
      </w:r>
      <w:r>
        <w:br/>
      </w:r>
      <w:r>
        <w:rPr>
          <w:sz w:val="20"/>
        </w:rPr>
        <w:t>3:51  Munjaneeq se gola phainkte the, khaas tor par jangon mein.</w:t>
      </w:r>
      <w:r>
        <w:br/>
      </w:r>
      <w:r>
        <w:rPr>
          <w:sz w:val="20"/>
        </w:rPr>
        <w:t>3:57  تو منjuneek par un ko bana kar bandha, us par manjneek ke zariye unhone phenka, woh ja</w:t>
      </w:r>
      <w:r>
        <w:br/>
      </w:r>
      <w:r>
        <w:rPr>
          <w:sz w:val="20"/>
        </w:rPr>
        <w:t>4:02  Gire garhe mein.</w:t>
      </w:r>
      <w:r>
        <w:br/>
      </w:r>
      <w:r>
        <w:rPr>
          <w:sz w:val="20"/>
        </w:rPr>
        <w:t>4:07  To is ka qissa batate hue quran mein aaya hai ke, "qulna ya nar kooni bardan salaman ala ibrahim".</w:t>
      </w:r>
      <w:r>
        <w:br/>
      </w:r>
      <w:r>
        <w:rPr>
          <w:sz w:val="20"/>
        </w:rPr>
        <w:t>4:12  Yaani Allah ne kaha</w:t>
      </w:r>
      <w:r>
        <w:br/>
      </w:r>
      <w:r>
        <w:rPr>
          <w:sz w:val="20"/>
        </w:rPr>
        <w:t>4:17  Aag se ke, "Ae aag!</w:t>
      </w:r>
      <w:r>
        <w:br/>
      </w:r>
      <w:r>
        <w:rPr>
          <w:sz w:val="20"/>
        </w:rPr>
        <w:t>4:23  To ibrahim pe thandi ho ja".</w:t>
      </w:r>
      <w:r>
        <w:br/>
      </w:r>
      <w:r>
        <w:rPr>
          <w:sz w:val="20"/>
        </w:rPr>
        <w:t>4:29  Dekhiye, yeh sirf ibrahim ka qissa nahi hai, hamesha ke liye qissa hai.</w:t>
      </w:r>
      <w:r>
        <w:br/>
      </w:r>
      <w:r>
        <w:rPr>
          <w:sz w:val="20"/>
        </w:rPr>
        <w:t>4:35  Jo log bhi Allah ke kaam ke liye uthenge, Allah ke mission ke liye, un ke raaste</w:t>
      </w:r>
      <w:r>
        <w:br/>
      </w:r>
      <w:r>
        <w:rPr>
          <w:sz w:val="20"/>
        </w:rPr>
        <w:t>4:41  mein problem aayenge</w:t>
      </w:r>
      <w:r>
        <w:br/>
      </w:r>
      <w:r>
        <w:rPr>
          <w:sz w:val="20"/>
        </w:rPr>
        <w:t>4:47  تو problems کتنے ہی زیادہ ہوں، یہاں تک آگ دہکتی ہوئی آگ ہو، تب بھی اللہ کا یہ</w:t>
      </w:r>
      <w:r>
        <w:br/>
      </w:r>
      <w:r>
        <w:rPr>
          <w:sz w:val="20"/>
        </w:rPr>
        <w:t>4:55  Wada hai ke woh un ke liye saare problem ko solve kar dega.</w:t>
      </w:r>
      <w:r>
        <w:br/>
      </w:r>
      <w:r>
        <w:rPr>
          <w:sz w:val="20"/>
        </w:rPr>
        <w:t>5:03  Ab to woh zamana hai ke saara zamana hi Allah ne badal diya hai.</w:t>
      </w:r>
      <w:r>
        <w:br/>
      </w:r>
      <w:r>
        <w:rPr>
          <w:sz w:val="20"/>
        </w:rPr>
        <w:t>5:10  To hazrat ibrahim ke sath yeh waqea pesh aaya, is ke baad unhone iraq ko chhod diya.</w:t>
      </w:r>
      <w:r>
        <w:br/>
      </w:r>
      <w:r>
        <w:rPr>
          <w:sz w:val="20"/>
        </w:rPr>
        <w:t>5:18  Un ke sath un ke bete ismail the, un ki biwi ibrahim thi, un ke bhatije loot the,</w:t>
      </w:r>
      <w:r>
        <w:br/>
      </w:r>
      <w:r>
        <w:rPr>
          <w:sz w:val="20"/>
        </w:rPr>
        <w:t>5:25  Aur shayad kuch chand aur aadmi jo aap ke sath iman laye the.</w:t>
      </w:r>
      <w:r>
        <w:br/>
      </w:r>
      <w:r>
        <w:rPr>
          <w:sz w:val="20"/>
        </w:rPr>
        <w:t>5:33  Woh iraq se chale, misr aaye, suriya gaye, aur falasteen gaye, urdun gaye.</w:t>
      </w:r>
      <w:r>
        <w:br/>
      </w:r>
      <w:r>
        <w:rPr>
          <w:sz w:val="20"/>
        </w:rPr>
        <w:t>5:41  Aakhir mein woh wahan aaye jahan ab mak</w:t>
      </w:r>
    </w:p>
    <w:p>
      <w:pPr>
        <w:pStyle w:val="Heading2"/>
      </w:pPr>
      <w:r>
        <w:t>Why did ijtihad become taboo among Muslims</w:t>
      </w:r>
    </w:p>
    <w:p>
      <w:r>
        <w:rPr>
          <w:color w:val="666666"/>
          <w:sz w:val="18"/>
        </w:rPr>
        <w:t>The Crises Management September 18, 2011 · 1m 14s · at 1:04:52 · https://youtu.be/s3cYFtQZwzw?t=3892</w:t>
      </w:r>
    </w:p>
    <w:p>
      <w:r>
        <w:rPr>
          <w:i/>
        </w:rPr>
        <w:t>“Why is ijtihad considered taboo by Muslims today?”</w:t>
      </w:r>
    </w:p>
    <w:p>
      <w:r>
        <w:rPr>
          <w:sz w:val="20"/>
        </w:rPr>
        <w:t>1:04:52  Miss Naghma ne Delhi se likha hai why is ijtihad considered a taboo by Muslims today what is its history please comment</w:t>
      </w:r>
      <w:r>
        <w:br/>
      </w:r>
      <w:r>
        <w:rPr>
          <w:sz w:val="20"/>
        </w:rPr>
        <w:t>1:05:11  yeh asal mein abbasi daur mein jo jo fuqaha paida hue un ke baad se hua hai</w:t>
      </w:r>
      <w:r>
        <w:br/>
      </w:r>
      <w:r>
        <w:rPr>
          <w:sz w:val="20"/>
        </w:rPr>
        <w:t>1:05:18  kuch fuqaha jo paida hue un ko logon ne samjha ke bhai yahi aakhri mujtahid the is ke aage ijtihad ki zaroorat nahi hai ab woh aise log paida nahi honge to ijtihad darwaza band kar diya gaya agarche kuch aise ulma hi paida hue jo kehte rahe ke ijtihad darwaza band nahi hai khula hua hai</w:t>
      </w:r>
      <w:r>
        <w:br/>
      </w:r>
      <w:r>
        <w:rPr>
          <w:sz w:val="20"/>
        </w:rPr>
        <w:t>1:05:37  lekin behal majority ulma ki woh thi jis ne maan liya ke woh jo fuqaha the daur abbasi ke wohi mujtahid mutlaq the us par mein ne tafseel se likha hai apni kitab mein fiqhi ghalti mein aur yeh bohat hi ghalt soch hai jo develop hui abbasi daur mein jo us ko tafseel mein janna chahe woh is kitab ko padh sakta hai fiqhi ghalti</w:t>
      </w:r>
    </w:p>
    <w:p>
      <w:pPr>
        <w:pStyle w:val="Heading2"/>
      </w:pPr>
      <w:r>
        <w:t>Maqam Mahmud means historical prophethood</w:t>
      </w:r>
    </w:p>
    <w:p>
      <w:r>
        <w:rPr>
          <w:color w:val="666666"/>
          <w:sz w:val="18"/>
        </w:rPr>
        <w:t>Maqaam-E-Mahmood (A Praiseworthy State ) 16 March 2007 - Maulana Wahiduddin Khan · 53s · at 8:35 · https://youtu.be/aSv5G5V2X8U?t=515</w:t>
      </w:r>
    </w:p>
    <w:p>
      <w:r>
        <w:rPr>
          <w:i/>
        </w:rPr>
        <w:t>“Maqam Mahmud means historical prophethood”</w:t>
      </w:r>
    </w:p>
    <w:p>
      <w:r>
        <w:rPr>
          <w:sz w:val="20"/>
        </w:rPr>
        <w:t>8:35  to ye maqam mehmood ka matlab hai historical prophethood. yani is mein bataya gaya hai ke exceptionally tumhare sath aisa hoga ke tum ek historical prophet ka darja paoge jo kisi aur nabi ko nahi hua.</w:t>
      </w:r>
      <w:r>
        <w:br/>
      </w:r>
      <w:r>
        <w:rPr>
          <w:sz w:val="20"/>
        </w:rPr>
        <w:t>8:54  ye matlab hai is ka. yahan maqam mehmood ka matlab, yani literal translation to ye hai ke tareef ki jagah, praiseworthy state, literal translation.</w:t>
      </w:r>
      <w:r>
        <w:br/>
      </w:r>
      <w:r>
        <w:rPr>
          <w:sz w:val="20"/>
        </w:rPr>
        <w:t>9:08  lekin is ka jo matlab hai wo yahi hai</w:t>
      </w:r>
      <w:r>
        <w:br/>
      </w:r>
      <w:r>
        <w:rPr>
          <w:sz w:val="20"/>
        </w:rPr>
        <w:t>9:12  ke historically acknowledged prophet honge aap. to tareef ka matlab yahan acknowledge karna, record mein aana, recorded history mein aana.</w:t>
      </w:r>
    </w:p>
    <w:p>
      <w:pPr>
        <w:pStyle w:val="Heading2"/>
      </w:pPr>
      <w:r>
        <w:t>real sacrifice is your time and resources</w:t>
      </w:r>
    </w:p>
    <w:p>
      <w:r>
        <w:rPr>
          <w:color w:val="666666"/>
          <w:sz w:val="18"/>
        </w:rPr>
        <w:t>Message of Eid Al-Adha July 10, 2022 · 47s · at 1:37 · https://youtu.be/3UrMEgt8GYA?t=97</w:t>
      </w:r>
    </w:p>
    <w:p>
      <w:r>
        <w:rPr>
          <w:i/>
        </w:rPr>
        <w:t>“Yeh qurbani ek alamati qurbani hoti hai”</w:t>
      </w:r>
    </w:p>
    <w:p>
      <w:r>
        <w:rPr>
          <w:sz w:val="20"/>
        </w:rPr>
        <w:t>1:37  To hum logon ko dobara is ki spirit ko revive karna hai. Dekhiye, yeh tehwar jo hain yeh, yeh jo qurbani hai is mein misal ke taur par woh ek alamatii qurbani hoti hai.</w:t>
      </w:r>
      <w:r>
        <w:br/>
      </w:r>
      <w:r>
        <w:rPr>
          <w:sz w:val="20"/>
        </w:rPr>
        <w:t>1:52  Asal qurbani jo hai hamari apni qurbani hai, hamare, um, hamare time ki qurbani hai, hamare resources ki qurbani hai, hamare desires ki qurbani hai.</w:t>
      </w:r>
      <w:r>
        <w:br/>
      </w:r>
      <w:r>
        <w:rPr>
          <w:sz w:val="20"/>
        </w:rPr>
        <w:t>2:04  To hum logon ko Allah Taala ke liye pure tareeqe se ek, ek ahd karna hai ke hum har tareeqe se Hazrat Ibrahim alaihis salam ke uswe par chalenge aur poori spirit ke saath is tehwar ko zinda rakhenge.</w:t>
      </w:r>
    </w:p>
    <w:p>
      <w:pPr>
        <w:pStyle w:val="Heading2"/>
      </w:pPr>
      <w:r>
        <w:t>Unverified misunderstanding builds a weak personality</w:t>
      </w:r>
    </w:p>
    <w:p>
      <w:r>
        <w:rPr>
          <w:color w:val="666666"/>
          <w:sz w:val="18"/>
        </w:rPr>
        <w:t>Religion and Democracy December 25, 2011 · 2m 21s · at 1:46:11 · https://youtu.be/8Mf_yvDA8ik?t=6371</w:t>
      </w:r>
    </w:p>
    <w:p>
      <w:r>
        <w:rPr>
          <w:i/>
        </w:rPr>
        <w:t>“Ek baat pahunchi kisi aadmi ko aur woh tehqeeq nahi karta”</w:t>
      </w:r>
    </w:p>
    <w:p>
      <w:r>
        <w:rPr>
          <w:sz w:val="20"/>
        </w:rPr>
        <w:t>1:46:11  Mr Sharukh Hussain Mathi ne Dilli se sawal kiya hai. Unhone likha hai: "Aap ne Al-Risala mein likha hai ke misunderstanding hamesha baseless hoti hai.</w:t>
      </w:r>
      <w:r>
        <w:br/>
      </w:r>
      <w:r>
        <w:rPr>
          <w:sz w:val="20"/>
        </w:rPr>
        <w:t>1:46:23  agar kisi ke bare mein misunderstanding paida ho to aadmi ya to foran us ko bhula de ya woh us aadmi se direct mil kar misunderstanding ko door kar le.</w:t>
      </w:r>
      <w:r>
        <w:br/>
      </w:r>
      <w:r>
        <w:rPr>
          <w:sz w:val="20"/>
        </w:rPr>
        <w:t>1:46:37  woh misunderstanding ko le kar doosron ke darmiyan na phailaye. Aisa karna apne andar weak personality banana hai.</w:t>
      </w:r>
      <w:r>
        <w:br/>
      </w:r>
      <w:r>
        <w:rPr>
          <w:sz w:val="20"/>
        </w:rPr>
        <w:t>1:46:47  Maulana sahib, weak personality ka nuqsan kya hai aur us ko kaise theek kiya jaye?"</w:t>
      </w:r>
      <w:r>
        <w:br/>
      </w:r>
      <w:r>
        <w:rPr>
          <w:sz w:val="20"/>
        </w:rPr>
        <w:t>1:46:58  ab isi misaal mein aap dekh lijiye ke ek baat pahunchi kisi aadmi ko aur us ko woh tehqeeq nahi karta aur maan leta hai.</w:t>
      </w:r>
      <w:r>
        <w:br/>
      </w:r>
      <w:r>
        <w:rPr>
          <w:sz w:val="20"/>
        </w:rPr>
        <w:t>1:47:08  to is se kya mizaj banega? Is ka is ka mizaj yeh banega ke jhoot sach sab maan lo, jhoot bhi maan lo, sach bhi maan lo. Yaani sahi baat hai, tab bhi mano, galat hai, tab bhi mano.</w:t>
      </w:r>
      <w:r>
        <w:br/>
      </w:r>
      <w:r>
        <w:rPr>
          <w:sz w:val="20"/>
        </w:rPr>
        <w:t>1:47:21  yeh yeh is ke andar banegi personality. Kyun ke aadmi ne jo suna, woh agar galat tha aur us ko maan rakha hai us ne, to usi ke naam to hai weak personality ke jhoot ko sach samajhna,</w:t>
      </w:r>
      <w:r>
        <w:br/>
      </w:r>
      <w:r>
        <w:rPr>
          <w:sz w:val="20"/>
        </w:rPr>
        <w:t>1:47:37  untrue ko true samajhna, jis cheez ki koi base nahi hai, us ko samajhte rehna.</w:t>
      </w:r>
      <w:r>
        <w:br/>
      </w:r>
      <w:r>
        <w:rPr>
          <w:sz w:val="20"/>
        </w:rPr>
        <w:t>1:47:46  to isi ka naam hai weak personality. To aadmi ko karna kya hai?</w:t>
      </w:r>
      <w:r>
        <w:br/>
      </w:r>
      <w:r>
        <w:rPr>
          <w:sz w:val="20"/>
        </w:rPr>
        <w:t>1:47:52  karna yeh hai ke scrutiny ka awaz daal rahe hain. Scrutiny tehqeeq, koi baat suna hai to us ko tehqeeq kare. Nahi to yeh prize deni padegi ke aap ke andar weak personality banegi.</w:t>
      </w:r>
      <w:r>
        <w:br/>
      </w:r>
      <w:r>
        <w:rPr>
          <w:sz w:val="20"/>
        </w:rPr>
        <w:t>1:48:03  aur weak personality ka nuqsan kya hoga? Phir ke aap ko farishton ki shahwat nahi milegi, Allah ki marifat hasil nahi hogi, Allah ki qurbat aap ko nahi milegi.</w:t>
      </w:r>
      <w:r>
        <w:br/>
      </w:r>
      <w:r>
        <w:rPr>
          <w:sz w:val="20"/>
        </w:rPr>
        <w:t>1:48:13  to weak personality ka bohat nuqsan hota hai, bohat nuqsan hota hai</w:t>
      </w:r>
      <w:r>
        <w:br/>
      </w:r>
      <w:r>
        <w:rPr>
          <w:sz w:val="20"/>
        </w:rPr>
        <w:t>1:48:18  ke aap ke andar woh jo jo matloob hai, jo shakhsiyat, muqaddas shakhsiyat, woh banti nahi. Jab woh nahi banti hai to aap ko na farishton se bhi doori hai, Khuda se bhi doori hai, phir jannat se bhi doori hai.</w:t>
      </w:r>
    </w:p>
    <w:p>
      <w:pPr>
        <w:pStyle w:val="Heading2"/>
      </w:pPr>
      <w:r>
        <w:t>Definition of a true believer's sole concern</w:t>
      </w:r>
    </w:p>
    <w:p>
      <w:r>
        <w:rPr>
          <w:color w:val="666666"/>
          <w:sz w:val="18"/>
        </w:rPr>
        <w:t>Role of Islam in History April 5, 2009 · 48s · at 1:04:50 · https://youtu.be/_chXIaKrOH8?t=3890</w:t>
      </w:r>
    </w:p>
    <w:p>
      <w:r>
        <w:rPr>
          <w:i/>
        </w:rPr>
        <w:t>“Giving the best means making your supreme concern”</w:t>
      </w:r>
    </w:p>
    <w:p>
      <w:r>
        <w:rPr>
          <w:sz w:val="20"/>
        </w:rPr>
        <w:t>1:04:50  giving the best means making your supreme concern.</w:t>
      </w:r>
      <w:r>
        <w:br/>
      </w:r>
      <w:r>
        <w:rPr>
          <w:sz w:val="20"/>
        </w:rPr>
        <w:t>1:04:58  so a momin is one who makes God his soul concern. He is a believer, he is a momin.</w:t>
      </w:r>
      <w:r>
        <w:br/>
      </w:r>
      <w:r>
        <w:rPr>
          <w:sz w:val="20"/>
        </w:rPr>
        <w:t>1:05:09  simply doing some rituals, some, some, some form, that nothing.</w:t>
      </w:r>
      <w:r>
        <w:br/>
      </w:r>
      <w:r>
        <w:rPr>
          <w:sz w:val="20"/>
        </w:rPr>
        <w:t>1:05:20  you have to change your mind, you have to change your heart. Here from here begins the faith, from here begins the religion, from here begins the divine pattern of life.</w:t>
      </w:r>
    </w:p>
    <w:p>
      <w:pPr>
        <w:pStyle w:val="Heading2"/>
      </w:pPr>
      <w:r>
        <w:t>Taqwa as walking carefully through life's thorny path</w:t>
      </w:r>
    </w:p>
    <w:p>
      <w:r>
        <w:rPr>
          <w:color w:val="666666"/>
          <w:sz w:val="18"/>
        </w:rPr>
        <w:t>Hadith-e-Rasool (Sayings of The Prophet of Islam) 20 June 2010 · 3m 52s · at 46:23 · https://youtu.be/eOZy3kYKTn0?t=2783</w:t>
      </w:r>
    </w:p>
    <w:p>
      <w:r>
        <w:rPr>
          <w:i/>
        </w:rPr>
        <w:t>“Amir al-Mu'minin, what is taqwa?”</w:t>
      </w:r>
    </w:p>
    <w:p>
      <w:r>
        <w:rPr>
          <w:sz w:val="20"/>
        </w:rPr>
        <w:t>46:23  ek riwayat hai ke Hazrat Umar Farooq R.A. jo the second Khalifa the unhone ek Sahabi se poocha ek aalim Sahabi se ke taqwa kya hai</w:t>
      </w:r>
      <w:r>
        <w:br/>
      </w:r>
      <w:r>
        <w:rPr>
          <w:sz w:val="20"/>
        </w:rPr>
        <w:t>46:42  taqwa kya hai</w:t>
      </w:r>
      <w:r>
        <w:br/>
      </w:r>
      <w:r>
        <w:rPr>
          <w:sz w:val="20"/>
        </w:rPr>
        <w:t>46:45  to unhone ek misaal ek tamseel ke zariye uski wazahat ki</w:t>
      </w:r>
      <w:r>
        <w:br/>
      </w:r>
      <w:r>
        <w:rPr>
          <w:sz w:val="20"/>
        </w:rPr>
        <w:t>46:52  unhon ne kaha ya amir al momineen har sirkattareeqa zaushqn aswaqt hazrat umar khaleefa the to unhon ne kaha keh a amir al momineen kaha ap aise rastay par chalay hain jismein dono taraf kaatay daar jhaariyan hon kyun keh arab mein kaatay daar jhaariyan hua karti theen</w:t>
      </w:r>
      <w:r>
        <w:br/>
      </w:r>
      <w:r>
        <w:rPr>
          <w:sz w:val="20"/>
        </w:rPr>
        <w:t>47:17  al salkattareeqahzaushqn ap aise rastay mein chalay hain keh idhar bhi kaatay daar jhaari adhar bhi kaatay daar jhaari to unhon ne kaha keh haan to unhon ne poocha keh ap ne kiya kiya is waqt to hazrat umar ne farmaya keh shamar to washti ani mein ne apne kapray samait liye ab bachta hua guzar gaya</w:t>
      </w:r>
      <w:r>
        <w:br/>
      </w:r>
      <w:r>
        <w:rPr>
          <w:sz w:val="20"/>
        </w:rPr>
        <w:t>47:45  to unhon ne kaha keh zalkal taqwa yeh hi taqwa hai ismein saari baat ajati hai aik hi hadees agar pakar le aadmi saari baat ajati hai</w:t>
      </w:r>
      <w:r>
        <w:br/>
      </w:r>
      <w:r>
        <w:rPr>
          <w:sz w:val="20"/>
        </w:rPr>
        <w:t>47:59  yani kaatay hamari zindagi dunya mein kaatay daar jhaariyon ke beech se guzarti hai</w:t>
      </w:r>
      <w:r>
        <w:br/>
      </w:r>
      <w:r>
        <w:rPr>
          <w:sz w:val="20"/>
        </w:rPr>
        <w:t>48:06  yani koi apko provoke kar raha hai</w:t>
      </w:r>
      <w:r>
        <w:br/>
      </w:r>
      <w:r>
        <w:rPr>
          <w:sz w:val="20"/>
        </w:rPr>
        <w:t>48:09  koi apko barabar keh raha hai koi ap se</w:t>
      </w:r>
      <w:r>
        <w:br/>
      </w:r>
      <w:r>
        <w:rPr>
          <w:sz w:val="20"/>
        </w:rPr>
        <w:t>48:15  konuqsan pahuncha deta hai koi apko dhoka de deta hai</w:t>
      </w:r>
      <w:r>
        <w:br/>
      </w:r>
      <w:r>
        <w:rPr>
          <w:sz w:val="20"/>
        </w:rPr>
        <w:t>48:19  koi apko expire karna chahta hai koi apko ghussa dila deta hai ye hona hi hona hai</w:t>
      </w:r>
      <w:r>
        <w:br/>
      </w:r>
      <w:r>
        <w:rPr>
          <w:sz w:val="20"/>
        </w:rPr>
        <w:t>48:26  aisi koi duniya ap nahi pa sakte</w:t>
      </w:r>
      <w:r>
        <w:br/>
      </w:r>
      <w:r>
        <w:rPr>
          <w:sz w:val="20"/>
        </w:rPr>
        <w:t>48:29  ya bilkul smooth life ho kuch bhi na ho raha ho wo to sirf finland mein mumkin hai</w:t>
      </w:r>
      <w:r>
        <w:br/>
      </w:r>
      <w:r>
        <w:rPr>
          <w:sz w:val="20"/>
        </w:rPr>
        <w:t>48:36  yeh dunya mein to yeh hona hi hona hai keh ap ko bar bar unpleasant situation pesh aayegi matlab bar bar kaatay daar jhaariyan ap ko lagen gi</w:t>
      </w:r>
      <w:r>
        <w:br/>
      </w:r>
      <w:r>
        <w:rPr>
          <w:sz w:val="20"/>
        </w:rPr>
        <w:t>48:52  to aswaqt kiya hoga ap react karen ge ap ghussa ajaye ho jayega ap ko ap bharkayen ge aur ron jab bharkayega inteqam aayega ap ke andar</w:t>
      </w:r>
      <w:r>
        <w:br/>
      </w:r>
      <w:r>
        <w:rPr>
          <w:sz w:val="20"/>
        </w:rPr>
        <w:t>49:04  yeh yeh nahin karna hai yeh sab islam mein haram hai</w:t>
      </w:r>
      <w:r>
        <w:br/>
      </w:r>
      <w:r>
        <w:rPr>
          <w:sz w:val="20"/>
        </w:rPr>
        <w:t>49:09  jo karna hai wohi yeh hai keh bharknay walay halaat mein bhi na bharkain ghussa dene dil anay walay halaat mein bhi sabar kar ke rahain negative experience ke darmiyan bhi positive banay banay rahain</w:t>
      </w:r>
      <w:r>
        <w:br/>
      </w:r>
      <w:r>
        <w:rPr>
          <w:sz w:val="20"/>
        </w:rPr>
        <w:t>49:25  yeh karna hai yeh hai taqwa aur quran mein bataya gaya hai keh jannat mutaqiyon ke liye hai quran mein bataya gaya hai keh jannatj woh hai mutaqiyon ke liye hai</w:t>
      </w:r>
      <w:r>
        <w:br/>
      </w:r>
      <w:r>
        <w:rPr>
          <w:sz w:val="20"/>
        </w:rPr>
        <w:t>49:43  to mutaqi banna is is yeh jo misaal di unhon ne bohat achi misaal hai yeh keh dunya mein jhaariyan hi jhaariyan hain</w:t>
      </w:r>
      <w:r>
        <w:br/>
      </w:r>
      <w:r>
        <w:rPr>
          <w:sz w:val="20"/>
        </w:rPr>
        <w:t>49:54  har taraf yani hamari marzi ke khilaf baaten hain</w:t>
      </w:r>
      <w:r>
        <w:br/>
      </w:r>
      <w:r>
        <w:rPr>
          <w:sz w:val="20"/>
        </w:rPr>
        <w:t>50:01  to reaction ke baghair rehna radd e amal ke baghair rehna isi ka naam zindagi isi ka naam islami zindagi hai isi ka naam taqwa hai</w:t>
      </w:r>
    </w:p>
    <w:p>
      <w:pPr>
        <w:pStyle w:val="Heading2"/>
      </w:pPr>
      <w:r>
        <w:t>True conviction versus false conviction explained</w:t>
      </w:r>
    </w:p>
    <w:p>
      <w:r>
        <w:rPr>
          <w:color w:val="666666"/>
          <w:sz w:val="18"/>
        </w:rPr>
        <w:t>Discovery of Modern Age February 10, 2013 · 1m 46s · at 6:08 · https://youtu.be/qYGA53ii7E4?t=368</w:t>
      </w:r>
    </w:p>
    <w:p>
      <w:r>
        <w:rPr>
          <w:i/>
        </w:rPr>
        <w:t>“Koi aadmi jab zindagi mein bada risk leta hai”</w:t>
      </w:r>
    </w:p>
    <w:p>
      <w:r>
        <w:rPr>
          <w:sz w:val="20"/>
        </w:rPr>
        <w:t>6:08  dekhein, koi aadmi</w:t>
      </w:r>
      <w:r>
        <w:br/>
      </w:r>
      <w:r>
        <w:rPr>
          <w:sz w:val="20"/>
        </w:rPr>
        <w:t>6:12  jab aisi—acha—jump karta hai zindagi mein, acha risk leta hai. ye bohat bara risk tha jo is kisi insan ne liya ke mein jaan se mara jaunga, mujhe phansi hogi.</w:t>
      </w:r>
      <w:r>
        <w:br/>
      </w:r>
      <w:r>
        <w:rPr>
          <w:sz w:val="20"/>
        </w:rPr>
        <w:t>6:31  itna bara risk kaise leta hai aadmi?</w:t>
      </w:r>
      <w:r>
        <w:br/>
      </w:r>
      <w:r>
        <w:rPr>
          <w:sz w:val="20"/>
        </w:rPr>
        <w:t>6:35  there must be some conviction. koi bohat bara yaqeen is ke peechay hona chahiye. yaqeen ke baghair aap itna bara iqdam nahi kar sakte jis ke baray mein aap ko pehley se pata ho ke mujhe marna hai, mujhe phansi hona hai.</w:t>
      </w:r>
      <w:r>
        <w:br/>
      </w:r>
      <w:r>
        <w:rPr>
          <w:sz w:val="20"/>
        </w:rPr>
        <w:t>6:58  to woh yaqeen kahan se aata hai? aur is tarah ki ek baat nahi hai,</w:t>
      </w:r>
      <w:r>
        <w:br/>
      </w:r>
      <w:r>
        <w:rPr>
          <w:sz w:val="20"/>
        </w:rPr>
        <w:t>7:03  hazaron hazaron Muslim isi tarah se apni janen de rahe hain. suicide bombing karte hain, ghus jaate hain kisi building mein gun le kar ke, jante hue ke mujhe mara jayega.</w:t>
      </w:r>
      <w:r>
        <w:br/>
      </w:r>
      <w:r>
        <w:rPr>
          <w:sz w:val="20"/>
        </w:rPr>
        <w:t>7:16  hazaron hazar Muslim kyun apni janen de rahe hain?</w:t>
      </w:r>
      <w:r>
        <w:br/>
      </w:r>
      <w:r>
        <w:rPr>
          <w:sz w:val="20"/>
        </w:rPr>
        <w:t>7:24  to ye conviction aata hai kahan se?</w:t>
      </w:r>
      <w:r>
        <w:br/>
      </w:r>
      <w:r>
        <w:rPr>
          <w:sz w:val="20"/>
        </w:rPr>
        <w:t>7:28  dekhen, yeh conviction aata hai in awareness se, bekhabri se. history mein bohat se aisay waqiat hain ke aadmi ko bekhabri mein bhi yaqeen ho jata hai.</w:t>
      </w:r>
      <w:r>
        <w:br/>
      </w:r>
      <w:r>
        <w:rPr>
          <w:sz w:val="20"/>
        </w:rPr>
        <w:t>7:45  in awareness se bhi woh baray baray iqdamaat karta hai, kyunke aik false yaqeen hota hai. yeh hai false conviction.</w:t>
      </w:r>
    </w:p>
    <w:p>
      <w:pPr>
        <w:pStyle w:val="Heading2"/>
      </w:pPr>
      <w:r>
        <w:t>Islam as a flowing river</w:t>
      </w:r>
    </w:p>
    <w:p>
      <w:r>
        <w:rPr>
          <w:color w:val="666666"/>
          <w:sz w:val="18"/>
        </w:rPr>
        <w:t>The Concept of Ijtihad in Islam | August 13. 2007 · 1m 01s · at 6:18 · https://youtu.be/MtyTGXhdxjc?t=378</w:t>
      </w:r>
    </w:p>
    <w:p>
      <w:r>
        <w:rPr>
          <w:i/>
        </w:rPr>
        <w:t>“Situation is like a flowing river.”</w:t>
      </w:r>
    </w:p>
    <w:p>
      <w:r>
        <w:rPr>
          <w:sz w:val="20"/>
        </w:rPr>
        <w:t>6:18  is like river.</w:t>
      </w:r>
      <w:r>
        <w:br/>
      </w:r>
      <w:r>
        <w:rPr>
          <w:sz w:val="20"/>
        </w:rPr>
        <w:t>6:23  River is flowing, flowing, flowing.</w:t>
      </w:r>
      <w:r>
        <w:br/>
      </w:r>
      <w:r>
        <w:rPr>
          <w:sz w:val="20"/>
        </w:rPr>
        <w:t>6:28  There is no stop in the journey of river.</w:t>
      </w:r>
      <w:r>
        <w:br/>
      </w:r>
      <w:r>
        <w:rPr>
          <w:sz w:val="20"/>
        </w:rPr>
        <w:t>6:33  So is the human life, so is the civilization, so is the situation.</w:t>
      </w:r>
      <w:r>
        <w:br/>
      </w:r>
      <w:r>
        <w:rPr>
          <w:sz w:val="20"/>
        </w:rPr>
        <w:t>6:38  So if you stop the door of ijtihad, it means that you are making Islam as like a</w:t>
      </w:r>
      <w:r>
        <w:br/>
      </w:r>
      <w:r>
        <w:rPr>
          <w:sz w:val="20"/>
        </w:rPr>
        <w:t>6:43  Pound, P O N D pound.</w:t>
      </w:r>
      <w:r>
        <w:br/>
      </w:r>
      <w:r>
        <w:rPr>
          <w:sz w:val="20"/>
        </w:rPr>
        <w:t>6:48  It means that pond is a stagnant thing, stagnant pond.</w:t>
      </w:r>
      <w:r>
        <w:br/>
      </w:r>
      <w:r>
        <w:rPr>
          <w:sz w:val="20"/>
        </w:rPr>
        <w:t>6:54  you will make Islam as a stagnant pond.</w:t>
      </w:r>
      <w:r>
        <w:br/>
      </w:r>
      <w:r>
        <w:rPr>
          <w:sz w:val="20"/>
        </w:rPr>
        <w:t>7:00  No, you have to reapply ijtihad.</w:t>
      </w:r>
      <w:r>
        <w:br/>
      </w:r>
      <w:r>
        <w:rPr>
          <w:sz w:val="20"/>
        </w:rPr>
        <w:t>7:06  And by applying ijtihad, you will make Islam a river, a flowing river.</w:t>
      </w:r>
      <w:r>
        <w:br/>
      </w:r>
      <w:r>
        <w:rPr>
          <w:sz w:val="20"/>
        </w:rPr>
        <w:t>7:13  There is no stagnation in Islam.</w:t>
      </w:r>
    </w:p>
    <w:p>
      <w:pPr>
        <w:pStyle w:val="Heading2"/>
      </w:pPr>
      <w:r>
        <w:t>Story of Jesus's disciples and divine help</w:t>
      </w:r>
    </w:p>
    <w:p>
      <w:r>
        <w:rPr>
          <w:color w:val="666666"/>
          <w:sz w:val="18"/>
        </w:rPr>
        <w:t>Chairperson, Prof. Farida Khanam's Addressal Peace Conference April 29-30, 2023 · 2m 30s · at 3:01 · https://youtu.be/ZuVp1fGsZOw?t=181</w:t>
      </w:r>
    </w:p>
    <w:p>
      <w:r>
        <w:rPr>
          <w:i/>
        </w:rPr>
        <w:t>“Jab log samajhte the Hazrat Isa ko saleeb pe chadhaya gaya”</w:t>
      </w:r>
    </w:p>
    <w:p>
      <w:r>
        <w:rPr>
          <w:sz w:val="20"/>
        </w:rPr>
        <w:t>3:01  to yeh mujhe yaad aata hai ke isi tarike se jab rajat isar e salam ko jo logon ne samjha haqeeqat nahi thi lekin logon ne yahi samjha ke unko phansi de di gayi, saleeb par chadha diya gaya to unke jo hawari the, bahut zyada gamgeen baithe hue the.</w:t>
      </w:r>
      <w:r>
        <w:br/>
      </w:r>
      <w:r>
        <w:rPr>
          <w:sz w:val="20"/>
        </w:rPr>
        <w:t>3:21  to hazrati sal is salam kyunke molana ne bataya tha ke raat ho gayi thi, log unko pehchante nahi the to ek dusra jo gaddar unka saathi tha woh pakad ke usko le gaye. hazar teesra rupoosh ho gaye. to teen din ke baad woh apne hawariyon ke paas aaye to unko bahut zyada unko encourage kiya. unhone kaha ke tumko yeh khudai mission, khuda ka pyagam logon tak pahunchana hai.</w:t>
      </w:r>
      <w:r>
        <w:br/>
      </w:r>
      <w:r>
        <w:rPr>
          <w:sz w:val="20"/>
        </w:rPr>
        <w:t>3:50  to bahut zyada woh log khush ho gaye.</w:t>
      </w:r>
      <w:r>
        <w:br/>
      </w:r>
      <w:r>
        <w:rPr>
          <w:sz w:val="20"/>
        </w:rPr>
        <w:t>3:55  Rajat Isa ne kaha tumhare paas Khuda ka inspiration aayega, uske baad tum log nikal jana aur woh</w:t>
      </w:r>
      <w:r>
        <w:br/>
      </w:r>
      <w:r>
        <w:rPr>
          <w:sz w:val="20"/>
        </w:rPr>
        <w:t>4:00  zamana hai religious persecution ka zamana, jabki log bilkul phansi de di jaati thi sirf yeh kehne ke</w:t>
      </w:r>
      <w:r>
        <w:br/>
      </w:r>
      <w:r>
        <w:rPr>
          <w:sz w:val="20"/>
        </w:rPr>
        <w:t>4:06  liye, ki Khuda ek hai, aaj to Allah taala ne zamana hi badal diya hai, hamare liye woh</w:t>
      </w:r>
      <w:r>
        <w:br/>
      </w:r>
      <w:r>
        <w:rPr>
          <w:sz w:val="20"/>
        </w:rPr>
        <w:t>4:11  saari sulaten Allah taala ne khud paida kar di hai kyunki yeh Allah ka mission hai aur yeh</w:t>
      </w:r>
      <w:r>
        <w:br/>
      </w:r>
      <w:r>
        <w:rPr>
          <w:sz w:val="20"/>
        </w:rPr>
        <w:t>4:16  har halat mein hamein qayamat se pehle mukammal karna hai.</w:t>
      </w:r>
      <w:r>
        <w:br/>
      </w:r>
      <w:r>
        <w:rPr>
          <w:sz w:val="20"/>
        </w:rPr>
        <w:t>4:22  to phir jab hazad maseel e salam unko chalis din tak unke paas aate rahe, to woh log charged ho gaye aur woh phir nikle kaam karne ke liye ab aap jante hain ke aaj sari duniya mein unhone isaiyat ko phaila diya hai. to isi tarike se kuch aisa lagta hai ke allah taalaah ne hamari team ko bhi inspire kar diya hai. aaj molana nahi hai uske bawajood sab log is mission mein lage hue hain.</w:t>
      </w:r>
      <w:r>
        <w:br/>
      </w:r>
      <w:r>
        <w:rPr>
          <w:sz w:val="20"/>
        </w:rPr>
        <w:t>4:52  yeh ho nahi sakta jab tak ke allah ki madad na aaye. allah ne balki apni madad ko bilkul bahut bahut zyada jhel diya hai madad ko.</w:t>
      </w:r>
      <w:r>
        <w:br/>
      </w:r>
      <w:r>
        <w:rPr>
          <w:sz w:val="20"/>
        </w:rPr>
        <w:t>5:04  ab bas hamein khada hona hai jaise abhi mulahan bataye ki hum log to bas human face hain, kaam to sab allah taala kar raha hai kyunke dekhiye yeh creation plan ke mutabik allah taalaah ko yeh, yeh har bande ko jo allah create kiya hai bandon ko unko yeh pragam pahunchana hai ke is duniya mein usko kaise rehna hai? kya do's and don'ts hain? usko marne ke baad usko jawabdi hai.</w:t>
      </w:r>
      <w:r>
        <w:br/>
      </w:r>
      <w:r>
        <w:rPr>
          <w:sz w:val="20"/>
        </w:rPr>
        <w:t>5:31  to yeh allah ki zimmedari hai. lekin qanoon e iltebaas ki wajah se allah ne yeh zimmedari insaan ko ata kiya hai. to pehle to aate the pagambar, jab pagambaron ke ki teachings ko log bhula dete the, to dusra pagambar aa jata tha. ab, ab nai baat yeh hai ke rasullah sallah vivasallam aakhri pagambar hai.</w:t>
      </w:r>
    </w:p>
    <w:p>
      <w:pPr>
        <w:pStyle w:val="Heading2"/>
      </w:pPr>
      <w:r>
        <w:t>why humans struggle to adjust: Satan's influence</w:t>
      </w:r>
    </w:p>
    <w:p>
      <w:r>
        <w:rPr>
          <w:color w:val="666666"/>
          <w:sz w:val="18"/>
        </w:rPr>
        <w:t>Importance of Adjustment June 27, 2009 · 2m 36s · at 59:24 · https://youtu.be/Gp1zc2HPMRU?t=3564</w:t>
      </w:r>
    </w:p>
    <w:p>
      <w:r>
        <w:rPr>
          <w:i/>
        </w:rPr>
        <w:t>“Why does man find it hard to adjust?”</w:t>
      </w:r>
    </w:p>
    <w:p>
      <w:r>
        <w:rPr>
          <w:sz w:val="20"/>
        </w:rPr>
        <w:t>59:24  maulana, why does man find it so hard to adjust with his fellow human beings? according to the quranic reference, it is due to the influence of satan.</w:t>
      </w:r>
      <w:r>
        <w:br/>
      </w:r>
      <w:r>
        <w:rPr>
          <w:sz w:val="20"/>
        </w:rPr>
        <w:t>59:47  in psychological term, maybe some other answer to this question, but religious term, i would like to say that this is due to the influence of satan.</w:t>
      </w:r>
      <w:r>
        <w:br/>
      </w:r>
      <w:r>
        <w:rPr>
          <w:sz w:val="20"/>
        </w:rPr>
        <w:t>1:00:04  satan is a complete with you every time. with every human being, there is a satan. every with every man, with every woman,</w:t>
      </w:r>
      <w:r>
        <w:br/>
      </w:r>
      <w:r>
        <w:rPr>
          <w:sz w:val="20"/>
        </w:rPr>
        <w:t>1:00:15  satan with him every time, day and night. so you have to be alert.</w:t>
      </w:r>
      <w:r>
        <w:br/>
      </w:r>
      <w:r>
        <w:rPr>
          <w:sz w:val="20"/>
        </w:rPr>
        <w:t>1:00:25  you have to make dua.</w:t>
      </w:r>
      <w:r>
        <w:br/>
      </w:r>
      <w:r>
        <w:rPr>
          <w:sz w:val="20"/>
        </w:rPr>
        <w:t>1:00:30  every day and night, you have to say: "allahumma inni a'udhu bika minash shaitanir rajim, allahumma inni a'udhu bika min hamazatish shayatin".</w:t>
      </w:r>
      <w:r>
        <w:br/>
      </w:r>
      <w:r>
        <w:rPr>
          <w:sz w:val="20"/>
        </w:rPr>
        <w:t>1:00:43  so this is due to the test. god almighty is rahim o karim, is merciful, but without satan, there was no test.</w:t>
      </w:r>
      <w:r>
        <w:br/>
      </w:r>
      <w:r>
        <w:rPr>
          <w:sz w:val="20"/>
        </w:rPr>
        <w:t>1:01:02  so satan is here only for your test. so we have to to recognize satan influence.</w:t>
      </w:r>
      <w:r>
        <w:br/>
      </w:r>
      <w:r>
        <w:rPr>
          <w:sz w:val="20"/>
        </w:rPr>
        <w:t>1:01:18  when you feel that there is a satan petition in your, in your, in your, in your personality, it is a fact that when satan touches you, when satan influence you,</w:t>
      </w:r>
      <w:r>
        <w:br/>
      </w:r>
      <w:r>
        <w:rPr>
          <w:sz w:val="20"/>
        </w:rPr>
        <w:t>1:01:34  you, you feel, you recognize through your conscience, through your heart, through mind.</w:t>
      </w:r>
      <w:r>
        <w:br/>
      </w:r>
      <w:r>
        <w:rPr>
          <w:sz w:val="20"/>
        </w:rPr>
        <w:t>1:01:44  so you have to be alert. you have to say: "allahumma inni a'udhu bika min hamazatish shayatin". so this is the only way to save yourself from satanic influences.</w:t>
      </w:r>
    </w:p>
    <w:p>
      <w:pPr>
        <w:pStyle w:val="Heading2"/>
      </w:pPr>
      <w:r>
        <w:t>God's living model: the Prophet</w:t>
      </w:r>
    </w:p>
    <w:p>
      <w:r>
        <w:rPr>
          <w:color w:val="666666"/>
          <w:sz w:val="18"/>
        </w:rPr>
        <w:t>Lesson from Prophet's Life April 23, 2006 Maulana Wahiduddin Khan · 32s · at 1:12 · https://youtu.be/PIe6pirYtyY?t=72</w:t>
      </w:r>
    </w:p>
    <w:p>
      <w:r>
        <w:rPr>
          <w:i/>
        </w:rPr>
        <w:t>“Dosra jo hai, Prophet ke zariye Khuda ne ek living model”</w:t>
      </w:r>
    </w:p>
    <w:p>
      <w:r>
        <w:rPr>
          <w:sz w:val="20"/>
        </w:rPr>
        <w:t>1:12  is ka demonstration de raha hai ke khuda kya chahta hai hum se. doosra jo hai, prophet ke zariye khuda ne aik living model rakh diya hamare samne.</w:t>
      </w:r>
      <w:r>
        <w:br/>
      </w:r>
      <w:r>
        <w:rPr>
          <w:sz w:val="20"/>
        </w:rPr>
        <w:t>1:31  to yeh jo living model jis ko mein keh raha hoon, prophet ki zindagi, is se mein chand aur baatein aap ke samne rakhunga.</w:t>
      </w:r>
    </w:p>
    <w:p>
      <w:pPr>
        <w:pStyle w:val="Heading2"/>
      </w:pPr>
      <w:r>
        <w:t>hadith: the marketplace is the worst of places</w:t>
      </w:r>
    </w:p>
    <w:p>
      <w:r>
        <w:rPr>
          <w:color w:val="666666"/>
          <w:sz w:val="18"/>
        </w:rPr>
        <w:t>The Concept of Sunnah and Bidah in Islam February 14, 2008 Maulana Wahiduddin Khan · 34s · at 29:54 · https://youtu.be/_uIO23hmBjg?t=1794</w:t>
      </w:r>
    </w:p>
    <w:p>
      <w:r>
        <w:rPr>
          <w:i/>
        </w:rPr>
        <w:t>“اور رسول اللہ کا طریقہ کیا تھا؟ شر المقامی اسواقہ”</w:t>
      </w:r>
    </w:p>
    <w:p>
      <w:r>
        <w:rPr>
          <w:sz w:val="20"/>
        </w:rPr>
        <w:t>29:54  kyunki shopping hoti hai shopping hoti hai shopping hoti hai. lala ke saman ghar mein bharte hain.</w:t>
      </w:r>
      <w:r>
        <w:br/>
      </w:r>
      <w:r>
        <w:rPr>
          <w:sz w:val="20"/>
        </w:rPr>
        <w:t>30:03  aur rasool allah ka tareeqa kya tha? aap ne kaha ke shar al maqami aswaqah sab se buri jagah market hai ya shopping center hai.</w:t>
      </w:r>
      <w:r>
        <w:br/>
      </w:r>
      <w:r>
        <w:rPr>
          <w:sz w:val="20"/>
        </w:rPr>
        <w:t>30:22  sab se buri jagah shopping center hai.</w:t>
      </w:r>
    </w:p>
    <w:p>
      <w:pPr>
        <w:pStyle w:val="Heading2"/>
      </w:pPr>
      <w:r>
        <w:t>peace is the rule in Islam, war a rare exception</w:t>
      </w:r>
    </w:p>
    <w:p>
      <w:r>
        <w:rPr>
          <w:color w:val="666666"/>
          <w:sz w:val="18"/>
        </w:rPr>
        <w:t>Importance of Adjustment June 27, 2009 · 3m 34s · at 48:04 · https://youtu.be/Gp1zc2HPMRU?t=2884</w:t>
      </w:r>
    </w:p>
    <w:p>
      <w:r>
        <w:rPr>
          <w:i/>
        </w:rPr>
        <w:t>“Everyone today speaks of jihad — it's misunderstood.”</w:t>
      </w:r>
    </w:p>
    <w:p>
      <w:r>
        <w:rPr>
          <w:sz w:val="20"/>
        </w:rPr>
        <w:t>48:04  so i invite you to study islam again. you know, in present time, everyone, everyone speaks of jihad.</w:t>
      </w:r>
      <w:r>
        <w:br/>
      </w:r>
      <w:r>
        <w:rPr>
          <w:sz w:val="20"/>
        </w:rPr>
        <w:t>48:19  jihad, it is, it is, it is nothing. jihad is not a permanent activity of islam.</w:t>
      </w:r>
      <w:r>
        <w:br/>
      </w:r>
      <w:r>
        <w:rPr>
          <w:sz w:val="20"/>
        </w:rPr>
        <w:t>48:31  jihad is very, very</w:t>
      </w:r>
      <w:r>
        <w:br/>
      </w:r>
      <w:r>
        <w:rPr>
          <w:sz w:val="20"/>
        </w:rPr>
        <w:t>48:36  rare activity.</w:t>
      </w:r>
      <w:r>
        <w:br/>
      </w:r>
      <w:r>
        <w:rPr>
          <w:sz w:val="20"/>
        </w:rPr>
        <w:t>48:39  i can see that i studied islam in detail. so i can see that in islam,</w:t>
      </w:r>
      <w:r>
        <w:br/>
      </w:r>
      <w:r>
        <w:rPr>
          <w:sz w:val="20"/>
        </w:rPr>
        <w:t>48:48  peace is the rule, and war is a rare exception. this is just of my study. peace is the rule in islam, and war is a rare exception.</w:t>
      </w:r>
      <w:r>
        <w:br/>
      </w:r>
      <w:r>
        <w:rPr>
          <w:sz w:val="20"/>
        </w:rPr>
        <w:t>49:03  why?</w:t>
      </w:r>
      <w:r>
        <w:br/>
      </w:r>
      <w:r>
        <w:rPr>
          <w:sz w:val="20"/>
        </w:rPr>
        <w:t>49:04  because every war is war, can give you only a precarious victory, or defeat or a precarious victory.</w:t>
      </w:r>
      <w:r>
        <w:br/>
      </w:r>
      <w:r>
        <w:rPr>
          <w:sz w:val="20"/>
        </w:rPr>
        <w:t>49:17  through war, you can't achieve anything. no one was able to war, or no one was able to achieve anything through war.</w:t>
      </w:r>
      <w:r>
        <w:br/>
      </w:r>
      <w:r>
        <w:rPr>
          <w:sz w:val="20"/>
        </w:rPr>
        <w:t>49:28  even superpower, superpowers,</w:t>
      </w:r>
      <w:r>
        <w:br/>
      </w:r>
      <w:r>
        <w:rPr>
          <w:sz w:val="20"/>
        </w:rPr>
        <w:t>49:33  even superpowers can't achieve anything through war.</w:t>
      </w:r>
      <w:r>
        <w:br/>
      </w:r>
      <w:r>
        <w:rPr>
          <w:sz w:val="20"/>
        </w:rPr>
        <w:t>49:41  war is not useful for construction. through war, war is only source of destruction.</w:t>
      </w:r>
      <w:r>
        <w:br/>
      </w:r>
      <w:r>
        <w:rPr>
          <w:sz w:val="20"/>
        </w:rPr>
        <w:t>49:52  it is not, it is not a source of construction.</w:t>
      </w:r>
      <w:r>
        <w:br/>
      </w:r>
      <w:r>
        <w:rPr>
          <w:sz w:val="20"/>
        </w:rPr>
        <w:t>49:57  war can you, can, can give you negative result, but no war can give you positive results. so in islam, war is not an option.</w:t>
      </w:r>
      <w:r>
        <w:br/>
      </w:r>
      <w:r>
        <w:rPr>
          <w:sz w:val="20"/>
        </w:rPr>
        <w:t>50:10  only in compulsive situation, islam allow you to go to defensive war, that is a limited war. in islam, defensive war is a limited war.</w:t>
      </w:r>
      <w:r>
        <w:br/>
      </w:r>
      <w:r>
        <w:rPr>
          <w:sz w:val="20"/>
        </w:rPr>
        <w:t>50:26  and the best example of the prophet of islam is that he never entered into full fledged war. though some ghazwat that are, that are called war in the, in the, in the life of the prophet of islam.</w:t>
      </w:r>
      <w:r>
        <w:br/>
      </w:r>
      <w:r>
        <w:rPr>
          <w:sz w:val="20"/>
        </w:rPr>
        <w:t>50:45  they were skirmishes. no ghazwa was a full fledged war.</w:t>
      </w:r>
      <w:r>
        <w:br/>
      </w:r>
      <w:r>
        <w:rPr>
          <w:sz w:val="20"/>
        </w:rPr>
        <w:t>50:53  i can say with conviction in my study, in the, in the base of my study that no war in the prophet of islam life was full fledged war.</w:t>
      </w:r>
      <w:r>
        <w:br/>
      </w:r>
      <w:r>
        <w:rPr>
          <w:sz w:val="20"/>
        </w:rPr>
        <w:t>51:03  it was simply like skirmishes. skirmishes why? because through war, you can't achieve anything.</w:t>
      </w:r>
      <w:r>
        <w:br/>
      </w:r>
      <w:r>
        <w:rPr>
          <w:sz w:val="20"/>
        </w:rPr>
        <w:t>51:17  you can destroy something through war, but you can't build anything through war.</w:t>
      </w:r>
      <w:r>
        <w:br/>
      </w:r>
      <w:r>
        <w:rPr>
          <w:sz w:val="20"/>
        </w:rPr>
        <w:t>51:27  so islam emphasizes in peace, in tolerance, in adjustment.</w:t>
      </w:r>
    </w:p>
    <w:p>
      <w:pPr>
        <w:pStyle w:val="Heading2"/>
      </w:pPr>
      <w:r>
        <w:t>Pakistan's true meaning hijacked</w:t>
      </w:r>
    </w:p>
    <w:p>
      <w:r>
        <w:rPr>
          <w:color w:val="666666"/>
          <w:sz w:val="18"/>
        </w:rPr>
        <w:t>Dars-e-Quran, Hadith-e-Jibril October 29, 2017 · 2m 48s · at 1:16:50 · https://youtu.be/CaMTvkwqQqo?t=4610</w:t>
      </w:r>
    </w:p>
    <w:p>
      <w:r>
        <w:rPr>
          <w:i/>
        </w:rPr>
        <w:t>“Pakistan ka matlab kya? La ilaha illallah”</w:t>
      </w:r>
    </w:p>
    <w:p>
      <w:r>
        <w:rPr>
          <w:sz w:val="20"/>
        </w:rPr>
        <w:t>1:16:50  pakistan ka matlab kya la ilaha illallah</w:t>
      </w:r>
      <w:r>
        <w:br/>
      </w:r>
      <w:r>
        <w:rPr>
          <w:sz w:val="20"/>
        </w:rPr>
        <w:t>1:16:54  to aaj mein yahi soch raha tha</w:t>
      </w:r>
      <w:r>
        <w:br/>
      </w:r>
      <w:r>
        <w:rPr>
          <w:sz w:val="20"/>
        </w:rPr>
        <w:t>1:16:58  ke india ke musalmanon ne khas taur par pakistan ke musalmanon ne</w:t>
      </w:r>
      <w:r>
        <w:br/>
      </w:r>
      <w:r>
        <w:rPr>
          <w:sz w:val="20"/>
        </w:rPr>
        <w:t>1:17:06  in alfaaz ke sath goya allah se wada kiya tha ke khuda ya tu hamein pakistan de aur hum</w:t>
      </w:r>
      <w:r>
        <w:br/>
      </w:r>
      <w:r>
        <w:rPr>
          <w:sz w:val="20"/>
        </w:rPr>
        <w:t>1:17:15  la ilaha illallah ko sare dunya mein phaila dein allah ne hamein aur aap ko is tarah</w:t>
      </w:r>
      <w:r>
        <w:br/>
      </w:r>
      <w:r>
        <w:rPr>
          <w:sz w:val="20"/>
        </w:rPr>
        <w:t>1:17:20  hamein yahi sare wasail ko istemal kar ke allah ke kalam ko quran ko har zaban mein tarjuma</w:t>
      </w:r>
      <w:r>
        <w:br/>
      </w:r>
      <w:r>
        <w:rPr>
          <w:sz w:val="20"/>
        </w:rPr>
        <w:t>1:17:28  kar ke phaila dein</w:t>
      </w:r>
      <w:r>
        <w:br/>
      </w:r>
      <w:r>
        <w:rPr>
          <w:sz w:val="20"/>
        </w:rPr>
        <w:t>1:17:31  yahi keh rahe the goya kyunke la ilaha illallah to kalma quran hai</w:t>
      </w:r>
      <w:r>
        <w:br/>
      </w:r>
      <w:r>
        <w:rPr>
          <w:sz w:val="20"/>
        </w:rPr>
        <w:t>1:17:36  lekin</w:t>
      </w:r>
      <w:r>
        <w:br/>
      </w:r>
      <w:r>
        <w:rPr>
          <w:sz w:val="20"/>
        </w:rPr>
        <w:t>1:17:37  aap dekhiye Pakistan banne ke baad kya hua log aapas mein ladne lage aapas mein ladne lage jaise ke kisi ne hijack kar liya cricket cricket mein aik term hai sledging</w:t>
      </w:r>
      <w:r>
        <w:br/>
      </w:r>
      <w:r>
        <w:rPr>
          <w:sz w:val="20"/>
        </w:rPr>
        <w:t>1:17:57  ap mujh se zyada jante hain ke jab do team khel rahi ho</w:t>
      </w:r>
      <w:r>
        <w:br/>
      </w:r>
      <w:r>
        <w:rPr>
          <w:sz w:val="20"/>
        </w:rPr>
        <w:t>1:18:03  aur ek team</w:t>
      </w:r>
      <w:r>
        <w:br/>
      </w:r>
      <w:r>
        <w:rPr>
          <w:sz w:val="20"/>
        </w:rPr>
        <w:t>1:18:07  acchi performance dikha rahi ho</w:t>
      </w:r>
      <w:r>
        <w:br/>
      </w:r>
      <w:r>
        <w:rPr>
          <w:sz w:val="20"/>
        </w:rPr>
        <w:t>1:18:12  to doosri team is ko kuch aisi baat kahe gi</w:t>
      </w:r>
      <w:r>
        <w:br/>
      </w:r>
      <w:r>
        <w:rPr>
          <w:sz w:val="20"/>
        </w:rPr>
        <w:t>1:18:17  ke wo is ka tempo khatm ho jaye</w:t>
      </w:r>
      <w:r>
        <w:br/>
      </w:r>
      <w:r>
        <w:rPr>
          <w:sz w:val="20"/>
        </w:rPr>
        <w:t>1:18:23  ek bari zabardast tempo ke sath wo khel rahe hain wo jeetne wale hain to haarne wali team</w:t>
      </w:r>
      <w:r>
        <w:br/>
      </w:r>
      <w:r>
        <w:rPr>
          <w:sz w:val="20"/>
        </w:rPr>
        <w:t>1:18:29  kuch aisi baat kahe gi provoke karne wali un ko</w:t>
      </w:r>
      <w:r>
        <w:br/>
      </w:r>
      <w:r>
        <w:rPr>
          <w:sz w:val="20"/>
        </w:rPr>
        <w:t>1:18:35  ke un ka tempo khatm ho jaye wo haar jayen is ko kehte hain sledging</w:t>
      </w:r>
      <w:r>
        <w:br/>
      </w:r>
      <w:r>
        <w:rPr>
          <w:sz w:val="20"/>
        </w:rPr>
        <w:t>1:18:42  to</w:t>
      </w:r>
      <w:r>
        <w:br/>
      </w:r>
      <w:r>
        <w:rPr>
          <w:sz w:val="20"/>
        </w:rPr>
        <w:t>1:18:43  pakistan ke baad yahi hua</w:t>
      </w:r>
      <w:r>
        <w:br/>
      </w:r>
      <w:r>
        <w:rPr>
          <w:sz w:val="20"/>
        </w:rPr>
        <w:t>1:18:46  kuch aur taqaten</w:t>
      </w:r>
      <w:r>
        <w:br/>
      </w:r>
      <w:r>
        <w:rPr>
          <w:sz w:val="20"/>
        </w:rPr>
        <w:t>1:18:49  ubhren jinho ne is tempo ko highjack kar liya</w:t>
      </w:r>
      <w:r>
        <w:br/>
      </w:r>
      <w:r>
        <w:rPr>
          <w:sz w:val="20"/>
        </w:rPr>
        <w:t>1:18:54  jo tempo ubhra tha pakistan ka matlab ke la ilaha illallah ek tempo</w:t>
      </w:r>
      <w:r>
        <w:br/>
      </w:r>
      <w:r>
        <w:rPr>
          <w:sz w:val="20"/>
        </w:rPr>
        <w:t>1:19:00  to kuch taqaton ne is ko highjack is tarah kiya ke shikayat ki baaten bohat zyada phaila</w:t>
      </w:r>
      <w:r>
        <w:br/>
      </w:r>
      <w:r>
        <w:rPr>
          <w:sz w:val="20"/>
        </w:rPr>
        <w:t>1:19:05  deen hum mazloom hain bohat zyada phaila diya bas ladaai bhadaai shuru ho gayi jis ko dekhiye bas hum</w:t>
      </w:r>
      <w:r>
        <w:br/>
      </w:r>
      <w:r>
        <w:rPr>
          <w:sz w:val="20"/>
        </w:rPr>
        <w:t>1:19:13  mazloom hain hamare sath bura sulook hua hai hamare sath haq talfi hui hai</w:t>
      </w:r>
      <w:r>
        <w:br/>
      </w:r>
      <w:r>
        <w:rPr>
          <w:sz w:val="20"/>
        </w:rPr>
        <w:t>1:19:22  is tarah se kuch taqaton ne ek political sledging ki</w:t>
      </w:r>
      <w:r>
        <w:br/>
      </w:r>
      <w:r>
        <w:rPr>
          <w:sz w:val="20"/>
        </w:rPr>
        <w:t>1:19:28  aur</w:t>
      </w:r>
      <w:r>
        <w:br/>
      </w:r>
      <w:r>
        <w:rPr>
          <w:sz w:val="20"/>
        </w:rPr>
        <w:t>1:19:28  is tempo ko high jack kar liya aur pakistan ke log is ka shikar ho gaye</w:t>
      </w:r>
      <w:r>
        <w:br/>
      </w:r>
      <w:r>
        <w:rPr>
          <w:sz w:val="20"/>
        </w:rPr>
        <w:t>1:19:39  is unho ne hijackers ke fareb mein aa gaye</w:t>
      </w:r>
    </w:p>
    <w:p>
      <w:pPr>
        <w:pStyle w:val="Heading2"/>
      </w:pPr>
      <w:r>
        <w:t>Khalid bin Walid's famous line after being demoted</w:t>
      </w:r>
    </w:p>
    <w:p>
      <w:r>
        <w:rPr>
          <w:color w:val="666666"/>
          <w:sz w:val="18"/>
        </w:rPr>
        <w:t>The Companions of The Prophet January 15, 2023 · 39s · at 48:19 · https://youtu.be/clnN0tUU9og?t=2899</w:t>
      </w:r>
    </w:p>
    <w:p>
      <w:r>
        <w:rPr>
          <w:i/>
        </w:rPr>
        <w:t>“I don't fight for Umar — I fight for Umar's Lord.”</w:t>
      </w:r>
    </w:p>
    <w:p>
      <w:r>
        <w:rPr>
          <w:sz w:val="20"/>
        </w:rPr>
        <w:t>48:19  gaya hai, to wahan par log khayme mein rehtay thay. khayme mein tamam log jama hue ke aap khaleefa ke hukum ko mat maniye, hum aap ke sath hain. to ab aise mauqe par yahi hota hai ke woh alag ho jatay hain ke hum itni bari be izzati hum hum bardasht nahi kar saktay.</w:t>
      </w:r>
      <w:r>
        <w:br/>
      </w:r>
      <w:r>
        <w:rPr>
          <w:sz w:val="20"/>
        </w:rPr>
        <w:t>48:34  lekin kya tareekhi kalma hazrat khalid ne is waqt bola ke woh sonay se likhnay laiq hai ke hazrat khalid ne kaha ke main umar ke liye nahi larta, umar ke rabb ke liye larta hoon.</w:t>
      </w:r>
      <w:r>
        <w:br/>
      </w:r>
      <w:r>
        <w:rPr>
          <w:sz w:val="20"/>
        </w:rPr>
        <w:t>48:47  to yeh baat hai ke woh log jo kaam bhi kartay thay, woh khuda ke liye kartay thay. insaan se koi bhi shikayat ho, us ko kuch bhi us se asar nahi letay thay.</w:t>
      </w:r>
    </w:p>
    <w:p>
      <w:pPr>
        <w:pStyle w:val="Heading2"/>
      </w:pPr>
      <w:r>
        <w:t>hating the people you invite kills your outreach</w:t>
      </w:r>
    </w:p>
    <w:p>
      <w:r>
        <w:rPr>
          <w:color w:val="666666"/>
          <w:sz w:val="18"/>
        </w:rPr>
        <w:t>Spirituality vs Materialism July 10, 2011 Maulana Wahiduddin Khan · 36s · at 50:48 · https://youtu.be/oLx-EARR2fI?t=3048</w:t>
      </w:r>
    </w:p>
    <w:p>
      <w:r>
        <w:rPr>
          <w:i/>
        </w:rPr>
        <w:t>“People are negative toward the very people they invite.”</w:t>
      </w:r>
    </w:p>
    <w:p>
      <w:r>
        <w:rPr>
          <w:sz w:val="20"/>
        </w:rPr>
        <w:t>50:48  jo sab se bari responsibility un ki thi, jo un ki jo zimmedari, isi ko ada karne ke liye un ke andar spirit nahi paida hoti. yani daawa work.</w:t>
      </w:r>
      <w:r>
        <w:br/>
      </w:r>
      <w:r>
        <w:rPr>
          <w:sz w:val="20"/>
        </w:rPr>
        <w:t>51:00  yaad rakhiye, daawa work hi woh cheez hai jis se ummat e muslema ka ummat e muslema hona yani muthaqiq hota hai.</w:t>
      </w:r>
      <w:r>
        <w:br/>
      </w:r>
      <w:r>
        <w:rPr>
          <w:sz w:val="20"/>
        </w:rPr>
        <w:t>51:12  quran majeed mein aik ayat hai ya ayyuhal rasool balagh ma unzila ilaik min rabbik wa lam taf al fa ma balaght risalatah wallahu ya'su minan naas</w:t>
      </w:r>
    </w:p>
    <w:p>
      <w:pPr>
        <w:pStyle w:val="Heading2"/>
      </w:pPr>
      <w:r>
        <w:t>Allah wants piety not flesh</w:t>
      </w:r>
    </w:p>
    <w:p>
      <w:r>
        <w:rPr>
          <w:color w:val="666666"/>
          <w:sz w:val="18"/>
        </w:rPr>
        <w:t>Eid ul Adhha: A Day of Pledge | September 13, 2016 · 30s · at 13:27 · https://youtu.be/2kDiSs__dQM?t=807</w:t>
      </w:r>
    </w:p>
    <w:p>
      <w:r>
        <w:rPr>
          <w:i/>
        </w:rPr>
        <w:t>“Allah ko tumhari qurbani ka gosht aur khoon nahi pahunchta”</w:t>
      </w:r>
    </w:p>
    <w:p>
      <w:r>
        <w:rPr>
          <w:sz w:val="20"/>
        </w:rPr>
        <w:t>13:27  spirit of sacrifice پہنچتی ہے، نہ کہ وہ animal.</w:t>
      </w:r>
      <w:r>
        <w:br/>
      </w:r>
      <w:r>
        <w:rPr>
          <w:sz w:val="20"/>
        </w:rPr>
        <w:t>13:37  yeh jo symbolic sacrifice hai, is ki jo spirit hai, woh pahunchti hai Allah ko.</w:t>
      </w:r>
      <w:r>
        <w:br/>
      </w:r>
      <w:r>
        <w:rPr>
          <w:sz w:val="20"/>
        </w:rPr>
        <w:t>13:47  spirit kya hai? ke aap yeh sochein, is tarah ki planning karein ke mujhe Allah ke</w:t>
      </w:r>
    </w:p>
    <w:p>
      <w:pPr>
        <w:pStyle w:val="Heading2"/>
      </w:pPr>
      <w:r>
        <w:t>Weak faith claim is meaningless; a preacher never protests</w:t>
      </w:r>
    </w:p>
    <w:p>
      <w:r>
        <w:rPr>
          <w:color w:val="666666"/>
          <w:sz w:val="18"/>
        </w:rPr>
        <w:t>Prophet of Islam A Role Model 16 January, 2011 · 2m 18s · at 1:39:56 · https://youtu.be/77WIVVVMP04?t=5996</w:t>
      </w:r>
    </w:p>
    <w:p>
      <w:r>
        <w:rPr>
          <w:i/>
        </w:rPr>
        <w:t>“Ek Muslim leader ne apni taqreer mein kaha hai ke aajkal musalmano ke saath jo ho raha hai”</w:t>
      </w:r>
    </w:p>
    <w:p>
      <w:r>
        <w:rPr>
          <w:sz w:val="20"/>
        </w:rPr>
        <w:t>1:39:56  mr imran hasan ne dilli se likha hai: "ek muslim leader ne apni taqreer mein kaha hai ke aaj kal musalmanon ke saath jo kuch ho raha hai, woh unke imaan ki kamzori ki wajah se hai."</w:t>
      </w:r>
      <w:r>
        <w:br/>
      </w:r>
      <w:r>
        <w:rPr>
          <w:sz w:val="20"/>
        </w:rPr>
        <w:t>1:40:12  iske baad unhon ne yeh bhi kaha ke hamein apne haq ke liye peaceful protest karna zaroori hai. iske bare mein maulana, aap kya kahenge?</w:t>
      </w:r>
      <w:r>
        <w:br/>
      </w:r>
      <w:r>
        <w:rPr>
          <w:sz w:val="20"/>
        </w:rPr>
        <w:t>1:40:24  imaan ki kamzori ka purasar lafz hai. kya matlab imaan ki kamzori ka? main nahin samajhta koi matlab iska hai. imaan ki kamzori</w:t>
      </w:r>
      <w:r>
        <w:br/>
      </w:r>
      <w:r>
        <w:rPr>
          <w:sz w:val="20"/>
        </w:rPr>
        <w:t>1:40:36  musalmanon ko yaani imaan ke maani hote hain marifat. marifat darje mein unhein imaan hasil hona chahiye.</w:t>
      </w:r>
      <w:r>
        <w:br/>
      </w:r>
      <w:r>
        <w:rPr>
          <w:sz w:val="20"/>
        </w:rPr>
        <w:t>1:40:46  doosri baat hai ke unki zimmedari hai dawat. dawat work protest jo hai, daai ka culture nahin ho sakta kabhi bhi. daai jo hai, protest nahin karta.</w:t>
      </w:r>
      <w:r>
        <w:br/>
      </w:r>
      <w:r>
        <w:rPr>
          <w:sz w:val="20"/>
        </w:rPr>
        <w:t>1:40:57  kis woh woh jis se aap protest kar rahe hain, woh madu hai. aap ka madu se protest protest nahin kiya jata</w:t>
      </w:r>
      <w:r>
        <w:br/>
      </w:r>
      <w:r>
        <w:rPr>
          <w:sz w:val="20"/>
        </w:rPr>
        <w:t>1:41:03  . madu se well wisher banna padta hai. madu ka khair khwah aur madu se narmi ke sath bolna, madu ko argument se samjhana, dalail se samjhana, uske mind ko address kar</w:t>
      </w:r>
      <w:r>
        <w:br/>
      </w:r>
      <w:r>
        <w:rPr>
          <w:sz w:val="20"/>
        </w:rPr>
        <w:t>1:41:15  na, yeh protest karna nahin hota. chahe ikhtilafat hon, chahe masail khade hon, tab bhi aap aap apni is ko yaani dawat culture ko nahin chhod sakte.</w:t>
      </w:r>
      <w:r>
        <w:br/>
      </w:r>
      <w:r>
        <w:rPr>
          <w:sz w:val="20"/>
        </w:rPr>
        <w:t>1:41:27  toh imaan ki kamzori toh ek ek ek waham waham lafz hai. main samajhta hoon ke imaan naam hai shaoori daryaft ka. Allah taala ke daryaft ka aap shaoori taur par karte hain toh isi ka naam imaan hai.</w:t>
      </w:r>
      <w:r>
        <w:br/>
      </w:r>
      <w:r>
        <w:rPr>
          <w:sz w:val="20"/>
        </w:rPr>
        <w:t>1:41:39  aur imaan aata hai aap ke andar toh phir ibadat aati hai, dawat aati hai, sari cheezein aati hain.</w:t>
      </w:r>
      <w:r>
        <w:br/>
      </w:r>
      <w:r>
        <w:rPr>
          <w:sz w:val="20"/>
        </w:rPr>
        <w:t>1:41:45  protest ko main is liye kehta hoon ke rasool Allah sal Allah alaihi wasallam ne kabhi protest nahin kiya. is liye main is ko islami tareeqa nahin manta.</w:t>
      </w:r>
    </w:p>
    <w:p>
      <w:pPr>
        <w:pStyle w:val="Heading2"/>
      </w:pPr>
      <w:r>
        <w:t>Did the Prophet see Allah during the Miraj?</w:t>
      </w:r>
    </w:p>
    <w:p>
      <w:r>
        <w:rPr>
          <w:color w:val="666666"/>
          <w:sz w:val="18"/>
        </w:rPr>
        <w:t>Hadith-e-Rasool (Sayings of The Prophet of Islam) 20 June 2010 · 3m 53s · at 1:33:49 · https://youtu.be/eOZy3kYKTn0?t=5629</w:t>
      </w:r>
    </w:p>
    <w:p>
      <w:r>
        <w:rPr>
          <w:i/>
        </w:rPr>
        <w:t>“This belief that the Prophet saw Allah is baseless”</w:t>
      </w:r>
    </w:p>
    <w:p>
      <w:r>
        <w:rPr>
          <w:sz w:val="20"/>
        </w:rPr>
        <w:t>1:33:49  according to widespread belief among Muslims the Prophet of Islam had a direct conversation with God besides seeing the eternal world Maulana can you provide the correct perspective and what all happened during Miraj as per Quran and Prophets tradition</w:t>
      </w:r>
      <w:r>
        <w:br/>
      </w:r>
      <w:r>
        <w:rPr>
          <w:sz w:val="20"/>
        </w:rPr>
        <w:t>1:34:12  dekhiye yeh bilkul hi yani</w:t>
      </w:r>
      <w:r>
        <w:br/>
      </w:r>
      <w:r>
        <w:rPr>
          <w:sz w:val="20"/>
        </w:rPr>
        <w:t>1:34:17  besilis aqeedah hai kah rasool Allah ne Allah taala ko dekha</w:t>
      </w:r>
      <w:r>
        <w:br/>
      </w:r>
      <w:r>
        <w:rPr>
          <w:sz w:val="20"/>
        </w:rPr>
        <w:t>1:34:21  aur hazrat aisha saaf saaf kehti hain ke jisne yeh kaha woh jhoot bola</w:t>
      </w:r>
      <w:r>
        <w:br/>
      </w:r>
      <w:r>
        <w:rPr>
          <w:sz w:val="20"/>
        </w:rPr>
        <w:t>1:34:27  hazrat aisha ke saath hadith maujood hai ke jo yeh kahe ke rasool Allah ne Allah ta'ala ko dekha</w:t>
      </w:r>
      <w:r>
        <w:br/>
      </w:r>
      <w:r>
        <w:rPr>
          <w:sz w:val="20"/>
        </w:rPr>
        <w:t>1:34:34  usne jhoot kaha faqat khasa</w:t>
      </w:r>
      <w:r>
        <w:br/>
      </w:r>
      <w:r>
        <w:rPr>
          <w:sz w:val="20"/>
        </w:rPr>
        <w:t>1:34:37  aur waqe'i yeh hai ke Allah ki tasveer ghair hai yeh</w:t>
      </w:r>
      <w:r>
        <w:br/>
      </w:r>
      <w:r>
        <w:rPr>
          <w:sz w:val="20"/>
        </w:rPr>
        <w:t>1:34:40  ab kya samajhte hain Allah ta'ala ko</w:t>
      </w:r>
      <w:r>
        <w:br/>
      </w:r>
      <w:r>
        <w:rPr>
          <w:sz w:val="20"/>
        </w:rPr>
        <w:t>1:34:45  apne paighambar ko barhane ke liye log Khuda ko ghatta dete hain naoozubillah apne paighambar ko barhane ke liye logon ne Khuda ko ghatta rakha hai koi insan in aankhon se Khuda ko nahi dekh sakta maut ke baad jo dunya banegi wahan Allah ta'ala aik naya aik nayi hamein taqat den ge nayi aankh den ge is se hum dekh sakenge yeh dunya wali aankhon se koi dekh nahi sakta yeh bilkul naamumkin baat hai</w:t>
      </w:r>
      <w:r>
        <w:br/>
      </w:r>
      <w:r>
        <w:rPr>
          <w:sz w:val="20"/>
        </w:rPr>
        <w:t>1:35:14  na Hazrat Musa ne dekha Allah ko na Rasool Allah ne dekha Allah ko haan</w:t>
      </w:r>
      <w:r>
        <w:br/>
      </w:r>
      <w:r>
        <w:rPr>
          <w:sz w:val="20"/>
        </w:rPr>
        <w:t>1:35:21  jaise Hazrat Musa ne kaha tha keh Khuda ya main kyun keh dekhna chahta hoon to Allah ne kaha tha keh nahi tum dekh nahi sakte in aankhon se mujh ko</w:t>
      </w:r>
      <w:r>
        <w:br/>
      </w:r>
      <w:r>
        <w:rPr>
          <w:sz w:val="20"/>
        </w:rPr>
        <w:t>1:35:30  to Rasool Allah ke Miraj mein aisa har giz nahi hua keh aap ka direct baat cheet Allah se hui ya aap ne Allah ta'ala ko bana dekha yeh sab bilkul farzi baat hai</w:t>
      </w:r>
      <w:r>
        <w:br/>
      </w:r>
      <w:r>
        <w:rPr>
          <w:sz w:val="20"/>
        </w:rPr>
        <w:t>1:35:41  yeh musalmanon ne bana rakha hai naat khwanon ne bana rakha hai yeh Hazrat Hazrat Aisha se barh kar kaun ho sakta hai is mein woh kehte hain keh jis ne aisa kaha keh Rasool Allah ne Miraj mein dekha Allah ta'ala ko woh jhoot kehta hai jhoot faqat khasa to woh aik tajruba tha bas woh tajruba aik hum nahi keh sakte keh haqeeqatan kya tha woh tajruba</w:t>
      </w:r>
      <w:r>
        <w:br/>
      </w:r>
      <w:r>
        <w:rPr>
          <w:sz w:val="20"/>
        </w:rPr>
        <w:t>1:36:05  woh aik tajruba tha aik spiritual experience tha</w:t>
      </w:r>
      <w:r>
        <w:br/>
      </w:r>
      <w:r>
        <w:rPr>
          <w:sz w:val="20"/>
        </w:rPr>
        <w:t>1:36:11  aur is mein ikhtilaf hai keh woh roohani tha keh jismani tha to Hazrat Aisha kehti hain keh roohani tha tajruba tha jismani nahi tha yani yeh body Rasool Allah ki nahi gayi thi main isi ko manta hoon keh jo Hazrat Aisha kehti hain keh woh aik roohani tajruba tha yani spiritual experience tha Rasool Allah ki baat direct Allah ta'ala se nahi hui</w:t>
      </w:r>
      <w:r>
        <w:br/>
      </w:r>
      <w:r>
        <w:rPr>
          <w:sz w:val="20"/>
        </w:rPr>
        <w:t>1:36:33  na Rasool Allah ne Allah ta'ala ko direct dekha aur Allah ki azmat ki kitna yeh underestimate karna hai</w:t>
      </w:r>
      <w:r>
        <w:br/>
      </w:r>
      <w:r>
        <w:rPr>
          <w:sz w:val="20"/>
        </w:rPr>
        <w:t>1:36:43  yeh Allah ki azmat ko underestimate karna hai aap sirf aik bar kisi chale jayen kisi planetarium mein aur dekhen kainat ko ya kisi telescope se dekhen aasman ko to aap bilkul kanpne lagen ge kitni bari kainat hai</w:t>
      </w:r>
      <w:r>
        <w:br/>
      </w:r>
      <w:r>
        <w:rPr>
          <w:sz w:val="20"/>
        </w:rPr>
        <w:t>1:37:04  main ne Washington ka planetarium dekha jo bohat hi bara hai Delhi mein bhi planetarium hai is mein dikhate hain universe ko aap doorbeen se dekh sakte hain telescope se itni bari azmat samne aati hai aik adami thara uthta hai to yeh bilkul naamumkin hai keh is insan yeh jo insan dunya mein hai yeh Allah ta'ala ko dekh sake</w:t>
      </w:r>
      <w:r>
        <w:br/>
      </w:r>
      <w:r>
        <w:rPr>
          <w:sz w:val="20"/>
        </w:rPr>
        <w:t>1:37:30  haan akhirat mein hamara aik naya body hoga nayi personality hogi nayi aankh hogi wahan hum inshallah dekh sakenge</w:t>
      </w:r>
    </w:p>
    <w:p>
      <w:pPr>
        <w:pStyle w:val="Heading2"/>
      </w:pPr>
      <w:r>
        <w:t>Prophet Muhammad's de-linking in Mecca</w:t>
      </w:r>
    </w:p>
    <w:p>
      <w:r>
        <w:rPr>
          <w:color w:val="666666"/>
          <w:sz w:val="18"/>
        </w:rPr>
        <w:t>Art of De-Linking May 6, 2007 Maulana Wahiduddin Khan · 2m 21s · at 31:01 · https://youtu.be/cvzrpk4qFus?t=1861</w:t>
      </w:r>
    </w:p>
    <w:p>
      <w:r>
        <w:rPr>
          <w:i/>
        </w:rPr>
        <w:t>“Prophet Muhammad ignored idols, used audience”</w:t>
      </w:r>
    </w:p>
    <w:p>
      <w:r>
        <w:rPr>
          <w:sz w:val="20"/>
        </w:rPr>
        <w:t>31:01  woh free mein ek audience aap ko mil raha tha. ab aap ne dekhiye, yahan par wahi delinking policy apnayi. delinking policy.</w:t>
      </w:r>
      <w:r>
        <w:br/>
      </w:r>
      <w:r>
        <w:rPr>
          <w:sz w:val="20"/>
        </w:rPr>
        <w:t>31:13  aap 13 saal tak makkah mein the, kabhi bhi aap ne beton ko touch nahi kiya,</w:t>
      </w:r>
      <w:r>
        <w:br/>
      </w:r>
      <w:r>
        <w:rPr>
          <w:sz w:val="20"/>
        </w:rPr>
        <w:t>31:21  kuch nahi. na toh protest kiya, na complaint kiya, na touch kiya, na us ko toda, koi demand nahi kiya ke hatao is ko.</w:t>
      </w:r>
      <w:r>
        <w:br/>
      </w:r>
      <w:r>
        <w:rPr>
          <w:sz w:val="20"/>
        </w:rPr>
        <w:t>31:35  is</w:t>
      </w:r>
      <w:r>
        <w:br/>
      </w:r>
      <w:r>
        <w:rPr>
          <w:sz w:val="20"/>
        </w:rPr>
        <w:t>31:36  ko ek dum side par rakh kar ke, us ko ignore kar ke, aap yeh karte the ke aap daily jaate the wahan par, aur jo audience ikattha hota tha wahan, us ko address karte the.</w:t>
      </w:r>
      <w:r>
        <w:br/>
      </w:r>
      <w:r>
        <w:rPr>
          <w:sz w:val="20"/>
        </w:rPr>
        <w:t>31:51  "ayyuha nas qoolu la ilaha illallah tuflihu". toh quran aap ko utarta tha, aap jaante hain ke ikatthe nahi utra quran.</w:t>
      </w:r>
      <w:r>
        <w:br/>
      </w:r>
      <w:r>
        <w:rPr>
          <w:sz w:val="20"/>
        </w:rPr>
        <w:t>32:03  toh jo part is ka utarta tha, woh ja ke us ko suna dete the.</w:t>
      </w:r>
      <w:r>
        <w:br/>
      </w:r>
      <w:r>
        <w:rPr>
          <w:sz w:val="20"/>
        </w:rPr>
        <w:t>32:11  jaise "wal asri innal insana lafi khusrin". yaani "history is a witness that man is in loss".</w:t>
      </w:r>
      <w:r>
        <w:br/>
      </w:r>
      <w:r>
        <w:rPr>
          <w:sz w:val="20"/>
        </w:rPr>
        <w:t>32:24  yeh chapter utra makkah mein, wahan ja ke sunaya aap ne. "wal asri innal insana lafi khusrin".</w:t>
      </w:r>
      <w:r>
        <w:br/>
      </w:r>
      <w:r>
        <w:rPr>
          <w:sz w:val="20"/>
        </w:rPr>
        <w:t>32:34  "history is a witness that man is in loss". ab sab log chaunkne ho gaye ke bhai kya baat kar raha hai yeh aadmi? kyun hum loss mein hain?</w:t>
      </w:r>
      <w:r>
        <w:br/>
      </w:r>
      <w:r>
        <w:rPr>
          <w:sz w:val="20"/>
        </w:rPr>
        <w:t>32:45  kyun hum nuqsan mein hain? is se kya hua?</w:t>
      </w:r>
      <w:r>
        <w:br/>
      </w:r>
      <w:r>
        <w:rPr>
          <w:sz w:val="20"/>
        </w:rPr>
        <w:t>32:48  ek dialogue shuru hua, interaction shuru hua, discussion shuru hua.</w:t>
      </w:r>
      <w:r>
        <w:br/>
      </w:r>
      <w:r>
        <w:rPr>
          <w:sz w:val="20"/>
        </w:rPr>
        <w:t>32:57  aur phir jante hain kya hua? 13 saal mein jo jitne achhe log the Makkah mein, woh sab aap ke saath mil gaye.</w:t>
      </w:r>
      <w:r>
        <w:br/>
      </w:r>
      <w:r>
        <w:rPr>
          <w:sz w:val="20"/>
        </w:rPr>
        <w:t>33:10  jitne achhe log the, matlab jo intelligent the, jo spiritual, unka spirituality thi, jo peace lover the, jo justice ko chahte the,</w:t>
      </w:r>
    </w:p>
    <w:p>
      <w:pPr>
        <w:pStyle w:val="Heading2"/>
      </w:pPr>
      <w:r>
        <w:t>Quranic formula for you your religion for me mine</w:t>
      </w:r>
    </w:p>
    <w:p>
      <w:r>
        <w:rPr>
          <w:color w:val="666666"/>
          <w:sz w:val="18"/>
        </w:rPr>
        <w:t>The Concept of Harmony in Islam July 20, 2007 · 2m 37s · at 13:27 · https://youtu.be/L2_iLI2vcP0?t=807</w:t>
      </w:r>
    </w:p>
    <w:p>
      <w:r>
        <w:rPr>
          <w:i/>
        </w:rPr>
        <w:t>“For you your religion, for me mine.”</w:t>
      </w:r>
    </w:p>
    <w:p>
      <w:r>
        <w:rPr>
          <w:sz w:val="20"/>
        </w:rPr>
        <w:t>13:27  in the both period, prophet followed the same formula. so when he was in makkah, he received this revelation in the quran:</w:t>
      </w:r>
      <w:r>
        <w:br/>
      </w:r>
      <w:r>
        <w:rPr>
          <w:sz w:val="20"/>
        </w:rPr>
        <w:t>13:39  "lakum deenukum waliya deen, lakum deenukum waliya deen, for you your religion, for me mine, for you your religion, for me mine." it is a beautiful formula of co existence.</w:t>
      </w:r>
      <w:r>
        <w:br/>
      </w:r>
      <w:r>
        <w:rPr>
          <w:sz w:val="20"/>
        </w:rPr>
        <w:t>14:03  i can see that this formula is based on this principle:</w:t>
      </w:r>
      <w:r>
        <w:br/>
      </w:r>
      <w:r>
        <w:rPr>
          <w:sz w:val="20"/>
        </w:rPr>
        <w:t>14:10  "follow one and respect all." if i try to formulate this principle, i can see that the formula was this divine formula was, or this quranic formula was:</w:t>
      </w:r>
      <w:r>
        <w:br/>
      </w:r>
      <w:r>
        <w:rPr>
          <w:sz w:val="20"/>
        </w:rPr>
        <w:t>14:32  "follow one and respect all, lakum deenukum waliya deen,</w:t>
      </w:r>
      <w:r>
        <w:br/>
      </w:r>
      <w:r>
        <w:rPr>
          <w:sz w:val="20"/>
        </w:rPr>
        <w:t>14:37  for you your religion, for me mine." this is the formula of co existence.</w:t>
      </w:r>
      <w:r>
        <w:br/>
      </w:r>
      <w:r>
        <w:rPr>
          <w:sz w:val="20"/>
        </w:rPr>
        <w:t>14:48  you know, in a society, where in a multi religion society, or in a multi cultural society, there is no other formula.</w:t>
      </w:r>
      <w:r>
        <w:br/>
      </w:r>
      <w:r>
        <w:rPr>
          <w:sz w:val="20"/>
        </w:rPr>
        <w:t>14:58  there is, there is no other feasible formula.</w:t>
      </w:r>
      <w:r>
        <w:br/>
      </w:r>
      <w:r>
        <w:rPr>
          <w:sz w:val="20"/>
        </w:rPr>
        <w:t>15:04  no other formula can be practiced in such a society. you can't not kill people, you can't not fight all the people.</w:t>
      </w:r>
      <w:r>
        <w:br/>
      </w:r>
      <w:r>
        <w:rPr>
          <w:sz w:val="20"/>
        </w:rPr>
        <w:t>15:17  it is impossible. so you have to live with harmony.</w:t>
      </w:r>
      <w:r>
        <w:br/>
      </w:r>
      <w:r>
        <w:rPr>
          <w:sz w:val="20"/>
        </w:rPr>
        <w:t>15:25  you have to follow this formula: "follow one and respect all." this is the formula of religious freedom</w:t>
      </w:r>
      <w:r>
        <w:br/>
      </w:r>
      <w:r>
        <w:rPr>
          <w:sz w:val="20"/>
        </w:rPr>
        <w:t>15:35  . this is formula of religious harmony. this is the formula of religious peace. this is the master formula of successful living in a society of such,</w:t>
      </w:r>
      <w:r>
        <w:br/>
      </w:r>
      <w:r>
        <w:rPr>
          <w:sz w:val="20"/>
        </w:rPr>
        <w:t>15:52  of a multi religion society. so this formula was adopted when prophet was in makkah,</w:t>
      </w:r>
    </w:p>
    <w:p>
      <w:pPr>
        <w:pStyle w:val="Heading2"/>
      </w:pPr>
      <w:r>
        <w:t>Misrepresentation and true mission of Prophet</w:t>
      </w:r>
    </w:p>
    <w:p>
      <w:r>
        <w:rPr>
          <w:color w:val="666666"/>
          <w:sz w:val="18"/>
        </w:rPr>
        <w:t>Prophet Muhammad A Man of Peace · 5m 00s · at 20:46 · https://youtu.be/z0RvkPqrZ5Y?t=1246</w:t>
      </w:r>
    </w:p>
    <w:p>
      <w:r>
        <w:rPr>
          <w:i/>
        </w:rPr>
        <w:t>“What went wrong then in understanding the Prophet as a man”</w:t>
      </w:r>
    </w:p>
    <w:p>
      <w:r>
        <w:rPr>
          <w:sz w:val="20"/>
        </w:rPr>
        <w:t>20:46  what went wrong then in understanding the prophet as a man of peace when we have this kind of information before us?</w:t>
      </w:r>
      <w:r>
        <w:br/>
      </w:r>
      <w:r>
        <w:rPr>
          <w:sz w:val="20"/>
        </w:rPr>
        <w:t>20:57  see here, i would like to tell you that in general people are good, and when things are explained properly, there is no room for misunderstanding.</w:t>
      </w:r>
      <w:r>
        <w:br/>
      </w:r>
      <w:r>
        <w:rPr>
          <w:sz w:val="20"/>
        </w:rPr>
        <w:t>21:09  Throughout my experiences in interfaith programs and in informal talks as well, I found out that prior to misunderstanding, there is misrepresentation.</w:t>
      </w:r>
      <w:r>
        <w:br/>
      </w:r>
      <w:r>
        <w:rPr>
          <w:sz w:val="20"/>
        </w:rPr>
        <w:t>21:25  Therefore, we should take responsibility for this misrepresentation. Because of a lack of objective understanding of the Prophet's life, Muslim biographers have misrepresented the facts by ignoring the prevailing customs and culture of the time.</w:t>
      </w:r>
      <w:r>
        <w:br/>
      </w:r>
      <w:r>
        <w:rPr>
          <w:sz w:val="20"/>
        </w:rPr>
        <w:t>21:46  due to this, their writings about the Prophet's life show a war-like pattern.</w:t>
      </w:r>
      <w:r>
        <w:br/>
      </w:r>
      <w:r>
        <w:rPr>
          <w:sz w:val="20"/>
        </w:rPr>
        <w:t>21:55  In the other hand, non-Muslim biographers of the Prophet have adopted a different approach. The</w:t>
      </w:r>
      <w:r>
        <w:br/>
      </w:r>
      <w:r>
        <w:rPr>
          <w:sz w:val="20"/>
        </w:rPr>
        <w:t>22:04  The biographers have largely ignored the main events of the Prophet's life. They choose to focus on a few exceptional incidents.</w:t>
      </w:r>
      <w:r>
        <w:br/>
      </w:r>
      <w:r>
        <w:rPr>
          <w:sz w:val="20"/>
        </w:rPr>
        <w:t>22:16  They have painted a picture of the Prophet's life that portrays him as a warrior prophet. They have also been unable to see the Prophet's life as different from Muslim culture, which has led them to assume that terrorism in the name of Islam is an outcome of the teachings of the Prophet of Islam.</w:t>
      </w:r>
      <w:r>
        <w:br/>
      </w:r>
      <w:r>
        <w:rPr>
          <w:sz w:val="20"/>
        </w:rPr>
        <w:t>22:44  Now, we need to understand the reasons for the misrepresentation. See, the true modest personality of the Prophet appeared to many of his biographers as deficient in some way or the other.</w:t>
      </w:r>
      <w:r>
        <w:br/>
      </w:r>
      <w:r>
        <w:rPr>
          <w:sz w:val="20"/>
        </w:rPr>
        <w:t>23:01  This image of the Prophet appeared to them as falling short of the standards of leaders of other peoples of the time, who are great conquerors and warriors.</w:t>
      </w:r>
      <w:r>
        <w:br/>
      </w:r>
      <w:r>
        <w:rPr>
          <w:sz w:val="20"/>
        </w:rPr>
        <w:t>23:17  Hence, these biographers try to present an image of the Prophet as a warrior, which in their eyes was a superior image.</w:t>
      </w:r>
      <w:r>
        <w:br/>
      </w:r>
      <w:r>
        <w:rPr>
          <w:sz w:val="20"/>
        </w:rPr>
        <w:t>23:28  However, this picture of the Prophet is totally baseless and self-assumed.</w:t>
      </w:r>
      <w:r>
        <w:br/>
      </w:r>
      <w:r>
        <w:rPr>
          <w:sz w:val="20"/>
        </w:rPr>
        <w:t>23:35  In truth, the Prophet was a peace-loving personality. The example of the Prophet was not one of overpowering people by fighting them, rather it was by winning the people over with love and compassion.</w:t>
      </w:r>
      <w:r>
        <w:br/>
      </w:r>
      <w:r>
        <w:rPr>
          <w:sz w:val="20"/>
        </w:rPr>
        <w:t>23:53  The message that he conveyed was intended to infuse his listeners with a new life.</w:t>
      </w:r>
      <w:r>
        <w:br/>
      </w:r>
      <w:r>
        <w:rPr>
          <w:sz w:val="20"/>
        </w:rPr>
        <w:t>24:05  It was a God-appointed mission of the Prophet, and God is calling people towards life. Chapter 8, verse 24</w:t>
      </w:r>
      <w:r>
        <w:br/>
      </w:r>
      <w:r>
        <w:rPr>
          <w:sz w:val="20"/>
        </w:rPr>
        <w:t>24:15  , God says: "Believers, obey God and the Messenger when he calls you to that which gives you life." In other words, chapter two, verse one fifty one: "This we have sent among you a Messenger of your own to recite Our revelations to you,</w:t>
      </w:r>
      <w:r>
        <w:br/>
      </w:r>
      <w:r>
        <w:rPr>
          <w:sz w:val="20"/>
        </w:rPr>
        <w:t>24:34  purify you, and teach you the Book and wisdom, and to teach you what you did not know."</w:t>
      </w:r>
      <w:r>
        <w:br/>
      </w:r>
      <w:r>
        <w:rPr>
          <w:sz w:val="20"/>
        </w:rPr>
        <w:t>24:41  It is obvious from an understanding of the Quran that the mission of the Prophet was different from that of emperors and kings.</w:t>
      </w:r>
      <w:r>
        <w:br/>
      </w:r>
      <w:r>
        <w:rPr>
          <w:sz w:val="20"/>
        </w:rPr>
        <w:t>24:51  The mission of kings is one of conquests and wars. In the other hand, the mission of the prophet is not to rule over people, but to change their minds and direct their hearts towards spirituality,</w:t>
      </w:r>
      <w:r>
        <w:br/>
      </w:r>
      <w:r>
        <w:rPr>
          <w:sz w:val="20"/>
        </w:rPr>
        <w:t>25:08  to teach them God-oriented living, thereby making them divine personalities. From the above analysis, it should be obvious that Prophet Muhammad was a prophet of peace and not a prophet of violence</w:t>
      </w:r>
      <w:r>
        <w:br/>
      </w:r>
      <w:r>
        <w:rPr>
          <w:sz w:val="20"/>
        </w:rPr>
        <w:t>25:25  . The approach to the biography of the prophet by both Muslim and non-Muslim biographers is therefore not correct.</w:t>
      </w:r>
      <w:r>
        <w:br/>
      </w:r>
      <w:r>
        <w:rPr>
          <w:sz w:val="20"/>
        </w:rPr>
        <w:t>25:36  The Prophet was sent as a mercy to the entire humankind. Chapter 21, verse 107.</w:t>
      </w:r>
    </w:p>
    <w:p>
      <w:pPr>
        <w:pStyle w:val="Heading2"/>
      </w:pPr>
      <w:r>
        <w:t>Intellectual backwardness and final model fallacy</w:t>
      </w:r>
    </w:p>
    <w:p>
      <w:r>
        <w:rPr>
          <w:color w:val="666666"/>
          <w:sz w:val="18"/>
        </w:rPr>
        <w:t>Muslims in The Modern Age February 18, 2007 Maulana Wahiduddin Khan · 2m 28s · at 2:07 · https://youtu.be/uaGVfipgIo8?t=127</w:t>
      </w:r>
    </w:p>
    <w:p>
      <w:r>
        <w:rPr>
          <w:i/>
        </w:rPr>
        <w:t>“The root cause is intellectual backwardness.”</w:t>
      </w:r>
    </w:p>
    <w:p>
      <w:r>
        <w:rPr>
          <w:sz w:val="20"/>
        </w:rPr>
        <w:t>2:07  yeh kyun hai? is ka, main samajhta hoon ke ek jar jo hai, root cause, is, yeh, is ko main kehta hoon intellectual backwardness.</w:t>
      </w:r>
      <w:r>
        <w:br/>
      </w:r>
      <w:r>
        <w:rPr>
          <w:sz w:val="20"/>
        </w:rPr>
        <w:t>2:22  main poore conviction se ke saath kehta hoon ke poori poori muslim world, chahe parhi likhi ho ya be parhi likhi hon,</w:t>
      </w:r>
      <w:r>
        <w:br/>
      </w:r>
      <w:r>
        <w:rPr>
          <w:sz w:val="20"/>
        </w:rPr>
        <w:t>2:31  sab ke sab intellectual backwardness mein mubtala hain. khate kamate hain, mote ho jaate hain kha kar ke, acha ghar banate hain, achi caron pe daurte hain, woh bhi doosron ke banaye hue.</w:t>
      </w:r>
      <w:r>
        <w:br/>
      </w:r>
      <w:r>
        <w:rPr>
          <w:sz w:val="20"/>
        </w:rPr>
        <w:t>2:46  woh architecture doosron ne paida kiya hai, aap ne nahin. woh gadiyan doosron ne banai hain, aap ne nahin.</w:t>
      </w:r>
      <w:r>
        <w:br/>
      </w:r>
      <w:r>
        <w:rPr>
          <w:sz w:val="20"/>
        </w:rPr>
        <w:t>2:53  to doosron kikhidmat kar ke, is ko quran mein kaha hai ke "habl min al-nas". yeh habl min al-nas ke tehat yeh sab ho raha hai jo hai.</w:t>
      </w:r>
      <w:r>
        <w:br/>
      </w:r>
      <w:r>
        <w:rPr>
          <w:sz w:val="20"/>
        </w:rPr>
        <w:t>3:02  to jahan tak thinking ki baat hai, intellectual thinking ki baat hai, soch, is mein bilkul hi peechay hain.</w:t>
      </w:r>
      <w:r>
        <w:br/>
      </w:r>
      <w:r>
        <w:rPr>
          <w:sz w:val="20"/>
        </w:rPr>
        <w:t>3:12  saare ke saare dunya ke musalman, main poore hosh mein yeh baat keh raha hoon, aur josh mein nahin keh raha hoon, ke saare dunya ke muslim rehnuma, chahe madrasay ke hon ya college university ke hon,</w:t>
      </w:r>
      <w:r>
        <w:br/>
      </w:r>
      <w:r>
        <w:rPr>
          <w:sz w:val="20"/>
        </w:rPr>
        <w:t>3:28  woh intellectual backwardness ke shikar hain.</w:t>
      </w:r>
      <w:r>
        <w:br/>
      </w:r>
      <w:r>
        <w:rPr>
          <w:sz w:val="20"/>
        </w:rPr>
        <w:t>3:31  kyun? is ki ek jar jo hai woh yeh hai ke consciously ya unconsciously logon ne samajh liya hai ke rasool Allah jo thay, un ke baray mein ek bohat bari confusion mein paray hue hain log.</w:t>
      </w:r>
      <w:r>
        <w:br/>
      </w:r>
      <w:r>
        <w:rPr>
          <w:sz w:val="20"/>
        </w:rPr>
        <w:t>3:44  they fail to differentiate between final prophet and final model.</w:t>
      </w:r>
      <w:r>
        <w:br/>
      </w:r>
      <w:r>
        <w:rPr>
          <w:sz w:val="20"/>
        </w:rPr>
        <w:t>3:52  poori poori muslim ummat jo hai, one to all, without any exception, woh nahin janti ke final prophet to ho sakta hai lekin final model nahin ho sakta hai.</w:t>
      </w:r>
      <w:r>
        <w:br/>
      </w:r>
      <w:r>
        <w:rPr>
          <w:sz w:val="20"/>
        </w:rPr>
        <w:t>4:04  that is impossible. kyun ke situation vary karti hai. situation differ karti hai hamesha. to final model ka matlab hi nahin hai.</w:t>
      </w:r>
      <w:r>
        <w:br/>
      </w:r>
      <w:r>
        <w:rPr>
          <w:sz w:val="20"/>
        </w:rPr>
        <w:t>4:13  ek aisa word hai jis ko koi maani nahin hai is ke. yeh word hi meaningless hai ke final model. to final prophet to aap keh sakte hain kyun ke list hai, list hai, list hai, ek jagah ke stop ho gaya is ka.</w:t>
      </w:r>
      <w:r>
        <w:br/>
      </w:r>
      <w:r>
        <w:rPr>
          <w:sz w:val="20"/>
        </w:rPr>
        <w:t>4:29  lekin final model nahin keh sakte aap. model badalte rahenge.</w:t>
      </w:r>
      <w:r>
        <w:br/>
      </w:r>
      <w:r>
        <w:rPr>
          <w:sz w:val="20"/>
        </w:rPr>
        <w:t>4:36  to chunke musalmanon ne samajh liya ke jis tarah se rasool Allah final prophet hain, usi tarah woh final model bhi hain, to ab chunke woh situation hai nahin ke musalmanon ka political empire bane,</w:t>
      </w:r>
    </w:p>
    <w:p>
      <w:pPr>
        <w:pStyle w:val="Heading2"/>
      </w:pPr>
      <w:r>
        <w:t>Why prayers are not answered immediately</w:t>
      </w:r>
    </w:p>
    <w:p>
      <w:r>
        <w:rPr>
          <w:color w:val="666666"/>
          <w:sz w:val="18"/>
        </w:rPr>
        <w:t>God Gives in Abundance 13 Oct 2019 - Maulana Wahiduddin Khan · 2m 28s · at 33:50 · https://youtu.be/eC4RaczXBzM?t=2030</w:t>
      </w:r>
    </w:p>
    <w:p>
      <w:r>
        <w:rPr>
          <w:i/>
        </w:rPr>
        <w:t>“Nahi, yeh baat bilkul ghalat hai”</w:t>
      </w:r>
    </w:p>
    <w:p>
      <w:r>
        <w:rPr>
          <w:sz w:val="20"/>
        </w:rPr>
        <w:t>33:50  Nahin, yeh baat bilkul galat hai ke qabool nahin hui. Dekhein, dua ke bare mein ek bahut important baat yeh hai ke dua hum toh karte hain apne lehaz se,</w:t>
      </w:r>
      <w:r>
        <w:br/>
      </w:r>
      <w:r>
        <w:rPr>
          <w:sz w:val="20"/>
        </w:rPr>
        <w:t>34:09  Qabool hoti hai Allah ke lehaz se. Isi liye dua mein hamesha der lagti hai. Aap chahenge ke aaj meri dua poori ho jaye, Allah ke plan mein uska time hoga kal, parson, nerson.</w:t>
      </w:r>
      <w:r>
        <w:br/>
      </w:r>
      <w:r>
        <w:rPr>
          <w:sz w:val="20"/>
        </w:rPr>
        <w:t>34:26  Toh Allah ke plan ke mutabiq dua qabool hoti hai. Isi liye dua karne wale ko bahut zyada kaha gaya ke intezar, intezar karo.</w:t>
      </w:r>
      <w:r>
        <w:br/>
      </w:r>
      <w:r>
        <w:rPr>
          <w:sz w:val="20"/>
        </w:rPr>
        <w:t>34:40  Hata ke yeh hadith aayi hai, hadith ke intezar karna ek bahut badi ibadat hai. Aap dua karein.</w:t>
      </w:r>
      <w:r>
        <w:br/>
      </w:r>
      <w:r>
        <w:rPr>
          <w:sz w:val="20"/>
        </w:rPr>
        <w:t>34:53  Dekhein, do</w:t>
      </w:r>
      <w:r>
        <w:br/>
      </w:r>
      <w:r>
        <w:rPr>
          <w:sz w:val="20"/>
        </w:rPr>
        <w:t>34:57  Shart honi chahiye. Ek toh yeh ke dua genuine dua ho. Dua genuine ka matlab hai ke Allah ke plan ke mutabiq ho.</w:t>
      </w:r>
      <w:r>
        <w:br/>
      </w:r>
      <w:r>
        <w:rPr>
          <w:sz w:val="20"/>
        </w:rPr>
        <w:t>35:10  Misal ke taur par mujhe aaj khabar mili ke Nadwa ke jo</w:t>
      </w:r>
      <w:r>
        <w:br/>
      </w:r>
      <w:r>
        <w:rPr>
          <w:sz w:val="20"/>
        </w:rPr>
        <w:t>35:19  Jo Nadir sahib hain, unki tabiyat theek nahin hai. Toh maine dua ki ke Allah Nadir sahib ko sehat ata farma.</w:t>
      </w:r>
      <w:r>
        <w:br/>
      </w:r>
      <w:r>
        <w:rPr>
          <w:sz w:val="20"/>
        </w:rPr>
        <w:t>35:32  Toh yeh yeh dua jo hai, genuine dua kahi jayegi kyunke woh insaan ek insaan ki khair khwahi ke liye hai.</w:t>
      </w:r>
      <w:r>
        <w:br/>
      </w:r>
      <w:r>
        <w:rPr>
          <w:sz w:val="20"/>
        </w:rPr>
        <w:t>35:42  Ulti dua mein karoon toh uske bare mein hum ko umeed nahin rakhni chahiye ke woh qabool hogi. Toh dua genuine ho aur aap intezar karein ke Allah apne plan ke mutabiq aaj nahin toh kal, kal nahin toh parson, isko qabool farmayega.</w:t>
      </w:r>
      <w:r>
        <w:br/>
      </w:r>
      <w:r>
        <w:rPr>
          <w:sz w:val="20"/>
        </w:rPr>
        <w:t>36:06  Dr. Junaid Sheikh ne Mumbai se likha hai: "Maulana, your today voice was very powerful. Your every sentence gives me spiritual jolt and conviction in God.</w:t>
      </w:r>
    </w:p>
    <w:p>
      <w:pPr>
        <w:pStyle w:val="Heading2"/>
      </w:pPr>
      <w:r>
        <w:t>Only Prophet Muhammad is historically verified</w:t>
      </w:r>
    </w:p>
    <w:p>
      <w:r>
        <w:rPr>
          <w:color w:val="666666"/>
          <w:sz w:val="18"/>
        </w:rPr>
        <w:t>The Prophet A Blessing for All of Humanity January 5, 2014 · 38s · at 3:40 · https://youtu.be/ZmMkgj54O28?t=220</w:t>
      </w:r>
    </w:p>
    <w:p>
      <w:r>
        <w:rPr>
          <w:i/>
        </w:rPr>
        <w:t>“We believe that God sent all prophets”</w:t>
      </w:r>
    </w:p>
    <w:p>
      <w:r>
        <w:rPr>
          <w:sz w:val="20"/>
        </w:rPr>
        <w:t>3:40  to hum mante hain ke Allah taala ne saare peghambar bheje, hum sab pe yaqeen rakhte hain, aur sab ko hum Allah ke peghambar mante hain.</w:t>
      </w:r>
      <w:r>
        <w:br/>
      </w:r>
      <w:r>
        <w:rPr>
          <w:sz w:val="20"/>
        </w:rPr>
        <w:t>3:50  lekin jahan tak history ka sawal hai, history</w:t>
      </w:r>
      <w:r>
        <w:br/>
      </w:r>
      <w:r>
        <w:rPr>
          <w:sz w:val="20"/>
        </w:rPr>
        <w:t>3:53  jo insaan ke liye accepted cheez hoti hai, to is aitbaar se sirf ek hi peghambar ka naam liya ja sakta hai, woh Hazrat Muhammad sal Allah alaihi wasallam ka.</w:t>
      </w:r>
      <w:r>
        <w:br/>
      </w:r>
      <w:r>
        <w:rPr>
          <w:sz w:val="20"/>
        </w:rPr>
        <w:t>4:04  chunaanche ek orientalist ne likhi hai yeh baat ke "Muhammad was born within a full light history", yaani Muhammad sal Allah alaihi wasallam tareekh ki poori roshni mein paida hue.</w:t>
      </w:r>
    </w:p>
    <w:p>
      <w:pPr>
        <w:pStyle w:val="Heading2"/>
      </w:pPr>
      <w:r>
        <w:t>Why God cannot literally hold political power</w:t>
      </w:r>
    </w:p>
    <w:p>
      <w:r>
        <w:rPr>
          <w:color w:val="666666"/>
          <w:sz w:val="18"/>
        </w:rPr>
        <w:t>Islam and Democracy January 23, 2011 · 44s · at 28:56 · https://youtu.be/SgxyqSf267U?t=1736</w:t>
      </w:r>
    </w:p>
    <w:p>
      <w:r>
        <w:rPr>
          <w:i/>
        </w:rPr>
        <w:t>“Can God sit on a throne and rule politically?”</w:t>
      </w:r>
    </w:p>
    <w:p>
      <w:r>
        <w:rPr>
          <w:sz w:val="20"/>
        </w:rPr>
        <w:t>28:56  political sovereignty sirf Allah ki hai. halankeh bilkul baseless baat hai. yeh sovereignty kya khuda aa ke takht pe baithe ga hukumut kare ga woh?</w:t>
      </w:r>
      <w:r>
        <w:br/>
      </w:r>
      <w:r>
        <w:rPr>
          <w:sz w:val="20"/>
        </w:rPr>
        <w:t>29:06  yani khuda kaise hukumut kare ga? yeh mumkin hi nahi ke khuda hukumut kare political sense mein. kyunke khuda hamare darmiyan maujood nahi hai. hukumut to koi insan kare ga.</w:t>
      </w:r>
      <w:r>
        <w:br/>
      </w:r>
      <w:r>
        <w:rPr>
          <w:sz w:val="20"/>
        </w:rPr>
        <w:t>29:18  sovereign political sense mein koi insan banega. khuda nahi ban sakta hai. aur insan jo hai aap jante hain subject to degeneration hai. to insan ko aap bana denge to kya hoga?</w:t>
      </w:r>
      <w:r>
        <w:br/>
      </w:r>
      <w:r>
        <w:rPr>
          <w:sz w:val="20"/>
        </w:rPr>
        <w:t>29:29  yeh hoga ke yani sara corruption phailega. to hukum quran mein jo hai woh is sense mein yani supernatural power khuda ka hai.</w:t>
      </w:r>
    </w:p>
    <w:p>
      <w:pPr>
        <w:pStyle w:val="Heading2"/>
      </w:pPr>
      <w:r>
        <w:t>the modern Muslim world never wrote for today's mind</w:t>
      </w:r>
    </w:p>
    <w:p>
      <w:r>
        <w:rPr>
          <w:color w:val="666666"/>
          <w:sz w:val="18"/>
        </w:rPr>
        <w:t>The Companions and the Hadith Scholars June 24, 2012 · 2m 25s · at 28:52 · https://youtu.be/Dj4QiYnxgBs?t=1732</w:t>
      </w:r>
    </w:p>
    <w:p>
      <w:r>
        <w:rPr>
          <w:i/>
        </w:rPr>
        <w:t>“Modern civilization mein ek bohot bara kaam karna tha”</w:t>
      </w:r>
    </w:p>
    <w:p>
      <w:r>
        <w:rPr>
          <w:sz w:val="20"/>
        </w:rPr>
        <w:t>28:52  modern civilization mein ek bohat bari kaam karna tha.</w:t>
      </w:r>
      <w:r>
        <w:br/>
      </w:r>
      <w:r>
        <w:rPr>
          <w:sz w:val="20"/>
        </w:rPr>
        <w:t>28:57  woh kya tha? aaj ke mind jo hai, aaj ke insaan ke jo mind hai, us ko address karne wala literature, aaj ke mind ko address karne wala islami literature, yeh bohat hi bara kaam tha.</w:t>
      </w:r>
      <w:r>
        <w:br/>
      </w:r>
      <w:r>
        <w:rPr>
          <w:sz w:val="20"/>
        </w:rPr>
        <w:t>29:13  bohat bara kaam tha. jis tarah se muhaddiseen ne is zamane ke lehaz se hadithon ko jama kiya aur book formon ko ikattha kiya,</w:t>
      </w:r>
      <w:r>
        <w:br/>
      </w:r>
      <w:r>
        <w:rPr>
          <w:sz w:val="20"/>
        </w:rPr>
        <w:t>29:23  aisi is zamane mein zaroorat thi ke daur haazir ko parha jae, modern civilization ko samjha jae, aaj ke taqaze ko samjha jae, daur jadeed ki zaban ko seekha jae aur phir ek taqatwar literature tayyar kiya jae jo aaj ke insaan ke mind ko address kar sake.</w:t>
      </w:r>
      <w:r>
        <w:br/>
      </w:r>
      <w:r>
        <w:rPr>
          <w:sz w:val="20"/>
        </w:rPr>
        <w:t>29:42  lekin yeh kaam nahi hua. yaani main wahid akela ek shakhs hoon jis ne is kaam mein apni koshish ko sirf kiya.</w:t>
      </w:r>
      <w:r>
        <w:br/>
      </w:r>
      <w:r>
        <w:rPr>
          <w:sz w:val="20"/>
        </w:rPr>
        <w:t>29:51  poora muslim world is se khali hai. kyun khali hai? kyun khali hai? yeh bohat sochne ki baat hai. yeh saada baat nahi hai.</w:t>
      </w:r>
      <w:r>
        <w:br/>
      </w:r>
      <w:r>
        <w:rPr>
          <w:sz w:val="20"/>
        </w:rPr>
        <w:t>30:03  is liye khali hai ke sare jo azan the, sare jo ulma the, woh log jo kuch kar sakte the, woh mashgool ho gaye political takrao mein.</w:t>
      </w:r>
      <w:r>
        <w:br/>
      </w:r>
      <w:r>
        <w:rPr>
          <w:sz w:val="20"/>
        </w:rPr>
        <w:t>30:13  woh sab nafrat karna, un se takrao karna, un ko mitana, isi mein lag gaye, is mein lag gaye.</w:t>
      </w:r>
      <w:r>
        <w:br/>
      </w:r>
      <w:r>
        <w:rPr>
          <w:sz w:val="20"/>
        </w:rPr>
        <w:t>30:25  sab ke sab one to all, sab ka jo hai wahid concern ban gaya kya? ke maghribi taqaton ko zair karna, western civilization ko shikast dena aur un se larr kar un ka khatma karna.</w:t>
      </w:r>
      <w:r>
        <w:br/>
      </w:r>
      <w:r>
        <w:rPr>
          <w:sz w:val="20"/>
        </w:rPr>
        <w:t>30:42  bas yahi.</w:t>
      </w:r>
      <w:r>
        <w:br/>
      </w:r>
      <w:r>
        <w:rPr>
          <w:sz w:val="20"/>
        </w:rPr>
        <w:t>30:43  to nateeja kya hua? nateeja kya hua ke woh kaam bilkul kar hi nahi sake jo matloob tha aaj. ab isi ko milaiye muhaddiseen se ke muhaddiseen ne jo kaam nahi kiya, us ko unhon ne kar dala.</w:t>
      </w:r>
      <w:r>
        <w:br/>
      </w:r>
      <w:r>
        <w:rPr>
          <w:sz w:val="20"/>
        </w:rPr>
        <w:t>31:00  muhaddiseen ke model mein jo kaam na karne wala tha, us ko unhon ne kar dala.</w:t>
      </w:r>
      <w:r>
        <w:br/>
      </w:r>
      <w:r>
        <w:rPr>
          <w:sz w:val="20"/>
        </w:rPr>
        <w:t>31:07  woh kya? muhaddiseen ke daur mein woh saare masle thay jis ko aaj hum kehte hain, jis ko hum aaj istemaar kehte hain.</w:t>
      </w:r>
    </w:p>
    <w:p>
      <w:pPr>
        <w:pStyle w:val="Heading2"/>
      </w:pPr>
      <w:r>
        <w:t>Ijtihad is reapplication</w:t>
      </w:r>
    </w:p>
    <w:p>
      <w:r>
        <w:rPr>
          <w:color w:val="666666"/>
          <w:sz w:val="18"/>
        </w:rPr>
        <w:t>In Conversation with Maulana Wahiduddin Khan | June 16, 2007 · 30s · at 36:38 · https://youtu.be/MG2XRUY4FBM?t=2198</w:t>
      </w:r>
    </w:p>
    <w:p>
      <w:r>
        <w:rPr>
          <w:i/>
        </w:rPr>
        <w:t>“Ijtihad is not revisionism, it is reapplication.”</w:t>
      </w:r>
    </w:p>
    <w:p>
      <w:r>
        <w:rPr>
          <w:sz w:val="20"/>
        </w:rPr>
        <w:t>36:38  ishtehaad is not revisionism.</w:t>
      </w:r>
      <w:r>
        <w:br/>
      </w:r>
      <w:r>
        <w:rPr>
          <w:sz w:val="20"/>
        </w:rPr>
        <w:t>36:43  no, ishtehaad is simply reapplication.</w:t>
      </w:r>
      <w:r>
        <w:br/>
      </w:r>
      <w:r>
        <w:rPr>
          <w:sz w:val="20"/>
        </w:rPr>
        <w:t>36:48  reapplication of islamic teachings in a changing situation.</w:t>
      </w:r>
      <w:r>
        <w:br/>
      </w:r>
      <w:r>
        <w:rPr>
          <w:sz w:val="20"/>
        </w:rPr>
        <w:t>36:53  When there is change in situation, then, you have to try to reapply the Islamic teachings.</w:t>
      </w:r>
      <w:r>
        <w:br/>
      </w:r>
      <w:r>
        <w:rPr>
          <w:sz w:val="20"/>
        </w:rPr>
        <w:t>36:58  that is ishtehaad.</w:t>
      </w:r>
      <w:r>
        <w:br/>
      </w:r>
      <w:r>
        <w:rPr>
          <w:sz w:val="20"/>
        </w:rPr>
        <w:t>37:03  what is the message that you would like to give to muslims in the whole world?</w:t>
      </w:r>
    </w:p>
    <w:p>
      <w:pPr>
        <w:pStyle w:val="Heading2"/>
      </w:pPr>
      <w:r>
        <w:t>Baby Musa set adrift on the Nile, found by the queen</w:t>
      </w:r>
    </w:p>
    <w:p>
      <w:r>
        <w:rPr>
          <w:color w:val="666666"/>
          <w:sz w:val="18"/>
        </w:rPr>
        <w:t>Lessons from The Story of Prophet Moses Part 1, August 1, 2022 · 5m 47s · at 17:00 · https://youtu.be/JsRmjNQQHLY?t=1020</w:t>
      </w:r>
    </w:p>
    <w:p>
      <w:r>
        <w:rPr>
          <w:i/>
        </w:rPr>
        <w:t>“अल्लाह ताला ने इंस्पायर किया मूसा अल सलाम की मां को कि तुम डरो मत”</w:t>
      </w:r>
    </w:p>
    <w:p>
      <w:r>
        <w:rPr>
          <w:sz w:val="20"/>
        </w:rPr>
        <w:t>17:00  to us waqt badi ajeeb baat hui ke Allah taala ne inspire kiya Musa alaihissalam ki maa ko ke tum daro mat, na gamgeen ho. la takhaf wala tahzan ke na tum daro, na gamgeen ho. hum a yeh ek bahut hi special bachcha hai, aur hum isko a paighambar banayenge. wa najaluhu minal mursaleen. ji, aur</w:t>
      </w:r>
      <w:r>
        <w:br/>
      </w:r>
      <w:r>
        <w:rPr>
          <w:sz w:val="20"/>
        </w:rPr>
        <w:t>17:24  Allah taala ne inspire kiya ke tum jab a tumhe dar lagne lage ke yeh a bachcha zyada hi shor machane laga hai, aur awaaz pahunch jayegi, to ek ek box banao, ek basket ke andaaz ki, aur usmein rakh ke darya-e-Neel mein usko daal do. ji, aur kaha ke hum tumhe wapas kar denge. ji, hum hum isko wapas karenge, aur daro mat, na tum gamgeen ho. ji, aur isko paighambar</w:t>
      </w:r>
      <w:r>
        <w:br/>
      </w:r>
      <w:r>
        <w:rPr>
          <w:sz w:val="20"/>
        </w:rPr>
        <w:t>17:53  banayenge. Ji, to is tarah se unke dil mein paida ki, kiya narmi paida ki.</w:t>
      </w:r>
      <w:r>
        <w:br/>
      </w:r>
      <w:r>
        <w:rPr>
          <w:sz w:val="20"/>
        </w:rPr>
        <w:t>17:59  ji, to phir kam se kam wo thoda sa unhein itminan hua.</w:t>
      </w:r>
      <w:r>
        <w:br/>
      </w:r>
      <w:r>
        <w:rPr>
          <w:sz w:val="20"/>
        </w:rPr>
        <w:t>18:05  aur phir doctor sahib, aisa hi hota hai ke jab khatra badh jata hai, to jo yucab, jo</w:t>
      </w:r>
      <w:r>
        <w:br/>
      </w:r>
      <w:r>
        <w:rPr>
          <w:sz w:val="20"/>
        </w:rPr>
        <w:t>18:10  prophet moosa ki mother thi, phir wo unko nanhe moosa ko a basket mein daalkar a river nile</w:t>
      </w:r>
      <w:r>
        <w:br/>
      </w:r>
      <w:r>
        <w:rPr>
          <w:sz w:val="20"/>
        </w:rPr>
        <w:t>18:18  mein daal deti hain.</w:t>
      </w:r>
      <w:r>
        <w:br/>
      </w:r>
      <w:r>
        <w:rPr>
          <w:sz w:val="20"/>
        </w:rPr>
        <w:t>18:20  to uske baad kya hota hai, doctor sahib, iske bare mein bataein.</w:t>
      </w:r>
      <w:r>
        <w:br/>
      </w:r>
      <w:r>
        <w:rPr>
          <w:sz w:val="20"/>
        </w:rPr>
        <w:t>18:24  galib khwab ke zariye a Musa al Musa al salam ki maa ko yeh sab cheezein batai gayi ke kis tarah kya karna hai. to unhone ek basket ya ek box banaya, jisko waterproof kiya. ji,</w:t>
      </w:r>
      <w:r>
        <w:br/>
      </w:r>
      <w:r>
        <w:rPr>
          <w:sz w:val="20"/>
        </w:rPr>
        <w:t>18:39  it sort of small boat. hum hum to woh usmein unhone rakha, aur darya-e-Neel ki taraf jaakar jab unhone usko darya-e-Neel mein rakha. ji,</w:t>
      </w:r>
      <w:r>
        <w:br/>
      </w:r>
      <w:r>
        <w:rPr>
          <w:sz w:val="20"/>
        </w:rPr>
        <w:t>18:53  to unka dil ghabrane laga. hum hum hum aur aisa lagta tha ke shor macha dengi. to Quran mein aata hai ke wa rabbana al qalb ke humne unke dil mein itminaan paida kiya. ji, mashallah. aur phir tafsir Ibn Kathir mein aata hai ke jab unhone box rakha, to woh jo darya-e-Neel hai, woh bahut massive darya hai. bahut bahut hi raging water hota hai uska</w:t>
      </w:r>
      <w:r>
        <w:br/>
      </w:r>
      <w:r>
        <w:rPr>
          <w:sz w:val="20"/>
        </w:rPr>
        <w:t>19:21  । ji, to darya-e-Neel mein a surah tafsir Ibn Kathir mein hai ke jab unhone box rakha, to jo darya thi, woh tham gayi. tham gayi. ji, aur gentle tareeqe se woh chalne lagi. ji ji ji, yaani darya-e-Neel ne kabhi aisa precious cargo dekha nahi hoga. ji ji, to yeh ek bada ji ajeeb waqia hai kis tareeqe se unhone a Musa al salam ko Allah taala ki madad se mehfooz kiya, bachaya.</w:t>
      </w:r>
      <w:r>
        <w:br/>
      </w:r>
      <w:r>
        <w:rPr>
          <w:sz w:val="20"/>
        </w:rPr>
        <w:t>19:51  ji, aur doctor sahib, ek bahut bada sabak bhi milta hai is action se, jo youkab unki mother</w:t>
      </w:r>
      <w:r>
        <w:br/>
      </w:r>
      <w:r>
        <w:rPr>
          <w:sz w:val="20"/>
        </w:rPr>
        <w:t>19:57  ne kiya ki we must trust god and put all our matters in the hands of the most</w:t>
      </w:r>
      <w:r>
        <w:br/>
      </w:r>
      <w:r>
        <w:rPr>
          <w:sz w:val="20"/>
        </w:rPr>
        <w:t>20:03  merciful god, who is the controller of the entias,</w:t>
      </w:r>
      <w:r>
        <w:br/>
      </w:r>
      <w:r>
        <w:rPr>
          <w:sz w:val="20"/>
        </w:rPr>
        <w:t>20:08  because he is the best planner.</w:t>
      </w:r>
      <w:r>
        <w:br/>
      </w:r>
      <w:r>
        <w:rPr>
          <w:sz w:val="20"/>
        </w:rPr>
        <w:t>20:10  to kis tarah se ek aap dekhiye, ek maa ka dil aisa hota hai jo bachche ko thodi</w:t>
      </w:r>
      <w:r>
        <w:br/>
      </w:r>
      <w:r>
        <w:rPr>
          <w:sz w:val="20"/>
        </w:rPr>
        <w:t>20:15  der ke liye bhi apne bachche se door nahin reh sakti.</w:t>
      </w:r>
      <w:r>
        <w:br/>
      </w:r>
      <w:r>
        <w:rPr>
          <w:sz w:val="20"/>
        </w:rPr>
        <w:t>20:17  aur yahan par unhone, jaise aapne bataya, darya-e-neel mein daal diya.</w:t>
      </w:r>
      <w:r>
        <w:br/>
      </w:r>
      <w:r>
        <w:rPr>
          <w:sz w:val="20"/>
        </w:rPr>
        <w:t>20:21  to kitna zabardast unka imaan hoga, unka kitna zabardast jo hai bharosa hoga allah par.</w:t>
      </w:r>
      <w:r>
        <w:br/>
      </w:r>
      <w:r>
        <w:rPr>
          <w:sz w:val="20"/>
        </w:rPr>
        <w:t>20:28  yeh hum sabke liye ek sabak ki baat hai, doctor sahib.</w:t>
      </w:r>
      <w:r>
        <w:br/>
      </w:r>
      <w:r>
        <w:rPr>
          <w:sz w:val="20"/>
        </w:rPr>
        <w:t>20:31  bakul trust god.</w:t>
      </w:r>
      <w:r>
        <w:br/>
      </w:r>
      <w:r>
        <w:rPr>
          <w:sz w:val="20"/>
        </w:rPr>
        <w:t>20:33  ji, doctor sahib, phir uske baad aisa hota hai ki jo</w:t>
      </w:r>
      <w:r>
        <w:br/>
      </w:r>
      <w:r>
        <w:rPr>
          <w:sz w:val="20"/>
        </w:rPr>
        <w:t>20:36  a nanhe Musa ki jo behen hai, woh un par nazar rakhti hain. jis tareeqe se a darya-e-Neel ki naram lehrein bachche ki basket ko aage lekar ja rahi hoti hain, to woh ladki, unki behen bhi us par nazar rakhte hue aage badhti rehti hai. phir uske baad kya hota hai, iske baare mein hum sabko bataiye.</w:t>
      </w:r>
      <w:r>
        <w:br/>
      </w:r>
      <w:r>
        <w:rPr>
          <w:sz w:val="20"/>
        </w:rPr>
        <w:t>20:57  haan, to Musa al salam ki maa ne apni beti se kaha, jinka naam bible mein Maryam aata hai, aur Islami traditional aata hai. ji, yeh badi behen thi. ji, Musa al salam ke jo bhai the, Haroon al salam, woh bhi bade the. to woh bach gaye the, chunke us zamane mein yeh a zalimana jo decree ki thi, unhone a firoun ne nahi thi.</w:t>
      </w:r>
      <w:r>
        <w:br/>
      </w:r>
      <w:r>
        <w:rPr>
          <w:sz w:val="20"/>
        </w:rPr>
        <w:t>21:20  to badi behan se kaha, moosa al salam ki behan se kaha ki tum jao, zara khamoshi se</w:t>
      </w:r>
      <w:r>
        <w:br/>
      </w:r>
      <w:r>
        <w:rPr>
          <w:sz w:val="20"/>
        </w:rPr>
        <w:t>21:26  dekho ki yeh box kidhar jaata hai.</w:t>
      </w:r>
      <w:r>
        <w:br/>
      </w:r>
      <w:r>
        <w:rPr>
          <w:sz w:val="20"/>
        </w:rPr>
        <w:t>21:29  ji, to wo chhup-chhup ke dekhne lagi, dekhne lagi.</w:t>
      </w:r>
      <w:r>
        <w:br/>
      </w:r>
      <w:r>
        <w:rPr>
          <w:sz w:val="20"/>
        </w:rPr>
        <w:t>21:33  to wo aahista aahista chalta raha, wo box.</w:t>
      </w:r>
      <w:r>
        <w:br/>
      </w:r>
      <w:r>
        <w:rPr>
          <w:sz w:val="20"/>
        </w:rPr>
        <w:t>21:37  yaani dono taraf ghar the.</w:t>
      </w:r>
      <w:r>
        <w:br/>
      </w:r>
      <w:r>
        <w:rPr>
          <w:sz w:val="20"/>
        </w:rPr>
        <w:t>21:39  ji, darya-e-neel ke, lekin kahin ruka nahin.</w:t>
      </w:r>
      <w:r>
        <w:br/>
      </w:r>
      <w:r>
        <w:rPr>
          <w:sz w:val="20"/>
        </w:rPr>
        <w:t>21:41  wo box aahista aahista chalte chalte wo pahunch gaya a mahal ke kinare, firon ke mahal ke kinare.</w:t>
      </w:r>
      <w:r>
        <w:br/>
      </w:r>
      <w:r>
        <w:rPr>
          <w:sz w:val="20"/>
        </w:rPr>
        <w:t>21:51  to jo queen ke mulazim the, unhe ek box nazar aaya. hum to woh box unhone uthaya, to usmein dekha ke bachcha hai. to queen ke paas le aaye. queen Asiya, woh badi reham dil, kind aur badi merciful lady thi, bilkul a uske firoun ke baraks. ji, bahut hi achhi, aur Quran mein badi achhi dua wagera aayi hai unke baare mein.</w:t>
      </w:r>
      <w:r>
        <w:br/>
      </w:r>
      <w:r>
        <w:rPr>
          <w:sz w:val="20"/>
        </w:rPr>
        <w:t>22:16  ji, to unhone jab dekha, itna masoom bachcha, purkashish, itna achha, hum to unka dil bharaya.</w:t>
      </w:r>
      <w:r>
        <w:br/>
      </w:r>
      <w:r>
        <w:rPr>
          <w:sz w:val="20"/>
        </w:rPr>
        <w:t>22:23  hum to unhone firon se kaha ki yeh bachcha, is jab firon ko jab pata chala ki darya</w:t>
      </w:r>
      <w:r>
        <w:br/>
      </w:r>
      <w:r>
        <w:rPr>
          <w:sz w:val="20"/>
        </w:rPr>
        <w:t>22:31  neel mein ek bachcha mila hai, to wo fauran samajh gaya.</w:t>
      </w:r>
      <w:r>
        <w:br/>
      </w:r>
      <w:r>
        <w:rPr>
          <w:sz w:val="20"/>
        </w:rPr>
        <w:t>22:34  to bahut hi tez tarar aadmi tha.</w:t>
      </w:r>
      <w:r>
        <w:br/>
      </w:r>
      <w:r>
        <w:rPr>
          <w:sz w:val="20"/>
        </w:rPr>
        <w:t>22:36  usne kaha ki zaroor yeh koi bani israil ka bachcha, ki maa ne dala hoga, usko unka bachcha</w:t>
      </w:r>
      <w:r>
        <w:br/>
      </w:r>
      <w:r>
        <w:rPr>
          <w:sz w:val="20"/>
        </w:rPr>
        <w:t>22:42  hoga. To usne kaha, fauran qatl kar do isko.</w:t>
      </w:r>
      <w:r>
        <w:br/>
      </w:r>
      <w:r>
        <w:rPr>
          <w:sz w:val="20"/>
        </w:rPr>
        <w:t>22:45  hum</w:t>
      </w:r>
    </w:p>
    <w:p>
      <w:pPr>
        <w:pStyle w:val="Heading2"/>
      </w:pPr>
      <w:r>
        <w:t>Definition and redefinition concept explained</w:t>
      </w:r>
    </w:p>
    <w:p>
      <w:r>
        <w:rPr>
          <w:color w:val="666666"/>
          <w:sz w:val="18"/>
        </w:rPr>
        <w:t>Redefining Islam July 05, 2009 Maulana Wahiduddin Khan · 1m 06s · at 9:41 · https://youtu.be/JXY-MlXBy3Q?t=581</w:t>
      </w:r>
    </w:p>
    <w:p>
      <w:r>
        <w:rPr>
          <w:i/>
        </w:rPr>
        <w:t>“Definition ka matlab kya hota hai?”</w:t>
      </w:r>
    </w:p>
    <w:p>
      <w:r>
        <w:rPr>
          <w:sz w:val="20"/>
        </w:rPr>
        <w:t>9:41  definition ka matlab hota hai kisi cheez ko theek theek waise hi bayan karna jaisa ke woh hai. as it is. woh hoti hai definition. to redefine karne ke ma'ani hain ke isi cheez ko phir se bayan karo.</w:t>
      </w:r>
      <w:r>
        <w:br/>
      </w:r>
      <w:r>
        <w:rPr>
          <w:sz w:val="20"/>
        </w:rPr>
        <w:t>9:55  naye term mein, naye shabdon mein, nayi istalahon mein. cheez wohi ho lekin term badal jayen, alfaaz badal jayen, shabd badal jayen.</w:t>
      </w:r>
      <w:r>
        <w:br/>
      </w:r>
      <w:r>
        <w:rPr>
          <w:sz w:val="20"/>
        </w:rPr>
        <w:t>10:08  yeh hai redefinition. to islam mein dekhen revision to hai nahi, amendment to hai nahi. lekin redefinition islam mein poori tarah maujood hai.</w:t>
      </w:r>
      <w:r>
        <w:br/>
      </w:r>
      <w:r>
        <w:rPr>
          <w:sz w:val="20"/>
        </w:rPr>
        <w:t>10:21  aur isi ko in logon ne, hamare ulma ne, yeh in ki bohat bari bhool hai ke woh zamana jis mein sawal zaroorat thi ke islam ko redefine kare woh, redefine nahi kar sake.</w:t>
      </w:r>
      <w:r>
        <w:br/>
      </w:r>
      <w:r>
        <w:rPr>
          <w:sz w:val="20"/>
        </w:rPr>
        <w:t>10:35  to aaj tak woh masla chala ja raha hai. Islam logon ko Unfit lagta hai. jabki Redefine karna jo hai yeh Islam ki tareekh se sabit hai.</w:t>
      </w:r>
    </w:p>
    <w:p>
      <w:pPr>
        <w:pStyle w:val="Heading2"/>
      </w:pPr>
      <w:r>
        <w:t>true worship is spirit not ritual, and never react in anger</w:t>
      </w:r>
    </w:p>
    <w:p>
      <w:r>
        <w:rPr>
          <w:color w:val="666666"/>
          <w:sz w:val="18"/>
        </w:rPr>
        <w:t>Human Equality in Islam July 1, 2007 Maulana Wahiduddin Khan · 5m 52s · at 44:47 · https://youtu.be/5aJvpiCYbzQ?t=2687</w:t>
      </w:r>
    </w:p>
    <w:p>
      <w:r>
        <w:rPr>
          <w:i/>
        </w:rPr>
        <w:t>“A Muslim is one from whose hands and tongue people are safe”</w:t>
      </w:r>
    </w:p>
    <w:p>
      <w:r>
        <w:rPr>
          <w:sz w:val="20"/>
        </w:rPr>
        <w:t>44:47  to hadith mein aata hai ke al muslim man salima nasu min lisanihi wa yadihi.</w:t>
      </w:r>
      <w:r>
        <w:br/>
      </w:r>
      <w:r>
        <w:rPr>
          <w:sz w:val="20"/>
        </w:rPr>
        <w:t>44:58  is ka matlab kya hai? muslim is one by whose hands and tongue, people are safe.</w:t>
      </w:r>
      <w:r>
        <w:br/>
      </w:r>
      <w:r>
        <w:rPr>
          <w:sz w:val="20"/>
        </w:rPr>
        <w:t>45:10  muslim is one by whose hands and tongue, people are safe. it means that a true Muslim is a peaceful member of society.</w:t>
      </w:r>
      <w:r>
        <w:br/>
      </w:r>
      <w:r>
        <w:rPr>
          <w:sz w:val="20"/>
        </w:rPr>
        <w:t>45:27  a true Muslim is a peaceful member of society. yeh nahi ho sakta ke society mein hum rahein aur wahan par hum violence karein,</w:t>
      </w:r>
      <w:r>
        <w:br/>
      </w:r>
      <w:r>
        <w:rPr>
          <w:sz w:val="20"/>
        </w:rPr>
        <w:t>45:38  logon ko gaali dein, logon ke liye problem create karein. aisa karna apne ko Islami se nikal dena hai. aisa karne ke maani hain ke aadmi Islami se nikal gaya.</w:t>
      </w:r>
      <w:r>
        <w:br/>
      </w:r>
      <w:r>
        <w:rPr>
          <w:sz w:val="20"/>
        </w:rPr>
        <w:t>45:58  to yahan bhi dekhiye, aisa hai ke Islam mein jo worship hai, us ko logon ne samajh liya hai ke set of rituals ka naam worship samajh liya hai</w:t>
      </w:r>
      <w:r>
        <w:br/>
      </w:r>
      <w:r>
        <w:rPr>
          <w:sz w:val="20"/>
        </w:rPr>
        <w:t>46:08  ke panch waqt mein kuch rituals kar do to namaz ho gayi. saal mein ek baar bhooke reh jao to roza ho gaya aur saal mein ek baar Makkah ki yatra kar lo to Hajj ho gaya.</w:t>
      </w:r>
      <w:r>
        <w:br/>
      </w:r>
      <w:r>
        <w:rPr>
          <w:sz w:val="20"/>
        </w:rPr>
        <w:t>46:21  yeh aisa nahi hai. Islam naam hai ek spirit ka, form ka naam nahi hai. Islam naam hai ek spirit ka, woh rituals ka naam nahi hai.</w:t>
      </w:r>
      <w:r>
        <w:br/>
      </w:r>
      <w:r>
        <w:rPr>
          <w:sz w:val="20"/>
        </w:rPr>
        <w:t>46:36  dekhiye, har cheez mein form bhi hota hai, har cheez mein form bhi hota hai. lekin asal cheez to spirit hoti hai.</w:t>
      </w:r>
      <w:r>
        <w:br/>
      </w:r>
      <w:r>
        <w:rPr>
          <w:sz w:val="20"/>
        </w:rPr>
        <w:t>46:47  aap narangi lein to us mein narangi hogi aur chhilka bhi hoga. lekin asal cheez to narangi hai, asal cheez chhilka to nahi hai. to yeh sahi hai ke Islam ka ek form hai, lekin asal cheez jo hai, woh us ki spirit hai.</w:t>
      </w:r>
      <w:r>
        <w:br/>
      </w:r>
      <w:r>
        <w:rPr>
          <w:sz w:val="20"/>
        </w:rPr>
        <w:t>47:03  spirit hai to Islam hai,</w:t>
      </w:r>
      <w:r>
        <w:br/>
      </w:r>
      <w:r>
        <w:rPr>
          <w:sz w:val="20"/>
        </w:rPr>
        <w:t>47:05  nahi to woh kuch bhi nahi, just ek chhilka.</w:t>
      </w:r>
      <w:r>
        <w:br/>
      </w:r>
      <w:r>
        <w:rPr>
          <w:sz w:val="20"/>
        </w:rPr>
        <w:t>47:10  to mein ne behrhaal yeh keh sakta hoon ke i have study islam from its original sources, jo arabic books hain, jo quran hai, jo hadith hai,</w:t>
      </w:r>
      <w:r>
        <w:br/>
      </w:r>
      <w:r>
        <w:rPr>
          <w:sz w:val="20"/>
        </w:rPr>
        <w:t>47:27  jo prophet ki seerat hai, life hai. in sab cheezon se mein ne islam ko samjha hai.</w:t>
      </w:r>
      <w:r>
        <w:br/>
      </w:r>
      <w:r>
        <w:rPr>
          <w:sz w:val="20"/>
        </w:rPr>
        <w:t>47:39  to is ka islam ki jo picture mujhe dikhai parti hai, woh yeh hai jo mein ne arz kiya.</w:t>
      </w:r>
      <w:r>
        <w:br/>
      </w:r>
      <w:r>
        <w:rPr>
          <w:sz w:val="20"/>
        </w:rPr>
        <w:t>47:50  mein yeh keh sakta hoon ke islam ke islam hundred percent aik, yani positive religion hai.</w:t>
      </w:r>
      <w:r>
        <w:br/>
      </w:r>
      <w:r>
        <w:rPr>
          <w:sz w:val="20"/>
        </w:rPr>
        <w:t>48:03  jaise dekhiye, aik aadmi aata hai prophet ke paas, woh kehta hai ke ya rasool Allah, aalmani kalimat aish biha wala tukssir ala yafansa.</w:t>
      </w:r>
      <w:r>
        <w:br/>
      </w:r>
      <w:r>
        <w:rPr>
          <w:sz w:val="20"/>
        </w:rPr>
        <w:t>48:19  is ka matlab kya hai? o prophet, give me a master advice by which i may be able to manage all the affairs of my life.</w:t>
      </w:r>
      <w:r>
        <w:br/>
      </w:r>
      <w:r>
        <w:rPr>
          <w:sz w:val="20"/>
        </w:rPr>
        <w:t>48:35  ab dekhiye, yeh question karta hai, woh yeh sawal karta hai, woh aap ne jawab kya diya? aap ne jawab diya ke la taghzab.</w:t>
      </w:r>
      <w:r>
        <w:br/>
      </w:r>
      <w:r>
        <w:rPr>
          <w:sz w:val="20"/>
        </w:rPr>
        <w:t>48:46  la taghzab ka matlab hai don't be angry. ab dekhiye, angry kab hota hai? aadmi aap kisi ko saadat karein to woh angry ho jayega.</w:t>
      </w:r>
      <w:r>
        <w:br/>
      </w:r>
      <w:r>
        <w:rPr>
          <w:sz w:val="20"/>
        </w:rPr>
        <w:t>48:57  aap kisi ko chai pani pilayein to kya ghussa ho jayega? woh</w:t>
      </w:r>
      <w:r>
        <w:br/>
      </w:r>
      <w:r>
        <w:rPr>
          <w:sz w:val="20"/>
        </w:rPr>
        <w:t>49:03  dekhiye, angry, anger jo hai, phenomenon hai provocation ka. kisi ko aap provoke karte hain to woh angry, to woh ghussa ho jata hai.</w:t>
      </w:r>
      <w:r>
        <w:br/>
      </w:r>
      <w:r>
        <w:rPr>
          <w:sz w:val="20"/>
        </w:rPr>
        <w:t>49:15  no provocation, no anger. is ko le kar aap sochiye, jab aap ne kaha ke don't be angry, is ka matlab kya hua?</w:t>
      </w:r>
      <w:r>
        <w:br/>
      </w:r>
      <w:r>
        <w:rPr>
          <w:sz w:val="20"/>
        </w:rPr>
        <w:t>49:26  don't be angry even when provoked. is ka matlab yeh hua:</w:t>
      </w:r>
      <w:r>
        <w:br/>
      </w:r>
      <w:r>
        <w:rPr>
          <w:sz w:val="20"/>
        </w:rPr>
        <w:t>49:33  don't be angry even when provoked. ab is ko aur phailaiye,</w:t>
      </w:r>
      <w:r>
        <w:br/>
      </w:r>
      <w:r>
        <w:rPr>
          <w:sz w:val="20"/>
        </w:rPr>
        <w:t>49:40  aur phailaiye aap is ko to kya samajh mein aayega ke samajh jo hai, hamara woh negativity se bhara hua hai.</w:t>
      </w:r>
      <w:r>
        <w:br/>
      </w:r>
      <w:r>
        <w:rPr>
          <w:sz w:val="20"/>
        </w:rPr>
        <w:t>49:52  negativity se bhara hua, har waqt hamein negative experience hota hai.</w:t>
      </w:r>
      <w:r>
        <w:br/>
      </w:r>
      <w:r>
        <w:rPr>
          <w:sz w:val="20"/>
        </w:rPr>
        <w:t>49:56  to is ko aap phailayein to aap kahenge ke ke tum society mein is tarah raho ke hamesha positive response do, chahe negative experience tum ko pesh aaya ho.</w:t>
      </w:r>
      <w:r>
        <w:br/>
      </w:r>
      <w:r>
        <w:rPr>
          <w:sz w:val="20"/>
        </w:rPr>
        <w:t>50:09  tab bhi negative situation mein bhi positive response do. yeh matlab hua is ka.</w:t>
      </w:r>
      <w:r>
        <w:br/>
      </w:r>
      <w:r>
        <w:rPr>
          <w:sz w:val="20"/>
        </w:rPr>
        <w:t>50:19  to behrhaal yahi mein samjha hoon quran ke direct study se, aur mein yeh keh sakta hoon ke islam is a religion of peace, religion of love, religion of adjustment, religion of tolerance.</w:t>
      </w:r>
    </w:p>
    <w:p>
      <w:pPr>
        <w:pStyle w:val="Heading2"/>
      </w:pPr>
      <w:r>
        <w:t>Ancient persecution stories: Seven Sleepers and Ibrahim in the fire</w:t>
      </w:r>
    </w:p>
    <w:p>
      <w:r>
        <w:rPr>
          <w:color w:val="666666"/>
          <w:sz w:val="18"/>
        </w:rPr>
        <w:t>Discovery of Modern Age February 10, 2013 · 2m 43s · at 14:41 · https://youtu.be/qYGA53ii7E4?t=881</w:t>
      </w:r>
    </w:p>
    <w:p>
      <w:r>
        <w:rPr>
          <w:i/>
        </w:rPr>
        <w:t>“Kuch log jinhe Ashaab-e-Kahf kaha jata hai”</w:t>
      </w:r>
    </w:p>
    <w:p>
      <w:r>
        <w:rPr>
          <w:sz w:val="20"/>
        </w:rPr>
        <w:t>14:41  misal ke taur par dekhiye, haj maseeh ke baad kuch log jin ko ashab kaha jata hai, wo tauheed par iman laye.</w:t>
      </w:r>
      <w:r>
        <w:br/>
      </w:r>
      <w:r>
        <w:rPr>
          <w:sz w:val="20"/>
        </w:rPr>
        <w:t>14:58  is zamane mein hazrat maseeh ki taleemat abhi unhe bigad nahi aayi thi. ye turkey ke shumali ilake mein kuch log the, is zamane mein turkey mein romans ki hukumat thi,</w:t>
      </w:r>
      <w:r>
        <w:br/>
      </w:r>
      <w:r>
        <w:rPr>
          <w:sz w:val="20"/>
        </w:rPr>
        <w:t>15:14  romans ki. to wo log mushrik hua karte the.</w:t>
      </w:r>
      <w:r>
        <w:br/>
      </w:r>
      <w:r>
        <w:rPr>
          <w:sz w:val="20"/>
        </w:rPr>
        <w:t>15:21  to tauheed un ke liye na qabil bardasht thi aur un ko khatra hua ke use maar dalenge. to wo khamoshi se apne gharon se nikal kar chale gaye, pahad ke khod.</w:t>
      </w:r>
      <w:r>
        <w:br/>
      </w:r>
      <w:r>
        <w:rPr>
          <w:sz w:val="20"/>
        </w:rPr>
        <w:t>15:37  ye khod abhi bhi maujood hai, internet par dekh sakte hain aap. bible mein bhi is ka zikr hai. bible mein un ko seven sleepers kaha jata hai.</w:t>
      </w:r>
      <w:r>
        <w:br/>
      </w:r>
      <w:r>
        <w:rPr>
          <w:sz w:val="20"/>
        </w:rPr>
        <w:t>15:47  is se bhi is baat par ke Allah ek hai, un ko apni basti mein rehne ki ijazat nahi thi. ya to Allah ek hai, khana chodo ya tum ko hum qatl kar denge.</w:t>
      </w:r>
      <w:r>
        <w:br/>
      </w:r>
      <w:r>
        <w:rPr>
          <w:sz w:val="20"/>
        </w:rPr>
        <w:t>16:03  hazrat ibrahim ko dekhiye, Allah ek hai kehne par aag mein dal diya gaya. koi un ka jurm nahi tha, un ke khilaf koi criminal case nahi tha.</w:t>
      </w:r>
      <w:r>
        <w:br/>
      </w:r>
      <w:r>
        <w:rPr>
          <w:sz w:val="20"/>
        </w:rPr>
        <w:t>16:14  sirf ye baat thi ke unhone kaha ke Allah ek hai, isi ek ki ibadat karo. quran mein surah al burrow mein likhi gayi hai: "wa ma nakham min Allah yawm billah al aziz al habib".</w:t>
      </w:r>
      <w:r>
        <w:br/>
      </w:r>
      <w:r>
        <w:rPr>
          <w:sz w:val="20"/>
        </w:rPr>
        <w:t>16:28  yahan bhi ashab al khutoot ka zikr hai. aag ke gurhe mein koi log dal diye gaye the, kis liye?</w:t>
      </w:r>
      <w:r>
        <w:br/>
      </w:r>
      <w:r>
        <w:rPr>
          <w:sz w:val="20"/>
        </w:rPr>
        <w:t>16:37  nihayat hi peaceful the wo log, lekin sirf tauheed ko mante the.</w:t>
      </w:r>
      <w:r>
        <w:br/>
      </w:r>
      <w:r>
        <w:rPr>
          <w:sz w:val="20"/>
        </w:rPr>
        <w:t>16:42  Allah ek hai, isi ki ibadat karo. ye pura ka pura hazaron saal ka daur tashaddud ka daur tha.</w:t>
      </w:r>
      <w:r>
        <w:br/>
      </w:r>
      <w:r>
        <w:rPr>
          <w:sz w:val="20"/>
        </w:rPr>
        <w:t>16:55  to wo daur to tha. Allah taala ne insaan azadi de di hai. azadi ko misuse karne ki wajah se ye daur tha. to Allah taala insaan ki azadi ko ab wash nahi kar sakta.</w:t>
      </w:r>
      <w:r>
        <w:br/>
      </w:r>
      <w:r>
        <w:rPr>
          <w:sz w:val="20"/>
        </w:rPr>
        <w:t>17:07  ye mumkin nahi hai ke insaan ki azadi ko misuse kar diya jaye kamon se pehle.</w:t>
      </w:r>
      <w:r>
        <w:br/>
      </w:r>
      <w:r>
        <w:rPr>
          <w:sz w:val="20"/>
        </w:rPr>
        <w:t>17:13  to azadi ko pak rakhte hue Allah taala ne tareekh ko banjh kiya, yahan tak ke wo Islam ka zamana aa gaya.</w:t>
      </w:r>
    </w:p>
    <w:p>
      <w:pPr>
        <w:pStyle w:val="Heading2"/>
      </w:pPr>
      <w:r>
        <w:t>No third category: animal if not giver</w:t>
      </w:r>
    </w:p>
    <w:p>
      <w:r>
        <w:rPr>
          <w:color w:val="666666"/>
          <w:sz w:val="18"/>
        </w:rPr>
        <w:t>Morality In Islam | 26th May 07 · 31s · at 23:24 · https://youtu.be/9EiP6aXv1sE?t=1404</w:t>
      </w:r>
    </w:p>
    <w:p>
      <w:r>
        <w:rPr>
          <w:i/>
        </w:rPr>
        <w:t>“If you are not living as a no-problem person”</w:t>
      </w:r>
    </w:p>
    <w:p>
      <w:r>
        <w:rPr>
          <w:sz w:val="20"/>
        </w:rPr>
        <w:t>23:24  if you are not living as no problem person, and if you are not living as a giver person, then you belong to animal category. there is no third category at all. so it is very important to understand that what is islamic ethics and what is not islamic ethics. because</w:t>
      </w:r>
    </w:p>
    <w:p>
      <w:pPr>
        <w:pStyle w:val="Heading2"/>
      </w:pPr>
      <w:r>
        <w:t>Mecca's war culture versus the Prophet's avoidance of battle</w:t>
      </w:r>
    </w:p>
    <w:p>
      <w:r>
        <w:rPr>
          <w:color w:val="666666"/>
          <w:sz w:val="18"/>
        </w:rPr>
        <w:t>Importance of Adjustment June 27, 2009 · 3m 32s · at 33:16 · https://youtu.be/Gp1zc2HPMRU?t=1996</w:t>
      </w:r>
    </w:p>
    <w:p>
      <w:r>
        <w:rPr>
          <w:i/>
        </w:rPr>
        <w:t>“Meccan people were not happy with the situation.”</w:t>
      </w:r>
    </w:p>
    <w:p>
      <w:r>
        <w:rPr>
          <w:sz w:val="20"/>
        </w:rPr>
        <w:t>33:16  so he engaged himself in the work. but Meccan people under the Quraish, under the leadership of Quraish, were not happy with the situation.</w:t>
      </w:r>
      <w:r>
        <w:br/>
      </w:r>
      <w:r>
        <w:rPr>
          <w:sz w:val="20"/>
        </w:rPr>
        <w:t>33:35  they wanted to kill his mission.</w:t>
      </w:r>
      <w:r>
        <w:br/>
      </w:r>
      <w:r>
        <w:rPr>
          <w:sz w:val="20"/>
        </w:rPr>
        <w:t>33:42  they felt that it is a danger for their shirk culture. prophet of Islam was prophet of tauheed. he always promoted, he was engaged in promoting tauheed.</w:t>
      </w:r>
      <w:r>
        <w:br/>
      </w:r>
      <w:r>
        <w:rPr>
          <w:sz w:val="20"/>
        </w:rPr>
        <w:t>33:58  he was a muwahhid. so Meccan people, that is Quraish, they saw danger in in a mission of this kind.</w:t>
      </w:r>
      <w:r>
        <w:br/>
      </w:r>
      <w:r>
        <w:rPr>
          <w:sz w:val="20"/>
        </w:rPr>
        <w:t>34:13  they were mushrik. prophet of Islam was muwahhid. that's was shirk culture.</w:t>
      </w:r>
      <w:r>
        <w:br/>
      </w:r>
      <w:r>
        <w:rPr>
          <w:sz w:val="20"/>
        </w:rPr>
        <w:t>34:21  prophet of Islam was engaged in promoting tauheed culture. so they saw danger.</w:t>
      </w:r>
      <w:r>
        <w:br/>
      </w:r>
      <w:r>
        <w:rPr>
          <w:sz w:val="20"/>
        </w:rPr>
        <w:t>34:31  they wanted to eliminate the mission of the prophet of Islam. so they attacked unitary.</w:t>
      </w:r>
      <w:r>
        <w:br/>
      </w:r>
      <w:r>
        <w:rPr>
          <w:sz w:val="20"/>
        </w:rPr>
        <w:t>34:42  they organized army, and they you know, there was three hundred mile</w:t>
      </w:r>
      <w:r>
        <w:br/>
      </w:r>
      <w:r>
        <w:rPr>
          <w:sz w:val="20"/>
        </w:rPr>
        <w:t>34:51  distance between Mecca and Medina. so they organized enemy, and they attacked Medina.</w:t>
      </w:r>
      <w:r>
        <w:br/>
      </w:r>
      <w:r>
        <w:rPr>
          <w:sz w:val="20"/>
        </w:rPr>
        <w:t>35:03  so there was some skirmish, not a full fledged battle.</w:t>
      </w:r>
      <w:r>
        <w:br/>
      </w:r>
      <w:r>
        <w:rPr>
          <w:sz w:val="20"/>
        </w:rPr>
        <w:t>35:09  now, when we use term war or battle, it means a full fledged war. but prophet of Islam always avoided to go to full fledged war.</w:t>
      </w:r>
      <w:r>
        <w:br/>
      </w:r>
      <w:r>
        <w:rPr>
          <w:sz w:val="20"/>
        </w:rPr>
        <w:t>35:27  you know, in Mecca, what was the culture? it was, it was culture of war.</w:t>
      </w:r>
      <w:r>
        <w:br/>
      </w:r>
      <w:r>
        <w:rPr>
          <w:sz w:val="20"/>
        </w:rPr>
        <w:t>35:36  they used to fight up to hundred years.</w:t>
      </w:r>
      <w:r>
        <w:br/>
      </w:r>
      <w:r>
        <w:rPr>
          <w:sz w:val="20"/>
        </w:rPr>
        <w:t>35:45  Maulana Hali, Altaf Hussain Hali, said in in his Musaddas Hali, woh baqra aur taghreeb ki baham larai, sadi jis mein aadhi unho ne gawai.</w:t>
      </w:r>
      <w:r>
        <w:br/>
      </w:r>
      <w:r>
        <w:rPr>
          <w:sz w:val="20"/>
        </w:rPr>
        <w:t>35:58  and they were engaged in fighting up to fifty years. fifty years, five zero.</w:t>
      </w:r>
      <w:r>
        <w:br/>
      </w:r>
      <w:r>
        <w:rPr>
          <w:sz w:val="20"/>
        </w:rPr>
        <w:t>36:06  so war was their culture. but prophet avoided war, avoided battle. there was no full fledged battle at all in the prophets, in the life of the prophet of Islam.</w:t>
      </w:r>
      <w:r>
        <w:br/>
      </w:r>
      <w:r>
        <w:rPr>
          <w:sz w:val="20"/>
        </w:rPr>
        <w:t>36:21  there was no not single war that you can see full fledged war. it was simply skirmish.</w:t>
      </w:r>
      <w:r>
        <w:br/>
      </w:r>
      <w:r>
        <w:rPr>
          <w:sz w:val="20"/>
        </w:rPr>
        <w:t>36:31  skirmi</w:t>
      </w:r>
      <w:r>
        <w:br/>
      </w:r>
      <w:r>
        <w:rPr>
          <w:sz w:val="20"/>
        </w:rPr>
        <w:t>36:32  shion why? because the policy of prophet Islam was avoidance, adjustment, tolerance, peace.</w:t>
      </w:r>
      <w:r>
        <w:br/>
      </w:r>
      <w:r>
        <w:rPr>
          <w:sz w:val="20"/>
        </w:rPr>
        <w:t>36:45  deen what happened?</w:t>
      </w:r>
    </w:p>
    <w:p>
      <w:pPr>
        <w:pStyle w:val="Heading2"/>
      </w:pPr>
      <w:r>
        <w:t>Rose plant metaphor for peaceful coexistence</w:t>
      </w:r>
    </w:p>
    <w:p>
      <w:r>
        <w:rPr>
          <w:color w:val="666666"/>
          <w:sz w:val="18"/>
        </w:rPr>
        <w:t>The Concept of Harmony in Islam July 20, 2007 · 49s · at 35:33 · https://youtu.be/L2_iLI2vcP0?t=2133</w:t>
      </w:r>
    </w:p>
    <w:p>
      <w:r>
        <w:rPr>
          <w:i/>
        </w:rPr>
        <w:t>“Let us take a rose plant.”</w:t>
      </w:r>
    </w:p>
    <w:p>
      <w:r>
        <w:rPr>
          <w:sz w:val="20"/>
        </w:rPr>
        <w:t>35:33  For example, let us take a rose plant. Rose plant is a beautiful demonstration of harmonious living.</w:t>
      </w:r>
      <w:r>
        <w:br/>
      </w:r>
      <w:r>
        <w:rPr>
          <w:sz w:val="20"/>
        </w:rPr>
        <w:t>35:47  You know, at every branch of rose plant, there are flowers. At the same time, there are thorns.</w:t>
      </w:r>
      <w:r>
        <w:br/>
      </w:r>
      <w:r>
        <w:rPr>
          <w:sz w:val="20"/>
        </w:rPr>
        <w:t>35:57  Both are opposite to each other, but there is no war, no fighting, no hate, not at all.</w:t>
      </w:r>
      <w:r>
        <w:br/>
      </w:r>
      <w:r>
        <w:rPr>
          <w:sz w:val="20"/>
        </w:rPr>
        <w:t>36:11  They are living side by side.</w:t>
      </w:r>
      <w:r>
        <w:br/>
      </w:r>
      <w:r>
        <w:rPr>
          <w:sz w:val="20"/>
        </w:rPr>
        <w:t>36:17  So this is a demonstration.</w:t>
      </w:r>
    </w:p>
    <w:p>
      <w:pPr>
        <w:pStyle w:val="Heading2"/>
      </w:pPr>
      <w:r>
        <w:t>Allah tells Musa's mother don't fear, don't grieve</w:t>
      </w:r>
    </w:p>
    <w:p>
      <w:r>
        <w:rPr>
          <w:color w:val="666666"/>
          <w:sz w:val="18"/>
        </w:rPr>
        <w:t>Lessons from The Story of Prophet Moses Part 1, August 1, 2022 · 53s · at 17:00 · https://youtu.be/JsRmjNQQHLY?t=1020</w:t>
      </w:r>
    </w:p>
    <w:p>
      <w:r>
        <w:rPr>
          <w:i/>
        </w:rPr>
        <w:t>“अल्लाह ताला ने इंस्पायर किया: तुम डरो मत, ना गमगीन हो”</w:t>
      </w:r>
    </w:p>
    <w:p>
      <w:r>
        <w:rPr>
          <w:sz w:val="20"/>
        </w:rPr>
        <w:t>17:00  to us waqt badi ajeeb baat hui ke Allah taala ne inspire kiya Musa alaihissalam ki maa ko ke tum daro mat, na gamgeen ho. la takhaf wala tahzan ke na tum daro, na gamgeen ho. hum a yeh ek bahut hi special bachcha hai, aur hum isko a paighambar banayenge. wa najaluhu minal mursaleen. ji, aur</w:t>
      </w:r>
      <w:r>
        <w:br/>
      </w:r>
      <w:r>
        <w:rPr>
          <w:sz w:val="20"/>
        </w:rPr>
        <w:t>17:24  Allah taala ne inspire kiya ke tum jab a tumhe dar lagne lage ke yeh a bachcha zyada hi shor machane laga hai, aur awaaz pahunch jayegi, to ek ek box banao, ek basket ke andaaz ki, aur usmein rakh ke darya-e-Neel mein usko daal do. ji, aur kaha ke hum tumhe wapas kar denge. ji, hum hum isko wapas karenge, aur daro mat, na tum gamgeen ho. ji, aur isko paighambar</w:t>
      </w:r>
    </w:p>
    <w:p>
      <w:pPr>
        <w:pStyle w:val="Heading2"/>
      </w:pPr>
      <w:r>
        <w:t>What the soul is, and its food is positive thinking</w:t>
      </w:r>
    </w:p>
    <w:p>
      <w:r>
        <w:rPr>
          <w:color w:val="666666"/>
          <w:sz w:val="18"/>
        </w:rPr>
        <w:t>History 0f Thoughts November 12, 2006 · 2m 50s · at 1:27:19 · https://youtu.be/BvzmJxA0j7c?t=5239</w:t>
      </w:r>
    </w:p>
    <w:p>
      <w:r>
        <w:rPr>
          <w:i/>
        </w:rPr>
        <w:t>“Insan ki do hastiyan hain: physical aur spiritual being”</w:t>
      </w:r>
    </w:p>
    <w:p>
      <w:r>
        <w:rPr>
          <w:sz w:val="20"/>
        </w:rPr>
        <w:t>1:27:19  And how can one achieve it?</w:t>
      </w:r>
      <w:r>
        <w:br/>
      </w:r>
      <w:r>
        <w:rPr>
          <w:sz w:val="20"/>
        </w:rPr>
        <w:t>1:27:23  dekhiye, quran mein aaya hai ke yasaloonaka an alrooh, qul alrooh min noor rabbi, ma ooteeta min alilm illa qaleela.</w:t>
      </w:r>
      <w:r>
        <w:br/>
      </w:r>
      <w:r>
        <w:rPr>
          <w:sz w:val="20"/>
        </w:rPr>
        <w:t>1:27:33  ke rooh ke bare mein poocha gaya. Soul ke bare mein. to quran mein is ka koi answer nahi diya gaya. yeh nahi bataya gaya ke what is soul.</w:t>
      </w:r>
      <w:r>
        <w:br/>
      </w:r>
      <w:r>
        <w:rPr>
          <w:sz w:val="20"/>
        </w:rPr>
        <w:t>1:27:44  balke yeh kaha gaya ke tum ko limited knowledge di gayi hai.</w:t>
      </w:r>
      <w:r>
        <w:br/>
      </w:r>
      <w:r>
        <w:rPr>
          <w:sz w:val="20"/>
        </w:rPr>
        <w:t>1:27:51  Due to your limited knowledge, you are not in a position to understand these questions. is wajah se ek bohat bare aalim ne kaha hai ke abhamu ma abhamahu Allah.</w:t>
      </w:r>
      <w:r>
        <w:br/>
      </w:r>
      <w:r>
        <w:rPr>
          <w:sz w:val="20"/>
        </w:rPr>
        <w:t>1:28:04  khuda ne jis ko mubham rakha hai, yaani ambiguous rakha hai, us ko tum waise hi rehne do.</w:t>
      </w:r>
      <w:r>
        <w:br/>
      </w:r>
      <w:r>
        <w:rPr>
          <w:sz w:val="20"/>
        </w:rPr>
        <w:t>1:28:15  aur hadith mein bhi aata hai ke wasakaty nashya'an min ghair alnisyan fela tabhathoo anha. yaani khuda ne kuch cheezon ke bare mein, yaani khuda kuch kuch cheezon ke bare mein khuda chup raha hai,</w:t>
      </w:r>
      <w:r>
        <w:br/>
      </w:r>
      <w:r>
        <w:rPr>
          <w:sz w:val="20"/>
        </w:rPr>
        <w:t>1:28:31  jante hue, to tum us ke us ke peeche na pado. to mein yeh kahoon ga ke is sab ke question koi achi baat nahi hai in ke peeche padna.</w:t>
      </w:r>
      <w:r>
        <w:br/>
      </w:r>
      <w:r>
        <w:rPr>
          <w:sz w:val="20"/>
        </w:rPr>
        <w:t>1:28:42  in cheezon ke bare mein aap ko, yaani believe karna chahiye, manna chahiye. na yeh ke aap scrutiny karein is ki.</w:t>
      </w:r>
      <w:r>
        <w:br/>
      </w:r>
      <w:r>
        <w:rPr>
          <w:sz w:val="20"/>
        </w:rPr>
        <w:t>1:28:50  Scrutiny karein. Scrutiny karein. Scrutiny mein kya hoga? ke aap skeptic ho jayenge. aur aap ko doubts aap ke mind mein aayenge.</w:t>
      </w:r>
      <w:r>
        <w:br/>
      </w:r>
      <w:r>
        <w:rPr>
          <w:sz w:val="20"/>
        </w:rPr>
        <w:t>1:28:59  kyun ke due to our limitations, hum is is position mein nahi comprehend kar sake hain is ko. is ko aakhri had tak jaan saken.</w:t>
      </w:r>
      <w:r>
        <w:br/>
      </w:r>
      <w:r>
        <w:rPr>
          <w:sz w:val="20"/>
        </w:rPr>
        <w:t>1:29:10  is wajah se bas ka koi answer mere paas nahi hai siwaye is ke ke yeh maaniye aap ke insaan jo hai ek dual personality hai.</w:t>
      </w:r>
      <w:r>
        <w:br/>
      </w:r>
      <w:r>
        <w:rPr>
          <w:sz w:val="20"/>
        </w:rPr>
        <w:t>1:29:20  yaani ek is ki physical being hai, ek spiritual being hai. do hain. to physical being jo hai, is ka kuch food hota hai.</w:t>
      </w:r>
      <w:r>
        <w:br/>
      </w:r>
      <w:r>
        <w:rPr>
          <w:sz w:val="20"/>
        </w:rPr>
        <w:t>1:29:30  woh aap khate hain. Spiritual being jo hai aap ki, is ka bhi kuch food hai. is ka food hai positive thinking.</w:t>
      </w:r>
      <w:r>
        <w:br/>
      </w:r>
      <w:r>
        <w:rPr>
          <w:sz w:val="20"/>
        </w:rPr>
        <w:t>1:29:39  Positive thinking jo hai, woh aap ki spiritual being ka food hai. to aap yeh na pata, is is chakar mein mat pado ke soul ka form kya hai.</w:t>
      </w:r>
      <w:r>
        <w:br/>
      </w:r>
      <w:r>
        <w:rPr>
          <w:sz w:val="20"/>
        </w:rPr>
        <w:t>1:29:49  Soul ki definition kya hai. nahi. is par ziyada dhyan dijiye ke mein apni positivity ko har price par apne andar baqi rakhoon taake meri soul ko food milta rahe.</w:t>
      </w:r>
      <w:r>
        <w:br/>
      </w:r>
      <w:r>
        <w:rPr>
          <w:sz w:val="20"/>
        </w:rPr>
        <w:t>1:30:05  sahi soch yeh hai mere nazdeek.</w:t>
      </w:r>
    </w:p>
    <w:p>
      <w:pPr>
        <w:pStyle w:val="Heading2"/>
      </w:pPr>
      <w:r>
        <w:t>Quran verse: reconciliation is best</w:t>
      </w:r>
    </w:p>
    <w:p>
      <w:r>
        <w:rPr>
          <w:color w:val="666666"/>
          <w:sz w:val="18"/>
        </w:rPr>
        <w:t>The Concept of Harmony in Islam July 20, 2007 · 46s · at 40:06 · https://youtu.be/L2_iLI2vcP0?t=2406</w:t>
      </w:r>
    </w:p>
    <w:p>
      <w:r>
        <w:rPr>
          <w:i/>
        </w:rPr>
        <w:t>“The Quran says: reconciliation is the best.”</w:t>
      </w:r>
    </w:p>
    <w:p>
      <w:r>
        <w:rPr>
          <w:sz w:val="20"/>
        </w:rPr>
        <w:t>40:06  the Quran says: "aslah khair". this is the verse of the Quran: "aslah khair</w:t>
      </w:r>
      <w:r>
        <w:br/>
      </w:r>
      <w:r>
        <w:rPr>
          <w:sz w:val="20"/>
        </w:rPr>
        <w:t>40:16  reconciliation is the best</w:t>
      </w:r>
      <w:r>
        <w:br/>
      </w:r>
      <w:r>
        <w:rPr>
          <w:sz w:val="20"/>
        </w:rPr>
        <w:t>40:20  " . it means that</w:t>
      </w:r>
      <w:r>
        <w:br/>
      </w:r>
      <w:r>
        <w:rPr>
          <w:sz w:val="20"/>
        </w:rPr>
        <w:t>40:26  conciliatory course is best and not the confrontational course. it means that you have to, you have to adopt conciliatory course of action rather than confrontational course of action.</w:t>
      </w:r>
    </w:p>
    <w:p>
      <w:pPr>
        <w:pStyle w:val="Heading2"/>
      </w:pPr>
      <w:r>
        <w:t>God's scheme: test in world and Ramadan</w:t>
      </w:r>
    </w:p>
    <w:p>
      <w:r>
        <w:rPr>
          <w:color w:val="666666"/>
          <w:sz w:val="18"/>
        </w:rPr>
        <w:t>The Spiritual Message of Fasting April 29, 2020 Maulana Wahiduddin Khan · 3m 45s · at 0:31 · https://youtu.be/QCqKrVhGUF0?t=31</w:t>
      </w:r>
    </w:p>
    <w:p>
      <w:r>
        <w:rPr>
          <w:i/>
        </w:rPr>
        <w:t>“Kal maine yeh bataya tha ke Rabb al-ameen ki scheme”</w:t>
      </w:r>
    </w:p>
    <w:p>
      <w:r>
        <w:rPr>
          <w:sz w:val="20"/>
        </w:rPr>
        <w:t>0:31  kal maine yeh bataya tha ke rab alamin ki iski worthness insan ke bare mein kya hai.</w:t>
      </w:r>
      <w:r>
        <w:br/>
      </w:r>
      <w:r>
        <w:rPr>
          <w:sz w:val="20"/>
        </w:rPr>
        <w:t>0:46  wo</w:t>
      </w:r>
      <w:r>
        <w:br/>
      </w:r>
      <w:r>
        <w:rPr>
          <w:sz w:val="20"/>
        </w:rPr>
        <w:t>0:52  do phase mein hai. pehla phase is dunya mein hai, aur dusra phase akhirat mein.</w:t>
      </w:r>
      <w:r>
        <w:br/>
      </w:r>
      <w:r>
        <w:rPr>
          <w:sz w:val="20"/>
        </w:rPr>
        <w:t>1:05  pehlay phase mein</w:t>
      </w:r>
      <w:r>
        <w:br/>
      </w:r>
      <w:r>
        <w:rPr>
          <w:sz w:val="20"/>
        </w:rPr>
        <w:t>1:10  insan ko</w:t>
      </w:r>
      <w:r>
        <w:br/>
      </w:r>
      <w:r>
        <w:rPr>
          <w:sz w:val="20"/>
        </w:rPr>
        <w:t>1:15  bator azmaish pehlay kiya gaya hai. aur dusra phase yeh hai ke is dor azmaish mein jo log</w:t>
      </w:r>
      <w:r>
        <w:br/>
      </w:r>
      <w:r>
        <w:rPr>
          <w:sz w:val="20"/>
        </w:rPr>
        <w:t>1:38  qabil intikhab kar payein, un ke liye aglay dor mein jannati dunya mein basne ka maqam diya jaye.</w:t>
      </w:r>
      <w:r>
        <w:br/>
      </w:r>
      <w:r>
        <w:rPr>
          <w:sz w:val="20"/>
        </w:rPr>
        <w:t>1:52  yeh hai rab alamin ki iski worthness insan ke bare mein.</w:t>
      </w:r>
      <w:r>
        <w:br/>
      </w:r>
      <w:r>
        <w:rPr>
          <w:sz w:val="20"/>
        </w:rPr>
        <w:t>2:05  to yeh aap jaan sakte hain quran ke mukhtalif maqamat ke mutale se, inshallah.</w:t>
      </w:r>
      <w:r>
        <w:br/>
      </w:r>
      <w:r>
        <w:rPr>
          <w:sz w:val="20"/>
        </w:rPr>
        <w:t>2:24  yeh ek bohat hi simple qism ki iski hai agarche bohat hi bari iski hai.</w:t>
      </w:r>
      <w:r>
        <w:br/>
      </w:r>
      <w:r>
        <w:rPr>
          <w:sz w:val="20"/>
        </w:rPr>
        <w:t>2:39  hum ko aur aap ko Allah ne paida kiya hai is din. is waqt hum</w:t>
      </w:r>
      <w:r>
        <w:br/>
      </w:r>
      <w:r>
        <w:rPr>
          <w:sz w:val="20"/>
        </w:rPr>
        <w:t>2:50  imtehan ke dor mein hain. isi imtehan ka ek part hai ramzan ka roza.</w:t>
      </w:r>
      <w:r>
        <w:br/>
      </w:r>
      <w:r>
        <w:rPr>
          <w:sz w:val="20"/>
        </w:rPr>
        <w:t>2:59  ramzan ka roza, ramzan ka roza jo hai wo is liye hai ke aap ko</w:t>
      </w:r>
      <w:r>
        <w:br/>
      </w:r>
      <w:r>
        <w:rPr>
          <w:sz w:val="20"/>
        </w:rPr>
        <w:t>3:09  tijarat kiya jaye. taya a mein wo shamil hai ke jo</w:t>
      </w:r>
      <w:r>
        <w:br/>
      </w:r>
      <w:r>
        <w:rPr>
          <w:sz w:val="20"/>
        </w:rPr>
        <w:t>3:19  afraad</w:t>
      </w:r>
      <w:r>
        <w:br/>
      </w:r>
      <w:r>
        <w:rPr>
          <w:sz w:val="20"/>
        </w:rPr>
        <w:t>3:28  mayar par poore na utrein, un ko chhanat diya jaye. aur jo mayar par poore utrein, un ko select kar liya jaye.</w:t>
      </w:r>
      <w:r>
        <w:br/>
      </w:r>
      <w:r>
        <w:rPr>
          <w:sz w:val="20"/>
        </w:rPr>
        <w:t>3:44  yeh hai iski worthness rab alamin ki.</w:t>
      </w:r>
      <w:r>
        <w:br/>
      </w:r>
      <w:r>
        <w:rPr>
          <w:sz w:val="20"/>
        </w:rPr>
        <w:t>3:53  to ramzan jo hai iski</w:t>
      </w:r>
      <w:r>
        <w:br/>
      </w:r>
      <w:r>
        <w:rPr>
          <w:sz w:val="20"/>
        </w:rPr>
        <w:t>3:59  is poori iski ki ek part hai. wo kal nahi hai.</w:t>
      </w:r>
    </w:p>
    <w:p>
      <w:pPr>
        <w:pStyle w:val="Heading2"/>
      </w:pPr>
      <w:r>
        <w:t>Remembering death creates urgency to act today</w:t>
      </w:r>
    </w:p>
    <w:p>
      <w:r>
        <w:rPr>
          <w:color w:val="666666"/>
          <w:sz w:val="18"/>
        </w:rPr>
        <w:t>Prophetic Wisdom July 23, 2016 Maulana Wahiduddin Khan · 47s · at 50:44 · https://youtu.be/aaXBGgyvWOU?t=3044</w:t>
      </w:r>
    </w:p>
    <w:p>
      <w:r>
        <w:rPr>
          <w:i/>
        </w:rPr>
        <w:t>“Remember death often — it demolishes all desires”</w:t>
      </w:r>
    </w:p>
    <w:p>
      <w:r>
        <w:rPr>
          <w:sz w:val="20"/>
        </w:rPr>
        <w:t>50:43  ah</w:t>
      </w:r>
      <w:r>
        <w:br/>
      </w:r>
      <w:r>
        <w:rPr>
          <w:sz w:val="20"/>
        </w:rPr>
        <w:t>50:44  Maulana sahib, once prophet had also said that remember death much because it demolishes all desires. Ah why did prophet made such a statement?</w:t>
      </w:r>
      <w:r>
        <w:br/>
      </w:r>
      <w:r>
        <w:rPr>
          <w:sz w:val="20"/>
        </w:rPr>
        <w:t>50:58  dekhen, maine is pe bahut socha to meri samajh mein aayi ke maut ko yaad karna jo hai, iska ek bahut bada positive faida hai. Maut ko yaad karne ka ek bahut bada positive faida hai.</w:t>
      </w:r>
      <w:r>
        <w:br/>
      </w:r>
      <w:r>
        <w:rPr>
          <w:sz w:val="20"/>
        </w:rPr>
        <w:t>51:12  woh kya? Maut ki yaad aap ke andar sense of urgency develop karti hai.</w:t>
      </w:r>
      <w:r>
        <w:br/>
      </w:r>
      <w:r>
        <w:rPr>
          <w:sz w:val="20"/>
        </w:rPr>
        <w:t>51:21  Maut ki yaad aap ko sense of urgency develop karti hai. Aap jab sochenge ke kya bolen, kal mein mar jaon to aaj hi kaam karenge.</w:t>
      </w:r>
    </w:p>
    <w:p>
      <w:pPr>
        <w:pStyle w:val="Heading2"/>
      </w:pPr>
      <w:r>
        <w:t>Differentiate between Islam the religion and Muslims</w:t>
      </w:r>
    </w:p>
    <w:p>
      <w:r>
        <w:rPr>
          <w:color w:val="666666"/>
          <w:sz w:val="18"/>
        </w:rPr>
        <w:t>Art of Crisis Management October 3, 2010 · 34s · at 51:22 · https://youtu.be/sKdyThFThXo?t=3082</w:t>
      </w:r>
    </w:p>
    <w:p>
      <w:r>
        <w:rPr>
          <w:i/>
        </w:rPr>
        <w:t>“You have to differentiate between Islam and Muslims”</w:t>
      </w:r>
    </w:p>
    <w:p>
      <w:r>
        <w:rPr>
          <w:sz w:val="20"/>
        </w:rPr>
        <w:t>51:22  yeh hai hi nahi Islam, yeh musalmanon ka apna Islam hai. isi liye main aksar kaha karta hoon ke you have to differentiate between Islam and Muslims.</w:t>
      </w:r>
      <w:r>
        <w:br/>
      </w:r>
      <w:r>
        <w:rPr>
          <w:sz w:val="20"/>
        </w:rPr>
        <w:t>51:36  you have to judge Muslims in the light of Islamic teachings and not vice versa. yeh aksar main kehta hoon, you have to differentiate between Islam and Muslims.</w:t>
      </w:r>
      <w:r>
        <w:br/>
      </w:r>
      <w:r>
        <w:rPr>
          <w:sz w:val="20"/>
        </w:rPr>
        <w:t>51:50  you have to judge Muslims in the light of Islamic teachings and not vice versa.</w:t>
      </w:r>
    </w:p>
    <w:p>
      <w:pPr>
        <w:pStyle w:val="Heading2"/>
      </w:pPr>
      <w:r>
        <w:t>Three-point Quranic formula for dawah work</w:t>
      </w:r>
    </w:p>
    <w:p>
      <w:r>
        <w:rPr>
          <w:color w:val="666666"/>
          <w:sz w:val="18"/>
        </w:rPr>
        <w:t>Lessons from The Islamic History (English) November 30, 2007 · 1m 37s · at 5:18 · https://youtu.be/PBu7tbmSSy8?t=318</w:t>
      </w:r>
    </w:p>
    <w:p>
      <w:r>
        <w:rPr>
          <w:i/>
        </w:rPr>
        <w:t>“In these verses you find that there are three points”</w:t>
      </w:r>
    </w:p>
    <w:p>
      <w:r>
        <w:rPr>
          <w:sz w:val="20"/>
        </w:rPr>
        <w:t>5:18  in this verses you find that basically there are three points.</w:t>
      </w:r>
      <w:r>
        <w:br/>
      </w:r>
      <w:r>
        <w:rPr>
          <w:sz w:val="20"/>
        </w:rPr>
        <w:t>5:26  three points: first, al-anthar. that is dawah work. then, warabbaka fakabbir.</w:t>
      </w:r>
      <w:r>
        <w:br/>
      </w:r>
      <w:r>
        <w:rPr>
          <w:sz w:val="20"/>
        </w:rPr>
        <w:t>5:40  that is making god your supreme concern. then, walirabbika fasbir. that is patience, or avoidance.</w:t>
      </w:r>
      <w:r>
        <w:br/>
      </w:r>
      <w:r>
        <w:rPr>
          <w:sz w:val="20"/>
        </w:rPr>
        <w:t>5:52  so there are three point formula.</w:t>
      </w:r>
      <w:r>
        <w:br/>
      </w:r>
      <w:r>
        <w:rPr>
          <w:sz w:val="20"/>
        </w:rPr>
        <w:t>5:56  this is dawah work, making god your supreme concern, and then</w:t>
      </w:r>
      <w:r>
        <w:br/>
      </w:r>
      <w:r>
        <w:rPr>
          <w:sz w:val="20"/>
        </w:rPr>
        <w:t>6:08  key patience, sabr. it means that</w:t>
      </w:r>
      <w:r>
        <w:br/>
      </w:r>
      <w:r>
        <w:rPr>
          <w:sz w:val="20"/>
        </w:rPr>
        <w:t>6:17  islamic activism is based basically on the work.</w:t>
      </w:r>
      <w:r>
        <w:br/>
      </w:r>
      <w:r>
        <w:rPr>
          <w:sz w:val="20"/>
        </w:rPr>
        <w:t>6:23  so it means that do the work, and do the work, and avoid all kind of confrontation.</w:t>
      </w:r>
      <w:r>
        <w:br/>
      </w:r>
      <w:r>
        <w:rPr>
          <w:sz w:val="20"/>
        </w:rPr>
        <w:t>6:35  avoid confrontation in other, other problems, other fields.</w:t>
      </w:r>
      <w:r>
        <w:br/>
      </w:r>
      <w:r>
        <w:rPr>
          <w:sz w:val="20"/>
        </w:rPr>
        <w:t>6:45  and make god your sole concern. this is the basic formula of the work.</w:t>
      </w:r>
    </w:p>
    <w:p>
      <w:pPr>
        <w:pStyle w:val="Heading2"/>
      </w:pPr>
      <w:r>
        <w:t>A degenerating community becomes double standard</w:t>
      </w:r>
    </w:p>
    <w:p>
      <w:r>
        <w:rPr>
          <w:color w:val="666666"/>
          <w:sz w:val="18"/>
        </w:rPr>
        <w:t>The Fate of Muslim Ummah (English) May 03, 2014 · 38s · at 30:43 · https://youtu.be/Gu64pZtxdAA?t=1843</w:t>
      </w:r>
    </w:p>
    <w:p>
      <w:r>
        <w:rPr>
          <w:i/>
        </w:rPr>
        <w:t>“When a community suffers degeneration, it becomes double standard.”</w:t>
      </w:r>
    </w:p>
    <w:p>
      <w:r>
        <w:rPr>
          <w:sz w:val="20"/>
        </w:rPr>
        <w:t>30:43  when a community</w:t>
      </w:r>
      <w:r>
        <w:br/>
      </w:r>
      <w:r>
        <w:rPr>
          <w:sz w:val="20"/>
        </w:rPr>
        <w:t>30:47  suffers degeneration, then it becomes double standard.</w:t>
      </w:r>
      <w:r>
        <w:br/>
      </w:r>
      <w:r>
        <w:rPr>
          <w:sz w:val="20"/>
        </w:rPr>
        <w:t>31:00  they adopt for their personal life what is better in terms of result. and when it comes to community issues, they will talk.</w:t>
      </w:r>
      <w:r>
        <w:br/>
      </w:r>
      <w:r>
        <w:rPr>
          <w:sz w:val="20"/>
        </w:rPr>
        <w:t>31:17  they adopt stage activism.</w:t>
      </w:r>
    </w:p>
    <w:p>
      <w:pPr>
        <w:pStyle w:val="Heading2"/>
      </w:pPr>
      <w:r>
        <w:t>Da'wah requires love and well-wishing</w:t>
      </w:r>
    </w:p>
    <w:p>
      <w:r>
        <w:rPr>
          <w:color w:val="666666"/>
          <w:sz w:val="18"/>
        </w:rPr>
        <w:t>Attributes of a Dayee 31 Oct 2010 - Maulana Wahiduddin Khan · 1m 19s · at 9:27 · https://youtu.be/hVE1z6kLRRA?t=567</w:t>
      </w:r>
    </w:p>
    <w:p>
      <w:r>
        <w:rPr>
          <w:i/>
        </w:rPr>
        <w:t>“Dawat insan se mohabbat karne ka naam hai.”</w:t>
      </w:r>
    </w:p>
    <w:p>
      <w:r>
        <w:rPr>
          <w:sz w:val="20"/>
        </w:rPr>
        <w:t>9:27  tab ja kar aap ke dil mein insaan ke liye mohabbat paida hogi. insaan ke liye khair khwahi paida hogi.</w:t>
      </w:r>
      <w:r>
        <w:br/>
      </w:r>
      <w:r>
        <w:rPr>
          <w:sz w:val="20"/>
        </w:rPr>
        <w:t>9:37  insaan ke liye dost ban jayenge aap. yaani human friendly behaviour paida hoga. tab</w:t>
      </w:r>
      <w:r>
        <w:br/>
      </w:r>
      <w:r>
        <w:rPr>
          <w:sz w:val="20"/>
        </w:rPr>
        <w:t>9:45  dawat ka kaam hoga. dekhen, yaad rakhiye achhi tarah se, dawat ko announcement nahi hai ke aelan kar diya aap ne, dawat ho gayi.</w:t>
      </w:r>
      <w:r>
        <w:br/>
      </w:r>
      <w:r>
        <w:rPr>
          <w:sz w:val="20"/>
        </w:rPr>
        <w:t>9:57  dawat insaan se mohabbat karne ka naam hai. insaan ka khair khwah banne ka naam hai. woh itna hi khair khwah jitna ek baap apne bete ke liye hota hai.</w:t>
      </w:r>
      <w:r>
        <w:br/>
      </w:r>
      <w:r>
        <w:rPr>
          <w:sz w:val="20"/>
        </w:rPr>
        <w:t>10:10  yaad rakhiye, jo aadmi apne bete se mohabbat karta ho aur doosron ko kafir o mushrik batata ho, aur phir woh daai kahe apne aap ko, to woh jhoot bolta hai.</w:t>
      </w:r>
      <w:r>
        <w:br/>
      </w:r>
      <w:r>
        <w:rPr>
          <w:sz w:val="20"/>
        </w:rPr>
        <w:t>10:28  to madu friendly behaviour jab aayega to yeh saari cheezein khatm ho jayengi. jo musalman bhadakte hain, ladte hain, bura bhala karte hain, sazishon ka aelan karte hain, yeh dushman hain, woh zalim hain, yeh sab boliyan boli jaati hain inke stage se.</w:t>
      </w:r>
    </w:p>
    <w:p>
      <w:pPr>
        <w:pStyle w:val="Heading2"/>
      </w:pPr>
      <w:r>
        <w:t>Man rejects Islam believing it opposes democracy</w:t>
      </w:r>
    </w:p>
    <w:p>
      <w:r>
        <w:rPr>
          <w:color w:val="666666"/>
          <w:sz w:val="18"/>
        </w:rPr>
        <w:t>Islam and Democracy January 23, 2011 · 43s · at 2:11 · https://youtu.be/SgxyqSf267U?t=131</w:t>
      </w:r>
    </w:p>
    <w:p>
      <w:r>
        <w:rPr>
          <w:i/>
        </w:rPr>
        <w:t>“A man I met left his faith over democracy”</w:t>
      </w:r>
    </w:p>
    <w:p>
      <w:r>
        <w:rPr>
          <w:sz w:val="20"/>
        </w:rPr>
        <w:t>2:11  meri mulaqat aik sahib se hui jo musalman hain, lekin woh islam se un ka aqeedah hat gaya. woh kehte hain ke sab se bari cheez hai democracy, to islam isi ka mukhalif hai.</w:t>
      </w:r>
      <w:r>
        <w:br/>
      </w:r>
      <w:r>
        <w:rPr>
          <w:sz w:val="20"/>
        </w:rPr>
        <w:t>2:25  to mein aise islam ko nahi manta.</w:t>
      </w:r>
      <w:r>
        <w:br/>
      </w:r>
      <w:r>
        <w:rPr>
          <w:sz w:val="20"/>
        </w:rPr>
        <w:t>2:30  to unhon ne kaha ke abhi meri shadi hui hai, jab bachcha paida hoga to mein is ke kaan mein, jo musalmanon ka jo traditional tareeqa hai ke azan dete hain kaan mein, to mein kaan mein azan nahi dilwaunga.</w:t>
      </w:r>
      <w:r>
        <w:br/>
      </w:r>
      <w:r>
        <w:rPr>
          <w:sz w:val="20"/>
        </w:rPr>
        <w:t>2:47  ke kaan mein kahunga: "mein democracy, democracy, democracy."</w:t>
      </w:r>
    </w:p>
    <w:p>
      <w:pPr>
        <w:pStyle w:val="Heading2"/>
      </w:pPr>
      <w:r>
        <w:t>Hadith Qudsi: Allah runs toward those who walk to Him</w:t>
      </w:r>
    </w:p>
    <w:p>
      <w:r>
        <w:rPr>
          <w:color w:val="666666"/>
          <w:sz w:val="18"/>
        </w:rPr>
        <w:t>Message of Eid Al-Adha June 29, 2023 · 57s · at 5:11 · https://youtu.be/Tom30c7WwTw?t=311</w:t>
      </w:r>
    </w:p>
    <w:p>
      <w:r>
        <w:rPr>
          <w:i/>
        </w:rPr>
        <w:t>“Ae Ibne Aadam, meri taraf khade ho”</w:t>
      </w:r>
    </w:p>
    <w:p>
      <w:r>
        <w:rPr>
          <w:sz w:val="20"/>
        </w:rPr>
        <w:t>5:11  khuda jo hai sabut qadmi qadmi ko bahut zyada pasand karta hai. toh ek hadish hai woh main aap ko batati hoon ke ae ibne aadam meri taraf khade ho yeh hadise qutsi hai yaani allah ki zubaan mein hai. hadise qutsi woh hai jo baat quran mein nahi aai hai lekin allah ne farmaya allah ki apni zubaan mein hai.</w:t>
      </w:r>
      <w:r>
        <w:br/>
      </w:r>
      <w:r>
        <w:rPr>
          <w:sz w:val="20"/>
        </w:rPr>
        <w:t>5:38  meri taraf khade ho main tumhari taraf chal karaunga. tum meri taraf chal karao main tumhari taraf tez tez aaunga. yaani daud karaunga yaani hum ek qadam chalenge toh allah taala das qadam chalne ka reward humein dega aur hamari madad par maayega. toh yeh humein karna hai khuda ki madad se kabhi bhi dil shikasta nahi hona hai. kabhi frustration mein nahi padna hai. toh hum kehte hain ke der hai hum dher nahi khuda ki madad mein.</w:t>
      </w:r>
      <w:r>
        <w:br/>
      </w:r>
      <w:r>
        <w:rPr>
          <w:sz w:val="20"/>
        </w:rPr>
        <w:t>6:08  toh kabhi time lagega, kabhi jaldi bhi madad aa jayegi. toh humein har haalat mein is do point mission jo hai dawat aur marfat is par chalte rehna hai aur isi ke zariye se humein apni jo hai personality ko purify karna hai. jaisa ke morana ne bataya ke apni jab tak personality ko hum purify nahi karenge tab tak humein jannat mein jagah nahi milegi, jannat mein humein entry nahi milegi.</w:t>
      </w:r>
    </w:p>
    <w:p>
      <w:pPr>
        <w:pStyle w:val="Heading2"/>
      </w:pPr>
      <w:r>
        <w:t>Creation plan and purpose of prophets</w:t>
      </w:r>
    </w:p>
    <w:p>
      <w:r>
        <w:rPr>
          <w:color w:val="666666"/>
          <w:sz w:val="18"/>
        </w:rPr>
        <w:t>The Finality of the Prophet 8 July, 2008 - Maulana Wahiduddin Khan · 4m 53s · at 0:37 · https://youtu.be/bJvptDoKSfs?t=37</w:t>
      </w:r>
    </w:p>
    <w:p>
      <w:r>
        <w:rPr>
          <w:i/>
        </w:rPr>
        <w:t>“The theme for the present talk is the finality of the Prophet.”</w:t>
      </w:r>
    </w:p>
    <w:p>
      <w:r>
        <w:rPr>
          <w:sz w:val="20"/>
        </w:rPr>
        <w:t>0:37  The theme for the present talk is the finality of the prophet.</w:t>
      </w:r>
      <w:r>
        <w:br/>
      </w:r>
      <w:r>
        <w:rPr>
          <w:sz w:val="20"/>
        </w:rPr>
        <w:t>0:50  First of all, I would like to say a few words about the definition of the prophet.</w:t>
      </w:r>
      <w:r>
        <w:br/>
      </w:r>
      <w:r>
        <w:rPr>
          <w:sz w:val="20"/>
        </w:rPr>
        <w:t>0:59  Who are prophets? Why they came in this world? Why the purpose of prophethood?</w:t>
      </w:r>
      <w:r>
        <w:br/>
      </w:r>
      <w:r>
        <w:rPr>
          <w:sz w:val="20"/>
        </w:rPr>
        <w:t>1:12  y</w:t>
      </w:r>
      <w:r>
        <w:br/>
      </w:r>
      <w:r>
        <w:rPr>
          <w:sz w:val="20"/>
        </w:rPr>
        <w:t>1:13  We know, Adam was the first man,</w:t>
      </w:r>
      <w:r>
        <w:br/>
      </w:r>
      <w:r>
        <w:rPr>
          <w:sz w:val="20"/>
        </w:rPr>
        <w:t>1:19  and according to the Islamic scriptures, also he was the first prophet. To prophethood begins right from the first man.</w:t>
      </w:r>
      <w:r>
        <w:br/>
      </w:r>
      <w:r>
        <w:rPr>
          <w:sz w:val="20"/>
        </w:rPr>
        <w:t>1:37  God created man for a very special purpose.</w:t>
      </w:r>
      <w:r>
        <w:br/>
      </w:r>
      <w:r>
        <w:rPr>
          <w:sz w:val="20"/>
        </w:rPr>
        <w:t>1:48  If you read the Quran and Hadith, find out the answer to this question, you will discover the fact is that God created a very beautiful world of comfort and pleasure,</w:t>
      </w:r>
      <w:r>
        <w:br/>
      </w:r>
      <w:r>
        <w:rPr>
          <w:sz w:val="20"/>
        </w:rPr>
        <w:t>2:13  that is paradise.</w:t>
      </w:r>
      <w:r>
        <w:br/>
      </w:r>
      <w:r>
        <w:rPr>
          <w:sz w:val="20"/>
        </w:rPr>
        <w:t>2:17  You know, in this world, everything is in its final model. You see grass and solar system and tree, mountain and rivers, everything is in its final model.</w:t>
      </w:r>
      <w:r>
        <w:br/>
      </w:r>
      <w:r>
        <w:rPr>
          <w:sz w:val="20"/>
        </w:rPr>
        <w:t>2:39  no artist was able to</w:t>
      </w:r>
      <w:r>
        <w:br/>
      </w:r>
      <w:r>
        <w:rPr>
          <w:sz w:val="20"/>
        </w:rPr>
        <w:t>2:43  give a better model than this. even grass is its final model.</w:t>
      </w:r>
      <w:r>
        <w:br/>
      </w:r>
      <w:r>
        <w:rPr>
          <w:sz w:val="20"/>
        </w:rPr>
        <w:t>2:54  so is the case of paradise and creation plan of god. creation plan of god is also in its final model.</w:t>
      </w:r>
      <w:r>
        <w:br/>
      </w:r>
      <w:r>
        <w:rPr>
          <w:sz w:val="20"/>
        </w:rPr>
        <w:t>3:08  no better model for the purpose of creation you can imagine. that is god created paradise, home of eternity.</w:t>
      </w:r>
      <w:r>
        <w:br/>
      </w:r>
      <w:r>
        <w:rPr>
          <w:sz w:val="20"/>
        </w:rPr>
        <w:t>3:28  all kind of pleasure and pleasure and comfort are there</w:t>
      </w:r>
      <w:r>
        <w:br/>
      </w:r>
      <w:r>
        <w:rPr>
          <w:sz w:val="20"/>
        </w:rPr>
        <w:t>3:37  . there no pain, no sorrow.</w:t>
      </w:r>
      <w:r>
        <w:br/>
      </w:r>
      <w:r>
        <w:rPr>
          <w:sz w:val="20"/>
        </w:rPr>
        <w:t>3:45  so according to the human desire, a perfect world.</w:t>
      </w:r>
      <w:r>
        <w:br/>
      </w:r>
      <w:r>
        <w:rPr>
          <w:sz w:val="20"/>
        </w:rPr>
        <w:t>3:56  now, god wanted to select those people who by their character, by their behaviour, are able to be settled in this world of paradise.</w:t>
      </w:r>
      <w:r>
        <w:br/>
      </w:r>
      <w:r>
        <w:rPr>
          <w:sz w:val="20"/>
        </w:rPr>
        <w:t>4:17  it was this purpose for what this world was created.</w:t>
      </w:r>
      <w:r>
        <w:br/>
      </w:r>
      <w:r>
        <w:rPr>
          <w:sz w:val="20"/>
        </w:rPr>
        <w:t>4:25  so all men and women are here only for the purpose of test. die in the test.</w:t>
      </w:r>
      <w:r>
        <w:br/>
      </w:r>
      <w:r>
        <w:rPr>
          <w:sz w:val="20"/>
        </w:rPr>
        <w:t>4:37  angels are active every day and night.</w:t>
      </w:r>
      <w:r>
        <w:br/>
      </w:r>
      <w:r>
        <w:rPr>
          <w:sz w:val="20"/>
        </w:rPr>
        <w:t>4:44  they are preparing our record. and according to this record, god will decide who is the competent candidate for the paradise.</w:t>
      </w:r>
      <w:r>
        <w:br/>
      </w:r>
      <w:r>
        <w:rPr>
          <w:sz w:val="20"/>
        </w:rPr>
        <w:t>5:06  so it was the creation plan of god. and god send all those prophets only to make people aware of this creation plan.</w:t>
      </w:r>
      <w:r>
        <w:br/>
      </w:r>
      <w:r>
        <w:rPr>
          <w:sz w:val="20"/>
        </w:rPr>
        <w:t>5:24  so this was the purpose of prophet.</w:t>
      </w:r>
    </w:p>
    <w:p>
      <w:pPr>
        <w:pStyle w:val="Heading2"/>
      </w:pPr>
      <w:r>
        <w:t>Muhammad born in full light of history</w:t>
      </w:r>
    </w:p>
    <w:p>
      <w:r>
        <w:rPr>
          <w:color w:val="666666"/>
          <w:sz w:val="18"/>
        </w:rPr>
        <w:t>Maqaam-E-Mahmood (A Praiseworthy State ) 16 March 2007 - Maulana Wahiduddin Khan · 35s · at 7:31 · https://youtu.be/aSv5G5V2X8U?t=451</w:t>
      </w:r>
    </w:p>
    <w:p>
      <w:r>
        <w:rPr>
          <w:i/>
        </w:rPr>
        <w:t>“Muhammad was born within the full light of history”</w:t>
      </w:r>
    </w:p>
    <w:p>
      <w:r>
        <w:rPr>
          <w:sz w:val="20"/>
        </w:rPr>
        <w:t>7:31  is liye aap ka record aaya poori tarah se. isi liye ek ek European scholar ne kaha hai ke "Muhammad was born within the full light of history" .</w:t>
      </w:r>
      <w:r>
        <w:br/>
      </w:r>
      <w:r>
        <w:rPr>
          <w:sz w:val="20"/>
        </w:rPr>
        <w:t>7:46  "Muhammad was born within the full light of history" . ye ek exception hai aap ka tamam prophets mein</w:t>
      </w:r>
      <w:r>
        <w:br/>
      </w:r>
      <w:r>
        <w:rPr>
          <w:sz w:val="20"/>
        </w:rPr>
        <w:t>7:54  ke aap ki har cheez record mein hai. jaise hum jante hain ke aap ki birth jo hai wo 570 mein hui.</w:t>
      </w:r>
    </w:p>
    <w:p>
      <w:pPr>
        <w:pStyle w:val="Heading2"/>
      </w:pPr>
      <w:r>
        <w:t>Ramadan lecture introduction about fasting hadith</w:t>
      </w:r>
    </w:p>
    <w:p>
      <w:r>
        <w:rPr>
          <w:color w:val="666666"/>
          <w:sz w:val="18"/>
        </w:rPr>
        <w:t>Fasting for the Sake of God, June 3, 2018 · 30s · at 0:45 · https://youtu.be/UmhFJJCsvdk?t=45</w:t>
      </w:r>
    </w:p>
    <w:p>
      <w:r>
        <w:rPr>
          <w:i/>
        </w:rPr>
        <w:t>“Ramzan ka mahina hai”</w:t>
      </w:r>
    </w:p>
    <w:p>
      <w:r>
        <w:rPr>
          <w:sz w:val="20"/>
        </w:rPr>
        <w:t>0:45  Ramzan ka mahina hai, isi din se aaj roze se mutalliq aik hadith ka bayan hoga.</w:t>
      </w:r>
      <w:r>
        <w:br/>
      </w:r>
      <w:r>
        <w:rPr>
          <w:sz w:val="20"/>
        </w:rPr>
        <w:t>0:55  yeh hadith Bukhari ki hadith hai, aur bohat hi zyada aham hai.</w:t>
      </w:r>
      <w:r>
        <w:br/>
      </w:r>
      <w:r>
        <w:rPr>
          <w:sz w:val="20"/>
        </w:rPr>
        <w:t>1:05  to pehle aap</w:t>
      </w:r>
    </w:p>
    <w:p>
      <w:pPr>
        <w:pStyle w:val="Heading2"/>
      </w:pPr>
      <w:r>
        <w:t>Full architectural history of Masjid Nabawi's expansions</w:t>
      </w:r>
    </w:p>
    <w:p>
      <w:r>
        <w:rPr>
          <w:color w:val="666666"/>
          <w:sz w:val="18"/>
        </w:rPr>
        <w:t>The Story of Hazrat Fatima The Prophet's Cherished Daughter (Part- II) October 1, 2023 · 4m 17s · at 7:21 · https://youtu.be/-fPPxXoii24?t=441</w:t>
      </w:r>
    </w:p>
    <w:p>
      <w:r>
        <w:rPr>
          <w:i/>
        </w:rPr>
        <w:t>“Prophet Muhammad built this mosque in 622 AD”</w:t>
      </w:r>
    </w:p>
    <w:p>
      <w:r>
        <w:rPr>
          <w:sz w:val="20"/>
        </w:rPr>
        <w:t>7:21  jid al-Haram. to mein chahunga ke thora is ke origin ke baray mein aur kyunke over the centuries woh renovate hota raha, expand hota raha to is ke baray mein, aah aap hum sab ko batayein.</w:t>
      </w:r>
      <w:r>
        <w:br/>
      </w:r>
      <w:r>
        <w:rPr>
          <w:sz w:val="20"/>
        </w:rPr>
        <w:t>7:32  zarur ye to maine dikhaya hi tha abhi. ji ke ye original jo, aah surat-e-haal thi laghbhag aisi thi aur iska jo size tha wo 35 meter by 30 meter yani koi bahut badi bhi nahi thi aap samjhein 35 meter by 30 meters</w:t>
      </w:r>
      <w:r>
        <w:br/>
      </w:r>
      <w:r>
        <w:rPr>
          <w:sz w:val="20"/>
        </w:rPr>
        <w:t>7:49  ye iska size tha laghbhag aur ye profit ke ghar the ye masjid ka hissa hai is mein ek aur cheez dekhein ke ye aage ek ye chhappar sa hai.</w:t>
      </w:r>
      <w:r>
        <w:br/>
      </w:r>
      <w:r>
        <w:rPr>
          <w:sz w:val="20"/>
        </w:rPr>
        <w:t>7:59  ji ji ji yahan namaz hoti thi. ji aur yahan profit khutba dete the aur peeche bhi ek hai yahan thoda sa thoda sa shaded area chhappar.</w:t>
      </w:r>
      <w:r>
        <w:br/>
      </w:r>
      <w:r>
        <w:rPr>
          <w:sz w:val="20"/>
        </w:rPr>
        <w:t>8:09  ji wo Ashab-e-Saffa ke liye tha</w:t>
      </w:r>
      <w:r>
        <w:br/>
      </w:r>
      <w:r>
        <w:rPr>
          <w:sz w:val="20"/>
        </w:rPr>
        <w:t>8:12  wo yahan rehte the Ashab-e-Saffa jo homeless. ji Hazrat Abu Hurairah R.A. waghera aur jab qibla badal diya gaya jab qibla Jerusalem ki taraf tha to tab to tab ye ye surat-e-haal thi aur jab qibla wapas Makkah ki taraf ho gaya to bilkul opposite ho gaya.</w:t>
      </w:r>
      <w:r>
        <w:br/>
      </w:r>
      <w:r>
        <w:rPr>
          <w:sz w:val="20"/>
        </w:rPr>
        <w:t>8:31  hmm to ye ye jo ye chhappar yahan dekh rahe hain na aap</w:t>
      </w:r>
      <w:r>
        <w:br/>
      </w:r>
      <w:r>
        <w:rPr>
          <w:sz w:val="20"/>
        </w:rPr>
        <w:t>8:35  . ji ji ji ye peeche aa gaya aur ye chhota wala idhar aa gaya. achha chunke ye bilkul ulta ho gaya to ye to bilkul hi original jo surat-e-haal hai aisi rahi hogi kuch phir iske baad Hazrat Usman R.A. ke zamane mein ek expansion hua</w:t>
      </w:r>
      <w:r>
        <w:br/>
      </w:r>
      <w:r>
        <w:rPr>
          <w:sz w:val="20"/>
        </w:rPr>
        <w:t>8:54  unhone thoda isko badhaya aur khas taur se jo us zamane ki technique thi jo kuch brick waghera bhi banne lagi thi uska istemal kiya aur stone ke pillars banaye aur thoda sa lekin wo bhi bahut hi rudimentary andaaz ki rahi hogi phir iske baad jo aah aah Umayyad dynasty thi us mein kuch is tarah ki surat thi jo Khalifa Al-Walid ne ban</w:t>
      </w:r>
      <w:r>
        <w:br/>
      </w:r>
      <w:r>
        <w:rPr>
          <w:sz w:val="20"/>
        </w:rPr>
        <w:t>9:23  wai thi toh thori si yeh masjid ki shakal si ban gayi aur kuch is mein yeh bhi</w:t>
      </w:r>
      <w:r>
        <w:br/>
      </w:r>
      <w:r>
        <w:rPr>
          <w:sz w:val="20"/>
        </w:rPr>
        <w:t>9:28  ho gaye pillars waghera kya kahenge aah</w:t>
      </w:r>
      <w:r>
        <w:br/>
      </w:r>
      <w:r>
        <w:rPr>
          <w:sz w:val="20"/>
        </w:rPr>
        <w:t>9:33  toh phir is ke baad</w:t>
      </w:r>
      <w:r>
        <w:br/>
      </w:r>
      <w:r>
        <w:rPr>
          <w:sz w:val="20"/>
        </w:rPr>
        <w:t>9:36  aah aur jo dynasties thi unhon ne aah jaise Abbasi era mein kuch aisi surat thi Khalifa Al-Mahdi</w:t>
      </w:r>
      <w:r>
        <w:br/>
      </w:r>
      <w:r>
        <w:rPr>
          <w:sz w:val="20"/>
        </w:rPr>
        <w:t>9:47  ke zamaney ki unhon ne aur thoda sa is ko expand kiya aur aur chhat waghera theek ki</w:t>
      </w:r>
      <w:r>
        <w:br/>
      </w:r>
      <w:r>
        <w:rPr>
          <w:sz w:val="20"/>
        </w:rPr>
        <w:t>9:53  is zamane ke lehaz se jo architecture tha Byzantine architecture usko follow kiya to kuch aisi surat-e-haal thi</w:t>
      </w:r>
      <w:r>
        <w:br/>
      </w:r>
      <w:r>
        <w:rPr>
          <w:sz w:val="20"/>
        </w:rPr>
        <w:t>10:02  aur phir jab Ottoman Empire ka waqt aaya chunke Ottoman Empire bhi Saudi Arabia mein thi us waqt unka to us waqt jo Sultan Suleiman jinko the Magnificent kaha jata hai yani bahut hi bade meemar the wo architect the unhone aah ye ye aur thoda expand kiya aur jo green dome hai is mein aap green dome dekh rahe hain.</w:t>
      </w:r>
      <w:r>
        <w:br/>
      </w:r>
      <w:r>
        <w:rPr>
          <w:sz w:val="20"/>
        </w:rPr>
        <w:t>10:24  ji ji</w:t>
      </w:r>
      <w:r>
        <w:br/>
      </w:r>
      <w:r>
        <w:rPr>
          <w:sz w:val="20"/>
        </w:rPr>
        <w:t>10:25  thoda black hai lekin green dome jo abhi bhi hai wo unhone hi banwaya tha. ji aur kafi kuch aah aur expand kiya aur iski kafi yani surat-e-haal bahut behtar ho gayi.</w:t>
      </w:r>
      <w:r>
        <w:br/>
      </w:r>
      <w:r>
        <w:rPr>
          <w:sz w:val="20"/>
        </w:rPr>
        <w:t>10:37  phir iske baad aah aah iske baad phir Saudi aah aah era shuru ho gaya 19th century 20th century mein</w:t>
      </w:r>
      <w:r>
        <w:br/>
      </w:r>
      <w:r>
        <w:rPr>
          <w:sz w:val="20"/>
        </w:rPr>
        <w:t>10:46  Saudi King Abdulaziz ke zamane mein phir expansion shuru ho gaye aur phir iske baad ye 1950 ka aah ka expansion hai iske baad 1980 aur aur 90 mein phir bahut expansion hua aur wo to yani chalta hi raha hai koi aah aah kabhi rukta nahi Kaaba ka bhi yahi haal hai.</w:t>
      </w:r>
      <w:r>
        <w:br/>
      </w:r>
      <w:r>
        <w:rPr>
          <w:sz w:val="20"/>
        </w:rPr>
        <w:t>11:10  ji Haram ka bhi aur ab ye ab to ye bahut hi bada ho gaya hai jo jo us waqt ye surat-e-haal hai jo original masjid hai wo itni reh gayi hai.</w:t>
      </w:r>
      <w:r>
        <w:br/>
      </w:r>
      <w:r>
        <w:rPr>
          <w:sz w:val="20"/>
        </w:rPr>
        <w:t>11:19  hmm ye aap dekh sakte hain ke kai guna yani bahut hi bahut hi bada to ab ye recent surat hai aur agar koi jaye Masjid-e-Nabwi mein ya Kaaba aah Haram mein to bahut sare historical cheezein hain log samajhte nahi hain chunke wahan koi likha nahi hai wo log likhte nahi hain.</w:t>
      </w:r>
    </w:p>
    <w:p>
      <w:pPr>
        <w:pStyle w:val="Heading2"/>
      </w:pPr>
      <w:r>
        <w:t>Every worldly field has a technical side and a values side</w:t>
      </w:r>
    </w:p>
    <w:p>
      <w:r>
        <w:rPr>
          <w:color w:val="666666"/>
          <w:sz w:val="18"/>
        </w:rPr>
        <w:t>Islam and Science March 18, 2014 Maulana Wahiduddin Khan · 27s · at 8:41 · https://youtu.be/DCcqcQwpYWg?t=521</w:t>
      </w:r>
    </w:p>
    <w:p>
      <w:r>
        <w:rPr>
          <w:i/>
        </w:rPr>
        <w:t>“دنیا کے معاملات کا ایک فنی پہلو ہوتا ہے، دوسرا اقدار کا”</w:t>
      </w:r>
    </w:p>
    <w:p>
      <w:r>
        <w:rPr>
          <w:sz w:val="20"/>
        </w:rPr>
        <w:t>8:41  dunya ke jo mamlaat hain, chahe woh kheti ho, baghbani ho, engineering ho, koi bhi shoba ho, is ka ek ek fanni pehlu hota hai.</w:t>
      </w:r>
      <w:r>
        <w:br/>
      </w:r>
      <w:r>
        <w:rPr>
          <w:sz w:val="20"/>
        </w:rPr>
        <w:t>8:51  aur doosra hota hai is ka iqdar ya value. in ke value kya hon? to value yani sachai ke sath muamla karna aur dhandari ke sath muamla karna.</w:t>
      </w:r>
    </w:p>
    <w:p>
      <w:pPr>
        <w:pStyle w:val="Heading2"/>
      </w:pPr>
      <w:r>
        <w:t>Unity through mission not sermons</w:t>
      </w:r>
    </w:p>
    <w:p>
      <w:r>
        <w:rPr>
          <w:color w:val="666666"/>
          <w:sz w:val="18"/>
        </w:rPr>
        <w:t>Revival of Abrahamic Mission October 28, 2012 Maulana Wahiduddin Khan · 4m 58s · at 29:03 · https://youtu.be/_lPI1oLa-00?t=1743</w:t>
      </w:r>
    </w:p>
    <w:p>
      <w:r>
        <w:rPr>
          <w:i/>
        </w:rPr>
        <w:t>“I have been hearing about unity since childhood but it never happens.”</w:t>
      </w:r>
    </w:p>
    <w:p>
      <w:r>
        <w:rPr>
          <w:sz w:val="20"/>
        </w:rPr>
        <w:t>29:03  mein akhbar mein parh raha tha ke wahan par jo imam-e-haram hain, jo wahan mufti-e-azam hain, un ki taqreeren hain. to is mein unhon ne zor diya ittehad par ke sare dunya ke musalman muttahid ho jayen.</w:t>
      </w:r>
      <w:r>
        <w:br/>
      </w:r>
      <w:r>
        <w:rPr>
          <w:sz w:val="20"/>
        </w:rPr>
        <w:t>29:19  dekhiye ittehad ki baat mein apne bachpan se sunta aya hoon. har jalse mein, har hajj mein, har mauqe par ittehad, ittehad, ittehad.</w:t>
      </w:r>
      <w:r>
        <w:br/>
      </w:r>
      <w:r>
        <w:rPr>
          <w:sz w:val="20"/>
        </w:rPr>
        <w:t>29:30  lekin aaj tak musalmanon mein ittehad nahi aya. yeh baat har hajj mein wahan jo imam taqreer karta hai, jo khutba deta hai, us mein yeh baat kahi jati hai ke sab log muttahid ho jao.</w:t>
      </w:r>
      <w:r>
        <w:br/>
      </w:r>
      <w:r>
        <w:rPr>
          <w:sz w:val="20"/>
        </w:rPr>
        <w:t>29:47  to ittehad kyun nahi? kyun musalman muttahid nahi? is ki wajah kya hai?</w:t>
      </w:r>
      <w:r>
        <w:br/>
      </w:r>
      <w:r>
        <w:rPr>
          <w:sz w:val="20"/>
        </w:rPr>
        <w:t>29:57  dekhiye ittehad wahan sermon se nahi ata. aap sermon dete hain to ittehad paida ho jaye. It is quite impossible.</w:t>
      </w:r>
      <w:r>
        <w:br/>
      </w:r>
      <w:r>
        <w:rPr>
          <w:sz w:val="20"/>
        </w:rPr>
        <w:t>30:08  aap ko musalmanon ko ek mission dena hoga. mission!</w:t>
      </w:r>
      <w:r>
        <w:br/>
      </w:r>
      <w:r>
        <w:rPr>
          <w:sz w:val="20"/>
        </w:rPr>
        <w:t>30:15  yeh mission hai jo logon ko muttahid karta hai. sermon nahi. woh sermon jo aap haram-e-Makkah mein dein, haram-e-Madinah mein dein ya kahin bhi dein, aap hamare paak par khare ho kar dein, Jibreel rehmat par khare ho kar dein.</w:t>
      </w:r>
      <w:r>
        <w:br/>
      </w:r>
      <w:r>
        <w:rPr>
          <w:sz w:val="20"/>
        </w:rPr>
        <w:t>30:34  agar aap ittehad, ittehad, ittehad kahenge to ittehad nahi ata is se.</w:t>
      </w:r>
      <w:r>
        <w:br/>
      </w:r>
      <w:r>
        <w:rPr>
          <w:sz w:val="20"/>
        </w:rPr>
        <w:t>30:41  aap ko ek mission dena hoga. mission! tab log muttahid ho kar woh mission mein lagen ge.</w:t>
      </w:r>
      <w:r>
        <w:br/>
      </w:r>
      <w:r>
        <w:rPr>
          <w:sz w:val="20"/>
        </w:rPr>
        <w:t>30:49  woh mission kya hai? woh mission hai dawat. dawat-e-Allah. yani sare insanon ko Allah ke creation plan se agah karna, jaisa ke paighambar-e-Islam ne agah kiya.</w:t>
      </w:r>
      <w:r>
        <w:br/>
      </w:r>
      <w:r>
        <w:rPr>
          <w:sz w:val="20"/>
        </w:rPr>
        <w:t>31:06  yeh mission! aur yeh batana padega ke isi mission par tum ko jannat milne wali hai. sirf janwar zabah kar diya to us par jannat nahi milegi.</w:t>
      </w:r>
      <w:r>
        <w:br/>
      </w:r>
      <w:r>
        <w:rPr>
          <w:sz w:val="20"/>
        </w:rPr>
        <w:t>31:16  yeh kehna padega ke aap ne wahan ja kar janwar zabah kar diya to aap ko jannat mil gayi. yeh impossible hai.</w:t>
      </w:r>
      <w:r>
        <w:br/>
      </w:r>
      <w:r>
        <w:rPr>
          <w:sz w:val="20"/>
        </w:rPr>
        <w:t>31:24  yeh namumkin hai.</w:t>
      </w:r>
      <w:r>
        <w:br/>
      </w:r>
      <w:r>
        <w:rPr>
          <w:sz w:val="20"/>
        </w:rPr>
        <w:t>31:28  jannat milegi Rasool Allah ke mission ko poora karne par. yani dawat-e-Allah ke liye jahad karne par.</w:t>
      </w:r>
      <w:r>
        <w:br/>
      </w:r>
      <w:r>
        <w:rPr>
          <w:sz w:val="20"/>
        </w:rPr>
        <w:t>31:39  woh nijat milne wale nahi hain. to jab tak aap mission ka tasawwur na dein, us mission ko logon ke mind mein inculcate na kar dein, tab tak yaad rakhiye kabhi ittehad paida nahi ho sakta hai.</w:t>
      </w:r>
      <w:r>
        <w:br/>
      </w:r>
      <w:r>
        <w:rPr>
          <w:sz w:val="20"/>
        </w:rPr>
        <w:t>32:00  tab tak ittehad paida nahi ho sakta hai. wahan par aap ko yeh kehna hai ke dekho yahan par 198 countries ko jo ikattha hai, jo nahi hai, woh bhi modern communication jo hai, us ke zariye se hamari awaz sun rahe hain.</w:t>
      </w:r>
      <w:r>
        <w:br/>
      </w:r>
      <w:r>
        <w:rPr>
          <w:sz w:val="20"/>
        </w:rPr>
        <w:t>32:19  yani sari dunya ke log sun rahe hain is awaz ko jo ek jagah se buland ho rahi hai. to Allah taala ne yeh communication ka zamana kyun paida kiya?</w:t>
      </w:r>
      <w:r>
        <w:br/>
      </w:r>
      <w:r>
        <w:rPr>
          <w:sz w:val="20"/>
        </w:rPr>
        <w:t>32:33  What is the purpose of this age of communication? woh hai ke paighambar-e-Islam ke mission ko international level par pahunchaya jaye.</w:t>
      </w:r>
      <w:r>
        <w:br/>
      </w:r>
      <w:r>
        <w:rPr>
          <w:sz w:val="20"/>
        </w:rPr>
        <w:t>32:47  Rasool Allah ke mission ko internationalize karne ke liye hai yeh. yeh sab diya jaye.</w:t>
      </w:r>
      <w:r>
        <w:br/>
      </w:r>
      <w:r>
        <w:rPr>
          <w:sz w:val="20"/>
        </w:rPr>
        <w:t>32:57  to jab is tarah se prepared mind ho kar ke jayenge log hajj karne,</w:t>
      </w:r>
      <w:r>
        <w:br/>
      </w:r>
      <w:r>
        <w:rPr>
          <w:sz w:val="20"/>
        </w:rPr>
        <w:t>33:04  yani haji prepared mind ho, wahan par jo aadmi bol raha hai, jo khutba de raha hai, woh khud bohat zyada bashaoor ho, us ko pata ho ke kya mujhe kehna hai, kya baat, kaun si baat logon ke mind ko address karegi,</w:t>
      </w:r>
      <w:r>
        <w:br/>
      </w:r>
      <w:r>
        <w:rPr>
          <w:sz w:val="20"/>
        </w:rPr>
        <w:t>33:24  kaun si baat logon ko mission ka tasawwur degi.</w:t>
      </w:r>
      <w:r>
        <w:br/>
      </w:r>
      <w:r>
        <w:rPr>
          <w:sz w:val="20"/>
        </w:rPr>
        <w:t>33:31  tab ja kar ke mumkin hai ke ittehad paida ho, mission ka tasawwur paida ho, aur log is mission ke liye jis ke liye labbaik labbaik keh kar ke laut te hain, us par woh</w:t>
      </w:r>
      <w:r>
        <w:br/>
      </w:r>
      <w:r>
        <w:rPr>
          <w:sz w:val="20"/>
        </w:rPr>
        <w:t>33:48  amal karna shuru kar dein. Sarman se nahi ho sakta hai. Kabhi bhi na hua hai na ho sakta hai.</w:t>
      </w:r>
    </w:p>
    <w:p>
      <w:pPr>
        <w:pStyle w:val="Heading2"/>
      </w:pPr>
      <w:r>
        <w:t>religion's true essence is spirit, not just ritual form</w:t>
      </w:r>
    </w:p>
    <w:p>
      <w:r>
        <w:rPr>
          <w:color w:val="666666"/>
          <w:sz w:val="18"/>
        </w:rPr>
        <w:t>Human Equality in Islam July 1, 2007 Maulana Wahiduddin Khan · 23s · at 46:47 · https://youtu.be/5aJvpiCYbzQ?t=2807</w:t>
      </w:r>
    </w:p>
    <w:p>
      <w:r>
        <w:rPr>
          <w:i/>
        </w:rPr>
        <w:t>“Take an orange — it has fruit, and it has peel”</w:t>
      </w:r>
    </w:p>
    <w:p>
      <w:r>
        <w:rPr>
          <w:sz w:val="20"/>
        </w:rPr>
        <w:t>46:47  aap narangi lein to us mein narangi hogi aur chhilka bhi hoga. lekin asal cheez to narangi hai, asal cheez chhilka to nahi hai. to yeh sahi hai ke Islam ka ek form hai, lekin asal cheez jo hai, woh us ki spirit hai.</w:t>
      </w:r>
      <w:r>
        <w:br/>
      </w:r>
      <w:r>
        <w:rPr>
          <w:sz w:val="20"/>
        </w:rPr>
        <w:t>47:03  spirit hai to Islam hai,</w:t>
      </w:r>
      <w:r>
        <w:br/>
      </w:r>
      <w:r>
        <w:rPr>
          <w:sz w:val="20"/>
        </w:rPr>
        <w:t>47:05  nahi to woh kuch bhi nahi, just ek chhilka.</w:t>
      </w:r>
    </w:p>
    <w:p>
      <w:pPr>
        <w:pStyle w:val="Heading2"/>
      </w:pPr>
      <w:r>
        <w:t>Why prophets were rejected: everyone thinks inside their own framework</w:t>
      </w:r>
    </w:p>
    <w:p>
      <w:r>
        <w:rPr>
          <w:color w:val="666666"/>
          <w:sz w:val="18"/>
        </w:rPr>
        <w:t>History 0f Thoughts November 12, 2006 · 5m 25s · at 2:01 · https://youtu.be/BvzmJxA0j7c?t=121</w:t>
      </w:r>
    </w:p>
    <w:p>
      <w:r>
        <w:rPr>
          <w:i/>
        </w:rPr>
        <w:t>“Main Quran par sochta raha, aik ayat zehn mein aayi”</w:t>
      </w:r>
    </w:p>
    <w:p>
      <w:r>
        <w:rPr>
          <w:sz w:val="20"/>
        </w:rPr>
        <w:t>2:01  to main quran par sochta rehta hoon to aaj subah sochte hue ek ayat mere zehan mein aayi MA NAFQAHU KATHEERAN MIMMA TAQOOL .</w:t>
      </w:r>
      <w:r>
        <w:br/>
      </w:r>
      <w:r>
        <w:rPr>
          <w:sz w:val="20"/>
        </w:rPr>
        <w:t>2:19  yani quran mein history ki jo tasweer di gayi hai woh yeh hai ke har zamane mein har mein lagataar</w:t>
      </w:r>
      <w:r>
        <w:br/>
      </w:r>
      <w:r>
        <w:rPr>
          <w:sz w:val="20"/>
        </w:rPr>
        <w:t>2:33  nabi aaye thumma arsalna rusulana tatri . lekin</w:t>
      </w:r>
      <w:r>
        <w:br/>
      </w:r>
      <w:r>
        <w:rPr>
          <w:sz w:val="20"/>
        </w:rPr>
        <w:t>2:44  hamesha rasoolon ka inkar kiya gaya.</w:t>
      </w:r>
      <w:r>
        <w:br/>
      </w:r>
      <w:r>
        <w:rPr>
          <w:sz w:val="20"/>
        </w:rPr>
        <w:t>2:49  to un ko mazak uraya gaya.</w:t>
      </w:r>
      <w:r>
        <w:br/>
      </w:r>
      <w:r>
        <w:rPr>
          <w:sz w:val="20"/>
        </w:rPr>
        <w:t>2:55  to isi silsile mein yeh ayat hai ke unhon ne kaha ke ma nafqahu katheeran mimma taqool .</w:t>
      </w:r>
      <w:r>
        <w:br/>
      </w:r>
      <w:r>
        <w:rPr>
          <w:sz w:val="20"/>
        </w:rPr>
        <w:t>3:03  yani nabiyon se kaha unhon ne, un ke ham asar jo thay ke tum jo kehte ho woh hamari samajh mein kuch aata nahi. tumhari baat hamari samajh mein nahi</w:t>
      </w:r>
      <w:r>
        <w:br/>
      </w:r>
      <w:r>
        <w:rPr>
          <w:sz w:val="20"/>
        </w:rPr>
        <w:t>3:14  aati. is par mein sochne laga ke jo nabi aaye hain dunya mein woh sab ke sab bohat hi</w:t>
      </w:r>
      <w:r>
        <w:br/>
      </w:r>
      <w:r>
        <w:rPr>
          <w:sz w:val="20"/>
        </w:rPr>
        <w:t>3:23  oonche zehan ke log thay. quran mein hai ke zatuhu basatan fil ilm wal jism .</w:t>
      </w:r>
      <w:r>
        <w:br/>
      </w:r>
      <w:r>
        <w:rPr>
          <w:sz w:val="20"/>
        </w:rPr>
        <w:t>3:31  yani jismani sehat ke aitbar se woh bohat zabardast thay. aur zehni aitbar se bhi, zehan ke aitbar se bhi woh bohat hi mazboot thay, bohat oonche thay.</w:t>
      </w:r>
      <w:r>
        <w:br/>
      </w:r>
      <w:r>
        <w:rPr>
          <w:sz w:val="20"/>
        </w:rPr>
        <w:t>3:43  saare nabi.</w:t>
      </w:r>
      <w:r>
        <w:br/>
      </w:r>
      <w:r>
        <w:rPr>
          <w:sz w:val="20"/>
        </w:rPr>
        <w:t>3:45  yani jismani aur zehni dono aitbar se woh bohat zabardast log thay. to aise logon ne baat kahi aur koi samjha nahi aur inkar karte rahe.</w:t>
      </w:r>
      <w:r>
        <w:br/>
      </w:r>
      <w:r>
        <w:rPr>
          <w:sz w:val="20"/>
        </w:rPr>
        <w:t>3:58  to what was the reason?</w:t>
      </w:r>
      <w:r>
        <w:br/>
      </w:r>
      <w:r>
        <w:rPr>
          <w:sz w:val="20"/>
        </w:rPr>
        <w:t>4:03  yeh bohat zyada sochne ki baat hai.</w:t>
      </w:r>
      <w:r>
        <w:br/>
      </w:r>
      <w:r>
        <w:rPr>
          <w:sz w:val="20"/>
        </w:rPr>
        <w:t>4:06  agar hum mante hain quran ko ke quran is the book of god . to hamein sochna padega ke yeh tabsarah jo history par hai quran ka to kyun aisa hua?</w:t>
      </w:r>
      <w:r>
        <w:br/>
      </w:r>
      <w:r>
        <w:rPr>
          <w:sz w:val="20"/>
        </w:rPr>
        <w:t>4:22  kyun aisa hua? to quran ki ek doosri ayat se yeh cheez wazeh hoti hai qul kullun ya'malu ala shaqilatihi</w:t>
      </w:r>
      <w:r>
        <w:br/>
      </w:r>
      <w:r>
        <w:rPr>
          <w:sz w:val="20"/>
        </w:rPr>
        <w:t>4:33  wa rabbukum a'lamu biman huwa ahda sabeela</w:t>
      </w:r>
      <w:r>
        <w:br/>
      </w:r>
      <w:r>
        <w:rPr>
          <w:sz w:val="20"/>
        </w:rPr>
        <w:t>4:37  . is ka matlab yeh hai ke har aadmi, har aurat aur mard apne framework mein sochte hain.</w:t>
      </w:r>
      <w:r>
        <w:br/>
      </w:r>
      <w:r>
        <w:rPr>
          <w:sz w:val="20"/>
        </w:rPr>
        <w:t>4:47  khud apne framework mein. aur sahi framework to woh hai jo khuda ka hai.</w:t>
      </w:r>
      <w:r>
        <w:br/>
      </w:r>
      <w:r>
        <w:rPr>
          <w:sz w:val="20"/>
        </w:rPr>
        <w:t>5:03  is se mujhe samajh mein aaya ke log is liye nahi peghambaron ko samajh sake ke unhon ne apne framework hi mein suna un ki baaton ko.</w:t>
      </w:r>
      <w:r>
        <w:br/>
      </w:r>
      <w:r>
        <w:rPr>
          <w:sz w:val="20"/>
        </w:rPr>
        <w:t>5:16  aur woh apne framework ko tod kar nahi suna.</w:t>
      </w:r>
      <w:r>
        <w:br/>
      </w:r>
      <w:r>
        <w:rPr>
          <w:sz w:val="20"/>
        </w:rPr>
        <w:t>5:24  ek amriki communist tha, hai abhi shayad zinda hai woh.</w:t>
      </w:r>
      <w:r>
        <w:br/>
      </w:r>
      <w:r>
        <w:rPr>
          <w:sz w:val="20"/>
        </w:rPr>
        <w:t>5:32  us ne communism ko chhod diya. krishchf ka jo bohat hi maroof, us ne jo baatein khol kar kiya tha sirf wahan ki.</w:t>
      </w:r>
      <w:r>
        <w:br/>
      </w:r>
      <w:r>
        <w:rPr>
          <w:sz w:val="20"/>
        </w:rPr>
        <w:t>5:43  to us ne kitab likhi hai naked god .</w:t>
      </w:r>
      <w:r>
        <w:br/>
      </w:r>
      <w:r>
        <w:rPr>
          <w:sz w:val="20"/>
        </w:rPr>
        <w:t>5:49  is mein woh kehta hai ke maine communism ko apne hi framework mein paya. to mein samajhta hoon ke saari history ka hi mamla hai.</w:t>
      </w:r>
      <w:r>
        <w:br/>
      </w:r>
      <w:r>
        <w:rPr>
          <w:sz w:val="20"/>
        </w:rPr>
        <w:t>6:01  log baaton ko khud apne framework mein lete hain. aur jab nahi lete to is liye nahi lete ke un ke apne framework mein fit nahi baithti woh.</w:t>
      </w:r>
      <w:r>
        <w:br/>
      </w:r>
      <w:r>
        <w:rPr>
          <w:sz w:val="20"/>
        </w:rPr>
        <w:t>6:13  yeh tha woh wajah jis ki wajah se poori history mein nabiyon ko</w:t>
      </w:r>
      <w:r>
        <w:br/>
      </w:r>
      <w:r>
        <w:rPr>
          <w:sz w:val="20"/>
        </w:rPr>
        <w:t>6:26  yeh surat-e-haal pesh aai ke log in ka inkaar karte rahe.</w:t>
      </w:r>
      <w:r>
        <w:br/>
      </w:r>
      <w:r>
        <w:rPr>
          <w:sz w:val="20"/>
        </w:rPr>
        <w:t>6:36  is se maine yeh samjha hai ke sachai ko samajhne ke liye sab se zaroori shart kya hai? Woh hai objectivity.</w:t>
      </w:r>
      <w:r>
        <w:br/>
      </w:r>
      <w:r>
        <w:rPr>
          <w:sz w:val="20"/>
        </w:rPr>
        <w:t>6:49  sirf objective sochne wala hi samajh sakta hai sachai ko. Nahi to woh nahi maane ga, nahi samjhe ga, inkaar kar de ga.</w:t>
      </w:r>
      <w:r>
        <w:br/>
      </w:r>
      <w:r>
        <w:rPr>
          <w:sz w:val="20"/>
        </w:rPr>
        <w:t>6:59  objective sochna yeh laazmi hai sachai ko samajhne ke liye aur is ko maanne ke liye. Jitni kami hogi objectivity mein utni woh kam samajh paaye ga sachai ko.</w:t>
      </w:r>
      <w:r>
        <w:br/>
      </w:r>
      <w:r>
        <w:rPr>
          <w:sz w:val="20"/>
        </w:rPr>
        <w:t>7:15  yeh bohat hi ahem baat hai jo hamesha har aadmi ko samajhni chahiye.</w:t>
      </w:r>
    </w:p>
    <w:p>
      <w:pPr>
        <w:pStyle w:val="Heading2"/>
      </w:pPr>
      <w:r>
        <w:t>A blind beggar's prayer became his own lifelong dua</w:t>
      </w:r>
    </w:p>
    <w:p>
      <w:r>
        <w:rPr>
          <w:color w:val="666666"/>
          <w:sz w:val="18"/>
        </w:rPr>
        <w:t>Taqwa and Patience November 29, 2013 Maulana Wahiduddin Khan · 3m 38s · at 16:34 · https://youtu.be/HhJ22onYSzk?t=994</w:t>
      </w:r>
    </w:p>
    <w:p>
      <w:r>
        <w:rPr>
          <w:i/>
        </w:rPr>
        <w:t>“Main Delhi mein Jamid building ke ek chhote kamre mein rehta tha”</w:t>
      </w:r>
    </w:p>
    <w:p>
      <w:r>
        <w:rPr>
          <w:sz w:val="20"/>
        </w:rPr>
        <w:t>16:34  to us waqt main wapas yani Delhi mein ek chote se kamre mein rehta tha main. to dekhiye suniye, main rehta tha Jameed building mein, jo ke Gali Qasim Jan kehlaati thi.</w:t>
      </w:r>
      <w:r>
        <w:br/>
      </w:r>
      <w:r>
        <w:rPr>
          <w:sz w:val="20"/>
        </w:rPr>
        <w:t>16:47  wahan par ek masjid thi.</w:t>
      </w:r>
      <w:r>
        <w:br/>
      </w:r>
      <w:r>
        <w:rPr>
          <w:sz w:val="20"/>
        </w:rPr>
        <w:t>16:51  to us waqt to masjid choti si thi. aap suna hai? main ne dekha to nahi sunaya ke badi masjid ban gayi hai.</w:t>
      </w:r>
      <w:r>
        <w:br/>
      </w:r>
      <w:r>
        <w:rPr>
          <w:sz w:val="20"/>
        </w:rPr>
        <w:t>16:58  wahan main namaz parhne jaata tha. to wahan par har maghrib ko shaam ko ek manzar hota tha, unbelievably ke shaam ke maghrib ki namaz padhi.</w:t>
      </w:r>
      <w:r>
        <w:br/>
      </w:r>
      <w:r>
        <w:rPr>
          <w:sz w:val="20"/>
        </w:rPr>
        <w:t>17:11  main ne maghrib ki namaz padh ke jab utha to ek manzar wahan tha. woh manzar kya? ek boodha aadmi jo sar ta pa, ghareeb, boodha, andha khada ho jaata tha namaz ke baad.</w:t>
      </w:r>
      <w:r>
        <w:br/>
      </w:r>
      <w:r>
        <w:rPr>
          <w:sz w:val="20"/>
        </w:rPr>
        <w:t>17:27  aur choti si bachi us ki, dono mamooli kapde mein, yani ghurbat aur yani ajz ki tasweer hote thay.</w:t>
      </w:r>
      <w:r>
        <w:br/>
      </w:r>
      <w:r>
        <w:rPr>
          <w:sz w:val="20"/>
        </w:rPr>
        <w:t>17:38  woh to woh boodha aadmi kehta tha ek hi jab hamesha ek hi lafz bolta tha, woh sirf ek hi.</w:t>
      </w:r>
      <w:r>
        <w:br/>
      </w:r>
      <w:r>
        <w:rPr>
          <w:sz w:val="20"/>
        </w:rPr>
        <w:t>17:48  woh bachi to khadi thi chup chap, choti bachi thi. har surat se, har pehlu se madad ka mohtaaj hoon.</w:t>
      </w:r>
      <w:r>
        <w:br/>
      </w:r>
      <w:r>
        <w:rPr>
          <w:sz w:val="20"/>
        </w:rPr>
        <w:t>17:59  andha tha, ghareeb tha, aur yeh bolta tha: "har surat se, har pehlu se madad ka mohtaaj hoon." to main samjha ke yeh yeh meri tasweer hai.</w:t>
      </w:r>
      <w:r>
        <w:br/>
      </w:r>
      <w:r>
        <w:rPr>
          <w:sz w:val="20"/>
        </w:rPr>
        <w:t>18:12  wo sab se zyada mehboob yahi dua meri ban gai. musalsal, mustaqil tor par yeh dua karta tha ke: "ae allah!</w:t>
      </w:r>
      <w:r>
        <w:br/>
      </w:r>
      <w:r>
        <w:rPr>
          <w:sz w:val="20"/>
        </w:rPr>
        <w:t>18:23  har surat se, har pehlu se madad ka muhtaj hoon." yahi taqwa tha,</w:t>
      </w:r>
      <w:r>
        <w:br/>
      </w:r>
      <w:r>
        <w:rPr>
          <w:sz w:val="20"/>
        </w:rPr>
        <w:t>18:27  insan ki taraf sabr, allah ki taraf rujoo. mujhe nahi maloom kitni muddat tak yeh dua karta raha mein. aur namaz parh ke doosre log jo thay, woh to be etinai ki nazar dalte hue chale jatay thay.</w:t>
      </w:r>
      <w:r>
        <w:br/>
      </w:r>
      <w:r>
        <w:rPr>
          <w:sz w:val="20"/>
        </w:rPr>
        <w:t>18:45  kuch bhi kisi ne na is ko ahmiyat di, na kuch seekha kisi ne. ab mujhe to woh aadmi farishta dikhai deta tha.</w:t>
      </w:r>
      <w:r>
        <w:br/>
      </w:r>
      <w:r>
        <w:rPr>
          <w:sz w:val="20"/>
        </w:rPr>
        <w:t>18:56  lambay qad ka aadmi tha, lekin ghareeb, andha, bohat hi mamooli kapray mein. har surat se, har pehlu se madad ka muhtaj hoon.</w:t>
      </w:r>
      <w:r>
        <w:br/>
      </w:r>
      <w:r>
        <w:rPr>
          <w:sz w:val="20"/>
        </w:rPr>
        <w:t>19:08  baat kabhi aap ne parha hoga risalay mein ke meri zuban se aksar yeh niklta tha: "khudaya! kab tu aye ga?</w:t>
      </w:r>
      <w:r>
        <w:br/>
      </w:r>
      <w:r>
        <w:rPr>
          <w:sz w:val="20"/>
        </w:rPr>
        <w:t>19:17  mein kab tak tere intezar aanay ka intezar karoon?"</w:t>
      </w:r>
      <w:r>
        <w:br/>
      </w:r>
      <w:r>
        <w:rPr>
          <w:sz w:val="20"/>
        </w:rPr>
        <w:t>19:23  yani insanon ne sataya tha mujhe, insanon ne, lekin mera rujoo ho gaya allah ki taraf. yani isi hyderabad mein hamari aik base ban gai thi.</w:t>
      </w:r>
      <w:r>
        <w:br/>
      </w:r>
      <w:r>
        <w:rPr>
          <w:sz w:val="20"/>
        </w:rPr>
        <w:t>19:35  hum bar bar atay thay, yahan jalsay hotay thay. aik seat thi hamari, lekin kuch mukhalifeen ne sab bilkul jaise ghonsa ujaar diya jaye, waisa kar diya.</w:t>
      </w:r>
      <w:r>
        <w:br/>
      </w:r>
      <w:r>
        <w:rPr>
          <w:sz w:val="20"/>
        </w:rPr>
        <w:t>19:48  lekin mein koi, mein ne react nahi kiya, koi mein ghusa nahi hua, na mere dil mein koi nafrat aai, kuch nahi. bas yahi allah ki taraf rujoo: "khudaya!</w:t>
      </w:r>
      <w:r>
        <w:br/>
      </w:r>
      <w:r>
        <w:rPr>
          <w:sz w:val="20"/>
        </w:rPr>
        <w:t>19:59  tu kab aye ga? mein kab tak tere aanay ka intezar karoon?" yahi taqwa yani paish aya waqea insan ki taraf se. aap rujoo ho gaye allah ki taraf.</w:t>
      </w:r>
    </w:p>
    <w:p>
      <w:pPr>
        <w:pStyle w:val="Heading2"/>
      </w:pPr>
      <w:r>
        <w:t>Qur'an's word 'uswa' applies to two prophets</w:t>
      </w:r>
    </w:p>
    <w:p>
      <w:r>
        <w:rPr>
          <w:color w:val="666666"/>
          <w:sz w:val="18"/>
        </w:rPr>
        <w:t>The Prophetic Example Oct 20, 2013 · 1m 13s · at 1:01 · https://youtu.be/0dITZjMkR5k?t=61</w:t>
      </w:r>
    </w:p>
    <w:p>
      <w:r>
        <w:rPr>
          <w:i/>
        </w:rPr>
        <w:t>“قرآن میں اسوہ کا لفظ دو پیغمبروں کے لیے آیا ہے”</w:t>
      </w:r>
    </w:p>
    <w:p>
      <w:r>
        <w:rPr>
          <w:sz w:val="20"/>
        </w:rPr>
        <w:t>1:01  Quran mein ye lafz, uswa ka lafz, do paighambaron ke liye aaya hai: ek Paighambar e Islam aur doosre Hazrat Ibrahim.</w:t>
      </w:r>
      <w:r>
        <w:br/>
      </w:r>
      <w:r>
        <w:rPr>
          <w:sz w:val="20"/>
        </w:rPr>
        <w:t>1:16  Surah Al-Ahzab mein Rasool Allah ke bare mein farmaya ke laqad kana lakum fi Rasool Allah uswatun hasanah</w:t>
      </w:r>
      <w:r>
        <w:br/>
      </w:r>
      <w:r>
        <w:rPr>
          <w:sz w:val="20"/>
        </w:rPr>
        <w:t>1:26  yani Muhammad Sallallahu Alaihi Wasallam ki zindagi mein hamare liye achha namuna hai. Aur doosra Hazrat Ibrahim, jo qadeem zamane ke Nabi thay,</w:t>
      </w:r>
      <w:r>
        <w:br/>
      </w:r>
      <w:r>
        <w:rPr>
          <w:sz w:val="20"/>
        </w:rPr>
        <w:t>1:40  unke bare mein aaya hai Surah Al-Mumtahina mein ke qad kanat lakum uswatun hasanah fi Ibrahim wal-ladheena ma'ahu iz qalu liqawmihim inna bara'u minkum wa mimma ta'buduna min dunillahi</w:t>
      </w:r>
      <w:r>
        <w:br/>
      </w:r>
      <w:r>
        <w:rPr>
          <w:sz w:val="20"/>
        </w:rPr>
        <w:t>2:03  ye Hazrat Ibrahim ka qaul hai jis mein uswatun hasanah ka lafz aaya hai.</w:t>
      </w:r>
      <w:r>
        <w:br/>
      </w:r>
      <w:r>
        <w:rPr>
          <w:sz w:val="20"/>
        </w:rPr>
        <w:t>2:11  Hazrat Ibrahim</w:t>
      </w:r>
    </w:p>
    <w:p>
      <w:pPr>
        <w:pStyle w:val="Heading2"/>
      </w:pPr>
      <w:r>
        <w:t>Life is test paradise is reward</w:t>
      </w:r>
    </w:p>
    <w:p>
      <w:r>
        <w:rPr>
          <w:color w:val="666666"/>
          <w:sz w:val="18"/>
        </w:rPr>
        <w:t>Addressal To Italy Team 17 07 2014 · 1m 42s · at 30:05 · https://youtu.be/JcYQKvBkKIU?t=1805</w:t>
      </w:r>
    </w:p>
    <w:p>
      <w:r>
        <w:rPr>
          <w:i/>
        </w:rPr>
        <w:t>“Our present life is only for test.”</w:t>
      </w:r>
    </w:p>
    <w:p>
      <w:r>
        <w:rPr>
          <w:sz w:val="20"/>
        </w:rPr>
        <w:t>30:05  according to this concept of life, our present life in this world is only for test. this world is a testing ground. here we are only for one purpose, that is to qualify ourselves for paradise.</w:t>
      </w:r>
      <w:r>
        <w:br/>
      </w:r>
      <w:r>
        <w:rPr>
          <w:sz w:val="20"/>
        </w:rPr>
        <w:t>30:33  e quindi il vero scopo della nostra vita e per vita intendo qui la nostra vita reale qui è quella di poterci sviluppare, cioè siamo messi alla prova per poterci migliorare ed essere in grado di poter trovare un posto vicino a dio. i discovered that our life is divided into two parts: pre-death period and post-death period.</w:t>
      </w:r>
      <w:r>
        <w:br/>
      </w:r>
      <w:r>
        <w:rPr>
          <w:sz w:val="20"/>
        </w:rPr>
        <w:t>31:02  pre-death period is for test and post-death period is for reward. this is the greatest concept that i discovered from the quran.</w:t>
      </w:r>
      <w:r>
        <w:br/>
      </w:r>
      <w:r>
        <w:rPr>
          <w:sz w:val="20"/>
        </w:rPr>
        <w:t>31:16  Quello che ho scoperto, la più grande scoperta che ho avuto dal Corano è che la vita è</w:t>
      </w:r>
      <w:r>
        <w:br/>
      </w:r>
      <w:r>
        <w:rPr>
          <w:sz w:val="20"/>
        </w:rPr>
        <w:t>31:21  divisa in due parti.</w:t>
      </w:r>
      <w:r>
        <w:br/>
      </w:r>
      <w:r>
        <w:rPr>
          <w:sz w:val="20"/>
        </w:rPr>
        <w:t>31:23  La prima parte, quella della vita, è quella di essere messì, di poter superare le prove, di essere</w:t>
      </w:r>
      <w:r>
        <w:br/>
      </w:r>
      <w:r>
        <w:rPr>
          <w:sz w:val="20"/>
        </w:rPr>
        <w:t>31:29  messi alla prova, e quella dopo è quella della, di ricevere il, il premio meritato.</w:t>
      </w:r>
      <w:r>
        <w:br/>
      </w:r>
      <w:r>
        <w:rPr>
          <w:sz w:val="20"/>
        </w:rPr>
        <w:t>31:36  I have read the Bible and the Quran both.</w:t>
      </w:r>
      <w:r>
        <w:br/>
      </w:r>
      <w:r>
        <w:rPr>
          <w:sz w:val="20"/>
        </w:rPr>
        <w:t>31:44  New Testament and the Quran both.</w:t>
      </w:r>
      <w:r>
        <w:br/>
      </w:r>
      <w:r>
        <w:rPr>
          <w:sz w:val="20"/>
        </w:rPr>
        <w:t>31:47  i found that the teaching of jesus christ and the teaching of muhammad are one and the same. i don't know that there is any difference between the two. non ho trovato nessuna differenza leggendo il nuovo testamento, l'antico testamento e il quran. l'insegnamento del profeta maometto e di gesù cristo sono esattamente gli stessi.</w:t>
      </w:r>
    </w:p>
    <w:p>
      <w:pPr>
        <w:pStyle w:val="Heading2"/>
      </w:pPr>
      <w:r>
        <w:t>Democracy defined as simply majority rule, not utopia</w:t>
      </w:r>
    </w:p>
    <w:p>
      <w:r>
        <w:rPr>
          <w:color w:val="666666"/>
          <w:sz w:val="18"/>
        </w:rPr>
        <w:t>Religion and Democracy December 25, 2011 · 1m 58s · at 21:31 · https://youtu.be/8Mf_yvDA8ik?t=1291</w:t>
      </w:r>
    </w:p>
    <w:p>
      <w:r>
        <w:rPr>
          <w:i/>
        </w:rPr>
        <w:t>“Democracy kya hai? Democracy koi ideal system nahi hai”</w:t>
      </w:r>
    </w:p>
    <w:p>
      <w:r>
        <w:rPr>
          <w:sz w:val="20"/>
        </w:rPr>
        <w:t>21:31  to islam mein jo process shuru gaya tha, us ka culmination hai democracy, jo western world mein france mein aa kar ke culminate hui.</w:t>
      </w:r>
      <w:r>
        <w:br/>
      </w:r>
      <w:r>
        <w:rPr>
          <w:sz w:val="20"/>
        </w:rPr>
        <w:t>21:43  woh that was culmination of the of that is process of history. yani islam mein ka jo inqilab aaya seventh century mein, us se aik process shuru hua.</w:t>
      </w:r>
      <w:r>
        <w:br/>
      </w:r>
      <w:r>
        <w:rPr>
          <w:sz w:val="20"/>
        </w:rPr>
        <w:t>21:57  process</w:t>
      </w:r>
      <w:r>
        <w:br/>
      </w:r>
      <w:r>
        <w:rPr>
          <w:sz w:val="20"/>
        </w:rPr>
        <w:t>22:00  toh democracy kya hai? democracy koi ideal system nahi hai, woh aik club nahi karte. democracy mean rule of majority hai.</w:t>
      </w:r>
      <w:r>
        <w:br/>
      </w:r>
      <w:r>
        <w:rPr>
          <w:sz w:val="20"/>
        </w:rPr>
        <w:t>22:10  bas democracy ko koi bhi club nahi karta ke democracy koi ideal system hai. nahi, woh practical system hai.</w:t>
      </w:r>
      <w:r>
        <w:br/>
      </w:r>
      <w:r>
        <w:rPr>
          <w:sz w:val="20"/>
        </w:rPr>
        <w:t>22:21  practically kuch aur possible nahi hai.</w:t>
      </w:r>
      <w:r>
        <w:br/>
      </w:r>
      <w:r>
        <w:rPr>
          <w:sz w:val="20"/>
        </w:rPr>
        <w:t>22:24  toh ab kya tareeqa hua? democracy ka matlab yeh hai ke samaj mein har aadmi ko aap azadi dein, har aadmi ko haq hai ke woh apni baat ko kahe peacefully.</w:t>
      </w:r>
      <w:r>
        <w:br/>
      </w:r>
      <w:r>
        <w:rPr>
          <w:sz w:val="20"/>
        </w:rPr>
        <w:t>22:36  violence ka haq toh kisi ko na ho, peaceful tor par apni baat karne ka har ek ko haq ho. ab is ke baad election ho, time time par fe</w:t>
      </w:r>
      <w:r>
        <w:br/>
      </w:r>
      <w:r>
        <w:rPr>
          <w:sz w:val="20"/>
        </w:rPr>
        <w:t>22:49  ar aur fair aur free andaaz mein, yani fair and free election kiya jaye waqt waqt par.</w:t>
      </w:r>
      <w:r>
        <w:br/>
      </w:r>
      <w:r>
        <w:rPr>
          <w:sz w:val="20"/>
        </w:rPr>
        <w:t>22:58  is mein jo ziyada vote paaye, woh woh rule kare aik bohat muddat ke liye, mislan paanch saal ke liye farz kijiye.</w:t>
      </w:r>
      <w:r>
        <w:br/>
      </w:r>
      <w:r>
        <w:rPr>
          <w:sz w:val="20"/>
        </w:rPr>
        <w:t>23:10  toh woh bhi kabhi bhi aisa nahi hua ke koi democracy aisi nahi hui jis mein ke saare ke saare log kisi party ko vote de dein.</w:t>
      </w:r>
      <w:r>
        <w:br/>
      </w:r>
      <w:r>
        <w:rPr>
          <w:sz w:val="20"/>
        </w:rPr>
        <w:t>23:18  aisa kabhi hota nahi hai. toh amalan democracy ka matlab hai majority rule. yahi possible hai.</w:t>
      </w:r>
      <w:r>
        <w:br/>
      </w:r>
      <w:r>
        <w:rPr>
          <w:sz w:val="20"/>
        </w:rPr>
        <w:t>23:30  isi liye Rasool Allah Salallahu Alaihi Wasallam dekhiye, ijtamai mamlaat ke liye kitni zabardast baat farmayi aap ne. kama taqooloon qaza'il ka yu alaikum, tum jaise hoge, waise hi tumhare ruler ruler honge.</w:t>
      </w:r>
    </w:p>
    <w:p>
      <w:pPr>
        <w:pStyle w:val="Heading2"/>
      </w:pPr>
      <w:r>
        <w:t>Second audience may be better than first</w:t>
      </w:r>
    </w:p>
    <w:p>
      <w:r>
        <w:rPr>
          <w:color w:val="666666"/>
          <w:sz w:val="18"/>
        </w:rPr>
        <w:t>From Superstition to Science April 19, 2009 Maulana Wahiduddin Khan · 1m 04s · at 4:47 · https://youtu.be/yg7PEiA87V0?t=287</w:t>
      </w:r>
    </w:p>
    <w:p>
      <w:r>
        <w:rPr>
          <w:i/>
        </w:rPr>
        <w:t>“Falyubligh al-shahid al-gha'ib”</w:t>
      </w:r>
    </w:p>
    <w:p>
      <w:r>
        <w:rPr>
          <w:sz w:val="20"/>
        </w:rPr>
        <w:t>4:47  is waqt aap ne ek bohat hi anokhi baat kahi thi. aap ne farmaya tha ke falyuballigh ash shahidu al ghāib.</w:t>
      </w:r>
      <w:r>
        <w:br/>
      </w:r>
      <w:r>
        <w:rPr>
          <w:sz w:val="20"/>
        </w:rPr>
        <w:t>5:00  fa ruba muballigh awgam sāmi'īn.</w:t>
      </w:r>
      <w:r>
        <w:br/>
      </w:r>
      <w:r>
        <w:rPr>
          <w:sz w:val="20"/>
        </w:rPr>
        <w:t>5:06  jo yahan hain woh un tak pohancha dein jo yahan nahi hain.</w:t>
      </w:r>
      <w:r>
        <w:br/>
      </w:r>
      <w:r>
        <w:rPr>
          <w:sz w:val="20"/>
        </w:rPr>
        <w:t>5:17  jo yahan hazir hain woh un tak pohancha dein jo yahan maujood nahi hain. phir aap ne farmaya fa ruba muballigh awgam sāmi'īn.</w:t>
      </w:r>
      <w:r>
        <w:br/>
      </w:r>
      <w:r>
        <w:rPr>
          <w:sz w:val="20"/>
        </w:rPr>
        <w:t>5:33  kyunke bohat se woh log jin tak pohanchaya jaye woh zyada samajh pate hain kisi baat ko un se jinho ne pohanchaya.</w:t>
      </w:r>
    </w:p>
    <w:p>
      <w:pPr>
        <w:pStyle w:val="Heading2"/>
      </w:pPr>
      <w:r>
        <w:t>Hadith warning against over-exalting the Prophet</w:t>
      </w:r>
    </w:p>
    <w:p>
      <w:r>
        <w:rPr>
          <w:color w:val="666666"/>
          <w:sz w:val="18"/>
        </w:rPr>
        <w:t>The Issue of Shatm-e-Rasool (Abuse of the Prophet) December 19, 2021 Prof. Farida Khanam · 27s · at 31:20 · https://youtu.be/ExQS_PHirUc?t=1880</w:t>
      </w:r>
    </w:p>
    <w:p>
      <w:r>
        <w:rPr>
          <w:i/>
        </w:rPr>
        <w:t>“Don't exalt me as Christians exalted Jesus”</w:t>
      </w:r>
    </w:p>
    <w:p>
      <w:r>
        <w:rPr>
          <w:sz w:val="20"/>
        </w:rPr>
        <w:t>31:20  asal masla yeh hai ke hum rasool allah salallahu alaihi wasallam ke baray mein ghulu mein par chukay hain, extremism mein. rasool allah salallahu alaihi wasallam ki ek hadith aati hai ke: "la tatrooni kama atrat an nasara isa ibn maryam, fa innama ana abdun qoolu abdallahi wa rasooli".</w:t>
      </w:r>
      <w:r>
        <w:br/>
      </w:r>
      <w:r>
        <w:rPr>
          <w:sz w:val="20"/>
        </w:rPr>
        <w:t>31:36  ke mujhe itna na uthao jaisa ke isa ibn maryam ko nasara ne uthaya tha. matlab kya hai? ke hum ko woh maqam na do jo insaniyat ke oper ka maqam hai.</w:t>
      </w:r>
    </w:p>
    <w:p>
      <w:pPr>
        <w:pStyle w:val="Heading2"/>
      </w:pPr>
      <w:r>
        <w:t>How the Prophet ignored mockery and insults for years</w:t>
      </w:r>
    </w:p>
    <w:p>
      <w:r>
        <w:rPr>
          <w:color w:val="666666"/>
          <w:sz w:val="18"/>
        </w:rPr>
        <w:t>The Issue of Shatm-e-Rasool (Abuse of the Prophet) December 19, 2021 Prof. Farida Khanam · 5m 01s · at 11:22 · https://youtu.be/ExQS_PHirUc?t=682</w:t>
      </w:r>
    </w:p>
    <w:p>
      <w:r>
        <w:rPr>
          <w:i/>
        </w:rPr>
        <w:t>“How did he avoid it? A few examples”</w:t>
      </w:r>
    </w:p>
    <w:p>
      <w:r>
        <w:rPr>
          <w:sz w:val="20"/>
        </w:rPr>
        <w:t>11:22  to kis tareeqe se aap avoid karte the? chand misalen hum yahan denge. misal ke taur par pehle zamane mein jo baaten kahi jaati thin, woh shair ke complete ki shakal mein kahi jaati thin.</w:t>
      </w:r>
      <w:r>
        <w:br/>
      </w:r>
      <w:r>
        <w:rPr>
          <w:sz w:val="20"/>
        </w:rPr>
        <w:t>11:35  to ek aap ka banaya tha jis ko rhyme kehte hain, muzammim. muzammim ke mani condemnable person.</w:t>
      </w:r>
      <w:r>
        <w:br/>
      </w:r>
      <w:r>
        <w:rPr>
          <w:sz w:val="20"/>
        </w:rPr>
        <w:t>11:44  to woh is is rhyme ke sath poori shair likhte the ke hum condemn karte hain muzammim ko, kyunke unhon ne prophet ka naam muzammim rakha tha, jabke prophet ka naam muhammad hai.</w:t>
      </w:r>
      <w:r>
        <w:br/>
      </w:r>
      <w:r>
        <w:rPr>
          <w:sz w:val="20"/>
        </w:rPr>
        <w:t>11:59  muhammad ke mani hain parhezgari.</w:t>
      </w:r>
      <w:r>
        <w:br/>
      </w:r>
      <w:r>
        <w:rPr>
          <w:sz w:val="20"/>
        </w:rPr>
        <w:t>12:02  to rasool allah salallaho alaihi wasallam kehte the ke dekho, yeh jo bura bhala keh rahe hain, meri haju kar rahe hain, jis ko satire kehte hain, to yeh mere upar pad hi nahi raha hai, kyunke unhon ne ek farzi naam rakha hua hai, muzammim, aur us ko yeh log keh rahe hain, mera naam to muhammad hai.</w:t>
      </w:r>
      <w:r>
        <w:br/>
      </w:r>
      <w:r>
        <w:rPr>
          <w:sz w:val="20"/>
        </w:rPr>
        <w:t>12:20  to matlab ke matlab ek beautiful tareeqa hai ke kis tareeqe se hum araz kar sakte hain.</w:t>
      </w:r>
      <w:r>
        <w:br/>
      </w:r>
      <w:r>
        <w:rPr>
          <w:sz w:val="20"/>
        </w:rPr>
        <w:t>12:27  to is tareeqe se aap jo hain kehte the ke dekho, khuda ki kitni bari blessing hai ke yeh un ki jo aza rusaniyan hain, woh mere upar nahi pad rahi hain, woh apply kar rahi hain kisi doosre character jo unhon ne bana rakha hai.</w:t>
      </w:r>
      <w:r>
        <w:br/>
      </w:r>
      <w:r>
        <w:rPr>
          <w:sz w:val="20"/>
        </w:rPr>
        <w:t>12:44  taif ka aap log sab log jante hain ke kis tareeqe se logon ne aap ko pareshan kiya tha aur aap ko patthar maare the aur aap lahoo lahaan ho rahe the.</w:t>
      </w:r>
      <w:r>
        <w:br/>
      </w:r>
      <w:r>
        <w:rPr>
          <w:sz w:val="20"/>
        </w:rPr>
        <w:t>12:52  is ke bawajood aap ne kaha ke jab is ka pahadon ka farishta aaya aur kaha ke allah ne sab kuch dekh liya hai in ka jo unhon ne aap ke sath sulook kiya hai, to agar aap chahen to main in sab logon ko crush kar doon,</w:t>
      </w:r>
      <w:r>
        <w:br/>
      </w:r>
      <w:r>
        <w:rPr>
          <w:sz w:val="20"/>
        </w:rPr>
        <w:t>13:10  main pahadon ka farishta hoon, kyunke taif pahadon ke darmiyan tha. to aap ne kaha ke main umeed karta hoon ke un ki doosri nasal ek allah ki ibadat karegi.</w:t>
      </w:r>
      <w:r>
        <w:br/>
      </w:r>
      <w:r>
        <w:rPr>
          <w:sz w:val="20"/>
        </w:rPr>
        <w:t>13:21  to aap har waqt aap in logon ke liye hidayat ki dua karte the, kyunke logon ke dil jo hain, woh allah ki mutthi mein hain. to jab chahe allah in ko toufeeq de de, jab chahe allah taala in ka dil pher de aur woh hidayat ki taraf aa jayen.</w:t>
      </w:r>
      <w:r>
        <w:br/>
      </w:r>
      <w:r>
        <w:rPr>
          <w:sz w:val="20"/>
        </w:rPr>
        <w:t>13:39  to hamein isi liye hamein hamesha talif e qalb in ke sath karna hai, in ke jis ko hum kehte hain softening of the heart, aur in ko jo hai narmi se in ki baat karni hai, in ke react nahi karna hai, retaliate nahi karna hai, aur yahi rasool allah salallaho alaihi wasallam ka uswa hai.</w:t>
      </w:r>
      <w:r>
        <w:br/>
      </w:r>
      <w:r>
        <w:rPr>
          <w:sz w:val="20"/>
        </w:rPr>
        <w:t>13:58  to ek bar rasool allah salallaho alaihi wasallam kuch saman aaya tha, woh logon ko bant rahe the, to badu jo hote the, woh bahut hi uncouth type ke hote the,</w:t>
      </w:r>
      <w:r>
        <w:br/>
      </w:r>
      <w:r>
        <w:rPr>
          <w:sz w:val="20"/>
        </w:rPr>
        <w:t>14:08  bahut hi civilized nahi hote the. to woh kehne lage, "ae muhammad! ek badu aaya aur us ne kaha, ae muhammad!</w:t>
      </w:r>
      <w:r>
        <w:br/>
      </w:r>
      <w:r>
        <w:rPr>
          <w:sz w:val="20"/>
        </w:rPr>
        <w:t>14:17  adal se kaam lo, allah ki qasam, tum ne aaj tak insaaf nahi kiya." to rasool allah salallaho alaihi wasallam is par bhi ghussa nahi hue.</w:t>
      </w:r>
      <w:r>
        <w:br/>
      </w:r>
      <w:r>
        <w:rPr>
          <w:sz w:val="20"/>
        </w:rPr>
        <w:t>14:27  us ne kaha, "allah ki qasam, tum ne aaj tak insaaf nahi kiya." aap ne sirf yeh kaha ke "allah ki qasam, tum mujh se zyada insaaf karne wala nahi paoge."</w:t>
      </w:r>
      <w:r>
        <w:br/>
      </w:r>
      <w:r>
        <w:rPr>
          <w:sz w:val="20"/>
        </w:rPr>
        <w:t>14:37  to ab jo kuch bhi aata tha, woh sab aap usi waqt logon ko bant diya karte the, lekin woh badu in baaton ko samajhte nahi the. ek bar aap kahin ja rahe the to yeh hazrat anas ki riwayat hai ke aap ek najrani chadar orhe hue the, to woh chadar jo hai, woh is ka kinara mota</w:t>
      </w:r>
      <w:r>
        <w:br/>
      </w:r>
      <w:r>
        <w:rPr>
          <w:sz w:val="20"/>
        </w:rPr>
        <w:t>14:58  hota hai, to is ne bari zor se khainchi aur apne sath do oont le kar aaya tha ke "jo tumhare pas mal hai, na woh tumhara nahi hai, woh Allah ka hai." aur itni zor se chadar khainch ke bola ke woh chadar ke nishan aap ki gardan par par gaye.</w:t>
      </w:r>
      <w:r>
        <w:br/>
      </w:r>
      <w:r>
        <w:rPr>
          <w:sz w:val="20"/>
        </w:rPr>
        <w:t>15:15  to is mein do oont laya hoon, mujhe aik oont par, dono oont par mujhe saman chahiye, kuch khajoor aur kuch ghalla waghera.</w:t>
      </w:r>
      <w:r>
        <w:br/>
      </w:r>
      <w:r>
        <w:rPr>
          <w:sz w:val="20"/>
        </w:rPr>
        <w:t>15:24  to aap jo hain, muskara diye,</w:t>
      </w:r>
      <w:r>
        <w:br/>
      </w:r>
      <w:r>
        <w:rPr>
          <w:sz w:val="20"/>
        </w:rPr>
        <w:t>15:27  aap is par muskara diye ke "mal to Allah ka hi hai." to aur is ko kuch nahi kaha, dono oont is ko saman laad kar is ko hukum diya ke is ko de diya jaye.</w:t>
      </w:r>
      <w:r>
        <w:br/>
      </w:r>
      <w:r>
        <w:rPr>
          <w:sz w:val="20"/>
        </w:rPr>
        <w:t>15:40  to aik se aik waqiat hain samne hamare. aik ghazwa se aap wapas aa rahe the to aap peir ke neeche aaram kar rahe the aur aap ne apni jo hai talwar wahan peir par latka diya tha.</w:t>
      </w:r>
      <w:r>
        <w:br/>
      </w:r>
      <w:r>
        <w:rPr>
          <w:sz w:val="20"/>
        </w:rPr>
        <w:t>15:54  to aik aap so gaye, aap ghazwe se aa rahe the, thake hue honge, so gaye. to is ne dekha sote hue to is ne woh talwar khainch li aur kaha, "talwar apne hath mein le kar ke, ab tumhein mere hath se kaun bacha sake ga?" to is par bhi aap ne koi saza nahi di.</w:t>
      </w:r>
      <w:r>
        <w:br/>
      </w:r>
      <w:r>
        <w:rPr>
          <w:sz w:val="20"/>
        </w:rPr>
        <w:t>16:15  aap ne kaha ke "Allah bachaye ga." aur phir jab itni conviction ke sath aap ne kaha to woh phir is woh kuch kar nahi paya.</w:t>
      </w:r>
    </w:p>
    <w:p>
      <w:pPr>
        <w:pStyle w:val="Heading2"/>
      </w:pPr>
      <w:r>
        <w:t>Umar admits mistake and offers correction</w:t>
      </w:r>
    </w:p>
    <w:p>
      <w:r>
        <w:rPr>
          <w:color w:val="666666"/>
          <w:sz w:val="18"/>
        </w:rPr>
        <w:t>The Problem of Misunderstanding July 02, 2008 · 2m 17s · at 49:34 · https://youtu.be/IP8aFVKtttc?t=2974</w:t>
      </w:r>
    </w:p>
    <w:p>
      <w:r>
        <w:rPr>
          <w:i/>
        </w:rPr>
        <w:t>“Rasul Allah ke baad aap jaante hain ke wahan khilafat qaim hui”</w:t>
      </w:r>
    </w:p>
    <w:p>
      <w:r>
        <w:rPr>
          <w:sz w:val="20"/>
        </w:rPr>
        <w:t>49:34  rasool Allah, rasool Allah ke baad aap jaante hain ke wahan khilafat qaim hui to second khaleefa thay Hazrat Umar Farooq.</w:t>
      </w:r>
      <w:r>
        <w:br/>
      </w:r>
      <w:r>
        <w:rPr>
          <w:sz w:val="20"/>
        </w:rPr>
        <w:t>49:44  to unka tareeqa yeh tha ke raat ko woh gasht karte thay, ghoomte thay, dekhte thay logon ke halaat.</w:t>
      </w:r>
      <w:r>
        <w:br/>
      </w:r>
      <w:r>
        <w:rPr>
          <w:sz w:val="20"/>
        </w:rPr>
        <w:t>49:54  to ek din raat ko woh gasht kar rahe thay to ek jagah pahunche to madine ke bahar, yaani sheher ke bahar, wahan par dekha ke raat ka waqt hai, ek aurat aur ek mard aapas mein baatein kar rahe hain, khade ho kar ke.</w:t>
      </w:r>
      <w:r>
        <w:br/>
      </w:r>
      <w:r>
        <w:rPr>
          <w:sz w:val="20"/>
        </w:rPr>
        <w:t>50:10  yaani sheher ke bahar do aadmi khade ho kar aapas mein baatein kar rahe thay</w:t>
      </w:r>
      <w:r>
        <w:br/>
      </w:r>
      <w:r>
        <w:rPr>
          <w:sz w:val="20"/>
        </w:rPr>
        <w:t>50:14  , ek aurat, ek mard. to Hazrat Umar ke haath mein koda tha, kode se maar diya unhon ne is aadmi ko.</w:t>
      </w:r>
      <w:r>
        <w:br/>
      </w:r>
      <w:r>
        <w:rPr>
          <w:sz w:val="20"/>
        </w:rPr>
        <w:t>50:24  to us ne poocha ke aap ne kyun maara mujh ko? to khaleefa ne kaha ke tum ek ghair aurat se baat kar rahe ho, yahan khade ho kar ke raat ke waqt, yeh to sahi nahi hai.</w:t>
      </w:r>
      <w:r>
        <w:br/>
      </w:r>
      <w:r>
        <w:rPr>
          <w:sz w:val="20"/>
        </w:rPr>
        <w:t>50:40  is aadmi ne kaha ke aap ko kaise maloom ke yeh ghair ghair aurat hai?</w:t>
      </w:r>
      <w:r>
        <w:br/>
      </w:r>
      <w:r>
        <w:rPr>
          <w:sz w:val="20"/>
        </w:rPr>
        <w:t>50:44  kaise pata aap ko? yeh to meri biwi hai. aisa hai ke hum log madine ke nahi hain, hum bahar ke hain, hum bahar se aaye hain yahan par.</w:t>
      </w:r>
      <w:r>
        <w:br/>
      </w:r>
      <w:r>
        <w:rPr>
          <w:sz w:val="20"/>
        </w:rPr>
        <w:t>50:57  ab madine mein hum kisi ka theharna hai to hum yeh baat kar rahe thay aapas mein ke bhai raat ke waqt kis ke ghar jayen? yaani bahar se hum aaye hain, us waqt raat ko yahan pahunche hain.</w:t>
      </w:r>
      <w:r>
        <w:br/>
      </w:r>
      <w:r>
        <w:rPr>
          <w:sz w:val="20"/>
        </w:rPr>
        <w:t>51:11  to to main aur biwi aapas mein baat kar rahe thay ke us waqt raat ke waqt kahan jayen? kyunke kahin na kahin theharna tha un ko.</w:t>
      </w:r>
      <w:r>
        <w:br/>
      </w:r>
      <w:r>
        <w:rPr>
          <w:sz w:val="20"/>
        </w:rPr>
        <w:t>51:22  to Hazrat Umar ne foran kaha ke tum sahi ho, main galat, you are right, i am wrong. woh koda us ko diya ke lo mujhe maaro, main ne tum ko maar diya, koda tumhari ghalti ki, ab tum is ko maaro.</w:t>
      </w:r>
      <w:r>
        <w:br/>
      </w:r>
      <w:r>
        <w:rPr>
          <w:sz w:val="20"/>
        </w:rPr>
        <w:t>51:38  to yeh bhi hona chahiye aadmi ke andar ke jab baat bata di jaye to jaldi se aadmi apne ko theek kar le, yeh nahi ke phir bhi dil mein rakhe rahe.</w:t>
      </w:r>
    </w:p>
    <w:p>
      <w:pPr>
        <w:pStyle w:val="Heading2"/>
      </w:pPr>
      <w:r>
        <w:t>Pre-Islamic Arab infighting culture echoed in Taliban today</w:t>
      </w:r>
    </w:p>
    <w:p>
      <w:r>
        <w:rPr>
          <w:color w:val="666666"/>
          <w:sz w:val="18"/>
        </w:rPr>
        <w:t>Quran A Book of Universal Guidance May 31, 2009 · 1m 29s · at 32:48 · https://youtu.be/Q2_96C_3Zd8?t=1968</w:t>
      </w:r>
    </w:p>
    <w:p>
      <w:r>
        <w:rPr>
          <w:i/>
        </w:rPr>
        <w:t>“Ashab-e-Rasul se pehle Arab ki image kya thi? Aapas mein larna”</w:t>
      </w:r>
    </w:p>
    <w:p>
      <w:r>
        <w:rPr>
          <w:sz w:val="20"/>
        </w:rPr>
        <w:t>32:48  ashab-e-rasool ke bare mein aap tareekh kitabon mein padhiye. yaani jo makkah madine ke jo log the, arab ke, un ki kya image thi is zamane mein?</w:t>
      </w:r>
      <w:r>
        <w:br/>
      </w:r>
      <w:r>
        <w:rPr>
          <w:sz w:val="20"/>
        </w:rPr>
        <w:t>33:00  ladna, aapas mein ladna, aapas mein ladna.</w:t>
      </w:r>
      <w:r>
        <w:br/>
      </w:r>
      <w:r>
        <w:rPr>
          <w:sz w:val="20"/>
        </w:rPr>
        <w:t>33:03  yahi image thi ke aapas mein ladne wale log hain. ek is zamane ke ek shayar ne kaha tha ke woh</w:t>
      </w:r>
      <w:r>
        <w:br/>
      </w:r>
      <w:r>
        <w:rPr>
          <w:sz w:val="20"/>
        </w:rPr>
        <w:t>33:17  wa ahyaanan ala baqrin nakhina itha ma lam najid allaha akhana yeh yaani fakhr ke sath kaha tha, fakhr ke sath ke wa ahyaanan ala baqrin nakhina itha ma lam najid allaha akhana</w:t>
      </w:r>
      <w:r>
        <w:br/>
      </w:r>
      <w:r>
        <w:rPr>
          <w:sz w:val="20"/>
        </w:rPr>
        <w:t>33:32  yaani doosre nahi milte, agar hamein ladne ke liye toh hum apno se ladne lagte hain. doosre agar nahi milte ladne ke liye, hamein toh aap apno se ladne lagte hain.</w:t>
      </w:r>
      <w:r>
        <w:br/>
      </w:r>
      <w:r>
        <w:rPr>
          <w:sz w:val="20"/>
        </w:rPr>
        <w:t>33:42  yeh taliban ka mamla aap dekh rahe hain, aap roosi nahi mile toh aap aapas mein lad rahe hain. woh jab roos wale the, doosre lad rahe the, woh nahi hain toh aap aapas mein maar rahe hain, kaat rahe hain.</w:t>
      </w:r>
      <w:r>
        <w:br/>
      </w:r>
      <w:r>
        <w:rPr>
          <w:sz w:val="20"/>
        </w:rPr>
        <w:t>33:53  toh yeh bilkul wahi fanawra hai ke wa ahyaanan ala ala baqrin nakhina itha ma lam najid allaha akhana ke taliban ko jab roosi mile the, maar rahe the, un ko maar rahe the, woh chale gaye toh aap apne logon ko maar rahe hain.</w:t>
      </w:r>
      <w:r>
        <w:br/>
      </w:r>
      <w:r>
        <w:rPr>
          <w:sz w:val="20"/>
        </w:rPr>
        <w:t>34:08  kyun? passion nahi koi un ke paas, yeh un ko ehsas nahi ke hum duniya ko kuch de sakte hain.</w:t>
      </w:r>
    </w:p>
    <w:p>
      <w:pPr>
        <w:pStyle w:val="Heading2"/>
      </w:pPr>
      <w:r>
        <w:t>Renewing the covenant in Hajj</w:t>
      </w:r>
    </w:p>
    <w:p>
      <w:r>
        <w:rPr>
          <w:color w:val="666666"/>
          <w:sz w:val="18"/>
        </w:rPr>
        <w:t>The Revival of Ibrahimi Mission-28th October 2012 · 19m 31s · at 25:07 · https://youtu.be/kniEYfMCz9w?t=1507</w:t>
      </w:r>
    </w:p>
    <w:p>
      <w:r>
        <w:rPr>
          <w:i/>
        </w:rPr>
        <w:t>“I am present to renew the covenant.”</w:t>
      </w:r>
    </w:p>
    <w:p>
      <w:r>
        <w:rPr>
          <w:sz w:val="20"/>
        </w:rPr>
        <w:t>25:07  Main hazir hoon ke main dobara yahan ehad karoon ya parhez loon ke is mission ko main aage badhaunga.</w:t>
      </w:r>
      <w:r>
        <w:br/>
      </w:r>
      <w:r>
        <w:rPr>
          <w:sz w:val="20"/>
        </w:rPr>
        <w:t>25:14  Mission ruka nahi hai, is ka tasalsul jari hai, wo continue hai.</w:t>
      </w:r>
      <w:r>
        <w:br/>
      </w:r>
      <w:r>
        <w:rPr>
          <w:sz w:val="20"/>
        </w:rPr>
        <w:t>25:22  Ye hai matlab labbaik Allahumma labbaik ka.</w:t>
      </w:r>
      <w:r>
        <w:br/>
      </w:r>
      <w:r>
        <w:rPr>
          <w:sz w:val="20"/>
        </w:rPr>
        <w:t>25:30  To haj mein jo log jate hain, wo marasim ada karne nahi ate, balke Arafat ke maidan mein</w:t>
      </w:r>
      <w:r>
        <w:br/>
      </w:r>
      <w:r>
        <w:rPr>
          <w:sz w:val="20"/>
        </w:rPr>
        <w:t>25:38  jam ho kar goya ke dobara rasool ki awaz khud sunne ke liye jate hain.</w:t>
      </w:r>
      <w:r>
        <w:br/>
      </w:r>
      <w:r>
        <w:rPr>
          <w:sz w:val="20"/>
        </w:rPr>
        <w:t>25:46  mein jab yeh baatein soch raha hoon to aisa lagta hai ke woh awaz goonjti hui mujh tak</w:t>
      </w:r>
      <w:r>
        <w:br/>
      </w:r>
      <w:r>
        <w:rPr>
          <w:sz w:val="20"/>
        </w:rPr>
        <w:t>25:54  pehanch rahi thi.</w:t>
      </w:r>
      <w:r>
        <w:br/>
      </w:r>
      <w:r>
        <w:rPr>
          <w:sz w:val="20"/>
        </w:rPr>
        <w:t>26:02  rasool Allah jo awaz bole the, woh faza mein goonjti hui mujh tak pehanch rahi thi.</w:t>
      </w:r>
      <w:r>
        <w:br/>
      </w:r>
      <w:r>
        <w:rPr>
          <w:sz w:val="20"/>
        </w:rPr>
        <w:t>26:10  aur yeh keh rahi hai ke yeh mission seventh century 18 mein khatam nahi ho gaya, is ko pahunchna</w:t>
      </w:r>
      <w:r>
        <w:br/>
      </w:r>
      <w:r>
        <w:rPr>
          <w:sz w:val="20"/>
        </w:rPr>
        <w:t>26:18  hai 21 century tak.</w:t>
      </w:r>
      <w:r>
        <w:br/>
      </w:r>
      <w:r>
        <w:rPr>
          <w:sz w:val="20"/>
        </w:rPr>
        <w:t>26:26  to jab haji wahan jata hai to haqeeqatan woh yeh pledge lene ke liye jata hai. Pledge!</w:t>
      </w:r>
      <w:r>
        <w:br/>
      </w:r>
      <w:r>
        <w:rPr>
          <w:sz w:val="20"/>
        </w:rPr>
        <w:t>26:34  aisa kyun nahi hota ke haji lotte hain to woh mission zinda kyun nahi hota? Ibrahimi mission zinda</w:t>
      </w:r>
      <w:r>
        <w:br/>
      </w:r>
      <w:r>
        <w:rPr>
          <w:sz w:val="20"/>
        </w:rPr>
        <w:t>26:41  کیوں نہیں ہوتا؟ اس لیے کہ without preparation جاتے ہیں۔</w:t>
      </w:r>
      <w:r>
        <w:br/>
      </w:r>
      <w:r>
        <w:rPr>
          <w:sz w:val="20"/>
        </w:rPr>
        <w:t>26:48  وہ وہ prepared mind کے ساتھ وہاں نہیں جاتے۔</w:t>
      </w:r>
      <w:r>
        <w:br/>
      </w:r>
      <w:r>
        <w:rPr>
          <w:sz w:val="20"/>
        </w:rPr>
        <w:t>26:55  without preparation. Hajjis ko zaroorat hai ke bataya jaye ke tum jo ja rahe ho, kis liye</w:t>
      </w:r>
      <w:r>
        <w:br/>
      </w:r>
      <w:r>
        <w:rPr>
          <w:sz w:val="20"/>
        </w:rPr>
        <w:t>27:02  ja rahe ho.</w:t>
      </w:r>
      <w:r>
        <w:br/>
      </w:r>
      <w:r>
        <w:rPr>
          <w:sz w:val="20"/>
        </w:rPr>
        <w:t>27:09  un ko yeh ayat batai jaye Quran majeed ki jo Surah Al-Hajj mein hai ke jahidu fi Allah</w:t>
      </w:r>
      <w:r>
        <w:br/>
      </w:r>
      <w:r>
        <w:rPr>
          <w:sz w:val="20"/>
        </w:rPr>
        <w:t>27:16  haq jihadi ke jihad ka matlab kya hai? Yahan aage ke jo alfaaz hain, woh yeh hain ke</w:t>
      </w:r>
      <w:r>
        <w:br/>
      </w:r>
      <w:r>
        <w:rPr>
          <w:sz w:val="20"/>
        </w:rPr>
        <w:t>27:23  lakon al-rasool shaheeda alaikum wa takun al-shuhada al-nas ek aur jagah yahi ayat aayi hai, is mein yeh</w:t>
      </w:r>
      <w:r>
        <w:br/>
      </w:r>
      <w:r>
        <w:rPr>
          <w:sz w:val="20"/>
        </w:rPr>
        <w:t>27:30  alfaaz hain ke wa kadhalika ja'alnakum ummatan wasatan li takunu shuhada al-nas wa yakun al-rasool alaikum shaheeda dekhiye, wasat ke</w:t>
      </w:r>
      <w:r>
        <w:br/>
      </w:r>
      <w:r>
        <w:rPr>
          <w:sz w:val="20"/>
        </w:rPr>
        <w:t>27:37  ma'ani hote hain beech.</w:t>
      </w:r>
      <w:r>
        <w:br/>
      </w:r>
      <w:r>
        <w:rPr>
          <w:sz w:val="20"/>
        </w:rPr>
        <w:t>27:44  beech to paighambar jo tha, woh middle man bana Allah ke aur insano ke darmiyan.</w:t>
      </w:r>
      <w:r>
        <w:br/>
      </w:r>
      <w:r>
        <w:rPr>
          <w:sz w:val="20"/>
        </w:rPr>
        <w:t>27:51  Allah aur insano ke darmiyan paighambar middle man tha ke Allah se jo paigham mila, us ko insano tak pahunchaya.</w:t>
      </w:r>
      <w:r>
        <w:br/>
      </w:r>
      <w:r>
        <w:rPr>
          <w:sz w:val="20"/>
        </w:rPr>
        <w:t>27:58  ab yeh ummat middle ummat hai ke rasool se jo mila, us ko insano tak pahunchana hai.</w:t>
      </w:r>
      <w:r>
        <w:br/>
      </w:r>
      <w:r>
        <w:rPr>
          <w:sz w:val="20"/>
        </w:rPr>
        <w:t>28:05  ab ayat ke is juz ko le kar sochiye, aap lakon al-rasool shaheeda alaikum wa takunu shuhada al-nas</w:t>
      </w:r>
      <w:r>
        <w:br/>
      </w:r>
      <w:r>
        <w:rPr>
          <w:sz w:val="20"/>
        </w:rPr>
        <w:t>28:12  tab aap ko samajh aayega ke yahan jihad ka matlab kya hai.</w:t>
      </w:r>
      <w:r>
        <w:br/>
      </w:r>
      <w:r>
        <w:rPr>
          <w:sz w:val="20"/>
        </w:rPr>
        <w:t>28:19  jihad ka matlab na to ladna bhadna hai, na qital karna hai, yeh sab nahi hai.</w:t>
      </w:r>
      <w:r>
        <w:br/>
      </w:r>
      <w:r>
        <w:rPr>
          <w:sz w:val="20"/>
        </w:rPr>
        <w:t>28:26  jihad ka matlab agla lafz wazeh kar raha hai.</w:t>
      </w:r>
      <w:r>
        <w:br/>
      </w:r>
      <w:r>
        <w:rPr>
          <w:sz w:val="20"/>
        </w:rPr>
        <w:t>28:33  jihad ka matlab jihad shahadat hai.</w:t>
      </w:r>
      <w:r>
        <w:br/>
      </w:r>
      <w:r>
        <w:rPr>
          <w:sz w:val="20"/>
        </w:rPr>
        <w:t>28:40  yahan par lakon al-rasool shaheeda alaikum wa takunu shuhada al-nas jihad se murad jihad shahadat hai, jihad dawat</w:t>
      </w:r>
      <w:r>
        <w:br/>
      </w:r>
      <w:r>
        <w:rPr>
          <w:sz w:val="20"/>
        </w:rPr>
        <w:t>28:47  hai, jihad tabligh hai.</w:t>
      </w:r>
      <w:r>
        <w:br/>
      </w:r>
      <w:r>
        <w:rPr>
          <w:sz w:val="20"/>
        </w:rPr>
        <w:t>28:54  khud ayat ke alfaaz yeh mutayyan kar rahe hain ke yahan jihad se matlab kya hai.</w:t>
      </w:r>
      <w:r>
        <w:br/>
      </w:r>
      <w:r>
        <w:rPr>
          <w:sz w:val="20"/>
        </w:rPr>
        <w:t>29:01  dekhiye, jahad ka mani hai jad o jehad, at most struggle.</w:t>
      </w:r>
      <w:r>
        <w:br/>
      </w:r>
      <w:r>
        <w:rPr>
          <w:sz w:val="20"/>
        </w:rPr>
        <w:t>29:08  yeh hai jahad.</w:t>
      </w:r>
      <w:r>
        <w:br/>
      </w:r>
      <w:r>
        <w:rPr>
          <w:sz w:val="20"/>
        </w:rPr>
        <w:t>29:15  to kaha ke dawat ke liye, shahadat ke liye, tablegh ke liye tum apni sari taqat laga do,</w:t>
      </w:r>
      <w:r>
        <w:br/>
      </w:r>
      <w:r>
        <w:rPr>
          <w:sz w:val="20"/>
        </w:rPr>
        <w:t>29:22  koi insan be khabar na rahe Allah ke paigham se.</w:t>
      </w:r>
      <w:r>
        <w:br/>
      </w:r>
      <w:r>
        <w:rPr>
          <w:sz w:val="20"/>
        </w:rPr>
        <w:t>29:29  to yeh hai woh, yeh hai woh mission jis ke, jis ke, jis ka paigham lene ke liye</w:t>
      </w:r>
      <w:r>
        <w:br/>
      </w:r>
      <w:r>
        <w:rPr>
          <w:sz w:val="20"/>
        </w:rPr>
        <w:t>29:37  haji wahan jata hai.</w:t>
      </w:r>
      <w:r>
        <w:br/>
      </w:r>
      <w:r>
        <w:rPr>
          <w:sz w:val="20"/>
        </w:rPr>
        <w:t>29:44  mein akhbar mein parh raha tha ke wahan par jo imam e haram hain, jo wahan mufti e aazam hain,</w:t>
      </w:r>
      <w:r>
        <w:br/>
      </w:r>
      <w:r>
        <w:rPr>
          <w:sz w:val="20"/>
        </w:rPr>
        <w:t>29:51  unki taqreeren hain to us mein unhon ne zor diya ittehad par ke sari dunya ke musalman</w:t>
      </w:r>
      <w:r>
        <w:br/>
      </w:r>
      <w:r>
        <w:rPr>
          <w:sz w:val="20"/>
        </w:rPr>
        <w:t>29:58  ittehad ho jayen.</w:t>
      </w:r>
      <w:r>
        <w:br/>
      </w:r>
      <w:r>
        <w:rPr>
          <w:sz w:val="20"/>
        </w:rPr>
        <w:t>30:05  dekhiye, ittehad ki baat mein apne bachpan se sunta aya hoon.</w:t>
      </w:r>
      <w:r>
        <w:br/>
      </w:r>
      <w:r>
        <w:rPr>
          <w:sz w:val="20"/>
        </w:rPr>
        <w:t>30:12  har jalse mein, har hajj mein, har moqa par ittehad, ittehad, ittehad.</w:t>
      </w:r>
      <w:r>
        <w:br/>
      </w:r>
      <w:r>
        <w:rPr>
          <w:sz w:val="20"/>
        </w:rPr>
        <w:t>30:19  lekin aaj tak musalmanon mein ittehad nahi aya.</w:t>
      </w:r>
      <w:r>
        <w:br/>
      </w:r>
      <w:r>
        <w:rPr>
          <w:sz w:val="20"/>
        </w:rPr>
        <w:t>30:26  yeh baat har hajj mein wahan jo imam taqreer karta, jo khutba deta, us mein yeh baat kahi</w:t>
      </w:r>
      <w:r>
        <w:br/>
      </w:r>
      <w:r>
        <w:rPr>
          <w:sz w:val="20"/>
        </w:rPr>
        <w:t>30:33  jati hai ke sab log ittehad ho jao.</w:t>
      </w:r>
      <w:r>
        <w:br/>
      </w:r>
      <w:r>
        <w:rPr>
          <w:sz w:val="20"/>
        </w:rPr>
        <w:t>30:40  to ittehad kyun nahi? kyun musalman ittehad nahi? is ki wajah kya hai? dekhiye, ittehad wahan sermon se nahi ata.</w:t>
      </w:r>
      <w:r>
        <w:br/>
      </w:r>
      <w:r>
        <w:rPr>
          <w:sz w:val="20"/>
        </w:rPr>
        <w:t>30:47  aap sermon dete hain to ittehad paida ho jaye.</w:t>
      </w:r>
      <w:r>
        <w:br/>
      </w:r>
      <w:r>
        <w:rPr>
          <w:sz w:val="20"/>
        </w:rPr>
        <w:t>30:54  It is quite impossible. آپ کو مسلمانوں کو ایک مشن دینا ہوگا۔</w:t>
      </w:r>
      <w:r>
        <w:br/>
      </w:r>
      <w:r>
        <w:rPr>
          <w:sz w:val="20"/>
        </w:rPr>
        <w:t>31:01  mission yeh mission hai jo logon ko ittehad karta hai.</w:t>
      </w:r>
      <w:r>
        <w:br/>
      </w:r>
      <w:r>
        <w:rPr>
          <w:sz w:val="20"/>
        </w:rPr>
        <w:t>31:08  sermon nahi, woh sermon jo aap haram e Makkah mein dein, haram e Madinah mein dein ya kahin bhi dein,</w:t>
      </w:r>
      <w:r>
        <w:br/>
      </w:r>
      <w:r>
        <w:rPr>
          <w:sz w:val="20"/>
        </w:rPr>
        <w:t>31:15  aap hamare pahaar par khare ho ke dein, jabal e rehmat par khare ho ke dein.</w:t>
      </w:r>
      <w:r>
        <w:br/>
      </w:r>
      <w:r>
        <w:rPr>
          <w:sz w:val="20"/>
        </w:rPr>
        <w:t>31:22  agar aap ittehad, ittehad, ittehad kahenge to yeh ittehad nahi ata.</w:t>
      </w:r>
      <w:r>
        <w:br/>
      </w:r>
      <w:r>
        <w:rPr>
          <w:sz w:val="20"/>
        </w:rPr>
        <w:t>31:29  is se aap ko ek mission dena hoga.</w:t>
      </w:r>
      <w:r>
        <w:br/>
      </w:r>
      <w:r>
        <w:rPr>
          <w:sz w:val="20"/>
        </w:rPr>
        <w:t>31:36  mission tab log ittehad ho kar woh mission mein lagen ge.</w:t>
      </w:r>
      <w:r>
        <w:br/>
      </w:r>
      <w:r>
        <w:rPr>
          <w:sz w:val="20"/>
        </w:rPr>
        <w:t>31:43  woh mission kya hai? woh mission hai dawat, dawat e Allah.</w:t>
      </w:r>
      <w:r>
        <w:br/>
      </w:r>
      <w:r>
        <w:rPr>
          <w:sz w:val="20"/>
        </w:rPr>
        <w:t>31:50  yani sare insanon ko Allah ke creation plan se agah karna, jaisa ke paighambar e Islam ne agah kiya.</w:t>
      </w:r>
      <w:r>
        <w:br/>
      </w:r>
      <w:r>
        <w:rPr>
          <w:sz w:val="20"/>
        </w:rPr>
        <w:t>31:57  yeh mission aur yeh batana parega ke isi mission par tum ko jannat milne wali hai.</w:t>
      </w:r>
      <w:r>
        <w:br/>
      </w:r>
      <w:r>
        <w:rPr>
          <w:sz w:val="20"/>
        </w:rPr>
        <w:t>32:04  sirf janwar zabah kar diya to is par jannat nahi milegi.</w:t>
      </w:r>
      <w:r>
        <w:br/>
      </w:r>
      <w:r>
        <w:rPr>
          <w:sz w:val="20"/>
        </w:rPr>
        <w:t>32:11  yeh kehna parega ke aap ne wahan ja kar janwar zabah kar diya to aap jannat mil gayi.</w:t>
      </w:r>
      <w:r>
        <w:br/>
      </w:r>
      <w:r>
        <w:rPr>
          <w:sz w:val="20"/>
        </w:rPr>
        <w:t>32:18  yeh impossible hai, yeh namumkin hai.</w:t>
      </w:r>
      <w:r>
        <w:br/>
      </w:r>
      <w:r>
        <w:rPr>
          <w:sz w:val="20"/>
        </w:rPr>
        <w:t>32:25  jannat milegi rasool Allah ke mission ko poora karne par, yani dawat Allah ke liye jahad karne par.</w:t>
      </w:r>
      <w:r>
        <w:br/>
      </w:r>
      <w:r>
        <w:rPr>
          <w:sz w:val="20"/>
        </w:rPr>
        <w:t>32:32  warna jannat milne wali nahi hai.</w:t>
      </w:r>
      <w:r>
        <w:br/>
      </w:r>
      <w:r>
        <w:rPr>
          <w:sz w:val="20"/>
        </w:rPr>
        <w:t>32:40  تو جب تک آپ مشن کا تصور نہ دیں، اس مشن کو لوگوں کے mind میں inculcate نہ</w:t>
      </w:r>
      <w:r>
        <w:br/>
      </w:r>
      <w:r>
        <w:rPr>
          <w:sz w:val="20"/>
        </w:rPr>
        <w:t>32:47  kar dein, tab tak yaad rakhiye, kabhi ittehad paida nahi ho sakta hai.</w:t>
      </w:r>
      <w:r>
        <w:br/>
      </w:r>
      <w:r>
        <w:rPr>
          <w:sz w:val="20"/>
        </w:rPr>
        <w:t>32:54  tab tak ittehad paida nahi ho sakta hai.</w:t>
      </w:r>
      <w:r>
        <w:br/>
      </w:r>
      <w:r>
        <w:rPr>
          <w:sz w:val="20"/>
        </w:rPr>
        <w:t>33:01  wahan par aap ko yeh kehna hai ke dekho, yahan par 198 countries ko log ekhatta hain aur</w:t>
      </w:r>
      <w:r>
        <w:br/>
      </w:r>
      <w:r>
        <w:rPr>
          <w:sz w:val="20"/>
        </w:rPr>
        <w:t>33:08  جو نہیں ہیں، وہ بھی communal modern communication جو ہے، اس کے ذریعے سے ہماری آواز سن رہے ہیں۔</w:t>
      </w:r>
      <w:r>
        <w:br/>
      </w:r>
      <w:r>
        <w:rPr>
          <w:sz w:val="20"/>
        </w:rPr>
        <w:t>33:15  yani sari dunya ke log sun rahe hain is awaz ko jo ek jagah se buland ho rahi hai.</w:t>
      </w:r>
      <w:r>
        <w:br/>
      </w:r>
      <w:r>
        <w:rPr>
          <w:sz w:val="20"/>
        </w:rPr>
        <w:t>33:22  تو اللہ تعالی نے یہ کمیونیکیشن کے زمانے میں کیوں پیدا کیا؟ What is the purpose of this</w:t>
      </w:r>
      <w:r>
        <w:br/>
      </w:r>
      <w:r>
        <w:rPr>
          <w:sz w:val="20"/>
        </w:rPr>
        <w:t>33:29  age of communication? وہ ہے کہ پیغمبر اسلام کے مشن کو انٹرنیشنل لیول پر پہنچایا جائے۔</w:t>
      </w:r>
      <w:r>
        <w:br/>
      </w:r>
      <w:r>
        <w:rPr>
          <w:sz w:val="20"/>
        </w:rPr>
        <w:t>33:36  rasool Allah ke mission ko internationalize karne ke liye hai.</w:t>
      </w:r>
      <w:r>
        <w:br/>
      </w:r>
      <w:r>
        <w:rPr>
          <w:sz w:val="20"/>
        </w:rPr>
        <w:t>33:43  yeh yeh sab diya jaye.</w:t>
      </w:r>
      <w:r>
        <w:br/>
      </w:r>
      <w:r>
        <w:rPr>
          <w:sz w:val="20"/>
        </w:rPr>
        <w:t>33:50  تو جب اس طرح سے prepared mind ہو کر کے جائیں گے لوگ حج کرنے، یعنی حاجی prepared</w:t>
      </w:r>
      <w:r>
        <w:br/>
      </w:r>
      <w:r>
        <w:rPr>
          <w:sz w:val="20"/>
        </w:rPr>
        <w:t>33:57  mind ho, wahan par jo aadmi bol raha hai, jo khutba de raha hai, woh khud bohat zyada</w:t>
      </w:r>
      <w:r>
        <w:br/>
      </w:r>
      <w:r>
        <w:rPr>
          <w:sz w:val="20"/>
        </w:rPr>
        <w:t>34:04  bashaoor ho, us ko pata ho ke kya mujhe kehna hai, kya baat, konsi baat logon ke</w:t>
      </w:r>
      <w:r>
        <w:br/>
      </w:r>
      <w:r>
        <w:rPr>
          <w:sz w:val="20"/>
        </w:rPr>
        <w:t>34:11  mind ko address karegi, konsi baat logon ko mission ka tasawwur degi.</w:t>
      </w:r>
      <w:r>
        <w:br/>
      </w:r>
      <w:r>
        <w:rPr>
          <w:sz w:val="20"/>
        </w:rPr>
        <w:t>34:18  tab ja kar ke yeh mumkin hai ke ittehad paida ho, mission ka tasawwur paida ho aur log</w:t>
      </w:r>
      <w:r>
        <w:br/>
      </w:r>
      <w:r>
        <w:rPr>
          <w:sz w:val="20"/>
        </w:rPr>
        <w:t>34:25  is mission ke liye, jis ke liye labbaik labbaik keh kar ke laut te hain, us par woh amal</w:t>
      </w:r>
      <w:r>
        <w:br/>
      </w:r>
      <w:r>
        <w:rPr>
          <w:sz w:val="20"/>
        </w:rPr>
        <w:t>34:32  karna shuru kar dein.</w:t>
      </w:r>
      <w:r>
        <w:br/>
      </w:r>
      <w:r>
        <w:rPr>
          <w:sz w:val="20"/>
        </w:rPr>
        <w:t>34:39  sermon se nahi ho sakta, kabhi bhi na hua hai, na aaj ho sakta hai.</w:t>
      </w:r>
      <w:r>
        <w:br/>
      </w:r>
      <w:r>
        <w:rPr>
          <w:sz w:val="20"/>
        </w:rPr>
        <w:t>34:46  natija yeh hai ke hamein ek daai banne ke liye creative banna parega.</w:t>
      </w:r>
      <w:r>
        <w:br/>
      </w:r>
      <w:r>
        <w:rPr>
          <w:sz w:val="20"/>
        </w:rPr>
        <w:t>34:53  creative, creative matlab kya hai? naye naye ideas nikalna, nayi nayi baatein sochna.</w:t>
      </w:r>
      <w:r>
        <w:br/>
      </w:r>
      <w:r>
        <w:rPr>
          <w:sz w:val="20"/>
        </w:rPr>
        <w:t>35:00  ek tareeqe se kaam na banaye, doosra kaam karna.</w:t>
      </w:r>
      <w:r>
        <w:br/>
      </w:r>
      <w:r>
        <w:rPr>
          <w:sz w:val="20"/>
        </w:rPr>
        <w:t>35:07  ab dekhiye, Hazrat Ibrahim ne kya kiya? Hazrat Ibrahim ne Iraq ka jo us waqt capital city tha,</w:t>
      </w:r>
      <w:r>
        <w:br/>
      </w:r>
      <w:r>
        <w:rPr>
          <w:sz w:val="20"/>
        </w:rPr>
        <w:t>35:14  Ur jo tha, us waqt woh Iraq ka, Iraq ka naam us waqt Babyl hua karta tha.</w:t>
      </w:r>
      <w:r>
        <w:br/>
      </w:r>
      <w:r>
        <w:rPr>
          <w:sz w:val="20"/>
        </w:rPr>
        <w:t>35:21  to wahan par aap ne dawat ki, wahan par logon ki taraf se response nahi mila.</w:t>
      </w:r>
      <w:r>
        <w:br/>
      </w:r>
      <w:r>
        <w:rPr>
          <w:sz w:val="20"/>
        </w:rPr>
        <w:t>35:28  to aap atraf ke mulkon mein gaye, yani Misr gaye, Falasteen gaye, Sham gaye.</w:t>
      </w:r>
      <w:r>
        <w:br/>
      </w:r>
      <w:r>
        <w:rPr>
          <w:sz w:val="20"/>
        </w:rPr>
        <w:t>35:36  yani aap ghhor kijiye ke Asia aur Africa ke darmiyan woh safar karte rahe, yani Misr rahe Africa</w:t>
      </w:r>
      <w:r>
        <w:br/>
      </w:r>
      <w:r>
        <w:rPr>
          <w:sz w:val="20"/>
        </w:rPr>
        <w:t>35:43  mein, Sham Asia mein.</w:t>
      </w:r>
      <w:r>
        <w:br/>
      </w:r>
      <w:r>
        <w:rPr>
          <w:sz w:val="20"/>
        </w:rPr>
        <w:t>35:50  toh is ka matlab hai ke Hazrat Ibrahim ne ek ek almi safar kiya dhoondne ke liye kahan</w:t>
      </w:r>
      <w:r>
        <w:br/>
      </w:r>
      <w:r>
        <w:rPr>
          <w:sz w:val="20"/>
        </w:rPr>
        <w:t>35:57  insaan milte hain.</w:t>
      </w:r>
      <w:r>
        <w:br/>
      </w:r>
      <w:r>
        <w:rPr>
          <w:sz w:val="20"/>
        </w:rPr>
        <w:t>36:04  جب آپ نے دیکھا کہ انسان due to their conditioning ملنے والے ہیں، نہیں، اتنے پختہ ہو چکے</w:t>
      </w:r>
      <w:r>
        <w:br/>
      </w:r>
      <w:r>
        <w:rPr>
          <w:sz w:val="20"/>
        </w:rPr>
        <w:t>36:11  hain apni conditioning mein jo chali aa rahi hai hazaron saal se, nasal dar nasal ke Hazrat Ibrahim</w:t>
      </w:r>
      <w:r>
        <w:br/>
      </w:r>
      <w:r>
        <w:rPr>
          <w:sz w:val="20"/>
        </w:rPr>
        <w:t>36:18  ki baat un ke samajh mein nahi aayi.</w:t>
      </w:r>
      <w:r>
        <w:br/>
      </w:r>
      <w:r>
        <w:rPr>
          <w:sz w:val="20"/>
        </w:rPr>
        <w:t>36:25  woh jo Hazrat Ibrahim ka jumla aaya hai Quran mein Rabb annahum adlalan katheera is ka matlab yahi</w:t>
      </w:r>
      <w:r>
        <w:br/>
      </w:r>
      <w:r>
        <w:rPr>
          <w:sz w:val="20"/>
        </w:rPr>
        <w:t>36:32  hai ke yeh log poori tarah conditioned ho chuke hain.</w:t>
      </w:r>
      <w:r>
        <w:br/>
      </w:r>
      <w:r>
        <w:rPr>
          <w:sz w:val="20"/>
        </w:rPr>
        <w:t>36:39  Rabb annahum adlalan katheera is ka matlab yahi hai ke Khuda yeh log poori tarah conditioned ho chuke hain.</w:t>
      </w:r>
      <w:r>
        <w:br/>
      </w:r>
      <w:r>
        <w:rPr>
          <w:sz w:val="20"/>
        </w:rPr>
        <w:t>36:46  tab Allah ne Hazrat Ibrahim ko naya rasta bataya, wahi ke nayi nasal banao, mayoos na mayoos ho</w:t>
      </w:r>
      <w:r>
        <w:br/>
      </w:r>
      <w:r>
        <w:rPr>
          <w:sz w:val="20"/>
        </w:rPr>
        <w:t>36:53  jao, na un ke khilaaf ladai karo, na talwarein nikalo, na na un ki gardanein kaato, nayi planning karo.</w:t>
      </w:r>
      <w:r>
        <w:br/>
      </w:r>
      <w:r>
        <w:rPr>
          <w:sz w:val="20"/>
        </w:rPr>
        <w:t>37:00  toh yeh bhi sunnat Ibrahim hai ke dawat ka kaam hum jab karein toh hamein creative banna padega.</w:t>
      </w:r>
      <w:r>
        <w:br/>
      </w:r>
      <w:r>
        <w:rPr>
          <w:sz w:val="20"/>
        </w:rPr>
        <w:t>37:07  ek tareeqe se nahi toh doosre tareeqe se, doosre tareeqe se, teesre tareeqe se.</w:t>
      </w:r>
      <w:r>
        <w:br/>
      </w:r>
      <w:r>
        <w:rPr>
          <w:sz w:val="20"/>
        </w:rPr>
        <w:t>37:14  ab toh Allah taala ne sari sooraten paida kar di hain.</w:t>
      </w:r>
      <w:r>
        <w:br/>
      </w:r>
      <w:r>
        <w:rPr>
          <w:sz w:val="20"/>
        </w:rPr>
        <w:t>37:21  ab Quran ek mehfooz kitaab ban chuka hai, printing press ke zamane mein woh chhap chuka hai.</w:t>
      </w:r>
      <w:r>
        <w:br/>
      </w:r>
      <w:r>
        <w:rPr>
          <w:sz w:val="20"/>
        </w:rPr>
        <w:t>37:28  duniya bhar mein communication ka zamana aa chuka hai.</w:t>
      </w:r>
      <w:r>
        <w:br/>
      </w:r>
      <w:r>
        <w:rPr>
          <w:sz w:val="20"/>
        </w:rPr>
        <w:t>37:35  toh aap Quran ko distribute karein.</w:t>
      </w:r>
      <w:r>
        <w:br/>
      </w:r>
      <w:r>
        <w:rPr>
          <w:sz w:val="20"/>
        </w:rPr>
        <w:t>37:42  main samajhta hoon ke sab se bada, yani sunnat azam hai is waqt Hazrat Ibrahim ki.</w:t>
      </w:r>
      <w:r>
        <w:br/>
      </w:r>
      <w:r>
        <w:rPr>
          <w:sz w:val="20"/>
        </w:rPr>
        <w:t>37:49  Quran ki ek ahmiyat abhi haal mein mujhe samajh mein aayi.</w:t>
      </w:r>
      <w:r>
        <w:br/>
      </w:r>
      <w:r>
        <w:rPr>
          <w:sz w:val="20"/>
        </w:rPr>
        <w:t>37:56  aap ko maloom hai ke Delhi mein ek ek naujawan, jis ki umar sirf 24 saal thi, us</w:t>
      </w:r>
      <w:r>
        <w:br/>
      </w:r>
      <w:r>
        <w:rPr>
          <w:sz w:val="20"/>
        </w:rPr>
        <w:t>38:03  ne suicide kar liya.</w:t>
      </w:r>
      <w:r>
        <w:br/>
      </w:r>
      <w:r>
        <w:rPr>
          <w:sz w:val="20"/>
        </w:rPr>
        <w:t>38:10  Delhi ki ek multi-storey building mein aathveen manzil par us ka office tha, wahan chhalang laga kar</w:t>
      </w:r>
      <w:r>
        <w:br/>
      </w:r>
      <w:r>
        <w:rPr>
          <w:sz w:val="20"/>
        </w:rPr>
        <w:t>38:17  apna koi halaak kar liya us ne.</w:t>
      </w:r>
      <w:r>
        <w:br/>
      </w:r>
      <w:r>
        <w:rPr>
          <w:sz w:val="20"/>
        </w:rPr>
        <w:t>38:24  toh us ke marne ke baad jo suicide note nikla, us mein likha tha us ne ke mujhe</w:t>
      </w:r>
      <w:r>
        <w:br/>
      </w:r>
      <w:r>
        <w:rPr>
          <w:sz w:val="20"/>
        </w:rPr>
        <w:t>38:31  sachai ki talash thi.</w:t>
      </w:r>
      <w:r>
        <w:br/>
      </w:r>
      <w:r>
        <w:rPr>
          <w:sz w:val="20"/>
        </w:rPr>
        <w:t>38:39  mein ne kitabon mein parha to mujhe nahi mili sachai, mili nahi.</w:t>
      </w:r>
      <w:r>
        <w:br/>
      </w:r>
      <w:r>
        <w:rPr>
          <w:sz w:val="20"/>
        </w:rPr>
        <w:t>38:46  ab mein ja raha hoon ke maut ke is paar jo dunya hai, wahan shayad mujhe sachai mil jaye.</w:t>
      </w:r>
      <w:r>
        <w:br/>
      </w:r>
      <w:r>
        <w:rPr>
          <w:sz w:val="20"/>
        </w:rPr>
        <w:t>38:53  woh Dilli mein ek kamre mein rehta tha, uska jo room mate tha, us ne kaha ke</w:t>
      </w:r>
      <w:r>
        <w:br/>
      </w:r>
      <w:r>
        <w:rPr>
          <w:sz w:val="20"/>
        </w:rPr>
        <w:t>39:00  aaj kal woh philosophy ki kitabein parhta tha, bohat philosophy ki kitabein.</w:t>
      </w:r>
      <w:r>
        <w:br/>
      </w:r>
      <w:r>
        <w:rPr>
          <w:sz w:val="20"/>
        </w:rPr>
        <w:t>39:07  to philosophy kya hai? philosophy to confusion mein hota hai.</w:t>
      </w:r>
      <w:r>
        <w:br/>
      </w:r>
      <w:r>
        <w:rPr>
          <w:sz w:val="20"/>
        </w:rPr>
        <w:t>39:14  اس میں فلاسفی میں، philosophy is a knowledge of confusion.</w:t>
      </w:r>
      <w:r>
        <w:br/>
      </w:r>
      <w:r>
        <w:rPr>
          <w:sz w:val="20"/>
        </w:rPr>
        <w:t>39:21  jo bhi philosophy parhta hai, woh aap dekh lijiye, tajurba kar ke, woh confusion mein jeeta hai.</w:t>
      </w:r>
      <w:r>
        <w:br/>
      </w:r>
      <w:r>
        <w:rPr>
          <w:sz w:val="20"/>
        </w:rPr>
        <w:t>39:28  philosophy mein kabhi bhi mujhe nahi mila koi aadmi aisa jo confusion ke siwa us ne kuch paya ho.</w:t>
      </w:r>
      <w:r>
        <w:br/>
      </w:r>
      <w:r>
        <w:rPr>
          <w:sz w:val="20"/>
        </w:rPr>
        <w:t>39:35  to philosophy mein dhoondh raha tha woh sachai, is mein hai confusion.</w:t>
      </w:r>
      <w:r>
        <w:br/>
      </w:r>
      <w:r>
        <w:rPr>
          <w:sz w:val="20"/>
        </w:rPr>
        <w:t>39:42  to dekhiye, ek hi kitab hai is aasman ke neeche, jis mein sachai poore maanon mein batai gayi</w:t>
      </w:r>
      <w:r>
        <w:br/>
      </w:r>
      <w:r>
        <w:rPr>
          <w:sz w:val="20"/>
        </w:rPr>
        <w:t>39:49  hai, aur is mein is mein clarity paar ek salah hai.</w:t>
      </w:r>
      <w:r>
        <w:br/>
      </w:r>
      <w:r>
        <w:rPr>
          <w:sz w:val="20"/>
        </w:rPr>
        <w:t>39:56  clarity is ke andar paar ek salah hai, woh hai Quran.</w:t>
      </w:r>
      <w:r>
        <w:br/>
      </w:r>
      <w:r>
        <w:rPr>
          <w:sz w:val="20"/>
        </w:rPr>
        <w:t>40:03  Quran mein khud yeh ayat hai ke walaqad yassarna alquranu lizzikri afalain mata.</w:t>
      </w:r>
      <w:r>
        <w:br/>
      </w:r>
      <w:r>
        <w:rPr>
          <w:sz w:val="20"/>
        </w:rPr>
        <w:t>40:10  yahan yassarna ke lafzi tarjuma to hai ke hum ne aasan bana diya, lekin aasan ka matlab kya</w:t>
      </w:r>
      <w:r>
        <w:br/>
      </w:r>
      <w:r>
        <w:rPr>
          <w:sz w:val="20"/>
        </w:rPr>
        <w:t>40:17  hai? woh yeh to yahi matlab hai ke is mein clarity bohat zyada hai.</w:t>
      </w:r>
      <w:r>
        <w:br/>
      </w:r>
      <w:r>
        <w:rPr>
          <w:sz w:val="20"/>
        </w:rPr>
        <w:t>40:24  parhte jao, samajhte jao, parhte jao, samajhte jao.</w:t>
      </w:r>
      <w:r>
        <w:br/>
      </w:r>
      <w:r>
        <w:rPr>
          <w:sz w:val="20"/>
        </w:rPr>
        <w:t>40:31  to Guru Patel ka jo waqia hai, mein samajhta hoon ke woh sari dunya ka waqia hai.</w:t>
      </w:r>
      <w:r>
        <w:br/>
      </w:r>
      <w:r>
        <w:rPr>
          <w:sz w:val="20"/>
        </w:rPr>
        <w:t>40:38  ہر انسان جو ہے، سچائی کا طالب ہے، کیونکہ انسان کے نیچر میں pursuit سچائی کی interwoven ہے۔</w:t>
      </w:r>
      <w:r>
        <w:br/>
      </w:r>
      <w:r>
        <w:rPr>
          <w:sz w:val="20"/>
        </w:rPr>
        <w:t>40:45  har insaan by birth chahta hai ke us ko sachai milay.</w:t>
      </w:r>
      <w:r>
        <w:br/>
      </w:r>
      <w:r>
        <w:rPr>
          <w:sz w:val="20"/>
        </w:rPr>
        <w:t>40:52  تو کہا potential sense میں ہر آدمی seeker ہے، seeker۔</w:t>
      </w:r>
      <w:r>
        <w:br/>
      </w:r>
      <w:r>
        <w:rPr>
          <w:sz w:val="20"/>
        </w:rPr>
        <w:t>40:59  to woh parhta hai yeh sab cheezein idhar udhar, lekin us ko milta nahi.</w:t>
      </w:r>
      <w:r>
        <w:br/>
      </w:r>
      <w:r>
        <w:rPr>
          <w:sz w:val="20"/>
        </w:rPr>
        <w:t>41:06  natija hai ke woh first jeeta hai, first marta hai.</w:t>
      </w:r>
      <w:r>
        <w:br/>
      </w:r>
      <w:r>
        <w:rPr>
          <w:sz w:val="20"/>
        </w:rPr>
        <w:t>41:13  ab aisi halat mein dekhiye, jo ek hi kitab, jis mein guidance hai, jis mein sachai ko bataya</w:t>
      </w:r>
      <w:r>
        <w:br/>
      </w:r>
      <w:r>
        <w:rPr>
          <w:sz w:val="20"/>
        </w:rPr>
        <w:t>41:20  gaya hai, woh Quran hai, aur Quran ke haamil musalman hain.</w:t>
      </w:r>
      <w:r>
        <w:br/>
      </w:r>
      <w:r>
        <w:rPr>
          <w:sz w:val="20"/>
        </w:rPr>
        <w:t>41:27  ab bataiye ke aisi halat mein kya farz hai musalmanon ka ke janwar zabah kar dein? bas ho</w:t>
      </w:r>
      <w:r>
        <w:br/>
      </w:r>
      <w:r>
        <w:rPr>
          <w:sz w:val="20"/>
        </w:rPr>
        <w:t>41:34  gaya farz ada un ka.</w:t>
      </w:r>
      <w:r>
        <w:br/>
      </w:r>
      <w:r>
        <w:rPr>
          <w:sz w:val="20"/>
        </w:rPr>
        <w:t>41:42  shadiyon mein bare bare kharcha kar ke dhoom machayein, is se kaam ban gaya un ka.</w:t>
      </w:r>
      <w:r>
        <w:br/>
      </w:r>
      <w:r>
        <w:rPr>
          <w:sz w:val="20"/>
        </w:rPr>
        <w:t>41:49  yaqeen kijiye, farz se bhi zyada bara farz hai musalman ke upar ke woh Quran ko tamam insanon</w:t>
      </w:r>
      <w:r>
        <w:br/>
      </w:r>
      <w:r>
        <w:rPr>
          <w:sz w:val="20"/>
        </w:rPr>
        <w:t>41:56  tak pahunchayen, har zaban mein tarjuma tayyar karen, har zaban mein is ko chhapen, aur is ko sari</w:t>
      </w:r>
      <w:r>
        <w:br/>
      </w:r>
      <w:r>
        <w:rPr>
          <w:sz w:val="20"/>
        </w:rPr>
        <w:t>42:03  duniya mein distribute karen.</w:t>
      </w:r>
      <w:r>
        <w:br/>
      </w:r>
      <w:r>
        <w:rPr>
          <w:sz w:val="20"/>
        </w:rPr>
        <w:t>42:10  Musalmanon ka har paisa is waqt tak jaiz nahin hai un ko istemal karna jab tak ke woh</w:t>
      </w:r>
      <w:r>
        <w:br/>
      </w:r>
      <w:r>
        <w:rPr>
          <w:sz w:val="20"/>
        </w:rPr>
        <w:t>42:17  dawat ke kaam mein is ko istemal na kar chuke hon.</w:t>
      </w:r>
      <w:r>
        <w:br/>
      </w:r>
      <w:r>
        <w:rPr>
          <w:sz w:val="20"/>
        </w:rPr>
        <w:t>42:24  Ek dawat ke kaam mein agar aap ka paisa nahin lag raha hai to aap apne paise apne</w:t>
      </w:r>
      <w:r>
        <w:br/>
      </w:r>
      <w:r>
        <w:rPr>
          <w:sz w:val="20"/>
        </w:rPr>
        <w:t>42:31  liye istemal kar rahe hain, apni family ke liye.</w:t>
      </w:r>
      <w:r>
        <w:br/>
      </w:r>
      <w:r>
        <w:rPr>
          <w:sz w:val="20"/>
        </w:rPr>
        <w:t>42:38  To yaqeen kijiye ke woh jaiz hi nahin.</w:t>
      </w:r>
      <w:r>
        <w:br/>
      </w:r>
      <w:r>
        <w:rPr>
          <w:sz w:val="20"/>
        </w:rPr>
        <w:t>42:45  Jab aap dawat ke liye kharch koi kar chuke hon, tab ja kar ke family ke liye kharch</w:t>
      </w:r>
      <w:r>
        <w:br/>
      </w:r>
      <w:r>
        <w:rPr>
          <w:sz w:val="20"/>
        </w:rPr>
        <w:t>42:52  karna jaiz hoga.</w:t>
      </w:r>
      <w:r>
        <w:br/>
      </w:r>
      <w:r>
        <w:rPr>
          <w:sz w:val="20"/>
        </w:rPr>
        <w:t>42:59  Yeh bohat ajeeb baat hai, bohat ajeeb baat hai.</w:t>
      </w:r>
      <w:r>
        <w:br/>
      </w:r>
      <w:r>
        <w:rPr>
          <w:sz w:val="20"/>
        </w:rPr>
        <w:t>43:06  Isi liye Quran mein hai ke yas'aluka ma yutfiqoon qul af log poochte hain ke hum kya</w:t>
      </w:r>
      <w:r>
        <w:br/>
      </w:r>
      <w:r>
        <w:rPr>
          <w:sz w:val="20"/>
        </w:rPr>
        <w:t>43:13  kharch karen? To farmaya ke jo kuch bhi tumhari real need se zyada ho.</w:t>
      </w:r>
      <w:r>
        <w:br/>
      </w:r>
      <w:r>
        <w:rPr>
          <w:sz w:val="20"/>
        </w:rPr>
        <w:t>43:20  Af af ka matlab hota hai real need, haqeeqi zaroorat.</w:t>
      </w:r>
      <w:r>
        <w:br/>
      </w:r>
      <w:r>
        <w:rPr>
          <w:sz w:val="20"/>
        </w:rPr>
        <w:t>43:27  Yeh ayat kya bata rahi hai ke aap ki kamai mein aap ka hissa sirf baqadr zaroorat hai,</w:t>
      </w:r>
      <w:r>
        <w:br/>
      </w:r>
      <w:r>
        <w:rPr>
          <w:sz w:val="20"/>
        </w:rPr>
        <w:t>43:34  jo real need hai, us ke baqadr aap ka hissa hai.</w:t>
      </w:r>
      <w:r>
        <w:br/>
      </w:r>
      <w:r>
        <w:rPr>
          <w:sz w:val="20"/>
        </w:rPr>
        <w:t>43:41  Baqi sab dawat hai Allah ke liye, baqi sab shaad aur naaz ke liye.</w:t>
      </w:r>
      <w:r>
        <w:br/>
      </w:r>
      <w:r>
        <w:rPr>
          <w:sz w:val="20"/>
        </w:rPr>
        <w:t>43:48  Yeh sabaq lene ke liye aadmi jata hai haj karne, magar us waqt le kar lotte nahin log.</w:t>
      </w:r>
      <w:r>
        <w:br/>
      </w:r>
      <w:r>
        <w:rPr>
          <w:sz w:val="20"/>
        </w:rPr>
        <w:t>43:55  Kyun? Chunke woh prepared mind nahin hote, aise hi chalate hain.</w:t>
      </w:r>
      <w:r>
        <w:br/>
      </w:r>
      <w:r>
        <w:rPr>
          <w:sz w:val="20"/>
        </w:rPr>
        <w:t>44:02  Mas'ale mas'ale yaad kar ke bas mas'ale mas'ale yaad karte hue jate hain, aur mas'ale mas'ale yaad karte</w:t>
      </w:r>
      <w:r>
        <w:br/>
      </w:r>
      <w:r>
        <w:rPr>
          <w:sz w:val="20"/>
        </w:rPr>
        <w:t>44:09  hue wapas aa jate hain.</w:t>
      </w:r>
      <w:r>
        <w:br/>
      </w:r>
      <w:r>
        <w:rPr>
          <w:sz w:val="20"/>
        </w:rPr>
        <w:t>44:16  Aur wahan jo taqreeren hoti hain, jo khutbe diye jate hain, us mein bhi baat clear taur par</w:t>
      </w:r>
      <w:r>
        <w:br/>
      </w:r>
      <w:r>
        <w:rPr>
          <w:sz w:val="20"/>
        </w:rPr>
        <w:t>44:23  nahin batate woh log.</w:t>
      </w:r>
      <w:r>
        <w:br/>
      </w:r>
      <w:r>
        <w:rPr>
          <w:sz w:val="20"/>
        </w:rPr>
        <w:t>44:30  Main samajhta hoon yeh baat sari duniya mein boli jani chahiye, haram se bhi aur har jagah ke a musalmanon!</w:t>
      </w:r>
      <w:r>
        <w:br/>
      </w:r>
      <w:r>
        <w:rPr>
          <w:sz w:val="20"/>
        </w:rPr>
        <w:t>44:38  Tum par farz hai ke tum Quran ko sari duniya tak pahunchao.</w:t>
      </w:r>
    </w:p>
    <w:p>
      <w:pPr>
        <w:pStyle w:val="Heading2"/>
      </w:pPr>
      <w:r>
        <w:t>Accept status quo in Palestine and Kashmir</w:t>
      </w:r>
    </w:p>
    <w:p>
      <w:r>
        <w:rPr>
          <w:color w:val="666666"/>
          <w:sz w:val="18"/>
        </w:rPr>
        <w:t>In Conversation with Maulana Wahiduddin Khan | June 16, 2007 · 5m 34s · at 9:20 · https://youtu.be/MG2XRUY4FBM?t=560</w:t>
      </w:r>
    </w:p>
    <w:p>
      <w:r>
        <w:rPr>
          <w:i/>
        </w:rPr>
        <w:t>“In 1948, only 1/3 of Palestine was given to Israel.”</w:t>
      </w:r>
    </w:p>
    <w:p>
      <w:r>
        <w:rPr>
          <w:sz w:val="20"/>
        </w:rPr>
        <w:t>9:20  it was implementation of a decision taken by the international community.</w:t>
      </w:r>
      <w:r>
        <w:br/>
      </w:r>
      <w:r>
        <w:rPr>
          <w:sz w:val="20"/>
        </w:rPr>
        <w:t>9:28  So, at that time, I mean in 1948, only 1/3 of the Palestine was given to Israel.</w:t>
      </w:r>
      <w:r>
        <w:br/>
      </w:r>
      <w:r>
        <w:rPr>
          <w:sz w:val="20"/>
        </w:rPr>
        <w:t>9:36  and 2/3 of the palestine was given to arabs.</w:t>
      </w:r>
      <w:r>
        <w:br/>
      </w:r>
      <w:r>
        <w:rPr>
          <w:sz w:val="20"/>
        </w:rPr>
        <w:t>9:43  so, according to my</w:t>
      </w:r>
      <w:r>
        <w:br/>
      </w:r>
      <w:r>
        <w:rPr>
          <w:sz w:val="20"/>
        </w:rPr>
        <w:t>9:51  opinion, my study, Arabs must have accepted this partition.</w:t>
      </w:r>
      <w:r>
        <w:br/>
      </w:r>
      <w:r>
        <w:rPr>
          <w:sz w:val="20"/>
        </w:rPr>
        <w:t>9:57  must have accepted this partition.</w:t>
      </w:r>
      <w:r>
        <w:br/>
      </w:r>
      <w:r>
        <w:rPr>
          <w:sz w:val="20"/>
        </w:rPr>
        <w:t>10:03  Just like Hindu, they have accepted partition in 1948.</w:t>
      </w:r>
      <w:r>
        <w:br/>
      </w:r>
      <w:r>
        <w:rPr>
          <w:sz w:val="20"/>
        </w:rPr>
        <w:t>10:10  So, according to the situation, it was must for Arabs to accept this partition.</w:t>
      </w:r>
      <w:r>
        <w:br/>
      </w:r>
      <w:r>
        <w:rPr>
          <w:sz w:val="20"/>
        </w:rPr>
        <w:t>10:16  So, at that time, they were quite in advantageous position.</w:t>
      </w:r>
      <w:r>
        <w:br/>
      </w:r>
      <w:r>
        <w:rPr>
          <w:sz w:val="20"/>
        </w:rPr>
        <w:t>10:22  2/3 of the Palestine was under their occupation, including Jerusalem, including Masjid Aqsa, including all those best land</w:t>
      </w:r>
      <w:r>
        <w:br/>
      </w:r>
      <w:r>
        <w:rPr>
          <w:sz w:val="20"/>
        </w:rPr>
        <w:t>10:28  of the palestine.</w:t>
      </w:r>
      <w:r>
        <w:br/>
      </w:r>
      <w:r>
        <w:rPr>
          <w:sz w:val="20"/>
        </w:rPr>
        <w:t>10:34  so, they opted for violence.</w:t>
      </w:r>
      <w:r>
        <w:br/>
      </w:r>
      <w:r>
        <w:rPr>
          <w:sz w:val="20"/>
        </w:rPr>
        <w:t>10:41  although, it was must for it.</w:t>
      </w:r>
      <w:r>
        <w:br/>
      </w:r>
      <w:r>
        <w:rPr>
          <w:sz w:val="20"/>
        </w:rPr>
        <w:t>10:47  it was they have to</w:t>
      </w:r>
      <w:r>
        <w:br/>
      </w:r>
      <w:r>
        <w:rPr>
          <w:sz w:val="20"/>
        </w:rPr>
        <w:t>10:53  They have to accept that that partition.</w:t>
      </w:r>
      <w:r>
        <w:br/>
      </w:r>
      <w:r>
        <w:rPr>
          <w:sz w:val="20"/>
        </w:rPr>
        <w:t>10:57  but, they refused it.</w:t>
      </w:r>
      <w:r>
        <w:br/>
      </w:r>
      <w:r>
        <w:rPr>
          <w:sz w:val="20"/>
        </w:rPr>
        <w:t>11:01  They refused to accept that partition.</w:t>
      </w:r>
      <w:r>
        <w:br/>
      </w:r>
      <w:r>
        <w:rPr>
          <w:sz w:val="20"/>
        </w:rPr>
        <w:t>11:06  and they opted for war.</w:t>
      </w:r>
      <w:r>
        <w:br/>
      </w:r>
      <w:r>
        <w:rPr>
          <w:sz w:val="20"/>
        </w:rPr>
        <w:t>11:10  And you see, they gain nothing except loss, except destruction.</w:t>
      </w:r>
      <w:r>
        <w:br/>
      </w:r>
      <w:r>
        <w:rPr>
          <w:sz w:val="20"/>
        </w:rPr>
        <w:t>11:14  they gained nothing.</w:t>
      </w:r>
      <w:r>
        <w:br/>
      </w:r>
      <w:r>
        <w:rPr>
          <w:sz w:val="20"/>
        </w:rPr>
        <w:t>11:18  so, here, i would like to add one point that islam believes in result.</w:t>
      </w:r>
      <w:r>
        <w:br/>
      </w:r>
      <w:r>
        <w:rPr>
          <w:sz w:val="20"/>
        </w:rPr>
        <w:t>11:23  min husne islamil maray tarkhu malayani.</w:t>
      </w:r>
      <w:r>
        <w:br/>
      </w:r>
      <w:r>
        <w:rPr>
          <w:sz w:val="20"/>
        </w:rPr>
        <w:t>11:30  it means that you have to see the result.</w:t>
      </w:r>
      <w:r>
        <w:br/>
      </w:r>
      <w:r>
        <w:rPr>
          <w:sz w:val="20"/>
        </w:rPr>
        <w:t>11:38  so, here, you can see that what was the result.</w:t>
      </w:r>
      <w:r>
        <w:br/>
      </w:r>
      <w:r>
        <w:rPr>
          <w:sz w:val="20"/>
        </w:rPr>
        <w:t>11:45  result was there there there act there there there option for so called jihad was like counter product</w:t>
      </w:r>
      <w:r>
        <w:br/>
      </w:r>
      <w:r>
        <w:rPr>
          <w:sz w:val="20"/>
        </w:rPr>
        <w:t>11:53  ive. they failed to achieve anything positive. it was completely a a destruction. completely a a it was a it so it was a wrong option. now, again, they have to return to that formula. they</w:t>
      </w:r>
      <w:r>
        <w:br/>
      </w:r>
      <w:r>
        <w:rPr>
          <w:sz w:val="20"/>
        </w:rPr>
        <w:t>12:23  have to accept the present status quo. otherwise, there is no solution of palestine problem, palestine issue. they have no option again except to accept the status quo in palestine. there is no other option. all other options are disasters. would you recommend the same status quo solution for the kashmi</w:t>
      </w:r>
      <w:r>
        <w:br/>
      </w:r>
      <w:r>
        <w:rPr>
          <w:sz w:val="20"/>
        </w:rPr>
        <w:t>12:53  our problem as well today? certainly.</w:t>
      </w:r>
      <w:r>
        <w:br/>
      </w:r>
      <w:r>
        <w:rPr>
          <w:sz w:val="20"/>
        </w:rPr>
        <w:t>13:03  i have i have suggested that pakistan and kashmiri leaders both must accept the status quo in kashmir.</w:t>
      </w:r>
      <w:r>
        <w:br/>
      </w:r>
      <w:r>
        <w:rPr>
          <w:sz w:val="20"/>
        </w:rPr>
        <w:t>13:13  i have said this in 1968. in 1968,</w:t>
      </w:r>
      <w:r>
        <w:br/>
      </w:r>
      <w:r>
        <w:rPr>
          <w:sz w:val="20"/>
        </w:rPr>
        <w:t>13:23  that is impossible to change the loc, the line of actual control.</w:t>
      </w:r>
      <w:r>
        <w:br/>
      </w:r>
      <w:r>
        <w:rPr>
          <w:sz w:val="20"/>
        </w:rPr>
        <w:t>13:29  it is impossible for pakistan or for kashmiri leaders.</w:t>
      </w:r>
      <w:r>
        <w:br/>
      </w:r>
      <w:r>
        <w:rPr>
          <w:sz w:val="20"/>
        </w:rPr>
        <w:t>13:36  so, why you are fighting against impossible?</w:t>
      </w:r>
      <w:r>
        <w:br/>
      </w:r>
      <w:r>
        <w:rPr>
          <w:sz w:val="20"/>
        </w:rPr>
        <w:t>13:42  there is the best formula of of the best policy is that polity is the art of the possible.</w:t>
      </w:r>
      <w:r>
        <w:br/>
      </w:r>
      <w:r>
        <w:rPr>
          <w:sz w:val="20"/>
        </w:rPr>
        <w:t>13:48  this is also the islamic formula.</w:t>
      </w:r>
      <w:r>
        <w:br/>
      </w:r>
      <w:r>
        <w:rPr>
          <w:sz w:val="20"/>
        </w:rPr>
        <w:t>13:55  polity is the art of the possible.</w:t>
      </w:r>
      <w:r>
        <w:br/>
      </w:r>
      <w:r>
        <w:rPr>
          <w:sz w:val="20"/>
        </w:rPr>
        <w:t>14:00  so, you have to opt for possible, not not the impossible.</w:t>
      </w:r>
      <w:r>
        <w:br/>
      </w:r>
      <w:r>
        <w:rPr>
          <w:sz w:val="20"/>
        </w:rPr>
        <w:t>14:05  So, Kashmiri leaders and Pakistan both, they accept they opted for impossible.</w:t>
      </w:r>
      <w:r>
        <w:br/>
      </w:r>
      <w:r>
        <w:rPr>
          <w:sz w:val="20"/>
        </w:rPr>
        <w:t>14:10  so, now, they have to reassess their position.</w:t>
      </w:r>
      <w:r>
        <w:br/>
      </w:r>
      <w:r>
        <w:rPr>
          <w:sz w:val="20"/>
        </w:rPr>
        <w:t>14:15  they have to revise their policy.</w:t>
      </w:r>
      <w:r>
        <w:br/>
      </w:r>
      <w:r>
        <w:rPr>
          <w:sz w:val="20"/>
        </w:rPr>
        <w:t>14:20  and they have to accept the status quo. otherwise,</w:t>
      </w:r>
      <w:r>
        <w:br/>
      </w:r>
      <w:r>
        <w:rPr>
          <w:sz w:val="20"/>
        </w:rPr>
        <w:t>14:25  there is no future. they cannot achieve by fighting. so, they have no option except to accept the status quo in kashmir. but, maulana, it is said that the jihad in which muslims indulge themselves in, they usually derive their inspiration from prophet mohammed, who himself fought many wars in his life time. how far is this</w:t>
      </w:r>
    </w:p>
    <w:p>
      <w:pPr>
        <w:pStyle w:val="Heading2"/>
      </w:pPr>
      <w:r>
        <w:t>Resolving a group split by managing differences, not excusing them</w:t>
      </w:r>
    </w:p>
    <w:p>
      <w:r>
        <w:rPr>
          <w:color w:val="666666"/>
          <w:sz w:val="18"/>
        </w:rPr>
        <w:t>Ijtihad in Islam December 28, 2008 · 1m 44s · at 32:43 · https://youtu.be/tQL9OXuyYFk?t=1963</w:t>
      </w:r>
    </w:p>
    <w:p>
      <w:r>
        <w:rPr>
          <w:i/>
        </w:rPr>
        <w:t>“Bhopal mein humara group aapas mein door ho gaya tha”</w:t>
      </w:r>
    </w:p>
    <w:p>
      <w:r>
        <w:rPr>
          <w:sz w:val="20"/>
        </w:rPr>
        <w:t>32:43  yeh hai ijtehadi soch ka nateeja. aise hi dekhiye, ek telephone aaya aaj hi Bhopal se. Bhopal mein hamara ek group hai, aapas mein bada in ka difference ho gaya tha,</w:t>
      </w:r>
      <w:r>
        <w:br/>
      </w:r>
      <w:r>
        <w:rPr>
          <w:sz w:val="20"/>
        </w:rPr>
        <w:t>32:59  aapas mein door ho gaye the ek doosre se. Bhopal ke jo saathi hamare hain, toh unhon ne bataya ke maine sab ko ekhatta kiya, saathiyon ke kal un ko unhon ne hamara koi hissa padh kar sunaya.</w:t>
      </w:r>
      <w:r>
        <w:br/>
      </w:r>
      <w:r>
        <w:rPr>
          <w:sz w:val="20"/>
        </w:rPr>
        <w:t>33:16  is mein hum ne likha tha ke differences jo hote hain, woh is liye nahi hote ke aap is ka excuse le kar alag ho jayen. aap woh toh manage karne ke hote hain, you have to manage the difference.</w:t>
      </w:r>
      <w:r>
        <w:br/>
      </w:r>
      <w:r>
        <w:rPr>
          <w:sz w:val="20"/>
        </w:rPr>
        <w:t>33:27  aap ko aik difference ko manage karen. yeh to aik difference paida hua, ab is ko excuse le kar alag ho gaye kyunke difference to part of nature hai.</w:t>
      </w:r>
      <w:r>
        <w:br/>
      </w:r>
      <w:r>
        <w:rPr>
          <w:sz w:val="20"/>
        </w:rPr>
        <w:t>33:39  is ko unhon ne bataya ke hum log jis bashar ko khare hue hain, le kar ke is mein to yeh bataya jata hai ke difference ko manage karo aur hum hi log difference ko excuse bana lein.</w:t>
      </w:r>
      <w:r>
        <w:br/>
      </w:r>
      <w:r>
        <w:rPr>
          <w:sz w:val="20"/>
        </w:rPr>
        <w:t>33:51  sab ki samajh mein aa gayi baat. aage phir se hum sab ikhatta ho gaye aur phir se bhopal mein kaam ko aage barhaya jayega. yeh hai ijtihadi soch.</w:t>
      </w:r>
      <w:r>
        <w:br/>
      </w:r>
      <w:r>
        <w:rPr>
          <w:sz w:val="20"/>
        </w:rPr>
        <w:t>34:02  yani aik soch yeh hai ke difference hai to bas baat khatam, tum alag, hum alag. yeh uncreative soch.</w:t>
      </w:r>
      <w:r>
        <w:br/>
      </w:r>
      <w:r>
        <w:rPr>
          <w:sz w:val="20"/>
        </w:rPr>
        <w:t>34:12  creative soch kya hai? difference to part of nature hai, difference ko manage karo, difference ko manage karo.</w:t>
      </w:r>
      <w:r>
        <w:br/>
      </w:r>
      <w:r>
        <w:rPr>
          <w:sz w:val="20"/>
        </w:rPr>
        <w:t>34:22  yeh hai creative soch.</w:t>
      </w:r>
    </w:p>
    <w:p>
      <w:pPr>
        <w:pStyle w:val="Heading2"/>
      </w:pPr>
      <w:r>
        <w:t>hadith: the old woman who bargained for Paradise</w:t>
      </w:r>
    </w:p>
    <w:p>
      <w:r>
        <w:rPr>
          <w:color w:val="666666"/>
          <w:sz w:val="18"/>
        </w:rPr>
        <w:t>Lessons from The Story of Prophet Yusuf Part 2 June 5, 2022 · 5m 49s · at 58:12 · https://youtu.be/k1b1r4F2rnI?t=3492</w:t>
      </w:r>
    </w:p>
    <w:p>
      <w:r>
        <w:rPr>
          <w:i/>
        </w:rPr>
        <w:t>“ایک بار پرافٹ محمد کسی بدو کے گھر گئے۔”</w:t>
      </w:r>
    </w:p>
    <w:p>
      <w:r>
        <w:rPr>
          <w:sz w:val="20"/>
        </w:rPr>
        <w:t>58:12  zikr hai, baqi koi zyada aur baat nahi hai. Ji to ek hadees mein aata hai ke ek ah bar Prophet Muhammad صلی اللہ علیہ وسلم kisi badu ke ghar gaye, jo gaon mein rehte hain.</w:t>
      </w:r>
      <w:r>
        <w:br/>
      </w:r>
      <w:r>
        <w:rPr>
          <w:sz w:val="20"/>
        </w:rPr>
        <w:t>58:25  ji kheti bari karte hain, to us badu ne bohat hi acha, ah achay tareeqay se pesh aaya, bohat aoo bhagat ki, bada khayal kiya.</w:t>
      </w:r>
      <w:r>
        <w:br/>
      </w:r>
      <w:r>
        <w:rPr>
          <w:sz w:val="20"/>
        </w:rPr>
        <w:t>58:37  to Prophet ne jab jaane lage to kaha ke tum bhi aana hamare yahan kabhi.</w:t>
      </w:r>
      <w:r>
        <w:br/>
      </w:r>
      <w:r>
        <w:rPr>
          <w:sz w:val="20"/>
        </w:rPr>
        <w:t>58:44  to kuch arsay ke baad woh aaya badu Prophet se milne, to Prophet achi tarah se mile us se, baat cheet ki, aur kaha ke tumhari agar koi zaroorat ho, kuch tum chahte ho to batao,</w:t>
      </w:r>
      <w:r>
        <w:br/>
      </w:r>
      <w:r>
        <w:rPr>
          <w:sz w:val="20"/>
        </w:rPr>
        <w:t>59:01  koi hajat ho tumhari to batao, main poora karoon ise. To us ne kaha ke mujhe koi ek untni dein dein, aap kajaway ke sath.</w:t>
      </w:r>
      <w:r>
        <w:br/>
      </w:r>
      <w:r>
        <w:rPr>
          <w:sz w:val="20"/>
        </w:rPr>
        <w:t>59:12  ji</w:t>
      </w:r>
      <w:r>
        <w:br/>
      </w:r>
      <w:r>
        <w:rPr>
          <w:sz w:val="20"/>
        </w:rPr>
        <w:t>59:13  aur kuch bakriyan dein dein taake jo meri family hai, us ke liye asani ho jaye gi, woh doodh wagera us se nikalen gi.</w:t>
      </w:r>
      <w:r>
        <w:br/>
      </w:r>
      <w:r>
        <w:rPr>
          <w:sz w:val="20"/>
        </w:rPr>
        <w:t>59:26  to Prophet muskuraye, aur Sahaba bhi bethe hue the wahan. To sab se address karte hue kaha ke tum logon ko kya ho gaya hai</w:t>
      </w:r>
      <w:r>
        <w:br/>
      </w:r>
      <w:r>
        <w:rPr>
          <w:sz w:val="20"/>
        </w:rPr>
        <w:t>59:38  ke tum Bani Israel ki budhiya ki tarah se bhi koi sawal karna nahi jante, kuch mangna nahi jante. Ji mutaliba nahi karna jante.</w:t>
      </w:r>
      <w:r>
        <w:br/>
      </w:r>
      <w:r>
        <w:rPr>
          <w:sz w:val="20"/>
        </w:rPr>
        <w:t>59:48  to jo Sahaba the, woh bare hairaan hue ke yeh Bani Bani Israel ki budhiya ka kya mamla hai. To unhon ne kaha ke aye Khuda ke Rasool, Bani Israel ki budhiya ka kya qissa hai?</w:t>
      </w:r>
      <w:r>
        <w:br/>
      </w:r>
      <w:r>
        <w:rPr>
          <w:sz w:val="20"/>
        </w:rPr>
        <w:t>59:59  ji to Rasool Allah صلی اللہ علیہ وسلم ne poori poori kahani sunai,</w:t>
      </w:r>
      <w:r>
        <w:br/>
      </w:r>
      <w:r>
        <w:rPr>
          <w:sz w:val="20"/>
        </w:rPr>
        <w:t>1:00:07  kaha ke jab Musa علیہ السلام Misr se nikle, yani jab Firon gharaq ho gaya, to Allah taala ne hukum diya ke tum ah saare ah Bani Israel ko Egypt se le ke ah Holy Land Sahra-e-Sina mein jao, aur un ki tarbiyat karo.</w:t>
      </w:r>
      <w:r>
        <w:br/>
      </w:r>
      <w:r>
        <w:rPr>
          <w:sz w:val="20"/>
        </w:rPr>
        <w:t>1:00:28  to poora qafila nikla, poora qairwan.</w:t>
      </w:r>
      <w:r>
        <w:br/>
      </w:r>
      <w:r>
        <w:rPr>
          <w:sz w:val="20"/>
        </w:rPr>
        <w:t>1:00:31  to rastay mein kahin ah woh log rasta un ko samajh mein nahi aya. To Musa علیہ السلام ne jo ulma the us group mein, un ko kaha ke bhai yeh rasta humein samajh mein kyun nahi aa raha hai, yahan se aage kahan jayen?</w:t>
      </w:r>
      <w:r>
        <w:br/>
      </w:r>
      <w:r>
        <w:rPr>
          <w:sz w:val="20"/>
        </w:rPr>
        <w:t>1:00:48  to unhon ne kaha ke ah hum ko Yusuf علیہ السلام ki qabar tak jana hoga, wahan se phir rasta humein samajh mein aa jayega.</w:t>
      </w:r>
      <w:r>
        <w:br/>
      </w:r>
      <w:r>
        <w:rPr>
          <w:sz w:val="20"/>
        </w:rPr>
        <w:t>1:00:57  ek lambi hadees hai, main thora hissa le raha hoon. Ji</w:t>
      </w:r>
      <w:r>
        <w:br/>
      </w:r>
      <w:r>
        <w:rPr>
          <w:sz w:val="20"/>
        </w:rPr>
        <w:t>1:01:02  to Musa علیہ السلام ne kaha ke phir kaise pata karenge qabar kahan hai? To un logon ne kaha ke ek Bani Israel ki budhiya hai, old lady hai, bas woh janti hai, aur koi janta nahi hai ke kahan hai Yusuf علیہ السلام ki qabar.</w:t>
      </w:r>
      <w:r>
        <w:br/>
      </w:r>
      <w:r>
        <w:rPr>
          <w:sz w:val="20"/>
        </w:rPr>
        <w:t>1:01:18  to Musa علیہ السلام ne bulaya, woh bhi thi wahan usi group mein. To woh aayi to</w:t>
      </w:r>
      <w:r>
        <w:br/>
      </w:r>
      <w:r>
        <w:rPr>
          <w:sz w:val="20"/>
        </w:rPr>
        <w:t>1:01:28  musa alehالسلام ne kaha ke batao hamein kahan hai qabar yusuf alehالسلام ki? to is budhiya ne kaha ke khuda ki qasam, main nahi bataungi aap ko jab tak ke aap mera mutalba, meri demand poori poori na karein.</w:t>
      </w:r>
      <w:r>
        <w:br/>
      </w:r>
      <w:r>
        <w:rPr>
          <w:sz w:val="20"/>
        </w:rPr>
        <w:t>1:01:46  to musa alehالسلام to bohat hi ghusse wale the, lekin beharhaal unhone kaha ke acha bhai, kya demand hai tumhari? kya hai mutalba tumhara?</w:t>
      </w:r>
      <w:r>
        <w:br/>
      </w:r>
      <w:r>
        <w:rPr>
          <w:sz w:val="20"/>
        </w:rPr>
        <w:t>1:01:57  us ne kaha ke main aap ke sath jannat mein rehna chahti hoon. acha ji, mashallah. to ab musa alehالسلام to bohat ghusse wale the, unhone ek baar ek farishte ko bhi maar diya tha.</w:t>
      </w:r>
      <w:r>
        <w:br/>
      </w:r>
      <w:r>
        <w:rPr>
          <w:sz w:val="20"/>
        </w:rPr>
        <w:t>1:02:11  to wo to kuch is se pehle ke ghussa aaye, un ko allah taala ne ek farishta bheja, wahi bheji ke is ki demand accept kar lo, mashallah, is ka mutalba poora kar do.</w:t>
      </w:r>
      <w:r>
        <w:br/>
      </w:r>
      <w:r>
        <w:rPr>
          <w:sz w:val="20"/>
        </w:rPr>
        <w:t>1:02:25  to unhone kaha ke theek hai bhai, main tumhara mutalba poora karta hoon, tum rehna jannat mein mere sath. phir wo le ke gayi kahin, aur yusuf alehالسلام ki qabar tak pohanchi.</w:t>
      </w:r>
      <w:r>
        <w:br/>
      </w:r>
      <w:r>
        <w:rPr>
          <w:sz w:val="20"/>
        </w:rPr>
        <w:t>1:02:40  phir kuch aur moajze ke andaaz ki baatein huin, aur phir rasta wazeh ho gaya.</w:t>
      </w:r>
      <w:r>
        <w:br/>
      </w:r>
      <w:r>
        <w:rPr>
          <w:sz w:val="20"/>
        </w:rPr>
        <w:t>1:02:45  to yeh jo qissa hai, is mein yeh jo sabak bohat gehra hai ke insaan ko jab allah taala se dua karni chahiye to wo jannat ki dua kare.</w:t>
      </w:r>
      <w:r>
        <w:br/>
      </w:r>
      <w:r>
        <w:rPr>
          <w:sz w:val="20"/>
        </w:rPr>
        <w:t>1:02:58  ji chunaanche waise aap har har dua kar sakte hain. ah hadees mein aata hai ke tumhari sandal bhi toot jaye to allah se us ke liye dua karo.</w:t>
      </w:r>
      <w:r>
        <w:br/>
      </w:r>
      <w:r>
        <w:rPr>
          <w:sz w:val="20"/>
        </w:rPr>
        <w:t>1:03:09  hmm, agar insaan ki zaroorat hai to wo dunyavi cheezon ki dua kar sakta hai,</w:t>
      </w:r>
      <w:r>
        <w:br/>
      </w:r>
      <w:r>
        <w:rPr>
          <w:sz w:val="20"/>
        </w:rPr>
        <w:t>1:03:15  lekin jo abadi yani eternal masla hai hamara, wo to jannat hai. ji to usi ki dua karni chahiye.</w:t>
      </w:r>
      <w:r>
        <w:br/>
      </w:r>
      <w:r>
        <w:rPr>
          <w:sz w:val="20"/>
        </w:rPr>
        <w:t>1:03:24  mashallah. to is mein bare acha gehra yeh sabak hai ke hamein allah taala se jab hum dua karein to jannat ke liye dua karein.</w:t>
      </w:r>
      <w:r>
        <w:br/>
      </w:r>
      <w:r>
        <w:rPr>
          <w:sz w:val="20"/>
        </w:rPr>
        <w:t>1:03:33  ji aur hadees mein aata hai ke jannat bhi agar tum jannat mango to jannat ul firdous mango, yani jo sab se aala jannat hai, us ke liye allah taala se dua ji</w:t>
      </w:r>
      <w:r>
        <w:br/>
      </w:r>
      <w:r>
        <w:rPr>
          <w:sz w:val="20"/>
        </w:rPr>
        <w:t>1:03:44  karo. to bari bada umda waqia hai, is mein bohat hi acha achi tarah se pata chalta hai ke insaan ko dua jab karni chahiye, paighambar se agar koi mang raha hai to matlab yeh hai ke allah taala se hi ek tareeqe se dua ho rahi hai.</w:t>
      </w:r>
    </w:p>
    <w:p>
      <w:pPr>
        <w:pStyle w:val="Heading2"/>
      </w:pPr>
      <w:r>
        <w:t>Discovering opportunities in India</w:t>
      </w:r>
    </w:p>
    <w:p>
      <w:r>
        <w:rPr>
          <w:color w:val="666666"/>
          <w:sz w:val="18"/>
        </w:rPr>
        <w:t>Muslims in The Modern Age February 18, 2007 Maulana Wahiduddin Khan · 29s · at 8:16 · https://youtu.be/uaGVfipgIo8?t=496</w:t>
      </w:r>
    </w:p>
    <w:p>
      <w:r>
        <w:rPr>
          <w:i/>
        </w:rPr>
        <w:t>“I discovered that India is a country of opportunities.”</w:t>
      </w:r>
    </w:p>
    <w:p>
      <w:r>
        <w:rPr>
          <w:sz w:val="20"/>
        </w:rPr>
        <w:t>8:16  opportunities hain, us ko pata na ho. mein samajhta hoon ke ziya ul haq sahib ne jo discovery ki thi, past ki, us se million time ziyada bari discovery meri hai ke mein ne discover kiya ke India mein opportunities hain.</w:t>
      </w:r>
      <w:r>
        <w:br/>
      </w:r>
      <w:r>
        <w:rPr>
          <w:sz w:val="20"/>
        </w:rPr>
        <w:t>8:34  47 ke baad mein akela tha India mein, akela, jis ne repeatedly is ko bataya musalmanon ko ke India, musalman samajhte the ke India un ke liye problem country hai.</w:t>
      </w:r>
    </w:p>
    <w:p>
      <w:pPr>
        <w:pStyle w:val="Heading2"/>
      </w:pPr>
      <w:r>
        <w:t>The French Revolution ended the age of empires forever</w:t>
      </w:r>
    </w:p>
    <w:p>
      <w:r>
        <w:rPr>
          <w:color w:val="666666"/>
          <w:sz w:val="18"/>
        </w:rPr>
        <w:t>The Crises Management September 18, 2011 · 2m 22s · at 20:29 · https://youtu.be/s3cYFtQZwzw?t=1229</w:t>
      </w:r>
    </w:p>
    <w:p>
      <w:r>
        <w:rPr>
          <w:i/>
        </w:rPr>
        <w:t>“In 18th-century France came the French Revolution”</w:t>
      </w:r>
    </w:p>
    <w:p>
      <w:r>
        <w:rPr>
          <w:sz w:val="20"/>
        </w:rPr>
        <w:t>20:29  dekhiye, 18 century mein France mein French revolution aaya. democracies ka inqilab jis ko French revolution kaha kaha jata hai.</w:t>
      </w:r>
      <w:r>
        <w:br/>
      </w:r>
      <w:r>
        <w:rPr>
          <w:sz w:val="20"/>
        </w:rPr>
        <w:t>20:41  French revolution mein yeh baat aakhri taur par decide ho gayi ke ab duniya mein kabhi bhi kisi ka empire nahi banega. ab national state banegi, nation state.</w:t>
      </w:r>
      <w:r>
        <w:br/>
      </w:r>
      <w:r>
        <w:rPr>
          <w:sz w:val="20"/>
        </w:rPr>
        <w:t>20:55  French revolution hua atharveen sadi eesvi mein. isi waqt aur dobara democracy aa gayi duniya mein. isi waqt yeh tay ho gaya ke ab duniya mein kabhi bhi kisi ka empire nahi banne wala hai.</w:t>
      </w:r>
      <w:r>
        <w:br/>
      </w:r>
      <w:r>
        <w:rPr>
          <w:sz w:val="20"/>
        </w:rPr>
        <w:t>21:08  ab sirf national state rahe gi. lekin musalman abhi bhi isi mein jee rahe hain. abhi woh chahte hain ke wahi khilafat, wahi empire phir un ka ban jaye.</w:t>
      </w:r>
      <w:r>
        <w:br/>
      </w:r>
      <w:r>
        <w:rPr>
          <w:sz w:val="20"/>
        </w:rPr>
        <w:t>21:21  to is muslim empire ko regain karne ke liye yeh sab ho raha hai. halanke quran bata diya karta hai ke woh hamesha nahi reh sakta. tumhari monopoly nahi ho sakti hai is par.</w:t>
      </w:r>
      <w:r>
        <w:br/>
      </w:r>
      <w:r>
        <w:rPr>
          <w:sz w:val="20"/>
        </w:rPr>
        <w:t>21:36  to ab jo ijtihad darkar hai is crisis ko khatam karne ke liye woh yeh hai ke we have to accept the reality.</w:t>
      </w:r>
      <w:r>
        <w:br/>
      </w:r>
      <w:r>
        <w:rPr>
          <w:sz w:val="20"/>
        </w:rPr>
        <w:t>21:47  yeh aik reality hai ke woh daur khatam ho gaya</w:t>
      </w:r>
      <w:r>
        <w:br/>
      </w:r>
      <w:r>
        <w:rPr>
          <w:sz w:val="20"/>
        </w:rPr>
        <w:t>21:51  jabke empire bana karte the. is se pehle aap jante hain ke Roman empire bana, woh khatam ho gaya. phir Muslim empire bana, woh khatam ho gaya.</w:t>
      </w:r>
      <w:r>
        <w:br/>
      </w:r>
      <w:r>
        <w:rPr>
          <w:sz w:val="20"/>
        </w:rPr>
        <w:t>22:02  phir British empire bana, woh khatam ho gaya. ab America ne empire banana chaha lekin woh banne se pehle woh khatam ho gaya. ab woh daur chala gaya.</w:t>
      </w:r>
      <w:r>
        <w:br/>
      </w:r>
      <w:r>
        <w:rPr>
          <w:sz w:val="20"/>
        </w:rPr>
        <w:t>22:15  woh daur khatam ho gaya. ab koi American empire nahi ban sakta. Russian empire toot gaya.</w:t>
      </w:r>
      <w:r>
        <w:br/>
      </w:r>
      <w:r>
        <w:rPr>
          <w:sz w:val="20"/>
        </w:rPr>
        <w:t>22:22  Roman empire toota. Muslim empire toota. British empire toota. Russian empire toota. American empire banne se pehle toota.</w:t>
      </w:r>
      <w:r>
        <w:br/>
      </w:r>
      <w:r>
        <w:rPr>
          <w:sz w:val="20"/>
        </w:rPr>
        <w:t>22:32  lekin musalman isi khwab mein jeete hain. abhi bhi woh isi duniya mein jeete hain. abhi bhi woh khilafat ki boli bolte hain. to crisis kyun jaari hai?</w:t>
      </w:r>
      <w:r>
        <w:br/>
      </w:r>
      <w:r>
        <w:rPr>
          <w:sz w:val="20"/>
        </w:rPr>
        <w:t>22:45  is liye ke musalmanon mein rethinking nahi aayi. rethinking.</w:t>
      </w:r>
    </w:p>
    <w:p>
      <w:pPr>
        <w:pStyle w:val="Heading2"/>
      </w:pPr>
      <w:r>
        <w:t>noblewomen so stunned by Yusuf they cut their hands</w:t>
      </w:r>
    </w:p>
    <w:p>
      <w:r>
        <w:rPr>
          <w:color w:val="666666"/>
          <w:sz w:val="18"/>
        </w:rPr>
        <w:t>Lessons from The Story of Prophet Yusuf Part 2 June 5, 2022 · 26s · at 29:27 · https://youtu.be/k1b1r4F2rnI?t=1767</w:t>
      </w:r>
    </w:p>
    <w:p>
      <w:r>
        <w:rPr>
          <w:i/>
        </w:rPr>
        <w:t>“حاشا للہ، ما هذا بشرا — this is no human being.”</w:t>
      </w:r>
    </w:p>
    <w:p>
      <w:r>
        <w:rPr>
          <w:sz w:val="20"/>
        </w:rPr>
        <w:t>29:27  aur quran mein aata hai woh bolen hasha lillah god save us mahza bashar inna ha illa malakun karim ke yeh to koi insan nahi hai he is not a human being</w:t>
      </w:r>
      <w:r>
        <w:br/>
      </w:r>
      <w:r>
        <w:rPr>
          <w:sz w:val="20"/>
        </w:rPr>
        <w:t>29:41  ji he is a noble angel hmm yani yeh to ek farishta hai. to woh sab ladies bepanah mashhoor ho gayin aur aur speechless ho gayin.</w:t>
      </w:r>
    </w:p>
    <w:p>
      <w:pPr>
        <w:pStyle w:val="Heading2"/>
      </w:pPr>
      <w:r>
        <w:t>Prophet Yusuf redefines tolerance of shirk</w:t>
      </w:r>
    </w:p>
    <w:p>
      <w:r>
        <w:rPr>
          <w:color w:val="666666"/>
          <w:sz w:val="18"/>
        </w:rPr>
        <w:t>Redefining Islam July 05, 2009 Maulana Wahiduddin Khan · 29s · at 18:11 · https://youtu.be/JXY-MlXBy3Q?t=1091</w:t>
      </w:r>
    </w:p>
    <w:p>
      <w:r>
        <w:rPr>
          <w:i/>
        </w:rPr>
        <w:t>“To unhon ne Redefine kiya”</w:t>
      </w:r>
    </w:p>
    <w:p>
      <w:r>
        <w:rPr>
          <w:sz w:val="20"/>
        </w:rPr>
        <w:t>18:11  toh kya hota sab kuch Jeopardize ho jata. toh unhon ne Redefine kiya gaya. jo taleem mili thi Family se un ko ke sab se bari cheez hai tauheed hai aur sab se zyada Evil jo hai sab se bara woh shirk hai.</w:t>
      </w:r>
      <w:r>
        <w:br/>
      </w:r>
      <w:r>
        <w:rPr>
          <w:sz w:val="20"/>
        </w:rPr>
        <w:t>18:30  woh Redefine kiya unhon ne is ko. ke makhsoos halaat mein agar hum is ko Tolerate kar lein toh bohat bari Opportunity hamein mil rahi hai.</w:t>
      </w:r>
    </w:p>
    <w:p>
      <w:pPr>
        <w:pStyle w:val="Heading2"/>
      </w:pPr>
      <w:r>
        <w:t>Two centuries of Muslim leaders' failed struggle explained</w:t>
      </w:r>
    </w:p>
    <w:p>
      <w:r>
        <w:rPr>
          <w:color w:val="666666"/>
          <w:sz w:val="18"/>
        </w:rPr>
        <w:t>Role of Islam in History April 5, 2009 · 6m 21s · at 21:13 · https://youtu.be/_chXIaKrOH8?t=1273</w:t>
      </w:r>
    </w:p>
    <w:p>
      <w:r>
        <w:rPr>
          <w:i/>
        </w:rPr>
        <w:t>“Do sau saal se zyada sacrifice ki, mila kuch nahi”</w:t>
      </w:r>
    </w:p>
    <w:p>
      <w:r>
        <w:rPr>
          <w:sz w:val="20"/>
        </w:rPr>
        <w:t>21:13  jab tum ne do so saal do so saal se bhi ziyada muddat tak sacrifice ki itna bari bari struggle uthai itni bari bari movement uthai to is ka result kahan chala gaya?</w:t>
      </w:r>
      <w:r>
        <w:br/>
      </w:r>
      <w:r>
        <w:rPr>
          <w:sz w:val="20"/>
        </w:rPr>
        <w:t>21:27  to phir shikayat kis baat ki dekhen is mein bohat ziyada sochne ki baat hai is mein bohat ziyada gehri baat samajhne ki baat hai.</w:t>
      </w:r>
      <w:r>
        <w:br/>
      </w:r>
      <w:r>
        <w:rPr>
          <w:sz w:val="20"/>
        </w:rPr>
        <w:t>21:40  jitnay muslim leaders thay is zamanay ke without any exception mein kahoon ga ke sab ne sab ka analysis hi galat tha analysis assessment galat tha sab ka without any exception.</w:t>
      </w:r>
      <w:r>
        <w:br/>
      </w:r>
      <w:r>
        <w:rPr>
          <w:sz w:val="20"/>
        </w:rPr>
        <w:t>21:55  yeh log samjhay ke jo change aaya hai wo sirf yeh aaya hai ke musalmanon ka political empire khatam ho gaya.</w:t>
      </w:r>
      <w:r>
        <w:br/>
      </w:r>
      <w:r>
        <w:rPr>
          <w:sz w:val="20"/>
        </w:rPr>
        <w:t>22:05  yani Andalusia ka empire Spain ka empire Fatmi empire Mughal empire Ottoman empire yeh toot gaya.</w:t>
      </w:r>
      <w:r>
        <w:br/>
      </w:r>
      <w:r>
        <w:rPr>
          <w:sz w:val="20"/>
        </w:rPr>
        <w:t>22:18  to samajhtay hain ke yahi asal masla tha wohin par apna apni sari struggle laga di unhon ne.</w:t>
      </w:r>
      <w:r>
        <w:br/>
      </w:r>
      <w:r>
        <w:rPr>
          <w:sz w:val="20"/>
        </w:rPr>
        <w:t>22:27  yani phir is empire ko revive karna musalmanon ke political role ko revive karna sab ka yahi qissa tha Shah Allah bohat baray thinker manay jatay hain unhon ne kaha tha ke fiq al nizam,</w:t>
      </w:r>
      <w:r>
        <w:br/>
      </w:r>
      <w:r>
        <w:rPr>
          <w:sz w:val="20"/>
        </w:rPr>
        <w:t>22:44  saare nizaam ko tod daalna, yaani political nizaam jo ab hai, us ko tod kar musalman Islam ki base par naya nizaam banana.</w:t>
      </w:r>
      <w:r>
        <w:br/>
      </w:r>
      <w:r>
        <w:rPr>
          <w:sz w:val="20"/>
        </w:rPr>
        <w:t>22:54  Iqbal ne kaha tha ke</w:t>
      </w:r>
      <w:r>
        <w:br/>
      </w:r>
      <w:r>
        <w:rPr>
          <w:sz w:val="20"/>
        </w:rPr>
        <w:t>22:58  bar-sil tanha jamzan aur barham zan ke, yaani is system ko tod daalo, tab naya system banega.</w:t>
      </w:r>
      <w:r>
        <w:br/>
      </w:r>
      <w:r>
        <w:rPr>
          <w:sz w:val="20"/>
        </w:rPr>
        <w:t>23:10  jahan Abdullah ne kaha tha ke al-sharq lil-sharqain, to jitne bhi hain, sab ka jo same civil concern bana, civil concern woh yeh tha ke woh yeh samajhte the ke musalmanon ka jo political role chala raha tha, woh toot gaya.</w:t>
      </w:r>
      <w:r>
        <w:br/>
      </w:r>
      <w:r>
        <w:rPr>
          <w:sz w:val="20"/>
        </w:rPr>
        <w:t>23:29  yahin par saara maamla hai, ise is is ko phir se revive karo. bas isi par saari un ki chalti rahi.</w:t>
      </w:r>
      <w:r>
        <w:br/>
      </w:r>
      <w:r>
        <w:rPr>
          <w:sz w:val="20"/>
        </w:rPr>
        <w:t>23:40  yeh kisi ne yeh bhi nahin socha ke political role khatm kahan hua? yaani aaj bhi 57 Muslim countries hain jahan un ka role hai qaaim, to khatm kahan hua?</w:t>
      </w:r>
      <w:r>
        <w:br/>
      </w:r>
      <w:r>
        <w:rPr>
          <w:sz w:val="20"/>
        </w:rPr>
        <w:t>23:54  yeh bhi ek fallacy hai ke musalmanon ka political role khatm ho gaya. already woh maujood hai 57 Muslim countries mein.</w:t>
      </w:r>
      <w:r>
        <w:br/>
      </w:r>
      <w:r>
        <w:rPr>
          <w:sz w:val="20"/>
        </w:rPr>
        <w:t>24:04  p</w:t>
      </w:r>
      <w:r>
        <w:br/>
      </w:r>
      <w:r>
        <w:rPr>
          <w:sz w:val="20"/>
        </w:rPr>
        <w:t>24:05  har bhi kyun yeh saari complain, kyun yeh protest, kyun yeh kehna ke sahab hamare saath conspiracy ho rahi hai? to asal cheez kya thi?</w:t>
      </w:r>
      <w:r>
        <w:br/>
      </w:r>
      <w:r>
        <w:rPr>
          <w:sz w:val="20"/>
        </w:rPr>
        <w:t>24:18  ke asal cheez thi ke woh momentum jo Prophet ne chalaya tha, woh apni end par aa gaya tha. ab phir se aap ko is ko revive karna tha.</w:t>
      </w:r>
      <w:r>
        <w:br/>
      </w:r>
      <w:r>
        <w:rPr>
          <w:sz w:val="20"/>
        </w:rPr>
        <w:t>24:29  aur revive kaise hoga? isi process ko kar ke</w:t>
      </w:r>
      <w:r>
        <w:br/>
      </w:r>
      <w:r>
        <w:rPr>
          <w:sz w:val="20"/>
        </w:rPr>
        <w:t>24:34  ke mind ko change karna aur system ko as it is maanna, yaani change in change in personality and status quo is being in political affairs.</w:t>
      </w:r>
      <w:r>
        <w:br/>
      </w:r>
      <w:r>
        <w:rPr>
          <w:sz w:val="20"/>
        </w:rPr>
        <w:t>24:51  ab naya jo equation, woh equation to toot gaya tha. ab naya jo equation bana, jis mein Western nations ko dabdaba haasil ho gaya, to ek naya</w:t>
      </w:r>
      <w:r>
        <w:br/>
      </w:r>
      <w:r>
        <w:rPr>
          <w:sz w:val="20"/>
        </w:rPr>
        <w:t>25:02  equation bana. is equation ko aap ko maann kar ke yeh karna tha ke naye zabaanon ko samjhein, naye zabaan ke lihaaz se logon ka mind banayein, intellectual change laayein logon ke andar.</w:t>
      </w:r>
      <w:r>
        <w:br/>
      </w:r>
      <w:r>
        <w:rPr>
          <w:sz w:val="20"/>
        </w:rPr>
        <w:t>25:14  yaani starting point yeh tha. starting point political fighting nahin thi, starting point jihad nahin tha, starting point ladai nahin thi, starting point gun aur bomb nahin tha.</w:t>
      </w:r>
      <w:r>
        <w:br/>
      </w:r>
      <w:r>
        <w:rPr>
          <w:sz w:val="20"/>
        </w:rPr>
        <w:t>25:29  yeh tha hi nahin starting point.</w:t>
      </w:r>
      <w:r>
        <w:br/>
      </w:r>
      <w:r>
        <w:rPr>
          <w:sz w:val="20"/>
        </w:rPr>
        <w:t>25:32  starting point tha phir wahin jaana hai. yaani Makkah mein jo kaam hua tha, mind ko badalna, personality ko badalna, soch ko badalna, mind ke level par jab aap badlenge, tab ja kar ke woh woh woh reality mein aayega.</w:t>
      </w:r>
      <w:r>
        <w:br/>
      </w:r>
      <w:r>
        <w:rPr>
          <w:sz w:val="20"/>
        </w:rPr>
        <w:t>25:51  yeh that was yaani putting the card before the horse.</w:t>
      </w:r>
      <w:r>
        <w:br/>
      </w:r>
      <w:r>
        <w:rPr>
          <w:sz w:val="20"/>
        </w:rPr>
        <w:t>25:58  yeh jo chalaya logon ne, jo ladai, political ladai, political jihad, political hungama, yeh bilkul wohi tha ke putting the card before the horse.</w:t>
      </w:r>
      <w:r>
        <w:br/>
      </w:r>
      <w:r>
        <w:rPr>
          <w:sz w:val="20"/>
        </w:rPr>
        <w:t>26:15  yaani jo kaam pehle karna tha, us ko chhod diya. jo baat ko as a result aana tha, usi par takraao shuru kar diya. to kuch bhi nahin mila.</w:t>
      </w:r>
      <w:r>
        <w:br/>
      </w:r>
      <w:r>
        <w:rPr>
          <w:sz w:val="20"/>
        </w:rPr>
        <w:t>26:25  do sau, do sau saal se zyada sacrifice karte rahe aur mila kuch bhi nahin. kyunke agar aap apni gaadi ko ghode ke aage kar kar dein to hazaar saal tak bhi koi safar nahin hoga aap ka.</w:t>
      </w:r>
      <w:r>
        <w:br/>
      </w:r>
      <w:r>
        <w:rPr>
          <w:sz w:val="20"/>
        </w:rPr>
        <w:t>26:41  agar aap yeh karein ke ghoda peeche hai, gaadi aage hai to aap to aap hazaar saal tak bhi kahin nahin pahunchenge aap.</w:t>
      </w:r>
      <w:r>
        <w:br/>
      </w:r>
      <w:r>
        <w:rPr>
          <w:sz w:val="20"/>
        </w:rPr>
        <w:t>26:51  kyunke aap ne is ka to order badal diya. aap ne</w:t>
      </w:r>
      <w:r>
        <w:br/>
      </w:r>
      <w:r>
        <w:rPr>
          <w:sz w:val="20"/>
        </w:rPr>
        <w:t>26:55  yahi ho raha hai ke Makkah period ko revive nahin kiya unhone aur Madinah wale zamane ko chaha ke isi ko phir lotayein.</w:t>
      </w:r>
      <w:r>
        <w:br/>
      </w:r>
      <w:r>
        <w:rPr>
          <w:sz w:val="20"/>
        </w:rPr>
        <w:t>27:05  yaani insaan ko badle baghair system ko badal daalein. woh to hua nahin, kuch bhi nahin hua aur na aage hone wala hai.</w:t>
      </w:r>
      <w:r>
        <w:br/>
      </w:r>
      <w:r>
        <w:rPr>
          <w:sz w:val="20"/>
        </w:rPr>
        <w:t>27:17  ab jo history jahan pohnchi hai to hum ko yeh janna hoga ke wahan par kya kya gaya tha, kaise woh momentum chala jo hazar saal tak chalta raha, itna strong jo tha.</w:t>
      </w:r>
    </w:p>
    <w:p>
      <w:pPr>
        <w:pStyle w:val="Heading2"/>
      </w:pPr>
      <w:r>
        <w:t>How Prophet's compassion contrasted with political leaders' rivalries</w:t>
      </w:r>
    </w:p>
    <w:p>
      <w:r>
        <w:rPr>
          <w:color w:val="666666"/>
          <w:sz w:val="18"/>
        </w:rPr>
        <w:t>Muhammad was a Prophet, not a Political Leader December 17, 2007 · 3m 59s · at 25:04 · https://youtu.be/YyQZsYsAYi0?t=1504</w:t>
      </w:r>
    </w:p>
    <w:p>
      <w:r>
        <w:rPr>
          <w:i/>
        </w:rPr>
        <w:t>“A prophet's concern differs completely from a political leader's”</w:t>
      </w:r>
    </w:p>
    <w:p>
      <w:r>
        <w:rPr>
          <w:sz w:val="20"/>
        </w:rPr>
        <w:t>25:04  the sole concern of a prophet is the, the, the issues that we are, we will face in the hereafter.</w:t>
      </w:r>
      <w:r>
        <w:br/>
      </w:r>
      <w:r>
        <w:rPr>
          <w:sz w:val="20"/>
        </w:rPr>
        <w:t>25:18  while the sole concern of political leader is to capture power, to gain leadership. this is his sole concern.</w:t>
      </w:r>
      <w:r>
        <w:br/>
      </w:r>
      <w:r>
        <w:rPr>
          <w:sz w:val="20"/>
        </w:rPr>
        <w:t>25:30  to profit of islam was offered kingship, but he refused.</w:t>
      </w:r>
      <w:r>
        <w:br/>
      </w:r>
      <w:r>
        <w:rPr>
          <w:sz w:val="20"/>
        </w:rPr>
        <w:t>25:37  he became victim of atrocities by, by his, by his,</w:t>
      </w:r>
      <w:r>
        <w:br/>
      </w:r>
      <w:r>
        <w:rPr>
          <w:sz w:val="20"/>
        </w:rPr>
        <w:t>25:48  by the makkah people, but he never complaint.</w:t>
      </w:r>
      <w:r>
        <w:br/>
      </w:r>
      <w:r>
        <w:rPr>
          <w:sz w:val="20"/>
        </w:rPr>
        <w:t>25:56  so i can say that all the political leaders were negative in thinking, were negative thinker. the case of every political leader is that he discover some rivals, some rivals.</w:t>
      </w:r>
      <w:r>
        <w:br/>
      </w:r>
      <w:r>
        <w:rPr>
          <w:sz w:val="20"/>
        </w:rPr>
        <w:t>26:12  without some rivals, you can not be a political leader. politics always want to have some rivals.</w:t>
      </w:r>
      <w:r>
        <w:br/>
      </w:r>
      <w:r>
        <w:rPr>
          <w:sz w:val="20"/>
        </w:rPr>
        <w:t>26:25  so all the political leaders have discovered some rivals, and then they,</w:t>
      </w:r>
      <w:r>
        <w:br/>
      </w:r>
      <w:r>
        <w:rPr>
          <w:sz w:val="20"/>
        </w:rPr>
        <w:t>26:34  they were engaged to, to finish these rivals.</w:t>
      </w:r>
      <w:r>
        <w:br/>
      </w:r>
      <w:r>
        <w:rPr>
          <w:sz w:val="20"/>
        </w:rPr>
        <w:t>26:43  but there was no rival of the prophet of islam. for him, everyone was his friend.</w:t>
      </w:r>
      <w:r>
        <w:br/>
      </w:r>
      <w:r>
        <w:rPr>
          <w:sz w:val="20"/>
        </w:rPr>
        <w:t>26:53  every political leader divides people into classes.</w:t>
      </w:r>
      <w:r>
        <w:br/>
      </w:r>
      <w:r>
        <w:rPr>
          <w:sz w:val="20"/>
        </w:rPr>
        <w:t>27:04  his</w:t>
      </w:r>
      <w:r>
        <w:br/>
      </w:r>
      <w:r>
        <w:rPr>
          <w:sz w:val="20"/>
        </w:rPr>
        <w:t>27:08  those were sympathizers to, to, to that leader, and those were rivals. but according to the prophet of islam, there was no such division among people</w:t>
      </w:r>
      <w:r>
        <w:br/>
      </w:r>
      <w:r>
        <w:rPr>
          <w:sz w:val="20"/>
        </w:rPr>
        <w:t>27:24  . everyone was his friend. he used to say: "o god, o god, allahumma, allahumma, ashhadu an al-'ibad kulluhum ikhwah".</w:t>
      </w:r>
      <w:r>
        <w:br/>
      </w:r>
      <w:r>
        <w:rPr>
          <w:sz w:val="20"/>
        </w:rPr>
        <w:t>27:40  he used to say after his prayer that: "o god, i bear witness</w:t>
      </w:r>
      <w:r>
        <w:br/>
      </w:r>
      <w:r>
        <w:rPr>
          <w:sz w:val="20"/>
        </w:rPr>
        <w:t>27:48  , i bear witness that all the men and women are brothers and sisters to each other".</w:t>
      </w:r>
      <w:r>
        <w:br/>
      </w:r>
      <w:r>
        <w:rPr>
          <w:sz w:val="20"/>
        </w:rPr>
        <w:t>28:02  this was the prophetic vision.</w:t>
      </w:r>
      <w:r>
        <w:br/>
      </w:r>
      <w:r>
        <w:rPr>
          <w:sz w:val="20"/>
        </w:rPr>
        <w:t>28:08  according to the prophet, everyone is his friend</w:t>
      </w:r>
      <w:r>
        <w:br/>
      </w:r>
      <w:r>
        <w:rPr>
          <w:sz w:val="20"/>
        </w:rPr>
        <w:t>28:16  . he find sympathy to all the human, to all human beings.</w:t>
      </w:r>
      <w:r>
        <w:br/>
      </w:r>
      <w:r>
        <w:rPr>
          <w:sz w:val="20"/>
        </w:rPr>
        <w:t>28:24  prophets character is based on sympathy, compassion,</w:t>
      </w:r>
      <w:r>
        <w:br/>
      </w:r>
      <w:r>
        <w:rPr>
          <w:sz w:val="20"/>
        </w:rPr>
        <w:t>28:31  and not rivalry. according to the prophet, there is no enemy, no enemy at all.</w:t>
      </w:r>
      <w:r>
        <w:br/>
      </w:r>
      <w:r>
        <w:rPr>
          <w:sz w:val="20"/>
        </w:rPr>
        <w:t>28:41  but according to every political leader, there are some people are enemy, some are here friend.</w:t>
      </w:r>
      <w:r>
        <w:br/>
      </w:r>
      <w:r>
        <w:rPr>
          <w:sz w:val="20"/>
        </w:rPr>
        <w:t>28:50  so this kind of, this kind of division you can not, you can not find</w:t>
      </w:r>
      <w:r>
        <w:br/>
      </w:r>
      <w:r>
        <w:rPr>
          <w:sz w:val="20"/>
        </w:rPr>
        <w:t>28:58  in the prophetic life</w:t>
      </w:r>
    </w:p>
    <w:p>
      <w:pPr>
        <w:pStyle w:val="Heading2"/>
      </w:pPr>
      <w:r>
        <w:t>Gandhi and Jinnah's reactive anger shaped the partition</w:t>
      </w:r>
    </w:p>
    <w:p>
      <w:r>
        <w:rPr>
          <w:color w:val="666666"/>
          <w:sz w:val="18"/>
        </w:rPr>
        <w:t>Choice Between Right and Wrong Battlefield January 26, 2007 Maulana Wahiddduin Khan · 4m 12s · at 27:39 · https://youtu.be/F-onKK3Ibcc?t=1659</w:t>
      </w:r>
    </w:p>
    <w:p>
      <w:r>
        <w:rPr>
          <w:i/>
        </w:rPr>
        <w:t>“Basically everyone is acting purely out of reaction”</w:t>
      </w:r>
    </w:p>
    <w:p>
      <w:r>
        <w:rPr>
          <w:sz w:val="20"/>
        </w:rPr>
        <w:t>27:39  pehlay ghusse ko manage kijiye. na ke aap jis ne ghussa dilaya hai, us ke khilaf action lene lagein.</w:t>
      </w:r>
      <w:r>
        <w:br/>
      </w:r>
      <w:r>
        <w:rPr>
          <w:sz w:val="20"/>
        </w:rPr>
        <w:t>27:48  yani is waqt ek aap hote hain, ek doosra aadmi hota hai jis ne aap ko provoke kiya hai. jab aap ko ghussa aata hai, negative thought aa jate hain, kisi ke khilaaf aap ke andar maelth aa jata hai, to ek aap hote hain, ek doosra aadmi hota hai.</w:t>
      </w:r>
      <w:r>
        <w:br/>
      </w:r>
      <w:r>
        <w:rPr>
          <w:sz w:val="20"/>
        </w:rPr>
        <w:t>28:06  to log kya karte hain? apne ghusse ko isi ke upar odhel dete hain. apni jo negative thought hai, isi ke upar daal dete</w:t>
      </w:r>
      <w:r>
        <w:br/>
      </w:r>
      <w:r>
        <w:rPr>
          <w:sz w:val="20"/>
        </w:rPr>
        <w:t>28:14  hain. bade bade log yahi karte hain. bade bade top ke log bhi yahi karte hain. hamare, hamare desh mein top ke aadmi the Mahatma Gandhi.</w:t>
      </w:r>
      <w:r>
        <w:br/>
      </w:r>
      <w:r>
        <w:rPr>
          <w:sz w:val="20"/>
        </w:rPr>
        <w:t>28:26  Mahatma Gandhi ne khud likha hai, khud mere paas maujood hai kitaab ke jab South Africa ke ek station par raat ke waqt ek white angrez ne unhein dhakel ke bahar nikaal diya,</w:t>
      </w:r>
      <w:r>
        <w:br/>
      </w:r>
      <w:r>
        <w:rPr>
          <w:sz w:val="20"/>
        </w:rPr>
        <w:t>28:43  aur wahan par thandi sard mein woh platform par raat guzarni padi unhein,</w:t>
      </w:r>
      <w:r>
        <w:br/>
      </w:r>
      <w:r>
        <w:rPr>
          <w:sz w:val="20"/>
        </w:rPr>
        <w:t>28:49  itna shock laga un ko, shock laga. khud likhte hain woh ke This event set the course of my life This event set the course of my life aap ghor kijiye.</w:t>
      </w:r>
      <w:r>
        <w:br/>
      </w:r>
      <w:r>
        <w:rPr>
          <w:sz w:val="20"/>
        </w:rPr>
        <w:t>29:04  yeh is event ko unhein bhulana tha, bhula kar ke unhein sochna tha, ghusse ko manage karna tha, phir bahut dinon ke soch samajh ke baad koi apna course banana tha apni zindagi ka.</w:t>
      </w:r>
      <w:r>
        <w:br/>
      </w:r>
      <w:r>
        <w:rPr>
          <w:sz w:val="20"/>
        </w:rPr>
        <w:t>29:17  yahan se nahi banana tha.</w:t>
      </w:r>
      <w:r>
        <w:br/>
      </w:r>
      <w:r>
        <w:rPr>
          <w:sz w:val="20"/>
        </w:rPr>
        <w:t>29:18  khud likhte hain ke This event set the course of my life yeh Mr. Jinnah ne kiya. Mr. Jinnah aap ko jaante honge ke shuru mein Mr. Jinnah Congress mein the.</w:t>
      </w:r>
      <w:r>
        <w:br/>
      </w:r>
      <w:r>
        <w:rPr>
          <w:sz w:val="20"/>
        </w:rPr>
        <w:t>29:32  Jinnah sahab aur Gandhi ek platform hua karte the pehle. yeh zara bahut hi angrez type ke aadmi the aur Mahatma waghera nahi bolte the.</w:t>
      </w:r>
      <w:r>
        <w:br/>
      </w:r>
      <w:r>
        <w:rPr>
          <w:sz w:val="20"/>
        </w:rPr>
        <w:t>29:42  yeh Mahatma ya Maulana, yeh sab alfaaz un ki vocabulary mein nahi the.</w:t>
      </w:r>
      <w:r>
        <w:br/>
      </w:r>
      <w:r>
        <w:rPr>
          <w:sz w:val="20"/>
        </w:rPr>
        <w:t>29:47  to Congress jalsa ho raha tha, aaye to aap jaante hain ke stage par jo log aate hain bolne ke liye to woh address karte hain. to pehle yeh kehte hain ke Mr. falan, Mr. falan, Mr. falan, phir apni baat kehte hain.</w:t>
      </w:r>
      <w:r>
        <w:br/>
      </w:r>
      <w:r>
        <w:rPr>
          <w:sz w:val="20"/>
        </w:rPr>
        <w:t>30:01  to unhon ne shuru kiya Mr. Gandhi. woh Gandhi the, kuch aur log the to Mr. Gandhi. ek aadmi khada ho gaya, us ne kaha ke nahi, kaho ke Mahatma Gandhi.</w:t>
      </w:r>
      <w:r>
        <w:br/>
      </w:r>
      <w:r>
        <w:rPr>
          <w:sz w:val="20"/>
        </w:rPr>
        <w:t>30:16  Mr. Jinnah ne dobara kaha, shuru jab kiya Mr. Gandhi, phir woh khada ho gaya, nahi, Mahatma Gandhi kaho. is ke baad Jinnah stage se utre aur chale gaye.</w:t>
      </w:r>
      <w:r>
        <w:br/>
      </w:r>
      <w:r>
        <w:rPr>
          <w:sz w:val="20"/>
        </w:rPr>
        <w:t>30:29  aur isi se Jinnah ki zindagi ka bhi course set hua. Jinnah ka bhi zindagi ka jo course set hua, isi se hua ke ab main dikhaunga</w:t>
      </w:r>
      <w:r>
        <w:br/>
      </w:r>
      <w:r>
        <w:rPr>
          <w:sz w:val="20"/>
        </w:rPr>
        <w:t>30:42  tum ko.</w:t>
      </w:r>
      <w:r>
        <w:br/>
      </w:r>
      <w:r>
        <w:rPr>
          <w:sz w:val="20"/>
        </w:rPr>
        <w:t>30:45  is par jab woh nikal ke chale gaye aur to yeh lamba qissa hai. Nehru ne keh diya tha ke bas ab, yani Jinnah ka problem khatam ho gaya.</w:t>
      </w:r>
      <w:r>
        <w:br/>
      </w:r>
      <w:r>
        <w:rPr>
          <w:sz w:val="20"/>
        </w:rPr>
        <w:t>30:58  to jab suna unhon ne, woh chale gaye the London azm mein, waqti taur par. to unhon ne keh diya ke gaye ab.</w:t>
      </w:r>
      <w:r>
        <w:br/>
      </w:r>
      <w:r>
        <w:rPr>
          <w:sz w:val="20"/>
        </w:rPr>
        <w:t>31:08  to ab to jab unhon ne suna Jinnah sahab ne London mein, us ne kaha ke Nehru yeh samajhte hain ke main ab nahi hoon India mein, yahan aa gaya hoon. to unhon ne kaha ke un ko maloom hona chahiye, I am very much there aur aaye aur phir partition chalaya unhon ne.</w:t>
      </w:r>
      <w:r>
        <w:br/>
      </w:r>
      <w:r>
        <w:rPr>
          <w:sz w:val="20"/>
        </w:rPr>
        <w:t>31:23  is maeni ke partition jo tha, out of reaction bana. to dono bade bade leader hamare India ke, unhon ne out of reaction apna apna course banaya.</w:t>
      </w:r>
      <w:r>
        <w:br/>
      </w:r>
      <w:r>
        <w:rPr>
          <w:sz w:val="20"/>
        </w:rPr>
        <w:t>31:34  aaj tak India bhi bhugat raha hai, aaj ke Pakistan bhi bhugat raha hai.</w:t>
      </w:r>
      <w:r>
        <w:br/>
      </w:r>
      <w:r>
        <w:rPr>
          <w:sz w:val="20"/>
        </w:rPr>
        <w:t>31:38  nahi, yahan par kuch ban saka na wahan kuch ban saka. aap dekhiye ke yahan par pehle colonial, yani colonial powers ka yahan par woh tha, dominate kar rahi thein.</w:t>
      </w:r>
    </w:p>
    <w:p>
      <w:pPr>
        <w:pStyle w:val="Heading2"/>
      </w:pPr>
      <w:r>
        <w:t>Why Muhammad is history's only fully-documented prophet</w:t>
      </w:r>
    </w:p>
    <w:p>
      <w:r>
        <w:rPr>
          <w:color w:val="666666"/>
          <w:sz w:val="18"/>
        </w:rPr>
        <w:t>Prophet of Mercy October 24, 2021 Prof. Farida Khanam · 1m 08s · at 3:14 · https://youtu.be/qIOdAqzWhNI?t=194</w:t>
      </w:r>
    </w:p>
    <w:p>
      <w:r>
        <w:rPr>
          <w:i/>
        </w:rPr>
        <w:t>“آپ ایک historical prophet تھے، پہلے پیغمبروں کی طرح نہیں۔”</w:t>
      </w:r>
    </w:p>
    <w:p>
      <w:r>
        <w:rPr>
          <w:sz w:val="20"/>
        </w:rPr>
        <w:t>3:14  aap aik historical prophet thay aur is se pehle jitne bhi peghambar aye woh historical nahi thay kyunke un ki jo un ke followers bohat kam hotay thay, tareekh mein un ka koi record nahi hota tha aur jo chand followers hotay thay to woh deen ko mehfooz nahi kar paate thay.</w:t>
      </w:r>
      <w:r>
        <w:br/>
      </w:r>
      <w:r>
        <w:rPr>
          <w:sz w:val="20"/>
        </w:rPr>
        <w:t>3:36  to allah taala ne yeh sara intezam kiya hazrat ibrahim ki family ke zariye se ke aik poori nasal banai aur is nasal ne yeh deen ko mehfooz kiya.</w:t>
      </w:r>
      <w:r>
        <w:br/>
      </w:r>
      <w:r>
        <w:rPr>
          <w:sz w:val="20"/>
        </w:rPr>
        <w:t>3:49  woh itna zabardast following mili kyunke woh log apni fitrat par thay, unhon ne poori qurbani de kar ke rasool allah ka saath diya.</w:t>
      </w:r>
      <w:r>
        <w:br/>
      </w:r>
      <w:r>
        <w:rPr>
          <w:sz w:val="20"/>
        </w:rPr>
        <w:t>3:58  to is tarah se deen mehfooz hua aur allah taala ne is deen ki hifazat ke liye political power diya. to is tarah se sari dunya mein is deen ko aah allah taala ne pohancha diya.</w:t>
      </w:r>
      <w:r>
        <w:br/>
      </w:r>
      <w:r>
        <w:rPr>
          <w:sz w:val="20"/>
        </w:rPr>
        <w:t>4:12  to aik philip ke hatti ne kaha hai ke prophet muhammad was born within the full light of history.</w:t>
      </w:r>
    </w:p>
    <w:p>
      <w:pPr>
        <w:pStyle w:val="Heading2"/>
      </w:pPr>
      <w:r>
        <w:t>Three options to handle complaints</w:t>
      </w:r>
    </w:p>
    <w:p>
      <w:r>
        <w:rPr>
          <w:color w:val="666666"/>
          <w:sz w:val="18"/>
        </w:rPr>
        <w:t>The Problem of Misunderstanding July 02, 2008 · 58s · at 18:38 · https://youtu.be/IP8aFVKtttc?t=1118</w:t>
      </w:r>
    </w:p>
    <w:p>
      <w:r>
        <w:rPr>
          <w:i/>
        </w:rPr>
        <w:t>“to ya to aap chup rahiye”</w:t>
      </w:r>
    </w:p>
    <w:p>
      <w:r>
        <w:rPr>
          <w:sz w:val="20"/>
        </w:rPr>
        <w:t>18:38  to ya to aap chup rahiye, kahein ke bhai mujhe is se kya lena dena, main to apna kaam karoon ga, bas matlab indifferent ho jayein.</w:t>
      </w:r>
      <w:r>
        <w:br/>
      </w:r>
      <w:r>
        <w:rPr>
          <w:sz w:val="20"/>
        </w:rPr>
        <w:t>18:50  ya to aap is maamle mein indifferent ho jaiye, ek option yeh hai.</w:t>
      </w:r>
      <w:r>
        <w:br/>
      </w:r>
      <w:r>
        <w:rPr>
          <w:sz w:val="20"/>
        </w:rPr>
        <w:t>18:56  doosra option yeh hai ke aap is ki scrutiny karein. aur third option jo logon ne likha hai ke jo suna, usi ko bayan kar diya, woh to haram hai Islam mein.</w:t>
      </w:r>
      <w:r>
        <w:br/>
      </w:r>
      <w:r>
        <w:rPr>
          <w:sz w:val="20"/>
        </w:rPr>
        <w:t>19:10  third option is zamanay mein more than 99 percent log liye hue hain, woh Islam mein haram hai.</w:t>
      </w:r>
      <w:r>
        <w:br/>
      </w:r>
      <w:r>
        <w:rPr>
          <w:sz w:val="20"/>
        </w:rPr>
        <w:t>19:20  to aap ke liye jaiz taur par sirf do option hain:</w:t>
      </w:r>
      <w:r>
        <w:br/>
      </w:r>
      <w:r>
        <w:rPr>
          <w:sz w:val="20"/>
        </w:rPr>
        <w:t>19:24  ya to aap indifferent ban jayein aur ya is ki scrutiny karein, jo baat asal hai, us ko jananay ki koshish karein.</w:t>
      </w:r>
    </w:p>
    <w:p>
      <w:pPr>
        <w:pStyle w:val="Heading2"/>
      </w:pPr>
      <w:r>
        <w:t>Abu Bakr's stand against apostasy as a model of creative resolve</w:t>
      </w:r>
    </w:p>
    <w:p>
      <w:r>
        <w:rPr>
          <w:color w:val="666666"/>
          <w:sz w:val="18"/>
        </w:rPr>
        <w:t>CPS Mission Conference 2023 April 30, 2023 · 4m 02s · at 46:54 · https://youtu.be/sfTBajRastM?t=2814</w:t>
      </w:r>
    </w:p>
    <w:p>
      <w:r>
        <w:rPr>
          <w:i/>
        </w:rPr>
        <w:t>“किसी भी बड़े काम के लिए यह बहुत ज़रूरी है कि क्रिएटिव थिंकिंग हो”</w:t>
      </w:r>
    </w:p>
    <w:p>
      <w:r>
        <w:rPr>
          <w:sz w:val="20"/>
        </w:rPr>
        <w:t>46:54  kisi bhi barhe kaam ke liye yeh bohat zaroori hai ke is ke bare mein hamare andar creative thinking ho.</w:t>
      </w:r>
      <w:r>
        <w:br/>
      </w:r>
      <w:r>
        <w:rPr>
          <w:sz w:val="20"/>
        </w:rPr>
        <w:t>47:03  agar koi bataye aap ko ke yeh glass utha kar is mez par rakh doon, aur is ke baad aap kuch na kar sakein, to aap ek koi barha kaam, koi bhi barha kaam kaise karein g</w:t>
      </w:r>
      <w:r>
        <w:br/>
      </w:r>
      <w:r>
        <w:rPr>
          <w:sz w:val="20"/>
        </w:rPr>
        <w:t>47:14  e? Ji, to creatively woh chahte the ke hamare jo unhone team team ko banane mein bohat mehnat kiya tha, ji ke team ke andar creative thinking aa jaye.</w:t>
      </w:r>
      <w:r>
        <w:br/>
      </w:r>
      <w:r>
        <w:rPr>
          <w:sz w:val="20"/>
        </w:rPr>
        <w:t>47:26  chounke yeh bohat hi ek global kaam hai, bataya hi nahi ja sakta. Har jagah ke halaat alag hote hain, har jagah ka mahaul alag hota hai, har jagah ki requirement alag hoti hai.</w:t>
      </w:r>
      <w:r>
        <w:br/>
      </w:r>
      <w:r>
        <w:rPr>
          <w:sz w:val="20"/>
        </w:rPr>
        <w:t>47:38  to hamein khud hi sochna parega ke hamein kaise kaise aage kaam karna hai.</w:t>
      </w:r>
      <w:r>
        <w:br/>
      </w:r>
      <w:r>
        <w:rPr>
          <w:sz w:val="20"/>
        </w:rPr>
        <w:t>47:44  to is ki ek misaal Hazrat Abu Bakr (AS), Hazrat Abu Bakr (RA) ki hai, ji ke jab Rasool Allah (SAW) ki wafat hui to bohat sare woh log the jin ko Bado kaha jata hai,</w:t>
      </w:r>
      <w:r>
        <w:br/>
      </w:r>
      <w:r>
        <w:rPr>
          <w:sz w:val="20"/>
        </w:rPr>
        <w:t>47:59  matlab jo convert ho gaye the, aur un ko abhi time nahi mila tha proper training ka. And massah log convert ho gaye the, ji Fatah Makkah ke baad to woh nahi mila tha un ko</w:t>
      </w:r>
      <w:r>
        <w:br/>
      </w:r>
      <w:r>
        <w:rPr>
          <w:sz w:val="20"/>
        </w:rPr>
        <w:t>48:13  ۔ To ab chounke wahan ke to halaat pehle hi bohat kharab the, economic resources nahi the, to un logon ko zakat, jihad, yeh sab cheezein bohat mushkil lagti theen.</w:t>
      </w:r>
      <w:r>
        <w:br/>
      </w:r>
      <w:r>
        <w:rPr>
          <w:sz w:val="20"/>
        </w:rPr>
        <w:t>48:26  lekin woh karte the sab kaam. Unhone yeh socha ke ab profit ke intiqal ke baad, ab woh Khuda ki madad aati thi profit ke sath.</w:t>
      </w:r>
      <w:r>
        <w:br/>
      </w:r>
      <w:r>
        <w:rPr>
          <w:sz w:val="20"/>
        </w:rPr>
        <w:t>48:38  to ab woh profit ke sath woh Khuda ki madad to ab hai nahi</w:t>
      </w:r>
      <w:r>
        <w:br/>
      </w:r>
      <w:r>
        <w:rPr>
          <w:sz w:val="20"/>
        </w:rPr>
        <w:t>48:42  to hum revolt kar sakte hain. to ek bohat bari tadad ne revolt kar diya, jis ko irtidad kaha jata hai. to us waqt Hazrat Abu Bakr khare ho gaye ke yeh nahi ho sakta ke main zinda hoon aur deen mein kami ki jaye gi.</w:t>
      </w:r>
      <w:r>
        <w:br/>
      </w:r>
      <w:r>
        <w:rPr>
          <w:sz w:val="20"/>
        </w:rPr>
        <w:t>48:59  to yeh thi "I will do spirit". aur us waqt tamam log, matlab bohat sare log, yahan tak ke Hazrat Umar ne bhi mashwara diya ke abhi hum is position mein nahi hain ke in tamam logon se jang kar saken.</w:t>
      </w:r>
      <w:r>
        <w:br/>
      </w:r>
      <w:r>
        <w:rPr>
          <w:sz w:val="20"/>
        </w:rPr>
        <w:t>49:13  lekin aap ne kaha nahi, yeh harghiz nahi, main hone doon ga ke deen ke jo basic pillars hain, is mein log kami kar dain.</w:t>
      </w:r>
      <w:r>
        <w:br/>
      </w:r>
      <w:r>
        <w:rPr>
          <w:sz w:val="20"/>
        </w:rPr>
        <w:t>49:22  to is tarah se phir unhon ne in logon se jang ki, aur in logon ko sab due kiya, aur dobara Islam ke tamam jo hain, five pillars of Islam jo basic hain iman ke, faith ke, to woh dobara sab ne is ko accept kar liya.</w:t>
      </w:r>
      <w:r>
        <w:br/>
      </w:r>
      <w:r>
        <w:rPr>
          <w:sz w:val="20"/>
        </w:rPr>
        <w:t>49:42  to yeh jo hai, ab Rasool Allah salallahu alaihi wasallam bata ke thori gaye the ke mere baad jo hai log irtidad ho jaye ga, tum un se jang karna, aur un ko dobara sab due karna.</w:t>
      </w:r>
      <w:r>
        <w:br/>
      </w:r>
      <w:r>
        <w:rPr>
          <w:sz w:val="20"/>
        </w:rPr>
        <w:t>49:53  to yeh hamein khud hi karna parta hai. and our CPS team has been trained by Maulana. so we have been trained to do everything creatively.</w:t>
      </w:r>
      <w:r>
        <w:br/>
      </w:r>
      <w:r>
        <w:rPr>
          <w:sz w:val="20"/>
        </w:rPr>
        <w:t>50:06  if you say that I will manage it</w:t>
      </w:r>
      <w:r>
        <w:br/>
      </w:r>
      <w:r>
        <w:rPr>
          <w:sz w:val="20"/>
        </w:rPr>
        <w:t>50:09  creatively. theek hai, to we have to be creative, and only then we can undertake such a gigantic task of spreading the word of God to the whole world.</w:t>
      </w:r>
      <w:r>
        <w:br/>
      </w:r>
      <w:r>
        <w:rPr>
          <w:sz w:val="20"/>
        </w:rPr>
        <w:t>50:24  there are so many instances in this regard, not only of the companions, but also in recent times.</w:t>
      </w:r>
      <w:r>
        <w:br/>
      </w:r>
      <w:r>
        <w:rPr>
          <w:sz w:val="20"/>
        </w:rPr>
        <w:t>50:31  so I think we have literature of Maulana, and I would request people to study more and more, and become creative, become matlab they will, they should be able to handle the situations in their own.</w:t>
      </w:r>
      <w:r>
        <w:br/>
      </w:r>
      <w:r>
        <w:rPr>
          <w:sz w:val="20"/>
        </w:rPr>
        <w:t>50:52  they won't find all the time someone to guide them.</w:t>
      </w:r>
    </w:p>
    <w:p>
      <w:pPr>
        <w:pStyle w:val="Heading2"/>
      </w:pPr>
      <w:r>
        <w:t>Vivekananda: character, not clothes, makes a gentleman</w:t>
      </w:r>
    </w:p>
    <w:p>
      <w:r>
        <w:rPr>
          <w:color w:val="666666"/>
          <w:sz w:val="18"/>
        </w:rPr>
        <w:t>Human Equality in Islam July 1, 2007 Maulana Wahiduddin Khan · 1m 12s · at 22:16 · https://youtu.be/5aJvpiCYbzQ?t=1336</w:t>
      </w:r>
    </w:p>
    <w:p>
      <w:r>
        <w:rPr>
          <w:i/>
        </w:rPr>
        <w:t>“A lady mocked his bare shoulder — Vivekananda had a reply”</w:t>
      </w:r>
    </w:p>
    <w:p>
      <w:r>
        <w:rPr>
          <w:sz w:val="20"/>
        </w:rPr>
        <w:t>22:16  yahan par ek qissa mein bataun ke jab swami vivekanand gaye the wahan par america pehli bar, yani 1893 mein, us waqt wahan hindu log nahin hua karte the, indian nahin hote the, koi indian nahin tha wahan par</w:t>
      </w:r>
      <w:r>
        <w:br/>
      </w:r>
      <w:r>
        <w:rPr>
          <w:sz w:val="20"/>
        </w:rPr>
        <w:t>22:30  to yeh woh aise hi kapra pehney hue the, un-tailored, ek upar, ek neeche. to woh karkon wala libas hota tha, haj mein safed libas hota hai.</w:t>
      </w:r>
      <w:r>
        <w:br/>
      </w:r>
      <w:r>
        <w:rPr>
          <w:sz w:val="20"/>
        </w:rPr>
        <w:t>22:42  to wahan par ek lady ne dekha, us ko road par chal rahe the. to lady ne whisper ke roop mein apne husband se kaha ke: "yeh aadmi mujhe koi gentleman dikhai nahin deta, bana sira kapra jo tha, us ki wajah se.</w:t>
      </w:r>
      <w:r>
        <w:br/>
      </w:r>
      <w:r>
        <w:rPr>
          <w:sz w:val="20"/>
        </w:rPr>
        <w:t>22:59  " to swami ji ne sun liya, swami vivekanand ne to us ke pas gaye. us ne kaha ke: "excuse me, madam, in your country, tailor makes a man gentleman,</w:t>
      </w:r>
      <w:r>
        <w:br/>
      </w:r>
      <w:r>
        <w:rPr>
          <w:sz w:val="20"/>
        </w:rPr>
        <w:t>23:15  but the country from which I come, character makes a man gentleman. yeh hai spirit India ki, yeh hai spirit mazhab ki, yeh hai spirit Islam ki."</w:t>
      </w:r>
    </w:p>
    <w:p>
      <w:pPr>
        <w:pStyle w:val="Heading2"/>
      </w:pPr>
      <w:r>
        <w:t>Man's conceptual thinking and acknowledging God's power</w:t>
      </w:r>
    </w:p>
    <w:p>
      <w:r>
        <w:rPr>
          <w:color w:val="666666"/>
          <w:sz w:val="18"/>
        </w:rPr>
        <w:t>The Prophet An Example of Modesty August 27, 2017 · 2m 34s · at 11:56 · https://youtu.be/aR3V4c8fQC4?t=716</w:t>
      </w:r>
    </w:p>
    <w:p>
      <w:r>
        <w:rPr>
          <w:i/>
        </w:rPr>
        <w:t>“Insaan ek ajeeb o ghareeb kaam anjaam deta hai”</w:t>
      </w:r>
    </w:p>
    <w:p>
      <w:r>
        <w:rPr>
          <w:sz w:val="20"/>
        </w:rPr>
        <w:t>11:56  to in short mujhe samajh mein aaya ke is ki qeemat yeh hai ke insaan ek ajeeb-o-ghareeb kaam anjaam deta hai. aap jante hain ke is kainaat mein galaxy hai, suraj system hai,</w:t>
      </w:r>
      <w:r>
        <w:br/>
      </w:r>
      <w:r>
        <w:rPr>
          <w:sz w:val="20"/>
        </w:rPr>
        <w:t>12:10  pahaad hai, samandar hai, sitare hain. kitni sari cheezen hain, inginat. lekin insaan ek bahut hi ajeeb-o-ghareeb cheez hai, woh ek ajeeb-o-ghareeb woh waqea anjaam deta hai.</w:t>
      </w:r>
      <w:r>
        <w:br/>
      </w:r>
      <w:r>
        <w:rPr>
          <w:sz w:val="20"/>
        </w:rPr>
        <w:t>12:28  isi waqea ki qeemat jannat hai. woh waqea kya hai?</w:t>
      </w:r>
      <w:r>
        <w:br/>
      </w:r>
      <w:r>
        <w:rPr>
          <w:sz w:val="20"/>
        </w:rPr>
        <w:t>12:37  to mere lafzon mein woh yeh hai ke insaan woh anokhi makhlooq hai.</w:t>
      </w:r>
      <w:r>
        <w:br/>
      </w:r>
      <w:r>
        <w:rPr>
          <w:sz w:val="20"/>
        </w:rPr>
        <w:t>12:48  main yeh kahunga ke is kainaat mein har ek Allah ke muqable mein sirf aajiz hai. insaan hi nahin.</w:t>
      </w:r>
      <w:r>
        <w:br/>
      </w:r>
      <w:r>
        <w:rPr>
          <w:sz w:val="20"/>
        </w:rPr>
        <w:t>12:59  insaan hi nahin. galaxy aajiz hai. suraj system aajiz hai. samandar aajiz hai. pahaad aajiz hai. is duniya mein jo kuch hai, woh sab khaliq ke muqable mein aajiz hai, aajiz hai, aajiz hai.</w:t>
      </w:r>
      <w:r>
        <w:br/>
      </w:r>
      <w:r>
        <w:rPr>
          <w:sz w:val="20"/>
        </w:rPr>
        <w:t>13:15  phir insaan ka kamaal kya hai? insaan ka kamaal bahut ajeeb hai.</w:t>
      </w:r>
      <w:r>
        <w:br/>
      </w:r>
      <w:r>
        <w:rPr>
          <w:sz w:val="20"/>
        </w:rPr>
        <w:t>13:24  insaan ke bare mein taareef ki jati hai ke insaan ki jo sifat-e-khaas hai, woh hai conceptual thinking. yaani soch kar kisi baat ko jaanna.</w:t>
      </w:r>
      <w:r>
        <w:br/>
      </w:r>
      <w:r>
        <w:rPr>
          <w:sz w:val="20"/>
        </w:rPr>
        <w:t>13:39  tasawwurati taur par kisi baat ko jaanna. yeh hai conceptual thinking.</w:t>
      </w:r>
      <w:r>
        <w:br/>
      </w:r>
      <w:r>
        <w:rPr>
          <w:sz w:val="20"/>
        </w:rPr>
        <w:t>13:48  to insaan ka kamaal yeh hai ke woh</w:t>
      </w:r>
      <w:r>
        <w:br/>
      </w:r>
      <w:r>
        <w:rPr>
          <w:sz w:val="20"/>
        </w:rPr>
        <w:t>13:53  soch kar is haqeeqat ko daryaft karta hai. jis ko mere lafzon mein yeh hai ke insaan</w:t>
      </w:r>
      <w:r>
        <w:br/>
      </w:r>
      <w:r>
        <w:rPr>
          <w:sz w:val="20"/>
        </w:rPr>
        <w:t>14:08  all powerful God ke muqable mein</w:t>
      </w:r>
      <w:r>
        <w:br/>
      </w:r>
      <w:r>
        <w:rPr>
          <w:sz w:val="20"/>
        </w:rPr>
        <w:t>14:15  all powerless ka doosra extend banata hai.</w:t>
      </w:r>
      <w:r>
        <w:br/>
      </w:r>
      <w:r>
        <w:rPr>
          <w:sz w:val="20"/>
        </w:rPr>
        <w:t>14:22  yaani ek taraf to creator hai, jis ko hum Khuda kehte hain. ek taraf creator hai, jo all powerful hai, all powerful hai.</w:t>
      </w:r>
    </w:p>
    <w:p>
      <w:pPr>
        <w:pStyle w:val="Heading2"/>
      </w:pPr>
      <w:r>
        <w:t>every Hajj ritual symbolically trains the spirit of dawah</w:t>
      </w:r>
    </w:p>
    <w:p>
      <w:r>
        <w:rPr>
          <w:color w:val="666666"/>
          <w:sz w:val="18"/>
        </w:rPr>
        <w:t>Message of Eid Al-Adha July 10, 2022 · 1m 43s · at 13:52 · https://youtu.be/3UrMEgt8GYA?t=832</w:t>
      </w:r>
    </w:p>
    <w:p>
      <w:r>
        <w:rPr>
          <w:i/>
        </w:rPr>
        <w:t>“Makkah ke aas paas kuch maqamat hain jahan haji jaate hain”</w:t>
      </w:r>
    </w:p>
    <w:p>
      <w:r>
        <w:rPr>
          <w:sz w:val="20"/>
        </w:rPr>
        <w:t>13:52  to jaise, um, makkah ke is paas, makkah aur is ke is paas kuch maqamaat hain jahan haaji jaate hain aur kuch rites, kuch rituals karte hain.</w:t>
      </w:r>
      <w:r>
        <w:br/>
      </w:r>
      <w:r>
        <w:rPr>
          <w:sz w:val="20"/>
        </w:rPr>
        <w:t>14:05  misal ke taur par kaaba ka tawaaf karna, aur um, is ka maqsad ye hai ke haaji kaaba ke saath chakkar lagata hai.</w:t>
      </w:r>
      <w:r>
        <w:br/>
      </w:r>
      <w:r>
        <w:rPr>
          <w:sz w:val="20"/>
        </w:rPr>
        <w:t>14:19  to maulana ne ye explain kiya hai ke is ka matlab hai ke woh apne andar khuda rukh zindagi, um, paida karta hai. yani god oriented life.</w:t>
      </w:r>
      <w:r>
        <w:br/>
      </w:r>
      <w:r>
        <w:rPr>
          <w:sz w:val="20"/>
        </w:rPr>
        <w:t>14:30  maulana ne bataya hai ke ek to self oriented life ho sakti hai, khud rukh zindagi, aur doosri ho sakti hai khuda rukh zindagi.</w:t>
      </w:r>
      <w:r>
        <w:br/>
      </w:r>
      <w:r>
        <w:rPr>
          <w:sz w:val="20"/>
        </w:rPr>
        <w:t>14:38  to ye jo tawaaf hai, ye ek symbolic way mein batata hai ke humein, um, khuda rukh zindagi apne andar paida kar</w:t>
      </w:r>
      <w:r>
        <w:br/>
      </w:r>
      <w:r>
        <w:rPr>
          <w:sz w:val="20"/>
        </w:rPr>
        <w:t>14:49  ni hai. aise hi jo safa aur marwah, jo do chhoti pahadiyan hain, is ke beech mein jo daudna hai aur chakkar lagana hai aur chalna hai, woh bhi isi cheez ka hai ke woh dawaati kaam ke liye sargarm rahega aur daud dhoop kar</w:t>
      </w:r>
      <w:r>
        <w:br/>
      </w:r>
      <w:r>
        <w:rPr>
          <w:sz w:val="20"/>
        </w:rPr>
        <w:t>15:08  e ga. to aur bhi saare jo, um, rites hain aur rituals hain, woh isi andaaz ke hain ke dawaati spirit paida ho.</w:t>
      </w:r>
      <w:r>
        <w:br/>
      </w:r>
      <w:r>
        <w:rPr>
          <w:sz w:val="20"/>
        </w:rPr>
        <w:t>15:16  jaise mina mein shaitan ko alamaati taur par kankariyaan maarna, woh bhi yahi hai ke jab haaji ko shaitan, um, dawaati kaam se hataane ki koshish karega to woh use, um, symbolically kankari maar ke bhagaayega.</w:t>
      </w:r>
    </w:p>
    <w:p>
      <w:pPr>
        <w:pStyle w:val="Heading2"/>
      </w:pPr>
      <w:r>
        <w:t>patience is wisdom-based action, not passivity</w:t>
      </w:r>
    </w:p>
    <w:p>
      <w:r>
        <w:rPr>
          <w:color w:val="666666"/>
          <w:sz w:val="18"/>
        </w:rPr>
        <w:t>Prophetic Wisdom November 13, 2022 · 16s · at 38:51 · https://youtu.be/EUFD21PtjwM?t=2331</w:t>
      </w:r>
    </w:p>
    <w:p>
      <w:r>
        <w:rPr>
          <w:i/>
        </w:rPr>
        <w:t>“People think patience just means inaction”</w:t>
      </w:r>
    </w:p>
    <w:p>
      <w:r>
        <w:rPr>
          <w:sz w:val="20"/>
        </w:rPr>
        <w:t>38:51  log aksar sochte hain ke patience matlab inaction ya passive attitude, jabke according to the Quran, patience and sabr is a superior action, and patience means wisdom based thinking.</w:t>
      </w:r>
    </w:p>
    <w:p>
      <w:pPr>
        <w:pStyle w:val="Heading2"/>
      </w:pPr>
      <w:r>
        <w:t>Muslims as da'i, need for a peaceful dawah environment</w:t>
      </w:r>
    </w:p>
    <w:p>
      <w:r>
        <w:rPr>
          <w:color w:val="666666"/>
          <w:sz w:val="18"/>
        </w:rPr>
        <w:t>Maulana Wahiduddin Khan and His Critics A Response to Misinterpretations. November 26, 2024 · 1m 36s · at 11:09 · https://youtu.be/aVtXLKOMOHw?t=669</w:t>
      </w:r>
    </w:p>
    <w:p>
      <w:r>
        <w:rPr>
          <w:i/>
        </w:rPr>
        <w:t>“Maulana mानते hain Muslim ki asal hasiyat da'i ki hai.”</w:t>
      </w:r>
    </w:p>
    <w:p>
      <w:r>
        <w:rPr>
          <w:sz w:val="20"/>
        </w:rPr>
        <w:t>11:09  main chahta hoon woh aap logon se share karoon ke jab main Maulana ka mutala shuru, mutala karna shuru kiya to main ne padha ke Maulana musalmanon ko daai aur mad'u ke angle se dekhte hain.</w:t>
      </w:r>
      <w:r>
        <w:br/>
      </w:r>
      <w:r>
        <w:rPr>
          <w:sz w:val="20"/>
        </w:rPr>
        <w:t>11:25  molaana kehte hain ke musalman ki asal hesiyat, musalman ki asal identity daaiqiyah hai.</w:t>
      </w:r>
      <w:r>
        <w:br/>
      </w:r>
      <w:r>
        <w:rPr>
          <w:sz w:val="20"/>
        </w:rPr>
        <w:t>11:34  rasool Allah ke baad quran aur sunnat ka paigham saare insaanon tak pohnchaane ki zimmedari rasool Allah ko follow karne wale, jinhein hum musalman kehte hain, un par aaid hoti hai.</w:t>
      </w:r>
      <w:r>
        <w:br/>
      </w:r>
      <w:r>
        <w:rPr>
          <w:sz w:val="20"/>
        </w:rPr>
        <w:t>11:49  doosri baat yeh hai ke molaana ka yeh kehna hai ke dawat humaare waqt tak nahi de sakte jab tak daawati mahaul ko mu'tedil na kiya jaaye.</w:t>
      </w:r>
      <w:r>
        <w:br/>
      </w:r>
      <w:r>
        <w:rPr>
          <w:sz w:val="20"/>
        </w:rPr>
        <w:t>12:02  jab tak daayi aur mad'u ke darmiyaan aisi koi deewar haa'il na ho jo humari baat ko samajhne ke liye mad'u ko mushkilaat ka saamna karna ho.</w:t>
      </w:r>
      <w:r>
        <w:br/>
      </w:r>
      <w:r>
        <w:rPr>
          <w:sz w:val="20"/>
        </w:rPr>
        <w:t>12:15  toh woh chahte the ke daayi aur mad'u ke darmiyaan free mahaul ho. Hum aisi koi baat na karein, aisi koi kaam na karein jis se mad'u ko humari baat samajhne mein mushkil pesh aati ho.</w:t>
      </w:r>
      <w:r>
        <w:br/>
      </w:r>
      <w:r>
        <w:rPr>
          <w:sz w:val="20"/>
        </w:rPr>
        <w:t>12:35  toh yeh jo molaana kehte hain ke daawati maslehat supreme concern hai ek daayi ke liye,</w:t>
      </w:r>
    </w:p>
    <w:p>
      <w:pPr>
        <w:pStyle w:val="Heading2"/>
      </w:pPr>
      <w:r>
        <w:t>Islam calls for reason, not just rituals</w:t>
      </w:r>
    </w:p>
    <w:p>
      <w:r>
        <w:rPr>
          <w:color w:val="666666"/>
          <w:sz w:val="18"/>
        </w:rPr>
        <w:t>Islam and Reason | October 19, 2008 · 30s · at 25:39 · https://youtu.be/fonwQAw1vCw?t=1539</w:t>
      </w:r>
    </w:p>
    <w:p>
      <w:r>
        <w:rPr>
          <w:i/>
        </w:rPr>
        <w:t>“Bas formal tor par kuch rituals hain”</w:t>
      </w:r>
    </w:p>
    <w:p>
      <w:r>
        <w:rPr>
          <w:sz w:val="20"/>
        </w:rPr>
        <w:t>25:39  bas formal tor par kuch rituals hain, is ko dohra liya, namaz ho gayi, roza ho gaya, haj ho gaya.</w:t>
      </w:r>
      <w:r>
        <w:br/>
      </w:r>
      <w:r>
        <w:rPr>
          <w:sz w:val="20"/>
        </w:rPr>
        <w:t>25:45  halankay islam jo hai aql ko nak karta hai.</w:t>
      </w:r>
      <w:r>
        <w:br/>
      </w:r>
      <w:r>
        <w:rPr>
          <w:sz w:val="20"/>
        </w:rPr>
        <w:t>25:51  quran ko parhiya to quran mein bar bar yeh hai ke socho, socho, socho, socho, aql ko istemal karo.</w:t>
      </w:r>
      <w:r>
        <w:br/>
      </w:r>
      <w:r>
        <w:rPr>
          <w:sz w:val="20"/>
        </w:rPr>
        <w:t>25:57  aql ko na istemal karne ki wajah se is raaz hayat ko log nahi jaan paye.</w:t>
      </w:r>
      <w:r>
        <w:br/>
      </w:r>
      <w:r>
        <w:rPr>
          <w:sz w:val="20"/>
        </w:rPr>
        <w:t>26:04  is law of nature ko nahi jaan paye.</w:t>
      </w:r>
    </w:p>
    <w:p>
      <w:pPr>
        <w:pStyle w:val="Heading2"/>
      </w:pPr>
      <w:r>
        <w:t>technology and translations make spreading the message easy today</w:t>
      </w:r>
    </w:p>
    <w:p>
      <w:r>
        <w:rPr>
          <w:color w:val="666666"/>
          <w:sz w:val="18"/>
        </w:rPr>
        <w:t>Message of Eid Al-Adha July 10, 2022 · 1m 22s · at 5:12 · https://youtu.be/3UrMEgt8GYA?t=312</w:t>
      </w:r>
    </w:p>
    <w:p>
      <w:r>
        <w:rPr>
          <w:i/>
        </w:rPr>
        <w:t>“Aaj hamein kuch naya karna nahi hai, hamare paas powerful literature hai”</w:t>
      </w:r>
    </w:p>
    <w:p>
      <w:r>
        <w:rPr>
          <w:sz w:val="20"/>
        </w:rPr>
        <w:t>5:12  Aaj humein kuch karna nahi hai, hamare paas powerful literature hai, modern edition mein hamare paas Quran ke chalis se zyada tarjume hain, tamam jo badi zabanen hain,</w:t>
      </w:r>
      <w:r>
        <w:br/>
      </w:r>
      <w:r>
        <w:rPr>
          <w:sz w:val="20"/>
        </w:rPr>
        <w:t>5:26  um, duniya ki is mein tarjume ho chuke hain. To hum duniya ke kisi bhi hisse mein hon, hum yeh kaam kar sakte hain kyunki yeh dekhiye Khuda ka message pahunchana aaj hamari zimmedari hai.</w:t>
      </w:r>
      <w:r>
        <w:br/>
      </w:r>
      <w:r>
        <w:rPr>
          <w:sz w:val="20"/>
        </w:rPr>
        <w:t>5:39  Aaj</w:t>
      </w:r>
      <w:r>
        <w:br/>
      </w:r>
      <w:r>
        <w:rPr>
          <w:sz w:val="20"/>
        </w:rPr>
        <w:t>5:40  koi naya prophet nahi aayega, to yeh aaj hamari zimmedari hai ke hum tamam duniya ko Khuda ka paigham pahuncha den, aur isi par aakhirat mein hamari nijaat ka faisla hoga.</w:t>
      </w:r>
      <w:r>
        <w:br/>
      </w:r>
      <w:r>
        <w:rPr>
          <w:sz w:val="20"/>
        </w:rPr>
        <w:t>5:51  to is liye maulana kehte the ke allah ta'ala ne poori duniya badal diya, to jo saari technology aayi hai woh hamare liye bohat zyada, um, bohat zyada hamare liye favorable hai da'wa ka kaam karne ke liye.</w:t>
      </w:r>
      <w:r>
        <w:br/>
      </w:r>
      <w:r>
        <w:rPr>
          <w:sz w:val="20"/>
        </w:rPr>
        <w:t>6:08  hamari website bhi develop ho gayi hai, aur har tarah se hum log tayyar hain kaam karne ke liye. ab sirf humein apne aap ko is mein laga dena hai, full time laga dena hai, aur is mein allah ta'ala ki poori madad humein milegi.</w:t>
      </w:r>
      <w:r>
        <w:br/>
      </w:r>
      <w:r>
        <w:rPr>
          <w:sz w:val="20"/>
        </w:rPr>
        <w:t>6:26  aur jahan dekhte hain hum koi kaam humein mushkil padh raha hai, to allah ta'ala ki madad aa jaati hai, aur woh kaam hamare liye aasan kar diya jaata hai.</w:t>
      </w:r>
    </w:p>
    <w:p>
      <w:pPr>
        <w:pStyle w:val="Heading2"/>
      </w:pPr>
      <w:r>
        <w:t>Quran and the two prophetic ages</w:t>
      </w:r>
    </w:p>
    <w:p>
      <w:r>
        <w:rPr>
          <w:color w:val="666666"/>
          <w:sz w:val="18"/>
        </w:rPr>
        <w:t>Prophetic Mission in 21st Century I 2 Oct , 2011 - Maulana Wahiduddin Khan · 2m 18s · at 1:11 · https://youtu.be/ioz5Zg87QpI?t=71</w:t>
      </w:r>
    </w:p>
    <w:p>
      <w:r>
        <w:rPr>
          <w:i/>
        </w:rPr>
        <w:t>“The authentic source for God's creative plan is the Quran.”</w:t>
      </w:r>
    </w:p>
    <w:p>
      <w:r>
        <w:rPr>
          <w:sz w:val="20"/>
        </w:rPr>
        <w:t>1:11  takhleeqi mansoobay ko janne ka authentic source sirf ek hi kitab hai, woh hai quran.</w:t>
      </w:r>
      <w:r>
        <w:br/>
      </w:r>
      <w:r>
        <w:rPr>
          <w:sz w:val="20"/>
        </w:rPr>
        <w:t>1:22  quran ke mutabiq</w:t>
      </w:r>
      <w:r>
        <w:br/>
      </w:r>
      <w:r>
        <w:rPr>
          <w:sz w:val="20"/>
        </w:rPr>
        <w:t>1:26  is dunya mein takhleeq aur nabuwwat dono saath saath aaye hain, yani creation aur prophet hood.</w:t>
      </w:r>
      <w:r>
        <w:br/>
      </w:r>
      <w:r>
        <w:rPr>
          <w:sz w:val="20"/>
        </w:rPr>
        <w:t>1:39  allah ta'ala ne</w:t>
      </w:r>
      <w:r>
        <w:br/>
      </w:r>
      <w:r>
        <w:rPr>
          <w:sz w:val="20"/>
        </w:rPr>
        <w:t>1:44  yeh dunya ka aaghaz matter se kiya, yani 15 billion saal pehle material world wajood mein aaya.</w:t>
      </w:r>
      <w:r>
        <w:br/>
      </w:r>
      <w:r>
        <w:rPr>
          <w:sz w:val="20"/>
        </w:rPr>
        <w:t>1:58  is ke bohat baad ko zameen par woh halaat paida hue</w:t>
      </w:r>
      <w:r>
        <w:br/>
      </w:r>
      <w:r>
        <w:rPr>
          <w:sz w:val="20"/>
        </w:rPr>
        <w:t>2:04  ke yahan insan basaya gaya. to pehla insan adam thay. adam pehle insan bhi thay aur pehle peghambar bhi,</w:t>
      </w:r>
      <w:r>
        <w:br/>
      </w:r>
      <w:r>
        <w:rPr>
          <w:sz w:val="20"/>
        </w:rPr>
        <w:t>2:20  yeh quran se sabit hai.</w:t>
      </w:r>
      <w:r>
        <w:br/>
      </w:r>
      <w:r>
        <w:rPr>
          <w:sz w:val="20"/>
        </w:rPr>
        <w:t>2:24  to allah ta'ala ne insan ko is dunya mein rakha tha test ke liye, yani imtehan ke liye. to yeh batana zaroori tha ke insan ka test kis mamle mein hai.</w:t>
      </w:r>
      <w:r>
        <w:br/>
      </w:r>
      <w:r>
        <w:rPr>
          <w:sz w:val="20"/>
        </w:rPr>
        <w:t>2:40  to isi ko batane ke liye allah ta'ala ne</w:t>
      </w:r>
      <w:r>
        <w:br/>
      </w:r>
      <w:r>
        <w:rPr>
          <w:sz w:val="20"/>
        </w:rPr>
        <w:t>2:43  peghambaron ka silsila shuru kiya.</w:t>
      </w:r>
      <w:r>
        <w:br/>
      </w:r>
      <w:r>
        <w:rPr>
          <w:sz w:val="20"/>
        </w:rPr>
        <w:t>2:49  to quran majeed mein hai ke: "inna arsalna rusulana bil bayyinat, wa anzalna ma'ahum ul kitab".</w:t>
      </w:r>
      <w:r>
        <w:br/>
      </w:r>
      <w:r>
        <w:rPr>
          <w:sz w:val="20"/>
        </w:rPr>
        <w:t>3:00  yani allah ta'ala ne peghambaron ko kitab di,</w:t>
      </w:r>
      <w:r>
        <w:br/>
      </w:r>
      <w:r>
        <w:rPr>
          <w:sz w:val="20"/>
        </w:rPr>
        <w:t>3:06  divine book, divine guidance, aur saath saath bayyinat diya, yani dalail.</w:t>
      </w:r>
      <w:r>
        <w:br/>
      </w:r>
      <w:r>
        <w:rPr>
          <w:sz w:val="20"/>
        </w:rPr>
        <w:t>3:17  dalail. yeh do cheezein har peghambar ko milein,</w:t>
      </w:r>
      <w:r>
        <w:br/>
      </w:r>
      <w:r>
        <w:rPr>
          <w:sz w:val="20"/>
        </w:rPr>
        <w:t>3:24  apne zamane ke aitbar se.</w:t>
      </w:r>
    </w:p>
    <w:p>
      <w:pPr>
        <w:pStyle w:val="Heading2"/>
      </w:pPr>
      <w:r>
        <w:t>Eclipse proves prophet of God</w:t>
      </w:r>
    </w:p>
    <w:p>
      <w:r>
        <w:rPr>
          <w:color w:val="666666"/>
          <w:sz w:val="18"/>
        </w:rPr>
        <w:t>Ikhwane Rasool from supersition to science -19-4-09 · 39s · at 19:51 · https://youtu.be/f7E3bzA5h-M?t=1191</w:t>
      </w:r>
    </w:p>
    <w:p>
      <w:r>
        <w:rPr>
          <w:i/>
        </w:rPr>
        <w:t>“Think, fourteen hundred years ago, when superstition ruled”</w:t>
      </w:r>
    </w:p>
    <w:p>
      <w:r>
        <w:rPr>
          <w:sz w:val="20"/>
        </w:rPr>
        <w:t>19:51  kaise jaana hai aap ne? aap sochiye chouda so saal pehle jab ke superstition tha duniya mein, jab ke traditional soch thi duniya mein,</w:t>
      </w:r>
      <w:r>
        <w:br/>
      </w:r>
      <w:r>
        <w:rPr>
          <w:sz w:val="20"/>
        </w:rPr>
        <w:t>20:05  jab kuch bhi nahi pata tha insaan ko astronomy ke bare mein, tab ek insaan aisa bolta hai aur woh theek theek baat ko prove ho jata hai.</w:t>
      </w:r>
      <w:r>
        <w:br/>
      </w:r>
      <w:r>
        <w:rPr>
          <w:sz w:val="20"/>
        </w:rPr>
        <w:t>20:21  So it is evidence that he was prophet of God. God ne bataya to aap aisa bolen.</w:t>
      </w:r>
    </w:p>
    <w:p>
      <w:pPr>
        <w:pStyle w:val="Heading2"/>
      </w:pPr>
      <w:r>
        <w:t>Zamzam spring: Hajra's desperate search saves baby Ismail</w:t>
      </w:r>
    </w:p>
    <w:p>
      <w:r>
        <w:rPr>
          <w:color w:val="666666"/>
          <w:sz w:val="18"/>
        </w:rPr>
        <w:t>Hajj In the Footsteps of Prophet Ibrahim June 16, 2024 · 5m 16s · at 20:07 · https://youtu.be/wAMsw43dhmg?t=1207</w:t>
      </w:r>
    </w:p>
    <w:p>
      <w:r>
        <w:rPr>
          <w:i/>
        </w:rPr>
        <w:t>“The dates and water Ibrahim left finished very quickly”</w:t>
      </w:r>
    </w:p>
    <w:p>
      <w:r>
        <w:rPr>
          <w:sz w:val="20"/>
        </w:rPr>
        <w:t>20:07  So, Hajar continued to feed the baby, but the dates and the water that Ibrahim Alaihis Salam gave her</w:t>
      </w:r>
      <w:r>
        <w:br/>
      </w:r>
      <w:r>
        <w:rPr>
          <w:sz w:val="20"/>
        </w:rPr>
        <w:t>20:18  finished very quickly.</w:t>
      </w:r>
      <w:r>
        <w:br/>
      </w:r>
      <w:r>
        <w:rPr>
          <w:sz w:val="20"/>
        </w:rPr>
        <w:t>20:19  And the baby was thirsty, and she started crying.</w:t>
      </w:r>
      <w:r>
        <w:br/>
      </w:r>
      <w:r>
        <w:rPr>
          <w:sz w:val="20"/>
        </w:rPr>
        <w:t>20:23  He started crying, and she was also thirsty and hungry as well.</w:t>
      </w:r>
      <w:r>
        <w:br/>
      </w:r>
      <w:r>
        <w:rPr>
          <w:sz w:val="20"/>
        </w:rPr>
        <w:t>20:29  So, when, when she saw, Hajar saw Ismail crying a lot.</w:t>
      </w:r>
      <w:r>
        <w:br/>
      </w:r>
      <w:r>
        <w:rPr>
          <w:sz w:val="20"/>
        </w:rPr>
        <w:t>20:34  he was crying heavily for, for water.</w:t>
      </w:r>
      <w:r>
        <w:br/>
      </w:r>
      <w:r>
        <w:rPr>
          <w:sz w:val="20"/>
        </w:rPr>
        <w:t>20:38  so, she got up and left the child there and tug her garment, her robe, and she started running. and there was a little hillock, which we call safa. so, she ran there. it was a valley at that time. from safa and marwa, there was a valley. this is safa, this is marwa, and there, there was a valley. now, it is flattened. ji, now, it is inside the, inside the grand mosque.</w:t>
      </w:r>
      <w:r>
        <w:br/>
      </w:r>
      <w:r>
        <w:rPr>
          <w:sz w:val="20"/>
        </w:rPr>
        <w:t>21:06  ji, so, she went up on the safa mountain, and she looked around like this. she wanted to see if there is anyone who can help me. she was in real distress,</w:t>
      </w:r>
      <w:r>
        <w:br/>
      </w:r>
      <w:r>
        <w:rPr>
          <w:sz w:val="20"/>
        </w:rPr>
        <w:t>21:22  so she couldn't see anyone. then she ran. she descended from safa to the valley, and at that time, she ran.</w:t>
      </w:r>
      <w:r>
        <w:br/>
      </w:r>
      <w:r>
        <w:rPr>
          <w:sz w:val="20"/>
        </w:rPr>
        <w:t>21:34  actually, when the pilgrims walk between safa and marwa, they run at, they run at a certain place, because hajra ran here. even they start from safa to marwa. in between, there is a place where they have to run, like a br</w:t>
      </w:r>
      <w:r>
        <w:br/>
      </w:r>
      <w:r>
        <w:rPr>
          <w:sz w:val="20"/>
        </w:rPr>
        <w:t>21:59  isk walk. okay, so, they, they follow the footsteps in such a minute way that where hajra ran. they also run. there is a green light. its say like, like at a corridor, and there is a green light. when you see the green light, you will start running, because hajra ran in this area. so, she ran, and then she climbed marwa,</w:t>
      </w:r>
      <w:r>
        <w:br/>
      </w:r>
      <w:r>
        <w:rPr>
          <w:sz w:val="20"/>
        </w:rPr>
        <w:t>22:26  which is next mountain.</w:t>
      </w:r>
      <w:r>
        <w:br/>
      </w:r>
      <w:r>
        <w:rPr>
          <w:sz w:val="20"/>
        </w:rPr>
        <w:t>22:29  and there also, when she reached on the, on the top of it, she looked around here and there, but there was no person. so, she kept on running from one mountain to another, back and forth, seven times. and finally, she reached marwa. and when she reached marwa, exhaust and very thirsty and hungry, she heard some voice,</w:t>
      </w:r>
      <w:r>
        <w:br/>
      </w:r>
      <w:r>
        <w:rPr>
          <w:sz w:val="20"/>
        </w:rPr>
        <w:t>22:54  and she looked here and there. she couldn't see anyone. she said, "who is</w:t>
      </w:r>
      <w:r>
        <w:br/>
      </w:r>
      <w:r>
        <w:rPr>
          <w:sz w:val="20"/>
        </w:rPr>
        <w:t>22:58  there? i heard you. can you help?" again, then she heard the voice, and again she said, "who is there?</w:t>
      </w:r>
      <w:r>
        <w:br/>
      </w:r>
      <w:r>
        <w:rPr>
          <w:sz w:val="20"/>
        </w:rPr>
        <w:t>23:09  can you help me?" but she didn't see anyone.</w:t>
      </w:r>
      <w:r>
        <w:br/>
      </w:r>
      <w:r>
        <w:rPr>
          <w:sz w:val="20"/>
        </w:rPr>
        <w:t>23:15  then all of a sudden, she saw an angel digging a hole near the feet of ismail alaihissalam, where she left ismail alaihissalam. so, she ran, and water started coming.</w:t>
      </w:r>
      <w:r>
        <w:br/>
      </w:r>
      <w:r>
        <w:rPr>
          <w:sz w:val="20"/>
        </w:rPr>
        <w:t>23:30  she ran, and she started making a basin around it, so that the water is not wasted. and prophet muhammad sallallahu alaihi wasallam has said that, "may god have mercy on the mother of ismail. if she would have left it and not made the basin, it would have been a huge stream."</w:t>
      </w:r>
      <w:r>
        <w:br/>
      </w:r>
      <w:r>
        <w:rPr>
          <w:sz w:val="20"/>
        </w:rPr>
        <w:t>23:55  ji, so, in this way, she was able to bring water and give water to the child. i mean, in this way,</w:t>
      </w:r>
      <w:r>
        <w:br/>
      </w:r>
      <w:r>
        <w:rPr>
          <w:sz w:val="20"/>
        </w:rPr>
        <w:t>24:08  the life of ismail alaihissalam was saved. and today, we call this spring zamzam. so, so,</w:t>
      </w:r>
      <w:r>
        <w:br/>
      </w:r>
      <w:r>
        <w:rPr>
          <w:sz w:val="20"/>
        </w:rPr>
        <w:t>24:26  the angel jibril said, "don't worry and don't be afraid. god will not neglect you.</w:t>
      </w:r>
      <w:r>
        <w:br/>
      </w:r>
      <w:r>
        <w:rPr>
          <w:sz w:val="20"/>
        </w:rPr>
        <w:t>24:36  god, god do not neglect his people. in allah, allah yad ahl. god never neglect his people. so, the people who are in dawa work, god will never neglect them." and point towards the baby, baby ismail alaihissalam, the angel said,</w:t>
      </w:r>
      <w:r>
        <w:br/>
      </w:r>
      <w:r>
        <w:rPr>
          <w:sz w:val="20"/>
        </w:rPr>
        <w:t>24:56  "this boy and his father will build the kaba here, the house of allah."</w:t>
      </w:r>
      <w:r>
        <w:br/>
      </w:r>
      <w:r>
        <w:rPr>
          <w:sz w:val="20"/>
        </w:rPr>
        <w:t>25:04  so, this is how god has saved hajra and ismail in a very miraculous way. and hajra started living there, and because water was there, so some people started and coming, and they settled there</w:t>
      </w:r>
    </w:p>
    <w:p>
      <w:pPr>
        <w:pStyle w:val="Heading2"/>
      </w:pPr>
      <w:r>
        <w:t>Science reaches only probability, not certainty</w:t>
      </w:r>
    </w:p>
    <w:p>
      <w:r>
        <w:rPr>
          <w:color w:val="666666"/>
          <w:sz w:val="18"/>
        </w:rPr>
        <w:t>Human Knowledge and Divine Knowledge February 17, 2008 · 32s · at 23:38 · https://youtu.be/FVOvdC0uY1c?t=1418</w:t>
      </w:r>
    </w:p>
    <w:p>
      <w:r>
        <w:rPr>
          <w:i/>
        </w:rPr>
        <w:t>“Iske aage kuch nahi. Certainty tak nahi.”</w:t>
      </w:r>
    </w:p>
    <w:p>
      <w:r>
        <w:rPr>
          <w:sz w:val="20"/>
        </w:rPr>
        <w:t>23:38  is ke aage kuch nahin. certainty tak nahin.</w:t>
      </w:r>
      <w:r>
        <w:br/>
      </w:r>
      <w:r>
        <w:rPr>
          <w:sz w:val="20"/>
        </w:rPr>
        <w:t>23:43  jab insaan ne microscope banaya ya telescope banaya to woh samajhta tha ke main samajhta tha ke hum certainty tak pahunch sakte hain.</w:t>
      </w:r>
      <w:r>
        <w:br/>
      </w:r>
      <w:r>
        <w:rPr>
          <w:sz w:val="20"/>
        </w:rPr>
        <w:t>23:54  lekin ab woh zamana khatam ho gaya. ab koi yeh claim nahin karta ke hum certainty tak pahunch sakte hain. ab sirf yahi hai ke hum probability se aage hum nahin aa sakte.</w:t>
      </w:r>
      <w:r>
        <w:br/>
      </w:r>
      <w:r>
        <w:rPr>
          <w:sz w:val="20"/>
        </w:rPr>
        <w:t>24:06  is ke beyond kya hai woh hamein pata nahin.</w:t>
      </w:r>
    </w:p>
    <w:p>
      <w:pPr>
        <w:pStyle w:val="Heading2"/>
      </w:pPr>
      <w:r>
        <w:t>A companion donates his whole orchard for God's sake</w:t>
      </w:r>
    </w:p>
    <w:p>
      <w:r>
        <w:rPr>
          <w:color w:val="666666"/>
          <w:sz w:val="18"/>
        </w:rPr>
        <w:t>The Companions of The Prophet January 15, 2023 · 2m 30s · at 37:08 · https://youtu.be/clnN0tUU9og?t=2228</w:t>
      </w:r>
    </w:p>
    <w:p>
      <w:r>
        <w:rPr>
          <w:i/>
        </w:rPr>
        <w:t>“The Quran asked: who will give God a good loan?”</w:t>
      </w:r>
    </w:p>
    <w:p>
      <w:r>
        <w:rPr>
          <w:sz w:val="20"/>
        </w:rPr>
        <w:t>37:08  to isi mein se aik Abu Daada Ansari thay.</w:t>
      </w:r>
      <w:r>
        <w:br/>
      </w:r>
      <w:r>
        <w:rPr>
          <w:sz w:val="20"/>
        </w:rPr>
        <w:t>37:13  to jab Quran mein yeh ayat utri: "kaun hai jo Allah ko qarz-e-hasan de?" to matlab itna literally us ko lete thay Quran ki baaton ko ke woh gaye paighambar ke paas aur unhon ne kaha: "kya Allah waqai hum se qarz chahta hai?" paighambar ne kaha: "haan." to unhon ne kaha: "a Khuda ke rasool, apna hath laiye." aap ne apna hath un ke hath mein de diya.</w:t>
      </w:r>
      <w:r>
        <w:br/>
      </w:r>
      <w:r>
        <w:rPr>
          <w:sz w:val="20"/>
        </w:rPr>
        <w:t>37:38  phir unhon ne kaha ke: "mere paas jo hai, mera aik bagh hai, mein</w:t>
      </w:r>
      <w:r>
        <w:br/>
      </w:r>
      <w:r>
        <w:rPr>
          <w:sz w:val="20"/>
        </w:rPr>
        <w:t>37:43  is bagh ko apne rab ke ko qarz mein deta houn." to is bagh mein 600 darakht thay. ab dekhiye, is zamanay mein kitnay kam resources thay, wahi wahi aur koi aur zariya maash nahi tha, wahi zariya maash tha.</w:t>
      </w:r>
      <w:r>
        <w:br/>
      </w:r>
      <w:r>
        <w:rPr>
          <w:sz w:val="20"/>
        </w:rPr>
        <w:t>38:00  to wo jab unhon ne aik baar bait kar li, kyunkay wo log na jhoot boltay thay, waday ke pakay thay, jo kehtay thay wo kar guzartay thay, to bait kar li to kar li.</w:t>
      </w:r>
      <w:r>
        <w:br/>
      </w:r>
      <w:r>
        <w:rPr>
          <w:sz w:val="20"/>
        </w:rPr>
        <w:t>38:10  is</w:t>
      </w:r>
      <w:r>
        <w:br/>
      </w:r>
      <w:r>
        <w:rPr>
          <w:sz w:val="20"/>
        </w:rPr>
        <w:t>38:11  waqt wo gaye apne bagh mein. is bagh mein un ki biwi baithi hui thi, um daadah, aur un se kaha ke: "tum bagh se niklo,</w:t>
      </w:r>
      <w:r>
        <w:br/>
      </w:r>
      <w:r>
        <w:rPr>
          <w:sz w:val="20"/>
        </w:rPr>
        <w:t>38:24  yeh bagh maine khuda ke liye de diya hai." aur biwi ko dekhiye, ansar ki aurtain bhi aisay hi theen. biwi ko dekhiye, usi waqt wo bagh se nikal gayi aur apne bachon ko le kar wo bagh mein thi.</w:t>
      </w:r>
      <w:r>
        <w:br/>
      </w:r>
      <w:r>
        <w:rPr>
          <w:sz w:val="20"/>
        </w:rPr>
        <w:t>38:37  bagh ki dekh bhaal aurtain bahar nikalti theen.</w:t>
      </w:r>
      <w:r>
        <w:br/>
      </w:r>
      <w:r>
        <w:rPr>
          <w:sz w:val="20"/>
        </w:rPr>
        <w:t>38:40  yeh yeh jo hai na, yeh ke ghar mein aurtain rahein, yeh sab baad mein paida hua. yeh culture aurtain bahar nikalti theen aur apne bagh mein jati theen, wahan kaam karti theen.</w:t>
      </w:r>
      <w:r>
        <w:br/>
      </w:r>
      <w:r>
        <w:rPr>
          <w:sz w:val="20"/>
        </w:rPr>
        <w:t>38:50  to is tareeqay se hamein bohat sari misalein milti hain. to wo apne bagh mein theen, kuch na kuch kaam karti hongi, peir jo bhi zaroorat hoti hogi.</w:t>
      </w:r>
      <w:r>
        <w:br/>
      </w:r>
      <w:r>
        <w:rPr>
          <w:sz w:val="20"/>
        </w:rPr>
        <w:t>39:02  to abu daadah ne kaha, um abu daadah ne kaha ke: "aap ki tijarat kamyab rahi." aur wo foran bagh se nikal gayeen, bohat khushi khushi.</w:t>
      </w:r>
      <w:r>
        <w:br/>
      </w:r>
      <w:r>
        <w:rPr>
          <w:sz w:val="20"/>
        </w:rPr>
        <w:t>39:15  unhon ne koi aitraaz nahi kiya ke phir hamara kya hoga. to rasool Allah sal Allah alayh wasallam ne jab yeh suna to kaha ke: "abu daadah ke liye jannat mein kitnay hi shadab aur phaldar darakht hain."</w:t>
      </w:r>
      <w:r>
        <w:br/>
      </w:r>
      <w:r>
        <w:rPr>
          <w:sz w:val="20"/>
        </w:rPr>
        <w:t>39:29  to yeh log bilkul bechain rehtay thay khuda ke liye qurbani denay ke liye aur apne deen ki khatir apna sab kuch luta denay mein.</w:t>
      </w:r>
    </w:p>
    <w:p>
      <w:pPr>
        <w:pStyle w:val="Heading2"/>
      </w:pPr>
      <w:r>
        <w:t>Muslims' reaction leads to society bombing</w:t>
      </w:r>
    </w:p>
    <w:p>
      <w:r>
        <w:rPr>
          <w:color w:val="666666"/>
          <w:sz w:val="18"/>
        </w:rPr>
        <w:t>Islam and Peace Voilence  27 7 08 · 30s · at 4:59 · https://youtu.be/aNMv0hKp-lw?t=299</w:t>
      </w:r>
    </w:p>
    <w:p>
      <w:r>
        <w:rPr>
          <w:i/>
        </w:rPr>
        <w:t>“Muslims not fitting, react with society bombing”</w:t>
      </w:r>
    </w:p>
    <w:p>
      <w:r>
        <w:rPr>
          <w:sz w:val="20"/>
        </w:rPr>
        <w:t>4:59  apne bare mein revise karen, reassessment karen. aur yeh haqeeqat hai ke aaj ki duniya mein musalman fit nahi ho rahe hain, aur is liye woh react karte hain. jab react karte hain to woh pahunch jata hai society bombing tak. phir us ko aap sochen to yeh baat bohat door tak jati hai. hadith mein aata hai ke rasool allah ne farmaya</w:t>
      </w:r>
    </w:p>
    <w:p>
      <w:pPr>
        <w:pStyle w:val="Heading2"/>
      </w:pPr>
      <w:r>
        <w:t>Palestinians should disarm to break Israel's fear cycle</w:t>
      </w:r>
    </w:p>
    <w:p>
      <w:r>
        <w:rPr>
          <w:color w:val="666666"/>
          <w:sz w:val="18"/>
        </w:rPr>
        <w:t>Quran A Book of Universal Guidance May 31, 2009 · 1m 38s · at 1:27:05 · https://youtu.be/Q2_96C_3Zd8?t=5225</w:t>
      </w:r>
    </w:p>
    <w:p>
      <w:r>
        <w:rPr>
          <w:i/>
        </w:rPr>
        <w:t>“Here is the beginning: Palestinians apne aap ko disarm karein”</w:t>
      </w:r>
    </w:p>
    <w:p>
      <w:r>
        <w:rPr>
          <w:sz w:val="20"/>
        </w:rPr>
        <w:t>1:27:05  to "Here is the beginning." Palestinians jo hain, arab log apne aap ko disarm karen. Non-governmental jo NGOs hain, yani hukumat ke khilaf bahar jo organization bana rakhi hai logon ne,</w:t>
      </w:r>
      <w:r>
        <w:br/>
      </w:r>
      <w:r>
        <w:rPr>
          <w:sz w:val="20"/>
        </w:rPr>
        <w:t>1:27:18  is ko disarm karen.</w:t>
      </w:r>
      <w:r>
        <w:br/>
      </w:r>
      <w:r>
        <w:rPr>
          <w:sz w:val="20"/>
        </w:rPr>
        <w:t>1:27:21  Strictly unhen kahin ke tum sirf peaceful activity chala sakte ho bas. hathiyar nahin. aap dekhen ge ke achaanak hi halat badal jae gi.</w:t>
      </w:r>
      <w:r>
        <w:br/>
      </w:r>
      <w:r>
        <w:rPr>
          <w:sz w:val="20"/>
        </w:rPr>
        <w:t>1:27:31  mein khud ghaliban do baar mein wahan gaya hoon aur wahan ke leaderon se baat ki hai mein ne. ek hi jagah hai jahan ke ruka hua hai muamla.</w:t>
      </w:r>
      <w:r>
        <w:br/>
      </w:r>
      <w:r>
        <w:rPr>
          <w:sz w:val="20"/>
        </w:rPr>
        <w:t>1:27:42  ke woh saare yahoodi fear mein jeete hain. saare yahoodi fear mein jeete hain. ke kahin bhi bomb maar den ge yeh.</w:t>
      </w:r>
      <w:r>
        <w:br/>
      </w:r>
      <w:r>
        <w:rPr>
          <w:sz w:val="20"/>
        </w:rPr>
        <w:t>1:27:51  unhen to suicide bombing karne mein bhi koi woh nahin hai. kyunke jannat mein ja samajhte hain ke jannat mein jaen ge hum. "Suicide bombing kar ke jannat mein chale jaen ge.</w:t>
      </w:r>
      <w:r>
        <w:br/>
      </w:r>
      <w:r>
        <w:rPr>
          <w:sz w:val="20"/>
        </w:rPr>
        <w:t>1:28:00  to kahin bhi bomb maar sakte hain yeh. to har waqt woh fear mein jeeta hai israeli, yahoodi.</w:t>
      </w:r>
      <w:r>
        <w:br/>
      </w:r>
      <w:r>
        <w:rPr>
          <w:sz w:val="20"/>
        </w:rPr>
        <w:t>1:28:11  to aap agar chahte hain ke israel se koi normal taluq qaim ho, koi acha un se agreement ho jae aur sahi tareeqe se kuch kaam aage barhe to is ki pehli condition yeh hai, pehli condition ke aap arbon ke jo yeh organizations hain, un ko disarm ki jiye.</w:t>
      </w:r>
      <w:r>
        <w:br/>
      </w:r>
      <w:r>
        <w:rPr>
          <w:sz w:val="20"/>
        </w:rPr>
        <w:t>1:28:31  is ke baad sab kuch theek ho jae ga. mein apni zaati jo baat cheet logon se ki hai, zaati jo tajurba kiya hai mein ne, is ki buniyad par yeh keh raha hoon.</w:t>
      </w:r>
    </w:p>
    <w:p>
      <w:pPr>
        <w:pStyle w:val="Heading2"/>
      </w:pPr>
      <w:r>
        <w:t>Francis of Assisi's encounter with Sultan Malik al-Kamil</w:t>
      </w:r>
    </w:p>
    <w:p>
      <w:r>
        <w:rPr>
          <w:color w:val="666666"/>
          <w:sz w:val="18"/>
        </w:rPr>
        <w:t>A Talk Given by Prof. Farida Khanam at Vidyajyoti College Theology September 2, 2022 · 1m 47s · at 2:39 · https://youtu.be/xWunZk7U6xo?t=159</w:t>
      </w:r>
    </w:p>
    <w:p>
      <w:r>
        <w:rPr>
          <w:i/>
        </w:rPr>
        <w:t>“Francis of Assisi met Sultan Malik al-Kamil in Egypt”</w:t>
      </w:r>
    </w:p>
    <w:p>
      <w:r>
        <w:rPr>
          <w:sz w:val="20"/>
        </w:rPr>
        <w:t>2:39  This is the insight that Francis of Assisi, eighty eight centuries ago when he met with sultan Malik al Kamil at Damitya in Egypt. When the crusaders were raging for a fight, raging for killing, Francis of Assisi went and met with sultan Malik al Kamen.</w:t>
      </w:r>
      <w:r>
        <w:br/>
      </w:r>
      <w:r>
        <w:rPr>
          <w:sz w:val="20"/>
        </w:rPr>
        <w:t>3:06  instantaneously both of them recognized in one another as man of god.</w:t>
      </w:r>
      <w:r>
        <w:br/>
      </w:r>
      <w:r>
        <w:rPr>
          <w:sz w:val="20"/>
        </w:rPr>
        <w:t>3:16  in being living in the camp of the sultan for two weeks, francis of assisi came to recognize</w:t>
      </w:r>
      <w:r>
        <w:br/>
      </w:r>
      <w:r>
        <w:rPr>
          <w:sz w:val="20"/>
        </w:rPr>
        <w:t>3:26  that all human beings, all human beings, without any exception, all of us are brothers and sisters to one another.</w:t>
      </w:r>
      <w:r>
        <w:br/>
      </w:r>
      <w:r>
        <w:rPr>
          <w:sz w:val="20"/>
        </w:rPr>
        <w:t>3:37  The most profound impact on his life, that experience had. He also recognized that the the the essence of human creature, the essence of creature, essence of human person is to worship God.</w:t>
      </w:r>
      <w:r>
        <w:br/>
      </w:r>
      <w:r>
        <w:rPr>
          <w:sz w:val="20"/>
        </w:rPr>
        <w:t>3:56  These two profound insights that he experienced in the presence of the sultan Malik Al Kamel who practiced religion. So it's important for us to meet with one another and listen to them and ask for clarifications and enrich ourselves, a mutual enrichment between, you know, meeting with each meeting with one another.</w:t>
      </w:r>
      <w:r>
        <w:br/>
      </w:r>
      <w:r>
        <w:rPr>
          <w:sz w:val="20"/>
        </w:rPr>
        <w:t>4:26  Every year I'm very very grateful to Center for Peace and Spirituality, the center that was established by Maulana Wahiduddin Khan sahib.</w:t>
      </w:r>
    </w:p>
    <w:p>
      <w:pPr>
        <w:pStyle w:val="Heading2"/>
      </w:pPr>
      <w:r>
        <w:t>Only violence is unlawful nowadays</w:t>
      </w:r>
    </w:p>
    <w:p>
      <w:r>
        <w:rPr>
          <w:color w:val="666666"/>
          <w:sz w:val="18"/>
        </w:rPr>
        <w:t>Redefining Islam July 05, 2009 Maulana Wahiduddin Khan · 20s · at 30:33 · https://youtu.be/JXY-MlXBy3Q?t=1833</w:t>
      </w:r>
    </w:p>
    <w:p>
      <w:r>
        <w:rPr>
          <w:i/>
        </w:rPr>
        <w:t>“Violence ko chor kar aap kuch bhi kijiye”</w:t>
      </w:r>
    </w:p>
    <w:p>
      <w:r>
        <w:rPr>
          <w:sz w:val="20"/>
        </w:rPr>
        <w:t>30:33  woh kya hai? Violence. Other than violence in every field you are free. kuch bhi kijiye, kuch bhi kijiye, kuch bhi kijiye.</w:t>
      </w:r>
      <w:r>
        <w:br/>
      </w:r>
      <w:r>
        <w:rPr>
          <w:sz w:val="20"/>
        </w:rPr>
        <w:t>30:47  Violence ko chhod kar aap kuch bhi kijiye.</w:t>
      </w:r>
    </w:p>
    <w:p>
      <w:pPr>
        <w:pStyle w:val="Heading2"/>
      </w:pPr>
      <w:r>
        <w:t>Ibn Mas'ud rebukes an innovated dhikr circle in Kufa</w:t>
      </w:r>
    </w:p>
    <w:p>
      <w:r>
        <w:rPr>
          <w:color w:val="666666"/>
          <w:sz w:val="18"/>
        </w:rPr>
        <w:t>Maulana Wahiduddin Khan and His Critics A Response to Misinterpretations. November 26, 2024 · 3m 53s · at 51:59 · https://youtu.be/aVtXLKOMOHw?t=3119</w:t>
      </w:r>
    </w:p>
    <w:p>
      <w:r>
        <w:rPr>
          <w:i/>
        </w:rPr>
        <w:t>“Kufa ki masjid mein humne ek bohot hi strange cheez dekhi.”</w:t>
      </w:r>
    </w:p>
    <w:p>
      <w:r>
        <w:rPr>
          <w:sz w:val="20"/>
        </w:rPr>
        <w:t>51:59  ab doosri baat jo hai ah hadith ki kitab se jo doosra quote main aapko dena chahta hoon</w:t>
      </w:r>
      <w:r>
        <w:br/>
      </w:r>
      <w:r>
        <w:rPr>
          <w:sz w:val="20"/>
        </w:rPr>
        <w:t>52:04  کہ اہ ایک صحابی تھے عبداللہ ابن مسعود بڑے ہی great صحابی ہیں تو ان وہ جو ہے کوفہ میں رہتے تھے بعد کے دور میں رسول اللہ کے بعد کے دور میں وہ کوفہ میں رہتے تھے</w:t>
      </w:r>
      <w:r>
        <w:br/>
      </w:r>
      <w:r>
        <w:rPr>
          <w:sz w:val="20"/>
        </w:rPr>
        <w:t>52:14  to ah aur unke bahut saare disciples the ah wo unse ilm haasil karte rehte the unke darwaze par jaakar wo Fajr se pehle hi unke disciple baith jaate</w:t>
      </w:r>
      <w:r>
        <w:br/>
      </w:r>
      <w:r>
        <w:rPr>
          <w:sz w:val="20"/>
        </w:rPr>
        <w:t>52:23  aur jo hai unke Fajr se pehle</w:t>
      </w:r>
      <w:r>
        <w:br/>
      </w:r>
      <w:r>
        <w:rPr>
          <w:sz w:val="20"/>
        </w:rPr>
        <w:t>52:26  jo hai unke door par baith kar intezar karte taake Abdullah bin Masood bahar niklein</w:t>
      </w:r>
      <w:r>
        <w:br/>
      </w:r>
      <w:r>
        <w:rPr>
          <w:sz w:val="20"/>
        </w:rPr>
        <w:t>52:30  aur hamaan se ilm haasil karen to abdullah bin masood aik martaba jo hai fajr ke liye bahar nikle</w:t>
      </w:r>
      <w:r>
        <w:br/>
      </w:r>
      <w:r>
        <w:rPr>
          <w:sz w:val="20"/>
        </w:rPr>
        <w:t>52:35  to bohat pehle hi aa kar jo hai students baithe hue the</w:t>
      </w:r>
      <w:r>
        <w:br/>
      </w:r>
      <w:r>
        <w:rPr>
          <w:sz w:val="20"/>
        </w:rPr>
        <w:t>52:38  to hazrat abdullah bin masood ne poocha ke aaj kya baat hai ke tum bohat pehle aa gaye aur aa gaye kya baat hai to unhon ne kaha ke abdullah bin masood</w:t>
      </w:r>
      <w:r>
        <w:br/>
      </w:r>
      <w:r>
        <w:rPr>
          <w:sz w:val="20"/>
        </w:rPr>
        <w:t>52:45  Kufa ki masjid mein hum ne ek bohat hi strange cheez dekhi hai</w:t>
      </w:r>
      <w:r>
        <w:br/>
      </w:r>
      <w:r>
        <w:rPr>
          <w:sz w:val="20"/>
        </w:rPr>
        <w:t>52:49  woh strange cheez yeh hai kah wahan group baithay huay hain zikr ke halqay a honge zikr ke ah remembering remembering of God log halqay bana kar jo hai Kufa ki masjid mein baithay huay hain unke samnay a bijar rakhe huay hain ya kankariyan rak</w:t>
      </w:r>
      <w:r>
        <w:br/>
      </w:r>
      <w:r>
        <w:rPr>
          <w:sz w:val="20"/>
        </w:rPr>
        <w:t>53:06  ye hue hain to inka jo hai moderator in se kehta hai ke sau</w:t>
      </w:r>
      <w:r>
        <w:br/>
      </w:r>
      <w:r>
        <w:rPr>
          <w:sz w:val="20"/>
        </w:rPr>
        <w:t>53:09  martaba allah o akbar kaho ya sau martaba ye padh lo sau martaba wo padh lo to saare log jo hai isko repeat karte hain</w:t>
      </w:r>
      <w:r>
        <w:br/>
      </w:r>
      <w:r>
        <w:rPr>
          <w:sz w:val="20"/>
        </w:rPr>
        <w:t>53:16  ha iski baat ko to humein to bohat achha lag raha hai students ne kaha ke khuda ka zikr jo hai is tarah</w:t>
      </w:r>
      <w:r>
        <w:br/>
      </w:r>
      <w:r>
        <w:rPr>
          <w:sz w:val="20"/>
        </w:rPr>
        <w:t>53:21  karna chahiye to hazrat abdullah bin masood ne jo hai ye sunte hi kaha</w:t>
      </w:r>
      <w:r>
        <w:br/>
      </w:r>
      <w:r>
        <w:rPr>
          <w:sz w:val="20"/>
        </w:rPr>
        <w:t>53:25  ke tum ne in se ye kyun nahi kaha ke inki kankariyon par wo jo hai apni bidaton ko ginna shuru kar dein wo zikr nahi hai wo to bidat hai</w:t>
      </w:r>
      <w:r>
        <w:br/>
      </w:r>
      <w:r>
        <w:rPr>
          <w:sz w:val="20"/>
        </w:rPr>
        <w:t>53:31  har kankar jo hai inka aik gunah shumar kiya ja raha hai to phir hum masjid mein pahunche masjid mein pahunch kar itne betaab</w:t>
      </w:r>
      <w:r>
        <w:br/>
      </w:r>
      <w:r>
        <w:rPr>
          <w:sz w:val="20"/>
        </w:rPr>
        <w:t>53:37  hue ke wahin se kankar marna shuru kiya unhon ne aye ummat e muhammad tumhara bhala ho itna jaldi tum jo hai rasool allah ke raaste se</w:t>
      </w:r>
      <w:r>
        <w:br/>
      </w:r>
      <w:r>
        <w:rPr>
          <w:sz w:val="20"/>
        </w:rPr>
        <w:t>53:45  bad gaye itna jaldi jaldi tum ne decision le liya</w:t>
      </w:r>
      <w:r>
        <w:br/>
      </w:r>
      <w:r>
        <w:rPr>
          <w:sz w:val="20"/>
        </w:rPr>
        <w:t>53:49  abhi to rasool allah ke bartan bhi toote nahi hain aur jo hai rasool allah ke kapde bhi phatte nahi hain booda nahi hue hain</w:t>
      </w:r>
      <w:r>
        <w:br/>
      </w:r>
      <w:r>
        <w:rPr>
          <w:sz w:val="20"/>
        </w:rPr>
        <w:t>53:54  abhi tum ne jo hai innovation ijad kar li hai research shuru kar di to iske baad unhon ne kaha ke tum log jo hai agar in kankariyon par apne ye kiye hue cheezon ko jo hai gunah ke taur par count karo to ye zyada</w:t>
      </w:r>
      <w:r>
        <w:br/>
      </w:r>
      <w:r>
        <w:rPr>
          <w:sz w:val="20"/>
        </w:rPr>
        <w:t>54:06  achhi cheez hai isko tum jo hai aik</w:t>
      </w:r>
      <w:r>
        <w:br/>
      </w:r>
      <w:r>
        <w:rPr>
          <w:sz w:val="20"/>
        </w:rPr>
        <w:t>54:09  desirable act samajhne ke bajaye to yeh har aalim janta hai to hamare samnay jo hai hadith ki kitabon se do incident samnay aa rahe hain ek incident yeh bata raha hai jismein Rasool Allah yeh keh rahe hain kah a tum jo hai apne 'antum a'lam bi amri dunyakum' is se murad huay kah worldly affair mein jo hai mein aur tum</w:t>
      </w:r>
      <w:r>
        <w:br/>
      </w:r>
      <w:r>
        <w:rPr>
          <w:sz w:val="20"/>
        </w:rPr>
        <w:t>54:29  aah dono jo hai creativity ke raste par chalenge aah</w:t>
      </w:r>
      <w:r>
        <w:br/>
      </w:r>
      <w:r>
        <w:rPr>
          <w:sz w:val="20"/>
        </w:rPr>
        <w:t>54:33  experiment hoga experiment humko jo batayega us experiment ke raste ko apnaya jayega</w:t>
      </w:r>
      <w:r>
        <w:br/>
      </w:r>
      <w:r>
        <w:rPr>
          <w:sz w:val="20"/>
        </w:rPr>
        <w:t>54:38  yani jis raaste bab mein jis department mein hamare baad ke ulma ne darwaza lock kar diya hai ijtihad ka darwaza wahan rasool allah ne kaha ke ye qayamat tak khula</w:t>
      </w:r>
      <w:r>
        <w:br/>
      </w:r>
      <w:r>
        <w:rPr>
          <w:sz w:val="20"/>
        </w:rPr>
        <w:t>54:48  rahega aur abdullah bin masood jin ko rasool allah sallallahu alaihi wasallam ne kaha ke ye is ummat ka jo hai</w:t>
      </w:r>
      <w:r>
        <w:br/>
      </w:r>
      <w:r>
        <w:rPr>
          <w:sz w:val="20"/>
        </w:rPr>
        <w:t>54:54  mufassir hai mufassir e quran hai aye allah isko jo hai deen ki jo hai sahih fehm de isne jab zakireen ke halqe ko dekha to kaha ke ye bidat hai</w:t>
      </w:r>
      <w:r>
        <w:br/>
      </w:r>
      <w:r>
        <w:rPr>
          <w:sz w:val="20"/>
        </w:rPr>
        <w:t>55:02  isko foran tum band karo to yahan aik conclusion hum nikaal sakte hain conclusion ye bata raha hai ke</w:t>
      </w:r>
      <w:r>
        <w:br/>
      </w:r>
      <w:r>
        <w:rPr>
          <w:sz w:val="20"/>
        </w:rPr>
        <w:t>55:08  world affairs ke maamle mein hamesha ijtihad se kaam liya jayega aur jo creation plan hai khuda ka</w:t>
      </w:r>
      <w:r>
        <w:br/>
      </w:r>
      <w:r>
        <w:rPr>
          <w:sz w:val="20"/>
        </w:rPr>
        <w:t>55:15  aur jo hai akhirat ki</w:t>
      </w:r>
      <w:r>
        <w:br/>
      </w:r>
      <w:r>
        <w:rPr>
          <w:sz w:val="20"/>
        </w:rPr>
        <w:t>55:17  cheez hai aur jo hai namazen kaise padhi jayengi hajj kaise ada kiya jayega rasool allah ne jo hai namaz ke bare mein kaha</w:t>
      </w:r>
      <w:r>
        <w:br/>
      </w:r>
      <w:r>
        <w:rPr>
          <w:sz w:val="20"/>
        </w:rPr>
        <w:t>55:24  sallu kama raaytumuni usalli yani namaz tum ko waise hi padhna hai jaise maine padha hai</w:t>
      </w:r>
      <w:r>
        <w:br/>
      </w:r>
      <w:r>
        <w:rPr>
          <w:sz w:val="20"/>
        </w:rPr>
        <w:t>55:29  isme jo hai creativity nahi chalegi aur isi tarah rasool allah sallallahu alaihi wasallam ne hajj ke mauqe se kaha</w:t>
      </w:r>
      <w:r>
        <w:br/>
      </w:r>
      <w:r>
        <w:rPr>
          <w:sz w:val="20"/>
        </w:rPr>
        <w:t>55:34  ke khuzoo an manasikakum ke mujh se jo hai hajj ke</w:t>
      </w:r>
      <w:r>
        <w:br/>
      </w:r>
      <w:r>
        <w:rPr>
          <w:sz w:val="20"/>
        </w:rPr>
        <w:t>55:38  ah rituals seekh lo shayad main iske baad jo hai is saal ke baad tum se meri mulaqat na ho to goya ke namaz ka maamla strictly rasool allah ka right hai ke unhi se seekhenge wo isi tarah jo hai zikr kiya hai wo rasool allah se hi hum seekhenge jaise ke abdullah bin</w:t>
      </w:r>
    </w:p>
    <w:p>
      <w:pPr>
        <w:pStyle w:val="Heading2"/>
      </w:pPr>
      <w:r>
        <w:t>Man is always caught between Satan and angels</w:t>
      </w:r>
    </w:p>
    <w:p>
      <w:r>
        <w:rPr>
          <w:color w:val="666666"/>
          <w:sz w:val="18"/>
        </w:rPr>
        <w:t>Living with Angels April 11, 2010 · 43s · at 0:54 · https://youtu.be/u-SHIRgBE6M?t=54</w:t>
      </w:r>
    </w:p>
    <w:p>
      <w:r>
        <w:rPr>
          <w:i/>
        </w:rPr>
        <w:t>“Yeh baat bohot zyada sochne ki hai.”</w:t>
      </w:r>
    </w:p>
    <w:p>
      <w:r>
        <w:rPr>
          <w:sz w:val="20"/>
        </w:rPr>
        <w:t>0:54  Yeh baat bohat zyada sochne ki hai. Dekhein, is duniya mein har waqt aadmi do unseen taqaton ke beech mein hota hai:</w:t>
      </w:r>
      <w:r>
        <w:br/>
      </w:r>
      <w:r>
        <w:rPr>
          <w:sz w:val="20"/>
        </w:rPr>
        <w:t>1:10  Shaitan aur farishta. Satan and angels. Har waqt, 24 ghanta.</w:t>
      </w:r>
      <w:r>
        <w:br/>
      </w:r>
      <w:r>
        <w:rPr>
          <w:sz w:val="20"/>
        </w:rPr>
        <w:t>1:17  Koi aadmi bhi is se khaali nahi hai.</w:t>
      </w:r>
      <w:r>
        <w:br/>
      </w:r>
      <w:r>
        <w:rPr>
          <w:sz w:val="20"/>
        </w:rPr>
        <w:t>1:23  Aur aap ki kamyabi ka raaz yeh hai ke aap Shaitan ke influence mein na aain, aur aap angel ke influence mein zindagi guzarein.</w:t>
      </w:r>
      <w:r>
        <w:br/>
      </w:r>
      <w:r>
        <w:rPr>
          <w:sz w:val="20"/>
        </w:rPr>
        <w:t>1:34  Isi ka naam kamyabi hai.</w:t>
      </w:r>
    </w:p>
    <w:p>
      <w:pPr>
        <w:pStyle w:val="Heading2"/>
      </w:pPr>
      <w:r>
        <w:t>Muhammad, history's only fully documented prophet</w:t>
      </w:r>
    </w:p>
    <w:p>
      <w:r>
        <w:rPr>
          <w:color w:val="666666"/>
          <w:sz w:val="18"/>
        </w:rPr>
        <w:t>A Brief Survey of Islamic History (Eng) February 15, 2007 · 1m 54s · at 51:50 · https://youtu.be/MdRtdA99UlA?t=3110</w:t>
      </w:r>
    </w:p>
    <w:p>
      <w:r>
        <w:rPr>
          <w:i/>
        </w:rPr>
        <w:t>“Prophet Muhammad was born within the full light of history.”</w:t>
      </w:r>
    </w:p>
    <w:p>
      <w:r>
        <w:rPr>
          <w:sz w:val="20"/>
        </w:rPr>
        <w:t>51:50  Then I would like to say a few words about Prophet Muhammad (sallallahu alaihi wasallam). An Orientalist says in one of his books that Prophet Muhammad was born within the full light of histor</w:t>
      </w:r>
      <w:r>
        <w:br/>
      </w:r>
      <w:r>
        <w:rPr>
          <w:sz w:val="20"/>
        </w:rPr>
        <w:t>52:09  y. So, Prophet Muhammad is only one prophet who is a historical prophet. His life is recorded.</w:t>
      </w:r>
      <w:r>
        <w:br/>
      </w:r>
      <w:r>
        <w:rPr>
          <w:sz w:val="20"/>
        </w:rPr>
        <w:t>52:17  We know everything about his life. That the name of Muhammad's father was Abdullah. The name of his grandfather was Abdul Muttalib.</w:t>
      </w:r>
      <w:r>
        <w:br/>
      </w:r>
      <w:r>
        <w:rPr>
          <w:sz w:val="20"/>
        </w:rPr>
        <w:t>52:29  Everything is well-known historically.</w:t>
      </w:r>
      <w:r>
        <w:br/>
      </w:r>
      <w:r>
        <w:rPr>
          <w:sz w:val="20"/>
        </w:rPr>
        <w:t>52:35  We know that Prophet Muhammad was born in 570 A.D.</w:t>
      </w:r>
      <w:r>
        <w:br/>
      </w:r>
      <w:r>
        <w:rPr>
          <w:sz w:val="20"/>
        </w:rPr>
        <w:t>52:45  in Makkah. We cannot give this kind of specific statement about any prophet</w:t>
      </w:r>
      <w:r>
        <w:br/>
      </w:r>
      <w:r>
        <w:rPr>
          <w:sz w:val="20"/>
        </w:rPr>
        <w:t>52:53  because historical accounts are not available about previous prophets.</w:t>
      </w:r>
      <w:r>
        <w:br/>
      </w:r>
      <w:r>
        <w:rPr>
          <w:sz w:val="20"/>
        </w:rPr>
        <w:t>53:03  There is only one prophet that is Muhammad bin Abdullah bin Abdul Muttalib about whom we can say that Muhammad was born in 570 A.D.</w:t>
      </w:r>
      <w:r>
        <w:br/>
      </w:r>
      <w:r>
        <w:rPr>
          <w:sz w:val="20"/>
        </w:rPr>
        <w:t>53:14  in Makkah. And also, we can say that Muhammad died in</w:t>
      </w:r>
      <w:r>
        <w:br/>
      </w:r>
      <w:r>
        <w:rPr>
          <w:sz w:val="20"/>
        </w:rPr>
        <w:t>53:24  632. And at that time, he was in Madinah.</w:t>
      </w:r>
      <w:r>
        <w:br/>
      </w:r>
      <w:r>
        <w:rPr>
          <w:sz w:val="20"/>
        </w:rPr>
        <w:t>53:30  This kind of specific statement is not available except Prophet Muhammad. This is very important.</w:t>
      </w:r>
      <w:r>
        <w:br/>
      </w:r>
      <w:r>
        <w:rPr>
          <w:sz w:val="20"/>
        </w:rPr>
        <w:t>53:45  One Hindu scholar, Dr. Nishikan Chattopadhyay, he was a Bengali Hindu.</w:t>
      </w:r>
    </w:p>
    <w:p>
      <w:pPr>
        <w:pStyle w:val="Heading2"/>
      </w:pPr>
      <w:r>
        <w:t>Da'wah work is a peaceful two-point formula</w:t>
      </w:r>
    </w:p>
    <w:p>
      <w:r>
        <w:rPr>
          <w:color w:val="666666"/>
          <w:sz w:val="18"/>
        </w:rPr>
        <w:t>Political Interpretation of Islam January 3, 2011 · 37s · at 18:50 · https://youtu.be/TUkU35oO640?t=1130</w:t>
      </w:r>
    </w:p>
    <w:p>
      <w:r>
        <w:rPr>
          <w:i/>
        </w:rPr>
        <w:t>“Da'wah work is a two-point formula: persuade, then pray.”</w:t>
      </w:r>
    </w:p>
    <w:p>
      <w:r>
        <w:rPr>
          <w:sz w:val="20"/>
        </w:rPr>
        <w:t>18:50  then you go to dua.</w:t>
      </w:r>
      <w:r>
        <w:br/>
      </w:r>
      <w:r>
        <w:rPr>
          <w:sz w:val="20"/>
        </w:rPr>
        <w:t>18:54  Dawah work is two point formula.</w:t>
      </w:r>
      <w:r>
        <w:br/>
      </w:r>
      <w:r>
        <w:rPr>
          <w:sz w:val="20"/>
        </w:rPr>
        <w:t>18:59  if possible, then dawah work. if not possible, then dua work. it is from a to z.</w:t>
      </w:r>
      <w:r>
        <w:br/>
      </w:r>
      <w:r>
        <w:rPr>
          <w:sz w:val="20"/>
        </w:rPr>
        <w:t>19:09  it is a peaceful concept, peaceful movement. there is no violence, there is no hate, there is no complaint, there is no protest.</w:t>
      </w:r>
    </w:p>
    <w:p>
      <w:pPr>
        <w:pStyle w:val="Heading2"/>
      </w:pPr>
      <w:r>
        <w:t>How Alexander's conquests preserved Greek knowledge for humanity</w:t>
      </w:r>
    </w:p>
    <w:p>
      <w:r>
        <w:rPr>
          <w:color w:val="666666"/>
          <w:sz w:val="18"/>
        </w:rPr>
        <w:t>Importance of Travel in Religion July 28, 2024 · 2m 39s · at 31:16 · https://youtu.be/a5tfBcUSYXc?t=1876</w:t>
      </w:r>
    </w:p>
    <w:p>
      <w:r>
        <w:rPr>
          <w:i/>
        </w:rPr>
        <w:t>“If Greek knowledge had stayed in Greece, it would have died there.”</w:t>
      </w:r>
    </w:p>
    <w:p>
      <w:r>
        <w:rPr>
          <w:sz w:val="20"/>
        </w:rPr>
        <w:t>31:16  Yahan mein aap ko woh hawala doongi, Alexander the Great ki. Hmm,</w:t>
      </w:r>
      <w:r>
        <w:br/>
      </w:r>
      <w:r>
        <w:rPr>
          <w:sz w:val="20"/>
        </w:rPr>
        <w:t>31:22  Kyunke aap log jante hain ke sab se ziyada ilm ki tarraqi jo hai, science ki aur khaas taur par philosophy ki, sab se ziyada ilm ki tarraqi Greece mein hui.</w:t>
      </w:r>
      <w:r>
        <w:br/>
      </w:r>
      <w:r>
        <w:rPr>
          <w:sz w:val="20"/>
        </w:rPr>
        <w:t>31:33  Ab woh agar sirf Greece mein rehti, aur us zamane mein itne, woh to koi press warais to hota nahi tha ke sari duniya mein phail ki jati, woh to woh khatam bhi ho gayi</w:t>
      </w:r>
      <w:r>
        <w:br/>
      </w:r>
      <w:r>
        <w:rPr>
          <w:sz w:val="20"/>
        </w:rPr>
        <w:t>31:44  hoti. Lekin Alexander ka woh jo ambition tha ke sari duniya ko conquer karna, to woh jagah jagah woh conquer karne ke baad woh apne logon ko wahan basata tha.</w:t>
      </w:r>
      <w:r>
        <w:br/>
      </w:r>
      <w:r>
        <w:rPr>
          <w:sz w:val="20"/>
        </w:rPr>
        <w:t>31:56  To woh log wahan par jo ilm tha, Greece mein, woh log wahan pohanchate thay. Is tareeqay se sari duniya mein woh ilm pohanch gaya.</w:t>
      </w:r>
      <w:r>
        <w:br/>
      </w:r>
      <w:r>
        <w:rPr>
          <w:sz w:val="20"/>
        </w:rPr>
        <w:t>32:06  Aur is ke baad jab Musalmanon ne empire banayi to woh us ke inheritor banay is ilm ke.</w:t>
      </w:r>
      <w:r>
        <w:br/>
      </w:r>
      <w:r>
        <w:rPr>
          <w:sz w:val="20"/>
        </w:rPr>
        <w:t>32:13  Aur is ilm ko le kar ke unhon ne aage barhay, is pe bohat kaam kiya, aur is mein bohat ziyada tarraqi ki. Aur woh wahi ilm baad mein Spain ke zariye se Europe pohancha.</w:t>
      </w:r>
      <w:r>
        <w:br/>
      </w:r>
      <w:r>
        <w:rPr>
          <w:sz w:val="20"/>
        </w:rPr>
        <w:t>32:25  Ji, matlab aik hum woh aik hota hai na, aadmi step by step charh sakta hai, achaanak koi tarraqi nahi ho sakti. To woh Greece ka ilm sari duniya mein pohancha.</w:t>
      </w:r>
      <w:r>
        <w:br/>
      </w:r>
      <w:r>
        <w:rPr>
          <w:sz w:val="20"/>
        </w:rPr>
        <w:t>32:35  Phir wahan se Musalmanon ne sari kitabon ke tarjmay karaye</w:t>
      </w:r>
      <w:r>
        <w:br/>
      </w:r>
      <w:r>
        <w:rPr>
          <w:sz w:val="20"/>
        </w:rPr>
        <w:t>32:41  Arabi mein. Phir Arabi se phir woh Spain pohancha. Spain se woh Italy ki zabanon mein aur European zabanon mein is ke tarjmay hue.</w:t>
      </w:r>
      <w:r>
        <w:br/>
      </w:r>
      <w:r>
        <w:rPr>
          <w:sz w:val="20"/>
        </w:rPr>
        <w:t>32:51  Phir taqreeban solahwin sadi tak yeh ilm wahan baqayda textbook ke taur par parhaya jata raha. Is ke baad jo hai, un logon ne bohat ziyada tarraqi ki, aur nayi nayi discoveries huin.</w:t>
      </w:r>
      <w:r>
        <w:br/>
      </w:r>
      <w:r>
        <w:rPr>
          <w:sz w:val="20"/>
        </w:rPr>
        <w:t>33:06  To yeh bohat ziyada zaroori hai tre</w:t>
      </w:r>
      <w:r>
        <w:br/>
      </w:r>
      <w:r>
        <w:rPr>
          <w:sz w:val="20"/>
        </w:rPr>
        <w:t>33:09  vel. Agar travel hum nahi karein to hamare andar ghetto mentality paida ho jayegi, aur hum koi bhi kaam nahi kar payenge. Har cheez hamare liye aik ritual ho kar reh jayegi.</w:t>
      </w:r>
      <w:r>
        <w:br/>
      </w:r>
      <w:r>
        <w:rPr>
          <w:sz w:val="20"/>
        </w:rPr>
        <w:t>33:20  To apne aap ke spiritual development ke liye, intellectual development ke liye, aur jo ilm hamare paas hai, us ko sari duniya mein pohanchana.</w:t>
      </w:r>
      <w:r>
        <w:br/>
      </w:r>
      <w:r>
        <w:rPr>
          <w:sz w:val="20"/>
        </w:rPr>
        <w:t>33:31  Jaise Hazrat Muhammad صلی اللہ علیہ وسلم ne kaha ke agar ilm China mein bhi milay to bhi tum wahan ja</w:t>
      </w:r>
      <w:r>
        <w:br/>
      </w:r>
      <w:r>
        <w:rPr>
          <w:sz w:val="20"/>
        </w:rPr>
        <w:t>33:37  o, kyunke ilm tumhara hi gumshuda سرمایہ hai. Jahan bhi milay, us ko le lo. Ji, aap when we read about the life of Prophet صلی اللہ علیہ وسلم, we discover that he played the crucial role in establishment and the spread of the religion Islam.</w:t>
      </w:r>
    </w:p>
    <w:p>
      <w:pPr>
        <w:pStyle w:val="Heading2"/>
      </w:pPr>
      <w:r>
        <w:t>differences among companions were a mercy</w:t>
      </w:r>
    </w:p>
    <w:p>
      <w:r>
        <w:rPr>
          <w:color w:val="666666"/>
          <w:sz w:val="18"/>
        </w:rPr>
        <w:t>Evolution of Fiqh: The Journey</w:t>
        <w:br/>
        <w:t>of Islamic Jurisprudence Dec 22, 2024 · 25s · at 46:44 · https://youtu.be/Iwtb-eFjp2c?t=2804</w:t>
      </w:r>
    </w:p>
    <w:p>
      <w:r>
        <w:rPr>
          <w:i/>
        </w:rPr>
        <w:t>“sahaba mein agar ikhtilaf na hota to mujhe pasand nahi hota”</w:t>
      </w:r>
    </w:p>
    <w:p>
      <w:r>
        <w:rPr>
          <w:sz w:val="20"/>
        </w:rPr>
        <w:t>46:44  to unhon ne yeh kaha ke ashab e rasool mein agar ikhtilaf na hota to yeh mujhe pasand</w:t>
      </w:r>
      <w:r>
        <w:br/>
      </w:r>
      <w:r>
        <w:rPr>
          <w:sz w:val="20"/>
        </w:rPr>
        <w:t>46:49  nahi tha. ikhtilaf hua to aasani hai hamare liye ke insan ko bohat sare options mil jate hain. insan kya karta hai? jahan par us ko zaroorat ho, yeh cheez hamare liye aasan hai, convenient hai, wo us ko kar leta hai.</w:t>
      </w:r>
      <w:r>
        <w:br/>
      </w:r>
      <w:r>
        <w:rPr>
          <w:sz w:val="20"/>
        </w:rPr>
        <w:t>47:00  doosri jagah doosra convenient ho, wo us ko kar sakta hai. bohat aham cheez hai yeh aap ne batai. to ab main aap se ek sawal karunga ikhtilaf ke ta'alluq se, us ki kuch misalein</w:t>
      </w:r>
    </w:p>
    <w:p>
      <w:pPr>
        <w:pStyle w:val="Heading2"/>
      </w:pPr>
      <w:r>
        <w:t>Woman told Hajj is her jihad</w:t>
      </w:r>
    </w:p>
    <w:p>
      <w:r>
        <w:rPr>
          <w:color w:val="666666"/>
          <w:sz w:val="18"/>
        </w:rPr>
        <w:t>The Farwell Hajj of The Prophet June 18, 2023 · 36s · at 1:07:12 · https://youtu.be/jY24n6ArZaM?t=4032</w:t>
      </w:r>
    </w:p>
    <w:p>
      <w:r>
        <w:rPr>
          <w:i/>
        </w:rPr>
        <w:t>“A woman came to the Prophet wanting to join jihad”</w:t>
      </w:r>
    </w:p>
    <w:p>
      <w:r>
        <w:rPr>
          <w:sz w:val="20"/>
        </w:rPr>
        <w:t>1:07:12  ah, ek ek khatoon aain prophet ke paas aur unhon ne kaha ke main jihad pe jana chahti hoon.</w:t>
      </w:r>
      <w:r>
        <w:br/>
      </w:r>
      <w:r>
        <w:rPr>
          <w:sz w:val="20"/>
        </w:rPr>
        <w:t>1:07:21  to, ah, i want to participate in jihad. to prophet ne kaha ke main koi is se better baat bataun aap ko? ji, shayad i give you something better, tell you something better.</w:t>
      </w:r>
      <w:r>
        <w:br/>
      </w:r>
      <w:r>
        <w:rPr>
          <w:sz w:val="20"/>
        </w:rPr>
        <w:t>1:07:32  to unhon ne kaha haan. to rasool allah ne farmaya ke al-hajj, hajj is the jihad for you.</w:t>
      </w:r>
      <w:r>
        <w:br/>
      </w:r>
      <w:r>
        <w:rPr>
          <w:sz w:val="20"/>
        </w:rPr>
        <w:t>1:07:39  hmm, aur aise hi rasool allah ne farmaya tha ke al-hajj jihad li kull da'if, hajj is the, ah, jihad for every weak.</w:t>
      </w:r>
    </w:p>
    <w:p>
      <w:pPr>
        <w:pStyle w:val="Heading2"/>
      </w:pPr>
      <w:r>
        <w:t>A prophetic dua for a mind free of conditioning</w:t>
      </w:r>
    </w:p>
    <w:p>
      <w:r>
        <w:rPr>
          <w:color w:val="666666"/>
          <w:sz w:val="18"/>
        </w:rPr>
        <w:t>Prophetic Wisdom July 23, 2016 Maulana Wahiduddin Khan · 49s · at 41:42 · https://youtu.be/aaXBGgyvWOU?t=2502</w:t>
      </w:r>
    </w:p>
    <w:p>
      <w:r>
        <w:rPr>
          <w:i/>
        </w:rPr>
        <w:t>“The world you live in constantly conditions your mind”</w:t>
      </w:r>
    </w:p>
    <w:p>
      <w:r>
        <w:rPr>
          <w:sz w:val="20"/>
        </w:rPr>
        <w:t>41:42  dekhen, aap jis duniya mein hain, idhar har waqt tarah tarah ki cheezen hain. is ki wajah se aap ki conditioning hoti rehti hai.</w:t>
      </w:r>
      <w:r>
        <w:br/>
      </w:r>
      <w:r>
        <w:rPr>
          <w:sz w:val="20"/>
        </w:rPr>
        <w:t>41:53  har waqt koi koi cheez hai jis se aap ki conditioning ho rahi hai. to yeh hadees ka matlab hai ke mujhe decondition mind de, jo condition se pak mind,</w:t>
      </w:r>
      <w:r>
        <w:br/>
      </w:r>
      <w:r>
        <w:rPr>
          <w:sz w:val="20"/>
        </w:rPr>
        <w:t>42:08  taake mein cheezon ko as it is nahi dekh sakun. agar aap ka mind conditioned mind hoga to aap cheezon ko as it is nahi dekh sakte.</w:t>
      </w:r>
      <w:r>
        <w:br/>
      </w:r>
      <w:r>
        <w:rPr>
          <w:sz w:val="20"/>
        </w:rPr>
        <w:t>42:19  to is hadees ka matlab hai ke aye Allah, mujhe conditioning se bacha, meri deconditioning kar de, taake mein cheezon ko original tarah halat dekh sakun.</w:t>
      </w:r>
    </w:p>
    <w:p>
      <w:pPr>
        <w:pStyle w:val="Heading2"/>
      </w:pPr>
      <w:r>
        <w:t>Maulana's 'Last Discovery': dying with zero negativity</w:t>
      </w:r>
    </w:p>
    <w:p>
      <w:r>
        <w:rPr>
          <w:color w:val="666666"/>
          <w:sz w:val="18"/>
        </w:rPr>
        <w:t>Maulana Wahiduddin Khan and His Critics A Response to Misinterpretations. November 26, 2024 · 52s · at 17:20 · https://youtu.be/aVtXLKOMOHw?t=1040</w:t>
      </w:r>
    </w:p>
    <w:p>
      <w:r>
        <w:rPr>
          <w:i/>
        </w:rPr>
        <w:t>“'My Last Discovery of the World' ke unwan se Maulana ne likha.”</w:t>
      </w:r>
    </w:p>
    <w:p>
      <w:r>
        <w:rPr>
          <w:sz w:val="20"/>
        </w:rPr>
        <w:t>17:20  "My Last Discovery of the World" ke unwan se diya</w:t>
      </w:r>
      <w:r>
        <w:br/>
      </w:r>
      <w:r>
        <w:rPr>
          <w:sz w:val="20"/>
        </w:rPr>
        <w:t>17:25  hai. Ismein unhone kaha hai ke is duniya ki meri sabse badi aur aakhri daryaft yeh hai ke koi insan is duniya se is tarah rukhsat ho ke uske dil mein aite ke barabar bhi negativity na ho.</w:t>
      </w:r>
      <w:r>
        <w:br/>
      </w:r>
      <w:r>
        <w:rPr>
          <w:sz w:val="20"/>
        </w:rPr>
        <w:t>17:43  kisi insan ko le</w:t>
      </w:r>
      <w:r>
        <w:br/>
      </w:r>
      <w:r>
        <w:rPr>
          <w:sz w:val="20"/>
        </w:rPr>
        <w:t>17:45  kar is duniya se woh is tarah rukhsat hona chahiye ke woh jab rukhsat ho raha ho toh kisi bhi insan ko le kar uske dil mein munfisoo chuka ek aite, ek particle bhi nahi hona chahiye.</w:t>
      </w:r>
      <w:r>
        <w:br/>
      </w:r>
      <w:r>
        <w:rPr>
          <w:sz w:val="20"/>
        </w:rPr>
        <w:t>17:58  Yeh meri is duniya ki jo hai sabse bada aur aakhri daryaft hai. Toh kisi aadmi ke life aur uske work ko dekh kar uske kaam ki tashreeh ki jayegi.</w:t>
      </w:r>
    </w:p>
    <w:p>
      <w:pPr>
        <w:pStyle w:val="Heading2"/>
      </w:pPr>
      <w:r>
        <w:t>Islam's method is non-political</w:t>
      </w:r>
    </w:p>
    <w:p>
      <w:r>
        <w:rPr>
          <w:color w:val="666666"/>
          <w:sz w:val="18"/>
        </w:rPr>
        <w:t>Interaction with CPS Ulema August 29, 2020 Maulana Wahiduddin Khan · 26s · at 18:43 · https://youtu.be/bHowfdKdeAs?t=1123</w:t>
      </w:r>
    </w:p>
    <w:p>
      <w:r>
        <w:rPr>
          <w:i/>
        </w:rPr>
        <w:t>“Political style was dominant.”</w:t>
      </w:r>
    </w:p>
    <w:p>
      <w:r>
        <w:rPr>
          <w:sz w:val="20"/>
        </w:rPr>
        <w:t>18:43  political andaz ghalib tha.</w:t>
      </w:r>
      <w:r>
        <w:br/>
      </w:r>
      <w:r>
        <w:rPr>
          <w:sz w:val="20"/>
        </w:rPr>
        <w:t>18:51  mere nazdeek chahe pakistan ho, chahe koi aur country ho, islam ka tareeqa mukammal taur par non political hai.</w:t>
      </w:r>
    </w:p>
    <w:p>
      <w:pPr>
        <w:pStyle w:val="Heading2"/>
      </w:pPr>
      <w:r>
        <w:t>Vivid size analogy: sun as Himalaya, earth as football</w:t>
      </w:r>
    </w:p>
    <w:p>
      <w:r>
        <w:rPr>
          <w:color w:val="666666"/>
          <w:sz w:val="18"/>
        </w:rPr>
        <w:t>From Superstition to Science April 19, 2009 · 21s · at 16:31 · https://youtu.be/GvCoNSjZlGE?t=991</w:t>
      </w:r>
    </w:p>
    <w:p>
      <w:r>
        <w:rPr>
          <w:i/>
        </w:rPr>
        <w:t>“Suraj Himalaya pahaad ke barabar, zameen football ke barabar”</w:t>
      </w:r>
    </w:p>
    <w:p>
      <w:r>
        <w:rPr>
          <w:sz w:val="20"/>
        </w:rPr>
        <w:t>16:31  yani suraj ko agar aap himalaya pahad ke barabar manen to zameen football ke barabar hogi, ek gend ke barabar hogi.</w:t>
      </w:r>
      <w:r>
        <w:br/>
      </w:r>
      <w:r>
        <w:rPr>
          <w:sz w:val="20"/>
        </w:rPr>
        <w:t>16:43  aur phir chand to ek sarson ke barabar hoga, sarson se bhi chhota hoga. itna size mein difference hai. lekin kya hota hai?</w:t>
      </w:r>
    </w:p>
    <w:p>
      <w:pPr>
        <w:pStyle w:val="Heading2"/>
      </w:pPr>
      <w:r>
        <w:t>Do not blame people, blame Satan</w:t>
      </w:r>
    </w:p>
    <w:p>
      <w:r>
        <w:rPr>
          <w:color w:val="666666"/>
          <w:sz w:val="18"/>
        </w:rPr>
        <w:t>Lessons from The Story of Prophet Yusuf - I May 22, 2022 Dr. Saniyasnain Khan · 21s · at 26:23 · https://youtu.be/grDcnpaLdIA?t=1583</w:t>
      </w:r>
    </w:p>
    <w:p>
      <w:r>
        <w:rPr>
          <w:i/>
        </w:rPr>
        <w:t>“To ye bahut hi ahem baat hazrat yaqub ali salam ne”</w:t>
      </w:r>
    </w:p>
    <w:p>
      <w:r>
        <w:rPr>
          <w:sz w:val="20"/>
        </w:rPr>
        <w:t>26:23  to yeh bahut hi ahham baat hazrat yaqub aleh salam ne kahi ismein ki insaan dushman nahi hai balki shaitan to dushman hai. to ek aur cheez ismein mil rahi hai hamein ki hazrat yaqub aleh salam aur yusuf aleh salam baap bete the halanki yusuf aleh salam chhote the satrah saal ke lekin woh discussion kar rahe hain. ji.</w:t>
      </w:r>
      <w:r>
        <w:br/>
      </w:r>
      <w:r>
        <w:rPr>
          <w:sz w:val="20"/>
        </w:rPr>
        <w:t>26:44  intellectual discussion kar rahe hain aur unko unko samjha rahe hain ki ek baat to bahut hi achha yeh andaaz hai ek baat balki parenting ka bhi bahut achha andaaz bhi milta hai kis tarike se hazrat yaqub aleh salam apne apne bete ko samjha rahe hain ki is khwab ko kis tarah se achhi tarah se interpret kiya. to bahut hi achha yeh ek hamein ek ismein se clue milta hai.</w:t>
      </w:r>
    </w:p>
    <w:p>
      <w:pPr>
        <w:pStyle w:val="Heading2"/>
      </w:pPr>
      <w:r>
        <w:t>Prophet as greatest positive thinker</w:t>
      </w:r>
    </w:p>
    <w:p>
      <w:r>
        <w:rPr>
          <w:color w:val="666666"/>
          <w:sz w:val="18"/>
        </w:rPr>
        <w:t>Prophet of Islam as a Model for Mankind August 31, 2007 · 40s · at 51:51 · https://youtu.be/UKUzH7_OjKM?t=3111</w:t>
      </w:r>
    </w:p>
    <w:p>
      <w:r>
        <w:rPr>
          <w:i/>
        </w:rPr>
        <w:t>“So this is the only formula of positive life.”</w:t>
      </w:r>
    </w:p>
    <w:p>
      <w:r>
        <w:rPr>
          <w:sz w:val="20"/>
        </w:rPr>
        <w:t>51:51  You have to try to convert negativity into positivity through patience, through ignorance, through avoidance.</w:t>
      </w:r>
      <w:r>
        <w:br/>
      </w:r>
      <w:r>
        <w:rPr>
          <w:sz w:val="20"/>
        </w:rPr>
        <w:t>52:09  I think that the Prophet of Islam was the greatest positive thinker in the history.</w:t>
      </w:r>
      <w:r>
        <w:br/>
      </w:r>
      <w:r>
        <w:rPr>
          <w:sz w:val="20"/>
        </w:rPr>
        <w:t>52:19  The Prophet of Islam was the greatest thinker, greatest positive thinker of human history.</w:t>
      </w:r>
    </w:p>
    <w:p>
      <w:pPr>
        <w:pStyle w:val="Heading2"/>
      </w:pPr>
      <w:r>
        <w:t>De-linking policy is a law of nature</w:t>
      </w:r>
    </w:p>
    <w:p>
      <w:r>
        <w:rPr>
          <w:color w:val="666666"/>
          <w:sz w:val="18"/>
        </w:rPr>
        <w:t>Art of De-Linking | May 6, 2007 - Maulana Wahiduddin Khan · 30s · at 8:20 · https://youtu.be/e-Y0yXpZr34?t=500</w:t>
      </w:r>
    </w:p>
    <w:p>
      <w:r>
        <w:rPr>
          <w:i/>
        </w:rPr>
        <w:t>“Mera maanna yeh hai ke de-linking policy ek qanoon-e-fitrat hai.”</w:t>
      </w:r>
    </w:p>
    <w:p>
      <w:r>
        <w:rPr>
          <w:sz w:val="20"/>
        </w:rPr>
        <w:t>8:20  mera manna yeh hai ke delinking policy ek qanoon fitrat hai yeh universal qanoon hai aur is</w:t>
      </w:r>
      <w:r>
        <w:br/>
      </w:r>
      <w:r>
        <w:rPr>
          <w:sz w:val="20"/>
        </w:rPr>
        <w:t>8:30  ke siwa is duniya mein hamare liye koi doosra intekhab nahi hai yeh ek haqeeqat hai ke hum</w:t>
      </w:r>
      <w:r>
        <w:br/>
      </w:r>
      <w:r>
        <w:rPr>
          <w:sz w:val="20"/>
        </w:rPr>
        <w:t>8:40  دنیا کو اپنے آئیڈیل کے مطابق ڈھال نہیں سکتے we cannot build</w:t>
      </w:r>
    </w:p>
    <w:p>
      <w:pPr>
        <w:pStyle w:val="Heading2"/>
      </w:pPr>
      <w:r>
        <w:t>Governor's fear of Muslim leader</w:t>
      </w:r>
    </w:p>
    <w:p>
      <w:r>
        <w:rPr>
          <w:color w:val="666666"/>
          <w:sz w:val="18"/>
        </w:rPr>
        <w:t>The Importance of Wisdom I November 4, 2012 Maulana Wahiduddin Khan · 37s · at 15:13 · https://youtu.be/RpFboW7i_P4?t=913</w:t>
      </w:r>
    </w:p>
    <w:p>
      <w:r>
        <w:rPr>
          <w:i/>
        </w:rPr>
        <w:t>“To maine padha tha ek jo aadmi maujood tha”</w:t>
      </w:r>
    </w:p>
    <w:p>
      <w:r>
        <w:rPr>
          <w:sz w:val="20"/>
        </w:rPr>
        <w:t>15:13  aur isi waqt ek us ko ek slip di gayi. bataya gaya us ko ke molana muhammad ali kanpur aa gaye hain. to maine parha tha ek ek jo aadmi maujood tha wahan par, us ne kaha yeh sunte hi angrez governor ke hath se chup chup chhoot ke gir gaya.</w:t>
      </w:r>
      <w:r>
        <w:br/>
      </w:r>
      <w:r>
        <w:rPr>
          <w:sz w:val="20"/>
        </w:rPr>
        <w:t>15:33  chhuri kaante se kha rahe thay woh. to chhuri kaanta jo le kar jo khana kha raha tha woh. to jaise hi us ne suna ke molana muhammad ali aa gaye hain to chhoot ke gir pada.</w:t>
      </w:r>
      <w:r>
        <w:br/>
      </w:r>
      <w:r>
        <w:rPr>
          <w:sz w:val="20"/>
        </w:rPr>
        <w:t>15:43  woh itna dabdaba tha muslim leadership ka. ab kya aap ko kuch koi hesiyat nahi hai musalmanon ki?</w:t>
      </w:r>
    </w:p>
    <w:p>
      <w:pPr>
        <w:pStyle w:val="Heading2"/>
      </w:pPr>
      <w:r>
        <w:t>Companions' siege story applied to Palestine's failed struggle</w:t>
      </w:r>
    </w:p>
    <w:p>
      <w:r>
        <w:rPr>
          <w:color w:val="666666"/>
          <w:sz w:val="18"/>
        </w:rPr>
        <w:t>Time for Introspection February 26, 2012 Maulana Wahiduddin Khan · 4m 56s · at 15:14 · https://youtu.be/PjgdpJGybeE?t=914</w:t>
      </w:r>
    </w:p>
    <w:p>
      <w:r>
        <w:rPr>
          <w:i/>
        </w:rPr>
        <w:t>“Yahan main aapko ek waqia sunata hoon, sahaba ke zamane ka”</w:t>
      </w:r>
    </w:p>
    <w:p>
      <w:r>
        <w:rPr>
          <w:sz w:val="20"/>
        </w:rPr>
        <w:t>15:14  yahan mein aap ko ek waqea dilata hoon sahaba ke zamane ka waqea sahaba ke zamane mein ek campaign kahin gayi hui thi</w:t>
      </w:r>
      <w:r>
        <w:br/>
      </w:r>
      <w:r>
        <w:rPr>
          <w:sz w:val="20"/>
        </w:rPr>
        <w:t>15:27  kuch logon se masla tha to wo ek qila tha us zamane ke mein qila hua karte the aaj kal ki tarah nahi wo doosre dhang ke qile hote the to is ko unhon ne ghar rakha tha aur unhon ne apna phatak band kar rakha tha to qila jo hai wo qabze mein nahi aa raha tha</w:t>
      </w:r>
      <w:r>
        <w:br/>
      </w:r>
      <w:r>
        <w:rPr>
          <w:sz w:val="20"/>
        </w:rPr>
        <w:t>15:57  un logon se yani wo alag qile mein apna band hain idhar bahar sahaba pade hue hain aur bohat din guzar gaye aur koi faisla nahi ho pata tha to sahaba ne baith kar socha bohat anokhi baat ye bohat anokhi baat sochne ki socha ye hai ke hum se koi sunnat chhoot gayi hai kaisi hai is soch ko</w:t>
      </w:r>
      <w:r>
        <w:br/>
      </w:r>
      <w:r>
        <w:rPr>
          <w:sz w:val="20"/>
        </w:rPr>
        <w:t>16:26  leejiye aap ye way of thinking ko dekhen aap is way of thinking ko baghor kijiye ke koi sunnat chhoot gayi hai sunnat rasool is liye aisa ho raha hai</w:t>
      </w:r>
      <w:r>
        <w:br/>
      </w:r>
      <w:r>
        <w:rPr>
          <w:sz w:val="20"/>
        </w:rPr>
        <w:t>16:40  kaam kamyab nahi ho rahe hain yani sunnat kamyab na hone ke liye unhon ne ye yani un ke zehen mein aaya ke koi sunnat rasool chhoot gayi hai is liye hum kamyab nahi ho rahe hain to sahi tareeqa yahi hai musalman ke liye sochne ka</w:t>
      </w:r>
      <w:r>
        <w:br/>
      </w:r>
      <w:r>
        <w:rPr>
          <w:sz w:val="20"/>
        </w:rPr>
        <w:t>17:02  to ab yahan par jo hamare sath ho raha hai ke do sau saal ki nakam qurbaniyan do sau saal ki nakam koshishen hamein mila kuch bhi nahi misaal ke taur par falasteen ka sab se bada jo mahaz hai musalmanon ka sari duniya ke</w:t>
      </w:r>
      <w:r>
        <w:br/>
      </w:r>
      <w:r>
        <w:rPr>
          <w:sz w:val="20"/>
        </w:rPr>
        <w:t>17:22  ek baar to mein ne ek ek ek musalmanon ke ek ek magazine mein dekha us waqt masjid aqsa ki tasweer bani hui thi neeche likha hua tha sare musalmanon ke jaanein is par qurban hain sare ki jaanein qurban kar ke mile kuch nahi to faida kya hai rasool allah sallallahu alaihi wasallam makkah mein jaanein qurban kar dete hain bas lad mar ke khatm ho jaate hain</w:t>
      </w:r>
      <w:r>
        <w:br/>
      </w:r>
      <w:r>
        <w:rPr>
          <w:sz w:val="20"/>
        </w:rPr>
        <w:t>17:51  to janen qurban karna to koi baat nahi hai</w:t>
      </w:r>
      <w:r>
        <w:br/>
      </w:r>
      <w:r>
        <w:rPr>
          <w:sz w:val="20"/>
        </w:rPr>
        <w:t>17:56  to beharhal sari dunya ke musalman jo hain</w:t>
      </w:r>
      <w:r>
        <w:br/>
      </w:r>
      <w:r>
        <w:rPr>
          <w:sz w:val="20"/>
        </w:rPr>
        <w:t>18:01  falasteen ke masle mein ek hain ek hain bilkul ek hain bas lado yahudiyon ko nikalo</w:t>
      </w:r>
      <w:r>
        <w:br/>
      </w:r>
      <w:r>
        <w:rPr>
          <w:sz w:val="20"/>
        </w:rPr>
        <w:t>18:09  jo unhon ne kaha tha janab abdul nasir ne ke sun army ko fi bahr hum tum ko hum</w:t>
      </w:r>
      <w:r>
        <w:br/>
      </w:r>
      <w:r>
        <w:rPr>
          <w:sz w:val="20"/>
        </w:rPr>
        <w:t>18:15  samandar mein thakil dein ge tum ko</w:t>
      </w:r>
      <w:r>
        <w:br/>
      </w:r>
      <w:r>
        <w:rPr>
          <w:sz w:val="20"/>
        </w:rPr>
        <w:t>18:18  wohi zehan sare musalman ka hai</w:t>
      </w:r>
      <w:r>
        <w:br/>
      </w:r>
      <w:r>
        <w:rPr>
          <w:sz w:val="20"/>
        </w:rPr>
        <w:t>18:21  israel ko khatm karo yahudiyon ko maro</w:t>
      </w:r>
      <w:r>
        <w:br/>
      </w:r>
      <w:r>
        <w:rPr>
          <w:sz w:val="20"/>
        </w:rPr>
        <w:t>18:27  to 1948 mein ye jang shuru hui aur aaj ka hai 1948 mein to balfour verdict ke tehat falasteen ka aadha mila tha musalmanon ko aadha wo line share tha line share best part of the falasteen aaj kya kuch bhi nahi hai</w:t>
      </w:r>
      <w:r>
        <w:br/>
      </w:r>
      <w:r>
        <w:rPr>
          <w:sz w:val="20"/>
        </w:rPr>
        <w:t>18:52  do chhote chhote samajh leejiye ke do town hain ek ek ghaza hai ek qariya sara falasteen qabza kar ke baithe hue hain yahudi to sawal ye hai ke 60 saal ki qurbaniyon ka hasil kya hai to phir rethink karna chahiye rethink</w:t>
      </w:r>
      <w:r>
        <w:br/>
      </w:r>
      <w:r>
        <w:rPr>
          <w:sz w:val="20"/>
        </w:rPr>
        <w:t>19:12  aur rethink karne ke rethinking ka jo formula mein samajh paya hoon wo ye hai ke aap ye sochen ke zaroor koi sunnat hum se chhoot gayi hai</w:t>
      </w:r>
      <w:r>
        <w:br/>
      </w:r>
      <w:r>
        <w:rPr>
          <w:sz w:val="20"/>
        </w:rPr>
        <w:t>19:22  is sunnat ko daryaft kijiye wo sunnat kya hai</w:t>
      </w:r>
      <w:r>
        <w:br/>
      </w:r>
      <w:r>
        <w:rPr>
          <w:sz w:val="20"/>
        </w:rPr>
        <w:t>19:31  mein ne is par behnon ne saalon socha hai ke kaun si sunnat musalmanon se chhooti hai to meri samajh mein jo aaya wo wo mein arz karta hoon sunnat ka lafz jab bolte hain musalman to kuch chhoti chhoti baaten hoti hain idare mein khizab lagana aankh mein surma lagana isi tarah kuch chhoti chhoti baaten</w:t>
      </w:r>
      <w:r>
        <w:br/>
      </w:r>
      <w:r>
        <w:rPr>
          <w:sz w:val="20"/>
        </w:rPr>
        <w:t>19:53  sunnat ka lafz jab bolte hain to theek aaya hai to Alhamdulillah kehna yani sunnat agar yahi hai to bohat hi kam baat hai rasool allah bata ke gaye hain hum ko bare bare masail hum kaise hal karenge</w:t>
      </w:r>
    </w:p>
    <w:p>
      <w:pPr>
        <w:pStyle w:val="Heading2"/>
      </w:pPr>
      <w:r>
        <w:t>Every human being is being tested in this world</w:t>
      </w:r>
    </w:p>
    <w:p>
      <w:r>
        <w:rPr>
          <w:color w:val="666666"/>
          <w:sz w:val="18"/>
        </w:rPr>
        <w:t>Peace and Violence in Islam July 27, 2008 · 55s · at 25:38 · https://youtu.be/B_61iaC_2dQ?t=1538</w:t>
      </w:r>
    </w:p>
    <w:p>
      <w:r>
        <w:rPr>
          <w:i/>
        </w:rPr>
        <w:t>“Poore Quran mein sab kuch bese karta hai ibtila par”</w:t>
      </w:r>
    </w:p>
    <w:p>
      <w:r>
        <w:rPr>
          <w:sz w:val="20"/>
        </w:rPr>
        <w:t>25:38  To is mein aap padhenge ke Quran ki poore Quran mein aap yeh baat padhenge ke base karta hai sab kuch ibtila par, examination test.</w:t>
      </w:r>
      <w:r>
        <w:br/>
      </w:r>
      <w:r>
        <w:rPr>
          <w:sz w:val="20"/>
        </w:rPr>
        <w:t>25:51  Yaani har aadmi test par hai is duniya mein. Is duniya mein har aadmi test par hai.</w:t>
      </w:r>
      <w:r>
        <w:br/>
      </w:r>
      <w:r>
        <w:rPr>
          <w:sz w:val="20"/>
        </w:rPr>
        <w:t>26:00  Is duniya mein har aadmi test par hai.</w:t>
      </w:r>
      <w:r>
        <w:br/>
      </w:r>
      <w:r>
        <w:rPr>
          <w:sz w:val="20"/>
        </w:rPr>
        <w:t>26:06  Misalan Quran ki ek ayat hai wa nablu-kum bil-khayri wash-sharri ibtila-an wa ilayna turja'un yaani hum ne un ko azmaya achhe se bhi, bure se bhi.</w:t>
      </w:r>
      <w:r>
        <w:br/>
      </w:r>
      <w:r>
        <w:rPr>
          <w:sz w:val="20"/>
        </w:rPr>
        <w:t>26:25  We tested them with both blessings and misfortunes.</w:t>
      </w:r>
    </w:p>
    <w:p>
      <w:pPr>
        <w:pStyle w:val="Heading2"/>
      </w:pPr>
      <w:r>
        <w:t>Prophet asks Abu Bakr to judge his argument with Aisha</w:t>
      </w:r>
    </w:p>
    <w:p>
      <w:r>
        <w:rPr>
          <w:color w:val="666666"/>
          <w:sz w:val="18"/>
        </w:rPr>
        <w:t>CPS Mission Conference 2023 April 30, 2023 · 1m 43s · at 54:09 · https://youtu.be/sfTBajRastM?t=3249</w:t>
      </w:r>
    </w:p>
    <w:p>
      <w:r>
        <w:rPr>
          <w:i/>
        </w:rPr>
        <w:t>“एक बार हज़रत आयशा और रसूलल्लाह की बहुत बहस हो गई”</w:t>
      </w:r>
    </w:p>
    <w:p>
      <w:r>
        <w:rPr>
          <w:sz w:val="20"/>
        </w:rPr>
        <w:t>54:09  aik baar Hazrat Aisha R.A. ki aur rasool Allah ki bohat behas ho gayi, khatam hi nahi ho rahi thi baat. to rasool Allah ne kaha ke acha, tum kisi judge ko bula lo, woh ab faisla kar de.</w:t>
      </w:r>
      <w:r>
        <w:br/>
      </w:r>
      <w:r>
        <w:rPr>
          <w:sz w:val="20"/>
        </w:rPr>
        <w:t>54:27  to rasool Allah ne kaha ke Hazrat Abu Ubada Ibn Al-Jarah ko bulatay hain. baray Sahabi thay.</w:t>
      </w:r>
      <w:r>
        <w:br/>
      </w:r>
      <w:r>
        <w:rPr>
          <w:sz w:val="20"/>
        </w:rPr>
        <w:t>54:36  to unhon ne kaha No, he might favor you. to Hazrat Abu Ubada Ibn Al-Jarah, Ameen Al-Ummah kaha tha rasool Allah ne, the most trusted Sahabi of this community.</w:t>
      </w:r>
      <w:r>
        <w:br/>
      </w:r>
      <w:r>
        <w:rPr>
          <w:sz w:val="20"/>
        </w:rPr>
        <w:t>54:54  to unhon ne kaha ke nahi, how about my father Abu Bakr? to rasool Allah ne kaha theek hai, ab Hazrat Abu Bakr ko bulatay hain. to Hazrat Abu Bakr aaye, bethe.</w:t>
      </w:r>
      <w:r>
        <w:br/>
      </w:r>
      <w:r>
        <w:rPr>
          <w:sz w:val="20"/>
        </w:rPr>
        <w:t>55:06  to Prophet ne kaha Hazrat Aisha se ke acha, tum shuru karo. to Hazrat Aisha ne kaha No, you start aur bolein ke agar aap koi galat baat kahengay to main abhi beech mein I'll stop you and I'll correct you.</w:t>
      </w:r>
      <w:r>
        <w:br/>
      </w:r>
      <w:r>
        <w:rPr>
          <w:sz w:val="20"/>
        </w:rPr>
        <w:t>55:23  to is andaaz ki jab baat suni Hazrat Abu Bakr ne to woh khare ho gaye aur ghusay ho gaye ke How can you talk to he is the messenger of Allah? to he was about to slap her pakar liya Hazrat Aisha ko aur aik haath laganay walay thay, tab tak rasool Allah aa gaye, bachaya.</w:t>
      </w:r>
      <w:r>
        <w:br/>
      </w:r>
      <w:r>
        <w:rPr>
          <w:sz w:val="20"/>
        </w:rPr>
        <w:t>55:41  to khair, woh baat khatam ho gayi aur Hazrat Abu Bakr chalay gaye. to Prophet ne kaha ke Look, I have saved from you I have saved from this person I have saved you from this person.</w:t>
      </w:r>
    </w:p>
    <w:p>
      <w:pPr>
        <w:pStyle w:val="Heading2"/>
      </w:pPr>
      <w:r>
        <w:t>Focus on Hikmah and Kitab</w:t>
      </w:r>
    </w:p>
    <w:p>
      <w:r>
        <w:rPr>
          <w:color w:val="666666"/>
          <w:sz w:val="18"/>
        </w:rPr>
        <w:t>Dars-e-Quran, Chapter 62, V. 2 (Prophetic Wisdom) August 26, 2018 · 26s · at 2:01 · https://youtu.be/Btsoiq8qvLI?t=121</w:t>
      </w:r>
    </w:p>
    <w:p>
      <w:r>
        <w:rPr>
          <w:i/>
        </w:rPr>
        <w:t>“Dekhiye, is ayat mein wese to kai baatein hain”</w:t>
      </w:r>
    </w:p>
    <w:p>
      <w:r>
        <w:rPr>
          <w:sz w:val="20"/>
        </w:rPr>
        <w:t>2:01  dekhiye, is ayat mein waise to kai baatein hain, lekin hamara focus rahega do baaton par: hikmat aur kitab.</w:t>
      </w:r>
      <w:r>
        <w:br/>
      </w:r>
      <w:r>
        <w:rPr>
          <w:sz w:val="20"/>
        </w:rPr>
        <w:t>2:18  ke hikmat se kya murad hai, alag alag, aur kitab se kya murad hai, alag alag.</w:t>
      </w:r>
    </w:p>
    <w:p>
      <w:pPr>
        <w:pStyle w:val="Heading2"/>
      </w:pPr>
      <w:r>
        <w:t>Prophet ignoring Kaaba issue</w:t>
      </w:r>
    </w:p>
    <w:p>
      <w:r>
        <w:rPr>
          <w:color w:val="666666"/>
          <w:sz w:val="18"/>
        </w:rPr>
        <w:t>The Importance of Wisdom I November 4, 2012 Maulana Wahiduddin Khan · 30s · at 34:49 · https://youtu.be/RpFboW7i_P4?t=2089</w:t>
      </w:r>
    </w:p>
    <w:p>
      <w:r>
        <w:rPr>
          <w:i/>
        </w:rPr>
        <w:t>“Woh to Hazrat Aisha ne kaha tha”</w:t>
      </w:r>
    </w:p>
    <w:p>
      <w:r>
        <w:rPr>
          <w:sz w:val="20"/>
        </w:rPr>
        <w:t>34:49  woh to hazrat aisha ne kaha tha rasool Allah salallaho alaihi wasallam ne ke aap is ko phir se is ko dha dijiye aur phir se hazrat ibrahim ke</w:t>
      </w:r>
      <w:r>
        <w:br/>
      </w:r>
      <w:r>
        <w:rPr>
          <w:sz w:val="20"/>
        </w:rPr>
        <w:t>35:00  base par is ko banwaiye. rasool Allah ne inkaar kar diya ke aisa nahi karunga main. kyun? rasool Allah salallaho alaihi wasallam ek wahan par tehreek chala rahe the, woh tehreek jeopardized hui hui thi.</w:t>
      </w:r>
      <w:r>
        <w:br/>
      </w:r>
      <w:r>
        <w:rPr>
          <w:sz w:val="20"/>
        </w:rPr>
        <w:t>35:16  ek issue khada hua tha ke dekho bhai, unhon ne to kaba hi tod diya.</w:t>
      </w:r>
    </w:p>
    <w:p>
      <w:pPr>
        <w:pStyle w:val="Heading2"/>
      </w:pPr>
      <w:r>
        <w:t>Human nature seeks angel-like model</w:t>
      </w:r>
    </w:p>
    <w:p>
      <w:r>
        <w:rPr>
          <w:color w:val="666666"/>
          <w:sz w:val="18"/>
        </w:rPr>
        <w:t>The Creation Plan December 09, 2018 · 40s · at 3:28 · https://youtu.be/y8tS4vW9lFI?t=208</w:t>
      </w:r>
    </w:p>
    <w:p>
      <w:r>
        <w:rPr>
          <w:i/>
        </w:rPr>
        <w:t>“Angel, angel-like human being”</w:t>
      </w:r>
    </w:p>
    <w:p>
      <w:r>
        <w:rPr>
          <w:sz w:val="20"/>
        </w:rPr>
        <w:t>3:28  yani aise insaan</w:t>
      </w:r>
      <w:r>
        <w:br/>
      </w:r>
      <w:r>
        <w:rPr>
          <w:sz w:val="20"/>
        </w:rPr>
        <w:t>3:32  jin ke andar predictable character ho, jo aap ko hamesha positive response dein.</w:t>
      </w:r>
      <w:r>
        <w:br/>
      </w:r>
      <w:r>
        <w:rPr>
          <w:sz w:val="20"/>
        </w:rPr>
        <w:t>3:46  jin se jab aap ki koi dealing ho</w:t>
      </w:r>
      <w:r>
        <w:br/>
      </w:r>
      <w:r>
        <w:rPr>
          <w:sz w:val="20"/>
        </w:rPr>
        <w:t>3:52  to woh hamesha justice pe qaim rahein, honesty pe qaim rahein. yani ek lafz mein kahenge ke angel like insaan, farishton jese insaan.</w:t>
      </w:r>
    </w:p>
    <w:p>
      <w:pPr>
        <w:pStyle w:val="Heading2"/>
      </w:pPr>
      <w:r>
        <w:t>Companions knew their own 'not'</w:t>
      </w:r>
    </w:p>
    <w:p>
      <w:r>
        <w:rPr>
          <w:color w:val="666666"/>
          <w:sz w:val="18"/>
        </w:rPr>
        <w:t>Characteristics of the Sahaba 6July, 2019 - Maulana Wahiduddin Khan · 48s · at 1:17 · https://youtu.be/2wktpPu1O8Q?t=77</w:t>
      </w:r>
    </w:p>
    <w:p>
      <w:r>
        <w:rPr>
          <w:i/>
        </w:rPr>
        <w:t>“Mera jawab yeh hoga ke unki sift sabse ajeeb yeh thi”</w:t>
      </w:r>
    </w:p>
    <w:p>
      <w:r>
        <w:rPr>
          <w:sz w:val="20"/>
        </w:rPr>
        <w:t>1:17  mera jawab yeh hoga kay un ki sifat sab say ajeeb yeh thi kay woh apnay nahi ko jantay thay.</w:t>
      </w:r>
      <w:r>
        <w:br/>
      </w:r>
      <w:r>
        <w:rPr>
          <w:sz w:val="20"/>
        </w:rPr>
        <w:t>1:28  aaj ka insaan apnay hai ko janta hai.</w:t>
      </w:r>
      <w:r>
        <w:br/>
      </w:r>
      <w:r>
        <w:rPr>
          <w:sz w:val="20"/>
        </w:rPr>
        <w:t>1:36  yeh bohat anokhi sifat thi kay main kya nahi hoon, meray andar kya nahi hai. to woh apnay nahi ko jantay thay.</w:t>
      </w:r>
      <w:r>
        <w:br/>
      </w:r>
      <w:r>
        <w:rPr>
          <w:sz w:val="20"/>
        </w:rPr>
        <w:t>1:49  aaj ka insaan apnay hai ko janay ka master bana hua hai. main aisa kaisay samjha hoon, woh misaal deta hoon aap ko.</w:t>
      </w:r>
    </w:p>
    <w:p>
      <w:pPr>
        <w:pStyle w:val="Heading2"/>
      </w:pPr>
      <w:r>
        <w:t>The burning bush: God's call and first message to Moses</w:t>
      </w:r>
    </w:p>
    <w:p>
      <w:r>
        <w:rPr>
          <w:color w:val="666666"/>
          <w:sz w:val="18"/>
        </w:rPr>
        <w:t>Lessons from The Story of Prophet Moses Part 2, August 28, 2022 · 5m 57s · at 19:20 · https://youtu.be/2grjIPh0AFc?t=1160</w:t>
      </w:r>
    </w:p>
    <w:p>
      <w:r>
        <w:rPr>
          <w:i/>
        </w:rPr>
        <w:t>“Moses saw a fire and went to look”</w:t>
      </w:r>
    </w:p>
    <w:p>
      <w:r>
        <w:rPr>
          <w:sz w:val="20"/>
        </w:rPr>
        <w:t>19:20  to moosa alaihissalam is aag ki taraf barhe woh thora kisi pahar ki taraf nazar aai thi.</w:t>
      </w:r>
      <w:r>
        <w:br/>
      </w:r>
      <w:r>
        <w:rPr>
          <w:sz w:val="20"/>
        </w:rPr>
        <w:t>19:27  to woh khair kaise charhe thore woh pahari pe halka charh ke wahan aur ooper ki taraf jab gaye to aik valley mein puhanch gaye aik wadi thi wahan .</w:t>
      </w:r>
      <w:r>
        <w:br/>
      </w:r>
      <w:r>
        <w:rPr>
          <w:sz w:val="20"/>
        </w:rPr>
        <w:t>19:40  to jo wadi thi aur us wahin kahin woh peir dekha tha inhon ne to us peir ki taraf aagay barhe.</w:t>
      </w:r>
      <w:r>
        <w:br/>
      </w:r>
      <w:r>
        <w:rPr>
          <w:sz w:val="20"/>
        </w:rPr>
        <w:t>19:48  toh jab peed se woh qareeb pahunche</w:t>
      </w:r>
      <w:r>
        <w:br/>
      </w:r>
      <w:r>
        <w:rPr>
          <w:sz w:val="20"/>
        </w:rPr>
        <w:t>19:52  toh unke right side mein peed ke upar se ek awaaz aayi woh Allah ta'ala ki awaaz thi aur Allah ta'ala ne farmaya</w:t>
      </w:r>
      <w:r>
        <w:br/>
      </w:r>
      <w:r>
        <w:rPr>
          <w:sz w:val="20"/>
        </w:rPr>
        <w:t>20:02  ya Musa inni an rabbuka a Musa main tumhara Rabb hoon</w:t>
      </w:r>
      <w:r>
        <w:br/>
      </w:r>
      <w:r>
        <w:rPr>
          <w:sz w:val="20"/>
        </w:rPr>
        <w:t>20:09  aur kaha ke fa khla na'laik</w:t>
      </w:r>
      <w:r>
        <w:br/>
      </w:r>
      <w:r>
        <w:rPr>
          <w:sz w:val="20"/>
        </w:rPr>
        <w:t>20:13  apne sandals utaar do in kabaal wad wadqis tuwa</w:t>
      </w:r>
      <w:r>
        <w:br/>
      </w:r>
      <w:r>
        <w:rPr>
          <w:sz w:val="20"/>
        </w:rPr>
        <w:t>20:18  tum tawa ki muqaddas wadi mein ho . yeh allah ta'ala ne direct kalam kiya kisi peghambar ke sath aisa nahi hua ke allah ne direct baat ki ho. ji aur phir allah ta'ala ne kaha ke maine tumhein chun liya hai peghambari ke liye apne paigham ko insano ko puhanchane ke liye.</w:t>
      </w:r>
      <w:r>
        <w:br/>
      </w:r>
      <w:r>
        <w:rPr>
          <w:sz w:val="20"/>
        </w:rPr>
        <w:t>20:37  to jo baat mein keh raha hoon jo wahi tumhare ooper nazil hogi ab us ko ghaur se suno. to yeh bara ajeeb experience raha hoga.</w:t>
      </w:r>
      <w:r>
        <w:br/>
      </w:r>
      <w:r>
        <w:rPr>
          <w:sz w:val="20"/>
        </w:rPr>
        <w:t>20:47  j</w:t>
      </w:r>
      <w:r>
        <w:br/>
      </w:r>
      <w:r>
        <w:rPr>
          <w:sz w:val="20"/>
        </w:rPr>
        <w:t>20:48  ye hazrat moosa alaihissalam ka ke allah ta'ala ki direct awaz unhon ne suni to keh mujhe to lagta hai ke woh tharthar kanpte lage honge.</w:t>
      </w:r>
      <w:r>
        <w:br/>
      </w:r>
      <w:r>
        <w:rPr>
          <w:sz w:val="20"/>
        </w:rPr>
        <w:t>20:57  ji yaqeenan kyunke kyunke humein ah seerat se pata chalta hai ke jab ah rasool allah sallallahu alaihi wasallam ke paas pehli wahi aai to in ka bhi isi tarah ka alam</w:t>
      </w:r>
      <w:r>
        <w:br/>
      </w:r>
      <w:r>
        <w:rPr>
          <w:sz w:val="20"/>
        </w:rPr>
        <w:t>21:08  hua tha ke woh kanpte lage aur aisa laga tha ke inhein kuch bimari ho gayi aur bohat hi ghabrahat ki halat mein puhanche apne ghar aur hazrat khadija se kaha ke anikhashiyat ala nafsi to mujhe lagta hai ke meri jaan nikal jaye gi. ji to mujhe lagta hai kuch aisi hi kefiyat hazrat moosa alaihissalam ki bhi ho gi hui ho gi.</w:t>
      </w:r>
      <w:r>
        <w:br/>
      </w:r>
      <w:r>
        <w:rPr>
          <w:sz w:val="20"/>
        </w:rPr>
        <w:t>21:26  ji ke woh hairaan ho gaye honge ke yeh yani woh aaye the ah aag ki talash mein aur allah ta'ala se baat ho rahi hogi.</w:t>
      </w:r>
      <w:r>
        <w:br/>
      </w:r>
      <w:r>
        <w:rPr>
          <w:sz w:val="20"/>
        </w:rPr>
        <w:t>21:34  ji to bari ajeeb kefiyat rahi hogi us waqt. ji yaqeenan</w:t>
      </w:r>
      <w:r>
        <w:br/>
      </w:r>
      <w:r>
        <w:rPr>
          <w:sz w:val="20"/>
        </w:rPr>
        <w:t>21:38  acha doctor sahib kyunke hum wahi ko le kar baat kar rahe hain bohat se ah people from mother faith also watch program. ji ah to woh wahi ke baray mein jante nahi hain.</w:t>
      </w:r>
      <w:r>
        <w:br/>
      </w:r>
      <w:r>
        <w:rPr>
          <w:sz w:val="20"/>
        </w:rPr>
        <w:t>21:49  agar aap us ko wazeh karein ke what is wahi ah us ka kia concept hai to woh bohat acha rahe ga. ah wahi waise teen qism qism ki batai jati hain.</w:t>
      </w:r>
      <w:r>
        <w:br/>
      </w:r>
      <w:r>
        <w:rPr>
          <w:sz w:val="20"/>
        </w:rPr>
        <w:t>22:02  ji teen tarah ki wahi hoti hain. aik to hai jise wahi qalbi kehte hain. ji</w:t>
      </w:r>
      <w:r>
        <w:br/>
      </w:r>
      <w:r>
        <w:rPr>
          <w:sz w:val="20"/>
        </w:rPr>
        <w:t>22:08  yani dil mein baat dalna . to allah ta'ala peghambaron ke dil mein kuch baat dal diya karta tha. hmm aur peghambaron ko yeh pata chal jata tha ke yeh allah ta'ala ne baat dali hai.</w:t>
      </w:r>
      <w:r>
        <w:br/>
      </w:r>
      <w:r>
        <w:rPr>
          <w:sz w:val="20"/>
        </w:rPr>
        <w:t>22:19  yeh bedari mein bhi ho sakti thi aur neend mein bhi yani khwab ke zariye bhi . kyunke jo peghambaron ka khwab hota tha woh sach khwab hota tha aur woh woh wahi us ko mana mana jata tha.</w:t>
      </w:r>
      <w:r>
        <w:br/>
      </w:r>
      <w:r>
        <w:rPr>
          <w:sz w:val="20"/>
        </w:rPr>
        <w:t>22:32  to yeh jo tareeqa hai wahi qalbi is mein ah ah yaani is mein koi farishtay ka involvment</w:t>
      </w:r>
      <w:r>
        <w:br/>
      </w:r>
      <w:r>
        <w:rPr>
          <w:sz w:val="20"/>
        </w:rPr>
        <w:t>22:42  woh mint nahi hai. direct Allah ta'ala paigambar ke dil mein yeh baat daal deta hai.</w:t>
      </w:r>
      <w:r>
        <w:br/>
      </w:r>
      <w:r>
        <w:rPr>
          <w:sz w:val="20"/>
        </w:rPr>
        <w:t>22:48  aur doosri jo qism hai kalam ilahi yani direct Allah ta'ala baat karta hai paigambar se yeh sirf Musa alaihi salam ke qism mein hua</w:t>
      </w:r>
      <w:r>
        <w:br/>
      </w:r>
      <w:r>
        <w:rPr>
          <w:sz w:val="20"/>
        </w:rPr>
        <w:t>22:59  jaisa abhi zikr kiya maine ke ismein bhi koi farishte ka woh nahin hota hai role. direct Allah ta'ala</w:t>
      </w:r>
      <w:r>
        <w:br/>
      </w:r>
      <w:r>
        <w:rPr>
          <w:sz w:val="20"/>
        </w:rPr>
        <w:t>23:06  kalam Allah Moosa takleema Quran mein aata hai ke Allah ta'ala ne Moosa alaihis salam se direct baat ki.</w:t>
      </w:r>
      <w:r>
        <w:br/>
      </w:r>
      <w:r>
        <w:rPr>
          <w:sz w:val="20"/>
        </w:rPr>
        <w:t>23:12  to yeh kalam elahi us ko kaha ja sakta hai aur jo teesri qism hai woh hai wahi malaki yani malaki ka matlab hai farishtay.</w:t>
      </w:r>
      <w:r>
        <w:br/>
      </w:r>
      <w:r>
        <w:rPr>
          <w:sz w:val="20"/>
        </w:rPr>
        <w:t>23:24  ji ke through wahi to farishtay ke zariye wahi hoti hai aur farishtay ke bhi zariye kai qism se wahi</w:t>
      </w:r>
      <w:r>
        <w:br/>
      </w:r>
      <w:r>
        <w:rPr>
          <w:sz w:val="20"/>
        </w:rPr>
        <w:t>23:32  yeh ho sakti hai. aik to woh sirf awaz farishtay ki awaz aaye aur farishta samnay na ho aur doosri soorat yeh hai ke farishta kisi insan ki shakal mein aaye.</w:t>
      </w:r>
      <w:r>
        <w:br/>
      </w:r>
      <w:r>
        <w:rPr>
          <w:sz w:val="20"/>
        </w:rPr>
        <w:t>23:43  ham jaisay hazrat muhammad rasool allah (SAW) ke ah ke paas jab farishta aata tha to kabhi woh kisi insaan ki shakl mein aata tha.</w:t>
      </w:r>
      <w:r>
        <w:br/>
      </w:r>
      <w:r>
        <w:rPr>
          <w:sz w:val="20"/>
        </w:rPr>
        <w:t>23:51  ji aur</w:t>
      </w:r>
      <w:r>
        <w:br/>
      </w:r>
      <w:r>
        <w:rPr>
          <w:sz w:val="20"/>
        </w:rPr>
        <w:t>23:52  aik aik teesri soorat yeh bhi hai ke farishta apne original form mein aaye aur jab woh original form hai woh toh ah rasool allah (SAW) ne bataya hai ke aik baar jibril apne original form mein aaye thay toh poora aasman chhaya hua tha unke wings east say west tak phailay hue thay.</w:t>
      </w:r>
      <w:r>
        <w:br/>
      </w:r>
      <w:r>
        <w:rPr>
          <w:sz w:val="20"/>
        </w:rPr>
        <w:t>24:12  ji toh yeh teen cheezein hain teen tarah ki baatein hain.</w:t>
      </w:r>
      <w:r>
        <w:br/>
      </w:r>
      <w:r>
        <w:rPr>
          <w:sz w:val="20"/>
        </w:rPr>
        <w:t>24:19  toh ismein aik baat aur reh gayi thi pichli sawal mein ke aap ne poocha tha ke kya commandments mile toh jo aham command ah jo aham wahi allah ta'ala ne di jo sab se pehli baat woh yeh ke in ni in allah la ilaha illa ana.</w:t>
      </w:r>
      <w:r>
        <w:br/>
      </w:r>
      <w:r>
        <w:rPr>
          <w:sz w:val="20"/>
        </w:rPr>
        <w:t>24:41  ji ke mein allah hoon mere siwa koi ibadat ke laiq nahin.</w:t>
      </w:r>
      <w:r>
        <w:br/>
      </w:r>
      <w:r>
        <w:rPr>
          <w:sz w:val="20"/>
        </w:rPr>
        <w:t>24:47  fa'abudni toh tum meri hi ibadat karo. waqim as-salata li dhikri aur mere liye tum namaz qaim karo mere zikr ke liye meri yaad ke liye namaz qaim karo.</w:t>
      </w:r>
      <w:r>
        <w:br/>
      </w:r>
      <w:r>
        <w:rPr>
          <w:sz w:val="20"/>
        </w:rPr>
        <w:t>24:58  in as-sa'ata atiyatu qiyamat aanay wali hai. ji akad akhfiyatu li jaza kulli nafsin bima tasmein isko chhupaye rakhoonga taake har insaan ko apne kiye ka badla mil sake.</w:t>
      </w:r>
    </w:p>
    <w:p>
      <w:pPr>
        <w:pStyle w:val="Heading2"/>
      </w:pPr>
      <w:r>
        <w:t>Islam's unique method accepts others</w:t>
      </w:r>
    </w:p>
    <w:p>
      <w:r>
        <w:rPr>
          <w:color w:val="666666"/>
          <w:sz w:val="18"/>
        </w:rPr>
        <w:t>Islamic Activism Shifting the Focus from Battlefield to Peace 16 4 2020 Maulana Wahiduddin Khan · 41s · at 0:21 · https://youtu.be/hghnskwZTLM?t=21</w:t>
      </w:r>
    </w:p>
    <w:p>
      <w:r>
        <w:rPr>
          <w:i/>
        </w:rPr>
        <w:t>“Har mission ko koi tareeqa kar ikhtiyar karna parta hai”</w:t>
      </w:r>
    </w:p>
    <w:p>
      <w:r>
        <w:rPr>
          <w:sz w:val="20"/>
        </w:rPr>
        <w:t>0:21  har mission ko koi tareeqa kar ikhtiyar karna parta hai. Islam ka tareeqa kar bohat hi anokha tareeqa kar hai.</w:t>
      </w:r>
      <w:r>
        <w:br/>
      </w:r>
      <w:r>
        <w:rPr>
          <w:sz w:val="20"/>
        </w:rPr>
        <w:t>0:36  tamam tareeqa kar ya method doosre ko deny karne par qaim hain.</w:t>
      </w:r>
      <w:r>
        <w:br/>
      </w:r>
      <w:r>
        <w:rPr>
          <w:sz w:val="20"/>
        </w:rPr>
        <w:t>0:48  doosri jo party hai maidan mein, us ko deny karna.</w:t>
      </w:r>
      <w:r>
        <w:br/>
      </w:r>
      <w:r>
        <w:rPr>
          <w:sz w:val="20"/>
        </w:rPr>
        <w:t>0:53  lekin Islam ka tareeqa kar bohat ajeeb o ghareeb hai. doosre ke tareeqa kar ko accept karne ki pabandi hai.</w:t>
      </w:r>
    </w:p>
    <w:p>
      <w:pPr>
        <w:pStyle w:val="Heading2"/>
      </w:pPr>
      <w:r>
        <w:t>Tawhid message sparks Meccan hostility and persecution</w:t>
      </w:r>
    </w:p>
    <w:p>
      <w:r>
        <w:rPr>
          <w:color w:val="666666"/>
          <w:sz w:val="18"/>
        </w:rPr>
        <w:t>Muhammad was a Prophet, not a Political Leader December 17, 2007 · 2m 51s · at 15:46 · https://youtu.be/YyQZsYsAYi0?t=946</w:t>
      </w:r>
    </w:p>
    <w:p>
      <w:r>
        <w:rPr>
          <w:i/>
        </w:rPr>
        <w:t>“His mission in Mecca was Tawhid, oneness of God”</w:t>
      </w:r>
    </w:p>
    <w:p>
      <w:r>
        <w:rPr>
          <w:sz w:val="20"/>
        </w:rPr>
        <w:t>15:46  When he started his mission in Mecca, his mission was mission of tawhid, that is oneness of God.</w:t>
      </w:r>
      <w:r>
        <w:br/>
      </w:r>
      <w:r>
        <w:rPr>
          <w:sz w:val="20"/>
        </w:rPr>
        <w:t>15:58  There no God but one God. That was his message. So at the time Makkah people were idol worshipers.</w:t>
      </w:r>
      <w:r>
        <w:br/>
      </w:r>
      <w:r>
        <w:rPr>
          <w:sz w:val="20"/>
        </w:rPr>
        <w:t>16:12  So at the time, the whole Arabia was occupied by these idol worshipers.</w:t>
      </w:r>
      <w:r>
        <w:br/>
      </w:r>
      <w:r>
        <w:rPr>
          <w:sz w:val="20"/>
        </w:rPr>
        <w:t>16:23  so and his message was message of tauheed. he said that: "don't worship idols, worship god.</w:t>
      </w:r>
      <w:r>
        <w:br/>
      </w:r>
      <w:r>
        <w:rPr>
          <w:sz w:val="20"/>
        </w:rPr>
        <w:t>16:35  " the message of the prophet was: "don't worship idols, worship god almighty, la ilaha illallah.</w:t>
      </w:r>
      <w:r>
        <w:br/>
      </w:r>
      <w:r>
        <w:rPr>
          <w:sz w:val="20"/>
        </w:rPr>
        <w:t>16:46  there is no god but one god." so it was quite against their culture, their belief system.</w:t>
      </w:r>
      <w:r>
        <w:br/>
      </w:r>
      <w:r>
        <w:rPr>
          <w:sz w:val="20"/>
        </w:rPr>
        <w:t>16:59  so they turn hostile.</w:t>
      </w:r>
      <w:r>
        <w:br/>
      </w:r>
      <w:r>
        <w:rPr>
          <w:sz w:val="20"/>
        </w:rPr>
        <w:t>17:06  they</w:t>
      </w:r>
      <w:r>
        <w:br/>
      </w:r>
      <w:r>
        <w:rPr>
          <w:sz w:val="20"/>
        </w:rPr>
        <w:t>17:10  wanted to finish his mission, but it was a natural mission.</w:t>
      </w:r>
      <w:r>
        <w:br/>
      </w:r>
      <w:r>
        <w:rPr>
          <w:sz w:val="20"/>
        </w:rPr>
        <w:t>17:18  tauheed is religion of nature. you know, tauheed is religion of nature. so</w:t>
      </w:r>
      <w:r>
        <w:br/>
      </w:r>
      <w:r>
        <w:rPr>
          <w:sz w:val="20"/>
        </w:rPr>
        <w:t>17:29  there were so many people who accepted his religion, who accepted islam.</w:t>
      </w:r>
      <w:r>
        <w:br/>
      </w:r>
      <w:r>
        <w:rPr>
          <w:sz w:val="20"/>
        </w:rPr>
        <w:t>17:38  then they became angry. they wanted to finish his mission.</w:t>
      </w:r>
      <w:r>
        <w:br/>
      </w:r>
      <w:r>
        <w:rPr>
          <w:sz w:val="20"/>
        </w:rPr>
        <w:t>17:48  So they put this question in their parliament. There was a parliament or assembly in Makkah.</w:t>
      </w:r>
      <w:r>
        <w:br/>
      </w:r>
      <w:r>
        <w:rPr>
          <w:sz w:val="20"/>
        </w:rPr>
        <w:t>17:59  you can say tribal parliament</w:t>
      </w:r>
      <w:r>
        <w:br/>
      </w:r>
      <w:r>
        <w:rPr>
          <w:sz w:val="20"/>
        </w:rPr>
        <w:t>18:03  . The name of this tribal parliament was Darul Nadwah. Darul Nadwah. So they put this question in this.</w:t>
      </w:r>
      <w:r>
        <w:br/>
      </w:r>
      <w:r>
        <w:rPr>
          <w:sz w:val="20"/>
        </w:rPr>
        <w:t>18:17  daralndwah or tribal parliament. they decided universally that: "we have to kill muhammad, otherwise he will occupy makkah and whole arabia." his mission is spreading.</w:t>
      </w:r>
    </w:p>
    <w:p>
      <w:pPr>
        <w:pStyle w:val="Heading2"/>
      </w:pPr>
      <w:r>
        <w:t>Full story: Abu Mas'ud beats servant, Prophet corrects him</w:t>
      </w:r>
    </w:p>
    <w:p>
      <w:r>
        <w:rPr>
          <w:color w:val="666666"/>
          <w:sz w:val="18"/>
        </w:rPr>
        <w:t>Moral Values In Islam - III | January 27, 2006 | Maulana Wahiduddin Khan · 5m 10s · at 19:45 · https://youtu.be/dTiWv3ClWPI?t=1185</w:t>
      </w:r>
    </w:p>
    <w:p>
      <w:r>
        <w:rPr>
          <w:i/>
        </w:rPr>
        <w:t>“I will give an example to state this point.”</w:t>
      </w:r>
    </w:p>
    <w:p>
      <w:r>
        <w:rPr>
          <w:sz w:val="20"/>
        </w:rPr>
        <w:t>19:45  a part of creation. It is this difference which, which require good conduct. I will give an example to state this point. When the prophet was in</w:t>
      </w:r>
      <w:r>
        <w:br/>
      </w:r>
      <w:r>
        <w:rPr>
          <w:sz w:val="20"/>
        </w:rPr>
        <w:t>20:15  مدینہ، one day, he was a believer, he was Abu Masood Ansari.</w:t>
      </w:r>
      <w:r>
        <w:br/>
      </w:r>
      <w:r>
        <w:rPr>
          <w:sz w:val="20"/>
        </w:rPr>
        <w:t>20:21  His name was Abu Masood Ansari.</w:t>
      </w:r>
      <w:r>
        <w:br/>
      </w:r>
      <w:r>
        <w:rPr>
          <w:sz w:val="20"/>
        </w:rPr>
        <w:t>20:28  So Abu Masood Ansari was hitting his servant.</w:t>
      </w:r>
      <w:r>
        <w:br/>
      </w:r>
      <w:r>
        <w:rPr>
          <w:sz w:val="20"/>
        </w:rPr>
        <w:t>20:34  He became anger, he became angry, and he started hitting his servant.</w:t>
      </w:r>
      <w:r>
        <w:br/>
      </w:r>
      <w:r>
        <w:rPr>
          <w:sz w:val="20"/>
        </w:rPr>
        <w:t>20:40  Prophet Sahib is seen and said:</w:t>
      </w:r>
      <w:r>
        <w:br/>
      </w:r>
      <w:r>
        <w:rPr>
          <w:sz w:val="20"/>
        </w:rPr>
        <w:t>20:46  "اے علم ابا مسعود، اے علم ابا مسعود، ان اللہ عقب عقب علیکم۔" O Abu Masood, remember that God</w:t>
      </w:r>
      <w:r>
        <w:br/>
      </w:r>
      <w:r>
        <w:rPr>
          <w:sz w:val="20"/>
        </w:rPr>
        <w:t>20:58  is both powerful. Then your.</w:t>
      </w:r>
      <w:r>
        <w:br/>
      </w:r>
      <w:r>
        <w:rPr>
          <w:sz w:val="20"/>
        </w:rPr>
        <w:t>21:10  power upon servant.</w:t>
      </w:r>
      <w:r>
        <w:br/>
      </w:r>
      <w:r>
        <w:rPr>
          <w:sz w:val="20"/>
        </w:rPr>
        <w:t>21:22  So instantly, he became aware, said: "I was wrong, I was wrong, I was wrong." Why? Why happened</w:t>
      </w:r>
      <w:r>
        <w:br/>
      </w:r>
      <w:r>
        <w:rPr>
          <w:sz w:val="20"/>
        </w:rPr>
        <w:t>21:33  this phenomena? Because when he was provoked by a servant, and became angry, and started hitting.</w:t>
      </w:r>
      <w:r>
        <w:br/>
      </w:r>
      <w:r>
        <w:rPr>
          <w:sz w:val="20"/>
        </w:rPr>
        <w:t>21:43  At the time, consciously or unconsciously,</w:t>
      </w:r>
      <w:r>
        <w:br/>
      </w:r>
      <w:r>
        <w:rPr>
          <w:sz w:val="20"/>
        </w:rPr>
        <w:t>21:54  His feeling was that there is an equality: I am superior and this servant is inferior. I am superior and he is inferior. So this concept ki I am superior and more powerful, it was</w:t>
      </w:r>
      <w:r>
        <w:br/>
      </w:r>
      <w:r>
        <w:rPr>
          <w:sz w:val="20"/>
        </w:rPr>
        <w:t>22:24  the science of security which by which he wanted to pet his servant. I am superior and he is inferior. But when God reminded that God is both powerful, in the concept of an inequality</w:t>
      </w:r>
      <w:r>
        <w:br/>
      </w:r>
      <w:r>
        <w:rPr>
          <w:sz w:val="20"/>
        </w:rPr>
        <w:t>22:54  disappeared. The concept of superiority and inferiority, the concept of superiority and inferiority disappeared. Both were equal before God. When comes God,</w:t>
      </w:r>
      <w:r>
        <w:br/>
      </w:r>
      <w:r>
        <w:rPr>
          <w:sz w:val="20"/>
        </w:rPr>
        <w:t>23:24  There is no big, no small, no superior, no inferior.</w:t>
      </w:r>
      <w:r>
        <w:br/>
      </w:r>
      <w:r>
        <w:rPr>
          <w:sz w:val="20"/>
        </w:rPr>
        <w:t>23:32  Before Himalaya, goat and camel both are equal.</w:t>
      </w:r>
      <w:r>
        <w:br/>
      </w:r>
      <w:r>
        <w:rPr>
          <w:sz w:val="20"/>
        </w:rPr>
        <w:t>23:39  So before God, everyone is equal.</w:t>
      </w:r>
      <w:r>
        <w:br/>
      </w:r>
      <w:r>
        <w:rPr>
          <w:sz w:val="20"/>
        </w:rPr>
        <w:t>23:47  So this concept</w:t>
      </w:r>
      <w:r>
        <w:br/>
      </w:r>
      <w:r>
        <w:rPr>
          <w:sz w:val="20"/>
        </w:rPr>
        <w:t>23:54  That God is all-powerful, it creates a new kind of feeling in every person.</w:t>
      </w:r>
      <w:r>
        <w:br/>
      </w:r>
      <w:r>
        <w:rPr>
          <w:sz w:val="20"/>
        </w:rPr>
        <w:t>24:04  This feeling is very powerful to establish justice in society.</w:t>
      </w:r>
      <w:r>
        <w:br/>
      </w:r>
      <w:r>
        <w:rPr>
          <w:sz w:val="20"/>
        </w:rPr>
        <w:t>24:14  So the same person was petting his servant</w:t>
      </w:r>
      <w:r>
        <w:br/>
      </w:r>
      <w:r>
        <w:rPr>
          <w:sz w:val="20"/>
        </w:rPr>
        <w:t>24:25  , he suddenly said: "I am wrong, I am wrong, I am wrong." No right to beat anyone.</w:t>
      </w:r>
      <w:r>
        <w:br/>
      </w:r>
      <w:r>
        <w:rPr>
          <w:sz w:val="20"/>
        </w:rPr>
        <w:t>24:32  Because, because as, as, as a weak as this person, there is no difference.</w:t>
      </w:r>
      <w:r>
        <w:br/>
      </w:r>
      <w:r>
        <w:rPr>
          <w:sz w:val="20"/>
        </w:rPr>
        <w:t>24:40  is no right to beat anyone.</w:t>
      </w:r>
      <w:r>
        <w:br/>
      </w:r>
      <w:r>
        <w:rPr>
          <w:sz w:val="20"/>
        </w:rPr>
        <w:t>24:48  So this is the concept of accountability.</w:t>
      </w:r>
    </w:p>
    <w:p>
      <w:pPr>
        <w:pStyle w:val="Heading2"/>
      </w:pPr>
      <w:r>
        <w:t>Eid belongs to whoever is forgiven, not who wears new clothes</w:t>
      </w:r>
    </w:p>
    <w:p>
      <w:r>
        <w:rPr>
          <w:color w:val="666666"/>
          <w:sz w:val="18"/>
        </w:rPr>
        <w:t>Itikaf (Intellectual Seclusion) April 16, 2023 · 30s · at 50:51 · https://youtu.be/Yci8zFmfCU4?t=3051</w:t>
      </w:r>
    </w:p>
    <w:p>
      <w:r>
        <w:rPr>
          <w:i/>
        </w:rPr>
        <w:t>“Eid uski nahi jo naya kapda pehne”</w:t>
      </w:r>
    </w:p>
    <w:p>
      <w:r>
        <w:rPr>
          <w:sz w:val="20"/>
        </w:rPr>
        <w:t>50:51  aik buzurg se poocha gaya keh eid kis din hai ? unhon ne jawab diya: "jis din mein bakhsh diya jaaun.</w:t>
      </w:r>
      <w:r>
        <w:br/>
      </w:r>
      <w:r>
        <w:rPr>
          <w:sz w:val="20"/>
        </w:rPr>
        <w:t>50:57  " eid us ki nahin hai jo naya kapda pehne, balkeh eid us ki hai jis ki itaa'at, obedience ki spirit barh jaye, jis ke gunah bakhsh diye jayen.</w:t>
      </w:r>
      <w:r>
        <w:br/>
      </w:r>
      <w:r>
        <w:rPr>
          <w:sz w:val="20"/>
        </w:rPr>
        <w:t>51:09  eid ki raat mein insaanon ko nijat aur maghfirat ki jati hai. to jo is ko paaye, paale, usi ki eid hai, warna woh Khuda ki rehmat se door hai.</w:t>
      </w:r>
    </w:p>
    <w:p>
      <w:pPr>
        <w:pStyle w:val="Heading2"/>
      </w:pPr>
      <w:r>
        <w:t>Abu Dharr's habit of always volunteering first to help</w:t>
      </w:r>
    </w:p>
    <w:p>
      <w:r>
        <w:rPr>
          <w:color w:val="666666"/>
          <w:sz w:val="18"/>
        </w:rPr>
        <w:t>Timeless Wisdom from the Life of Abu Dharr al-Ghifari December 21, 2025 · 34s · at 24:44 · https://youtu.be/CDBjybktCDM?t=1484</w:t>
      </w:r>
    </w:p>
    <w:p>
      <w:r>
        <w:rPr>
          <w:i/>
        </w:rPr>
        <w:t>“Whenever the Prophet asked for help, Abu Dharr was first to respond”</w:t>
      </w:r>
    </w:p>
    <w:p>
      <w:r>
        <w:rPr>
          <w:sz w:val="20"/>
        </w:rPr>
        <w:t>24:44  so this was prophet's love for abu dharr (RA), and abu dharr was exceptional, because whenever the prophet asked the sahaba for help, he was always the first one to respond.</w:t>
      </w:r>
      <w:r>
        <w:br/>
      </w:r>
      <w:r>
        <w:rPr>
          <w:sz w:val="20"/>
        </w:rPr>
        <w:t>24:57  he would immediately say, "I will do what, I will do what." spirit Maulana kehte the</w:t>
      </w:r>
      <w:r>
        <w:br/>
      </w:r>
      <w:r>
        <w:rPr>
          <w:sz w:val="20"/>
        </w:rPr>
        <w:t>25:02  na? haanji, so that was very evident in abu dharr (RA) life. and during the expedition of tabuk, when the prophet asked who would take the camels to grazes, abu dharr stood up and volunteered.</w:t>
      </w:r>
    </w:p>
    <w:p>
      <w:pPr>
        <w:pStyle w:val="Heading2"/>
      </w:pPr>
      <w:r>
        <w:t>Musa's tears for the Ummah and Ibrahim's paradise message</w:t>
      </w:r>
    </w:p>
    <w:p>
      <w:r>
        <w:rPr>
          <w:color w:val="666666"/>
          <w:sz w:val="18"/>
        </w:rPr>
        <w:t>The Story of The Prophet Muhammads</w:t>
        <w:br/>
        <w:t>Night Journey Isra and Miraj Feb 11, 2024 · 6m 14s · at 40:24 · https://youtu.be/bw3s_9mno68?t=2424</w:t>
      </w:r>
    </w:p>
    <w:p>
      <w:r>
        <w:rPr>
          <w:i/>
        </w:rPr>
        <w:t>“Musa began to cry, so I asked why”</w:t>
      </w:r>
    </w:p>
    <w:p>
      <w:r>
        <w:rPr>
          <w:sz w:val="20"/>
        </w:rPr>
        <w:t>40:24  saleh." "so "i said salaam to moses." "and "he returned my salaam." "and "he said, welcome, o pious brother and o pious prophet." "falma tajawazt baka lahu ma yuki ka." "so "when i was about to leave." rasoolullah kehte hain,</w:t>
      </w:r>
      <w:r>
        <w:br/>
      </w:r>
      <w:r>
        <w:rPr>
          <w:sz w:val="20"/>
        </w:rPr>
        <w:t>40:43  "he started crying." hum to kisi ne poocha ki, "why do you cry?" ji, musa ali salam se ki, "tum kyun ro rahe ho?" aap</w:t>
      </w:r>
      <w:r>
        <w:br/>
      </w:r>
      <w:r>
        <w:rPr>
          <w:sz w:val="20"/>
        </w:rPr>
        <w:t>40:54  to musa ali salam farmate hain, "qala abki lana ghulaman bas badi yadul jannat min ummati min ummati akthar ma yadul yadul min ummati." "ke 'i am crying because this young man.'" yaani prophet ke liye kaha,</w:t>
      </w:r>
      <w:r>
        <w:br/>
      </w:r>
      <w:r>
        <w:rPr>
          <w:sz w:val="20"/>
        </w:rPr>
        <w:t>41:15  "h ke came after me. his nation, his ummah will be greater. will go in greater number in paradise than my ummah." to ye ye ek tarah se khushi ke aansu thay. jaise koi nana dada hota hai, uska chhota bachcha, koi kamyabi usko milti hai, to usko aansu aa jaate hain. to is is wajah se galban unke aankhon mein aansu aa gaye.</w:t>
      </w:r>
      <w:r>
        <w:br/>
      </w:r>
      <w:r>
        <w:rPr>
          <w:sz w:val="20"/>
        </w:rPr>
        <w:t>41:39  phir jo aakhri heaven hai, seventh heaven, wahan jab pahunchte hain, to gate khulwate hain jibreel. aur phir rasoolullah farmate hain, "falma khalat faj ibrahim. kal haza abu ka. fasallim alaih.</w:t>
      </w:r>
      <w:r>
        <w:br/>
      </w:r>
      <w:r>
        <w:rPr>
          <w:sz w:val="20"/>
        </w:rPr>
        <w:t>41:55  " "when i reach the seventh heaven, i saw abraham there." "and "jibreel told me that he is ibrahim." "and "you you say salaam to him. he is your your your father ibrahim." "forefather thay zahir hai. to rasoolullah sallallahu al ne kaha, "qala sallim alaih." "and "he i said salaam to him." "and "he returned my sala</w:t>
      </w:r>
      <w:r>
        <w:br/>
      </w:r>
      <w:r>
        <w:rPr>
          <w:sz w:val="20"/>
        </w:rPr>
        <w:t>42:22  m." "qala marhaban bi ibn saleh wa nabiy saleh." "welcome, o righteous son and righteous prophet." "and ibrahim ali salam ne righteous son kaha tha. aur adam ali salam ne righteous son. baqi saare prophets ne righteous brother kaha.</w:t>
      </w:r>
      <w:r>
        <w:br/>
      </w:r>
      <w:r>
        <w:rPr>
          <w:sz w:val="20"/>
        </w:rPr>
        <w:t>42:39  ji, ji. to hazrat ibrahim ali salam ne ek aur baat bahut achhi kahi rasoolullah sallallahu al se. aur woh ye ye ye kaha ki, "ya muhammad, aqri ummati min salaam. o muhammad, convey my salaam to your ummah." yaani saari ummat ko ibrahim ali salam ne salaam bheja hai.</w:t>
      </w:r>
      <w:r>
        <w:br/>
      </w:r>
      <w:r>
        <w:rPr>
          <w:sz w:val="20"/>
        </w:rPr>
        <w:t>43:03  "ya muhammad, aqri ummati min salaam. wa akhbir." "and tell them, "anna anna jannata tuba. t t jannata d d paradise is is pure soil." "yaani jo mitti hai, wahan ki wa bahut hi achhi mitti hai. "its its very fertile and pur</w:t>
      </w:r>
      <w:r>
        <w:br/>
      </w:r>
      <w:r>
        <w:rPr>
          <w:sz w:val="20"/>
        </w:rPr>
        <w:t>43:29  ोर। "व अजब अजब मा अजब मा।"</w:t>
      </w:r>
      <w:r>
        <w:br/>
      </w:r>
      <w:r>
        <w:rPr>
          <w:sz w:val="20"/>
        </w:rPr>
        <w:t>43:34  एंड "द वाटर इज वेरी स्वीट।"</w:t>
      </w:r>
      <w:r>
        <w:br/>
      </w:r>
      <w:r>
        <w:rPr>
          <w:sz w:val="20"/>
        </w:rPr>
        <w:t>43:36  यानी बहुत ही स्वीट वाटर है।</w:t>
      </w:r>
      <w:r>
        <w:br/>
      </w:r>
      <w:r>
        <w:rPr>
          <w:sz w:val="20"/>
        </w:rPr>
        <w:t>43:38  बहुत फर्टाइल लैंड है।</w:t>
      </w:r>
      <w:r>
        <w:br/>
      </w:r>
      <w:r>
        <w:rPr>
          <w:sz w:val="20"/>
        </w:rPr>
        <w:t>43:41  "व अन्ना कन व अन्ना कन।"</w:t>
      </w:r>
      <w:r>
        <w:br/>
      </w:r>
      <w:r>
        <w:rPr>
          <w:sz w:val="20"/>
        </w:rPr>
        <w:t>43:45  लेकिन यह फ्लैट लैंड है।</w:t>
      </w:r>
      <w:r>
        <w:br/>
      </w:r>
      <w:r>
        <w:rPr>
          <w:sz w:val="20"/>
        </w:rPr>
        <w:t>43:47  इट्स अ फ्लैट लैंड।</w:t>
      </w:r>
      <w:r>
        <w:br/>
      </w:r>
      <w:r>
        <w:rPr>
          <w:sz w:val="20"/>
        </w:rPr>
        <w:t>43:48  यानी देर आर नो ट्रीज।</w:t>
      </w:r>
      <w:r>
        <w:br/>
      </w:r>
      <w:r>
        <w:rPr>
          <w:sz w:val="20"/>
        </w:rPr>
        <w:t>43:50  बहुत अच्छी मिट्टी है, बहुत मीठा पानी है।</w:t>
      </w:r>
      <w:r>
        <w:br/>
      </w:r>
      <w:r>
        <w:rPr>
          <w:sz w:val="20"/>
        </w:rPr>
        <w:t>43:53  लेकिन लेकिन जमीन पूरी चटिल है।</w:t>
      </w:r>
      <w:r>
        <w:br/>
      </w:r>
      <w:r>
        <w:rPr>
          <w:sz w:val="20"/>
        </w:rPr>
        <w:t>43:56  यानी कोई कोई उस पर दरख्त नहीं है।</w:t>
      </w:r>
      <w:r>
        <w:br/>
      </w:r>
      <w:r>
        <w:rPr>
          <w:sz w:val="20"/>
        </w:rPr>
        <w:t>43:59  "wa anna giras. subhan allah wa alhamdulillah. la ilaha illallah. allahu akbar." "and its seedling is or sapling is, that is. "subhan allah wa alhamdulillah. la ilaha illallah. allahu akbar." hum to is hadees ko, is baat ko log bahut hi literal lete hain. halanki bahut hi zabardast hadees hai ye. bahut hi zabardast hadees hai. maulana ne isko bahut hi alag tarah se explain kiya hai. hum</w:t>
      </w:r>
      <w:r>
        <w:br/>
      </w:r>
      <w:r>
        <w:rPr>
          <w:sz w:val="20"/>
        </w:rPr>
        <w:t>44:26  log log kya kehte hain ki aap subhan allah kahenge to wahan jannat mein ek ped ug jayega. alhamdulillah kahenge ek aur ped ug jayega. to subhan allah alhamdulillah kehte jaye, ped ugte chale jayenge. ji, ye bada hi literal explanation hai.</w:t>
      </w:r>
      <w:r>
        <w:br/>
      </w:r>
      <w:r>
        <w:rPr>
          <w:sz w:val="20"/>
        </w:rPr>
        <w:t>44:39  maulana ne yeh explain kiya ki jo yahan bataya gaya hai ki jannat bahut hi fertile land hai aur wahan ka pani bahut meetha hai. lekin woh flat hai. aur jo uska seedling hai ya sapling hai, woh woh seedling aur sapling woh insaan hai. hum yaani is duniya mein jo insaan aata hai, woh ek ek paudhe ki tarah hota hai.</w:t>
      </w:r>
      <w:r>
        <w:br/>
      </w:r>
      <w:r>
        <w:rPr>
          <w:sz w:val="20"/>
        </w:rPr>
        <w:t>45:07  ji, to woh agar apne aap ko jaise balki maulana ne nursery se isko bataya tha ki jo nursery hoti hai, usmein chhote chhote paudhe hote hain. hum aur jo paudhe achhe nahi hote hain, woh mali usko hata deta hai. to jo jo achhe paudhe hote hain, chhote chhote, woh wahan se phir koi le jata hai, apne garden mein lagata hai. woh to bahut bada ped ban</w:t>
      </w:r>
      <w:r>
        <w:br/>
      </w:r>
      <w:r>
        <w:rPr>
          <w:sz w:val="20"/>
        </w:rPr>
        <w:t>45:29  jayega. to nursery se isko explain kiya tha ki ki duniya bhi jannat ki nursery hai. hum aur yahan jo insaan hai, woh ek paudhe ki tarah hai. hum</w:t>
      </w:r>
      <w:r>
        <w:br/>
      </w:r>
      <w:r>
        <w:rPr>
          <w:sz w:val="20"/>
        </w:rPr>
        <w:t>45:42  अगर वो इस लायक अपने आप को बनाएगा, जैसे वो पौधा जो इस लायक होता है कि वो</w:t>
      </w:r>
      <w:r>
        <w:br/>
      </w:r>
      <w:r>
        <w:rPr>
          <w:sz w:val="20"/>
        </w:rPr>
        <w:t>45:46  जाए कहीं और।</w:t>
      </w:r>
      <w:r>
        <w:br/>
      </w:r>
      <w:r>
        <w:rPr>
          <w:sz w:val="20"/>
        </w:rPr>
        <w:t>45:47  अगर इंसान अपने आप को इस लायक बनाएगा कि वो जन्नत के बागों में उसको बसाया जा सके</w:t>
      </w:r>
      <w:r>
        <w:br/>
      </w:r>
      <w:r>
        <w:rPr>
          <w:sz w:val="20"/>
        </w:rPr>
        <w:t>45:55  ताकि वो और उसकी ग्रोथ हो और स्पिरिचुअल ग्रोथ हो और उसकी उसकी वहां पर</w:t>
      </w:r>
      <w:r>
        <w:br/>
      </w:r>
      <w:r>
        <w:rPr>
          <w:sz w:val="20"/>
        </w:rPr>
        <w:t>46:02  ग्रोथ हो। तो यह उस सेंस में है कि जो यह गिरास का लफ्ज आया, सीडलिंग या सैपलिंग,</w:t>
      </w:r>
      <w:r>
        <w:br/>
      </w:r>
      <w:r>
        <w:rPr>
          <w:sz w:val="20"/>
        </w:rPr>
        <w:t>46:11  यह एक इंसान के लिए कहा जा रहा है।</w:t>
      </w:r>
      <w:r>
        <w:br/>
      </w:r>
      <w:r>
        <w:rPr>
          <w:sz w:val="20"/>
        </w:rPr>
        <w:t>46:14  ji, ki insaan bhi ek giraas ki tarah se, ek seedling ki tarah hai. wah apne aap ko agar yahan par is laiq banayega, to Allah taala usko jannat mein jannat mein jagah denge. yaani ek bahut hi symbolic hadis hai. hum aur isko literal logon ne liya hai, to bada usko meaningless wo ban ban ban jata hai. to phir yeh aage baat thodi si aur hai.</w:t>
      </w:r>
    </w:p>
    <w:p>
      <w:pPr>
        <w:pStyle w:val="Heading2"/>
      </w:pPr>
      <w:r>
        <w:t>Tree analogy for rebuilding after loss</w:t>
      </w:r>
    </w:p>
    <w:p>
      <w:r>
        <w:rPr>
          <w:color w:val="666666"/>
          <w:sz w:val="18"/>
        </w:rPr>
        <w:t>Trust in God | February 05, 2017 · 2m 32s · at 40:24 · https://youtu.be/khPS-kyRILc?t=2424</w:t>
      </w:r>
    </w:p>
    <w:p>
      <w:r>
        <w:rPr>
          <w:i/>
        </w:rPr>
        <w:t>“میں ایک بار تھا گیا ملیح آباد”</w:t>
      </w:r>
    </w:p>
    <w:p>
      <w:r>
        <w:rPr>
          <w:sz w:val="20"/>
        </w:rPr>
        <w:t>40:24  mein aik baar tha gaya malihabad. to malihabad mein baagon ka karobar hota hai, aam ka. to mein ne dekha ke aik jagah kai darakht kaat, kaat diye gaye thay, tana, tanay par kaat diye gaye thay. wahan par shakhain nikal rahi theen. to wahan ke baghbaan ne kaha ke ab jab darakht ziyada purana ho jata hai to hum kaat dete hain.</w:t>
      </w:r>
      <w:r>
        <w:br/>
      </w:r>
      <w:r>
        <w:rPr>
          <w:sz w:val="20"/>
        </w:rPr>
        <w:t>40:54  to ab mein ne sochne laga ke dekhiye, is, yeh jo tana hai, is ke oopar aik poora darakht raha hoga. kaat ke phenk diya. jo stem hai, stem, tana, woh kaat diya to us ke oopar to bohat bara darakht raha hoga. darakht ne is tanay, is khoye hue ko yaad nahi kiya. balkay phir se shakhain nikalne laga woh. is tanay ko is tarah kaat te hain woh ke</w:t>
      </w:r>
      <w:r>
        <w:br/>
      </w:r>
      <w:r>
        <w:rPr>
          <w:sz w:val="20"/>
        </w:rPr>
        <w:t>41:25  jar ke saath jo laga hua tana hai, stem, woh baqi rehta hai. oopar kat jata hai. to mein sochne laga, der tak mein sochta raha, woh khara ho kar. ke is darakht ko Allah taala ne namoona bana diya hai, namoona. ke woh tana jo hai, woh stem jo hai, us ko khoya gaya, aik poora darakht khoya gaya. lekin us ke liye roya nahi. us ke liye us ne gham nahi kiya.</w:t>
      </w:r>
      <w:r>
        <w:br/>
      </w:r>
      <w:r>
        <w:rPr>
          <w:sz w:val="20"/>
        </w:rPr>
        <w:t>41:56  balkay all ready jo us ke paas bacha hua hissa tha, us mein shakhain nikali, shakhain nikali. aur phir us ke baad baat ko nahi dekha, mein ne. wahan aik naya darakht ban, naya baagh ban gaya hoga. naya darakht khara ho gaya hoga. yeh bara ajeeb manzar tha mere liye. to is dunya mein Allah taala ne misalein qaim kar di hain, misalein. ke</w:t>
      </w:r>
      <w:r>
        <w:br/>
      </w:r>
      <w:r>
        <w:rPr>
          <w:sz w:val="20"/>
        </w:rPr>
        <w:t>42:26  darakht bhi kaata jata hai to apne pichlay maazi ko yaad nahi karta. naye imkanaat ko istemaal karta hai woh. wohi hamein karna hai. to meri dua hai ke Allah taala mujh ko aur aap ko tofeeq de ke hum Allah ke qanoon ko samjhein, rasool Allah ki sunnat ko samjhein. hum Islam ko re-discover karein. aur phir us ko</w:t>
      </w:r>
    </w:p>
    <w:p>
      <w:pPr>
        <w:pStyle w:val="Heading2"/>
      </w:pPr>
      <w:r>
        <w:t>Creative solution as modern term for ijtihad</w:t>
      </w:r>
    </w:p>
    <w:p>
      <w:r>
        <w:rPr>
          <w:color w:val="666666"/>
          <w:sz w:val="18"/>
        </w:rPr>
        <w:t>Creative Solution or Ijtihadi Hal I 16th Sept. 2012 - Maulana Wahiduddin Khan · 1m 56s · at 2:28 · https://youtu.be/yhR_5zojzHI?t=148</w:t>
      </w:r>
    </w:p>
    <w:p>
      <w:r>
        <w:rPr>
          <w:i/>
        </w:rPr>
        <w:t>“Creative solution goes a fresh perspective to a challenging problem.”</w:t>
      </w:r>
    </w:p>
    <w:p>
      <w:r>
        <w:rPr>
          <w:sz w:val="20"/>
        </w:rPr>
        <w:t>2:28  dekhen, ek lafz mein. creative solution goes a fresh perspective to a challenging problem.</w:t>
      </w:r>
      <w:r>
        <w:br/>
      </w:r>
      <w:r>
        <w:rPr>
          <w:sz w:val="20"/>
        </w:rPr>
        <w:t>2:47  creative solution goes a fresh perspective to a challenging problem.</w:t>
      </w:r>
      <w:r>
        <w:br/>
      </w:r>
      <w:r>
        <w:rPr>
          <w:sz w:val="20"/>
        </w:rPr>
        <w:t>2:57  zindagi dekhen, naam hai masail ka, problem ka. problems are part of life.</w:t>
      </w:r>
      <w:r>
        <w:br/>
      </w:r>
      <w:r>
        <w:rPr>
          <w:sz w:val="20"/>
        </w:rPr>
        <w:t>3:08  koi conspirator, koi enemy problem nahi create karta.</w:t>
      </w:r>
      <w:r>
        <w:br/>
      </w:r>
      <w:r>
        <w:rPr>
          <w:sz w:val="20"/>
        </w:rPr>
        <w:t>3:13  problem part hai khud khaliq ke creation plan ka.</w:t>
      </w:r>
      <w:r>
        <w:br/>
      </w:r>
      <w:r>
        <w:rPr>
          <w:sz w:val="20"/>
        </w:rPr>
        <w:t>3:24  to jab problem aaye to kya karna hai? ijtihad karna hai. ijtihad ka literal matlab hai bohat zyada, bohat zyada koshish.</w:t>
      </w:r>
      <w:r>
        <w:br/>
      </w:r>
      <w:r>
        <w:rPr>
          <w:sz w:val="20"/>
        </w:rPr>
        <w:t>3:40  it mots, it mots struggle.</w:t>
      </w:r>
      <w:r>
        <w:br/>
      </w:r>
      <w:r>
        <w:rPr>
          <w:sz w:val="20"/>
        </w:rPr>
        <w:t>3:45  to exert ones it mots struggle, yahi ijtehad hai. kis kaam ke liye?</w:t>
      </w:r>
      <w:r>
        <w:br/>
      </w:r>
      <w:r>
        <w:rPr>
          <w:sz w:val="20"/>
        </w:rPr>
        <w:t>3:55  har baar jab nai situation create ho, jab naya problem aaye, to is soorat-e-haal mein re-discover karna sachai ko.</w:t>
      </w:r>
      <w:r>
        <w:br/>
      </w:r>
      <w:r>
        <w:rPr>
          <w:sz w:val="20"/>
        </w:rPr>
        <w:t>4:09  re-define karna ideology ko. yeh ijtehad hai. to ijtehadi hal naam hai isi cheez ka jis ko kaha jata hai creative solution.</w:t>
      </w:r>
    </w:p>
    <w:p>
      <w:pPr>
        <w:pStyle w:val="Heading2"/>
      </w:pPr>
      <w:r>
        <w:t>Yusuf's dua and the lesson of Allah's delicate planning</w:t>
      </w:r>
    </w:p>
    <w:p>
      <w:r>
        <w:rPr>
          <w:color w:val="666666"/>
          <w:sz w:val="18"/>
        </w:rPr>
        <w:t>Understanding Sufism August 07, 2022 · 3m 32s · at 40:09 · https://youtu.be/DCJ11IpxcOA?t=2409</w:t>
      </w:r>
    </w:p>
    <w:p>
      <w:r>
        <w:rPr>
          <w:i/>
        </w:rPr>
        <w:t>“Prophet Yusuf ne gehri dua ki, sara credit Allah ko diya”</w:t>
      </w:r>
    </w:p>
    <w:p>
      <w:r>
        <w:rPr>
          <w:sz w:val="20"/>
        </w:rPr>
        <w:t>40:09  ji doctor sahib aakhri sawal aaj ke session ka main aapse poochna chahunga ke phir kahani khatm hoti hai ke Prophet yusuf bohat hi ek gehri dua karte hain allah ta'ala se aur sara credit apni kamyabi ka apne kamyabi ka allah par daal dete hain.</w:t>
      </w:r>
      <w:r>
        <w:br/>
      </w:r>
      <w:r>
        <w:rPr>
          <w:sz w:val="20"/>
        </w:rPr>
        <w:t>40:28  hmm. to main chahunga ke is dua ke bare mein aap hum sab ko bataen.</w:t>
      </w:r>
      <w:r>
        <w:br/>
      </w:r>
      <w:r>
        <w:rPr>
          <w:sz w:val="20"/>
        </w:rPr>
        <w:t>40:35  haan jaisa aap ne kaha hai ke yeh jo kahani hai jab khatm hoti hai to bohat hi gehri dua ki unhone aur sara jo credit hai woh allah ko</w:t>
      </w:r>
      <w:r>
        <w:br/>
      </w:r>
      <w:r>
        <w:rPr>
          <w:sz w:val="20"/>
        </w:rPr>
        <w:t>40:46  diya bohat hi achhe andaz mein kaha ke kaha ke allah ne mujh par ehsan kiya ke main jail mein tha aur mujhe jail se rihai dilwai aur kaha ke walidain se kaha ke aap sab ko allah yahan le aaya misr mein gaon se ek shahar mein le aaya aur kaha ke bhaiyon ko shaitan ne behka diya tha</w:t>
      </w:r>
      <w:r>
        <w:br/>
      </w:r>
      <w:r>
        <w:rPr>
          <w:sz w:val="20"/>
        </w:rPr>
        <w:t>41:09  allah ne isko is shar se humein bacha liya aur milwa diya aur jo kuen ki musibat thi kuen mein chale gaye the phir jail mein chale gaye</w:t>
      </w:r>
      <w:r>
        <w:br/>
      </w:r>
      <w:r>
        <w:rPr>
          <w:sz w:val="20"/>
        </w:rPr>
        <w:t>41:22  to in museebaton ko unhone kahah ke</w:t>
      </w:r>
      <w:r>
        <w:br/>
      </w:r>
      <w:r>
        <w:rPr>
          <w:sz w:val="20"/>
        </w:rPr>
        <w:t>41:25  inna rabbi lateefun limaa yashaa' ke yani yeh</w:t>
      </w:r>
      <w:r>
        <w:br/>
      </w:r>
      <w:r>
        <w:rPr>
          <w:sz w:val="20"/>
        </w:rPr>
        <w:t>41:28  mere rab ki bari lateef bari nazuk tadbeeren thin jiske zariye se woh koi aur bari planning hamare liye kar raha tha</w:t>
      </w:r>
      <w:r>
        <w:br/>
      </w:r>
      <w:r>
        <w:rPr>
          <w:sz w:val="20"/>
        </w:rPr>
        <w:t>41:36  yani har cheez mein musbat soch har cheez mein unhon ne koi manfi baat nahi kahi aur kaha ke ke mere rab ne mujhko hukumat</w:t>
      </w:r>
      <w:r>
        <w:br/>
      </w:r>
      <w:r>
        <w:rPr>
          <w:sz w:val="20"/>
        </w:rPr>
        <w:t>41:45  mein hissa diya iqtidaar diya aur kaha ke tu tu aur aur Allah ne mujhe khwab ki taabeer karna sikhai</w:t>
      </w:r>
      <w:r>
        <w:br/>
      </w:r>
      <w:r>
        <w:rPr>
          <w:sz w:val="20"/>
        </w:rPr>
        <w:t>41:55  interpret karna sikhaya</w:t>
      </w:r>
      <w:r>
        <w:br/>
      </w:r>
      <w:r>
        <w:rPr>
          <w:sz w:val="20"/>
        </w:rPr>
        <w:t>41:58  yani har cheez ka credit allah ta'ala ko diya aur kaha ke ae zameen o asman ke banane wale aur dunya o akhirat dono jagah tu hamara kar saaz hai aur madadgar hai mujhe apni farman bardari ki halat mein maut de aur nek bando mein shamil farma</w:t>
      </w:r>
      <w:r>
        <w:br/>
      </w:r>
      <w:r>
        <w:rPr>
          <w:sz w:val="20"/>
        </w:rPr>
        <w:t>42:16  to hazrat yusuf alehالسلامka jo yeh qissa hai aur yeh dua khas taur se ismein itna gehri baaten hain ke sara credit unhone allah ta'ala ko diya halanke apni khud salahiyaten bhi insan ki hoti hain lekin har cheez ka credit allah ko diya ke tune humein</w:t>
      </w:r>
      <w:r>
        <w:br/>
      </w:r>
      <w:r>
        <w:rPr>
          <w:sz w:val="20"/>
        </w:rPr>
        <w:t>42:34  takht diya tune humein iqtadar diya tune bhaiyon ko ek ja kar diya aur walidain ko hamare yahan le aaya aur khwabon ki ta'abeer humein sikhai yani har cheez ko unhone allah ta'ala ke khane mein dala aur jo yeh qissa hai jaisa abhi yahan yeh khatm hota hai bohat hi iske andar sabak amoz baaten hain</w:t>
      </w:r>
      <w:r>
        <w:br/>
      </w:r>
      <w:r>
        <w:rPr>
          <w:sz w:val="20"/>
        </w:rPr>
        <w:t>42:56  ke insan jo bhi is dunya mein mushkilat se guzarta hai woh allah ki koi planning hoti hai koi aisa nahin hai ke koi aisi koi koi dikkat usko koi pareshani se samna kar raha hai balkeh woh ek bohat hi nazuk andaaz ki khuda ki planning hoti hai</w:t>
      </w:r>
      <w:r>
        <w:br/>
      </w:r>
      <w:r>
        <w:rPr>
          <w:sz w:val="20"/>
        </w:rPr>
        <w:t>43:17  isi isi planning ke tehat isi mushkilat ke tehat usko koi allah ta'ala bade maqam par pahunchana chahta hai to hum sab ko allah ta'ala tofeeq de ke hum is is sabq hasil karen is qisse se aur apne andar woh salahiyat paida karen jo is qisse se humein woh baaten milti hain woh hum apni zindagi mein dhal</w:t>
      </w:r>
    </w:p>
    <w:p>
      <w:pPr>
        <w:pStyle w:val="Heading2"/>
      </w:pPr>
      <w:r>
        <w:t>Prophet's generosity multiplied like fast wind in Ramadan</w:t>
      </w:r>
    </w:p>
    <w:p>
      <w:r>
        <w:rPr>
          <w:color w:val="666666"/>
          <w:sz w:val="18"/>
        </w:rPr>
        <w:t>The Spirit of Ramadan (Part 2) April 24, 2022 Dr. Saniyasnain Khan · 44s · at 48:07 · https://youtu.be/NHe5tC7U3mk?t=2887</w:t>
      </w:r>
    </w:p>
    <w:p>
      <w:r>
        <w:rPr>
          <w:i/>
        </w:rPr>
        <w:t>“Nabi sabse generous the, aur Ramzan mein tez hawa se bhi zyada.”</w:t>
      </w:r>
    </w:p>
    <w:p>
      <w:r>
        <w:rPr>
          <w:sz w:val="20"/>
        </w:rPr>
        <w:t>48:07  hadith mein aata hai kana ajbadun naas yani apne zamane mein woh most generous person the aur jab ramzan aata tha to un ki generosity ek aur next level par chali jati thi. ji.</w:t>
      </w:r>
      <w:r>
        <w:br/>
      </w:r>
      <w:r>
        <w:rPr>
          <w:sz w:val="20"/>
        </w:rPr>
        <w:t>48:22  aur jaisa aap ne kaha tez hawa kar rahi hai murasala ke yani tez hawa ki tarah aandhi toofan ki tarah woh khair ke kaamon mein lag jate the kyun ke jab farishte jibril aate the raat ko aksar to woh inspire karte the. ab woh aur zyada khair ke kaamon mein lagte the logon ki madad karna, logon ki help karna, gareebon ki madad karna. to yeh rasoolullah sallam ka tareeqa tha aur yahi humein apnana chahiye.</w:t>
      </w:r>
      <w:r>
        <w:br/>
      </w:r>
      <w:r>
        <w:rPr>
          <w:sz w:val="20"/>
        </w:rPr>
        <w:t>48:51  lekin ek baat main yahan kehna chahunga jo maulana aksar kehte the ke jo paighambar ka mission hai woh yeh social work nahi hai. charity ka kaam ek akhlaq ke taur par, infiradi taur par woh zaroor har insan karta hai yeh kaam.</w:t>
      </w:r>
    </w:p>
    <w:p>
      <w:pPr>
        <w:pStyle w:val="Heading2"/>
      </w:pPr>
      <w:r>
        <w:t>Fatima cries seeing her father's wounds dressed</w:t>
      </w:r>
    </w:p>
    <w:p>
      <w:r>
        <w:rPr>
          <w:color w:val="666666"/>
          <w:sz w:val="18"/>
        </w:rPr>
        <w:t>The Story of Khadija Part 2 December 25, 2022 · 27s · at 24:57 · https://youtu.be/CT7OATmveus?t=1497</w:t>
      </w:r>
    </w:p>
    <w:p>
      <w:r>
        <w:rPr>
          <w:i/>
        </w:rPr>
        <w:t>“Little Fatima started crying seeing his injuries”</w:t>
      </w:r>
    </w:p>
    <w:p>
      <w:r>
        <w:rPr>
          <w:sz w:val="20"/>
        </w:rPr>
        <w:t>24:57  to ek din woh marham patti kar rahe the to Fatima choti thi ji, to Fatima rone lagi</w:t>
      </w:r>
      <w:r>
        <w:br/>
      </w:r>
      <w:r>
        <w:rPr>
          <w:sz w:val="20"/>
        </w:rPr>
        <w:t>25:04  ji dekh ke ke yeh takleef. to Prophet ne kaha, "chup raho beti, chup raho, tumhare father ka contact Allah se hai ji." to woh thori chup rahi hoen.</w:t>
      </w:r>
      <w:r>
        <w:br/>
      </w:r>
      <w:r>
        <w:rPr>
          <w:sz w:val="20"/>
        </w:rPr>
        <w:t>25:16  to is tareeqe se bohat hi tarah tarah se sataya, tarah tarah se pareshan kiya.</w:t>
      </w:r>
    </w:p>
    <w:p>
      <w:pPr>
        <w:pStyle w:val="Heading2"/>
      </w:pPr>
      <w:r>
        <w:t>The Bilal incident: Islam's rejection of racism</w:t>
      </w:r>
    </w:p>
    <w:p>
      <w:r>
        <w:rPr>
          <w:color w:val="666666"/>
          <w:sz w:val="18"/>
        </w:rPr>
        <w:t>Timeless Wisdom from the Life of Abu Dharr al-Ghifari December 21, 2025 · 4m 40s · at 34:06 · https://youtu.be/CDBjybktCDM?t=2046</w:t>
      </w:r>
    </w:p>
    <w:p>
      <w:r>
        <w:rPr>
          <w:i/>
        </w:rPr>
        <w:t>“Abu Dharr got into an argument with a black man”</w:t>
      </w:r>
    </w:p>
    <w:p>
      <w:r>
        <w:rPr>
          <w:sz w:val="20"/>
        </w:rPr>
        <w:t>34:06  Doctor Sahib, there was also one incident that happened between Hazrat Abu Zar and Hazrat Bilal, and there was a great lesson to be learned from it.</w:t>
      </w:r>
      <w:r>
        <w:br/>
      </w:r>
      <w:r>
        <w:rPr>
          <w:sz w:val="20"/>
        </w:rPr>
        <w:t>34:15  Please tell us about the incident as well. Yaar, this is an important lesson.</w:t>
      </w:r>
      <w:r>
        <w:br/>
      </w:r>
      <w:r>
        <w:rPr>
          <w:sz w:val="20"/>
        </w:rPr>
        <w:t>34:22  There is an important lesson in this incident. Once Abu Dharr radiallah anh got into an argument with a black man, who was probably Bilal radiallah anh, but that is not definite.</w:t>
      </w:r>
      <w:r>
        <w:br/>
      </w:r>
      <w:r>
        <w:rPr>
          <w:sz w:val="20"/>
        </w:rPr>
        <w:t>34:36  So during the argument, Abuzar said to him, "Yibn Saudah, O son of a black woman."</w:t>
      </w:r>
      <w:r>
        <w:br/>
      </w:r>
      <w:r>
        <w:rPr>
          <w:sz w:val="20"/>
        </w:rPr>
        <w:t>34:45  "So Bilal felt hurt by this statement, and he went to the Prophet and complained.</w:t>
      </w:r>
      <w:r>
        <w:br/>
      </w:r>
      <w:r>
        <w:rPr>
          <w:sz w:val="20"/>
        </w:rPr>
        <w:t>34:52  Bilal said, "Ya Rasulullah, Abuzar insulted my mother." So the Prophet became very angry at Abuzar, and Prophet told him, "You still have some traits of jahiliyah, that is of ignorance."</w:t>
      </w:r>
      <w:r>
        <w:br/>
      </w:r>
      <w:r>
        <w:rPr>
          <w:sz w:val="20"/>
        </w:rPr>
        <w:t>35:08  and the Prophet said, "This is the attitude of jahiliyah." And he said, "You really insulted him."</w:t>
      </w:r>
      <w:r>
        <w:br/>
      </w:r>
      <w:r>
        <w:rPr>
          <w:sz w:val="20"/>
        </w:rPr>
        <w:t>35:17  r. "so dus meed abuzar felt very bad and ashamed that he realized that he had been admonished by none other than the prophet. so he made repentance in a very beautiful way.</w:t>
      </w:r>
      <w:r>
        <w:br/>
      </w:r>
      <w:r>
        <w:rPr>
          <w:sz w:val="20"/>
        </w:rPr>
        <w:t>35:31  hmm, he showed complete humility.</w:t>
      </w:r>
      <w:r>
        <w:br/>
      </w:r>
      <w:r>
        <w:rPr>
          <w:sz w:val="20"/>
        </w:rPr>
        <w:t>35:34  he learned a deep and lifelong lesson from this, and abuzar (r.a.) went out and laid down on the ground. hmm, and he said, "i will not stand until places his feet on my chest." amazing! what he meant was, "let them humiliate me as i humiliated him."</w:t>
      </w:r>
      <w:r>
        <w:br/>
      </w:r>
      <w:r>
        <w:rPr>
          <w:sz w:val="20"/>
        </w:rPr>
        <w:t>36:00  bilal refused to do that, and he lifted his hand and embraced him. and this moment deeply affected abuzar (r.a.).</w:t>
      </w:r>
      <w:r>
        <w:br/>
      </w:r>
      <w:r>
        <w:rPr>
          <w:sz w:val="20"/>
        </w:rPr>
        <w:t>36:10  from then onward, he took great care of the slaves and the weaker people. one day, he was walking with one of his slaves, and both of them were wearing exactly the same dress.</w:t>
      </w:r>
      <w:r>
        <w:br/>
      </w:r>
      <w:r>
        <w:rPr>
          <w:sz w:val="20"/>
        </w:rPr>
        <w:t>36:28  they were wearing identical dress. so someone said, "your servant one is dressed better than you." so abuzar (r.a.) said, "i once insulted a mother of a believer, and the prophet told me, 'you are a man of jahiliyyah.' " so that immediately sincested me forever.</w:t>
      </w:r>
      <w:r>
        <w:br/>
      </w:r>
      <w:r>
        <w:rPr>
          <w:sz w:val="20"/>
        </w:rPr>
        <w:t>36:47  and the prophet also said in another hadith, "your servants are your brothers." this means treat them as equals,</w:t>
      </w:r>
      <w:r>
        <w:br/>
      </w:r>
      <w:r>
        <w:rPr>
          <w:sz w:val="20"/>
        </w:rPr>
        <w:t>36:56  honor them and respect them. and the prophet told abuzar that, "those who are under your command are given to you by god." and he said, "treat them as your brothers, feed them what you eat, dress them as you dress.</w:t>
      </w:r>
      <w:r>
        <w:br/>
      </w:r>
      <w:r>
        <w:rPr>
          <w:sz w:val="20"/>
        </w:rPr>
        <w:t>37:13  "and if you give, a very important point, if you give your servant a hard task, help him in that task</w:t>
      </w:r>
      <w:r>
        <w:br/>
      </w:r>
      <w:r>
        <w:rPr>
          <w:sz w:val="20"/>
        </w:rPr>
        <w:t>37:21  k. and after this incident, abuzar (r.a.) became known for freeing slaves, and this became his habit throughout his life. and there's a famous hadith in which the prophet said, "there is no virtue of a person whose skin is over a person of black skin except by taqwa</w:t>
      </w:r>
      <w:r>
        <w:br/>
      </w:r>
      <w:r>
        <w:rPr>
          <w:sz w:val="20"/>
        </w:rPr>
        <w:t>37:48  wa." and this hadith was narrated by abuzar as well. so the prophet also said about abuzar, "ma qallat al-ghabra' wa la azallat al-khadra' azdaqa lahjatan min abi dharr.</w:t>
      </w:r>
      <w:r>
        <w:br/>
      </w:r>
      <w:r>
        <w:rPr>
          <w:sz w:val="20"/>
        </w:rPr>
        <w:t>38:09  "neither the earth carried nor the sky shaded anyone more truthful in speech than abuzar</w:t>
      </w:r>
      <w:r>
        <w:br/>
      </w:r>
      <w:r>
        <w:rPr>
          <w:sz w:val="20"/>
        </w:rPr>
        <w:t>38:18  (r.a.). so this shows that, although he was admonished by the prophet, still he rose to such a high rank.</w:t>
      </w:r>
      <w:r>
        <w:br/>
      </w:r>
      <w:r>
        <w:rPr>
          <w:sz w:val="20"/>
        </w:rPr>
        <w:t>38:28  and the prophet himself praised him in such strong and honorable words. right! and doctor sahib, it also anaway demonstrates that islam rejects racism, and how prophet showed zero tolerance towards prejudice.</w:t>
      </w:r>
    </w:p>
    <w:p>
      <w:pPr>
        <w:pStyle w:val="Heading2"/>
      </w:pPr>
      <w:r>
        <w:t>Life as test and reward</w:t>
      </w:r>
    </w:p>
    <w:p>
      <w:r>
        <w:rPr>
          <w:color w:val="666666"/>
          <w:sz w:val="18"/>
        </w:rPr>
        <w:t>Addressal To Italy Team 17 07 2014 · 14s · at 31:02 · https://youtu.be/JcYQKvBkKIU?t=1862</w:t>
      </w:r>
    </w:p>
    <w:p>
      <w:r>
        <w:rPr>
          <w:i/>
        </w:rPr>
        <w:t>“Pre-death is test, post-death is reward.”</w:t>
      </w:r>
    </w:p>
    <w:p>
      <w:r>
        <w:rPr>
          <w:sz w:val="20"/>
        </w:rPr>
        <w:t>31:02  pre-death period is for test and post-death period is for reward. this is the greatest concept that i discovered from the quran.</w:t>
      </w:r>
    </w:p>
    <w:p>
      <w:pPr>
        <w:pStyle w:val="Heading2"/>
      </w:pPr>
      <w:r>
        <w:t>Umm Ma'bad's complete physical description of the Prophet</w:t>
      </w:r>
    </w:p>
    <w:p>
      <w:r>
        <w:rPr>
          <w:color w:val="666666"/>
          <w:sz w:val="18"/>
        </w:rPr>
        <w:t>The Noble Qualities of The Prophet Muhammad 7 September 2025 · 5m 41s · at 13:59 · https://youtu.be/o85acwpOiDw?t=839</w:t>
      </w:r>
    </w:p>
    <w:p>
      <w:r>
        <w:rPr>
          <w:i/>
        </w:rPr>
        <w:t>“Sifini ya Umm Ma'bad — describe him to me”</w:t>
      </w:r>
    </w:p>
    <w:p>
      <w:r>
        <w:rPr>
          <w:sz w:val="20"/>
        </w:rPr>
        <w:t>13:59  so when he saw the pot full of milk kept in a tent, he was amazed, he was surprised, and he asked his wife: "man anaa lahu hadha ?</w:t>
      </w:r>
      <w:r>
        <w:br/>
      </w:r>
      <w:r>
        <w:rPr>
          <w:sz w:val="20"/>
        </w:rPr>
        <w:t>14:14  where did you get this milk from</w:t>
      </w:r>
      <w:r>
        <w:br/>
      </w:r>
      <w:r>
        <w:rPr>
          <w:sz w:val="20"/>
        </w:rPr>
        <w:t>14:17  ?" so she says: "ana bi rajul mubarak, a blessed man came to visit us." so he became even more curious, and he said to umm habiba: "saffini ya umm habiba, describe him to me.</w:t>
      </w:r>
      <w:r>
        <w:br/>
      </w:r>
      <w:r>
        <w:rPr>
          <w:sz w:val="20"/>
        </w:rPr>
        <w:t>14:39  "so this bedouin woman living in the desert gave one of the most beautiful descriptions of the prophet ever given.</w:t>
      </w:r>
      <w:r>
        <w:br/>
      </w:r>
      <w:r>
        <w:rPr>
          <w:sz w:val="20"/>
        </w:rPr>
        <w:t>14:50  she says: "zahiral wad'a, he was radiant in appearance, purity and light shone from his face.</w:t>
      </w:r>
      <w:r>
        <w:br/>
      </w:r>
      <w:r>
        <w:rPr>
          <w:sz w:val="20"/>
        </w:rPr>
        <w:t>15:00  abjal wajh, his face was exceptionally clear, luminous and shining. husnul khuluq</w:t>
      </w:r>
      <w:r>
        <w:br/>
      </w:r>
      <w:r>
        <w:rPr>
          <w:sz w:val="20"/>
        </w:rPr>
        <w:t>15:08  , he possessed the most excellent and refined character. lam takun jaldah, he had neither excessive, wa lam tuz bah islah, nor any baldness in his head.</w:t>
      </w:r>
      <w:r>
        <w:br/>
      </w:r>
      <w:r>
        <w:rPr>
          <w:sz w:val="20"/>
        </w:rPr>
        <w:t>15:25  wasim qasim, he was handsome and perfectly proportioned. fi 'aynayhi da'aj,</w:t>
      </w:r>
      <w:r>
        <w:br/>
      </w:r>
      <w:r>
        <w:rPr>
          <w:sz w:val="20"/>
        </w:rPr>
        <w:t>15:36  his eyes were large, striking le dark and white, meaning the white was absolutely white and the dark was exceedingly dark.</w:t>
      </w:r>
      <w:r>
        <w:br/>
      </w:r>
      <w:r>
        <w:rPr>
          <w:sz w:val="20"/>
        </w:rPr>
        <w:t>15:49  wa fi ash farahi wutufan, and his eyelashes were long and thick. wa fi sawtihi sahl, his voice carried a beautiful depth, agentle and attractive huskiness</w:t>
      </w:r>
      <w:r>
        <w:br/>
      </w:r>
      <w:r>
        <w:rPr>
          <w:sz w:val="20"/>
        </w:rPr>
        <w:t>16:04  . meaning there was a natural equanimity in his voice. wa fi 'anqihi sat'a, his neck was long, graceful and radiant.</w:t>
      </w:r>
      <w:r>
        <w:br/>
      </w:r>
      <w:r>
        <w:rPr>
          <w:sz w:val="20"/>
        </w:rPr>
        <w:t>16:16  and the sahaba said that the prophet's neck was like neck of gazal. so ahwal akhal, his eyes had natural dark lining and were deeply captivating.</w:t>
      </w:r>
      <w:r>
        <w:br/>
      </w:r>
      <w:r>
        <w:rPr>
          <w:sz w:val="20"/>
        </w:rPr>
        <w:t>16:32  as j aq ra, his clothes were arched, long and close to each other. His beard was bushy, and his hair was intensely black and thick.</w:t>
      </w:r>
      <w:r>
        <w:br/>
      </w:r>
      <w:r>
        <w:rPr>
          <w:sz w:val="20"/>
        </w:rPr>
        <w:t>16:45  want kalim alib ha, and when he spoke, brilliance and majesty were apparent. As ismat ali alwaqar, and when he silent, he radiated calm and dignity.</w:t>
      </w:r>
      <w:r>
        <w:br/>
      </w:r>
      <w:r>
        <w:rPr>
          <w:sz w:val="20"/>
        </w:rPr>
        <w:t>17:00  wahsan hm wahla hm bn qreeb</w:t>
      </w:r>
      <w:r>
        <w:br/>
      </w:r>
      <w:r>
        <w:rPr>
          <w:sz w:val="20"/>
        </w:rPr>
        <w:t>17:03  . Ap close, he was the most beautiful and most captivating. As al nasmn baid, and from a distance, he appeared the most inspiring and graceful of people. Almn tq, his speech was sweet and eloquent, clear and balanced.</w:t>
      </w:r>
      <w:r>
        <w:br/>
      </w:r>
      <w:r>
        <w:rPr>
          <w:sz w:val="20"/>
        </w:rPr>
        <w:t>17:25  fasl wla nzr wla hzr , not too brief, not excessive, to the point.</w:t>
      </w:r>
      <w:r>
        <w:br/>
      </w:r>
      <w:r>
        <w:rPr>
          <w:sz w:val="20"/>
        </w:rPr>
        <w:t>17:41  hazards flowed like pearls, strung together, falling one after another, would perfectly clarity. Jaisay hum kehte hain na kay moti piro diye.</w:t>
      </w:r>
      <w:r>
        <w:br/>
      </w:r>
      <w:r>
        <w:rPr>
          <w:sz w:val="20"/>
        </w:rPr>
        <w:t>17:51  right. smthnglaikdiat. rbat la tq hm aain mn qysr .</w:t>
      </w:r>
      <w:r>
        <w:br/>
      </w:r>
      <w:r>
        <w:rPr>
          <w:sz w:val="20"/>
        </w:rPr>
        <w:t>18:00  He was moderate, well-balanced, neither too short to be disregarded, what's not meant to be, not total to some awkward. Yani he was neither short nor very tall.</w:t>
      </w:r>
      <w:r>
        <w:br/>
      </w:r>
      <w:r>
        <w:rPr>
          <w:sz w:val="20"/>
        </w:rPr>
        <w:t>18:16  ghsn bin ghsnin, hiwazlaikabranh bitwin twabranhiz, mining awirbyutiful sn , hussan manzar .</w:t>
      </w:r>
      <w:r>
        <w:br/>
      </w:r>
      <w:r>
        <w:rPr>
          <w:sz w:val="20"/>
        </w:rPr>
        <w:t>18:25  yaniixprshnhaiyar.</w:t>
      </w:r>
      <w:r>
        <w:br/>
      </w:r>
      <w:r>
        <w:rPr>
          <w:sz w:val="20"/>
        </w:rPr>
        <w:t>18:32  the most beautiful, graceful and graceful among the men both farmers and princes. Yeah, phone bhi, his companions would sit around him in respectable, respectful circles.</w:t>
      </w:r>
      <w:r>
        <w:br/>
      </w:r>
      <w:r>
        <w:rPr>
          <w:sz w:val="20"/>
        </w:rPr>
        <w:t>18:51  wnhispoik, dyslnudfl atanshn.</w:t>
      </w:r>
      <w:r>
        <w:br/>
      </w:r>
      <w:r>
        <w:rPr>
          <w:sz w:val="20"/>
        </w:rPr>
        <w:t>18:58  and when he came out, this is true that. Mahfooz, Mahshood, he was always surrounded by a group of companions, in their hands and their company</w:t>
      </w:r>
      <w:r>
        <w:br/>
      </w:r>
      <w:r>
        <w:rPr>
          <w:sz w:val="20"/>
        </w:rPr>
        <w:t>19:12  . la abiswla muf nd. He was neither harsh in speech, nor he spoke without purpose.</w:t>
      </w:r>
      <w:r>
        <w:br/>
      </w:r>
      <w:r>
        <w:rPr>
          <w:sz w:val="20"/>
        </w:rPr>
        <w:t>19:20  such was an amazing description given by Umm Ma'bad RadiAllahu Anha. She was able to observe and describe so many beautiful qualities of the prophet in a short time. When she, when she saw, this is amazing.</w:t>
      </w:r>
    </w:p>
    <w:p>
      <w:pPr>
        <w:pStyle w:val="Heading2"/>
      </w:pPr>
      <w:r>
        <w:t>contented businessman who never felt work pressure</w:t>
      </w:r>
    </w:p>
    <w:p>
      <w:r>
        <w:rPr>
          <w:color w:val="666666"/>
          <w:sz w:val="18"/>
        </w:rPr>
        <w:t>In Conversation April 8, 2016 Maulana Wahiduddin Khan · 49s · at 46:29 · https://youtu.be/jW4fUC7OcVM?t=2789</w:t>
      </w:r>
    </w:p>
    <w:p>
      <w:r>
        <w:rPr>
          <w:i/>
        </w:rPr>
        <w:t>“Hyderabad mein hamare ek saathi the, business man”</w:t>
      </w:r>
    </w:p>
    <w:p>
      <w:r>
        <w:rPr>
          <w:sz w:val="20"/>
        </w:rPr>
        <w:t>46:28  itna hi kaam kijiye</w:t>
      </w:r>
      <w:r>
        <w:br/>
      </w:r>
      <w:r>
        <w:rPr>
          <w:sz w:val="20"/>
        </w:rPr>
        <w:t>46:29  jitna aap, jitna aap pressure le sakte hain. Haiderabad mein hamare ek saathi thay, hum un ka intiqal hua.</w:t>
      </w:r>
      <w:r>
        <w:br/>
      </w:r>
      <w:r>
        <w:rPr>
          <w:sz w:val="20"/>
        </w:rPr>
        <w:t>46:39  wo businessman thay. unhon ne bana rehte thay ke is mahine mein ehtiram mujhe ek apna kaam chalane ke liye ehtiram puls chahiye.</w:t>
      </w:r>
      <w:r>
        <w:br/>
      </w:r>
      <w:r>
        <w:rPr>
          <w:sz w:val="20"/>
        </w:rPr>
        <w:t>46:50  aur tak aur tak kamane ke baad phir wo ab maal ko free kar lete thay. ab kuch aur aata hai to theek hai, nahi aata to bhi theek hai.</w:t>
      </w:r>
      <w:r>
        <w:br/>
      </w:r>
      <w:r>
        <w:rPr>
          <w:sz w:val="20"/>
        </w:rPr>
        <w:t>46:59  to bohat itma' zindagi guzarte thay. wo work pressure ka phenomenon tha hi nahi un ke andar. to aadmi hai to, yani aadmi agar chahta hai ke work pressure se bache to us ko hawas se bachna parega.</w:t>
      </w:r>
    </w:p>
    <w:p>
      <w:pPr>
        <w:pStyle w:val="Heading2"/>
      </w:pPr>
      <w:r>
        <w:t>Historical credibility of Prophet Muhammad</w:t>
      </w:r>
    </w:p>
    <w:p>
      <w:r>
        <w:rPr>
          <w:color w:val="666666"/>
          <w:sz w:val="18"/>
        </w:rPr>
        <w:t>The Prophet A Blessing for All of Humanity January 5, 2014 · 2m 50s · at 1:40 · https://youtu.be/ZmMkgj54O28?t=100</w:t>
      </w:r>
    </w:p>
    <w:p>
      <w:r>
        <w:rPr>
          <w:i/>
        </w:rPr>
        <w:t>“I will narrate an incident from Lucknow in 1965”</w:t>
      </w:r>
    </w:p>
    <w:p>
      <w:r>
        <w:rPr>
          <w:sz w:val="20"/>
        </w:rPr>
        <w:t>1:40  dekhen, pehli baat mein yeh arz karunga ke yahan mein ek waqia arz karunga ke mein lucknow mein tha 1965 mein, wahan ek sahib se mulaqat hui jo apne ko hathi samajhte thay.</w:t>
      </w:r>
      <w:r>
        <w:br/>
      </w:r>
      <w:r>
        <w:rPr>
          <w:sz w:val="20"/>
        </w:rPr>
        <w:t>1:57  to unhon ne kaha ke rasool allah sallallahu alaihi wasallam ke bare mein unhon ne kaha ke muhammad ka credit kya hai history mein, kya role hai un ka history mein.</w:t>
      </w:r>
      <w:r>
        <w:br/>
      </w:r>
      <w:r>
        <w:rPr>
          <w:sz w:val="20"/>
        </w:rPr>
        <w:t>2:09  un ke nazdeek kuch role nahi tha.</w:t>
      </w:r>
      <w:r>
        <w:br/>
      </w:r>
      <w:r>
        <w:rPr>
          <w:sz w:val="20"/>
        </w:rPr>
        <w:t>2:12  to mein kuch baatein arz karna chahta hoon jo un se hui theen, aur doosri baatein. dekhen, hamare, hum sab ka aur sare insanon ka yeh masla hai ke hamein ek aisa prophet chahiye jis ki jo historically credit qabil e, jo historically mustard hasiyat rakhta ho.</w:t>
      </w:r>
      <w:r>
        <w:br/>
      </w:r>
      <w:r>
        <w:rPr>
          <w:sz w:val="20"/>
        </w:rPr>
        <w:t>2:40  to aap jante hain ke dunya mein ek lakh se zyada peghambar aaye, lekin un ki history nahi bani. kisi bhi peghambar ki history nahi bani.</w:t>
      </w:r>
      <w:r>
        <w:br/>
      </w:r>
      <w:r>
        <w:rPr>
          <w:sz w:val="20"/>
        </w:rPr>
        <w:t>2:52  yahan tak ke dekhen, rasool Allah sal Allah alaihi wasallam se pehle aakhri jo peghambar the woh Hazrat Masih alaihi assalam the, lekin un ke bare mein ek kitab maine parhi jis ka naam hai, is ka title hai "historical Jesus".</w:t>
      </w:r>
      <w:r>
        <w:br/>
      </w:r>
      <w:r>
        <w:rPr>
          <w:sz w:val="20"/>
        </w:rPr>
        <w:t>3:10  yeh moti si kitab hai. is kitab mein unhon ne bataya ke jis Christ ko dunya manti hai woh ek matter of belief hai, matter of history nahi hai.</w:t>
      </w:r>
      <w:r>
        <w:br/>
      </w:r>
      <w:r>
        <w:rPr>
          <w:sz w:val="20"/>
        </w:rPr>
        <w:t>3:23  chunaanche Barter ne kaha ke "historically it is got doubtful whether Christ ever existed at all", yaani yeh amr bhi mushtaba hai ke kya waqeatan Hazrat Masih ka koi wajood tha tareekhi aitbaar se.</w:t>
      </w:r>
      <w:r>
        <w:br/>
      </w:r>
      <w:r>
        <w:rPr>
          <w:sz w:val="20"/>
        </w:rPr>
        <w:t>3:40  to hum mante hain ke Allah taala ne saare peghambar bheje, hum sab pe yaqeen rakhte hain, aur sab ko hum Allah ke peghambar mante hain.</w:t>
      </w:r>
      <w:r>
        <w:br/>
      </w:r>
      <w:r>
        <w:rPr>
          <w:sz w:val="20"/>
        </w:rPr>
        <w:t>3:50  lekin jahan tak history ka sawal hai, history</w:t>
      </w:r>
      <w:r>
        <w:br/>
      </w:r>
      <w:r>
        <w:rPr>
          <w:sz w:val="20"/>
        </w:rPr>
        <w:t>3:53  jo insaan ke liye accepted cheez hoti hai, to is aitbaar se sirf ek hi peghambar ka naam liya ja sakta hai, woh Hazrat Muhammad sal Allah alaihi wasallam ka.</w:t>
      </w:r>
      <w:r>
        <w:br/>
      </w:r>
      <w:r>
        <w:rPr>
          <w:sz w:val="20"/>
        </w:rPr>
        <w:t>4:04  chunaanche ek orientalist ne likhi hai yeh baat ke "Muhammad was born within a full light history", yaani Muhammad sal Allah alaihi wasallam tareekh ki poori roshni mein paida hue.</w:t>
      </w:r>
      <w:r>
        <w:br/>
      </w:r>
      <w:r>
        <w:rPr>
          <w:sz w:val="20"/>
        </w:rPr>
        <w:t>4:19  to yeh Allah taala ne rasool Allah sal Allah alaihi wasallam ko historical peghambar bana diya taake dunya ko aap ke bare mein shakk na rahe, koi shubah na rahe.</w:t>
      </w:r>
    </w:p>
    <w:p>
      <w:pPr>
        <w:pStyle w:val="Heading2"/>
      </w:pPr>
      <w:r>
        <w:t>Yusuf's forgiveness to brothers</w:t>
      </w:r>
    </w:p>
    <w:p>
      <w:r>
        <w:rPr>
          <w:color w:val="666666"/>
          <w:sz w:val="18"/>
        </w:rPr>
        <w:t>Lessons from The Best Story 9 May 2014 - Maulana Wahiduddin Khan · 31s · at 12:01 · https://youtu.be/rZnIPTO2QWs?t=721</w:t>
      </w:r>
    </w:p>
    <w:p>
      <w:r>
        <w:rPr>
          <w:i/>
        </w:rPr>
        <w:t>“Yusuf ne kaha la tathriba alaykum”</w:t>
      </w:r>
    </w:p>
    <w:p>
      <w:r>
        <w:rPr>
          <w:sz w:val="20"/>
        </w:rPr>
        <w:t>12:01  toh yusuf ne us waqt kaha ke la tasrif alaikum yani koi malamat nahi, koi bura bhala nahi kaha unhon ne, kuch bhi nahi la tasrif alaikum</w:t>
      </w:r>
      <w:r>
        <w:br/>
      </w:r>
      <w:r>
        <w:rPr>
          <w:sz w:val="20"/>
        </w:rPr>
        <w:t>12:13  koi baat nahi, okay. jaisa aaj kal zaban mein kehte hain na it's okay, it's okay toh unhon ne ek toh yeh kiya ke insaan ki taraf se jo kuch pesh aaya us par yak tarfa tor par, unilateral tor par sabr karte rahe.</w:t>
      </w:r>
    </w:p>
    <w:p>
      <w:pPr>
        <w:pStyle w:val="Heading2"/>
      </w:pPr>
      <w:r>
        <w:t>Self-made model worse than disbelief</w:t>
      </w:r>
    </w:p>
    <w:p>
      <w:r>
        <w:rPr>
          <w:color w:val="666666"/>
          <w:sz w:val="18"/>
        </w:rPr>
        <w:t>Journey to Switzerland, Jerusalem, Palestine, Nov 02, 2008 · 24s · at 5:34 · https://youtu.be/Noi5eb85Tcg?t=334</w:t>
      </w:r>
    </w:p>
    <w:p>
      <w:r>
        <w:rPr>
          <w:i/>
        </w:rPr>
        <w:t>“Apne model par judge kar ke samajhte hain”</w:t>
      </w:r>
    </w:p>
    <w:p>
      <w:r>
        <w:rPr>
          <w:sz w:val="20"/>
        </w:rPr>
        <w:t>5:34  apne model par judge kar ke samajhte hain ke yeh sahi hai ya galat hai. yeh to kufr se zyada buri cheez hai, yaad rakhiye.</w:t>
      </w:r>
      <w:r>
        <w:br/>
      </w:r>
      <w:r>
        <w:rPr>
          <w:sz w:val="20"/>
        </w:rPr>
        <w:t>5:44  aap khud apna ek model banayen aur cheezon ko is se judge karen aap. to yeh to bohat bari gumrahi hai. kufr se zyada buri cheez hai yeh.</w:t>
      </w:r>
    </w:p>
    <w:p>
      <w:pPr>
        <w:pStyle w:val="Heading2"/>
      </w:pPr>
      <w:r>
        <w:t>Criticism opens your mind to new ideas</w:t>
      </w:r>
    </w:p>
    <w:p>
      <w:r>
        <w:rPr>
          <w:color w:val="666666"/>
          <w:sz w:val="18"/>
        </w:rPr>
        <w:t>The Concept of Criticism in Islam | April 12, 2007 | Maulana Wahiduddin Khan · 30s · at 36:38 · https://youtu.be/97-_T8Hzq_U?t=2198</w:t>
      </w:r>
    </w:p>
    <w:p>
      <w:r>
        <w:rPr>
          <w:i/>
        </w:rPr>
        <w:t>“So disagreement and dissent opens your mind.”</w:t>
      </w:r>
    </w:p>
    <w:p>
      <w:r>
        <w:rPr>
          <w:sz w:val="20"/>
        </w:rPr>
        <w:t>36:38  . So disagreement and dissent opens your mind. Otherwise, you are closed mind. Criticism opens your mind. Criticism gives you new vista, new area to think. Otherwise, you are a closed mind. You are narrow mind</w:t>
      </w:r>
    </w:p>
    <w:p>
      <w:pPr>
        <w:pStyle w:val="Heading2"/>
      </w:pPr>
      <w:r>
        <w:t>Prophet's marathon prayer at Arafat and the milk cup proof</w:t>
      </w:r>
    </w:p>
    <w:p>
      <w:r>
        <w:rPr>
          <w:color w:val="666666"/>
          <w:sz w:val="18"/>
        </w:rPr>
        <w:t>The Farwell Hajj of The Prophet June 18, 2023 · 2m 09s · at 49:29 · https://youtu.be/jY24n6ArZaM?t=2969</w:t>
      </w:r>
    </w:p>
    <w:p>
      <w:r>
        <w:rPr>
          <w:i/>
        </w:rPr>
        <w:t>“The Prophet prayed with raised hands for five or six hours”</w:t>
      </w:r>
    </w:p>
    <w:p>
      <w:r>
        <w:rPr>
          <w:sz w:val="20"/>
        </w:rPr>
        <w:t>49:29  aj jab khutba khatm hua to phir rasool Allah sallallahu alaihi wasallam ne zuhr aur asr ki namaz padhi jama kar ke, yani pehle hi padh li. aur is ke baad, ah, jo pahad tha jis ko jabal-e-rahmah kehte hain, jahan par khutba diya tha, us se niche aa gaye aur phir kntiniyasli khade ho ke wahan dua ki.</w:t>
      </w:r>
      <w:r>
        <w:br/>
      </w:r>
      <w:r>
        <w:rPr>
          <w:sz w:val="20"/>
        </w:rPr>
        <w:t>49:48  ji, yani his hand was up in the sky like this, and he was praying for me five six or hours non-stopped.</w:t>
      </w:r>
      <w:r>
        <w:br/>
      </w:r>
      <w:r>
        <w:rPr>
          <w:sz w:val="20"/>
        </w:rPr>
        <w:t>49:57  aap tasawwur karein ke ji, ah, dhoop bhi hoti hai wahan aur panch chhe ghante tak, ah, ah, dua karte rahe aur haath aise, ah, aur ek log yeh samjhe ke shayad rasool Allah rozay se hain.</w:t>
      </w:r>
      <w:r>
        <w:br/>
      </w:r>
      <w:r>
        <w:rPr>
          <w:sz w:val="20"/>
        </w:rPr>
        <w:t>50:18  he was fasting, people thought he he might be fasting, chunke is is zamane mein sahaba Arafat ke din roza rakha karte the</w:t>
      </w:r>
      <w:r>
        <w:br/>
      </w:r>
      <w:r>
        <w:rPr>
          <w:sz w:val="20"/>
        </w:rPr>
        <w:t>50:26  to clear nahi tha unko ke, ah, rasool Allah, ah, rozay se hain. aur bahut garmi thi, log pani bhi nahi pi rahe the.</w:t>
      </w:r>
      <w:r>
        <w:br/>
      </w:r>
      <w:r>
        <w:rPr>
          <w:sz w:val="20"/>
        </w:rPr>
        <w:t>50:37  to Hazrat Maimuna R.A., jo prophet ki wife theen, unhon ne bhi dekha ke koi pani nahi pi raha hai aur is is wajah se shayad log samajhte hain.</w:t>
      </w:r>
      <w:r>
        <w:br/>
      </w:r>
      <w:r>
        <w:rPr>
          <w:sz w:val="20"/>
        </w:rPr>
        <w:t>50:46  to unhon ne ek glass, ah, doodh ka diya prophet ko.</w:t>
      </w:r>
      <w:r>
        <w:br/>
      </w:r>
      <w:r>
        <w:rPr>
          <w:sz w:val="20"/>
        </w:rPr>
        <w:t>50:52  to prophet aise dua kar rahe the to ek haath se glass liya aur woh samajh gaye ke yeh kyun diya ja raha hai taake logon ko pata chal chal jaye ke main ne roza nahi rakha.</w:t>
      </w:r>
      <w:r>
        <w:br/>
      </w:r>
      <w:r>
        <w:rPr>
          <w:sz w:val="20"/>
        </w:rPr>
        <w:t>51:02  to rasool Allah ne aise glass dikhaya logon ko ke: "I am going to drink this milk to show that I am not fasting." to rasool Allah ne phir piya is ko aur phir dua karne lage.</w:t>
      </w:r>
      <w:r>
        <w:br/>
      </w:r>
      <w:r>
        <w:rPr>
          <w:sz w:val="20"/>
        </w:rPr>
        <w:t>51:14  phir logon ne pani waghera jo un ke paas tha woh piya. to</w:t>
      </w:r>
      <w:r>
        <w:br/>
      </w:r>
      <w:r>
        <w:rPr>
          <w:sz w:val="20"/>
        </w:rPr>
        <w:t>51:19  yeh jo, ah, dua ki rasool Allah ne, ah, panch chhe ghante yahi darasal Hajj ka essence hai. isi liye prophet, ah, Muhammad (SAW) ne kaha tha ke: "Al Hajj Arafah" yani Hajj is Arafah, presence in Hajj, ah,</w:t>
      </w:r>
      <w:r>
        <w:br/>
      </w:r>
      <w:r>
        <w:rPr>
          <w:sz w:val="20"/>
        </w:rPr>
        <w:t>51:36  presence in Arafah is Hajj. ji</w:t>
      </w:r>
    </w:p>
    <w:p>
      <w:pPr>
        <w:pStyle w:val="Heading2"/>
      </w:pPr>
      <w:r>
        <w:t>Decline phenomenon not exclusive to Jews</w:t>
      </w:r>
    </w:p>
    <w:p>
      <w:r>
        <w:rPr>
          <w:color w:val="666666"/>
          <w:sz w:val="18"/>
        </w:rPr>
        <w:t>A Case of Derailment April 25, 2014 · 20s · at 11:52 · https://youtu.be/ERcUTQt6tFY?t=712</w:t>
      </w:r>
    </w:p>
    <w:p>
      <w:r>
        <w:rPr>
          <w:i/>
        </w:rPr>
        <w:t>“Yeh yahood ka zahira nahi hai, yeh zawal ka zahira hai”</w:t>
      </w:r>
    </w:p>
    <w:p>
      <w:r>
        <w:rPr>
          <w:sz w:val="20"/>
        </w:rPr>
        <w:t>11:52  apne ko bilkul theek hai, hamari kami kya hai? yeh yahood ka zahira nahi hai, yeh zawal ka zahira hai.</w:t>
      </w:r>
      <w:r>
        <w:br/>
      </w:r>
      <w:r>
        <w:rPr>
          <w:sz w:val="20"/>
        </w:rPr>
        <w:t>12:04  jo ummat bhi apne zawal ke daur mein pahunchi hogi toh uske andar bhi yahi sab baatein paida ho jayengi.</w:t>
      </w:r>
    </w:p>
    <w:p>
      <w:pPr>
        <w:pStyle w:val="Heading2"/>
      </w:pPr>
      <w:r>
        <w:t>Self-styled model in times of decline</w:t>
      </w:r>
    </w:p>
    <w:p>
      <w:r>
        <w:rPr>
          <w:color w:val="666666"/>
          <w:sz w:val="18"/>
        </w:rPr>
        <w:t>A Case of Derailment April 25, 2014 · 1m 54s · at 10:09 · https://youtu.be/ERcUTQt6tFY?t=609</w:t>
      </w:r>
    </w:p>
    <w:p>
      <w:r>
        <w:rPr>
          <w:i/>
        </w:rPr>
        <w:t>“Daur-e-zawal mein yeh hota hai ke aadmi ek self-style model bana leta”</w:t>
      </w:r>
    </w:p>
    <w:p>
      <w:r>
        <w:rPr>
          <w:sz w:val="20"/>
        </w:rPr>
        <w:t>10:09  aur doosri baat yeh hai ke daur-e-zawal mein yeh hota hai ke aadmi ek self styled model bana leta hai.</w:t>
      </w:r>
      <w:r>
        <w:br/>
      </w:r>
      <w:r>
        <w:rPr>
          <w:sz w:val="20"/>
        </w:rPr>
        <w:t>10:18  qaumein jo hain jab zawal ko pahunchti hain to ek self styled model,</w:t>
      </w:r>
      <w:r>
        <w:br/>
      </w:r>
      <w:r>
        <w:rPr>
          <w:sz w:val="20"/>
        </w:rPr>
        <w:t>10:27  jo ke spirit par mabni nahi hota, form par mabni hota. khaas tarah ka kapda, khaas tarah ki topi, khaas tarah ki waza' qata', khaas andaaz mein kalam karna,</w:t>
      </w:r>
      <w:r>
        <w:br/>
      </w:r>
      <w:r>
        <w:rPr>
          <w:sz w:val="20"/>
        </w:rPr>
        <w:t>10:42  aik khaas tarah ka culture</w:t>
      </w:r>
      <w:r>
        <w:br/>
      </w:r>
      <w:r>
        <w:rPr>
          <w:sz w:val="20"/>
        </w:rPr>
        <w:t>10:45  to aik cultural identity bana lete hain, aisi samajhte hain ke maseeha hai sab se bari cheez. aur is zamane mein yahood ke darmiyan aisi hui thi.</w:t>
      </w:r>
      <w:r>
        <w:br/>
      </w:r>
      <w:r>
        <w:rPr>
          <w:sz w:val="20"/>
        </w:rPr>
        <w:t>10:55  yani Hazrat Masih ke zamane mein jo yahood thay, jo zawal yafta yahood thay, woh haqeeqatan deen Khuda par nahi thay, apne khud sakhta culture par thay.</w:t>
      </w:r>
      <w:r>
        <w:br/>
      </w:r>
      <w:r>
        <w:rPr>
          <w:sz w:val="20"/>
        </w:rPr>
        <w:t>11:07  woh to culture to aik zahiri alamat par hota hai.</w:t>
      </w:r>
      <w:r>
        <w:br/>
      </w:r>
      <w:r>
        <w:rPr>
          <w:sz w:val="20"/>
        </w:rPr>
        <w:t>11:13  culture ka matlab aik khaas tarah ka rehan sehan, khaas tarah ka waza qata, khaas andaaz mein bolna, khaas andaaz mein chalna, yani zahiri aitbaar se aik khaas tarah ka waza qata ban jaye.</w:t>
      </w:r>
      <w:r>
        <w:br/>
      </w:r>
      <w:r>
        <w:rPr>
          <w:sz w:val="20"/>
        </w:rPr>
        <w:t>11:29  teesri ko mein keh raha hoon ke self style criterion, yani deen ka aik khud sakhta meyar, woh bana liya tha unhone.</w:t>
      </w:r>
      <w:r>
        <w:br/>
      </w:r>
      <w:r>
        <w:rPr>
          <w:sz w:val="20"/>
        </w:rPr>
        <w:t>11:40  toh woh samajhte thay ke hum toh bilkul theek hain.</w:t>
      </w:r>
      <w:r>
        <w:br/>
      </w:r>
      <w:r>
        <w:rPr>
          <w:sz w:val="20"/>
        </w:rPr>
        <w:t>11:43  unka apna jo banaya hua meyar tha, self style criterion, us par jab woh dekhte thay toh apne ko bilkul poora paate thay.</w:t>
      </w:r>
      <w:r>
        <w:br/>
      </w:r>
      <w:r>
        <w:rPr>
          <w:sz w:val="20"/>
        </w:rPr>
        <w:t>11:52  apne ko bilkul theek hai, hamari kami kya hai? yeh yahood ka zahira nahi hai, yeh zawal ka zahira hai.</w:t>
      </w:r>
    </w:p>
    <w:p>
      <w:pPr>
        <w:pStyle w:val="Heading2"/>
      </w:pPr>
      <w:r>
        <w:t>Khadija became the Prophet's greatest booster and supporter</w:t>
      </w:r>
    </w:p>
    <w:p>
      <w:r>
        <w:rPr>
          <w:color w:val="666666"/>
          <w:sz w:val="18"/>
        </w:rPr>
        <w:t>The Man Al-Quran Builds April 2, 2006 Maulana Wahiduddin Khan · 51s · at 28:24 · https://youtu.be/06TQIt_5vlw?t=1704</w:t>
      </w:r>
    </w:p>
    <w:p>
      <w:r>
        <w:rPr>
          <w:i/>
        </w:rPr>
        <w:t>“Khadija sab aurton ke liye ek model ban gayin”</w:t>
      </w:r>
    </w:p>
    <w:p>
      <w:r>
        <w:rPr>
          <w:sz w:val="20"/>
        </w:rPr>
        <w:t>28:24  to un ki zindagi ko parh kar jo hamein maloom hoti hain baatein to mein keh sakta hoon ke khadijah aik model bani tamam auraton ke liye.</w:t>
      </w:r>
      <w:r>
        <w:br/>
      </w:r>
      <w:r>
        <w:rPr>
          <w:sz w:val="20"/>
        </w:rPr>
        <w:t>28:34  woh model kya? woh booster ban gayeen rasool Allah ke liye. yani rasool Allah jo mission chalana chahte thay us mission mein unhon ne booster ka role ada kiya.</w:t>
      </w:r>
      <w:r>
        <w:br/>
      </w:r>
      <w:r>
        <w:rPr>
          <w:sz w:val="20"/>
        </w:rPr>
        <w:t>28:44  yani aap ka saath diya aap se cooperate kiya. har aitbar se woh un ke saath raheen.</w:t>
      </w:r>
      <w:r>
        <w:br/>
      </w:r>
      <w:r>
        <w:rPr>
          <w:sz w:val="20"/>
        </w:rPr>
        <w:t>28:52  un un ka jo un ki property un ki daulat un ki taqat un ke un ka jo kuch bhi tha woh sab laga diya unhon ne. chunancha is zamane mein yani makkah do zamane mein jo kaam aap ne kiya us mein barah-e-rast khadijah ka haath rehta tha har aitbar se.</w:t>
      </w:r>
      <w:r>
        <w:br/>
      </w:r>
      <w:r>
        <w:rPr>
          <w:sz w:val="20"/>
        </w:rPr>
        <w:t>29:08  to is ke liye mere paas jo lafz hai woh yahi hai ke woh booster bani prophet ki.</w:t>
      </w:r>
    </w:p>
    <w:p>
      <w:pPr>
        <w:pStyle w:val="Heading2"/>
      </w:pPr>
      <w:r>
        <w:t>True modesty means giving all the credit to God</w:t>
      </w:r>
    </w:p>
    <w:p>
      <w:r>
        <w:rPr>
          <w:color w:val="666666"/>
          <w:sz w:val="18"/>
        </w:rPr>
        <w:t>Lessons from The Story of Prophet Yusuf Part 3 July 17, 2022 · 1m 54s · at 9:44 · https://youtu.be/IweBlcs49uM?t=584</w:t>
      </w:r>
    </w:p>
    <w:p>
      <w:r>
        <w:rPr>
          <w:i/>
        </w:rPr>
        <w:t>“انسان جو اکڑ اپنے اندر پیدا کرے، وہ خدا سے قریب نہیں ہو سکتا”</w:t>
      </w:r>
    </w:p>
    <w:p>
      <w:r>
        <w:rPr>
          <w:sz w:val="20"/>
        </w:rPr>
        <w:t>9:43  ji</w:t>
      </w:r>
      <w:r>
        <w:br/>
      </w:r>
      <w:r>
        <w:rPr>
          <w:sz w:val="20"/>
        </w:rPr>
        <w:t>9:44  ۔ insan jo akkar apne andar paida kare aur gharoor aur ghamand ho to woh kabhi Khuda se qareeb nahi ho sakta. jab Hazrat Yusuf alaihissalam ne suna yeh pata chala un ko to un ke andar koi pride, koi gharoor, koi is tarah ke jazbat nahi paida hue.</w:t>
      </w:r>
      <w:r>
        <w:br/>
      </w:r>
      <w:r>
        <w:rPr>
          <w:sz w:val="20"/>
        </w:rPr>
        <w:t>10:04  bolte ke dekho main jeet gaya. hmm. matlab kuch na kuch is tarah ki baat bolte aur modesty ikhtiyar ki, jaise aap ne keh</w:t>
      </w:r>
      <w:r>
        <w:br/>
      </w:r>
      <w:r>
        <w:rPr>
          <w:sz w:val="20"/>
        </w:rPr>
        <w:t>10:12  ۔ ji. aur sara credit Allah ko diya. ji. halanke un ki apni zaati sifat thi. lekin is ke bawajood unhon ne sara credit Allah ko diya aur bohat hi sharifana andaaz se baat kahi.</w:t>
      </w:r>
      <w:r>
        <w:br/>
      </w:r>
      <w:r>
        <w:rPr>
          <w:sz w:val="20"/>
        </w:rPr>
        <w:t>10:27  quran mein aata hai "wa ma ubri'u nafsi" ke "I do not pretend to be blameless". ji</w:t>
      </w:r>
      <w:r>
        <w:br/>
      </w:r>
      <w:r>
        <w:rPr>
          <w:sz w:val="20"/>
        </w:rPr>
        <w:t>10:35  . yani mein apne nafs ki pakizgi nahi bayan kar raha hoon. aur aage kaha ke "innal nafsa'il amrata bisso" ke jo nafs hai woh toh insan ko burai sikhata hai, woh burai ke hi rastay pe le jata hai.</w:t>
      </w:r>
      <w:r>
        <w:br/>
      </w:r>
      <w:r>
        <w:rPr>
          <w:sz w:val="20"/>
        </w:rPr>
        <w:t>10:47  "illa ma rahim rabbi" illa yeh ke Allah ka reham ho jaye.</w:t>
      </w:r>
      <w:r>
        <w:br/>
      </w:r>
      <w:r>
        <w:rPr>
          <w:sz w:val="20"/>
        </w:rPr>
        <w:t>10:52  toh yani ek bohat hi haqeeqat pasandana soch aur sara credit Allah ko dena. aur unhon ne yeh kaha ke jo mein burai se bacha raha, is mein koi mera zaati kamal nahi hai, balke yeh Allah ka reham tha.</w:t>
      </w:r>
      <w:r>
        <w:br/>
      </w:r>
      <w:r>
        <w:rPr>
          <w:sz w:val="20"/>
        </w:rPr>
        <w:t>11:09  Allah ki madad se mein yeh yeh kar saka. yani sara credit Allah</w:t>
      </w:r>
      <w:r>
        <w:br/>
      </w:r>
      <w:r>
        <w:rPr>
          <w:sz w:val="20"/>
        </w:rPr>
        <w:t>11:16  ko diya, halanke yeh un ki khud apni zaati sifat thi aur zaati yeh کیفیت thi ke woh bohat hi shareef insan thay.</w:t>
      </w:r>
      <w:r>
        <w:br/>
      </w:r>
      <w:r>
        <w:rPr>
          <w:sz w:val="20"/>
        </w:rPr>
        <w:t>11:25  lekin is ke bawajood unhon ne sara credit Allah ko diya. ji. doctor sahib, yahan pe in fact kyunke hum modesty ki baat kar rahe hain toh ek riwayat ka zikr karna chahunga.</w:t>
      </w:r>
    </w:p>
    <w:p>
      <w:pPr>
        <w:pStyle w:val="Heading2"/>
      </w:pPr>
      <w:r>
        <w:t>Lesson on international norms from envoys</w:t>
      </w:r>
    </w:p>
    <w:p>
      <w:r>
        <w:rPr>
          <w:color w:val="666666"/>
          <w:sz w:val="18"/>
        </w:rPr>
        <w:t>The Untold Story of Islam April 16, 2006 Maulana Wahiduddin Khan · 2m 02s · at 1:17:26 · https://youtu.be/CtVOh0F_LLc?t=4646</w:t>
      </w:r>
    </w:p>
    <w:p>
      <w:r>
        <w:rPr>
          <w:i/>
        </w:rPr>
        <w:t>“Rasool Allah ke zamane mein do sahaba aaye.”</w:t>
      </w:r>
    </w:p>
    <w:p>
      <w:r>
        <w:rPr>
          <w:sz w:val="20"/>
        </w:rPr>
        <w:t>1:17:26  aap ke pas yaman se do sahaba aaye,</w:t>
      </w:r>
      <w:r>
        <w:br/>
      </w:r>
      <w:r>
        <w:rPr>
          <w:sz w:val="20"/>
        </w:rPr>
        <w:t>1:17:29  yeh musailmah ke safeer thay. musailmah aik shakhs tha yaman mein jis ne dawah kiya tha paighambari ka, yaani paighambari ka dawah, yaani independent paighambar ka nahin.</w:t>
      </w:r>
      <w:r>
        <w:br/>
      </w:r>
      <w:r>
        <w:rPr>
          <w:sz w:val="20"/>
        </w:rPr>
        <w:t>1:17:45  woh kehta tha ke main aap ke sath paighambari mein shareek kiya gaya hoon, yaani aap part partner banaya gaya hoon, aap ke sath prophet hood mein main partner banaya gaya hoon Khuda ki taraf se.</w:t>
      </w:r>
      <w:r>
        <w:br/>
      </w:r>
      <w:r>
        <w:rPr>
          <w:sz w:val="20"/>
        </w:rPr>
        <w:t>1:17:57  to meri partnership ko maaniye aap.</w:t>
      </w:r>
      <w:r>
        <w:br/>
      </w:r>
      <w:r>
        <w:rPr>
          <w:sz w:val="20"/>
        </w:rPr>
        <w:t>1:18:00  yeh tha is ka kehna. to is ne do aadmi bheje apne safeer ke taur par, woh madina aaye, rasool Allah ke samnay pesh hue.</w:t>
      </w:r>
      <w:r>
        <w:br/>
      </w:r>
      <w:r>
        <w:rPr>
          <w:sz w:val="20"/>
        </w:rPr>
        <w:t>1:18:08  woh to unhon ne kaha ke yeh musailmah ne yeh message le kar bheja hai ke main aap ka partner hoon, to meri partnership ko aap maaniye.</w:t>
      </w:r>
      <w:r>
        <w:br/>
      </w:r>
      <w:r>
        <w:rPr>
          <w:sz w:val="20"/>
        </w:rPr>
        <w:t>1:18:20  to rasool Allah ne zahir hai ke inkar kar diya. to aap ne kaha ke in dono aadmiyon se ke tumhara apna kya khayal hai?</w:t>
      </w:r>
      <w:r>
        <w:br/>
      </w:r>
      <w:r>
        <w:rPr>
          <w:sz w:val="20"/>
        </w:rPr>
        <w:t>1:18:29  to unhon ne kaha ke jo musailmah kehte hain, wahi hum bhi maante hain. yahan par bohat hi important baat hai, is ko aap ghor farmaiye.</w:t>
      </w:r>
      <w:r>
        <w:br/>
      </w:r>
      <w:r>
        <w:rPr>
          <w:sz w:val="20"/>
        </w:rPr>
        <w:t>1:18:38  aap ne farmaya: "lula an al-rasul Allah tuqtal la-darabtu anaaqukuma".</w:t>
      </w:r>
      <w:r>
        <w:br/>
      </w:r>
      <w:r>
        <w:rPr>
          <w:sz w:val="20"/>
        </w:rPr>
        <w:t>1:18:48  "lula an al-rasul Allah tuqtal la-darabtu anaaqukuma". agar yeh international riwaj na hota ke ambassador ya safeer qatal nahin kiye jaate, to main tum dono ko qatal kar deta.</w:t>
      </w:r>
      <w:r>
        <w:br/>
      </w:r>
      <w:r>
        <w:rPr>
          <w:sz w:val="20"/>
        </w:rPr>
        <w:t>1:19:05  ab is mein dekhen, aik bohat hi important baat batai gayi hai ke international maamlaat mein international norm hi ko maanna islam ka bhi tareeqa hai.</w:t>
      </w:r>
      <w:r>
        <w:br/>
      </w:r>
      <w:r>
        <w:rPr>
          <w:sz w:val="20"/>
        </w:rPr>
        <w:t>1:19:17  jo international affairs honge, is mein islam ka tareeqa wahi hoga jo international norm hoga. hum apna tareeqa nahi chalayenge.</w:t>
      </w:r>
    </w:p>
    <w:p>
      <w:pPr>
        <w:pStyle w:val="Heading2"/>
      </w:pPr>
      <w:r>
        <w:t>Hajj rituals as symbolic reenactment of Ibrahim's life</w:t>
      </w:r>
    </w:p>
    <w:p>
      <w:r>
        <w:rPr>
          <w:color w:val="666666"/>
          <w:sz w:val="18"/>
        </w:rPr>
        <w:t>Message of Eid Al-Adha June 29, 2023 · 1m 37s · at 11:24 · https://youtu.be/Tom30c7WwTw?t=684</w:t>
      </w:r>
    </w:p>
    <w:p>
      <w:r>
        <w:rPr>
          <w:i/>
        </w:rPr>
        <w:t>“Log hajj karne jaate hain aur chand rituals karke wapas aa jaate hain”</w:t>
      </w:r>
    </w:p>
    <w:p>
      <w:r>
        <w:rPr>
          <w:sz w:val="20"/>
        </w:rPr>
        <w:t>11:24  is liye yeh ho raha hai ke log haj karne jate hain aur chand jo rituals hain woh karke wapas aa jate hain samajhte yahi haj hai. halanki haj jaisa apa ne kaha ke haj toh haj karne ke baad darasal hota hai ke aap apni zindagi ko kaise badlen?</w:t>
      </w:r>
      <w:r>
        <w:br/>
      </w:r>
      <w:r>
        <w:rPr>
          <w:sz w:val="20"/>
        </w:rPr>
        <w:t>11:40  yaani jo haj ke aamal hain woh ek tareeqe se symbolic performance hai hazzat ibrahim ali salam ki zindagi ka aur maulana ne likha tha hajititya haj mein ke haj jo hai woh, ek international dawa conference hai daaiyon ki.</w:t>
      </w:r>
      <w:r>
        <w:br/>
      </w:r>
      <w:r>
        <w:rPr>
          <w:sz w:val="20"/>
        </w:rPr>
        <w:t>12:02  yaani haj ka maqsad yeh hai ke aap wahan jayen aur ajit ibrahim ali aur rasugullah salam aur sahaba ki zindagi se mutasir ho, inspire ho aur phir apne maqam par jaakar aap daavati sargharmi mein, lag jayen. rajat imrahi malij salam ne safa aur marwa ke dharmayan sahi ki, yaani is ka matlab yeh tha ke main duniya mein daur dhoop karunga allah ke kaam ke liye.</w:t>
      </w:r>
      <w:r>
        <w:br/>
      </w:r>
      <w:r>
        <w:rPr>
          <w:sz w:val="20"/>
        </w:rPr>
        <w:t>12:31  aise hi aaram ki shakal mein saada kapde pehne ki meri zindagi bahut hi saada andaaz ki hogi. aise hi hazrat ibrahim ali is aram ne kankariyan maari shaitan ko is ka matlab yeh tha ke shaitan ko har qeemat par main us se us ke bekave se bachoonga. toh ye ye sab baatein hathis mein aai hai aur quran mein jaise ek aayat aai hai innna saladati van usooki o mahia bamamaati lillahi rabbilalmeen.</w:t>
      </w:r>
      <w:r>
        <w:br/>
      </w:r>
      <w:r>
        <w:rPr>
          <w:sz w:val="20"/>
        </w:rPr>
        <w:t>13:01  My prayer and my sacrifice and my life and my death are all belongs to God, Lord of the world. toh hazrd ibrahim ali salam ka jo daavati mission tha, us ke liye hazrd ibrahim ali salam ne kaba ki taameer ki, yaani ek daavati marqaz ke taur par aur is ka tabab kiya aur is ka matlab yahi hai ke aap apni zindagi ko khuda ke liye khuda ke ird gird ghumenge.</w:t>
      </w:r>
    </w:p>
    <w:p>
      <w:pPr>
        <w:pStyle w:val="Heading2"/>
      </w:pPr>
      <w:r>
        <w:t>Fatima asks for a servant, gets dhikr instead</w:t>
      </w:r>
    </w:p>
    <w:p>
      <w:r>
        <w:rPr>
          <w:color w:val="666666"/>
          <w:sz w:val="18"/>
        </w:rPr>
        <w:t>The Age of Deceiving Philosophies I June 21, 2009 Maulana Wahiduddin Khan · 50s · at 55:04 · https://youtu.be/Ytnj8NSIAgQ?t=3304</w:t>
      </w:r>
    </w:p>
    <w:p>
      <w:r>
        <w:rPr>
          <w:i/>
        </w:rPr>
        <w:t>“Fatima's hands blistered from grinding grain by hand”</w:t>
      </w:r>
    </w:p>
    <w:p>
      <w:r>
        <w:rPr>
          <w:sz w:val="20"/>
        </w:rPr>
        <w:t>55:04  hazrat fatima jo aap ki beti thin, un ko chakki chalana parta tha, haath mein chhale par gaye the. to rasool allah ke paas gayin ke humein ek khadim de dijiye, ek khadim.</w:t>
      </w:r>
      <w:r>
        <w:br/>
      </w:r>
      <w:r>
        <w:rPr>
          <w:sz w:val="20"/>
        </w:rPr>
        <w:t>55:18  to rasool allah ne kya kaha? ittaqi ya fatima! aye fatima! khuda se dar ut</w:t>
      </w:r>
      <w:r>
        <w:br/>
      </w:r>
      <w:r>
        <w:rPr>
          <w:sz w:val="20"/>
        </w:rPr>
        <w:t>55:25  ne si baat par. phir aap ne farmaya ke main tum ko khadim se zyada achi cheez deta hoon. to aap ne yehi yehi zikr farmaya: subhan allah, alhamdulillah, la ilaha illa allah, allahu akbar ke ye bas parh liya karo.</w:t>
      </w:r>
      <w:r>
        <w:br/>
      </w:r>
      <w:r>
        <w:rPr>
          <w:sz w:val="20"/>
        </w:rPr>
        <w:t>55:42  ye aap mein se kaun hai jo apni beti ko aisa kahe? koi hathon mein chhale pade hue hon, wo khadim mang rahi ho, aap kahen ke jao ghar mein raho aur sirf ye dua parh liya karo.</w:t>
      </w:r>
    </w:p>
    <w:p>
      <w:pPr>
        <w:pStyle w:val="Heading2"/>
      </w:pPr>
      <w:r>
        <w:t>a servant asks only for Paradise with the Prophet</w:t>
      </w:r>
    </w:p>
    <w:p>
      <w:r>
        <w:rPr>
          <w:color w:val="666666"/>
          <w:sz w:val="18"/>
        </w:rPr>
        <w:t>The Story of Hazrat Abu Hurairah (r.a.) December 31, 2023 · 56s · at 20:18 · https://youtu.be/ntoKGwQ1WX0?t=1218</w:t>
      </w:r>
    </w:p>
    <w:p>
      <w:r>
        <w:rPr>
          <w:i/>
        </w:rPr>
        <w:t>“Ask me for anything you want, the Prophet said”</w:t>
      </w:r>
    </w:p>
    <w:p>
      <w:r>
        <w:rPr>
          <w:sz w:val="20"/>
        </w:rPr>
        <w:t>20:17  t</w:t>
      </w:r>
      <w:r>
        <w:br/>
      </w:r>
      <w:r>
        <w:rPr>
          <w:sz w:val="20"/>
        </w:rPr>
        <w:t>20:18  Hajr ka waqt tha to paani la ke Prophet ki help ki. Woh Prophet ne wuzu kiya. To uss waqt Rasool Allah ne dekha un ki, un ki problems ko, kaha ke kuch tum chahte ho to batao, kuch maango.</w:t>
      </w:r>
      <w:r>
        <w:br/>
      </w:r>
      <w:r>
        <w:rPr>
          <w:sz w:val="20"/>
        </w:rPr>
        <w:t>20:34  to unhon ne socha, to unhon ne kaha ke bas main aap ki companionship chahta hoon jannat mein. Hmm</w:t>
      </w:r>
      <w:r>
        <w:br/>
      </w:r>
      <w:r>
        <w:rPr>
          <w:sz w:val="20"/>
        </w:rPr>
        <w:t>20:42  . To Rasool Allah ne kaha ke nahin bhai, kuch matlab aakhirat ki baat nahin, dunya ki koi cheez ho to batao. You need a house, you need a wife, you need a family, you need money, whatever you need.</w:t>
      </w:r>
      <w:r>
        <w:br/>
      </w:r>
      <w:r>
        <w:rPr>
          <w:sz w:val="20"/>
        </w:rPr>
        <w:t>20:53  Ji. Yaani Rasool Allah dua kar dete to aasmaan se sona baras jaata. To phir unhon ne wohi kaha. You know, I need your companionship in Jannah.</w:t>
      </w:r>
      <w:r>
        <w:br/>
      </w:r>
      <w:r>
        <w:rPr>
          <w:sz w:val="20"/>
        </w:rPr>
        <w:t>21:03  to Rasool Allah ne kaha achha tum ne bahut bhaari cheez maangi hai mujh se. Ji. To tum thoda sajdon ko apna badhao. Ji. To uss se pata chalta hai ke kis tarah ke, hmm, log the, kitna dedication tha un ka.</w:t>
      </w:r>
      <w:r>
        <w:br/>
      </w:r>
      <w:r>
        <w:rPr>
          <w:sz w:val="20"/>
        </w:rPr>
        <w:t>21:15  Ji. Haalanke kitne difficult haalaat se guzar rahe the. Bilkul. Khaane peene ke liye kapde nahin hote the. Yaani Hazrat Abu Huraira kehte hain ke</w:t>
      </w:r>
    </w:p>
    <w:p>
      <w:pPr>
        <w:pStyle w:val="Heading2"/>
      </w:pPr>
      <w:r>
        <w:t>Allahu Akbar reveals God is great, not me</w:t>
      </w:r>
    </w:p>
    <w:p>
      <w:r>
        <w:rPr>
          <w:color w:val="666666"/>
          <w:sz w:val="18"/>
        </w:rPr>
        <w:t>The Concept of Spirituality In Islam - II January 27, 2006 Maulana Wahiduddin Khan · 42s · at 12:29 · https://youtu.be/YZvx_Y3Dcg0?t=749</w:t>
      </w:r>
    </w:p>
    <w:p>
      <w:r>
        <w:rPr>
          <w:i/>
        </w:rPr>
        <w:t>“Allahu Akbar means God is great — what's the simple sentence?”</w:t>
      </w:r>
    </w:p>
    <w:p>
      <w:r>
        <w:rPr>
          <w:sz w:val="20"/>
        </w:rPr>
        <w:t>12:29  Allahu Akbar means God is great. God is great. what is the simple sentence?</w:t>
      </w:r>
      <w:r>
        <w:br/>
      </w:r>
      <w:r>
        <w:rPr>
          <w:sz w:val="20"/>
        </w:rPr>
        <w:t>12:43  it is a simple sentence.</w:t>
      </w:r>
      <w:r>
        <w:br/>
      </w:r>
      <w:r>
        <w:rPr>
          <w:sz w:val="20"/>
        </w:rPr>
        <w:t>12:51  in other words, it means, it means that God is great and i am not great.</w:t>
      </w:r>
      <w:r>
        <w:br/>
      </w:r>
      <w:r>
        <w:rPr>
          <w:sz w:val="20"/>
        </w:rPr>
        <w:t>13:01  it is implicit. it is implicit in Allahu Akbar. God is great and i am not great.</w:t>
      </w:r>
    </w:p>
    <w:p>
      <w:pPr>
        <w:pStyle w:val="Heading2"/>
      </w:pPr>
      <w:r>
        <w:t>Prophet says Khadijah's love was placed in his heart by God</w:t>
      </w:r>
    </w:p>
    <w:p>
      <w:r>
        <w:rPr>
          <w:color w:val="666666"/>
          <w:sz w:val="18"/>
        </w:rPr>
        <w:t>The Story of Khadija Part 2 December 25, 2022 · 25s · at 50:56 · https://youtu.be/CT7OATmveus?t=3056</w:t>
      </w:r>
    </w:p>
    <w:p>
      <w:r>
        <w:rPr>
          <w:i/>
        </w:rPr>
        <w:t>“By God, I was granted her love”</w:t>
      </w:r>
    </w:p>
    <w:p>
      <w:r>
        <w:rPr>
          <w:sz w:val="20"/>
        </w:rPr>
        <w:t>50:56  ji aur ek baar Rasool Allah ne kaha tha ke wallah inni qad ruziqt hubba yaani aah Khadijah ki mohabbat mujhe pila di gayi thi.</w:t>
      </w:r>
      <w:r>
        <w:br/>
      </w:r>
      <w:r>
        <w:rPr>
          <w:sz w:val="20"/>
        </w:rPr>
        <w:t>51:08  hmm aah her love had been nurtured in my heart by Allah himself. hmm to is tarah ki is tarah ka khaas ta'alluq tha Rasool Allah ka aah Hazrat Khadijah se.</w:t>
      </w:r>
    </w:p>
    <w:p>
      <w:pPr>
        <w:pStyle w:val="Heading2"/>
      </w:pPr>
      <w:r>
        <w:t>Allahu Akbar repeated 300+ times: the core spirit of prayer</w:t>
      </w:r>
    </w:p>
    <w:p>
      <w:r>
        <w:rPr>
          <w:color w:val="666666"/>
          <w:sz w:val="18"/>
        </w:rPr>
        <w:t>The Concept of Spirituality In Islam - II January 27, 2006 Maulana Wahiduddin Khan · 5m 50s · at 11:25 · https://youtu.be/YZvx_Y3Dcg0?t=685</w:t>
      </w:r>
    </w:p>
    <w:p>
      <w:r>
        <w:rPr>
          <w:i/>
        </w:rPr>
        <w:t>“I would like to say a few words about prayer”</w:t>
      </w:r>
    </w:p>
    <w:p>
      <w:r>
        <w:rPr>
          <w:sz w:val="20"/>
        </w:rPr>
        <w:t>11:25  you know, in namaz,</w:t>
      </w:r>
      <w:r>
        <w:br/>
      </w:r>
      <w:r>
        <w:rPr>
          <w:sz w:val="20"/>
        </w:rPr>
        <w:t>11:33  The oft-repeated kalma is Allahu Akbar. In azan, zikr, in iqamat, in namaz,</w:t>
      </w:r>
      <w:r>
        <w:br/>
      </w:r>
      <w:r>
        <w:rPr>
          <w:sz w:val="20"/>
        </w:rPr>
        <w:t>11:47  again and again, you repeat Allahu Akbar.</w:t>
      </w:r>
      <w:r>
        <w:br/>
      </w:r>
      <w:r>
        <w:rPr>
          <w:sz w:val="20"/>
        </w:rPr>
        <w:t>11:52  yani more than 300 times. Allahu Akbar, the word Allahu Akbar is repeated in</w:t>
      </w:r>
      <w:r>
        <w:br/>
      </w:r>
      <w:r>
        <w:rPr>
          <w:sz w:val="20"/>
        </w:rPr>
        <w:t>12:04  prayer more than 300 times. more than 300 times.</w:t>
      </w:r>
      <w:r>
        <w:br/>
      </w:r>
      <w:r>
        <w:rPr>
          <w:sz w:val="20"/>
        </w:rPr>
        <w:t>12:16  by this, you can understand what the importance of Allahu Akbar in namaz. i can see that Allahu Akbar is the basic spirit of namaz.</w:t>
      </w:r>
      <w:r>
        <w:br/>
      </w:r>
      <w:r>
        <w:rPr>
          <w:sz w:val="20"/>
        </w:rPr>
        <w:t>12:29  Allahu Akbar means God is great. God is great. what is the simple sentence?</w:t>
      </w:r>
      <w:r>
        <w:br/>
      </w:r>
      <w:r>
        <w:rPr>
          <w:sz w:val="20"/>
        </w:rPr>
        <w:t>12:43  it is a simple sentence.</w:t>
      </w:r>
      <w:r>
        <w:br/>
      </w:r>
      <w:r>
        <w:rPr>
          <w:sz w:val="20"/>
        </w:rPr>
        <w:t>12:51  in other words, it means, it means that God is great and i am not great.</w:t>
      </w:r>
      <w:r>
        <w:br/>
      </w:r>
      <w:r>
        <w:rPr>
          <w:sz w:val="20"/>
        </w:rPr>
        <w:t>13:01  it is implicit. it is implicit in Allahu Akbar. God is great and i am not great.</w:t>
      </w:r>
      <w:r>
        <w:br/>
      </w:r>
      <w:r>
        <w:rPr>
          <w:sz w:val="20"/>
        </w:rPr>
        <w:t>13:12  there is of spirituality.</w:t>
      </w:r>
      <w:r>
        <w:br/>
      </w:r>
      <w:r>
        <w:rPr>
          <w:sz w:val="20"/>
        </w:rPr>
        <w:t>13:16  when you discover your modesty, then you begin your spirituality.</w:t>
      </w:r>
      <w:r>
        <w:br/>
      </w:r>
      <w:r>
        <w:rPr>
          <w:sz w:val="20"/>
        </w:rPr>
        <w:t>13:26  the starting point of Islamic spirituality is discovering yourself that you are a, that you are a modest person.</w:t>
      </w:r>
      <w:r>
        <w:br/>
      </w:r>
      <w:r>
        <w:rPr>
          <w:sz w:val="20"/>
        </w:rPr>
        <w:t>13:41  God is great and i am not great.</w:t>
      </w:r>
      <w:r>
        <w:br/>
      </w:r>
      <w:r>
        <w:rPr>
          <w:sz w:val="20"/>
        </w:rPr>
        <w:t>13:46  there is the first lesson of Islamic spirituality. you know, every time, and in our life, every time we face some challenge.</w:t>
      </w:r>
      <w:r>
        <w:br/>
      </w:r>
      <w:r>
        <w:rPr>
          <w:sz w:val="20"/>
        </w:rPr>
        <w:t>14:03  every time</w:t>
      </w:r>
      <w:r>
        <w:br/>
      </w:r>
      <w:r>
        <w:rPr>
          <w:sz w:val="20"/>
        </w:rPr>
        <w:t>14:06  something provokes you. provocation means what is provocation? something activates your ego.</w:t>
      </w:r>
      <w:r>
        <w:br/>
      </w:r>
      <w:r>
        <w:rPr>
          <w:sz w:val="20"/>
        </w:rPr>
        <w:t>14:15  something that activates your arrogance. You know, every human being, man and woman, both have what is called in Islam, An-nafs al-ammarah.</w:t>
      </w:r>
      <w:r>
        <w:br/>
      </w:r>
      <w:r>
        <w:rPr>
          <w:sz w:val="20"/>
        </w:rPr>
        <w:t>14:32  Indeed, amarah means arrogance,</w:t>
      </w:r>
      <w:r>
        <w:br/>
      </w:r>
      <w:r>
        <w:rPr>
          <w:sz w:val="20"/>
        </w:rPr>
        <w:t>14:37  ego. so, every human being</w:t>
      </w:r>
      <w:r>
        <w:br/>
      </w:r>
      <w:r>
        <w:rPr>
          <w:sz w:val="20"/>
        </w:rPr>
        <w:t>14:44  has in himself a very impress, very important faculty ego and arrogance.</w:t>
      </w:r>
      <w:r>
        <w:br/>
      </w:r>
      <w:r>
        <w:rPr>
          <w:sz w:val="20"/>
        </w:rPr>
        <w:t>14:55  so, every time when you face other person, you live in a site, there comes something which challenges your ego, your ego that touches your arrogance.</w:t>
      </w:r>
      <w:r>
        <w:br/>
      </w:r>
      <w:r>
        <w:rPr>
          <w:sz w:val="20"/>
        </w:rPr>
        <w:t>15:15  so, you become angry. so, you become negative.</w:t>
      </w:r>
      <w:r>
        <w:br/>
      </w:r>
      <w:r>
        <w:rPr>
          <w:sz w:val="20"/>
        </w:rPr>
        <w:t>15:22  you want to react angry. so, every time you are facing</w:t>
      </w:r>
      <w:r>
        <w:br/>
      </w:r>
      <w:r>
        <w:rPr>
          <w:sz w:val="20"/>
        </w:rPr>
        <w:t>15:34  some kind of arrogance. So, Allah o Akbar is like.</w:t>
      </w:r>
      <w:r>
        <w:br/>
      </w:r>
      <w:r>
        <w:rPr>
          <w:sz w:val="20"/>
        </w:rPr>
        <w:t>15:43  and it is negation of that, that feeling.</w:t>
      </w:r>
      <w:r>
        <w:br/>
      </w:r>
      <w:r>
        <w:rPr>
          <w:sz w:val="20"/>
        </w:rPr>
        <w:t>15:54  when you namaz, you repeat allah o akbar that god is great and i am not great.</w:t>
      </w:r>
      <w:r>
        <w:br/>
      </w:r>
      <w:r>
        <w:rPr>
          <w:sz w:val="20"/>
        </w:rPr>
        <w:t>16:04  so, you inculcate the spirit of ministry in yourself.</w:t>
      </w:r>
      <w:r>
        <w:br/>
      </w:r>
      <w:r>
        <w:rPr>
          <w:sz w:val="20"/>
        </w:rPr>
        <w:t>16:16  spirit of ministry in yourself, spirit of tolerance in yourself.</w:t>
      </w:r>
      <w:r>
        <w:br/>
      </w:r>
      <w:r>
        <w:rPr>
          <w:sz w:val="20"/>
        </w:rPr>
        <w:t>16:22  spirit of sympathy in your self. so, this is the crux of spirituality. so, allah o akbar is repeated in different namaz in their life more than 300 times.</w:t>
      </w:r>
      <w:r>
        <w:br/>
      </w:r>
      <w:r>
        <w:rPr>
          <w:sz w:val="20"/>
        </w:rPr>
        <w:t>16:41  precisely 326 times. precisely 326 times in five time prayers.</w:t>
      </w:r>
      <w:r>
        <w:br/>
      </w:r>
      <w:r>
        <w:rPr>
          <w:sz w:val="20"/>
        </w:rPr>
        <w:t>16:57  by this, you can understand that allah o akbar super</w:t>
      </w:r>
      <w:r>
        <w:br/>
      </w:r>
      <w:r>
        <w:rPr>
          <w:sz w:val="20"/>
        </w:rPr>
        <w:t>17:01  t, if i see allah o akbar spirit, is most important things in islam regarding spirituality.</w:t>
      </w:r>
      <w:r>
        <w:br/>
      </w:r>
      <w:r>
        <w:rPr>
          <w:sz w:val="20"/>
        </w:rPr>
        <w:t>17:12  so,</w:t>
      </w:r>
    </w:p>
    <w:p>
      <w:pPr>
        <w:pStyle w:val="Heading2"/>
      </w:pPr>
      <w:r>
        <w:t>Scholar admits Islam has a strength model but not a humility model</w:t>
      </w:r>
    </w:p>
    <w:p>
      <w:r>
        <w:rPr>
          <w:color w:val="666666"/>
          <w:sz w:val="18"/>
        </w:rPr>
        <w:t>Peace and Violence in Islam July 27, 2008 · 1m 43s · at 7:07 · https://youtu.be/B_61iaC_2dQ?t=427</w:t>
      </w:r>
    </w:p>
    <w:p>
      <w:r>
        <w:rPr>
          <w:i/>
        </w:rPr>
        <w:t>“Maine ek dafa ek speech suni, ek bade Muslim scholar ki”</w:t>
      </w:r>
    </w:p>
    <w:p>
      <w:r>
        <w:rPr>
          <w:sz w:val="20"/>
        </w:rPr>
        <w:t>7:07  yahan se aisa hua ke model ban gaya political supremacy. maine ek baar ek speech suni, ek bade Muslim scholar ki,</w:t>
      </w:r>
      <w:r>
        <w:br/>
      </w:r>
      <w:r>
        <w:rPr>
          <w:sz w:val="20"/>
        </w:rPr>
        <w:t>7:21  to un ki speech jab khatm hui to question hua. to ek Indian Muslim ne wahan poocha mujh se ke India ke bare mein aap kya kehte hain?</w:t>
      </w:r>
      <w:r>
        <w:br/>
      </w:r>
      <w:r>
        <w:rPr>
          <w:sz w:val="20"/>
        </w:rPr>
        <w:t>7:37  unhone Islam and West mein bole the. woh</w:t>
      </w:r>
      <w:r>
        <w:br/>
      </w:r>
      <w:r>
        <w:rPr>
          <w:sz w:val="20"/>
        </w:rPr>
        <w:t>7:42  to kuch der woh chup rahe. For a moment there was a pause phir woh bole ke yeh bada mushkil sawal hai kyunke Islam mein position of strength ka model hai,</w:t>
      </w:r>
      <w:r>
        <w:br/>
      </w:r>
      <w:r>
        <w:rPr>
          <w:sz w:val="20"/>
        </w:rPr>
        <w:t>7:59  lekin Islam mein position of honesty ka model nahi.</w:t>
      </w:r>
      <w:r>
        <w:br/>
      </w:r>
      <w:r>
        <w:rPr>
          <w:sz w:val="20"/>
        </w:rPr>
        <w:t>8:06  yeh bohat hi anokhi baat thi.</w:t>
      </w:r>
      <w:r>
        <w:br/>
      </w:r>
      <w:r>
        <w:rPr>
          <w:sz w:val="20"/>
        </w:rPr>
        <w:t>8:10  yani unhone Islam ko shuru kiya hai abbas period se, jab Islam musalman jo hain empire bana chuke the apna. to model badal gaya.</w:t>
      </w:r>
      <w:r>
        <w:br/>
      </w:r>
      <w:r>
        <w:rPr>
          <w:sz w:val="20"/>
        </w:rPr>
        <w:t>8:20  basic baat hai ke model badal gaya. honesty hi asal model hai Islam mein. ab model ban gaya political rule.</w:t>
      </w:r>
      <w:r>
        <w:br/>
      </w:r>
      <w:r>
        <w:rPr>
          <w:sz w:val="20"/>
        </w:rPr>
        <w:t>8:32  ab dekhen, sab se bada jo word use kiya hai Quran mein woh abd hai. jab hum kalma padhte hain to us mein hum padhte hain ke ashhadu an la ilaha illallah wa ashhadu anna Muhammadan abduhu wa rasuluh rasool Allah ke liye pehle kehte hain abd.</w:t>
      </w:r>
    </w:p>
    <w:p>
      <w:pPr>
        <w:pStyle w:val="Heading2"/>
      </w:pPr>
      <w:r>
        <w:t>From individual prophets to two teams: Companions and Brothers of the Prophet</w:t>
      </w:r>
    </w:p>
    <w:p>
      <w:r>
        <w:rPr>
          <w:color w:val="666666"/>
          <w:sz w:val="18"/>
        </w:rPr>
        <w:t>Role Of Ikhwan-e-Rasool 2 April 2011 · 4m 20s · at 1:24 · https://youtu.be/I9Tc1YwhAkA?t=84</w:t>
      </w:r>
    </w:p>
    <w:p>
      <w:r>
        <w:rPr>
          <w:i/>
        </w:rPr>
        <w:t>“Allah ta'ala ne jab insaan ko paida kiya aur zameen par settle kiya”</w:t>
      </w:r>
    </w:p>
    <w:p>
      <w:r>
        <w:rPr>
          <w:sz w:val="20"/>
        </w:rPr>
        <w:t>1:24  aap jante hain ke Allah taala ne jab insaan ko paida kiya aur zameen par is ko settle kiya to barabar peghambar bhejey.</w:t>
      </w:r>
      <w:r>
        <w:br/>
      </w:r>
      <w:r>
        <w:rPr>
          <w:sz w:val="20"/>
        </w:rPr>
        <w:t>1:40  thumma arsalna rusulana tatra. kis liye?</w:t>
      </w:r>
      <w:r>
        <w:br/>
      </w:r>
      <w:r>
        <w:rPr>
          <w:sz w:val="20"/>
        </w:rPr>
        <w:t>1:48  quran o hadith ke mutale'ey se maloom hota hai ke khaas maqsad jo tha is ka yeh tha ke insaan ki naslon ko, tamam insanon ko jo zameen par paida ho kar abad hue,</w:t>
      </w:r>
      <w:r>
        <w:br/>
      </w:r>
      <w:r>
        <w:rPr>
          <w:sz w:val="20"/>
        </w:rPr>
        <w:t>2:05  un ko creation plan of god se aagah karna. aur un ko jannat ka rasta dikhana.</w:t>
      </w:r>
      <w:r>
        <w:br/>
      </w:r>
      <w:r>
        <w:rPr>
          <w:sz w:val="20"/>
        </w:rPr>
        <w:t>2:18  bas yahi maqsad tha khaas peghambar ke, ba'sat ka. kyunke Allah taala ne insaan ko paida kiya, is ko zameen jaisi muwafiq jagah di,</w:t>
      </w:r>
      <w:r>
        <w:br/>
      </w:r>
      <w:r>
        <w:rPr>
          <w:sz w:val="20"/>
        </w:rPr>
        <w:t>2:33  life support system diya, beshumar cheezein deen jinka woh zaroorat mand tha.</w:t>
      </w:r>
      <w:r>
        <w:br/>
      </w:r>
      <w:r>
        <w:rPr>
          <w:sz w:val="20"/>
        </w:rPr>
        <w:t>2:45  lekin hidayat jo thi woh kisi ki peshani par likhi hui nahi thi.</w:t>
      </w:r>
      <w:r>
        <w:br/>
      </w:r>
      <w:r>
        <w:rPr>
          <w:sz w:val="20"/>
        </w:rPr>
        <w:t>2:53  na kisi himalaya pahaad par likhi hui thi. to hidayat ka intezam Allah taala ne peghambaron ke zariye se kiya.</w:t>
      </w:r>
      <w:r>
        <w:br/>
      </w:r>
      <w:r>
        <w:rPr>
          <w:sz w:val="20"/>
        </w:rPr>
        <w:t>3:06  yaani Hazrat Adam se le kar Rasool Allah Salallaho Alaihe Wasallam tak barabar peghambar aate rahe.</w:t>
      </w:r>
      <w:r>
        <w:br/>
      </w:r>
      <w:r>
        <w:rPr>
          <w:sz w:val="20"/>
        </w:rPr>
        <w:t>3:13  lekin jo tareekh hai woh batati hai, quran ke mutabiq, ke hazaron saal tak dawat ka kaam sirf individual level par hota raha.</w:t>
      </w:r>
      <w:r>
        <w:br/>
      </w:r>
      <w:r>
        <w:rPr>
          <w:sz w:val="20"/>
        </w:rPr>
        <w:t>3:29  yaani peghambaron ki hesiyat fard ki rahi, fard, individual ki.</w:t>
      </w:r>
      <w:r>
        <w:br/>
      </w:r>
      <w:r>
        <w:rPr>
          <w:sz w:val="20"/>
        </w:rPr>
        <w:t>3:36  koi team nahi bani.</w:t>
      </w:r>
      <w:r>
        <w:br/>
      </w:r>
      <w:r>
        <w:rPr>
          <w:sz w:val="20"/>
        </w:rPr>
        <w:t>3:39  ashaab ka lafz jo hai ashaab-e-Muhammad ke sath istemal hua hai. is se pehle ashaab-e-Nuh, ashaab-e-Ibrahim, ashaab-e-Musa jaise alfaaz nahi hain.</w:t>
      </w:r>
      <w:r>
        <w:br/>
      </w:r>
      <w:r>
        <w:rPr>
          <w:sz w:val="20"/>
        </w:rPr>
        <w:t>3:55  agarche Hazrat Musa aur Hazrat Isa ke sath kuch afraad they lekin woh team ki soorat mein nahi ban sake woh.</w:t>
      </w:r>
      <w:r>
        <w:br/>
      </w:r>
      <w:r>
        <w:rPr>
          <w:sz w:val="20"/>
        </w:rPr>
        <w:t>4:07  ashaab se murad hai team.</w:t>
      </w:r>
      <w:r>
        <w:br/>
      </w:r>
      <w:r>
        <w:rPr>
          <w:sz w:val="20"/>
        </w:rPr>
        <w:t>4:13  to Hazrat Musa ke sath ek bheed thi Bani Israel ki jo</w:t>
      </w:r>
      <w:r>
        <w:br/>
      </w:r>
      <w:r>
        <w:rPr>
          <w:sz w:val="20"/>
        </w:rPr>
        <w:t>4:20  zawaal yafta log they. un ka degeneration ho chuka tha. to un ka haal yeh tha ke unhone kaha ke iza banta wa rabbaka faqatil innaha huna qaidun.</w:t>
      </w:r>
      <w:r>
        <w:br/>
      </w:r>
      <w:r>
        <w:rPr>
          <w:sz w:val="20"/>
        </w:rPr>
        <w:t>4:33  to Hazrat Musa ko jo kaam karna pada woh apne bhai Haroon ke sath kaam karna pada. woh bhi goya ke individual level par tha.</w:t>
      </w:r>
      <w:r>
        <w:br/>
      </w:r>
      <w:r>
        <w:rPr>
          <w:sz w:val="20"/>
        </w:rPr>
        <w:t>4:43  isi tarah tamam anbiya ka muamla hai. unhone bohat zabardast kaam kiya dawat ka, mo'jize dikhaye.</w:t>
      </w:r>
      <w:r>
        <w:br/>
      </w:r>
      <w:r>
        <w:rPr>
          <w:sz w:val="20"/>
        </w:rPr>
        <w:t>4:54  lekin 'amalan un ka kaam tha fard ki satah par. individual level par.</w:t>
      </w:r>
      <w:r>
        <w:br/>
      </w:r>
      <w:r>
        <w:rPr>
          <w:sz w:val="20"/>
        </w:rPr>
        <w:t>5:04  ek group bana kar ke, team bana kar ke jo kaam hai woh sirf Rasool Allah Salallaho Alaihe Wasallam ke zamane mein hua.</w:t>
      </w:r>
      <w:r>
        <w:br/>
      </w:r>
      <w:r>
        <w:rPr>
          <w:sz w:val="20"/>
        </w:rPr>
        <w:t>5:10  un ko kaha jata hai ashaab-e-Muhammad. unhi ke liye aaya hai lafz khair-ul-ummah.</w:t>
      </w:r>
      <w:r>
        <w:br/>
      </w:r>
      <w:r>
        <w:rPr>
          <w:sz w:val="20"/>
        </w:rPr>
        <w:t>5:18  to hadith mein aata hai ke baad ke zamane mein dobara ek team banegi. is team ke liye ikhwan-e-Rasul ka lafz aaya hai hadith mein.</w:t>
      </w:r>
      <w:r>
        <w:br/>
      </w:r>
      <w:r>
        <w:rPr>
          <w:sz w:val="20"/>
        </w:rPr>
        <w:t>5:29  yani ashaab-e-Muhammad ke ma'ni hain Companions of the Prophet. aur Ikhwan-e-Rasul ke ma'ni hain Brothers of the Prophet.</w:t>
      </w:r>
    </w:p>
    <w:p>
      <w:pPr>
        <w:pStyle w:val="Heading2"/>
      </w:pPr>
      <w:r>
        <w:t>who are the Sahaba and Muhaddithin, defined</w:t>
      </w:r>
    </w:p>
    <w:p>
      <w:r>
        <w:rPr>
          <w:color w:val="666666"/>
          <w:sz w:val="18"/>
        </w:rPr>
        <w:t>The Companions and the Hadith Scholars June 24, 2012 · 1m 37s · at 0:31 · https://youtu.be/Dj4QiYnxgBs?t=31</w:t>
      </w:r>
    </w:p>
    <w:p>
      <w:r>
        <w:rPr>
          <w:i/>
        </w:rPr>
        <w:t>“Aaj ka topic hai Sahaba aur Muhaddithin”</w:t>
      </w:r>
    </w:p>
    <w:p>
      <w:r>
        <w:rPr>
          <w:sz w:val="20"/>
        </w:rPr>
        <w:t>0:31  aaj ka topic hai sahaba aur muhaddiseen.</w:t>
      </w:r>
      <w:r>
        <w:br/>
      </w:r>
      <w:r>
        <w:rPr>
          <w:sz w:val="20"/>
        </w:rPr>
        <w:t>0:41  sahaba un ko kaha jata hai jo rasool allah ke contemporary momineen the.</w:t>
      </w:r>
      <w:r>
        <w:br/>
      </w:r>
      <w:r>
        <w:rPr>
          <w:sz w:val="20"/>
        </w:rPr>
        <w:t>0:53  aur muhaddiseen woh hain jinhon ne baat ko, hadithon ko jama kiya.</w:t>
      </w:r>
      <w:r>
        <w:br/>
      </w:r>
      <w:r>
        <w:rPr>
          <w:sz w:val="20"/>
        </w:rPr>
        <w:t>1:03  sahaba ka zamana seventh century ka hai aur muhaddiseen ka zamana aathveen century ka.</w:t>
      </w:r>
      <w:r>
        <w:br/>
      </w:r>
      <w:r>
        <w:rPr>
          <w:sz w:val="20"/>
        </w:rPr>
        <w:t>1:14  yeh dono giroh islam mein bohat zyada ahmiyat rakhte hain.</w:t>
      </w:r>
      <w:r>
        <w:br/>
      </w:r>
      <w:r>
        <w:rPr>
          <w:sz w:val="20"/>
        </w:rPr>
        <w:t>1:23  surah tubah mein ayat number 100 mein yeh kaha gaya hai ke</w:t>
      </w:r>
      <w:r>
        <w:br/>
      </w:r>
      <w:r>
        <w:rPr>
          <w:sz w:val="20"/>
        </w:rPr>
        <w:t>1:35  "min al muhajireen wal ansar wal lazina attaba hum bi ihsan" . mein samajhta hoon ke yeh jo ayat hai is mein inhi dono grohon ka zikr hai.</w:t>
      </w:r>
      <w:r>
        <w:br/>
      </w:r>
      <w:r>
        <w:rPr>
          <w:sz w:val="20"/>
        </w:rPr>
        <w:t>1:52  muhajireen aur ansar se murad hain sahaba, aur wal lazina attaba hum bi ihsan se murad hain muhaddiseen.</w:t>
      </w:r>
    </w:p>
    <w:p>
      <w:pPr>
        <w:pStyle w:val="Heading2"/>
      </w:pPr>
      <w:r>
        <w:t>Famous couplet about jumping into Nimrod's fire</w:t>
      </w:r>
    </w:p>
    <w:p>
      <w:r>
        <w:rPr>
          <w:color w:val="666666"/>
          <w:sz w:val="18"/>
        </w:rPr>
        <w:t>Prophetic Model August 5, 2017 Maulana Wahiduddin Khan · 29s · at 0:51 · https://youtu.be/DldZ8TXkOGA?t=51</w:t>
      </w:r>
    </w:p>
    <w:p>
      <w:r>
        <w:rPr>
          <w:i/>
        </w:rPr>
        <w:t>“"Fearlessly he jumped into Nimrod's fire out of love."”</w:t>
      </w:r>
    </w:p>
    <w:p>
      <w:r>
        <w:rPr>
          <w:sz w:val="20"/>
        </w:rPr>
        <w:t>0:51  un ke nazdeek ibrahim ka role kya hai, woh un ke aik aur she'r se maloom hota hai ke "be khatar kood pada aatish e nimrood be ishq".</w:t>
      </w:r>
      <w:r>
        <w:br/>
      </w:r>
      <w:r>
        <w:rPr>
          <w:sz w:val="20"/>
        </w:rPr>
        <w:t>1:04  be khatar kood pada aatish e nimrood be ishq. yani nimrood ki aag mein kood pada. to yeh hai ibrahim ka model un ke nazdeek.</w:t>
      </w:r>
    </w:p>
    <w:p>
      <w:pPr>
        <w:pStyle w:val="Heading2"/>
      </w:pPr>
      <w:r>
        <w:t>Management is turning problems into opportunities</w:t>
      </w:r>
    </w:p>
    <w:p>
      <w:r>
        <w:rPr>
          <w:color w:val="666666"/>
          <w:sz w:val="18"/>
        </w:rPr>
        <w:t>Reason for Unhappiness, Distraction in other than God Nov 30, 2019 - Maulana Wahiduddin Khan · 24s · at 20:00 · https://youtu.be/ivFQ3VLLTNo?t=1200</w:t>
      </w:r>
    </w:p>
    <w:p>
      <w:r>
        <w:rPr>
          <w:i/>
        </w:rPr>
        <w:t>“Toh manage karne ka matlab hai ke masail ko problem ko”</w:t>
      </w:r>
    </w:p>
    <w:p>
      <w:r>
        <w:rPr>
          <w:sz w:val="20"/>
        </w:rPr>
        <w:t>20:00  to manage karne ka mani hai keh masail ko problem ko</w:t>
      </w:r>
      <w:r>
        <w:br/>
      </w:r>
      <w:r>
        <w:rPr>
          <w:sz w:val="20"/>
        </w:rPr>
        <w:t>20:11  opportunity mein dhalna. problem ko opportunity mein dhalna yeh hai manage karna.</w:t>
      </w:r>
    </w:p>
    <w:p>
      <w:pPr>
        <w:pStyle w:val="Heading2"/>
      </w:pPr>
      <w:r>
        <w:t>jihad means peaceful struggle, not war</w:t>
      </w:r>
    </w:p>
    <w:p>
      <w:r>
        <w:rPr>
          <w:color w:val="666666"/>
          <w:sz w:val="18"/>
        </w:rPr>
        <w:t>Human Equality in Islam July 1, 2007 Maulana Wahiduddin Khan · 1m 57s · at 34:06 · https://youtu.be/5aJvpiCYbzQ?t=2046</w:t>
      </w:r>
    </w:p>
    <w:p>
      <w:r>
        <w:rPr>
          <w:i/>
        </w:rPr>
        <w:t>“People often ask: if Islam teaches love, why jihad?”</w:t>
      </w:r>
    </w:p>
    <w:p>
      <w:r>
        <w:rPr>
          <w:sz w:val="20"/>
        </w:rPr>
        <w:t>34:06  yahan mein ek baat jo logon ke mind mein aksar aati hai ke jab Islam mein yeh pyar ka ki teaching hai to jihad kis liye?</w:t>
      </w:r>
      <w:r>
        <w:br/>
      </w:r>
      <w:r>
        <w:rPr>
          <w:sz w:val="20"/>
        </w:rPr>
        <w:t>34:16  to jihad kis liye? Dekhen, yeh bahut badi misunderstanding hai ke jihad ko log Islam ki ek koi absolute teaching samajhte hain.</w:t>
      </w:r>
      <w:r>
        <w:br/>
      </w:r>
      <w:r>
        <w:rPr>
          <w:sz w:val="20"/>
        </w:rPr>
        <w:t>34:30  hargiz nahin, Islam ki absolute teaching jaise namaz hai, waisa jihad nahin hai.</w:t>
      </w:r>
      <w:r>
        <w:br/>
      </w:r>
      <w:r>
        <w:rPr>
          <w:sz w:val="20"/>
        </w:rPr>
        <w:t>34:35  Dekhen, jihad jo hai, jihad ke maani ek to yeh hai ke jihad ke maani war nahin hai, violence nahin hai. Jihad literally means to strive, to struggle.</w:t>
      </w:r>
      <w:r>
        <w:br/>
      </w:r>
      <w:r>
        <w:rPr>
          <w:sz w:val="20"/>
        </w:rPr>
        <w:t>34:47  bas koshish karna, koshish karna kisi baat ke liye koshish karna. Aap logon mein acha character laane ke liye aap koshish kar rahe ho to woh jihad hai.</w:t>
      </w:r>
      <w:r>
        <w:br/>
      </w:r>
      <w:r>
        <w:rPr>
          <w:sz w:val="20"/>
        </w:rPr>
        <w:t>35:03  education ke liye koshish kar rahe ho to woh jihad hai. Logon mein param bhavna padhane ke liye koshish kar rahe hain to woh jihad hai. Lekin aaj kal istemal ho raha hai jihad ka ladai bhadai ke liye.</w:t>
      </w:r>
      <w:r>
        <w:br/>
      </w:r>
      <w:r>
        <w:rPr>
          <w:sz w:val="20"/>
        </w:rPr>
        <w:t>35:15  to mein yeh kahunga ke Islam ki teaching ke mutabiq jihad jo hai, sirf peaceful, yani peaceful tareeqe se koshish karne ka naam hai.</w:t>
      </w:r>
      <w:r>
        <w:br/>
      </w:r>
      <w:r>
        <w:rPr>
          <w:sz w:val="20"/>
        </w:rPr>
        <w:t>35:30  peaceful tareeqe se.</w:t>
      </w:r>
      <w:r>
        <w:br/>
      </w:r>
      <w:r>
        <w:rPr>
          <w:sz w:val="20"/>
        </w:rPr>
        <w:t>35:32  ab qital ki ayat hai bhi Quran majeed mein, mein manta hoon. Lekin qital jo hai, Quran mein woh kis sense mein hai?</w:t>
      </w:r>
      <w:r>
        <w:br/>
      </w:r>
      <w:r>
        <w:rPr>
          <w:sz w:val="20"/>
        </w:rPr>
        <w:t>35:42  mein yeh kahunga ke in Islam</w:t>
      </w:r>
      <w:r>
        <w:br/>
      </w:r>
      <w:r>
        <w:rPr>
          <w:sz w:val="20"/>
        </w:rPr>
        <w:t>35:47  war is an exception. In Islam peace is rule and war is an exception. In Islam peace is the rule and war is an exception.</w:t>
      </w:r>
      <w:r>
        <w:br/>
      </w:r>
      <w:r>
        <w:rPr>
          <w:sz w:val="20"/>
        </w:rPr>
        <w:t>36:00  woh kaise?</w:t>
      </w:r>
    </w:p>
    <w:p>
      <w:pPr>
        <w:pStyle w:val="Heading2"/>
      </w:pPr>
      <w:r>
        <w:t>The forgotten word 'istita'at' limits how you fight wrongdoing</w:t>
      </w:r>
    </w:p>
    <w:p>
      <w:r>
        <w:rPr>
          <w:color w:val="666666"/>
          <w:sz w:val="18"/>
        </w:rPr>
        <w:t>Quran A Book of Universal Guidance May 31, 2009 · 2m 24s · at 1:30:06 · https://youtu.be/Q2_96C_3Zd8?t=5406</w:t>
      </w:r>
    </w:p>
    <w:p>
      <w:r>
        <w:rPr>
          <w:i/>
        </w:rPr>
        <w:t>“Hadees mein aata hai: jo koi burai dekhe, use badal de”</w:t>
      </w:r>
    </w:p>
    <w:p>
      <w:r>
        <w:rPr>
          <w:sz w:val="20"/>
        </w:rPr>
        <w:t>1:30:06  hadith, sahi hadith mein aaya hai ke "من راہ منکر فلیغیر بیعدی ومن لم یستطع فبلساری ولیستطع فبقلبی" ۔ is mein istitaat ka lafz yaad rakhiye.</w:t>
      </w:r>
      <w:r>
        <w:br/>
      </w:r>
      <w:r>
        <w:rPr>
          <w:sz w:val="20"/>
        </w:rPr>
        <w:t>1:30:16  isi ko jo bhool jaate hain log. lafz istitaat. woh sirf samajhte hain ke koi kisi ko aap dekhen ke woh galat kar raha hai to woh lad jaen is se.</w:t>
      </w:r>
      <w:r>
        <w:br/>
      </w:r>
      <w:r>
        <w:rPr>
          <w:sz w:val="20"/>
        </w:rPr>
        <w:t>1:30:25  yeh hai hi nahin is hadith mein. lafz istitaat ke maene hain ke agar tumhari capacity mein hai ke tum is ko result paida kar sako, is ko result.</w:t>
      </w:r>
      <w:r>
        <w:br/>
      </w:r>
      <w:r>
        <w:rPr>
          <w:sz w:val="20"/>
        </w:rPr>
        <w:t>1:30:35  yani agar tum dekho ke ek aadmi galat kar kaam kar raha hai to tumhare bas mein hai ke tum wahan result oriented action le sako.</w:t>
      </w:r>
      <w:r>
        <w:br/>
      </w:r>
      <w:r>
        <w:rPr>
          <w:sz w:val="20"/>
        </w:rPr>
        <w:t>1:30:45  to to woh us ke liye. nahi to phir kuch nahi. phir dua dua karo us ke liye. lafz istataat jo us mein hai, usi ko bhool kar ke is hadith ko sab log bayan karte rehte hain.</w:t>
      </w:r>
      <w:r>
        <w:br/>
      </w:r>
      <w:r>
        <w:rPr>
          <w:sz w:val="20"/>
        </w:rPr>
        <w:t>1:30:56  is mein dekhiye teen baatein hain.</w:t>
      </w:r>
      <w:r>
        <w:br/>
      </w:r>
      <w:r>
        <w:rPr>
          <w:sz w:val="20"/>
        </w:rPr>
        <w:t>1:30:59  agar tum munkir dekho, munkir ke maani hain koi aisi cheez jo sahi na ho, koi galat cheez dekho. to agar tumhare bas mein hai, tumhare is capacity mein hai, capacity ka matlab hai result nikalna tumhare bas mein hai.</w:t>
      </w:r>
      <w:r>
        <w:br/>
      </w:r>
      <w:r>
        <w:rPr>
          <w:sz w:val="20"/>
        </w:rPr>
        <w:t>1:31:17  farz ki jiye ke main road par dekhoon ke ek police wala kisi aadmi ko maar raha hai. to meri capacity mein agar hai to main us ko pakroon ga, us police wale ko.</w:t>
      </w:r>
      <w:r>
        <w:br/>
      </w:r>
      <w:r>
        <w:rPr>
          <w:sz w:val="20"/>
        </w:rPr>
        <w:t>1:31:29  is ka haath pakroon ga, is ka is ka danda chheenoon ga. lekin agar meri capacity mein nahi hai to main sirf narmi se kahoon ga ke bhai kyun maar rahe ho.</w:t>
      </w:r>
      <w:r>
        <w:br/>
      </w:r>
      <w:r>
        <w:rPr>
          <w:sz w:val="20"/>
        </w:rPr>
        <w:t>1:31:39  achha, yeh bhi capacity mein agar nahi hai to dil se dua karoon ga. dil mein is ko achha na samjoon ga. to basic jo crucial word us mein hai, woh lafz istataat hai.</w:t>
      </w:r>
      <w:r>
        <w:br/>
      </w:r>
      <w:r>
        <w:rPr>
          <w:sz w:val="20"/>
        </w:rPr>
        <w:t>1:31:53  If it is in your capacity to yield the result, to yield a positive result . to agar tumhare bas mein hai ke tum is mein dakhal de kar ke positive result nikal sakte ho to dakhal do.</w:t>
      </w:r>
      <w:r>
        <w:br/>
      </w:r>
      <w:r>
        <w:rPr>
          <w:sz w:val="20"/>
        </w:rPr>
        <w:t>1:32:08  yeh bas mein tumhare nahi hai to munh se thande tareeqe se narmi ke saath bolo. yeh bhi bas mein nahi hai. dil se samjho ke yeh kaam achha nahi ho raha hai. main tum dua karoon.</w:t>
      </w:r>
      <w:r>
        <w:br/>
      </w:r>
      <w:r>
        <w:rPr>
          <w:sz w:val="20"/>
        </w:rPr>
        <w:t>1:32:19  jitne log is hadith ko bayan karte phirte hain, sab ne is ko bhula rakha hai ke is mein lafz istataat hai. "fa in lafz istata'" . agar bas mein na ho result nikalna.</w:t>
      </w:r>
    </w:p>
    <w:p>
      <w:pPr>
        <w:pStyle w:val="Heading2"/>
      </w:pPr>
      <w:r>
        <w:t>the real starting point of spiritual insight, marifah</w:t>
      </w:r>
    </w:p>
    <w:p>
      <w:r>
        <w:rPr>
          <w:color w:val="666666"/>
          <w:sz w:val="18"/>
        </w:rPr>
        <w:t>The Early Life of Prophet Muhammad November 28, 2021 Dr. Saniyasnain Khan · 24s · at 35:36 · https://youtu.be/xjZAqfhmg1Y?t=2136</w:t>
      </w:r>
    </w:p>
    <w:p>
      <w:r>
        <w:rPr>
          <w:i/>
        </w:rPr>
        <w:t>“معرفت کا سٹارٹنگ پوائنٹ کیا ہونا چاہیے؟”</w:t>
      </w:r>
    </w:p>
    <w:p>
      <w:r>
        <w:rPr>
          <w:sz w:val="20"/>
        </w:rPr>
        <w:t>35:36  merat se aah, zuber siddiqi sahib ne sawal bheja hai. aah, unhon ne aap se poocha hai ke: "marifat ka starting point kya hona chahiye?" what is the starting point of marifat?</w:t>
      </w:r>
      <w:r>
        <w:br/>
      </w:r>
      <w:r>
        <w:rPr>
          <w:sz w:val="20"/>
        </w:rPr>
        <w:t>35:51  isko wazeh kar dein aap. marifat ka jo starting point hai, wohi hai distractions ko avoid karna.</w:t>
      </w:r>
    </w:p>
    <w:p>
      <w:pPr>
        <w:pStyle w:val="Heading2"/>
      </w:pPr>
      <w:r>
        <w:t>Why peace-with-justice fails, Japan vs Palestine example</w:t>
      </w:r>
    </w:p>
    <w:p>
      <w:r>
        <w:rPr>
          <w:color w:val="666666"/>
          <w:sz w:val="18"/>
        </w:rPr>
        <w:t>Prophet of Mercy October 24, 2021 Prof. Farida Khanam · 1m 39s · at 31:15 · https://youtu.be/qIOdAqzWhNI?t=1875</w:t>
      </w:r>
    </w:p>
    <w:p>
      <w:r>
        <w:rPr>
          <w:i/>
        </w:rPr>
        <w:t>“کیا peace with justice ممکن ہے؟”</w:t>
      </w:r>
    </w:p>
    <w:p>
      <w:r>
        <w:rPr>
          <w:sz w:val="20"/>
        </w:rPr>
        <w:t>31:15  papa is par aik cheez mujhe poochna hai. woh yeh hai ke aaj kal kehtay hain peace with justice. to kya yeh cheez possible hai?</w:t>
      </w:r>
      <w:r>
        <w:br/>
      </w:r>
      <w:r>
        <w:rPr>
          <w:sz w:val="20"/>
        </w:rPr>
        <w:t>31:25  nahi, peace with justice nahi possible hai kyun ke aa jab aap sulah kar len gay, peace ko hasil kar len gay, phir us ke baad aap ko kaam karna paray ga society mein.</w:t>
      </w:r>
      <w:r>
        <w:br/>
      </w:r>
      <w:r>
        <w:rPr>
          <w:sz w:val="20"/>
        </w:rPr>
        <w:t>31:38  jab aap kaam karen gay tab aap ko khud ba khud justice mil jaye ga. aap japan ki misaal le lijiye, aap kahin ki bhi misaal le lijiye. to unhon ne bas peace yak tarafah sharaait par peace kar liya america se.</w:t>
      </w:r>
      <w:r>
        <w:br/>
      </w:r>
      <w:r>
        <w:rPr>
          <w:sz w:val="20"/>
        </w:rPr>
        <w:t>31:51  is ke baad unhon ne mehnat ki education ke level par, business ke level par. zabardast mehnat ki aur tees saal mein unhon ne sab kuch hasil kar liya.</w:t>
      </w:r>
      <w:r>
        <w:br/>
      </w:r>
      <w:r>
        <w:rPr>
          <w:sz w:val="20"/>
        </w:rPr>
        <w:t>32:01  agar woh kehte ke hamein hamein is hum sulah hi tabhi karenge jab hamein justice milega to unhein kuch bhi na milta. jaise musalman kar rahe hain har jagah ke hum justice ke sath sulah karenge to unhein kuch bhi nahi mil raha hai.</w:t>
      </w:r>
      <w:r>
        <w:br/>
      </w:r>
      <w:r>
        <w:rPr>
          <w:sz w:val="20"/>
        </w:rPr>
        <w:t>32:15  aur aaj so baras ho gaye hain ladte ladte kuch nahi mila. na falasteen ko kuch mila, na kisi aur mulk ko kuch mila. lekin japan ki misalein aur doosri countries ki misalein unhon ne sulah without any condition kar li aur sab kuch hasil kar liya.</w:t>
      </w:r>
      <w:r>
        <w:br/>
      </w:r>
      <w:r>
        <w:rPr>
          <w:sz w:val="20"/>
        </w:rPr>
        <w:t>32:34  mujhe yaad aata hai apa ke rasool Allah sallallahu alaihi wasallam jab hudaybiyah ke maqam par pahunche the to aap ne yeh kaha tha ke Allah ki qasam mujh se woh koi bhi aisi cheez mangenge jis ke zariye se Allah ki hurmat wali cheezon ki ta'zeem hogi to main zaroor us ko doonga.</w:t>
      </w:r>
    </w:p>
    <w:p>
      <w:pPr>
        <w:pStyle w:val="Heading2"/>
      </w:pPr>
      <w:r>
        <w:t>Abu Mas'ud beats his servant, learns equality</w:t>
      </w:r>
    </w:p>
    <w:p>
      <w:r>
        <w:rPr>
          <w:color w:val="666666"/>
          <w:sz w:val="18"/>
        </w:rPr>
        <w:t>Moral Values In Islam - III | January 27, 2006 | Maulana Wahiduddin Khan · 3m 08s · at 20:15 · https://youtu.be/dTiWv3ClWPI?t=1215</w:t>
      </w:r>
    </w:p>
    <w:p>
      <w:r>
        <w:rPr>
          <w:i/>
        </w:rPr>
        <w:t>“One day, he was a believer, Abu Mas'ud Ansari.”</w:t>
      </w:r>
    </w:p>
    <w:p>
      <w:r>
        <w:rPr>
          <w:sz w:val="20"/>
        </w:rPr>
        <w:t>20:15  مدینہ، one day, he was a believer, he was Abu Masood Ansari.</w:t>
      </w:r>
      <w:r>
        <w:br/>
      </w:r>
      <w:r>
        <w:rPr>
          <w:sz w:val="20"/>
        </w:rPr>
        <w:t>20:21  His name was Abu Masood Ansari.</w:t>
      </w:r>
      <w:r>
        <w:br/>
      </w:r>
      <w:r>
        <w:rPr>
          <w:sz w:val="20"/>
        </w:rPr>
        <w:t>20:28  So Abu Masood Ansari was hitting his servant.</w:t>
      </w:r>
      <w:r>
        <w:br/>
      </w:r>
      <w:r>
        <w:rPr>
          <w:sz w:val="20"/>
        </w:rPr>
        <w:t>20:34  He became anger, he became angry, and he started hitting his servant.</w:t>
      </w:r>
      <w:r>
        <w:br/>
      </w:r>
      <w:r>
        <w:rPr>
          <w:sz w:val="20"/>
        </w:rPr>
        <w:t>20:40  Prophet Sahib is seen and said:</w:t>
      </w:r>
      <w:r>
        <w:br/>
      </w:r>
      <w:r>
        <w:rPr>
          <w:sz w:val="20"/>
        </w:rPr>
        <w:t>20:46  "اے علم ابا مسعود، اے علم ابا مسعود، ان اللہ عقب عقب علیکم۔" O Abu Masood, remember that God</w:t>
      </w:r>
      <w:r>
        <w:br/>
      </w:r>
      <w:r>
        <w:rPr>
          <w:sz w:val="20"/>
        </w:rPr>
        <w:t>20:58  is both powerful. Then your.</w:t>
      </w:r>
      <w:r>
        <w:br/>
      </w:r>
      <w:r>
        <w:rPr>
          <w:sz w:val="20"/>
        </w:rPr>
        <w:t>21:10  power upon servant.</w:t>
      </w:r>
      <w:r>
        <w:br/>
      </w:r>
      <w:r>
        <w:rPr>
          <w:sz w:val="20"/>
        </w:rPr>
        <w:t>21:22  So instantly, he became aware, said: "I was wrong, I was wrong, I was wrong." Why? Why happened</w:t>
      </w:r>
      <w:r>
        <w:br/>
      </w:r>
      <w:r>
        <w:rPr>
          <w:sz w:val="20"/>
        </w:rPr>
        <w:t>21:33  this phenomena? Because when he was provoked by a servant, and became angry, and started hitting.</w:t>
      </w:r>
      <w:r>
        <w:br/>
      </w:r>
      <w:r>
        <w:rPr>
          <w:sz w:val="20"/>
        </w:rPr>
        <w:t>21:43  At the time, consciously or unconsciously,</w:t>
      </w:r>
      <w:r>
        <w:br/>
      </w:r>
      <w:r>
        <w:rPr>
          <w:sz w:val="20"/>
        </w:rPr>
        <w:t>21:54  His feeling was that there is an equality: I am superior and this servant is inferior. I am superior and he is inferior. So this concept ki I am superior and more powerful, it was</w:t>
      </w:r>
      <w:r>
        <w:br/>
      </w:r>
      <w:r>
        <w:rPr>
          <w:sz w:val="20"/>
        </w:rPr>
        <w:t>22:24  the science of security which by which he wanted to pet his servant. I am superior and he is inferior. But when God reminded that God is both powerful, in the concept of an inequality</w:t>
      </w:r>
      <w:r>
        <w:br/>
      </w:r>
      <w:r>
        <w:rPr>
          <w:sz w:val="20"/>
        </w:rPr>
        <w:t>22:54  disappeared. The concept of superiority and inferiority, the concept of superiority and inferiority disappeared. Both were equal before God. When comes God,</w:t>
      </w:r>
    </w:p>
    <w:p>
      <w:pPr>
        <w:pStyle w:val="Heading2"/>
      </w:pPr>
      <w:r>
        <w:t>Prophet never fought full war</w:t>
      </w:r>
    </w:p>
    <w:p>
      <w:r>
        <w:rPr>
          <w:color w:val="666666"/>
          <w:sz w:val="18"/>
        </w:rPr>
        <w:t>The Method of The Prophet of Islam February 02, 2019 · 33s · at 16:10 · https://youtu.be/8R8ztCC5tsI?t=970</w:t>
      </w:r>
    </w:p>
    <w:p>
      <w:r>
        <w:rPr>
          <w:i/>
        </w:rPr>
        <w:t>“The Prophet never fought a full-fledged war”</w:t>
      </w:r>
    </w:p>
    <w:p>
      <w:r>
        <w:rPr>
          <w:sz w:val="20"/>
        </w:rPr>
        <w:t>16:10  kitabon mein to gin laraian hain nahi. dekhiye to rasool Allah nay aik bhi full full larai nahi ki hai.</w:t>
      </w:r>
      <w:r>
        <w:br/>
      </w:r>
      <w:r>
        <w:rPr>
          <w:sz w:val="20"/>
        </w:rPr>
        <w:t>16:23  All those so-called battles were scriptures.</w:t>
      </w:r>
      <w:r>
        <w:br/>
      </w:r>
      <w:r>
        <w:rPr>
          <w:sz w:val="20"/>
        </w:rPr>
        <w:t>16:31  all those so called ghazwat ya battles were simply skirmishes, jharap.</w:t>
      </w:r>
    </w:p>
    <w:p>
      <w:pPr>
        <w:pStyle w:val="Heading2"/>
      </w:pPr>
      <w:r>
        <w:t>Arafat's dua called the best of all duas</w:t>
      </w:r>
    </w:p>
    <w:p>
      <w:r>
        <w:rPr>
          <w:color w:val="666666"/>
          <w:sz w:val="18"/>
        </w:rPr>
        <w:t>Rasulullah ka Hajj Haqeeqat-E-Hajj Book by Maulana Wahiduddin Khan · 51s · at 19:17 · https://youtu.be/-f0kUKfC0Wg?t=1157</w:t>
      </w:r>
    </w:p>
    <w:p>
      <w:r>
        <w:rPr>
          <w:i/>
        </w:rPr>
        <w:t>“نماز سے فارغ ہو کر آپ وقوف کی جگہ آئے”</w:t>
      </w:r>
    </w:p>
    <w:p>
      <w:r>
        <w:rPr>
          <w:sz w:val="20"/>
        </w:rPr>
        <w:t>19:17  aap ne farmaya keh is din ki dua behtareen dua hai۔ is waqt aap kis qism ke rabbani ehsasat se bharay hue thay،</w:t>
      </w:r>
      <w:r>
        <w:br/>
      </w:r>
      <w:r>
        <w:rPr>
          <w:sz w:val="20"/>
        </w:rPr>
        <w:t>19:28  is ka andaza in kalimat se hota hai jo is waqt aap ki zuban se nikal rahay thay۔ aik riwayat ke mutabiq aap ne farmaya: allahumma innaka tasma'u kalami wa tarani makani wa ta'lamu sirri wa 'alaniyati, la yakhfa 'alayka shay'un min amri, ana al ba'is al faqir,</w:t>
      </w:r>
      <w:r>
        <w:br/>
      </w:r>
      <w:r>
        <w:rPr>
          <w:sz w:val="20"/>
        </w:rPr>
        <w:t>19:52  al mughith al mustajeer, al wajil al mushfiq al muqirr, al mu'tarif bi dhanbi, as'aluka mas'alat al miskeen, wa abtahilu ilayka ibtihal al mudhnib al dhaleel,</w:t>
      </w:r>
    </w:p>
    <w:p>
      <w:pPr>
        <w:pStyle w:val="Heading2"/>
      </w:pPr>
      <w:r>
        <w:t>Mocked as 'Muzammim' instead of Muhammad, he just smiled</w:t>
      </w:r>
    </w:p>
    <w:p>
      <w:r>
        <w:rPr>
          <w:color w:val="666666"/>
          <w:sz w:val="18"/>
        </w:rPr>
        <w:t>The Man Al-Quran Builds April 2, 2006 Maulana Wahiduddin Khan · 53s · at 2:06:13 · https://youtu.be/06TQIt_5vlw?t=7573</w:t>
      </w:r>
    </w:p>
    <w:p>
      <w:r>
        <w:rPr>
          <w:i/>
        </w:rPr>
        <w:t>“Log aap ko 'Muzammim' kehte, aap muskura dete the”</w:t>
      </w:r>
    </w:p>
    <w:p>
      <w:r>
        <w:rPr>
          <w:sz w:val="20"/>
        </w:rPr>
        <w:t>2:06:13  woh kya rasool Allah ke zamane mein aisa hota tha ke wahan jo hai aap ko unhone yaani bohat hi humiliate karne ke liye ek lafz banaya tha woh tha ek bureaucratic word tha is woh woh tha woh mudhham aap ka naam jo tha Muhammad tha Muhammad ke ma'ni hain parhez wardi tareekh kya hua</w:t>
      </w:r>
      <w:r>
        <w:br/>
      </w:r>
      <w:r>
        <w:rPr>
          <w:sz w:val="20"/>
        </w:rPr>
        <w:t>2:06:40  unhone ulta kiya is ko kaha ke nahi mudhham yaani condemn person to koi bhadka nahi koi wahan baqayda yeh wahan bolte the aur aap ko yeh dekho mudhham ja raha hai woh dekho mudhham ja raha hai na koi juloos nikla na koi ghussa hua na rasool Allah ne kaha ke in ko maro kaato khud rasool Allah ke munh par aa ke kehte the</w:t>
      </w:r>
    </w:p>
    <w:p>
      <w:pPr>
        <w:pStyle w:val="Heading2"/>
      </w:pPr>
      <w:r>
        <w:t>Door of Ijtihad is not closed</w:t>
      </w:r>
    </w:p>
    <w:p>
      <w:r>
        <w:rPr>
          <w:color w:val="666666"/>
          <w:sz w:val="18"/>
        </w:rPr>
        <w:t>The Concept of Ijtihad in Islam | August 13. 2007 · 1m 00s · at 4:17 · https://youtu.be/MtyTGXhdxjc?t=257</w:t>
      </w:r>
    </w:p>
    <w:p>
      <w:r>
        <w:rPr>
          <w:i/>
        </w:rPr>
        <w:t>“Some scholars claim the door is closed.”</w:t>
      </w:r>
    </w:p>
    <w:p>
      <w:r>
        <w:rPr>
          <w:sz w:val="20"/>
        </w:rPr>
        <w:t>4:17  in a situation where there is no clear commandment in Quran and Sunnah. Then you have you are allowed to utilize your own mind. This is ijtihad. Some scholars claim that now the door of ijtihad is closed.</w:t>
      </w:r>
      <w:r>
        <w:br/>
      </w:r>
      <w:r>
        <w:rPr>
          <w:sz w:val="20"/>
        </w:rPr>
        <w:t>4:47  I think this is nonsense.</w:t>
      </w:r>
      <w:r>
        <w:br/>
      </w:r>
      <w:r>
        <w:rPr>
          <w:sz w:val="20"/>
        </w:rPr>
        <w:t>4:53  It is you cannot close the door of ijtihad.</w:t>
      </w:r>
      <w:r>
        <w:br/>
      </w:r>
      <w:r>
        <w:rPr>
          <w:sz w:val="20"/>
        </w:rPr>
        <w:t>4:59  Why Ijtihad? Why the need of Ijtihad? You know, Islam is an eternal religion.</w:t>
      </w:r>
      <w:r>
        <w:br/>
      </w:r>
      <w:r>
        <w:rPr>
          <w:sz w:val="20"/>
        </w:rPr>
        <w:t>5:05  All the tenets of Quran and Hadith are eternal in nature.</w:t>
      </w:r>
      <w:r>
        <w:br/>
      </w:r>
      <w:r>
        <w:rPr>
          <w:sz w:val="20"/>
        </w:rPr>
        <w:t>5:11  But the situation</w:t>
      </w:r>
    </w:p>
    <w:p>
      <w:pPr>
        <w:pStyle w:val="Heading2"/>
      </w:pPr>
      <w:r>
        <w:t>Qurbani as a covenant to live the Abrahamic way</w:t>
      </w:r>
    </w:p>
    <w:p>
      <w:r>
        <w:rPr>
          <w:color w:val="666666"/>
          <w:sz w:val="18"/>
        </w:rPr>
        <w:t>Message of Eid Al-Adha June 29, 2023 · 46s · at 8:55 · https://youtu.be/Tom30c7WwTw?t=535</w:t>
      </w:r>
    </w:p>
    <w:p>
      <w:r>
        <w:rPr>
          <w:i/>
        </w:rPr>
        <w:t>“Yeh sirf kisi jaanwar ki qurbani nahi hai”</w:t>
      </w:r>
    </w:p>
    <w:p>
      <w:r>
        <w:rPr>
          <w:sz w:val="20"/>
        </w:rPr>
        <w:t>8:55  toh yeh jo qurbani hai, rajat ibrahim ali salam ne jo pesh ki, is ka matlab yeh yeh hai ke yeh sirf koi janwar ki qurbani nahi hai, balki yeh hamari apni qurbani hai ke hum apna time, apni energy, apna waqt, apna paisa kaise allah ke raam mein kharch karen.</w:t>
      </w:r>
      <w:r>
        <w:br/>
      </w:r>
      <w:r>
        <w:rPr>
          <w:sz w:val="20"/>
        </w:rPr>
        <w:t>9:20  yaani is ko hum keh sakte hain ke yeh ek ahad hai, yeh ek ahad hai ke I will lead the abrahimic way of life. yaani jo adrat ibrahim ali salam ka tareeqa tha, us ko follow karna. yeh darasal haj ki spirit hai aur iddulaja ki spirit hai.</w:t>
      </w:r>
      <w:r>
        <w:br/>
      </w:r>
      <w:r>
        <w:rPr>
          <w:sz w:val="20"/>
        </w:rPr>
        <w:t>9:41  hadish mein aata hai ke there there are no days in which good deeds are more beloved to allah than these days. yaani jo yeh din hai qurmani ke, is mein jo bhi good deeds hain sab se zyada allah ko pasand hai. aise hi hadish mein aata hai ke al haj ul mabrur laee salahoo jazaa un ill al janna, ke accepted haj ka jo reward hai paradise se kam nahi hai.</w:t>
      </w:r>
    </w:p>
    <w:p>
      <w:pPr>
        <w:pStyle w:val="Heading2"/>
      </w:pPr>
      <w:r>
        <w:t>Why creative thinking matters for big tasks</w:t>
      </w:r>
    </w:p>
    <w:p>
      <w:r>
        <w:rPr>
          <w:color w:val="666666"/>
          <w:sz w:val="18"/>
        </w:rPr>
        <w:t>CPS Mission Conference 2023 April 30, 2023 · 20s · at 46:54 · https://youtu.be/sfTBajRastM?t=2814</w:t>
      </w:r>
    </w:p>
    <w:p>
      <w:r>
        <w:rPr>
          <w:i/>
        </w:rPr>
        <w:t>“किसी भी बड़े काम के लिए क्रिएटिव थिंकिंग बहुत जरूरी है”</w:t>
      </w:r>
    </w:p>
    <w:p>
      <w:r>
        <w:rPr>
          <w:sz w:val="20"/>
        </w:rPr>
        <w:t>46:54  kisi bhi barhe kaam ke liye yeh bohat zaroori hai ke is ke bare mein hamare andar creative thinking ho.</w:t>
      </w:r>
      <w:r>
        <w:br/>
      </w:r>
      <w:r>
        <w:rPr>
          <w:sz w:val="20"/>
        </w:rPr>
        <w:t>47:03  agar koi bataye aap ko ke yeh glass utha kar is mez par rakh doon, aur is ke baad aap kuch na kar sakein, to aap ek koi barha kaam, koi bhi barha kaam kaise karein g</w:t>
      </w:r>
    </w:p>
    <w:p>
      <w:pPr>
        <w:pStyle w:val="Heading2"/>
      </w:pPr>
      <w:r>
        <w:t>Truly finding your Lord changes your whole life</w:t>
      </w:r>
    </w:p>
    <w:p>
      <w:r>
        <w:rPr>
          <w:color w:val="666666"/>
          <w:sz w:val="18"/>
        </w:rPr>
        <w:t>Lessons from The Story of Prophet Moses Part 1, August 1, 2022 · 55s · at 38:17 · https://youtu.be/JsRmjNQQHLY?t=2297</w:t>
      </w:r>
    </w:p>
    <w:p>
      <w:r>
        <w:rPr>
          <w:i/>
        </w:rPr>
        <w:t>“अगर लोग हकीकी मानों में अपने रब को पा लें...”</w:t>
      </w:r>
    </w:p>
    <w:p>
      <w:r>
        <w:rPr>
          <w:sz w:val="20"/>
        </w:rPr>
        <w:t>38:17  doctor sahib, jo aap ne abhi Maulana ki baat ka zikr kiya, to mujhe unhi ki ek baat yaad aa gayi jo unhone likhi thi ke "agar jo log haqeeqi maanon mein apne Rab ko pa le, to unke jeene ki satah bilkul doosri ho jati hai." matlab woh rehte toh is duniya mein hain, magar woh akhirat ki fizaon mein pahunch jaate hain. to momin asal mein toh wohi hai jo is duniya mein rehkar akhirat ke alam ko dekhe. sahi</w:t>
      </w:r>
      <w:r>
        <w:br/>
      </w:r>
      <w:r>
        <w:rPr>
          <w:sz w:val="20"/>
        </w:rPr>
        <w:t>38:45  , sahi. to aap ne jo Maulana ki baat bayan kari, usse a mere ko yeh baat Maulana sahab ki yaad aa gayi. bohat hi achha unhone yeh likha hai. duaon ke saaye mein safar. ji, qadam badha rahe the. ji, ji. to doctor sahib, phir aisa hota hai ke a prophet Musa wahan se chalkar Madian pahunch jaate hain aur wahan par kuen ke paas rukte hain. aur wahan par bari interesting developments hoti hain. to main chahunga ke uske bare mein bhi aap hum sabko batayein.</w:t>
      </w:r>
    </w:p>
    <w:p>
      <w:pPr>
        <w:pStyle w:val="Heading2"/>
      </w:pPr>
      <w:r>
        <w:t>hadith: modesty is part of faith</w:t>
      </w:r>
    </w:p>
    <w:p>
      <w:r>
        <w:rPr>
          <w:color w:val="666666"/>
          <w:sz w:val="18"/>
        </w:rPr>
        <w:t>Story of Uthman ibn Affan (ra) -</w:t>
        <w:br/>
        <w:t>Lives of the Sahabah -1 May 21, 2023 · 31s · at 7:03 · https://youtu.be/rO43Eo-WWdY?t=423</w:t>
      </w:r>
    </w:p>
    <w:p>
      <w:r>
        <w:rPr>
          <w:i/>
        </w:rPr>
        <w:t>“Rasulullah ne kaha tha: al-haya minal iman”</w:t>
      </w:r>
    </w:p>
    <w:p>
      <w:r>
        <w:rPr>
          <w:sz w:val="20"/>
        </w:rPr>
        <w:t>7:03  isi tarah se Rasoolullah ne kaha tha ke Al haya minal iman.</w:t>
      </w:r>
      <w:r>
        <w:br/>
      </w:r>
      <w:r>
        <w:rPr>
          <w:sz w:val="20"/>
        </w:rPr>
        <w:t>7:08  yani haya ya modesty is from faith, from iman.</w:t>
      </w:r>
      <w:r>
        <w:br/>
      </w:r>
      <w:r>
        <w:rPr>
          <w:sz w:val="20"/>
        </w:rPr>
        <w:t>7:12  jaisa aap ne bhi kaha ke he never drank alcohol or wine.</w:t>
      </w:r>
      <w:r>
        <w:br/>
      </w:r>
      <w:r>
        <w:rPr>
          <w:sz w:val="20"/>
        </w:rPr>
        <w:t>7:17  unhone kaha tha ke yani pre-islamic period mein bhi unhone kabhi sharab waghera nahi pi aur kaha tha</w:t>
      </w:r>
      <w:r>
        <w:br/>
      </w:r>
      <w:r>
        <w:rPr>
          <w:sz w:val="20"/>
        </w:rPr>
        <w:t>7:21  ke reason is a gift of God.</w:t>
      </w:r>
      <w:r>
        <w:br/>
      </w:r>
      <w:r>
        <w:rPr>
          <w:sz w:val="20"/>
        </w:rPr>
        <w:t>7:25  rum and wine destroy reason.</w:t>
      </w:r>
      <w:r>
        <w:br/>
      </w:r>
      <w:r>
        <w:rPr>
          <w:sz w:val="20"/>
        </w:rPr>
        <w:t>7:30  yani woh apni fitrat pe the, nature pe the. Ji. Aur</w:t>
      </w:r>
    </w:p>
    <w:p>
      <w:pPr>
        <w:pStyle w:val="Heading2"/>
      </w:pPr>
      <w:r>
        <w:t>Non-confrontational political management</w:t>
      </w:r>
    </w:p>
    <w:p>
      <w:r>
        <w:rPr>
          <w:color w:val="666666"/>
          <w:sz w:val="18"/>
        </w:rPr>
        <w:t>The Message of Surah Yusuf Political Management April 14, 2020 Maulana Wahiduddin Khan · 28s · at 21:22 · https://youtu.be/bpwEh5brv2M?t=1282</w:t>
      </w:r>
    </w:p>
    <w:p>
      <w:r>
        <w:rPr>
          <w:i/>
        </w:rPr>
        <w:t>“Non-Confrontation, baghair nizai”</w:t>
      </w:r>
    </w:p>
    <w:p>
      <w:r>
        <w:rPr>
          <w:sz w:val="20"/>
        </w:rPr>
        <w:t>21:22  to non-confrontation, baghair nizai, baghair niza ke hukoomat ke mauqe par qabza ho jana,</w:t>
      </w:r>
      <w:r>
        <w:br/>
      </w:r>
      <w:r>
        <w:rPr>
          <w:sz w:val="20"/>
        </w:rPr>
        <w:t>21:37  is ki misaal yeh hai.</w:t>
      </w:r>
      <w:r>
        <w:br/>
      </w:r>
      <w:r>
        <w:rPr>
          <w:sz w:val="20"/>
        </w:rPr>
        <w:t>21:39  koi janta hi nahi ke niza na ki jaye aur hukoomat ke mauqe hasil ho jaye. koi janta hi nahi, poori tareekh mein nahi.</w:t>
      </w:r>
    </w:p>
    <w:p>
      <w:pPr>
        <w:pStyle w:val="Heading2"/>
      </w:pPr>
      <w:r>
        <w:t>Journey to Arafat and the Farewell Khutbah</w:t>
      </w:r>
    </w:p>
    <w:p>
      <w:r>
        <w:rPr>
          <w:color w:val="666666"/>
          <w:sz w:val="18"/>
        </w:rPr>
        <w:t>Rasulullah ka Hajj Haqeeqat-E-Hajj Book by Maulana Wahiduddin Khan · 1m 47s · at 17:29 · https://youtu.be/-f0kUKfC0Wg?t=1049</w:t>
      </w:r>
    </w:p>
    <w:p>
      <w:r>
        <w:rPr>
          <w:i/>
        </w:rPr>
        <w:t>“نو ذوالحجہ کو آپ عرفات کی طرف روانہ ہوئے”</w:t>
      </w:r>
    </w:p>
    <w:p>
      <w:r>
        <w:rPr>
          <w:sz w:val="20"/>
        </w:rPr>
        <w:t>17:29  subah nau zul-hijjah ko suraj nikalne ke baad aap arafat ki taraf rawana hue.</w:t>
      </w:r>
      <w:r>
        <w:br/>
      </w:r>
      <w:r>
        <w:rPr>
          <w:sz w:val="20"/>
        </w:rPr>
        <w:t>17:39  aap namirah yani wadi-e-arafat ke ek khayme mein utre.</w:t>
      </w:r>
      <w:r>
        <w:br/>
      </w:r>
      <w:r>
        <w:rPr>
          <w:sz w:val="20"/>
        </w:rPr>
        <w:t>17:44  ashab mein se koi labbaik pukarta tha aur koi takbeer kehta tha, koi ek doosre par aitraz nahi karta tha.</w:t>
      </w:r>
      <w:r>
        <w:br/>
      </w:r>
      <w:r>
        <w:rPr>
          <w:sz w:val="20"/>
        </w:rPr>
        <w:t>17:53  jab zawaal ka waqt aaya to aap apni oontni par sawaar ho kar chalay aur maidan e arafah ke beech mein thehray۔ yahan maujooda masjid namira ki jagah apni sawari par baithe hue aap ne woh khutbah diya jo khutbah hijjat ul wida ke naam se mashhoor hai۔</w:t>
      </w:r>
      <w:r>
        <w:br/>
      </w:r>
      <w:r>
        <w:rPr>
          <w:sz w:val="20"/>
        </w:rPr>
        <w:t>18:15  yeh khutbah aur doosra khutbah jo aap ne mina mein diya, woh mutfarriq tor par hadees ki kitabon mein mazkoor hain۔</w:t>
      </w:r>
      <w:r>
        <w:br/>
      </w:r>
      <w:r>
        <w:rPr>
          <w:sz w:val="20"/>
        </w:rPr>
        <w:t>18:24  in ka majmooa aglay safhaat mein naqal kiya ja raha hai۔ yeh jumah yaani 9 zilhajjah ka din tha۔ jab aap khutbah de chukay to aap ne hazrat bilal ko azan ka hukum diya۔</w:t>
      </w:r>
      <w:r>
        <w:br/>
      </w:r>
      <w:r>
        <w:rPr>
          <w:sz w:val="20"/>
        </w:rPr>
        <w:t>18:39  unhon ne azan di۔ aap ne aik azan aur do iqamat se zuhr aur asr ki namaz jama kar ke do do rakat parhi۔</w:t>
      </w:r>
      <w:r>
        <w:br/>
      </w:r>
      <w:r>
        <w:rPr>
          <w:sz w:val="20"/>
        </w:rPr>
        <w:t>18:48  yeh jumah ki namaz nahi balkeh zuhr ki qasr namaz thi kyunkeh aap ne is mein qirat bil jahar nahi ki۔ farz ke ilawa is mauqa par koi sunnat ya nafl aap ne nahi parhi۔</w:t>
      </w:r>
      <w:r>
        <w:br/>
      </w:r>
      <w:r>
        <w:rPr>
          <w:sz w:val="20"/>
        </w:rPr>
        <w:t>19:03  namaz se farigh ho kar aap arafat ke is maqam par aaye jis ko waqoof ki jagah kaha jata hai۔ yahan aap ne apne oont par baithe baithe suraj doobne tak dua ki۔</w:t>
      </w:r>
    </w:p>
    <w:p>
      <w:pPr>
        <w:pStyle w:val="Heading2"/>
      </w:pPr>
      <w:r>
        <w:t>Billionaire confesses life has lost meaning</w:t>
      </w:r>
    </w:p>
    <w:p>
      <w:r>
        <w:rPr>
          <w:color w:val="666666"/>
          <w:sz w:val="18"/>
        </w:rPr>
        <w:t>The Case of Failure | August 27, 2006 | Maulana Wahiduddin Khan · 2m 33s · at 1:09:54 · https://youtu.be/4O9FjV0vIfo?t=4194</w:t>
      </w:r>
    </w:p>
    <w:p>
      <w:r>
        <w:rPr>
          <w:i/>
        </w:rPr>
        <w:t>“Ek kahani maine parhi Billy Graham ke baare mein”</w:t>
      </w:r>
    </w:p>
    <w:p>
      <w:r>
        <w:rPr>
          <w:sz w:val="20"/>
        </w:rPr>
        <w:t>1:09:54  to super achievers jo hotey hain, woh bhi aakhir mein despair ka shikaar ho kar marte hain.</w:t>
      </w:r>
      <w:r>
        <w:br/>
      </w:r>
      <w:r>
        <w:rPr>
          <w:sz w:val="20"/>
        </w:rPr>
        <w:t>1:09:59  aik kahani mein ne parhi, aik qissa mein ne parha tha billy graham ke baray mein.</w:t>
      </w:r>
      <w:r>
        <w:br/>
      </w:r>
      <w:r>
        <w:rPr>
          <w:sz w:val="20"/>
        </w:rPr>
        <w:t>1:10:05  billy graham usa mein bohat top ka aadmi tha aur woh counseling karta tha.</w:t>
      </w:r>
      <w:r>
        <w:br/>
      </w:r>
      <w:r>
        <w:rPr>
          <w:sz w:val="20"/>
        </w:rPr>
        <w:t>1:10:10  woh counseling aur ab ab to woh bed ridden hai.</w:t>
      </w:r>
      <w:r>
        <w:br/>
      </w:r>
      <w:r>
        <w:rPr>
          <w:sz w:val="20"/>
        </w:rPr>
        <w:t>1:10:15  ab woh aakhri zamana is ka aa gaya hai, ab bo mein nahi kar sakta.</w:t>
      </w:r>
      <w:r>
        <w:br/>
      </w:r>
      <w:r>
        <w:rPr>
          <w:sz w:val="20"/>
        </w:rPr>
        <w:t>1:10:20  woh bistar par para hua hai,</w:t>
      </w:r>
      <w:r>
        <w:br/>
      </w:r>
      <w:r>
        <w:rPr>
          <w:sz w:val="20"/>
        </w:rPr>
        <w:t>1:10:25  shayad 90 saal umar ho gayi is ki.</w:t>
      </w:r>
      <w:r>
        <w:br/>
      </w:r>
      <w:r>
        <w:rPr>
          <w:sz w:val="20"/>
        </w:rPr>
        <w:t>1:10:31  to behal, billy graham ne likha tha aik baar ke aik baar mere paas america ke aik billionaire</w:t>
      </w:r>
      <w:r>
        <w:br/>
      </w:r>
      <w:r>
        <w:rPr>
          <w:sz w:val="20"/>
        </w:rPr>
        <w:t>1:10:38  ka ka message mila mujhe, yaani super achiever ka.</w:t>
      </w:r>
      <w:r>
        <w:br/>
      </w:r>
      <w:r>
        <w:rPr>
          <w:sz w:val="20"/>
        </w:rPr>
        <w:t>1:10:44  america ke aik super achiever ka is ko is ko message mila ke mujh se foran mulaqaat karo.</w:t>
      </w:r>
      <w:r>
        <w:br/>
      </w:r>
      <w:r>
        <w:rPr>
          <w:sz w:val="20"/>
        </w:rPr>
        <w:t>1:10:50  to billy graham jo hai, us ne apna program khatam kar ke</w:t>
      </w:r>
      <w:r>
        <w:br/>
      </w:r>
      <w:r>
        <w:rPr>
          <w:sz w:val="20"/>
        </w:rPr>
        <w:t>1:10:56  gaya wahan foran.</w:t>
      </w:r>
      <w:r>
        <w:br/>
      </w:r>
      <w:r>
        <w:rPr>
          <w:sz w:val="20"/>
        </w:rPr>
        <w:t>1:11:01  to jab us ke pahuncha us ke ghar par, jo bohat bara ghar tha, to us ko aik</w:t>
      </w:r>
      <w:r>
        <w:br/>
      </w:r>
      <w:r>
        <w:rPr>
          <w:sz w:val="20"/>
        </w:rPr>
        <w:t>1:11:07  alag room mein le jaya gaya.</w:t>
      </w:r>
      <w:r>
        <w:br/>
      </w:r>
      <w:r>
        <w:rPr>
          <w:sz w:val="20"/>
        </w:rPr>
        <w:t>1:11:12  is mein woh billionaire jo thay, woh wahan par aaye.</w:t>
      </w:r>
      <w:r>
        <w:br/>
      </w:r>
      <w:r>
        <w:rPr>
          <w:sz w:val="20"/>
        </w:rPr>
        <w:t>1:11:17  woh aaye, do aadmi is kamray mein thay bas.</w:t>
      </w:r>
      <w:r>
        <w:br/>
      </w:r>
      <w:r>
        <w:rPr>
          <w:sz w:val="20"/>
        </w:rPr>
        <w:t>1:11:23  to us ne kya kaha? us america ke billionaire ne to us ne likha tha ke unhon ne kaha ke</w:t>
      </w:r>
      <w:r>
        <w:br/>
      </w:r>
      <w:r>
        <w:rPr>
          <w:sz w:val="20"/>
        </w:rPr>
        <w:t>1:11:28  taqreeban yahi wording thi us ki, jahan tak mujhe yaad hai ke "I am an old man". Billy Graham se kaha us ne: "I am an old man". life has lost all meaning. "I am an old man". life has lost all meaning. I am "I am going to take a fateful leap into the un</w:t>
      </w:r>
      <w:r>
        <w:br/>
      </w:r>
      <w:r>
        <w:rPr>
          <w:sz w:val="20"/>
        </w:rPr>
        <w:t>1:11:58  one".</w:t>
      </w:r>
      <w:r>
        <w:br/>
      </w:r>
      <w:r>
        <w:rPr>
          <w:sz w:val="20"/>
        </w:rPr>
        <w:t>1:12:02  دیکھیں کیسے عجیب शब्द اس کے منہ سے نکلے: "I am going to take a fateful leap.</w:t>
      </w:r>
      <w:r>
        <w:br/>
      </w:r>
      <w:r>
        <w:rPr>
          <w:sz w:val="20"/>
        </w:rPr>
        <w:t>1:12:06  "into the unknown". Young man, can you give me a rap of hope? Is waqt Billy Graham</w:t>
      </w:r>
      <w:r>
        <w:br/>
      </w:r>
      <w:r>
        <w:rPr>
          <w:sz w:val="20"/>
        </w:rPr>
        <w:t>1:12:11  naujawan tha, ab to wohi boodha ho chuka hai.</w:t>
      </w:r>
      <w:r>
        <w:br/>
      </w:r>
      <w:r>
        <w:rPr>
          <w:sz w:val="20"/>
        </w:rPr>
        <w:t>1:12:15  mein khud apna bataon aap ko ke mein amreeka gaya hai.</w:t>
      </w:r>
      <w:r>
        <w:br/>
      </w:r>
      <w:r>
        <w:rPr>
          <w:sz w:val="20"/>
        </w:rPr>
        <w:t>1:12:19  amreeka ka mein ghaliban 13 baar gaya hon.</w:t>
      </w:r>
      <w:r>
        <w:br/>
      </w:r>
      <w:r>
        <w:rPr>
          <w:sz w:val="20"/>
        </w:rPr>
        <w:t>1:12:24  to aik bohat bara aik aadmi</w:t>
      </w:r>
    </w:p>
    <w:p>
      <w:pPr>
        <w:pStyle w:val="Heading2"/>
      </w:pPr>
      <w:r>
        <w:t>companions split two ways over when to pray Asr</w:t>
      </w:r>
    </w:p>
    <w:p>
      <w:r>
        <w:rPr>
          <w:color w:val="666666"/>
          <w:sz w:val="18"/>
        </w:rPr>
        <w:t>Development of Fiqh May 29, 2022 Prof. Farida Khanam · 1m 11s · at 17:50 · https://youtu.be/4rhQkwBd_N4?t=1070</w:t>
      </w:r>
    </w:p>
    <w:p>
      <w:r>
        <w:rPr>
          <w:i/>
        </w:rPr>
        <w:t>“The Prophet said: go quickly and pray Asr only there”</w:t>
      </w:r>
    </w:p>
    <w:p>
      <w:r>
        <w:rPr>
          <w:sz w:val="20"/>
        </w:rPr>
        <w:t>17:50  to Rasoolullah sallallahu alaihi wasallam ne kuch logon ko bheja ki wahan bahut tezi se jao wahan par aur asr ki namaz wahin jaakar padhna. to logon ne log tezi se gaye lekin aisa hua ki asr ka time beech mein hi aa gaya. to kuch logon ne asr ki namaz wahin padh li.</w:t>
      </w:r>
      <w:r>
        <w:br/>
      </w:r>
      <w:r>
        <w:rPr>
          <w:sz w:val="20"/>
        </w:rPr>
        <w:t>18:13  aur yeh keh kar ke Rasoolullah sallallahu alaihi wasallam ka yeh maksad nahi tha ki jaanbujhkar namaz mein taakhir ki jaye. aur kuch logon ne wahan jaakar namaz padhi ki Rasoolullah ne jo kaha tha hum usko literally adhere karenge. to yeh baat jo hai Rasoolullah sallallahu alaihi wasallam ko batai gayi to aapne dono baad dono ko approve kiya.</w:t>
      </w:r>
      <w:r>
        <w:br/>
      </w:r>
      <w:r>
        <w:rPr>
          <w:sz w:val="20"/>
        </w:rPr>
        <w:t>18:35  to matlab hai ki yeh istehad jo hai woh niyat dekhi jati hai. niyat durust hai, sincerity hai aur sahi maanon mein woh islam par amal karna chahte hain. to har ek ki apni apni understanding hoti hai. apni understanding ke mutabiq unhone sahi kaam kiya. to har waqt yeh istehad to har waqt hota rehta tha.</w:t>
      </w:r>
      <w:r>
        <w:br/>
      </w:r>
      <w:r>
        <w:rPr>
          <w:sz w:val="20"/>
        </w:rPr>
        <w:t>19:01  aur Rasoolullah sallallahu alaihi wasallam mashwara karte the woh bhi ek isi ki ek shakal hai. aisa nahi hai ki bilkul jo quran, quran chuhe usmein detail nahi hai na? to is wajah se har waqt iski zarurat padti hai ki usko samjhein usmein mashware karein, usmein ishtehaad karein. ek bar hum ek bar Hazrat Muaz jo hai woh aaye to namaz shuru ho chuki thi.</w:t>
      </w:r>
    </w:p>
    <w:p>
      <w:pPr>
        <w:pStyle w:val="Heading2"/>
      </w:pPr>
      <w:r>
        <w:t>Two interpretations of what 'Kingdom of God' means</w:t>
      </w:r>
    </w:p>
    <w:p>
      <w:r>
        <w:rPr>
          <w:color w:val="666666"/>
          <w:sz w:val="18"/>
        </w:rPr>
        <w:t>Jesus A Shared Figure in Islam and Christianity September 1, 2024 · 1m 22s · at 42:35 · https://youtu.be/UH7pvUeeOc4?t=2555</w:t>
      </w:r>
    </w:p>
    <w:p>
      <w:r>
        <w:rPr>
          <w:i/>
        </w:rPr>
        <w:t>“There are two interpretations of Kingdom of God”</w:t>
      </w:r>
    </w:p>
    <w:p>
      <w:r>
        <w:rPr>
          <w:sz w:val="20"/>
        </w:rPr>
        <w:t>42:35  to isko bhi aap wazeh karein ki kya matlab hai by kingdom of god. is mein dekhiye, do interpretation hain.</w:t>
      </w:r>
      <w:r>
        <w:br/>
      </w:r>
      <w:r>
        <w:rPr>
          <w:sz w:val="20"/>
        </w:rPr>
        <w:t>42:44  islam ka interpretation yeh hai ki kingdom of god ka matlab hai prophet Muhammad, the final prophet ka aana aur unke zariye se tauheed ka paigham sari duniya mein pahunchna. kyunki is se pehle kabhi bhi tauheed ka paigham, tauheed yaani monotheism ka paigham sari duniya mein kabhi nahin pahunch paya tha.</w:t>
      </w:r>
      <w:r>
        <w:br/>
      </w:r>
      <w:r>
        <w:rPr>
          <w:sz w:val="20"/>
        </w:rPr>
        <w:t>43:07  to Rasoolullah sallallahu alaihissallam ke saath bahut hi bahut zabardast arrangement kiya Allah taala ne ki taqreeban ek lakh sahaba to aap ke saamne hi the aur woh sahaba jo hain, sari duniya mein phail gaye. unhone khuda ke paigham ko pahunchaya. to Hazrat Isa alaihissalam to isi ke liye aaye the, taiyari karane ke liye ki aakhri paigambar aane wala hai aur tum log uske liye taiyar ho jao.</w:t>
      </w:r>
      <w:r>
        <w:br/>
      </w:r>
      <w:r>
        <w:rPr>
          <w:sz w:val="20"/>
        </w:rPr>
        <w:t>43:36  lekin doosra interpretation yeh hai ki Hazrat Isa ne apne hawariyon ko duniya mein phail jaane aur aasmani badshahat ke jald qayam hone ki khushkhabri sunane ka hukum diya tha. yeh to diya tha aur yeh hum bhi mante hain. lekin baad mein kya hua?</w:t>
      </w:r>
    </w:p>
    <w:p>
      <w:pPr>
        <w:pStyle w:val="Heading2"/>
      </w:pPr>
      <w:r>
        <w:t>Prophet's Hajj and its eternal mission</w:t>
      </w:r>
    </w:p>
    <w:p>
      <w:r>
        <w:rPr>
          <w:color w:val="666666"/>
          <w:sz w:val="18"/>
        </w:rPr>
        <w:t>Revival of Abrahamic Mission October 28, 2012 Maulana Wahiduddin Khan · 5m 53s · at 15:48 · https://youtu.be/_lPI1oLa-00?t=948</w:t>
      </w:r>
    </w:p>
    <w:p>
      <w:r>
        <w:rPr>
          <w:i/>
        </w:rPr>
        <w:t>“The Prophet's Hajj is called Hajjat al-Wada.”</w:t>
      </w:r>
    </w:p>
    <w:p>
      <w:r>
        <w:rPr>
          <w:sz w:val="20"/>
        </w:rPr>
        <w:t>15:48  yeh hai qissa. to rasool Allah sal-lal-lahu alaihi wasallam ne jo hajj kiya tha, us ko hum kehte hain hajjat-ul-wida.</w:t>
      </w:r>
      <w:r>
        <w:br/>
      </w:r>
      <w:r>
        <w:rPr>
          <w:sz w:val="20"/>
        </w:rPr>
        <w:t>15:59  aap ne apni wafat se taqreeban do mahine pehle, is mauqe par aap ne woh saare maraasim jo ada kiye, isi ko aaj bhi log ada karte hain.</w:t>
      </w:r>
      <w:r>
        <w:br/>
      </w:r>
      <w:r>
        <w:rPr>
          <w:sz w:val="20"/>
        </w:rPr>
        <w:t>16:11  isi ko partial sense mein hum eid-ul-azha ke mauqe par ada karte hain.</w:t>
      </w:r>
      <w:r>
        <w:br/>
      </w:r>
      <w:r>
        <w:rPr>
          <w:sz w:val="20"/>
        </w:rPr>
        <w:t>16:18  to woh kya tha? woh kya tha?</w:t>
      </w:r>
      <w:r>
        <w:br/>
      </w:r>
      <w:r>
        <w:rPr>
          <w:sz w:val="20"/>
        </w:rPr>
        <w:t>16:26  dekhiye, rasool Allah sal-lal-lahu alaihi wasallam ne tawaf kiya, sa'ee ki, shaitan ko kankariyan maari waghera waghera hote hue aap arafat mein waqoof kiya.</w:t>
      </w:r>
      <w:r>
        <w:br/>
      </w:r>
      <w:r>
        <w:rPr>
          <w:sz w:val="20"/>
        </w:rPr>
        <w:t>16:39  aap ne jis ko hajj ka rukn-e-aazam maana jaata hai. hadith mein aata hai ke al-hajju arafah yaani arafah mein agar aap ne qiyam kar liya to aap ka hajj ho gaya.</w:t>
      </w:r>
      <w:r>
        <w:br/>
      </w:r>
      <w:r>
        <w:rPr>
          <w:sz w:val="20"/>
        </w:rPr>
        <w:t>16:54  to is ka culmination hota hai arafah mein qiyam. poora hajj ka jo maraasim hai, us ka culmination hai arafah mein qiyam.</w:t>
      </w:r>
      <w:r>
        <w:br/>
      </w:r>
      <w:r>
        <w:rPr>
          <w:sz w:val="20"/>
        </w:rPr>
        <w:t>17:04  isi liye hai ke al-hajju arafah. ab dekhiye ke aap ne yeh sab jo kiya to kya yeh sirf yeh kuch rituals the?</w:t>
      </w:r>
      <w:r>
        <w:br/>
      </w:r>
      <w:r>
        <w:rPr>
          <w:sz w:val="20"/>
        </w:rPr>
        <w:t>17:20  koi rasmein thin? nahin, yeh aap ne ek illustrate kiya is baat ko ke Allah ke sachche maanne wale ko kya karna hai.</w:t>
      </w:r>
      <w:r>
        <w:br/>
      </w:r>
      <w:r>
        <w:rPr>
          <w:sz w:val="20"/>
        </w:rPr>
        <w:t>17:37  us ko Allah ke gird tawaf karna hai, Allah ke mission ke liye daudna hai, Allah ke liye qurbaaniyan dena hai, Allah ke liye sona hai, Allah ke liye jaagna hai, Allah ke liye theharna hai, Allah ke liye safar karna hai.</w:t>
      </w:r>
      <w:r>
        <w:br/>
      </w:r>
      <w:r>
        <w:rPr>
          <w:sz w:val="20"/>
        </w:rPr>
        <w:t>17:52  yaani dawat-e-ilallah ke liye. yeh saari sar-garmiyaan dawat-e-ilallah ke liye. ek saahib ne likha hai, ek mufassir ne ke hajj</w:t>
      </w:r>
      <w:r>
        <w:br/>
      </w:r>
      <w:r>
        <w:rPr>
          <w:sz w:val="20"/>
        </w:rPr>
        <w:t>18:08  jihad ki mashq hai. magar yeh baat sahi nahin hai. hajj dawat-e-ilallah ki mashq hai. dawat-e-ilallah ki mashq hai jihad.</w:t>
      </w:r>
      <w:r>
        <w:br/>
      </w:r>
      <w:r>
        <w:rPr>
          <w:sz w:val="20"/>
        </w:rPr>
        <w:t>18:19  saari jo kaarrawaiyan hoti hain, haqeeqatan woh ajzaa hain ek daai ke. phir aap dekhiye, arafat ke maidan mein rasool Allah aaye, saare sahaba aaye to wahan par ek pahaadi hai jis ko kehte hain jabal-e-rahmat.</w:t>
      </w:r>
      <w:r>
        <w:br/>
      </w:r>
      <w:r>
        <w:rPr>
          <w:sz w:val="20"/>
        </w:rPr>
        <w:t>18:40  wahan par khare ho kar aap ne ek khutba diya. dekhiye, itne saare logon mein ek lakh chobis hazar wahan par thay maujood.</w:t>
      </w:r>
      <w:r>
        <w:br/>
      </w:r>
      <w:r>
        <w:rPr>
          <w:sz w:val="20"/>
        </w:rPr>
        <w:t>18:50  sab tak aap ki awaz nahi pahunch sakti thi. to is ki shakal yeh hui. kaha jata hai ke abbas jo aap ke chacha thay, woh jahez soot thay.</w:t>
      </w:r>
      <w:r>
        <w:br/>
      </w:r>
      <w:r>
        <w:rPr>
          <w:sz w:val="20"/>
        </w:rPr>
        <w:t>19:04  yani un ki awaz bohat buland hoti thi. to wahan shakal yeh thi ke rasool Allah bolte thay, phir hazrat abbas is ko zyada buland awaz se bolte thay taake logon tak baat pahunche.</w:t>
      </w:r>
      <w:r>
        <w:br/>
      </w:r>
      <w:r>
        <w:rPr>
          <w:sz w:val="20"/>
        </w:rPr>
        <w:t>19:19  is tarah hua yeh sab. is Hajjat al-Wida mein rasool Allah ne jo baatein kahi theen, us se logon ne ek bohat bara lafz daryaft kiya hai ke woh hai huqooq insani ka manshoor.</w:t>
      </w:r>
      <w:r>
        <w:br/>
      </w:r>
      <w:r>
        <w:rPr>
          <w:sz w:val="20"/>
        </w:rPr>
        <w:t>19:31  mein is se ittefaq nahi karta. huqooq insani ka manshoor to ek bohat choti cheez hai. nahi, woh dawat Allah ki planning thi.</w:t>
      </w:r>
      <w:r>
        <w:br/>
      </w:r>
      <w:r>
        <w:rPr>
          <w:sz w:val="20"/>
        </w:rPr>
        <w:t>19:44  abadi zindagi. huqooq insani ka manshoor kya hai? manshoor ka matlab hota hai declaration yani declaration of human rights.</w:t>
      </w:r>
      <w:r>
        <w:br/>
      </w:r>
      <w:r>
        <w:rPr>
          <w:sz w:val="20"/>
        </w:rPr>
        <w:t>19:57  huqooq insani ka manshoor kya hai? dunya ki zindagi mein jo insan ke rights hain, us ka ailan.</w:t>
      </w:r>
      <w:r>
        <w:br/>
      </w:r>
      <w:r>
        <w:rPr>
          <w:sz w:val="20"/>
        </w:rPr>
        <w:t>20:10  yeh to bohat choti cheez hai. rasool Allah aleh-e-salam se ayat hai ke insan ko abadi kamyabi ka rasta dikhaen.</w:t>
      </w:r>
      <w:r>
        <w:br/>
      </w:r>
      <w:r>
        <w:rPr>
          <w:sz w:val="20"/>
        </w:rPr>
        <w:t>20:20  aap jante hain ke insan ki zindagi dunya mein shuru hoti hai lekin phir us ko eternity tak jari rehti hai. abadi taur par.</w:t>
      </w:r>
      <w:r>
        <w:br/>
      </w:r>
      <w:r>
        <w:rPr>
          <w:sz w:val="20"/>
        </w:rPr>
        <w:t>20:31  to is poori zindagi mein guide karne ke liye rasool Allah aaye thay. to Hajjat al-Wida ka jo khutba hai, woh mere nazdeek is ka yeh sahi taabeer nahi ke huqooq insaan ka manshoor tha woh.</w:t>
      </w:r>
      <w:r>
        <w:br/>
      </w:r>
      <w:r>
        <w:rPr>
          <w:sz w:val="20"/>
        </w:rPr>
        <w:t>20:49  nahi, is mein jo baatein hain ke woh ek daur ka khataama aur doosre daur ka aaghaz is ka ailan kiya aap ne.</w:t>
      </w:r>
      <w:r>
        <w:br/>
      </w:r>
      <w:r>
        <w:rPr>
          <w:sz w:val="20"/>
        </w:rPr>
        <w:t>20:59  yani woh daur jo ladai bhai par chalta tha, jo maal ki chhan jhap par chalta tha, us mein yahi sab baatein hain.</w:t>
      </w:r>
      <w:r>
        <w:br/>
      </w:r>
      <w:r>
        <w:rPr>
          <w:sz w:val="20"/>
        </w:rPr>
        <w:t>21:09  to yeh jo hota tha qabaili daur mein, aap ne ailan kiya ke aaj se sab cheezein khatam. ab ek naya daur shuru hoga.</w:t>
      </w:r>
      <w:r>
        <w:br/>
      </w:r>
      <w:r>
        <w:rPr>
          <w:sz w:val="20"/>
        </w:rPr>
        <w:t>21:19  woh daur hoga Khuda rakhi daur, aakhirat rakhi daur, God oriented daur.</w:t>
      </w:r>
      <w:r>
        <w:br/>
      </w:r>
      <w:r>
        <w:rPr>
          <w:sz w:val="20"/>
        </w:rPr>
        <w:t>21:29  yeh daur hoga. aur jo ahl-e-iman hain, hamesha ke liye is ke messenger banenge, dawat Allah ka kaam karenge.</w:t>
      </w:r>
    </w:p>
    <w:p>
      <w:pPr>
        <w:pStyle w:val="Heading2"/>
      </w:pPr>
      <w:r>
        <w:t>Ignore problem, avail opportunities</w:t>
      </w:r>
    </w:p>
    <w:p>
      <w:r>
        <w:rPr>
          <w:color w:val="666666"/>
          <w:sz w:val="18"/>
        </w:rPr>
        <w:t>A Brief Survey of Islamic History (Part-2) (Eng) February 15, 2007 Maulana Wahiduddin Khan · 28s · at 28:02 · https://youtu.be/SXRM6aE-cV0?t=1682</w:t>
      </w:r>
    </w:p>
    <w:p>
      <w:r>
        <w:rPr>
          <w:i/>
        </w:rPr>
        <w:t>“Yani I can say that his formula at that time was”</w:t>
      </w:r>
    </w:p>
    <w:p>
      <w:r>
        <w:rPr>
          <w:sz w:val="20"/>
        </w:rPr>
        <w:t>28:02  yani i can see that his formula at the time was: ignore the problem, avail the opportunities.</w:t>
      </w:r>
      <w:r>
        <w:br/>
      </w:r>
      <w:r>
        <w:rPr>
          <w:sz w:val="20"/>
        </w:rPr>
        <w:t>28:13  ignore the problem, avail the opportunities. so he ignored the problem of idols and availed the problem of the work.</w:t>
      </w:r>
      <w:r>
        <w:br/>
      </w:r>
      <w:r>
        <w:rPr>
          <w:sz w:val="20"/>
        </w:rPr>
        <w:t>28:24  this was his strategy. this was his method.</w:t>
      </w:r>
    </w:p>
    <w:p>
      <w:pPr>
        <w:pStyle w:val="Heading2"/>
      </w:pPr>
      <w:r>
        <w:t>Only two options: pass the test or miss the blessing</w:t>
      </w:r>
    </w:p>
    <w:p>
      <w:r>
        <w:rPr>
          <w:color w:val="666666"/>
          <w:sz w:val="18"/>
        </w:rPr>
        <w:t>Lessons from The Best Story 9 May 2014 · 38s · at 20:16 · https://youtu.be/35AxTJhKx4s?t=1216</w:t>
      </w:r>
    </w:p>
    <w:p>
      <w:r>
        <w:rPr>
          <w:i/>
        </w:rPr>
        <w:t>“Ya to aap is test par stand karein, ya blessing se mehroom rahein”</w:t>
      </w:r>
    </w:p>
    <w:p>
      <w:r>
        <w:rPr>
          <w:sz w:val="20"/>
        </w:rPr>
        <w:t>20:16  ya to aap is test par stand karein, ya to aap stand yeh jo test hai, pe stand karein, ya nahin to phir Allah ki blessing se apne ko maroof yani phir Allah ki blessing aap par nahin aayegi.</w:t>
      </w:r>
      <w:r>
        <w:br/>
      </w:r>
      <w:r>
        <w:rPr>
          <w:sz w:val="20"/>
        </w:rPr>
        <w:t>20:34  to option do mein se ek ka hai: ya to Allah ki blessing</w:t>
      </w:r>
      <w:r>
        <w:br/>
      </w:r>
      <w:r>
        <w:rPr>
          <w:sz w:val="20"/>
        </w:rPr>
        <w:t>20:43  test mein poora utre ek shakal mein, nahin to aap wadi tor par Allah ki blessing se maroof hain. Koi doosra shakal nahin hai jis se aap Allah ki blessing ko pa saken.</w:t>
      </w:r>
    </w:p>
    <w:p>
      <w:pPr>
        <w:pStyle w:val="Heading2"/>
      </w:pPr>
      <w:r>
        <w:t>form means nothing to God, only spirit matters</w:t>
      </w:r>
    </w:p>
    <w:p>
      <w:r>
        <w:rPr>
          <w:color w:val="666666"/>
          <w:sz w:val="18"/>
        </w:rPr>
        <w:t>Development of Fiqh May 29, 2022 Prof. Farida Khanam · 45s · at 49:43 · https://youtu.be/4rhQkwBd_N4?t=2983</w:t>
      </w:r>
    </w:p>
    <w:p>
      <w:r>
        <w:rPr>
          <w:i/>
        </w:rPr>
        <w:t>“Form is not acceptable to God, spirit is what's accepted”</w:t>
      </w:r>
    </w:p>
    <w:p>
      <w:r>
        <w:rPr>
          <w:sz w:val="20"/>
        </w:rPr>
        <w:t>49:43  to wahan spirit dekhi jati thi. aaj spirit nahi dekhi jati form dekha jata hai. ab form to kuch nahi hai. form to acceptable hi nahi hai khuda ke yahan. khuda ke yahan spirit acceptable hai. kitne log namaz padhenge aur namaz khuda ke yahan phenk di jayegi. kyunki usmein spirit nahi hogi.</w:t>
      </w:r>
      <w:r>
        <w:br/>
      </w:r>
      <w:r>
        <w:rPr>
          <w:sz w:val="20"/>
        </w:rPr>
        <w:t>50:05  to yeh sab cheezein jo baad mein develop hui hai yeh hadith ki sunnat ki spirit ke mutabiq nahi hai. bahut important baatein aap bataiye aapne jaza kalla. form important nahi hai, spirit asal hai. yeh ek bahut bahut ahum baat hai. hum sabko yeh jaanni hai aur isko zindagi mein isko utarni bhi hai.</w:t>
      </w:r>
      <w:r>
        <w:br/>
      </w:r>
      <w:r>
        <w:rPr>
          <w:sz w:val="20"/>
        </w:rPr>
        <w:t>50:28  apa Sartaj, Siddiqui sahab ne Jintur se jo yeh program dekh rahe unhone likha hai mashallah very knowledgeable and insightful session. Anas Abdullah sahab ne likha hai ki yeh question answer session bahut important hai. CPS ko inki short clips banakar YouTube aur Facebook par upload karni chahiye. aaj ki generation ke liye bahut helpful hoga.</w:t>
      </w:r>
    </w:p>
    <w:p>
      <w:pPr>
        <w:pStyle w:val="Heading2"/>
      </w:pPr>
      <w:r>
        <w:t>Avoid lame excuses</w:t>
      </w:r>
    </w:p>
    <w:p>
      <w:r>
        <w:rPr>
          <w:color w:val="666666"/>
          <w:sz w:val="18"/>
        </w:rPr>
        <w:t>The Spiritual Message of Fasting April 29, 2020 Maulana Wahiduddin Khan · 1m 13s · at 23:02 · https://youtu.be/QCqKrVhGUF0?t=1382</w:t>
      </w:r>
    </w:p>
    <w:p>
      <w:r>
        <w:rPr>
          <w:i/>
        </w:rPr>
        <w:t>“Yahi sab se bada amal hai ke aap kabhi lame excuses na lein”</w:t>
      </w:r>
    </w:p>
    <w:p>
      <w:r>
        <w:rPr>
          <w:sz w:val="20"/>
        </w:rPr>
        <w:t>23:02  yahi sab se bara amal hai ke aap lame excuze ko kabhi na lein. lame excuze ko wahin foran ke foran kill kar dein.</w:t>
      </w:r>
      <w:r>
        <w:br/>
      </w:r>
      <w:r>
        <w:rPr>
          <w:sz w:val="20"/>
        </w:rPr>
        <w:t>23:19  yeh pata karna ke yeh lame excuze hai, yeh sab bara amal hai. aur lame excuze ka shikar banna sab bari nadani hai.</w:t>
      </w:r>
      <w:r>
        <w:br/>
      </w:r>
      <w:r>
        <w:rPr>
          <w:sz w:val="20"/>
        </w:rPr>
        <w:t>23:31  phir se suniye lame excuze ko</w:t>
      </w:r>
      <w:r>
        <w:br/>
      </w:r>
      <w:r>
        <w:rPr>
          <w:sz w:val="20"/>
        </w:rPr>
        <w:t>23:39  qubool karna yeh sab se bari nadani hai. aur lame excuze ko</w:t>
      </w:r>
      <w:r>
        <w:br/>
      </w:r>
      <w:r>
        <w:rPr>
          <w:sz w:val="20"/>
        </w:rPr>
        <w:t>23:51  tajziya ek tajziya kar ke is ki ghalti ko janna yeh sab bara amal hai.</w:t>
      </w:r>
    </w:p>
    <w:p>
      <w:pPr>
        <w:pStyle w:val="Heading2"/>
      </w:pPr>
      <w:r>
        <w:t>Worldly matters vs religion — the pollination hadith</w:t>
      </w:r>
    </w:p>
    <w:p>
      <w:r>
        <w:rPr>
          <w:color w:val="666666"/>
          <w:sz w:val="18"/>
        </w:rPr>
        <w:t>Understanding Patriotism in Islam July 27, 2025 · 1m 44s · at 13:30 · https://youtu.be/xKCy0dkVfzw?t=810</w:t>
      </w:r>
    </w:p>
    <w:p>
      <w:r>
        <w:rPr>
          <w:i/>
        </w:rPr>
        <w:t>“ایوریتھنگ از لافل انلیس اٹ از ڈیکلیئرڈ انلافل”</w:t>
      </w:r>
    </w:p>
    <w:p>
      <w:r>
        <w:rPr>
          <w:sz w:val="20"/>
        </w:rPr>
        <w:t>13:30  aur fiqh ka bhi stand yahi hai keh "everything is lawful unless it is declared unlawful".</w:t>
      </w:r>
      <w:r>
        <w:br/>
      </w:r>
      <w:r>
        <w:rPr>
          <w:sz w:val="20"/>
        </w:rPr>
        <w:t>13:38  kyunkeh har baat, yeh jo ek hai aqida aur mazhab, yeh toh bilkul clear tareeqe se quran o hadith mein bata di gayi hai.</w:t>
      </w:r>
      <w:r>
        <w:br/>
      </w:r>
      <w:r>
        <w:rPr>
          <w:sz w:val="20"/>
        </w:rPr>
        <w:t>13:48  lekin jo halaat ke mutabiq musalsal adjustment hote rehte hain, to yeh jo hai, is isko isi tareeqe se iska ya woh jo hai, isko hal kiya jata hai.</w:t>
      </w:r>
      <w:r>
        <w:br/>
      </w:r>
      <w:r>
        <w:rPr>
          <w:sz w:val="20"/>
        </w:rPr>
        <w:t>14:02  aur jahan tak aqida aur ibadat aur aakhirat ke mamlaat mein shariyat ki rehnumai jo hai, woh zaroori hai. ji lekin dunyavi umoor mein halaat ke lehaz se jis tareeqe ko durust samjhein ya jo tareeqa universally accepted hai, usko manna jo hai, islam ke khilaf nahi hai.</w:t>
      </w:r>
      <w:r>
        <w:br/>
      </w:r>
      <w:r>
        <w:rPr>
          <w:sz w:val="20"/>
        </w:rPr>
        <w:t>14:24  ek baar madine mein aisa hua tha keh rasool allah sallallahu alaihi wasallam ne farmaya keh yeh pollination inko pasand nahi aaya keh tum pollination mat karo.</w:t>
      </w:r>
      <w:r>
        <w:br/>
      </w:r>
      <w:r>
        <w:rPr>
          <w:sz w:val="20"/>
        </w:rPr>
        <w:t>14:36  to iski wajah se khajoor ki fasal bohat kam hui. ispar aapne kaha keh "antum aalam bi amridunya kum".</w:t>
      </w:r>
      <w:r>
        <w:br/>
      </w:r>
      <w:r>
        <w:rPr>
          <w:sz w:val="20"/>
        </w:rPr>
        <w:t>14:46  yeh sahih muslim mein aaya hai keh tum apne dunya ke umoor ko, dunya ke matters ko zyada jante ho</w:t>
      </w:r>
      <w:r>
        <w:br/>
      </w:r>
      <w:r>
        <w:rPr>
          <w:sz w:val="20"/>
        </w:rPr>
        <w:t>14:53  . lehaza hamein mazhabi aqida aur dunyavi umoor ko alag karna padega. to yeh yeh hai keh hamein maujooda halaat ke mutabiq apna aqida jo hai, alag karna padega aur dunyavi umoor ko alag karna padega. warna warna hum masle mein, masail mein pad jayenge.</w:t>
      </w:r>
    </w:p>
    <w:p>
      <w:pPr>
        <w:pStyle w:val="Heading2"/>
      </w:pPr>
      <w:r>
        <w:t>Prophet Ibrahim's search for God among sun, moon, stars</w:t>
      </w:r>
    </w:p>
    <w:p>
      <w:r>
        <w:rPr>
          <w:color w:val="666666"/>
          <w:sz w:val="18"/>
        </w:rPr>
        <w:t>Message of Eid Al-Adha June 29, 2023 · 1m 28s · at 1:56 · https://youtu.be/Tom30c7WwTw?t=116</w:t>
      </w:r>
    </w:p>
    <w:p>
      <w:r>
        <w:rPr>
          <w:i/>
        </w:rPr>
        <w:t>“Hazrat Ibrahim ne yeh jaanna chaha ke khuda kaun hai”</w:t>
      </w:r>
    </w:p>
    <w:p>
      <w:r>
        <w:rPr>
          <w:sz w:val="20"/>
        </w:rPr>
        <w:t>1:56  hazrat ibrahim ale salam ne bhi yahi kiya ki vah janana chaha unhonne ki khuda kaun hai?</w:t>
      </w:r>
      <w:r>
        <w:br/>
      </w:r>
      <w:r>
        <w:rPr>
          <w:sz w:val="20"/>
        </w:rPr>
        <w:t>2:02  to unko jo bhi namaya cheezen nazar aae, suraj, chaant, sitare, to unhonne usko samjha ki shayad yahi khuda hai.</w:t>
      </w:r>
      <w:r>
        <w:br/>
      </w:r>
      <w:r>
        <w:rPr>
          <w:sz w:val="20"/>
        </w:rPr>
        <w:t>2:08  lekin bahut jald uske fascination se vah unko khatm ho gaya aur unhonne kaha ki yah sab cheezen</w:t>
      </w:r>
      <w:r>
        <w:br/>
      </w:r>
      <w:r>
        <w:rPr>
          <w:sz w:val="20"/>
        </w:rPr>
        <w:t>2:14  gumrah karne wali hain.</w:t>
      </w:r>
      <w:r>
        <w:br/>
      </w:r>
      <w:r>
        <w:rPr>
          <w:sz w:val="20"/>
        </w:rPr>
        <w:t>2:20  mera khoda to vahi hai jo ek khoda hai aur jo creator hai in tamam cheezon ka.</w:t>
      </w:r>
      <w:r>
        <w:br/>
      </w:r>
      <w:r>
        <w:rPr>
          <w:sz w:val="20"/>
        </w:rPr>
        <w:t>2:27  to isi tarike se Rasool Allah sallallahu alaihi wasallam ne Khuda ke marifat se unka safar shuru hua aur is silsile mein woh ghare Hira mein jaate the aur yeh gaur o fikr karte the. wahin un, raat ko wahin par pehli wahin aayi. to yeh safar jo hai na pehla qadam jo hai marifat ka yahi hai ke hum Khuda ke bare mein gaur o fikr karna shuru karein. yeh Khuda ki discovery karein.</w:t>
      </w:r>
      <w:r>
        <w:br/>
      </w:r>
      <w:r>
        <w:rPr>
          <w:sz w:val="20"/>
        </w:rPr>
        <w:t>2:56  Maulana kehte the ke hamare liye Khuda ki discovery aur non muslims ke liye hamare liye Islam ki rediscovery hai aur non muslims ke liye Khuda ki discovery hai. to Khuda jo hai woh sabka creator hai hamein usko discover karna hai aur tabhi hum uske inamaat ke mustahiq thairenge. to yeh yahi mission jo Maulana ne diya marifat aur dawat yahi 2 point formula hai.</w:t>
      </w:r>
      <w:r>
        <w:br/>
      </w:r>
      <w:r>
        <w:rPr>
          <w:sz w:val="20"/>
        </w:rPr>
        <w:t>3:24  yahi hamara mission hai aur isi par hamein chalna hai. to jab hum ek aisa mission ek tayyar karte hain jismein log jisse manoos nahi hote hain to hamein tarah tarah ki rukawatein bhi samne aati hain. logon ko samajhne mein dikkat pesh aati hai kyunki woh ek raay sudha hota hai matlab aur kuch beliefs usi par woh chal rahe hote hain. to us waqt hamein kya karna hai?</w:t>
      </w:r>
    </w:p>
    <w:p>
      <w:pPr>
        <w:pStyle w:val="Heading2"/>
      </w:pPr>
      <w:r>
        <w:t>Answering 'majority does it so it must be right'</w:t>
      </w:r>
    </w:p>
    <w:p>
      <w:r>
        <w:rPr>
          <w:color w:val="666666"/>
          <w:sz w:val="18"/>
        </w:rPr>
        <w:t>How to Establish Harmony in a Multi-Religious Society April 4, 2009 Maulana Wahiduddin Khan · 2m 29s · at 25:40 · https://youtu.be/21fE3OxNqV8?t=1540</w:t>
      </w:r>
    </w:p>
    <w:p>
      <w:r>
        <w:rPr>
          <w:i/>
        </w:rPr>
        <w:t>“They argue back that because majority have it, they must be right”</w:t>
      </w:r>
    </w:p>
    <w:p>
      <w:r>
        <w:rPr>
          <w:sz w:val="20"/>
        </w:rPr>
        <w:t>25:40  maulana, they argue back that no, we have been ah wrong. so, maulana, they say that we have been wrong.</w:t>
      </w:r>
      <w:r>
        <w:br/>
      </w:r>
      <w:r>
        <w:rPr>
          <w:sz w:val="20"/>
        </w:rPr>
        <w:t>25:48  so, we cannot have that attitude, that positive attitude that you are ah talking</w:t>
      </w:r>
      <w:r>
        <w:br/>
      </w:r>
      <w:r>
        <w:rPr>
          <w:sz w:val="20"/>
        </w:rPr>
        <w:t>25:54  about. so, maulana, and they say that because most of the people have that negative attitude, they say that because majority have it, then they must be right.</w:t>
      </w:r>
      <w:r>
        <w:br/>
      </w:r>
      <w:r>
        <w:rPr>
          <w:sz w:val="20"/>
        </w:rPr>
        <w:t>26:07  the question is about result. we have to take thing in terms of result. yani there is a hadith that man hasan islam al mar taraka ma la yani</w:t>
      </w:r>
      <w:r>
        <w:br/>
      </w:r>
      <w:r>
        <w:rPr>
          <w:sz w:val="20"/>
        </w:rPr>
        <w:t>26:22  it means that your action must be result oriented action. so, it is very easy to be negative, but you cannot positive result by negative attitude.</w:t>
      </w:r>
      <w:r>
        <w:br/>
      </w:r>
      <w:r>
        <w:rPr>
          <w:sz w:val="20"/>
        </w:rPr>
        <w:t>26:36  to basic thing is ar, do you want to live in negativity for the sake of negativity? is it your goal to live in negativity for the sake of negativity?</w:t>
      </w:r>
      <w:r>
        <w:br/>
      </w:r>
      <w:r>
        <w:rPr>
          <w:sz w:val="20"/>
        </w:rPr>
        <w:t>26:48  absurd!</w:t>
      </w:r>
      <w:r>
        <w:br/>
      </w:r>
      <w:r>
        <w:rPr>
          <w:sz w:val="20"/>
        </w:rPr>
        <w:t>26:52  so, first of all,</w:t>
      </w:r>
      <w:r>
        <w:br/>
      </w:r>
      <w:r>
        <w:rPr>
          <w:sz w:val="20"/>
        </w:rPr>
        <w:t>26:56  we have to be clear that we have, we want to establish a better situation.</w:t>
      </w:r>
      <w:r>
        <w:br/>
      </w:r>
      <w:r>
        <w:rPr>
          <w:sz w:val="20"/>
        </w:rPr>
        <w:t>27:09  to negativity for the sake of duty, duty is nothing.</w:t>
      </w:r>
      <w:r>
        <w:br/>
      </w:r>
      <w:r>
        <w:rPr>
          <w:sz w:val="20"/>
        </w:rPr>
        <w:t>27:14  we have to adopt, we have to discover a formula which which may lead to positive result.</w:t>
      </w:r>
      <w:r>
        <w:br/>
      </w:r>
      <w:r>
        <w:rPr>
          <w:sz w:val="20"/>
        </w:rPr>
        <w:t>27:24  and there is no other formula. negative formula simply will not work. there is impossible.</w:t>
      </w:r>
      <w:r>
        <w:br/>
      </w:r>
      <w:r>
        <w:rPr>
          <w:sz w:val="20"/>
        </w:rPr>
        <w:t>27:33  you can live in negativity, but you, you, you cannot held any positive result by your negative thinking.</w:t>
      </w:r>
      <w:r>
        <w:br/>
      </w:r>
      <w:r>
        <w:rPr>
          <w:sz w:val="20"/>
        </w:rPr>
        <w:t>27:45  so, basic thing is that you have to make people, yani you have to, you have to convince people that we have to be result oriented.</w:t>
      </w:r>
      <w:r>
        <w:br/>
      </w:r>
      <w:r>
        <w:rPr>
          <w:sz w:val="20"/>
        </w:rPr>
        <w:t>28:00  or speech or action must be result oriented. otherwise, it is madness, it is nothing.</w:t>
      </w:r>
    </w:p>
    <w:p>
      <w:pPr>
        <w:pStyle w:val="Heading2"/>
      </w:pPr>
      <w:r>
        <w:t>Umar orders a Copt to strike the prince</w:t>
      </w:r>
    </w:p>
    <w:p>
      <w:r>
        <w:rPr>
          <w:color w:val="666666"/>
          <w:sz w:val="18"/>
        </w:rPr>
        <w:t>Companions of The Prophet (2) 11 July 2021 - Prof. Farida Khanam and Dr. Saniyasnain Khan · 30s · at 33:13 · https://youtu.be/FkhLHnwvUZQ?t=1993</w:t>
      </w:r>
    </w:p>
    <w:p>
      <w:r>
        <w:rPr>
          <w:i/>
        </w:rPr>
        <w:t>“Hazrat Umar ne kaha”</w:t>
      </w:r>
    </w:p>
    <w:p>
      <w:r>
        <w:rPr>
          <w:sz w:val="20"/>
        </w:rPr>
        <w:t>33:13  bulaya hai, bete se poocha, "kya baat hai?" bete ne kaha, "mujhe to pata nahin." to khair, dono gaye. to unhon ne, hazrat umar ne kaha, us waqt phir unhon ne fipti ko bulaya aur kaha, "yeh koda lo, sharif zade ko maro." kyunki jab usne mara tha na, to usne kaha tha, "main sharifon ki aulad hoon." yani tum, tumhari himmat kaise padi ki tumne apna ghoda aage kar diya?</w:t>
      </w:r>
      <w:r>
        <w:br/>
      </w:r>
      <w:r>
        <w:rPr>
          <w:sz w:val="20"/>
        </w:rPr>
        <w:t>33:40  to wahi hazrat umar ne kaha, "yeh koda lo, sharif</w:t>
      </w:r>
    </w:p>
    <w:p>
      <w:pPr>
        <w:pStyle w:val="Heading2"/>
      </w:pPr>
      <w:r>
        <w:t>Adam's story: humanity's only enemy is Satan, not people</w:t>
      </w:r>
    </w:p>
    <w:p>
      <w:r>
        <w:rPr>
          <w:color w:val="666666"/>
          <w:sz w:val="18"/>
        </w:rPr>
        <w:t>The Prophetic Guidance February 18, 2007 · 4m 23s · at 49:08 · https://youtu.be/5K7MiAVqNNA?t=2948</w:t>
      </w:r>
    </w:p>
    <w:p>
      <w:r>
        <w:rPr>
          <w:i/>
        </w:rPr>
        <w:t>“Khuda ne Adam ko peda kar ke jannat mein rakha”</w:t>
      </w:r>
    </w:p>
    <w:p>
      <w:r>
        <w:rPr>
          <w:sz w:val="20"/>
        </w:rPr>
        <w:t>49:08  sab se pehle insan the adam aur woh pehle nabi bhi thay. un ke haan aik bohat bari misaal hamare liye hai.</w:t>
      </w:r>
      <w:r>
        <w:br/>
      </w:r>
      <w:r>
        <w:rPr>
          <w:sz w:val="20"/>
        </w:rPr>
        <w:t>49:18  woh kya hai? woh yeh hai ke aap jante hain ke quran mein jo un ka qissa bataya gaya hai bible mein bataya gaya hai. ke khuda ne paida kar ke unhein jannat mein rakha.</w:t>
      </w:r>
      <w:r>
        <w:br/>
      </w:r>
      <w:r>
        <w:rPr>
          <w:sz w:val="20"/>
        </w:rPr>
        <w:t>49:31  phir un se aik ghalati hui. ke mamnoo'a darakht ka phaal kha liya unhon ne.</w:t>
      </w:r>
      <w:r>
        <w:br/>
      </w:r>
      <w:r>
        <w:rPr>
          <w:sz w:val="20"/>
        </w:rPr>
        <w:t>49:37  toh unhein jannat se nikaal diya gaya dunya mein bhej diya gaya. aur yeh kaha gaya ke ba'azukum liba'adun 'adu woh shaitan ke behkawe se unhon ne khaya tha us ko.</w:t>
      </w:r>
      <w:r>
        <w:br/>
      </w:r>
      <w:r>
        <w:rPr>
          <w:sz w:val="20"/>
        </w:rPr>
        <w:t>49:47  ba'azukum liba'adun 'adu yaani insan aur aur insan aur shaitan aik doosre ke dushman hon ge. yeh aik bohat bari baat hai.</w:t>
      </w:r>
      <w:r>
        <w:br/>
      </w:r>
      <w:r>
        <w:rPr>
          <w:sz w:val="20"/>
        </w:rPr>
        <w:t>49:58  hamare dushman na toh hindu hain na isai hain na jo hain na amriki hain. koi dushman hamara nahi hai dushman hamara shaitan hai.</w:t>
      </w:r>
      <w:r>
        <w:br/>
      </w:r>
      <w:r>
        <w:rPr>
          <w:sz w:val="20"/>
        </w:rPr>
        <w:t>50:09  yeh kitni bari baat hai. saare musalman dunya bhar ke musalman kya samajhte hain? inhi logon ko dushman samajhte hain. inhi logon ko dushman samajhte hain.</w:t>
      </w:r>
      <w:r>
        <w:br/>
      </w:r>
      <w:r>
        <w:rPr>
          <w:sz w:val="20"/>
        </w:rPr>
        <w:t>50:19  koi samajhta hai ke hindu dushman hai koi samajhta hai ke rss dushman hai bjp dushman hai koi samajhta hai. koi yahoodi ko samajhta hai koi american ko samajhta hai.</w:t>
      </w:r>
      <w:r>
        <w:br/>
      </w:r>
      <w:r>
        <w:rPr>
          <w:sz w:val="20"/>
        </w:rPr>
        <w:t>50:29  sab jhooti baatein hain. koi hamara dushman nahi hai. hamare dushman kaun hai? shaitan hai. ba'azukum liba'adun 'adu kitni bari baat hai jo hazrat adam ki zindagi mein milti hai humein.</w:t>
      </w:r>
      <w:r>
        <w:br/>
      </w:r>
      <w:r>
        <w:rPr>
          <w:sz w:val="20"/>
        </w:rPr>
        <w:t>50:41  tumhara koi dushman nahi hai.</w:t>
      </w:r>
      <w:r>
        <w:br/>
      </w:r>
      <w:r>
        <w:rPr>
          <w:sz w:val="20"/>
        </w:rPr>
        <w:t>50:44  sab tumhare dost hain. sab hamare dost hain. yaani itni bari baat hai ke is se aik aap ko universal concept milta hai aap ko.</w:t>
      </w:r>
      <w:r>
        <w:br/>
      </w:r>
      <w:r>
        <w:rPr>
          <w:sz w:val="20"/>
        </w:rPr>
        <w:t>50:57  saare insan ko aap apna dost samajhne lagte hain. saare insan ko apna samajhne lagte hain. dekh aur suno ka concept khatm ho jata hai.</w:t>
      </w:r>
      <w:r>
        <w:br/>
      </w:r>
      <w:r>
        <w:rPr>
          <w:sz w:val="20"/>
        </w:rPr>
        <w:t>51:06  sirf shaitan ke muamle mein banta hai muamla aap ka. ke shaitan se aap ka muqabla hai jo behkata hai jo munharif karta hai sachai se.</w:t>
      </w:r>
      <w:r>
        <w:br/>
      </w:r>
      <w:r>
        <w:rPr>
          <w:sz w:val="20"/>
        </w:rPr>
        <w:t>51:16  dekhein yeh nabi adam kahan hain misaal hai. kitna bara misaal hai yeh. ke kisi ko dushman na samjho.</w:t>
      </w:r>
      <w:r>
        <w:br/>
      </w:r>
      <w:r>
        <w:rPr>
          <w:sz w:val="20"/>
        </w:rPr>
        <w:t>51:25  dushman samajhna toh shaitan ko dushman samjho. kya aap samajhte hain ke is se bari baat koi ho sakti hai?</w:t>
      </w:r>
      <w:r>
        <w:br/>
      </w:r>
      <w:r>
        <w:rPr>
          <w:sz w:val="20"/>
        </w:rPr>
        <w:t>51:34  jab se mujhe daryaft hui hai. saari dunya se mere dil mein pyar ka samandar beh raha hai. samandar. mere dil mein kisi ke liye nafrat nahi hai.</w:t>
      </w:r>
      <w:r>
        <w:br/>
      </w:r>
      <w:r>
        <w:rPr>
          <w:sz w:val="20"/>
        </w:rPr>
        <w:t>51:44  kisi ke liye nafrat nahi hai. chahe hindu ho chahe rss ho chahe bjp ho ya congress ho. chahe america ho europe ho yahoodi hon isai hon.</w:t>
      </w:r>
      <w:r>
        <w:br/>
      </w:r>
      <w:r>
        <w:rPr>
          <w:sz w:val="20"/>
        </w:rPr>
        <w:t>51:54  sab ke liye mere dil mein pyar ka samandar beh raha hai. kyun? dushman mere yeh log nahi hain. mera dushman shaitan hai jo behkata hai.</w:t>
      </w:r>
      <w:r>
        <w:br/>
      </w:r>
      <w:r>
        <w:rPr>
          <w:sz w:val="20"/>
        </w:rPr>
        <w:t>52:04  ba'azukum liba'adun 'adu yeh allah taala ne kaha tha adam se. ke aey adam dunya mein jao baso wahan tumhare liye shaitan se muqabla rahe ga.</w:t>
      </w:r>
      <w:r>
        <w:br/>
      </w:r>
      <w:r>
        <w:rPr>
          <w:sz w:val="20"/>
        </w:rPr>
        <w:t>52:15  shaitan se muqabla rahe ga. tum aur shaitan aik doosre ka dushman raho ge. kitni bari baat hai jo hazrat adam ki zindagi mein maujood hai.</w:t>
      </w:r>
      <w:r>
        <w:br/>
      </w:r>
      <w:r>
        <w:rPr>
          <w:sz w:val="20"/>
        </w:rPr>
        <w:t>52:28  aur is ko bhula kar ke hum dunya bhar ko apna dushman samjhe hue hain. toh pyar se mehroom hain. ab bataiye? insaniyat ke liye pyar nahi hamare dil mein.</w:t>
      </w:r>
      <w:r>
        <w:br/>
      </w:r>
      <w:r>
        <w:rPr>
          <w:sz w:val="20"/>
        </w:rPr>
        <w:t>52:39  main ne bohat musalmanon se zindagi bhar mulaqatein hui hain meri yahan se le ke europe america saari dunya mein arab. sab ke dil mein nafratein bhari hui</w:t>
      </w:r>
      <w:r>
        <w:br/>
      </w:r>
      <w:r>
        <w:rPr>
          <w:sz w:val="20"/>
        </w:rPr>
        <w:t>52:48  hain. yaani pyar ki mithas se log mehroom hain. kaisi meethi cheez hai pyar. kaisi meethi cheez hai pyar.</w:t>
      </w:r>
      <w:r>
        <w:br/>
      </w:r>
      <w:r>
        <w:rPr>
          <w:sz w:val="20"/>
        </w:rPr>
        <w:t>52:57  insan se pyar karna. is se zyada mithas kisi cheez mein nahi hai. koi bhi mithas ki doosri cheez hai jo bikti hai bazaron mein is se million guna zyada bari mithas yeh hai ke aap ko insan se pyar ho insan se mohabbat ho.</w:t>
      </w:r>
      <w:r>
        <w:br/>
      </w:r>
      <w:r>
        <w:rPr>
          <w:sz w:val="20"/>
        </w:rPr>
        <w:t>53:16  lekin is se mehroom hain musalman. kyunke woh jo sabak diya tha hazrat adam ke zamaney mein. ke dushman tumhara insan nahi hai dushman tumhara shaitan hai.</w:t>
      </w:r>
      <w:r>
        <w:br/>
      </w:r>
      <w:r>
        <w:rPr>
          <w:sz w:val="20"/>
        </w:rPr>
        <w:t>53:26  kitni bari baat hai bataiye. is se bari baat koi ho sakti hai?</w:t>
      </w:r>
    </w:p>
    <w:p>
      <w:pPr>
        <w:pStyle w:val="Heading2"/>
      </w:pPr>
      <w:r>
        <w:t>Moses asked God not to take away reason</w:t>
      </w:r>
    </w:p>
    <w:p>
      <w:r>
        <w:rPr>
          <w:color w:val="666666"/>
          <w:sz w:val="18"/>
        </w:rPr>
        <w:t>Islam and Reason | October 19, 2008 · 30s · at 1:44 · https://youtu.be/fonwQAw1vCw?t=104</w:t>
      </w:r>
    </w:p>
    <w:p>
      <w:r>
        <w:rPr>
          <w:i/>
        </w:rPr>
        <w:t>“There is a story that Moses said to God”</w:t>
      </w:r>
    </w:p>
    <w:p>
      <w:r>
        <w:rPr>
          <w:sz w:val="20"/>
        </w:rPr>
        <w:t>1:44  to is mein se aik qissa yeh hai ke hazrat musa ne jo khuda ke peghambar the aur</w:t>
      </w:r>
      <w:r>
        <w:br/>
      </w:r>
      <w:r>
        <w:rPr>
          <w:sz w:val="20"/>
        </w:rPr>
        <w:t>1:52  yehudi logon mein aaye woh to unhon ne khuda se kaha ke aye khuda tu meri qom se</w:t>
      </w:r>
      <w:r>
        <w:br/>
      </w:r>
      <w:r>
        <w:rPr>
          <w:sz w:val="20"/>
        </w:rPr>
        <w:t>2:00  har cheez chheenna magar aik cheez mat chheenna.</w:t>
      </w:r>
      <w:r>
        <w:br/>
      </w:r>
      <w:r>
        <w:rPr>
          <w:sz w:val="20"/>
        </w:rPr>
        <w:t>2:07  woh hai aql</w:t>
      </w:r>
    </w:p>
    <w:p>
      <w:pPr>
        <w:pStyle w:val="Heading2"/>
      </w:pPr>
      <w:r>
        <w:t>the symbolic meaning behind Ibrahim's sacrifice dream</w:t>
      </w:r>
    </w:p>
    <w:p>
      <w:r>
        <w:rPr>
          <w:color w:val="666666"/>
          <w:sz w:val="18"/>
        </w:rPr>
        <w:t>Historical Aspects of Hajj November 1, 2008 · 1m 40s · at 29:57 · https://youtu.be/-cHslxrgNeE?t=1797</w:t>
      </w:r>
    </w:p>
    <w:p>
      <w:r>
        <w:rPr>
          <w:i/>
        </w:rPr>
        <w:t>“Us khwab ka matlab kya tha? Yeh tamsili khwab tha”</w:t>
      </w:r>
    </w:p>
    <w:p>
      <w:r>
        <w:rPr>
          <w:sz w:val="20"/>
        </w:rPr>
        <w:t>29:57  itna hi tak bas is se aagay nahi.</w:t>
      </w:r>
      <w:r>
        <w:br/>
      </w:r>
      <w:r>
        <w:rPr>
          <w:sz w:val="20"/>
        </w:rPr>
        <w:t>30:01  is ka matlab kya tha? dekhen is khwab jo dikhaya gaya tha woh tamseeli khwab tha haqeeqi khwab nahi tha woh.</w:t>
      </w:r>
      <w:r>
        <w:br/>
      </w:r>
      <w:r>
        <w:rPr>
          <w:sz w:val="20"/>
        </w:rPr>
        <w:t>30:11  yani matlab yeh nahi tha ke sach poochi gardan kaat do is ki.</w:t>
      </w:r>
      <w:r>
        <w:br/>
      </w:r>
      <w:r>
        <w:rPr>
          <w:sz w:val="20"/>
        </w:rPr>
        <w:t>30:15  matlab yeh nahi tha. matlab yeh tha ke jo mission tha toheed ka mission jis mein unhein apne aap ko dedicate karna tha. to us ko dikhaya gaya tamseel ke roop mein ke is mission ke liye aik aisay area mein kaam karna hai jahan desert hi desert hai.</w:t>
      </w:r>
      <w:r>
        <w:br/>
      </w:r>
      <w:r>
        <w:rPr>
          <w:sz w:val="20"/>
        </w:rPr>
        <w:t>30:33  jahan zindagi ke saman nahi. aur insan ko chun chun kar nikalna hai.</w:t>
      </w:r>
      <w:r>
        <w:br/>
      </w:r>
      <w:r>
        <w:rPr>
          <w:sz w:val="20"/>
        </w:rPr>
        <w:t>30:42  insanon se aik team banana hai.</w:t>
      </w:r>
      <w:r>
        <w:br/>
      </w:r>
      <w:r>
        <w:rPr>
          <w:sz w:val="20"/>
        </w:rPr>
        <w:t>30:45  yeh bohat hi mushkil kaam. to us ke liye desert mein basaya gaya tha kyunke jo us zamanay ke jo mutamaddin shehar thay civilized wahan pe yeh kaam ho nahi sakta tha wahan.</w:t>
      </w:r>
      <w:r>
        <w:br/>
      </w:r>
      <w:r>
        <w:rPr>
          <w:sz w:val="20"/>
        </w:rPr>
        <w:t>31:00  to itnay aap ghor kijiye ke desert mein rehna yeh to yeh to zibah se se bhi ziyada sakht hai. to desert mein rehne ki tamseel thi zibah.</w:t>
      </w:r>
      <w:r>
        <w:br/>
      </w:r>
      <w:r>
        <w:rPr>
          <w:sz w:val="20"/>
        </w:rPr>
        <w:t>31:15  yeh matlab hai is ka. yani haqeeqi zibah murad nahi tha balkay tamseeli zibah murad tha. aur woh hazrat ibrahim ne kiya hazrat ismail ne kiya.</w:t>
      </w:r>
      <w:r>
        <w:br/>
      </w:r>
      <w:r>
        <w:rPr>
          <w:sz w:val="20"/>
        </w:rPr>
        <w:t>31:24  aur isi ke zibhi isi isi isi isi qurbani ke nateejay mein yeh hua ke phir toheed ka inqilab barpa hua. process ke roop mein.</w:t>
      </w:r>
    </w:p>
    <w:p>
      <w:pPr>
        <w:pStyle w:val="Heading2"/>
      </w:pPr>
      <w:r>
        <w:t>Lesser evil principle and communal riots</w:t>
      </w:r>
    </w:p>
    <w:p>
      <w:r>
        <w:rPr>
          <w:color w:val="666666"/>
          <w:sz w:val="18"/>
        </w:rPr>
        <w:t>Scientific Way of Thinking July 22, 2007 · 4m 07s · at 54:14 · https://youtu.be/HxIschrKj7s?t=3254</w:t>
      </w:r>
    </w:p>
    <w:p>
      <w:r>
        <w:rPr>
          <w:i/>
        </w:rPr>
        <w:t>“I found a hadith about lesser evil.”</w:t>
      </w:r>
    </w:p>
    <w:p>
      <w:r>
        <w:rPr>
          <w:sz w:val="20"/>
        </w:rPr>
        <w:t>54:14  to ek hadith mujhe mili. is hadith ke khilaf hai yeh sara kaam jo kiya logon ne</w:t>
      </w:r>
      <w:r>
        <w:br/>
      </w:r>
      <w:r>
        <w:rPr>
          <w:sz w:val="20"/>
        </w:rPr>
        <w:t>54:21  . woh hadith yeh hai ke man layarzi bil qaleel mimma yati bihi safi hu yazi bil kaseer yani jo aadmi nadan ke chhote shar ko bardasht nahi karega us ko nadan ke bade shar ko bardasht karna padega.</w:t>
      </w:r>
      <w:r>
        <w:br/>
      </w:r>
      <w:r>
        <w:rPr>
          <w:sz w:val="20"/>
        </w:rPr>
        <w:t>54:46  yani is duniya mein jo choice aap ke liye hai</w:t>
      </w:r>
      <w:r>
        <w:br/>
      </w:r>
      <w:r>
        <w:rPr>
          <w:sz w:val="20"/>
        </w:rPr>
        <w:t>54:49  wo lesser evil aur greater evil ke beech mein hai. all good aur all bad ke beech mein nahi hai. to aap ko lesser evil ko bardasht karna padega.</w:t>
      </w:r>
      <w:r>
        <w:br/>
      </w:r>
      <w:r>
        <w:rPr>
          <w:sz w:val="20"/>
        </w:rPr>
        <w:t>55:01  warna kya hoga? greater evil aap ke samne ayega. mislan jalse mein aap nara ko bardasht karna padega. taake riot na ho.</w:t>
      </w:r>
      <w:r>
        <w:br/>
      </w:r>
      <w:r>
        <w:rPr>
          <w:sz w:val="20"/>
        </w:rPr>
        <w:t>55:11  aap ko loudspeaker ka bhajan jo hai bardasht karna padega. taake riot na ho.</w:t>
      </w:r>
      <w:r>
        <w:br/>
      </w:r>
      <w:r>
        <w:rPr>
          <w:sz w:val="20"/>
        </w:rPr>
        <w:t>55:17  aap ko route woh na badlein is ko bardasht karna padega. taake riot na ho. to chhoti chhoti cheezon par musalman lad jaate hain aur is se fasad hota hai.</w:t>
      </w:r>
      <w:r>
        <w:br/>
      </w:r>
      <w:r>
        <w:rPr>
          <w:sz w:val="20"/>
        </w:rPr>
        <w:t>55:27  aaj kal nahi lad rahe, aaj kal fasad ho bhi nahi raha hai. aaj kal musalman jo hain thak kar ke ab avoid kar rahe hain. 50 baras tak khwamkhwah fasad hota raha, riot hote rahe, ab ja kar ke woh thama hai kyunke ab unhone is is par amal karna shuru kiya.</w:t>
      </w:r>
      <w:r>
        <w:br/>
      </w:r>
      <w:r>
        <w:rPr>
          <w:sz w:val="20"/>
        </w:rPr>
        <w:t>55:46  main barabar is par akhbar mein, radio mein, TV mein is par koshish karta raha. ab logon ki samajh mein aayi hai yeh baat. to dekhiye ab yahan par bhi wahi baat hai ke</w:t>
      </w:r>
      <w:r>
        <w:br/>
      </w:r>
      <w:r>
        <w:rPr>
          <w:sz w:val="20"/>
        </w:rPr>
        <w:t>56:01  ek hai rasool Allah ka tareeqa aur ek hai aaj kal ke musalmanon ka tareeqa. rasool Allah farma rahe hain ke chhote lesser evil ko bardasht karo.</w:t>
      </w:r>
      <w:r>
        <w:br/>
      </w:r>
      <w:r>
        <w:rPr>
          <w:sz w:val="20"/>
        </w:rPr>
        <w:t>56:14  warna tum ko greater evil ko bardasht karna padega. achha musalman kya keh rahe hain? nahi hum to lesser evil ko bardasht nahi karenge. hum to nara bardasht nahi karenge, hum to route bardasht nahi karenge, hum to bhajan bardasht nahi karenge.</w:t>
      </w:r>
      <w:r>
        <w:br/>
      </w:r>
      <w:r>
        <w:rPr>
          <w:sz w:val="20"/>
        </w:rPr>
        <w:t>56:28  to phir riot bardasht karo phir. khoon behega, ghar jalaye jayenge. ab do namune hain.</w:t>
      </w:r>
      <w:r>
        <w:br/>
      </w:r>
      <w:r>
        <w:rPr>
          <w:sz w:val="20"/>
        </w:rPr>
        <w:t>56:36  ek rasool Allah ka bataya hua, ek musalmanon ka.</w:t>
      </w:r>
      <w:r>
        <w:br/>
      </w:r>
      <w:r>
        <w:rPr>
          <w:sz w:val="20"/>
        </w:rPr>
        <w:t>56:39  to yahan kya hoga? musalmanon ka tareeqa radd ho jayega, reject ho jayega. kyunke woh is ke khilaf hai. is tarah se aap jab mutala karen to aap samjhen ke Islam kya hai aur musalman jo pesh kar rahe hain Islam woh kya hai.</w:t>
      </w:r>
      <w:r>
        <w:br/>
      </w:r>
      <w:r>
        <w:rPr>
          <w:sz w:val="20"/>
        </w:rPr>
        <w:t>56:58  yesu ko main kaha karta hoon ke you have to differentiate between Islam and Muslims</w:t>
      </w:r>
      <w:r>
        <w:br/>
      </w:r>
      <w:r>
        <w:rPr>
          <w:sz w:val="20"/>
        </w:rPr>
        <w:t>57:03  . to rasool Allah jo bata rahe hain woh yeh bata rahe hain ke kisi bhi samaj mein chhote chhote evils to hote rahenge. is ko avoid karo.</w:t>
      </w:r>
      <w:r>
        <w:br/>
      </w:r>
      <w:r>
        <w:rPr>
          <w:sz w:val="20"/>
        </w:rPr>
        <w:t>57:14  yeh to law of nature hai. aadmi apni azadi ko misuse karega. kuchh na kuchh to hoga. to tum ko chahiye ke lesser evil ko avoid karo.</w:t>
      </w:r>
      <w:r>
        <w:br/>
      </w:r>
      <w:r>
        <w:rPr>
          <w:sz w:val="20"/>
        </w:rPr>
        <w:t>57:26  agar avoid nahin karoge to kya hoga? phir tum ko greater evil samne aayega.</w:t>
      </w:r>
      <w:r>
        <w:br/>
      </w:r>
      <w:r>
        <w:rPr>
          <w:sz w:val="20"/>
        </w:rPr>
        <w:t>57:33  ab yeh jo musalmanon mein jo namuna aap dekhte rahe hain woh namuna mein is ko kehta hoon ke woh rejected namuna. woh Islam nahin hai woh.</w:t>
      </w:r>
      <w:r>
        <w:br/>
      </w:r>
      <w:r>
        <w:rPr>
          <w:sz w:val="20"/>
        </w:rPr>
        <w:t>57:43  is se aap nahin samajh sakte ke yeh Islam hai. Islam woh hai jo jis ka namuna rasool Allah ke haan hai.</w:t>
      </w:r>
      <w:r>
        <w:br/>
      </w:r>
      <w:r>
        <w:rPr>
          <w:sz w:val="20"/>
        </w:rPr>
        <w:t>57:54  to is tarah se</w:t>
      </w:r>
      <w:r>
        <w:br/>
      </w:r>
      <w:r>
        <w:rPr>
          <w:sz w:val="20"/>
        </w:rPr>
        <w:t>57:59  aap Islam ka ko agar aap ko samajhna hai to aap ko is tarah se compare kar ke samajhna hoga.</w:t>
      </w:r>
      <w:r>
        <w:br/>
      </w:r>
      <w:r>
        <w:rPr>
          <w:sz w:val="20"/>
        </w:rPr>
        <w:t>58:17  warna Islam ko aap sahi nahin samajh sakte.</w:t>
      </w:r>
    </w:p>
    <w:p>
      <w:pPr>
        <w:pStyle w:val="Heading2"/>
      </w:pPr>
      <w:r>
        <w:t>Why fight when people ask you for your books</w:t>
      </w:r>
    </w:p>
    <w:p>
      <w:r>
        <w:rPr>
          <w:color w:val="666666"/>
          <w:sz w:val="18"/>
        </w:rPr>
        <w:t>Ijtihad in Islam December 28, 2008 · 27s · at 1:31:32 · https://youtu.be/tQL9OXuyYFk?t=5492</w:t>
      </w:r>
    </w:p>
    <w:p>
      <w:r>
        <w:rPr>
          <w:i/>
        </w:rPr>
        <w:t>“Khud madu keh raha hai: hamein kitabein do”</w:t>
      </w:r>
    </w:p>
    <w:p>
      <w:r>
        <w:rPr>
          <w:sz w:val="20"/>
        </w:rPr>
        <w:t>1:31:32  khoob da'wah hai kaam kijiye, khoob kijiye. abhi mujhe jo bataya qissa mein ne saara kaha, saare Hindu aakar kehte hain ke hamein kitab do, hamein kitab do, Quran do, hamein Islami kitab do, hum janna chahte hain ke Islam kya hai.</w:t>
      </w:r>
      <w:r>
        <w:br/>
      </w:r>
      <w:r>
        <w:rPr>
          <w:sz w:val="20"/>
        </w:rPr>
        <w:t>1:31:46  yeh bataiye, khud da'wah jo hai, aap se aakar mang raha hai ke hamein kitabein do. to ladein kis liye? aap kis liye ladenge? bhai, aap kis liye ladenge?</w:t>
      </w:r>
      <w:r>
        <w:br/>
      </w:r>
      <w:r>
        <w:rPr>
          <w:sz w:val="20"/>
        </w:rPr>
        <w:t>1:31:55  aap bataiye, kis liye gardanein kaatein ge?</w:t>
      </w:r>
    </w:p>
    <w:p>
      <w:pPr>
        <w:pStyle w:val="Heading2"/>
      </w:pPr>
      <w:r>
        <w:t>You know what we didn't know</w:t>
      </w:r>
    </w:p>
    <w:p>
      <w:r>
        <w:rPr>
          <w:color w:val="666666"/>
          <w:sz w:val="18"/>
        </w:rPr>
        <w:t>Team Spirit, November 29, 2013 · 1m 19s · at 9:09 · https://youtu.be/HPOCgCN5A7U?t=549</w:t>
      </w:r>
    </w:p>
    <w:p>
      <w:r>
        <w:rPr>
          <w:i/>
        </w:rPr>
        <w:t>“Hum toh jaan na paaye, lekin tum toh jaan paaye.”</w:t>
      </w:r>
    </w:p>
    <w:p>
      <w:r>
        <w:rPr>
          <w:sz w:val="20"/>
        </w:rPr>
        <w:t>9:09  sirf ek Allah ki ibadat karo".</w:t>
      </w:r>
      <w:r>
        <w:br/>
      </w:r>
      <w:r>
        <w:rPr>
          <w:sz w:val="20"/>
        </w:rPr>
        <w:t>9:16  yeh jazba tha sahaba aur tabai'een ne.</w:t>
      </w:r>
      <w:r>
        <w:br/>
      </w:r>
      <w:r>
        <w:rPr>
          <w:sz w:val="20"/>
        </w:rPr>
        <w:t>9:23  to aaj jab ke maloom ho chuka hai ke atlantic ke upar, is par, us par kya hai,</w:t>
      </w:r>
      <w:r>
        <w:br/>
      </w:r>
      <w:r>
        <w:rPr>
          <w:sz w:val="20"/>
        </w:rPr>
        <w:t>9:30  jab maloom ho chuka hai ke ke woh bahar-e-kuhal ke is par kya hai, Asia ke baad kya</w:t>
      </w:r>
      <w:r>
        <w:br/>
      </w:r>
      <w:r>
        <w:rPr>
          <w:sz w:val="20"/>
        </w:rPr>
        <w:t>9:37  hai, Africa ke baad kya hai, sab kuch aaj maloom ho chuka hai.</w:t>
      </w:r>
      <w:r>
        <w:br/>
      </w:r>
      <w:r>
        <w:rPr>
          <w:sz w:val="20"/>
        </w:rPr>
        <w:t>9:44  to ab woh tabai ki awaz sari ummat-e-muslima ko ko pukar rahi hai.</w:t>
      </w:r>
      <w:r>
        <w:br/>
      </w:r>
      <w:r>
        <w:rPr>
          <w:sz w:val="20"/>
        </w:rPr>
        <w:t>9:51  tabai ki awaz sari ummat-e-muslima pukar rahi hai ke: "dekho!</w:t>
      </w:r>
      <w:r>
        <w:br/>
      </w:r>
      <w:r>
        <w:rPr>
          <w:sz w:val="20"/>
        </w:rPr>
        <w:t>9:58  Hum to jaan nahi paye thay ke idhar hai kya, lekin tum to jaan paye ho. Jo kaha hum na kar sake, woh tum karo". Woh Tab'i aur un ke saathi jo da'wati jazbe ke tehat pahunche thay Atlantic ke saahil par, aur yeh awaaz, yeh alfaaz bolay thay, woh awaaz fiza mein goonj rahi hai: "Ae ummat Muslimah!"</w:t>
      </w:r>
      <w:r>
        <w:br/>
      </w:r>
      <w:r>
        <w:rPr>
          <w:sz w:val="20"/>
        </w:rPr>
        <w:t>10:28  hum to be khabar the, is liye hum sare alam mein nahi pohncha sake.</w:t>
      </w:r>
    </w:p>
    <w:p>
      <w:pPr>
        <w:pStyle w:val="Heading2"/>
      </w:pPr>
      <w:r>
        <w:t>Two inner forces: conscience (angel) versus ego (Satan)</w:t>
      </w:r>
    </w:p>
    <w:p>
      <w:r>
        <w:rPr>
          <w:color w:val="666666"/>
          <w:sz w:val="18"/>
        </w:rPr>
        <w:t>Living with Angels April 11, 2010 · 2m 07s · at 1:38 · https://youtu.be/u-SHIRgBE6M?t=98</w:t>
      </w:r>
    </w:p>
    <w:p>
      <w:r>
        <w:rPr>
          <w:i/>
        </w:rPr>
        <w:t>“Allah ne insan ke andar do taaqaten rakhi hain.”</w:t>
      </w:r>
    </w:p>
    <w:p>
      <w:r>
        <w:rPr>
          <w:sz w:val="20"/>
        </w:rPr>
        <w:t>1:38  Dekhein, Allah taala ne insaan ko jo banaya hai, to is ke andar do taqatein rakhi hain.</w:t>
      </w:r>
      <w:r>
        <w:br/>
      </w:r>
      <w:r>
        <w:rPr>
          <w:sz w:val="20"/>
        </w:rPr>
        <w:t>1:45  Aik ko Quran mein kaha gaya hai "Nafs-e-Lawwamah". Aik ko kaha gaya hai "Nafs-e-Ammarah". Nafs-e-Lawwamah ka matlab hai conscience.</w:t>
      </w:r>
      <w:r>
        <w:br/>
      </w:r>
      <w:r>
        <w:rPr>
          <w:sz w:val="20"/>
        </w:rPr>
        <w:t>1:58  Nafs-e-Ammarah ka matlab hai ego.</w:t>
      </w:r>
      <w:r>
        <w:br/>
      </w:r>
      <w:r>
        <w:rPr>
          <w:sz w:val="20"/>
        </w:rPr>
        <w:t>2:02  To dekhein, Nafs-e-Lawwamah ya conscience, yeh entry point hai angels ka, farishte ka.</w:t>
      </w:r>
      <w:r>
        <w:br/>
      </w:r>
      <w:r>
        <w:rPr>
          <w:sz w:val="20"/>
        </w:rPr>
        <w:t>2:16  Aur ego ya Nafs-e-Ammarah, yeh entry point hai Shaitan ka.</w:t>
      </w:r>
      <w:r>
        <w:br/>
      </w:r>
      <w:r>
        <w:rPr>
          <w:sz w:val="20"/>
        </w:rPr>
        <w:t>2:27  Har waqt do khirkiyan aadmi ke andar khuli hui hain.</w:t>
      </w:r>
      <w:r>
        <w:br/>
      </w:r>
      <w:r>
        <w:rPr>
          <w:sz w:val="20"/>
        </w:rPr>
        <w:t>2:32  Woh khuli rahengi, lekin test hai woh. Kisi ka is mein koi exception nahi. Sab ke liye khuli rahti hain. Aap subah shaam tahajjud parhein, raat din roza rakhein, to is se farq nahi parta.</w:t>
      </w:r>
      <w:r>
        <w:br/>
      </w:r>
      <w:r>
        <w:rPr>
          <w:sz w:val="20"/>
        </w:rPr>
        <w:t>2:49  Raat din Quran ko parhein, tab bhi is se farq nahi parta. Yeh dono entry point baharhal rahengi. Woh band nahi honge kabhi bhi.</w:t>
      </w:r>
      <w:r>
        <w:br/>
      </w:r>
      <w:r>
        <w:rPr>
          <w:sz w:val="20"/>
        </w:rPr>
        <w:t>2:58  Aur har waqt aap ko chaukanna rehna hai.</w:t>
      </w:r>
      <w:r>
        <w:br/>
      </w:r>
      <w:r>
        <w:rPr>
          <w:sz w:val="20"/>
        </w:rPr>
        <w:t>3:02  Har waqt chaukanna rehna hai. Har waqt Shaitan is intezar mein hai ke kab mauqa mile, aur jo entry point aap ke andar hai, Shaitan ke liye, is mein ghus jaye woh.</w:t>
      </w:r>
      <w:r>
        <w:br/>
      </w:r>
      <w:r>
        <w:rPr>
          <w:sz w:val="20"/>
        </w:rPr>
        <w:t>3:13  Aap ko behkaye. To yeh to ab angels hain. Lekin aap, is mamle mein aap kam 50% hain.</w:t>
      </w:r>
      <w:r>
        <w:br/>
      </w:r>
      <w:r>
        <w:rPr>
          <w:sz w:val="20"/>
        </w:rPr>
        <w:t>3:22  Angels kam 50% hain. Angels aap ko zabardasti kuch nahi karenge. Aap mauqa denge, tab woh karenge.</w:t>
      </w:r>
      <w:r>
        <w:br/>
      </w:r>
      <w:r>
        <w:rPr>
          <w:sz w:val="20"/>
        </w:rPr>
        <w:t>3:33  Jisko kehte hain counseling. To do counseling ke beech mein insaan hai. Do mushiron ke beech mein. Aik mushir Shaitan ka, aik mushir farishte ka.</w:t>
      </w:r>
    </w:p>
    <w:p>
      <w:pPr>
        <w:pStyle w:val="Heading2"/>
      </w:pPr>
      <w:r>
        <w:t>The meaning of Labbaik and the pledge</w:t>
      </w:r>
    </w:p>
    <w:p>
      <w:r>
        <w:rPr>
          <w:color w:val="666666"/>
          <w:sz w:val="18"/>
        </w:rPr>
        <w:t>The Revival of Ibrahimi Mission-28th October 2012 · 20m 05s · at 24:33 · https://youtu.be/kniEYfMCz9w?t=1473</w:t>
      </w:r>
    </w:p>
    <w:p>
      <w:r>
        <w:rPr>
          <w:i/>
        </w:rPr>
        <w:t>“I am present, O Allah!”</w:t>
      </w:r>
    </w:p>
    <w:p>
      <w:r>
        <w:rPr>
          <w:sz w:val="20"/>
        </w:rPr>
        <w:t>24:33  Main hazir hoon. Aey Allah!</w:t>
      </w:r>
      <w:r>
        <w:br/>
      </w:r>
      <w:r>
        <w:rPr>
          <w:sz w:val="20"/>
        </w:rPr>
        <w:t>24:39  Main hazir hoon.</w:t>
      </w:r>
      <w:r>
        <w:br/>
      </w:r>
      <w:r>
        <w:rPr>
          <w:sz w:val="20"/>
        </w:rPr>
        <w:t>24:46  To hazir kis baat ke liye? Hazir kis baat ke liye? Is baat ke liye ke Allah ke</w:t>
      </w:r>
      <w:r>
        <w:br/>
      </w:r>
      <w:r>
        <w:rPr>
          <w:sz w:val="20"/>
        </w:rPr>
        <w:t>24:53  Paighambar ne jo mission diya tha, wo mission khatam nahi ho gaya.</w:t>
      </w:r>
      <w:r>
        <w:br/>
      </w:r>
      <w:r>
        <w:rPr>
          <w:sz w:val="20"/>
        </w:rPr>
        <w:t>25:00  In ek lakh 24 hazar insanon par haji ye kehta hai ke aey Allah!</w:t>
      </w:r>
      <w:r>
        <w:br/>
      </w:r>
      <w:r>
        <w:rPr>
          <w:sz w:val="20"/>
        </w:rPr>
        <w:t>25:07  Main hazir hoon ke main dobara yahan ehad karoon ya parhez loon ke is mission ko main aage badhaunga.</w:t>
      </w:r>
      <w:r>
        <w:br/>
      </w:r>
      <w:r>
        <w:rPr>
          <w:sz w:val="20"/>
        </w:rPr>
        <w:t>25:14  Mission ruka nahi hai, is ka tasalsul jari hai, wo continue hai.</w:t>
      </w:r>
      <w:r>
        <w:br/>
      </w:r>
      <w:r>
        <w:rPr>
          <w:sz w:val="20"/>
        </w:rPr>
        <w:t>25:22  Ye hai matlab labbaik Allahumma labbaik ka.</w:t>
      </w:r>
      <w:r>
        <w:br/>
      </w:r>
      <w:r>
        <w:rPr>
          <w:sz w:val="20"/>
        </w:rPr>
        <w:t>25:30  To haj mein jo log jate hain, wo marasim ada karne nahi ate, balke Arafat ke maidan mein</w:t>
      </w:r>
      <w:r>
        <w:br/>
      </w:r>
      <w:r>
        <w:rPr>
          <w:sz w:val="20"/>
        </w:rPr>
        <w:t>25:38  jam ho kar goya ke dobara rasool ki awaz khud sunne ke liye jate hain.</w:t>
      </w:r>
      <w:r>
        <w:br/>
      </w:r>
      <w:r>
        <w:rPr>
          <w:sz w:val="20"/>
        </w:rPr>
        <w:t>25:46  mein jab yeh baatein soch raha hoon to aisa lagta hai ke woh awaz goonjti hui mujh tak</w:t>
      </w:r>
      <w:r>
        <w:br/>
      </w:r>
      <w:r>
        <w:rPr>
          <w:sz w:val="20"/>
        </w:rPr>
        <w:t>25:54  pehanch rahi thi.</w:t>
      </w:r>
      <w:r>
        <w:br/>
      </w:r>
      <w:r>
        <w:rPr>
          <w:sz w:val="20"/>
        </w:rPr>
        <w:t>26:02  rasool Allah jo awaz bole the, woh faza mein goonjti hui mujh tak pehanch rahi thi.</w:t>
      </w:r>
      <w:r>
        <w:br/>
      </w:r>
      <w:r>
        <w:rPr>
          <w:sz w:val="20"/>
        </w:rPr>
        <w:t>26:10  aur yeh keh rahi hai ke yeh mission seventh century 18 mein khatam nahi ho gaya, is ko pahunchna</w:t>
      </w:r>
      <w:r>
        <w:br/>
      </w:r>
      <w:r>
        <w:rPr>
          <w:sz w:val="20"/>
        </w:rPr>
        <w:t>26:18  hai 21 century tak.</w:t>
      </w:r>
      <w:r>
        <w:br/>
      </w:r>
      <w:r>
        <w:rPr>
          <w:sz w:val="20"/>
        </w:rPr>
        <w:t>26:26  to jab haji wahan jata hai to haqeeqatan woh yeh pledge lene ke liye jata hai. Pledge!</w:t>
      </w:r>
      <w:r>
        <w:br/>
      </w:r>
      <w:r>
        <w:rPr>
          <w:sz w:val="20"/>
        </w:rPr>
        <w:t>26:34  aisa kyun nahi hota ke haji lotte hain to woh mission zinda kyun nahi hota? Ibrahimi mission zinda</w:t>
      </w:r>
      <w:r>
        <w:br/>
      </w:r>
      <w:r>
        <w:rPr>
          <w:sz w:val="20"/>
        </w:rPr>
        <w:t>26:41  کیوں نہیں ہوتا؟ اس لیے کہ without preparation جاتے ہیں۔</w:t>
      </w:r>
      <w:r>
        <w:br/>
      </w:r>
      <w:r>
        <w:rPr>
          <w:sz w:val="20"/>
        </w:rPr>
        <w:t>26:48  وہ وہ prepared mind کے ساتھ وہاں نہیں جاتے۔</w:t>
      </w:r>
      <w:r>
        <w:br/>
      </w:r>
      <w:r>
        <w:rPr>
          <w:sz w:val="20"/>
        </w:rPr>
        <w:t>26:55  without preparation. Hajjis ko zaroorat hai ke bataya jaye ke tum jo ja rahe ho, kis liye</w:t>
      </w:r>
      <w:r>
        <w:br/>
      </w:r>
      <w:r>
        <w:rPr>
          <w:sz w:val="20"/>
        </w:rPr>
        <w:t>27:02  ja rahe ho.</w:t>
      </w:r>
      <w:r>
        <w:br/>
      </w:r>
      <w:r>
        <w:rPr>
          <w:sz w:val="20"/>
        </w:rPr>
        <w:t>27:09  un ko yeh ayat batai jaye Quran majeed ki jo Surah Al-Hajj mein hai ke jahidu fi Allah</w:t>
      </w:r>
      <w:r>
        <w:br/>
      </w:r>
      <w:r>
        <w:rPr>
          <w:sz w:val="20"/>
        </w:rPr>
        <w:t>27:16  haq jihadi ke jihad ka matlab kya hai? Yahan aage ke jo alfaaz hain, woh yeh hain ke</w:t>
      </w:r>
      <w:r>
        <w:br/>
      </w:r>
      <w:r>
        <w:rPr>
          <w:sz w:val="20"/>
        </w:rPr>
        <w:t>27:23  lakon al-rasool shaheeda alaikum wa takun al-shuhada al-nas ek aur jagah yahi ayat aayi hai, is mein yeh</w:t>
      </w:r>
      <w:r>
        <w:br/>
      </w:r>
      <w:r>
        <w:rPr>
          <w:sz w:val="20"/>
        </w:rPr>
        <w:t>27:30  alfaaz hain ke wa kadhalika ja'alnakum ummatan wasatan li takunu shuhada al-nas wa yakun al-rasool alaikum shaheeda dekhiye, wasat ke</w:t>
      </w:r>
      <w:r>
        <w:br/>
      </w:r>
      <w:r>
        <w:rPr>
          <w:sz w:val="20"/>
        </w:rPr>
        <w:t>27:37  ma'ani hote hain beech.</w:t>
      </w:r>
      <w:r>
        <w:br/>
      </w:r>
      <w:r>
        <w:rPr>
          <w:sz w:val="20"/>
        </w:rPr>
        <w:t>27:44  beech to paighambar jo tha, woh middle man bana Allah ke aur insano ke darmiyan.</w:t>
      </w:r>
      <w:r>
        <w:br/>
      </w:r>
      <w:r>
        <w:rPr>
          <w:sz w:val="20"/>
        </w:rPr>
        <w:t>27:51  Allah aur insano ke darmiyan paighambar middle man tha ke Allah se jo paigham mila, us ko insano tak pahunchaya.</w:t>
      </w:r>
      <w:r>
        <w:br/>
      </w:r>
      <w:r>
        <w:rPr>
          <w:sz w:val="20"/>
        </w:rPr>
        <w:t>27:58  ab yeh ummat middle ummat hai ke rasool se jo mila, us ko insano tak pahunchana hai.</w:t>
      </w:r>
      <w:r>
        <w:br/>
      </w:r>
      <w:r>
        <w:rPr>
          <w:sz w:val="20"/>
        </w:rPr>
        <w:t>28:05  ab ayat ke is juz ko le kar sochiye, aap lakon al-rasool shaheeda alaikum wa takunu shuhada al-nas</w:t>
      </w:r>
      <w:r>
        <w:br/>
      </w:r>
      <w:r>
        <w:rPr>
          <w:sz w:val="20"/>
        </w:rPr>
        <w:t>28:12  tab aap ko samajh aayega ke yahan jihad ka matlab kya hai.</w:t>
      </w:r>
      <w:r>
        <w:br/>
      </w:r>
      <w:r>
        <w:rPr>
          <w:sz w:val="20"/>
        </w:rPr>
        <w:t>28:19  jihad ka matlab na to ladna bhadna hai, na qital karna hai, yeh sab nahi hai.</w:t>
      </w:r>
      <w:r>
        <w:br/>
      </w:r>
      <w:r>
        <w:rPr>
          <w:sz w:val="20"/>
        </w:rPr>
        <w:t>28:26  jihad ka matlab agla lafz wazeh kar raha hai.</w:t>
      </w:r>
      <w:r>
        <w:br/>
      </w:r>
      <w:r>
        <w:rPr>
          <w:sz w:val="20"/>
        </w:rPr>
        <w:t>28:33  jihad ka matlab jihad shahadat hai.</w:t>
      </w:r>
      <w:r>
        <w:br/>
      </w:r>
      <w:r>
        <w:rPr>
          <w:sz w:val="20"/>
        </w:rPr>
        <w:t>28:40  yahan par lakon al-rasool shaheeda alaikum wa takunu shuhada al-nas jihad se murad jihad shahadat hai, jihad dawat</w:t>
      </w:r>
      <w:r>
        <w:br/>
      </w:r>
      <w:r>
        <w:rPr>
          <w:sz w:val="20"/>
        </w:rPr>
        <w:t>28:47  hai, jihad tabligh hai.</w:t>
      </w:r>
      <w:r>
        <w:br/>
      </w:r>
      <w:r>
        <w:rPr>
          <w:sz w:val="20"/>
        </w:rPr>
        <w:t>28:54  khud ayat ke alfaaz yeh mutayyan kar rahe hain ke yahan jihad se matlab kya hai.</w:t>
      </w:r>
      <w:r>
        <w:br/>
      </w:r>
      <w:r>
        <w:rPr>
          <w:sz w:val="20"/>
        </w:rPr>
        <w:t>29:01  dekhiye, jahad ka mani hai jad o jehad, at most struggle.</w:t>
      </w:r>
      <w:r>
        <w:br/>
      </w:r>
      <w:r>
        <w:rPr>
          <w:sz w:val="20"/>
        </w:rPr>
        <w:t>29:08  yeh hai jahad.</w:t>
      </w:r>
      <w:r>
        <w:br/>
      </w:r>
      <w:r>
        <w:rPr>
          <w:sz w:val="20"/>
        </w:rPr>
        <w:t>29:15  to kaha ke dawat ke liye, shahadat ke liye, tablegh ke liye tum apni sari taqat laga do,</w:t>
      </w:r>
      <w:r>
        <w:br/>
      </w:r>
      <w:r>
        <w:rPr>
          <w:sz w:val="20"/>
        </w:rPr>
        <w:t>29:22  koi insan be khabar na rahe Allah ke paigham se.</w:t>
      </w:r>
      <w:r>
        <w:br/>
      </w:r>
      <w:r>
        <w:rPr>
          <w:sz w:val="20"/>
        </w:rPr>
        <w:t>29:29  to yeh hai woh, yeh hai woh mission jis ke, jis ke, jis ka paigham lene ke liye</w:t>
      </w:r>
      <w:r>
        <w:br/>
      </w:r>
      <w:r>
        <w:rPr>
          <w:sz w:val="20"/>
        </w:rPr>
        <w:t>29:37  haji wahan jata hai.</w:t>
      </w:r>
      <w:r>
        <w:br/>
      </w:r>
      <w:r>
        <w:rPr>
          <w:sz w:val="20"/>
        </w:rPr>
        <w:t>29:44  mein akhbar mein parh raha tha ke wahan par jo imam e haram hain, jo wahan mufti e aazam hain,</w:t>
      </w:r>
      <w:r>
        <w:br/>
      </w:r>
      <w:r>
        <w:rPr>
          <w:sz w:val="20"/>
        </w:rPr>
        <w:t>29:51  unki taqreeren hain to us mein unhon ne zor diya ittehad par ke sari dunya ke musalman</w:t>
      </w:r>
      <w:r>
        <w:br/>
      </w:r>
      <w:r>
        <w:rPr>
          <w:sz w:val="20"/>
        </w:rPr>
        <w:t>29:58  ittehad ho jayen.</w:t>
      </w:r>
      <w:r>
        <w:br/>
      </w:r>
      <w:r>
        <w:rPr>
          <w:sz w:val="20"/>
        </w:rPr>
        <w:t>30:05  dekhiye, ittehad ki baat mein apne bachpan se sunta aya hoon.</w:t>
      </w:r>
      <w:r>
        <w:br/>
      </w:r>
      <w:r>
        <w:rPr>
          <w:sz w:val="20"/>
        </w:rPr>
        <w:t>30:12  har jalse mein, har hajj mein, har moqa par ittehad, ittehad, ittehad.</w:t>
      </w:r>
      <w:r>
        <w:br/>
      </w:r>
      <w:r>
        <w:rPr>
          <w:sz w:val="20"/>
        </w:rPr>
        <w:t>30:19  lekin aaj tak musalmanon mein ittehad nahi aya.</w:t>
      </w:r>
      <w:r>
        <w:br/>
      </w:r>
      <w:r>
        <w:rPr>
          <w:sz w:val="20"/>
        </w:rPr>
        <w:t>30:26  yeh baat har hajj mein wahan jo imam taqreer karta, jo khutba deta, us mein yeh baat kahi</w:t>
      </w:r>
      <w:r>
        <w:br/>
      </w:r>
      <w:r>
        <w:rPr>
          <w:sz w:val="20"/>
        </w:rPr>
        <w:t>30:33  jati hai ke sab log ittehad ho jao.</w:t>
      </w:r>
      <w:r>
        <w:br/>
      </w:r>
      <w:r>
        <w:rPr>
          <w:sz w:val="20"/>
        </w:rPr>
        <w:t>30:40  to ittehad kyun nahi? kyun musalman ittehad nahi? is ki wajah kya hai? dekhiye, ittehad wahan sermon se nahi ata.</w:t>
      </w:r>
      <w:r>
        <w:br/>
      </w:r>
      <w:r>
        <w:rPr>
          <w:sz w:val="20"/>
        </w:rPr>
        <w:t>30:47  aap sermon dete hain to ittehad paida ho jaye.</w:t>
      </w:r>
      <w:r>
        <w:br/>
      </w:r>
      <w:r>
        <w:rPr>
          <w:sz w:val="20"/>
        </w:rPr>
        <w:t>30:54  It is quite impossible. آپ کو مسلمانوں کو ایک مشن دینا ہوگا۔</w:t>
      </w:r>
      <w:r>
        <w:br/>
      </w:r>
      <w:r>
        <w:rPr>
          <w:sz w:val="20"/>
        </w:rPr>
        <w:t>31:01  mission yeh mission hai jo logon ko ittehad karta hai.</w:t>
      </w:r>
      <w:r>
        <w:br/>
      </w:r>
      <w:r>
        <w:rPr>
          <w:sz w:val="20"/>
        </w:rPr>
        <w:t>31:08  sermon nahi, woh sermon jo aap haram e Makkah mein dein, haram e Madinah mein dein ya kahin bhi dein,</w:t>
      </w:r>
      <w:r>
        <w:br/>
      </w:r>
      <w:r>
        <w:rPr>
          <w:sz w:val="20"/>
        </w:rPr>
        <w:t>31:15  aap hamare pahaar par khare ho ke dein, jabal e rehmat par khare ho ke dein.</w:t>
      </w:r>
      <w:r>
        <w:br/>
      </w:r>
      <w:r>
        <w:rPr>
          <w:sz w:val="20"/>
        </w:rPr>
        <w:t>31:22  agar aap ittehad, ittehad, ittehad kahenge to yeh ittehad nahi ata.</w:t>
      </w:r>
      <w:r>
        <w:br/>
      </w:r>
      <w:r>
        <w:rPr>
          <w:sz w:val="20"/>
        </w:rPr>
        <w:t>31:29  is se aap ko ek mission dena hoga.</w:t>
      </w:r>
      <w:r>
        <w:br/>
      </w:r>
      <w:r>
        <w:rPr>
          <w:sz w:val="20"/>
        </w:rPr>
        <w:t>31:36  mission tab log ittehad ho kar woh mission mein lagen ge.</w:t>
      </w:r>
      <w:r>
        <w:br/>
      </w:r>
      <w:r>
        <w:rPr>
          <w:sz w:val="20"/>
        </w:rPr>
        <w:t>31:43  woh mission kya hai? woh mission hai dawat, dawat e Allah.</w:t>
      </w:r>
      <w:r>
        <w:br/>
      </w:r>
      <w:r>
        <w:rPr>
          <w:sz w:val="20"/>
        </w:rPr>
        <w:t>31:50  yani sare insanon ko Allah ke creation plan se agah karna, jaisa ke paighambar e Islam ne agah kiya.</w:t>
      </w:r>
      <w:r>
        <w:br/>
      </w:r>
      <w:r>
        <w:rPr>
          <w:sz w:val="20"/>
        </w:rPr>
        <w:t>31:57  yeh mission aur yeh batana parega ke isi mission par tum ko jannat milne wali hai.</w:t>
      </w:r>
      <w:r>
        <w:br/>
      </w:r>
      <w:r>
        <w:rPr>
          <w:sz w:val="20"/>
        </w:rPr>
        <w:t>32:04  sirf janwar zabah kar diya to is par jannat nahi milegi.</w:t>
      </w:r>
      <w:r>
        <w:br/>
      </w:r>
      <w:r>
        <w:rPr>
          <w:sz w:val="20"/>
        </w:rPr>
        <w:t>32:11  yeh kehna parega ke aap ne wahan ja kar janwar zabah kar diya to aap jannat mil gayi.</w:t>
      </w:r>
      <w:r>
        <w:br/>
      </w:r>
      <w:r>
        <w:rPr>
          <w:sz w:val="20"/>
        </w:rPr>
        <w:t>32:18  yeh impossible hai, yeh namumkin hai.</w:t>
      </w:r>
      <w:r>
        <w:br/>
      </w:r>
      <w:r>
        <w:rPr>
          <w:sz w:val="20"/>
        </w:rPr>
        <w:t>32:25  jannat milegi rasool Allah ke mission ko poora karne par, yani dawat Allah ke liye jahad karne par.</w:t>
      </w:r>
      <w:r>
        <w:br/>
      </w:r>
      <w:r>
        <w:rPr>
          <w:sz w:val="20"/>
        </w:rPr>
        <w:t>32:32  warna jannat milne wali nahi hai.</w:t>
      </w:r>
      <w:r>
        <w:br/>
      </w:r>
      <w:r>
        <w:rPr>
          <w:sz w:val="20"/>
        </w:rPr>
        <w:t>32:40  تو جب تک آپ مشن کا تصور نہ دیں، اس مشن کو لوگوں کے mind میں inculcate نہ</w:t>
      </w:r>
      <w:r>
        <w:br/>
      </w:r>
      <w:r>
        <w:rPr>
          <w:sz w:val="20"/>
        </w:rPr>
        <w:t>32:47  kar dein, tab tak yaad rakhiye, kabhi ittehad paida nahi ho sakta hai.</w:t>
      </w:r>
      <w:r>
        <w:br/>
      </w:r>
      <w:r>
        <w:rPr>
          <w:sz w:val="20"/>
        </w:rPr>
        <w:t>32:54  tab tak ittehad paida nahi ho sakta hai.</w:t>
      </w:r>
      <w:r>
        <w:br/>
      </w:r>
      <w:r>
        <w:rPr>
          <w:sz w:val="20"/>
        </w:rPr>
        <w:t>33:01  wahan par aap ko yeh kehna hai ke dekho, yahan par 198 countries ko log ekhatta hain aur</w:t>
      </w:r>
      <w:r>
        <w:br/>
      </w:r>
      <w:r>
        <w:rPr>
          <w:sz w:val="20"/>
        </w:rPr>
        <w:t>33:08  جو نہیں ہیں، وہ بھی communal modern communication جو ہے، اس کے ذریعے سے ہماری آواز سن رہے ہیں۔</w:t>
      </w:r>
      <w:r>
        <w:br/>
      </w:r>
      <w:r>
        <w:rPr>
          <w:sz w:val="20"/>
        </w:rPr>
        <w:t>33:15  yani sari dunya ke log sun rahe hain is awaz ko jo ek jagah se buland ho rahi hai.</w:t>
      </w:r>
      <w:r>
        <w:br/>
      </w:r>
      <w:r>
        <w:rPr>
          <w:sz w:val="20"/>
        </w:rPr>
        <w:t>33:22  تو اللہ تعالی نے یہ کمیونیکیشن کے زمانے میں کیوں پیدا کیا؟ What is the purpose of this</w:t>
      </w:r>
      <w:r>
        <w:br/>
      </w:r>
      <w:r>
        <w:rPr>
          <w:sz w:val="20"/>
        </w:rPr>
        <w:t>33:29  age of communication? وہ ہے کہ پیغمبر اسلام کے مشن کو انٹرنیشنل لیول پر پہنچایا جائے۔</w:t>
      </w:r>
      <w:r>
        <w:br/>
      </w:r>
      <w:r>
        <w:rPr>
          <w:sz w:val="20"/>
        </w:rPr>
        <w:t>33:36  rasool Allah ke mission ko internationalize karne ke liye hai.</w:t>
      </w:r>
      <w:r>
        <w:br/>
      </w:r>
      <w:r>
        <w:rPr>
          <w:sz w:val="20"/>
        </w:rPr>
        <w:t>33:43  yeh yeh sab diya jaye.</w:t>
      </w:r>
      <w:r>
        <w:br/>
      </w:r>
      <w:r>
        <w:rPr>
          <w:sz w:val="20"/>
        </w:rPr>
        <w:t>33:50  تو جب اس طرح سے prepared mind ہو کر کے جائیں گے لوگ حج کرنے، یعنی حاجی prepared</w:t>
      </w:r>
      <w:r>
        <w:br/>
      </w:r>
      <w:r>
        <w:rPr>
          <w:sz w:val="20"/>
        </w:rPr>
        <w:t>33:57  mind ho, wahan par jo aadmi bol raha hai, jo khutba de raha hai, woh khud bohat zyada</w:t>
      </w:r>
      <w:r>
        <w:br/>
      </w:r>
      <w:r>
        <w:rPr>
          <w:sz w:val="20"/>
        </w:rPr>
        <w:t>34:04  bashaoor ho, us ko pata ho ke kya mujhe kehna hai, kya baat, konsi baat logon ke</w:t>
      </w:r>
      <w:r>
        <w:br/>
      </w:r>
      <w:r>
        <w:rPr>
          <w:sz w:val="20"/>
        </w:rPr>
        <w:t>34:11  mind ko address karegi, konsi baat logon ko mission ka tasawwur degi.</w:t>
      </w:r>
      <w:r>
        <w:br/>
      </w:r>
      <w:r>
        <w:rPr>
          <w:sz w:val="20"/>
        </w:rPr>
        <w:t>34:18  tab ja kar ke yeh mumkin hai ke ittehad paida ho, mission ka tasawwur paida ho aur log</w:t>
      </w:r>
      <w:r>
        <w:br/>
      </w:r>
      <w:r>
        <w:rPr>
          <w:sz w:val="20"/>
        </w:rPr>
        <w:t>34:25  is mission ke liye, jis ke liye labbaik labbaik keh kar ke laut te hain, us par woh amal</w:t>
      </w:r>
      <w:r>
        <w:br/>
      </w:r>
      <w:r>
        <w:rPr>
          <w:sz w:val="20"/>
        </w:rPr>
        <w:t>34:32  karna shuru kar dein.</w:t>
      </w:r>
      <w:r>
        <w:br/>
      </w:r>
      <w:r>
        <w:rPr>
          <w:sz w:val="20"/>
        </w:rPr>
        <w:t>34:39  sermon se nahi ho sakta, kabhi bhi na hua hai, na aaj ho sakta hai.</w:t>
      </w:r>
      <w:r>
        <w:br/>
      </w:r>
      <w:r>
        <w:rPr>
          <w:sz w:val="20"/>
        </w:rPr>
        <w:t>34:46  natija yeh hai ke hamein ek daai banne ke liye creative banna parega.</w:t>
      </w:r>
      <w:r>
        <w:br/>
      </w:r>
      <w:r>
        <w:rPr>
          <w:sz w:val="20"/>
        </w:rPr>
        <w:t>34:53  creative, creative matlab kya hai? naye naye ideas nikalna, nayi nayi baatein sochna.</w:t>
      </w:r>
      <w:r>
        <w:br/>
      </w:r>
      <w:r>
        <w:rPr>
          <w:sz w:val="20"/>
        </w:rPr>
        <w:t>35:00  ek tareeqe se kaam na banaye, doosra kaam karna.</w:t>
      </w:r>
      <w:r>
        <w:br/>
      </w:r>
      <w:r>
        <w:rPr>
          <w:sz w:val="20"/>
        </w:rPr>
        <w:t>35:07  ab dekhiye, Hazrat Ibrahim ne kya kiya? Hazrat Ibrahim ne Iraq ka jo us waqt capital city tha,</w:t>
      </w:r>
      <w:r>
        <w:br/>
      </w:r>
      <w:r>
        <w:rPr>
          <w:sz w:val="20"/>
        </w:rPr>
        <w:t>35:14  Ur jo tha, us waqt woh Iraq ka, Iraq ka naam us waqt Babyl hua karta tha.</w:t>
      </w:r>
      <w:r>
        <w:br/>
      </w:r>
      <w:r>
        <w:rPr>
          <w:sz w:val="20"/>
        </w:rPr>
        <w:t>35:21  to wahan par aap ne dawat ki, wahan par logon ki taraf se response nahi mila.</w:t>
      </w:r>
      <w:r>
        <w:br/>
      </w:r>
      <w:r>
        <w:rPr>
          <w:sz w:val="20"/>
        </w:rPr>
        <w:t>35:28  to aap atraf ke mulkon mein gaye, yani Misr gaye, Falasteen gaye, Sham gaye.</w:t>
      </w:r>
      <w:r>
        <w:br/>
      </w:r>
      <w:r>
        <w:rPr>
          <w:sz w:val="20"/>
        </w:rPr>
        <w:t>35:36  yani aap ghhor kijiye ke Asia aur Africa ke darmiyan woh safar karte rahe, yani Misr rahe Africa</w:t>
      </w:r>
      <w:r>
        <w:br/>
      </w:r>
      <w:r>
        <w:rPr>
          <w:sz w:val="20"/>
        </w:rPr>
        <w:t>35:43  mein, Sham Asia mein.</w:t>
      </w:r>
      <w:r>
        <w:br/>
      </w:r>
      <w:r>
        <w:rPr>
          <w:sz w:val="20"/>
        </w:rPr>
        <w:t>35:50  toh is ka matlab hai ke Hazrat Ibrahim ne ek ek almi safar kiya dhoondne ke liye kahan</w:t>
      </w:r>
      <w:r>
        <w:br/>
      </w:r>
      <w:r>
        <w:rPr>
          <w:sz w:val="20"/>
        </w:rPr>
        <w:t>35:57  insaan milte hain.</w:t>
      </w:r>
      <w:r>
        <w:br/>
      </w:r>
      <w:r>
        <w:rPr>
          <w:sz w:val="20"/>
        </w:rPr>
        <w:t>36:04  جب آپ نے دیکھا کہ انسان due to their conditioning ملنے والے ہیں، نہیں، اتنے پختہ ہو چکے</w:t>
      </w:r>
      <w:r>
        <w:br/>
      </w:r>
      <w:r>
        <w:rPr>
          <w:sz w:val="20"/>
        </w:rPr>
        <w:t>36:11  hain apni conditioning mein jo chali aa rahi hai hazaron saal se, nasal dar nasal ke Hazrat Ibrahim</w:t>
      </w:r>
      <w:r>
        <w:br/>
      </w:r>
      <w:r>
        <w:rPr>
          <w:sz w:val="20"/>
        </w:rPr>
        <w:t>36:18  ki baat un ke samajh mein nahi aayi.</w:t>
      </w:r>
      <w:r>
        <w:br/>
      </w:r>
      <w:r>
        <w:rPr>
          <w:sz w:val="20"/>
        </w:rPr>
        <w:t>36:25  woh jo Hazrat Ibrahim ka jumla aaya hai Quran mein Rabb annahum adlalan katheera is ka matlab yahi</w:t>
      </w:r>
      <w:r>
        <w:br/>
      </w:r>
      <w:r>
        <w:rPr>
          <w:sz w:val="20"/>
        </w:rPr>
        <w:t>36:32  hai ke yeh log poori tarah conditioned ho chuke hain.</w:t>
      </w:r>
      <w:r>
        <w:br/>
      </w:r>
      <w:r>
        <w:rPr>
          <w:sz w:val="20"/>
        </w:rPr>
        <w:t>36:39  Rabb annahum adlalan katheera is ka matlab yahi hai ke Khuda yeh log poori tarah conditioned ho chuke hain.</w:t>
      </w:r>
      <w:r>
        <w:br/>
      </w:r>
      <w:r>
        <w:rPr>
          <w:sz w:val="20"/>
        </w:rPr>
        <w:t>36:46  tab Allah ne Hazrat Ibrahim ko naya rasta bataya, wahi ke nayi nasal banao, mayoos na mayoos ho</w:t>
      </w:r>
      <w:r>
        <w:br/>
      </w:r>
      <w:r>
        <w:rPr>
          <w:sz w:val="20"/>
        </w:rPr>
        <w:t>36:53  jao, na un ke khilaaf ladai karo, na talwarein nikalo, na na un ki gardanein kaato, nayi planning karo.</w:t>
      </w:r>
      <w:r>
        <w:br/>
      </w:r>
      <w:r>
        <w:rPr>
          <w:sz w:val="20"/>
        </w:rPr>
        <w:t>37:00  toh yeh bhi sunnat Ibrahim hai ke dawat ka kaam hum jab karein toh hamein creative banna padega.</w:t>
      </w:r>
      <w:r>
        <w:br/>
      </w:r>
      <w:r>
        <w:rPr>
          <w:sz w:val="20"/>
        </w:rPr>
        <w:t>37:07  ek tareeqe se nahi toh doosre tareeqe se, doosre tareeqe se, teesre tareeqe se.</w:t>
      </w:r>
      <w:r>
        <w:br/>
      </w:r>
      <w:r>
        <w:rPr>
          <w:sz w:val="20"/>
        </w:rPr>
        <w:t>37:14  ab toh Allah taala ne sari sooraten paida kar di hain.</w:t>
      </w:r>
      <w:r>
        <w:br/>
      </w:r>
      <w:r>
        <w:rPr>
          <w:sz w:val="20"/>
        </w:rPr>
        <w:t>37:21  ab Quran ek mehfooz kitaab ban chuka hai, printing press ke zamane mein woh chhap chuka hai.</w:t>
      </w:r>
      <w:r>
        <w:br/>
      </w:r>
      <w:r>
        <w:rPr>
          <w:sz w:val="20"/>
        </w:rPr>
        <w:t>37:28  duniya bhar mein communication ka zamana aa chuka hai.</w:t>
      </w:r>
      <w:r>
        <w:br/>
      </w:r>
      <w:r>
        <w:rPr>
          <w:sz w:val="20"/>
        </w:rPr>
        <w:t>37:35  toh aap Quran ko distribute karein.</w:t>
      </w:r>
      <w:r>
        <w:br/>
      </w:r>
      <w:r>
        <w:rPr>
          <w:sz w:val="20"/>
        </w:rPr>
        <w:t>37:42  main samajhta hoon ke sab se bada, yani sunnat azam hai is waqt Hazrat Ibrahim ki.</w:t>
      </w:r>
      <w:r>
        <w:br/>
      </w:r>
      <w:r>
        <w:rPr>
          <w:sz w:val="20"/>
        </w:rPr>
        <w:t>37:49  Quran ki ek ahmiyat abhi haal mein mujhe samajh mein aayi.</w:t>
      </w:r>
      <w:r>
        <w:br/>
      </w:r>
      <w:r>
        <w:rPr>
          <w:sz w:val="20"/>
        </w:rPr>
        <w:t>37:56  aap ko maloom hai ke Delhi mein ek ek naujawan, jis ki umar sirf 24 saal thi, us</w:t>
      </w:r>
      <w:r>
        <w:br/>
      </w:r>
      <w:r>
        <w:rPr>
          <w:sz w:val="20"/>
        </w:rPr>
        <w:t>38:03  ne suicide kar liya.</w:t>
      </w:r>
      <w:r>
        <w:br/>
      </w:r>
      <w:r>
        <w:rPr>
          <w:sz w:val="20"/>
        </w:rPr>
        <w:t>38:10  Delhi ki ek multi-storey building mein aathveen manzil par us ka office tha, wahan chhalang laga kar</w:t>
      </w:r>
      <w:r>
        <w:br/>
      </w:r>
      <w:r>
        <w:rPr>
          <w:sz w:val="20"/>
        </w:rPr>
        <w:t>38:17  apna koi halaak kar liya us ne.</w:t>
      </w:r>
      <w:r>
        <w:br/>
      </w:r>
      <w:r>
        <w:rPr>
          <w:sz w:val="20"/>
        </w:rPr>
        <w:t>38:24  toh us ke marne ke baad jo suicide note nikla, us mein likha tha us ne ke mujhe</w:t>
      </w:r>
      <w:r>
        <w:br/>
      </w:r>
      <w:r>
        <w:rPr>
          <w:sz w:val="20"/>
        </w:rPr>
        <w:t>38:31  sachai ki talash thi.</w:t>
      </w:r>
      <w:r>
        <w:br/>
      </w:r>
      <w:r>
        <w:rPr>
          <w:sz w:val="20"/>
        </w:rPr>
        <w:t>38:39  mein ne kitabon mein parha to mujhe nahi mili sachai, mili nahi.</w:t>
      </w:r>
      <w:r>
        <w:br/>
      </w:r>
      <w:r>
        <w:rPr>
          <w:sz w:val="20"/>
        </w:rPr>
        <w:t>38:46  ab mein ja raha hoon ke maut ke is paar jo dunya hai, wahan shayad mujhe sachai mil jaye.</w:t>
      </w:r>
      <w:r>
        <w:br/>
      </w:r>
      <w:r>
        <w:rPr>
          <w:sz w:val="20"/>
        </w:rPr>
        <w:t>38:53  woh Dilli mein ek kamre mein rehta tha, uska jo room mate tha, us ne kaha ke</w:t>
      </w:r>
      <w:r>
        <w:br/>
      </w:r>
      <w:r>
        <w:rPr>
          <w:sz w:val="20"/>
        </w:rPr>
        <w:t>39:00  aaj kal woh philosophy ki kitabein parhta tha, bohat philosophy ki kitabein.</w:t>
      </w:r>
      <w:r>
        <w:br/>
      </w:r>
      <w:r>
        <w:rPr>
          <w:sz w:val="20"/>
        </w:rPr>
        <w:t>39:07  to philosophy kya hai? philosophy to confusion mein hota hai.</w:t>
      </w:r>
      <w:r>
        <w:br/>
      </w:r>
      <w:r>
        <w:rPr>
          <w:sz w:val="20"/>
        </w:rPr>
        <w:t>39:14  اس میں فلاسفی میں، philosophy is a knowledge of confusion.</w:t>
      </w:r>
      <w:r>
        <w:br/>
      </w:r>
      <w:r>
        <w:rPr>
          <w:sz w:val="20"/>
        </w:rPr>
        <w:t>39:21  jo bhi philosophy parhta hai, woh aap dekh lijiye, tajurba kar ke, woh confusion mein jeeta hai.</w:t>
      </w:r>
      <w:r>
        <w:br/>
      </w:r>
      <w:r>
        <w:rPr>
          <w:sz w:val="20"/>
        </w:rPr>
        <w:t>39:28  philosophy mein kabhi bhi mujhe nahi mila koi aadmi aisa jo confusion ke siwa us ne kuch paya ho.</w:t>
      </w:r>
      <w:r>
        <w:br/>
      </w:r>
      <w:r>
        <w:rPr>
          <w:sz w:val="20"/>
        </w:rPr>
        <w:t>39:35  to philosophy mein dhoondh raha tha woh sachai, is mein hai confusion.</w:t>
      </w:r>
      <w:r>
        <w:br/>
      </w:r>
      <w:r>
        <w:rPr>
          <w:sz w:val="20"/>
        </w:rPr>
        <w:t>39:42  to dekhiye, ek hi kitab hai is aasman ke neeche, jis mein sachai poore maanon mein batai gayi</w:t>
      </w:r>
      <w:r>
        <w:br/>
      </w:r>
      <w:r>
        <w:rPr>
          <w:sz w:val="20"/>
        </w:rPr>
        <w:t>39:49  hai, aur is mein is mein clarity paar ek salah hai.</w:t>
      </w:r>
      <w:r>
        <w:br/>
      </w:r>
      <w:r>
        <w:rPr>
          <w:sz w:val="20"/>
        </w:rPr>
        <w:t>39:56  clarity is ke andar paar ek salah hai, woh hai Quran.</w:t>
      </w:r>
      <w:r>
        <w:br/>
      </w:r>
      <w:r>
        <w:rPr>
          <w:sz w:val="20"/>
        </w:rPr>
        <w:t>40:03  Quran mein khud yeh ayat hai ke walaqad yassarna alquranu lizzikri afalain mata.</w:t>
      </w:r>
      <w:r>
        <w:br/>
      </w:r>
      <w:r>
        <w:rPr>
          <w:sz w:val="20"/>
        </w:rPr>
        <w:t>40:10  yahan yassarna ke lafzi tarjuma to hai ke hum ne aasan bana diya, lekin aasan ka matlab kya</w:t>
      </w:r>
      <w:r>
        <w:br/>
      </w:r>
      <w:r>
        <w:rPr>
          <w:sz w:val="20"/>
        </w:rPr>
        <w:t>40:17  hai? woh yeh to yahi matlab hai ke is mein clarity bohat zyada hai.</w:t>
      </w:r>
      <w:r>
        <w:br/>
      </w:r>
      <w:r>
        <w:rPr>
          <w:sz w:val="20"/>
        </w:rPr>
        <w:t>40:24  parhte jao, samajhte jao, parhte jao, samajhte jao.</w:t>
      </w:r>
      <w:r>
        <w:br/>
      </w:r>
      <w:r>
        <w:rPr>
          <w:sz w:val="20"/>
        </w:rPr>
        <w:t>40:31  to Guru Patel ka jo waqia hai, mein samajhta hoon ke woh sari dunya ka waqia hai.</w:t>
      </w:r>
      <w:r>
        <w:br/>
      </w:r>
      <w:r>
        <w:rPr>
          <w:sz w:val="20"/>
        </w:rPr>
        <w:t>40:38  ہر انسان جو ہے، سچائی کا طالب ہے، کیونکہ انسان کے نیچر میں pursuit سچائی کی interwoven ہے۔</w:t>
      </w:r>
      <w:r>
        <w:br/>
      </w:r>
      <w:r>
        <w:rPr>
          <w:sz w:val="20"/>
        </w:rPr>
        <w:t>40:45  har insaan by birth chahta hai ke us ko sachai milay.</w:t>
      </w:r>
      <w:r>
        <w:br/>
      </w:r>
      <w:r>
        <w:rPr>
          <w:sz w:val="20"/>
        </w:rPr>
        <w:t>40:52  تو کہا potential sense میں ہر آدمی seeker ہے، seeker۔</w:t>
      </w:r>
      <w:r>
        <w:br/>
      </w:r>
      <w:r>
        <w:rPr>
          <w:sz w:val="20"/>
        </w:rPr>
        <w:t>40:59  to woh parhta hai yeh sab cheezein idhar udhar, lekin us ko milta nahi.</w:t>
      </w:r>
      <w:r>
        <w:br/>
      </w:r>
      <w:r>
        <w:rPr>
          <w:sz w:val="20"/>
        </w:rPr>
        <w:t>41:06  natija hai ke woh first jeeta hai, first marta hai.</w:t>
      </w:r>
      <w:r>
        <w:br/>
      </w:r>
      <w:r>
        <w:rPr>
          <w:sz w:val="20"/>
        </w:rPr>
        <w:t>41:13  ab aisi halat mein dekhiye, jo ek hi kitab, jis mein guidance hai, jis mein sachai ko bataya</w:t>
      </w:r>
      <w:r>
        <w:br/>
      </w:r>
      <w:r>
        <w:rPr>
          <w:sz w:val="20"/>
        </w:rPr>
        <w:t>41:20  gaya hai, woh Quran hai, aur Quran ke haamil musalman hain.</w:t>
      </w:r>
      <w:r>
        <w:br/>
      </w:r>
      <w:r>
        <w:rPr>
          <w:sz w:val="20"/>
        </w:rPr>
        <w:t>41:27  ab bataiye ke aisi halat mein kya farz hai musalmanon ka ke janwar zabah kar dein? bas ho</w:t>
      </w:r>
      <w:r>
        <w:br/>
      </w:r>
      <w:r>
        <w:rPr>
          <w:sz w:val="20"/>
        </w:rPr>
        <w:t>41:34  gaya farz ada un ka.</w:t>
      </w:r>
      <w:r>
        <w:br/>
      </w:r>
      <w:r>
        <w:rPr>
          <w:sz w:val="20"/>
        </w:rPr>
        <w:t>41:42  shadiyon mein bare bare kharcha kar ke dhoom machayein, is se kaam ban gaya un ka.</w:t>
      </w:r>
      <w:r>
        <w:br/>
      </w:r>
      <w:r>
        <w:rPr>
          <w:sz w:val="20"/>
        </w:rPr>
        <w:t>41:49  yaqeen kijiye, farz se bhi zyada bara farz hai musalman ke upar ke woh Quran ko tamam insanon</w:t>
      </w:r>
      <w:r>
        <w:br/>
      </w:r>
      <w:r>
        <w:rPr>
          <w:sz w:val="20"/>
        </w:rPr>
        <w:t>41:56  tak pahunchayen, har zaban mein tarjuma tayyar karen, har zaban mein is ko chhapen, aur is ko sari</w:t>
      </w:r>
      <w:r>
        <w:br/>
      </w:r>
      <w:r>
        <w:rPr>
          <w:sz w:val="20"/>
        </w:rPr>
        <w:t>42:03  duniya mein distribute karen.</w:t>
      </w:r>
      <w:r>
        <w:br/>
      </w:r>
      <w:r>
        <w:rPr>
          <w:sz w:val="20"/>
        </w:rPr>
        <w:t>42:10  Musalmanon ka har paisa is waqt tak jaiz nahin hai un ko istemal karna jab tak ke woh</w:t>
      </w:r>
      <w:r>
        <w:br/>
      </w:r>
      <w:r>
        <w:rPr>
          <w:sz w:val="20"/>
        </w:rPr>
        <w:t>42:17  dawat ke kaam mein is ko istemal na kar chuke hon.</w:t>
      </w:r>
      <w:r>
        <w:br/>
      </w:r>
      <w:r>
        <w:rPr>
          <w:sz w:val="20"/>
        </w:rPr>
        <w:t>42:24  Ek dawat ke kaam mein agar aap ka paisa nahin lag raha hai to aap apne paise apne</w:t>
      </w:r>
      <w:r>
        <w:br/>
      </w:r>
      <w:r>
        <w:rPr>
          <w:sz w:val="20"/>
        </w:rPr>
        <w:t>42:31  liye istemal kar rahe hain, apni family ke liye.</w:t>
      </w:r>
      <w:r>
        <w:br/>
      </w:r>
      <w:r>
        <w:rPr>
          <w:sz w:val="20"/>
        </w:rPr>
        <w:t>42:38  To yaqeen kijiye ke woh jaiz hi nahin.</w:t>
      </w:r>
      <w:r>
        <w:br/>
      </w:r>
      <w:r>
        <w:rPr>
          <w:sz w:val="20"/>
        </w:rPr>
        <w:t>42:45  Jab aap dawat ke liye kharch koi kar chuke hon, tab ja kar ke family ke liye kharch</w:t>
      </w:r>
      <w:r>
        <w:br/>
      </w:r>
      <w:r>
        <w:rPr>
          <w:sz w:val="20"/>
        </w:rPr>
        <w:t>42:52  karna jaiz hoga.</w:t>
      </w:r>
      <w:r>
        <w:br/>
      </w:r>
      <w:r>
        <w:rPr>
          <w:sz w:val="20"/>
        </w:rPr>
        <w:t>42:59  Yeh bohat ajeeb baat hai, bohat ajeeb baat hai.</w:t>
      </w:r>
      <w:r>
        <w:br/>
      </w:r>
      <w:r>
        <w:rPr>
          <w:sz w:val="20"/>
        </w:rPr>
        <w:t>43:06  Isi liye Quran mein hai ke yas'aluka ma yutfiqoon qul af log poochte hain ke hum kya</w:t>
      </w:r>
      <w:r>
        <w:br/>
      </w:r>
      <w:r>
        <w:rPr>
          <w:sz w:val="20"/>
        </w:rPr>
        <w:t>43:13  kharch karen? To farmaya ke jo kuch bhi tumhari real need se zyada ho.</w:t>
      </w:r>
      <w:r>
        <w:br/>
      </w:r>
      <w:r>
        <w:rPr>
          <w:sz w:val="20"/>
        </w:rPr>
        <w:t>43:20  Af af ka matlab hota hai real need, haqeeqi zaroorat.</w:t>
      </w:r>
      <w:r>
        <w:br/>
      </w:r>
      <w:r>
        <w:rPr>
          <w:sz w:val="20"/>
        </w:rPr>
        <w:t>43:27  Yeh ayat kya bata rahi hai ke aap ki kamai mein aap ka hissa sirf baqadr zaroorat hai,</w:t>
      </w:r>
      <w:r>
        <w:br/>
      </w:r>
      <w:r>
        <w:rPr>
          <w:sz w:val="20"/>
        </w:rPr>
        <w:t>43:34  jo real need hai, us ke baqadr aap ka hissa hai.</w:t>
      </w:r>
      <w:r>
        <w:br/>
      </w:r>
      <w:r>
        <w:rPr>
          <w:sz w:val="20"/>
        </w:rPr>
        <w:t>43:41  Baqi sab dawat hai Allah ke liye, baqi sab shaad aur naaz ke liye.</w:t>
      </w:r>
      <w:r>
        <w:br/>
      </w:r>
      <w:r>
        <w:rPr>
          <w:sz w:val="20"/>
        </w:rPr>
        <w:t>43:48  Yeh sabaq lene ke liye aadmi jata hai haj karne, magar us waqt le kar lotte nahin log.</w:t>
      </w:r>
      <w:r>
        <w:br/>
      </w:r>
      <w:r>
        <w:rPr>
          <w:sz w:val="20"/>
        </w:rPr>
        <w:t>43:55  Kyun? Chunke woh prepared mind nahin hote, aise hi chalate hain.</w:t>
      </w:r>
      <w:r>
        <w:br/>
      </w:r>
      <w:r>
        <w:rPr>
          <w:sz w:val="20"/>
        </w:rPr>
        <w:t>44:02  Mas'ale mas'ale yaad kar ke bas mas'ale mas'ale yaad karte hue jate hain, aur mas'ale mas'ale yaad karte</w:t>
      </w:r>
      <w:r>
        <w:br/>
      </w:r>
      <w:r>
        <w:rPr>
          <w:sz w:val="20"/>
        </w:rPr>
        <w:t>44:09  hue wapas aa jate hain.</w:t>
      </w:r>
      <w:r>
        <w:br/>
      </w:r>
      <w:r>
        <w:rPr>
          <w:sz w:val="20"/>
        </w:rPr>
        <w:t>44:16  Aur wahan jo taqreeren hoti hain, jo khutbe diye jate hain, us mein bhi baat clear taur par</w:t>
      </w:r>
      <w:r>
        <w:br/>
      </w:r>
      <w:r>
        <w:rPr>
          <w:sz w:val="20"/>
        </w:rPr>
        <w:t>44:23  nahin batate woh log.</w:t>
      </w:r>
      <w:r>
        <w:br/>
      </w:r>
      <w:r>
        <w:rPr>
          <w:sz w:val="20"/>
        </w:rPr>
        <w:t>44:30  Main samajhta hoon yeh baat sari duniya mein boli jani chahiye, haram se bhi aur har jagah ke a musalmanon!</w:t>
      </w:r>
      <w:r>
        <w:br/>
      </w:r>
      <w:r>
        <w:rPr>
          <w:sz w:val="20"/>
        </w:rPr>
        <w:t>44:38  Tum par farz hai ke tum Quran ko sari duniya tak pahunchao.</w:t>
      </w:r>
    </w:p>
    <w:p>
      <w:pPr>
        <w:pStyle w:val="Heading2"/>
      </w:pPr>
      <w:r>
        <w:t>Why God intervened: prophets forgotten, Christ's existence doubted</w:t>
      </w:r>
    </w:p>
    <w:p>
      <w:r>
        <w:rPr>
          <w:color w:val="666666"/>
          <w:sz w:val="18"/>
        </w:rPr>
        <w:t>The Role of Islam in History January 9, 2011 · 1m 43s · at 2:34 · https://youtu.be/Hnm_lr7e-iM?t=154</w:t>
      </w:r>
    </w:p>
    <w:p>
      <w:r>
        <w:rPr>
          <w:i/>
        </w:rPr>
        <w:t>“Allah Ta'ala ne tareekh mein bohot zyada Paighambar bheje”</w:t>
      </w:r>
    </w:p>
    <w:p>
      <w:r>
        <w:rPr>
          <w:sz w:val="20"/>
        </w:rPr>
        <w:t>2:34  dekhen, Allah taala ne tareekh mein bohat zyada paighambar bheje. hadees mein aata hai ke 124,000 paighambar.</w:t>
      </w:r>
      <w:r>
        <w:br/>
      </w:r>
      <w:r>
        <w:rPr>
          <w:sz w:val="20"/>
        </w:rPr>
        <w:t>2:45  quran mein hai ke har qaum mein, har ilaqe mein paighambar aaye.</w:t>
      </w:r>
      <w:r>
        <w:br/>
      </w:r>
      <w:r>
        <w:rPr>
          <w:sz w:val="20"/>
        </w:rPr>
        <w:t>2:52  lekin saath saath quran mein yeh bhi hai ke يَا حَسْرَةٌ عَلَى الْلِبَادِ مَا يَأْتِيهِم بِرَسُولٍ إِلَّا كَانُوا بَيَسْتَهْزَئُونَ ya'ni paighambaron ko Serious taur par logon ne liya hi nahi.</w:t>
      </w:r>
      <w:r>
        <w:br/>
      </w:r>
      <w:r>
        <w:rPr>
          <w:sz w:val="20"/>
        </w:rPr>
        <w:t>3:08  aik Non-Serious Item bana diya paighambaron ko.</w:t>
      </w:r>
      <w:r>
        <w:br/>
      </w:r>
      <w:r>
        <w:rPr>
          <w:sz w:val="20"/>
        </w:rPr>
        <w:t>3:14  isi liye pichhle paighambar jo the woh sab ke sab History mein Record hi nahi hua un ka.</w:t>
      </w:r>
      <w:r>
        <w:br/>
      </w:r>
      <w:r>
        <w:rPr>
          <w:sz w:val="20"/>
        </w:rPr>
        <w:t>3:27  kisi paighambar ka History mein Record nahi hua.</w:t>
      </w:r>
      <w:r>
        <w:br/>
      </w:r>
      <w:r>
        <w:rPr>
          <w:sz w:val="20"/>
        </w:rPr>
        <w:t>3:31  ya'ni aakhri zamane ke paighambar jo the rasool Allah se pehle Hazrat Masih, un ke bare mein Martin Russell ne likha hai ke Historically it is quite doubtful whether Christ ever existed at all to kaisi ajeeb baat hai ke dunya mein jo sab se bara waqea tha paighambaron ka wahi Record hone se reh gaya.</w:t>
      </w:r>
      <w:r>
        <w:br/>
      </w:r>
      <w:r>
        <w:rPr>
          <w:sz w:val="20"/>
        </w:rPr>
        <w:t>4:00  yeh Allah taala ka manzoor nahi tha. to Allah taala ne Intervene kiya. paighambar Islam ki ba'sat aur ashaab-e-rasool ka role haqeeqatan aik Divine Intervention tha.</w:t>
      </w:r>
    </w:p>
    <w:p>
      <w:pPr>
        <w:pStyle w:val="Heading2"/>
      </w:pPr>
      <w:r>
        <w:t>Prophet always chose the easier, non-confrontational path</w:t>
      </w:r>
    </w:p>
    <w:p>
      <w:r>
        <w:rPr>
          <w:color w:val="666666"/>
          <w:sz w:val="18"/>
        </w:rPr>
        <w:t>Prophetic Wisdom July 23, 2016 Maulana Wahiduddin Khan · 40s · at 37:34 · https://youtu.be/aaXBGgyvWOU?t=2254</w:t>
      </w:r>
    </w:p>
    <w:p>
      <w:r>
        <w:rPr>
          <w:i/>
        </w:rPr>
        <w:t>“The Prophet always chose the easier course of action”</w:t>
      </w:r>
    </w:p>
    <w:p>
      <w:r>
        <w:rPr>
          <w:sz w:val="20"/>
        </w:rPr>
        <w:t>37:34  molana sahib, prophets wife aisha is reported to have once said that whenever there was an option to choose between the two, ah prophet always chose the easier course of action.</w:t>
      </w:r>
      <w:r>
        <w:br/>
      </w:r>
      <w:r>
        <w:rPr>
          <w:sz w:val="20"/>
        </w:rPr>
        <w:t>37:47  ah what is the wisdom in this method? molana sahib, dekhen, easiest ka matlab kya hai? non confrontational approach.</w:t>
      </w:r>
      <w:r>
        <w:br/>
      </w:r>
      <w:r>
        <w:rPr>
          <w:sz w:val="20"/>
        </w:rPr>
        <w:t>37:59  non confrontational approach. jab aap aisa karen to aap bach gaye kis se? hate se, intolerance se, ladai se, blood stress se, har cheez se bach gaye.</w:t>
      </w:r>
    </w:p>
    <w:p>
      <w:pPr>
        <w:pStyle w:val="Heading2"/>
      </w:pPr>
      <w:r>
        <w:t>Muslims must stop complaining</w:t>
      </w:r>
    </w:p>
    <w:p>
      <w:r>
        <w:rPr>
          <w:color w:val="666666"/>
          <w:sz w:val="18"/>
        </w:rPr>
        <w:t>Dars-e-Quran, Hadith-e-Jibril October 29, 2017 · 21s · at 25:43 · https://youtu.be/CaMTvkwqQqo?t=1543</w:t>
      </w:r>
    </w:p>
    <w:p>
      <w:r>
        <w:rPr>
          <w:i/>
        </w:rPr>
        <w:t>“Muslimon ko chahiye ke shikayat ki boli bolna chhor dein”</w:t>
      </w:r>
    </w:p>
    <w:p>
      <w:r>
        <w:rPr>
          <w:sz w:val="20"/>
        </w:rPr>
        <w:t>25:43  we are in the set waghera. To is is hadith ko parhne ke baad musalmanon ko chahiye ke shikayat ki boli bolna chhod dein.</w:t>
      </w:r>
      <w:r>
        <w:br/>
      </w:r>
      <w:r>
        <w:rPr>
          <w:sz w:val="20"/>
        </w:rPr>
        <w:t>25:56  hamesha ke liye. Zulm ki boli bolna chhod dein. Hamesha ke liye.</w:t>
      </w:r>
    </w:p>
    <w:p>
      <w:pPr>
        <w:pStyle w:val="Heading2"/>
      </w:pPr>
      <w:r>
        <w:t>Hijrah as changing workplace</w:t>
      </w:r>
    </w:p>
    <w:p>
      <w:r>
        <w:rPr>
          <w:color w:val="666666"/>
          <w:sz w:val="18"/>
        </w:rPr>
        <w:t>Prophet of Islam A Role Model 16 Jan, 2011 - Maulana Wahiduddin Khan · 37s · at 29:21 · https://youtu.be/ya0bvV77BLc?t=1761</w:t>
      </w:r>
    </w:p>
    <w:p>
      <w:r>
        <w:rPr>
          <w:i/>
        </w:rPr>
        <w:t>“Hijrat ka matlab kya hai? Maqam e amal ko badalna”</w:t>
      </w:r>
    </w:p>
    <w:p>
      <w:r>
        <w:rPr>
          <w:sz w:val="20"/>
        </w:rPr>
        <w:t>29:21  ke takrao ke bajaye apna work place badal do. hijrat ka matlab kya hai? maqam amal ko badalna. hijrat ke mani farar nahi hain.</w:t>
      </w:r>
      <w:r>
        <w:br/>
      </w:r>
      <w:r>
        <w:rPr>
          <w:sz w:val="20"/>
        </w:rPr>
        <w:t>29:33  kuch non muslim scholars is ko plight kehte hain. plight. plight nahi thi woh. woh tha work place ko badalna.</w:t>
      </w:r>
      <w:r>
        <w:br/>
      </w:r>
      <w:r>
        <w:rPr>
          <w:sz w:val="20"/>
        </w:rPr>
        <w:t>29:46  yaani ab tak aap kaam kar rahe the makkah mein, ab aap ne ja kar ke madina mein kaam shuru kar diya. wahi same mission. aur jo log ab dakhil ho chuke the aap ke mission mein, un sab ko sath le gaye.</w:t>
      </w:r>
    </w:p>
    <w:p>
      <w:pPr>
        <w:pStyle w:val="Heading2"/>
      </w:pPr>
      <w:r>
        <w:t>Neighbors will question you about da'wah in the afterlife</w:t>
      </w:r>
    </w:p>
    <w:p>
      <w:r>
        <w:rPr>
          <w:color w:val="666666"/>
          <w:sz w:val="18"/>
        </w:rPr>
        <w:t>Muslims in Diaspora April 5, 2014 Maulana Wahiduddin Khan · 1m 56s · at 18:23 · https://youtu.be/JUzf9W-4D8A?t=1103</w:t>
      </w:r>
    </w:p>
    <w:p>
      <w:r>
        <w:rPr>
          <w:i/>
        </w:rPr>
        <w:t>“Every Muslim is living in a neighborhood — it's your duty to convey God's message.”</w:t>
      </w:r>
    </w:p>
    <w:p>
      <w:r>
        <w:rPr>
          <w:sz w:val="20"/>
        </w:rPr>
        <w:t>18:23  so you have to. it is, it is, it is a fact that every muslim is living in neighborhood.</w:t>
      </w:r>
      <w:r>
        <w:br/>
      </w:r>
      <w:r>
        <w:rPr>
          <w:sz w:val="20"/>
        </w:rPr>
        <w:t>18:35  and it is your duty to convey the message of God to your,</w:t>
      </w:r>
      <w:r>
        <w:br/>
      </w:r>
      <w:r>
        <w:rPr>
          <w:sz w:val="20"/>
        </w:rPr>
        <w:t>18:43  to neighbors. If you fail to do this job, your neighbor will ask you in the world hereafter that we were living in your neighborhood.</w:t>
      </w:r>
      <w:r>
        <w:br/>
      </w:r>
      <w:r>
        <w:rPr>
          <w:sz w:val="20"/>
        </w:rPr>
        <w:t>19:00  you were, you were Muslims, you were having the book of God</w:t>
      </w:r>
      <w:r>
        <w:br/>
      </w:r>
      <w:r>
        <w:rPr>
          <w:sz w:val="20"/>
        </w:rPr>
        <w:t>19:10  . So why you fail to convey this message to us?</w:t>
      </w:r>
      <w:r>
        <w:br/>
      </w:r>
      <w:r>
        <w:rPr>
          <w:sz w:val="20"/>
        </w:rPr>
        <w:t>19:18  Why you fail to give us a copy of the Quran?</w:t>
      </w:r>
      <w:r>
        <w:br/>
      </w:r>
      <w:r>
        <w:rPr>
          <w:sz w:val="20"/>
        </w:rPr>
        <w:t>19:27  So these neighbors will ask you this question in the world hereafter.</w:t>
      </w:r>
      <w:r>
        <w:br/>
      </w:r>
      <w:r>
        <w:rPr>
          <w:sz w:val="20"/>
        </w:rPr>
        <w:t>19:38  So it is not very simple that you have left your homeland and you settled in some other country and earning more money and providing better,</w:t>
      </w:r>
      <w:r>
        <w:br/>
      </w:r>
      <w:r>
        <w:rPr>
          <w:sz w:val="20"/>
        </w:rPr>
        <w:t>20:03  better life for your family. It is enough, enough</w:t>
      </w:r>
      <w:r>
        <w:br/>
      </w:r>
      <w:r>
        <w:rPr>
          <w:sz w:val="20"/>
        </w:rPr>
        <w:t>20:11  for your neighbor. Your neighbor has also some right.</w:t>
      </w:r>
    </w:p>
    <w:p>
      <w:pPr>
        <w:pStyle w:val="Heading2"/>
      </w:pPr>
      <w:r>
        <w:t>Ijtihad: need for comprehensive system</w:t>
      </w:r>
    </w:p>
    <w:p>
      <w:r>
        <w:rPr>
          <w:color w:val="666666"/>
          <w:sz w:val="18"/>
        </w:rPr>
        <w:t>Al-RISALA OCT, 2017 · 5m 59s · at 50:20 · https://youtu.be/miVEmmbCoWA?t=3020</w:t>
      </w:r>
    </w:p>
    <w:p>
      <w:r>
        <w:rPr>
          <w:i/>
        </w:rPr>
        <w:t>“اجتہاد کے لفظی معنی ہیں بھرپور کوشش کرنا”</w:t>
      </w:r>
    </w:p>
    <w:p>
      <w:r>
        <w:rPr>
          <w:sz w:val="20"/>
        </w:rPr>
        <w:t>50:20  ijtehad kya hai? ijtehad ke lafzi maani hain bharpoor koshish karna. shariyat mein yeh lafz is fikri koshish ke liye bola jata hai jabke naye halaat ke andar quran o sunnat ki roshni mein deen ka az sar e no intibaq, yaani re application, maloom karne ki koshish ki jaye.</w:t>
      </w:r>
      <w:r>
        <w:br/>
      </w:r>
      <w:r>
        <w:rPr>
          <w:sz w:val="20"/>
        </w:rPr>
        <w:t>50:44  yeh ijtehad ahkam ke istinbat ke silsile mein ek aham usool ki hesiyat rakhta hai. haqeeqat yeh hai ke halaat aur zamane ki tabdeeli se bar bar aisi soortein paish aati hain jabke deen ki asal rooh ko barkarar rakhte hue naye halaat mein in ka az sar e no intibaq talash kiya jaye.</w:t>
      </w:r>
      <w:r>
        <w:br/>
      </w:r>
      <w:r>
        <w:rPr>
          <w:sz w:val="20"/>
        </w:rPr>
        <w:t>51:10  ijtehad ka yeh amal islam ki tareekh mein musalsal jari raha hai, paighambar e islam ki zindagi mein bhi aur paighambar ki wafat ke baad bhi.</w:t>
      </w:r>
      <w:r>
        <w:br/>
      </w:r>
      <w:r>
        <w:rPr>
          <w:sz w:val="20"/>
        </w:rPr>
        <w:t>51:21  magar islam ki baad ki sadiyon mein aisa hua ke baaz asbab se ijtehad ka yeh amal zyada tar juzai masail tak mehdood ho kar reh gaya.</w:t>
      </w:r>
      <w:r>
        <w:br/>
      </w:r>
      <w:r>
        <w:rPr>
          <w:sz w:val="20"/>
        </w:rPr>
        <w:t>51:34  kulli ya bunyadi noiyat ke masail mein ijtehad ka yeh amal haqeeqi taur par jari hi na ho saka. is mamle ki ek misaal woh hai jo quran ki ayat wa qaatiloohum hatta la takuna fitnatun wa yakuna ad deenu kulluhu lillahi se talluq rakhti hai.</w:t>
      </w:r>
      <w:r>
        <w:br/>
      </w:r>
      <w:r>
        <w:rPr>
          <w:sz w:val="20"/>
        </w:rPr>
        <w:t>51:55  jaisa ke maloom hai, khilafat e rashida ke baad banu ummiya ki hukumat qaim hui. unhon ne damishq ko apna daar ul saltanat banaya.</w:t>
      </w:r>
      <w:r>
        <w:br/>
      </w:r>
      <w:r>
        <w:rPr>
          <w:sz w:val="20"/>
        </w:rPr>
        <w:t>52:05  is zamane mein abdullah bin zubair wafat 73 hijri mein hijaz mein apni alhidah khilafat qaim kar li.</w:t>
      </w:r>
      <w:r>
        <w:br/>
      </w:r>
      <w:r>
        <w:rPr>
          <w:sz w:val="20"/>
        </w:rPr>
        <w:t>52:15  yeh khilafat 9 saal tak baqi rahi. banu ummiya ke governor al hajjaj se un ka takrao hua. is takrao ke waqt un ke qareebi afraad ne un ka saath chhod diya, yahan tak ke woh tanha ladte hue hajjaj ki fauj ke hathon mare gaye.</w:t>
      </w:r>
      <w:r>
        <w:br/>
      </w:r>
      <w:r>
        <w:rPr>
          <w:sz w:val="20"/>
        </w:rPr>
        <w:t>52:33  is waqeye ko islam ki tareekh mein fitna ibn zubair kaha jata hai. jis zamane mein yeh jang ho rahi thi, abdullah bin umar wafat 73 hijri maujood the magar woh is jang mein sharik nahi hue.</w:t>
      </w:r>
      <w:r>
        <w:br/>
      </w:r>
      <w:r>
        <w:rPr>
          <w:sz w:val="20"/>
        </w:rPr>
        <w:t>52:48  ibn zubair ke kuch hami un ke paas gaye aur unhein aarh dilate hue kaha ke aap is jang mein shamil ho kar kyun nahi ladte jabke quran mein Allah taala ne hukum diya hai wa qaatiloohum hatta la takuna fitnah. abdullah bin umar ne jawab diya ke jo kaam karna tha woh hum ne kar diya, yahan tak ke fitna khatam ho gaya.</w:t>
      </w:r>
      <w:r>
        <w:br/>
      </w:r>
      <w:r>
        <w:rPr>
          <w:sz w:val="20"/>
        </w:rPr>
        <w:t>53:15  qad faalna ala ahd e rasool Allah sallallahu alaihi wasallam az kaana al islam qaleelan fa kaana al rajul yuf tan fi deenihi amma yaqtuloona hu amma yus qoonahu hatta kasara al islam falam takun fitnah sahih bukhari.</w:t>
      </w:r>
      <w:r>
        <w:br/>
      </w:r>
      <w:r>
        <w:rPr>
          <w:sz w:val="20"/>
        </w:rPr>
        <w:t>53:36  abdullah bin umar ka yeh qaul mere nazdeek kulliyati umoor mein ijtihad ki aik aala misaal hai. is ka matlab yeh hai ke sahabi rasool ne apni mujtahidana baseerat se samjha ke mazkoora ayat mein jo hukum diya gaya, qital baraye istihsal fitna tha na ke qital baraye qital.</w:t>
      </w:r>
      <w:r>
        <w:br/>
      </w:r>
      <w:r>
        <w:rPr>
          <w:sz w:val="20"/>
        </w:rPr>
        <w:t>53:59  is ka matlab yeh hai ke jab fitna khatam ho gaya to qital bhi khatam ho gaya. ab woh mehnat un mawaqe dawat ko istemal karne ke liye ki jayegi jo ke fitna ke khatme ke baad paida hue hain.</w:t>
      </w:r>
      <w:r>
        <w:br/>
      </w:r>
      <w:r>
        <w:rPr>
          <w:sz w:val="20"/>
        </w:rPr>
        <w:t>54:13  abdullah bin umar ke is qaul ki mazeed tafseel umar bin abdulaziz ke aik qaul se maloom hoti hai. khalifa umar bin abdulaziz madina mein abdullah bin umar ki wafat se 12 saal pehle, 61 hijri mein paida hue.</w:t>
      </w:r>
      <w:r>
        <w:br/>
      </w:r>
      <w:r>
        <w:rPr>
          <w:sz w:val="20"/>
        </w:rPr>
        <w:t>54:30  unhon ne apne daur hukumat mein khurasan ke governor al-jarrah bin abdullah al-hakmi ko likha tha innama baatha muhammadun daa'iyan wa lam yab'athhu jaabi-yan Allah ne Muhammad salallaho alaihi wasallam ko sirf daai bana kar bheja tha.</w:t>
      </w:r>
      <w:r>
        <w:br/>
      </w:r>
      <w:r>
        <w:rPr>
          <w:sz w:val="20"/>
        </w:rPr>
        <w:t>54:48  Allah ne aap ko tax wasool karne wala bana kar nahi bheja. al-bidaya wa al-nihaya is ka matlab yeh hai ke rasool Allah salallaho alaihi wasallam ka asal mission dawat tha.</w:t>
      </w:r>
      <w:r>
        <w:br/>
      </w:r>
      <w:r>
        <w:rPr>
          <w:sz w:val="20"/>
        </w:rPr>
        <w:t>55:02  woh qital ke liye ya zameen par qabza kar ke us par hukumat qaim karne ke liye nahi bheje gaye. jab Allah taala ne dawat ke raaste ki rukawatein khatam kar dein to us ke baad aap ka aur aap ke ashaab ka kaam yeh ho gaya ke Allah ke bando tak Allah ka paigham pahunchayein.</w:t>
      </w:r>
      <w:r>
        <w:br/>
      </w:r>
      <w:r>
        <w:rPr>
          <w:sz w:val="20"/>
        </w:rPr>
        <w:t>55:23  yeh ijtihad ki woh misalein hain jo aik jaleel qadar sahabi aur aik jaleel qadar tabai ne daur-e-awwal mein qaim kien.</w:t>
      </w:r>
      <w:r>
        <w:br/>
      </w:r>
      <w:r>
        <w:rPr>
          <w:sz w:val="20"/>
        </w:rPr>
        <w:t>55:33  magar is ke bawajood hum dekhte hain ke baad ki tareekh mein in ka yeh ijtihad amalan raaij na ho saka. musalmanon ki baad ki naslein badastoor jang o qital mein mashgool rahin aur aaj tak mashgool hain.</w:t>
      </w:r>
      <w:r>
        <w:br/>
      </w:r>
      <w:r>
        <w:rPr>
          <w:sz w:val="20"/>
        </w:rPr>
        <w:t>55:49  woh haqeeqi taur par dawat ke maidan mein sar-garm na ho sakein. agarchay baad ki sadiyon mein bhi Islam musalsal phailta raha hai magar woh ziyada tar apni fitri kashish ke zor par phaila hai, na ke daaiyon aur muballighon ki kisi munazzam koshish ke zor par.</w:t>
      </w:r>
      <w:r>
        <w:br/>
      </w:r>
      <w:r>
        <w:rPr>
          <w:sz w:val="20"/>
        </w:rPr>
        <w:t>56:09  asal yeh hai ke zaroorat thi ke sahabi aur tabai ke mazkoora qaul ki buniyad par aik mukammal nazariya tashkeel diya jaye.</w:t>
      </w:r>
    </w:p>
    <w:p>
      <w:pPr>
        <w:pStyle w:val="Heading2"/>
      </w:pPr>
      <w:r>
        <w:t>Sorry is mere lip service</w:t>
      </w:r>
    </w:p>
    <w:p>
      <w:r>
        <w:rPr>
          <w:color w:val="666666"/>
          <w:sz w:val="18"/>
        </w:rPr>
        <w:t>Sayings of the Prophet-Part 2 (Prophetic Wisdom) 9 April, 2006 · 24s · at 6:54 · https://youtu.be/pFWZonwLrXs?t=414</w:t>
      </w:r>
    </w:p>
    <w:p>
      <w:r>
        <w:rPr>
          <w:i/>
        </w:rPr>
        <w:t>“Mere nazdeek woh mahaz lip service hota hai”</w:t>
      </w:r>
    </w:p>
    <w:p>
      <w:r>
        <w:rPr>
          <w:sz w:val="20"/>
        </w:rPr>
        <w:t>6:54  merey nazdeek woh mehaz lip service hota hai, lip service. yeh social etiquettes hain, social manners hain, bas.</w:t>
      </w:r>
      <w:r>
        <w:br/>
      </w:r>
      <w:r>
        <w:rPr>
          <w:sz w:val="20"/>
        </w:rPr>
        <w:t>7:06  to mein saari ko kuch bhi nahi samajhta, balkey mein saari ko bura manta hoon. koi mujh sey saari agar kehta hai to yaqeen kijiye, mujhe khushi nahi hoti. mujhe lagta hai keh is ney pathar maar diya.</w:t>
      </w:r>
    </w:p>
    <w:p>
      <w:pPr>
        <w:pStyle w:val="Heading2"/>
      </w:pPr>
      <w:r>
        <w:t>Global warming as a divine warning</w:t>
      </w:r>
    </w:p>
    <w:p>
      <w:r>
        <w:rPr>
          <w:color w:val="666666"/>
          <w:sz w:val="18"/>
        </w:rPr>
        <w:t>Global Warming and Islam May 30, 2008 · 33s · at 0:50 · https://youtu.be/aFMSQmrEfVU?t=50</w:t>
      </w:r>
    </w:p>
    <w:p>
      <w:r>
        <w:rPr>
          <w:i/>
        </w:rPr>
        <w:t>“Main is ko thore se change kar ke global warning kehta hoon”</w:t>
      </w:r>
    </w:p>
    <w:p>
      <w:r>
        <w:rPr>
          <w:sz w:val="20"/>
        </w:rPr>
        <w:t>0:50  yeh ek bada strange phenomenon hai is zamane mein, global warming ka phenomenon. Main is ko thode se change kar ke global warning kehta hoon,</w:t>
      </w:r>
      <w:r>
        <w:br/>
      </w:r>
      <w:r>
        <w:rPr>
          <w:sz w:val="20"/>
        </w:rPr>
        <w:t>1:10  kyun ke yeh nature ki taraf se ya creator ki taraf se ek alarm diya ja raha hai ke doomsday is near.</w:t>
      </w:r>
    </w:p>
    <w:p>
      <w:pPr>
        <w:pStyle w:val="Heading2"/>
      </w:pPr>
      <w:r>
        <w:t>Sahaba orally transmitted Quran before the printing press</w:t>
      </w:r>
    </w:p>
    <w:p>
      <w:r>
        <w:rPr>
          <w:color w:val="666666"/>
          <w:sz w:val="18"/>
        </w:rPr>
        <w:t>The Companions and the Hadith Scholars June 24, 2012 · 2m 09s · at 3:35 · https://youtu.be/Dj4QiYnxgBs?t=215</w:t>
      </w:r>
    </w:p>
    <w:p>
      <w:r>
        <w:rPr>
          <w:i/>
        </w:rPr>
        <w:t>“Sahaba ki haisiyat Muqri group ki hai aur Muhaddithin ki Muhaddith group ki”</w:t>
      </w:r>
    </w:p>
    <w:p>
      <w:r>
        <w:rPr>
          <w:sz w:val="20"/>
        </w:rPr>
        <w:t>3:35  jahan tak mein samajhta hoon ke sahaba ki hesiyat muqri group ki hai aur muhaddiseen ki hesiyat</w:t>
      </w:r>
      <w:r>
        <w:br/>
      </w:r>
      <w:r>
        <w:rPr>
          <w:sz w:val="20"/>
        </w:rPr>
        <w:t>3:49  muhaddis group ki hai. yaani sahaba ne seventh century mein quran ko phailaya.</w:t>
      </w:r>
      <w:r>
        <w:br/>
      </w:r>
      <w:r>
        <w:rPr>
          <w:sz w:val="20"/>
        </w:rPr>
        <w:t>4:01  woh zamana tha jab ke printing press abhi nahi aya tha.</w:t>
      </w:r>
      <w:r>
        <w:br/>
      </w:r>
      <w:r>
        <w:rPr>
          <w:sz w:val="20"/>
        </w:rPr>
        <w:t>4:09  to us zamane mein kya hota tha? quran ko yaad karna aur parh kar sunana. isi liye woh bukhari kahe gaye, parh kar sunane wale.</w:t>
      </w:r>
      <w:r>
        <w:br/>
      </w:r>
      <w:r>
        <w:rPr>
          <w:sz w:val="20"/>
        </w:rPr>
        <w:t>4:23  to press, printing press se pehle ke zamane mein jo role ada kiya quran ke silsile mein sahaba ne, is liye mein un ko kehta hoon ke woh muqri group thay.</w:t>
      </w:r>
      <w:r>
        <w:br/>
      </w:r>
      <w:r>
        <w:rPr>
          <w:sz w:val="20"/>
        </w:rPr>
        <w:t>4:36  yaani woh group jis ne quran ko parh kar sunaya. is ke baad reh jata tha hadith ka mamla. aap jante hain ke hadith, quran to rasool Allah ki zuban hi mein madawwan ho gaya tha.</w:t>
      </w:r>
      <w:r>
        <w:br/>
      </w:r>
      <w:r>
        <w:rPr>
          <w:sz w:val="20"/>
        </w:rPr>
        <w:t>4:53  sahaba ko kaha, yeh sirf yeh karna tha ke jo quran madawwan ho chuka hai rasool Allah ki zuban hi mein, us ko logon ko parh kar sunayein aur batayein.</w:t>
      </w:r>
      <w:r>
        <w:br/>
      </w:r>
      <w:r>
        <w:rPr>
          <w:sz w:val="20"/>
        </w:rPr>
        <w:t>5:05  lekin hadiseen madawwan nahi hui theen rasool Allah ki zuban mein.</w:t>
      </w:r>
      <w:r>
        <w:br/>
      </w:r>
      <w:r>
        <w:rPr>
          <w:sz w:val="20"/>
        </w:rPr>
        <w:t>5:11  hadiseen baad ko madawwan huin aur jin logon ne us ko madawwan kiya. madawwan ka matlab hota hai un ko jama karna, compile karna, book form mein ikatha karna.</w:t>
      </w:r>
      <w:r>
        <w:br/>
      </w:r>
      <w:r>
        <w:rPr>
          <w:sz w:val="20"/>
        </w:rPr>
        <w:t>5:30  yeh kaam kiya hai jis groh ne, un ko hum muhaddis kehte hain. muhaddis. to woh muqri group tha ya muhaddis group thay.</w:t>
      </w:r>
    </w:p>
    <w:p>
      <w:pPr>
        <w:pStyle w:val="Heading2"/>
      </w:pPr>
      <w:r>
        <w:t>the widow's son story and the prophet's whole mission</w:t>
      </w:r>
    </w:p>
    <w:p>
      <w:r>
        <w:rPr>
          <w:color w:val="666666"/>
          <w:sz w:val="18"/>
        </w:rPr>
        <w:t>Importance of Creative Thinking December 11, 2011 · 3m 30s · at 11:58 · https://youtu.be/jfML9Arb0S4?t=718</w:t>
      </w:r>
    </w:p>
    <w:p>
      <w:r>
        <w:rPr>
          <w:i/>
        </w:rPr>
        <w:t>“Ek sahib ki shaadi hui, unka ek bachcha paida hua, phir jaldi unki death ho gayi”</w:t>
      </w:r>
    </w:p>
    <w:p>
      <w:r>
        <w:rPr>
          <w:sz w:val="20"/>
        </w:rPr>
        <w:t>11:58  kal mujhe maloom hua hai ek sahab ka qissa. ek sahab ki shadi hui, un ka ek bachcha paida hua, phir jaldi un ki death ho gayi.</w:t>
      </w:r>
      <w:r>
        <w:br/>
      </w:r>
      <w:r>
        <w:rPr>
          <w:sz w:val="20"/>
        </w:rPr>
        <w:t>12:09  jab death ho gayi to maa jo hai, yani un ki biwi, rone lagi, ro rahi thi.</w:t>
      </w:r>
      <w:r>
        <w:br/>
      </w:r>
      <w:r>
        <w:rPr>
          <w:sz w:val="20"/>
        </w:rPr>
        <w:t>12:19  to ek bachcha jo paida hua tha, woh bachche ne dekha, "meri maa ro rahi hai!" to bachche ne kaha, "tum kyun ro rahi ho?"</w:t>
      </w:r>
      <w:r>
        <w:br/>
      </w:r>
      <w:r>
        <w:rPr>
          <w:sz w:val="20"/>
        </w:rPr>
        <w:t>12:29  kaha ke "dekho, tumhara baap chale gaya, ab ghar ka kharcha kaise chalega?" jante hain bachche ne kya kiya? bachche ne ek kapda le ke maa ke aansu ko poocha,</w:t>
      </w:r>
      <w:r>
        <w:br/>
      </w:r>
      <w:r>
        <w:rPr>
          <w:sz w:val="20"/>
        </w:rPr>
        <w:t>12:45  apni jeb mein hath dala, us ne kaha, "dekho maa, mere paas dua aane paise hain, lo is ko!" us zamane ki baat hai jab dua aana bohat bari cheez hoti thi, ab to dua aana koi cheez nahi hai.</w:t>
      </w:r>
      <w:r>
        <w:br/>
      </w:r>
      <w:r>
        <w:rPr>
          <w:sz w:val="20"/>
        </w:rPr>
        <w:t>12:57  to kaha, "dekho, mere paas dua aane hain, lo is ko, istemal karo!"</w:t>
      </w:r>
      <w:r>
        <w:br/>
      </w:r>
      <w:r>
        <w:rPr>
          <w:sz w:val="20"/>
        </w:rPr>
        <w:t>13:04  aansoo pooch kar us ne dua aane pesh kiye. yeh kya hai? is ka matlab kya tha? is ka matlab yeh tha ke aaj aaj ke lehaz se socho, kal ke lehaz se koi soch rahi ho.</w:t>
      </w:r>
      <w:r>
        <w:br/>
      </w:r>
      <w:r>
        <w:rPr>
          <w:sz w:val="20"/>
        </w:rPr>
        <w:t>13:18  aaj ka kharcha chalane ke liye hamare paas paisa maujood hai, to kal ke liye kyun ro rahi ho? tum kal aaye ga to phir phir ho jaye ga, phir ho jaye ga.</w:t>
      </w:r>
      <w:r>
        <w:br/>
      </w:r>
      <w:r>
        <w:rPr>
          <w:sz w:val="20"/>
        </w:rPr>
        <w:t>13:28  yani aaj jo hai, us ko le kar sochna, aur jo mazi mein khooya gaya, us ko le kar sochna.</w:t>
      </w:r>
      <w:r>
        <w:br/>
      </w:r>
      <w:r>
        <w:rPr>
          <w:sz w:val="20"/>
        </w:rPr>
        <w:t>13:38  yani ek hai ke aap jo khoya gaya, us ko le kar sochen, ek hai ke jo abhi bhi aap paas hai, us ko le kar sochen. aap</w:t>
      </w:r>
      <w:r>
        <w:br/>
      </w:r>
      <w:r>
        <w:rPr>
          <w:sz w:val="20"/>
        </w:rPr>
        <w:t>13:47  to bachche ne jo kaha, us ka matlab yeh tha ke jo khoyega, us us ko us ko le ke kyun sochti ho? tum jo hai, abhi hamare paas, us ko le kar socho. yeh dua aane paise hain.</w:t>
      </w:r>
      <w:r>
        <w:br/>
      </w:r>
      <w:r>
        <w:rPr>
          <w:sz w:val="20"/>
        </w:rPr>
        <w:t>13:59  yeh bohat bari wisdom hai, super wisdom hai. aur rasool Allah salallahu alaihi wasallam ne poora kaam jo aap ne 23 saal kiya, us mein hum ko yahi wisdom dikhai deti hai.</w:t>
      </w:r>
      <w:r>
        <w:br/>
      </w:r>
      <w:r>
        <w:rPr>
          <w:sz w:val="20"/>
        </w:rPr>
        <w:t>14:14  yahi wisdom ke khoye hue ko le kar na socho, balkeh jo hai, abhi bhi mila hua, us ko le kar socho. is tarah kya hoga?</w:t>
      </w:r>
      <w:r>
        <w:br/>
      </w:r>
      <w:r>
        <w:rPr>
          <w:sz w:val="20"/>
        </w:rPr>
        <w:t>14:24  aap ko starting point mil jayega.</w:t>
      </w:r>
      <w:r>
        <w:br/>
      </w:r>
      <w:r>
        <w:rPr>
          <w:sz w:val="20"/>
        </w:rPr>
        <w:t>14:29  khoye hue ko le kar sochna, sochna to kya milta hai? rona, react karna, gham karna, protest karna, complaint karna, yeh milta hai.</w:t>
      </w:r>
      <w:r>
        <w:br/>
      </w:r>
      <w:r>
        <w:rPr>
          <w:sz w:val="20"/>
        </w:rPr>
        <w:t>14:40  aur jo abhi mila hua hai, us ko le kar sochne se kya hota hai? aap ko starting point mil jata hai, aap ko line of action mil jati hai, aap ka hausla badhta hai.</w:t>
      </w:r>
      <w:r>
        <w:br/>
      </w:r>
      <w:r>
        <w:rPr>
          <w:sz w:val="20"/>
        </w:rPr>
        <w:t>14:52  yani aap bohat sari positive qualities paida hoti hain.</w:t>
      </w:r>
      <w:r>
        <w:br/>
      </w:r>
      <w:r>
        <w:rPr>
          <w:sz w:val="20"/>
        </w:rPr>
        <w:t>14:59  yeh hai creative thinking. to is daur ke musalman jo the, mujhe koi exception nahi maloom jis ke andar jis ne creative thinking ka saboot diya ho.</w:t>
      </w:r>
      <w:r>
        <w:br/>
      </w:r>
      <w:r>
        <w:rPr>
          <w:sz w:val="20"/>
        </w:rPr>
        <w:t>15:14  halanke hamari jo history hai, rasool Allah salallahu alaihi wasallam ka jo uswa hai, us mein jo sara bhara hua hai, yani creativity hi sab se bara unwan hai aap ki seerat ka.</w:t>
      </w:r>
    </w:p>
    <w:p>
      <w:pPr>
        <w:pStyle w:val="Heading2"/>
      </w:pPr>
      <w:r>
        <w:t>Migrating to Medina without badmouthing enemies</w:t>
      </w:r>
    </w:p>
    <w:p>
      <w:r>
        <w:rPr>
          <w:color w:val="666666"/>
          <w:sz w:val="18"/>
        </w:rPr>
        <w:t>Freedom of Expression in Islam April 1, 2007 Maulana Wahiduddin Khan · 2m 47s · at 31:58 · https://youtu.be/k-gj-Uu0sqA?t=1918</w:t>
      </w:r>
    </w:p>
    <w:p>
      <w:r>
        <w:rPr>
          <w:i/>
        </w:rPr>
        <w:t>“He managed the problem by changing his workplace”</w:t>
      </w:r>
    </w:p>
    <w:p>
      <w:r>
        <w:rPr>
          <w:sz w:val="20"/>
        </w:rPr>
        <w:t>31:58  he managed he he migrated from makkah to madinah and still over there yani cross place of place yani aap ne apne is ko work place ko badal diya</w:t>
      </w:r>
      <w:r>
        <w:br/>
      </w:r>
      <w:r>
        <w:rPr>
          <w:sz w:val="20"/>
        </w:rPr>
        <w:t>32:20  yani work place aap ka makkah tha pehle aur jab wahan par log enemy ban gaye kaha ke hum ko maar dalenge to aap ne kya kiya apne work place ko badal diya makkah se madinah chale gaye yeh hai manage karna</w:t>
      </w:r>
      <w:r>
        <w:br/>
      </w:r>
      <w:r>
        <w:rPr>
          <w:sz w:val="20"/>
        </w:rPr>
        <w:t>32:38  yani here he managed the problem by changing work place</w:t>
      </w:r>
      <w:r>
        <w:br/>
      </w:r>
      <w:r>
        <w:rPr>
          <w:sz w:val="20"/>
        </w:rPr>
        <w:t>32:45  yeh bhi ek aap ne bataya dunya ko ek tareeqa ke work place ko badal do</w:t>
      </w:r>
      <w:r>
        <w:br/>
      </w:r>
      <w:r>
        <w:rPr>
          <w:sz w:val="20"/>
        </w:rPr>
        <w:t>32:53  ab is ke baad kya hua dekhiye aaj kal kya hota hai koi leader aisi situation mein jab kahin se chala jata hai to kya karta hai wahan exile government banata hai wahan par as a general practice</w:t>
      </w:r>
      <w:r>
        <w:br/>
      </w:r>
      <w:r>
        <w:rPr>
          <w:sz w:val="20"/>
        </w:rPr>
        <w:t>33:15  to aap ne exile government nahi banayi wahan par becomes kab yeh karta hai ke statement issue karta hai is ke khilaf is ke khilaf phobic speeches deta hai ke bure hain yeh hain woh hain aap ne ek ek shabd bhi nahi bole un ke khilaf ek shabd nahi</w:t>
      </w:r>
      <w:r>
        <w:br/>
      </w:r>
      <w:r>
        <w:rPr>
          <w:sz w:val="20"/>
        </w:rPr>
        <w:t>33:33  aap saare book padhiye kisi book mein ek shabd nahi milega aap ko ke aap ne jab wahan aaye madinah to koi ek shabd hi bole hon aap na private mein na public mein kyun dekhiye yeh bhi ek bahut badi technique hai bahut badi yeh formula hai yeh kyun jab aap kisi ke khilaf bolte hain to kya hota hai</w:t>
      </w:r>
      <w:r>
        <w:br/>
      </w:r>
      <w:r>
        <w:rPr>
          <w:sz w:val="20"/>
        </w:rPr>
        <w:t>33:58  apne khilaf bol rahe hote hain aap because when you speak against someone else you are inculcating a negative part in your mind</w:t>
      </w:r>
      <w:r>
        <w:br/>
      </w:r>
      <w:r>
        <w:rPr>
          <w:sz w:val="20"/>
        </w:rPr>
        <w:t>34:12  yani woh toh kahin hai makkah wale toh makkah mein hain lekin madinah mein agar aap bolenge makkah walon ke khilaf to chahe makkah wale na sune lekin aap ke dil ne suna aur aap ke dil mein ek negative item aa gaya</w:t>
      </w:r>
      <w:r>
        <w:br/>
      </w:r>
      <w:r>
        <w:rPr>
          <w:sz w:val="20"/>
        </w:rPr>
        <w:t>34:31  to prophet of islam jo the woh ek single negative item ko afford nahi kar sakte the ke un ke dil mein jagah paaye</w:t>
      </w:r>
    </w:p>
    <w:p>
      <w:pPr>
        <w:pStyle w:val="Heading2"/>
      </w:pPr>
      <w:r>
        <w:t>The diaspora that followed the Prophet's death</w:t>
      </w:r>
    </w:p>
    <w:p>
      <w:r>
        <w:rPr>
          <w:color w:val="666666"/>
          <w:sz w:val="18"/>
        </w:rPr>
        <w:t>Muslims in Diaspora 9 jan 2007 (English) · 3m 46s · at 28:15 · https://youtu.be/oAi49l7nuOI?t=1695</w:t>
      </w:r>
    </w:p>
    <w:p>
      <w:r>
        <w:rPr>
          <w:i/>
        </w:rPr>
        <w:t>“There was the fifth diaspora, after the death of the Prophet.”</w:t>
      </w:r>
    </w:p>
    <w:p>
      <w:r>
        <w:rPr>
          <w:sz w:val="20"/>
        </w:rPr>
        <w:t>28:15  Then, there was the fifth diaspora. This occurred after the death of the Prophet of Islam.</w:t>
      </w:r>
      <w:r>
        <w:br/>
      </w:r>
      <w:r>
        <w:rPr>
          <w:sz w:val="20"/>
        </w:rPr>
        <w:t>28:28  You know, before his death, the Prophet performed Hajj, which is called Hajjat al-Wida in Islamic history.</w:t>
      </w:r>
      <w:r>
        <w:br/>
      </w:r>
      <w:r>
        <w:rPr>
          <w:sz w:val="20"/>
        </w:rPr>
        <w:t>28:43  So, after performing Hajj, the Prophet of Islam addressed his companions in Arafat.</w:t>
      </w:r>
      <w:r>
        <w:br/>
      </w:r>
      <w:r>
        <w:rPr>
          <w:sz w:val="20"/>
        </w:rPr>
        <w:t>28:58  At that time, there were 1,40,000 companions with the Prophet or 1,05,000 Muslims with the Prophet.</w:t>
      </w:r>
      <w:r>
        <w:br/>
      </w:r>
      <w:r>
        <w:rPr>
          <w:sz w:val="20"/>
        </w:rPr>
        <w:t>29:17  So, the Prophet addressed these Muslims in Arafat, in the field of Arafat.</w:t>
      </w:r>
      <w:r>
        <w:br/>
      </w:r>
      <w:r>
        <w:rPr>
          <w:sz w:val="20"/>
        </w:rPr>
        <w:t>29:25  In this</w:t>
      </w:r>
      <w:r>
        <w:br/>
      </w:r>
      <w:r>
        <w:rPr>
          <w:sz w:val="20"/>
        </w:rPr>
        <w:t>29:29  speech, he said, addressing to those Muslims, that, "Innallaha baasani kaafatal linnas.</w:t>
      </w:r>
      <w:r>
        <w:br/>
      </w:r>
      <w:r>
        <w:rPr>
          <w:sz w:val="20"/>
        </w:rPr>
        <w:t>29:42  Faaddu anni. Faaddu anni."</w:t>
      </w:r>
      <w:r>
        <w:br/>
      </w:r>
      <w:r>
        <w:rPr>
          <w:sz w:val="20"/>
        </w:rPr>
        <w:t>29:47  O my companions, O Muslims, God has sent me as a Prophet, as a messenger for all mankind for all mankind.</w:t>
      </w:r>
      <w:r>
        <w:br/>
      </w:r>
      <w:r>
        <w:rPr>
          <w:sz w:val="20"/>
        </w:rPr>
        <w:t>30:03  So, it is your duty to spread this message to all mankind.</w:t>
      </w:r>
      <w:r>
        <w:br/>
      </w:r>
      <w:r>
        <w:rPr>
          <w:sz w:val="20"/>
        </w:rPr>
        <w:t>30:11  It was</w:t>
      </w:r>
      <w:r>
        <w:br/>
      </w:r>
      <w:r>
        <w:rPr>
          <w:sz w:val="20"/>
        </w:rPr>
        <w:t>30:15  So, what happened after this after performing Hajj?</w:t>
      </w:r>
      <w:r>
        <w:br/>
      </w:r>
      <w:r>
        <w:rPr>
          <w:sz w:val="20"/>
        </w:rPr>
        <w:t>30:24  The majority of the Sahaba went out of Arabia. You know, at that time, there were 1,40,000 Muslims with the Prophet.</w:t>
      </w:r>
      <w:r>
        <w:br/>
      </w:r>
      <w:r>
        <w:rPr>
          <w:sz w:val="20"/>
        </w:rPr>
        <w:t>30:38  But now, if you visit Mecca and Madinah, you hardly find 10,000 graves of those Sahaba in Mecca and Madinah.</w:t>
      </w:r>
      <w:r>
        <w:br/>
      </w:r>
      <w:r>
        <w:rPr>
          <w:sz w:val="20"/>
        </w:rPr>
        <w:t>30:53  Only 10,000. It means that the majority of those Muslims or the majority of those Sahaba migrated.</w:t>
      </w:r>
      <w:r>
        <w:br/>
      </w:r>
      <w:r>
        <w:rPr>
          <w:sz w:val="20"/>
        </w:rPr>
        <w:t>31:04  This was the fourth diaspora in Islamic history.</w:t>
      </w:r>
      <w:r>
        <w:br/>
      </w:r>
      <w:r>
        <w:rPr>
          <w:sz w:val="20"/>
        </w:rPr>
        <w:t>31:14  Fourth or fifth diaspora in Islamic history. And the result was very, very great.</w:t>
      </w:r>
      <w:r>
        <w:br/>
      </w:r>
      <w:r>
        <w:rPr>
          <w:sz w:val="20"/>
        </w:rPr>
        <w:t>31:24  You know, it was the result of this positive diaspora that a vast land of Asia and Africa was Islamized.</w:t>
      </w:r>
      <w:r>
        <w:br/>
      </w:r>
      <w:r>
        <w:rPr>
          <w:sz w:val="20"/>
        </w:rPr>
        <w:t>31:38  Now, we call this area the Muslim area or Arab world</w:t>
      </w:r>
      <w:r>
        <w:br/>
      </w:r>
      <w:r>
        <w:rPr>
          <w:sz w:val="20"/>
        </w:rPr>
        <w:t>31:45  . The present Arab world was directly the result of that positive diaspora</w:t>
      </w:r>
      <w:r>
        <w:br/>
      </w:r>
      <w:r>
        <w:rPr>
          <w:sz w:val="20"/>
        </w:rPr>
        <w:t>31:55  that occurred after the death of the Prophet of Islam.</w:t>
      </w:r>
    </w:p>
    <w:p>
      <w:pPr>
        <w:pStyle w:val="Heading2"/>
      </w:pPr>
      <w:r>
        <w:t>Renaming two thieves as honorable men</w:t>
      </w:r>
    </w:p>
    <w:p>
      <w:r>
        <w:rPr>
          <w:color w:val="666666"/>
          <w:sz w:val="18"/>
        </w:rPr>
        <w:t>Prophet of Mercy October 24, 2021 Prof. Farida Khanam · 40s · at 26:17 · https://youtu.be/qIOdAqzWhNI?t=1577</w:t>
      </w:r>
    </w:p>
    <w:p>
      <w:r>
        <w:rPr>
          <w:i/>
        </w:rPr>
        <w:t>“قبیلہ والوں نے دو چوروں کا نام رکھا تھا المحنان، ذلیل آدمی۔”</w:t>
      </w:r>
    </w:p>
    <w:p>
      <w:r>
        <w:rPr>
          <w:sz w:val="20"/>
        </w:rPr>
        <w:t>26:17  hijrat ke liye Rasool Allah Sal Allah Alayhi Wasallam ja rahe the. aa jab Madine ke qareeb pahunche to maloom hua ke yahan par aa qabeela Bani Aslam ke do chor hain.</w:t>
      </w:r>
      <w:r>
        <w:br/>
      </w:r>
      <w:r>
        <w:rPr>
          <w:sz w:val="20"/>
        </w:rPr>
        <w:t>26:27  to is ko qabeela walon ne in ka naam rakha tha al-muhnan, do zaleel aadmi. rasool allah salallaho alaihi wasallam ke paas woh aaye to unhon ne kaha ke mujhe qabeela walay al-muhnan kehtay hain.</w:t>
      </w:r>
      <w:r>
        <w:br/>
      </w:r>
      <w:r>
        <w:rPr>
          <w:sz w:val="20"/>
        </w:rPr>
        <w:t>26:39  to rasool allah salallaho alaihi wasallam ne un se kaha nahi, tum log al-mukraman ho, yaani do ba-izazat aadmi ho. to aik aadmi ke liye hope paida karna bhi rehmat ka hissa hota hai.</w:t>
      </w:r>
    </w:p>
    <w:p>
      <w:pPr>
        <w:pStyle w:val="Heading2"/>
      </w:pPr>
      <w:r>
        <w:t>Prophet preserved first generation for rebuilding</w:t>
      </w:r>
    </w:p>
    <w:p>
      <w:r>
        <w:rPr>
          <w:color w:val="666666"/>
          <w:sz w:val="18"/>
        </w:rPr>
        <w:t>The Principles of Revolution 14 May 2007 - Maulana Wahiduddin Khan · 4m 21s · at 19:12 · https://youtu.be/2qdUPZbBW28?t=1152</w:t>
      </w:r>
    </w:p>
    <w:p>
      <w:r>
        <w:rPr>
          <w:i/>
        </w:rPr>
        <w:t>“Only second generation was able to reconstruct the society.”</w:t>
      </w:r>
    </w:p>
    <w:p>
      <w:r>
        <w:rPr>
          <w:sz w:val="20"/>
        </w:rPr>
        <w:t>19:12  Only second generation, third generation was able to reconstruct the society.</w:t>
      </w:r>
      <w:r>
        <w:br/>
      </w:r>
      <w:r>
        <w:rPr>
          <w:sz w:val="20"/>
        </w:rPr>
        <w:t>19:20  and you know, law of nature that only the first generation had spirit and dedication and motivation.</w:t>
      </w:r>
      <w:r>
        <w:br/>
      </w:r>
      <w:r>
        <w:rPr>
          <w:sz w:val="20"/>
        </w:rPr>
        <w:t>19:37  second generation or third generation is the degenerated generation, degenerated people, degenerated people.</w:t>
      </w:r>
      <w:r>
        <w:br/>
      </w:r>
      <w:r>
        <w:rPr>
          <w:sz w:val="20"/>
        </w:rPr>
        <w:t>19:47  So first generation was full of his spirit, but they died.</w:t>
      </w:r>
      <w:r>
        <w:br/>
      </w:r>
      <w:r>
        <w:rPr>
          <w:sz w:val="20"/>
        </w:rPr>
        <w:t>19:56  and second generation or third generation were</w:t>
      </w:r>
      <w:r>
        <w:br/>
      </w:r>
      <w:r>
        <w:rPr>
          <w:sz w:val="20"/>
        </w:rPr>
        <w:t>20:05  deprived of his spirit. they have no such dedication. to they fail to reconstruct the society.</w:t>
      </w:r>
      <w:r>
        <w:br/>
      </w:r>
      <w:r>
        <w:rPr>
          <w:sz w:val="20"/>
        </w:rPr>
        <w:t>20:15  you can see the example in India, in Pakistan, in Bangladesh, in South Africa, in France, in Russia, everywhere.</w:t>
      </w:r>
      <w:r>
        <w:br/>
      </w:r>
      <w:r>
        <w:rPr>
          <w:sz w:val="20"/>
        </w:rPr>
        <w:t>20:28  The Prophet of Islam adopted a very unique formula that was: avoid the obstacles, avoid the problems and avail the opportunities.</w:t>
      </w:r>
      <w:r>
        <w:br/>
      </w:r>
      <w:r>
        <w:rPr>
          <w:sz w:val="20"/>
        </w:rPr>
        <w:t>20:47  So Prophet of Islam when he was in Makkah</w:t>
      </w:r>
      <w:r>
        <w:br/>
      </w:r>
      <w:r>
        <w:rPr>
          <w:sz w:val="20"/>
        </w:rPr>
        <w:t>20:51  and there was 360 idols in kaaba, so he completely ignored.</w:t>
      </w:r>
      <w:r>
        <w:br/>
      </w:r>
      <w:r>
        <w:rPr>
          <w:sz w:val="20"/>
        </w:rPr>
        <w:t>21:04  he engaged himself in preaching rather than destroying the idols. It means that at the very first day, he he he was he was able to</w:t>
      </w:r>
      <w:r>
        <w:br/>
      </w:r>
      <w:r>
        <w:rPr>
          <w:sz w:val="20"/>
        </w:rPr>
        <w:t>21:21  to find the starting point at the very first day. Others found starting point after a long time, after 25 years, 30 years, 50 years.</w:t>
      </w:r>
      <w:r>
        <w:br/>
      </w:r>
      <w:r>
        <w:rPr>
          <w:sz w:val="20"/>
        </w:rPr>
        <w:t>21:39  but the prophet of Islam adopted a unique method. and under this method, he was able to found, able to find the starting point at the very first day.</w:t>
      </w:r>
      <w:r>
        <w:br/>
      </w:r>
      <w:r>
        <w:rPr>
          <w:sz w:val="20"/>
        </w:rPr>
        <w:t>22:00  So when he died in 632, he was, he was, he was, he completed the revolution.</w:t>
      </w:r>
      <w:r>
        <w:br/>
      </w:r>
      <w:r>
        <w:rPr>
          <w:sz w:val="20"/>
        </w:rPr>
        <w:t>22:13  revolution was completed at the time</w:t>
      </w:r>
      <w:r>
        <w:br/>
      </w:r>
      <w:r>
        <w:rPr>
          <w:sz w:val="20"/>
        </w:rPr>
        <w:t>22:18  because he spent his life to to build the society rather than to destroy obstacles.</w:t>
      </w:r>
      <w:r>
        <w:br/>
      </w:r>
      <w:r>
        <w:rPr>
          <w:sz w:val="20"/>
        </w:rPr>
        <w:t>22:34  so the basic point is that only first generation is aspired generation, is dedicated generation.</w:t>
      </w:r>
      <w:r>
        <w:br/>
      </w:r>
      <w:r>
        <w:rPr>
          <w:sz w:val="20"/>
        </w:rPr>
        <w:t>22:45  and in every revolution, in every revolution, this</w:t>
      </w:r>
      <w:r>
        <w:br/>
      </w:r>
      <w:r>
        <w:rPr>
          <w:sz w:val="20"/>
        </w:rPr>
        <w:t>22:52  in every revolution, this first generation was, was,</w:t>
      </w:r>
      <w:r>
        <w:br/>
      </w:r>
      <w:r>
        <w:rPr>
          <w:sz w:val="20"/>
        </w:rPr>
        <w:t>22:59  was lost because when when came the change, they were died.</w:t>
      </w:r>
      <w:r>
        <w:br/>
      </w:r>
      <w:r>
        <w:rPr>
          <w:sz w:val="20"/>
        </w:rPr>
        <w:t>23:14  So all other revolutionaries were negative revolutionaries, and the Prophet of Islam was a positive revolutionary.</w:t>
      </w:r>
      <w:r>
        <w:br/>
      </w:r>
      <w:r>
        <w:rPr>
          <w:sz w:val="20"/>
        </w:rPr>
        <w:t>23:26  this was the secret of his success.</w:t>
      </w:r>
    </w:p>
    <w:p>
      <w:pPr>
        <w:pStyle w:val="Heading2"/>
      </w:pPr>
      <w:r>
        <w:t>A top companion's wish to be a mere speck of dust</w:t>
      </w:r>
    </w:p>
    <w:p>
      <w:r>
        <w:rPr>
          <w:color w:val="666666"/>
          <w:sz w:val="18"/>
        </w:rPr>
        <w:t>The Man Al-Quran Builds April 2, 2006 Maulana Wahiduddin Khan · 54s · at 49:40 · https://youtu.be/06TQIt_5vlw?t=2980</w:t>
      </w:r>
    </w:p>
    <w:p>
      <w:r>
        <w:rPr>
          <w:i/>
        </w:rPr>
        <w:t>“Kaash main mitti ka zarra hota, kaash main tinka hota”</w:t>
      </w:r>
    </w:p>
    <w:p>
      <w:r>
        <w:rPr>
          <w:sz w:val="20"/>
        </w:rPr>
        <w:t>49:40  bohat kam samajhte the woh jaise ek sahabi ne kaha ke kaash mein mitti ka mitti hota kaash mein tinka hota i wish i wear a particle of dust</w:t>
      </w:r>
      <w:r>
        <w:br/>
      </w:r>
      <w:r>
        <w:rPr>
          <w:sz w:val="20"/>
        </w:rPr>
        <w:t>49:56  yeh yeh bhi ek yani sahaba ka tareeqa hai Islam ki taleem hai ke apne ko kam samajhna</w:t>
      </w:r>
      <w:r>
        <w:br/>
      </w:r>
      <w:r>
        <w:rPr>
          <w:sz w:val="20"/>
        </w:rPr>
        <w:t>50:05  dekhiye arrogance aur egoism aur superiority complex yeh sab shaitani cheezein hain sahi tareeqa jo hai jo Allah ko pasand hai woh kya hai aap ke andar modesty ho aap ke andar tawazu ho aap apne ko aam insano se ki taraf samjhen aur apne ooncha na samjhen</w:t>
      </w:r>
    </w:p>
    <w:p>
      <w:pPr>
        <w:pStyle w:val="Heading2"/>
      </w:pPr>
      <w:r>
        <w:t>Sun, earth, moon size comparison reveals divine precision</w:t>
      </w:r>
    </w:p>
    <w:p>
      <w:r>
        <w:rPr>
          <w:color w:val="666666"/>
          <w:sz w:val="18"/>
        </w:rPr>
        <w:t>From Superstition to Science April 19, 2009 · 2m 50s · at 16:31 · https://youtu.be/GvCoNSjZlGE?t=991</w:t>
      </w:r>
    </w:p>
    <w:p>
      <w:r>
        <w:rPr>
          <w:i/>
        </w:rPr>
        <w:t>“Suraj ko Himalaya ke barabar maanein to zameen football ke barabar”</w:t>
      </w:r>
    </w:p>
    <w:p>
      <w:r>
        <w:rPr>
          <w:sz w:val="20"/>
        </w:rPr>
        <w:t>16:31  yani suraj ko agar aap himalaya pahad ke barabar manen to zameen football ke barabar hogi, ek gend ke barabar hogi.</w:t>
      </w:r>
      <w:r>
        <w:br/>
      </w:r>
      <w:r>
        <w:rPr>
          <w:sz w:val="20"/>
        </w:rPr>
        <w:t>16:43  aur phir chand to ek sarson ke barabar hoga, sarson se bhi chhota hoga. itna size mein difference hai. lekin kya hota hai?</w:t>
      </w:r>
      <w:r>
        <w:br/>
      </w:r>
      <w:r>
        <w:rPr>
          <w:sz w:val="20"/>
        </w:rPr>
        <w:t>16:52  moving state mein hai sab, move kar rahe hain.</w:t>
      </w:r>
      <w:r>
        <w:br/>
      </w:r>
      <w:r>
        <w:rPr>
          <w:sz w:val="20"/>
        </w:rPr>
        <w:t>16:58  to yeh ek phenomenon hai, bahut anokha phenomenon, astronomical phenomenon ke yeh is ko hum keh sakte hain ke well calculated positioning of three moving bodies in the space.</w:t>
      </w:r>
      <w:r>
        <w:br/>
      </w:r>
      <w:r>
        <w:rPr>
          <w:sz w:val="20"/>
        </w:rPr>
        <w:t>17:18  ke teen moving bodies jo hain, un ko bahut hi zyada right proportion mein, un ke distance ko aisa laya jata hai ke hum hamare dekhne mein barabar lagte hain.</w:t>
      </w:r>
      <w:r>
        <w:br/>
      </w:r>
      <w:r>
        <w:rPr>
          <w:sz w:val="20"/>
        </w:rPr>
        <w:t>17:29  wo agar hum ko dekhne mein barabar na lagen to grehan bhi nahi hoga. agar hum cheezon ko is ke asal real size ke aitbar se dekhen to kabhi grehan nahi hoga.</w:t>
      </w:r>
      <w:r>
        <w:br/>
      </w:r>
      <w:r>
        <w:rPr>
          <w:sz w:val="20"/>
        </w:rPr>
        <w:t>17:44  wo kahin bhi hon, samne hon ya peeche hon ya aage hon, to grehan nahi lage ga. kyun ke grehan naam hai hamare dekhne ka. space mein koi cheez nahi hoti, hamare dekhne ke lehaz se hoti hai.</w:t>
      </w:r>
      <w:r>
        <w:br/>
      </w:r>
      <w:r>
        <w:rPr>
          <w:sz w:val="20"/>
        </w:rPr>
        <w:t>17:59  to yeh hai well calculated positioning of three moving bodies in the space.</w:t>
      </w:r>
      <w:r>
        <w:br/>
      </w:r>
      <w:r>
        <w:rPr>
          <w:sz w:val="20"/>
        </w:rPr>
        <w:t>18:08  aaj ka jo insaan, jis ka framework scientific framework hai, jab is tarah se wo is ko leta hai to wahi baat jo rasool Allah ne kahi thi, us ko billion time zyada mehsoos hota hai ke kaisa ajeeb hai wo khuda.</w:t>
      </w:r>
      <w:r>
        <w:br/>
      </w:r>
      <w:r>
        <w:rPr>
          <w:sz w:val="20"/>
        </w:rPr>
        <w:t>18:24  us waqt bhi insaan ne jana tha ke kaisa ajeeb hai wo khuda jo roshan bodies ko roshni chheen leta hai, andhera kar deta hai.</w:t>
      </w:r>
      <w:r>
        <w:br/>
      </w:r>
      <w:r>
        <w:rPr>
          <w:sz w:val="20"/>
        </w:rPr>
        <w:t>18:34  is sense mein liya tha insan ne ke woh khuda kaisa ajeeb hai, kitni qudrat hai is ki ke roshan bodies jo hain, un mein andhera chha gaya.</w:t>
      </w:r>
      <w:r>
        <w:br/>
      </w:r>
      <w:r>
        <w:rPr>
          <w:sz w:val="20"/>
        </w:rPr>
        <w:t>18:46  kaisi ajeeb baat hai ke aaj jab insan is tarah sochta hai ke teen moving bodies itne ajeeb tareeqe se ek seedh mein laai jaati hain, ek seedh mein un ka distance e</w:t>
      </w:r>
      <w:r>
        <w:br/>
      </w:r>
      <w:r>
        <w:rPr>
          <w:sz w:val="20"/>
        </w:rPr>
        <w:t>19:01  sa hota hai, hamara dekhna is tarah hota hai ke woh teeno size mein barabar dikhai dete hain hum ko, aur phir guran parta hai.</w:t>
      </w:r>
      <w:r>
        <w:br/>
      </w:r>
      <w:r>
        <w:rPr>
          <w:sz w:val="20"/>
        </w:rPr>
        <w:t>19:12  to wahi cheez khuda ki glory ka ehsaas jo insan ko pehle hota tha, woh aaj billion time zyada hota hai.</w:t>
      </w:r>
    </w:p>
    <w:p>
      <w:pPr>
        <w:pStyle w:val="Heading2"/>
      </w:pPr>
      <w:r>
        <w:t>Why prophets teach the afterlife, not engineering</w:t>
      </w:r>
    </w:p>
    <w:p>
      <w:r>
        <w:rPr>
          <w:color w:val="666666"/>
          <w:sz w:val="18"/>
        </w:rPr>
        <w:t>Islam and Science March 18, 2014 Maulana Wahiduddin Khan · 3m 23s · at 20:00 · https://youtu.be/DCcqcQwpYWg?t=1200</w:t>
      </w:r>
    </w:p>
    <w:p>
      <w:r>
        <w:rPr>
          <w:i/>
        </w:rPr>
        <w:t>“پیغمبر جو آتا ہے، وہ آخرت کی فلاح بتانے کے لیے آتا ہے”</w:t>
      </w:r>
    </w:p>
    <w:p>
      <w:r>
        <w:rPr>
          <w:sz w:val="20"/>
        </w:rPr>
        <w:t>20:00  Phir aap ne yeh farmaya ke ke paighambar jo aata hai, woh ākhirat ki falāh batane ke liye aata hai. Yeh bohat clear ho gayi yeh baat ke paighambar jo aata hai,</w:t>
      </w:r>
      <w:r>
        <w:br/>
      </w:r>
      <w:r>
        <w:rPr>
          <w:sz w:val="20"/>
        </w:rPr>
        <w:t>20:15  woh yeh batata hai ke maut ke baad kya hai, ākhirat mein kya hai, jannat kya hai aur jahannum kya hai.</w:t>
      </w:r>
      <w:r>
        <w:br/>
      </w:r>
      <w:r>
        <w:rPr>
          <w:sz w:val="20"/>
        </w:rPr>
        <w:t>20:24  Insaan dunya ke jo mein jo amal karega, us amal ka nateeja ākhirat mein kis shakal mein us ko diya jayega.</w:t>
      </w:r>
      <w:r>
        <w:br/>
      </w:r>
      <w:r>
        <w:rPr>
          <w:sz w:val="20"/>
        </w:rPr>
        <w:t>20:33  In sab baaton ko insaan nahi jaan sakta ba-taur khud. Is ke liye paighambar aata hai.</w:t>
      </w:r>
      <w:r>
        <w:br/>
      </w:r>
      <w:r>
        <w:rPr>
          <w:sz w:val="20"/>
        </w:rPr>
        <w:t>20:44  Yaani paighambar jo hai,</w:t>
      </w:r>
      <w:r>
        <w:br/>
      </w:r>
      <w:r>
        <w:rPr>
          <w:sz w:val="20"/>
        </w:rPr>
        <w:t>20:48  a'alān-e-ākhirat ke liye aata hai. Inzār-e-ākhirat ke liye aata hai. Ta'leem-e-ākhirat ke liye aata hai. Kyun ke woh insaan jaan nahi jaan nahi sakta.</w:t>
      </w:r>
      <w:r>
        <w:br/>
      </w:r>
      <w:r>
        <w:rPr>
          <w:sz w:val="20"/>
        </w:rPr>
        <w:t>21:02  Is liye aata hai.</w:t>
      </w:r>
      <w:r>
        <w:br/>
      </w:r>
      <w:r>
        <w:rPr>
          <w:sz w:val="20"/>
        </w:rPr>
        <w:t>21:04  To bohat hi wāzeh kar diya is mein Rasool Allah Sal Allahu Alaihi Wasallam ne ke mazhabi taqseem ke a'tibār se rasool ka kaam yeh hai ke woh in baaton ko bataye jin ka ta'alluq falāh-e-ākhirat se hai.</w:t>
      </w:r>
      <w:r>
        <w:br/>
      </w:r>
      <w:r>
        <w:rPr>
          <w:sz w:val="20"/>
        </w:rPr>
        <w:t>21:17  Aur woh baatein jo purely dunyavi hain, jin ka ta'alluq scientific research se hai,</w:t>
      </w:r>
      <w:r>
        <w:br/>
      </w:r>
      <w:r>
        <w:rPr>
          <w:sz w:val="20"/>
        </w:rPr>
        <w:t>21:25  to woh</w:t>
      </w:r>
      <w:r>
        <w:br/>
      </w:r>
      <w:r>
        <w:rPr>
          <w:sz w:val="20"/>
        </w:rPr>
        <w:t>21:29  jo expert honge un sh'ubon ke, woh is ko research karenge aur is ko logon ko batate rahenge ke is mein kya hona chahiye, kya nahi hona chahiye.</w:t>
      </w:r>
      <w:r>
        <w:br/>
      </w:r>
      <w:r>
        <w:rPr>
          <w:sz w:val="20"/>
        </w:rPr>
        <w:t>21:40  Maslan pul banana hai. Farz kijiye ke pul banana hai. To pul banana jo hai, yeh ek scientific subject hai. Pul banana ek scientific subject hai.</w:t>
      </w:r>
      <w:r>
        <w:br/>
      </w:r>
      <w:r>
        <w:rPr>
          <w:sz w:val="20"/>
        </w:rPr>
        <w:t>21:52  To pul banane ka tareeqa science se liya jayega. Lekin is mein material sahi lagaya jaye. Aisa na ho ke bana khara kar diya.</w:t>
      </w:r>
      <w:r>
        <w:br/>
      </w:r>
      <w:r>
        <w:rPr>
          <w:sz w:val="20"/>
        </w:rPr>
        <w:t>22:01  Material acha nahi tha. Jab is par log chadhne lage to gir pada aur log mar gaye. Jaise aap aksar sunte honge akhbaron mein ke multi-story building banayi jati hai aur woh gir parti hai kyun ke material hi kharab tha.</w:t>
      </w:r>
      <w:r>
        <w:br/>
      </w:r>
      <w:r>
        <w:rPr>
          <w:sz w:val="20"/>
        </w:rPr>
        <w:t>22:17  To yeh deen ka mozu' hai.</w:t>
      </w:r>
      <w:r>
        <w:br/>
      </w:r>
      <w:r>
        <w:rPr>
          <w:sz w:val="20"/>
        </w:rPr>
        <w:t>22:19  Yahan par deen aap ko yaani is baat se darayega us waqt ke agar tum ne kharab material lagaya, kharab material laga kar multi-story building khara kar di,</w:t>
      </w:r>
      <w:r>
        <w:br/>
      </w:r>
      <w:r>
        <w:rPr>
          <w:sz w:val="20"/>
        </w:rPr>
        <w:t>22:35  kharab material laga kar ke pul bana diya aur is ke baad log is par chadhe to gir ke khatam ho gaye, to yeh aisi cheez hai jo bad-dāndārī hai.</w:t>
      </w:r>
      <w:r>
        <w:br/>
      </w:r>
      <w:r>
        <w:rPr>
          <w:sz w:val="20"/>
        </w:rPr>
        <w:t>22:46  Aur bad-dāndārī ka saza ākhirat mein tum ko sakht bhugtani padegi.</w:t>
      </w:r>
      <w:r>
        <w:br/>
      </w:r>
      <w:r>
        <w:rPr>
          <w:sz w:val="20"/>
        </w:rPr>
        <w:t>22:54  To building ki technique ya pul banane ki technique, yeh to science ka subject hai. Lekin is dauran kin usoolon ka yaani paalan kiya jaye,</w:t>
      </w:r>
      <w:r>
        <w:br/>
      </w:r>
      <w:r>
        <w:rPr>
          <w:sz w:val="20"/>
        </w:rPr>
        <w:t>23:11  kin akhlaqi usoolon ki ko follow kiya jaye, woh mazhab ka subject hai. yeh is hadith ka khulasa hai.</w:t>
      </w:r>
    </w:p>
    <w:p>
      <w:pPr>
        <w:pStyle w:val="Heading2"/>
      </w:pPr>
      <w:r>
        <w:t>Hazrat Khadija's crucial role after the cave revelation</w:t>
      </w:r>
    </w:p>
    <w:p>
      <w:r>
        <w:rPr>
          <w:color w:val="666666"/>
          <w:sz w:val="18"/>
        </w:rPr>
        <w:t>Role Of Ikhwan-e-Rasool 2 April 2011 · 1m 39s · at 1:20:29 · https://youtu.be/I9Tc1YwhAkA?t=4829</w:t>
      </w:r>
    </w:p>
    <w:p>
      <w:r>
        <w:rPr>
          <w:i/>
        </w:rPr>
        <w:t>“Hazrat Khadija ko lijiye, aap ka bohot bara role hai”</w:t>
      </w:r>
    </w:p>
    <w:p>
      <w:r>
        <w:rPr>
          <w:sz w:val="20"/>
        </w:rPr>
        <w:t>1:20:29  misal ke taur par dekhiye, Hazrat Khadija ko lijiye, aap bohat bara role hai Hazrat Khadija ka. yani Rasool Allah Sal Allahu Alaihi Wasallam ate hain Ghar e Hira se to kitabon mein likha hua hai ke aap ghabraye hue the.</w:t>
      </w:r>
      <w:r>
        <w:br/>
      </w:r>
      <w:r>
        <w:rPr>
          <w:sz w:val="20"/>
        </w:rPr>
        <w:t>1:20:43  zanbiloon zanbiloon aap ne farmaya ke mujhe udao, mujhe udao.</w:t>
      </w:r>
      <w:r>
        <w:br/>
      </w:r>
      <w:r>
        <w:rPr>
          <w:sz w:val="20"/>
        </w:rPr>
        <w:t>1:20:48  is waqt Hazrat Khadija ke hawass bilkul baja the, unhone taskeen dilai aap ko aur kaha ke chaliye hum chalte hain Warqa ke sath, Warqa bin Naufal ke sath.</w:t>
      </w:r>
      <w:r>
        <w:br/>
      </w:r>
      <w:r>
        <w:rPr>
          <w:sz w:val="20"/>
        </w:rPr>
        <w:t>1:20:59  to woh un ko le gayeen, Warqa se kaha ke bataiye un ko apna haal Ghar e Hira wala. to to unhone suna to Warqa bin Naufal, jo Isai aalim the aur 90 saal ke ho chuke the,</w:t>
      </w:r>
      <w:r>
        <w:br/>
      </w:r>
      <w:r>
        <w:rPr>
          <w:sz w:val="20"/>
        </w:rPr>
        <w:t>1:21:11  unhon ne kaha ke agar yeh yeh sahi bata rahe hain, yeh jo kaha unhon ne ke un par wahi namoos aaya tha, yaani wahi farishta aaya tha jo Musa aur Isa par aaya tha.</w:t>
      </w:r>
      <w:r>
        <w:br/>
      </w:r>
      <w:r>
        <w:rPr>
          <w:sz w:val="20"/>
        </w:rPr>
        <w:t>1:21:22  to us ne yahan tak kaha ke main agar zinda raha to main aap ko sath doon ga, lekin un ki umar hoti 90 saal ho chuki thi, jaldi mar gaye. woh kaha jata hai ke wahi pehle sahabi hain. yaani bohat se ulama ka yeh khayal hai ke Warqa bin Naufal jo hai, wahi pehle iman laane wale the.</w:t>
      </w:r>
      <w:r>
        <w:br/>
      </w:r>
      <w:r>
        <w:rPr>
          <w:sz w:val="20"/>
        </w:rPr>
        <w:t>1:21:37  to yeh itna bara role kiya Hazrat Khadija ne.</w:t>
      </w:r>
      <w:r>
        <w:br/>
      </w:r>
      <w:r>
        <w:rPr>
          <w:sz w:val="20"/>
        </w:rPr>
        <w:t>1:21:41  Aisha ka role itna zabardast tha ke Rasool Allah ke liye woh exchange partner thi. woh Bukhari mein hai ke Hazrat Aisha kehti hain ke jab Rasool Allah uthte the subah subah ko fajar se pehle to fan kanat mustahiqqa fa hadithni jab main jaagti hoti to mujh se baat karte the, yaani mujh se exchange karte the.</w:t>
      </w:r>
      <w:r>
        <w:br/>
      </w:r>
      <w:r>
        <w:rPr>
          <w:sz w:val="20"/>
        </w:rPr>
        <w:t>1:22:05  to exchange partner ka role kitab kiya unhon ne.</w:t>
      </w:r>
    </w:p>
    <w:p>
      <w:pPr>
        <w:pStyle w:val="Heading2"/>
      </w:pPr>
      <w:r>
        <w:t>Prophet's childhood journey to Syria and Bahira's prophecy</w:t>
      </w:r>
    </w:p>
    <w:p>
      <w:r>
        <w:rPr>
          <w:color w:val="666666"/>
          <w:sz w:val="18"/>
        </w:rPr>
        <w:t>The Early Life of Prophet Muhammad November 28, 2021 Dr. Saniyasnain Khan · 3m 57s · at 0:45 · https://youtu.be/xjZAqfhmg1Y?t=45</w:t>
      </w:r>
    </w:p>
    <w:p>
      <w:r>
        <w:rPr>
          <w:i/>
        </w:rPr>
        <w:t>“پرافٹ بچپن میں ہی اورفن ہو گئے تھے”</w:t>
      </w:r>
    </w:p>
    <w:p>
      <w:r>
        <w:rPr>
          <w:sz w:val="20"/>
        </w:rPr>
        <w:t>0:45  jaisa ke aap ko maloom hai, prophet bachpan mein hi orphan ho gaye the, aur us ke baad prophet ke dada abdul muttalib ne un ko pala, aur phir abu talib prophet ke guardian bane.</w:t>
      </w:r>
      <w:r>
        <w:br/>
      </w:r>
      <w:r>
        <w:rPr>
          <w:sz w:val="20"/>
        </w:rPr>
        <w:t>1:01  abu talib prophet ke uncle the, aur bohat hi naram dil insan the, aur bohat hi baray supporter rahe sari zindagi prophet ke, khas toor se jab prophet Muhammad sallallahu alaihi wasallam ko nabuwat mili, un ko prophet banaya gaya, to makkah ke log khilaf ho gaye, aur us waqt tarah tarah se prophet ko satane lagay.</w:t>
      </w:r>
      <w:r>
        <w:br/>
      </w:r>
      <w:r>
        <w:rPr>
          <w:sz w:val="20"/>
        </w:rPr>
        <w:t>1:26  us waqt abu talib ne bohat hi sath diya, aur bohat hi help ki. abu talib darasal ek tajir the, aur ek baar jab prophet ki umar taqreeban 12 saal ki thi,</w:t>
      </w:r>
      <w:r>
        <w:br/>
      </w:r>
      <w:r>
        <w:rPr>
          <w:sz w:val="20"/>
        </w:rPr>
        <w:t>1:41  us waqt unhon ne ek safar ki planning ki, syria ke ek safar ki, ek trade caravan ke zariye un ko jana tha.</w:t>
      </w:r>
      <w:r>
        <w:br/>
      </w:r>
      <w:r>
        <w:rPr>
          <w:sz w:val="20"/>
        </w:rPr>
        <w:t>1:52  to jab samaan waghera pack ho raha tha, to prophet Muhammad ne un se kaha ke main bhi syria aap ke sath jana chahoon ga, halankeh us waqt un ki umar das barah saal ki thi.</w:t>
      </w:r>
      <w:r>
        <w:br/>
      </w:r>
      <w:r>
        <w:rPr>
          <w:sz w:val="20"/>
        </w:rPr>
        <w:t>2:07  to abu talib ne dekha ke un ko bohat hi shauq hai jane ka, to kaha theek hai tum chalo mere sath.</w:t>
      </w:r>
      <w:r>
        <w:br/>
      </w:r>
      <w:r>
        <w:rPr>
          <w:sz w:val="20"/>
        </w:rPr>
        <w:t>2:19  to prophet Muhammad ne abu talib ke sath ek caravan mein safar kiya syria ka, aur jab syria pohnche to wahan kisi jagah pe rukay.</w:t>
      </w:r>
      <w:r>
        <w:br/>
      </w:r>
      <w:r>
        <w:rPr>
          <w:sz w:val="20"/>
        </w:rPr>
        <w:t>2:29  us jagah ek christian scholar ne prophet ko dekha, un ka naam buhaira aata hai, to woh christian scholar bohat hi learned scholar tha.</w:t>
      </w:r>
      <w:r>
        <w:br/>
      </w:r>
      <w:r>
        <w:rPr>
          <w:sz w:val="20"/>
        </w:rPr>
        <w:t>2:41  us ne prophet ko dekh ke pehchan liya ke yeh wohi bacha hai jo aage ja ke aakhri paighambar banay ga, chunke un ki religious kitabon mein kuch aisi nishaniyan aayi thin jo nishaniyan buhaira ne prophet Muhammad ke andar dekhen.</w:t>
      </w:r>
      <w:r>
        <w:br/>
      </w:r>
      <w:r>
        <w:rPr>
          <w:sz w:val="20"/>
        </w:rPr>
        <w:t>3:05  to buhaira ne abu talib ko kaha ke aap hamare ghar aaiye, dinner ke liye bulaya, aur is bache ko bhi laiye.</w:t>
      </w:r>
      <w:r>
        <w:br/>
      </w:r>
      <w:r>
        <w:rPr>
          <w:sz w:val="20"/>
        </w:rPr>
        <w:t>3:15  to jab abu talib gaye prophet Muhammad ko sath le ke un ke ghar, to dinner karne ke baad buhaira ne poocha ke yeh bacha kaun hai?</w:t>
      </w:r>
      <w:r>
        <w:br/>
      </w:r>
      <w:r>
        <w:rPr>
          <w:sz w:val="20"/>
        </w:rPr>
        <w:t>3:29  to abu talib ne kaha yeh mera beta hai.</w:t>
      </w:r>
      <w:r>
        <w:br/>
      </w:r>
      <w:r>
        <w:rPr>
          <w:sz w:val="20"/>
        </w:rPr>
        <w:t>3:35  to buhaira ne kaha ke yeh aap ka beta nahi ho sakta, is ke father to bohat pehle un ki death ho chuki hogi. to abu talib hairaan ho gaye ke kaise un ko pata hai yeh baat?</w:t>
      </w:r>
      <w:r>
        <w:br/>
      </w:r>
      <w:r>
        <w:rPr>
          <w:sz w:val="20"/>
        </w:rPr>
        <w:t>3:48  to phir buhaira ne bataya ke main ne kuch nishaniyon se yeh pehchan pehchana hai ke yeh wohi bacha hai jo aage ja ke paighambar banega, aur logon ki hidayat ka rasta logon ko hidayat ka rasta dikhaye ga.</w:t>
      </w:r>
      <w:r>
        <w:br/>
      </w:r>
      <w:r>
        <w:rPr>
          <w:sz w:val="20"/>
        </w:rPr>
        <w:t>4:12  to jab abu talib ko yeh baat pata chali to unhon ne wapas jaane ki planning ki. buhaira ne yeh bhi kaha ke tum jaldi makkah wapas chale jao taake yeh bacha wapas pahunch jaye makkah, ho sakta hai yahan kisi aur ko pata chal jaye yeh aur koi nuqsan pahunchana chahein is ko.</w:t>
      </w:r>
      <w:r>
        <w:br/>
      </w:r>
      <w:r>
        <w:rPr>
          <w:sz w:val="20"/>
        </w:rPr>
        <w:t>4:32  to abu talib ne foran tayari ki, wapsi ki, apna saman waghera jo laye thay woh farokht kar ke wapas makkah ki taraf rawana ho gaye.</w:t>
      </w:r>
    </w:p>
    <w:p>
      <w:pPr>
        <w:pStyle w:val="Heading2"/>
      </w:pPr>
      <w:r>
        <w:t>Tarawih is not fard or sunnah</w:t>
      </w:r>
    </w:p>
    <w:p>
      <w:r>
        <w:rPr>
          <w:color w:val="666666"/>
          <w:sz w:val="18"/>
        </w:rPr>
        <w:t>Charity in Islam (In Conversation with Maulana) July 22, 2007 · 56s · at 13:42 · https://youtu.be/FGw1nzGmS4g?t=822</w:t>
      </w:r>
    </w:p>
    <w:p>
      <w:r>
        <w:rPr>
          <w:i/>
        </w:rPr>
        <w:t>“Dekhiye, tarawih ka matlab kya hai?”</w:t>
      </w:r>
    </w:p>
    <w:p>
      <w:r>
        <w:rPr>
          <w:sz w:val="20"/>
        </w:rPr>
        <w:t>13:42  tarawih jo hai, na koi farz hai, na sunnat hai. yaad rakhiye, na farz hai, na sunnat hai.</w:t>
      </w:r>
      <w:r>
        <w:br/>
      </w:r>
      <w:r>
        <w:rPr>
          <w:sz w:val="20"/>
        </w:rPr>
        <w:t>13:54  taraveeh asal mein yeh hai ke tahajjud ki namaz</w:t>
      </w:r>
      <w:r>
        <w:br/>
      </w:r>
      <w:r>
        <w:rPr>
          <w:sz w:val="20"/>
        </w:rPr>
        <w:t>13:59  ko pehle padh liya jaana.</w:t>
      </w:r>
      <w:r>
        <w:br/>
      </w:r>
      <w:r>
        <w:rPr>
          <w:sz w:val="20"/>
        </w:rPr>
        <w:t>14:03  yahi isi ka naam taraveeh hai.</w:t>
      </w:r>
      <w:r>
        <w:br/>
      </w:r>
      <w:r>
        <w:rPr>
          <w:sz w:val="20"/>
        </w:rPr>
        <w:t>14:07  tahajjud ki namaz jo hai, usko</w:t>
      </w:r>
      <w:r>
        <w:br/>
      </w:r>
      <w:r>
        <w:rPr>
          <w:sz w:val="20"/>
        </w:rPr>
        <w:t>14:10  jamaat ki surat mein</w:t>
      </w:r>
      <w:r>
        <w:br/>
      </w:r>
      <w:r>
        <w:rPr>
          <w:sz w:val="20"/>
        </w:rPr>
        <w:t>14:13  isha ke saath milakar padhna, isi ka naam hai taraveeh.</w:t>
      </w:r>
      <w:r>
        <w:br/>
      </w:r>
      <w:r>
        <w:rPr>
          <w:sz w:val="20"/>
        </w:rPr>
        <w:t>14:18  to uska khaas jo importance hai, woh yeh hai</w:t>
      </w:r>
      <w:r>
        <w:br/>
      </w:r>
      <w:r>
        <w:rPr>
          <w:sz w:val="20"/>
        </w:rPr>
        <w:t>14:22  ke ramzan ke mahine mein quran ki bahut zyada ahmiyat hai, kyunke quran jo hai, ramzan ke mahine</w:t>
      </w:r>
      <w:r>
        <w:br/>
      </w:r>
      <w:r>
        <w:rPr>
          <w:sz w:val="20"/>
        </w:rPr>
        <w:t>14:28  mein uska utarna shuru hua tha.</w:t>
      </w:r>
      <w:r>
        <w:br/>
      </w:r>
      <w:r>
        <w:rPr>
          <w:sz w:val="20"/>
        </w:rPr>
        <w:t>14:31  to ramzan jo hai, quran ke mahine, ramzan jo hai, woh quran ke utarne ka mahina hai.</w:t>
      </w:r>
      <w:r>
        <w:br/>
      </w:r>
      <w:r>
        <w:rPr>
          <w:sz w:val="20"/>
        </w:rPr>
        <w:t>14:38  shar ramzan lazz</w:t>
      </w:r>
    </w:p>
    <w:p>
      <w:pPr>
        <w:pStyle w:val="Heading2"/>
      </w:pPr>
      <w:r>
        <w:t>Those who couldn't join the march joined through prayer alone</w:t>
      </w:r>
    </w:p>
    <w:p>
      <w:r>
        <w:rPr>
          <w:color w:val="666666"/>
          <w:sz w:val="18"/>
        </w:rPr>
        <w:t>The Man Al-Quran Builds April 2, 2006 Maulana Wahiduddin Khan · 2m 32s · at 33:57 · https://youtu.be/06TQIt_5vlw?t=2037</w:t>
      </w:r>
    </w:p>
    <w:p>
      <w:r>
        <w:rPr>
          <w:i/>
        </w:rPr>
        <w:t>“Kuch log paise na hone ki wajah se Tabuk nahi ja sake”</w:t>
      </w:r>
    </w:p>
    <w:p>
      <w:r>
        <w:rPr>
          <w:sz w:val="20"/>
        </w:rPr>
        <w:t>33:57  dekhiye Sahaba ki ajeeb aik sifat thi</w:t>
      </w:r>
      <w:r>
        <w:br/>
      </w:r>
      <w:r>
        <w:rPr>
          <w:sz w:val="20"/>
        </w:rPr>
        <w:t>34:01  is ko main aik waqia say arz karoon kay Rasool Allah kay zamanay mein aik ghazwa hua Tabuk ghazwa hota hai aik campaign gayi thi us mein koi ladaai nahi hui aik campaign gayi thi Madina say Tabuk ki taraf to yeh garmi ka zamana tha aur is zamanay mein koi regular army nahi hua karti thi regular army nahi hua karti thi balkay log voluntarily apna naam likhwa detay</w:t>
      </w:r>
      <w:r>
        <w:br/>
      </w:r>
      <w:r>
        <w:rPr>
          <w:sz w:val="20"/>
        </w:rPr>
        <w:t>34:30  to jo log jin logon kay paas sawari thi aur rastay kay liye khanay peenay ka saman hota tha unhonay apna naam likhwaya aur wo chalay gaye to kuch log thay jin kay paas paisa nahi tha jin kay paas sawari nahi thi to wo nahi ja sakay</w:t>
      </w:r>
      <w:r>
        <w:br/>
      </w:r>
      <w:r>
        <w:rPr>
          <w:sz w:val="20"/>
        </w:rPr>
        <w:t>34:48  to Rasool Allah Sallallahu Alaihi Wasallam jab aagay barhay to rastay mein aap nay farmaya kay Madinay mein kuch log hain jin kay baray mein aap nay farmaya kay ma salaktum tareeqan wa la qata'tum wadan illa kano ma'akum yani jis tarah tum jo rastay par chal rahay ho aur jo ghaatiyan tay kar rahay ho to wo log tumharay sath sath hain</w:t>
      </w:r>
      <w:r>
        <w:br/>
      </w:r>
      <w:r>
        <w:rPr>
          <w:sz w:val="20"/>
        </w:rPr>
        <w:t>35:15  ab sochiye kay sath sath kaise thay to maloom yeh hua kay jo log nahi aa sakay thay apni duaon kay zariye wo is mein shamil ho gaye</w:t>
      </w:r>
      <w:r>
        <w:br/>
      </w:r>
      <w:r>
        <w:rPr>
          <w:sz w:val="20"/>
        </w:rPr>
        <w:t>35:29  wo log Makkah kay bahar safar kar rahay thay aur yeh Madinay mein Allah taala say dua kar rahay thay kay un kay safar ko kamyab karay is mein aik bohat bari misaal humain milti hai kay hum dua kay zariye bhi kisi kay sath shamil ho saktay hain</w:t>
      </w:r>
      <w:r>
        <w:br/>
      </w:r>
      <w:r>
        <w:rPr>
          <w:sz w:val="20"/>
        </w:rPr>
        <w:t>35:43  aik shakhs koi kaam kar raha hai aap nahi kar pa rahay hain aik shakhs koi sachai ka kaam kar raha hai dawat ka kaam kar raha hai Khuda ka kaam kar raha hai aap kisi wajah say us kay sath shamil nahi ho pa rahay hain tab bhi aap kay liye participation ki aik soorat hai participation ki wo kya us kay liye duaen karain yeh kitna ooncha ideal hai yeh</w:t>
      </w:r>
      <w:r>
        <w:br/>
      </w:r>
      <w:r>
        <w:rPr>
          <w:sz w:val="20"/>
        </w:rPr>
        <w:t>36:13  yani physically aap us ka part nahi hain lekin intellectually aap us ka part ban jatay hain</w:t>
      </w:r>
      <w:r>
        <w:br/>
      </w:r>
      <w:r>
        <w:rPr>
          <w:sz w:val="20"/>
        </w:rPr>
        <w:t>36:21  to aap nay farmaya kay kuch log hain jo Makkah mein hain lekin wo tumharay sath safar kar rahay hain kaise dua kay zariye</w:t>
      </w:r>
    </w:p>
    <w:p>
      <w:pPr>
        <w:pStyle w:val="Heading2"/>
      </w:pPr>
      <w:r>
        <w:t>Brother five rupees to crorepati</w:t>
      </w:r>
    </w:p>
    <w:p>
      <w:r>
        <w:rPr>
          <w:color w:val="666666"/>
          <w:sz w:val="18"/>
        </w:rPr>
        <w:t>The Creation Plan December 09, 2018 · 1m 43s · at 33:53 · https://youtu.be/y8tS4vW9lFI?t=2033</w:t>
      </w:r>
    </w:p>
    <w:p>
      <w:r>
        <w:rPr>
          <w:i/>
        </w:rPr>
        <w:t>“Hamare bade bhai ko ek shauq hua ke wo industry ki duniya mein jayein”</w:t>
      </w:r>
    </w:p>
    <w:p>
      <w:r>
        <w:rPr>
          <w:sz w:val="20"/>
        </w:rPr>
        <w:t>33:53  to hamare bare bhai ko aik aik shauq hua ke wo industry ki dunya mein jayen. industry ki dunya mein jayen.</w:t>
      </w:r>
      <w:r>
        <w:br/>
      </w:r>
      <w:r>
        <w:rPr>
          <w:sz w:val="20"/>
        </w:rPr>
        <w:t>34:04  chunanche unhon ne aik aik wo banai thi factory jis ka naam tha lighter company private limited.</w:t>
      </w:r>
      <w:r>
        <w:br/>
      </w:r>
      <w:r>
        <w:rPr>
          <w:sz w:val="20"/>
        </w:rPr>
        <w:t>34:15  wo electric tower banate the wo. lekin aaghaz bohat mamooli tareeqe se hua tha. to jab hamare maan se unhon ne kaha ke main shehar jaunga aur wahan koi kaam doosra shuru karunga, har bail wala kaam nahin.</w:t>
      </w:r>
      <w:r>
        <w:br/>
      </w:r>
      <w:r>
        <w:rPr>
          <w:sz w:val="20"/>
        </w:rPr>
        <w:t>34:33  to us waqt tha yeh baat hai, yeh baat hai nineteen, nineteen</w:t>
      </w:r>
      <w:r>
        <w:br/>
      </w:r>
      <w:r>
        <w:rPr>
          <w:sz w:val="20"/>
        </w:rPr>
        <w:t>34:46  yani bohat pehle ki baat hai.</w:t>
      </w:r>
      <w:r>
        <w:br/>
      </w:r>
      <w:r>
        <w:rPr>
          <w:sz w:val="20"/>
        </w:rPr>
        <w:t>34:55  yani jab second world war chhar chuki thi tab ki baat hai yeh. yeh samajh lijiye aap. itne pehle ki baat hai. to meri maan ne kaha ke mere paas to paanch rupiya hai, yeh lo.</w:t>
      </w:r>
      <w:r>
        <w:br/>
      </w:r>
      <w:r>
        <w:rPr>
          <w:sz w:val="20"/>
        </w:rPr>
        <w:t>35:12  to meri maan ne bare bhai ko paanch rupiya diya tha, paanch sirf paanch rupiya. aur wo le kar gaye shehar mein is paanch rupay se.</w:t>
      </w:r>
      <w:r>
        <w:br/>
      </w:r>
      <w:r>
        <w:rPr>
          <w:sz w:val="20"/>
        </w:rPr>
        <w:t>35:26  is paanch rupay se kaam kar ke unhon ne paanch crore rupiya kamaya. aur shehar mein bohat bara ghar banaya.</w:t>
      </w:r>
    </w:p>
    <w:p>
      <w:pPr>
        <w:pStyle w:val="Heading2"/>
      </w:pPr>
      <w:r>
        <w:t>The wise live in remembrance of God</w:t>
      </w:r>
    </w:p>
    <w:p>
      <w:r>
        <w:rPr>
          <w:color w:val="666666"/>
          <w:sz w:val="18"/>
        </w:rPr>
        <w:t>How to Develop Pratical Wisdom May 5, 2024 · 22s · at 29:55 · https://youtu.be/QIKxtH-MyMM?t=1795</w:t>
      </w:r>
    </w:p>
    <w:p>
      <w:r>
        <w:rPr>
          <w:i/>
        </w:rPr>
        <w:t>“A wise person is one who lives in remembrance of God.”</w:t>
      </w:r>
    </w:p>
    <w:p>
      <w:r>
        <w:rPr>
          <w:sz w:val="20"/>
        </w:rPr>
        <w:t>29:55  ji apa aur molana se ek yeh bhi cheez seekhi ke woh kehte the: "wise person is one who lives in remembrance of God and in wise person is one who lives in material world because he is not aware of the creation plan of God." apa agar sahaba ki zindagi se bhi dekhein to bohat examples milte hain.</w:t>
      </w:r>
    </w:p>
    <w:p>
      <w:pPr>
        <w:pStyle w:val="Heading2"/>
      </w:pPr>
      <w:r>
        <w:t>Process continues until final culmination</w:t>
      </w:r>
    </w:p>
    <w:p>
      <w:r>
        <w:rPr>
          <w:color w:val="666666"/>
          <w:sz w:val="18"/>
        </w:rPr>
        <w:t>Spirit of Divine Mission 4 Aug, 2018 · 2m 07s · at 7:18 · https://youtu.be/pYq_yECFBgY?t=438</w:t>
      </w:r>
    </w:p>
    <w:p>
      <w:r>
        <w:rPr>
          <w:i/>
        </w:rPr>
        <w:t>“To is hadees mein yeh nikalta hai ke yeh continuous process hai”</w:t>
      </w:r>
    </w:p>
    <w:p>
      <w:r>
        <w:rPr>
          <w:sz w:val="20"/>
        </w:rPr>
        <w:t>7:18  to is hadith mein yeh nikalta hai ke yeh continuous process hai, abhi tak</w:t>
      </w:r>
      <w:r>
        <w:br/>
      </w:r>
      <w:r>
        <w:rPr>
          <w:sz w:val="20"/>
        </w:rPr>
        <w:t>7:34  continuous process hai, aur yeh is waqt tak continue rahega jab tak</w:t>
      </w:r>
      <w:r>
        <w:br/>
      </w:r>
      <w:r>
        <w:rPr>
          <w:sz w:val="20"/>
        </w:rPr>
        <w:t>7:44  Israfeel,</w:t>
      </w:r>
      <w:r>
        <w:br/>
      </w:r>
      <w:r>
        <w:rPr>
          <w:sz w:val="20"/>
        </w:rPr>
        <w:t>7:48  jaisa ke hadith mein aata hai ke Israfeel sur phoonke liye khade hain,</w:t>
      </w:r>
      <w:r>
        <w:br/>
      </w:r>
      <w:r>
        <w:rPr>
          <w:sz w:val="20"/>
        </w:rPr>
        <w:t>8:00  woh toh thak, farishta toh aap jante hain ke thakta nahi,</w:t>
      </w:r>
      <w:r>
        <w:br/>
      </w:r>
      <w:r>
        <w:rPr>
          <w:sz w:val="20"/>
        </w:rPr>
        <w:t>8:05  isko kisi cheez ki zaroorat nahi.</w:t>
      </w:r>
      <w:r>
        <w:br/>
      </w:r>
      <w:r>
        <w:rPr>
          <w:sz w:val="20"/>
        </w:rPr>
        <w:t>8:09  toh israfel jo hain,</w:t>
      </w:r>
      <w:r>
        <w:br/>
      </w:r>
      <w:r>
        <w:rPr>
          <w:sz w:val="20"/>
        </w:rPr>
        <w:t>8:13  suraj liye khare hain</w:t>
      </w:r>
      <w:r>
        <w:br/>
      </w:r>
      <w:r>
        <w:rPr>
          <w:sz w:val="20"/>
        </w:rPr>
        <w:t>8:17  ek intezar mein</w:t>
      </w:r>
      <w:r>
        <w:br/>
      </w:r>
      <w:r>
        <w:rPr>
          <w:sz w:val="20"/>
        </w:rPr>
        <w:t>8:20  keh woh Allah rab ul alameen kab</w:t>
      </w:r>
      <w:r>
        <w:br/>
      </w:r>
      <w:r>
        <w:rPr>
          <w:sz w:val="20"/>
        </w:rPr>
        <w:t>8:24  unhein hukum de aur woh</w:t>
      </w:r>
      <w:r>
        <w:br/>
      </w:r>
      <w:r>
        <w:rPr>
          <w:sz w:val="20"/>
        </w:rPr>
        <w:t>8:28  suraj par phoonk maar de.</w:t>
      </w:r>
      <w:r>
        <w:br/>
      </w:r>
      <w:r>
        <w:rPr>
          <w:sz w:val="20"/>
        </w:rPr>
        <w:t>8:31  ab yeh baat ho sakta hai ke actual ho, yeh bhi ho sakta hai ke woh tamseel ho, dono imkan hain.</w:t>
      </w:r>
      <w:r>
        <w:br/>
      </w:r>
      <w:r>
        <w:rPr>
          <w:sz w:val="20"/>
        </w:rPr>
        <w:t>8:43  to abhi woh period, abhi woh period khatam nahi hua, woh abhi woh baqi hai jab ke aap is process ka hissa ban saken, is ka part ban saken,</w:t>
      </w:r>
      <w:r>
        <w:br/>
      </w:r>
      <w:r>
        <w:rPr>
          <w:sz w:val="20"/>
        </w:rPr>
        <w:t>9:02  is historical process ka part ban saken ke Khuda ka kalam, Khuda ka word of God, history mein chal raha hai, chal raha hai, chal raha hai taake woh apni culmination tak pohnche aur har ghar mein pohnche.</w:t>
      </w:r>
    </w:p>
    <w:p>
      <w:pPr>
        <w:pStyle w:val="Heading2"/>
      </w:pPr>
      <w:r>
        <w:t>Extremism explained as Muslim community's decline, not true Islam</w:t>
      </w:r>
    </w:p>
    <w:p>
      <w:r>
        <w:rPr>
          <w:color w:val="666666"/>
          <w:sz w:val="18"/>
        </w:rPr>
        <w:t>Global Warming Divine Warning October 7, 2009 Maulana Wahiduddin Khan · 1m 39s · at 36:25 · https://youtu.be/BaTfAGzuUdc?t=2185</w:t>
      </w:r>
    </w:p>
    <w:p>
      <w:r>
        <w:rPr>
          <w:i/>
        </w:rPr>
        <w:t>“Why muslims want to award death sentence for any offense?”</w:t>
      </w:r>
    </w:p>
    <w:p>
      <w:r>
        <w:rPr>
          <w:sz w:val="20"/>
        </w:rPr>
        <w:t>36:25  why muslims want to award death sentence for any offense</w:t>
      </w:r>
      <w:r>
        <w:br/>
      </w:r>
      <w:r>
        <w:rPr>
          <w:sz w:val="20"/>
        </w:rPr>
        <w:t>36:31  ? is extremism. is extremism. is extremism. there is a verse in the quran: "la taghlu fi deenikum".</w:t>
      </w:r>
      <w:r>
        <w:br/>
      </w:r>
      <w:r>
        <w:rPr>
          <w:sz w:val="20"/>
        </w:rPr>
        <w:t>36:45  don't be extremist in your religion. then there is hadith: "yaakum fi deen".</w:t>
      </w:r>
      <w:r>
        <w:br/>
      </w:r>
      <w:r>
        <w:rPr>
          <w:sz w:val="20"/>
        </w:rPr>
        <w:t>36:58  don't be extremist. extremist we are poster. so all these muslims are yani this out of extremism is not islam.</w:t>
      </w:r>
      <w:r>
        <w:br/>
      </w:r>
      <w:r>
        <w:rPr>
          <w:sz w:val="20"/>
        </w:rPr>
        <w:t>37:14  extremism is not islam.</w:t>
      </w:r>
      <w:r>
        <w:br/>
      </w:r>
      <w:r>
        <w:rPr>
          <w:sz w:val="20"/>
        </w:rPr>
        <w:t>37:21  extremism is a phenomena that that you can see in every topola book. don't do there when they are in the when in the tagline.</w:t>
      </w:r>
      <w:r>
        <w:br/>
      </w:r>
      <w:r>
        <w:rPr>
          <w:sz w:val="20"/>
        </w:rPr>
        <w:t>37:38  muslims are at muslims are degenerated lot. there is not any living community like sahaba.</w:t>
      </w:r>
      <w:r>
        <w:br/>
      </w:r>
      <w:r>
        <w:rPr>
          <w:sz w:val="20"/>
        </w:rPr>
        <w:t>37:48  so it is phenomena of this degeneration that they become, that they have become extremist.</w:t>
      </w:r>
    </w:p>
    <w:p>
      <w:pPr>
        <w:pStyle w:val="Heading2"/>
      </w:pPr>
      <w:r>
        <w:t>Mastering time management takes conscious determination</w:t>
      </w:r>
    </w:p>
    <w:p>
      <w:r>
        <w:rPr>
          <w:color w:val="666666"/>
          <w:sz w:val="18"/>
        </w:rPr>
        <w:t>How to Establish Harmony in a Multi-Religious Society April 4, 2009 Maulana Wahiduddin Khan · 1m 06s · at 35:20 · https://youtu.be/21fE3OxNqV8?t=2120</w:t>
      </w:r>
    </w:p>
    <w:p>
      <w:r>
        <w:rPr>
          <w:i/>
        </w:rPr>
        <w:t>“How does one learn the art of time management?”</w:t>
      </w:r>
    </w:p>
    <w:p>
      <w:r>
        <w:rPr>
          <w:sz w:val="20"/>
        </w:rPr>
        <w:t>35:20  Maulana, how does one learn the art of time management? Learn the art of time management and you will be a manager of time management.</w:t>
      </w:r>
      <w:r>
        <w:br/>
      </w:r>
      <w:r>
        <w:rPr>
          <w:sz w:val="20"/>
        </w:rPr>
        <w:t>35:31  Master of time management. It is a, it all depends upon your, your conscious effort.</w:t>
      </w:r>
      <w:r>
        <w:br/>
      </w:r>
      <w:r>
        <w:rPr>
          <w:sz w:val="20"/>
        </w:rPr>
        <w:t>35:43  When you are alert, when you are conscious, when you use your determination, your then it is very easy.</w:t>
      </w:r>
      <w:r>
        <w:br/>
      </w:r>
      <w:r>
        <w:rPr>
          <w:sz w:val="20"/>
        </w:rPr>
        <w:t>35:58  Everyone knows,</w:t>
      </w:r>
      <w:r>
        <w:br/>
      </w:r>
      <w:r>
        <w:rPr>
          <w:sz w:val="20"/>
        </w:rPr>
        <w:t>36:03  It is not a very, it is not a mathematical formula that involve higher mathematics.</w:t>
      </w:r>
      <w:r>
        <w:br/>
      </w:r>
      <w:r>
        <w:rPr>
          <w:sz w:val="20"/>
        </w:rPr>
        <w:t>36:12  It is easy to understand and simply by common sense. So what is required is, is, is, is a determination.</w:t>
      </w:r>
    </w:p>
    <w:p>
      <w:pPr>
        <w:pStyle w:val="Heading2"/>
      </w:pPr>
      <w:r>
        <w:t>Karl Marx's dialectical materialism explained</w:t>
      </w:r>
    </w:p>
    <w:p>
      <w:r>
        <w:rPr>
          <w:color w:val="666666"/>
          <w:sz w:val="18"/>
        </w:rPr>
        <w:t>The Age of Deceiving Philosophies I June 21, 2009 Maulana Wahiduddin Khan · 2m 17s · at 22:08 · https://youtu.be/Ytnj8NSIAgQ?t=1328</w:t>
      </w:r>
    </w:p>
    <w:p>
      <w:r>
        <w:rPr>
          <w:i/>
        </w:rPr>
        <w:t>“Now take Marx, Karl Marx”</w:t>
      </w:r>
    </w:p>
    <w:p>
      <w:r>
        <w:rPr>
          <w:sz w:val="20"/>
        </w:rPr>
        <w:t>22:08  ab aap lijiye Marx ko, Karl Marx. Karl Marx jis ki death hui hai 1883 mein, yeh Germany mein paida hua.</w:t>
      </w:r>
      <w:r>
        <w:br/>
      </w:r>
      <w:r>
        <w:rPr>
          <w:sz w:val="20"/>
        </w:rPr>
        <w:t>22:19  bahut hi intelligent aadmi tha, bahut hi intelligent.</w:t>
      </w:r>
      <w:r>
        <w:br/>
      </w:r>
      <w:r>
        <w:rPr>
          <w:sz w:val="20"/>
        </w:rPr>
        <w:t>22:24  to us ne kya kya? us ne ek theory banai jis ko kehte hain dialectical materialism.</w:t>
      </w:r>
      <w:r>
        <w:br/>
      </w:r>
      <w:r>
        <w:rPr>
          <w:sz w:val="20"/>
        </w:rPr>
        <w:t>22:34  is theory ki us ne asal nikali Feuerbach se aur aur Hegel se. to theory banai. kya theory thi?</w:t>
      </w:r>
      <w:r>
        <w:br/>
      </w:r>
      <w:r>
        <w:rPr>
          <w:sz w:val="20"/>
        </w:rPr>
        <w:t>22:45  is par kitab likhi hoti hai "Das Kapital". to bahut parha tha, bahut parha tha, bahut parha us ne. lekin jo us ne theory pesh ki, woh to bilkul stupid theory thi.</w:t>
      </w:r>
      <w:r>
        <w:br/>
      </w:r>
      <w:r>
        <w:rPr>
          <w:sz w:val="20"/>
        </w:rPr>
        <w:t>22:55  woh us ne bataya ke history mein hamesha ek takrao rehta hai, takrao. aur insaan ko baant diya us ne exploiter aur exploited mein.</w:t>
      </w:r>
      <w:r>
        <w:br/>
      </w:r>
      <w:r>
        <w:rPr>
          <w:sz w:val="20"/>
        </w:rPr>
        <w:t>23:08  kuchh log exploit karte hain, kuchh log exploit hote hain.</w:t>
      </w:r>
      <w:r>
        <w:br/>
      </w:r>
      <w:r>
        <w:rPr>
          <w:sz w:val="20"/>
        </w:rPr>
        <w:t>23:12  exploiters aur exploited dono mein clash hota hai. is ko us ne Hegel se le kar ke bahut hi beautiful naam diya "dialectical materialism".</w:t>
      </w:r>
      <w:r>
        <w:br/>
      </w:r>
      <w:r>
        <w:rPr>
          <w:sz w:val="20"/>
        </w:rPr>
        <w:t>23:24  to us ne kaha ke history mein kya hota hai? thesis, antithesis aur synthesis. yeh ek process hai.</w:t>
      </w:r>
      <w:r>
        <w:br/>
      </w:r>
      <w:r>
        <w:rPr>
          <w:sz w:val="20"/>
        </w:rPr>
        <w:t>23:33  jaise ke</w:t>
      </w:r>
      <w:r>
        <w:br/>
      </w:r>
      <w:r>
        <w:rPr>
          <w:sz w:val="20"/>
        </w:rPr>
        <w:t>23:37  is zamane mein us ne bataya ke capitalist paida hui hain. capitalist jo hai, woh thesis hai. is ka antithesis kya hai?</w:t>
      </w:r>
      <w:r>
        <w:br/>
      </w:r>
      <w:r>
        <w:rPr>
          <w:sz w:val="20"/>
        </w:rPr>
        <w:t>23:45  labour class hai. ab dono mein clash hoga. is ke baad synthesis hoga. aur phir woh better nizam ban jayega. to yeh ek ek poori poori history mein ek takrao hai.</w:t>
      </w:r>
      <w:r>
        <w:br/>
      </w:r>
      <w:r>
        <w:rPr>
          <w:sz w:val="20"/>
        </w:rPr>
        <w:t>23:58  exploiters ka, exploited ka, thesis ka, antithesis ka. aur phir synthesis hota rehta hai. to poori life ko takrao ki life bana diya us ne.</w:t>
      </w:r>
      <w:r>
        <w:br/>
      </w:r>
      <w:r>
        <w:rPr>
          <w:sz w:val="20"/>
        </w:rPr>
        <w:t>24:09  us ne itna asar dala hai Marx ne ke Galbraith ne likha, jo bahut bada scholar tha America ka, mar gaya. Galbraith ne us ne kaha ke history mein Muhammad se bhi zyada agar kisi ne asar dala history par to woh Karl Marx hai.</w:t>
      </w:r>
    </w:p>
    <w:p>
      <w:pPr>
        <w:pStyle w:val="Heading2"/>
      </w:pPr>
      <w:r>
        <w:t>Difficult actions and Prophet's example</w:t>
      </w:r>
    </w:p>
    <w:p>
      <w:r>
        <w:rPr>
          <w:color w:val="666666"/>
          <w:sz w:val="18"/>
        </w:rPr>
        <w:t>The Spiritual Message of Fasting April 29, 2020 Maulana Wahiduddin Khan · 3m 55s · at 11:19 · https://youtu.be/QCqKrVhGUF0?t=679</w:t>
      </w:r>
    </w:p>
    <w:p>
      <w:r>
        <w:rPr>
          <w:i/>
        </w:rPr>
        <w:t>“To dekhiye aam taur par log karte hain”</w:t>
      </w:r>
    </w:p>
    <w:p>
      <w:r>
        <w:rPr>
          <w:sz w:val="20"/>
        </w:rPr>
        <w:t>11:19  mushkil amal hota hai us ko samajh nahi paate.</w:t>
      </w:r>
      <w:r>
        <w:br/>
      </w:r>
      <w:r>
        <w:rPr>
          <w:sz w:val="20"/>
        </w:rPr>
        <w:t>11:29  mushkil amal isi liye mushkil hota hai ke is ka badla bohat zyada hai, bohat zyada hai, bohat zyada hai.</w:t>
      </w:r>
      <w:r>
        <w:br/>
      </w:r>
      <w:r>
        <w:rPr>
          <w:sz w:val="20"/>
        </w:rPr>
        <w:t>11:42  bohat zyada hai.</w:t>
      </w:r>
      <w:r>
        <w:br/>
      </w:r>
      <w:r>
        <w:rPr>
          <w:sz w:val="20"/>
        </w:rPr>
        <w:t>11:48  mislan main aap ko ek misaal deta hoon ke mushkil amal kis cheez ka naam hai.</w:t>
      </w:r>
      <w:r>
        <w:br/>
      </w:r>
      <w:r>
        <w:rPr>
          <w:sz w:val="20"/>
        </w:rPr>
        <w:t>11:58  mushkil amal yeh hai ke aap negative halaat mein apne aap ko paayein aur phir</w:t>
      </w:r>
      <w:r>
        <w:br/>
      </w:r>
      <w:r>
        <w:rPr>
          <w:sz w:val="20"/>
        </w:rPr>
        <w:t>12:14  positive ke andaaz mein soch kar is negative ko positive banaayein. jaise Rasool Allah Sal Allahu Alaihi Wasallam ne Makkah mein</w:t>
      </w:r>
      <w:r>
        <w:br/>
      </w:r>
      <w:r>
        <w:rPr>
          <w:sz w:val="20"/>
        </w:rPr>
        <w:t>12:33  negative halaat mein kaam shuru kiya. yaani Kaaba mein jo sab se zyada muqaddas</w:t>
      </w:r>
      <w:r>
        <w:br/>
      </w:r>
      <w:r>
        <w:rPr>
          <w:sz w:val="20"/>
        </w:rPr>
        <w:t>12:46  Baitullah tha wahan par buton ka, us ko haan buton ka markaz bana diya gaya.</w:t>
      </w:r>
      <w:r>
        <w:br/>
      </w:r>
      <w:r>
        <w:rPr>
          <w:sz w:val="20"/>
        </w:rPr>
        <w:t>12:57  aap ne kitna sabr kiya hoga, aap ne kitna zyada</w:t>
      </w:r>
      <w:r>
        <w:br/>
      </w:r>
      <w:r>
        <w:rPr>
          <w:sz w:val="20"/>
        </w:rPr>
        <w:t>13:03  socha hoga ke yeh to bara acha hai sare Arab ke log yahan aate hain apne buton ko poojne ke liye.</w:t>
      </w:r>
      <w:r>
        <w:br/>
      </w:r>
      <w:r>
        <w:rPr>
          <w:sz w:val="20"/>
        </w:rPr>
        <w:t>13:16  to hum ko sirf apni soch ko badalna hai,</w:t>
      </w:r>
      <w:r>
        <w:br/>
      </w:r>
      <w:r>
        <w:rPr>
          <w:sz w:val="20"/>
        </w:rPr>
        <w:t>13:20  hum ko sirf apni soch ko badalna hai. hum ne hum yeh karein ke na ghussa karein,</w:t>
      </w:r>
      <w:r>
        <w:br/>
      </w:r>
      <w:r>
        <w:rPr>
          <w:sz w:val="20"/>
        </w:rPr>
        <w:t>13:30  na koi badla lein un se. apni soch ko badlein yaani negative ko positive mein convert karein.</w:t>
      </w:r>
      <w:r>
        <w:br/>
      </w:r>
      <w:r>
        <w:rPr>
          <w:sz w:val="20"/>
        </w:rPr>
        <w:t>13:40  yaani Kaaba jo buton ka markaz tha us ko</w:t>
      </w:r>
      <w:r>
        <w:br/>
      </w:r>
      <w:r>
        <w:rPr>
          <w:sz w:val="20"/>
        </w:rPr>
        <w:t>13:50  audience mein convert karwa diya jaye. yaani us ko istemal kiya jaye</w:t>
      </w:r>
      <w:r>
        <w:br/>
      </w:r>
      <w:r>
        <w:rPr>
          <w:sz w:val="20"/>
        </w:rPr>
        <w:t>14:00  is hasiyat se ke woh aap ka audience hai.</w:t>
      </w:r>
      <w:r>
        <w:br/>
      </w:r>
      <w:r>
        <w:rPr>
          <w:sz w:val="20"/>
        </w:rPr>
        <w:t>14:08  to rasool Allah sal Allah aleh wasalam kabhi na lare, na koi negitivity baat kahi, kuch nahi. Simply yeh kya ke wahan jatay thay aur yeh structures ki baat kartay thay.</w:t>
      </w:r>
      <w:r>
        <w:br/>
      </w:r>
      <w:r>
        <w:rPr>
          <w:sz w:val="20"/>
        </w:rPr>
        <w:t>14:25  Eha nas qoolo la ilaha illallah tuflehu.</w:t>
      </w:r>
      <w:r>
        <w:br/>
      </w:r>
      <w:r>
        <w:rPr>
          <w:sz w:val="20"/>
        </w:rPr>
        <w:t>14:32  yani aap ne is ko audience mein convert kar diya. To audience mein convert ke liye, convert karne ke liye aap ko bohat ziyada bara amal karna para.</w:t>
      </w:r>
      <w:r>
        <w:br/>
      </w:r>
      <w:r>
        <w:rPr>
          <w:sz w:val="20"/>
        </w:rPr>
        <w:t>14:51  woh yeh ke negativity ko aik dam bhula dena, bhula dena, bhula dena.</w:t>
      </w:r>
      <w:r>
        <w:br/>
      </w:r>
      <w:r>
        <w:rPr>
          <w:sz w:val="20"/>
        </w:rPr>
        <w:t>14:59  aur total maani mein positive ban jana. Yeh hai woh cheez jis ka hisab be hisab badla milta hai.</w:t>
      </w:r>
    </w:p>
    <w:p>
      <w:pPr>
        <w:pStyle w:val="Heading2"/>
      </w:pPr>
      <w:r>
        <w:t>the word Islam itself means peace</w:t>
      </w:r>
    </w:p>
    <w:p>
      <w:r>
        <w:rPr>
          <w:color w:val="666666"/>
          <w:sz w:val="18"/>
        </w:rPr>
        <w:t>Importance of Adjustment June 27, 2009 · 27s · at 42:23 · https://youtu.be/Gp1zc2HPMRU?t=2543</w:t>
      </w:r>
    </w:p>
    <w:p>
      <w:r>
        <w:rPr>
          <w:i/>
        </w:rPr>
        <w:t>“The word Islam has the connotation of peace.”</w:t>
      </w:r>
    </w:p>
    <w:p>
      <w:r>
        <w:rPr>
          <w:sz w:val="20"/>
        </w:rPr>
        <w:t>42:23  . you know, the word islam is, even the word islam haz connotation of peace.</w:t>
      </w:r>
      <w:r>
        <w:br/>
      </w:r>
      <w:r>
        <w:rPr>
          <w:sz w:val="20"/>
        </w:rPr>
        <w:t>42:33  the root word of islam is sulm, that is s i l m sulm. sulm means peace. so islam means religion of peace.</w:t>
      </w:r>
      <w:r>
        <w:br/>
      </w:r>
      <w:r>
        <w:rPr>
          <w:sz w:val="20"/>
        </w:rPr>
        <w:t>42:47  why, why islam is religion of peace?</w:t>
      </w:r>
    </w:p>
    <w:p>
      <w:pPr>
        <w:pStyle w:val="Heading2"/>
      </w:pPr>
      <w:r>
        <w:t>God guarantees the deen's protection, our job is dawah</w:t>
      </w:r>
    </w:p>
    <w:p>
      <w:r>
        <w:rPr>
          <w:color w:val="666666"/>
          <w:sz w:val="18"/>
        </w:rPr>
        <w:t>The Importance of Wisdom February 22, 2009 · 47s · at 36:33 · https://youtu.be/2E7WtpqtFgw?t=2193</w:t>
      </w:r>
    </w:p>
    <w:p>
      <w:r>
        <w:rPr>
          <w:i/>
        </w:rPr>
        <w:t>“Khuda ne khud zimmedari le rakhi hai tahaffuz-e-deen ki”</w:t>
      </w:r>
    </w:p>
    <w:p>
      <w:r>
        <w:rPr>
          <w:sz w:val="20"/>
        </w:rPr>
        <w:t>36:33  khuda ne utara hai yeh deen, khuda hi is ke deen ki hifazat ka zaman hai, aur hifazat ho rahi hai woh is ki. quran mein aap jante hain ke ek ayat ke barabar bhi koi badlav nahin aaya hai.</w:t>
      </w:r>
      <w:r>
        <w:br/>
      </w:r>
      <w:r>
        <w:rPr>
          <w:sz w:val="20"/>
        </w:rPr>
        <w:t>36:47  to yeh khuda ne khud zimmedari le rakhi hai tahaffuz deen ke. dekhiye, tahaffuz deen ke naam par conferencein nahin honi chahiye, dawat deen ke naam par honi chahiye.</w:t>
      </w:r>
      <w:r>
        <w:br/>
      </w:r>
      <w:r>
        <w:rPr>
          <w:sz w:val="20"/>
        </w:rPr>
        <w:t>36:59  hamara kaam tahaffuz nahin, hamara kaam dawat hai.</w:t>
      </w:r>
      <w:r>
        <w:br/>
      </w:r>
      <w:r>
        <w:rPr>
          <w:sz w:val="20"/>
        </w:rPr>
        <w:t>37:05  aise nadani ki baat nahin, jaise tahaffuz hayat karein aap kisi ko marne nahin, mujhe marne nahin dena hai logon ko. hum tahaffuz hayat ke naam par conferencein karenge. bilkul stepped kaam hoga woh, aap ke bas mein nahin hai ke aap kisi ko marne na dein.</w:t>
      </w:r>
    </w:p>
    <w:p>
      <w:pPr>
        <w:pStyle w:val="Heading2"/>
      </w:pPr>
      <w:r>
        <w:t>Da'i must be creative thinker</w:t>
      </w:r>
    </w:p>
    <w:p>
      <w:r>
        <w:rPr>
          <w:color w:val="666666"/>
          <w:sz w:val="18"/>
        </w:rPr>
        <w:t>Dayee A Creative Thinker April 23, 2020 Maulana Wahiduddin Khan · 37s · at 1:29 · https://youtu.be/RPxh-QbC0vc?t=89</w:t>
      </w:r>
    </w:p>
    <w:p>
      <w:r>
        <w:rPr>
          <w:i/>
        </w:rPr>
        <w:t>“Dawat koi laga basa kaam nahi hai.”</w:t>
      </w:r>
    </w:p>
    <w:p>
      <w:r>
        <w:rPr>
          <w:sz w:val="20"/>
        </w:rPr>
        <w:t>1:29  dawat koi laga basa kaam nahi hai. har mauqe par ek nai sooratenhaal aati hai, aur is nai sooratenhaal mein daai ko apna</w:t>
      </w:r>
      <w:r>
        <w:br/>
      </w:r>
      <w:r>
        <w:rPr>
          <w:sz w:val="20"/>
        </w:rPr>
        <w:t>1:46  kirdar ada karna parta hai.</w:t>
      </w:r>
      <w:r>
        <w:br/>
      </w:r>
      <w:r>
        <w:rPr>
          <w:sz w:val="20"/>
        </w:rPr>
        <w:t>1:51  is liye main ne yeh samjha hai ke daai woh hai</w:t>
      </w:r>
      <w:r>
        <w:br/>
      </w:r>
      <w:r>
        <w:rPr>
          <w:sz w:val="20"/>
        </w:rPr>
        <w:t>2:00  jo creative thinker ho.</w:t>
      </w:r>
    </w:p>
    <w:p>
      <w:pPr>
        <w:pStyle w:val="Heading2"/>
      </w:pPr>
      <w:r>
        <w:t>Hadith: a future time of victory without fighting</w:t>
      </w:r>
    </w:p>
    <w:p>
      <w:r>
        <w:rPr>
          <w:color w:val="666666"/>
          <w:sz w:val="18"/>
        </w:rPr>
        <w:t>Second Coming of Christian Model March 11, 2007 · 29s · at 39:12 · https://youtu.be/hydvgblVSY4?t=2352</w:t>
      </w:r>
    </w:p>
    <w:p>
      <w:r>
        <w:rPr>
          <w:i/>
        </w:rPr>
        <w:t>“A time will come when you won't fight with swords at all.”</w:t>
      </w:r>
    </w:p>
    <w:p>
      <w:r>
        <w:rPr>
          <w:sz w:val="20"/>
        </w:rPr>
        <w:t>39:12  sahih Muslim mein ek zamana aayega jab keh tum na to lado ge aur na talwar se logon ki gardanein maro ge.</w:t>
      </w:r>
      <w:r>
        <w:br/>
      </w:r>
      <w:r>
        <w:rPr>
          <w:sz w:val="20"/>
        </w:rPr>
        <w:t>39:27  sirf kaho ge La ilaha illallah aur tum ko fateh mil jayegi. qale ki deewarein gir jayengi aur tum ko fateh mil jayegi.</w:t>
      </w:r>
      <w:r>
        <w:br/>
      </w:r>
      <w:r>
        <w:rPr>
          <w:sz w:val="20"/>
        </w:rPr>
        <w:t>39:38  sirf La ilaha illallah kehne se</w:t>
      </w:r>
    </w:p>
    <w:p>
      <w:pPr>
        <w:pStyle w:val="Heading2"/>
      </w:pPr>
      <w:r>
        <w:t>why the Quran's preservation makes Ramadan unique</w:t>
      </w:r>
    </w:p>
    <w:p>
      <w:r>
        <w:rPr>
          <w:color w:val="666666"/>
          <w:sz w:val="18"/>
        </w:rPr>
        <w:t>Exploring Lailatul Qadr March 31, 2024 · 1m 03s · at 1:14 · https://youtu.be/WeNvQKwBSx0?t=74</w:t>
      </w:r>
    </w:p>
    <w:p>
      <w:r>
        <w:rPr>
          <w:i/>
        </w:rPr>
        <w:t>“Quran ki khaas baat yeh hai ke yeh preserved divine book hai”</w:t>
      </w:r>
    </w:p>
    <w:p>
      <w:r>
        <w:rPr>
          <w:sz w:val="20"/>
        </w:rPr>
        <w:t>1:14  to main chahunga aap wahan se shuru karein ki ye das din ki kya importance hai, iske bare mein aap hum sab ko bataein. Muslim Ramadan ka mahina poora ka poora hi important hai kyunki isi mahine mein Quran utara gaya.</w:t>
      </w:r>
      <w:r>
        <w:br/>
      </w:r>
      <w:r>
        <w:rPr>
          <w:sz w:val="20"/>
        </w:rPr>
        <w:t>1:30  Quran ki khaas baat ye hai ki ye ek preserved divine book hai. is se pehle bahut paighambar aaye, bahut kitabein aur Khuda ke paighamat aaye lekin wo preserve nahi ho saka tha.</w:t>
      </w:r>
      <w:r>
        <w:br/>
      </w:r>
      <w:r>
        <w:rPr>
          <w:sz w:val="20"/>
        </w:rPr>
        <w:t>1:42  is ki kai wajuhaat hain. to ek preserved divine book utari gayi Ramadan ke mahine mein. lekin asal mein is zamane mein koi tareekh ka itna record nahi hota tha.</w:t>
      </w:r>
      <w:r>
        <w:br/>
      </w:r>
      <w:r>
        <w:rPr>
          <w:sz w:val="20"/>
        </w:rPr>
        <w:t>1:55  bas yahi maloom tha ki Ramadan ke mahine mein utra</w:t>
      </w:r>
      <w:r>
        <w:br/>
      </w:r>
      <w:r>
        <w:rPr>
          <w:sz w:val="20"/>
        </w:rPr>
        <w:t>1:58  ha. kis date ko kya time hai, wo na calendar, na diary, na ghadi. ye sab to hota nahi tha. to is wajah se wo Lailat-ul-Qadr ki talash hui ki wo khaas raat kaun si thi jis mein Quran ki pehli verses utari gayi.</w:t>
      </w:r>
    </w:p>
    <w:p>
      <w:pPr>
        <w:pStyle w:val="Heading2"/>
      </w:pPr>
      <w:r>
        <w:t>Newspaper exaggeration creates false impression</w:t>
      </w:r>
    </w:p>
    <w:p>
      <w:r>
        <w:rPr>
          <w:color w:val="666666"/>
          <w:sz w:val="18"/>
        </w:rPr>
        <w:t>The Problem of Misunderstanding July 02, 2008 · 2m 14s · at 12:54 · https://youtu.be/IP8aFVKtttc?t=774</w:t>
      </w:r>
    </w:p>
    <w:p>
      <w:r>
        <w:rPr>
          <w:i/>
        </w:rPr>
        <w:t>“ek martaba main bahar gaya hua tha”</w:t>
      </w:r>
    </w:p>
    <w:p>
      <w:r>
        <w:rPr>
          <w:sz w:val="20"/>
        </w:rPr>
        <w:t>12:54  ek martaba mein bahar gaya hua tha, aur wapsi ek din hui to hawai jahaz mein paper mila parhne ke liye.</w:t>
      </w:r>
      <w:r>
        <w:br/>
      </w:r>
      <w:r>
        <w:rPr>
          <w:sz w:val="20"/>
        </w:rPr>
        <w:t>13:07  paper wo paper tha kisi aur country ka,</w:t>
      </w:r>
      <w:r>
        <w:br/>
      </w:r>
      <w:r>
        <w:rPr>
          <w:sz w:val="20"/>
        </w:rPr>
        <w:t>13:17  to is mein likha hua tha "dilli mein fasaad"</w:t>
      </w:r>
      <w:r>
        <w:br/>
      </w:r>
      <w:r>
        <w:rPr>
          <w:sz w:val="20"/>
        </w:rPr>
        <w:t>13:22  . urdu paper tha, wo bahar ka paper tha. wo yahi tha "dilli mein fasaad". to main samjha ke jab main airport pe utra to mujhe dar laga ke bhai pata nahi dilli mein aag lagi hui hai, kya ho raha hai, pata nahi kaise jaon.</w:t>
      </w:r>
      <w:r>
        <w:br/>
      </w:r>
      <w:r>
        <w:rPr>
          <w:sz w:val="20"/>
        </w:rPr>
        <w:t>13:41  to darte darte main airport se bahar aya aur kisi tarah se ghar pohanch. ab pata kya</w:t>
      </w:r>
      <w:r>
        <w:br/>
      </w:r>
      <w:r>
        <w:rPr>
          <w:sz w:val="20"/>
        </w:rPr>
        <w:t>13:51  to maloom hua ke "dilli mein fasaad" ka matlab yeh tha ke dilli ka ek area, ek colony hai jis ka naam hai "salem pur".</w:t>
      </w:r>
      <w:r>
        <w:br/>
      </w:r>
      <w:r>
        <w:rPr>
          <w:sz w:val="20"/>
        </w:rPr>
        <w:t>14:01  salem pur ek choti si colony hai, wahan par kuch jhagda ho gaya do group mein, aur kuch aapas mein maar kaat ho gayi.</w:t>
      </w:r>
      <w:r>
        <w:br/>
      </w:r>
      <w:r>
        <w:rPr>
          <w:sz w:val="20"/>
        </w:rPr>
        <w:t>14:15  salem pur poori dilli ka one percent bhi nahi hai,</w:t>
      </w:r>
      <w:r>
        <w:br/>
      </w:r>
      <w:r>
        <w:rPr>
          <w:sz w:val="20"/>
        </w:rPr>
        <w:t>14:19  bohat hi chota sa area hai, aur is area mein bhi do aadmiyon ke beech mein jhagda hua. yani ke sara salem pur jo hai wo larrne laga.</w:t>
      </w:r>
      <w:r>
        <w:br/>
      </w:r>
      <w:r>
        <w:rPr>
          <w:sz w:val="20"/>
        </w:rPr>
        <w:t>14:31  lekin chupa kya "dilli mein fasaad"? to akhbar wale aisa nahi karte ke yeh kahein ke ke dilli mein bohat sari coloniyan hain, un mein se ek choti si colony hai "salem p</w:t>
      </w:r>
      <w:r>
        <w:br/>
      </w:r>
      <w:r>
        <w:rPr>
          <w:sz w:val="20"/>
        </w:rPr>
        <w:t>14:46  ur". salem pur mein do aadmiyon ke darmiyan jhagda ho gaya, yeh nahi chhapen ge wo. wo chhapen ge "dilli mein fasaad". isi se logon ki rai galat banti hai.</w:t>
      </w:r>
      <w:r>
        <w:br/>
      </w:r>
      <w:r>
        <w:rPr>
          <w:sz w:val="20"/>
        </w:rPr>
        <w:t>14:57  negative appearance jo itni aam hai, itni zyada, is mein bohat bara dakhal jo hai wo hamare paperon ka hai. bohat bara, bohat bara dakhal.</w:t>
      </w:r>
    </w:p>
    <w:p>
      <w:pPr>
        <w:pStyle w:val="Heading2"/>
      </w:pPr>
      <w:r>
        <w:t>Umar's proposal for his daughter Hafsa declined then explained</w:t>
      </w:r>
    </w:p>
    <w:p>
      <w:r>
        <w:rPr>
          <w:color w:val="666666"/>
          <w:sz w:val="18"/>
        </w:rPr>
        <w:t>Story of Uthman ibn Affan (ra) -</w:t>
        <w:br/>
        <w:t>Lives of the Sahabah -1 May 21, 2023 · 2m 30s · at 28:54 · https://youtu.be/rO43Eo-WWdY?t=1734</w:t>
      </w:r>
    </w:p>
    <w:p>
      <w:r>
        <w:rPr>
          <w:i/>
        </w:rPr>
        <w:t>“Umar brought a proposal: marry my daughter Hafsa”</w:t>
      </w:r>
    </w:p>
    <w:p>
      <w:r>
        <w:rPr>
          <w:sz w:val="20"/>
        </w:rPr>
        <w:t>28:54  mushkil halaat ji rahe ye ji aur doctor sahab phir uske baad hazrat umar bin khattab jo hai</w:t>
      </w:r>
      <w:r>
        <w:br/>
      </w:r>
      <w:r>
        <w:rPr>
          <w:sz w:val="20"/>
        </w:rPr>
        <w:t>29:02  अपनी बेटी हजरत हफशा उनका रिश्ता लेकर आए लेकिन हजरत उस्मान ने बड़ा seriously नहीं लिया हालांकि she</w:t>
      </w:r>
      <w:r>
        <w:br/>
      </w:r>
      <w:r>
        <w:rPr>
          <w:sz w:val="20"/>
        </w:rPr>
        <w:t>29:09  was very educated. She had memorized the Quran and she had good understanding about the religion. तो इसके</w:t>
      </w:r>
      <w:r>
        <w:br/>
      </w:r>
      <w:r>
        <w:rPr>
          <w:sz w:val="20"/>
        </w:rPr>
        <w:t>29:17  baare mein bataayein ke kyon Hazrat Usman ne unka rishta</w:t>
      </w:r>
      <w:r>
        <w:br/>
      </w:r>
      <w:r>
        <w:rPr>
          <w:sz w:val="20"/>
        </w:rPr>
        <w:t>29:25  itna seriously kyon nahi liya haan asal mein thoda interesting waqia hai.</w:t>
      </w:r>
      <w:r>
        <w:br/>
      </w:r>
      <w:r>
        <w:rPr>
          <w:sz w:val="20"/>
        </w:rPr>
        <w:t>29:28  hazrat umar raz allah aaye pehle abu bakr raz allah ke paas.</w:t>
      </w:r>
      <w:r>
        <w:br/>
      </w:r>
      <w:r>
        <w:rPr>
          <w:sz w:val="20"/>
        </w:rPr>
        <w:t>29:32  hum to kaha ki meri beti hafsa hai.</w:t>
      </w:r>
      <w:r>
        <w:br/>
      </w:r>
      <w:r>
        <w:rPr>
          <w:sz w:val="20"/>
        </w:rPr>
        <w:t>29:36  aap usse shadi kar lein.</w:t>
      </w:r>
      <w:r>
        <w:br/>
      </w:r>
      <w:r>
        <w:rPr>
          <w:sz w:val="20"/>
        </w:rPr>
        <w:t>29:40  hum to unhone kaha ki achha baad mein bataunga main.</w:t>
      </w:r>
      <w:r>
        <w:br/>
      </w:r>
      <w:r>
        <w:rPr>
          <w:sz w:val="20"/>
        </w:rPr>
        <w:t>29:44  matlab unko taal diya. ji.</w:t>
      </w:r>
      <w:r>
        <w:br/>
      </w:r>
      <w:r>
        <w:rPr>
          <w:sz w:val="20"/>
        </w:rPr>
        <w:t>29:47  aur phir baad mein koi baat nahin ki.</w:t>
      </w:r>
      <w:r>
        <w:br/>
      </w:r>
      <w:r>
        <w:rPr>
          <w:sz w:val="20"/>
        </w:rPr>
        <w:t>29:51  to phir ye hazrat umar gaye</w:t>
      </w:r>
      <w:r>
        <w:br/>
      </w:r>
      <w:r>
        <w:rPr>
          <w:sz w:val="20"/>
        </w:rPr>
        <w:t>29:55  usman raz allah ke paas usi baat ko leke ki meri beti haffsa se aap shadi kar len.</w:t>
      </w:r>
      <w:r>
        <w:br/>
      </w:r>
      <w:r>
        <w:rPr>
          <w:sz w:val="20"/>
        </w:rPr>
        <w:t>30:01  to unhon ne kaha ki achha us din aana to baat karenge.</w:t>
      </w:r>
      <w:r>
        <w:br/>
      </w:r>
      <w:r>
        <w:rPr>
          <w:sz w:val="20"/>
        </w:rPr>
        <w:t>30:07  to us din gaye jo din tay hua tha to dekha ki usman raz allah namaz padh rahe hain.</w:t>
      </w:r>
      <w:r>
        <w:br/>
      </w:r>
      <w:r>
        <w:rPr>
          <w:sz w:val="20"/>
        </w:rPr>
        <w:t>30:13  to unko jab ehsas hua ki umar aaye hain to unhon ne namaz ko lambi karni shuru kar di.</w:t>
      </w:r>
      <w:r>
        <w:br/>
      </w:r>
      <w:r>
        <w:rPr>
          <w:sz w:val="20"/>
        </w:rPr>
        <w:t>30:19  lambi kar padhte hi gaye namaz to unko kuch andaza ho gaya ki milna nahin chahte</w:t>
      </w:r>
      <w:r>
        <w:br/>
      </w:r>
      <w:r>
        <w:rPr>
          <w:sz w:val="20"/>
        </w:rPr>
        <w:t>30:25  to chale gaye.</w:t>
      </w:r>
      <w:r>
        <w:br/>
      </w:r>
      <w:r>
        <w:rPr>
          <w:sz w:val="20"/>
        </w:rPr>
        <w:t>30:31  to gaye phir profit ke paas shikayat karne ki dekhiye mere jo dost the do itne inhone kya</w:t>
      </w:r>
      <w:r>
        <w:br/>
      </w:r>
      <w:r>
        <w:rPr>
          <w:sz w:val="20"/>
        </w:rPr>
        <w:t>30:37  kiya mere sath kam se kam agar no kehna tha to keh dete ye sab karne ki kya</w:t>
      </w:r>
      <w:r>
        <w:br/>
      </w:r>
      <w:r>
        <w:rPr>
          <w:sz w:val="20"/>
        </w:rPr>
        <w:t>30:43  ज़रूरत थी तो Prophet ने बड़ी अच्छी बात कही कहा कि, "Your daughter Hafsa will marry someone better."</w:t>
      </w:r>
      <w:r>
        <w:br/>
      </w:r>
      <w:r>
        <w:rPr>
          <w:sz w:val="20"/>
        </w:rPr>
        <w:t>30:49  Then Uthman will marry someone better than Hafsa, meaning Hazrat Hafsa.</w:t>
      </w:r>
      <w:r>
        <w:br/>
      </w:r>
      <w:r>
        <w:rPr>
          <w:sz w:val="20"/>
        </w:rPr>
        <w:t>30:55  ki shadi Rasoolullah se hui zaahir hai wo behtar hai ji aur Hazrat Usman ki shadi Umm Kulsoom se hui to zaahir hai Prophet ki beti se behtar kaun ho sakta hai ji to is tarike se ye phir Hazrat Abu Bakr aur Hazrat Usman gaye Hazrat Umar ke paas ki aap bahut upset honge humse lekin uski asal wajah ye thi ki humne suna tha Hafsa ka zikr kiya tha Prophet ne to hum nahi chahte the ki Prophet ki koi secret ki baat hai usko usko bataye ji to ye thoda sa dilchasp waqia hai ji ji</w:t>
      </w:r>
    </w:p>
    <w:p>
      <w:pPr>
        <w:pStyle w:val="Heading2"/>
      </w:pPr>
      <w:r>
        <w:t>how a Qur'an verse calmed Umar's fierce anger</w:t>
      </w:r>
    </w:p>
    <w:p>
      <w:r>
        <w:rPr>
          <w:color w:val="666666"/>
          <w:sz w:val="18"/>
        </w:rPr>
        <w:t>The Concept of Sunnah and Bidah in Islam February 14, 2008 Maulana Wahiduddin Khan · 3m 27s · at 48:39 · https://youtu.be/_uIO23hmBjg?t=2919</w:t>
      </w:r>
    </w:p>
    <w:p>
      <w:r>
        <w:rPr>
          <w:i/>
        </w:rPr>
        <w:t>“حضرت عمر فاروق جو تھے وہ خلیفہ تھے اور صحابی تھے”</w:t>
      </w:r>
    </w:p>
    <w:p>
      <w:r>
        <w:rPr>
          <w:sz w:val="20"/>
        </w:rPr>
        <w:t>48:39  ab jaise ke main arz karoon hazrat umar farooq jo thay woh khalifa thay aur sahabi thay. to ek baar ek aadmi un se milne ke liye gaye.</w:t>
      </w:r>
      <w:r>
        <w:br/>
      </w:r>
      <w:r>
        <w:rPr>
          <w:sz w:val="20"/>
        </w:rPr>
        <w:t>48:52  to un ke haan jo khadim tha jo servant tha us ne kaha ke abhi woh so rahe hain.</w:t>
      </w:r>
      <w:r>
        <w:br/>
      </w:r>
      <w:r>
        <w:rPr>
          <w:sz w:val="20"/>
        </w:rPr>
        <w:t>49:02  to baith gaye baat karne ke liye us se poocha ke bhai umar kaise hain? to us ne kaha ke umar jo hain bohat achhe hain lekin jab un ko ghussa aa jata hai to phir woh apne mein nahin rehte.</w:t>
      </w:r>
      <w:r>
        <w:br/>
      </w:r>
      <w:r>
        <w:rPr>
          <w:sz w:val="20"/>
        </w:rPr>
        <w:t>49:19  ghussa aa jata hai to out of control ho jate hain.</w:t>
      </w:r>
      <w:r>
        <w:br/>
      </w:r>
      <w:r>
        <w:rPr>
          <w:sz w:val="20"/>
        </w:rPr>
        <w:t>49:23  to unhon ne kaha ke agar main tumhari jagah hota to main kya karta? jab main dekhta ke un ko ghussa aa gaya hai to foran main parh deta koi ayat quran ki ayat.</w:t>
      </w:r>
      <w:r>
        <w:br/>
      </w:r>
      <w:r>
        <w:rPr>
          <w:sz w:val="20"/>
        </w:rPr>
        <w:t>49:36  isi waqt woh thande ho jate yani apne aur un ke beech mein quran rakh deta. aur waqatan aise hi hota tha.</w:t>
      </w:r>
      <w:r>
        <w:br/>
      </w:r>
      <w:r>
        <w:rPr>
          <w:sz w:val="20"/>
        </w:rPr>
        <w:t>49:48  jab bhi un ko ghussa aata tha to bohat pehalwan qism ke aadmi thay. to woh aadmi jo tha jaldi se parh deta tha koi ayat.</w:t>
      </w:r>
      <w:r>
        <w:br/>
      </w:r>
      <w:r>
        <w:rPr>
          <w:sz w:val="20"/>
        </w:rPr>
        <w:t>50:01  jaise ek saahab aaye aur koi unhon ne aisi baat ki jo bohat hi ulti baat thi to hazrat umar ko ghussa aa gaya. uthe un ko maarne ke liye.</w:t>
      </w:r>
      <w:r>
        <w:br/>
      </w:r>
      <w:r>
        <w:rPr>
          <w:sz w:val="20"/>
        </w:rPr>
        <w:t>50:15  to us waqt ek saahab thay woh khare ho gaye</w:t>
      </w:r>
      <w:r>
        <w:br/>
      </w:r>
      <w:r>
        <w:rPr>
          <w:sz w:val="20"/>
        </w:rPr>
        <w:t>50:18  unhon ne ek ayat parh di. woh ayat yeh thi ke wa'ariz al-jahileen yeh quran ki ayat hai wa'ariz al-jahileen yani nadan logon se avoid karo.</w:t>
      </w:r>
      <w:r>
        <w:br/>
      </w:r>
      <w:r>
        <w:rPr>
          <w:sz w:val="20"/>
        </w:rPr>
        <w:t>50:35  nadan log nadani karenge jaise is ne nadani ki.</w:t>
      </w:r>
      <w:r>
        <w:br/>
      </w:r>
      <w:r>
        <w:rPr>
          <w:sz w:val="20"/>
        </w:rPr>
        <w:t>50:43  to nadan logon se avoid karo wa'ariz al-jahileen.</w:t>
      </w:r>
      <w:r>
        <w:br/>
      </w:r>
      <w:r>
        <w:rPr>
          <w:sz w:val="20"/>
        </w:rPr>
        <w:t>50:49  jaise hi unhon ne yeh parha foran kya hua umar jo hai ek dam thande ho gaye. jaise balloon ki hawa nikal jaye.</w:t>
      </w:r>
      <w:r>
        <w:br/>
      </w:r>
      <w:r>
        <w:rPr>
          <w:sz w:val="20"/>
        </w:rPr>
        <w:t>50:59  ab dekhiye yeh bhi ek model hai. ke aap ko ghussa aaye to quran ki ayat sun kar aap thande par jayen.</w:t>
      </w:r>
      <w:r>
        <w:br/>
      </w:r>
      <w:r>
        <w:rPr>
          <w:sz w:val="20"/>
        </w:rPr>
        <w:t>51:08  aap ko revenge aaye to quran ki ayat sun kar ke aap ki revenge khatam ho jaye.</w:t>
      </w:r>
      <w:r>
        <w:br/>
      </w:r>
      <w:r>
        <w:rPr>
          <w:sz w:val="20"/>
        </w:rPr>
        <w:t>51:16  quran aap kisi se maaf karne ke ikhtiyar na hon to quran ki ayat parh di jaye. to aap keh den ke bhai hum ne maaf kiya is ko.</w:t>
      </w:r>
      <w:r>
        <w:br/>
      </w:r>
      <w:r>
        <w:rPr>
          <w:sz w:val="20"/>
        </w:rPr>
        <w:t>51:28  len den mein koi jhagda ho raha hai quran ki ek ayat parh di jaye. quran ki ek ayat us waqt parhi jaye to aap kahain ke bhai chalo baat khatam.</w:t>
      </w:r>
      <w:r>
        <w:br/>
      </w:r>
      <w:r>
        <w:rPr>
          <w:sz w:val="20"/>
        </w:rPr>
        <w:t>51:40  ab quran ki ayat aa gayi to</w:t>
      </w:r>
      <w:r>
        <w:br/>
      </w:r>
      <w:r>
        <w:rPr>
          <w:sz w:val="20"/>
        </w:rPr>
        <w:t>51:42  ab baat khatam. to aap dekhiye yeh bhi ek model hai. yeh bhi ek model hai. to yaad rakhiye yeh jo tareeqa hai ke masjid mein hum jab jate hain to wahan pata karte hain ke rasool Allah kahin namaz parhte thay.</w:t>
      </w:r>
      <w:r>
        <w:br/>
      </w:r>
      <w:r>
        <w:rPr>
          <w:sz w:val="20"/>
        </w:rPr>
        <w:t>51:57  yeh form ke aitbar se woh bhi form ke aitbar se hota hai. to isi form ko hum dohrana chahte hain.</w:t>
      </w:r>
    </w:p>
    <w:p>
      <w:pPr>
        <w:pStyle w:val="Heading2"/>
      </w:pPr>
      <w:r>
        <w:t>the farewell hajj and its final message</w:t>
      </w:r>
    </w:p>
    <w:p>
      <w:r>
        <w:rPr>
          <w:color w:val="666666"/>
          <w:sz w:val="18"/>
        </w:rPr>
        <w:t>What is Islam March 17, 2007 · 2m 05s · at 53:36 · https://youtu.be/xEDxZmsi3Mg?t=3216</w:t>
      </w:r>
    </w:p>
    <w:p>
      <w:r>
        <w:rPr>
          <w:i/>
        </w:rPr>
        <w:t>“The Prophet performed Hajj in his final days”</w:t>
      </w:r>
    </w:p>
    <w:p>
      <w:r>
        <w:rPr>
          <w:sz w:val="20"/>
        </w:rPr>
        <w:t>53:36  then, you know, the prophet of Islam performed Hajj in his final days.</w:t>
      </w:r>
      <w:r>
        <w:br/>
      </w:r>
      <w:r>
        <w:rPr>
          <w:sz w:val="20"/>
        </w:rPr>
        <w:t>53:49  it was about two months before his death. so, after performing the Hajj, called Hajjat al-Wada.</w:t>
      </w:r>
      <w:r>
        <w:br/>
      </w:r>
      <w:r>
        <w:rPr>
          <w:sz w:val="20"/>
        </w:rPr>
        <w:t>53:58  in Islamic history, it is called Hajjat al-Wada.</w:t>
      </w:r>
      <w:r>
        <w:br/>
      </w:r>
      <w:r>
        <w:rPr>
          <w:sz w:val="20"/>
        </w:rPr>
        <w:t>54:02  so, after performing Hajj, he addressed those Muslims who present at the time.</w:t>
      </w:r>
      <w:r>
        <w:br/>
      </w:r>
      <w:r>
        <w:rPr>
          <w:sz w:val="20"/>
        </w:rPr>
        <w:t>54:14  we call them companion, ashab rasool. so, he addressed those ashab rasool,</w:t>
      </w:r>
      <w:r>
        <w:br/>
      </w:r>
      <w:r>
        <w:rPr>
          <w:sz w:val="20"/>
        </w:rPr>
        <w:t>54:25  and through ashab rasool, he addressed all the ummah.</w:t>
      </w:r>
      <w:r>
        <w:br/>
      </w:r>
      <w:r>
        <w:rPr>
          <w:sz w:val="20"/>
        </w:rPr>
        <w:t>54:30  so, he said in this sermon, in this sermon, he said: "Aye nas, in Allah basani kaft nas fadni."</w:t>
      </w:r>
      <w:r>
        <w:br/>
      </w:r>
      <w:r>
        <w:rPr>
          <w:sz w:val="20"/>
        </w:rPr>
        <w:t>54:47  Aye nas, in Allah basani kaft nas fadni. O people, O Muslims, O my followers,</w:t>
      </w:r>
      <w:r>
        <w:br/>
      </w:r>
      <w:r>
        <w:rPr>
          <w:sz w:val="20"/>
        </w:rPr>
        <w:t>55:01  God has send me</w:t>
      </w:r>
      <w:r>
        <w:br/>
      </w:r>
      <w:r>
        <w:rPr>
          <w:sz w:val="20"/>
        </w:rPr>
        <w:t>55:05  blessing for all mankind, for all mankind. so, convey my message to all, to all human beings.</w:t>
      </w:r>
      <w:r>
        <w:br/>
      </w:r>
      <w:r>
        <w:rPr>
          <w:sz w:val="20"/>
        </w:rPr>
        <w:t>55:18  after giving this sermon, he died. after two months, he died, and he gave this message for ever, for all those who claim that we are followers of Muhammad.</w:t>
      </w:r>
    </w:p>
    <w:p>
      <w:pPr>
        <w:pStyle w:val="Heading2"/>
      </w:pPr>
      <w:r>
        <w:t>Ibrahim and Archimedes: always something beyond the known</w:t>
      </w:r>
    </w:p>
    <w:p>
      <w:r>
        <w:rPr>
          <w:color w:val="666666"/>
          <w:sz w:val="18"/>
        </w:rPr>
        <w:t>Human Knowledge and Divine Knowledge February 17, 2008 · 3m 50s · at 9:36 · https://youtu.be/FVOvdC0uY1c?t=576</w:t>
      </w:r>
    </w:p>
    <w:p>
      <w:r>
        <w:rPr>
          <w:i/>
        </w:rPr>
        <w:t>“Char hazaar saal pehle Prophet Ibrahim Iraq mein aaye”</w:t>
      </w:r>
    </w:p>
    <w:p>
      <w:r>
        <w:rPr>
          <w:sz w:val="20"/>
        </w:rPr>
        <w:t>9:36  is ka poora chain nahi bana sakte hum. behal chand aik baatein jo meri soch mein aati hain woh mein arz karoon ga. jaise ab se char hazar saal pehle prophet ibrahim iraq mein aaye.</w:t>
      </w:r>
      <w:r>
        <w:br/>
      </w:r>
      <w:r>
        <w:rPr>
          <w:sz w:val="20"/>
        </w:rPr>
        <w:t>9:57  to un ke baray mein aata hai quran majeed mein ke jab unhon ne sitaron ko dekha to unhon ne kaha ke shayad yahi tum log, yahi woh cheez hai jis ko tum khuda kehte ho.</w:t>
      </w:r>
      <w:r>
        <w:br/>
      </w:r>
      <w:r>
        <w:rPr>
          <w:sz w:val="20"/>
        </w:rPr>
        <w:t>10:11  phir woh doob gaya to unhon ne kaha ke main doobne walon ko Khuda nahi samajh sakta. phir chand ko dekha to samjha ke bohat bara hai. ke chand shayad Khuda ho.</w:t>
      </w:r>
      <w:r>
        <w:br/>
      </w:r>
      <w:r>
        <w:rPr>
          <w:sz w:val="20"/>
        </w:rPr>
        <w:t>10:21  to phir jab doob gaya to unhon ne kaha ke chand Khuda nahi ho sa</w:t>
      </w:r>
      <w:r>
        <w:br/>
      </w:r>
      <w:r>
        <w:rPr>
          <w:sz w:val="20"/>
        </w:rPr>
        <w:t>10:25  kutta. phir suraj ko dekha chamakte hue to yeh hua ke shayad yeh Khuda ho. ke phir woh bhi doob gaya.</w:t>
      </w:r>
      <w:r>
        <w:br/>
      </w:r>
      <w:r>
        <w:rPr>
          <w:sz w:val="20"/>
        </w:rPr>
        <w:t>10:35  to unhon ne kaha ke main doobne walon ko Khuda nahi maan sakta. to is ka matlab kya hua? ke kaho ke beyond stars, beyond moon, beyond sun, there are something more to discover.</w:t>
      </w:r>
      <w:r>
        <w:br/>
      </w:r>
      <w:r>
        <w:rPr>
          <w:sz w:val="20"/>
        </w:rPr>
        <w:t>10:51  hum dekhte hain sitaron ko ya chand ko ya suraj ko to woh had nahi hai. is ke is ke beyond mein koi cheez hai.</w:t>
      </w:r>
      <w:r>
        <w:br/>
      </w:r>
      <w:r>
        <w:rPr>
          <w:sz w:val="20"/>
        </w:rPr>
        <w:t>11:02  aur is ko humein jaanna hai.</w:t>
      </w:r>
      <w:r>
        <w:br/>
      </w:r>
      <w:r>
        <w:rPr>
          <w:sz w:val="20"/>
        </w:rPr>
        <w:t>11:06  is silsile ka ek bohat hi well known story woh hai jo Archimedes ki hai.</w:t>
      </w:r>
      <w:r>
        <w:br/>
      </w:r>
      <w:r>
        <w:rPr>
          <w:sz w:val="20"/>
        </w:rPr>
        <w:t>11:13  Archimedes jo hai woh third century BC mein Yunani mein paida hua. third century BC, yani Masih se teen saal, teen so saal qabal.</w:t>
      </w:r>
      <w:r>
        <w:br/>
      </w:r>
      <w:r>
        <w:rPr>
          <w:sz w:val="20"/>
        </w:rPr>
        <w:t>11:28  to is ke samne ek challenge aaya ke pani par naav kyun tairti hai?</w:t>
      </w:r>
      <w:r>
        <w:br/>
      </w:r>
      <w:r>
        <w:rPr>
          <w:sz w:val="20"/>
        </w:rPr>
        <w:t>11:38  is ka sabab kya hai?</w:t>
      </w:r>
      <w:r>
        <w:br/>
      </w:r>
      <w:r>
        <w:rPr>
          <w:sz w:val="20"/>
        </w:rPr>
        <w:t>11:42  to woh is mein soch mein tha, is soch mein tha, is soch mein tha ke kaise aisa hota hai. to ek din woh pani mein naha raha tha, tub mein naha raha tha.</w:t>
      </w:r>
      <w:r>
        <w:br/>
      </w:r>
      <w:r>
        <w:rPr>
          <w:sz w:val="20"/>
        </w:rPr>
        <w:t>11:57  achanak is ko ek ek experience hua, is mein is ko discovery hui jis ko aaj hum kehte hain science of hydrostatics.</w:t>
      </w:r>
      <w:r>
        <w:br/>
      </w:r>
      <w:r>
        <w:rPr>
          <w:sz w:val="20"/>
        </w:rPr>
        <w:t>12:10  science of hydrostatics. yani is ka is ka matlab yeh hai ke jab kisi object ko aap pani mein dalte hain to jitne pani ko woh displace karta hai woh object, usi ke equal wahan par upwat pressure paida hota hai.</w:t>
      </w:r>
      <w:r>
        <w:br/>
      </w:r>
      <w:r>
        <w:rPr>
          <w:sz w:val="20"/>
        </w:rPr>
        <w:t>12:28  yeh upwat pressure jo hai woh naav ko chalata rehta hai pani ke oopar.</w:t>
      </w:r>
      <w:r>
        <w:br/>
      </w:r>
      <w:r>
        <w:rPr>
          <w:sz w:val="20"/>
        </w:rPr>
        <w:t>12:36  jab is ko yeh cheez discover hui to woh Greek language bolta tha to is mein us ne kaha Eureka, E U R E K A.</w:t>
      </w:r>
      <w:r>
        <w:br/>
      </w:r>
      <w:r>
        <w:rPr>
          <w:sz w:val="20"/>
        </w:rPr>
        <w:t>12:51  Eureka, Eureka kehta hua bhaga. yani I discovered, I discovered. maine pa liya, maine pa liya.</w:t>
      </w:r>
      <w:r>
        <w:br/>
      </w:r>
      <w:r>
        <w:rPr>
          <w:sz w:val="20"/>
        </w:rPr>
        <w:t>13:02  to history of thought mein main samajhta hoon ke yeh bohat hi well known qissa hai ke kaise insan ne known, is ke aage unknown ko jaana.</w:t>
      </w:r>
      <w:r>
        <w:br/>
      </w:r>
      <w:r>
        <w:rPr>
          <w:sz w:val="20"/>
        </w:rPr>
        <w:t>13:17  agarche unknown ke aage ek known ko jaana. lekin is is known ke aage phir aur bhi bohat sare layers the unknown ke.</w:t>
      </w:r>
    </w:p>
    <w:p>
      <w:pPr>
        <w:pStyle w:val="Heading2"/>
      </w:pPr>
      <w:r>
        <w:t>Prophet's tribute to Abu Dharr's unmatched truthfulness</w:t>
      </w:r>
    </w:p>
    <w:p>
      <w:r>
        <w:rPr>
          <w:color w:val="666666"/>
          <w:sz w:val="18"/>
        </w:rPr>
        <w:t>Timeless Wisdom from the Life of Abu Dharr al-Ghifari December 21, 2025 · 20s · at 0:14 · https://youtu.be/CDBjybktCDM?t=14</w:t>
      </w:r>
    </w:p>
    <w:p>
      <w:r>
        <w:rPr>
          <w:i/>
        </w:rPr>
        <w:t>“No desert carried, no tree shaded a more truthful man”</w:t>
      </w:r>
    </w:p>
    <w:p>
      <w:r>
        <w:rPr>
          <w:sz w:val="20"/>
        </w:rPr>
        <w:t>0:14  his name was Abu Dharr al-Ghifari. prophet Muhammad, peace be upon him, said: "no desert carried and no tree shaded a man more truthful than Abu</w:t>
      </w:r>
      <w:r>
        <w:br/>
      </w:r>
      <w:r>
        <w:rPr>
          <w:sz w:val="20"/>
        </w:rPr>
        <w:t>0:26  Dharr." so today we will have a conversation on timeless wisdom from the life of Abu Dharr al-Ghifari with Dr. Sani Hasnain Khan sahib.</w:t>
      </w:r>
    </w:p>
    <w:p>
      <w:pPr>
        <w:pStyle w:val="Heading2"/>
      </w:pPr>
      <w:r>
        <w:t>every Muslim is a caller, everyone else invited</w:t>
      </w:r>
    </w:p>
    <w:p>
      <w:r>
        <w:rPr>
          <w:color w:val="666666"/>
          <w:sz w:val="18"/>
        </w:rPr>
        <w:t>Dars-e-Quran June 26, 2007 · 2m 05s · at 4:23 · https://youtu.be/5ztGu9ZGu6s?t=263</w:t>
      </w:r>
    </w:p>
    <w:p>
      <w:r>
        <w:rPr>
          <w:i/>
        </w:rPr>
        <w:t>“Every Muslim is a caller, everyone else is invited”</w:t>
      </w:r>
    </w:p>
    <w:p>
      <w:r>
        <w:rPr>
          <w:sz w:val="20"/>
        </w:rPr>
        <w:t>4:23  yeh kaam, shahadat ka jo kaam hai, woh kya hai? wohi hai jis ko hum kehte hain daawa warq.</w:t>
      </w:r>
      <w:r>
        <w:br/>
      </w:r>
      <w:r>
        <w:rPr>
          <w:sz w:val="20"/>
        </w:rPr>
        <w:t>4:33  to musalman aik daai groh ki hesiyat rakhte hain, aur baqi sare log un ke liye madu hain. to</w:t>
      </w:r>
      <w:r>
        <w:br/>
      </w:r>
      <w:r>
        <w:rPr>
          <w:sz w:val="20"/>
        </w:rPr>
        <w:t>4:43  yeh kaam har musalman ko karna hai. kyun? har musalman ke contact mein koi aadmi aata hai, to us par zimmedari ban gayi ke jo us ke contact mein aaya,</w:t>
      </w:r>
      <w:r>
        <w:br/>
      </w:r>
      <w:r>
        <w:rPr>
          <w:sz w:val="20"/>
        </w:rPr>
        <w:t>4:59  us par woh dawat pahunchaye. koi bhi central idara sari dunya ke har aadmi tak nahi pahunch sakta.</w:t>
      </w:r>
      <w:r>
        <w:br/>
      </w:r>
      <w:r>
        <w:rPr>
          <w:sz w:val="20"/>
        </w:rPr>
        <w:t>5:10  to musalman phailte hain, aaj dunya mein har jagah musalman hain. har aik ki zimmedari hai ke jahan woh rehta hai, wahan jo log hain us ke aas paas, un sab ko woh dawat pahunchaye.</w:t>
      </w:r>
      <w:r>
        <w:br/>
      </w:r>
      <w:r>
        <w:rPr>
          <w:sz w:val="20"/>
        </w:rPr>
        <w:t>5:26  chahe zabani taur par, chahe literature de un ko. yeh zamana aap jante hain ke literature ka zamana hai, aap un ko literature ke</w:t>
      </w:r>
      <w:r>
        <w:br/>
      </w:r>
      <w:r>
        <w:rPr>
          <w:sz w:val="20"/>
        </w:rPr>
        <w:t>5:36  zariye pahunchayen. doosri bohat ahem baat yeh hai ke aap yeh janen ke shahadat ala al-nas jo hai, woh sirf aelan ka naam nahi hai.</w:t>
      </w:r>
      <w:r>
        <w:br/>
      </w:r>
      <w:r>
        <w:rPr>
          <w:sz w:val="20"/>
        </w:rPr>
        <w:t>5:48  yaani sirf bol dein, sirf aik kitab us ko de dein, us se kaam khatam nahi hota. zaroori hai ke daai groh jo hai, yaani jo musalman hain,</w:t>
      </w:r>
      <w:r>
        <w:br/>
      </w:r>
      <w:r>
        <w:rPr>
          <w:sz w:val="20"/>
        </w:rPr>
        <w:t>6:01  un ki tasweer bhi daai ki tasweer ho dunya mein.</w:t>
      </w:r>
      <w:r>
        <w:br/>
      </w:r>
      <w:r>
        <w:rPr>
          <w:sz w:val="20"/>
        </w:rPr>
        <w:t>6:07  un ki tasweer daai ki tasweer ho. daai kaun hota hai? woh society ka dene wala group hota hai.</w:t>
      </w:r>
      <w:r>
        <w:br/>
      </w:r>
      <w:r>
        <w:rPr>
          <w:sz w:val="20"/>
        </w:rPr>
        <w:t>6:18  daai ke liye sab log madu hain, madu lene wale hain, daai dene wala hai.</w:t>
      </w:r>
    </w:p>
    <w:p>
      <w:pPr>
        <w:pStyle w:val="Heading2"/>
      </w:pPr>
      <w:r>
        <w:t>Hajar's trust in God and the story of Zamzam</w:t>
      </w:r>
    </w:p>
    <w:p>
      <w:r>
        <w:rPr>
          <w:color w:val="666666"/>
          <w:sz w:val="18"/>
        </w:rPr>
        <w:t>Historical Aspects of Hajj November 1, 2008 · 5m 49s · at 10:42 · https://youtu.be/-cHslxrgNeE?t=642</w:t>
      </w:r>
    </w:p>
    <w:p>
      <w:r>
        <w:rPr>
          <w:i/>
        </w:rPr>
        <w:t>“Hajra ne poocha, aap humein wahan chhor kar kahan ja rahe hain?”</w:t>
      </w:r>
    </w:p>
    <w:p>
      <w:r>
        <w:rPr>
          <w:sz w:val="20"/>
        </w:rPr>
        <w:t>10:42  to phir hazrat hajra ne kaha ke kya khuda ne aap ko aisa karne ka hukum diya hai ke hum ko yahan la kar chhod dein?</w:t>
      </w:r>
      <w:r>
        <w:br/>
      </w:r>
      <w:r>
        <w:rPr>
          <w:sz w:val="20"/>
        </w:rPr>
        <w:t>10:51  desert mein? tab unhon ne kaha ke haan. is waqt hazrat hajra ne kaha ke phir khuda hum ko zaya nahi karega.</w:t>
      </w:r>
      <w:r>
        <w:br/>
      </w:r>
      <w:r>
        <w:rPr>
          <w:sz w:val="20"/>
        </w:rPr>
        <w:t>11:02  idhan la yuziyoon. hamari khuda hifazat karega.</w:t>
      </w:r>
      <w:r>
        <w:br/>
      </w:r>
      <w:r>
        <w:rPr>
          <w:sz w:val="20"/>
        </w:rPr>
        <w:t>11:09  is desert mein hum baith kar ke yahan keh rahe hain, dilli mein, yeh jumla. lekin is desert mein jahan koi aage tha na koi peeche tha, na pani tha na koi khane ki cheez thi.</w:t>
      </w:r>
      <w:r>
        <w:br/>
      </w:r>
      <w:r>
        <w:rPr>
          <w:sz w:val="20"/>
        </w:rPr>
        <w:t>11:24  is desert mein akele ek chhote bache ko le kar, do saal ke bache ko le kar, ek khatoon jab yeh keh rahi thi to main samajhta hoon ke yeh to bada, itna bada kalma tha ke aisa kalma tareekh mein kabhi nahi bola gaya.</w:t>
      </w:r>
      <w:r>
        <w:br/>
      </w:r>
      <w:r>
        <w:rPr>
          <w:sz w:val="20"/>
        </w:rPr>
        <w:t>11:40  na hajra se pehle aur na hajra ke baad. to jab is khatoon ne itni badi, itna bada conviction dikhaya Allah taala par to Allah taala ne us ki madad farmayi.</w:t>
      </w:r>
      <w:r>
        <w:br/>
      </w:r>
      <w:r>
        <w:rPr>
          <w:sz w:val="20"/>
        </w:rPr>
        <w:t>12:00  ab madad ka aaghaz yahan se hota hai ke hazrat ibrahim ek mashk pani wahan par chhod ke chale gaye the. mashk pani.</w:t>
      </w:r>
      <w:r>
        <w:br/>
      </w:r>
      <w:r>
        <w:rPr>
          <w:sz w:val="20"/>
        </w:rPr>
        <w:t>12:15  to jab pyas lagti thi to woh woh pani pi leti thi us mein se aur ismail ko pilati thi.</w:t>
      </w:r>
      <w:r>
        <w:br/>
      </w:r>
      <w:r>
        <w:rPr>
          <w:sz w:val="20"/>
        </w:rPr>
        <w:t>12:23  aur kuch shayad kuch aur cheezein rahi hon, kuch khajoor waghera type ki kuch cheezein mukhtasar tor par</w:t>
      </w:r>
      <w:r>
        <w:br/>
      </w:r>
      <w:r>
        <w:rPr>
          <w:sz w:val="20"/>
        </w:rPr>
        <w:t>12:30  . yahan tak ke pani khatam ho gaya.</w:t>
      </w:r>
      <w:r>
        <w:br/>
      </w:r>
      <w:r>
        <w:rPr>
          <w:sz w:val="20"/>
        </w:rPr>
        <w:t>12:36  ab bachcha ro raha hai pani ke liye. to yeh niklein pani ki talash mein.</w:t>
      </w:r>
      <w:r>
        <w:br/>
      </w:r>
      <w:r>
        <w:rPr>
          <w:sz w:val="20"/>
        </w:rPr>
        <w:t>12:44  to wahan par do pahadiyan thin jo aaj bhi is ke nishanat maujood hain. ek ka naam tha safa doosre ka naam tha marwa.</w:t>
      </w:r>
      <w:r>
        <w:br/>
      </w:r>
      <w:r>
        <w:rPr>
          <w:sz w:val="20"/>
        </w:rPr>
        <w:t>12:54  safa aur marwa.</w:t>
      </w:r>
      <w:r>
        <w:br/>
      </w:r>
      <w:r>
        <w:rPr>
          <w:sz w:val="20"/>
        </w:rPr>
        <w:t>12:57  donon ke beech mein taqreeban saat furlang ka fasla hai. yani paanch sau qadam.</w:t>
      </w:r>
      <w:r>
        <w:br/>
      </w:r>
      <w:r>
        <w:rPr>
          <w:sz w:val="20"/>
        </w:rPr>
        <w:t>13:08  to woh woh woh woh woh teela tha, rock tha woh, koi pahad nahi tha woh. to is par aadmi chadh sakta tha.</w:t>
      </w:r>
      <w:r>
        <w:br/>
      </w:r>
      <w:r>
        <w:rPr>
          <w:sz w:val="20"/>
        </w:rPr>
        <w:t>13:18  to chadhein woh safa par. kis liye? ke shayad aas paas kahin koi insaan dikhai de. koi qafila dikhai de. to us se pani ke liye poochein.</w:t>
      </w:r>
      <w:r>
        <w:br/>
      </w:r>
      <w:r>
        <w:rPr>
          <w:sz w:val="20"/>
        </w:rPr>
        <w:t>13:30  to koi nahi dikhai diya utar kar phir gayin wahan agla jo chattan thi marwa wahan gayin. wahan se bhi idhar udhar dekha to kuch dikhai nahi diya.</w:t>
      </w:r>
      <w:r>
        <w:br/>
      </w:r>
      <w:r>
        <w:rPr>
          <w:sz w:val="20"/>
        </w:rPr>
        <w:t>13:41  is tarah woh saat bar safa se marwa, marwa se safa chalti rahin.</w:t>
      </w:r>
      <w:r>
        <w:br/>
      </w:r>
      <w:r>
        <w:rPr>
          <w:sz w:val="20"/>
        </w:rPr>
        <w:t>13:49  aakhri bar yeh hua, yani saatveen bar, yeh hadees mein aaya hai ke wahan par dekha unhon ne ke ek farishta khada hua hai jahan bache ko chhod ke chali gayi thi woh.</w:t>
      </w:r>
      <w:r>
        <w:br/>
      </w:r>
      <w:r>
        <w:rPr>
          <w:sz w:val="20"/>
        </w:rPr>
        <w:t>14:04  yani bachcha god mein nahi liye the, wohin chhod diya tha.</w:t>
      </w:r>
      <w:r>
        <w:br/>
      </w:r>
      <w:r>
        <w:rPr>
          <w:sz w:val="20"/>
        </w:rPr>
        <w:t>14:10  to woh farishta jo hai aaya tha aap ko pani dene ke liye. woh ghaliban hazrat jibril the.</w:t>
      </w:r>
      <w:r>
        <w:br/>
      </w:r>
      <w:r>
        <w:rPr>
          <w:sz w:val="20"/>
        </w:rPr>
        <w:t>14:18  to zameen par unhon ne paon se mara. jab paon se mara to wahan chashma nikal pada. pani ka chashma.</w:t>
      </w:r>
      <w:r>
        <w:br/>
      </w:r>
      <w:r>
        <w:rPr>
          <w:sz w:val="20"/>
        </w:rPr>
        <w:t>14:28  pani behne laga. yeh baat hai chaar hazar saal pehle ki. yani hazrat hazrat ibrahim ka jo zamana hai woh chaar hazar pehle, chaar hazar saal pehle ka zamana hai.</w:t>
      </w:r>
      <w:r>
        <w:br/>
      </w:r>
      <w:r>
        <w:rPr>
          <w:sz w:val="20"/>
        </w:rPr>
        <w:t>14:42  yeh pani jo jari hua isi ko hum kehte hain zamzam.</w:t>
      </w:r>
      <w:r>
        <w:br/>
      </w:r>
      <w:r>
        <w:rPr>
          <w:sz w:val="20"/>
        </w:rPr>
        <w:t>14:48  is waqt se aaj tak yeh pani isi tarah se jari hai.</w:t>
      </w:r>
      <w:r>
        <w:br/>
      </w:r>
      <w:r>
        <w:rPr>
          <w:sz w:val="20"/>
        </w:rPr>
        <w:t>14:55  lakhon lakh log wahan jate hain pani peete hain, bhar bhar ke late hain, isi se sara kaam karte hain. aur woh pani aaj tak khatam nahi ho raha.</w:t>
      </w:r>
      <w:r>
        <w:br/>
      </w:r>
      <w:r>
        <w:rPr>
          <w:sz w:val="20"/>
        </w:rPr>
        <w:t>15:04  kam bhi nahi hua. wahan mein ne dekha hai ab machine se pani nikala jata hai wahan par. pehle apna aap natural tor par behta tha woh.</w:t>
      </w:r>
      <w:r>
        <w:br/>
      </w:r>
      <w:r>
        <w:rPr>
          <w:sz w:val="20"/>
        </w:rPr>
        <w:t>15:16  ab wahan par baqayda machine lagi hui hain. pumping machinein. pump kar ke nikalte hain aur phir us ko supply karte hain. bohat bare peymane par har jagah is ke tap lage hue hain wahan se aap pani le lijiye.</w:t>
      </w:r>
      <w:r>
        <w:br/>
      </w:r>
      <w:r>
        <w:rPr>
          <w:sz w:val="20"/>
        </w:rPr>
        <w:t>15:31  to yeh tha Allah taala ka, yani jo Hajra ne jo bharosa kiya tha Allah taala par,</w:t>
      </w:r>
      <w:r>
        <w:br/>
      </w:r>
      <w:r>
        <w:rPr>
          <w:sz w:val="20"/>
        </w:rPr>
        <w:t>15:39  is bharose ka yeh karishma Allah taala ne dikhaya ke wahan se pani ka chashma nikal aya. aap jante hain ke zameen ke andar pani ke bare bare daryain hain.</w:t>
      </w:r>
      <w:r>
        <w:br/>
      </w:r>
      <w:r>
        <w:rPr>
          <w:sz w:val="20"/>
        </w:rPr>
        <w:t>15:51  upar khushki hai, neeche daryain beh rahi hain pani ki. bare bare store hain pani ke zameen ke neeche.</w:t>
      </w:r>
      <w:r>
        <w:br/>
      </w:r>
      <w:r>
        <w:rPr>
          <w:sz w:val="20"/>
        </w:rPr>
        <w:t>16:02  to wahan par Allah taala ne pani ka koi bohat bara store shayad raha ho aur woh upar aane laga ho, overflow kar ke chashma ban gaya ho.</w:t>
      </w:r>
      <w:r>
        <w:br/>
      </w:r>
      <w:r>
        <w:rPr>
          <w:sz w:val="20"/>
        </w:rPr>
        <w:t>16:13  ya Allah taala ne koi ek naya wahan par pani ka ek reservoir paida kar diya ho. par jo bhi ho lekin char hazar saal se aaj tak pani is ka khatam nahi hua.</w:t>
      </w:r>
    </w:p>
    <w:p>
      <w:pPr>
        <w:pStyle w:val="Heading2"/>
      </w:pPr>
      <w:r>
        <w:t>Muslims fail by fighting history not availing</w:t>
      </w:r>
    </w:p>
    <w:p>
      <w:r>
        <w:rPr>
          <w:color w:val="666666"/>
          <w:sz w:val="18"/>
        </w:rPr>
        <w:t>History of Kaaba March 19, 2017 · 4m 43s · at 19:16 · https://youtu.be/HPvWnoueeqg?t=1156</w:t>
      </w:r>
    </w:p>
    <w:p>
      <w:r>
        <w:rPr>
          <w:i/>
        </w:rPr>
        <w:t>“Muslim leaders always fight history and fail.”</w:t>
      </w:r>
    </w:p>
    <w:p>
      <w:r>
        <w:rPr>
          <w:sz w:val="20"/>
        </w:rPr>
        <w:t>19:16  is ko avail karo. aur history se ladne ki koshish mat karo. lekin musalmanon ke jitne bhi leader hain one to all one to all one to all history se ladte hain.</w:t>
      </w:r>
      <w:r>
        <w:br/>
      </w:r>
      <w:r>
        <w:rPr>
          <w:sz w:val="20"/>
        </w:rPr>
        <w:t>19:32  misal ke taur par india mein dekhiye britishz aaye do sau saal tak aa rahe lekin sare musalman sirf ladte rahe in se nafrat karte rahe enemy enemy enemy halanki wo aap ke liye madu the.</w:t>
      </w:r>
      <w:r>
        <w:br/>
      </w:r>
      <w:r>
        <w:rPr>
          <w:sz w:val="20"/>
        </w:rPr>
        <w:t>19:49  islam aap un ko batate quran phailate un ki zaban mein tarjuma kar ke quran ko dete ye tha history ko avail karna.</w:t>
      </w:r>
      <w:r>
        <w:br/>
      </w:r>
      <w:r>
        <w:rPr>
          <w:sz w:val="20"/>
        </w:rPr>
        <w:t>20:02  angrezon se ladna jo tha history ko reshape karna tha. aur agar un ko quran pahunchate to wo history ko avail karne ka hota.</w:t>
      </w:r>
      <w:r>
        <w:br/>
      </w:r>
      <w:r>
        <w:rPr>
          <w:sz w:val="20"/>
        </w:rPr>
        <w:t>20:13  lekin koi bhi shakhs nahi hai jo is liye is raz ko jana ho.</w:t>
      </w:r>
      <w:r>
        <w:br/>
      </w:r>
      <w:r>
        <w:rPr>
          <w:sz w:val="20"/>
        </w:rPr>
        <w:t>20:20  to musalman shikayat karte hain dusron ki ke sazish hai dushmani hai aur islamophobia ye sab jhooti baaten hain baseless baaten hain baseless asal baat to ye hai ke musalmanon ke leaderon ne jane nahi ke kya karna hai kya nahi karna hai.</w:t>
      </w:r>
      <w:r>
        <w:br/>
      </w:r>
      <w:r>
        <w:rPr>
          <w:sz w:val="20"/>
        </w:rPr>
        <w:t>20:40  is raz ko nahi jana har saal haj bhi karte the dhoom se haj karte the maki o badri kehelate the wo log wahan ja kar seekha nahi ke history ko reshape karne ki koshish mat karo history ko avail karne ki koshish karo.</w:t>
      </w:r>
      <w:r>
        <w:br/>
      </w:r>
      <w:r>
        <w:rPr>
          <w:sz w:val="20"/>
        </w:rPr>
        <w:t>21:03  to sab se bada jo musalmanon ka disadvantage hai disadvantage wo zamane ko samajhte nahi hain history ko reshape karne ki koshish karte hain</w:t>
      </w:r>
      <w:r>
        <w:br/>
      </w:r>
      <w:r>
        <w:rPr>
          <w:sz w:val="20"/>
        </w:rPr>
        <w:t>21:22  aur hoti hai kuch nahi main misal deta hoon aap ko dekhiye masalan sab se bada spot jo muslim spot hai wo falasteen hai sab se bada sari duniya ke musalman falasteen falasteen falasteen kiye hue hain</w:t>
      </w:r>
      <w:r>
        <w:br/>
      </w:r>
      <w:r>
        <w:rPr>
          <w:sz w:val="20"/>
        </w:rPr>
        <w:t>21:41  jitni bhi tehrikein uthi hain wo sab falasteen kaheen na kaheen falasteen shamil tha un ke rangon mein.</w:t>
      </w:r>
      <w:r>
        <w:br/>
      </w:r>
      <w:r>
        <w:rPr>
          <w:sz w:val="20"/>
        </w:rPr>
        <w:t>21:50  to kya hai history se lad rahe hain ek lambi history chali falasteen mein chalte chalte yahan tak</w:t>
      </w:r>
      <w:r>
        <w:br/>
      </w:r>
      <w:r>
        <w:rPr>
          <w:sz w:val="20"/>
        </w:rPr>
        <w:t>21:58  pohanchi ke balfour wardect ke tehat falasteen ke partition ho gaya</w:t>
      </w:r>
      <w:r>
        <w:br/>
      </w:r>
      <w:r>
        <w:rPr>
          <w:sz w:val="20"/>
        </w:rPr>
        <w:t>22:09  roughly aadha hissa jo ko mila aadha hissa musalmanon ko mila aur best jo best part jo tha</w:t>
      </w:r>
      <w:r>
        <w:br/>
      </w:r>
      <w:r>
        <w:rPr>
          <w:sz w:val="20"/>
        </w:rPr>
        <w:t>22:16  wo musalmanon ko mila</w:t>
      </w:r>
      <w:r>
        <w:br/>
      </w:r>
      <w:r>
        <w:rPr>
          <w:sz w:val="20"/>
        </w:rPr>
        <w:t>22:19  best part</w:t>
      </w:r>
      <w:r>
        <w:br/>
      </w:r>
      <w:r>
        <w:rPr>
          <w:sz w:val="20"/>
        </w:rPr>
        <w:t>22:23  to yahan par kya tha wahi tha ke ek tha history se ladna ek hai history ko avail</w:t>
      </w:r>
      <w:r>
        <w:br/>
      </w:r>
      <w:r>
        <w:rPr>
          <w:sz w:val="20"/>
        </w:rPr>
        <w:t>22:28  karna ladna yeh tha ke dobara wahan hukoomat qaim ho</w:t>
      </w:r>
      <w:r>
        <w:br/>
      </w:r>
      <w:r>
        <w:rPr>
          <w:sz w:val="20"/>
        </w:rPr>
        <w:t>22:37  khaleefa is se pehle aap jante hain ke wahan par abasiyon ko hukoomat thi pehle hazrat umar ke</w:t>
      </w:r>
      <w:r>
        <w:br/>
      </w:r>
      <w:r>
        <w:rPr>
          <w:sz w:val="20"/>
        </w:rPr>
        <w:t>22:44  zamane mein shuru hui hukoomat wahan par</w:t>
      </w:r>
      <w:r>
        <w:br/>
      </w:r>
      <w:r>
        <w:rPr>
          <w:sz w:val="20"/>
        </w:rPr>
        <w:t>22:48  aakhri zamane mein turk khilafat jo thi ab usmani khilafat is ki hukoomat wahan qaim ho gayi</w:t>
      </w:r>
      <w:r>
        <w:br/>
      </w:r>
      <w:r>
        <w:rPr>
          <w:sz w:val="20"/>
        </w:rPr>
        <w:t>22:54  to lade sare musalman shamil hue ladne mein ke nikalo in ko yahan hum phir se hamein khilafat</w:t>
      </w:r>
      <w:r>
        <w:br/>
      </w:r>
      <w:r>
        <w:rPr>
          <w:sz w:val="20"/>
        </w:rPr>
        <w:t>23:03  qaim karna hai</w:t>
      </w:r>
      <w:r>
        <w:br/>
      </w:r>
      <w:r>
        <w:rPr>
          <w:sz w:val="20"/>
        </w:rPr>
        <w:t>23:05  yeh history ko reshape karna tha wo history</w:t>
      </w:r>
      <w:r>
        <w:br/>
      </w:r>
      <w:r>
        <w:rPr>
          <w:sz w:val="20"/>
        </w:rPr>
        <w:t>23:08  ka culmination tha wo is balfour verdict jo tha wo history ka culmination tha wo</w:t>
      </w:r>
      <w:r>
        <w:br/>
      </w:r>
      <w:r>
        <w:rPr>
          <w:sz w:val="20"/>
        </w:rPr>
        <w:t>23:18  ke partition ho gaya partition best scheme thi musalmanon ke liye</w:t>
      </w:r>
      <w:r>
        <w:br/>
      </w:r>
      <w:r>
        <w:rPr>
          <w:sz w:val="20"/>
        </w:rPr>
        <w:t>23:27  ke wahan ka desert area to mila israel ko aur jo best area tha wo wo sab mil</w:t>
      </w:r>
      <w:r>
        <w:br/>
      </w:r>
      <w:r>
        <w:rPr>
          <w:sz w:val="20"/>
        </w:rPr>
        <w:t>23:35  gaya musalmanon ko to best</w:t>
      </w:r>
      <w:r>
        <w:br/>
      </w:r>
      <w:r>
        <w:rPr>
          <w:sz w:val="20"/>
        </w:rPr>
        <w:t>23:38  partition tha ab musalmanon ko chahiye thi ke woh yeh zehan na yeh un ke andar yeh zehan</w:t>
      </w:r>
      <w:r>
        <w:br/>
      </w:r>
      <w:r>
        <w:rPr>
          <w:sz w:val="20"/>
        </w:rPr>
        <w:t>23:44  na paida ho ke history ko reshape karna phir se yahan turkon ki khilafat qaim ho jaye</w:t>
      </w:r>
      <w:r>
        <w:br/>
      </w:r>
      <w:r>
        <w:rPr>
          <w:sz w:val="20"/>
        </w:rPr>
        <w:t>23:53  balkeh kya karna tha yeh jo lambi history thi</w:t>
      </w:r>
    </w:p>
    <w:p>
      <w:pPr>
        <w:pStyle w:val="Heading2"/>
      </w:pPr>
      <w:r>
        <w:t>Hajar's faith when Ibrahim left her alone</w:t>
      </w:r>
    </w:p>
    <w:p>
      <w:r>
        <w:rPr>
          <w:color w:val="666666"/>
          <w:sz w:val="18"/>
        </w:rPr>
        <w:t>The Prophetic Example Oct 20, 2013 · 48s · at 8:40 · https://youtu.be/0dITZjMkR5k?t=520</w:t>
      </w:r>
    </w:p>
    <w:p>
      <w:r>
        <w:rPr>
          <w:i/>
        </w:rPr>
        <w:t>“حضرت ہاجرہ نے پوچھا: ہم کو یہاں چھوڑ کے کہاں جا رہے ہیں؟”</w:t>
      </w:r>
    </w:p>
    <w:p>
      <w:r>
        <w:rPr>
          <w:sz w:val="20"/>
        </w:rPr>
        <w:t>8:40  pani ke ek mashq di thi unhon ne un ko, aise hi kuch bas. to Hazrat Hajra ne poocha ke hum ko yahan chhod ke kahan ja rahe hain aap?</w:t>
      </w:r>
      <w:r>
        <w:br/>
      </w:r>
      <w:r>
        <w:rPr>
          <w:sz w:val="20"/>
        </w:rPr>
        <w:t>8:52  to Bukhari ki riwayat mein bataya gaya hai ke Hazrat Ibrahim ne koi jawab nahi diya.</w:t>
      </w:r>
      <w:r>
        <w:br/>
      </w:r>
      <w:r>
        <w:rPr>
          <w:sz w:val="20"/>
        </w:rPr>
        <w:t>8:58  do baar poocha, teen baar poocha to koi jawab nahi diya. phir Hazrat Hajra ne kaha ke kya Allah ne aap ko is ka hukum diya hai?</w:t>
      </w:r>
      <w:r>
        <w:br/>
      </w:r>
      <w:r>
        <w:rPr>
          <w:sz w:val="20"/>
        </w:rPr>
        <w:t>9:08  tab Hazrat Ibrahim ne kaha ke haan. is waqt Hazrat Hajra ki zuban se yeh nikla: idhan la yudee'una</w:t>
      </w:r>
      <w:r>
        <w:br/>
      </w:r>
      <w:r>
        <w:rPr>
          <w:sz w:val="20"/>
        </w:rPr>
        <w:t>9:20  tab Allah hum ko waste nahi karega, hum ko zaya nahi karega.</w:t>
      </w:r>
    </w:p>
    <w:p>
      <w:pPr>
        <w:pStyle w:val="Heading2"/>
      </w:pPr>
      <w:r>
        <w:t>who were the homeless People of the Bench</w:t>
      </w:r>
    </w:p>
    <w:p>
      <w:r>
        <w:rPr>
          <w:color w:val="666666"/>
          <w:sz w:val="18"/>
        </w:rPr>
        <w:t>The Story of Hazrat Abu Hurairah (r.a.) December 31, 2023 · 2m 32s · at 14:15 · https://youtu.be/ntoKGwQ1WX0?t=855</w:t>
      </w:r>
    </w:p>
    <w:p>
      <w:r>
        <w:rPr>
          <w:i/>
        </w:rPr>
        <w:t>“They had no home, no food — they were the Prophet's guests”</w:t>
      </w:r>
    </w:p>
    <w:p>
      <w:r>
        <w:rPr>
          <w:sz w:val="20"/>
        </w:rPr>
        <w:t>14:15  Doctor sahib, aah, aah, Abu Hurairah was also one of the Ashab al-Suffah. And as we know that they were the people who were companions of the Prophet, and they lived closer, uh, to the mosque of the Prophet.</w:t>
      </w:r>
      <w:r>
        <w:br/>
      </w:r>
      <w:r>
        <w:rPr>
          <w:sz w:val="20"/>
        </w:rPr>
        <w:t>14:29  Uh, they faced a lot of hardship. To mein chahoon ga in ke baray mein aap batayein who were these people? Is ke baray mein bhi batayein aap. Haan, jo Ashab al-Suffah, suffah kehte hain shade ko, chounkay un ke liye Prophet ne masjid mein peechay ki taraf aik shade banwa diya tha, to usi se naam par gaya un ko.</w:t>
      </w:r>
      <w:r>
        <w:br/>
      </w:r>
      <w:r>
        <w:rPr>
          <w:sz w:val="20"/>
        </w:rPr>
        <w:t>14:45  To woh, woh homeless log thay jin ke paas na rehnay ka tha na khanay ka kuch intizam tha. To woh aik tarah se they were guests of the Prophet.</w:t>
      </w:r>
      <w:r>
        <w:br/>
      </w:r>
      <w:r>
        <w:rPr>
          <w:sz w:val="20"/>
        </w:rPr>
        <w:t>14:55  To masjid mein rehte thay. Ji. Aur, aah, jo bhi, aah, jab bhi Rasool Allah sal-lal-lahu alaihi wa-sal-lam bahar aate thay ghar se to, aah, yani they were actually students.</w:t>
      </w:r>
      <w:r>
        <w:br/>
      </w:r>
      <w:r>
        <w:rPr>
          <w:sz w:val="20"/>
        </w:rPr>
        <w:t>15:06  To woh Rasool Allah ki baatein sun sunte thay. Aur ab Abu Hurairah was sort of head of that</w:t>
      </w:r>
      <w:r>
        <w:br/>
      </w:r>
      <w:r>
        <w:rPr>
          <w:sz w:val="20"/>
        </w:rPr>
        <w:t>15:13  group. To woh log aate rehte thay aur jatay rehte thay. Maximum Hazrat Abu Hurairah ne kaha hai ke maximum mein ne seventy logon ko dekha hai, aah, jo, aah, aah, Ashab al-Suffah.</w:t>
      </w:r>
      <w:r>
        <w:br/>
      </w:r>
      <w:r>
        <w:rPr>
          <w:sz w:val="20"/>
        </w:rPr>
        <w:t>15:25  Lekin kya hota tha ke kabhi kisi ko koi job mil gaya to woh chala gaya, kabhi kisi ki shadi ho gayi to woh chala gaya. To kuch log aate thay, kuch log jatay thay.</w:t>
      </w:r>
      <w:r>
        <w:br/>
      </w:r>
      <w:r>
        <w:rPr>
          <w:sz w:val="20"/>
        </w:rPr>
        <w:t>15:35  To aisay tees chaalees log aate jatay rehte thay. Aur agar, aah, jo masjid ke peechay jo area tha, agar aap ab jayein Masjid Nabawi to aap yeh dekhein ge, aah, jo Bab Jibrael hai.</w:t>
      </w:r>
      <w:r>
        <w:br/>
      </w:r>
      <w:r>
        <w:rPr>
          <w:sz w:val="20"/>
        </w:rPr>
        <w:t>15:53  Ji.</w:t>
      </w:r>
      <w:r>
        <w:br/>
      </w:r>
      <w:r>
        <w:rPr>
          <w:sz w:val="20"/>
        </w:rPr>
        <w:t>15:54  Bab, Bab Jibrael se agar aap aagay ki taraf, andar ki taraf jayein ge to Bab Nisa, jo women's door hai, gate hai, us ke paas yeh aik, aah, aik platform sa bana hua hai.</w:t>
      </w:r>
      <w:r>
        <w:br/>
      </w:r>
      <w:r>
        <w:rPr>
          <w:sz w:val="20"/>
        </w:rPr>
        <w:t>16:09  Yeh, yeh platform hai. Aur yeh, yeh usi ko, aah, indicate karta hai ke yahi woh jagah thi jahan Ashab al-Suffah</w:t>
      </w:r>
      <w:r>
        <w:br/>
      </w:r>
      <w:r>
        <w:rPr>
          <w:sz w:val="20"/>
        </w:rPr>
        <w:t>16:17  rehte thay. Masha Allah. Thora aik aur view hai, is mein aur clear ho jata hai ke yeh platform hai. Yeh aap dekh rahe hain ke yeh platform hai.</w:t>
      </w:r>
      <w:r>
        <w:br/>
      </w:r>
      <w:r>
        <w:rPr>
          <w:sz w:val="20"/>
        </w:rPr>
        <w:t>16:27  Ji. To kabhi bhi agar jayein aap Masjid Nabawi, inshallah, to yeh zaroor dekhein. Masha Allah. Wahan likha nahi hai lekin yeh hai jagah.</w:t>
      </w:r>
      <w:r>
        <w:br/>
      </w:r>
      <w:r>
        <w:rPr>
          <w:sz w:val="20"/>
        </w:rPr>
        <w:t>16:36  Batate hain log. To is tarah ki kai sari cheezein Masjid Nabawi mein hain jo tareekhi hain, to woh log batate hain is ko.</w:t>
      </w:r>
    </w:p>
    <w:p>
      <w:pPr>
        <w:pStyle w:val="Heading2"/>
      </w:pPr>
      <w:r>
        <w:t>Prophetic response to insults</w:t>
      </w:r>
    </w:p>
    <w:p>
      <w:r>
        <w:rPr>
          <w:color w:val="666666"/>
          <w:sz w:val="18"/>
        </w:rPr>
        <w:t>Scientific Way of Thinking July 22, 2007 · 3m 03s · at 44:22 · https://youtu.be/HxIschrKj7s?t=2662</w:t>
      </w:r>
    </w:p>
    <w:p>
      <w:r>
        <w:rPr>
          <w:i/>
        </w:rPr>
        <w:t>“A polytheist woman comes.”</w:t>
      </w:r>
    </w:p>
    <w:p>
      <w:r>
        <w:rPr>
          <w:sz w:val="20"/>
        </w:rPr>
        <w:t>44:22  salman rushdi ne ek kitaab chhapi The Satanic Verses is mein rasool Allah ke bare mein kuch nazeehba remark thay.</w:t>
      </w:r>
      <w:r>
        <w:br/>
      </w:r>
      <w:r>
        <w:rPr>
          <w:sz w:val="20"/>
        </w:rPr>
        <w:t>44:36  ab musalman ghussa ho gaye. aur fatwa jari ho gaya ke is ko maar dalo. aur sari dunya ke musalmanon ne kaha ke maar dalo, maar dalo, maar dalo.</w:t>
      </w:r>
      <w:r>
        <w:br/>
      </w:r>
      <w:r>
        <w:rPr>
          <w:sz w:val="20"/>
        </w:rPr>
        <w:t>44:48  Except myself</w:t>
      </w:r>
      <w:r>
        <w:br/>
      </w:r>
      <w:r>
        <w:rPr>
          <w:sz w:val="20"/>
        </w:rPr>
        <w:t>44:50  . main is fatwe ko ghalat samajhta tha, main is mein shareek nahin hua. bolay sare hi log ke rushdi ko maar dalo. main ne kyun nahin is mein shirkat ki is fatwe mein?</w:t>
      </w:r>
      <w:r>
        <w:br/>
      </w:r>
      <w:r>
        <w:rPr>
          <w:sz w:val="20"/>
        </w:rPr>
        <w:t>45:03  ke rushdi ko maar dalo. is liye ke main ne compare kiya rasool Allah ki zindagi se. rasool Allah ke zamane mein is tarah ki baatein kahi jati theen jo ke rushdi ne kahi hain apni kitaab mein.</w:t>
      </w:r>
      <w:r>
        <w:br/>
      </w:r>
      <w:r>
        <w:rPr>
          <w:sz w:val="20"/>
        </w:rPr>
        <w:t>45:20  jaise main ek waqea bataunga aap ko. rasool Allah bethe hue thay ka'ba ke paas aur ek mushrik aurat aati hai.</w:t>
      </w:r>
      <w:r>
        <w:br/>
      </w:r>
      <w:r>
        <w:rPr>
          <w:sz w:val="20"/>
        </w:rPr>
        <w:t>45:32  aur woh aap ke samne kehti hai mudamman abina wa amrahu qaleena wa deenahu wa ghaseena</w:t>
      </w:r>
      <w:r>
        <w:br/>
      </w:r>
      <w:r>
        <w:rPr>
          <w:sz w:val="20"/>
        </w:rPr>
        <w:t>45:41  seedhe seedhe kehti hai aap ko ke aap mudamman hain, mudamman ma'ni condemn kiya hua? condemn kiya hua aadmi hai? mudamman abina hum aap ki mudammat karte hain, hum aap condemn karte hain.</w:t>
      </w:r>
      <w:r>
        <w:br/>
      </w:r>
      <w:r>
        <w:rPr>
          <w:sz w:val="20"/>
        </w:rPr>
        <w:t>45:56  ab is ke jawab mein aap muskara dijiye. aap ghussa nahin hue. aap ke saathi bhi thay, woh aap ne kaha saathiyon se ke maro is ko, is ko qatl karo.</w:t>
      </w:r>
      <w:r>
        <w:br/>
      </w:r>
      <w:r>
        <w:rPr>
          <w:sz w:val="20"/>
        </w:rPr>
        <w:t>46:09  to hazrat abubakar wahan thay, unhon ne kaha ke aap woh aap ko mudamman keh rahi hai. ya'ni aap ko condemn kar rahi hai. aur aap kuch aap react nahin kiya aap ne balkay muskara rahe hain aap.</w:t>
      </w:r>
      <w:r>
        <w:br/>
      </w:r>
      <w:r>
        <w:rPr>
          <w:sz w:val="20"/>
        </w:rPr>
        <w:t>46:23  to dekhiye kya jawab diya rasool Allah ne. aap ne jawab yeh diya, is ko aap is waqea ko parh sakte hain aap seerat ibn e hisham mein</w:t>
      </w:r>
      <w:r>
        <w:br/>
      </w:r>
      <w:r>
        <w:rPr>
          <w:sz w:val="20"/>
        </w:rPr>
        <w:t>46:35  ke is ke mudamman karne se kya hua? History mein mera naam Muhammad likha jayega, mudamman nahin likha jayega.</w:t>
      </w:r>
      <w:r>
        <w:br/>
      </w:r>
      <w:r>
        <w:rPr>
          <w:sz w:val="20"/>
        </w:rPr>
        <w:t>46:44  Muhammad ke ma'ni hotay hain tareef kiya hua, parhezgari. mudamman ma'ni condemn kiya hua. to aap ne farmaya ke is ke kehne se kya hota hai?</w:t>
      </w:r>
      <w:r>
        <w:br/>
      </w:r>
      <w:r>
        <w:rPr>
          <w:sz w:val="20"/>
        </w:rPr>
        <w:t>46:57  History ki baag dor thori is ke haath mein hai. History ko shape karne wali yeh barhiya nahin hai.</w:t>
      </w:r>
      <w:r>
        <w:br/>
      </w:r>
      <w:r>
        <w:rPr>
          <w:sz w:val="20"/>
        </w:rPr>
        <w:t>47:05  is ke jo munh se jo word nikal rahe hain, jo shabd yeh history nahin banne walay hain. woh to hawa mein urr jayenge.</w:t>
      </w:r>
      <w:r>
        <w:br/>
      </w:r>
      <w:r>
        <w:rPr>
          <w:sz w:val="20"/>
        </w:rPr>
        <w:t>47:14  is waqea ko aap parh sakte hain seerat ibn e hisham mein ke aap ne kaha ke is ka kaha hua jo hai woh waqea nahin banega. History nahin banega.</w:t>
      </w:r>
    </w:p>
    <w:p>
      <w:pPr>
        <w:pStyle w:val="Heading2"/>
      </w:pPr>
      <w:r>
        <w:t>Khalid bin Walid sacrifices his ego for the mission</w:t>
      </w:r>
    </w:p>
    <w:p>
      <w:r>
        <w:rPr>
          <w:color w:val="666666"/>
          <w:sz w:val="18"/>
        </w:rPr>
        <w:t>The Companions of The Prophet January 15, 2023 · 4m 04s · at 44:53 · https://youtu.be/clnN0tUU9og?t=2693</w:t>
      </w:r>
    </w:p>
    <w:p>
      <w:r>
        <w:rPr>
          <w:i/>
        </w:rPr>
        <w:t>“Sacrificing money is one thing — sacrificing your ego is bigger.”</w:t>
      </w:r>
    </w:p>
    <w:p>
      <w:r>
        <w:rPr>
          <w:sz w:val="20"/>
        </w:rPr>
        <w:t>44:53  ji, jab koi mission chal raha ho, khudai mission, to sirf maal ki hi qurbani darkar nahi hoti, balkeh apni ego ki qurbani yeh bhi bohat badi qurbani hai.</w:t>
      </w:r>
      <w:r>
        <w:br/>
      </w:r>
      <w:r>
        <w:rPr>
          <w:sz w:val="20"/>
        </w:rPr>
        <w:t>45:04  kyunke bohat baar aisa hota hai ke logon ki ego hurt hoti hai to woh mission ko chhod dete hain. to yeh yeh bhi misalein hum ko bohat milti hain prophet ke companions mein.</w:t>
      </w:r>
      <w:r>
        <w:br/>
      </w:r>
      <w:r>
        <w:rPr>
          <w:sz w:val="20"/>
        </w:rPr>
        <w:t>45:15  to Khalid bin Walid ki ek bohat zabardast misal hai yeh ke bohat bade general the, woh bohat bahadur</w:t>
      </w:r>
      <w:r>
        <w:br/>
      </w:r>
      <w:r>
        <w:rPr>
          <w:sz w:val="20"/>
        </w:rPr>
        <w:t>45:22  , ghair mamooli qabliyat unke andar, jangi qabliyat unke andar thi. to woh jo hain, taqreeban so jangon mein unhone participate kiya aur kisi jang mein woh haare nahi.</w:t>
      </w:r>
      <w:r>
        <w:br/>
      </w:r>
      <w:r>
        <w:rPr>
          <w:sz w:val="20"/>
        </w:rPr>
        <w:t>45:37  to itna zabardast woh general the, woh to bohat baad mein woh Islam mein dakhil hue, lekin Rasool Allah Salallaho Alaihi Wasallam ne unki bohat qadar karte the.</w:t>
      </w:r>
      <w:r>
        <w:br/>
      </w:r>
      <w:r>
        <w:rPr>
          <w:sz w:val="20"/>
        </w:rPr>
        <w:t>45:49  to iske baad woh jo hain, irtidad mein jab Hazrat Abu Bakr ke zamane mein, asal mein jab Rasool Allah Salallaho Alaihi Wasallam ki wafat hui to irtidad phail gaya.</w:t>
      </w:r>
      <w:r>
        <w:br/>
      </w:r>
      <w:r>
        <w:rPr>
          <w:sz w:val="20"/>
        </w:rPr>
        <w:t>46:01  logon ne yeh samjha ke rasool ki wajah se Allah ki madad aati thi, ab woh madad to aayegi nahi. to unhone revolt kar diya</w:t>
      </w:r>
      <w:r>
        <w:br/>
      </w:r>
      <w:r>
        <w:rPr>
          <w:sz w:val="20"/>
        </w:rPr>
        <w:t>46:10  , khaas to khaas revolt unka yeh jihad par tha aur zakat par tha, kyunke itna mali wasail itne kam the ke unko samajh mein nahi aata tha ke kharch karna, kyunke unka apna hi kaam nahi chalta tha.</w:t>
      </w:r>
      <w:r>
        <w:br/>
      </w:r>
      <w:r>
        <w:rPr>
          <w:sz w:val="20"/>
        </w:rPr>
        <w:t>46:26  to is wajah se unhone revolt kar diya. to us waqt Hazrat Khalid ne bohat bada role ada kiya aur revolt ko khatam karne mein</w:t>
      </w:r>
      <w:r>
        <w:br/>
      </w:r>
      <w:r>
        <w:rPr>
          <w:sz w:val="20"/>
        </w:rPr>
        <w:t>46:35  ۔ phir iske baad unhone Sham mein aur Iraq mein bohat badi badi jangain unhone kin aur is mein sab mein unhone conquest ki.</w:t>
      </w:r>
      <w:r>
        <w:br/>
      </w:r>
      <w:r>
        <w:rPr>
          <w:sz w:val="20"/>
        </w:rPr>
        <w:t>46:45  sab mein to asal mein Hazrat Khalid kuch aise kaam karte the jo Hazrat Umar ko pasand nahi the. misal ke taur par, koi kisi koi shayar ne bohat achha koi nazm padhi to usko bohat zyada paisa de diya.</w:t>
      </w:r>
      <w:r>
        <w:br/>
      </w:r>
      <w:r>
        <w:rPr>
          <w:sz w:val="20"/>
        </w:rPr>
        <w:t>46:58  ab paisa sab baitulmal ka hota tha us zamane mein aur sab ko barabar barabar equally woh distribute kiya jata tha. sirf matlab state ki requirement ke liye koi bhi khalifa apne liye koi maal nahi leta tha.</w:t>
      </w:r>
      <w:r>
        <w:br/>
      </w:r>
      <w:r>
        <w:rPr>
          <w:sz w:val="20"/>
        </w:rPr>
        <w:t>47:12  to is tarah ki kuch baatein thin, woh apni marzi se kuch kaam aisa kar dete the. to Hazrat Umar</w:t>
      </w:r>
      <w:r>
        <w:br/>
      </w:r>
      <w:r>
        <w:rPr>
          <w:sz w:val="20"/>
        </w:rPr>
        <w:t>47:17  Abu Bakr se hi shikayat kiya tha, lekin Hazrat Abu Bakr ne unki salahiyaton ko dekhte hue unko barkarar rakha</w:t>
      </w:r>
      <w:r>
        <w:br/>
      </w:r>
      <w:r>
        <w:rPr>
          <w:sz w:val="20"/>
        </w:rPr>
        <w:t>47:24  tha. to jaise hi hazrat umar khaleefa hue, un ko mozoool kar diya aur aise mauqe par mozoool kiya ke jab ke jang chal rahi thi aur woh sardar thay, general thay woh.</w:t>
      </w:r>
      <w:r>
        <w:br/>
      </w:r>
      <w:r>
        <w:rPr>
          <w:sz w:val="20"/>
        </w:rPr>
        <w:t>47:36  aur abu ubaydah ibn al-jarrah ko hazrat umar ne sardar muqarrar kiya. to ain jang ke mauqe par un ko bataya gaya ke woh mozoool kar diye gaye hain aur aik aam fauji afsar ki hesiyat se woh unhon ne larnay lagay.</w:t>
      </w:r>
      <w:r>
        <w:br/>
      </w:r>
      <w:r>
        <w:rPr>
          <w:sz w:val="20"/>
        </w:rPr>
        <w:t>47:50  to</w:t>
      </w:r>
      <w:r>
        <w:br/>
      </w:r>
      <w:r>
        <w:rPr>
          <w:sz w:val="20"/>
        </w:rPr>
        <w:t>47:51  ab chounke log yeh samajhnay lag gaye thay ke khalid ki wajah se sari futoohaat ho rahi hain, hazrat umar yeh nahi chahtay thay ke log futoohaat ko khalid se attribute karen, balkay sirf aur sirf khuda se attribute karen.</w:t>
      </w:r>
      <w:r>
        <w:br/>
      </w:r>
      <w:r>
        <w:rPr>
          <w:sz w:val="20"/>
        </w:rPr>
        <w:t>48:06  to yeh bhi aik masla tha. woh aik dam aik jo personality cult hota hai, woh develop ho gaya tha. to isi wajah se jab jab aam logon ne suna ke hazrat khalid ko mozoool kar diya</w:t>
      </w:r>
      <w:r>
        <w:br/>
      </w:r>
      <w:r>
        <w:rPr>
          <w:sz w:val="20"/>
        </w:rPr>
        <w:t>48:19  gaya hai, to wahan par log khayme mein rehtay thay. khayme mein tamam log jama hue ke aap khaleefa ke hukum ko mat maniye, hum aap ke sath hain. to ab aise mauqe par yahi hota hai ke woh alag ho jatay hain ke hum itni bari be izzati hum hum bardasht nahi kar saktay.</w:t>
      </w:r>
      <w:r>
        <w:br/>
      </w:r>
      <w:r>
        <w:rPr>
          <w:sz w:val="20"/>
        </w:rPr>
        <w:t>48:34  lekin kya tareekhi kalma hazrat khalid ne is waqt bola ke woh sonay se likhnay laiq hai ke hazrat khalid ne kaha ke main umar ke liye nahi larta, umar ke rabb ke liye larta hoon.</w:t>
      </w:r>
      <w:r>
        <w:br/>
      </w:r>
      <w:r>
        <w:rPr>
          <w:sz w:val="20"/>
        </w:rPr>
        <w:t>48:47  to yeh baat hai ke woh log jo kaam bhi kartay thay, woh khuda ke liye kartay thay. insaan se koi bhi shikayat ho, us ko kuch bhi us se asar nahi letay thay.</w:t>
      </w:r>
    </w:p>
    <w:p>
      <w:pPr>
        <w:pStyle w:val="Heading2"/>
      </w:pPr>
      <w:r>
        <w:t>Qur'anic tawbah explained via a road-trip analogy</w:t>
      </w:r>
    </w:p>
    <w:p>
      <w:r>
        <w:rPr>
          <w:color w:val="666666"/>
          <w:sz w:val="18"/>
        </w:rPr>
        <w:t>Time for Introspection February 26, 2012 Maulana Wahiduddin Khan · 2m 38s · at 11:39 · https://youtu.be/PjgdpJGybeE?t=699</w:t>
      </w:r>
    </w:p>
    <w:p>
      <w:r>
        <w:rPr>
          <w:i/>
        </w:rPr>
        <w:t>“Ek ayat ka mutalea kijiye, Surah Al-Baqarah 222”</w:t>
      </w:r>
    </w:p>
    <w:p>
      <w:r>
        <w:rPr>
          <w:sz w:val="20"/>
        </w:rPr>
        <w:t>11:39  misal ke taur par dekhiye ek ayat ka aap mutala kijiye quran mein surah al baqarah jo hai al baqarah ki ayat number 222 222 dekhiye aap is mein hai innalaha yuhibbut tawwabeen wa yuhibbul mutatahireen</w:t>
      </w:r>
      <w:r>
        <w:br/>
      </w:r>
      <w:r>
        <w:rPr>
          <w:sz w:val="20"/>
        </w:rPr>
        <w:t>12:08  allah mohabbat karta hai un logon se</w:t>
      </w:r>
      <w:r>
        <w:br/>
      </w:r>
      <w:r>
        <w:rPr>
          <w:sz w:val="20"/>
        </w:rPr>
        <w:t>12:12  jo tauba karein apne aap ko pak karein</w:t>
      </w:r>
      <w:r>
        <w:br/>
      </w:r>
      <w:r>
        <w:rPr>
          <w:sz w:val="20"/>
        </w:rPr>
        <w:t>12:18  yeh bohat hi revolutionary ayat hai bohat bari ayat hai lekin logon ne kya kar rakha hai is</w:t>
      </w:r>
      <w:r>
        <w:br/>
      </w:r>
      <w:r>
        <w:rPr>
          <w:sz w:val="20"/>
        </w:rPr>
        <w:t>12:22  ko fiqhi mani mein le rakha hai</w:t>
      </w:r>
      <w:r>
        <w:br/>
      </w:r>
      <w:r>
        <w:rPr>
          <w:sz w:val="20"/>
        </w:rPr>
        <w:t>12:27  itni bari ayat ko fiqhi mani mein</w:t>
      </w:r>
      <w:r>
        <w:br/>
      </w:r>
      <w:r>
        <w:rPr>
          <w:sz w:val="20"/>
        </w:rPr>
        <w:t>12:30  bas najasat aur is tarah ki cheezein jo fiqhi hoti hain woh isi mani mein</w:t>
      </w:r>
      <w:r>
        <w:br/>
      </w:r>
      <w:r>
        <w:rPr>
          <w:sz w:val="20"/>
        </w:rPr>
        <w:t>12:39  nahi yeh ek policy ki baat hai zindagi ka usool hai</w:t>
      </w:r>
      <w:r>
        <w:br/>
      </w:r>
      <w:r>
        <w:rPr>
          <w:sz w:val="20"/>
        </w:rPr>
        <w:t>12:46  ek universal principle hai yeh is mein dekhiye do lafz hain tauba aur tatheer tauba ke mani hote hain to return to come back wapas hona</w:t>
      </w:r>
      <w:r>
        <w:br/>
      </w:r>
      <w:r>
        <w:rPr>
          <w:sz w:val="20"/>
        </w:rPr>
        <w:t>13:03  yahi mani hai tauba ke tabah yatoob wapas hona to return to come back yani aap ek raste pe chale gadi dauda rahe hain ab do teen kilometer tak aage badh gaye phir pata chala ke yeh to hum galat raste pe chale gaye</w:t>
      </w:r>
      <w:r>
        <w:br/>
      </w:r>
      <w:r>
        <w:rPr>
          <w:sz w:val="20"/>
        </w:rPr>
        <w:t>13:30  to kya karte hain aap</w:t>
      </w:r>
      <w:r>
        <w:br/>
      </w:r>
      <w:r>
        <w:rPr>
          <w:sz w:val="20"/>
        </w:rPr>
        <w:t>13:34  yani aap yeh bas pakad hai ke hum ko jana tha faridabad hum chal pade nada ke raste par</w:t>
      </w:r>
      <w:r>
        <w:br/>
      </w:r>
      <w:r>
        <w:rPr>
          <w:sz w:val="20"/>
        </w:rPr>
        <w:t>13:43  ya gurgaon ke raste par to aap gadi rokte hain u turn lete hain wapas aate hain goya ke aap ne apne safar ki re planning ki phir se safar ka naksha banaya to tauba ka matlab kya hai</w:t>
      </w:r>
      <w:r>
        <w:br/>
      </w:r>
      <w:r>
        <w:rPr>
          <w:sz w:val="20"/>
        </w:rPr>
        <w:t>14:01  apni ghalti ko janna lotna wapas jana aur phir replanning karna aur sahi line lafz aksar ka taayun karna</w:t>
      </w:r>
    </w:p>
    <w:p>
      <w:pPr>
        <w:pStyle w:val="Heading2"/>
      </w:pPr>
      <w:r>
        <w:t>mothers' lullaby comparing love to Usman</w:t>
      </w:r>
    </w:p>
    <w:p>
      <w:r>
        <w:rPr>
          <w:color w:val="666666"/>
          <w:sz w:val="18"/>
        </w:rPr>
        <w:t>Story of Uthman ibn Affan (ra) -</w:t>
        <w:br/>
        <w:t>Lives of the Sahabah -1 May 21, 2023 · 57s · at 8:05 · https://youtu.be/rO43Eo-WWdY?t=485</w:t>
      </w:r>
    </w:p>
    <w:p>
      <w:r>
        <w:rPr>
          <w:i/>
        </w:rPr>
        <w:t>“Mothers used to sing: my love for you is like Quraysh's love for Usman”</w:t>
      </w:r>
    </w:p>
    <w:p>
      <w:r>
        <w:rPr>
          <w:sz w:val="20"/>
        </w:rPr>
        <w:t>8:05  and very beloved. Jaisa aap ne bhi kaha, particularly he was very beloved to the youth of the Quraish. Yani yeh yeh ho gaya ke ek saying mashhoor ho gayi. Jo maayein jo theen, mothers used to sing. Jaise jaise lori nahi hoti hamare yahan. Us tarah ki ek tarah ki ek lori ho gayi ke apne bachon ko sulane ke liye maayein kehti theen, "Ahbak wa rahman hub Quraish Usman." Ji. Yani I swear by mercy</w:t>
      </w:r>
      <w:r>
        <w:br/>
      </w:r>
      <w:r>
        <w:rPr>
          <w:sz w:val="20"/>
        </w:rPr>
        <w:t>8:35  ful. i swear by the merciful. my love for you is like the love of quraish to usman. to is qadar hardil azeez shakhsiyat thay ye jo unki personality thi, exceptional personality aur very beloved person because of his character, his nobility and his modesty and his generosity. he was very much loved by the people in makka.</w:t>
      </w:r>
    </w:p>
    <w:p>
      <w:pPr>
        <w:pStyle w:val="Heading2"/>
      </w:pPr>
      <w:r>
        <w:t>Ibrahim and Ismail build the Kaaba together</w:t>
      </w:r>
    </w:p>
    <w:p>
      <w:r>
        <w:rPr>
          <w:color w:val="666666"/>
          <w:sz w:val="18"/>
        </w:rPr>
        <w:t>The Farwell Hajj of The Prophet June 18, 2023 · 1m 22s · at 1:46 · https://youtu.be/jY24n6ArZaM?t=106</w:t>
      </w:r>
    </w:p>
    <w:p>
      <w:r>
        <w:rPr>
          <w:i/>
        </w:rPr>
        <w:t>“Four thousand years ago, Allah commanded Ibrahim to build the Kaaba”</w:t>
      </w:r>
    </w:p>
    <w:p>
      <w:r>
        <w:rPr>
          <w:sz w:val="20"/>
        </w:rPr>
        <w:t>1:46  taqreeban chaar hazar saal pehle allah taala ne hukum diya hazrat ibrahim alaihissalam ko ke woh kaaba ki taameer karen.</w:t>
      </w:r>
      <w:r>
        <w:br/>
      </w:r>
      <w:r>
        <w:rPr>
          <w:sz w:val="20"/>
        </w:rPr>
        <w:t>1:58  to hazrat ibrahim alaihissalam aur unke bete hazrat ismail alaihissalam ne kaaba ki taameer shuru ki. aur ismail chote the, young the, to woh pathar laye karte the aas paas ki pahariyon se,</w:t>
      </w:r>
      <w:r>
        <w:br/>
      </w:r>
      <w:r>
        <w:rPr>
          <w:sz w:val="20"/>
        </w:rPr>
        <w:t>2:14  aur hazrat ibrahim alaihissalam usko jorte the aur deewar banate the.</w:t>
      </w:r>
      <w:r>
        <w:br/>
      </w:r>
      <w:r>
        <w:rPr>
          <w:sz w:val="20"/>
        </w:rPr>
        <w:t>2:21  to quran mein aata hai ke وَإِذْ يَرْفَعُ إِبْرَاهِيمُ الْقَوَائِدَ مِنَ الْبَيْتِ وَإِسْمَاعِيلَ . when ibrahim and ismail were raising the foundation of the kaaba, they prayed.</w:t>
      </w:r>
      <w:r>
        <w:br/>
      </w:r>
      <w:r>
        <w:rPr>
          <w:sz w:val="20"/>
        </w:rPr>
        <w:t>2:34  رَبَّنَا تَقَبَّلْ مِنَّا إِنَّكَ أَنْتَ السَّمِيعُ الْعَلِيمُ . our lord, accept this from us, for you are all hearing, all knowing.</w:t>
      </w:r>
      <w:r>
        <w:br/>
      </w:r>
      <w:r>
        <w:rPr>
          <w:sz w:val="20"/>
        </w:rPr>
        <w:t>2:45  وَتُبْ عَلَيْنَا إِنَّكَ أَنْتَ التَّوَّابُ الرَّحِيمُ, and forgive us, you are the forgiving one, and the merciful.</w:t>
      </w:r>
      <w:r>
        <w:br/>
      </w:r>
      <w:r>
        <w:rPr>
          <w:sz w:val="20"/>
        </w:rPr>
        <w:t>2:54  to is tareeqe se kaaba ki taameer ho gayi. jab jab tayyar ho gaya to allah taala ne hukum diya, jaisa abhi aap ne bataya ke allah taala ne farmaya, quran mein aata hai</w:t>
      </w:r>
    </w:p>
    <w:p>
      <w:pPr>
        <w:pStyle w:val="Heading2"/>
      </w:pPr>
      <w:r>
        <w:t>all men walk in a woman's footsteps at Hajj</w:t>
      </w:r>
    </w:p>
    <w:p>
      <w:r>
        <w:rPr>
          <w:color w:val="666666"/>
          <w:sz w:val="18"/>
        </w:rPr>
        <w:t>Historical Aspects of Hajj November 1, 2008 · 36s · at 33:02 · https://youtu.be/-cHslxrgNeE?t=1982</w:t>
      </w:r>
    </w:p>
    <w:p>
      <w:r>
        <w:rPr>
          <w:i/>
        </w:rPr>
        <w:t>“Aurat ke footsteps par saare mard chalte hain”</w:t>
      </w:r>
    </w:p>
    <w:p>
      <w:r>
        <w:rPr>
          <w:sz w:val="20"/>
        </w:rPr>
        <w:t>33:02  teen insaanon ki is team ne wahan par woh buniyad rakhi thi jis se ke tauheed ke inqilab ka aaghaz hua. To haaji jo daudta hai safa o marwa ke darmiyan woh wohi isi ki isi ki pairwi hai.</w:t>
      </w:r>
      <w:r>
        <w:br/>
      </w:r>
      <w:r>
        <w:rPr>
          <w:sz w:val="20"/>
        </w:rPr>
        <w:t>33:18  jo hazrat hajra jo daudi thi. Yani hajra ke naqsh qadam par chalta hai har har haaji. Yeh bhi bari ajeeb baat hai.</w:t>
      </w:r>
      <w:r>
        <w:br/>
      </w:r>
      <w:r>
        <w:rPr>
          <w:sz w:val="20"/>
        </w:rPr>
        <w:t>33:28  yani aurat ko kitna ooncha maqam diya gaya islam ne. Ke aurat ke photo step par saare mard chalte hain.</w:t>
      </w:r>
    </w:p>
    <w:p>
      <w:pPr>
        <w:pStyle w:val="Heading2"/>
      </w:pPr>
      <w:r>
        <w:t>Prophet did not protest against idols in Kaaba</w:t>
      </w:r>
    </w:p>
    <w:p>
      <w:r>
        <w:rPr>
          <w:color w:val="666666"/>
          <w:sz w:val="18"/>
        </w:rPr>
        <w:t>Conciliatory Approach and Confrontational Approach | March 21, 2010 · 30s · at 44:44 · https://youtu.be/PrfDlx2pfA0?t=2684</w:t>
      </w:r>
    </w:p>
    <w:p>
      <w:r>
        <w:rPr>
          <w:i/>
        </w:rPr>
        <w:t>“Mujhe koi hadith bata dijiye, koi ek hadith bata dijiye aap”</w:t>
      </w:r>
    </w:p>
    <w:p>
      <w:r>
        <w:rPr>
          <w:sz w:val="20"/>
        </w:rPr>
        <w:t>44:44  , aap ne jo kuchh to taqreeren keen, jo khitab kiya, us mein is ka mazhar hi nahin</w:t>
      </w:r>
      <w:r>
        <w:br/>
      </w:r>
      <w:r>
        <w:rPr>
          <w:sz w:val="20"/>
        </w:rPr>
        <w:t>44:50  ke tum ne kyun kaaba mein teen sau saath but rakh rakhe hain.</w:t>
      </w:r>
      <w:r>
        <w:br/>
      </w:r>
      <w:r>
        <w:rPr>
          <w:sz w:val="20"/>
        </w:rPr>
        <w:t>44:56  ab mujhe koi hadith bata dijiye, koi ek hadith bata dijiye aap.</w:t>
      </w:r>
      <w:r>
        <w:br/>
      </w:r>
      <w:r>
        <w:rPr>
          <w:sz w:val="20"/>
        </w:rPr>
        <w:t>45:02  kaisi anokhi baat hai ke jo paighambar aaya tha tauheed ke liye, ek Khuda ki ibadat ka paigham</w:t>
      </w:r>
      <w:r>
        <w:br/>
      </w:r>
      <w:r>
        <w:rPr>
          <w:sz w:val="20"/>
        </w:rPr>
        <w:t>45:08  dene ke liye, woh saamna kar raha hai ek aisi soorat-e-haal ko ke</w:t>
      </w:r>
    </w:p>
    <w:p>
      <w:pPr>
        <w:pStyle w:val="Heading2"/>
      </w:pPr>
      <w:r>
        <w:t>Christ told disciples to be God's helpers, and they succeeded</w:t>
      </w:r>
    </w:p>
    <w:p>
      <w:r>
        <w:rPr>
          <w:color w:val="666666"/>
          <w:sz w:val="18"/>
        </w:rPr>
        <w:t>Second Coming of Christian Model March 11, 2007 · 1m 26s · at 8:57 · https://youtu.be/hydvgblVSY4?t=537</w:t>
      </w:r>
    </w:p>
    <w:p>
      <w:r>
        <w:rPr>
          <w:i/>
        </w:rPr>
        <w:t>“Look at what this verse means: 'O believers, be helpers of God.'”</w:t>
      </w:r>
    </w:p>
    <w:p>
      <w:r>
        <w:rPr>
          <w:sz w:val="20"/>
        </w:rPr>
        <w:t>8:57  dekhiye, is ayat ka translation yeh hai ke ae imaan walo! Tum log Khuda ke helper bano.</w:t>
      </w:r>
      <w:r>
        <w:br/>
      </w:r>
      <w:r>
        <w:rPr>
          <w:sz w:val="20"/>
        </w:rPr>
        <w:t>9:12  Khuda ki madad karne wale bano. Dekhiye, Quran mein yeh jo aata hai word madad karna, isse murad hota hai da'wa-e-haq.</w:t>
      </w:r>
      <w:r>
        <w:br/>
      </w:r>
      <w:r>
        <w:rPr>
          <w:sz w:val="20"/>
        </w:rPr>
        <w:t>9:22  da'wa-e-haq ko Khuda ne apni help karna kaha hai.</w:t>
      </w:r>
      <w:r>
        <w:br/>
      </w:r>
      <w:r>
        <w:rPr>
          <w:sz w:val="20"/>
        </w:rPr>
        <w:t>9:27  to farmaya ke ae imaan walo! Tum Khuda ki madad karne wale bano. Jaisa ke</w:t>
      </w:r>
      <w:r>
        <w:br/>
      </w:r>
      <w:r>
        <w:rPr>
          <w:sz w:val="20"/>
        </w:rPr>
        <w:t>9:38  Christ ne kaha apne disciples se ke tum log Khuda ke mamle mein, Khuda ke raaste mein meri madad karo.</w:t>
      </w:r>
      <w:r>
        <w:br/>
      </w:r>
      <w:r>
        <w:rPr>
          <w:sz w:val="20"/>
        </w:rPr>
        <w:t>9:48  to disciples ne kaha ke haan, hum madad karte hain.</w:t>
      </w:r>
      <w:r>
        <w:br/>
      </w:r>
      <w:r>
        <w:rPr>
          <w:sz w:val="20"/>
        </w:rPr>
        <w:t>9:55  to ek group nahin mana, ek ek aur doosre group ne mana isko aur isko le kar uthe.</w:t>
      </w:r>
      <w:r>
        <w:br/>
      </w:r>
      <w:r>
        <w:rPr>
          <w:sz w:val="20"/>
        </w:rPr>
        <w:t>10:04  yahan tak ke woh unhone is dhang par kaam kiya to Khuda ne unki madad ki. Maan ne walon ki Khuda ne madad ki.</w:t>
      </w:r>
      <w:r>
        <w:br/>
      </w:r>
      <w:r>
        <w:rPr>
          <w:sz w:val="20"/>
        </w:rPr>
        <w:t>10:17  aur woh hogaye successful . woh hogaye doosron ke oper kaamyaab .</w:t>
      </w:r>
    </w:p>
    <w:p>
      <w:pPr>
        <w:pStyle w:val="Heading2"/>
      </w:pPr>
      <w:r>
        <w:t>Prophet erases 'Messenger of God' from the treaty for peace</w:t>
      </w:r>
    </w:p>
    <w:p>
      <w:r>
        <w:rPr>
          <w:color w:val="666666"/>
          <w:sz w:val="18"/>
        </w:rPr>
        <w:t>Life of the Prophet of Islam March 22, 2009 · 1m 37s · at 43:27 · https://youtu.be/tCdQ0G7ralM?t=2607</w:t>
      </w:r>
    </w:p>
    <w:p>
      <w:r>
        <w:rPr>
          <w:i/>
        </w:rPr>
        <w:t>“حدیبیہ ایگریمنٹ کو لوگ کہتے تھے کہ یہ بے عزتی کا ایگریمنٹ ہے”</w:t>
      </w:r>
    </w:p>
    <w:p>
      <w:r>
        <w:rPr>
          <w:sz w:val="20"/>
        </w:rPr>
        <w:t>43:27  yaani Hudaybiyah agreement ko log kehte thay ke yeh to beizzati ka hai agreement, kyunke woh unilateral condition par kiya gaya tha.</w:t>
      </w:r>
      <w:r>
        <w:br/>
      </w:r>
      <w:r>
        <w:rPr>
          <w:sz w:val="20"/>
        </w:rPr>
        <w:t>43:38  kaha beizzati ko bhi qabool kar liya aap ne? kaisi anokhi baat hai</w:t>
      </w:r>
      <w:r>
        <w:br/>
      </w:r>
      <w:r>
        <w:rPr>
          <w:sz w:val="20"/>
        </w:rPr>
        <w:t>43:45  is agreement ko, jis mein ke saara condition un ki thi.</w:t>
      </w:r>
      <w:r>
        <w:br/>
      </w:r>
      <w:r>
        <w:rPr>
          <w:sz w:val="20"/>
        </w:rPr>
        <w:t>43:51  ek bohat hi anokhi baat is mein hui thi ke jab jab agreement likha ja raha tha to likha gaya ke yeh Muhammad Rasool Allah ki taraf se hai.</w:t>
      </w:r>
      <w:r>
        <w:br/>
      </w:r>
      <w:r>
        <w:rPr>
          <w:sz w:val="20"/>
        </w:rPr>
        <w:t>44:00  to un ki taraf se jo numainda thay, jo un ko represent kar rahe thay Quraish ko, unhon ne kaha ke hum aap ko Rasool kab mante hain? yeh likh kaatiye is ko.</w:t>
      </w:r>
      <w:r>
        <w:br/>
      </w:r>
      <w:r>
        <w:rPr>
          <w:sz w:val="20"/>
        </w:rPr>
        <w:t>44:09  to paper par likha ja chuka tha Rasool Allah. aap ne kaha kaato is ko, likh do Muhammad bin Abdullah. to us sahabi koi sahabi tayyar nahi tha kaatne ke liye, mitane ke liye.</w:t>
      </w:r>
      <w:r>
        <w:br/>
      </w:r>
      <w:r>
        <w:rPr>
          <w:sz w:val="20"/>
        </w:rPr>
        <w:t>44:23  to aap ne khud apne haath se is ko mitaya, Rasool Allah ka lafz mita diya. aap ghaur kijiye ke aap ki yahi to asal haisiyat thi ke aap Rasool Allah thay.</w:t>
      </w:r>
      <w:r>
        <w:br/>
      </w:r>
      <w:r>
        <w:rPr>
          <w:sz w:val="20"/>
        </w:rPr>
        <w:t>44:35  to is ko bhi aap ne paper par mita diya.</w:t>
      </w:r>
      <w:r>
        <w:br/>
      </w:r>
      <w:r>
        <w:rPr>
          <w:sz w:val="20"/>
        </w:rPr>
        <w:t>44:41  aap jaante thay ke paper pe mitane se kya hota hai? history mein likha jayega, woh</w:t>
      </w:r>
      <w:r>
        <w:br/>
      </w:r>
      <w:r>
        <w:rPr>
          <w:sz w:val="20"/>
        </w:rPr>
        <w:t>44:48  paper pe mitane se kya hota hai? to yahan tak gaye rasool Allah ke apna rasool Allah ka word mitaya, aise agreement par tayyar hue jo logon ko nazar aata tha ke yeh to be izzati ka agreement hai.</w:t>
      </w:r>
    </w:p>
    <w:p>
      <w:pPr>
        <w:pStyle w:val="Heading2"/>
      </w:pPr>
      <w:r>
        <w:t>Need two kinds of food physical and spiritual</w:t>
      </w:r>
    </w:p>
    <w:p>
      <w:r>
        <w:rPr>
          <w:color w:val="666666"/>
          <w:sz w:val="18"/>
        </w:rPr>
        <w:t>Addressal To Italy Team 17 07 2014 · 1m 17s · at 17:39 · https://youtu.be/JcYQKvBkKIU?t=1059</w:t>
      </w:r>
    </w:p>
    <w:p>
      <w:r>
        <w:rPr>
          <w:i/>
        </w:rPr>
        <w:t>“We need two kinds of food, physical and spiritual.”</w:t>
      </w:r>
    </w:p>
    <w:p>
      <w:r>
        <w:rPr>
          <w:sz w:val="20"/>
        </w:rPr>
        <w:t>17:39  Is it spiritual food? We need two kinds of food. One, physical food that gives health to our body. Ci sono due tipi di cibo. Assumersi la propria responsabilità, noi chiediamo a Dio: "Dacci oggi il nostro pane quotidiano." Ci sono due tipi di cibo. Uno è quello materiale che dà forza al nostro corpo.</w:t>
      </w:r>
      <w:r>
        <w:br/>
      </w:r>
      <w:r>
        <w:rPr>
          <w:sz w:val="20"/>
        </w:rPr>
        <w:t>18:07  And second food is the spiritual food. Spiritual food gives us food for our soul. Il secondo tipo di cibo è il cibo spirituale. È del cibo che diamo alla nostra anima. Food for our mind. Food for our heart. Cibo per il cuore, cibo per la mente.</w:t>
      </w:r>
      <w:r>
        <w:br/>
      </w:r>
      <w:r>
        <w:rPr>
          <w:sz w:val="20"/>
        </w:rPr>
        <w:t>18:34  So what is required for paradise is that we must develop ourselves as a spiritual personality. Quello che viene richiesto per raggiungere il paradiso è poter avere questo cibo spirituale.</w:t>
      </w:r>
      <w:r>
        <w:br/>
      </w:r>
      <w:r>
        <w:rPr>
          <w:sz w:val="20"/>
        </w:rPr>
        <w:t>18:56  By spiritual personality, I mean a personality that may love to all mankind. Jesus Christ has rightly said that, "Love your enemy." It means that love all, including your enemy. Il cibo spirituale significa anche quel, come ha detto Gesù Cristo, amare il proprio nemico.</w:t>
      </w:r>
    </w:p>
    <w:p>
      <w:pPr>
        <w:pStyle w:val="Heading2"/>
      </w:pPr>
      <w:r>
        <w:t>Prophet's positivity in Mecca discrimination</w:t>
      </w:r>
    </w:p>
    <w:p>
      <w:r>
        <w:rPr>
          <w:color w:val="666666"/>
          <w:sz w:val="18"/>
        </w:rPr>
        <w:t>Journey to Switzerland, Jerusalem, Palestine, Nov 02, 2008 · 2m 09s · at 7:59 · https://youtu.be/Noi5eb85Tcg?t=479</w:t>
      </w:r>
    </w:p>
    <w:p>
      <w:r>
        <w:rPr>
          <w:i/>
        </w:rPr>
        <w:t>“Dekhiye Rasool Allah jab Makkah mein the”</w:t>
      </w:r>
    </w:p>
    <w:p>
      <w:r>
        <w:rPr>
          <w:sz w:val="20"/>
        </w:rPr>
        <w:t>7:59  dekhiye rasool Allah jab makka mein thay, wahan discrimination itna zyada barha hua tha ke rasool Allah ko makka mein rehne nahi diya. boycott kiya.</w:t>
      </w:r>
      <w:r>
        <w:br/>
      </w:r>
      <w:r>
        <w:rPr>
          <w:sz w:val="20"/>
        </w:rPr>
        <w:t>8:10  aap majboor hue ke pahaar ke darre mein chale jayen. jis ko kehte thay sheikh babi talib. aap ghor kijiye kitna sakht muamla kiya.</w:t>
      </w:r>
      <w:r>
        <w:br/>
      </w:r>
      <w:r>
        <w:rPr>
          <w:sz w:val="20"/>
        </w:rPr>
        <w:t>8:21  rasool Allah bazaar se sauda nahi khareed sakte thay. aap aur aap ki biwi khadija</w:t>
      </w:r>
      <w:r>
        <w:br/>
      </w:r>
      <w:r>
        <w:rPr>
          <w:sz w:val="20"/>
        </w:rPr>
        <w:t>8:31  kya karti theen? darakhton ki jarrein khati theen. patiyan chabati theen. yahan tak ke Hazrat Aisha jo theen woh un ka rang white tha, black ho gaya.</w:t>
      </w:r>
      <w:r>
        <w:br/>
      </w:r>
      <w:r>
        <w:rPr>
          <w:sz w:val="20"/>
        </w:rPr>
        <w:t>8:45  ek white woman, black woman ban gayi. teen saal mein. to yeh discrimination tha ke nahi tha yeh? aur isi zamane mein Quran mein yeh ayat utri Alhamdulillah Rabb al-Alameen.</w:t>
      </w:r>
      <w:r>
        <w:br/>
      </w:r>
      <w:r>
        <w:rPr>
          <w:sz w:val="20"/>
        </w:rPr>
        <w:t>9:00  makki daur mein. ke aye paighambar kaho ke sari tareef sirf Khuda ke liye hai.</w:t>
      </w:r>
      <w:r>
        <w:br/>
      </w:r>
      <w:r>
        <w:rPr>
          <w:sz w:val="20"/>
        </w:rPr>
        <w:t>9:09  aap ghor kijiye jis waqt rasool Allah ko zulm ho raha tha makka mein. rasool Allah ke sath discrimination ho raha tha makka mein. har qism ka zulm jo jis ka musalmanon ne kabhi tajurba nahi kiya.</w:t>
      </w:r>
      <w:r>
        <w:br/>
      </w:r>
      <w:r>
        <w:rPr>
          <w:sz w:val="20"/>
        </w:rPr>
        <w:t>9:22  us waqt yeh ayat utarti hai ke Alhamdulillah Rabb al-Alameen. aye paighambar kaho. is ka matlab kya hua? ke in spite of all that atrocities, in spite of all that discriminations, you have to feel the spirit of hamd in your personality.</w:t>
      </w:r>
      <w:r>
        <w:br/>
      </w:r>
      <w:r>
        <w:rPr>
          <w:sz w:val="20"/>
        </w:rPr>
        <w:t>9:41  ke chahe zulm ho raha ho, chahe discrimination ho raha ho, agar tumhein jannat lena hai, agar tumhein paradise mein aana hai, agar tum ko Khuda ke paros mein aag abdi zindagi guzarna hai to tum ko yeh positivity dikhani padegi, super positivity.</w:t>
      </w:r>
      <w:r>
        <w:br/>
      </w:r>
      <w:r>
        <w:rPr>
          <w:sz w:val="20"/>
        </w:rPr>
        <w:t>10:00  ke in spite of all that negativity, you have to live in positivity. yeh hai Quran ka model.</w:t>
      </w:r>
    </w:p>
    <w:p>
      <w:pPr>
        <w:pStyle w:val="Heading2"/>
      </w:pPr>
      <w:r>
        <w:t>Sincerity as the rarest quality, per Maulana</w:t>
      </w:r>
    </w:p>
    <w:p>
      <w:r>
        <w:rPr>
          <w:color w:val="666666"/>
          <w:sz w:val="18"/>
        </w:rPr>
        <w:t>How to Develop Pratical Wisdom May 5, 2024 · 37s · at 39:41 · https://youtu.be/QIKxtH-MyMM?t=2381</w:t>
      </w:r>
    </w:p>
    <w:p>
      <w:r>
        <w:rPr>
          <w:i/>
        </w:rPr>
        <w:t>“Maulana used to tell us: you have to be a sincere person.”</w:t>
      </w:r>
    </w:p>
    <w:p>
      <w:r>
        <w:rPr>
          <w:sz w:val="20"/>
        </w:rPr>
        <w:t>39:41  aur apa yeh bhi hai ke jaise Maulana hum sab ko bohat kaha karte the ke aap ko ek sincere person ban ke rehna hai kyunke agar aap ke andar sincerity nahi to phir Allah taala, Allah taala ki taraf se bhi madad nahi aayegi.</w:t>
      </w:r>
      <w:r>
        <w:br/>
      </w:r>
      <w:r>
        <w:rPr>
          <w:sz w:val="20"/>
        </w:rPr>
        <w:t>39:56  aur aap sincerity ke ilawa aap afford nahi kar sakte kyunke in sincere person is like moving on the direction of psychological suicide kyunke woh apne conscious ke khilaaf ja raha hai.</w:t>
      </w:r>
      <w:r>
        <w:br/>
      </w:r>
      <w:r>
        <w:rPr>
          <w:sz w:val="20"/>
        </w:rPr>
        <w:t>40:07  woh is dunya se bhi jayega aur akhirat se bhi.</w:t>
      </w:r>
      <w:r>
        <w:br/>
      </w:r>
      <w:r>
        <w:rPr>
          <w:sz w:val="20"/>
        </w:rPr>
        <w:t>40:10  to sab se jo mushkil cheez hai aur jo rare cheez hai, Maulana kehte the jo pai jati hai woh hai sincerity.</w:t>
      </w:r>
    </w:p>
    <w:p>
      <w:pPr>
        <w:pStyle w:val="Heading2"/>
      </w:pPr>
      <w:r>
        <w:t>Lord Curzon's frustration over first best</w:t>
      </w:r>
    </w:p>
    <w:p>
      <w:r>
        <w:rPr>
          <w:color w:val="666666"/>
          <w:sz w:val="18"/>
        </w:rPr>
        <w:t>Accepting the Second Best February 7, 2010 Maulana Wahiduddin Khan · 36s · at 6:10 · https://youtu.be/OyqL5OCq1Fk?t=370</w:t>
      </w:r>
    </w:p>
    <w:p>
      <w:r>
        <w:rPr>
          <w:i/>
        </w:rPr>
        <w:t>“Jaise misaal ke taur par India mein Lord Curzon the.”</w:t>
      </w:r>
    </w:p>
    <w:p>
      <w:r>
        <w:rPr>
          <w:sz w:val="20"/>
        </w:rPr>
        <w:t>6:10  natija kya hota hai? hamesha pareshan. hamesha despair mein jeeta hai. jaise misaal ke taur par India mein Lord Curzon thay, viceroy thay India ke.</w:t>
      </w:r>
      <w:r>
        <w:br/>
      </w:r>
      <w:r>
        <w:rPr>
          <w:sz w:val="20"/>
        </w:rPr>
        <w:t>6:22  bahut hi qabil angrez tha woh. Lord Curzon. woh mara kis mein? frustration mein.</w:t>
      </w:r>
      <w:r>
        <w:br/>
      </w:r>
      <w:r>
        <w:rPr>
          <w:sz w:val="20"/>
        </w:rPr>
        <w:t>6:33  bahut zyada frustration mein mara woh. kyon? yaani viceroy thay, tab bhi baray frustration mein. kyunke jab yahan se gaye woh, London wapas, to un ka yeh samajhna tha ke main England ka sab se bara,</w:t>
      </w:r>
    </w:p>
    <w:p>
      <w:pPr>
        <w:pStyle w:val="Heading2"/>
      </w:pPr>
      <w:r>
        <w:t>Role of Ikhwan-e-Rasul: discovering modern opportunities for dawah</w:t>
      </w:r>
    </w:p>
    <w:p>
      <w:r>
        <w:rPr>
          <w:color w:val="666666"/>
          <w:sz w:val="18"/>
        </w:rPr>
        <w:t>Role Of Ikhwan-e-Rasool 2 April 2011 · 3m 56s · at 34:10 · https://youtu.be/I9Tc1YwhAkA?t=2050</w:t>
      </w:r>
    </w:p>
    <w:p>
      <w:r>
        <w:rPr>
          <w:i/>
        </w:rPr>
        <w:t>“Yeh sab ho chuka beeswi sadi mein, ab yahan par hadith ke mutabiq”</w:t>
      </w:r>
    </w:p>
    <w:p>
      <w:r>
        <w:rPr>
          <w:sz w:val="20"/>
        </w:rPr>
        <w:t>34:10  yeh sab ho chuka beesveen sadi mein. ab yahan par hadith ke mutabiq uthna hai aik giroh ko. yaani Ikhwan al-Rasul ko. is juncture par.</w:t>
      </w:r>
      <w:r>
        <w:br/>
      </w:r>
      <w:r>
        <w:rPr>
          <w:sz w:val="20"/>
        </w:rPr>
        <w:t>34:22  dekhiye Ashab al-Rasul hon ya Ikhwan al-Rasul hon. woh kya hain?</w:t>
      </w:r>
      <w:r>
        <w:br/>
      </w:r>
      <w:r>
        <w:rPr>
          <w:sz w:val="20"/>
        </w:rPr>
        <w:t>34:27  apne se pehle ke halaat ke zariye se hasil shuda opportunities ko avail karna. isi ka naam hai ashaab-e-rasool. ashaab-e-rasool se pehle ek ek daur shuru hua Hazrat Hajra se, Hazrat Ismail se.</w:t>
      </w:r>
      <w:r>
        <w:br/>
      </w:r>
      <w:r>
        <w:rPr>
          <w:sz w:val="20"/>
        </w:rPr>
        <w:t>34:43  is ke andar ek process chala. halaat paida hue. mawaqe paida hue.</w:t>
      </w:r>
      <w:r>
        <w:br/>
      </w:r>
      <w:r>
        <w:rPr>
          <w:sz w:val="20"/>
        </w:rPr>
        <w:t>34:50  inhi mawaqe ko janna, un ki planning kar ke un ko avail karna. sabr ke sath, tahammul ke sath, danishmandi ke sath. to jinho ne kiya isi ka naam hai ashaab-e-rasool.</w:t>
      </w:r>
      <w:r>
        <w:br/>
      </w:r>
      <w:r>
        <w:rPr>
          <w:sz w:val="20"/>
        </w:rPr>
        <w:t>35:03  ab dobara is ke baad ek naya process shuru hua. islami inqilab ke baad. to agarche musalman lad bhi rahe the. lekin woh process jari tha.</w:t>
      </w:r>
      <w:r>
        <w:br/>
      </w:r>
      <w:r>
        <w:rPr>
          <w:sz w:val="20"/>
        </w:rPr>
        <w:t>35:14  woh process jari tha andar andar.</w:t>
      </w:r>
      <w:r>
        <w:br/>
      </w:r>
      <w:r>
        <w:rPr>
          <w:sz w:val="20"/>
        </w:rPr>
        <w:t>35:18  isi process ke nateejay mein taqreeban ek hazar saal mein yeh sab cheezein wajood mein aayin. jin ko ek lafz mein aap keh sakte hain naye mawaqe dawat.</w:t>
      </w:r>
      <w:r>
        <w:br/>
      </w:r>
      <w:r>
        <w:rPr>
          <w:sz w:val="20"/>
        </w:rPr>
        <w:t>35:30  yani dawat ki nai opportunities.</w:t>
      </w:r>
      <w:r>
        <w:br/>
      </w:r>
      <w:r>
        <w:rPr>
          <w:sz w:val="20"/>
        </w:rPr>
        <w:t>35:35  dawat ki nai opportunities. yani aaj kya hai? pichhle kisi bhi zamane mein yeh mumkin nahi tha ke aap yahan baithe hue bolen.</w:t>
      </w:r>
      <w:r>
        <w:br/>
      </w:r>
      <w:r>
        <w:rPr>
          <w:sz w:val="20"/>
        </w:rPr>
        <w:t>35:46  shayad dunya aap ki awaz sune.</w:t>
      </w:r>
      <w:r>
        <w:br/>
      </w:r>
      <w:r>
        <w:rPr>
          <w:sz w:val="20"/>
        </w:rPr>
        <w:t>35:51  kabhi nahi mumkin tha. aaj aisi da'wati planning aap kar sakte hain. ke aap ek kamre mein baith kar bolen.</w:t>
      </w:r>
      <w:r>
        <w:br/>
      </w:r>
      <w:r>
        <w:rPr>
          <w:sz w:val="20"/>
        </w:rPr>
        <w:t>36:02  aur sari dunya mein sunai de woh. computer ke zariye se. kaisi ajeeb baat hai yeh. to isi douran jab ke be faida ek ladai jihad karna ho rahi thi.</w:t>
      </w:r>
      <w:r>
        <w:br/>
      </w:r>
      <w:r>
        <w:rPr>
          <w:sz w:val="20"/>
        </w:rPr>
        <w:t>36:14  isi douran ek naye mawaqe ka sailab Allah taala paida kar rahe the.</w:t>
      </w:r>
      <w:r>
        <w:br/>
      </w:r>
      <w:r>
        <w:rPr>
          <w:sz w:val="20"/>
        </w:rPr>
        <w:t>36:20  to jis tarah ashaab-e-rasool ne aur apne zamane ke mawaqe ko dawat ke liye istemal kiya. aur phir woh ashaab-e-rasool kahe gaye. isi tarah se ikhwan-e-rasool ko yeh karna hai.</w:t>
      </w:r>
      <w:r>
        <w:br/>
      </w:r>
      <w:r>
        <w:rPr>
          <w:sz w:val="20"/>
        </w:rPr>
        <w:t>36:31  ke is ke baad hazar saal ke douran jo mawaqe paida hue hain dawat ko. un ko samajhna aur un ko avail karna. un ke mansoobe bana kar ke.</w:t>
      </w:r>
      <w:r>
        <w:br/>
      </w:r>
      <w:r>
        <w:rPr>
          <w:sz w:val="20"/>
        </w:rPr>
        <w:t>36:42  yani printing press ke zariye se jo mawaqe paida hue.</w:t>
      </w:r>
      <w:r>
        <w:br/>
      </w:r>
      <w:r>
        <w:rPr>
          <w:sz w:val="20"/>
        </w:rPr>
        <w:t>36:47  freedom ab yani religious mazhabi azadi ke tehat jo paida hue mawaqe. communication ke zariye paida hue. safaron ke zariye se. misaal ke taur par Kashmir ko lijie.</w:t>
      </w:r>
      <w:r>
        <w:br/>
      </w:r>
      <w:r>
        <w:rPr>
          <w:sz w:val="20"/>
        </w:rPr>
        <w:t>37:00  Kashmir ke musalman saath baras se lad rahe hain. to main ne ek Kashmiri se poocha ke aap kyun lad rahe hain bhai? da'wati kaam kijiye. unho ne kaha da'wati kaam kahan karen?</w:t>
      </w:r>
      <w:r>
        <w:br/>
      </w:r>
      <w:r>
        <w:rPr>
          <w:sz w:val="20"/>
        </w:rPr>
        <w:t>37:10  wahan to musalman hi musalman hain. to main ne kaha yeh kaise ajeeb o ghareeb log hain aap.</w:t>
      </w:r>
      <w:r>
        <w:br/>
      </w:r>
      <w:r>
        <w:rPr>
          <w:sz w:val="20"/>
        </w:rPr>
        <w:t>37:16  Kashmir mein musalmanon ke siwa ek bohat bara tabqa hai. jaise army, India ki army jo hai. woh mad'u hai aap ki.</w:t>
      </w:r>
      <w:r>
        <w:br/>
      </w:r>
      <w:r>
        <w:rPr>
          <w:sz w:val="20"/>
        </w:rPr>
        <w:t>37:26  un ko dawat pohanchaiye. siyah bahut zyada wahan aate hain. woh mad'u hain. un ko dawat pohanchaiye. wahan mandir jo hai us mein Hindu jaate hain barabar.</w:t>
      </w:r>
      <w:r>
        <w:br/>
      </w:r>
      <w:r>
        <w:rPr>
          <w:sz w:val="20"/>
        </w:rPr>
        <w:t>37:37  yatra ke liye. woh mad'u hain. un ko dawat pohanchaiye. to Kashmir mad'u se bhara hua hai. lekin log da'wa blind ho gaye hain.</w:t>
      </w:r>
      <w:r>
        <w:br/>
      </w:r>
      <w:r>
        <w:rPr>
          <w:sz w:val="20"/>
        </w:rPr>
        <w:t>37:47  ladna bhidna aata hai in ko bas. to ikhwan-e-rasool ka role yeh hoga. ke is andhepan ko khatam karna.</w:t>
      </w:r>
      <w:r>
        <w:br/>
      </w:r>
      <w:r>
        <w:rPr>
          <w:sz w:val="20"/>
        </w:rPr>
        <w:t>37:56  mawaqe ko daryaft karna. un ki planning karna dawat ke liye. aur is zamane mein misaal ke taur par ek twenty-first century mein.</w:t>
      </w:r>
    </w:p>
    <w:p>
      <w:pPr>
        <w:pStyle w:val="Heading2"/>
      </w:pPr>
      <w:r>
        <w:t>Hikmah is dealing policy from Prophet</w:t>
      </w:r>
    </w:p>
    <w:p>
      <w:r>
        <w:rPr>
          <w:color w:val="666666"/>
          <w:sz w:val="18"/>
        </w:rPr>
        <w:t>Prophet’s Policy of Management of Conflict 28 Nov 2019 - Maulana Wahiduddin Khan · 54s · at 9:01 · https://youtu.be/2NrsopasB2s?t=541</w:t>
      </w:r>
    </w:p>
    <w:p>
      <w:r>
        <w:rPr>
          <w:i/>
        </w:rPr>
        <w:t>“Jab majmooi picture sochein ge aap”</w:t>
      </w:r>
    </w:p>
    <w:p>
      <w:r>
        <w:rPr>
          <w:sz w:val="20"/>
        </w:rPr>
        <w:t>9:01  yaani Badr ka waqeay len gay to alag kar ke sochain gay aur is ke ilawa wahan ja kar Quran pak sunatay hain to alag kar ke sochain gay. Majmooi jo majmooi picture hai, us ko le kar sochna chahiye.</w:t>
      </w:r>
      <w:r>
        <w:br/>
      </w:r>
      <w:r>
        <w:rPr>
          <w:sz w:val="20"/>
        </w:rPr>
        <w:t>9:19  jab majmooi picture sochain gay aap to aap ki hikmat daryaft karein gay. Aap hikmat wohi mein ne kaha ke dealing karni hai.</w:t>
      </w:r>
      <w:r>
        <w:br/>
      </w:r>
      <w:r>
        <w:rPr>
          <w:sz w:val="20"/>
        </w:rPr>
        <w:t>9:29  hikmat Rasool Allah ne dealing kiya, jo woh kar rahay thay, us ko alag kiya aur aap ko jo karna tha, woh alag kiya.</w:t>
      </w:r>
      <w:r>
        <w:br/>
      </w:r>
      <w:r>
        <w:rPr>
          <w:sz w:val="20"/>
        </w:rPr>
        <w:t>9:40  aur is se a'iraz kar ke, yaani jis cheez ko Quran mein a'iraz kaha gaya hai, usi ko mein aaj ki zaban mein kahoon gay: dealing policy.</w:t>
      </w:r>
    </w:p>
    <w:p>
      <w:pPr>
        <w:pStyle w:val="Heading2"/>
      </w:pPr>
      <w:r>
        <w:t>Why prophets worked alone for thousands of years</w:t>
      </w:r>
    </w:p>
    <w:p>
      <w:r>
        <w:rPr>
          <w:color w:val="666666"/>
          <w:sz w:val="18"/>
        </w:rPr>
        <w:t>Role Of Ikhwan-e-Rasool 2 April 2011 · 2m 15s · at 1:24 · https://youtu.be/I9Tc1YwhAkA?t=84</w:t>
      </w:r>
    </w:p>
    <w:p>
      <w:r>
        <w:rPr>
          <w:i/>
        </w:rPr>
        <w:t>“Allah ta'ala ne jab insaan ko paida kiya aur zameen par settle kiya”</w:t>
      </w:r>
    </w:p>
    <w:p>
      <w:r>
        <w:rPr>
          <w:sz w:val="20"/>
        </w:rPr>
        <w:t>1:24  aap jante hain ke Allah taala ne jab insaan ko paida kiya aur zameen par is ko settle kiya to barabar peghambar bhejey.</w:t>
      </w:r>
      <w:r>
        <w:br/>
      </w:r>
      <w:r>
        <w:rPr>
          <w:sz w:val="20"/>
        </w:rPr>
        <w:t>1:40  thumma arsalna rusulana tatra. kis liye?</w:t>
      </w:r>
      <w:r>
        <w:br/>
      </w:r>
      <w:r>
        <w:rPr>
          <w:sz w:val="20"/>
        </w:rPr>
        <w:t>1:48  quran o hadith ke mutale'ey se maloom hota hai ke khaas maqsad jo tha is ka yeh tha ke insaan ki naslon ko, tamam insanon ko jo zameen par paida ho kar abad hue,</w:t>
      </w:r>
      <w:r>
        <w:br/>
      </w:r>
      <w:r>
        <w:rPr>
          <w:sz w:val="20"/>
        </w:rPr>
        <w:t>2:05  un ko creation plan of god se aagah karna. aur un ko jannat ka rasta dikhana.</w:t>
      </w:r>
      <w:r>
        <w:br/>
      </w:r>
      <w:r>
        <w:rPr>
          <w:sz w:val="20"/>
        </w:rPr>
        <w:t>2:18  bas yahi maqsad tha khaas peghambar ke, ba'sat ka. kyunke Allah taala ne insaan ko paida kiya, is ko zameen jaisi muwafiq jagah di,</w:t>
      </w:r>
      <w:r>
        <w:br/>
      </w:r>
      <w:r>
        <w:rPr>
          <w:sz w:val="20"/>
        </w:rPr>
        <w:t>2:33  life support system diya, beshumar cheezein deen jinka woh zaroorat mand tha.</w:t>
      </w:r>
      <w:r>
        <w:br/>
      </w:r>
      <w:r>
        <w:rPr>
          <w:sz w:val="20"/>
        </w:rPr>
        <w:t>2:45  lekin hidayat jo thi woh kisi ki peshani par likhi hui nahi thi.</w:t>
      </w:r>
      <w:r>
        <w:br/>
      </w:r>
      <w:r>
        <w:rPr>
          <w:sz w:val="20"/>
        </w:rPr>
        <w:t>2:53  na kisi himalaya pahaad par likhi hui thi. to hidayat ka intezam Allah taala ne peghambaron ke zariye se kiya.</w:t>
      </w:r>
      <w:r>
        <w:br/>
      </w:r>
      <w:r>
        <w:rPr>
          <w:sz w:val="20"/>
        </w:rPr>
        <w:t>3:06  yaani Hazrat Adam se le kar Rasool Allah Salallaho Alaihe Wasallam tak barabar peghambar aate rahe.</w:t>
      </w:r>
      <w:r>
        <w:br/>
      </w:r>
      <w:r>
        <w:rPr>
          <w:sz w:val="20"/>
        </w:rPr>
        <w:t>3:13  lekin jo tareekh hai woh batati hai, quran ke mutabiq, ke hazaron saal tak dawat ka kaam sirf individual level par hota raha.</w:t>
      </w:r>
      <w:r>
        <w:br/>
      </w:r>
      <w:r>
        <w:rPr>
          <w:sz w:val="20"/>
        </w:rPr>
        <w:t>3:29  yaani peghambaron ki hesiyat fard ki rahi, fard, individual ki.</w:t>
      </w:r>
      <w:r>
        <w:br/>
      </w:r>
      <w:r>
        <w:rPr>
          <w:sz w:val="20"/>
        </w:rPr>
        <w:t>3:36  koi team nahi bani.</w:t>
      </w:r>
    </w:p>
    <w:p>
      <w:pPr>
        <w:pStyle w:val="Heading2"/>
      </w:pPr>
      <w:r>
        <w:t>you can only ever harm yourself not others</w:t>
      </w:r>
    </w:p>
    <w:p>
      <w:r>
        <w:rPr>
          <w:color w:val="666666"/>
          <w:sz w:val="18"/>
        </w:rPr>
        <w:t>Dars-e-Quran June 26, 2007 · 27s · at 51:48 · https://youtu.be/5ztGu9ZGu6s?t=3108</w:t>
      </w:r>
    </w:p>
    <w:p>
      <w:r>
        <w:rPr>
          <w:i/>
        </w:rPr>
        <w:t>“You can only harm yourself, never truly harm another”</w:t>
      </w:r>
    </w:p>
    <w:p>
      <w:r>
        <w:rPr>
          <w:sz w:val="20"/>
        </w:rPr>
        <w:t>51:48  yeh bohat hi badi baat hai sochne ki. is duniya mein hum apne ko to nuqsan zaroor pohncha sakte hain.</w:t>
      </w:r>
      <w:r>
        <w:br/>
      </w:r>
      <w:r>
        <w:rPr>
          <w:sz w:val="20"/>
        </w:rPr>
        <w:t>51:59  kisi doosre ko hum nuqsan nahi pohncha sakte.</w:t>
      </w:r>
      <w:r>
        <w:br/>
      </w:r>
      <w:r>
        <w:rPr>
          <w:sz w:val="20"/>
        </w:rPr>
        <w:t>52:06  yeh bohat hi zyada sochne ki baat hai. ke is duniya mein aadmi apne ko chahe jo bhi nuqsan apne ko khudkushi kar le woh.</w:t>
      </w:r>
    </w:p>
    <w:p>
      <w:pPr>
        <w:pStyle w:val="Heading2"/>
      </w:pPr>
      <w:r>
        <w:t>Reason for finality of prophethood</w:t>
      </w:r>
    </w:p>
    <w:p>
      <w:r>
        <w:rPr>
          <w:color w:val="666666"/>
          <w:sz w:val="18"/>
        </w:rPr>
        <w:t>Life of The Prophet of Islam in Brief (English) March 19, 2007 Maulana Wahiduddin Khan · 2m 24s · at 0:29 · https://youtu.be/dGDEatt8oFg?t=29</w:t>
      </w:r>
    </w:p>
    <w:p>
      <w:r>
        <w:rPr>
          <w:i/>
        </w:rPr>
        <w:t>“The present topic is Life of the Prophet of Islam in brief”</w:t>
      </w:r>
    </w:p>
    <w:p>
      <w:r>
        <w:rPr>
          <w:sz w:val="20"/>
        </w:rPr>
        <w:t>0:29  The present topic is "Life of the Prophet of Islam" in brief.</w:t>
      </w:r>
      <w:r>
        <w:br/>
      </w:r>
      <w:r>
        <w:rPr>
          <w:sz w:val="20"/>
        </w:rPr>
        <w:t>0:43  prophet of Islam, Muhammad bin Abdullah bin Abdul Muttalib sallallahu alaihi wasallam, was the final prophet.</w:t>
      </w:r>
      <w:r>
        <w:br/>
      </w:r>
      <w:r>
        <w:rPr>
          <w:sz w:val="20"/>
        </w:rPr>
        <w:t>1:00  final prophet means, there is no prophet after Muhammad sallallahu alaihi wasallam.</w:t>
      </w:r>
      <w:r>
        <w:br/>
      </w:r>
      <w:r>
        <w:rPr>
          <w:sz w:val="20"/>
        </w:rPr>
        <w:t>1:14  there is not the completion of list of the prophet.</w:t>
      </w:r>
      <w:r>
        <w:br/>
      </w:r>
      <w:r>
        <w:rPr>
          <w:sz w:val="20"/>
        </w:rPr>
        <w:t>1:21  it means that after Muhammad sallallahu alaihi wasallam, there is no need to send a new prophet, because</w:t>
      </w:r>
      <w:r>
        <w:br/>
      </w:r>
      <w:r>
        <w:rPr>
          <w:sz w:val="20"/>
        </w:rPr>
        <w:t>1:39  The revealed book, the book revealed upon him, was preserved</w:t>
      </w:r>
      <w:r>
        <w:br/>
      </w:r>
      <w:r>
        <w:rPr>
          <w:sz w:val="20"/>
        </w:rPr>
        <w:t>1:50  . now we have a preserved text of the word of God. then we have a complete historical record of the prophet and his companions.</w:t>
      </w:r>
      <w:r>
        <w:br/>
      </w:r>
      <w:r>
        <w:rPr>
          <w:sz w:val="20"/>
        </w:rPr>
        <w:t>2:12  so we have a divine ideology, as well as we have a model, model in form of the life of the prophet and life of the companions.</w:t>
      </w:r>
      <w:r>
        <w:br/>
      </w:r>
      <w:r>
        <w:rPr>
          <w:sz w:val="20"/>
        </w:rPr>
        <w:t>2:33  so when all these things were preserved, there is no need to send prophet any more.</w:t>
      </w:r>
      <w:r>
        <w:br/>
      </w:r>
      <w:r>
        <w:rPr>
          <w:sz w:val="20"/>
        </w:rPr>
        <w:t>2:45  in this sense, prophet of Islam was the final prophet.</w:t>
      </w:r>
    </w:p>
    <w:p>
      <w:pPr>
        <w:pStyle w:val="Heading2"/>
      </w:pPr>
      <w:r>
        <w:t>Universe harmony vs human conflict</w:t>
      </w:r>
    </w:p>
    <w:p>
      <w:r>
        <w:rPr>
          <w:color w:val="666666"/>
          <w:sz w:val="18"/>
        </w:rPr>
        <w:t>Lesson from Prophet's Life April 23, 2006 · 47s · at 2:50 · https://youtu.be/pziIdVaJxXo?t=170</w:t>
      </w:r>
    </w:p>
    <w:p>
      <w:r>
        <w:rPr>
          <w:i/>
        </w:rPr>
        <w:t>“Poori history insaanon ke beech mein takrao ki history hai.”</w:t>
      </w:r>
    </w:p>
    <w:p>
      <w:r>
        <w:rPr>
          <w:sz w:val="20"/>
        </w:rPr>
        <w:t>2:50  puri history insaanon ke beech mein takrao ki history hai.</w:t>
      </w:r>
      <w:r>
        <w:br/>
      </w:r>
      <w:r>
        <w:rPr>
          <w:sz w:val="20"/>
        </w:rPr>
        <w:t>3:00  lekin iske saath aap dekhiye jo rest of the universe hai, ismein koi takrao nahin. aap jante hain keh hamari jo space hai, ismein numerous bodies hain.</w:t>
      </w:r>
      <w:r>
        <w:br/>
      </w:r>
      <w:r>
        <w:rPr>
          <w:sz w:val="20"/>
        </w:rPr>
        <w:t>3:15  kaha jata hai keh sare desert mein jitne sands hain aur sare oceans ke kinare jitne sands hain, utni hi ginti hai space mein stars ki aur planets ki.</w:t>
      </w:r>
      <w:r>
        <w:br/>
      </w:r>
      <w:r>
        <w:rPr>
          <w:sz w:val="20"/>
        </w:rPr>
        <w:t>3:33  magroohankoi takraonahien.</w:t>
      </w:r>
    </w:p>
    <w:p>
      <w:pPr>
        <w:pStyle w:val="Heading2"/>
      </w:pPr>
      <w:r>
        <w:t>Why the Prophet migrated from Mecca to Medina</w:t>
      </w:r>
    </w:p>
    <w:p>
      <w:r>
        <w:rPr>
          <w:color w:val="666666"/>
          <w:sz w:val="18"/>
        </w:rPr>
        <w:t>Lessons from The Islamic History (English) November 30, 2007 · 3m 16s · at 13:14 · https://youtu.be/PBu7tbmSSy8?t=794</w:t>
      </w:r>
    </w:p>
    <w:p>
      <w:r>
        <w:rPr>
          <w:i/>
        </w:rPr>
        <w:t>“At the time, there were two leaders in Mecca: Abu Jahl and Abu Lahab”</w:t>
      </w:r>
    </w:p>
    <w:p>
      <w:r>
        <w:rPr>
          <w:sz w:val="20"/>
        </w:rPr>
        <w:t>13:14  you know, at the time there were two leaders in mekkah: abu jahl and abu lahab. these two leaders</w:t>
      </w:r>
      <w:r>
        <w:br/>
      </w:r>
      <w:r>
        <w:rPr>
          <w:sz w:val="20"/>
        </w:rPr>
        <w:t>13:26  were, both the leaders were, were arrogant, were very stubborn. so it was very difficult to do the work in mekkah.</w:t>
      </w:r>
      <w:r>
        <w:br/>
      </w:r>
      <w:r>
        <w:rPr>
          <w:sz w:val="20"/>
        </w:rPr>
        <w:t>13:41  b</w:t>
      </w:r>
      <w:r>
        <w:br/>
      </w:r>
      <w:r>
        <w:rPr>
          <w:sz w:val="20"/>
        </w:rPr>
        <w:t>13:42  but in madinah, there were two, again, there were two leaders: sa'd ibn 'ubadah and sa'd ibn mu'adh.</w:t>
      </w:r>
      <w:r>
        <w:br/>
      </w:r>
      <w:r>
        <w:rPr>
          <w:sz w:val="20"/>
        </w:rPr>
        <w:t>13:50  but these two leaders were quite different from abu jahl and abu lahab. they were modest in nature: sa'd ibn 'ubadah and sa'd ibn mu'adh, both were modest in nature.</w:t>
      </w:r>
      <w:r>
        <w:br/>
      </w:r>
      <w:r>
        <w:rPr>
          <w:sz w:val="20"/>
        </w:rPr>
        <w:t>14:07  they were lenient, they were very simple.</w:t>
      </w:r>
      <w:r>
        <w:br/>
      </w:r>
      <w:r>
        <w:rPr>
          <w:sz w:val="20"/>
        </w:rPr>
        <w:t>14:11  so it was very easy to deal with these two leaders in madinah. mekkah was occupied by two arrogant leaders, that is abu jahl and abu lahab.</w:t>
      </w:r>
      <w:r>
        <w:br/>
      </w:r>
      <w:r>
        <w:rPr>
          <w:sz w:val="20"/>
        </w:rPr>
        <w:t>14:27  but in madinah, there was different kind of leadership. here, the leaders were sa'd ibn mu'adh and sa'd ibn 'ubadah, both were modest persons.</w:t>
      </w:r>
      <w:r>
        <w:br/>
      </w:r>
      <w:r>
        <w:rPr>
          <w:sz w:val="20"/>
        </w:rPr>
        <w:t>14:42  so prophet of islam changed the work place. he migrated from mekkah to madinah, and history shows that in madinah,</w:t>
      </w:r>
      <w:r>
        <w:br/>
      </w:r>
      <w:r>
        <w:rPr>
          <w:sz w:val="20"/>
        </w:rPr>
        <w:t>15:00  there was, in madinah, the situation was quite different.</w:t>
      </w:r>
      <w:r>
        <w:br/>
      </w:r>
      <w:r>
        <w:rPr>
          <w:sz w:val="20"/>
        </w:rPr>
        <w:t>15:06  in a very short period, the majority of madinah people accepted islam.</w:t>
      </w:r>
      <w:r>
        <w:br/>
      </w:r>
      <w:r>
        <w:rPr>
          <w:sz w:val="20"/>
        </w:rPr>
        <w:t>15:16  so we read in the book of history, of early history, that lam tabqa darun min dur al-ansar illa dakhala fi al-islam.</w:t>
      </w:r>
      <w:r>
        <w:br/>
      </w:r>
      <w:r>
        <w:rPr>
          <w:sz w:val="20"/>
        </w:rPr>
        <w:t>15:32  it means that in every house of madinah, people accepted islam.</w:t>
      </w:r>
      <w:r>
        <w:br/>
      </w:r>
      <w:r>
        <w:rPr>
          <w:sz w:val="20"/>
        </w:rPr>
        <w:t>15:43  so the situation was quite different due to this reason. prophet migrated from mekkah to madinah.</w:t>
      </w:r>
      <w:r>
        <w:br/>
      </w:r>
      <w:r>
        <w:rPr>
          <w:sz w:val="20"/>
        </w:rPr>
        <w:t>15:53  it was not simply a hijrah, not simply a migration.</w:t>
      </w:r>
      <w:r>
        <w:br/>
      </w:r>
      <w:r>
        <w:rPr>
          <w:sz w:val="20"/>
        </w:rPr>
        <w:t>15:58  it was opting for better place for the work. hijrah was literal meaning of hijrah is migration, but it was not simply a migration.</w:t>
      </w:r>
      <w:r>
        <w:br/>
      </w:r>
      <w:r>
        <w:rPr>
          <w:sz w:val="20"/>
        </w:rPr>
        <w:t>16:13  hijrah was</w:t>
      </w:r>
      <w:r>
        <w:br/>
      </w:r>
      <w:r>
        <w:rPr>
          <w:sz w:val="20"/>
        </w:rPr>
        <w:t>16:17  a method of da'wah. hijrah was a method of da'wah. hijrah means opting for a better place for the work.</w:t>
      </w:r>
    </w:p>
    <w:p>
      <w:pPr>
        <w:pStyle w:val="Heading2"/>
      </w:pPr>
      <w:r>
        <w:t>Only Prophet's model is valid</w:t>
      </w:r>
    </w:p>
    <w:p>
      <w:r>
        <w:rPr>
          <w:color w:val="666666"/>
          <w:sz w:val="18"/>
        </w:rPr>
        <w:t>Journey to Switzerland, Jerusalem, Palestine, Nov 02, 2008 · 26s · at 5:58 · https://youtu.be/Noi5eb85Tcg?t=358</w:t>
      </w:r>
    </w:p>
    <w:p>
      <w:r>
        <w:rPr>
          <w:i/>
        </w:rPr>
        <w:t>“To model sirf ek hai, woh hai Rasool Allah ka model”</w:t>
      </w:r>
    </w:p>
    <w:p>
      <w:r>
        <w:rPr>
          <w:sz w:val="20"/>
        </w:rPr>
        <w:t>5:58  to model sirf ek hai, woh hai rasool Allah ka model. to agar rasool Allah wahan gaye jaisa ke musalmanon ka aqeedah hai, aap jante hain ke sirf hazrat ayesha is ko spiritual journey manti hain.</w:t>
      </w:r>
      <w:r>
        <w:br/>
      </w:r>
      <w:r>
        <w:rPr>
          <w:sz w:val="20"/>
        </w:rPr>
        <w:t>6:15  baqi saare musalman is ko mante hain physical journey. yaani be jasad-e-sharif. rasool Allah apni is body ke sath gaye wahan par.</w:t>
      </w:r>
    </w:p>
    <w:p>
      <w:pPr>
        <w:pStyle w:val="Heading2"/>
      </w:pPr>
      <w:r>
        <w:t>Silver coins mystery and Maulana's low-profile dawah lesson</w:t>
      </w:r>
    </w:p>
    <w:p>
      <w:r>
        <w:rPr>
          <w:color w:val="666666"/>
          <w:sz w:val="18"/>
        </w:rPr>
        <w:t>Lessons from The Story of Prophet Yusuf Part 3 July 17, 2022 · 4m 06s · at 39:48 · https://youtu.be/IweBlcs49uM?t=2388</w:t>
      </w:r>
    </w:p>
    <w:p>
      <w:r>
        <w:rPr>
          <w:i/>
        </w:rPr>
        <w:t>“انہوں نے کہا کہ ہمیں اپنے بھائی کے لیے بھی ایک کیمل دے دیں”</w:t>
      </w:r>
    </w:p>
    <w:p>
      <w:r>
        <w:rPr>
          <w:sz w:val="20"/>
        </w:rPr>
        <w:t>39:48  to unhone kaha ke hamein apne bhai ke liye bhi ek camel de dein, ek camel load. h</w:t>
      </w:r>
      <w:r>
        <w:br/>
      </w:r>
      <w:r>
        <w:rPr>
          <w:sz w:val="20"/>
        </w:rPr>
        <w:t>39:57  mm ji, to unhone kaha ke tum agli bar bhai ko bhi lana, aur main us ko bhi doonga.</w:t>
      </w:r>
      <w:r>
        <w:br/>
      </w:r>
      <w:r>
        <w:rPr>
          <w:sz w:val="20"/>
        </w:rPr>
        <w:t>40:06  tum ne dekha, main meri generosity bhi dekh li tum ne. ji, to behal woh kisi tarah baat is tarah ho gayi ke Yusuf alaih wasalam ne bohat sakhti se yeh baat keh di ke tum agar apne bhai ko nahi lao ge agli bar to main tum ko bhi nahi doonga koi saman</w:t>
      </w:r>
      <w:r>
        <w:br/>
      </w:r>
      <w:r>
        <w:rPr>
          <w:sz w:val="20"/>
        </w:rPr>
        <w:t>40:21  ۔ humm humm. to behal unhone kaha ke hum apne walid ko manane ki koshish karenge, aur apne chhote bhai ko sath lane ki koshish karenge.</w:t>
      </w:r>
      <w:r>
        <w:br/>
      </w:r>
      <w:r>
        <w:rPr>
          <w:sz w:val="20"/>
        </w:rPr>
        <w:t>40:32  to woh log behal nikle wapas, aur jab ghar pahunche aur apna saman khola to jo bhi unhone chandi ke sikke wagera diye the, ji, woh un ko apne un ke saman mein mil gaye.</w:t>
      </w:r>
      <w:r>
        <w:br/>
      </w:r>
      <w:r>
        <w:rPr>
          <w:sz w:val="20"/>
        </w:rPr>
        <w:t>40:44  ji, un ke jo bags the.</w:t>
      </w:r>
      <w:r>
        <w:br/>
      </w:r>
      <w:r>
        <w:rPr>
          <w:sz w:val="20"/>
        </w:rPr>
        <w:t>40:46  ji, to woh aur un ki izzat barh gayi woh Egypt ke wazir ke bare mein ke itna us ne hamare sath izzat ka mamla kiya, itne sharifana andaaz se hamare sath pesh aaye.</w:t>
      </w:r>
      <w:r>
        <w:br/>
      </w:r>
      <w:r>
        <w:rPr>
          <w:sz w:val="20"/>
        </w:rPr>
        <w:t>41:00  ji ji ji. acha, lekin doctor sahib, yahan pe prophet Yusuf ne jo plan banaya tha ke Benjamin, jo un ke chhote bhai hain, ji, woh kisi tarah aayen, aur jaise aap ne abhi bataya ke unhone condition rakhi,</w:t>
      </w:r>
      <w:r>
        <w:br/>
      </w:r>
      <w:r>
        <w:rPr>
          <w:sz w:val="20"/>
        </w:rPr>
        <w:t>41:15  ji, ke agar tum agle trip mein aap un ko nahi le ke ao ge to tum jhoote qarar diye jao ge. to yeh ek un ke upar ek jo dabao dala unhone, us ki wajah se yeh hua ke bhai apne baap ke pas gaye, prophet Yaqoob, aur unhone kaha ke Benjamin ko un ke sath agle safar mein bhej dein, nahi to unhein gila nahi mile ga.</w:t>
      </w:r>
      <w:r>
        <w:br/>
      </w:r>
      <w:r>
        <w:rPr>
          <w:sz w:val="20"/>
        </w:rPr>
        <w:t>41:38  ji ji. to phir doctor sahib, is situation mein kya hua, us ki baat ki kahani kya hai?</w:t>
      </w:r>
      <w:r>
        <w:br/>
      </w:r>
      <w:r>
        <w:rPr>
          <w:sz w:val="20"/>
        </w:rPr>
        <w:t>41:45  haan, to kuch dinon mein woh anaaj khatam ho gaya. ji, to dobara zaroorat pari to Hazrat Yaqoob alaih wasalam ne kaha ke phir jao le ke ao.</w:t>
      </w:r>
      <w:r>
        <w:br/>
      </w:r>
      <w:r>
        <w:rPr>
          <w:sz w:val="20"/>
        </w:rPr>
        <w:t>41:56  to un bhaiyon ko yaad aaya ke wahan to unhone ek condition rakh di thi ke Benjamin ko sath layen layen ge, tabhi saman mile ga.</w:t>
      </w:r>
      <w:r>
        <w:br/>
      </w:r>
      <w:r>
        <w:rPr>
          <w:sz w:val="20"/>
        </w:rPr>
        <w:t>42:06  to father se kaha unhone, to unhone kaha nahi, main hargiz ijazat nahi doonga, tum ne Yusuf ke sath kya kiya hai, woh tum ko maloom hai.</w:t>
      </w:r>
      <w:r>
        <w:br/>
      </w:r>
      <w:r>
        <w:rPr>
          <w:sz w:val="20"/>
        </w:rPr>
        <w:t>42:15  to unhone bohat zyada israr kiya, kaha ke bohat zaroorat hai, aur hum apne bhai ki hifazat karenge. nahfazu nahfazu akhana ke hum apne bhai ki hifazat karenge,</w:t>
      </w:r>
      <w:r>
        <w:br/>
      </w:r>
      <w:r>
        <w:rPr>
          <w:sz w:val="20"/>
        </w:rPr>
        <w:t>42:26  aur sahi salim layenge us ko wapas. to bohat jab israr kiya to unhone kaha theek hai, acha le jao, lekin tum ahad karo ke chhote bhai ko sahi salim mere pas wapas lao ge, illa yeh ke tum sab pe koi musibat aa jaye.</w:t>
      </w:r>
      <w:r>
        <w:br/>
      </w:r>
      <w:r>
        <w:rPr>
          <w:sz w:val="20"/>
        </w:rPr>
        <w:t>42:44  to is tarah se unhone ijazat de di. jab unhone ahad kiya, pledge liye. aur ek aur baat, Yaqoob alaih wasalam ne apne beton se kahi ke mere beton, tum ek darwaze se mat enter karna.</w:t>
      </w:r>
      <w:r>
        <w:br/>
      </w:r>
      <w:r>
        <w:rPr>
          <w:sz w:val="20"/>
        </w:rPr>
        <w:t>43:04  lagta hai jis city mein Egypt mein gaye the, woh probably it was a walled city, jaise hamare old Delhi ki walled city thi, Kashmiri gate, Delhi gate wagera hai.</w:t>
      </w:r>
      <w:r>
        <w:br/>
      </w:r>
      <w:r>
        <w:rPr>
          <w:sz w:val="20"/>
        </w:rPr>
        <w:t>43:15  to isi tarah se koi aise system hoga, wahan bhi shayad walled city rahi ho. to Yaqoob alaih wasalam ne kaha ke tum alag alag darwazon se jana, ek sath mat enter karna.</w:t>
      </w:r>
      <w:r>
        <w:br/>
      </w:r>
      <w:r>
        <w:rPr>
          <w:sz w:val="20"/>
        </w:rPr>
        <w:t>43:27  woh un ka shayad maqsad yeh tha ke ek sath das log, gyarah log jayenge to log samjhenge pata nahi yeh kis maqsad se aaye hain, koi reaction ho.</w:t>
      </w:r>
      <w:r>
        <w:br/>
      </w:r>
      <w:r>
        <w:rPr>
          <w:sz w:val="20"/>
        </w:rPr>
        <w:t>43:38  balkeh Maulana bhi dawat ke mamle mein low profile ki baat karte the. ji ji ke dawat high profile kaam nahi hai ke aap stage pe karen aur yeh sab karen, balkeh khamoshi se karen taake koi pareshani 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