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society · full transcripts with timestamps · exported 2026-09-22</w:t>
      </w:r>
    </w:p>
    <w:p>
      <w:pPr>
        <w:pStyle w:val="Heading2"/>
      </w:pPr>
      <w:r>
        <w:t>Prophet's first revelation and meeting with Christian scholar</w:t>
      </w:r>
    </w:p>
    <w:p>
      <w:r>
        <w:rPr>
          <w:color w:val="666666"/>
          <w:sz w:val="18"/>
        </w:rPr>
        <w:t>Interaction with CPS International Founder, Maulana Wahiduddin Khan 23 August 2008 · 2m 16s · at 6:46 · https://youtu.be/UyKgfcDFobM?t=406</w:t>
      </w:r>
    </w:p>
    <w:p>
      <w:r>
        <w:rPr>
          <w:i/>
        </w:rPr>
        <w:t>“Da first encounter of da Prophet of Islam was with a Christian scholar”</w:t>
      </w:r>
    </w:p>
    <w:p>
      <w:r>
        <w:rPr>
          <w:sz w:val="20"/>
        </w:rPr>
        <w:t>6:46  was born in 570 AD in Mecca. Then after 40 years, he received his first revelation. At that time, he was</w:t>
      </w:r>
      <w:r>
        <w:br/>
      </w:r>
      <w:r>
        <w:rPr>
          <w:sz w:val="20"/>
        </w:rPr>
        <w:t>7:05  in the cave of Mount Hira. It is very relevant to</w:t>
      </w:r>
      <w:r>
        <w:br/>
      </w:r>
      <w:r>
        <w:rPr>
          <w:sz w:val="20"/>
        </w:rPr>
        <w:t>7:20  tell you the first encounter of the Prophet of Islam was with a Christian scholar.</w:t>
      </w:r>
      <w:r>
        <w:br/>
      </w:r>
      <w:r>
        <w:rPr>
          <w:sz w:val="20"/>
        </w:rPr>
        <w:t>7:31  win hi received his first revelation he returned to his home then he and his wife khadijah both went to a very senior scholar he was a christian his name was warqa bin naufal</w:t>
      </w:r>
      <w:r>
        <w:br/>
      </w:r>
      <w:r>
        <w:rPr>
          <w:sz w:val="20"/>
        </w:rPr>
        <w:t>7:50  he was living in mecca at the time perhaps he was in 90 so he was a very old man prophet muhammad shared his experience to warqa bin naufal</w:t>
      </w:r>
      <w:r>
        <w:br/>
      </w:r>
      <w:r>
        <w:rPr>
          <w:sz w:val="20"/>
        </w:rPr>
        <w:t>8:10  after hearing he said if it is true what you are saying then</w:t>
      </w:r>
      <w:r>
        <w:br/>
      </w:r>
      <w:r>
        <w:rPr>
          <w:sz w:val="20"/>
        </w:rPr>
        <w:t>8:21  this was the same angel who came to prophet moses and other prophets and i will support you but</w:t>
      </w:r>
      <w:r>
        <w:br/>
      </w:r>
      <w:r>
        <w:rPr>
          <w:sz w:val="20"/>
        </w:rPr>
        <w:t>8:38  at the time he was very old and less than one year he died in 611 so this was the beginning of islam then prophet of islam you know the basic principle of islam was tauheed that is oneness of god</w:t>
      </w:r>
    </w:p>
    <w:p>
      <w:pPr>
        <w:pStyle w:val="Heading2"/>
      </w:pPr>
      <w:r>
        <w:t>Christian model of peaceful da'wah</w:t>
      </w:r>
    </w:p>
    <w:p>
      <w:r>
        <w:rPr>
          <w:color w:val="666666"/>
          <w:sz w:val="18"/>
        </w:rPr>
        <w:t>Launch of Maulana Wahiduddin Khan Peace Foundation April 2, 2016 · 2m 36s · at 10:58 · https://youtu.be/rzojs7eGG4M?t=658</w:t>
      </w:r>
    </w:p>
    <w:p>
      <w:r>
        <w:rPr>
          <w:i/>
        </w:rPr>
        <w:t>“Misaal ke upar dekhiye, maujuda hamara press ka zamana hai”</w:t>
      </w:r>
    </w:p>
    <w:p>
      <w:r>
        <w:rPr>
          <w:sz w:val="20"/>
        </w:rPr>
        <w:t>10:58  peaceful daawa ka. Is ko to apna apnana. Misaal ke upar dekhiye, maujooda hamara press ka zamana hai.</w:t>
      </w:r>
      <w:r>
        <w:br/>
      </w:r>
      <w:r>
        <w:rPr>
          <w:sz w:val="20"/>
        </w:rPr>
        <w:t>11:08  Press ke zamane mein aap cheezon ko, kitaab ko chhaap kar saari duniya mein phaila sakte hain. Lekin Musalmanon ne nahi kiya. Bohat se bohat unhone Arabi matan chhaapa aur bohat hi khoobsurat jild woh chhaap kar us ko gift ka tarz dete hain, yaani gift item bana diya.</w:t>
      </w:r>
      <w:r>
        <w:br/>
      </w:r>
      <w:r>
        <w:rPr>
          <w:sz w:val="20"/>
        </w:rPr>
        <w:t>11:29  Lekin Christian ne yeh kiya ke duniya ki tamam zabanon mein, jitni bhi zabanen hain, har zaban mein unhone Bible ke tarjume kiye.</w:t>
      </w:r>
      <w:r>
        <w:br/>
      </w:r>
      <w:r>
        <w:rPr>
          <w:sz w:val="20"/>
        </w:rPr>
        <w:t>11:41  Duniya ki tamam zabanon mein Bible ke tarjume kiye aur bohat hi acha tarjuma, yaani Bible ki language jo hai, bohat hi mayari language samjhi jati hai.</w:t>
      </w:r>
      <w:r>
        <w:br/>
      </w:r>
      <w:r>
        <w:rPr>
          <w:sz w:val="20"/>
        </w:rPr>
        <w:t>11:54  Tarjuma kar ke unhone bohat hi bareek paper chhaapa, jis ko kehte hain biblical</w:t>
      </w:r>
      <w:r>
        <w:br/>
      </w:r>
      <w:r>
        <w:rPr>
          <w:sz w:val="20"/>
        </w:rPr>
        <w:t>12:06  paper, shayad kehte hain is ko. Aur choti jild mein, badi jild mein, har jagah phailaya. Libraries mein, colleges mein, schools mein, universities mein, yahan tak ke har hotel mein, hotel ke har room mein.</w:t>
      </w:r>
      <w:r>
        <w:br/>
      </w:r>
      <w:r>
        <w:rPr>
          <w:sz w:val="20"/>
        </w:rPr>
        <w:t>12:25  Aap duniya mein kahin jayen, kisi bhi hotel mein thehren, wahan ke hotel mein ek ek desk hoga, us mein ek shelf hoga, us mein aap ko bohat acha woh aap Bible ki copy chhaapi hui maujood hogi.</w:t>
      </w:r>
      <w:r>
        <w:br/>
      </w:r>
      <w:r>
        <w:rPr>
          <w:sz w:val="20"/>
        </w:rPr>
        <w:t>12:40  Is tarah unhone Bible ko har zaban mein chhaap kar duniya ke har insaan ki reach mein pahuncha diya. Reach mein yeh ek model bana.</w:t>
      </w:r>
      <w:r>
        <w:br/>
      </w:r>
      <w:r>
        <w:rPr>
          <w:sz w:val="20"/>
        </w:rPr>
        <w:t>12:53  Allah taala ko pata tha ke Christian log kabhi aisa kar payenge. To is ko as a as a method, Allah ne ek model qarar diya ke Musalmanon ko chahiye ke aise hi karen.</w:t>
      </w:r>
      <w:r>
        <w:br/>
      </w:r>
      <w:r>
        <w:rPr>
          <w:sz w:val="20"/>
        </w:rPr>
        <w:t>13:07  Woh to Allah ke fazl se hamara mission, hamare saathi isi mein lage hue hain aur taqreeban ek darja zabanon mein hum Quran ke tarjume chhaap chuke hain.</w:t>
      </w:r>
      <w:r>
        <w:br/>
      </w:r>
      <w:r>
        <w:rPr>
          <w:sz w:val="20"/>
        </w:rPr>
        <w:t>13:24  Hum chahte hain ke saari zabanon mein tarjume chhapen aur bilkul isi pattern par jis tarah Christian ne woh kiya hai, shayad unhein phailaya jaye.</w:t>
      </w:r>
    </w:p>
    <w:p>
      <w:pPr>
        <w:pStyle w:val="Heading2"/>
      </w:pPr>
      <w:r>
        <w:t>Love marriage is actually lust marriage</w:t>
      </w:r>
    </w:p>
    <w:p>
      <w:r>
        <w:rPr>
          <w:color w:val="666666"/>
          <w:sz w:val="18"/>
        </w:rPr>
        <w:t>Divine Management in History Q&amp;A - Maulana Wahiduddin Khan 7th April 2013 · 23s · at 13:43 · https://youtu.be/iWpZL-9HAx8?t=823</w:t>
      </w:r>
    </w:p>
    <w:p>
      <w:r>
        <w:rPr>
          <w:i/>
        </w:rPr>
        <w:t>“Love marriage hoti hi nahi, wo lust marriage hoti hai”</w:t>
      </w:r>
    </w:p>
    <w:p>
      <w:r>
        <w:rPr>
          <w:sz w:val="20"/>
        </w:rPr>
        <w:t>13:43  to maine kaha ki love marriage hoti hi nahi, wo lust marriage hoti hai. l u s t, lust marriage hoti hai, love marriage hoti hi nahi. to unhone maan mana, kaha sahi keh rahe hain aap. nahi sahab, bilkul. yaani main isko jahilon ki baatein samajhta hoon, jiska ilm se, science se koi taluq nahi.</w:t>
      </w:r>
    </w:p>
    <w:p>
      <w:pPr>
        <w:pStyle w:val="Heading2"/>
      </w:pPr>
      <w:r>
        <w:t>Ayesha and Asiya: stories of true values</w:t>
      </w:r>
    </w:p>
    <w:p>
      <w:r>
        <w:rPr>
          <w:color w:val="666666"/>
          <w:sz w:val="18"/>
        </w:rPr>
        <w:t>The Qualities Of God-Fearing Women CPS Women Discussion July 23, 2023 · 4m 48s · at 45:55 · https://youtu.be/YfKcwP5Flp8?t=2755</w:t>
      </w:r>
    </w:p>
    <w:p>
      <w:r>
        <w:rPr>
          <w:i/>
        </w:rPr>
        <w:t>“Allah Ta'ala ne ek cheez banayi hai apne aap ko sajaana sanwarna”</w:t>
      </w:r>
    </w:p>
    <w:p>
      <w:r>
        <w:rPr>
          <w:sz w:val="20"/>
        </w:rPr>
        <w:t>45:55  Matlab Allah taala ne ek cheez bana rakha hai jo apne aap ko tazain karna usmein word hai urdon ka ki apne ko sajana sajana sanvarne ka ek mizaj mein hai auraton ke. To usi mizaj ki wajah se auratein apna usko jab maun ne barahawa diya toh woh udhar hi chali gayi.</w:t>
      </w:r>
      <w:r>
        <w:br/>
      </w:r>
      <w:r>
        <w:rPr>
          <w:sz w:val="20"/>
        </w:rPr>
        <w:t>46:14  Lekin woh mizaj ko ummat ka kaam tha ki us mizaj ko numayishi cheezon se hatakar dimagi matlab uska soch uski jo hai uski badhana usko intellectually usko develop karna. To wahi cheez mujhe samajh mein aati hai ki jab unhone kurta pehna toh unhone apne koshishe mein dekha aur thoda us tarah se woh apne ko show kiya toh Abu Bakr Zinda ne kaha hai tum yeh zukar rahi ho tum.</w:t>
      </w:r>
      <w:r>
        <w:br/>
      </w:r>
      <w:r>
        <w:rPr>
          <w:sz w:val="20"/>
        </w:rPr>
        <w:t>46:42  Yeh Allah taala ko itna nagawar guzrega. Ab ekdum se zakht aayi nahi yaad aa rahi hai aur unhone jab kurta badla bahut dar gayi woh jab kurta unhone de diya sadqa kar diya toh unhone kaha bhagkhraazi lena ki shayad yeh tumhara gunah ka kafara ban jaaye. Yaani ki yeh yeh baat mujhe sabse zyada toh</w:t>
      </w:r>
      <w:r>
        <w:br/>
      </w:r>
      <w:r>
        <w:rPr>
          <w:sz w:val="20"/>
        </w:rPr>
        <w:t>47:09  Ek kurte mein guna ka kafara ada ho raha tha. Par toh ek kurti ki khoobsurati se woh mutasya ruki aur hum hum kitni cheezon mein matlab engross ho jaate hain. Haan haan. Wahan wahan wahi toh papa isse mujhe ek ek unke Hazrat Abu Bakr Raiza walid unka role bhi samajh mein aa raha hai ki kaise unhone apni beti ko bataya aur kaise woh guide kiya?</w:t>
      </w:r>
      <w:r>
        <w:br/>
      </w:r>
      <w:r>
        <w:rPr>
          <w:sz w:val="20"/>
        </w:rPr>
        <w:t>47:37  Bahut badi baat hai ki khudbeeni se nikal ke use unhone woh batai baat ke bakar bahut dekh rahe bada yahi toh hai ki misaal hai woh baap the. To iske baad Rasulullah Salla Allahu Alayhi Wa Sallam ki waliyan hui toh phir unhone unke saath unki tarbiyat kis tarah se hui ki woh Rasulullah ke khatm hone ke pachas saal tak woh dokon ko batati rahi. To yahi ek aisa role tha jo ki aaj tak hum hamare liye misaal ban gaya.</w:t>
      </w:r>
      <w:r>
        <w:br/>
      </w:r>
      <w:r>
        <w:rPr>
          <w:sz w:val="20"/>
        </w:rPr>
        <w:t>48:04  Aaj hum kam se kam itna toh kar hi sakte hain ki jo chhoti cheezen jiski wajah se hum jismein woh chhoti cheezen jo aise kapda hi ho gaya usmein itna zyada fashion ke peeche bhagte hain. Falane kaun heroine nahi hai kapda pehna toh waise hi aa jata hai market mein bhi aur phir log usko bhi khareedna shuru kar dete hain. Matlab wahi ek soch yeh cheez unhone kiya toh phir wahi lekar chalne lagti hai. Jahan karna kya hai aur maqsad kya hai?</w:t>
      </w:r>
      <w:r>
        <w:br/>
      </w:r>
      <w:r>
        <w:rPr>
          <w:sz w:val="20"/>
        </w:rPr>
        <w:t>48:32  Woh zindagi ka woh us par bilkul bhi nazar nahi hai aur sara toh woh sara interest jo hai udhar chala gaya us interest ko kis tarah se wahan se apne aap khud ek insaan khud hi kar sakta hai ki woh khud usko apne aap aapko jo hai wahan se kheenchkar laaye aur apne ko Khuda kise Khuda parast aurat agar zara sa bhi uske andar fitrat mein uske zinda hogi toh woh yeh kaam kar sakti hai.</w:t>
      </w:r>
      <w:r>
        <w:br/>
      </w:r>
      <w:r>
        <w:rPr>
          <w:sz w:val="20"/>
        </w:rPr>
        <w:t>48:58  Ek jagah maine Maulana Sahab ki usmein padha tha kitab mein Abba Hadun Islam hai shayad ki yeh jo fashion hai ya jo yeh competitions hain, beauty pageant hain, yeh sab bhi mardon ki taraf se ek exploitation hai aurat ka. Woh aurat ko istemal kar rahe hain aur aurat samajh rahi hai ki woh meri aazadi ka hissa hai. Agar woh sahi tarz e fikr se soche toh samajh aayega ki woh exploit ho rahi hai.</w:t>
      </w:r>
      <w:r>
        <w:br/>
      </w:r>
      <w:r>
        <w:rPr>
          <w:sz w:val="20"/>
        </w:rPr>
        <w:t>49:26  Uski body ko use kiya ja raha hai aur auratein us cheez ko apna freedom manti hain ki woh ulta seedhe mumayish bankar woh main. Iski ek misaal bhi toh hai Doctor Safina unse Firon ki yeh bhi Asiya naam tha na unka. Ji. Toh unhone shahi mahal ka jo jo matlab ek yeh alag serious life thi unki, usko chhodkar jannat ko bol jannat ko importance di.</w:t>
      </w:r>
      <w:r>
        <w:br/>
      </w:r>
      <w:r>
        <w:rPr>
          <w:sz w:val="20"/>
        </w:rPr>
        <w:t>49:55  Yeh kitni badi baat hai ki hum jab wahi maine kaha ki shauhar ki farma bardar ka matlab yeh nahi hai ki jo shauhar keh raha hai bas yahan auratein is cheez mein mullabis hui hain.</w:t>
      </w:r>
      <w:r>
        <w:br/>
      </w:r>
      <w:r>
        <w:rPr>
          <w:sz w:val="20"/>
        </w:rPr>
        <w:t>50:22  Toh woh ek misaal hai Asia ke hum unko nahi chahiye tha. Phir unki daulat, phir unki badshahi aur phir unki shohrat, woh luxurious life unko jannat chahiye. Toh woh unhone uske comparison mein jannat ko importance di, Khuda ko importance di, toh bhi unhone dua kiya phir waqt mein ki mujhe apne pados mein jagah de dena.</w:t>
      </w:r>
      <w:r>
        <w:br/>
      </w:r>
      <w:r>
        <w:rPr>
          <w:sz w:val="20"/>
        </w:rPr>
        <w:t>50:43  to yeh bahut har misaal allataala ne humein de di hai agar hamari sochne hi sahi hai hamari</w:t>
      </w:r>
    </w:p>
    <w:p>
      <w:pPr>
        <w:pStyle w:val="Heading2"/>
      </w:pPr>
      <w:r>
        <w:t>Napoleon and the soldier's courage</w:t>
      </w:r>
    </w:p>
    <w:p>
      <w:r>
        <w:rPr>
          <w:color w:val="666666"/>
          <w:sz w:val="18"/>
        </w:rPr>
        <w:t>Believing Man's Burden | June 23, 2006 | Maulana Wahiduddin Khan · 1m 30s · at 54:23 · https://youtu.be/u5zv4HvIoe8?t=3263</w:t>
      </w:r>
    </w:p>
    <w:p>
      <w:r>
        <w:rPr>
          <w:i/>
        </w:rPr>
        <w:t>“Subah ho chuki thi, abhi andhera tha.”</w:t>
      </w:r>
    </w:p>
    <w:p>
      <w:r>
        <w:rPr>
          <w:sz w:val="20"/>
        </w:rPr>
        <w:t>54:23  , subah ho chuki thi, abhi andhera tha. to woh maidan mein khara hua tha, parade ke maidan mein. to us ka, us ki fauj ka ek aadmi peeche se aaya aur Napoleon ke back ki taraf se aur us aur high jump kar, high jump kar gaya. Napoleon ko high jump kar ke aage ja ke khara ho gaya. idhar ja ke palat ke dekha to dekha ke Napoleon hai, mera general. to kya hua? crips karega,</w:t>
      </w:r>
      <w:r>
        <w:br/>
      </w:r>
      <w:r>
        <w:rPr>
          <w:sz w:val="20"/>
        </w:rPr>
        <w:t>54:53  mar gaya. woh jab tak is ko pata nahi tha ke yeh napoleon hai, to is ke upar woh high jump kar jata. high jump, j u m p, is ke upar, is ke sir ke upar se kood kar ke idhar chala jata hai. lekin jab pata chalta hai ke yeh to napoleon hai, mera general, to kreeps kar jata hai. yeh yeh hai himmat ki baat, hosla ki baat. to mein samajhta hoon ke sirf namaz roza karane se kabhi bhi hosla paida nahi hoga.</w:t>
      </w:r>
      <w:r>
        <w:br/>
      </w:r>
      <w:r>
        <w:rPr>
          <w:sz w:val="20"/>
        </w:rPr>
        <w:t>55:23  hosla paida nahi hoga to dawat kiya karenge? aap jo log yeh kehte hain ke namaz roza karrao pehle musalmanon mein, phir baad ko dawat ka kaam karenge, to hamare dehat mein ek misl hai, dehati zuban mein ke na noman sarsoun hogi, na radha nachegi. yeh hamare gaon mein ek misl hoti hai ke na noman sarsoun hogi, na radha nachegi. to woh, woh spirit, woh hosla, woh himmat hi paida nahi hogi. to aap dawat</w:t>
      </w:r>
    </w:p>
    <w:p>
      <w:pPr>
        <w:pStyle w:val="Heading2"/>
      </w:pPr>
      <w:r>
        <w:t>Society without criticism fails to find truth</w:t>
      </w:r>
    </w:p>
    <w:p>
      <w:r>
        <w:rPr>
          <w:color w:val="666666"/>
          <w:sz w:val="18"/>
        </w:rPr>
        <w:t>Criticism in Islam Aug 18, 2018 - Maulana Wahiduddin Khan · 45s · at 6:25 · https://youtu.be/4nkYs6hhCKE?t=385</w:t>
      </w:r>
    </w:p>
    <w:p>
      <w:r>
        <w:rPr>
          <w:i/>
        </w:rPr>
        <w:t>“Maulana in ka jo main contention tha”</w:t>
      </w:r>
    </w:p>
    <w:p>
      <w:r>
        <w:rPr>
          <w:sz w:val="20"/>
        </w:rPr>
        <w:t>6:25  maulana un ka jo main contention tha woh yeh tha keh</w:t>
      </w:r>
      <w:r>
        <w:br/>
      </w:r>
      <w:r>
        <w:rPr>
          <w:sz w:val="20"/>
        </w:rPr>
        <w:t>6:31  keh ek society</w:t>
      </w:r>
      <w:r>
        <w:br/>
      </w:r>
      <w:r>
        <w:rPr>
          <w:sz w:val="20"/>
        </w:rPr>
        <w:t>6:33  agar onus criticism ko promote nahin karegi to kabhi bhi truth discover nahin hoga aur</w:t>
      </w:r>
      <w:r>
        <w:br/>
      </w:r>
      <w:r>
        <w:rPr>
          <w:sz w:val="20"/>
        </w:rPr>
        <w:t>6:43  sadli woh yeh keh rahe hain keh unhon ne jo paya woh yeh keh Muslims including some c</w:t>
      </w:r>
      <w:r>
        <w:br/>
      </w:r>
      <w:r>
        <w:rPr>
          <w:sz w:val="20"/>
        </w:rPr>
        <w:t>6:49  ps members</w:t>
      </w:r>
      <w:r>
        <w:br/>
      </w:r>
      <w:r>
        <w:rPr>
          <w:sz w:val="20"/>
        </w:rPr>
        <w:t>6:51  ka critical approach nahin hai and this is and he he is saying that Maulana ne apni sari</w:t>
      </w:r>
      <w:r>
        <w:br/>
      </w:r>
      <w:r>
        <w:rPr>
          <w:sz w:val="20"/>
        </w:rPr>
        <w:t>7:00  zindagi jo sachai ko paane mein laga di hai woh ek un ki ek commitment thi ek boldness</w:t>
      </w:r>
      <w:r>
        <w:br/>
      </w:r>
      <w:r>
        <w:rPr>
          <w:sz w:val="20"/>
        </w:rPr>
        <w:t>7:08  thi jo un ko sachai tak le</w:t>
      </w:r>
    </w:p>
    <w:p>
      <w:pPr>
        <w:pStyle w:val="Heading2"/>
      </w:pPr>
      <w:r>
        <w:t>Conquest of Mecca was peaceful, not forced conversion</w:t>
      </w:r>
    </w:p>
    <w:p>
      <w:r>
        <w:rPr>
          <w:color w:val="666666"/>
          <w:sz w:val="18"/>
        </w:rPr>
        <w:t>Political Interpretation of Islam May 16, 2010 · 2m 57s · at 1:20:31 · https://youtu.be/CDpZLOvw2_M?t=4831</w:t>
      </w:r>
    </w:p>
    <w:p>
      <w:r>
        <w:rPr>
          <w:i/>
        </w:rPr>
        <w:t>“The Prophet marched toward Mecca with a huge army”</w:t>
      </w:r>
    </w:p>
    <w:p>
      <w:r>
        <w:rPr>
          <w:sz w:val="20"/>
        </w:rPr>
        <w:t>1:20:31  This question is from Mr. Kaif Mahmood from Cambridge, UK.</w:t>
      </w:r>
      <w:r>
        <w:br/>
      </w:r>
      <w:r>
        <w:rPr>
          <w:sz w:val="20"/>
        </w:rPr>
        <w:t>1:20:39  When the Meccans broke the treaty of Hudaybiyyah by helping the Khuzah against the men of the clan of Abu Bakr, the Prophet marched to Makkah with a huge army.</w:t>
      </w:r>
      <w:r>
        <w:br/>
      </w:r>
      <w:r>
        <w:rPr>
          <w:sz w:val="20"/>
        </w:rPr>
        <w:t>1:20:52  The Meccans tried to pacify the Prophet and reinstate the treaty, but Prophet was not willing, and the Muslim armies conquered Makkah, broke the idols in the mosque and burned them.</w:t>
      </w:r>
      <w:r>
        <w:br/>
      </w:r>
      <w:r>
        <w:rPr>
          <w:sz w:val="20"/>
        </w:rPr>
        <w:t>1:21:08  more over, every one in Makkah who had an idol in house was required to destroy it. Then the Prophet sent his soldiers to destroy shrines in town close to Makkah as well.</w:t>
      </w:r>
      <w:r>
        <w:br/>
      </w:r>
      <w:r>
        <w:rPr>
          <w:sz w:val="20"/>
        </w:rPr>
        <w:t>1:21:24  molana, I would like to know your comment in this. nahin, dekhen, is ne ek picture jo batai hai, vo sahi nahin hai. rasul allah salallahu alaihi wasallam ne un ke khilaf jang nahin ki thi, vo peaceful march tha,</w:t>
      </w:r>
      <w:r>
        <w:br/>
      </w:r>
      <w:r>
        <w:rPr>
          <w:sz w:val="20"/>
        </w:rPr>
        <w:t>1:21:38  pura pura peesful march tha vo. aur is vaqt bat kya thi ke musalman meajuriti men ho chuke the, meajuriti men ho chuke the, yani quraish ke sardar jo hain, abhi mukhalif bane hue the, lekin log meajuriti men ho chuke the.</w:t>
      </w:r>
      <w:r>
        <w:br/>
      </w:r>
      <w:r>
        <w:rPr>
          <w:sz w:val="20"/>
        </w:rPr>
        <w:t>1:21:56  to aap ne peesful march kiya aur koi ladai vahan nahin ki, aap koi ladai nahin ki, un sab ko maaf kar diya.</w:t>
      </w:r>
      <w:r>
        <w:br/>
      </w:r>
      <w:r>
        <w:rPr>
          <w:sz w:val="20"/>
        </w:rPr>
        <w:t>1:22:03  to peesful, unhon ne, unhon ne un ki galti ye thi ke kaba jo tha, jo sab ke lie tha, vahan se rok rakha tha. unhon ne, unhon ne kaba nahin banaya tha, kaba to hazrat ibrahim ne banaya tha, yani quraish makkah jo the, unhon ne kaba thodi banaya tha.</w:t>
      </w:r>
      <w:r>
        <w:br/>
      </w:r>
      <w:r>
        <w:rPr>
          <w:sz w:val="20"/>
        </w:rPr>
        <w:t>1:22:18  unhon ne rok rakha tha ke vahan rasul allah umrah karne ke lie jana chahte the aur unhon ne rok diya ke ham umrah nahin karne denge. ye kya haq tha un ko? un ko koi haq nahin tha is ka.</w:t>
      </w:r>
      <w:r>
        <w:br/>
      </w:r>
      <w:r>
        <w:rPr>
          <w:sz w:val="20"/>
        </w:rPr>
        <w:t>1:22:29  to aap jab meajuriti aap ke sath ho gai to aap ne march kiya aur zahir hai ke vahan aap ka dominashan qaim ho gaya, bagair ladai bhade, koi ladai bhadai nahin hui.</w:t>
      </w:r>
      <w:r>
        <w:br/>
      </w:r>
      <w:r>
        <w:rPr>
          <w:sz w:val="20"/>
        </w:rPr>
        <w:t>1:22:37  aur jahan tak budh ki bat hai to budh jo the, ye ye sahi nahin hai. jab jab budh pujne vale na rahe to vo kya hoga? budh aise chaie ke budh pujne vale nahin rahe.</w:t>
      </w:r>
      <w:r>
        <w:br/>
      </w:r>
      <w:r>
        <w:rPr>
          <w:sz w:val="20"/>
        </w:rPr>
        <w:t>1:22:48  unhon ne toda jo jo puchte the, unhon ne nahin toda tha, rasul allah ne nahin toda tha, rasul allah ne ek but nahin toda.</w:t>
      </w:r>
      <w:r>
        <w:br/>
      </w:r>
      <w:r>
        <w:rPr>
          <w:sz w:val="20"/>
        </w:rPr>
        <w:t>1:22:56  to do baten samajhni chaie ke unhon ne kaba se rok rakha tha logon ko, jis ka un ka koi right nahin tha. to rasul allah ne peaceful march kiya.</w:t>
      </w:r>
      <w:r>
        <w:br/>
      </w:r>
      <w:r>
        <w:rPr>
          <w:sz w:val="20"/>
        </w:rPr>
        <w:t>1:23:05  aur dusri bat ye ke bulton ko jinhon ne toda, vo vahi the jo jo is ko puchte the pahle. ab un ka badal gaya, un ka yani mazahab to unhon ne is ko toda.</w:t>
      </w:r>
      <w:r>
        <w:br/>
      </w:r>
      <w:r>
        <w:rPr>
          <w:sz w:val="20"/>
        </w:rPr>
        <w:t>1:23:16  rasul allah ne kisi but ko nahin toda tha. is par aap agar detail janana chahen to main ne aap meri kitabon men bat likhi hai, main ne is ko aap padh sakte hain.</w:t>
      </w:r>
    </w:p>
    <w:p>
      <w:pPr>
        <w:pStyle w:val="Heading2"/>
      </w:pPr>
      <w:r>
        <w:t>No excuses: forgive and love unilaterally</w:t>
      </w:r>
    </w:p>
    <w:p>
      <w:r>
        <w:rPr>
          <w:color w:val="666666"/>
          <w:sz w:val="18"/>
        </w:rPr>
        <w:t>The Concept of Divine Help June 16, 2013 · 45s · at 31:41 · https://youtu.be/b0QaxGSnAOI?t=1901</w:t>
      </w:r>
    </w:p>
    <w:p>
      <w:r>
        <w:rPr>
          <w:i/>
        </w:rPr>
        <w:t>“کوئی بھی ایکسکیوز نہیں، کوئی ایکسکیوز ایکسیپٹیبل نہیں ہے”</w:t>
      </w:r>
    </w:p>
    <w:p>
      <w:r>
        <w:rPr>
          <w:sz w:val="20"/>
        </w:rPr>
        <w:t>31:41  koi bhi excuse nahi, aap kahein ke woh zulm karte hain, woh satate hain, kuch nahi, koi excuse acceptable nahi hai, koi excuse nahi.</w:t>
      </w:r>
      <w:r>
        <w:br/>
      </w:r>
      <w:r>
        <w:rPr>
          <w:sz w:val="20"/>
        </w:rPr>
        <w:t>31:56  aap ko unilateral tor par unhein forgive karna parega, unilateral tor par aap ko un se mohabbat karni paregi, unilateral tor par aap ko un ka dost banana parega, unilateral tor par aap ko un ka khair khwah banna parega.</w:t>
      </w:r>
      <w:r>
        <w:br/>
      </w:r>
      <w:r>
        <w:rPr>
          <w:sz w:val="20"/>
        </w:rPr>
        <w:t>32:12  koi excuse is maamle mein nahi hai, kyun ke aap ko Allah ke haan daai ka inaam lena hai. Kya aap samajhte hain daai ka inaam free mein mil jayega?</w:t>
      </w:r>
    </w:p>
    <w:p>
      <w:pPr>
        <w:pStyle w:val="Heading2"/>
      </w:pPr>
      <w:r>
        <w:t>Slave-girl harassment led to the hijab verse</w:t>
      </w:r>
    </w:p>
    <w:p>
      <w:r>
        <w:rPr>
          <w:color w:val="666666"/>
          <w:sz w:val="18"/>
        </w:rPr>
        <w:t>Concept of Hijab in Islam February 20, 2022 Prof. Farida Khanam · 2m 50s · at 4:15 · https://youtu.be/QrrSDEKy2gc?t=255</w:t>
      </w:r>
    </w:p>
    <w:p>
      <w:r>
        <w:rPr>
          <w:i/>
        </w:rPr>
        <w:t>“Free women covered with a sheet; slave girls had no such status.”</w:t>
      </w:r>
    </w:p>
    <w:p>
      <w:r>
        <w:rPr>
          <w:sz w:val="20"/>
        </w:rPr>
        <w:t>4:15  to unki auratein jo hai bahar jab nikalti thi to chadar odh kar nikalti thi. to chadar odh kar nikalti thi wah nishani hoti thi ki yeh sharif zadi hain. to aur baki doosra jo tabqa tha wah slave girls ka tha. to slave girls wah zamana tha ancient world mein slaves ki khareed o farokht hoti thi. mard bhi hote the aurat bhi hoti thi.</w:t>
      </w:r>
      <w:r>
        <w:br/>
      </w:r>
      <w:r>
        <w:rPr>
          <w:sz w:val="20"/>
        </w:rPr>
        <w:t>4:42  to yeh slave guns ka koi haiysiyat nahi hoti thi society mein. koi position nahi hoti thi wah. labor class the. unke koi equality nahi thi. to yeh log jo hain, wah main aapko zara bataungi ki yeh log kis tarah ka burqa odhte the. burqa to bahut baad mein wo izad hua hai.</w:t>
      </w:r>
      <w:r>
        <w:br/>
      </w:r>
      <w:r>
        <w:rPr>
          <w:sz w:val="20"/>
        </w:rPr>
        <w:t>5:06  burqa to na quran mein ismane mein aaya hai balki jo quran mein aaya hai wah khimar aur julbab aaya hai. to yeh jo slave girls thi chunki unhein kaam karna hota tha to wo arab mein dekhi garmi bahut hoti thi to garmi mein jawab rehte hain sabko tazar paaye ki sarf garam ho jata hai to sarf kapda rakh lete hain. to arab mein to aurat mat sabhi sarf kapda rakhte the.</w:t>
      </w:r>
      <w:r>
        <w:br/>
      </w:r>
      <w:r>
        <w:rPr>
          <w:sz w:val="20"/>
        </w:rPr>
        <w:t>5:34  to yeh jo slave girls hoti thi wo is tarah se, is tarah se karti thi aur yeh pallu jo hai dono peeche rehta tha ki haath free ho kaam karne ke liye. to is yeh sab khula rehta tha. to slave girls ki koi haiysiyat nahi hoti thi to unko log bahar chhed chhad bhi kar diya karte the.</w:t>
      </w:r>
      <w:r>
        <w:br/>
      </w:r>
      <w:r>
        <w:rPr>
          <w:sz w:val="20"/>
        </w:rPr>
        <w:t>5:54  to yahi slave girls jab musalman hui aur bahar nikli to logon ne unko wahi haiysiyat samjhi ki yeh slave girls hain inke sath to chedhkhani hoti hai. to un is background mein aap log jante hain ki quran ke aksar aaye the jinhe unka koi shaaninuzul hota hai, koi background hota hai.</w:t>
      </w:r>
      <w:r>
        <w:br/>
      </w:r>
      <w:r>
        <w:rPr>
          <w:sz w:val="20"/>
        </w:rPr>
        <w:t>6:18  to is background mein wah ayat utri ki tum log jab bahar niklo to tum log apne jo odhni hai isko odhni kehte hain. jo odhni hai usko upar aise kar liya karo. odhni ko is tarah se kar liya karo taki tum pehchane jao aur tum satai na jao. to pehchan hi jao.</w:t>
      </w:r>
      <w:r>
        <w:br/>
      </w:r>
      <w:r>
        <w:rPr>
          <w:sz w:val="20"/>
        </w:rPr>
        <w:t>6:42  quran mein har kaam jo hai har roop mein wah reason based hai taki tum pehchan hi jao ki tum sharif aurat ho aur tum yeh sab pasand nahi karti ho. to isliye yeh hook mutra tha. to sabne phir yeh is tarah se bilkul jo main ude hue hoon bas yahi yahi tha. isko khamar bolte the.</w:t>
      </w:r>
      <w:r>
        <w:br/>
      </w:r>
      <w:r>
        <w:rPr>
          <w:sz w:val="20"/>
        </w:rPr>
        <w:t>7:05  to yahi tha istri tarike se bahar lekin jo swarfat hai poori duniya mein swarfa jo the woh unki auraten bahar nahin nikalti thi. bahar koi achha jaab nahin hota tha wahi agriculture, agriculture ya menial jobs jo hote hain to woh jo log karte the woh wahi hote the labor class.</w:t>
      </w:r>
    </w:p>
    <w:p>
      <w:pPr>
        <w:pStyle w:val="Heading2"/>
      </w:pPr>
      <w:r>
        <w:t>Finding news in everyday blessings gratitude</w:t>
      </w:r>
    </w:p>
    <w:p>
      <w:r>
        <w:rPr>
          <w:color w:val="666666"/>
          <w:sz w:val="18"/>
        </w:rPr>
        <w:t>Divine Management in History Q&amp;A - Maulana Wahiduddin Khan 7th April 2013 · 2m 01s · at 5:40 · https://youtu.be/iWpZL-9HAx8?t=340</w:t>
      </w:r>
    </w:p>
    <w:p>
      <w:r>
        <w:rPr>
          <w:i/>
        </w:rPr>
        <w:t>“Uss par baitha hua tha”</w:t>
      </w:r>
    </w:p>
    <w:p>
      <w:r>
        <w:rPr>
          <w:sz w:val="20"/>
        </w:rPr>
        <w:t>5:40  us par baitha hua tha. subah ka waqt tha aur suraj abhi bhi nikla tha. to ek sahab milne ke liye aa gaye. to meri aadat hai ki main poochta hoon aadmi se ki aapke paas koi nai news hai?</w:t>
      </w:r>
      <w:r>
        <w:br/>
      </w:r>
      <w:r>
        <w:rPr>
          <w:sz w:val="20"/>
        </w:rPr>
        <w:t>5:59  to main use hi poochta hoon, aapke paas koi nai news hai?</w:t>
      </w:r>
      <w:r>
        <w:br/>
      </w:r>
      <w:r>
        <w:rPr>
          <w:sz w:val="20"/>
        </w:rPr>
        <w:t>6:04  to unhon ne kuch der</w:t>
      </w:r>
      <w:r>
        <w:br/>
      </w:r>
      <w:r>
        <w:rPr>
          <w:sz w:val="20"/>
        </w:rPr>
        <w:t>6:07  soch kar kaha ki nahin, koi nai news to nahin hai.</w:t>
      </w:r>
      <w:r>
        <w:br/>
      </w:r>
      <w:r>
        <w:rPr>
          <w:sz w:val="20"/>
        </w:rPr>
        <w:t>6:11  to mere dimagh se nikla ki dekhiye, suraj nikla hua hai, yeh new nai news nahin hai.</w:t>
      </w:r>
      <w:r>
        <w:br/>
      </w:r>
      <w:r>
        <w:rPr>
          <w:sz w:val="20"/>
        </w:rPr>
        <w:t>6:17  raat ki tareeki ke baad</w:t>
      </w:r>
      <w:r>
        <w:br/>
      </w:r>
      <w:r>
        <w:rPr>
          <w:sz w:val="20"/>
        </w:rPr>
        <w:t>6:20  suraj nikal aaya aur sara aalam jag utha ki nai news nahin hai.</w:t>
      </w:r>
      <w:r>
        <w:br/>
      </w:r>
      <w:r>
        <w:rPr>
          <w:sz w:val="20"/>
        </w:rPr>
        <w:t>6:26  hawaein chal rahi hain, hawaein ruki nahin, nai news nahin hai.</w:t>
      </w:r>
      <w:r>
        <w:br/>
      </w:r>
      <w:r>
        <w:rPr>
          <w:sz w:val="20"/>
        </w:rPr>
        <w:t>6:30  oxygen ki supply jari hai, band nahin hui.</w:t>
      </w:r>
      <w:r>
        <w:br/>
      </w:r>
      <w:r>
        <w:rPr>
          <w:sz w:val="20"/>
        </w:rPr>
        <w:t>6:34  kya nai news nahin hai?</w:t>
      </w:r>
      <w:r>
        <w:br/>
      </w:r>
      <w:r>
        <w:rPr>
          <w:sz w:val="20"/>
        </w:rPr>
        <w:t>6:36  zameen apne bahut hi zyada, yani sahi taur par revolve kar rahi hai. kya nai news nahin hai?</w:t>
      </w:r>
      <w:r>
        <w:br/>
      </w:r>
      <w:r>
        <w:rPr>
          <w:sz w:val="20"/>
        </w:rPr>
        <w:t>6:51  phir maine kaha ki aapne sham ko khana khaya hoga aur subah ko hazam ho gaya. kya yah news nahin? nai news nahin hai. raat ko aapki aankh band ho gayi thi, is waqt aankh khuli hai. aap sab duniya ko dekh rahe hain. kya nai news nahin hai?</w:t>
      </w:r>
      <w:r>
        <w:br/>
      </w:r>
      <w:r>
        <w:rPr>
          <w:sz w:val="20"/>
        </w:rPr>
        <w:t>7:07  asal cheez yeh hai ki log jo hain,</w:t>
      </w:r>
      <w:r>
        <w:br/>
      </w:r>
      <w:r>
        <w:rPr>
          <w:sz w:val="20"/>
        </w:rPr>
        <w:t>7:11  jaante nahin duniya mein kaise rehna hai.</w:t>
      </w:r>
      <w:r>
        <w:br/>
      </w:r>
      <w:r>
        <w:rPr>
          <w:sz w:val="20"/>
        </w:rPr>
        <w:t>7:15  ab yeh sab baaten jo maine kahi, agar aap yeh sochen to shukr ka samundar aapke andar aa</w:t>
      </w:r>
      <w:r>
        <w:br/>
      </w:r>
      <w:r>
        <w:rPr>
          <w:sz w:val="20"/>
        </w:rPr>
        <w:t>7:19  jayega. shukr ka samundar, marfat ka samundar,</w:t>
      </w:r>
      <w:r>
        <w:br/>
      </w:r>
      <w:r>
        <w:rPr>
          <w:sz w:val="20"/>
        </w:rPr>
        <w:t>7:26  rabbaniyat ka samundar.</w:t>
      </w:r>
      <w:r>
        <w:br/>
      </w:r>
      <w:r>
        <w:rPr>
          <w:sz w:val="20"/>
        </w:rPr>
        <w:t>7:30  to hamari jo kitaben hain, risara jo hai, isi ke liye to hai.</w:t>
      </w:r>
      <w:r>
        <w:br/>
      </w:r>
      <w:r>
        <w:rPr>
          <w:sz w:val="20"/>
        </w:rPr>
        <w:t>7:33  usko padhen log, baqayda bar bar padhen to us se ye cheez develop hogi.</w:t>
      </w:r>
    </w:p>
    <w:p>
      <w:pPr>
        <w:pStyle w:val="Heading2"/>
      </w:pPr>
      <w:r>
        <w:t>Only peaceful method achieves goals</w:t>
      </w:r>
    </w:p>
    <w:p>
      <w:r>
        <w:rPr>
          <w:color w:val="666666"/>
          <w:sz w:val="18"/>
        </w:rPr>
        <w:t>B'nai B'birth International Programme October 20, 2015 · 32s · at 21:13 · https://youtu.be/1WtsK3mrkEQ?t=1273</w:t>
      </w:r>
    </w:p>
    <w:p>
      <w:r>
        <w:rPr>
          <w:i/>
        </w:rPr>
        <w:t>“This is sunnat Allah, divine law”</w:t>
      </w:r>
    </w:p>
    <w:p>
      <w:r>
        <w:rPr>
          <w:sz w:val="20"/>
        </w:rPr>
        <w:t>21:13  this this sunnatullah or divine law.</w:t>
      </w:r>
      <w:r>
        <w:br/>
      </w:r>
      <w:r>
        <w:rPr>
          <w:sz w:val="20"/>
        </w:rPr>
        <w:t>21:20  so this world</w:t>
      </w:r>
      <w:r>
        <w:br/>
      </w:r>
      <w:r>
        <w:rPr>
          <w:sz w:val="20"/>
        </w:rPr>
        <w:t>21:23  is made on the concept of peace.</w:t>
      </w:r>
      <w:r>
        <w:br/>
      </w:r>
      <w:r>
        <w:rPr>
          <w:sz w:val="20"/>
        </w:rPr>
        <w:t>21:27  only peaceful method</w:t>
      </w:r>
      <w:r>
        <w:br/>
      </w:r>
      <w:r>
        <w:rPr>
          <w:sz w:val="20"/>
        </w:rPr>
        <w:t>21:31  in this world, you can achieve your goal only through peaceful method.</w:t>
      </w:r>
      <w:r>
        <w:br/>
      </w:r>
      <w:r>
        <w:rPr>
          <w:sz w:val="20"/>
        </w:rPr>
        <w:t>21:37  if you adopt</w:t>
      </w:r>
      <w:r>
        <w:br/>
      </w:r>
      <w:r>
        <w:rPr>
          <w:sz w:val="20"/>
        </w:rPr>
        <w:t>21:39  violent method, then it it will not work.</w:t>
      </w:r>
      <w:r>
        <w:br/>
      </w:r>
      <w:r>
        <w:rPr>
          <w:sz w:val="20"/>
        </w:rPr>
        <w:t>21:45  So we always try to convince Muslims of this fact so that they may shun all kinds of violence. In short, this is our mission.</w:t>
      </w:r>
    </w:p>
    <w:p>
      <w:pPr>
        <w:pStyle w:val="Heading2"/>
      </w:pPr>
      <w:r>
        <w:t>Islamic model distinct</w:t>
      </w:r>
    </w:p>
    <w:p>
      <w:r>
        <w:rPr>
          <w:color w:val="666666"/>
          <w:sz w:val="18"/>
        </w:rPr>
        <w:t>History of Peace (Eng) | 12 Nov 2006 - Maulana Wahiduddin Khan · 31s · at 32:32 · https://youtu.be/RBYqVDDRkq4?t=1952</w:t>
      </w:r>
    </w:p>
    <w:p>
      <w:r>
        <w:rPr>
          <w:i/>
        </w:rPr>
        <w:t>“Now let us take the Islamic model of peace.”</w:t>
      </w:r>
    </w:p>
    <w:p>
      <w:r>
        <w:rPr>
          <w:sz w:val="20"/>
        </w:rPr>
        <w:t>32:32  now, now, let us take the islamic model of peace. islamic model of peace is quite different from other, from other models. the basic difference between the two categories is that</w:t>
      </w:r>
    </w:p>
    <w:p>
      <w:pPr>
        <w:pStyle w:val="Heading2"/>
      </w:pPr>
      <w:r>
        <w:t>what prayer really means: form vs inner content</w:t>
      </w:r>
    </w:p>
    <w:p>
      <w:r>
        <w:rPr>
          <w:color w:val="666666"/>
          <w:sz w:val="18"/>
        </w:rPr>
        <w:t>Prayer June 5, 2009 Maulana Wahiduddin Khan · 2m 02s · at 1:58 · https://youtu.be/d5XYQB7sWOw?t=118</w:t>
      </w:r>
    </w:p>
    <w:p>
      <w:r>
        <w:rPr>
          <w:i/>
        </w:rPr>
        <w:t>“The topic for the present discussion is prayer. What is prayer?”</w:t>
      </w:r>
    </w:p>
    <w:p>
      <w:r>
        <w:rPr>
          <w:sz w:val="20"/>
        </w:rPr>
        <w:t>1:58  the topic for the present discussion is prayer. What is prayer?</w:t>
      </w:r>
      <w:r>
        <w:br/>
      </w:r>
      <w:r>
        <w:rPr>
          <w:sz w:val="20"/>
        </w:rPr>
        <w:t>2:10  According to the English dictionary, prayer means establishing spiritual communion to higher reality.</w:t>
      </w:r>
      <w:r>
        <w:br/>
      </w:r>
      <w:r>
        <w:rPr>
          <w:sz w:val="20"/>
        </w:rPr>
        <w:t>2:29  I think that</w:t>
      </w:r>
      <w:r>
        <w:br/>
      </w:r>
      <w:r>
        <w:rPr>
          <w:sz w:val="20"/>
        </w:rPr>
        <w:t>2:33  Quranic definition is almost the sam</w:t>
      </w:r>
      <w:r>
        <w:br/>
      </w:r>
      <w:r>
        <w:rPr>
          <w:sz w:val="20"/>
        </w:rPr>
        <w:t>2:37  e Here I would like to refer to one hadith. The Prophet has said, "ta'bud Allah kaannaka tara"—Pray God as if you are seeing Him.</w:t>
      </w:r>
      <w:r>
        <w:br/>
      </w:r>
      <w:r>
        <w:rPr>
          <w:sz w:val="20"/>
        </w:rPr>
        <w:t>2:55  Here, seeing means experience, spiritual experience, seeing by the mind's eye.</w:t>
      </w:r>
      <w:r>
        <w:br/>
      </w:r>
      <w:r>
        <w:rPr>
          <w:sz w:val="20"/>
        </w:rPr>
        <w:t>3:08  According to my experience, I can say that it is</w:t>
      </w:r>
      <w:r>
        <w:br/>
      </w:r>
      <w:r>
        <w:rPr>
          <w:sz w:val="20"/>
        </w:rPr>
        <w:t>3:16  going to the inner reality.</w:t>
      </w:r>
      <w:r>
        <w:br/>
      </w:r>
      <w:r>
        <w:rPr>
          <w:sz w:val="20"/>
        </w:rPr>
        <w:t>3:22  Namaz is—in Islam, there are four basic</w:t>
      </w:r>
      <w:r>
        <w:br/>
      </w:r>
      <w:r>
        <w:rPr>
          <w:sz w:val="20"/>
        </w:rPr>
        <w:t>3:32  namaz: Roza, Namaz, Hajj, and Zakat.</w:t>
      </w:r>
      <w:r>
        <w:br/>
      </w:r>
      <w:r>
        <w:rPr>
          <w:sz w:val="20"/>
        </w:rPr>
        <w:t>3:36  All these four namaz have a form, but form is only a relative part of namaz.</w:t>
      </w:r>
      <w:r>
        <w:br/>
      </w:r>
      <w:r>
        <w:rPr>
          <w:sz w:val="20"/>
        </w:rPr>
        <w:t>3:52  The real part is its inner content.</w:t>
      </w:r>
    </w:p>
    <w:p>
      <w:pPr>
        <w:pStyle w:val="Heading2"/>
      </w:pPr>
      <w:r>
        <w:t>Islam has nothing to do with violence, defensive war only</w:t>
      </w:r>
    </w:p>
    <w:p>
      <w:r>
        <w:rPr>
          <w:color w:val="666666"/>
          <w:sz w:val="18"/>
        </w:rPr>
        <w:t>Prayer June 5, 2009 Maulana Wahiduddin Khan · 5m 12s · at 12:28 · https://youtu.be/d5XYQB7sWOw?t=748</w:t>
      </w:r>
    </w:p>
    <w:p>
      <w:r>
        <w:rPr>
          <w:i/>
        </w:rPr>
        <w:t>“Islam has nothing to do with violence.”</w:t>
      </w:r>
    </w:p>
    <w:p>
      <w:r>
        <w:rPr>
          <w:sz w:val="20"/>
        </w:rPr>
        <w:t>12:28  This is the crux of Islam. Without this spirit, there is no Islam. Islam has nothing to do with violence.</w:t>
      </w:r>
      <w:r>
        <w:br/>
      </w:r>
      <w:r>
        <w:rPr>
          <w:sz w:val="20"/>
        </w:rPr>
        <w:t>12:40  In Islam, I can say—I have studied Islam in detail from its original sources—I can say that in Islam, there is no war at all except defensive war.</w:t>
      </w:r>
      <w:r>
        <w:br/>
      </w:r>
      <w:r>
        <w:rPr>
          <w:sz w:val="20"/>
        </w:rPr>
        <w:t>12:57  No war at all. And what is Jihad?</w:t>
      </w:r>
      <w:r>
        <w:br/>
      </w:r>
      <w:r>
        <w:rPr>
          <w:sz w:val="20"/>
        </w:rPr>
        <w:t>13:04  Jihad simply means to strive, to struggle by a peaceful method. So Jihad means peaceful effort, peaceful struggle.</w:t>
      </w:r>
      <w:r>
        <w:br/>
      </w:r>
      <w:r>
        <w:rPr>
          <w:sz w:val="20"/>
        </w:rPr>
        <w:t>13:20  The very word Islam has a connotation of peace. You know, the root word of Islam is Silm.</w:t>
      </w:r>
      <w:r>
        <w:br/>
      </w:r>
      <w:r>
        <w:rPr>
          <w:sz w:val="20"/>
        </w:rPr>
        <w:t>13:30  S-I-L-M. Silm. Silm means peace.</w:t>
      </w:r>
      <w:r>
        <w:br/>
      </w:r>
      <w:r>
        <w:rPr>
          <w:sz w:val="20"/>
        </w:rPr>
        <w:t>13:34  So Islam means peace.</w:t>
      </w:r>
      <w:r>
        <w:br/>
      </w:r>
      <w:r>
        <w:rPr>
          <w:sz w:val="20"/>
        </w:rPr>
        <w:t>13:40  Some people are misusing Islam. And you know, misuse of freedom is everywhere in the world, not only in Islam, everywhere in the world.</w:t>
      </w:r>
      <w:r>
        <w:br/>
      </w:r>
      <w:r>
        <w:rPr>
          <w:sz w:val="20"/>
        </w:rPr>
        <w:t>13:51  So it is misuse of the word Islam.</w:t>
      </w:r>
      <w:r>
        <w:br/>
      </w:r>
      <w:r>
        <w:rPr>
          <w:sz w:val="20"/>
        </w:rPr>
        <w:t>13:58  Islam is a religion of humanity, a religion of peace, a religion of love.</w:t>
      </w:r>
      <w:r>
        <w:br/>
      </w:r>
      <w:r>
        <w:rPr>
          <w:sz w:val="20"/>
        </w:rPr>
        <w:t>14:06  There is a verse in the Quran,</w:t>
      </w:r>
      <w:r>
        <w:br/>
      </w:r>
      <w:r>
        <w:rPr>
          <w:sz w:val="20"/>
        </w:rPr>
        <w:t>14:10  God Almighty says, "La tastawi al-hasanatu wa la as-sayyi'atu. Idfa' bil-lati hiya ahsanu fa-idha alladhi baynaka wa baynahu 'adawatun ka'annahu waliyyun hamim."</w:t>
      </w:r>
      <w:r>
        <w:br/>
      </w:r>
      <w:r>
        <w:rPr>
          <w:sz w:val="20"/>
        </w:rPr>
        <w:t>14:26  It means that</w:t>
      </w:r>
      <w:r>
        <w:br/>
      </w:r>
      <w:r>
        <w:rPr>
          <w:sz w:val="20"/>
        </w:rPr>
        <w:t>14:30  do good deeds in return for enemies' bad deeds, and you will see that your enemy has become your dearest friend.</w:t>
      </w:r>
      <w:r>
        <w:br/>
      </w:r>
      <w:r>
        <w:rPr>
          <w:sz w:val="20"/>
        </w:rPr>
        <w:t>14:44  It means that it is a very fiduciary idea that your enemy is your potential friend.</w:t>
      </w:r>
      <w:r>
        <w:br/>
      </w:r>
      <w:r>
        <w:rPr>
          <w:sz w:val="20"/>
        </w:rPr>
        <w:t>14:56  Your enemy is your potential friend. So turn this potential into actual. So according to this verse, you have to manage the enmity rather than going to fight against your enemy.</w:t>
      </w:r>
      <w:r>
        <w:br/>
      </w:r>
      <w:r>
        <w:rPr>
          <w:sz w:val="20"/>
        </w:rPr>
        <w:t>15:17  See your enemy as your friend, as your potential friend. What a fiduciary idea!</w:t>
      </w:r>
      <w:r>
        <w:br/>
      </w:r>
      <w:r>
        <w:rPr>
          <w:sz w:val="20"/>
        </w:rPr>
        <w:t>15:23  Because I was created by God, and that person was also created by God. The nature of both are one. Both are created by God.</w:t>
      </w:r>
      <w:r>
        <w:br/>
      </w:r>
      <w:r>
        <w:rPr>
          <w:sz w:val="20"/>
        </w:rPr>
        <w:t>15:36  So this is the true spirit of Islam. All those things you are seeing and reading in the media, that is misuse of Islam.</w:t>
      </w:r>
      <w:r>
        <w:br/>
      </w:r>
      <w:r>
        <w:rPr>
          <w:sz w:val="20"/>
        </w:rPr>
        <w:t>15:50  I read a book that was authored by a Muslim scholar. The title was Islam: The</w:t>
      </w:r>
      <w:r>
        <w:br/>
      </w:r>
      <w:r>
        <w:rPr>
          <w:sz w:val="20"/>
        </w:rPr>
        <w:t>16:02  Most Misunderstood Religion. I said, "No. The better title is Islam: The Most Misrepresented Religion."</w:t>
      </w:r>
      <w:r>
        <w:br/>
      </w:r>
      <w:r>
        <w:rPr>
          <w:sz w:val="20"/>
        </w:rPr>
        <w:t>16:17  Present Muslims are only misrepresenting Islam, and they are saying that people don't understand what Islam is. So it is the phenomenon of misrepresentation.</w:t>
      </w:r>
      <w:r>
        <w:br/>
      </w:r>
      <w:r>
        <w:rPr>
          <w:sz w:val="20"/>
        </w:rPr>
        <w:t>16:31  I always said that if you want to know what is Islam, you have to differentiate between Islam and Muslims.</w:t>
      </w:r>
      <w:r>
        <w:br/>
      </w:r>
      <w:r>
        <w:rPr>
          <w:sz w:val="20"/>
        </w:rPr>
        <w:t>16:41  You have to judge Muslims in the light of Islamic teachings and not vice versa.</w:t>
      </w:r>
      <w:r>
        <w:br/>
      </w:r>
      <w:r>
        <w:rPr>
          <w:sz w:val="20"/>
        </w:rPr>
        <w:t>16:50  This is the main principle to differentiate between the two. And you know, law of differentiation is very important in every discipline.</w:t>
      </w:r>
      <w:r>
        <w:br/>
      </w:r>
      <w:r>
        <w:rPr>
          <w:sz w:val="20"/>
        </w:rPr>
        <w:t>17:04  So here is the confusion. Otherwise, if you read the Quran, if you read hadiths, you will find that almost all the verses of the Islam, of the Quran, pertain to peace and love and patience and tolerance, either directly or indirectly.</w:t>
      </w:r>
      <w:r>
        <w:br/>
      </w:r>
      <w:r>
        <w:rPr>
          <w:sz w:val="20"/>
        </w:rPr>
        <w:t>17:29  Only few verses are about war, but that verses are about defensive war. Defensive war.</w:t>
      </w:r>
    </w:p>
    <w:p>
      <w:pPr>
        <w:pStyle w:val="Heading2"/>
      </w:pPr>
      <w:r>
        <w:t>Peace is natural war is deviation refuting Marx</w:t>
      </w:r>
    </w:p>
    <w:p>
      <w:r>
        <w:rPr>
          <w:color w:val="666666"/>
          <w:sz w:val="18"/>
        </w:rPr>
        <w:t>Patience and Tolerance 7 April 2007 - Maulana Wahiduddin Khan · 5m 36s · at 0:56 · https://youtu.be/ZZ3eaEIskmU?t=56</w:t>
      </w:r>
    </w:p>
    <w:p>
      <w:r>
        <w:rPr>
          <w:i/>
        </w:rPr>
        <w:t>“Zindagi ke do tareeqe hain”</w:t>
      </w:r>
    </w:p>
    <w:p>
      <w:r>
        <w:rPr>
          <w:sz w:val="20"/>
        </w:rPr>
        <w:t>0:56  zindagi ke do tareeqay hain is dunya mein: aik hai jang, doosra hai aman.</w:t>
      </w:r>
      <w:r>
        <w:br/>
      </w:r>
      <w:r>
        <w:rPr>
          <w:sz w:val="20"/>
        </w:rPr>
        <w:t>1:07  jang se tashaddud culture paida hota hai, aur aman se sabr culture.</w:t>
      </w:r>
      <w:r>
        <w:br/>
      </w:r>
      <w:r>
        <w:rPr>
          <w:sz w:val="20"/>
        </w:rPr>
        <w:t>1:20  islam ka tareeqa aur fitrat ka tareeqa sabr culture hai, aman hai. jang aur tashaddud na fitrat mein hai aur na islam mein.</w:t>
      </w:r>
      <w:r>
        <w:br/>
      </w:r>
      <w:r>
        <w:rPr>
          <w:sz w:val="20"/>
        </w:rPr>
        <w:t>1:35  aap dekhen, wasee kainat mein, yani jo space hai, athah space hai,</w:t>
      </w:r>
      <w:r>
        <w:br/>
      </w:r>
      <w:r>
        <w:rPr>
          <w:sz w:val="20"/>
        </w:rPr>
        <w:t>1:48  is ke andar countless</w:t>
      </w:r>
      <w:r>
        <w:br/>
      </w:r>
      <w:r>
        <w:rPr>
          <w:sz w:val="20"/>
        </w:rPr>
        <w:t>1:53  stars aur planets har waqt harkat mein hain. magar million million saal se chal rahe hain woh, aur kabhi un ke darmiyan koi takrao ya ladai pesh nahi aayi.</w:t>
      </w:r>
      <w:r>
        <w:br/>
      </w:r>
      <w:r>
        <w:rPr>
          <w:sz w:val="20"/>
        </w:rPr>
        <w:t>2:12  isi tarah aap dekhen, plant kingdom mein bhi koi ladai nahi hoti. Animal ke darmiyan bhi koi ladai nahi.</w:t>
      </w:r>
      <w:r>
        <w:br/>
      </w:r>
      <w:r>
        <w:rPr>
          <w:sz w:val="20"/>
        </w:rPr>
        <w:t>2:22  Animal ke darmiyan aap jante hain ke kabhi koi jangl war ya world war nahi hui.</w:t>
      </w:r>
      <w:r>
        <w:br/>
      </w:r>
      <w:r>
        <w:rPr>
          <w:sz w:val="20"/>
        </w:rPr>
        <w:t>2:31  War sirf hui hai ya hoti hai insano ke darmiyan. To insan to sare universe ka bohat hi zyada, bohat hi zyada tiny part hai,</w:t>
      </w:r>
      <w:r>
        <w:br/>
      </w:r>
      <w:r>
        <w:rPr>
          <w:sz w:val="20"/>
        </w:rPr>
        <w:t>2:46  jisko freedom di gayi hai.</w:t>
      </w:r>
      <w:r>
        <w:br/>
      </w:r>
      <w:r>
        <w:rPr>
          <w:sz w:val="20"/>
        </w:rPr>
        <w:t>2:50  Yahi waqia is baat ke suboot ke liye kafi hai ke jang Khuda ki is duniya mein</w:t>
      </w:r>
      <w:r>
        <w:br/>
      </w:r>
      <w:r>
        <w:rPr>
          <w:sz w:val="20"/>
        </w:rPr>
        <w:t>3:03  sachai se inhiraf ka naam hai, deviation ka naam hai.</w:t>
      </w:r>
      <w:r>
        <w:br/>
      </w:r>
      <w:r>
        <w:rPr>
          <w:sz w:val="20"/>
        </w:rPr>
        <w:t>3:13  Sachai chahti hai aman. Lekin jab sachai se inhiraf kar diya jaye, tab hi tashaddud aur jang pesh aata hai.</w:t>
      </w:r>
      <w:r>
        <w:br/>
      </w:r>
      <w:r>
        <w:rPr>
          <w:sz w:val="20"/>
        </w:rPr>
        <w:t>3:30  Lekin insan ko chuki azadi di gayi hai, aur azadi ka matlab yeh hai ke woh apni azadi ko misuse karta hai,</w:t>
      </w:r>
      <w:r>
        <w:br/>
      </w:r>
      <w:r>
        <w:rPr>
          <w:sz w:val="20"/>
        </w:rPr>
        <w:t>3:41  ghalat istemal karta hai, to jang aur tashaddud yeh haqeeqat mein azadi ka ghalat istemal hai.</w:t>
      </w:r>
      <w:r>
        <w:br/>
      </w:r>
      <w:r>
        <w:rPr>
          <w:sz w:val="20"/>
        </w:rPr>
        <w:t>3:55  Azadi ka misuse hai.</w:t>
      </w:r>
      <w:r>
        <w:br/>
      </w:r>
      <w:r>
        <w:rPr>
          <w:sz w:val="20"/>
        </w:rPr>
        <w:t>4:01  Woh azadi ka sahi istemal nahi.</w:t>
      </w:r>
      <w:r>
        <w:br/>
      </w:r>
      <w:r>
        <w:rPr>
          <w:sz w:val="20"/>
        </w:rPr>
        <w:t>4:06  Jahan tak mein janta hoon, jahan tak mein ne parha hai, to tareekh mein hamesha jang aur tashaddud jari raha hai.</w:t>
      </w:r>
      <w:r>
        <w:br/>
      </w:r>
      <w:r>
        <w:rPr>
          <w:sz w:val="20"/>
        </w:rPr>
        <w:t>4:18  Arab mein kaha jata tha ke al-harbu anfalu al-harb. Jang ki kaat jang hai.</w:t>
      </w:r>
      <w:r>
        <w:br/>
      </w:r>
      <w:r>
        <w:rPr>
          <w:sz w:val="20"/>
        </w:rPr>
        <w:t>4:26  Lekin shayad tareekh mein pehli baar ek insan paida hua jis ne</w:t>
      </w:r>
      <w:r>
        <w:br/>
      </w:r>
      <w:r>
        <w:rPr>
          <w:sz w:val="20"/>
        </w:rPr>
        <w:t>4:35  jang ko ek falsafi banaya. Yeh tha Karl Marx. Karl Marx ne jo falsafi banayi,</w:t>
      </w:r>
      <w:r>
        <w:br/>
      </w:r>
      <w:r>
        <w:rPr>
          <w:sz w:val="20"/>
        </w:rPr>
        <w:t>4:45  woh base karti thi dialectical materialism par. Is falsafi se yeh nikla ke samaji islah ya insani zindagi ki islah jo hai, baghair jang ke aur tashaddud ke nahi ho sakti.</w:t>
      </w:r>
      <w:r>
        <w:br/>
      </w:r>
      <w:r>
        <w:rPr>
          <w:sz w:val="20"/>
        </w:rPr>
        <w:t>5:05  Yeh ghaliban pehli baar yeh waqia hua ke tashaddud ya jang ko ek falsafi ki shakal de di gayi.</w:t>
      </w:r>
      <w:r>
        <w:br/>
      </w:r>
      <w:r>
        <w:rPr>
          <w:sz w:val="20"/>
        </w:rPr>
        <w:t>5:17  Chunancha is ki base par communist party bani.</w:t>
      </w:r>
      <w:r>
        <w:br/>
      </w:r>
      <w:r>
        <w:rPr>
          <w:sz w:val="20"/>
        </w:rPr>
        <w:t>5:24  Bohat bade bade dimagh is se mutasir ho gaye. Aur</w:t>
      </w:r>
      <w:r>
        <w:br/>
      </w:r>
      <w:r>
        <w:rPr>
          <w:sz w:val="20"/>
        </w:rPr>
        <w:t>5:31  international tehreek wajood mein aayi.</w:t>
      </w:r>
      <w:r>
        <w:br/>
      </w:r>
      <w:r>
        <w:rPr>
          <w:sz w:val="20"/>
        </w:rPr>
        <w:t>5:37  Stalin communism ka ek bara leader tha jo roos mein paida hua.</w:t>
      </w:r>
      <w:r>
        <w:br/>
      </w:r>
      <w:r>
        <w:rPr>
          <w:sz w:val="20"/>
        </w:rPr>
        <w:t>5:48  To us ne apni ek speech mein kaha tha ke hum ko apne mission mein kamyabi ke liye</w:t>
      </w:r>
      <w:r>
        <w:br/>
      </w:r>
      <w:r>
        <w:rPr>
          <w:sz w:val="20"/>
        </w:rPr>
        <w:t>6:01  teen cheezon ki zaroorat hai: hathiyar, hathiyar, hathiyar, aur aakhir mein phir hathiyar.</w:t>
      </w:r>
      <w:r>
        <w:br/>
      </w:r>
      <w:r>
        <w:rPr>
          <w:sz w:val="20"/>
        </w:rPr>
        <w:t>6:14  Mein kahunga ke yeh jhooti falsafi thi. Sahi falsafi yeh hai ke hum ko kamyabi ke liye teen cheezon ki zaroorat hai: sabr, sabr, sabr, aur aakhir mein phir sabr.</w:t>
      </w:r>
    </w:p>
    <w:p>
      <w:pPr>
        <w:pStyle w:val="Heading2"/>
      </w:pPr>
      <w:r>
        <w:t>distinguishing enemy from attacker, enemy as potential friend</w:t>
      </w:r>
    </w:p>
    <w:p>
      <w:r>
        <w:rPr>
          <w:color w:val="666666"/>
          <w:sz w:val="18"/>
        </w:rPr>
        <w:t>Goodness in The Face of Evil (Sai Centre) August 20, 2008 Maulana Wahiduddin Khan · 2m 03s · at 27:11 · https://youtu.be/tTPaJXCbZ24?t=1631</w:t>
      </w:r>
    </w:p>
    <w:p>
      <w:r>
        <w:rPr>
          <w:i/>
        </w:rPr>
        <w:t>“I asked them: why do you keep fighting? They said, 'the enemy.'”</w:t>
      </w:r>
    </w:p>
    <w:p>
      <w:r>
        <w:rPr>
          <w:sz w:val="20"/>
        </w:rPr>
        <w:t>27:11  ek baat mein aur yahan arz karna chahunga ke kai muslim countries mein mein gaya jahan ke log lad darr rahe hain to mein ne kaha bhai aap ladte phirte kyun hain?</w:t>
      </w:r>
      <w:r>
        <w:br/>
      </w:r>
      <w:r>
        <w:rPr>
          <w:sz w:val="20"/>
        </w:rPr>
        <w:t>27:24  to unhon ne kaha ke sahib, yeh hum dushman se lad rahe hain, dushman hai to ladna hi paray ga. yani falasteen mein woh jewish community hai, dushman hai to humein ladna paray ga.</w:t>
      </w:r>
      <w:r>
        <w:br/>
      </w:r>
      <w:r>
        <w:rPr>
          <w:sz w:val="20"/>
        </w:rPr>
        <w:t>27:36  to mein ne kaha dekhiye, yeh bilkul aap jo bol rahe hain, yeh islam ki boli nahi hai. islam, yani islam differentiates between,</w:t>
      </w:r>
      <w:r>
        <w:br/>
      </w:r>
      <w:r>
        <w:rPr>
          <w:sz w:val="20"/>
        </w:rPr>
        <w:t>27:49  yani enemy and attacker. islam mein larai hai sirf attacker ke khilaf, enemy ke khilaf larai nahi hai. islam mein yeh un logon ko ma</w:t>
      </w:r>
      <w:r>
        <w:br/>
      </w:r>
      <w:r>
        <w:rPr>
          <w:sz w:val="20"/>
        </w:rPr>
        <w:t>28:01  loom nahi hai. quran mein hai ke la</w:t>
      </w:r>
      <w:r>
        <w:br/>
      </w:r>
      <w:r>
        <w:rPr>
          <w:sz w:val="20"/>
        </w:rPr>
        <w:t>28:13  is ka matlab yeh hai ke agar koi tumhara dushman hai, tumhara enemy hai to tum us se woh na karo jo woh tumhare sath kar raha hai, woh na karo jo woh kar raha hai.</w:t>
      </w:r>
      <w:r>
        <w:br/>
      </w:r>
      <w:r>
        <w:rPr>
          <w:sz w:val="20"/>
        </w:rPr>
        <w:t>28:26  yani woh hate kar raha hai to hate mat karo, woh tum ko satata hai to mat satao, satao,</w:t>
      </w:r>
      <w:r>
        <w:br/>
      </w:r>
      <w:r>
        <w:rPr>
          <w:sz w:val="20"/>
        </w:rPr>
        <w:t>28:32  woh tum ko kuch nuqsan pohanchata hai to tum nuqsan mat pohanchao. balkay woh bura karta hai to woh acha karo.</w:t>
      </w:r>
      <w:r>
        <w:br/>
      </w:r>
      <w:r>
        <w:rPr>
          <w:sz w:val="20"/>
        </w:rPr>
        <w:t>28:42  to kya hoga? dushman tumhara dost ban jaye ga,</w:t>
      </w:r>
      <w:r>
        <w:br/>
      </w:r>
      <w:r>
        <w:rPr>
          <w:sz w:val="20"/>
        </w:rPr>
        <w:t>28:48  yani aaj ka dushman kal ka dost ban jaye ga. ab zahir hai ke is ka matlab kya hua? it means that your enemy is your potential friend.</w:t>
      </w:r>
      <w:r>
        <w:br/>
      </w:r>
      <w:r>
        <w:rPr>
          <w:sz w:val="20"/>
        </w:rPr>
        <w:t>29:03  yani har enemy potentially aap ka friend hai. yeh islam ki teaching hai. your enemy koi aisa nahi ke by birth koi enemy hota ho.</w:t>
      </w:r>
    </w:p>
    <w:p>
      <w:pPr>
        <w:pStyle w:val="Heading2"/>
      </w:pPr>
      <w:r>
        <w:t>Maulana's own journey learning both madrasa and modern knowledge</w:t>
      </w:r>
    </w:p>
    <w:p>
      <w:r>
        <w:rPr>
          <w:color w:val="666666"/>
          <w:sz w:val="18"/>
        </w:rPr>
        <w:t>Islam in the Modern Age December 08, 2006 Maulana Wahiduddin Khan · 5m 22s · at 13:45 · https://youtu.be/sToYBVIXSxQ?t=825</w:t>
      </w:r>
    </w:p>
    <w:p>
      <w:r>
        <w:rPr>
          <w:i/>
        </w:rPr>
        <w:t>“My own education happened in a madrasa”</w:t>
      </w:r>
    </w:p>
    <w:p>
      <w:r>
        <w:rPr>
          <w:sz w:val="20"/>
        </w:rPr>
        <w:t>13:45  to meri apni education madrasay mein hui. madrasay mein maine islamic learning jis ko kehte hain is ko padha.</w:t>
      </w:r>
      <w:r>
        <w:br/>
      </w:r>
      <w:r>
        <w:rPr>
          <w:sz w:val="20"/>
        </w:rPr>
        <w:t>13:56  arabi zaban, quran, hadith aur islamic kitabein is ko padha. is ko padh kar jab mein lauta apne samaj mein, musalmanon ke darmiyan,</w:t>
      </w:r>
      <w:r>
        <w:br/>
      </w:r>
      <w:r>
        <w:rPr>
          <w:sz w:val="20"/>
        </w:rPr>
        <w:t>14:13  to logon se baatein huien.</w:t>
      </w:r>
      <w:r>
        <w:br/>
      </w:r>
      <w:r>
        <w:rPr>
          <w:sz w:val="20"/>
        </w:rPr>
        <w:t>14:18  khas tor par woh log jo angrezi taleem yafta thay. to mujhe maloom hua ke madrasay ki taleem jo hai meri kafi nahi hai ke mein un logon ke sawalat ka jawab kar sakoon.</w:t>
      </w:r>
      <w:r>
        <w:br/>
      </w:r>
      <w:r>
        <w:rPr>
          <w:sz w:val="20"/>
        </w:rPr>
        <w:t>14:30  mujhe kuch aur padhna hai. woh naye naye sawalat karte thay jis ko mein ne madrasay mein nahi padha tha. woh naye naye zaawiyon se janna chahte thay jo mujhe madrasay mein nahi padhaya gaya tha.</w:t>
      </w:r>
      <w:r>
        <w:br/>
      </w:r>
      <w:r>
        <w:rPr>
          <w:sz w:val="20"/>
        </w:rPr>
        <w:t>14:46  to mein ne faisla kiya ke mein khud angrezi padhoon. to niji taur par mein ne angrezi zaban padhi. yani islam ko to mein ne padha tha madrasay mein.</w:t>
      </w:r>
      <w:r>
        <w:br/>
      </w:r>
      <w:r>
        <w:rPr>
          <w:sz w:val="20"/>
        </w:rPr>
        <w:t>14:57  rasmi tareeqay par. lekin modern soch kya hai? modern woh age kya hai jis ki wajah se log kehte hain ke islam ki ahmiyat aaj baqi nahi rahi?</w:t>
      </w:r>
      <w:r>
        <w:br/>
      </w:r>
      <w:r>
        <w:rPr>
          <w:sz w:val="20"/>
        </w:rPr>
        <w:t>15:13  to maine taqreeban bees saal is mein bitaye ke angrezi zaban seekhoon aur</w:t>
      </w:r>
      <w:r>
        <w:br/>
      </w:r>
      <w:r>
        <w:rPr>
          <w:sz w:val="20"/>
        </w:rPr>
        <w:t>15:22  door jadeed ki kitabon ko mutala karoon. to yeh dono taraf se parhne ke baad yeh dono qism ke ilm hasil karne mein mujhe bohat kaafi waqt laga.</w:t>
      </w:r>
      <w:r>
        <w:br/>
      </w:r>
      <w:r>
        <w:rPr>
          <w:sz w:val="20"/>
        </w:rPr>
        <w:t>15:36  saari zindagi ka mutale mein lagata raha mein. yeh mumkin kaise hua</w:t>
      </w:r>
      <w:r>
        <w:br/>
      </w:r>
      <w:r>
        <w:rPr>
          <w:sz w:val="20"/>
        </w:rPr>
        <w:t>15:41  ? aam logon ke liye yeh mumkin nahi hota. kyunke aadmi foran lag jata hai khane kamane mein. mujhe khuda ke fazal se chote par se khandan ka support milta raha.</w:t>
      </w:r>
      <w:r>
        <w:br/>
      </w:r>
      <w:r>
        <w:rPr>
          <w:sz w:val="20"/>
        </w:rPr>
        <w:t>15:54  aur abhi bhi khandan hi ke support par mein kaam kar raha hoon.</w:t>
      </w:r>
      <w:r>
        <w:br/>
      </w:r>
      <w:r>
        <w:rPr>
          <w:sz w:val="20"/>
        </w:rPr>
        <w:t>15:59  to khandan ke support par maine yeh kaam shuru kiya. aur abhi tak mein is ko jari rakhe hue hoon khandan ke support par. yeh Allah taala ka bohat khaas.</w:t>
      </w:r>
      <w:r>
        <w:br/>
      </w:r>
      <w:r>
        <w:rPr>
          <w:sz w:val="20"/>
        </w:rPr>
        <w:t>16:09  mein pareshan hoon ke khandan ka support mujhe poori zindagi mein de diya taake mein yeh kaam kar sakoon.</w:t>
      </w:r>
      <w:r>
        <w:br/>
      </w:r>
      <w:r>
        <w:rPr>
          <w:sz w:val="20"/>
        </w:rPr>
        <w:t>16:18  to jab maine dono taraf ke uloom parhe, yani madrasay ki taleem ke baad dobara maine islami uloom ko parha.</w:t>
      </w:r>
      <w:r>
        <w:br/>
      </w:r>
      <w:r>
        <w:rPr>
          <w:sz w:val="20"/>
        </w:rPr>
        <w:t>16:29  aur jis ko jadeed uloom kehte hain us ko bhi parha. to parhne ke baad mujhe jo baat samne aayi woh yeh thi, wohi jo maine kaha ke masla islam ki re-discovery ka hai.</w:t>
      </w:r>
      <w:r>
        <w:br/>
      </w:r>
      <w:r>
        <w:rPr>
          <w:sz w:val="20"/>
        </w:rPr>
        <w:t>16:43  yani islam ka ahmiyat khatam nahi hua hai.</w:t>
      </w:r>
      <w:r>
        <w:br/>
      </w:r>
      <w:r>
        <w:rPr>
          <w:sz w:val="20"/>
        </w:rPr>
        <w:t>16:47  albatta original islam par jo izafa kiya gaya hai, interpretation kar kar ke, kar kar ke, us ka ahmiyat khatam ho gaya hai.</w:t>
      </w:r>
      <w:r>
        <w:br/>
      </w:r>
      <w:r>
        <w:rPr>
          <w:sz w:val="20"/>
        </w:rPr>
        <w:t>16:59  to is tarah se maine jab yeh</w:t>
      </w:r>
      <w:r>
        <w:br/>
      </w:r>
      <w:r>
        <w:rPr>
          <w:sz w:val="20"/>
        </w:rPr>
        <w:t>17:04  daryaft mujhe hui to maine us par likhna shuru kiya. aur taqreeban do sau kitabein meri chhap chuki</w:t>
      </w:r>
      <w:r>
        <w:br/>
      </w:r>
      <w:r>
        <w:rPr>
          <w:sz w:val="20"/>
        </w:rPr>
        <w:t>17:12  hain. maine quran ki tafseer likhi, hadith par likha, seerat-e-rasool par likha, tareekh-e-islam par likha.</w:t>
      </w:r>
      <w:r>
        <w:br/>
      </w:r>
      <w:r>
        <w:rPr>
          <w:sz w:val="20"/>
        </w:rPr>
        <w:t>17:22  islam ke taqreeban har pehlu par maine likha. to yeh literature aaj khuda ke fazal se urdu mein, arabi mein, angrezi mein, mukhtalif zabanon mein dastiyab hai.</w:t>
      </w:r>
      <w:r>
        <w:br/>
      </w:r>
      <w:r>
        <w:rPr>
          <w:sz w:val="20"/>
        </w:rPr>
        <w:t>17:35  to mein yeh keh sakta hoon ke bohat se logon ko in kitabon se is sawal ka jawab mila ke woh jo islam ki jo numaindagi thi riwayati kitabon ke zariye, us se un ka zehni pata nahi ho raha tha.</w:t>
      </w:r>
      <w:r>
        <w:br/>
      </w:r>
      <w:r>
        <w:rPr>
          <w:sz w:val="20"/>
        </w:rPr>
        <w:t>17:53  lekin jab meri kitabein parhin unhone to un ka zehni pata hua. kyunke maine us islam ko pesh kiya tha un kitabon mein jo insaan ki fitrat ke mutabiq tha.</w:t>
      </w:r>
      <w:r>
        <w:br/>
      </w:r>
      <w:r>
        <w:rPr>
          <w:sz w:val="20"/>
        </w:rPr>
        <w:t>18:08  islam deeni fitrat hai. yani mazhab fitrat hai. lekin insani interpretation se jo us par parde pad gaye the, us ko jab hata diya</w:t>
      </w:r>
      <w:r>
        <w:br/>
      </w:r>
      <w:r>
        <w:rPr>
          <w:sz w:val="20"/>
        </w:rPr>
        <w:t>18:19  maine to maloom hua ke yeh islam wohi hai jo aadmi ka fitrat chahta hai. yeh hai khulasa.</w:t>
      </w:r>
      <w:r>
        <w:br/>
      </w:r>
      <w:r>
        <w:rPr>
          <w:sz w:val="20"/>
        </w:rPr>
        <w:t>18:29  ab yeh aap dekh, aap ko yeh ilm hoga ke bohat se logon ko meri kitabon se sachai mili. islam ki taraf lote woh. lekin aise bhi kai log hain ya bohat se log honge jinhein meri kitabon mein abhi tak, yani abhi tak woh yeh samajhte hain ke yeh koi aur cheez hai.</w:t>
      </w:r>
      <w:r>
        <w:br/>
      </w:r>
      <w:r>
        <w:rPr>
          <w:sz w:val="20"/>
        </w:rPr>
        <w:t>18:56  to us par maine bohat ghor kiya ke maine to is kahin bhi apne janne mein original islam se hata nahi hoon. sirf us ko modern zaban mein pesh kiya hai.</w:t>
      </w:r>
    </w:p>
    <w:p>
      <w:pPr>
        <w:pStyle w:val="Heading2"/>
      </w:pPr>
      <w:r>
        <w:t>Islam does not degrade women</w:t>
      </w:r>
    </w:p>
    <w:p>
      <w:r>
        <w:rPr>
          <w:color w:val="666666"/>
          <w:sz w:val="18"/>
        </w:rPr>
        <w:t>Place of Woman in Islam-II | March 5, 2006 | Maulana Wahiduddin Khan · 30s · at 1:15 · https://youtu.be/0s49N8jj560?t=75</w:t>
      </w:r>
    </w:p>
    <w:p>
      <w:r>
        <w:rPr>
          <w:i/>
        </w:rPr>
        <w:t>“To Islam mein aurat ko degrade nahi kiya gaya hai”</w:t>
      </w:r>
    </w:p>
    <w:p>
      <w:r>
        <w:rPr>
          <w:sz w:val="20"/>
        </w:rPr>
        <w:t xml:space="preserve">1:15  </w:t>
      </w:r>
      <w:r>
        <w:br/>
      </w:r>
      <w:r>
        <w:rPr>
          <w:sz w:val="20"/>
        </w:rPr>
        <w:t>1:20  to Islam mein aurat ko degrade nahi kiya gaya hai.</w:t>
      </w:r>
      <w:r>
        <w:br/>
      </w:r>
      <w:r>
        <w:rPr>
          <w:sz w:val="20"/>
        </w:rPr>
        <w:t>1:24  balkey yeh ke proper place jo nature ke jo Khuda ke creation plan mein banti hai us ki</w:t>
      </w:r>
      <w:r>
        <w:br/>
      </w:r>
      <w:r>
        <w:rPr>
          <w:sz w:val="20"/>
        </w:rPr>
        <w:t>1:28  woh place di gayi hai us ko.</w:t>
      </w:r>
      <w:r>
        <w:br/>
      </w:r>
      <w:r>
        <w:rPr>
          <w:sz w:val="20"/>
        </w:rPr>
        <w:t>1:32  asal baat yeh hai.</w:t>
      </w:r>
      <w:r>
        <w:br/>
      </w:r>
      <w:r>
        <w:rPr>
          <w:sz w:val="20"/>
        </w:rPr>
        <w:t>1:37  yeh hai kisi ko ghalat naam dey kar, jis ko kehtey hain wrong nomenclature.</w:t>
      </w:r>
      <w:r>
        <w:br/>
      </w:r>
      <w:r>
        <w:rPr>
          <w:sz w:val="20"/>
        </w:rPr>
        <w:t>1:41  ghalat naam dey kar badnaam karna</w:t>
      </w:r>
    </w:p>
    <w:p>
      <w:pPr>
        <w:pStyle w:val="Heading2"/>
      </w:pPr>
      <w:r>
        <w:t>Repel evil with good, turn enemy into friend</w:t>
      </w:r>
    </w:p>
    <w:p>
      <w:r>
        <w:rPr>
          <w:color w:val="666666"/>
          <w:sz w:val="18"/>
        </w:rPr>
        <w:t>Peace in Islam March 13, 2022 Prof. Farida Khanam · 37s · at 10:34 · https://youtu.be/EZ7ICiSN0aE?t=634</w:t>
      </w:r>
    </w:p>
    <w:p>
      <w:r>
        <w:rPr>
          <w:i/>
        </w:rPr>
        <w:t>“बुराई का बदला भलाई से, दुश्मन दोस्त बन जाएगा”</w:t>
      </w:r>
    </w:p>
    <w:p>
      <w:r>
        <w:rPr>
          <w:sz w:val="20"/>
        </w:rPr>
        <w:t>10:34  burai ka badla bhalai se do dushman dost ban jayega.</w:t>
      </w:r>
      <w:r>
        <w:br/>
      </w:r>
      <w:r>
        <w:rPr>
          <w:sz w:val="20"/>
        </w:rPr>
        <w:t>10:39  bhalai un hamein unka lafzaya hai.</w:t>
      </w:r>
      <w:r>
        <w:br/>
      </w:r>
      <w:r>
        <w:rPr>
          <w:sz w:val="20"/>
        </w:rPr>
        <w:t>10:44  to dushman ke saath hamein usko, hum khuda ka paigham pahunchana hai, uske saath well wishing karni hai,</w:t>
      </w:r>
      <w:r>
        <w:br/>
      </w:r>
      <w:r>
        <w:rPr>
          <w:sz w:val="20"/>
        </w:rPr>
        <w:t>10:49  aur us se is tareeqe se rehna hai ke, is tareeqe se well wishing ke saath din usko pahunchana</w:t>
      </w:r>
      <w:r>
        <w:br/>
      </w:r>
      <w:r>
        <w:rPr>
          <w:sz w:val="20"/>
        </w:rPr>
        <w:t>10:55  hai, paigham pahunchana hai ke uske dil tak pahunch jaye aur us, aur woh poore tareeqe se usko</w:t>
      </w:r>
      <w:r>
        <w:br/>
      </w:r>
      <w:r>
        <w:rPr>
          <w:sz w:val="20"/>
        </w:rPr>
        <w:t>11:00  samajh le baat ko.</w:t>
      </w:r>
      <w:r>
        <w:br/>
      </w:r>
      <w:r>
        <w:rPr>
          <w:sz w:val="20"/>
        </w:rPr>
        <w:t>11:05  to jab hum jang karenge to, woh mahauli kharab ho jayega.</w:t>
      </w:r>
      <w:r>
        <w:br/>
      </w:r>
      <w:r>
        <w:rPr>
          <w:sz w:val="20"/>
        </w:rPr>
        <w:t>11:11  to hamara jo kaam hai khuda ke din ko, khuda ke prakaam ko pahunchana, to woh bilkul hi sab khatam ho jayega. woh uski faiza hi khatam ho jayegi. to ek ismein quran ke aaya the qataale fitna hai jismein ke unse lado yahan tak ke fitna baaqina rahe aur deen sab allah akeli ho jayen.</w:t>
      </w:r>
    </w:p>
    <w:p>
      <w:pPr>
        <w:pStyle w:val="Heading2"/>
      </w:pPr>
      <w:r>
        <w:t>Why the Sufi peace method is the only sustainable one</w:t>
      </w:r>
    </w:p>
    <w:p>
      <w:r>
        <w:rPr>
          <w:color w:val="666666"/>
          <w:sz w:val="18"/>
        </w:rPr>
        <w:t>Contribution of Sufism in India May 29, 2011 · 4m 02s · at 43:18 · https://youtu.be/lzxSaTnomio?t=2598</w:t>
      </w:r>
    </w:p>
    <w:p>
      <w:r>
        <w:rPr>
          <w:i/>
        </w:rPr>
        <w:t>“This movement is called sulh-e-kul, total reconciliation”</w:t>
      </w:r>
    </w:p>
    <w:p>
      <w:r>
        <w:rPr>
          <w:sz w:val="20"/>
        </w:rPr>
        <w:t>43:18  to yeh sofi jo tehreek hai, woh is ka kaha jata hai ke yeh sulah kul ki tehreek hai, sulah kul ki tehreek.</w:t>
      </w:r>
      <w:r>
        <w:br/>
      </w:r>
      <w:r>
        <w:rPr>
          <w:sz w:val="20"/>
        </w:rPr>
        <w:t>43:31  to sulah kul ki tehreek jo hai, woh isi se maakhuz hai, yani quran ki is ayat se: "alsulhu khair, sulah behtar hai".</w:t>
      </w:r>
      <w:r>
        <w:br/>
      </w:r>
      <w:r>
        <w:rPr>
          <w:sz w:val="20"/>
        </w:rPr>
        <w:t>43:44  to sulah ke sulah kul ka jo tareeqa hai sufia ka, us ko passive sense mein mat lijiye, passive sense mein na lijiye.</w:t>
      </w:r>
      <w:r>
        <w:br/>
      </w:r>
      <w:r>
        <w:rPr>
          <w:sz w:val="20"/>
        </w:rPr>
        <w:t>43:57  woh bohat zyada is ke andar positive value hai.</w:t>
      </w:r>
      <w:r>
        <w:br/>
      </w:r>
      <w:r>
        <w:rPr>
          <w:sz w:val="20"/>
        </w:rPr>
        <w:t>44:02  positive value yeh hai ke is mein koi takrao nahin hota, koi rukawat karne wala nahin. Jo sufia ko koi marne nahin aaya, sufia ke khilaf kisi ne fauj nahin charhai ki, charhai ki jabke rajaon mein aur badshahon mein baqayda larai hoti rahi, larai hoti rahi, larai hoti rahi.</w:t>
      </w:r>
      <w:r>
        <w:br/>
      </w:r>
      <w:r>
        <w:rPr>
          <w:sz w:val="20"/>
        </w:rPr>
        <w:t>44:22  sufia ke khilaf kisi ne fauj kashi nahin ki.</w:t>
      </w:r>
      <w:r>
        <w:br/>
      </w:r>
      <w:r>
        <w:rPr>
          <w:sz w:val="20"/>
        </w:rPr>
        <w:t>44:27  to sulah ka jo tareeqa ikhtiyar karne ka matlab yeh hai ke aap</w:t>
      </w:r>
      <w:r>
        <w:br/>
      </w:r>
      <w:r>
        <w:rPr>
          <w:sz w:val="20"/>
        </w:rPr>
        <w:t>44:33  doosron ki taraf se maamoon ho jatay hain.</w:t>
      </w:r>
      <w:r>
        <w:br/>
      </w:r>
      <w:r>
        <w:rPr>
          <w:sz w:val="20"/>
        </w:rPr>
        <w:t>44:38  sulah aur sulah khair ka matlab yahi hai. Sulah behtar hai ke matlab kya hain? Ke sulah ka tareeqa aap ikhtiyar karenge to aap ke khilaf koi fauj kashi nahin karega, aap ke khilaf koi hungama nahin karega,</w:t>
      </w:r>
      <w:r>
        <w:br/>
      </w:r>
      <w:r>
        <w:rPr>
          <w:sz w:val="20"/>
        </w:rPr>
        <w:t>44:52  aap ke khilaf koi negative tehreek nahin chalayega. Kyun ke sulah ka tareeqa goya ke killer hai har qism ki mukhalifaton ka.</w:t>
      </w:r>
      <w:r>
        <w:br/>
      </w:r>
      <w:r>
        <w:rPr>
          <w:sz w:val="20"/>
        </w:rPr>
        <w:t>45:06  log chahte hain ke mukhalifaton ko kill karen, is ke zariye se, taqat ke zariye se. To taqat ke zariye se kabhi khatam nahin paate mukhalifat ko.</w:t>
      </w:r>
      <w:r>
        <w:br/>
      </w:r>
      <w:r>
        <w:rPr>
          <w:sz w:val="20"/>
        </w:rPr>
        <w:t>45:19  aap sulah ke zariye se sulah ka, sulah ka tareeqa ikhtiyar kijiye, apne aap khatam ho jayega. Sulah ka tareeqa ikhtiyar kijiye to apne aap hi mukhalifat khatam, dushmani khatam, sazish khatam, sab kuch khatam.</w:t>
      </w:r>
      <w:r>
        <w:br/>
      </w:r>
      <w:r>
        <w:rPr>
          <w:sz w:val="20"/>
        </w:rPr>
        <w:t>45:38  alsulhu khair ka matlab yahi hai ke sulah behtar hai. Behtar ka matlab hai ke sulah jo hai, har haal mein effective hoti hai. Sulah ke liye koi rukawat nahin hai, sulah ka koi dushman nahin,</w:t>
      </w:r>
      <w:r>
        <w:br/>
      </w:r>
      <w:r>
        <w:rPr>
          <w:sz w:val="20"/>
        </w:rPr>
        <w:t>45:52  sulah ke khilaf koi ishaash karne wala nahin. To aap ko mauqa hi mauqa hai,</w:t>
      </w:r>
      <w:r>
        <w:br/>
      </w:r>
      <w:r>
        <w:rPr>
          <w:sz w:val="20"/>
        </w:rPr>
        <w:t>46:02  sari opportunities ka avail karte rahiye, aur koi aap ko rokne wala nahi aayega. to sulah ki taqat sab se bari taqat hai.</w:t>
      </w:r>
      <w:r>
        <w:br/>
      </w:r>
      <w:r>
        <w:rPr>
          <w:sz w:val="20"/>
        </w:rPr>
        <w:t>46:15  pehle zamane mein kaha jata tha ke har ke shamshir zant sikka bana mash khanann, yani talwar mein taqat hai.</w:t>
      </w:r>
      <w:r>
        <w:br/>
      </w:r>
      <w:r>
        <w:rPr>
          <w:sz w:val="20"/>
        </w:rPr>
        <w:t>46:24  yeh pehla, pehle zamane ka formula tha: har ke shamshir zant sikka bana mash khanann,</w:t>
      </w:r>
      <w:r>
        <w:br/>
      </w:r>
      <w:r>
        <w:rPr>
          <w:sz w:val="20"/>
        </w:rPr>
        <w:t>46:33  taqat talwar mein hai. ab yeh formula khatm ho gaya. jaise dunya mein democracy aayi hai, azadi aayi hai, communication aaya hai, mawaqe bare hain,</w:t>
      </w:r>
      <w:r>
        <w:br/>
      </w:r>
      <w:r>
        <w:rPr>
          <w:sz w:val="20"/>
        </w:rPr>
        <w:t>46:48  aur yahan dashes qaim hui hain. in sari cheezon ne mein ab is daur ko khatm kar diya.</w:t>
      </w:r>
      <w:r>
        <w:br/>
      </w:r>
      <w:r>
        <w:rPr>
          <w:sz w:val="20"/>
        </w:rPr>
        <w:t>46:56  ab to sirf peaceful tareeqe se kaam kijiye, aur koi aap ko rukawat, aap ke raste mein koi rukawat dalne wala nahi hai.</w:t>
      </w:r>
      <w:r>
        <w:br/>
      </w:r>
      <w:r>
        <w:rPr>
          <w:sz w:val="20"/>
        </w:rPr>
        <w:t>47:06  jitna chahe kaam karte rahein, jitna kaam karte rahein, koi rukawat nahi. to sufi ka tareeqa aaj bhi relevant hai, ab badshahon ka tareeqa aaj relevant nahi.</w:t>
      </w:r>
    </w:p>
    <w:p>
      <w:pPr>
        <w:pStyle w:val="Heading2"/>
      </w:pPr>
      <w:r>
        <w:t>Defining jihad as striving and self-development, not warfare</w:t>
      </w:r>
    </w:p>
    <w:p>
      <w:r>
        <w:rPr>
          <w:color w:val="666666"/>
          <w:sz w:val="18"/>
        </w:rPr>
        <w:t>Culture of Peace and Non Voilence in Islam January 14, 2023 · 1m 45s · at 5:33 · https://youtu.be/INrBUtThaRw?t=333</w:t>
      </w:r>
    </w:p>
    <w:p>
      <w:r>
        <w:rPr>
          <w:i/>
        </w:rPr>
        <w:t>“Jihad ke maane qatal nahi, strive karna hai”</w:t>
      </w:r>
    </w:p>
    <w:p>
      <w:r>
        <w:rPr>
          <w:sz w:val="20"/>
        </w:rPr>
        <w:t>5:33  apa, lekin ek sawal yahan pe yeh bhi aata hai ke aksar islam ki baat hoti hai to peace se pehle jihad word aa jata hai. to main chahunga ke thoda jihad ko bhi aap achhe se wazeh karen.</w:t>
      </w:r>
      <w:r>
        <w:br/>
      </w:r>
      <w:r>
        <w:rPr>
          <w:sz w:val="20"/>
        </w:rPr>
        <w:t>5:47  asal mein jihad ke maani qital nahin hain. jihad aur qital synonymous words nahin hain. jang jo hai ke liye qital ka word bola jata hai.</w:t>
      </w:r>
      <w:r>
        <w:br/>
      </w:r>
      <w:r>
        <w:rPr>
          <w:sz w:val="20"/>
        </w:rPr>
        <w:t>5:59  jihad ke liye hai ke jihad ke maani hain strive, struggle, khoob ziyada mehnat karna. to khoob ziyada mehnat karna ALLAH ki rah mein.</w:t>
      </w:r>
      <w:r>
        <w:br/>
      </w:r>
      <w:r>
        <w:rPr>
          <w:sz w:val="20"/>
        </w:rPr>
        <w:t>6:08  to is mein jo is mein ziyada tar wohi aata hai ke hum apni apne aap ke ke andar intellectual development, spiritual development ka kaam karen, society mein kaam karen, logon tak khuda ka paigham pohnchayen.</w:t>
      </w:r>
      <w:r>
        <w:br/>
      </w:r>
      <w:r>
        <w:rPr>
          <w:sz w:val="20"/>
        </w:rPr>
        <w:t>6:23  is mein mehnat karna, deen mein mehnat karna,</w:t>
      </w:r>
      <w:r>
        <w:br/>
      </w:r>
      <w:r>
        <w:rPr>
          <w:sz w:val="20"/>
        </w:rPr>
        <w:t>6:26  aur apni personality development mein mehnat karna. lekin wohi hai ke kabhi kabhi aisa ho jata hai ke halaat kharab ho jate hain, to kabhi kabhi aisa ho jata hai ke difa karna parta hai.</w:t>
      </w:r>
      <w:r>
        <w:br/>
      </w:r>
      <w:r>
        <w:rPr>
          <w:sz w:val="20"/>
        </w:rPr>
        <w:t>6:39  lekin yeh peace jo hai wohi rule hai, aur jo non violence hai, peace to rule hai, aur violence jo hai woh exception hai.</w:t>
      </w:r>
      <w:r>
        <w:br/>
      </w:r>
      <w:r>
        <w:rPr>
          <w:sz w:val="20"/>
        </w:rPr>
        <w:t>6:51  woh kabhi kabhi aisa hota hai. to jihad to ke maani hi nahin hain qital.</w:t>
      </w:r>
      <w:r>
        <w:br/>
      </w:r>
      <w:r>
        <w:rPr>
          <w:sz w:val="20"/>
        </w:rPr>
        <w:t>6:57  jihad ke maani hain khoob khoob mehnat karna, striving, struggling kisi achhe kaam ke liye. to woh to jihad sara zindagi bhar jari rehta hai.</w:t>
      </w:r>
      <w:r>
        <w:br/>
      </w:r>
      <w:r>
        <w:rPr>
          <w:sz w:val="20"/>
        </w:rPr>
        <w:t>7:08  kyunke hum jis duniya mein paida hue hain woh hamari apni banai hui duniya nahin hai, khuda ki banai hui duniya hai. to yahan hum ko khuda ki marzi ke mutabiq zindagi guzarni hai.</w:t>
      </w:r>
    </w:p>
    <w:p>
      <w:pPr>
        <w:pStyle w:val="Heading2"/>
      </w:pPr>
      <w:r>
        <w:t>Concept of ijtihad in Islam</w:t>
      </w:r>
    </w:p>
    <w:p>
      <w:r>
        <w:rPr>
          <w:color w:val="666666"/>
          <w:sz w:val="18"/>
        </w:rPr>
        <w:t>Islam in the Modern Age May 22, 2016 · 2m 32s · at 28:29 · https://youtu.be/RdJegCn3D10?t=1709</w:t>
      </w:r>
    </w:p>
    <w:p>
      <w:r>
        <w:rPr>
          <w:i/>
        </w:rPr>
        <w:t>“Dekhiye, ijtihad jo hai woh koi aaj ki baat nahi”</w:t>
      </w:r>
    </w:p>
    <w:p>
      <w:r>
        <w:rPr>
          <w:sz w:val="20"/>
        </w:rPr>
        <w:t>28:29  dekhiye, ijtihad jo hai, woh koi aaj ki ya pehle zamane ki baat nahi hai.</w:t>
      </w:r>
      <w:r>
        <w:br/>
      </w:r>
      <w:r>
        <w:rPr>
          <w:sz w:val="20"/>
        </w:rPr>
        <w:t>28:33  har zamane mein ijtihad karna parta hai.</w:t>
      </w:r>
      <w:r>
        <w:br/>
      </w:r>
      <w:r>
        <w:rPr>
          <w:sz w:val="20"/>
        </w:rPr>
        <w:t>28:37  har zamane mein.</w:t>
      </w:r>
      <w:r>
        <w:br/>
      </w:r>
      <w:r>
        <w:rPr>
          <w:sz w:val="20"/>
        </w:rPr>
        <w:t>28:41  pehlay bhi tha, ab bhi.</w:t>
      </w:r>
      <w:r>
        <w:br/>
      </w:r>
      <w:r>
        <w:rPr>
          <w:sz w:val="20"/>
        </w:rPr>
        <w:t>28:45  kyunkay situation badalti rehti hai.</w:t>
      </w:r>
      <w:r>
        <w:br/>
      </w:r>
      <w:r>
        <w:rPr>
          <w:sz w:val="20"/>
        </w:rPr>
        <w:t>28:49  mislan Rasool Allah S.A.W. ne aik baar kuch logon ko kaha ke woh aik bano</w:t>
      </w:r>
      <w:r>
        <w:br/>
      </w:r>
      <w:r>
        <w:rPr>
          <w:sz w:val="20"/>
        </w:rPr>
        <w:t>28:53  Qurayza, aik aik qabeela tha, wahan wahan bheja aap ne.</w:t>
      </w:r>
      <w:r>
        <w:br/>
      </w:r>
      <w:r>
        <w:rPr>
          <w:sz w:val="20"/>
        </w:rPr>
        <w:t>28:57  shaam ko, yaani zuhr ke baad.</w:t>
      </w:r>
      <w:r>
        <w:br/>
      </w:r>
      <w:r>
        <w:rPr>
          <w:sz w:val="20"/>
        </w:rPr>
        <w:t>29:01  to aap ne kaha ke la yusalliyan aadaakum al-asr illa fi bani Qurayza.</w:t>
      </w:r>
      <w:r>
        <w:br/>
      </w:r>
      <w:r>
        <w:rPr>
          <w:sz w:val="20"/>
        </w:rPr>
        <w:t>29:05  yaani asr ki namaz tum parhna is waqt jab tum bani Qurayza ki bastiyon mein pahunch jao.</w:t>
      </w:r>
      <w:r>
        <w:br/>
      </w:r>
      <w:r>
        <w:rPr>
          <w:sz w:val="20"/>
        </w:rPr>
        <w:t>29:10  wahan pahunch kar namaz parhna.</w:t>
      </w:r>
      <w:r>
        <w:br/>
      </w:r>
      <w:r>
        <w:rPr>
          <w:sz w:val="20"/>
        </w:rPr>
        <w:t>29:14  to yeh log chalay.</w:t>
      </w:r>
      <w:r>
        <w:br/>
      </w:r>
      <w:r>
        <w:rPr>
          <w:sz w:val="20"/>
        </w:rPr>
        <w:t>29:18  to asr ka waqt pehlay hi aa gaya.</w:t>
      </w:r>
      <w:r>
        <w:br/>
      </w:r>
      <w:r>
        <w:rPr>
          <w:sz w:val="20"/>
        </w:rPr>
        <w:t>29:22  aur dheeray dheeray laga ke suraj jo hai, jo jo laal ho jata hai na, surkhi aa jati hai.</w:t>
      </w:r>
      <w:r>
        <w:br/>
      </w:r>
      <w:r>
        <w:rPr>
          <w:sz w:val="20"/>
        </w:rPr>
        <w:t>29:26  ke ab suraj doob jaye ga, doob jaye ga.</w:t>
      </w:r>
      <w:r>
        <w:br/>
      </w:r>
      <w:r>
        <w:rPr>
          <w:sz w:val="20"/>
        </w:rPr>
        <w:t>29:30  woh waqt aa gaya.</w:t>
      </w:r>
      <w:r>
        <w:br/>
      </w:r>
      <w:r>
        <w:rPr>
          <w:sz w:val="20"/>
        </w:rPr>
        <w:t>29:34  to sahaba ki do raaye ho gayi.</w:t>
      </w:r>
      <w:r>
        <w:br/>
      </w:r>
      <w:r>
        <w:rPr>
          <w:sz w:val="20"/>
        </w:rPr>
        <w:t>29:38  kuch ne kaha ke Rasool Allah ne kaha tha ke pahunchne se pehlay namaz mat parho.</w:t>
      </w:r>
      <w:r>
        <w:br/>
      </w:r>
      <w:r>
        <w:rPr>
          <w:sz w:val="20"/>
        </w:rPr>
        <w:t>29:42  kuch ne kaha tha ke nahi, ab namaz ka waqt khatam ho jaye ga.</w:t>
      </w:r>
      <w:r>
        <w:br/>
      </w:r>
      <w:r>
        <w:rPr>
          <w:sz w:val="20"/>
        </w:rPr>
        <w:t>29:47  to unhon ne, jinhon ne kaha tha ke abhi parh lein hum, unhon ne is ki aik aik wajah batai.</w:t>
      </w:r>
      <w:r>
        <w:br/>
      </w:r>
      <w:r>
        <w:rPr>
          <w:sz w:val="20"/>
        </w:rPr>
        <w:t>29:51  unhon ne bataya ke Rasool Allah ne jo kaha tha, to literal sense mein nahi kaha tha.</w:t>
      </w:r>
      <w:r>
        <w:br/>
      </w:r>
      <w:r>
        <w:rPr>
          <w:sz w:val="20"/>
        </w:rPr>
        <w:t>29:55  balkay aap ka matlab tha ta'jeel fis-sair.</w:t>
      </w:r>
      <w:r>
        <w:br/>
      </w:r>
      <w:r>
        <w:rPr>
          <w:sz w:val="20"/>
        </w:rPr>
        <w:t>29:59  ta'jeel fis-sair mein ke taiz taiz jao.</w:t>
      </w:r>
      <w:r>
        <w:br/>
      </w:r>
      <w:r>
        <w:rPr>
          <w:sz w:val="20"/>
        </w:rPr>
        <w:t>30:03  to yahi is ka naam ijtihad hai.</w:t>
      </w:r>
      <w:r>
        <w:br/>
      </w:r>
      <w:r>
        <w:rPr>
          <w:sz w:val="20"/>
        </w:rPr>
        <w:t>30:07  kisi ka kisi baat ko literal sense mein na lena, balkay is ki inner meaning ke aitbar se lena.</w:t>
      </w:r>
      <w:r>
        <w:br/>
      </w:r>
      <w:r>
        <w:rPr>
          <w:sz w:val="20"/>
        </w:rPr>
        <w:t>30:11  inner meaning ko discover kar ke us ko apnana, yeh hai ijtihad.</w:t>
      </w:r>
      <w:r>
        <w:br/>
      </w:r>
      <w:r>
        <w:rPr>
          <w:sz w:val="20"/>
        </w:rPr>
        <w:t>30:15  to yeh waqia jo hai, batata hai ke Islam mein ijtihad pehlay bhi tha aur ab bhi hai.</w:t>
      </w:r>
      <w:r>
        <w:br/>
      </w:r>
      <w:r>
        <w:rPr>
          <w:sz w:val="20"/>
        </w:rPr>
        <w:t>30:19  kyunkay halaat badalte rehte hain.</w:t>
      </w:r>
      <w:r>
        <w:br/>
      </w:r>
      <w:r>
        <w:rPr>
          <w:sz w:val="20"/>
        </w:rPr>
        <w:t>30:24  halat badlenge to rethink karna padega.</w:t>
      </w:r>
      <w:r>
        <w:br/>
      </w:r>
      <w:r>
        <w:rPr>
          <w:sz w:val="20"/>
        </w:rPr>
        <w:t>30:28  rethink karna padega to wahi hoga ke think think there must be better way ya another way.</w:t>
      </w:r>
      <w:r>
        <w:br/>
      </w:r>
      <w:r>
        <w:rPr>
          <w:sz w:val="20"/>
        </w:rPr>
        <w:t>30:32  think think there must be another way.</w:t>
      </w:r>
      <w:r>
        <w:br/>
      </w:r>
      <w:r>
        <w:rPr>
          <w:sz w:val="20"/>
        </w:rPr>
        <w:t>30:36  to ijtihad koi zamani cheez nahi hai ke pehle na raha ho, ab zaroorat ho is ki.</w:t>
      </w:r>
      <w:r>
        <w:br/>
      </w:r>
      <w:r>
        <w:rPr>
          <w:sz w:val="20"/>
        </w:rPr>
        <w:t>30:40  hamesha zaroorat hoti hai.</w:t>
      </w:r>
      <w:r>
        <w:br/>
      </w:r>
      <w:r>
        <w:rPr>
          <w:sz w:val="20"/>
        </w:rPr>
        <w:t>30:44  kyunke halat halat badalte hain.</w:t>
      </w:r>
      <w:r>
        <w:br/>
      </w:r>
      <w:r>
        <w:rPr>
          <w:sz w:val="20"/>
        </w:rPr>
        <w:t>30:48  halat kabhi bhi ek jaisa rahengi.</w:t>
      </w:r>
      <w:r>
        <w:br/>
      </w:r>
      <w:r>
        <w:rPr>
          <w:sz w:val="20"/>
        </w:rPr>
        <w:t>30:52  is liye ijtihad kabhi bada ijtihad hota hai, kabhi chota ijtihad hota hai.</w:t>
      </w:r>
      <w:r>
        <w:br/>
      </w:r>
      <w:r>
        <w:rPr>
          <w:sz w:val="20"/>
        </w:rPr>
        <w:t>30:56  lekin ijtihad to hamesha jari rehta hai.</w:t>
      </w:r>
      <w:r>
        <w:br/>
      </w:r>
      <w:r>
        <w:rPr>
          <w:sz w:val="20"/>
        </w:rPr>
        <w:t>31:01  but Maulana sahib, many people also say that Islam needs reformation, just like it happened to Christianity in the 16th century. so how would you respond to those people?</w:t>
      </w:r>
    </w:p>
    <w:p>
      <w:pPr>
        <w:pStyle w:val="Heading2"/>
      </w:pPr>
      <w:r>
        <w:t>How the Twin Towers became a symbol of American pride, then fell</w:t>
      </w:r>
    </w:p>
    <w:p>
      <w:r>
        <w:rPr>
          <w:color w:val="666666"/>
          <w:sz w:val="18"/>
        </w:rPr>
        <w:t>Admitting One's Mistake January 12, 2007 Maulana Wahiduddin Khan · 1m 28s · at 5:57 · https://youtu.be/9yGGkxRF8r8?t=357</w:t>
      </w:r>
    </w:p>
    <w:p>
      <w:r>
        <w:rPr>
          <w:i/>
        </w:rPr>
        <w:t>“Newyork tower Amerikiyon ki shaan ka nishan tha”</w:t>
      </w:r>
    </w:p>
    <w:p>
      <w:r>
        <w:rPr>
          <w:sz w:val="20"/>
        </w:rPr>
        <w:t>5:57  shaoori tor par to nahi aaya hoga lekin lashaoori tor par zaroor aaya hoga. kyun ke wahan par jab mein charha hoga is par, to ajeeb manzar tha woh.</w:t>
      </w:r>
      <w:r>
        <w:br/>
      </w:r>
      <w:r>
        <w:rPr>
          <w:sz w:val="20"/>
        </w:rPr>
        <w:t>6:09  hum to chah foot ke insaan thay. ab woh chah inch ka dikhai parta tha woh neeche jo aadmi chal raha tha.</w:t>
      </w:r>
      <w:r>
        <w:br/>
      </w:r>
      <w:r>
        <w:rPr>
          <w:sz w:val="20"/>
        </w:rPr>
        <w:t>6:17  sab ke sab dwarf. to us waqt jab ke woh bana to itna ooncha, itni oonchi imarat poori tareekh mein kabhi nahi bani thi.</w:t>
      </w:r>
      <w:r>
        <w:br/>
      </w:r>
      <w:r>
        <w:rPr>
          <w:sz w:val="20"/>
        </w:rPr>
        <w:t>6:31  to yeh tha fitri ke amrikiyon ke zehn mein lashaoori tor par aaye ke hum sab se oonche aa gaye hain. hum aala hain.</w:t>
      </w:r>
      <w:r>
        <w:br/>
      </w:r>
      <w:r>
        <w:rPr>
          <w:sz w:val="20"/>
        </w:rPr>
        <w:t>6:41  sari dunya hamare muqable mein dwarf hai. to yeh tha fakhr.</w:t>
      </w:r>
      <w:r>
        <w:br/>
      </w:r>
      <w:r>
        <w:rPr>
          <w:sz w:val="20"/>
        </w:rPr>
        <w:t>6:49  to new york tower jo tha, woh amrikiyon ki shaan ka nishan tha. is se un ko fakhr milta tha. is ko tod diya.</w:t>
      </w:r>
      <w:r>
        <w:br/>
      </w:r>
      <w:r>
        <w:rPr>
          <w:sz w:val="20"/>
        </w:rPr>
        <w:t>7:03  kuch logon ne. aur yeh maghribi tor par toda ke hawai jahaz se takra diya is ko. kuch hawai jahazon ko high jack kiya.</w:t>
      </w:r>
      <w:r>
        <w:br/>
      </w:r>
      <w:r>
        <w:rPr>
          <w:sz w:val="20"/>
        </w:rPr>
        <w:t>7:12  high jack kar ke le aa kar in se takra diya.</w:t>
      </w:r>
      <w:r>
        <w:br/>
      </w:r>
      <w:r>
        <w:rPr>
          <w:sz w:val="20"/>
        </w:rPr>
        <w:t>7:14  yani khud to khudkushi ki unhon ne aur sath sath amrica ki shaan par bhi unhon ne itna bara hamla kiya jis ko amrica bardasht nahi kar paya.</w:t>
      </w:r>
    </w:p>
    <w:p>
      <w:pPr>
        <w:pStyle w:val="Heading2"/>
      </w:pPr>
      <w:r>
        <w:t>Hadith: a true Muslim harms no one</w:t>
      </w:r>
    </w:p>
    <w:p>
      <w:r>
        <w:rPr>
          <w:color w:val="666666"/>
          <w:sz w:val="18"/>
        </w:rPr>
        <w:t>Islam A Religion of Peace November 25, 2024 · 25s · at 11:40 · https://youtu.be/9WlSbAPxmwc?t=700</w:t>
      </w:r>
    </w:p>
    <w:p>
      <w:r>
        <w:rPr>
          <w:i/>
        </w:rPr>
        <w:t>“Man salima al-muslimun min lisanihi wa yadihi”</w:t>
      </w:r>
    </w:p>
    <w:p>
      <w:r>
        <w:rPr>
          <w:sz w:val="20"/>
        </w:rPr>
        <w:t>11:40  aap dekhenge rasool kareem sallallahu alayhi wasallam ne farmaya: man salima al muslimuna min lisanihi wa yadihi muslim woh hai jo sari insaniyat ke liye no problem person bane.</w:t>
      </w:r>
      <w:r>
        <w:br/>
      </w:r>
      <w:r>
        <w:rPr>
          <w:sz w:val="20"/>
        </w:rPr>
        <w:t>11:52  is</w:t>
      </w:r>
      <w:r>
        <w:br/>
      </w:r>
      <w:r>
        <w:rPr>
          <w:sz w:val="20"/>
        </w:rPr>
        <w:t>11:53  ki zaban se, us ke hath se doosron ko takleef na pounche. paighambar-e-islam ne muslim ka introduction hi isi maani mein karwaya ke woh no problem person hi ko momin aur muslim kaha jata hai.</w:t>
      </w:r>
    </w:p>
    <w:p>
      <w:pPr>
        <w:pStyle w:val="Heading2"/>
      </w:pPr>
      <w:r>
        <w:t>Aisha as the Prophet's intellectual partner</w:t>
      </w:r>
    </w:p>
    <w:p>
      <w:r>
        <w:rPr>
          <w:color w:val="666666"/>
          <w:sz w:val="18"/>
        </w:rPr>
        <w:t>Islam and Terrorism February 10, 2009 Maulana Wahiduddin Khan · 2m 15s · at 11:59 · https://youtu.be/vCEjp0w7Qjo?t=719</w:t>
      </w:r>
    </w:p>
    <w:p>
      <w:r>
        <w:rPr>
          <w:i/>
        </w:rPr>
        <w:t>“In Islam, men and women are intellectual partners.”</w:t>
      </w:r>
    </w:p>
    <w:p>
      <w:r>
        <w:rPr>
          <w:sz w:val="20"/>
        </w:rPr>
        <w:t>11:59  I can say that in Islam, men and women are intellectual partners.</w:t>
      </w:r>
      <w:r>
        <w:br/>
      </w:r>
      <w:r>
        <w:rPr>
          <w:sz w:val="20"/>
        </w:rPr>
        <w:t>12:12  Intellectual partners. Prophet himself demonstrated this principle. His wife was Aisha. Aisha was an intelligent l</w:t>
      </w:r>
      <w:r>
        <w:br/>
      </w:r>
      <w:r>
        <w:rPr>
          <w:sz w:val="20"/>
        </w:rPr>
        <w:t>12:21  ady. She says that, "It</w:t>
      </w:r>
      <w:r>
        <w:br/>
      </w:r>
      <w:r>
        <w:rPr>
          <w:sz w:val="20"/>
        </w:rPr>
        <w:t>12:30  means that the Prophet used to discuss her, used to take her advice." So Aisha was an intellectual partner of the Prophet of Islam.</w:t>
      </w:r>
      <w:r>
        <w:br/>
      </w:r>
      <w:r>
        <w:rPr>
          <w:sz w:val="20"/>
        </w:rPr>
        <w:t>12:46  It is very important to know. Aisha, his wife, was an intellectual partner of the Prophet of Islam.</w:t>
      </w:r>
      <w:r>
        <w:br/>
      </w:r>
      <w:r>
        <w:rPr>
          <w:sz w:val="20"/>
        </w:rPr>
        <w:t>13:00  So you will find that if you read the life of Aisha, you will find Aisha was the wisest Muslim of that period due</w:t>
      </w:r>
      <w:r>
        <w:br/>
      </w:r>
      <w:r>
        <w:rPr>
          <w:sz w:val="20"/>
        </w:rPr>
        <w:t>13:13  to this intellectual exchange. I will give you one example. Aisha has given a very important formula for general policy.</w:t>
      </w:r>
      <w:r>
        <w:br/>
      </w:r>
      <w:r>
        <w:rPr>
          <w:sz w:val="20"/>
        </w:rPr>
        <w:t>13:27  Her grasp was very, very import</w:t>
      </w:r>
      <w:r>
        <w:br/>
      </w:r>
      <w:r>
        <w:rPr>
          <w:sz w:val="20"/>
        </w:rPr>
        <w:t>13:34  ant. So she was able to understand the Prophet's policy, the Prophet's behavior, the Prophet's thinking.</w:t>
      </w:r>
      <w:r>
        <w:br/>
      </w:r>
      <w:r>
        <w:rPr>
          <w:sz w:val="20"/>
        </w:rPr>
        <w:t>13:43  She says that what was the general policy of the Prophet of</w:t>
      </w:r>
      <w:r>
        <w:br/>
      </w:r>
      <w:r>
        <w:rPr>
          <w:sz w:val="20"/>
        </w:rPr>
        <w:t>13:49  Islam? She says, "Ma khuyira Rasulallah sallallahu alaihi wasallam bain amrain illa khtaara aisha rahma." It means that whenever the Prophet had to choose between the two, he always opted for the easier option rather than the harder option.</w:t>
      </w:r>
      <w:r>
        <w:br/>
      </w:r>
      <w:r>
        <w:rPr>
          <w:sz w:val="20"/>
        </w:rPr>
        <w:t>14:13  Now, what is the easier option</w:t>
      </w:r>
      <w:r>
        <w:br/>
      </w:r>
      <w:r>
        <w:rPr>
          <w:sz w:val="20"/>
        </w:rPr>
        <w:t>14:15  ? It means a sustainable option, a sustainable course of action. So the Prophet of Islam always used the sustainable course of action rather than the harder course of action.</w:t>
      </w:r>
    </w:p>
    <w:p>
      <w:pPr>
        <w:pStyle w:val="Heading2"/>
      </w:pPr>
      <w:r>
        <w:t>Jurists' derailment into form over spirit</w:t>
      </w:r>
    </w:p>
    <w:p>
      <w:r>
        <w:rPr>
          <w:color w:val="666666"/>
          <w:sz w:val="18"/>
        </w:rPr>
        <w:t>Role Of Ikhwan-e-Rasool 2 April 2011 - Maulana Wahiduddin Khan · 1m 44s · at 22:38 · https://youtu.be/O4gmiyD-KV8?t=1358</w:t>
      </w:r>
    </w:p>
    <w:p>
      <w:r>
        <w:rPr>
          <w:i/>
        </w:rPr>
        <w:t>“The second derailment happened in the time of jurists”</w:t>
      </w:r>
    </w:p>
    <w:p>
      <w:r>
        <w:rPr>
          <w:sz w:val="20"/>
        </w:rPr>
        <w:t>22:38  to ek derailment yeh tha. doosra derailment jo tha wo fuqaha ke zamane mein hua. maaf kijiye ke main fuqaha ka jo karname bataya jata hai main us ko derailment samajhta hoon.</w:t>
      </w:r>
      <w:r>
        <w:br/>
      </w:r>
      <w:r>
        <w:rPr>
          <w:sz w:val="20"/>
        </w:rPr>
        <w:t>22:52  kyun?</w:t>
      </w:r>
      <w:r>
        <w:br/>
      </w:r>
      <w:r>
        <w:rPr>
          <w:sz w:val="20"/>
        </w:rPr>
        <w:t>22:54  fuqaha ne sari Islam ko form par mabni kar diya, form. form ki bahas hai. fiqh ki jitni kitabein hain sirf mabni par form hain.</w:t>
      </w:r>
      <w:r>
        <w:br/>
      </w:r>
      <w:r>
        <w:rPr>
          <w:sz w:val="20"/>
        </w:rPr>
        <w:t>23:05  mabni par spirit nahin hai.</w:t>
      </w:r>
      <w:r>
        <w:br/>
      </w:r>
      <w:r>
        <w:rPr>
          <w:sz w:val="20"/>
        </w:rPr>
        <w:t>23:09  yani khushu, khashiyat, khauf-e-Khuda, mohabbat-e-Khuda, dawat, yeh sab fiqh ka mozuat hi nahin hain.</w:t>
      </w:r>
      <w:r>
        <w:br/>
      </w:r>
      <w:r>
        <w:rPr>
          <w:sz w:val="20"/>
        </w:rPr>
        <w:t>23:20  yani Allah se mohabbat karo, Allah ka zikr karo, Allah se daro,</w:t>
      </w:r>
      <w:r>
        <w:br/>
      </w:r>
      <w:r>
        <w:rPr>
          <w:sz w:val="20"/>
        </w:rPr>
        <w:t>23:26  Allah ki jannat ke mushtaq bano, dawat ka kaam karo, yeh sab jo mozuat hain yeh fiqh ke mozuat hi nahin hain. wahan to sirf form ki bahasें hoti hain.</w:t>
      </w:r>
      <w:r>
        <w:br/>
      </w:r>
      <w:r>
        <w:rPr>
          <w:sz w:val="20"/>
        </w:rPr>
        <w:t>23:39  to that was also a kind of derailment. to poori tareekh mein sirf form reh gaya.</w:t>
      </w:r>
      <w:r>
        <w:br/>
      </w:r>
      <w:r>
        <w:rPr>
          <w:sz w:val="20"/>
        </w:rPr>
        <w:t>23:46  aaj bhi dekhen musalman jo hain sara zor kahan dete hain? aaj ki tareekh par, shanakht par, pehchan par. wo kya hai? formi to hai wo.</w:t>
      </w:r>
      <w:r>
        <w:br/>
      </w:r>
      <w:r>
        <w:rPr>
          <w:sz w:val="20"/>
        </w:rPr>
        <w:t>23:56  achha kapda, achha topi, aisi waza qata. yeh form hai.</w:t>
      </w:r>
      <w:r>
        <w:br/>
      </w:r>
      <w:r>
        <w:rPr>
          <w:sz w:val="20"/>
        </w:rPr>
        <w:t>24:02  aur isi ko Islam ka yani model samajh liya gaya, model. to bhai isi ka ek continue hai yeh.</w:t>
      </w:r>
      <w:r>
        <w:br/>
      </w:r>
      <w:r>
        <w:rPr>
          <w:sz w:val="20"/>
        </w:rPr>
        <w:t>24:16  to poori tareekh is tarah se derail ho kar chalne lagi.</w:t>
      </w:r>
    </w:p>
    <w:p>
      <w:pPr>
        <w:pStyle w:val="Heading2"/>
      </w:pPr>
      <w:r>
        <w:t>Islam doesn't mean women stay confined at home</w:t>
      </w:r>
    </w:p>
    <w:p>
      <w:r>
        <w:rPr>
          <w:color w:val="666666"/>
          <w:sz w:val="18"/>
        </w:rPr>
        <w:t>CPS Women Session Peace Conference April 29-30, 2023 · 23s · at 20:58 · https://youtu.be/xsD04dOvGeE?t=1258</w:t>
      </w:r>
    </w:p>
    <w:p>
      <w:r>
        <w:rPr>
          <w:i/>
        </w:rPr>
        <w:t>“Islam never says women should just sit at home”</w:t>
      </w:r>
    </w:p>
    <w:p>
      <w:r>
        <w:rPr>
          <w:sz w:val="20"/>
        </w:rPr>
        <w:t>20:58  to aurat ka badalna, aurat ka din ki ram mein lagna, aurat ka is mission mein lagna, bahut zyada zaroori hai aur yahi islam hai. yeh islam nahi hai ki auratein gharon mein baithi rahein. yahi islam hai ki auratein jo hai mardon ka saath dein aur apne ghar ke kaamon mein kami karein.</w:t>
      </w:r>
      <w:r>
        <w:br/>
      </w:r>
      <w:r>
        <w:rPr>
          <w:sz w:val="20"/>
        </w:rPr>
        <w:t>21:21  jab jab bahut zyada ghar mein agar ehtimam hota hai to usko kam karein aur apna time nikalein. apni ek to marfat hasil karni hai, uske liye study karni hai aur uske baad doosron ko woh marfat ka pragaam doosron ko pahunchana hai. to yeh aurat ke liye bhi utna hi zaroori hai jitna mard ke liye zaroori hai.</w:t>
      </w:r>
    </w:p>
    <w:p>
      <w:pPr>
        <w:pStyle w:val="Heading2"/>
      </w:pPr>
      <w:r>
        <w:t>Prophet stood for a non-Muslim funeral out of respect</w:t>
      </w:r>
    </w:p>
    <w:p>
      <w:r>
        <w:rPr>
          <w:color w:val="666666"/>
          <w:sz w:val="18"/>
        </w:rPr>
        <w:t>Multi Religious Society and Islam (English) March 3, 2007 · 56s · at 1:03:19 · https://youtu.be/13uSBqf_XHg?t=3799</w:t>
      </w:r>
    </w:p>
    <w:p>
      <w:r>
        <w:rPr>
          <w:i/>
        </w:rPr>
        <w:t>“The Prophet saw a funeral procession pass by”</w:t>
      </w:r>
    </w:p>
    <w:p>
      <w:r>
        <w:rPr>
          <w:sz w:val="20"/>
        </w:rPr>
        <w:t>1:03:19  So, what happened? One day, the Prophet of Islam saw a funeral procession passing through a street in Madinah.</w:t>
      </w:r>
      <w:r>
        <w:br/>
      </w:r>
      <w:r>
        <w:rPr>
          <w:sz w:val="20"/>
        </w:rPr>
        <w:t>1:03:31  The Prophet was seated at the time. In seeing the funeral, he stood up as a mark of respect.</w:t>
      </w:r>
      <w:r>
        <w:br/>
      </w:r>
      <w:r>
        <w:rPr>
          <w:sz w:val="20"/>
        </w:rPr>
        <w:t>1:03:43  prophet stood up as a mark of respect. One of his companions said: "O prophet, it was funeral of a non-Muslim." It was funeral of a non-Muslim, not a Muslim.</w:t>
      </w:r>
      <w:r>
        <w:br/>
      </w:r>
      <w:r>
        <w:rPr>
          <w:sz w:val="20"/>
        </w:rPr>
        <w:t>1:04:00  prophet replied: "alis nafs, was he not a human being. " here you can see the spirit of Islam in a multi religious society.</w:t>
      </w:r>
    </w:p>
    <w:p>
      <w:pPr>
        <w:pStyle w:val="Heading2"/>
      </w:pPr>
      <w:r>
        <w:t>Good conduct awakens conscience, turns enemies into friends</w:t>
      </w:r>
    </w:p>
    <w:p>
      <w:r>
        <w:rPr>
          <w:color w:val="666666"/>
          <w:sz w:val="18"/>
        </w:rPr>
        <w:t>War and Peace in Islam January 2, 2022 Prof. Farida Khanam · 30s · at 11:07 · https://youtu.be/6x_Q013u794?t=667</w:t>
      </w:r>
    </w:p>
    <w:p>
      <w:r>
        <w:rPr>
          <w:i/>
        </w:rPr>
        <w:t>“Jab hum accha sulook karte hain”</w:t>
      </w:r>
    </w:p>
    <w:p>
      <w:r>
        <w:rPr>
          <w:sz w:val="20"/>
        </w:rPr>
        <w:t>11:07  To jab hum achha sulook karte hain to unka conscience awaken ho jata hai aur vahi jo abhi tak dushman nazar aa raha tha vah, vah hamara gehra dost ban jata hai. To Allah ne insan ko paida kiya. Allah ko maloom hai ki insan ke andar conscience hai aur ego hai. Ego ko jab aap hurt karenge to vah aur bada dushman ban jayega aur aap uske conscience ko awaken karenge to vah hamara dost ban jayega.</w:t>
      </w:r>
      <w:r>
        <w:br/>
      </w:r>
      <w:r>
        <w:rPr>
          <w:sz w:val="20"/>
        </w:rPr>
        <w:t>11:37  To hamein yahi chahiye ki hum apna jo hai hamesha apna behavior positive rakhen. Agar uski taraf se koi aisi negative behavior aa raha hai tab bhi hum positive rahen aur uske liye duaen bhi karte rahenge. Vah duaen hum karenge to Allah ki madad hasil hogi. Kehte hain ki insan ke dil jo hain Allah ki mutthi mein hai. To Allah taala uska dil pher denge aur vah hamara dost ban jayega.</w:t>
      </w:r>
    </w:p>
    <w:p>
      <w:pPr>
        <w:pStyle w:val="Heading2"/>
      </w:pPr>
      <w:r>
        <w:t>Cain and Abel, and communism's invention of ideological murder</w:t>
      </w:r>
    </w:p>
    <w:p>
      <w:r>
        <w:rPr>
          <w:color w:val="666666"/>
          <w:sz w:val="18"/>
        </w:rPr>
        <w:t>Islam Has No Place for Terrorism May 4, 2025 · 2m 31s · at 16:58 · https://youtu.be/Q6vPQ2BOOs4?t=1018</w:t>
      </w:r>
    </w:p>
    <w:p>
      <w:r>
        <w:rPr>
          <w:i/>
        </w:rPr>
        <w:t>“Hum Quran padhte hain to we come to know about the first murder”</w:t>
      </w:r>
    </w:p>
    <w:p>
      <w:r>
        <w:rPr>
          <w:sz w:val="20"/>
        </w:rPr>
        <w:t>16:58  and Maulana ne is mein clearly cheezon ko explain karte hue bataya ke jab hum Quran padhte hain to we come to know about the first murder that took place in the history of mankind.</w:t>
      </w:r>
      <w:r>
        <w:br/>
      </w:r>
      <w:r>
        <w:rPr>
          <w:sz w:val="20"/>
        </w:rPr>
        <w:t>17:11  Prophet Adam had two sons Cain and Abel. Cain for personal reasons killed his brother Abel. aur iske baad phir Quran declare karti hai ke any person who kills one human being he shall be regarded as killing the entire mankind.</w:t>
      </w:r>
      <w:r>
        <w:br/>
      </w:r>
      <w:r>
        <w:rPr>
          <w:sz w:val="20"/>
        </w:rPr>
        <w:t>17:28  likewise, if a person saves one human being, then that shall be regarded as saving the entire mankind. lekin jab aap humanity ab dekhte hain ke is se yeh bhi pata chalta hai ke a type of killing has always been considered as a heinous crime by the divine law, but in humanity mein it was always to an extent.</w:t>
      </w:r>
      <w:r>
        <w:br/>
      </w:r>
      <w:r>
        <w:rPr>
          <w:sz w:val="20"/>
        </w:rPr>
        <w:t>17:51  koi personal reason ya revenge ke basis pe agar killing karta tha to uska ek limited</w:t>
      </w:r>
      <w:r>
        <w:br/>
      </w:r>
      <w:r>
        <w:rPr>
          <w:sz w:val="20"/>
        </w:rPr>
        <w:t>17:57  dayra hota tha, lekin aaj present context mein agar hum dekhte hain to it has taken to a disproportionate level to mass slaughter, mass murdering, mass killing, like we are seeing in the case of terrorist attack.</w:t>
      </w:r>
      <w:r>
        <w:br/>
      </w:r>
      <w:r>
        <w:rPr>
          <w:sz w:val="20"/>
        </w:rPr>
        <w:t>18:10  why is this so? to Maulana sahib ne explain kiya ke iska reason yeh hai ke they have taken an ideological basis. ideological basis has given them ideological justification.</w:t>
      </w:r>
      <w:r>
        <w:br/>
      </w:r>
      <w:r>
        <w:rPr>
          <w:sz w:val="20"/>
        </w:rPr>
        <w:t>18:21  jab aap ideological justification lete hain to you don't consider the distinction between the culprit and the innocent, because you feel that you are on truth.</w:t>
      </w:r>
      <w:r>
        <w:br/>
      </w:r>
      <w:r>
        <w:rPr>
          <w:sz w:val="20"/>
        </w:rPr>
        <w:t>18:32  so anything, anyone who comes in your way, you will try to remove it militarily or by force, by violence.</w:t>
      </w:r>
      <w:r>
        <w:br/>
      </w:r>
      <w:r>
        <w:rPr>
          <w:sz w:val="20"/>
        </w:rPr>
        <w:t>18:41  so yeh jo ideological justification hai, that was invented in the first half of the twentieth century by the communists.</w:t>
      </w:r>
      <w:r>
        <w:br/>
      </w:r>
      <w:r>
        <w:rPr>
          <w:sz w:val="20"/>
        </w:rPr>
        <w:t>18:49  communism time pe came a revolutionary idea that there should be a classless, stateless society. and for that to happen, to bring a revolution, one party has to eliminate violently the other party.</w:t>
      </w:r>
      <w:r>
        <w:br/>
      </w:r>
      <w:r>
        <w:rPr>
          <w:sz w:val="20"/>
        </w:rPr>
        <w:t>19:05  and agar aap history dekhein to more than fifty million people were massacred because of this communist ideology. it was, it was an ideological justification that they took.</w:t>
      </w:r>
      <w:r>
        <w:br/>
      </w:r>
      <w:r>
        <w:rPr>
          <w:sz w:val="20"/>
        </w:rPr>
        <w:t>19:18  isi ko isi tareeqe se in other ideological frightening level we saw in the emergence of the Muslim world, and that too in the first half of the twentieth century.</w:t>
      </w:r>
      <w:r>
        <w:br/>
      </w:r>
      <w:r>
        <w:rPr>
          <w:sz w:val="20"/>
        </w:rPr>
        <w:t>19:30  two ideologues, Hassan al-Banna founded Muslim Brotherhood, and Abu Maulana Abu al-Maududi who founded the Jamaat-e-Islami party.</w:t>
      </w:r>
    </w:p>
    <w:p>
      <w:pPr>
        <w:pStyle w:val="Heading2"/>
      </w:pPr>
      <w:r>
        <w:t>history of religion from persecution to dialogue</w:t>
      </w:r>
    </w:p>
    <w:p>
      <w:r>
        <w:rPr>
          <w:color w:val="666666"/>
          <w:sz w:val="18"/>
        </w:rPr>
        <w:t>Position of Islam in a Pluralistic Society (English) March 12, 2007 Maulana Wahiduddin Khan · 3m 24s · at 1:10 · https://youtu.be/zeBT1HGl2n8?t=70</w:t>
      </w:r>
    </w:p>
    <w:p>
      <w:r>
        <w:rPr>
          <w:i/>
        </w:rPr>
        <w:t>“The history of religious thought tells an interesting story.”</w:t>
      </w:r>
    </w:p>
    <w:p>
      <w:r>
        <w:rPr>
          <w:sz w:val="20"/>
        </w:rPr>
        <w:t>1:10  Now, according to my study, I can say that the history of religious thought tells us a very interesting story in this regard.</w:t>
      </w:r>
      <w:r>
        <w:br/>
      </w:r>
      <w:r>
        <w:rPr>
          <w:sz w:val="20"/>
        </w:rPr>
        <w:t>1:29  You know, in the olden days, when there were kings and emperors, at that time, there were religious persecutions everywhere in the world.</w:t>
      </w:r>
      <w:r>
        <w:br/>
      </w:r>
      <w:r>
        <w:rPr>
          <w:sz w:val="20"/>
        </w:rPr>
        <w:t>1:46  So there were religious wars.</w:t>
      </w:r>
      <w:r>
        <w:br/>
      </w:r>
      <w:r>
        <w:rPr>
          <w:sz w:val="20"/>
        </w:rPr>
        <w:t>1:50  But then we see a change in the history, and people became more and more interested in debate.</w:t>
      </w:r>
      <w:r>
        <w:br/>
      </w:r>
      <w:r>
        <w:rPr>
          <w:sz w:val="20"/>
        </w:rPr>
        <w:t>2:05  But again, I would like to say that debate is not very good because, you know, debate always generates hate.</w:t>
      </w:r>
      <w:r>
        <w:br/>
      </w:r>
      <w:r>
        <w:rPr>
          <w:sz w:val="20"/>
        </w:rPr>
        <w:t>2:18  Hate.</w:t>
      </w:r>
      <w:r>
        <w:br/>
      </w:r>
      <w:r>
        <w:rPr>
          <w:sz w:val="20"/>
        </w:rPr>
        <w:t>2:20  So I don't think that anything that generates hate is good for us.</w:t>
      </w:r>
      <w:r>
        <w:br/>
      </w:r>
      <w:r>
        <w:rPr>
          <w:sz w:val="20"/>
        </w:rPr>
        <w:t>2:31  But fortunately, we are living now in the age of science</w:t>
      </w:r>
      <w:r>
        <w:br/>
      </w:r>
      <w:r>
        <w:rPr>
          <w:sz w:val="20"/>
        </w:rPr>
        <w:t>2:37  . Scientific revolution has changed everything. And we can see a very obvious influence of science on religion.</w:t>
      </w:r>
      <w:r>
        <w:br/>
      </w:r>
      <w:r>
        <w:rPr>
          <w:sz w:val="20"/>
        </w:rPr>
        <w:t>2:51  So now, under the influence of science, you see that everywhere in the world in the world of religion, they speak of dialogue.</w:t>
      </w:r>
      <w:r>
        <w:br/>
      </w:r>
      <w:r>
        <w:rPr>
          <w:sz w:val="20"/>
        </w:rPr>
        <w:t>3:05  Dialogue is a very recent phenomenon. In previous years, there were no such dialogues. So I appreciate this trend.</w:t>
      </w:r>
      <w:r>
        <w:br/>
      </w:r>
      <w:r>
        <w:rPr>
          <w:sz w:val="20"/>
        </w:rPr>
        <w:t>3:17  And it's very good news for a man like myself that dialogue is a very positive activity.</w:t>
      </w:r>
      <w:r>
        <w:br/>
      </w:r>
      <w:r>
        <w:rPr>
          <w:sz w:val="20"/>
        </w:rPr>
        <w:t>3:34  Dialogue is an intellectual activity in a positive sense. So I welcome this initiative.</w:t>
      </w:r>
      <w:r>
        <w:br/>
      </w:r>
      <w:r>
        <w:rPr>
          <w:sz w:val="20"/>
        </w:rPr>
        <w:t>3:45  Now, coming on the theme, I would like to say that, first of all, we have to evolve a formula in this regard.</w:t>
      </w:r>
      <w:r>
        <w:br/>
      </w:r>
      <w:r>
        <w:rPr>
          <w:sz w:val="20"/>
        </w:rPr>
        <w:t>4:04  According to my study, there are two basic formulas available among religious people.</w:t>
      </w:r>
      <w:r>
        <w:br/>
      </w:r>
      <w:r>
        <w:rPr>
          <w:sz w:val="20"/>
        </w:rPr>
        <w:t>4:14  One that I may call is based on mutual recognition.</w:t>
      </w:r>
      <w:r>
        <w:br/>
      </w:r>
      <w:r>
        <w:rPr>
          <w:sz w:val="20"/>
        </w:rPr>
        <w:t>4:23  By mutual recognition, I mean that I am true, you are also true. So both are true. This is mutual recognition.</w:t>
      </w:r>
    </w:p>
    <w:p>
      <w:pPr>
        <w:pStyle w:val="Heading2"/>
      </w:pPr>
      <w:r>
        <w:t>Sabr is a shield, not cowardice</w:t>
      </w:r>
    </w:p>
    <w:p>
      <w:r>
        <w:rPr>
          <w:color w:val="666666"/>
          <w:sz w:val="18"/>
        </w:rPr>
        <w:t>Importance of Sabr March 23, 2007 · 43s · at 36:04 · https://youtu.be/duCjMIqqfgA?t=2164</w:t>
      </w:r>
    </w:p>
    <w:p>
      <w:r>
        <w:rPr>
          <w:i/>
        </w:rPr>
        <w:t>“Sabr is a shield, sabr is not a passive attitude”</w:t>
      </w:r>
    </w:p>
    <w:p>
      <w:r>
        <w:rPr>
          <w:sz w:val="20"/>
        </w:rPr>
        <w:t>36:04  sabr is a shield. sabr is a divine shield for true believer. sabr is not a passive attitude.</w:t>
      </w:r>
      <w:r>
        <w:br/>
      </w:r>
      <w:r>
        <w:rPr>
          <w:sz w:val="20"/>
        </w:rPr>
        <w:t>36:16  sabr is not a cowardice</w:t>
      </w:r>
      <w:r>
        <w:br/>
      </w:r>
      <w:r>
        <w:rPr>
          <w:sz w:val="20"/>
        </w:rPr>
        <w:t>36:19  . No, there is verse in the Quran:</w:t>
      </w:r>
      <w:r>
        <w:br/>
      </w:r>
      <w:r>
        <w:rPr>
          <w:sz w:val="20"/>
        </w:rPr>
        <w:t>36:26  "asbir kama sabr ulul azmi minar rusul". "asbir kama sabr ulul azmi minar rusul" ke patience just like</w:t>
      </w:r>
      <w:r>
        <w:br/>
      </w:r>
      <w:r>
        <w:rPr>
          <w:sz w:val="20"/>
        </w:rPr>
        <w:t>36:41  prophets. So, patience is a culture of prophets.</w:t>
      </w:r>
    </w:p>
    <w:p>
      <w:pPr>
        <w:pStyle w:val="Heading2"/>
      </w:pPr>
      <w:r>
        <w:t>Women enjoy complete freedom in Islam</w:t>
      </w:r>
    </w:p>
    <w:p>
      <w:r>
        <w:rPr>
          <w:color w:val="666666"/>
          <w:sz w:val="18"/>
        </w:rPr>
        <w:t>Woman in Islam February 28, 2007 Maulana Wahiduddin Khan · 21s · at 15:54 · https://youtu.be/LTTwp_lIqzY?t=954</w:t>
      </w:r>
    </w:p>
    <w:p>
      <w:r>
        <w:rPr>
          <w:i/>
        </w:rPr>
        <w:t>“Women in Islam enjoy complete freedom.”</w:t>
      </w:r>
    </w:p>
    <w:p>
      <w:r>
        <w:rPr>
          <w:sz w:val="20"/>
        </w:rPr>
        <w:t>15:54  woman in islam is completely woman in islam enjoy complete freedom.</w:t>
      </w:r>
      <w:r>
        <w:br/>
      </w:r>
      <w:r>
        <w:rPr>
          <w:sz w:val="20"/>
        </w:rPr>
        <w:t>16:04  there is no compulsion, no discrimination.</w:t>
      </w:r>
    </w:p>
    <w:p>
      <w:pPr>
        <w:pStyle w:val="Heading2"/>
      </w:pPr>
      <w:r>
        <w:t>Decide to die with achievement, not despair</w:t>
      </w:r>
    </w:p>
    <w:p>
      <w:r>
        <w:rPr>
          <w:color w:val="666666"/>
          <w:sz w:val="18"/>
        </w:rPr>
        <w:t>Why People Live in Despair September 2, 2007 Maulana Wahiduddin Khan · 37s · at 16:05 · https://youtu.be/1Wxz28OJh9c?t=965</w:t>
      </w:r>
    </w:p>
    <w:p>
      <w:r>
        <w:rPr>
          <w:i/>
        </w:rPr>
        <w:t>“کسی نے بہت صحیح کہا ہے آخری دن سچائی معلوم ہو جائے”</w:t>
      </w:r>
    </w:p>
    <w:p>
      <w:r>
        <w:rPr>
          <w:sz w:val="20"/>
        </w:rPr>
        <w:t>16:05  kisi ne bahut sahi kaha hai ke agar aadmi apni zindagi ke aakhri din jaan le ke reality sachai kya hai.</w:t>
      </w:r>
      <w:r>
        <w:br/>
      </w:r>
      <w:r>
        <w:rPr>
          <w:sz w:val="20"/>
        </w:rPr>
        <w:t>16:14  yani ninanwe din us ne kho diya. lekin aakhri sauven din us ko pata chal gaya ke sachai yeh hai to us ko bahut badi achievement ho gayi.</w:t>
      </w:r>
      <w:r>
        <w:br/>
      </w:r>
      <w:r>
        <w:rPr>
          <w:sz w:val="20"/>
        </w:rPr>
        <w:t>16:27  to aap mein samajhta hoon ke har aadmi ko yeh decision lena chahiye ke main nahi marunga despair mein.</w:t>
      </w:r>
      <w:r>
        <w:br/>
      </w:r>
      <w:r>
        <w:rPr>
          <w:sz w:val="20"/>
        </w:rPr>
        <w:t>16:35  main marunga achievement ke ehsas ke saath ke main ne sachai ko pa liya.</w:t>
      </w:r>
    </w:p>
    <w:p>
      <w:pPr>
        <w:pStyle w:val="Heading2"/>
      </w:pPr>
      <w:r>
        <w:t>The story of the Prophet's migration as conflict avoidance</w:t>
      </w:r>
    </w:p>
    <w:p>
      <w:r>
        <w:rPr>
          <w:color w:val="666666"/>
          <w:sz w:val="18"/>
        </w:rPr>
        <w:t>Islamic Pacifism I May 08, 2011 · 5m 06s · at 18:40 · https://youtu.be/fkd605HEfRY?t=1120</w:t>
      </w:r>
    </w:p>
    <w:p>
      <w:r>
        <w:rPr>
          <w:i/>
        </w:rPr>
        <w:t>“Unhone taye kiya ke Rasulullah ko qatal kar diya jaye”</w:t>
      </w:r>
    </w:p>
    <w:p>
      <w:r>
        <w:rPr>
          <w:sz w:val="20"/>
        </w:rPr>
        <w:t>18:40  aur doosre, kya kya? iska model Rasool Allah ne apni zindagi mein pesh kiya.</w:t>
      </w:r>
      <w:r>
        <w:br/>
      </w:r>
      <w:r>
        <w:rPr>
          <w:sz w:val="20"/>
        </w:rPr>
        <w:t>18:46  maslan dekhiye, aap Makka mein the. to wahan har qism ke problem the. matlab ek problem yeh tha ke tauheed ke ghar mein but bohat saare bhare hue hain.</w:t>
      </w:r>
      <w:r>
        <w:br/>
      </w:r>
      <w:r>
        <w:rPr>
          <w:sz w:val="20"/>
        </w:rPr>
        <w:t>18:59  ek problem yeh tha ke Rasool Allah ke jo saathi the, unko log maarte peette the. khud Rasool Allah ko satate the. Rasool Allah ko boycott kiya gaya.</w:t>
      </w:r>
      <w:r>
        <w:br/>
      </w:r>
      <w:r>
        <w:rPr>
          <w:sz w:val="20"/>
        </w:rPr>
        <w:t>19:10  Makka mein rehna mushkil kar diya gaya aap ke liye.</w:t>
      </w:r>
      <w:r>
        <w:br/>
      </w:r>
      <w:r>
        <w:rPr>
          <w:sz w:val="20"/>
        </w:rPr>
        <w:t>19:14  yeh tarah tarah se jis cheez ko aap kehte hain atrocities, zulm, woh sab hua. lekin tehra saal ke poore daur mein Rasool Allah ne kabhi agitation nahi kiya.</w:t>
      </w:r>
      <w:r>
        <w:br/>
      </w:r>
      <w:r>
        <w:rPr>
          <w:sz w:val="20"/>
        </w:rPr>
        <w:t>19:26  kabhi koi juloos nahi nikala. aur na kabhi ladai chhedi.</w:t>
      </w:r>
      <w:r>
        <w:br/>
      </w:r>
      <w:r>
        <w:rPr>
          <w:sz w:val="20"/>
        </w:rPr>
        <w:t>19:33  jab tadad badh gayi to logon ne kaha ke hum hum ladenge, ladkar ke zulm khatam karenge. to aap ne farmaya ke nahi. اس بروحیعنیلم عمر بالقتال.</w:t>
      </w:r>
      <w:r>
        <w:br/>
      </w:r>
      <w:r>
        <w:rPr>
          <w:sz w:val="20"/>
        </w:rPr>
        <w:t>19:45  tum sabr karo, mujhko ladne ka hukm nahi diya gaya hai. yaani masle ko sabrana planning se khatam, hal karo.</w:t>
      </w:r>
      <w:r>
        <w:br/>
      </w:r>
      <w:r>
        <w:rPr>
          <w:sz w:val="20"/>
        </w:rPr>
        <w:t>19:55  patientplan ning۔ larkar nahi۔</w:t>
      </w:r>
      <w:r>
        <w:br/>
      </w:r>
      <w:r>
        <w:rPr>
          <w:sz w:val="20"/>
        </w:rPr>
        <w:t>20:02  to yeh hai manage karna۔ iska naam manage karna۔ jaise but maujood the to aapne kya kiya؟ button ko nazar andaaz kar diya۔ aur wahan par jo log aate the, jab wahan par log jama hote the button ke naam par, unko lage aap dawat de rahe hain۔</w:t>
      </w:r>
      <w:r>
        <w:br/>
      </w:r>
      <w:r>
        <w:rPr>
          <w:sz w:val="20"/>
        </w:rPr>
        <w:t>20:18  aur kabhi yeh nahi kaha ke dekho yeh zulm hai kya؟ toheed ke ghar mein but bhare hue hain۔ yeh lafz kabhi bole nahi aap۔</w:t>
      </w:r>
      <w:r>
        <w:br/>
      </w:r>
      <w:r>
        <w:rPr>
          <w:sz w:val="20"/>
        </w:rPr>
        <w:t>20:28  yeh hai manage karna۔ phir dekhiye, unhone baqaida tay kiya ke Rasool Allah ko qatl kar dein۔</w:t>
      </w:r>
      <w:r>
        <w:br/>
      </w:r>
      <w:r>
        <w:rPr>
          <w:sz w:val="20"/>
        </w:rPr>
        <w:t>20:38  unke yahan ek tribal parliament thi jis ka naam Mathadar Anda woh۔ ismein tay kiya unhone ke Muhammad ko qatl kar do, masla hi khatam ho jaye۔</w:t>
      </w:r>
      <w:r>
        <w:br/>
      </w:r>
      <w:r>
        <w:rPr>
          <w:sz w:val="20"/>
        </w:rPr>
        <w:t>20:49  to jab yeh faisla hua۔ to kya</w:t>
      </w:r>
      <w:r>
        <w:br/>
      </w:r>
      <w:r>
        <w:rPr>
          <w:sz w:val="20"/>
        </w:rPr>
        <w:t>20:53  hua؟ raat ke waqt Rasool Allah (SAW) Makka se rawana hokar Madine chale gaye۔ taake takrao ko na banaye۔</w:t>
      </w:r>
      <w:r>
        <w:br/>
      </w:r>
      <w:r>
        <w:rPr>
          <w:sz w:val="20"/>
        </w:rPr>
        <w:t>21:03  takrao ko na banaye۔ is tarah se aapne yeh bhi ek it was also a way of management</w:t>
      </w:r>
      <w:r>
        <w:br/>
      </w:r>
      <w:r>
        <w:rPr>
          <w:sz w:val="20"/>
        </w:rPr>
        <w:t>21:14  ۔ aap elaan karke jaate hain agar ۔ din ke waqt jaate hain agar ۔ logo se jhanjhat, jhagda karke jaate hain agar to logo ko pata hota hai logo ko ۔</w:t>
      </w:r>
      <w:r>
        <w:br/>
      </w:r>
      <w:r>
        <w:rPr>
          <w:sz w:val="20"/>
        </w:rPr>
        <w:t>21:23  phir takrao hota hai zahir hai۔ to aap ne khamoshi ke saath, bilkul khamoshi ke saath raat ko apne ghar se nikle۔</w:t>
      </w:r>
      <w:r>
        <w:br/>
      </w:r>
      <w:r>
        <w:rPr>
          <w:sz w:val="20"/>
        </w:rPr>
        <w:t>21:33  aur Hazrat Abu Bakr se ko saath liya۔ aur oont par baith kar ke rawana ho gaye۔</w:t>
      </w:r>
      <w:r>
        <w:br/>
      </w:r>
      <w:r>
        <w:rPr>
          <w:sz w:val="20"/>
        </w:rPr>
        <w:t>21:43  aap ka ek guide tha۔ aur rawana woh ho gaye to aap ne ek naye raste se, agar aap woh rasta chalte hain jis ko jo kehte hain muhtat rasta۔</w:t>
      </w:r>
      <w:r>
        <w:br/>
      </w:r>
      <w:r>
        <w:rPr>
          <w:sz w:val="20"/>
        </w:rPr>
        <w:t>21:52  yani jis par ke lakeer ban jati hai, jis par ke log aate jaate hain to rasta ban jata hai۔ woh raste se nahi gaye aap۔ ghair muhtat raste se aap ne safar kiya۔</w:t>
      </w:r>
      <w:r>
        <w:br/>
      </w:r>
      <w:r>
        <w:rPr>
          <w:sz w:val="20"/>
        </w:rPr>
        <w:t>22:04  iske liye aapko guide ki zaroorat padi۔ guide ki۔ agar aap jaate is raste se jo bana banaya rasta tha to phir guide ki zaroorat nahi thi۔</w:t>
      </w:r>
      <w:r>
        <w:br/>
      </w:r>
      <w:r>
        <w:rPr>
          <w:sz w:val="20"/>
        </w:rPr>
        <w:t>22:13  Abdullah ibn Hurayq ek naam tha ek shakhs ka ۔ jo yahi professional tha۔ aur as a professional woh yahi kaam karta tha guide karne ka ۔</w:t>
      </w:r>
      <w:r>
        <w:br/>
      </w:r>
      <w:r>
        <w:rPr>
          <w:sz w:val="20"/>
        </w:rPr>
        <w:t>22:24  raste ka mahir tha۔ is zamane mein, aajkal ke to raste road par bane rehte hain۔ sign usko dekh kar aap jaan lete hain ke idhar jana hai, udhar jana hai۔</w:t>
      </w:r>
      <w:r>
        <w:br/>
      </w:r>
      <w:r>
        <w:rPr>
          <w:sz w:val="20"/>
        </w:rPr>
        <w:t>22:35  is zamane mein road aise hote nahi the۔ to guide hua karte the۔</w:t>
      </w:r>
      <w:r>
        <w:br/>
      </w:r>
      <w:r>
        <w:rPr>
          <w:sz w:val="20"/>
        </w:rPr>
        <w:t>22:40  to chunke aapko ek aise raste jana tha jo jangla hai, pahad hai۔ jo naye raste se ۔ to Abdullah ibn Hurayq aapko le kar ke nikla۔</w:t>
      </w:r>
      <w:r>
        <w:br/>
      </w:r>
      <w:r>
        <w:rPr>
          <w:sz w:val="20"/>
        </w:rPr>
        <w:t>22:54  aur mazeed dekhiye aapne kaha qibla ki taraf rawana hui hai۔ yani aap gaur kijiye ke Makka se nikal kar aap Ghar e Saur mein ja kar thehre۔</w:t>
      </w:r>
      <w:r>
        <w:br/>
      </w:r>
      <w:r>
        <w:rPr>
          <w:sz w:val="20"/>
        </w:rPr>
        <w:t>23:05  Ghar e Saur jo hai woh Madine ki qibla ki taraf hai۔</w:t>
      </w:r>
      <w:r>
        <w:br/>
      </w:r>
      <w:r>
        <w:rPr>
          <w:sz w:val="20"/>
        </w:rPr>
        <w:t>23:10  kyunki aapko khatra tha ke jab aap nikle, logo ko khabar hogi ke aap chale gaye Makka se to aap bhi bhejenge log, daudaenge log, giraftar karke lao, pakad kar lao۔</w:t>
      </w:r>
      <w:r>
        <w:br/>
      </w:r>
      <w:r>
        <w:rPr>
          <w:sz w:val="20"/>
        </w:rPr>
        <w:t>23:21  to qibla ki taraf chale gaye aap ۔ ab woh daude idhar udhar۔ aap kuch thehre pehle Ghar e Saur mein۔</w:t>
      </w:r>
      <w:r>
        <w:br/>
      </w:r>
      <w:r>
        <w:rPr>
          <w:sz w:val="20"/>
        </w:rPr>
        <w:t>23:31  phir wahan se nikal kar ke naye raste se chalte hue aap Madina pahunch gaye۔</w:t>
      </w:r>
      <w:r>
        <w:br/>
      </w:r>
      <w:r>
        <w:rPr>
          <w:sz w:val="20"/>
        </w:rPr>
        <w:t>23:38  yeh tha manage karna۔ takrao ko avoid karna۔ ladai ko avoid karna۔ fighting ko avoid karna۔</w:t>
      </w:r>
    </w:p>
    <w:p>
      <w:pPr>
        <w:pStyle w:val="Heading2"/>
      </w:pPr>
      <w:r>
        <w:t>Spouses as each other's training partners</w:t>
      </w:r>
    </w:p>
    <w:p>
      <w:r>
        <w:rPr>
          <w:color w:val="666666"/>
          <w:sz w:val="18"/>
        </w:rPr>
        <w:t>The Position of Woman in Islam March 6, 2022 Maulana Wahiduddin Khan · 55s · at 39:42 · https://youtu.be/xEPOBSMmqk4?t=2382</w:t>
      </w:r>
    </w:p>
    <w:p>
      <w:r>
        <w:rPr>
          <w:i/>
        </w:rPr>
        <w:t>“Man and woman aren't just partners—they're training partners”</w:t>
      </w:r>
    </w:p>
    <w:p>
      <w:r>
        <w:rPr>
          <w:sz w:val="20"/>
        </w:rPr>
        <w:t>39:42  unhone kaha ke main intellectual partner to kehta hoon lekin main yeh kahunga ke woh ek doosre ke</w:t>
      </w:r>
      <w:r>
        <w:br/>
      </w:r>
      <w:r>
        <w:rPr>
          <w:sz w:val="20"/>
        </w:rPr>
        <w:t>39:48  training partners hain and phir unhone usko waazeh bhi kiya ke allah talan ne sab insano ke andar</w:t>
      </w:r>
      <w:r>
        <w:br/>
      </w:r>
      <w:r>
        <w:rPr>
          <w:sz w:val="20"/>
        </w:rPr>
        <w:t>39:54  affection dala hai and for a husband and a wife, they can be each other sympathetic critic because</w:t>
      </w:r>
      <w:r>
        <w:br/>
      </w:r>
      <w:r>
        <w:rPr>
          <w:sz w:val="20"/>
        </w:rPr>
        <w:t>40:00  we all have weaknesses but we don't know about our weakness until the other person shows us our</w:t>
      </w:r>
      <w:r>
        <w:br/>
      </w:r>
      <w:r>
        <w:rPr>
          <w:sz w:val="20"/>
        </w:rPr>
        <w:t>40:06  weakness or talks about it and who can be a better person than your own intellectual companion like</w:t>
      </w:r>
      <w:r>
        <w:br/>
      </w:r>
      <w:r>
        <w:rPr>
          <w:sz w:val="20"/>
        </w:rPr>
        <w:t>40:12  a husband or a wife.</w:t>
      </w:r>
      <w:r>
        <w:br/>
      </w:r>
      <w:r>
        <w:rPr>
          <w:sz w:val="20"/>
        </w:rPr>
        <w:t>40:18  to Maulana sahib ne samjhate hue kaha ki they both are like cog wheels to one another and god has created man and woman with different abilities. what is important is that we must discover each other's ability and go hand in hand.</w:t>
      </w:r>
      <w:r>
        <w:br/>
      </w:r>
      <w:r>
        <w:rPr>
          <w:sz w:val="20"/>
        </w:rPr>
        <w:t>40:37  to woh tabhi ho sakta hai jab aap ek doosre ke liye sympathetic partner bane, ek sympathetic critic bane and only then you will be able to evolve yourself in terms of your thinking, your thought process, your behavior and this will make you best in conduct aur asal mein is zindagi mein yahi test hai ki Allah taala yahi dekh rahe hain ki who is best in conduct.</w:t>
      </w:r>
    </w:p>
    <w:p>
      <w:pPr>
        <w:pStyle w:val="Heading2"/>
      </w:pPr>
      <w:r>
        <w:t>Non-Muslims are not kafir, they are human beings</w:t>
      </w:r>
    </w:p>
    <w:p>
      <w:r>
        <w:rPr>
          <w:color w:val="666666"/>
          <w:sz w:val="18"/>
        </w:rPr>
        <w:t>Islam Principles and Practice (English) September 8, 2007 Maulana Wahiduddin Khan · 32s · at 29:26 · https://youtu.be/2wOdR0to6gs?t=1766</w:t>
      </w:r>
    </w:p>
    <w:p>
      <w:r>
        <w:rPr>
          <w:i/>
        </w:rPr>
        <w:t>“It is wrong. Non-Muslims are not kafir, they are insan.”</w:t>
      </w:r>
    </w:p>
    <w:p>
      <w:r>
        <w:rPr>
          <w:sz w:val="20"/>
        </w:rPr>
        <w:t>29:26  Maulana, why is it so that Islam holds non-Muslims as kafir? It is wrong. Non-Muslims are not kafir.</w:t>
      </w:r>
      <w:r>
        <w:br/>
      </w:r>
      <w:r>
        <w:rPr>
          <w:sz w:val="20"/>
        </w:rPr>
        <w:t>29:37  Non-Muslims are insan.</w:t>
      </w:r>
      <w:r>
        <w:br/>
      </w:r>
      <w:r>
        <w:rPr>
          <w:sz w:val="20"/>
        </w:rPr>
        <w:t>29:43  If you read the Quran, you will find that Islam addresses by saying, "Ayyuha al-nas, ayyuha al-insan." So, all the peoples are insan.</w:t>
      </w:r>
    </w:p>
    <w:p>
      <w:pPr>
        <w:pStyle w:val="Heading2"/>
      </w:pPr>
      <w:r>
        <w:t>Japan's atomic bombs led to peace and growth</w:t>
      </w:r>
    </w:p>
    <w:p>
      <w:r>
        <w:rPr>
          <w:color w:val="666666"/>
          <w:sz w:val="18"/>
        </w:rPr>
        <w:t>Natural Warning April 17, 2016 · 2m 21s · at 9:50 · https://youtu.be/fSNOpwgzcss?t=590</w:t>
      </w:r>
    </w:p>
    <w:p>
      <w:r>
        <w:rPr>
          <w:i/>
        </w:rPr>
        <w:t>“In modern times, the same kind of event was the Cold War.”</w:t>
      </w:r>
    </w:p>
    <w:p>
      <w:r>
        <w:rPr>
          <w:sz w:val="20"/>
        </w:rPr>
        <w:t>9:50  maujoodah zamanay mein isi qisam ka waqea tha second world war. aadmi hazaron saal se larta raha, larta raha, larta raha.</w:t>
      </w:r>
      <w:r>
        <w:br/>
      </w:r>
      <w:r>
        <w:rPr>
          <w:sz w:val="20"/>
        </w:rPr>
        <w:t>10:01  lekin har ladaai perka war banti thi. har ladaai perka war, yani ladaai se kuch milta nahi tha. na fateh ko, na maftooh ko.</w:t>
      </w:r>
      <w:r>
        <w:br/>
      </w:r>
      <w:r>
        <w:rPr>
          <w:sz w:val="20"/>
        </w:rPr>
        <w:t>10:13  kisi ne bhi is poori history mein ladaai se kuch paya hi nahi. to Allah taala ne yahan bhi kiya keh hit kiya.</w:t>
      </w:r>
      <w:r>
        <w:br/>
      </w:r>
      <w:r>
        <w:rPr>
          <w:sz w:val="20"/>
        </w:rPr>
        <w:t>10:25  hit kiya. yani Newton ke zamanay mein Allah taala ne Newton ke sir par saib giraya tha. second world war mein Allah taala ne aisay halaat paida kiye keh Japan ke oopar do atom bomb giraye gaye.</w:t>
      </w:r>
      <w:r>
        <w:br/>
      </w:r>
      <w:r>
        <w:rPr>
          <w:sz w:val="20"/>
        </w:rPr>
        <w:t>10:47  is se pehle Japani qaum aik la ka qaum thi. lekin yeh do atom bomb jo gire un ke oopar to un ka second thought aaya.</w:t>
      </w:r>
      <w:r>
        <w:br/>
      </w:r>
      <w:r>
        <w:rPr>
          <w:sz w:val="20"/>
        </w:rPr>
        <w:t>11:00  tareekh batati hai keh is ke baad Japani qaum aik peaceful qaum ban gayi. peaceful qaum. unhon ne socha keh hum ne ladaai ki, bohat ziyada nuqsan pohanchaya apne barkhuzah dushmanon ko.</w:t>
      </w:r>
      <w:r>
        <w:br/>
      </w:r>
      <w:r>
        <w:rPr>
          <w:sz w:val="20"/>
        </w:rPr>
        <w:t>11:18  lekin mila kiya? mila yeh keh hum hum bhi tabaah ho gaye, mila to kuch bhi nahi. aap jantay hain keh is ke baad Japan mein aik nai fida baani, nai thinking jaagi.</w:t>
      </w:r>
      <w:r>
        <w:br/>
      </w:r>
      <w:r>
        <w:rPr>
          <w:sz w:val="20"/>
        </w:rPr>
        <w:t>11:33  logon ne ladaai chhod kar ke peace ke maidan mein kaam shuru kiya. yani education, industry, business un maidanon mein.</w:t>
      </w:r>
      <w:r>
        <w:br/>
      </w:r>
      <w:r>
        <w:rPr>
          <w:sz w:val="20"/>
        </w:rPr>
        <w:t>11:43  aur</w:t>
      </w:r>
      <w:r>
        <w:br/>
      </w:r>
      <w:r>
        <w:rPr>
          <w:sz w:val="20"/>
        </w:rPr>
        <w:t>11:47  aap jantay hain keh pachis, pachis, tees saal ke andar woh Japan jo second world war mein tabaah hua tha, woh world war ke baad sirf pachis, tees saal ke andar economic super power ban kar ubhra.</w:t>
      </w:r>
    </w:p>
    <w:p>
      <w:pPr>
        <w:pStyle w:val="Heading2"/>
      </w:pPr>
      <w:r>
        <w:t>Non-Muslim scholars use modern terminology for Islam</w:t>
      </w:r>
    </w:p>
    <w:p>
      <w:r>
        <w:rPr>
          <w:color w:val="666666"/>
          <w:sz w:val="18"/>
        </w:rPr>
        <w:t>Reinterpretation of Islam April 12, 2009 Maulana Wahiduddin Khan · 2m 34s · at 10:34 · https://youtu.be/kut_WRX7mZ4?t=634</w:t>
      </w:r>
    </w:p>
    <w:p>
      <w:r>
        <w:rPr>
          <w:i/>
        </w:rPr>
        <w:t>“Yesterday, I discovered another unique phenomenon.”</w:t>
      </w:r>
    </w:p>
    <w:p>
      <w:r>
        <w:rPr>
          <w:sz w:val="20"/>
        </w:rPr>
        <w:t>10:34  to kal, kal mujhe ek aur discovery hui. main bohat din sochta tha ke ek, ek bohat anokha phenomena hai.</w:t>
      </w:r>
      <w:r>
        <w:br/>
      </w:r>
      <w:r>
        <w:rPr>
          <w:sz w:val="20"/>
        </w:rPr>
        <w:t>10:47  Islam par jitni bhi important book likhi gayi hain, matlab aaj ke insan ko jo appeal karein, woh sab non-muslim scholar ne likhi hain.</w:t>
      </w:r>
      <w:r>
        <w:br/>
      </w:r>
      <w:r>
        <w:rPr>
          <w:sz w:val="20"/>
        </w:rPr>
        <w:t>11:00  yeh bohat anokhi baat hai jo main paayi thi. maine bohat pehle main mila tha Professor Mujeeb se, jo Jamia ke professor the.</w:t>
      </w:r>
      <w:r>
        <w:br/>
      </w:r>
      <w:r>
        <w:rPr>
          <w:sz w:val="20"/>
        </w:rPr>
        <w:t>11:12  to unhon ne kaha tha ke Maulana sahib, aap jante hain ke is zamane mein Jewish scholars jo hain, woh Islam ko represent kar rahe hain.</w:t>
      </w:r>
      <w:r>
        <w:br/>
      </w:r>
      <w:r>
        <w:rPr>
          <w:sz w:val="20"/>
        </w:rPr>
        <w:t>11:25  do you know, Jewish scholars are the representative of Islam in modern age? main samajh nahi pa raha tha is ka matlab is waqt.</w:t>
      </w:r>
      <w:r>
        <w:br/>
      </w:r>
      <w:r>
        <w:rPr>
          <w:sz w:val="20"/>
        </w:rPr>
        <w:t>11:34  kal main samajh paya ke woh log modern term mein bayan karte hain. agarche kuch is mein distortion hota hai, lekin terminology modern hoti hai.</w:t>
      </w:r>
      <w:r>
        <w:br/>
      </w:r>
      <w:r>
        <w:rPr>
          <w:sz w:val="20"/>
        </w:rPr>
        <w:t>11:50  to dekhen, sara muamla terminology ka hota hai. terminology. terminology kya hai? what is terminology? terminology means science of nomenclature.</w:t>
      </w:r>
      <w:r>
        <w:br/>
      </w:r>
      <w:r>
        <w:rPr>
          <w:sz w:val="20"/>
        </w:rPr>
        <w:t>12:05  terminology ka matlab hai science of nomenclature.</w:t>
      </w:r>
      <w:r>
        <w:br/>
      </w:r>
      <w:r>
        <w:rPr>
          <w:sz w:val="20"/>
        </w:rPr>
        <w:t>12:11  jaise sarguzisht anzaar aap ne kaha, to aap ne yani traditional term mein bayan kiya. lekin jab aap ne is ko kaha creation plan of God, to aap ne is ko modern term mein bayan kiya.</w:t>
      </w:r>
      <w:r>
        <w:br/>
      </w:r>
      <w:r>
        <w:rPr>
          <w:sz w:val="20"/>
        </w:rPr>
        <w:t>12:25  sara muamla yahi hai. so it is not a question of modernizing Islam. no. in fact, the question is to to explain Islam in modern term.</w:t>
      </w:r>
      <w:r>
        <w:br/>
      </w:r>
      <w:r>
        <w:rPr>
          <w:sz w:val="20"/>
        </w:rPr>
        <w:t>12:41  in modern terminology. is baat ko achhe se samajh lijiye. naao, da question is not modernizing islam.</w:t>
      </w:r>
      <w:r>
        <w:br/>
      </w:r>
      <w:r>
        <w:rPr>
          <w:sz w:val="20"/>
        </w:rPr>
        <w:t>12:55  no. in fact, da question is</w:t>
      </w:r>
      <w:r>
        <w:br/>
      </w:r>
      <w:r>
        <w:rPr>
          <w:sz w:val="20"/>
        </w:rPr>
        <w:t>13:02  presenting islam in modern terminology.</w:t>
      </w:r>
    </w:p>
    <w:p>
      <w:pPr>
        <w:pStyle w:val="Heading2"/>
      </w:pPr>
      <w:r>
        <w:t>Allah warns before punishment, like global warming today</w:t>
      </w:r>
    </w:p>
    <w:p>
      <w:r>
        <w:rPr>
          <w:color w:val="666666"/>
          <w:sz w:val="18"/>
        </w:rPr>
        <w:t>Major Signs of Doomsday November 26, 2023 · 46s · at 36:29 · https://youtu.be/pMRzFjrkWf4?t=2189</w:t>
      </w:r>
    </w:p>
    <w:p>
      <w:r>
        <w:rPr>
          <w:i/>
        </w:rPr>
        <w:t>“Pehle warning deta hai, phir azaab aata hai”</w:t>
      </w:r>
    </w:p>
    <w:p>
      <w:r>
        <w:rPr>
          <w:sz w:val="20"/>
        </w:rPr>
        <w:t>36:29  to jab prophet ehitmam-e-hujjat kar de aur uska paigham na maana jaaye, phir Allah taala pehle to warning deta hai, jaise yeh aaj kal jo sab ho raha hai na, global warming waghera, yeh sab warning hai.</w:t>
      </w:r>
      <w:r>
        <w:br/>
      </w:r>
      <w:r>
        <w:rPr>
          <w:sz w:val="20"/>
        </w:rPr>
        <w:t>36:44  ji. to pehle to warning deta hai, phir azaab aata hai.</w:t>
      </w:r>
      <w:r>
        <w:br/>
      </w:r>
      <w:r>
        <w:rPr>
          <w:sz w:val="20"/>
        </w:rPr>
        <w:t>36:48  to isi tareeqe se Hazrat Nuh (AS) ke zamane mein jo sailab aaya, to woh in logon ne jo Hazrat Nuh (AS) ko thukra diya, reject kar diya, to is wajah se Allah taala ne woh saara jo hai, unko poori nasal ko khatam kar diya ke ab nayi nasal paida hogi aur is mein se log niklenge jo Allah taala ki ibaadat karenge.</w:t>
      </w:r>
    </w:p>
    <w:p>
      <w:pPr>
        <w:pStyle w:val="Heading2"/>
      </w:pPr>
      <w:r>
        <w:t>smiling is uniquely a human trait in the universe</w:t>
      </w:r>
    </w:p>
    <w:p>
      <w:r>
        <w:rPr>
          <w:color w:val="666666"/>
          <w:sz w:val="18"/>
        </w:rPr>
        <w:t>Journey of Civilization January 14, 2007 · 40s · at 39:47 · https://youtu.be/ZCFRrqmfms4?t=2387</w:t>
      </w:r>
    </w:p>
    <w:p>
      <w:r>
        <w:rPr>
          <w:i/>
        </w:rPr>
        <w:t>“Muskurana sirf insaan ki khoobi hai”</w:t>
      </w:r>
    </w:p>
    <w:p>
      <w:r>
        <w:rPr>
          <w:sz w:val="20"/>
        </w:rPr>
        <w:t>39:47  muskurana yani muskurahat sirf insan ki khoobi hai. is kainat mein koi doosra nahi jo muskura sakta ho.</w:t>
      </w:r>
      <w:r>
        <w:br/>
      </w:r>
      <w:r>
        <w:rPr>
          <w:sz w:val="20"/>
        </w:rPr>
        <w:t>40:01  jo muskura sakta ho.</w:t>
      </w:r>
      <w:r>
        <w:br/>
      </w:r>
      <w:r>
        <w:rPr>
          <w:sz w:val="20"/>
        </w:rPr>
        <w:t>40:04  to bohat pehle jab maine padha tha to yeh ek choti si baat lagti thi. is par sochte sochte maloom hua ke yeh to bohat bari baat hai.</w:t>
      </w:r>
      <w:r>
        <w:br/>
      </w:r>
      <w:r>
        <w:rPr>
          <w:sz w:val="20"/>
        </w:rPr>
        <w:t>40:16  kyunke muskurana ek sach poochhen to ek ek koi ek baat nahin hai. is mein hazaron baaten shamil hain.</w:t>
      </w:r>
    </w:p>
    <w:p>
      <w:pPr>
        <w:pStyle w:val="Heading2"/>
      </w:pPr>
      <w:r>
        <w:t>Need for counter-ideology against political Islam</w:t>
      </w:r>
    </w:p>
    <w:p>
      <w:r>
        <w:rPr>
          <w:color w:val="666666"/>
          <w:sz w:val="18"/>
        </w:rPr>
        <w:t>Political Interpretation of Islam September 4, 2007 · 4m 16s · at 34:54 · https://youtu.be/iwFh5kd1-Rw?t=2094</w:t>
      </w:r>
    </w:p>
    <w:p>
      <w:r>
        <w:rPr>
          <w:i/>
        </w:rPr>
        <w:t>“Abhi kal aaya tha America ka ek bade fauji afsar ka bayan”</w:t>
      </w:r>
    </w:p>
    <w:p>
      <w:r>
        <w:rPr>
          <w:sz w:val="20"/>
        </w:rPr>
        <w:t>34:54  abhi kal aaya tha America ka ek bade fauji afsar ka bayan. kal, abhi kal ke parche mein ke intellectual bankruptcy word use kiya is ne.</w:t>
      </w:r>
      <w:r>
        <w:br/>
      </w:r>
      <w:r>
        <w:rPr>
          <w:sz w:val="20"/>
        </w:rPr>
        <w:t>35:07  ke America fail ho gaya bilkul. billion billion dollar kharch kar ke is ne military operation kiya.</w:t>
      </w:r>
      <w:r>
        <w:br/>
      </w:r>
      <w:r>
        <w:rPr>
          <w:sz w:val="20"/>
        </w:rPr>
        <w:t>35:18  iraq mein, afghanistan mein. lekin woh fail ho gaya. kyun?</w:t>
      </w:r>
      <w:r>
        <w:br/>
      </w:r>
      <w:r>
        <w:rPr>
          <w:sz w:val="20"/>
        </w:rPr>
        <w:t>35:24  dekhiye, yeh hai ideology ka masla hai. unhon ne samjha ke yeh masla hai violence ka masla hai.</w:t>
      </w:r>
      <w:r>
        <w:br/>
      </w:r>
      <w:r>
        <w:rPr>
          <w:sz w:val="20"/>
        </w:rPr>
        <w:t>35:35  aap ko aap counter violence is ko khatam nahi kar sakte. You have to find a counter ideology.</w:t>
      </w:r>
      <w:r>
        <w:br/>
      </w:r>
      <w:r>
        <w:rPr>
          <w:sz w:val="20"/>
        </w:rPr>
        <w:t>35:46  yeh challenge jo hai, sirf violence ka challenge nahi hai ke aap super violence kar ke khatam kar dein is ko.</w:t>
      </w:r>
      <w:r>
        <w:br/>
      </w:r>
      <w:r>
        <w:rPr>
          <w:sz w:val="20"/>
        </w:rPr>
        <w:t>35:52  aap dekhiye, jitna bara operation kiya hai America mein, is se bara operation kiya ho sakta hai? Is se bara to koi operation nahi ho sakta.</w:t>
      </w:r>
      <w:r>
        <w:br/>
      </w:r>
      <w:r>
        <w:rPr>
          <w:sz w:val="20"/>
        </w:rPr>
        <w:t>36:03  George Bush senior ke zaman mein hua aur George Bush junior ke zaman mein hua. Dono ko aap dekhiye, George Bush senior ke zaman mein jo hua tha us ko dekhiye aur George Bush junior ke zaman mein jo hua us ko dekhiye.</w:t>
      </w:r>
      <w:r>
        <w:br/>
      </w:r>
      <w:r>
        <w:rPr>
          <w:sz w:val="20"/>
        </w:rPr>
        <w:t>36:16  itna bara military operation poori history mein kabhi nahi hua tha.</w:t>
      </w:r>
      <w:r>
        <w:br/>
      </w:r>
      <w:r>
        <w:rPr>
          <w:sz w:val="20"/>
        </w:rPr>
        <w:t>36:23  saari navy involve hui, saara air force involve hua, saari dunya involve hui, saari technology involve hui, saara intelligence involve hua. Space se jo satellite ghoom rahe hain, woh sab is mein involve hue.</w:t>
      </w:r>
      <w:r>
        <w:br/>
      </w:r>
      <w:r>
        <w:rPr>
          <w:sz w:val="20"/>
        </w:rPr>
        <w:t>36:35  kitna bara operation kiya George Bush senior ne aur George Bush junior ne. Lekin fail. Kyun ke dekhiye, yeh violence versus violence ka matlab nahi hai.</w:t>
      </w:r>
      <w:r>
        <w:br/>
      </w:r>
      <w:r>
        <w:rPr>
          <w:sz w:val="20"/>
        </w:rPr>
        <w:t>36:49  yeh yeh counter, yeh ideology versus ideology ka masla hai. You have to</w:t>
      </w:r>
      <w:r>
        <w:br/>
      </w:r>
      <w:r>
        <w:rPr>
          <w:sz w:val="20"/>
        </w:rPr>
        <w:t>36:59  evolve a counter ideology.</w:t>
      </w:r>
      <w:r>
        <w:br/>
      </w:r>
      <w:r>
        <w:rPr>
          <w:sz w:val="20"/>
        </w:rPr>
        <w:t>37:05  ab in ke mind mein jo bhara hua hai, jo in logon ne bhar diya hai,</w:t>
      </w:r>
      <w:r>
        <w:br/>
      </w:r>
      <w:r>
        <w:rPr>
          <w:sz w:val="20"/>
        </w:rPr>
        <w:t>37:12  yani political interpretation de kar ke. Islam ka political interpretation de kar ke jo bhar diya in ke mind mein, woh samajhte hain ke yahi Islam hai.</w:t>
      </w:r>
      <w:r>
        <w:br/>
      </w:r>
      <w:r>
        <w:rPr>
          <w:sz w:val="20"/>
        </w:rPr>
        <w:t>37:22  isi par jeena hai, isi par marna hai. Aisa nahi ke aaj to paradise bhi nahi mile gi aap ko, hoor bhi nahi mile gi aap ko.</w:t>
      </w:r>
      <w:r>
        <w:br/>
      </w:r>
      <w:r>
        <w:rPr>
          <w:sz w:val="20"/>
        </w:rPr>
        <w:t>37:31  to jin logon ke mind mein yeh bhara hua ho ke yahi Islam hai, yahi paradise hai, yahi hoor hai, to zahir hai ke woh to maren ge, apne ko marte rahen ge.</w:t>
      </w:r>
      <w:r>
        <w:br/>
      </w:r>
      <w:r>
        <w:rPr>
          <w:sz w:val="20"/>
        </w:rPr>
        <w:t>37:42  Pakistan mein bataiye, Arabic headquarter hai Rawalpindi, is ke paas jo hai bomb blast hui hai. Kaise? Suicide bombing thi woh.</w:t>
      </w:r>
      <w:r>
        <w:br/>
      </w:r>
      <w:r>
        <w:rPr>
          <w:sz w:val="20"/>
        </w:rPr>
        <w:t>37:52  aadmi apne apne upar bomb baad kar ke kahin bhi ja sakta hai? Kya karein ge is ko aap?</w:t>
      </w:r>
      <w:r>
        <w:br/>
      </w:r>
      <w:r>
        <w:rPr>
          <w:sz w:val="20"/>
        </w:rPr>
        <w:t>37:59  dekhiye, jo aadmi apne ko marne par tul jaye, is se aap bach nahi sakte. Yani woh to is par tule hue hain ke hamein apne ko mar kar ke doosron ko marna hai.</w:t>
      </w:r>
      <w:r>
        <w:br/>
      </w:r>
      <w:r>
        <w:rPr>
          <w:sz w:val="20"/>
        </w:rPr>
        <w:t>38:10  aap kya karein ge? Woh kahin bhi ghus jaye ga? The greatest menace of our world is political interpretation of Islam. Yaad rakhiye, aaj kal har aadmi bol raha hai is par, military nesi par</w:t>
      </w:r>
      <w:r>
        <w:br/>
      </w:r>
      <w:r>
        <w:rPr>
          <w:sz w:val="20"/>
        </w:rPr>
        <w:t>38:28  . Saari dunya ke log, saari government bol rahi hai. Hamari government bol rahi hai, American government bol rahi hai, British government bol rahi hai.</w:t>
      </w:r>
      <w:r>
        <w:br/>
      </w:r>
      <w:r>
        <w:rPr>
          <w:sz w:val="20"/>
        </w:rPr>
        <w:t>38:36  saari dunya ke log bol rahe hain. Lekin aap dekhiye, no result, kuch bhi nahi is ko kar kar pa rahe hain.</w:t>
      </w:r>
      <w:r>
        <w:br/>
      </w:r>
      <w:r>
        <w:rPr>
          <w:sz w:val="20"/>
        </w:rPr>
        <w:t>38:47  billion billion dollar kharch kar ke bhi. Kyun</w:t>
      </w:r>
      <w:r>
        <w:br/>
      </w:r>
      <w:r>
        <w:rPr>
          <w:sz w:val="20"/>
        </w:rPr>
        <w:t>38:50  Yeh saare jo head of, jo saari governments hain, saari states hain, woh is ko samajhte hain ke military necessity ka yeh problem hai.</w:t>
      </w:r>
      <w:r>
        <w:br/>
      </w:r>
      <w:r>
        <w:rPr>
          <w:sz w:val="20"/>
        </w:rPr>
        <w:t>39:00  yeh ideology ka problem hai. Yaad rakhiye, Khuda ke fazal se meri kitabein jo phaili hain Kashmir mein, is se militancy kam hui hai. Aaj kal kehte hain ke bohat zyada kam ho gayi militancy Kashmir mein.</w:t>
      </w:r>
    </w:p>
    <w:p>
      <w:pPr>
        <w:pStyle w:val="Heading2"/>
      </w:pPr>
      <w:r>
        <w:t>Badr, Uhud and the psychology of revenge - war never resolves</w:t>
      </w:r>
    </w:p>
    <w:p>
      <w:r>
        <w:rPr>
          <w:color w:val="666666"/>
          <w:sz w:val="18"/>
        </w:rPr>
        <w:t>Islam and Peace August 25, 2013 · 5m 53s · at 21:33 · https://youtu.be/WbBu4W6AUUs?t=1293</w:t>
      </w:r>
    </w:p>
    <w:p>
      <w:r>
        <w:rPr>
          <w:i/>
        </w:rPr>
        <w:t>“In the Prophet's era there were four major events”</w:t>
      </w:r>
    </w:p>
    <w:p>
      <w:r>
        <w:rPr>
          <w:sz w:val="20"/>
        </w:rPr>
        <w:t>21:33  rasool allah ke zamane mein jo history bani hai, us mein chaar bare waqeyat hain. yani ghazwa badr, ghazwa uhud, aur sulah al-hudaybiyah, aur fath makkah.</w:t>
      </w:r>
      <w:r>
        <w:br/>
      </w:r>
      <w:r>
        <w:rPr>
          <w:sz w:val="20"/>
        </w:rPr>
        <w:t>21:49  dekhiye, aap mein se jin logon ne parha hai seerat ki kitabon ko, to aap jante hain ke ghazwa badr mein jo hua tha, san do hijri mein, do hijri mein, us mein ahl-e-iman jo the, woh ghalib hue the.</w:t>
      </w:r>
      <w:r>
        <w:br/>
      </w:r>
      <w:r>
        <w:rPr>
          <w:sz w:val="20"/>
        </w:rPr>
        <w:t>22:04  aur jo mukhalif group tha, us mein 70 aadmi ko unhon ne qatl kar diya tha. yani badr ki ladai mein mukhalif group ke 70 aadmi mare gaye the.</w:t>
      </w:r>
      <w:r>
        <w:br/>
      </w:r>
      <w:r>
        <w:rPr>
          <w:sz w:val="20"/>
        </w:rPr>
        <w:t>22:17  musalmanon ko mukammal ghalba hasil hua tha. lekin masla khatm nahi hua. phir bhi masla baqi raha. kyun? is ke sirf agle hi saal, yani san teen hijri mein,</w:t>
      </w:r>
      <w:r>
        <w:br/>
      </w:r>
      <w:r>
        <w:rPr>
          <w:sz w:val="20"/>
        </w:rPr>
        <w:t>22:29  makkah walon ne, jo us waqt mukhalif the islam ke, unhon ne phir regrouping ki. aur phir unhon ne tayyar kiya apne aap ko.</w:t>
      </w:r>
      <w:r>
        <w:br/>
      </w:r>
      <w:r>
        <w:rPr>
          <w:sz w:val="20"/>
        </w:rPr>
        <w:t>22:38  aur hamla kar diya madine par. aur woh waqea pesh aaya, us ko aap kehte hain ghazwa badr. ab kya hua?</w:t>
      </w:r>
      <w:r>
        <w:br/>
      </w:r>
      <w:r>
        <w:rPr>
          <w:sz w:val="20"/>
        </w:rPr>
        <w:t>22:48  ahl-e-iman ne badr ki ladai mein mukhalifin ke 70 aadmiyon ko mara tha.</w:t>
      </w:r>
      <w:r>
        <w:br/>
      </w:r>
      <w:r>
        <w:rPr>
          <w:sz w:val="20"/>
        </w:rPr>
        <w:t>22:55  uhud ki ladai mein unhon ne dobara sahaba mein 70 aadmiyon ko maar dala. yani 70 aadmi ahl-e-iman ne mara tha badr mein.</w:t>
      </w:r>
      <w:r>
        <w:br/>
      </w:r>
      <w:r>
        <w:rPr>
          <w:sz w:val="20"/>
        </w:rPr>
        <w:t>23:06  aur uhud mein dobara unhon ne 70 aadmi musalmanon mein se qatl kar diya. aur shikast hui musalmanon ko. aisa kyun hua?</w:t>
      </w:r>
      <w:r>
        <w:br/>
      </w:r>
      <w:r>
        <w:rPr>
          <w:sz w:val="20"/>
        </w:rPr>
        <w:t>23:18  to aap jab is waqe ko parhein tareekhon mein, to wahan aik aik bohat hi, yani sochne wali baat yeh milti hai ke abu sufyan leader the uhud ki jang ke.</w:t>
      </w:r>
      <w:r>
        <w:br/>
      </w:r>
      <w:r>
        <w:rPr>
          <w:sz w:val="20"/>
        </w:rPr>
        <w:t>23:33  jab uhud ki jang mein jab musalmanon ko shikast ho gayi aur 70 sahaba shaheed ho gaye, to uhud ne to wahan par pahad tha.</w:t>
      </w:r>
      <w:r>
        <w:br/>
      </w:r>
      <w:r>
        <w:rPr>
          <w:sz w:val="20"/>
        </w:rPr>
        <w:t>23:43  pahaad par charh kar ke, yani chote pahad jo hote hain,</w:t>
      </w:r>
      <w:r>
        <w:br/>
      </w:r>
      <w:r>
        <w:rPr>
          <w:sz w:val="20"/>
        </w:rPr>
        <w:t>23:46  abu sufyan ne kaha tha: yoman bi-yom badr. yeh ailan zor se ailan kiya tha. sarkha ka lafz aata hai ke cheekh kar chilla kar kaha:</w:t>
      </w:r>
      <w:r>
        <w:br/>
      </w:r>
      <w:r>
        <w:rPr>
          <w:sz w:val="20"/>
        </w:rPr>
        <w:t>23:59  yoman bi-yom badr. ke aaj ka jo din hai, woh badr ka badla hai. aaj ka jo din hai, woh badr ka badla hai.</w:t>
      </w:r>
      <w:r>
        <w:br/>
      </w:r>
      <w:r>
        <w:rPr>
          <w:sz w:val="20"/>
        </w:rPr>
        <w:t>24:13  yani badr mein hamein tum ne shikast di thi, aaj hamein tum ko shikast di thi. dekhiye, is se aik bohat bari nafisyati haqeeqat daryaft hoti hai.</w:t>
      </w:r>
      <w:r>
        <w:br/>
      </w:r>
      <w:r>
        <w:rPr>
          <w:sz w:val="20"/>
        </w:rPr>
        <w:t>24:23  bohat bari nafisyati haqeeqat. woh kya hai? ke jang mein agar aap</w:t>
      </w:r>
      <w:r>
        <w:br/>
      </w:r>
      <w:r>
        <w:rPr>
          <w:sz w:val="20"/>
        </w:rPr>
        <w:t>24:35  ghalib hon aur fareeq-e-sani haar jaye, tab bhi masla hal nahi hota. kyun?</w:t>
      </w:r>
      <w:r>
        <w:br/>
      </w:r>
      <w:r>
        <w:rPr>
          <w:sz w:val="20"/>
        </w:rPr>
        <w:t>24:42  haarne wala, haarne wala jo hai, woh apni haar ko manta nahi hai. balkeh woh jata hai revenge ki taraf, inteqam ki taraf. yeh bohat hi bari nafisyati haqeeqat hai ke insan haar ko manta nahi.</w:t>
      </w:r>
      <w:r>
        <w:br/>
      </w:r>
      <w:r>
        <w:rPr>
          <w:sz w:val="20"/>
        </w:rPr>
        <w:t>24:56  to jang mein, maidan mein agar logon ko aap qatl bhi karein, tab bhi haarne wala fareeq jo hai, haar nahi manta. revenge ki taraf jata hai woh.</w:t>
      </w:r>
      <w:r>
        <w:br/>
      </w:r>
      <w:r>
        <w:rPr>
          <w:sz w:val="20"/>
        </w:rPr>
        <w:t>25:05  to phir dobara aap ke upar attack karta hai.</w:t>
      </w:r>
      <w:r>
        <w:br/>
      </w:r>
      <w:r>
        <w:rPr>
          <w:sz w:val="20"/>
        </w:rPr>
        <w:t>25:09  yahi hua ke badr ke maidan mein musalmanon ne poori shikast de di un ko. lekin masla khatm nahi hua.</w:t>
      </w:r>
      <w:r>
        <w:br/>
      </w:r>
      <w:r>
        <w:rPr>
          <w:sz w:val="20"/>
        </w:rPr>
        <w:t>25:18  kyunke is shikast se un ke andar revenge paida hua, inteqam paida hua. aur makkah wapas ja kar unhon ne khoob khoob tayyari ki. aur tayyari kar ke phir hamla kar diya agle hi saal.</w:t>
      </w:r>
      <w:r>
        <w:br/>
      </w:r>
      <w:r>
        <w:rPr>
          <w:sz w:val="20"/>
        </w:rPr>
        <w:t>25:29  aur 70 aadmi ko maar dala. is se kya pata chala? ke war se kabhi koi masla khatm nahi ho sakta hai.</w:t>
      </w:r>
      <w:r>
        <w:br/>
      </w:r>
      <w:r>
        <w:rPr>
          <w:sz w:val="20"/>
        </w:rPr>
        <w:t>25:41  waar se kabhi masla nahi khatm ho sakta hai. kyunke waar jo hai, yahi to hoga ke kisi ko hara dein ge aap battle field mein.lekin woh aadmi haar manega nahi.</w:t>
      </w:r>
      <w:r>
        <w:br/>
      </w:r>
      <w:r>
        <w:rPr>
          <w:sz w:val="20"/>
        </w:rPr>
        <w:t>25:50  to phir woh ja kar ke inteqaam ka jazba bharke ga is ke andar.aur phir aap par attack kare ga.yahi do sau saal, do sau saal se musalmanon ka haal hai.</w:t>
      </w:r>
      <w:r>
        <w:br/>
      </w:r>
      <w:r>
        <w:rPr>
          <w:sz w:val="20"/>
        </w:rPr>
        <w:t>26:00  yeh marte hain, woh marte hain, yeh marte hain, woh marte hain.ek is ko kehte hain angrezi mein vicious circle .</w:t>
      </w:r>
      <w:r>
        <w:br/>
      </w:r>
      <w:r>
        <w:rPr>
          <w:sz w:val="20"/>
        </w:rPr>
        <w:t>26:07  yani jang ka rasta ek vicious circle paida karta hai.yani ladai, haar, inteqaam.phir ladai, haar, inteqaam.</w:t>
      </w:r>
      <w:r>
        <w:br/>
      </w:r>
      <w:r>
        <w:rPr>
          <w:sz w:val="20"/>
        </w:rPr>
        <w:t>26:17  ladai, haar, inteqaam.revenge.to yeh vicious circle chalta rehta hai.yahi vicious circle pehle chalta tha, yani tribal age mein.</w:t>
      </w:r>
      <w:r>
        <w:br/>
      </w:r>
      <w:r>
        <w:rPr>
          <w:sz w:val="20"/>
        </w:rPr>
        <w:t>26:28  aap bhi kitabon mein parhte hain ke tribal age mein so so saal tak ladte the log.</w:t>
      </w:r>
      <w:r>
        <w:br/>
      </w:r>
      <w:r>
        <w:rPr>
          <w:sz w:val="20"/>
        </w:rPr>
        <w:t>26:35  abubakar, abubakar aur taghlab ki baham ladai sadi, jis mein aadhi unhon ne gawai.aadhi sadi, so so saal tak ladte the.kyun?</w:t>
      </w:r>
      <w:r>
        <w:br/>
      </w:r>
      <w:r>
        <w:rPr>
          <w:sz w:val="20"/>
        </w:rPr>
        <w:t>26:44  inteqaam ki wajah se.jo haarta tha, us ke andar inteqaam aata tha.revenge.aur phir woh apne ko recognize karta tha.</w:t>
      </w:r>
      <w:r>
        <w:br/>
      </w:r>
      <w:r>
        <w:rPr>
          <w:sz w:val="20"/>
        </w:rPr>
        <w:t>26:53  phir apne aap ko tayyar karta tha.aur phir attack karta tha.to jang, haar, inteqaam.phir jang, haar, inteqaam.</w:t>
      </w:r>
      <w:r>
        <w:br/>
      </w:r>
      <w:r>
        <w:rPr>
          <w:sz w:val="20"/>
        </w:rPr>
        <w:t>27:01  yeh hai vicious circle.</w:t>
      </w:r>
      <w:r>
        <w:br/>
      </w:r>
      <w:r>
        <w:rPr>
          <w:sz w:val="20"/>
        </w:rPr>
        <w:t>27:04  isi liye kaha gaya quran majeed mein ke asal khair peace is the best .yani peace se masla hal ho sakta hai.lekin jang se masla nahi hal ho sakta.</w:t>
      </w:r>
      <w:r>
        <w:br/>
      </w:r>
      <w:r>
        <w:rPr>
          <w:sz w:val="20"/>
        </w:rPr>
        <w:t>27:16  jo haare ga, woh phir inteqaam ke liye jazbaat bharkaye ga.phir kahin na kahin tarkeeb nikaal kar phir aap par attack kare ga.yahan tak ke suicide bombing kare ga woh.</w:t>
      </w:r>
    </w:p>
    <w:p>
      <w:pPr>
        <w:pStyle w:val="Heading2"/>
      </w:pPr>
      <w:r>
        <w:t>Ignore problems, seize opportunities</w:t>
      </w:r>
    </w:p>
    <w:p>
      <w:r>
        <w:rPr>
          <w:color w:val="666666"/>
          <w:sz w:val="18"/>
        </w:rPr>
        <w:t>Shantum Seth Group Q&amp;A EL 02 Feb, 08 - Maulana Wahiduddin Khan · 41s · at 28:37 · https://youtu.be/97Uy6wSnQp8?t=1717</w:t>
      </w:r>
    </w:p>
    <w:p>
      <w:r>
        <w:rPr>
          <w:i/>
        </w:rPr>
        <w:t>“Ignore the problem and avail the opportunities.”</w:t>
      </w:r>
    </w:p>
    <w:p>
      <w:r>
        <w:rPr>
          <w:sz w:val="20"/>
        </w:rPr>
        <w:t>28:37  . I gave them the formula, "Ignore the problem and avail the opportunities." So now, they have adopted this formula, "Ignore the problem and avail the opportunities." I told them that the problem is a part of society, part of life.</w:t>
      </w:r>
      <w:r>
        <w:br/>
      </w:r>
      <w:r>
        <w:rPr>
          <w:sz w:val="20"/>
        </w:rPr>
        <w:t>28:57  In every society, there are problems. It is not a problem of India, a problem of nature.</w:t>
      </w:r>
      <w:r>
        <w:br/>
      </w:r>
      <w:r>
        <w:rPr>
          <w:sz w:val="20"/>
        </w:rPr>
        <w:t>29:06  So there is no escape from the problem. So I told them that you have to ignore the problems. That is part of life.</w:t>
      </w:r>
    </w:p>
    <w:p>
      <w:pPr>
        <w:pStyle w:val="Heading2"/>
      </w:pPr>
      <w:r>
        <w:t>History's war-against-war thinking, then the Prophet's peace formula</w:t>
      </w:r>
    </w:p>
    <w:p>
      <w:r>
        <w:rPr>
          <w:color w:val="666666"/>
          <w:sz w:val="18"/>
        </w:rPr>
        <w:t>On Extremism September 14, 2008 · 2m 10s · at 4:38 · https://youtu.be/qHQEos8tOLg?t=278</w:t>
      </w:r>
    </w:p>
    <w:p>
      <w:r>
        <w:rPr>
          <w:i/>
        </w:rPr>
        <w:t>“Back then people believed: war against war”</w:t>
      </w:r>
    </w:p>
    <w:p>
      <w:r>
        <w:rPr>
          <w:sz w:val="20"/>
        </w:rPr>
        <w:t>4:38  woh tha aap jab aaye, yani first quarter of 7th century AD mein, to woh zamana religious persecution ka zamana tha.</w:t>
      </w:r>
      <w:r>
        <w:br/>
      </w:r>
      <w:r>
        <w:rPr>
          <w:sz w:val="20"/>
        </w:rPr>
        <w:t>4:51  har taraf war thi. us waqt kya theory thi logon ki? Arabic mein saying thi ke "Al harbu infal al harb" .</w:t>
      </w:r>
      <w:r>
        <w:br/>
      </w:r>
      <w:r>
        <w:rPr>
          <w:sz w:val="20"/>
        </w:rPr>
        <w:t>5:03  yani war against war, this is the solution,</w:t>
      </w:r>
      <w:r>
        <w:br/>
      </w:r>
      <w:r>
        <w:rPr>
          <w:sz w:val="20"/>
        </w:rPr>
        <w:t>5:08  war against war, "Al harbu infal al harb" . saare log isi tarah sochte thay. aur aap jante hain ke aaj bhi yahi sochte hain.</w:t>
      </w:r>
      <w:r>
        <w:br/>
      </w:r>
      <w:r>
        <w:rPr>
          <w:sz w:val="20"/>
        </w:rPr>
        <w:t>5:20  dekhiye, second world war mein germany ne access power ke naam se ek front banaya. to britain ne kya kiya?</w:t>
      </w:r>
      <w:r>
        <w:br/>
      </w:r>
      <w:r>
        <w:rPr>
          <w:sz w:val="20"/>
        </w:rPr>
        <w:t>5:30  unhon ne bhi ek front banaya allied power ke naam se, allied powers.</w:t>
      </w:r>
      <w:r>
        <w:br/>
      </w:r>
      <w:r>
        <w:rPr>
          <w:sz w:val="20"/>
        </w:rPr>
        <w:t>5:36  donon jo hain fauji front the. yaani war ka war ko counter karo war se. phir abhi dekhiye, saddam hussain ne ek naara diya ke "umm al-ma'arik" .</w:t>
      </w:r>
      <w:r>
        <w:br/>
      </w:r>
      <w:r>
        <w:rPr>
          <w:sz w:val="20"/>
        </w:rPr>
        <w:t>5:57  umm al-ma'arik ka matlab hai mother of all battles. ke hum west ke khilaaf, america ke khilaaf sab se badi ladaai larenge, un ko eliminate kar denge.</w:t>
      </w:r>
      <w:r>
        <w:br/>
      </w:r>
      <w:r>
        <w:rPr>
          <w:sz w:val="20"/>
        </w:rPr>
        <w:t>6:09  to umm al-ma'arik ka negative reaction diya america ne. star wars, donon taraf war ki baatein, idhar bhi war, idhar bhi war.</w:t>
      </w:r>
      <w:r>
        <w:br/>
      </w:r>
      <w:r>
        <w:rPr>
          <w:sz w:val="20"/>
        </w:rPr>
        <w:t>6:23  yaani war against war, violence against violence. isi mein poori history mein log jeete rahe.</w:t>
      </w:r>
      <w:r>
        <w:br/>
      </w:r>
      <w:r>
        <w:rPr>
          <w:sz w:val="20"/>
        </w:rPr>
        <w:t>6:32  poori non history mein pehli baar prophet of islam ne formula diya: "peace against war". "peace against war".</w:t>
      </w:r>
      <w:r>
        <w:br/>
      </w:r>
      <w:r>
        <w:rPr>
          <w:sz w:val="20"/>
        </w:rPr>
        <w:t>6:45  isi se maine seekha.</w:t>
      </w:r>
    </w:p>
    <w:p>
      <w:pPr>
        <w:pStyle w:val="Heading2"/>
      </w:pPr>
      <w:r>
        <w:t>Prophet's peace commitment at Battle of Badr</w:t>
      </w:r>
    </w:p>
    <w:p>
      <w:r>
        <w:rPr>
          <w:color w:val="666666"/>
          <w:sz w:val="18"/>
        </w:rPr>
        <w:t>Islam and Peace (English) (Part 1) | January 17, 2007 | Maulana Wahiduddin Khan · 5m 12s · at 5:50 · https://youtu.be/uIvWfkc4uu0?t=350</w:t>
      </w:r>
    </w:p>
    <w:p>
      <w:r>
        <w:rPr>
          <w:i/>
        </w:rPr>
        <w:t>“Prophet himself was not involved in the battle.”</w:t>
      </w:r>
    </w:p>
    <w:p>
      <w:r>
        <w:rPr>
          <w:sz w:val="20"/>
        </w:rPr>
        <w:t>5:50  self was not involved in the battle. He was sitting in an aloof place that is called in books "Areesh." Areesh means a temporary shelter. A temporary shelter, or makeshift shelter.</w:t>
      </w:r>
      <w:r>
        <w:br/>
      </w:r>
      <w:r>
        <w:rPr>
          <w:sz w:val="20"/>
        </w:rPr>
        <w:t>6:21  Areesh means makeshift shelter. So the Prophet was sitting under this Areesh, and the battle ground was in front of him. So the tradition says that at that time, when was Prophet sitting under this Areesh, he was</w:t>
      </w:r>
      <w:r>
        <w:br/>
      </w:r>
      <w:r>
        <w:rPr>
          <w:sz w:val="20"/>
        </w:rPr>
        <w:t>6:53  making lines on the sand, on sand, making some lines. The report says nothing except this. Then an orientalist, a Western scholar taking this event says that</w:t>
      </w:r>
      <w:r>
        <w:br/>
      </w:r>
      <w:r>
        <w:rPr>
          <w:sz w:val="20"/>
        </w:rPr>
        <w:t>7:24  the leader of Islam was making his next war plan. The leader of Islam was making his next war plan. But it is quite wrong. Why? You can say the famous book on Islamic histor</w:t>
      </w:r>
      <w:r>
        <w:br/>
      </w:r>
      <w:r>
        <w:rPr>
          <w:sz w:val="20"/>
        </w:rPr>
        <w:t>7:55  y, that is "Al-Bidayah wa Al-Nihayah," the author was Ibn Kathir. It is a very authentic book on Islamic history. So in this book you can find that when Prophet was seated under this Areesh, an angel from God came to him</w:t>
      </w:r>
      <w:r>
        <w:br/>
      </w:r>
      <w:r>
        <w:rPr>
          <w:sz w:val="20"/>
        </w:rPr>
        <w:t>8:26  . An angel said, "O Prophet, God has conveyed you Salaam." Salaam means peace. So at that time, when Prophet was sitting in Areesh during the Battle of Badr, he received a message from God</w:t>
      </w:r>
      <w:r>
        <w:br/>
      </w:r>
      <w:r>
        <w:rPr>
          <w:sz w:val="20"/>
        </w:rPr>
        <w:t>8:57  that was a message of peace. Then what happened? After receiving this message, Prophet said— this was the response of the Prophet— "Allahumma anta salam, wa minka salam, wa ilayka yirja</w:t>
      </w:r>
      <w:r>
        <w:br/>
      </w:r>
      <w:r>
        <w:rPr>
          <w:sz w:val="20"/>
        </w:rPr>
        <w:t>9:27  'u salam." "Allahumma anta salam, wa minka salam, wa ilayka yirja'u salam. Rabbana hayyana bi salam, wa adhilna daraka daras salam." "Tabarakta rabbana wa ta'ala, ya adhil jalala wal ikram." The translation of this saying or dua is</w:t>
      </w:r>
      <w:r>
        <w:br/>
      </w:r>
      <w:r>
        <w:rPr>
          <w:sz w:val="20"/>
        </w:rPr>
        <w:t>9:58  , "O God, you are peace. Peace is from you. Peace returns to you. O God, let us live in peace. O God, let us</w:t>
      </w:r>
      <w:r>
        <w:br/>
      </w:r>
      <w:r>
        <w:rPr>
          <w:sz w:val="20"/>
        </w:rPr>
        <w:t>10:30  enter into the home of peace, that is paradise. O God, glory be for you." You can see here the prophetic vision, prophetic sentiment. He is living in peace even at the time of war.</w:t>
      </w:r>
    </w:p>
    <w:p>
      <w:pPr>
        <w:pStyle w:val="Heading2"/>
      </w:pPr>
      <w:r>
        <w:t>Prophet example of dealing with anger</w:t>
      </w:r>
    </w:p>
    <w:p>
      <w:r>
        <w:rPr>
          <w:color w:val="666666"/>
          <w:sz w:val="18"/>
        </w:rPr>
        <w:t>The Science of Man October 23, 2007 Maulana Wahiduddin Khan · 1m 57s · at 16:34 · https://youtu.be/nhZ6JUSBKOg?t=994</w:t>
      </w:r>
    </w:p>
    <w:p>
      <w:r>
        <w:rPr>
          <w:i/>
        </w:rPr>
        <w:t>“I will give an example to illustrate this point.”</w:t>
      </w:r>
    </w:p>
    <w:p>
      <w:r>
        <w:rPr>
          <w:sz w:val="20"/>
        </w:rPr>
        <w:t>16:34  I will give an example to illustrate this point</w:t>
      </w:r>
      <w:r>
        <w:br/>
      </w:r>
      <w:r>
        <w:rPr>
          <w:sz w:val="20"/>
        </w:rPr>
        <w:t>16:39  from the sirah of the Prophet of Islam. You know, the Prophet of Islam was born in Mecca in 570 AD.</w:t>
      </w:r>
      <w:r>
        <w:br/>
      </w:r>
      <w:r>
        <w:rPr>
          <w:sz w:val="20"/>
        </w:rPr>
        <w:t>16:51  Then, he migrated to Madinah in 622. So, he lived over there up to ten years.</w:t>
      </w:r>
      <w:r>
        <w:br/>
      </w:r>
      <w:r>
        <w:rPr>
          <w:sz w:val="20"/>
        </w:rPr>
        <w:t>17:04  So, what happened? One day, he saw that a Muslim—his name was Abu Basoud—Abu Basoud became angry at his servant and started beating his servant.</w:t>
      </w:r>
      <w:r>
        <w:br/>
      </w:r>
      <w:r>
        <w:rPr>
          <w:sz w:val="20"/>
        </w:rPr>
        <w:t>17:24  So, the Prophet saw this scene, and he said, "Ey Abu Basoud,</w:t>
      </w:r>
      <w:r>
        <w:br/>
      </w:r>
      <w:r>
        <w:rPr>
          <w:sz w:val="20"/>
        </w:rPr>
        <w:t>17:37  O Abu Basoud, you know, God is stronger upon you than you upon your servant."</w:t>
      </w:r>
      <w:r>
        <w:br/>
      </w:r>
      <w:r>
        <w:rPr>
          <w:sz w:val="20"/>
        </w:rPr>
        <w:t>17:52  So, what happened? Abu Basoud became alert. He</w:t>
      </w:r>
      <w:r>
        <w:br/>
      </w:r>
      <w:r>
        <w:rPr>
          <w:sz w:val="20"/>
        </w:rPr>
        <w:t>18:01  rethinks—he revises his mind</w:t>
      </w:r>
    </w:p>
    <w:p>
      <w:pPr>
        <w:pStyle w:val="Heading2"/>
      </w:pPr>
      <w:r>
        <w:t>Woman at beginning of great things</w:t>
      </w:r>
    </w:p>
    <w:p>
      <w:r>
        <w:rPr>
          <w:color w:val="666666"/>
          <w:sz w:val="18"/>
        </w:rPr>
        <w:t>Place of Woman in Islam (Part-I) March 5, 2006 Maulana Wahiduddin Khan · 31s · at 1:13 · https://youtu.be/RNUl6ahQsXA?t=73</w:t>
      </w:r>
    </w:p>
    <w:p>
      <w:r>
        <w:rPr>
          <w:i/>
        </w:rPr>
        <w:t>“Ek bahut mashhoor seeing hai”</w:t>
      </w:r>
    </w:p>
    <w:p>
      <w:r>
        <w:rPr>
          <w:sz w:val="20"/>
        </w:rPr>
        <w:t>1:13  aik bohat mashhoor saying hai, aap is ko jante honge zaroor ke "there is a woman at the beginning of all great things".</w:t>
      </w:r>
      <w:r>
        <w:br/>
      </w:r>
      <w:r>
        <w:rPr>
          <w:sz w:val="20"/>
        </w:rPr>
        <w:t>1:26  mein ne is saying mein potentially barhaya hai,</w:t>
      </w:r>
      <w:r>
        <w:br/>
      </w:r>
      <w:r>
        <w:rPr>
          <w:sz w:val="20"/>
        </w:rPr>
        <w:t>1:33  potentially. "there is a woman at the beginning of all great things" ka matlab yeh hai ke aurat yeh potential rakhti hai.</w:t>
      </w:r>
    </w:p>
    <w:p>
      <w:pPr>
        <w:pStyle w:val="Heading2"/>
      </w:pPr>
      <w:r>
        <w:t>Car journey analogy for reorientation</w:t>
      </w:r>
    </w:p>
    <w:p>
      <w:r>
        <w:rPr>
          <w:color w:val="666666"/>
          <w:sz w:val="18"/>
        </w:rPr>
        <w:t>Islami Dawat (Al-Risala Aug-19) · 1m 31s · at 1:59 · https://youtu.be/MONd5JFRwf8?t=119</w:t>
      </w:r>
    </w:p>
    <w:p>
      <w:r>
        <w:rPr>
          <w:i/>
        </w:rPr>
        <w:t>“If you travel by car from one place to another”</w:t>
      </w:r>
    </w:p>
    <w:p>
      <w:r>
        <w:rPr>
          <w:sz w:val="20"/>
        </w:rPr>
        <w:t>1:59  agar aap car par ek jagah se doosri jagah jane ke liye safar karen to darmian mein bar bar doosre maqamat ko jane wale rastay atay hain.</w:t>
      </w:r>
      <w:r>
        <w:br/>
      </w:r>
      <w:r>
        <w:rPr>
          <w:sz w:val="20"/>
        </w:rPr>
        <w:t>2:10  aap in raston ki taraf nahi jatay, balkay apni gaadi ko seedhe rukh par chalate rehte hain, yahan tak ke aap manzil par pahunch jatay hain.</w:t>
      </w:r>
      <w:r>
        <w:br/>
      </w:r>
      <w:r>
        <w:rPr>
          <w:sz w:val="20"/>
        </w:rPr>
        <w:t>2:21  yahi muamla islami tehreek ka hai. islami tehreek ka asal nishana dawah ilallah hai. magar tehreek jab amalan jari hoti hai to safar ke darmiyan bar bar morr ke maqamat atay hain.</w:t>
      </w:r>
      <w:r>
        <w:br/>
      </w:r>
      <w:r>
        <w:rPr>
          <w:sz w:val="20"/>
        </w:rPr>
        <w:t>2:38  aise mauqe par zaroori hota hai ke tehreek ko kisi aur taraf marne se bachaya jaye, aur is ka safar dawat e ila Allah ki manzil ki taraf jaari rakha jaye.</w:t>
      </w:r>
      <w:r>
        <w:br/>
      </w:r>
      <w:r>
        <w:rPr>
          <w:sz w:val="20"/>
        </w:rPr>
        <w:t>2:51  makki daur ke aakhir mein is qism ki ek soorat e haal pesh aai. is waqt agar aisa hota ke ahle imaan ki jamaat mushrikeen ki jamaat ke sath mutashaddidana takrao shuru kar de to is ka matlab yeh tha ke islami tehreek dawat e ila Allah ki sirat e mustaqeem se hat kar qital ki janib mar gayi.</w:t>
      </w:r>
      <w:r>
        <w:br/>
      </w:r>
      <w:r>
        <w:rPr>
          <w:sz w:val="20"/>
        </w:rPr>
        <w:t>3:16  aisa hone ka matlab yeh tha ke mushrik sardar apne maqsad mein kamyab ho gaye. yeh waqt dawat ki simt e safar ki dobara tasheeh ya re orientation ka tha.</w:t>
      </w:r>
    </w:p>
    <w:p>
      <w:pPr>
        <w:pStyle w:val="Heading2"/>
      </w:pPr>
      <w:r>
        <w:t>Peace first then justice via opportunities</w:t>
      </w:r>
    </w:p>
    <w:p>
      <w:r>
        <w:rPr>
          <w:color w:val="666666"/>
          <w:sz w:val="18"/>
        </w:rPr>
        <w:t>Maulana Wahiduddin Khan's Visit to United States Institute of Peace Washington DC | September, 2015 · 4m 48s · at 16:50 · https://youtu.be/7pTlTONi9LY?t=1010</w:t>
      </w:r>
    </w:p>
    <w:p>
      <w:r>
        <w:rPr>
          <w:i/>
        </w:rPr>
        <w:t>“They want peace with justice, but this answer is unnatural.”</w:t>
      </w:r>
    </w:p>
    <w:p>
      <w:r>
        <w:rPr>
          <w:sz w:val="20"/>
        </w:rPr>
        <w:t>16:50  I visited some Muslim countries who are engaged in violence.</w:t>
      </w:r>
      <w:r>
        <w:br/>
      </w:r>
      <w:r>
        <w:rPr>
          <w:sz w:val="20"/>
        </w:rPr>
        <w:t>16:54  So I asked, I asked, why you are engaged in violence?</w:t>
      </w:r>
      <w:r>
        <w:br/>
      </w:r>
      <w:r>
        <w:rPr>
          <w:sz w:val="20"/>
        </w:rPr>
        <w:t>16:59  Why this war?</w:t>
      </w:r>
      <w:r>
        <w:br/>
      </w:r>
      <w:r>
        <w:rPr>
          <w:sz w:val="20"/>
        </w:rPr>
        <w:t>17:03  They said, yes, we want peace, but we want peace with justice.</w:t>
      </w:r>
      <w:r>
        <w:br/>
      </w:r>
      <w:r>
        <w:rPr>
          <w:sz w:val="20"/>
        </w:rPr>
        <w:t>17:07  This was their answer.</w:t>
      </w:r>
      <w:r>
        <w:br/>
      </w:r>
      <w:r>
        <w:rPr>
          <w:sz w:val="20"/>
        </w:rPr>
        <w:t>17:11  Give us justice and we will give you peace.</w:t>
      </w:r>
      <w:r>
        <w:br/>
      </w:r>
      <w:r>
        <w:rPr>
          <w:sz w:val="20"/>
        </w:rPr>
        <w:t>17:16  So I I was</w:t>
      </w:r>
      <w:r>
        <w:br/>
      </w:r>
      <w:r>
        <w:rPr>
          <w:sz w:val="20"/>
        </w:rPr>
        <w:t>17:20  struck with this answer.</w:t>
      </w:r>
      <w:r>
        <w:br/>
      </w:r>
      <w:r>
        <w:rPr>
          <w:sz w:val="20"/>
        </w:rPr>
        <w:t>17:24  Then I discovered that this answer is unnatural.</w:t>
      </w:r>
      <w:r>
        <w:br/>
      </w:r>
      <w:r>
        <w:rPr>
          <w:sz w:val="20"/>
        </w:rPr>
        <w:t>17:29  This answer is unnatural.</w:t>
      </w:r>
      <w:r>
        <w:br/>
      </w:r>
      <w:r>
        <w:rPr>
          <w:sz w:val="20"/>
        </w:rPr>
        <w:t>17:33  Because according to the law of nature, justice is not part of peace.</w:t>
      </w:r>
      <w:r>
        <w:br/>
      </w:r>
      <w:r>
        <w:rPr>
          <w:sz w:val="20"/>
        </w:rPr>
        <w:t>17:37  It is very important.</w:t>
      </w:r>
      <w:r>
        <w:br/>
      </w:r>
      <w:r>
        <w:rPr>
          <w:sz w:val="20"/>
        </w:rPr>
        <w:t>17:42  It is my discovery that justice is not part of peace.</w:t>
      </w:r>
      <w:r>
        <w:br/>
      </w:r>
      <w:r>
        <w:rPr>
          <w:sz w:val="20"/>
        </w:rPr>
        <w:t>17:46  Justice is part of your own endeavor, y</w:t>
      </w:r>
      <w:r>
        <w:br/>
      </w:r>
      <w:r>
        <w:rPr>
          <w:sz w:val="20"/>
        </w:rPr>
        <w:t>17:50  our struggle. So according to the according to the law of nature, this I told them, according to the law of nature, first of all, you have to establish peace. Peace will open the opportunities. And by availing by availing these opportunities, you can avail justice. Justice or any other rights can be achieved can can be achieved only</w:t>
      </w:r>
      <w:r>
        <w:br/>
      </w:r>
      <w:r>
        <w:rPr>
          <w:sz w:val="20"/>
        </w:rPr>
        <w:t>18:20  through your own endeavor.</w:t>
      </w:r>
      <w:r>
        <w:br/>
      </w:r>
      <w:r>
        <w:rPr>
          <w:sz w:val="20"/>
        </w:rPr>
        <w:t>18:25  So justice is different and and peace is different.</w:t>
      </w:r>
      <w:r>
        <w:br/>
      </w:r>
      <w:r>
        <w:rPr>
          <w:sz w:val="20"/>
        </w:rPr>
        <w:t>18:30  Peace gives you base.</w:t>
      </w:r>
      <w:r>
        <w:br/>
      </w:r>
      <w:r>
        <w:rPr>
          <w:sz w:val="20"/>
        </w:rPr>
        <w:t>18:36  Peace only can you give base, not the justice.</w:t>
      </w:r>
      <w:r>
        <w:br/>
      </w:r>
      <w:r>
        <w:rPr>
          <w:sz w:val="20"/>
        </w:rPr>
        <w:t>18:41  So first of all, you have to to establish peace at any cost.</w:t>
      </w:r>
      <w:r>
        <w:br/>
      </w:r>
      <w:r>
        <w:rPr>
          <w:sz w:val="20"/>
        </w:rPr>
        <w:t>18:46  It is my belief that peace for the sake of justice.</w:t>
      </w:r>
      <w:r>
        <w:br/>
      </w:r>
      <w:r>
        <w:rPr>
          <w:sz w:val="20"/>
        </w:rPr>
        <w:t>18:51  Peace for the sake of peace. Peace for the sake of peace.</w:t>
      </w:r>
      <w:r>
        <w:br/>
      </w:r>
      <w:r>
        <w:rPr>
          <w:sz w:val="20"/>
        </w:rPr>
        <w:t>18:55  Peace for the sake of peace.</w:t>
      </w:r>
      <w:r>
        <w:br/>
      </w:r>
      <w:r>
        <w:rPr>
          <w:sz w:val="20"/>
        </w:rPr>
        <w:t>19:00  Peace for the sake of peace.</w:t>
      </w:r>
      <w:r>
        <w:br/>
      </w:r>
      <w:r>
        <w:rPr>
          <w:sz w:val="20"/>
        </w:rPr>
        <w:t>19:05  So first of all, you have to establish peace at any cost.</w:t>
      </w:r>
      <w:r>
        <w:br/>
      </w:r>
      <w:r>
        <w:rPr>
          <w:sz w:val="20"/>
        </w:rPr>
        <w:t>19:10  Then peace will open all the doors of opportunities.</w:t>
      </w:r>
      <w:r>
        <w:br/>
      </w:r>
      <w:r>
        <w:rPr>
          <w:sz w:val="20"/>
        </w:rPr>
        <w:t>19:15  And by availing these opportunities, you can achieve your goal.</w:t>
      </w:r>
      <w:r>
        <w:br/>
      </w:r>
      <w:r>
        <w:rPr>
          <w:sz w:val="20"/>
        </w:rPr>
        <w:t>19:20  And this formula I I discovered in the Quran, in from the life of the Prophet of Islam</w:t>
      </w:r>
      <w:r>
        <w:br/>
      </w:r>
      <w:r>
        <w:rPr>
          <w:sz w:val="20"/>
        </w:rPr>
        <w:t>19:25  . Prophet of Islam was born in a tribal society. At that time, there were tribal means age of tribal means age of age of violence. So Prophet was born in in this society. So there was violence. There was war. But Prophet</w:t>
      </w:r>
      <w:r>
        <w:br/>
      </w:r>
      <w:r>
        <w:rPr>
          <w:sz w:val="20"/>
        </w:rPr>
        <w:t>19:55  tried to establish peace.</w:t>
      </w:r>
      <w:r>
        <w:br/>
      </w:r>
      <w:r>
        <w:rPr>
          <w:sz w:val="20"/>
        </w:rPr>
        <w:t>19:59  And he gave all kind of price for this purpose.</w:t>
      </w:r>
      <w:r>
        <w:br/>
      </w:r>
      <w:r>
        <w:rPr>
          <w:sz w:val="20"/>
        </w:rPr>
        <w:t>20:04  And when there was peace, there was opportunity.</w:t>
      </w:r>
      <w:r>
        <w:br/>
      </w:r>
      <w:r>
        <w:rPr>
          <w:sz w:val="20"/>
        </w:rPr>
        <w:t>20:08  And Prophet then availed those opportunities.</w:t>
      </w:r>
      <w:r>
        <w:br/>
      </w:r>
      <w:r>
        <w:rPr>
          <w:sz w:val="20"/>
        </w:rPr>
        <w:t>20:12  And the result was that he he emerged a successful person.</w:t>
      </w:r>
      <w:r>
        <w:br/>
      </w:r>
      <w:r>
        <w:rPr>
          <w:sz w:val="20"/>
        </w:rPr>
        <w:t>20:17  You know, Dr.</w:t>
      </w:r>
      <w:r>
        <w:br/>
      </w:r>
      <w:r>
        <w:rPr>
          <w:sz w:val="20"/>
        </w:rPr>
        <w:t>20:21  Hart has published a bo</w:t>
      </w:r>
      <w:r>
        <w:br/>
      </w:r>
      <w:r>
        <w:rPr>
          <w:sz w:val="20"/>
        </w:rPr>
        <w:t>20:26  ok, The Hundred.</w:t>
      </w:r>
      <w:r>
        <w:br/>
      </w:r>
      <w:r>
        <w:rPr>
          <w:sz w:val="20"/>
        </w:rPr>
        <w:t>20:31  In this book, he says that the Prophet of Islam was supremely successful person.</w:t>
      </w:r>
      <w:r>
        <w:br/>
      </w:r>
      <w:r>
        <w:rPr>
          <w:sz w:val="20"/>
        </w:rPr>
        <w:t>20:36  But in this book, you cannot find the method.</w:t>
      </w:r>
      <w:r>
        <w:br/>
      </w:r>
      <w:r>
        <w:rPr>
          <w:sz w:val="20"/>
        </w:rPr>
        <w:t>20:41  Why Prophet became why why Prophet emerged as a supremely successful person?</w:t>
      </w:r>
      <w:r>
        <w:br/>
      </w:r>
      <w:r>
        <w:rPr>
          <w:sz w:val="20"/>
        </w:rPr>
        <w:t>20:46  Due to following this formula.</w:t>
      </w:r>
      <w:r>
        <w:br/>
      </w:r>
      <w:r>
        <w:rPr>
          <w:sz w:val="20"/>
        </w:rPr>
        <w:t>20:51  The formula of Prophet of Islam was that you have</w:t>
      </w:r>
      <w:r>
        <w:br/>
      </w:r>
      <w:r>
        <w:rPr>
          <w:sz w:val="20"/>
        </w:rPr>
        <w:t>20:56  to establish peace at any cost.</w:t>
      </w:r>
      <w:r>
        <w:br/>
      </w:r>
      <w:r>
        <w:rPr>
          <w:sz w:val="20"/>
        </w:rPr>
        <w:t>21:03  Peace will open the door all the door of opportunities.</w:t>
      </w:r>
      <w:r>
        <w:br/>
      </w:r>
      <w:r>
        <w:rPr>
          <w:sz w:val="20"/>
        </w:rPr>
        <w:t>21:11  And you have to you have to avail these opportunities by by wise planning.</w:t>
      </w:r>
      <w:r>
        <w:br/>
      </w:r>
      <w:r>
        <w:rPr>
          <w:sz w:val="20"/>
        </w:rPr>
        <w:t>21:18  And the result is is is your is is just success</w:t>
      </w:r>
      <w:r>
        <w:br/>
      </w:r>
      <w:r>
        <w:rPr>
          <w:sz w:val="20"/>
        </w:rPr>
        <w:t>21:26  . This is my this is my finding.</w:t>
      </w:r>
    </w:p>
    <w:p>
      <w:pPr>
        <w:pStyle w:val="Heading2"/>
      </w:pPr>
      <w:r>
        <w:t>Prophet's patience with 360 idols in the Kaaba</w:t>
      </w:r>
    </w:p>
    <w:p>
      <w:r>
        <w:rPr>
          <w:color w:val="666666"/>
          <w:sz w:val="18"/>
        </w:rPr>
        <w:t>Importance of Peace November 29, 2013 · 3m 54s · at 12:27 · https://youtu.be/ojJ4gCFf-YE?t=747</w:t>
      </w:r>
    </w:p>
    <w:p>
      <w:r>
        <w:rPr>
          <w:i/>
        </w:rPr>
        <w:t>“When the Prophet started his mission, there were 360 idols in the Kaaba”</w:t>
      </w:r>
    </w:p>
    <w:p>
      <w:r>
        <w:rPr>
          <w:sz w:val="20"/>
        </w:rPr>
        <w:t>12:27  I will give you some example. There are so many excuses or reason for prophet.</w:t>
      </w:r>
      <w:r>
        <w:br/>
      </w:r>
      <w:r>
        <w:rPr>
          <w:sz w:val="20"/>
        </w:rPr>
        <w:t>12:38  For example, when you know, Prophet of Islam was born in 570 AD, then he started mission in 610 AD in Makkah.</w:t>
      </w:r>
      <w:r>
        <w:br/>
      </w:r>
      <w:r>
        <w:rPr>
          <w:sz w:val="20"/>
        </w:rPr>
        <w:t>12:51  ID, ID, you know, Kaaba is the holiest place in Islam. Kaaba is the holiest place in Islam.</w:t>
      </w:r>
      <w:r>
        <w:br/>
      </w:r>
      <w:r>
        <w:rPr>
          <w:sz w:val="20"/>
        </w:rPr>
        <w:t>13:00  and I.D. I.D., there were 360 idols in Ka'bah.</w:t>
      </w:r>
      <w:r>
        <w:br/>
      </w:r>
      <w:r>
        <w:rPr>
          <w:sz w:val="20"/>
        </w:rPr>
        <w:t>13:06  Kaaba was built by Prophet Abraham, but after some time, the Arab people became idol worshipers after some centuries, and they placed so many idols in the premises of Kaaba.</w:t>
      </w:r>
      <w:r>
        <w:br/>
      </w:r>
      <w:r>
        <w:rPr>
          <w:sz w:val="20"/>
        </w:rPr>
        <w:t>13:33  Prophet of Islam was Prophet of of Tauheed. He was muwahhid. That is his main message.</w:t>
      </w:r>
      <w:r>
        <w:br/>
      </w:r>
      <w:r>
        <w:rPr>
          <w:sz w:val="20"/>
        </w:rPr>
        <w:t>13:42  His main message was that God is one. God is one. God is one. So, for Prophet, it was horrible sight that in Kaaba there are so many idols.</w:t>
      </w:r>
      <w:r>
        <w:br/>
      </w:r>
      <w:r>
        <w:rPr>
          <w:sz w:val="20"/>
        </w:rPr>
        <w:t>13:57  iṭ iz a veri provokēṭiv sen,</w:t>
      </w:r>
      <w:r>
        <w:br/>
      </w:r>
      <w:r>
        <w:rPr>
          <w:sz w:val="20"/>
        </w:rPr>
        <w:t>14:02  horrible sight, but prophet never reacted. Prophet lived this situation up to thirteen years in Makkah, but history shows that he never reacted against these idols.</w:t>
      </w:r>
      <w:r>
        <w:br/>
      </w:r>
      <w:r>
        <w:rPr>
          <w:sz w:val="20"/>
        </w:rPr>
        <w:t>14:23  hi simpli,</w:t>
      </w:r>
      <w:r>
        <w:br/>
      </w:r>
      <w:r>
        <w:rPr>
          <w:sz w:val="20"/>
        </w:rPr>
        <w:t>14:27  he simply tired to make people aware of the heartiness of tauheed. that is peaceful persuasion, peaceful dua work.</w:t>
      </w:r>
      <w:r>
        <w:br/>
      </w:r>
      <w:r>
        <w:rPr>
          <w:sz w:val="20"/>
        </w:rPr>
        <w:t>14:41  This was the prophet culture at that time. He never reacted against those idols. Why?</w:t>
      </w:r>
      <w:r>
        <w:br/>
      </w:r>
      <w:r>
        <w:rPr>
          <w:sz w:val="20"/>
        </w:rPr>
        <w:t>14:48  because this, he knew, he was knowing that his reaction will lead to violence.</w:t>
      </w:r>
      <w:r>
        <w:br/>
      </w:r>
      <w:r>
        <w:rPr>
          <w:sz w:val="20"/>
        </w:rPr>
        <w:t>14:57  violence to to to war. And then peace, then there is no peace.</w:t>
      </w:r>
      <w:r>
        <w:br/>
      </w:r>
      <w:r>
        <w:rPr>
          <w:sz w:val="20"/>
        </w:rPr>
        <w:t>15:10  all the opportunities will capitalize.</w:t>
      </w:r>
      <w:r>
        <w:br/>
      </w:r>
      <w:r>
        <w:rPr>
          <w:sz w:val="20"/>
        </w:rPr>
        <w:t>15:15  so, Prophet tolerated the presence of orders in Kaaba. And then what happened?</w:t>
      </w:r>
      <w:r>
        <w:br/>
      </w:r>
      <w:r>
        <w:rPr>
          <w:sz w:val="20"/>
        </w:rPr>
        <w:t>15:27  Makkah people, Makkan people, became against the prophet. They wanted to kill him, but he never tried to go to war.</w:t>
      </w:r>
      <w:r>
        <w:br/>
      </w:r>
      <w:r>
        <w:rPr>
          <w:sz w:val="20"/>
        </w:rPr>
        <w:t>15:41  he simply migrated from Makkah to Madinah. This was also act of peace. At that time, there were two options before before prophet:</w:t>
      </w:r>
      <w:r>
        <w:br/>
      </w:r>
      <w:r>
        <w:rPr>
          <w:sz w:val="20"/>
        </w:rPr>
        <w:t>15:53  war or migration. either engage in war or migrate from Makkah. So at that time, there were, there were two options before before prophet:</w:t>
      </w:r>
      <w:r>
        <w:br/>
      </w:r>
      <w:r>
        <w:rPr>
          <w:sz w:val="20"/>
        </w:rPr>
        <w:t>16:08  migration or war. so, he opted for migration. he left Makkah, he settled in Madinah.</w:t>
      </w:r>
    </w:p>
    <w:p>
      <w:pPr>
        <w:pStyle w:val="Heading2"/>
      </w:pPr>
      <w:r>
        <w:t>Rose plant analogy: flowers and thorns coexist peacefully</w:t>
      </w:r>
    </w:p>
    <w:p>
      <w:r>
        <w:rPr>
          <w:color w:val="666666"/>
          <w:sz w:val="18"/>
        </w:rPr>
        <w:t>Multi Religious Society and Islam (English) March 3, 2007 · 1m 22s · at 6:15 · https://youtu.be/13uSBqf_XHg?t=375</w:t>
      </w:r>
    </w:p>
    <w:p>
      <w:r>
        <w:rPr>
          <w:i/>
        </w:rPr>
        <w:t>“See the rose plant — flowers and thorns together”</w:t>
      </w:r>
    </w:p>
    <w:p>
      <w:r>
        <w:rPr>
          <w:sz w:val="20"/>
        </w:rPr>
        <w:t>6:15  see the rose plant. you know, in its every branch, there are flowers.</w:t>
      </w:r>
      <w:r>
        <w:br/>
      </w:r>
      <w:r>
        <w:rPr>
          <w:sz w:val="20"/>
        </w:rPr>
        <w:t>6:25  at the same time, there are thorns.</w:t>
      </w:r>
      <w:r>
        <w:br/>
      </w:r>
      <w:r>
        <w:rPr>
          <w:sz w:val="20"/>
        </w:rPr>
        <w:t>6:33  but there is no quarrel, no confrontation.</w:t>
      </w:r>
      <w:r>
        <w:br/>
      </w:r>
      <w:r>
        <w:rPr>
          <w:sz w:val="20"/>
        </w:rPr>
        <w:t>6:40  thorn always</w:t>
      </w:r>
      <w:r>
        <w:br/>
      </w:r>
      <w:r>
        <w:rPr>
          <w:sz w:val="20"/>
        </w:rPr>
        <w:t>6:47  tries to follow the principle of tolerance. and also, flower also tries to follow the principle of tolerance.</w:t>
      </w:r>
      <w:r>
        <w:br/>
      </w:r>
      <w:r>
        <w:rPr>
          <w:sz w:val="20"/>
        </w:rPr>
        <w:t>7:01  so, there is no confrontation between the two. flowers and thorns both are living side by side at a single branch of the rose plant.</w:t>
      </w:r>
      <w:r>
        <w:br/>
      </w:r>
      <w:r>
        <w:rPr>
          <w:sz w:val="20"/>
        </w:rPr>
        <w:t>7:25  this is the natural formula.</w:t>
      </w:r>
      <w:r>
        <w:br/>
      </w:r>
      <w:r>
        <w:rPr>
          <w:sz w:val="20"/>
        </w:rPr>
        <w:t>7:32  this is the natural formula.</w:t>
      </w:r>
    </w:p>
    <w:p>
      <w:pPr>
        <w:pStyle w:val="Heading2"/>
      </w:pPr>
      <w:r>
        <w:t>Sooraj aur hadith Allah ke utarne ka</w:t>
      </w:r>
    </w:p>
    <w:p>
      <w:r>
        <w:rPr>
          <w:color w:val="666666"/>
          <w:sz w:val="18"/>
        </w:rPr>
        <w:t>Art of Questioning | May 20, 2017 · 2m 32s · at 10:53 · https://youtu.be/mTDFeXED7PA?t=653</w:t>
      </w:r>
    </w:p>
    <w:p>
      <w:r>
        <w:rPr>
          <w:i/>
        </w:rPr>
        <w:t>“Sooraj jhank raha tha meri taraf”</w:t>
      </w:r>
    </w:p>
    <w:p>
      <w:r>
        <w:rPr>
          <w:sz w:val="20"/>
        </w:rPr>
        <w:t>10:53  bahar barh jata hoon.</w:t>
      </w:r>
      <w:r>
        <w:br/>
      </w:r>
      <w:r>
        <w:rPr>
          <w:sz w:val="20"/>
        </w:rPr>
        <w:t>10:59  to mein baitha hua tha andhera tha abhi itne mein samne se darakhton ke peeche se suraj dikhai</w:t>
      </w:r>
      <w:r>
        <w:br/>
      </w:r>
      <w:r>
        <w:rPr>
          <w:sz w:val="20"/>
        </w:rPr>
        <w:t>11:05  diya jaise ke suraj jhank raha ho meri taraf.</w:t>
      </w:r>
      <w:r>
        <w:br/>
      </w:r>
      <w:r>
        <w:rPr>
          <w:sz w:val="20"/>
        </w:rPr>
        <w:t>11:11  patiyan shakhain patiyan darakht is ke peeche se suraj nikal raha tha.</w:t>
      </w:r>
      <w:r>
        <w:br/>
      </w:r>
      <w:r>
        <w:rPr>
          <w:sz w:val="20"/>
        </w:rPr>
        <w:t>11:17  to meri samajh</w:t>
      </w:r>
      <w:r>
        <w:br/>
      </w:r>
      <w:r>
        <w:rPr>
          <w:sz w:val="20"/>
        </w:rPr>
        <w:t>11:23  mein ek baat aayi. wo jo hadith hai ke Allah aasman aur dunya par utarta hai aur kehta hai ke hai koi koi maangne wala jo jo mujh se maange mein us ko doon. yeh hadith bahut dinon se mein sochta tha. kal meri samajh mein aayi ke Allah jall shanahu ke shan ke khilaf hai ke wo kahein upar ho phir neeche aata hai. us ko neeche upar aane ki zarurat nahi hai. wo kahein</w:t>
      </w:r>
      <w:r>
        <w:br/>
      </w:r>
      <w:r>
        <w:rPr>
          <w:sz w:val="20"/>
        </w:rPr>
        <w:t>11:53  bhi hai wo soch sakta hai kahein pe wo dekh sakta hai. to meri samajh mein aaya ke yeh baat jo kahi gayi hai Allah ki nisbat se haqeeqat mein wo insaan ki nisbat se hai. yaani Allah apne takht se utar kar ke aata hai. to mein sochta hoon ke subah to har waqt kahein na kahein hoti hai. aisa nahi ke subah ka hi subah ka koi ek waqt hai. waqai nahi hai. dunya mein har waqt kahein na kahein subah hai. to kya hota hai</w:t>
      </w:r>
      <w:r>
        <w:br/>
      </w:r>
      <w:r>
        <w:rPr>
          <w:sz w:val="20"/>
        </w:rPr>
        <w:t>12:23  phir? har jagah utarta hai Khuda.</w:t>
      </w:r>
      <w:r>
        <w:br/>
      </w:r>
      <w:r>
        <w:rPr>
          <w:sz w:val="20"/>
        </w:rPr>
        <w:t>12:30  kyun ke aap jante hain ke jo rotation hai suraj ke gird jo apne axis par ghoomti hai.</w:t>
      </w:r>
      <w:r>
        <w:br/>
      </w:r>
      <w:r>
        <w:rPr>
          <w:sz w:val="20"/>
        </w:rPr>
        <w:t>12:38  to is hadith mein bazahir yeh kaha gaya hai ke Allah aasman aur dunya par utarta hai.</w:t>
      </w:r>
      <w:r>
        <w:br/>
      </w:r>
      <w:r>
        <w:rPr>
          <w:sz w:val="20"/>
        </w:rPr>
        <w:t>12:46  aur kehta hai ke koi hai</w:t>
      </w:r>
      <w:r>
        <w:br/>
      </w:r>
      <w:r>
        <w:rPr>
          <w:sz w:val="20"/>
        </w:rPr>
        <w:t>12:53  mangne wala jo is ko mein doon.</w:t>
      </w:r>
      <w:r>
        <w:br/>
      </w:r>
      <w:r>
        <w:rPr>
          <w:sz w:val="20"/>
        </w:rPr>
        <w:t>13:00  to ab dekhen ke yeh baat ghor o fikr se samajh yani barson ke sochne se samajh aayi.</w:t>
      </w:r>
      <w:r>
        <w:br/>
      </w:r>
      <w:r>
        <w:rPr>
          <w:sz w:val="20"/>
        </w:rPr>
        <w:t>13:06  to sochne se mana nahi kiya gaya.</w:t>
      </w:r>
      <w:r>
        <w:br/>
      </w:r>
      <w:r>
        <w:rPr>
          <w:sz w:val="20"/>
        </w:rPr>
        <w:t>13:12  to mein sochte sochte meri samajh mein aayi ke yeh usloob hai Quran ka aur bhi yeh baat</w:t>
      </w:r>
      <w:r>
        <w:br/>
      </w:r>
      <w:r>
        <w:rPr>
          <w:sz w:val="20"/>
        </w:rPr>
        <w:t>13:19  hai ke jo baat kahi gayi hai Allah ki nisbat se woh haqeeqat mein insan ki nisbat se hai. Woh kaise?</w:t>
      </w:r>
    </w:p>
    <w:p>
      <w:pPr>
        <w:pStyle w:val="Heading2"/>
      </w:pPr>
      <w:r>
        <w:t>Opportunities from the age, not government</w:t>
      </w:r>
    </w:p>
    <w:p>
      <w:r>
        <w:rPr>
          <w:color w:val="666666"/>
          <w:sz w:val="18"/>
        </w:rPr>
        <w:t>Opportunities of the Modern Age | March 05, 2017 · 1m 30s · at 24:47 · https://youtu.be/Cv8QEwvQ_fY?t=1487</w:t>
      </w:r>
    </w:p>
    <w:p>
      <w:r>
        <w:rPr>
          <w:i/>
        </w:rPr>
        <w:t>“Hali ne kaha: hukumat ne aazadiyaan di hain”</w:t>
      </w:r>
    </w:p>
    <w:p>
      <w:r>
        <w:rPr>
          <w:sz w:val="20"/>
        </w:rPr>
        <w:t>24:47  hukumat ne azadiyan tum ko di hain taraqqi ki rahen sarasar khuli hain hukumat ne azadiyan tum ko</w:t>
      </w:r>
      <w:r>
        <w:br/>
      </w:r>
      <w:r>
        <w:rPr>
          <w:sz w:val="20"/>
        </w:rPr>
        <w:t>24:55  di hain taraqqi ki rahen sarasar khuli hain ab hukumat ki baat nahi zamane ki baat hai ji</w:t>
      </w:r>
      <w:r>
        <w:br/>
      </w:r>
      <w:r>
        <w:rPr>
          <w:sz w:val="20"/>
        </w:rPr>
        <w:t>25:02  zamane ne azadiyan tum ko di hain taraqqi ki rahen sarasar khuli hain woh zamana bhi khatm ho</w:t>
      </w:r>
      <w:r>
        <w:br/>
      </w:r>
      <w:r>
        <w:rPr>
          <w:sz w:val="20"/>
        </w:rPr>
        <w:t>25:10  gaya jab hali ko kehna pada tha ke hukoomat ne azadi di hai ab to zamane ne di hai koi</w:t>
      </w:r>
      <w:r>
        <w:br/>
      </w:r>
      <w:r>
        <w:rPr>
          <w:sz w:val="20"/>
        </w:rPr>
        <w:t>25:18  chheen nahin sakta aap se hali ka zamana woh hai jab yahan par angrez raj karte the british</w:t>
      </w:r>
      <w:r>
        <w:br/>
      </w:r>
      <w:r>
        <w:rPr>
          <w:sz w:val="20"/>
        </w:rPr>
        <w:t>25:25  empire qaim tha india mein to us waqt hukoomat ke dene se milti thi cheezen to unhon ne</w:t>
      </w:r>
      <w:r>
        <w:br/>
      </w:r>
      <w:r>
        <w:rPr>
          <w:sz w:val="20"/>
        </w:rPr>
        <w:t>25:33  kaha ke hukoomat ne azadiyan tum ko di hain taraqqi ki rahen sarasar khuli hain ab to ek</w:t>
      </w:r>
      <w:r>
        <w:br/>
      </w:r>
      <w:r>
        <w:rPr>
          <w:sz w:val="20"/>
        </w:rPr>
        <w:t>25:40  aur duniya ban chuki hai ek aur</w:t>
      </w:r>
      <w:r>
        <w:br/>
      </w:r>
      <w:r>
        <w:rPr>
          <w:sz w:val="20"/>
        </w:rPr>
        <w:t>25:48  duniya jis ka slogan hai ke zamane ne azadiyan tum ko di hain taraqqi ki rahen sarasar khuli</w:t>
      </w:r>
      <w:r>
        <w:br/>
      </w:r>
      <w:r>
        <w:rPr>
          <w:sz w:val="20"/>
        </w:rPr>
        <w:t>25:58  hain ab human rights jo hai taraqqi ke mawaqe har ek ke liye har ek ke liye har</w:t>
      </w:r>
      <w:r>
        <w:br/>
      </w:r>
      <w:r>
        <w:rPr>
          <w:sz w:val="20"/>
        </w:rPr>
        <w:t>26:08  ek ke liye yeh hai democracy hamare ulama ne democracy ko samjha tha ke ladari nizam yeh bilkul hi</w:t>
      </w:r>
    </w:p>
    <w:p>
      <w:pPr>
        <w:pStyle w:val="Heading2"/>
      </w:pPr>
      <w:r>
        <w:t>Nuclear peace and new age of opportunity</w:t>
      </w:r>
    </w:p>
    <w:p>
      <w:r>
        <w:rPr>
          <w:color w:val="666666"/>
          <w:sz w:val="18"/>
        </w:rPr>
        <w:t>The Age of Opportunity Explosion December 2, 2018 Maulana Wahiduddin Khan · 5m 01s · at 19:12 · https://youtu.be/LqGWdCG81hc?t=1152</w:t>
      </w:r>
    </w:p>
    <w:p>
      <w:r>
        <w:rPr>
          <w:i/>
        </w:rPr>
        <w:t>“Peace was a negative result of the West using atom bombs.”</w:t>
      </w:r>
    </w:p>
    <w:p>
      <w:r>
        <w:rPr>
          <w:sz w:val="20"/>
        </w:rPr>
        <w:t>19:12  peace darasal west ka aik negative nateeja tha. second world war mein west ne do atom bomb istemaal kiye.</w:t>
      </w:r>
      <w:r>
        <w:br/>
      </w:r>
      <w:r>
        <w:rPr>
          <w:sz w:val="20"/>
        </w:rPr>
        <w:t>19:28  aur bohat bari tabahi hui. do nuclear bomb japan mein. is tabahi ke baad</w:t>
      </w:r>
      <w:r>
        <w:br/>
      </w:r>
      <w:r>
        <w:rPr>
          <w:sz w:val="20"/>
        </w:rPr>
        <w:t>19:41  logon ne yeh jaana, jis ko kehte hain weapons of mass destruction. aik naya term dunya mein aaya keh weapons of mass destruction.</w:t>
      </w:r>
      <w:r>
        <w:br/>
      </w:r>
      <w:r>
        <w:rPr>
          <w:sz w:val="20"/>
        </w:rPr>
        <w:t>19:55  to logon ne kya discover kiya? logon ne yeh discover kiya keh ab jang ka zamana hi khatam ho gaya, hathiyar ka zamana hi khatam ho gaya.</w:t>
      </w:r>
      <w:r>
        <w:br/>
      </w:r>
      <w:r>
        <w:rPr>
          <w:sz w:val="20"/>
        </w:rPr>
        <w:t>20:08  kyun? ab agar aap jang karte hain, ab agar aap hathiyar istemaal karte hain to woh kya hoga?</w:t>
      </w:r>
      <w:r>
        <w:br/>
      </w:r>
      <w:r>
        <w:rPr>
          <w:sz w:val="20"/>
        </w:rPr>
        <w:t>20:18  woh sirf dushman ko nahin marega, aap ko hi marega.</w:t>
      </w:r>
      <w:r>
        <w:br/>
      </w:r>
      <w:r>
        <w:rPr>
          <w:sz w:val="20"/>
        </w:rPr>
        <w:t>20:24  aaj ka jo hathiyar hai, woh sirf dushman ko nahin marega, woh aap ko hi marega. weapons of mass destruction.</w:t>
      </w:r>
      <w:r>
        <w:br/>
      </w:r>
      <w:r>
        <w:rPr>
          <w:sz w:val="20"/>
        </w:rPr>
        <w:t>20:36  is ko hitler ne sab se pehle samjha tha, is raaz ko. hitler ne jab woh, aap jante hain keh is woh khudkushi kar ke mara tha woh.</w:t>
      </w:r>
      <w:r>
        <w:br/>
      </w:r>
      <w:r>
        <w:rPr>
          <w:sz w:val="20"/>
        </w:rPr>
        <w:t>20:50  yaani hitler ki mayoosi is par taari ho gayi. kyunkeh ladaai chheeri, paaya kuch nahin.</w:t>
      </w:r>
      <w:r>
        <w:br/>
      </w:r>
      <w:r>
        <w:rPr>
          <w:sz w:val="20"/>
        </w:rPr>
        <w:t>21:03  hitler ne ladaai chheeri aur paaya kuch nahin. to jab us ne khudkushi ki, berlin ke</w:t>
      </w:r>
      <w:r>
        <w:br/>
      </w:r>
      <w:r>
        <w:rPr>
          <w:sz w:val="20"/>
        </w:rPr>
        <w:t>21:15  jail mein, to aakhri baat jo us ne kahi thi woh yeh kahi thi: ab agar jang hoti hai, us ne kaha tha keh no third war, ab koi jang nahin hogi.</w:t>
      </w:r>
      <w:r>
        <w:br/>
      </w:r>
      <w:r>
        <w:rPr>
          <w:sz w:val="20"/>
        </w:rPr>
        <w:t>21:31  first world war aur second world war ke baad ab no third war. agar jang hoti hai to us ne kaha tha</w:t>
      </w:r>
      <w:r>
        <w:br/>
      </w:r>
      <w:r>
        <w:rPr>
          <w:sz w:val="20"/>
        </w:rPr>
        <w:t>21:42  keh no victor only survivor.</w:t>
      </w:r>
      <w:r>
        <w:br/>
      </w:r>
      <w:r>
        <w:rPr>
          <w:sz w:val="20"/>
        </w:rPr>
        <w:t>21:48  to jeetnay wala koi nahin hoga. sirf yeh hai keh chand log bach jayen ge ittefaq se.</w:t>
      </w:r>
      <w:r>
        <w:br/>
      </w:r>
      <w:r>
        <w:rPr>
          <w:sz w:val="20"/>
        </w:rPr>
        <w:t>22:02  matlab sab sabhaarne wale honge, jeetne wala koi bhi nahi hoga.</w:t>
      </w:r>
      <w:r>
        <w:br/>
      </w:r>
      <w:r>
        <w:rPr>
          <w:sz w:val="20"/>
        </w:rPr>
        <w:t>22:11  yeh cheez hai jis ne, yaani matlab nuclear bomb jo hai, woh pehli baar is ne dunya mein compression create kiya.</w:t>
      </w:r>
      <w:r>
        <w:br/>
      </w:r>
      <w:r>
        <w:rPr>
          <w:sz w:val="20"/>
        </w:rPr>
        <w:t>22:20  compression. ke jang chodo. nuclear bomb bazahir to ek ek faida mand cheez thi.</w:t>
      </w:r>
      <w:r>
        <w:br/>
      </w:r>
      <w:r>
        <w:rPr>
          <w:sz w:val="20"/>
        </w:rPr>
        <w:t>22:32  lekin is ne ek compression create kiya.</w:t>
      </w:r>
      <w:r>
        <w:br/>
      </w:r>
      <w:r>
        <w:rPr>
          <w:sz w:val="20"/>
        </w:rPr>
        <w:t>22:36  yeh ek compression create kiya. aap jante hain ke nuclear bomb ka asal moojid jo hai woh Germany hai. America ne to is ko istemal kiya.</w:t>
      </w:r>
      <w:r>
        <w:br/>
      </w:r>
      <w:r>
        <w:rPr>
          <w:sz w:val="20"/>
        </w:rPr>
        <w:t>22:52  to western powers ne yeh discover kiya ke ab ab koi, ab kisi ke liye fateh nahi hai, har ek ke liye haar hai, haar hai, haar hai.</w:t>
      </w:r>
      <w:r>
        <w:br/>
      </w:r>
      <w:r>
        <w:rPr>
          <w:sz w:val="20"/>
        </w:rPr>
        <w:t>23:06  to ab jang ke mani kya hain? khudkushi. jang ke mani kya hain? khudkushi.</w:t>
      </w:r>
      <w:r>
        <w:br/>
      </w:r>
      <w:r>
        <w:rPr>
          <w:sz w:val="20"/>
        </w:rPr>
        <w:t>23:15  yeh ek compression create hua jis ki wajah se insan ne ek nayi soch aayi insan ke jang ke bare mein.</w:t>
      </w:r>
      <w:r>
        <w:br/>
      </w:r>
      <w:r>
        <w:rPr>
          <w:sz w:val="20"/>
        </w:rPr>
        <w:t>23:26  insan ke zehan mein ek nayi soch aayi ke jang to koi option nahi hai.</w:t>
      </w:r>
      <w:r>
        <w:br/>
      </w:r>
      <w:r>
        <w:rPr>
          <w:sz w:val="20"/>
        </w:rPr>
        <w:t>23:37  Alexander the Great samajhta tha ke jang ek option hai. us waqt se le kar baad baat tak log samajhte rahe ke jang bhi ek option hai.</w:t>
      </w:r>
      <w:r>
        <w:br/>
      </w:r>
      <w:r>
        <w:rPr>
          <w:sz w:val="20"/>
        </w:rPr>
        <w:t>23:47  lekin second world war ne ek ek aisa creation, ek aisa compression create kiya jis ke nateejay mein saare dunya ke insan mein yeh soch aa gayi ke ke jang koi option nahi hai.</w:t>
      </w:r>
      <w:r>
        <w:br/>
      </w:r>
      <w:r>
        <w:rPr>
          <w:sz w:val="20"/>
        </w:rPr>
        <w:t>24:05  to peace aayi. to dunya mein jab peace aayi aur</w:t>
      </w:r>
    </w:p>
    <w:p>
      <w:pPr>
        <w:pStyle w:val="Heading2"/>
      </w:pPr>
      <w:r>
        <w:t>Give rulers their due, ask Allah for yours</w:t>
      </w:r>
    </w:p>
    <w:p>
      <w:r>
        <w:rPr>
          <w:color w:val="666666"/>
          <w:sz w:val="18"/>
        </w:rPr>
        <w:t>Islamic Way of Life January 30, 2011 Maulana Wahiduddin Khan · 43s · at 14:04 · https://youtu.be/et2qxSig9ik?t=844</w:t>
      </w:r>
    </w:p>
    <w:p>
      <w:r>
        <w:rPr>
          <w:i/>
        </w:rPr>
        <w:t>“ادو الیہم حقہم”</w:t>
      </w:r>
    </w:p>
    <w:p>
      <w:r>
        <w:rPr>
          <w:sz w:val="20"/>
        </w:rPr>
        <w:t>14:04  dekhiye, bukhari mein ek riwayat hai ke "addu ilaihim haqqahum wa sallu Allah haqqakum" yani hukmaranon ko, rulers ko un ka haq do aur tumhara jo haq hai woh Allah se mango.</w:t>
      </w:r>
      <w:r>
        <w:br/>
      </w:r>
      <w:r>
        <w:rPr>
          <w:sz w:val="20"/>
        </w:rPr>
        <w:t>14:23  isi baat ko Hazrat Masih ne kaha tha ke "give to Caesar what is due to Caesar, give to God what is due to God".</w:t>
      </w:r>
      <w:r>
        <w:br/>
      </w:r>
      <w:r>
        <w:rPr>
          <w:sz w:val="20"/>
        </w:rPr>
        <w:t>14:34  yeh kya hai? is ko gehrai se samjhiye. is ka matlab yeh hai ke Islam mein taqseem kar hai, yani division of work.</w:t>
      </w:r>
    </w:p>
    <w:p>
      <w:pPr>
        <w:pStyle w:val="Heading2"/>
      </w:pPr>
      <w:r>
        <w:t>From partition despair to predicting Muslims would become heroes</w:t>
      </w:r>
    </w:p>
    <w:p>
      <w:r>
        <w:rPr>
          <w:color w:val="666666"/>
          <w:sz w:val="18"/>
        </w:rPr>
        <w:t>Revival and Revivalist June 7, 2015 · 4m 27s · at 15:23 · https://youtu.be/MCY8AJ87BXc?t=923</w:t>
      </w:r>
    </w:p>
    <w:p>
      <w:r>
        <w:rPr>
          <w:i/>
        </w:rPr>
        <w:t>“After 1947's partition, everyone said Muslims had no future”</w:t>
      </w:r>
    </w:p>
    <w:p>
      <w:r>
        <w:rPr>
          <w:sz w:val="20"/>
        </w:rPr>
        <w:t>15:23  to yeh law of nature sab ke liye hai. Yeh sab ke liye. To India mein musalmanon ko yeh soorat-e-haal pesh aai.</w:t>
      </w:r>
      <w:r>
        <w:br/>
      </w:r>
      <w:r>
        <w:rPr>
          <w:sz w:val="20"/>
        </w:rPr>
        <w:t>15:38  47 ke baad, 1947 mein jab partition hua, to aam taur par sab log kehtay thay ke ab to musalmanon ke liye kuch nahi hai. Yeh is country mein.</w:t>
      </w:r>
      <w:r>
        <w:br/>
      </w:r>
      <w:r>
        <w:rPr>
          <w:sz w:val="20"/>
        </w:rPr>
        <w:t>15:48  yani musalman apnay ko displaced community samajhtay samajhnay lagay. Displaced community.</w:t>
      </w:r>
      <w:r>
        <w:br/>
      </w:r>
      <w:r>
        <w:rPr>
          <w:sz w:val="20"/>
        </w:rPr>
        <w:t>15:57  aur aam taur par mayusi chha gayi ke ab ab india mein hamare liye kya hai?</w:t>
      </w:r>
      <w:r>
        <w:br/>
      </w:r>
      <w:r>
        <w:rPr>
          <w:sz w:val="20"/>
        </w:rPr>
        <w:t>16:04  to is zamane mein musalmanon ke leader jo the, unhon ne ek ek nuskhah daryaft kiya, reservation ke musalman to peechhe ho gaye, to hum ko reservation milna chahiye.</w:t>
      </w:r>
      <w:r>
        <w:br/>
      </w:r>
      <w:r>
        <w:rPr>
          <w:sz w:val="20"/>
        </w:rPr>
        <w:t>16:17  to main shayad india mein akela tha jis ne yeh kaha ke reservation work hi nahin karega. reservation ki baat karna ek aisa formula pesh karna hai jo work workable nahin, workable nahin hai.</w:t>
      </w:r>
      <w:r>
        <w:br/>
      </w:r>
      <w:r>
        <w:rPr>
          <w:sz w:val="20"/>
        </w:rPr>
        <w:t>16:31  kaun aap ko reservation dega? aap apni taraqqi ko roke ga? aap ko badhaye ga?</w:t>
      </w:r>
      <w:r>
        <w:br/>
      </w:r>
      <w:r>
        <w:rPr>
          <w:sz w:val="20"/>
        </w:rPr>
        <w:t>16:39  to mujhe yaad hai ek bahut pehle ki baat hai, main ek jalse mein sharik hua. ek bade muslim leader ne is ko organize kiya tha.</w:t>
      </w:r>
      <w:r>
        <w:br/>
      </w:r>
      <w:r>
        <w:rPr>
          <w:sz w:val="20"/>
        </w:rPr>
        <w:t>16:49  mujh ko bhi bulaya tha wahan. to main ne wahan taqreer jo ki thi, to wahan ke logon ka jo mizaj tha, us ke khilaf thi.</w:t>
      </w:r>
      <w:r>
        <w:br/>
      </w:r>
      <w:r>
        <w:rPr>
          <w:sz w:val="20"/>
        </w:rPr>
        <w:t>16:59  saare log baat kar rahe the reservation ki. reservation har cheez mein. aur keh rahe the ke india to mein yeh hamare masail hain, woh problem hain.</w:t>
      </w:r>
      <w:r>
        <w:br/>
      </w:r>
      <w:r>
        <w:rPr>
          <w:sz w:val="20"/>
        </w:rPr>
        <w:t>17:11  to main ne taqreer mein apni kaha ke india problem country nahin hai. india country country of opportunity hai.</w:t>
      </w:r>
      <w:r>
        <w:br/>
      </w:r>
      <w:r>
        <w:rPr>
          <w:sz w:val="20"/>
        </w:rPr>
        <w:t>17:24  log mujh ko aise dekhne lage ke kya baat kar raha hai yeh? kyunke saare log yeh keh rahe the ke india mein hamesha yeh masail, woh masail, woh masail.</w:t>
      </w:r>
      <w:r>
        <w:br/>
      </w:r>
      <w:r>
        <w:rPr>
          <w:sz w:val="20"/>
        </w:rPr>
        <w:t>17:34  to main ne kaha ke india problem country musalmanon ke liye nahin hai. india musalmanon ke liye country of opportunity hai.</w:t>
      </w:r>
      <w:r>
        <w:br/>
      </w:r>
      <w:r>
        <w:rPr>
          <w:sz w:val="20"/>
        </w:rPr>
        <w:t>17:44  to ek shakhs bhi nahin tha jis ne meri taeed ki ho us waqt.</w:t>
      </w:r>
      <w:r>
        <w:br/>
      </w:r>
      <w:r>
        <w:rPr>
          <w:sz w:val="20"/>
        </w:rPr>
        <w:t>17:49  aur main bilkul wahan aise lag gaya jaise koi anokhi baat kar raha hoon main. us waqt main ne kaha tha ke bar waqt musalman is ko jante nahin hain ke india mein un ke liye opportunity hai.</w:t>
      </w:r>
      <w:r>
        <w:br/>
      </w:r>
      <w:r>
        <w:rPr>
          <w:sz w:val="20"/>
        </w:rPr>
        <w:t>18:02  lekin jab woh jaan lenge to yeh musalman hero ban jayenge. us waqt main ne kaha tha. yeh baat bahut pehle ki hai.</w:t>
      </w:r>
      <w:r>
        <w:br/>
      </w:r>
      <w:r>
        <w:rPr>
          <w:sz w:val="20"/>
        </w:rPr>
        <w:t>18:11  shayad main dilli nahin aaya tha, is se pehle ki baat hai.</w:t>
      </w:r>
      <w:r>
        <w:br/>
      </w:r>
      <w:r>
        <w:rPr>
          <w:sz w:val="20"/>
        </w:rPr>
        <w:t>18:16  nahin, dilli aa chuka tha lekin nizamuddin mein nahin aaya tha. ek baat yeh baat ghaliban hogi yani 1970 ke aas paas ki.</w:t>
      </w:r>
      <w:r>
        <w:br/>
      </w:r>
      <w:r>
        <w:rPr>
          <w:sz w:val="20"/>
        </w:rPr>
        <w:t>18:29  to main ne us waqt yeh kaha tha ke musalman jab jaan lenge ke india mein un ke liye opportunity hai to sab hero ban jayenge.</w:t>
      </w:r>
      <w:r>
        <w:br/>
      </w:r>
      <w:r>
        <w:rPr>
          <w:sz w:val="20"/>
        </w:rPr>
        <w:t>18:39  aaj allah ke fazl se aap dekhiye, saare india mein musalman hero bane hue hain.</w:t>
      </w:r>
      <w:r>
        <w:br/>
      </w:r>
      <w:r>
        <w:rPr>
          <w:sz w:val="20"/>
        </w:rPr>
        <w:t>18:45  hero ka matlab yeh hai ke un ke paas woh job mein dekhiye, jahan jaiye. ek martaba main gaya rashid bhawan mein, rashpati bhawan mein, wahan bhi musalman bahut se the.</w:t>
      </w:r>
      <w:r>
        <w:br/>
      </w:r>
      <w:r>
        <w:rPr>
          <w:sz w:val="20"/>
        </w:rPr>
        <w:t>19:00  yeh multinational companiyon mein jata hoon to wahan bhi musalman sab hain. airport mein jata hoon to wahan musalman hain. yani har jagah musalman nazar aate hain.</w:t>
      </w:r>
      <w:r>
        <w:br/>
      </w:r>
      <w:r>
        <w:rPr>
          <w:sz w:val="20"/>
        </w:rPr>
        <w:t>19:12  kyun</w:t>
      </w:r>
      <w:r>
        <w:br/>
      </w:r>
      <w:r>
        <w:rPr>
          <w:sz w:val="20"/>
        </w:rPr>
        <w:t>19:14  hota yeh hai? dekhiye, ek musalman ka heera raha hai, us ke aas paas mein doosre log hain. to pata chala ke wahan ka ladka jo hai, us ne parha parh kar ke yeh kiya, woh kiya, aur ab is job ko pahunch gaya hai.</w:t>
      </w:r>
      <w:r>
        <w:br/>
      </w:r>
      <w:r>
        <w:rPr>
          <w:sz w:val="20"/>
        </w:rPr>
        <w:t>19:26  woh to aadmi sochta hai ke yeh job to main bhi kar sakta hoon. aas paas ke logon ko dekh kar ke ke us ke paas car nahin thi, ab car ho gayi.</w:t>
      </w:r>
      <w:r>
        <w:br/>
      </w:r>
      <w:r>
        <w:rPr>
          <w:sz w:val="20"/>
        </w:rPr>
        <w:t>19:37  us ke paas ghar nahin tha, ab ghar ho gaya, to main bhi kar sakta hoon aisa.</w:t>
      </w:r>
      <w:r>
        <w:br/>
      </w:r>
      <w:r>
        <w:rPr>
          <w:sz w:val="20"/>
        </w:rPr>
        <w:t>19:42  to yeh jo situation hai, yeh jo halaat hain, woh batate hain ke aage barho, aage barho, aage barho.</w:t>
      </w:r>
    </w:p>
    <w:p>
      <w:pPr>
        <w:pStyle w:val="Heading2"/>
      </w:pPr>
      <w:r>
        <w:t>man and woman are creation's highest, most intentional pair</w:t>
      </w:r>
    </w:p>
    <w:p>
      <w:r>
        <w:rPr>
          <w:color w:val="666666"/>
          <w:sz w:val="18"/>
        </w:rPr>
        <w:t>Importance of Marriage January 31, 2014 · 1m 41s · at 2:09 · https://youtu.be/hubJz4MyRn0?t=129</w:t>
      </w:r>
    </w:p>
    <w:p>
      <w:r>
        <w:rPr>
          <w:i/>
        </w:rPr>
        <w:t>“Aap is tarah ghor kijiye ke aurat aur mard dono ek doosre ke bahut zyada”</w:t>
      </w:r>
    </w:p>
    <w:p>
      <w:r>
        <w:rPr>
          <w:sz w:val="20"/>
        </w:rPr>
        <w:t>2:09  aap is tarah ghore kijiye ke aurat aur mard dono aik doosre ke bohat hi zyada, yani</w:t>
      </w:r>
      <w:r>
        <w:br/>
      </w:r>
      <w:r>
        <w:rPr>
          <w:sz w:val="20"/>
        </w:rPr>
        <w:t>2:19  jo quran mein hai ke min kulli shain khalaqna zawjain har cheez mein banaye gaye hain joda joda. to duniya mein har cheez joda joda hai,</w:t>
      </w:r>
      <w:r>
        <w:br/>
      </w:r>
      <w:r>
        <w:rPr>
          <w:sz w:val="20"/>
        </w:rPr>
        <w:t>2:30  lekin aurat aur mard ka joda jo hai, woh sab se zyada aala joda hai. jitne, yani is is kainat mein jitne jode hain, jitne pairs hain,</w:t>
      </w:r>
      <w:r>
        <w:br/>
      </w:r>
      <w:r>
        <w:rPr>
          <w:sz w:val="20"/>
        </w:rPr>
        <w:t>2:45  un sab se zyada</w:t>
      </w:r>
      <w:r>
        <w:br/>
      </w:r>
      <w:r>
        <w:rPr>
          <w:sz w:val="20"/>
        </w:rPr>
        <w:t>2:50  ooncha oonche qism ka pair, high qism ka pair hai aurat aur mard ka. to kya yeh ittefaq se ho gaya hai yeh?</w:t>
      </w:r>
      <w:r>
        <w:br/>
      </w:r>
      <w:r>
        <w:rPr>
          <w:sz w:val="20"/>
        </w:rPr>
        <w:t>2:59  kya yeh ittefaqi baat hai ke aurat mard ke liye behtareen pair hai aur mard aurat ke liye behtareen pair hai? dono aik doosre ke liye bohat hi aala darje ke spouses hain.</w:t>
      </w:r>
      <w:r>
        <w:br/>
      </w:r>
      <w:r>
        <w:rPr>
          <w:sz w:val="20"/>
        </w:rPr>
        <w:t>3:12  kya yeh ittefaqan ho gaya hai? is khud creation plan ka aik bohat bara ishara hai</w:t>
      </w:r>
      <w:r>
        <w:br/>
      </w:r>
      <w:r>
        <w:rPr>
          <w:sz w:val="20"/>
        </w:rPr>
        <w:t>3:24  ke Allah ne paida kiya dono ko ke aik doosre ke sath mil kar ke takhleeq ke maqsad ko poora karein.</w:t>
      </w:r>
      <w:r>
        <w:br/>
      </w:r>
      <w:r>
        <w:rPr>
          <w:sz w:val="20"/>
        </w:rPr>
        <w:t>3:36  yani aurat mard ke liye zooj ka kaam kare, mard aurat ke liye zooj ka kaam kare. dono ek doosre ke liye real sense mein pair ban jayen.</w:t>
      </w:r>
    </w:p>
    <w:p>
      <w:pPr>
        <w:pStyle w:val="Heading2"/>
      </w:pPr>
      <w:r>
        <w:t>war produces no winner, only mutual loss</w:t>
      </w:r>
    </w:p>
    <w:p>
      <w:r>
        <w:rPr>
          <w:color w:val="666666"/>
          <w:sz w:val="18"/>
        </w:rPr>
        <w:t>Major Signs of Doomsday November 26, 2023 · 27s · at 3:20 · https://youtu.be/pMRzFjrkWf4?t=200</w:t>
      </w:r>
    </w:p>
    <w:p>
      <w:r>
        <w:rPr>
          <w:i/>
        </w:rPr>
        <w:t>“Jung mein koi na jeetta hai na haarta hai”</w:t>
      </w:r>
    </w:p>
    <w:p>
      <w:r>
        <w:rPr>
          <w:sz w:val="20"/>
        </w:rPr>
        <w:t>3:20  to jo latest jo jang hai, wo falasteen aur israel ki jang hai, is mein bohat zyada tabahi hui hai. aur dono ki tabahi hoti hai, jang mein koi na jeetta hai na koi haarta hai, balke yeh pyrrhic victory hoti hai.</w:t>
      </w:r>
      <w:r>
        <w:br/>
      </w:r>
      <w:r>
        <w:rPr>
          <w:sz w:val="20"/>
        </w:rPr>
        <w:t>3:34  jo jo jeetne wala hai, wo bhi loser hota hai. kyunke jang mein sirf tabahi tabahi hai. is liye rasool Allah sal Allah alaih wasallam ne hamesha jang ko avoid kiya, sulah ka tareeqa ikhtiyar kiya.</w:t>
      </w:r>
    </w:p>
    <w:p>
      <w:pPr>
        <w:pStyle w:val="Heading2"/>
      </w:pPr>
      <w:r>
        <w:t>Sabr as greatest virtue and path to paradise</w:t>
      </w:r>
    </w:p>
    <w:p>
      <w:r>
        <w:rPr>
          <w:color w:val="666666"/>
          <w:sz w:val="18"/>
        </w:rPr>
        <w:t>Islam and Peace (English) (Part 1) | January 17, 2007 | Maulana Wahiduddin Khan · 6m 05s · at 19:17 · https://youtu.be/uIvWfkc4uu0?t=1157</w:t>
      </w:r>
    </w:p>
    <w:p>
      <w:r>
        <w:rPr>
          <w:i/>
        </w:rPr>
        <w:t>“Quran emphasizes greatly on patience, that is sabr.”</w:t>
      </w:r>
    </w:p>
    <w:p>
      <w:r>
        <w:rPr>
          <w:sz w:val="20"/>
        </w:rPr>
        <w:t>19:17  Because of this reason, Quran emphasizes greatly on patience, that is sabr. Sabr. Sabr is the most important teaching of Islam. You know, there is a very unusual verse in the Quran. It says, "Innama y</w:t>
      </w:r>
      <w:r>
        <w:br/>
      </w:r>
      <w:r>
        <w:rPr>
          <w:sz w:val="20"/>
        </w:rPr>
        <w:t>19:47  awfas sabirun ajarahum bighayri hisaab." "Innama yawfas sabirun ajarahum bighayri hisaab." This is a very unusual verse. Because it says that those people who are patient people, who perform sabr, they will be given reward</w:t>
      </w:r>
      <w:r>
        <w:br/>
      </w:r>
      <w:r>
        <w:rPr>
          <w:sz w:val="20"/>
        </w:rPr>
        <w:t>20:18  . They will be unaccounted reward. You cannot find any other verse about any other teaching in the Quran. This verse specifically for sabr. So sabr is so important. Why? What is sab</w:t>
      </w:r>
      <w:r>
        <w:br/>
      </w:r>
      <w:r>
        <w:rPr>
          <w:sz w:val="20"/>
        </w:rPr>
        <w:t>20:48  r? Sabr is not a passive attitude. Sabr is not cowardice. Sabr is not a passive attitude. Sabr is nothing but living in peace. Sabr means living in peace.</w:t>
      </w:r>
      <w:r>
        <w:br/>
      </w:r>
      <w:r>
        <w:rPr>
          <w:sz w:val="20"/>
        </w:rPr>
        <w:t>21:19  I can say with conviction that this is the only definition of sabr. Sabr means patience. And Islamic patience is not cowardice. Islamic patience is living in peace. Now, what is living in peace? You know, this world is a world of test</w:t>
      </w:r>
      <w:r>
        <w:br/>
      </w:r>
      <w:r>
        <w:rPr>
          <w:sz w:val="20"/>
        </w:rPr>
        <w:t>21:49  . We are here for test. Pre-death period, we are living in test. Present world is a testing ground. So because of this scheme, God has granted man complete freedom. Every man, every man and woman has— every man and woman enjoys complet</w:t>
      </w:r>
      <w:r>
        <w:br/>
      </w:r>
      <w:r>
        <w:rPr>
          <w:sz w:val="20"/>
        </w:rPr>
        <w:t>22:19  e freedom given by God, by the Creator Himself. So no one hasright, no one has power to abolish this freedom. So when man enjoys complete freedom, so it is but natural that</w:t>
      </w:r>
      <w:r>
        <w:br/>
      </w:r>
      <w:r>
        <w:rPr>
          <w:sz w:val="20"/>
        </w:rPr>
        <w:t>22:49  they misuse this freedom. Everywhere you can see this phenomenon, that people are misusing their freedom. Now, when people misuse their freedom, then it means creating problem. When a man or woman misuses his</w:t>
      </w:r>
      <w:r>
        <w:br/>
      </w:r>
      <w:r>
        <w:rPr>
          <w:sz w:val="20"/>
        </w:rPr>
        <w:t>23:19  freedom, it means he or she is creating problems for others. So according to this scheme of God, according to this creation plan, everyone is a born problem person. Everyone is a problem creator. In such a situation,</w:t>
      </w:r>
      <w:r>
        <w:br/>
      </w:r>
      <w:r>
        <w:rPr>
          <w:sz w:val="20"/>
        </w:rPr>
        <w:t>23:50  it means that you are living in thorny bushes. You are living in a society where everyone creates problem. So in such a situation, sabr means adopting peace unilaterall</w:t>
      </w:r>
      <w:r>
        <w:br/>
      </w:r>
      <w:r>
        <w:rPr>
          <w:sz w:val="20"/>
        </w:rPr>
        <w:t>24:20  y. When you adopt the principle of sabr unilaterally, when you adopt the principle of patience unilaterally, then it is sabr. Then it is Islamic peace. So according to the creation plan of God, according to the scheme of lif</w:t>
      </w:r>
      <w:r>
        <w:br/>
      </w:r>
      <w:r>
        <w:rPr>
          <w:sz w:val="20"/>
        </w:rPr>
        <w:t>24:52  e, sabr is a great virtue. Sabr is a virtue. Sabr is not an evil. Sabr is the greatest virtue in the eyes of God. Because without keeping sabr, you cannot follow</w:t>
      </w:r>
    </w:p>
    <w:p>
      <w:pPr>
        <w:pStyle w:val="Heading2"/>
      </w:pPr>
      <w:r>
        <w:t>forming the Shanti Yatra peace march after Babri demolition</w:t>
      </w:r>
    </w:p>
    <w:p>
      <w:r>
        <w:rPr>
          <w:color w:val="666666"/>
          <w:sz w:val="18"/>
        </w:rPr>
        <w:t>Communal Harmony October 16, 2022 · 2m 53s · at 9:04 · https://youtu.be/Ob4BVozf3KY?t=544</w:t>
      </w:r>
    </w:p>
    <w:p>
      <w:r>
        <w:rPr>
          <w:i/>
        </w:rPr>
        <w:t>“Is pe Maulana ne ek pad yatra ki thi”</w:t>
      </w:r>
    </w:p>
    <w:p>
      <w:r>
        <w:rPr>
          <w:sz w:val="20"/>
        </w:rPr>
        <w:t>9:04  to is pe Maulana ne ek padyatra ki thi, woh us ko jis ko hum shanti yatra kehte hain. to is mein jo hai bohat sare is mein shamil the religious leaders.</w:t>
      </w:r>
      <w:r>
        <w:br/>
      </w:r>
      <w:r>
        <w:rPr>
          <w:sz w:val="20"/>
        </w:rPr>
        <w:t>9:21  to is mein sab se acharya Muni Sushil Kumar jo the, woh sab se bare leader the, unhi ki leadership mein yeh padyatra ki gayi thi.</w:t>
      </w:r>
      <w:r>
        <w:br/>
      </w:r>
      <w:r>
        <w:rPr>
          <w:sz w:val="20"/>
        </w:rPr>
        <w:t>9:33  to un ke sath jo hai unhon ne ek poori team banai thi. is mein Swami Chidanand the. aur yeh Babri Masjid shayad chhe December ko is ka demolition hua tha, to yeh pandrah December se bees December tak yeh shanti yatra ka intezam kiya gaya tha.</w:t>
      </w:r>
      <w:r>
        <w:br/>
      </w:r>
      <w:r>
        <w:rPr>
          <w:sz w:val="20"/>
        </w:rPr>
        <w:t>9:53  to is mein acharya Sushil Kumar ke ashram mein sab se pehle nayi dilli mein kai meetings huin. phir kuch meetings TV</w:t>
      </w:r>
      <w:r>
        <w:br/>
      </w:r>
      <w:r>
        <w:rPr>
          <w:sz w:val="20"/>
        </w:rPr>
        <w:t>10:01  par huin, unhon ne bohat sare religious leaders ko bulaya. to is ke baad unhon ne ek team banai, kyunke bombay mein bohat zyada fasad ho rahe the, bohat zyada log mare ja rahe the.</w:t>
      </w:r>
      <w:r>
        <w:br/>
      </w:r>
      <w:r>
        <w:rPr>
          <w:sz w:val="20"/>
        </w:rPr>
        <w:t>10:12  to is mein jo the Swami Chidanand ji the, Shanti Lal Motha, woh poona ke the, wahan ke bare leader the, Anna Sahab Hazare, Justice Chandrashekhar</w:t>
      </w:r>
      <w:r>
        <w:br/>
      </w:r>
      <w:r>
        <w:rPr>
          <w:sz w:val="20"/>
        </w:rPr>
        <w:t>10:24  . to in logon ki ek poori qafle ki shakal mein unhon ne yeh program banaya. aur wahan par halankeh wahan par itna zyada halaat kharab the ke wahan curfew laga hua tha, aur kahin raat ka curfew, kahin din ka curfew, to kisi ko is taraf bahar nikalne ki itna group mein ijazat hi nahi thi.</w:t>
      </w:r>
      <w:r>
        <w:br/>
      </w:r>
      <w:r>
        <w:rPr>
          <w:sz w:val="20"/>
        </w:rPr>
        <w:t>10:45  lekin Shanti Lal Motha jo hain bare leader the, to unhon ne bat cheet kar ke us ko administration se ijazat li.</w:t>
      </w:r>
      <w:r>
        <w:br/>
      </w:r>
      <w:r>
        <w:rPr>
          <w:sz w:val="20"/>
        </w:rPr>
        <w:t>10:54  to ek bohat bare qafle ki shakal mein yeh nikla. to is mein ek aage aage ek jeep hoti thi, us mein shanti geet chalte the.</w:t>
      </w:r>
      <w:r>
        <w:br/>
      </w:r>
      <w:r>
        <w:rPr>
          <w:sz w:val="20"/>
        </w:rPr>
        <w:t>11:04  to is mein bohat hi achhe aise aise geet hote the, bohat hi inspiring. to is mein chand ashaar Maulana ne likhe hain:</w:t>
      </w:r>
      <w:r>
        <w:br/>
      </w:r>
      <w:r>
        <w:rPr>
          <w:sz w:val="20"/>
        </w:rPr>
        <w:t>11:13  "ashiq ki deepak jalne do, toote hue dil ko judne do, tareekh ke panne likhne do, ganga jamna ko milne do." to is tareeqe se aage aage woh jeep chalti thi, peechhe peechhe qafila chalta tha, aur jis area mein jate the, wahan ke bohat sare log is mein sath ho jate the.</w:t>
      </w:r>
      <w:r>
        <w:br/>
      </w:r>
      <w:r>
        <w:rPr>
          <w:sz w:val="20"/>
        </w:rPr>
        <w:t>11:34  to bohat zyada logon ko dilchaspi hui, kyunke aman qaim karna Maulana likhte hain ke insan ke fitrat mein hi hai, woh parman hi rehna chahta hai.</w:t>
      </w:r>
      <w:r>
        <w:br/>
      </w:r>
      <w:r>
        <w:rPr>
          <w:sz w:val="20"/>
        </w:rPr>
        <w:t>11:44  lekin kabhi kabhi us ki ego bhadak jati hai, phir us ko ghussa aa jata hai, phir woh koi bhi harkat kar baithta hai. lekin agar aap us ki fitrat ko jaga dein to phir aap ko aman hi aman, peace hi peace milega.</w:t>
      </w:r>
    </w:p>
    <w:p>
      <w:pPr>
        <w:pStyle w:val="Heading2"/>
      </w:pPr>
      <w:r>
        <w:t>why travel matters for learning and dawah in Islam</w:t>
      </w:r>
    </w:p>
    <w:p>
      <w:r>
        <w:rPr>
          <w:color w:val="666666"/>
          <w:sz w:val="18"/>
        </w:rPr>
        <w:t>The History of Palestine January 22, 2023 · 2m 43s · at 2:46 · https://youtu.be/KriKW4WEgzw?t=166</w:t>
      </w:r>
    </w:p>
    <w:p>
      <w:r>
        <w:rPr>
          <w:i/>
        </w:rPr>
        <w:t>“Yeh safarname bahut dilchaspi se padhe jaate the”</w:t>
      </w:r>
    </w:p>
    <w:p>
      <w:r>
        <w:rPr>
          <w:sz w:val="20"/>
        </w:rPr>
        <w:t>2:46  yeh safarnama bahut dilchaspi se padhe jate the. to isse bahut zyada ismein aql mein izafa hota hai. naye naye tajarubat hote hain. bilkul aadmi ghar mein baitha raha hai. to usse koi nai baat usko samajh mein nahi aati kyunki insan ke andar jo mind hai woh potential usmein hai. Brain jo hai to usko actual banane ke liye usko naye naye tajarubat nai nai study karna padta hai. usse learning leni padti hai.</w:t>
      </w:r>
      <w:r>
        <w:br/>
      </w:r>
      <w:r>
        <w:rPr>
          <w:sz w:val="20"/>
        </w:rPr>
        <w:t>3:16  tab uska jo hai potential jo hai woh actual ke roop mein ikhtiyaar karta hai. to aap jante hain hazrat ibrahim ali salam to missionary jo the woh is tarah ke the ke musalsal woh safar mein hi rehte the. bahut sari jagahon par ja jaakar woh huda ka paigham logon tak pahunchate the. to yeh islam mein iski bahut zyada ahmiyat hai.</w:t>
      </w:r>
      <w:r>
        <w:br/>
      </w:r>
      <w:r>
        <w:rPr>
          <w:sz w:val="20"/>
        </w:rPr>
        <w:t>3:41  aur hazrat eisa a.s. ne bhi apne hawariyon ko mukhtalif muqamat par bheja tha ke allah ka paigham woh logon tak pahunchaye jaakar ke. aur aaj to itna aasan ho gaya hai aaj to turant industry ki wajah se itni sulahiyat ho gayi hai har jagah. lekin log uska sahi istemal nahi kar rahe hain. log tafreeh ke liye safar karte hain.</w:t>
      </w:r>
      <w:r>
        <w:br/>
      </w:r>
      <w:r>
        <w:rPr>
          <w:sz w:val="20"/>
        </w:rPr>
        <w:t>4:07  jabki islam ke mutabiq hamein sabak lene ke liye safar karna chahiye. hamein logon se interaction karne ke liye unko huda ka paigham pahunchane ke liye safar karna chahiye. to yeh hamare liye bahut zaroori hai kyunki ek hi jagah hamein tamam log milte nahi ke hum unko yeh khas taur par huda ka jo creation plan hai woh logon ko batana. yeh hamari duty hai.</w:t>
      </w:r>
      <w:r>
        <w:br/>
      </w:r>
      <w:r>
        <w:rPr>
          <w:sz w:val="20"/>
        </w:rPr>
        <w:t>4:34  to jagah jagah jaakar hamein jahan bhi mauka mile aajkal to conferences hoti hain, programs hote hain, safar, seminars hote hain. to woh hamein jana chahiye aur wahan par ka paigham logon tak pahunchana chahiye. to ismein bahut bada iska sawab hai aur ismein hamara apna bhi hamara development hota hai aur khuda ka uska reward milta hai.</w:t>
      </w:r>
      <w:r>
        <w:br/>
      </w:r>
      <w:r>
        <w:rPr>
          <w:sz w:val="20"/>
        </w:rPr>
        <w:t>5:02  to ek baar ek sahabi ne rasool allah se poocha. kaha ke mujhe jihad ki ijazat dijiye. to aapne kaha meri ummat ki jihad allah ke raste mein jihad hai. to jihad ka yeh matlab nahi jihad kamane struggle koshish karna. kyunki jihad infiradi jihad to hota nahi. jihad ka yahi matlab hai ke allah ke paigham ko logon tak pahunchana.</w:t>
      </w:r>
      <w:r>
        <w:br/>
      </w:r>
      <w:r>
        <w:rPr>
          <w:sz w:val="20"/>
        </w:rPr>
        <w:t>5:29  to yeh jo hai woh jihad hai aur isko hamein har halat mein karna chahiye. jahan bhi hamein mauka mile safar karne ka to woh hamein jana chahiye. wahan ke jo mawaqe hain unse poora faida uthana chahiye. aaj jo hum baat karenge woh Maulana ki kitab hai safar nama falasteen wo sham. to usmein se aaj hum kai baatein aap logon ke samne share karenge. masha allah.</w:t>
      </w:r>
    </w:p>
    <w:p>
      <w:pPr>
        <w:pStyle w:val="Heading2"/>
      </w:pPr>
      <w:r>
        <w:t>What makes a great thinker: Newton's rabbit hutch</w:t>
      </w:r>
    </w:p>
    <w:p>
      <w:r>
        <w:rPr>
          <w:color w:val="666666"/>
          <w:sz w:val="18"/>
        </w:rPr>
        <w:t>Intellectual Poverty of Modern World December 17, 2006 · 2m 40s · at 1:53:05 · https://youtu.be/GdhR0DoI1Ys?t=6785</w:t>
      </w:r>
    </w:p>
    <w:p>
      <w:r>
        <w:rPr>
          <w:i/>
        </w:rPr>
        <w:t>“گریٹ تھنکر کوئی چانس تو بنتا نہیں۔”</w:t>
      </w:r>
    </w:p>
    <w:p>
      <w:r>
        <w:rPr>
          <w:sz w:val="20"/>
        </w:rPr>
        <w:t>1:53:05  yeh great thinker koi chance to banta nahin pehli baat yahi hai ke main chahoon ke main great thinker ban jaon yeh main us ko stepped baat samajhta hoon yeh sab yeh sab koi baat nahin hai koshish karte karte karte koi great thinker ban jata hai yeh baat yun hoti hai hamesha</w:t>
      </w:r>
      <w:r>
        <w:br/>
      </w:r>
      <w:r>
        <w:rPr>
          <w:sz w:val="20"/>
        </w:rPr>
        <w:t>1:53:24  to is ka yani wohi aadmi ban pata hai main yeh kahoon ga great thinker wo ban pata hai jo har doosri cheez ko secondary bana sake social obligation to mere nazdeek bilkul ek irrelevant hai us is sense mein kuch na had tak apna khana peena wo us ko bhool jata hai wo socha obligation to bohat bari baat hai great thinker banne ki price yeh hai ke har doosri cheez ko secondary bana sake aap yeh</w:t>
      </w:r>
      <w:r>
        <w:br/>
      </w:r>
      <w:r>
        <w:rPr>
          <w:sz w:val="20"/>
        </w:rPr>
        <w:t>1:53:50  haan tak ke apni kapra apna khana apna bistar sab secondary ban jaye aap ki itna zyada devote karen aap ko itna concentration aap ko ho jaye tab aisa hota hai jaise newton jo tha us ki bohat hi dilchasp interesting example hai yeh ke newton jo hai apne ko devote devote kiya hua tha poori tarah scientific study mein to us ne us ka wo rabbit pari hui thi khargosh ek chota tha ek bara tha</w:t>
      </w:r>
      <w:r>
        <w:br/>
      </w:r>
      <w:r>
        <w:rPr>
          <w:sz w:val="20"/>
        </w:rPr>
        <w:t>1:54:19  to is ne bulaya carpenter ko ke bhai ek bana do ek ek woh keej is mein do</w:t>
      </w:r>
      <w:r>
        <w:br/>
      </w:r>
      <w:r>
        <w:rPr>
          <w:sz w:val="20"/>
        </w:rPr>
        <w:t>1:54:26  hole banana ek chhota ek bada to is ne poocha ke woh yeh ek hi bana de do</w:t>
      </w:r>
      <w:r>
        <w:br/>
      </w:r>
      <w:r>
        <w:rPr>
          <w:sz w:val="20"/>
        </w:rPr>
        <w:t>1:54:31  do kis liye kya yeh ek chhote khargosh ke liye ek bade ke liye to unhon ne kaha</w:t>
      </w:r>
      <w:r>
        <w:br/>
      </w:r>
      <w:r>
        <w:rPr>
          <w:sz w:val="20"/>
        </w:rPr>
        <w:t>1:54:37  sarkar woh ek ek rahega use dono dono chale jayenge matlab ek bada rahega use</w:t>
      </w:r>
      <w:r>
        <w:br/>
      </w:r>
      <w:r>
        <w:rPr>
          <w:sz w:val="20"/>
        </w:rPr>
        <w:t>1:54:41  dono chale jayenge to newton nahin soch pane newton is ko soch nahin paya ke ek hole</w:t>
      </w:r>
      <w:r>
        <w:br/>
      </w:r>
      <w:r>
        <w:rPr>
          <w:sz w:val="20"/>
        </w:rPr>
        <w:t>1:54:47  dono ke liye kafi hai</w:t>
      </w:r>
      <w:r>
        <w:br/>
      </w:r>
      <w:r>
        <w:rPr>
          <w:sz w:val="20"/>
        </w:rPr>
        <w:t>1:54:49  yeh devotion ki wajah se aisa hua yani wo solar system ko soch pata tha aur jo ghar mein dor rahe the rabbit us ko nahin samajh pata tha wo to great thinker wo banta hai jo hundred percent apne ko devote kar sake us ka dedication bohat hi barh jaye concentration itna barh jaye itna barh jaye ke suraj dikhai de aur rabbit na dikhai de us ko</w:t>
      </w:r>
      <w:r>
        <w:br/>
      </w:r>
      <w:r>
        <w:rPr>
          <w:sz w:val="20"/>
        </w:rPr>
        <w:t>1:55:16  yeh ek hi ek hi condition hai aur yeh social obligation to kuch bhi nahin hai yeh to kuch bhi nothing mere nazdeek hai.</w:t>
      </w:r>
    </w:p>
    <w:p>
      <w:pPr>
        <w:pStyle w:val="Heading2"/>
      </w:pPr>
      <w:r>
        <w:t>Sincere work brings inspiration</w:t>
      </w:r>
    </w:p>
    <w:p>
      <w:r>
        <w:rPr>
          <w:color w:val="666666"/>
          <w:sz w:val="18"/>
        </w:rPr>
        <w:t>Spiritual Goal January 15, 2017 · 2m 00s · at 55:46 · https://youtu.be/D3JYu4p_P34?t=3346</w:t>
      </w:r>
    </w:p>
    <w:p>
      <w:r>
        <w:rPr>
          <w:i/>
        </w:rPr>
        <w:t>“Jo kaam bhi sache dil se karo, inspiration aayega”</w:t>
      </w:r>
    </w:p>
    <w:p>
      <w:r>
        <w:rPr>
          <w:sz w:val="20"/>
        </w:rPr>
        <w:t>55:46  daikhen, aisa nahi ke aap koi stage par ja ja kar training karna hai, aap ko aisa nahi hota.</w:t>
      </w:r>
      <w:r>
        <w:br/>
      </w:r>
      <w:r>
        <w:rPr>
          <w:sz w:val="20"/>
        </w:rPr>
        <w:t>55:51  yeh mera matlab nahi hai.</w:t>
      </w:r>
      <w:r>
        <w:br/>
      </w:r>
      <w:r>
        <w:rPr>
          <w:sz w:val="20"/>
        </w:rPr>
        <w:t>55:57  jo kaam bhi aap kar rahay hain, agar woh aap sachay dil se kar rahay hain to aap</w:t>
      </w:r>
      <w:r>
        <w:br/>
      </w:r>
      <w:r>
        <w:rPr>
          <w:sz w:val="20"/>
        </w:rPr>
        <w:t>56:03  ko inspiration aye ga.</w:t>
      </w:r>
      <w:r>
        <w:br/>
      </w:r>
      <w:r>
        <w:rPr>
          <w:sz w:val="20"/>
        </w:rPr>
        <w:t>56:08  inspiration aap ko train karta hai.</w:t>
      </w:r>
      <w:r>
        <w:br/>
      </w:r>
      <w:r>
        <w:rPr>
          <w:sz w:val="20"/>
        </w:rPr>
        <w:t>56:14  aisa nahi ke koi stage banayen, wahan ja ja ke taqreeren karen, is se aap prepare ho jayen ge.</w:t>
      </w:r>
      <w:r>
        <w:br/>
      </w:r>
      <w:r>
        <w:rPr>
          <w:sz w:val="20"/>
        </w:rPr>
        <w:t>56:20  aisa hai hi nahi.</w:t>
      </w:r>
      <w:r>
        <w:br/>
      </w:r>
      <w:r>
        <w:rPr>
          <w:sz w:val="20"/>
        </w:rPr>
        <w:t>56:26  aap Allah ke mission ke liye jab kaam karen ge, mission mein daikhen, koi kaam chhota hai, koi</w:t>
      </w:r>
      <w:r>
        <w:br/>
      </w:r>
      <w:r>
        <w:rPr>
          <w:sz w:val="20"/>
        </w:rPr>
        <w:t>56:31  bara nahi hota.</w:t>
      </w:r>
      <w:r>
        <w:br/>
      </w:r>
      <w:r>
        <w:rPr>
          <w:sz w:val="20"/>
        </w:rPr>
        <w:t>56:37  har kaam barabar ka hota hai.</w:t>
      </w:r>
      <w:r>
        <w:br/>
      </w:r>
      <w:r>
        <w:rPr>
          <w:sz w:val="20"/>
        </w:rPr>
        <w:t>56:43  to jab Allah ke liye aap karen ge mission ka kaam, chahe koi bhi kaam ho, chahe sirf</w:t>
      </w:r>
      <w:r>
        <w:br/>
      </w:r>
      <w:r>
        <w:rPr>
          <w:sz w:val="20"/>
        </w:rPr>
        <w:t>56:48  quran ka distribution hi ho, tab bhi aap ko inspiration aye ga.</w:t>
      </w:r>
      <w:r>
        <w:br/>
      </w:r>
      <w:r>
        <w:rPr>
          <w:sz w:val="20"/>
        </w:rPr>
        <w:t>56:54  woh inspiration aap ko train karta hai.</w:t>
      </w:r>
      <w:r>
        <w:br/>
      </w:r>
      <w:r>
        <w:rPr>
          <w:sz w:val="20"/>
        </w:rPr>
        <w:t>57:00  is inspiration ke tehat aap ki personality banti hai.</w:t>
      </w:r>
      <w:r>
        <w:br/>
      </w:r>
      <w:r>
        <w:rPr>
          <w:sz w:val="20"/>
        </w:rPr>
        <w:t>57:06  yehi sahi tareeqa hai.</w:t>
      </w:r>
      <w:r>
        <w:br/>
      </w:r>
      <w:r>
        <w:rPr>
          <w:sz w:val="20"/>
        </w:rPr>
        <w:t>57:11  maulana, agla comment aur sawal bheja hai doctor hina khan ne, aa london se.</w:t>
      </w:r>
      <w:r>
        <w:br/>
      </w:r>
      <w:r>
        <w:rPr>
          <w:sz w:val="20"/>
        </w:rPr>
        <w:t>57:17  unhon ne likha hai: "maulana sahib, aap ke kuch peace topic par books aur quran translation bibi</w:t>
      </w:r>
      <w:r>
        <w:br/>
      </w:r>
      <w:r>
        <w:rPr>
          <w:sz w:val="20"/>
        </w:rPr>
        <w:t>57:23  c tv par hum ne last sunday ko diye jab hum big question show mein gaye thay.</w:t>
      </w:r>
      <w:r>
        <w:br/>
      </w:r>
      <w:r>
        <w:rPr>
          <w:sz w:val="20"/>
        </w:rPr>
        <w:t>57:28  unhon ne shukriya kaha aur un books ko reference ke liye rakh liya." maulana, my question is that</w:t>
      </w:r>
      <w:r>
        <w:br/>
      </w:r>
      <w:r>
        <w:rPr>
          <w:sz w:val="20"/>
        </w:rPr>
        <w:t>57:34  when one reaches the age fifty-five or sixty, then should that person not come out of routine profession</w:t>
      </w:r>
      <w:r>
        <w:br/>
      </w:r>
      <w:r>
        <w:rPr>
          <w:sz w:val="20"/>
        </w:rPr>
        <w:t>57:40  or job and commit his or her life completely for the propagation of quran?</w:t>
      </w:r>
      <w:r>
        <w:br/>
      </w:r>
      <w:r>
        <w:rPr>
          <w:sz w:val="20"/>
        </w:rPr>
        <w:t>57:46  Because otherwise, with family and professional commitments, it is not possible to do Dawa work with proper commitment. What is your advice?</w:t>
      </w:r>
    </w:p>
    <w:p>
      <w:pPr>
        <w:pStyle w:val="Heading2"/>
      </w:pPr>
      <w:r>
        <w:t>Full case: true jihad, war's limits, and terrorism defined</w:t>
      </w:r>
    </w:p>
    <w:p>
      <w:r>
        <w:rPr>
          <w:color w:val="666666"/>
          <w:sz w:val="18"/>
        </w:rPr>
        <w:t>Islma A Religion of Peace (English) January 7, 2010 · 6m 07s · at 20:58 · https://youtu.be/YKg_GJj8Hvg?t=1258</w:t>
      </w:r>
    </w:p>
    <w:p>
      <w:r>
        <w:rPr>
          <w:i/>
        </w:rPr>
        <w:t>“What is jihad? Literally, it means to strive”</w:t>
      </w:r>
    </w:p>
    <w:p>
      <w:r>
        <w:rPr>
          <w:sz w:val="20"/>
        </w:rPr>
        <w:t>20:58  but, what is jihad</w:t>
      </w:r>
      <w:r>
        <w:br/>
      </w:r>
      <w:r>
        <w:rPr>
          <w:sz w:val="20"/>
        </w:rPr>
        <w:t>21:00  ? literally, jihad means to strive, to struggle. that is jihad, means peaceful struggle.</w:t>
      </w:r>
      <w:r>
        <w:br/>
      </w:r>
      <w:r>
        <w:rPr>
          <w:sz w:val="20"/>
        </w:rPr>
        <w:t>21:10  jihad has nothing to do with violence and and gun culture. jihad means peaceful struggle, peaceful for any noble cause.</w:t>
      </w:r>
      <w:r>
        <w:br/>
      </w:r>
      <w:r>
        <w:rPr>
          <w:sz w:val="20"/>
        </w:rPr>
        <w:t>21:25  peaceful for any noble cause means jihad.</w:t>
      </w:r>
      <w:r>
        <w:br/>
      </w:r>
      <w:r>
        <w:rPr>
          <w:sz w:val="20"/>
        </w:rPr>
        <w:t>21:32  so, these people who are engaged in jihad, who are engaged in gun culture and saying there is jihad. they are misusing the word jihad.</w:t>
      </w:r>
      <w:r>
        <w:br/>
      </w:r>
      <w:r>
        <w:rPr>
          <w:sz w:val="20"/>
        </w:rPr>
        <w:t>21:45  here, i would like to say that you have to adopt a very important principle, that is you have to differentiate between islam and muslims.</w:t>
      </w:r>
      <w:r>
        <w:br/>
      </w:r>
      <w:r>
        <w:rPr>
          <w:sz w:val="20"/>
        </w:rPr>
        <w:t>22:00  i repeat, you have to differentiate between islam and muslims. you have to judge muslims in the light of islamic teachings and not vice versa.</w:t>
      </w:r>
      <w:r>
        <w:br/>
      </w:r>
      <w:r>
        <w:rPr>
          <w:sz w:val="20"/>
        </w:rPr>
        <w:t>22:15  so, these people are engaged in guns culture and bib culture in the name of jihad, but is not jihad.</w:t>
      </w:r>
      <w:r>
        <w:br/>
      </w:r>
      <w:r>
        <w:rPr>
          <w:sz w:val="20"/>
        </w:rPr>
        <w:t>22:26  they are misusing the word jihad.</w:t>
      </w:r>
      <w:r>
        <w:br/>
      </w:r>
      <w:r>
        <w:rPr>
          <w:sz w:val="20"/>
        </w:rPr>
        <w:t>22:31  they are misusing the word of jihad. then, i would like to say what is the concept of war in islam.</w:t>
      </w:r>
      <w:r>
        <w:br/>
      </w:r>
      <w:r>
        <w:rPr>
          <w:sz w:val="20"/>
        </w:rPr>
        <w:t>22:42  concept of war in islam according to islamic teachings. war is a war is a prerogative of state</w:t>
      </w:r>
      <w:r>
        <w:br/>
      </w:r>
      <w:r>
        <w:rPr>
          <w:sz w:val="20"/>
        </w:rPr>
        <w:t>22:57  . this is a well known principle in islam that ar rahil al imam. it means that only state have right to declare a war.</w:t>
      </w:r>
      <w:r>
        <w:br/>
      </w:r>
      <w:r>
        <w:rPr>
          <w:sz w:val="20"/>
        </w:rPr>
        <w:t>23:10  so, war is the prerogative of state and not any ngos.</w:t>
      </w:r>
      <w:r>
        <w:br/>
      </w:r>
      <w:r>
        <w:rPr>
          <w:sz w:val="20"/>
        </w:rPr>
        <w:t>23:23  ngos are are organizations or any individual have no right to do armed struggle, to use arms.</w:t>
      </w:r>
      <w:r>
        <w:br/>
      </w:r>
      <w:r>
        <w:rPr>
          <w:sz w:val="20"/>
        </w:rPr>
        <w:t>23:38  now, i would like to say that what is the definition of terrorism in islam.</w:t>
      </w:r>
      <w:r>
        <w:br/>
      </w:r>
      <w:r>
        <w:rPr>
          <w:sz w:val="20"/>
        </w:rPr>
        <w:t>23:47  it is very clear</w:t>
      </w:r>
      <w:r>
        <w:br/>
      </w:r>
      <w:r>
        <w:rPr>
          <w:sz w:val="20"/>
        </w:rPr>
        <w:t>23:49  according to my study. you know, i have studied islam from original sources, that are arabic sources. i can say that definition of terrorism in islam is use of arms by agencies other than state.</w:t>
      </w:r>
      <w:r>
        <w:br/>
      </w:r>
      <w:r>
        <w:rPr>
          <w:sz w:val="20"/>
        </w:rPr>
        <w:t>24:14  use of arms by agencies other than state. this is terrorism.</w:t>
      </w:r>
      <w:r>
        <w:br/>
      </w:r>
      <w:r>
        <w:rPr>
          <w:sz w:val="20"/>
        </w:rPr>
        <w:t>24:23  if if i state, i mean established state. if i established state, if i established state goes to war, then it is justified according to international norm.</w:t>
      </w:r>
      <w:r>
        <w:br/>
      </w:r>
      <w:r>
        <w:rPr>
          <w:sz w:val="20"/>
        </w:rPr>
        <w:t>24:43  but no ngos, no individual, no i is justified to go to war. completely un islam, un islamic.</w:t>
      </w:r>
      <w:r>
        <w:br/>
      </w:r>
      <w:r>
        <w:rPr>
          <w:sz w:val="20"/>
        </w:rPr>
        <w:t>24:54  then, there are conditions. conditions</w:t>
      </w:r>
      <w:r>
        <w:br/>
      </w:r>
      <w:r>
        <w:rPr>
          <w:sz w:val="20"/>
        </w:rPr>
        <w:t>25:02  only one kind of war is permitted in Islam. you know, you know, there are so many kinds of wars, like like guerrilla war, proxy war,</w:t>
      </w:r>
      <w:r>
        <w:br/>
      </w:r>
      <w:r>
        <w:rPr>
          <w:sz w:val="20"/>
        </w:rPr>
        <w:t>25:18  undeclared war, and so on.</w:t>
      </w:r>
      <w:r>
        <w:br/>
      </w:r>
      <w:r>
        <w:rPr>
          <w:sz w:val="20"/>
        </w:rPr>
        <w:t>25:22  but only one kind of war is permitted in Islam, that is defensive war. if there is clear aggression from outside, from any country,</w:t>
      </w:r>
      <w:r>
        <w:br/>
      </w:r>
      <w:r>
        <w:rPr>
          <w:sz w:val="20"/>
        </w:rPr>
        <w:t>25:37  then state has right to go to war.</w:t>
      </w:r>
      <w:r>
        <w:br/>
      </w:r>
      <w:r>
        <w:rPr>
          <w:sz w:val="20"/>
        </w:rPr>
        <w:t>25:43  again, there are some other conditions.</w:t>
      </w:r>
      <w:r>
        <w:br/>
      </w:r>
      <w:r>
        <w:rPr>
          <w:sz w:val="20"/>
        </w:rPr>
        <w:t>25:47  for example, even in a genuine war, that is defensive war, you cannot kill a non combatant.</w:t>
      </w:r>
      <w:r>
        <w:br/>
      </w:r>
      <w:r>
        <w:rPr>
          <w:sz w:val="20"/>
        </w:rPr>
        <w:t>25:58  even a genuine war, you are allowed to kill combatant.</w:t>
      </w:r>
      <w:r>
        <w:br/>
      </w:r>
      <w:r>
        <w:rPr>
          <w:sz w:val="20"/>
        </w:rPr>
        <w:t>26:05  it is very important. there is a very important, very important verse in this regard.</w:t>
      </w:r>
      <w:r>
        <w:br/>
      </w:r>
      <w:r>
        <w:rPr>
          <w:sz w:val="20"/>
        </w:rPr>
        <w:t>26:16  man qatal nafs bighair nafs fasad, fa ka annama qatal an-nas.</w:t>
      </w:r>
      <w:r>
        <w:br/>
      </w:r>
      <w:r>
        <w:rPr>
          <w:sz w:val="20"/>
        </w:rPr>
        <w:t>26:23  this is a Quranic verse. it means that</w:t>
      </w:r>
      <w:r>
        <w:br/>
      </w:r>
      <w:r>
        <w:rPr>
          <w:sz w:val="20"/>
        </w:rPr>
        <w:t>26:30  if you kill an innocent person, it means that you have killed all the mankind.</w:t>
      </w:r>
      <w:r>
        <w:br/>
      </w:r>
      <w:r>
        <w:rPr>
          <w:sz w:val="20"/>
        </w:rPr>
        <w:t>26:40  if someone kills a person, an innocent person, it means that he has killed all the mankind.</w:t>
      </w:r>
      <w:r>
        <w:br/>
      </w:r>
      <w:r>
        <w:rPr>
          <w:sz w:val="20"/>
        </w:rPr>
        <w:t>26:52  so, even in a genuine war, there is defensive war. states is not allowed to kill non combatant.</w:t>
      </w:r>
    </w:p>
    <w:p>
      <w:pPr>
        <w:pStyle w:val="Heading2"/>
      </w:pPr>
      <w:r>
        <w:t>Ijtihad to overcome dichotomous thinking</w:t>
      </w:r>
    </w:p>
    <w:p>
      <w:r>
        <w:rPr>
          <w:color w:val="666666"/>
          <w:sz w:val="18"/>
        </w:rPr>
        <w:t>Peace and Non-Violence in Islam | August 11, 2007 · 5m 02s · at 6:48 · https://youtu.be/wUS1pJ-A3dw?t=408</w:t>
      </w:r>
    </w:p>
    <w:p>
      <w:r>
        <w:rPr>
          <w:i/>
        </w:rPr>
        <w:t>“Victims of Dichotomous thinking”</w:t>
      </w:r>
    </w:p>
    <w:p>
      <w:r>
        <w:rPr>
          <w:sz w:val="20"/>
        </w:rPr>
        <w:t xml:space="preserve">6:48  </w:t>
      </w:r>
      <w:r>
        <w:br/>
      </w:r>
      <w:r>
        <w:rPr>
          <w:sz w:val="20"/>
        </w:rPr>
        <w:t>6:56  I can say that the reason is that these people are victims of Dichotomous thinking.</w:t>
      </w:r>
      <w:r>
        <w:br/>
      </w:r>
      <w:r>
        <w:rPr>
          <w:sz w:val="20"/>
        </w:rPr>
        <w:t>7:03  These people are victims of Dichotomous thinking.</w:t>
      </w:r>
      <w:r>
        <w:br/>
      </w:r>
      <w:r>
        <w:rPr>
          <w:sz w:val="20"/>
        </w:rPr>
        <w:t>7:11  They know nothing except either do Jihad or sit idle.</w:t>
      </w:r>
      <w:r>
        <w:br/>
      </w:r>
      <w:r>
        <w:rPr>
          <w:sz w:val="20"/>
        </w:rPr>
        <w:t>7:18  They have no third option.</w:t>
      </w:r>
      <w:r>
        <w:br/>
      </w:r>
      <w:r>
        <w:rPr>
          <w:sz w:val="20"/>
        </w:rPr>
        <w:t>7:23  They are victims of Dichotomous thinking.</w:t>
      </w:r>
      <w:r>
        <w:br/>
      </w:r>
      <w:r>
        <w:rPr>
          <w:sz w:val="20"/>
        </w:rPr>
        <w:t>7:27  They don't know nothing except two positions.</w:t>
      </w:r>
      <w:r>
        <w:br/>
      </w:r>
      <w:r>
        <w:rPr>
          <w:sz w:val="20"/>
        </w:rPr>
        <w:t>7:31  Either we fight or we sit idle.</w:t>
      </w:r>
      <w:r>
        <w:br/>
      </w:r>
      <w:r>
        <w:rPr>
          <w:sz w:val="20"/>
        </w:rPr>
        <w:t>7:36  I think that here we need Ijtihad.</w:t>
      </w:r>
      <w:r>
        <w:br/>
      </w:r>
      <w:r>
        <w:rPr>
          <w:sz w:val="20"/>
        </w:rPr>
        <w:t>7:40  Ijtihad shows you the third option.</w:t>
      </w:r>
      <w:r>
        <w:br/>
      </w:r>
      <w:r>
        <w:rPr>
          <w:sz w:val="20"/>
        </w:rPr>
        <w:t>7:45  Ijtihad literally means to striv</w:t>
      </w:r>
      <w:r>
        <w:br/>
      </w:r>
      <w:r>
        <w:rPr>
          <w:sz w:val="20"/>
        </w:rPr>
        <w:t>7:49  e.</w:t>
      </w:r>
      <w:r>
        <w:br/>
      </w:r>
      <w:r>
        <w:rPr>
          <w:sz w:val="20"/>
        </w:rPr>
        <w:t>7:54  Ijtihad means it is a very important institution in Islam.</w:t>
      </w:r>
      <w:r>
        <w:br/>
      </w:r>
      <w:r>
        <w:rPr>
          <w:sz w:val="20"/>
        </w:rPr>
        <w:t>7:59  Ijtihad is a very important institution in Islam.</w:t>
      </w:r>
      <w:r>
        <w:br/>
      </w:r>
      <w:r>
        <w:rPr>
          <w:sz w:val="20"/>
        </w:rPr>
        <w:t>8:04  So when you are facing some situation in which you have no guidance, intelligent knowledge, so you have</w:t>
      </w:r>
      <w:r>
        <w:br/>
      </w:r>
      <w:r>
        <w:rPr>
          <w:sz w:val="20"/>
        </w:rPr>
        <w:t>8:09  to ponder over the problem.</w:t>
      </w:r>
      <w:r>
        <w:br/>
      </w:r>
      <w:r>
        <w:rPr>
          <w:sz w:val="20"/>
        </w:rPr>
        <w:t>8:14  You have to find out some new ans</w:t>
      </w:r>
      <w:r>
        <w:br/>
      </w:r>
      <w:r>
        <w:rPr>
          <w:sz w:val="20"/>
        </w:rPr>
        <w:t>8:19  wer.</w:t>
      </w:r>
      <w:r>
        <w:br/>
      </w:r>
      <w:r>
        <w:rPr>
          <w:sz w:val="20"/>
        </w:rPr>
        <w:t>8:25  So I can say that without Ijtihad, Islam becomes like a pond, a stagnant pond.</w:t>
      </w:r>
      <w:r>
        <w:br/>
      </w:r>
      <w:r>
        <w:rPr>
          <w:sz w:val="20"/>
        </w:rPr>
        <w:t>8:31  But with Ijtihad, Islam becomes like a flowing river, flowing river.</w:t>
      </w:r>
      <w:r>
        <w:br/>
      </w:r>
      <w:r>
        <w:rPr>
          <w:sz w:val="20"/>
        </w:rPr>
        <w:t>8:37  So now we are in need of Ijtihad.</w:t>
      </w:r>
      <w:r>
        <w:br/>
      </w:r>
      <w:r>
        <w:rPr>
          <w:sz w:val="20"/>
        </w:rPr>
        <w:t>8:44  And there is a hadith in Sahih al-Bukhari.</w:t>
      </w:r>
      <w:r>
        <w:br/>
      </w:r>
      <w:r>
        <w:rPr>
          <w:sz w:val="20"/>
        </w:rPr>
        <w:t>8:50  It emphasizes on Ijtihad. According to this hadith, we have to do Ijtihad even by taking the risk of that we may mistake. The hadith says that if your Ijtihad is correct, then you will be given double award, double reward. And if y</w:t>
      </w:r>
      <w:r>
        <w:br/>
      </w:r>
      <w:r>
        <w:rPr>
          <w:sz w:val="20"/>
        </w:rPr>
        <w:t>9:20  our Ijtihad is wrong, then you will be given single Jihad.</w:t>
      </w:r>
      <w:r>
        <w:br/>
      </w:r>
      <w:r>
        <w:rPr>
          <w:sz w:val="20"/>
        </w:rPr>
        <w:t>9:30  Which means that do Jihad without any excuse at the risk of doing wrong Jihad, wrong Ijtihad.</w:t>
      </w:r>
      <w:r>
        <w:br/>
      </w:r>
      <w:r>
        <w:rPr>
          <w:sz w:val="20"/>
        </w:rPr>
        <w:t>9:40  Do Ijtihad even if there is risk to fall in some wrong Ijtihad. Why? Because</w:t>
      </w:r>
      <w:r>
        <w:br/>
      </w:r>
      <w:r>
        <w:rPr>
          <w:sz w:val="20"/>
        </w:rPr>
        <w:t>9:50  without Ijtihad, Islam becomes like a pond. And with Ijtihad, Islam becomes like a river. So here, what is Ijtihad in the present situation? When you see the situation, when you gain the knowledge of the present world, you can say that at present, we are living in a ver</w:t>
      </w:r>
      <w:r>
        <w:br/>
      </w:r>
      <w:r>
        <w:rPr>
          <w:sz w:val="20"/>
        </w:rPr>
        <w:t>10:20  y different kind of age.</w:t>
      </w:r>
      <w:r>
        <w:br/>
      </w:r>
      <w:r>
        <w:rPr>
          <w:sz w:val="20"/>
        </w:rPr>
        <w:t>10:23  Now we enjoy freedom.</w:t>
      </w:r>
      <w:r>
        <w:br/>
      </w:r>
      <w:r>
        <w:rPr>
          <w:sz w:val="20"/>
        </w:rPr>
        <w:t>10:27  Now we enjoy communication.</w:t>
      </w:r>
      <w:r>
        <w:br/>
      </w:r>
      <w:r>
        <w:rPr>
          <w:sz w:val="20"/>
        </w:rPr>
        <w:t>10:30  Now we enjoy institutions, organizations.</w:t>
      </w:r>
      <w:r>
        <w:br/>
      </w:r>
      <w:r>
        <w:rPr>
          <w:sz w:val="20"/>
        </w:rPr>
        <w:t>10:33  We are free to organize.</w:t>
      </w:r>
      <w:r>
        <w:br/>
      </w:r>
      <w:r>
        <w:rPr>
          <w:sz w:val="20"/>
        </w:rPr>
        <w:t>10:37  We are free to do anything except violence.</w:t>
      </w:r>
      <w:r>
        <w:br/>
      </w:r>
      <w:r>
        <w:rPr>
          <w:sz w:val="20"/>
        </w:rPr>
        <w:t>10:40  The present world is quite a different world.</w:t>
      </w:r>
      <w:r>
        <w:br/>
      </w:r>
      <w:r>
        <w:rPr>
          <w:sz w:val="20"/>
        </w:rPr>
        <w:t>10:43  Now there is one thing that is not permitted.</w:t>
      </w:r>
      <w:r>
        <w:br/>
      </w:r>
      <w:r>
        <w:rPr>
          <w:sz w:val="20"/>
        </w:rPr>
        <w:t>10:47  There is viol</w:t>
      </w:r>
      <w:r>
        <w:br/>
      </w:r>
      <w:r>
        <w:rPr>
          <w:sz w:val="20"/>
        </w:rPr>
        <w:t>10:50  ence.</w:t>
      </w:r>
      <w:r>
        <w:br/>
      </w:r>
      <w:r>
        <w:rPr>
          <w:sz w:val="20"/>
        </w:rPr>
        <w:t>10:56  If you save yourself from violence, then you can't do anything.</w:t>
      </w:r>
      <w:r>
        <w:br/>
      </w:r>
      <w:r>
        <w:rPr>
          <w:sz w:val="20"/>
        </w:rPr>
        <w:t>11:02  When I visited America, I found that there is a Muslim group.</w:t>
      </w:r>
      <w:r>
        <w:br/>
      </w:r>
      <w:r>
        <w:rPr>
          <w:sz w:val="20"/>
        </w:rPr>
        <w:t>11:08  They openly say that we will establish Khilafat in America.</w:t>
      </w:r>
      <w:r>
        <w:br/>
      </w:r>
      <w:r>
        <w:rPr>
          <w:sz w:val="20"/>
        </w:rPr>
        <w:t>11:15  They say that California is California.</w:t>
      </w:r>
      <w:r>
        <w:br/>
      </w:r>
      <w:r>
        <w:rPr>
          <w:sz w:val="20"/>
        </w:rPr>
        <w:t>11:21  California was a Khilafat. And now we want to revive California. So they say openly that we want to establish Khilafat in America. And they are free. Modern civilization is very different from ancient civilizations. Now everything you can do, everything, everything, everything</w:t>
      </w:r>
    </w:p>
    <w:p>
      <w:pPr>
        <w:pStyle w:val="Heading2"/>
      </w:pPr>
      <w:r>
        <w:t>British telegram: how to kill a tiger nonviolently</w:t>
      </w:r>
    </w:p>
    <w:p>
      <w:r>
        <w:rPr>
          <w:color w:val="666666"/>
          <w:sz w:val="18"/>
        </w:rPr>
        <w:t>Islma A Religion of Peace (English) January 7, 2010 · 2m 05s · at 11:01 · https://youtu.be/YKg_GJj8Hvg?t=661</w:t>
      </w:r>
    </w:p>
    <w:p>
      <w:r>
        <w:rPr>
          <w:i/>
        </w:rPr>
        <w:t>“There's a very interesting story”</w:t>
      </w:r>
    </w:p>
    <w:p>
      <w:r>
        <w:rPr>
          <w:sz w:val="20"/>
        </w:rPr>
        <w:t>11:01  they were interesting story.</w:t>
      </w:r>
      <w:r>
        <w:br/>
      </w:r>
      <w:r>
        <w:rPr>
          <w:sz w:val="20"/>
        </w:rPr>
        <w:t>11:04  one British collector of the time</w:t>
      </w:r>
      <w:r>
        <w:br/>
      </w:r>
      <w:r>
        <w:rPr>
          <w:sz w:val="20"/>
        </w:rPr>
        <w:t>11:13  wanted</w:t>
      </w:r>
      <w:r>
        <w:br/>
      </w:r>
      <w:r>
        <w:rPr>
          <w:sz w:val="20"/>
        </w:rPr>
        <w:t>11:17  direction from his center, secretariat, how to do against this non-violent activist.</w:t>
      </w:r>
      <w:r>
        <w:br/>
      </w:r>
      <w:r>
        <w:rPr>
          <w:sz w:val="20"/>
        </w:rPr>
        <w:t>11:28  so, he sent a telegram asking a guidance</w:t>
      </w:r>
      <w:r>
        <w:br/>
      </w:r>
      <w:r>
        <w:rPr>
          <w:sz w:val="20"/>
        </w:rPr>
        <w:t>11:34  The wording of this telegram was very interesting. It was, "Wire kindly, wire instructions how to kill a tiger non violently."</w:t>
      </w:r>
      <w:r>
        <w:br/>
      </w:r>
      <w:r>
        <w:rPr>
          <w:sz w:val="20"/>
        </w:rPr>
        <w:t>11:52  it means that previously the fight freedom fighters were violent. so, we were justified to use violence against them.</w:t>
      </w:r>
      <w:r>
        <w:br/>
      </w:r>
      <w:r>
        <w:rPr>
          <w:sz w:val="20"/>
        </w:rPr>
        <w:t>12:04  now, they are saying that we are non violent activist. we have abandon armed and violence.</w:t>
      </w:r>
      <w:r>
        <w:br/>
      </w:r>
      <w:r>
        <w:rPr>
          <w:sz w:val="20"/>
        </w:rPr>
        <w:t>12:15  so, what to do?</w:t>
      </w:r>
      <w:r>
        <w:br/>
      </w:r>
      <w:r>
        <w:rPr>
          <w:sz w:val="20"/>
        </w:rPr>
        <w:t>12:19  so, this this is a best illustration that</w:t>
      </w:r>
      <w:r>
        <w:br/>
      </w:r>
      <w:r>
        <w:rPr>
          <w:sz w:val="20"/>
        </w:rPr>
        <w:t>12:27  non violence is forward effective than the violence.</w:t>
      </w:r>
      <w:r>
        <w:br/>
      </w:r>
      <w:r>
        <w:rPr>
          <w:sz w:val="20"/>
        </w:rPr>
        <w:t>12:35  peaceful struggle is forward effective than the violent struggle.</w:t>
      </w:r>
      <w:r>
        <w:br/>
      </w:r>
      <w:r>
        <w:rPr>
          <w:sz w:val="20"/>
        </w:rPr>
        <w:t>12:45  so, that principle which was given by the prophet of islam in this verse, that god grants to non violence what he does not grant to violence.</w:t>
      </w:r>
      <w:r>
        <w:br/>
      </w:r>
      <w:r>
        <w:rPr>
          <w:sz w:val="20"/>
        </w:rPr>
        <w:t>12:57  mahatma gandhi demonstrated practically that it is a fact</w:t>
      </w:r>
    </w:p>
    <w:p>
      <w:pPr>
        <w:pStyle w:val="Heading2"/>
      </w:pPr>
      <w:r>
        <w:t>Kashmir story shows Muslims are dawah-blind</w:t>
      </w:r>
    </w:p>
    <w:p>
      <w:r>
        <w:rPr>
          <w:color w:val="666666"/>
          <w:sz w:val="18"/>
        </w:rPr>
        <w:t>Islamization of Muslims January 10, 2010 Maulana Wahiduddin Khan · 1m 38s · at 44:21 · https://youtu.be/bjCT5yer37Q?t=2661</w:t>
      </w:r>
    </w:p>
    <w:p>
      <w:r>
        <w:rPr>
          <w:i/>
        </w:rPr>
        <w:t>“I met a Kashmiri and told him: stop fighting, preach”</w:t>
      </w:r>
    </w:p>
    <w:p>
      <w:r>
        <w:rPr>
          <w:sz w:val="20"/>
        </w:rPr>
        <w:t>44:21  media ko istemal kiya nafrat ko phailanay ke liye, na ke da'wati jazba phailanay ke liye. meri mulaqat aik kashmiri se hui,</w:t>
      </w:r>
      <w:r>
        <w:br/>
      </w:r>
      <w:r>
        <w:rPr>
          <w:sz w:val="20"/>
        </w:rPr>
        <w:t>44:32  maine kaha ke aap log khwamkhwah wahan gun chala rahe hain, wahan dawat ka kaam kijiye, matlab ghair muslimon mein dawat pahunchaiye.</w:t>
      </w:r>
      <w:r>
        <w:br/>
      </w:r>
      <w:r>
        <w:rPr>
          <w:sz w:val="20"/>
        </w:rPr>
        <w:t>44:41  phir wahan ghair muslim kahan hain? wahan ghair muslim kahan hain ke jo hum da'wati kaam karen? dekhiye, dekhiye, yeh yaani yeh log da'wa blind hain, da'wa blind.</w:t>
      </w:r>
      <w:r>
        <w:br/>
      </w:r>
      <w:r>
        <w:rPr>
          <w:sz w:val="20"/>
        </w:rPr>
        <w:t>44:54  maine kaha ke dekhiye, jin se aap lad rahe hain, army ko, wohi to ghair muslim hain, un ko mad'u samjhiye.</w:t>
      </w:r>
      <w:r>
        <w:br/>
      </w:r>
      <w:r>
        <w:rPr>
          <w:sz w:val="20"/>
        </w:rPr>
        <w:t>45:02  indian army jo aap ke haan hai, jis se aap lad rahe hain, woh bhi mad'u hain, un ko aap dawat pahunchaiye. phir wahan par daily tourist aatay hain, siyah.</w:t>
      </w:r>
      <w:r>
        <w:br/>
      </w:r>
      <w:r>
        <w:rPr>
          <w:sz w:val="20"/>
        </w:rPr>
        <w:t>45:17  yaani hujoom aata hai tourist ka kashmir mein, woh woh bhi ghair muslim hain, un ko dawat pahunchaiye. lekin un ko nazar nahi aaya, na to army un ko mad'u ke roop mein dikhai di, na tourist un ko mad'u ke roop mein dikhai di.</w:t>
      </w:r>
      <w:r>
        <w:br/>
      </w:r>
      <w:r>
        <w:rPr>
          <w:sz w:val="20"/>
        </w:rPr>
        <w:t>45:31  kyun?</w:t>
      </w:r>
      <w:r>
        <w:br/>
      </w:r>
      <w:r>
        <w:rPr>
          <w:sz w:val="20"/>
        </w:rPr>
        <w:t>45:34  un ko daawa blaind bana diya gaya hai,</w:t>
      </w:r>
      <w:r>
        <w:br/>
      </w:r>
      <w:r>
        <w:rPr>
          <w:sz w:val="20"/>
        </w:rPr>
        <w:t>45:39  daawa blaind bana diya gaya hai. yaani hamari masjidain hain, hamari masjidain hain, hamare madaris hain, hamari taqreerein hain, hamare jalsay hain, logon ko daawa blaind bana rahe hain. yaani sab kuch dikhaya jata hai, lekin dawat nahi dikhai thi.</w:t>
      </w:r>
      <w:r>
        <w:br/>
      </w:r>
      <w:r>
        <w:rPr>
          <w:sz w:val="20"/>
        </w:rPr>
        <w:t>45:52  sab kuch dikhaya tha, dawat nahi dikhai thi.</w:t>
      </w:r>
    </w:p>
    <w:p>
      <w:pPr>
        <w:pStyle w:val="Heading2"/>
      </w:pPr>
      <w:r>
        <w:t>Peace is not escapism but discovery</w:t>
      </w:r>
    </w:p>
    <w:p>
      <w:r>
        <w:rPr>
          <w:color w:val="666666"/>
          <w:sz w:val="18"/>
        </w:rPr>
        <w:t>Peace of Mind April 19, 2015 · 2m 01s · at 9:21 · https://youtu.be/nYvd93Af2YI?t=561</w:t>
      </w:r>
    </w:p>
    <w:p>
      <w:r>
        <w:rPr>
          <w:i/>
        </w:rPr>
        <w:t>“Jaise maine ek kitab parhi 'Who Sold His Ferrari'”</w:t>
      </w:r>
    </w:p>
    <w:p>
      <w:r>
        <w:rPr>
          <w:sz w:val="20"/>
        </w:rPr>
        <w:t>9:21  jaise maine aik kitaab padhi is ka title tha "Among Who Sold His Ferrari".</w:t>
      </w:r>
      <w:r>
        <w:br/>
      </w:r>
      <w:r>
        <w:rPr>
          <w:sz w:val="20"/>
        </w:rPr>
        <w:t>9:30  to main yeh samajhta tha pehle ke shayad waqeatan kisi aadmi ne apni ferrari ko becha aur woh chala gaya paharon mein.</w:t>
      </w:r>
      <w:r>
        <w:br/>
      </w:r>
      <w:r>
        <w:rPr>
          <w:sz w:val="20"/>
        </w:rPr>
        <w:t>9:38  baat to maloom hai ke to yeh fiction hai. yaani is mein to bataya gaya tha ke aik aadmi ke paas ferrari thi jo bohat hi mehngi gaadi hoti hai.</w:t>
      </w:r>
      <w:r>
        <w:br/>
      </w:r>
      <w:r>
        <w:rPr>
          <w:sz w:val="20"/>
        </w:rPr>
        <w:t>9:49  isko becha is ne bech ke chala gaya paharon mein. ab wahan par is ko peace of mind mil gaya. lekin yeh yeh to fiction tha waqea nahi tha woh.</w:t>
      </w:r>
      <w:r>
        <w:br/>
      </w:r>
      <w:r>
        <w:rPr>
          <w:sz w:val="20"/>
        </w:rPr>
        <w:t>10:00  yaani shuru mein title dekh kar main samjha tha ke samjha tha ke shayad yeh waqea ho. isi liye maine kitaab ko padha. baat to maloom hai yeh to fiction hai.</w:t>
      </w:r>
      <w:r>
        <w:br/>
      </w:r>
      <w:r>
        <w:rPr>
          <w:sz w:val="20"/>
        </w:rPr>
        <w:t>10:11  to yeh jo peace of mind hai yeh peace of mind aik fiction mein aap dekh sakte hain waqea mein nahi. waqea mein nahi.</w:t>
      </w:r>
      <w:r>
        <w:br/>
      </w:r>
      <w:r>
        <w:rPr>
          <w:sz w:val="20"/>
        </w:rPr>
        <w:t>10:22  yaani aap jayenge kahin janglon mein, kisi paharon mein, kisi seclusion mein. to jo cheez aap ko milegi woh koi peace of mind nahi hoga.</w:t>
      </w:r>
      <w:r>
        <w:br/>
      </w:r>
      <w:r>
        <w:rPr>
          <w:sz w:val="20"/>
        </w:rPr>
        <w:t>10:35  woh aik aik bhulawa hoga jaise aap haqeeqi life mein jo problem hai jo bitterness hai us ko bhulane ke liye kahin aap chale jayen.</w:t>
      </w:r>
      <w:r>
        <w:br/>
      </w:r>
      <w:r>
        <w:rPr>
          <w:sz w:val="20"/>
        </w:rPr>
        <w:t>10:48  to dekhen bhulawa jo hai woh peace of mind nahi hai.</w:t>
      </w:r>
      <w:r>
        <w:br/>
      </w:r>
      <w:r>
        <w:rPr>
          <w:sz w:val="20"/>
        </w:rPr>
        <w:t>10:53  peace of mind aik intellectual aik finding ka naam hai. bhulane ka naam nahi hai.</w:t>
      </w:r>
      <w:r>
        <w:br/>
      </w:r>
      <w:r>
        <w:rPr>
          <w:sz w:val="20"/>
        </w:rPr>
        <w:t>11:02  agar bhulawa ho to phir to phir to woh anaesthesia le len aap aur aap ko mil jayega peace of mind. to intellectual anaesthesia nahi hai peace of mind.</w:t>
      </w:r>
      <w:r>
        <w:br/>
      </w:r>
      <w:r>
        <w:rPr>
          <w:sz w:val="20"/>
        </w:rPr>
        <w:t>11:15  peace of mind kisi qism ke intellectual anaesthesia ka naam nahi hai.</w:t>
      </w:r>
    </w:p>
    <w:p>
      <w:pPr>
        <w:pStyle w:val="Heading2"/>
      </w:pPr>
      <w:r>
        <w:t>our class exists to kill the Dajjal</w:t>
      </w:r>
    </w:p>
    <w:p>
      <w:r>
        <w:rPr>
          <w:color w:val="666666"/>
          <w:sz w:val="18"/>
        </w:rPr>
        <w:t>CPS Mission January 7, 2007 Maulana Wahiduddin Khan · 23s · at 13:36 · https://youtu.be/8BAYm9ggJ5k?t=816</w:t>
      </w:r>
    </w:p>
    <w:p>
      <w:r>
        <w:rPr>
          <w:i/>
        </w:rPr>
        <w:t>“Some will kill the Dajjal when he appears”</w:t>
      </w:r>
    </w:p>
    <w:p>
      <w:r>
        <w:rPr>
          <w:sz w:val="20"/>
        </w:rPr>
        <w:t>13:36  to hadith mein aata hai ke jab dajjal zahir hoga to kuch log is ko qatl karen ge. to main samajhta hoon ke yeh wahi hai.</w:t>
      </w:r>
      <w:r>
        <w:br/>
      </w:r>
      <w:r>
        <w:rPr>
          <w:sz w:val="20"/>
        </w:rPr>
        <w:t>13:46  hamari class isi liye hai ke hum qatl dajjal ki class hain. yeh hum dajjal ko qatl karna chahte hain, jis ne sari duniya ke ko violence mein mubtala kar diya hai.</w:t>
      </w:r>
    </w:p>
    <w:p>
      <w:pPr>
        <w:pStyle w:val="Heading2"/>
      </w:pPr>
      <w:r>
        <w:t>General Dyer's story and the misconception of freedom</w:t>
      </w:r>
    </w:p>
    <w:p>
      <w:r>
        <w:rPr>
          <w:color w:val="666666"/>
          <w:sz w:val="18"/>
        </w:rPr>
        <w:t>Intellectual Poverty of Modern World December 17, 2006 · 6m 38s · at 21:38 · https://youtu.be/GdhR0DoI1Ys?t=1298</w:t>
      </w:r>
    </w:p>
    <w:p>
      <w:r>
        <w:rPr>
          <w:i/>
        </w:rPr>
        <w:t>“یہ ہے جنرل ٹائر، برٹش جنرل تھا یہ انڈیا میں۔”</w:t>
      </w:r>
    </w:p>
    <w:p>
      <w:r>
        <w:rPr>
          <w:sz w:val="20"/>
        </w:rPr>
        <w:t>21:38  main aap jante hain ke main kisi baat ko hawala de kar bayan karta hoon. woh hawala qissa kahani nahin hota hai. aksar log qissa kahani bayan karte hain.</w:t>
      </w:r>
      <w:r>
        <w:br/>
      </w:r>
      <w:r>
        <w:rPr>
          <w:sz w:val="20"/>
        </w:rPr>
        <w:t>21:48  woh mera tareeqa nahin hai. main haqeeqi kahani bayan karta hoon. to yeh hai General Dyer.</w:t>
      </w:r>
      <w:r>
        <w:br/>
      </w:r>
      <w:r>
        <w:rPr>
          <w:sz w:val="20"/>
        </w:rPr>
        <w:t>21:59  British General tha yeh India mein.</w:t>
      </w:r>
      <w:r>
        <w:br/>
      </w:r>
      <w:r>
        <w:rPr>
          <w:sz w:val="20"/>
        </w:rPr>
        <w:t>22:05  jiska jis ki maut hui 1927 mein.</w:t>
      </w:r>
      <w:r>
        <w:br/>
      </w:r>
      <w:r>
        <w:rPr>
          <w:sz w:val="20"/>
        </w:rPr>
        <w:t>22:11  London mein. to aap jante hain ke 1919 ka jo Jallianwala Bagh ki jo firing thi, 1919 mein, woh isi ne karwai thi.</w:t>
      </w:r>
      <w:r>
        <w:br/>
      </w:r>
      <w:r>
        <w:rPr>
          <w:sz w:val="20"/>
        </w:rPr>
        <w:t>22:24  isi se india ki siyasi tareekh badal gai. aur gandhi ko bohat ziyada woh mila.</w:t>
      </w:r>
      <w:r>
        <w:br/>
      </w:r>
      <w:r>
        <w:rPr>
          <w:sz w:val="20"/>
        </w:rPr>
        <w:t>22:34  boost mila.</w:t>
      </w:r>
      <w:r>
        <w:br/>
      </w:r>
      <w:r>
        <w:rPr>
          <w:sz w:val="20"/>
        </w:rPr>
        <w:t>22:38  ya azadi ki azadi ko bohat boost mila.</w:t>
      </w:r>
      <w:r>
        <w:br/>
      </w:r>
      <w:r>
        <w:rPr>
          <w:sz w:val="20"/>
        </w:rPr>
        <w:t>22:41  to general tyer ne na 1919 mein, 1919 mein amritsar mein aik hai jagah, is ka naam hai jailanwala bagh.</w:t>
      </w:r>
      <w:r>
        <w:br/>
      </w:r>
      <w:r>
        <w:rPr>
          <w:sz w:val="20"/>
        </w:rPr>
        <w:t>22:55  yeh koi bagh nahi hai, koi baghicha nahi hai. aik jagah hai aisi hi. to lekin naam is ka hai jailanwala bagh. jo amritsar ke andar hai woh.</w:t>
      </w:r>
      <w:r>
        <w:br/>
      </w:r>
      <w:r>
        <w:rPr>
          <w:sz w:val="20"/>
        </w:rPr>
        <w:t>23:06  to wahan par log meeting ke liye ikhatta hue thay.</w:t>
      </w:r>
      <w:r>
        <w:br/>
      </w:r>
      <w:r>
        <w:rPr>
          <w:sz w:val="20"/>
        </w:rPr>
        <w:t>23:11  yani azadi ke naam par. to yeh qanoon wahan par tha jo 144, section 144 jo hota hai, 1944 woh wahan tha laagu tha.</w:t>
      </w:r>
      <w:r>
        <w:br/>
      </w:r>
      <w:r>
        <w:rPr>
          <w:sz w:val="20"/>
        </w:rPr>
        <w:t>23:26  is ko tor kar ke log wahan jalsa kar rahe thay. to general tyer wahan par tha us waqt. to is ne warning di ke aap log bikhir jaiye.</w:t>
      </w:r>
      <w:r>
        <w:br/>
      </w:r>
      <w:r>
        <w:rPr>
          <w:sz w:val="20"/>
        </w:rPr>
        <w:t>23:36  log bikhre nahi hue. to is ne firing karwai.</w:t>
      </w:r>
      <w:r>
        <w:br/>
      </w:r>
      <w:r>
        <w:rPr>
          <w:sz w:val="20"/>
        </w:rPr>
        <w:t>23:41  is firing mein taqreeban 400 aadmi shayad mar gaye thay. aur bohat se log is mein zakhmi hue. to kul mila kar taqreeban 1000 is ke mutasira bane.</w:t>
      </w:r>
      <w:r>
        <w:br/>
      </w:r>
      <w:r>
        <w:rPr>
          <w:sz w:val="20"/>
        </w:rPr>
        <w:t>23:52  to yeh bohat yeh khabar bohat phaili kyunke press ka zamana aa chuka tha. aur london mein jo hukumat thi, british hukumat, woh hil gai.</w:t>
      </w:r>
      <w:r>
        <w:br/>
      </w:r>
      <w:r>
        <w:rPr>
          <w:sz w:val="20"/>
        </w:rPr>
        <w:t>24:05  aur hunter commission bithaya gaya.</w:t>
      </w:r>
      <w:r>
        <w:br/>
      </w:r>
      <w:r>
        <w:rPr>
          <w:sz w:val="20"/>
        </w:rPr>
        <w:t>24:07  hunter aik bohat safir tha, bohat bara angrez. to hunter commission ne bohat thoro is ki tehqeeq ki.</w:t>
      </w:r>
      <w:r>
        <w:br/>
      </w:r>
      <w:r>
        <w:rPr>
          <w:sz w:val="20"/>
        </w:rPr>
        <w:t>24:18  bohat thoro tehqeeq ki. ab bohat hi aik dilchasp baat yeh hai ke jab poocha gaya general tyer se ke tum ne aisa kyun kiya?</w:t>
      </w:r>
      <w:r>
        <w:br/>
      </w:r>
      <w:r>
        <w:rPr>
          <w:sz w:val="20"/>
        </w:rPr>
        <w:t>24:28  tum ne kyun firing karwai? itne saare log mar gaye. to is ne kaha ke main ne apni duty poori ki.</w:t>
      </w:r>
      <w:r>
        <w:br/>
      </w:r>
      <w:r>
        <w:rPr>
          <w:sz w:val="20"/>
        </w:rPr>
        <w:t>24:38  aik afsar ki hesiyat se mujhe jo karna chahiye tha woh main ne kiya. kyunke qaide ko woh tod rahe thay. jab qaide ko tod rahe thay to mujhe un ko sabak dena tha.</w:t>
      </w:r>
      <w:r>
        <w:br/>
      </w:r>
      <w:r>
        <w:rPr>
          <w:sz w:val="20"/>
        </w:rPr>
        <w:t>24:48  aur mujhe. to main ne apni duty poori ki. yeh lafz istemal kiya tha is ne.</w:t>
      </w:r>
      <w:r>
        <w:br/>
      </w:r>
      <w:r>
        <w:rPr>
          <w:sz w:val="20"/>
        </w:rPr>
        <w:t>24:56  to bohat hi dilchasp baat hai yeh ke hunter commission ne, hunter commission ne jis par jo likha woh yeh tha ke general Dyer ka jo case hai woh hai ghalat fehmi of his duty.</w:t>
      </w:r>
      <w:r>
        <w:br/>
      </w:r>
      <w:r>
        <w:rPr>
          <w:sz w:val="20"/>
        </w:rPr>
        <w:t>25:22  ghalat fehmi of is duty.</w:t>
      </w:r>
      <w:r>
        <w:br/>
      </w:r>
      <w:r>
        <w:rPr>
          <w:sz w:val="20"/>
        </w:rPr>
        <w:t>25:28  apni duty ka ghalat tasawwur. to main kahoon ke insan jo hai is ka shikar ho raha hai. ghalat fehmi of azadi.</w:t>
      </w:r>
      <w:r>
        <w:br/>
      </w:r>
      <w:r>
        <w:rPr>
          <w:sz w:val="20"/>
        </w:rPr>
        <w:t>25:42  yeh sara mamla jo hai ghalat fehmi of azadi ka hai.</w:t>
      </w:r>
      <w:r>
        <w:br/>
      </w:r>
      <w:r>
        <w:rPr>
          <w:sz w:val="20"/>
        </w:rPr>
        <w:t>25:48  khuda ne jo azadi diya tha, us azadi ka ghalat matlab nikal liya logon ne. ke jo chahe karo. hum to azaad hain jo chahein karein.</w:t>
      </w:r>
      <w:r>
        <w:br/>
      </w:r>
      <w:r>
        <w:rPr>
          <w:sz w:val="20"/>
        </w:rPr>
        <w:t>26:00  yeh sara mamla hai ghalat fehmi of azadi ka.</w:t>
      </w:r>
      <w:r>
        <w:br/>
      </w:r>
      <w:r>
        <w:rPr>
          <w:sz w:val="20"/>
        </w:rPr>
        <w:t>26:09  azadi jo hai hum ko bator haq ke nahi mili hai. na inaam ke tor par mili hai.</w:t>
      </w:r>
      <w:r>
        <w:br/>
      </w:r>
      <w:r>
        <w:rPr>
          <w:sz w:val="20"/>
        </w:rPr>
        <w:t>26:14  yani azadi na hamara haq hai na hum ko inaam ke tor par mili hai woh. woh hai test ke liye. yeh jo azadi hum ko mili hui hai woh sirf test ke liye hai.</w:t>
      </w:r>
      <w:r>
        <w:br/>
      </w:r>
      <w:r>
        <w:rPr>
          <w:sz w:val="20"/>
        </w:rPr>
        <w:t>26:28  test kis baat ka? ke baqi kainaat jis ilahi qanoon ko lazmi tor par follow kar raha hai, hum is ilahi qanoon ko apni azadi ke sath follow karen.</w:t>
      </w:r>
      <w:r>
        <w:br/>
      </w:r>
      <w:r>
        <w:rPr>
          <w:sz w:val="20"/>
        </w:rPr>
        <w:t>26:43  azadana tor par is ko hum follow karen. bas is baat ka test hai aur kuch nahin.</w:t>
      </w:r>
      <w:r>
        <w:br/>
      </w:r>
      <w:r>
        <w:rPr>
          <w:sz w:val="20"/>
        </w:rPr>
        <w:t>26:51  to yeh sara maamla galat fehmi of azadi ka hai.</w:t>
      </w:r>
      <w:r>
        <w:br/>
      </w:r>
      <w:r>
        <w:rPr>
          <w:sz w:val="20"/>
        </w:rPr>
        <w:t>27:02  to mein yeh kahunga ke bohat bara khatra le raha hai insaan. insaan bohat bara khatra le raha hai.</w:t>
      </w:r>
      <w:r>
        <w:br/>
      </w:r>
      <w:r>
        <w:rPr>
          <w:sz w:val="20"/>
        </w:rPr>
        <w:t>27:11  yani</w:t>
      </w:r>
      <w:r>
        <w:br/>
      </w:r>
      <w:r>
        <w:rPr>
          <w:sz w:val="20"/>
        </w:rPr>
        <w:t>27:15  woh is baat ka saboot de raha hai ke woh qabil nahin tha azadi ke liye.</w:t>
      </w:r>
      <w:r>
        <w:br/>
      </w:r>
      <w:r>
        <w:rPr>
          <w:sz w:val="20"/>
        </w:rPr>
        <w:t>27:28  jis ka nateeja kya hai? jahannum.</w:t>
      </w:r>
      <w:r>
        <w:br/>
      </w:r>
      <w:r>
        <w:rPr>
          <w:sz w:val="20"/>
        </w:rPr>
        <w:t>27:33  jahannum. yani yahan hum agar azadi ko theek tarah se istemal karen jis ka pehle hi is ka taayun diya ja raha hai baqi kainaat mein to</w:t>
      </w:r>
      <w:r>
        <w:br/>
      </w:r>
      <w:r>
        <w:rPr>
          <w:sz w:val="20"/>
        </w:rPr>
        <w:t>27:47  hamare liye jannat hai. aur agar hum is ko achi tarah na istemal karen to koi bhi bahana Khuda ka hamara nahin jayega.</w:t>
      </w:r>
      <w:r>
        <w:br/>
      </w:r>
      <w:r>
        <w:rPr>
          <w:sz w:val="20"/>
        </w:rPr>
        <w:t>28:02  general tyer ke is mein sab se zyada jo mujhe sabaq wali baat mili ke us ne sach much, sachay dil se yeh samjha tha ke hum ke mujhe apni duty ke liye aisa karna chahiye.</w:t>
      </w:r>
    </w:p>
    <w:p>
      <w:pPr>
        <w:pStyle w:val="Heading2"/>
      </w:pPr>
      <w:r>
        <w:t>Why husbands and wives fight after marriage</w:t>
      </w:r>
    </w:p>
    <w:p>
      <w:r>
        <w:rPr>
          <w:color w:val="666666"/>
          <w:sz w:val="18"/>
        </w:rPr>
        <w:t>Revival of Muslims March 08, 2015 · 55s · at 59:50 · https://youtu.be/8ShFcr8YozI?t=3590</w:t>
      </w:r>
    </w:p>
    <w:p>
      <w:r>
        <w:rPr>
          <w:i/>
        </w:rPr>
        <w:t>“Husband wife ke beech larai jhagra kyun hota hai?”</w:t>
      </w:r>
    </w:p>
    <w:p>
      <w:r>
        <w:rPr>
          <w:sz w:val="20"/>
        </w:rPr>
        <w:t>59:50  Aap dekhein, husband wife ke beech mein ladaai jhagda kyun hota hai? Woh bhi obsession ki wajah se hota hai.</w:t>
      </w:r>
      <w:r>
        <w:br/>
      </w:r>
      <w:r>
        <w:rPr>
          <w:sz w:val="20"/>
        </w:rPr>
        <w:t>1:00:00  Yaani hota yeh hai ke woh dono pre-marriage period mein blood relationship mein jeete hain.</w:t>
      </w:r>
      <w:r>
        <w:br/>
      </w:r>
      <w:r>
        <w:rPr>
          <w:sz w:val="20"/>
        </w:rPr>
        <w:t>1:00:12  Post-marriage period mein unko non-blood relationship mein jeena padta hai.</w:t>
      </w:r>
      <w:r>
        <w:br/>
      </w:r>
      <w:r>
        <w:rPr>
          <w:sz w:val="20"/>
        </w:rPr>
        <w:t>1:00:17  To pichla obsession jo hai, woh iski wajah se woh chahte hain ke jisse mera blood ka ta'alluq tha, waise hi yahan bhi ho.</w:t>
      </w:r>
      <w:r>
        <w:br/>
      </w:r>
      <w:r>
        <w:rPr>
          <w:sz w:val="20"/>
        </w:rPr>
        <w:t>1:00:26  Dono yeh chahte hain. Yaani jin logon se unka blood ka ta'alluq tha, woh us se jis tareeqe se pyaar mohabbat karte the, waise hi yahan bhi ho.</w:t>
      </w:r>
      <w:r>
        <w:br/>
      </w:r>
      <w:r>
        <w:rPr>
          <w:sz w:val="20"/>
        </w:rPr>
        <w:t>1:00:38  Woh possible nahi hai. Non-blood relationship mein woh possible nahi hai jo blood relationship mein hota hai.</w:t>
      </w:r>
    </w:p>
    <w:p>
      <w:pPr>
        <w:pStyle w:val="Heading2"/>
      </w:pPr>
      <w:r>
        <w:t>sincerity determines whether someone truly understands the message</w:t>
      </w:r>
    </w:p>
    <w:p>
      <w:r>
        <w:rPr>
          <w:color w:val="666666"/>
          <w:sz w:val="18"/>
        </w:rPr>
        <w:t>The Age of Deceiving Philosophies I 21 June 2009 · 44s · at 1:09:06 · https://youtu.be/RZCs_8AtCTM?t=4146</w:t>
      </w:r>
    </w:p>
    <w:p>
      <w:r>
        <w:rPr>
          <w:i/>
        </w:rPr>
        <w:t>“A man came, stood there, then stormed off calling it a club”</w:t>
      </w:r>
    </w:p>
    <w:p>
      <w:r>
        <w:rPr>
          <w:sz w:val="20"/>
        </w:rPr>
        <w:t>1:09:06  yahan Allah ka zikr hota hai, Allah ka charcha hota hai, aur woh chale gaye dekh kar ke zara sa woh keh diya ke "tu to just like club tha, woh to." to sincerity jo hai, Allah ka dar hota hai, to sincerity aati hai.</w:t>
      </w:r>
      <w:r>
        <w:br/>
      </w:r>
      <w:r>
        <w:rPr>
          <w:sz w:val="20"/>
        </w:rPr>
        <w:t>1:09:19  jab sincerity aati hai, tabhi aap baat ko samajh paate hain. matlab kuch bhi keh denge, hum bhi be zabaan rakhte hain, kuch bhi keh denge.</w:t>
      </w:r>
      <w:r>
        <w:br/>
      </w:r>
      <w:r>
        <w:rPr>
          <w:sz w:val="20"/>
        </w:rPr>
        <w:t>1:09:31  to mein samajhta hoon, quran ko samajhne ke liye jo jo sab se bari condition hai, sab se bari shart hai, woh kya hai? aadmi ke dil mein Khuda ka dar ho. dar se sincerity aayegi.</w:t>
      </w:r>
      <w:r>
        <w:br/>
      </w:r>
      <w:r>
        <w:rPr>
          <w:sz w:val="20"/>
        </w:rPr>
        <w:t>1:09:42  jab sincerity sincerity aayegi, tabhi woh dhyan dega, tabhi woh sach much samajhne ki koshish karega. objectivity aayegi us ke andar.</w:t>
      </w:r>
    </w:p>
    <w:p>
      <w:pPr>
        <w:pStyle w:val="Heading2"/>
      </w:pPr>
      <w:r>
        <w:t>Personal idealism and political status quo</w:t>
      </w:r>
    </w:p>
    <w:p>
      <w:r>
        <w:rPr>
          <w:color w:val="666666"/>
          <w:sz w:val="18"/>
        </w:rPr>
        <w:t>Islam and Politics November 17, 2013 · 5m 59s · at 5:10 · https://youtu.be/2MiJJ1QzDRY?t=310</w:t>
      </w:r>
    </w:p>
    <w:p>
      <w:r>
        <w:rPr>
          <w:i/>
        </w:rPr>
        <w:t>“Ek hoti hai aadmi ki apni private life”</w:t>
      </w:r>
    </w:p>
    <w:p>
      <w:r>
        <w:rPr>
          <w:sz w:val="20"/>
        </w:rPr>
        <w:t>5:10  ek hoti hai aadmi ki apni private zindagi, ek hoti hai social ya political life.</w:t>
      </w:r>
      <w:r>
        <w:br/>
      </w:r>
      <w:r>
        <w:rPr>
          <w:sz w:val="20"/>
        </w:rPr>
        <w:t>5:19  to aadmi ki apni zindagi jo hai, wahan to kisi se aap ko poochna nahin hai. aap jaise chahen waise apne ghar mein rahen.</w:t>
      </w:r>
      <w:r>
        <w:br/>
      </w:r>
      <w:r>
        <w:rPr>
          <w:sz w:val="20"/>
        </w:rPr>
        <w:t>5:30  yani Allah ko aap ek manen to kisi se aap ko poochna nahin hai. aap namaz padhen, aap Quran padhen, aap marifat hasil karne ki koshish karen, aap tadabbur aur tafakkur karen.</w:t>
      </w:r>
      <w:r>
        <w:br/>
      </w:r>
      <w:r>
        <w:rPr>
          <w:sz w:val="20"/>
        </w:rPr>
        <w:t>5:45  aap insanon ki hidayat ke liye duayen karen, apne liye Allah se hidayat mangen. to is mein aap ko kisi se takrana nahin hai.</w:t>
      </w:r>
      <w:r>
        <w:br/>
      </w:r>
      <w:r>
        <w:rPr>
          <w:sz w:val="20"/>
        </w:rPr>
        <w:t>5:56  apne ghar mein is deen ko aap ikhtiyar kar sakte hain. aur iqamat e deen yahi hai. Quran majeed mein jo lafz aya hai iqamat e deen to is ka matlab yahi hai ke apne aap ko deen e khuda wandi par qaim karo.</w:t>
      </w:r>
      <w:r>
        <w:br/>
      </w:r>
      <w:r>
        <w:rPr>
          <w:sz w:val="20"/>
        </w:rPr>
        <w:t>6:12  yeh iqamat e deen haqeeqat mein aadmi ki apni zaati zindagi ke liye hai. ke aap ko Allah ki daryaft ho, Allah se mohabbat ho aap ko, Allah se khauf karen aap.</w:t>
      </w:r>
      <w:r>
        <w:br/>
      </w:r>
      <w:r>
        <w:rPr>
          <w:sz w:val="20"/>
        </w:rPr>
        <w:t>6:25  aap jannat o jahannum ke baray mein sochen. aap acha akhlaq ikhtiyar karen, logon ke liye khair khwah hon. apni zindagi mein aap amant dari ikhtiyar karen, sach bolen.</w:t>
      </w:r>
      <w:r>
        <w:br/>
      </w:r>
      <w:r>
        <w:rPr>
          <w:sz w:val="20"/>
        </w:rPr>
        <w:t>6:41  yeh sari chezen jo hain iqamat-e-deen hain. is mein aap ko kisi se takrana hai, na kisi se nafrat karna hai, na koi aap se larne ke liye aye ga.</w:t>
      </w:r>
      <w:r>
        <w:br/>
      </w:r>
      <w:r>
        <w:rPr>
          <w:sz w:val="20"/>
        </w:rPr>
        <w:t>6:56  private life har aadmi guzar raha hai baghair is ke ke us ko kisi se ladna paray.</w:t>
      </w:r>
      <w:r>
        <w:br/>
      </w:r>
      <w:r>
        <w:rPr>
          <w:sz w:val="20"/>
        </w:rPr>
        <w:t>7:03  chahe secular life ho ya religious life ho. lekin jab aap system ki baat karte hain to foran takrao shuru ho jata hai.</w:t>
      </w:r>
      <w:r>
        <w:br/>
      </w:r>
      <w:r>
        <w:rPr>
          <w:sz w:val="20"/>
        </w:rPr>
        <w:t>7:13  kyun ke aap jis mulk mein rahen wahan par aik system hoga. India ka aik system, Sri Lanka ka aik system, Britain, Germany, France, Africa ka system, har jagah aik system hai.</w:t>
      </w:r>
      <w:r>
        <w:br/>
      </w:r>
      <w:r>
        <w:rPr>
          <w:sz w:val="20"/>
        </w:rPr>
        <w:t>7:29  dunya mein taqreeban 200 countries hain to har jagah ka aik system aik hai. ab aap agar yeh aqeedah bana len ke mujhe system ko Islamize karna hai to foran takrao shuru ho.</w:t>
      </w:r>
      <w:r>
        <w:br/>
      </w:r>
      <w:r>
        <w:rPr>
          <w:sz w:val="20"/>
        </w:rPr>
        <w:t>7:45  agar aap ka aqeedah yeh ho ke mujhe apne aap ko Islamize karna hai to koi takrao nahin. iqamat-e-deen ka matlab hai apne aap ko Islamize karo.</w:t>
      </w:r>
      <w:r>
        <w:br/>
      </w:r>
      <w:r>
        <w:rPr>
          <w:sz w:val="20"/>
        </w:rPr>
        <w:t>7:56  lekin jab aap mukammal deen aur system ki baaten karen, political Islam ki baat karen to kya hoga? aap jis mulk mein hain wahin aap dekhen ke aik mukhtalif type ka wahan par system qaim hai.</w:t>
      </w:r>
      <w:r>
        <w:br/>
      </w:r>
      <w:r>
        <w:rPr>
          <w:sz w:val="20"/>
        </w:rPr>
        <w:t>8:12  aik nizam qaim hai. to apne aqeeday ke rooh se aap zaroor samjhen ge ke mein is system ko badlun. is nizam ko badlun. to kya hai?</w:t>
      </w:r>
      <w:r>
        <w:br/>
      </w:r>
      <w:r>
        <w:rPr>
          <w:sz w:val="20"/>
        </w:rPr>
        <w:t>8:22  kya woh aadmi kahe ga haan aap badal do? zahir hai ke woh resist kare ga. jab resist kare ga to takrao shuru ho jaye ga. yahi wajah hai ke sari dunya mein musalmanon ka zehan jo hai violent ban gaya.</w:t>
      </w:r>
      <w:r>
        <w:br/>
      </w:r>
      <w:r>
        <w:rPr>
          <w:sz w:val="20"/>
        </w:rPr>
        <w:t>8:36  takrao ka zehan. is bomb marte hain, gun marte hain. kyun ke unhein system ko badalna hai. hatta ke jo Muslim countries hain wahan bhi woh gun marte hain, bomb marte hain.</w:t>
      </w:r>
      <w:r>
        <w:br/>
      </w:r>
      <w:r>
        <w:rPr>
          <w:sz w:val="20"/>
        </w:rPr>
        <w:t>8:47  kyun ke wahan bhi unhein system ko badalna hai. wahan bhi jo system hai Muslim countries mein wahan bhi sochte hain ke yeh to in ka jo apna model hai Islamic system ka us ke khilaf dikhai deta hai in ko.</w:t>
      </w:r>
      <w:r>
        <w:br/>
      </w:r>
      <w:r>
        <w:rPr>
          <w:sz w:val="20"/>
        </w:rPr>
        <w:t>9:03  to is ko badalne ke liye wahan un se matanfir ho gaye hain aur un ke khilaf bhi karwai karte hain. to dekhen sab se bari evil jo is waqt musalmanon par masallat hai woh hai yeh tasawwur ke Islam mukammal nizam hai, Islam complete system hai,</w:t>
      </w:r>
      <w:r>
        <w:br/>
      </w:r>
      <w:r>
        <w:rPr>
          <w:sz w:val="20"/>
        </w:rPr>
        <w:t>9:25  Islam deen shamil o kamil ka tasawwur jo hai yeh hai.</w:t>
      </w:r>
      <w:r>
        <w:br/>
      </w:r>
      <w:r>
        <w:rPr>
          <w:sz w:val="20"/>
        </w:rPr>
        <w:t>9:33  yeh tazeen yaani yeh yeh shaitan ki tazeen hai. mein samajhta hoon ke shaitan ne bohat si tazeenen ki hain dunya mein.</w:t>
      </w:r>
      <w:r>
        <w:br/>
      </w:r>
      <w:r>
        <w:rPr>
          <w:sz w:val="20"/>
        </w:rPr>
        <w:t>9:43  Adam ko bhi is ne tazeen mein mubtala kiya. lekin super tazeen ghaleban yahi hai Islam ka political interpretation.</w:t>
      </w:r>
      <w:r>
        <w:br/>
      </w:r>
      <w:r>
        <w:rPr>
          <w:sz w:val="20"/>
        </w:rPr>
        <w:t>9:52  super tazeen hai yeh. poori history mein itni bari tazeen shaitan nahin kar paya tha jitni bari aaj kya hai. kyun ke yeh bohat beautiful lafz hai.</w:t>
      </w:r>
      <w:r>
        <w:br/>
      </w:r>
      <w:r>
        <w:rPr>
          <w:sz w:val="20"/>
        </w:rPr>
        <w:t>10:02  bohat hi beautiful term hai yeh. lekin woh beautiful term sari evil ki jar hai.</w:t>
      </w:r>
      <w:r>
        <w:br/>
      </w:r>
      <w:r>
        <w:rPr>
          <w:sz w:val="20"/>
        </w:rPr>
        <w:t>10:14  to Islam ne kya tasawwur diya hai? Islam ne yeh tasawwur diya hai ke bohat hi practical tasawwur hai Islam ka.</w:t>
      </w:r>
      <w:r>
        <w:br/>
      </w:r>
      <w:r>
        <w:rPr>
          <w:sz w:val="20"/>
        </w:rPr>
        <w:t>10:24  bohat practical.</w:t>
      </w:r>
      <w:r>
        <w:br/>
      </w:r>
      <w:r>
        <w:rPr>
          <w:sz w:val="20"/>
        </w:rPr>
        <w:t>10:28  apni zaat ke maamle mein iqamat-e-deen, system ke maamle mein usool o khair.</w:t>
      </w:r>
      <w:r>
        <w:br/>
      </w:r>
      <w:r>
        <w:rPr>
          <w:sz w:val="20"/>
        </w:rPr>
        <w:t>10:39  apni zaat ke maamle mein usool kis se karen ge aap? kisi aur hoga us se usool karen ge? deen ki iqamat to apne aap par karna hai. lekin jab usool ki baat hogi to doosre se hogi woh.</w:t>
      </w:r>
      <w:r>
        <w:br/>
      </w:r>
      <w:r>
        <w:rPr>
          <w:sz w:val="20"/>
        </w:rPr>
        <w:t>10:52  to Quran ne jo tasawwur diya hai woh hai apni zaat ke maamle mein iqamat-e-deen aur system ke maamle mein usool o khair. yaani is ko agar lafz badlun mein kahoon to mein kahoon ga ke apni zaat ke maamle mein idealism,</w:t>
      </w:r>
    </w:p>
    <w:p>
      <w:pPr>
        <w:pStyle w:val="Heading2"/>
      </w:pPr>
      <w:r>
        <w:t>Universe moves silently without noise</w:t>
      </w:r>
    </w:p>
    <w:p>
      <w:r>
        <w:rPr>
          <w:color w:val="666666"/>
          <w:sz w:val="18"/>
        </w:rPr>
        <w:t>Peace of Mind April 19, 2015 · 36s · at 5:44 · https://youtu.be/nYvd93Af2YI?t=344</w:t>
      </w:r>
    </w:p>
    <w:p>
      <w:r>
        <w:rPr>
          <w:i/>
        </w:rPr>
        <w:t>“Aap jaante hain ke poori universe on the move hai”</w:t>
      </w:r>
    </w:p>
    <w:p>
      <w:r>
        <w:rPr>
          <w:sz w:val="20"/>
        </w:rPr>
        <w:t>5:44  suraj, chand chal rahe hain. aur un ki jo speed hai hamare hawai jahazon se zyada tez hai.</w:t>
      </w:r>
      <w:r>
        <w:br/>
      </w:r>
      <w:r>
        <w:rPr>
          <w:sz w:val="20"/>
        </w:rPr>
        <w:t>5:54  magar wahan koi shor nahin. wahan koi noise nahin. wahan koi horn nahin bajata.</w:t>
      </w:r>
      <w:r>
        <w:br/>
      </w:r>
      <w:r>
        <w:rPr>
          <w:sz w:val="20"/>
        </w:rPr>
        <w:t>6:06  to maine socha ke yeh to hamari bohat choti duniya hai. yeh road hai is par sawariyan guzar rahi hain to bohat choti duniya hai. jo zyada bari duniya hai wahan bhi vehicle chal rahe hain.</w:t>
      </w:r>
    </w:p>
    <w:p>
      <w:pPr>
        <w:pStyle w:val="Heading2"/>
      </w:pPr>
      <w:r>
        <w:t>Fatwas have no relation with politics</w:t>
      </w:r>
    </w:p>
    <w:p>
      <w:r>
        <w:rPr>
          <w:color w:val="666666"/>
          <w:sz w:val="18"/>
        </w:rPr>
        <w:t>Manoj Tibrewal Aakash interviewed Maulana Wahiduddin Khan, Spiritual Leader for DD News's Ek Mulaqat · 23s · at 8:18 · https://youtu.be/uCSW2YZmlS0?t=498</w:t>
      </w:r>
    </w:p>
    <w:p>
      <w:r>
        <w:rPr>
          <w:i/>
        </w:rPr>
        <w:t>“Look, fatwas have no connection with politics.”</w:t>
      </w:r>
    </w:p>
    <w:p>
      <w:r>
        <w:rPr>
          <w:sz w:val="20"/>
        </w:rPr>
        <w:t>8:18  nahi, kabhi bhi nahi. main hamesha iske khilaaf raha hoon. dekhiye, fatwe ka koi bhi taalluq politics se nahi hai. wo alag cheez hai. wo mulk ka jo interest hai, mulk ka jo social interest hai, economic interest hai, us par politics chalai jaati hai. uska fatwe se koi taalluq nahi hai. ek aur bada sawal, kya aapko lagta hai ki in fatwon ka asar musalmano par hota hai?</w:t>
      </w:r>
      <w:r>
        <w:br/>
      </w:r>
      <w:r>
        <w:rPr>
          <w:sz w:val="20"/>
        </w:rPr>
        <w:t>8:41  main to khali kuch bhi nahi hota. musalman fatwon pe nahi chalte. na to fatwe ka koi relevance hai is maamle mein, na musalman fatwon pe chalte hain. dekhiye, politics ek alag cheez hai. uski apni alag ethics hoti hai. uske apne alag, yaani taqade hote hain. to jis mauqe pe jis cheez ki lehar hoti hai, jo wave hoti hai, us par log vote dene dete hain. fatwe se koi apni rai nahi badalta.</w:t>
      </w:r>
    </w:p>
    <w:p>
      <w:pPr>
        <w:pStyle w:val="Heading2"/>
      </w:pPr>
      <w:r>
        <w:t>Balakot jihad story: one scholar's warning ignored</w:t>
      </w:r>
    </w:p>
    <w:p>
      <w:r>
        <w:rPr>
          <w:color w:val="666666"/>
          <w:sz w:val="18"/>
        </w:rPr>
        <w:t>Islamization of Muslims January 10, 2010 Maulana Wahiduddin Khan · 4m 01s · at 17:39 · https://youtu.be/bjCT5yer37Q?t=1059</w:t>
      </w:r>
    </w:p>
    <w:p>
      <w:r>
        <w:rPr>
          <w:i/>
        </w:rPr>
        <w:t>“Let me give you an example, from 1831”</w:t>
      </w:r>
    </w:p>
    <w:p>
      <w:r>
        <w:rPr>
          <w:sz w:val="20"/>
        </w:rPr>
        <w:t>17:39  ab mein aap ko misaal deta hoon.</w:t>
      </w:r>
      <w:r>
        <w:br/>
      </w:r>
      <w:r>
        <w:rPr>
          <w:sz w:val="20"/>
        </w:rPr>
        <w:t>17:42  dekhiye,</w:t>
      </w:r>
      <w:r>
        <w:br/>
      </w:r>
      <w:r>
        <w:rPr>
          <w:sz w:val="20"/>
        </w:rPr>
        <w:t>17:48  kuch misalein aap deta hoon aap ko. 1831 mein isi mulk mein kuch logon ne jihad shuru kar diya.</w:t>
      </w:r>
      <w:r>
        <w:br/>
      </w:r>
      <w:r>
        <w:rPr>
          <w:sz w:val="20"/>
        </w:rPr>
        <w:t>18:00  sikh is zamane mein punjab bada punjab tha, woh aaj ka punjab nahi hai.</w:t>
      </w:r>
      <w:r>
        <w:br/>
      </w:r>
      <w:r>
        <w:rPr>
          <w:sz w:val="20"/>
        </w:rPr>
        <w:t>18:05  is mein ek sikh raja tha, maharajah ranjit singh. uske khilaf jihad kiya kuch ulama ne, jin ko kaha jata hai shaheedain.</w:t>
      </w:r>
      <w:r>
        <w:br/>
      </w:r>
      <w:r>
        <w:rPr>
          <w:sz w:val="20"/>
        </w:rPr>
        <w:t>18:19  to unhone ek jamaat banai aur dhawa bol diya. balakot mein ja kar lad gaye un se. us waqt unki jamaat mein ek shakhs tha.</w:t>
      </w:r>
      <w:r>
        <w:br/>
      </w:r>
      <w:r>
        <w:rPr>
          <w:sz w:val="20"/>
        </w:rPr>
        <w:t>18:33  us shakhs ne kaha ke yeh yeh jihad nahi hai. jo imam, jo ameer the iske, unhone kaha ke mujhe mukashafa hua hai, mujhe khwab aaya hai ke mein jihad karoon.</w:t>
      </w:r>
      <w:r>
        <w:br/>
      </w:r>
      <w:r>
        <w:rPr>
          <w:sz w:val="20"/>
        </w:rPr>
        <w:t>18:45  usne kaha ke yeh jihad khwab par, mukashfe par nahi hota. iska naam tha maulana mir mehboob ali.</w:t>
      </w:r>
      <w:r>
        <w:br/>
      </w:r>
      <w:r>
        <w:rPr>
          <w:sz w:val="20"/>
        </w:rPr>
        <w:t>18:55  us aadmi ka, inhi ki jamaat mein tha woh, aalim tha woh. mir mehboob ali.</w:t>
      </w:r>
      <w:r>
        <w:br/>
      </w:r>
      <w:r>
        <w:rPr>
          <w:sz w:val="20"/>
        </w:rPr>
        <w:t>19:02  usne kaha ke yeh ke jihad jo hai amruhum shura bayanhum, yani sab se. sab baithein, aap apni rai dein, doosra aap ki rai dein.</w:t>
      </w:r>
      <w:r>
        <w:br/>
      </w:r>
      <w:r>
        <w:rPr>
          <w:sz w:val="20"/>
        </w:rPr>
        <w:t>19:13  criticize karne ka mahol ho. aur phir sab mil kar ke faisla karein, tab jihad hota hai. aise nahi ke aap ne khwab dekh liya to phir chale jana hai jihad karne ke liye.</w:t>
      </w:r>
      <w:r>
        <w:br/>
      </w:r>
      <w:r>
        <w:rPr>
          <w:sz w:val="20"/>
        </w:rPr>
        <w:t>19:25  lekin uski baat nahi suni gayi. yahan tak ke woh aadmi chhod kar chala gaya wahan se</w:t>
      </w:r>
      <w:r>
        <w:br/>
      </w:r>
      <w:r>
        <w:rPr>
          <w:sz w:val="20"/>
        </w:rPr>
        <w:t>19:30  . to kaha mahol nahi tha.</w:t>
      </w:r>
      <w:r>
        <w:br/>
      </w:r>
      <w:r>
        <w:rPr>
          <w:sz w:val="20"/>
        </w:rPr>
        <w:t>19:35  jin ko aap shaheedain kehte hain, un ke haan mahaul hi nahi tha ke kritiesize kiya jaye, baat ko suna jaye, discussion kiya jaye, mashwara kiya jaye.</w:t>
      </w:r>
      <w:r>
        <w:br/>
      </w:r>
      <w:r>
        <w:rPr>
          <w:sz w:val="20"/>
        </w:rPr>
        <w:t>19:44  bas khwab dekh liya to bas dhawa bol diya. yeh yeh bhi is is yeh bhi tha de-islamization.</w:t>
      </w:r>
      <w:r>
        <w:br/>
      </w:r>
      <w:r>
        <w:rPr>
          <w:sz w:val="20"/>
        </w:rPr>
        <w:t>19:54  jab quran mein saaf saaf hai ke amruhum shura baynahum, to aap kya right hain ke aap khwab par aik aik par aik aik action lene lage? amruhum shura baynahum mein ke jo mamlaat hote hain, un mamlaat ko aapas mein discussion kiya jata hai,</w:t>
      </w:r>
      <w:r>
        <w:br/>
      </w:r>
      <w:r>
        <w:rPr>
          <w:sz w:val="20"/>
        </w:rPr>
        <w:t>20:10  tab faisla kiya jata hai. rasool Allah hamesha mashwara karte thay. koi baat pesh aati to aap kehte thay: "ashiru alayya ayha al-nas". aey logon!</w:t>
      </w:r>
      <w:r>
        <w:br/>
      </w:r>
      <w:r>
        <w:rPr>
          <w:sz w:val="20"/>
        </w:rPr>
        <w:t>20:21  mujhe mashwara do.</w:t>
      </w:r>
      <w:r>
        <w:br/>
      </w:r>
      <w:r>
        <w:rPr>
          <w:sz w:val="20"/>
        </w:rPr>
        <w:t>20:24  hazrat abubakar bhi yahi karte thay: "ashiru alayya ayha al-nas". "ashiru alayya ayha al-nas". yaani quran mein yeh hukum hai, rasool Allah ki yeh sunnat hai, aur aap jo hai khwab khwab ko le kar ke qdam kar rahe hain kisi ke khilaf, ladai bhadai kar rahe hain.</w:t>
      </w:r>
      <w:r>
        <w:br/>
      </w:r>
      <w:r>
        <w:rPr>
          <w:sz w:val="20"/>
        </w:rPr>
        <w:t>20:42  to yeh kehta hai islam se deviation tha yeh.</w:t>
      </w:r>
      <w:r>
        <w:br/>
      </w:r>
      <w:r>
        <w:rPr>
          <w:sz w:val="20"/>
        </w:rPr>
        <w:t>20:48  chunki ab ma</w:t>
      </w:r>
      <w:r>
        <w:br/>
      </w:r>
      <w:r>
        <w:rPr>
          <w:sz w:val="20"/>
        </w:rPr>
        <w:t>20:49  haul nahi tha, mein jo baat zor dena chahta hoon yeh hai ke aik fard agar sahi ho to us se society ki islaah nahi hoti. woh fard jaane ka bataye ga, lekin acceptance to ho.</w:t>
      </w:r>
      <w:r>
        <w:br/>
      </w:r>
      <w:r>
        <w:rPr>
          <w:sz w:val="20"/>
        </w:rPr>
        <w:t>21:04  acceptance ka mahaul to ho. to woh aadmi aalim tha, us ne jana ke yeh jihad ka tareeqa yeh nahi hua karta.</w:t>
      </w:r>
      <w:r>
        <w:br/>
      </w:r>
      <w:r>
        <w:rPr>
          <w:sz w:val="20"/>
        </w:rPr>
        <w:t>21:14  jihad ke liye consultation hai, mashwara hai, discussion hai.</w:t>
      </w:r>
      <w:r>
        <w:br/>
      </w:r>
      <w:r>
        <w:rPr>
          <w:sz w:val="20"/>
        </w:rPr>
        <w:t>21:20  phir jo rai bane sab ke mashware se, tab qdam karna hai, tab action lena hai. to woh janta tha is baat ko, lekin chunki mahaul tha nahi acceptance ka,</w:t>
      </w:r>
      <w:r>
        <w:br/>
      </w:r>
      <w:r>
        <w:rPr>
          <w:sz w:val="20"/>
        </w:rPr>
        <w:t>21:33  us ne bataya, woh baat nahi chali, aur sab log ja kar balakot mein wahi khatam ho gaye.</w:t>
      </w:r>
    </w:p>
    <w:p>
      <w:pPr>
        <w:pStyle w:val="Heading2"/>
      </w:pPr>
      <w:r>
        <w:t>Blame-others culture vs. true well-wishing criticism</w:t>
      </w:r>
    </w:p>
    <w:p>
      <w:r>
        <w:rPr>
          <w:color w:val="666666"/>
          <w:sz w:val="18"/>
        </w:rPr>
        <w:t>Revival of Muslim Ummah, February 4, 2013 · 2m 29s · at 52:44 · https://youtu.be/xB3MfWhLHoM?t=3164</w:t>
      </w:r>
    </w:p>
    <w:p>
      <w:r>
        <w:rPr>
          <w:i/>
        </w:rPr>
        <w:t>“Musalmano ki soch blame-others ke usool pe chal rahi hai”</w:t>
      </w:r>
    </w:p>
    <w:p>
      <w:r>
        <w:rPr>
          <w:sz w:val="20"/>
        </w:rPr>
        <w:t>52:44  kis baat, kis usool pe chal rahi hai? blame adas ke usool pe chal rahi hai. abhi jo musalmanon ki jo soch hai, woh sab ki sab blame adas ke upar chal rahi hai, blame dayen sirf nahi chal rahi.</w:t>
      </w:r>
      <w:r>
        <w:br/>
      </w:r>
      <w:r>
        <w:rPr>
          <w:sz w:val="20"/>
        </w:rPr>
        <w:t>52:56  main samajhta hoon ke jab tak yeh trend badlega nahi, yani blame adas ka jo trend hai musalmanon mein, woh jab jab tak woh badlega nahi, aur blame dayi self ka trend jab tak nahi aayega musalmanon mein, tab tak unke andar koi koi bhi, yani koi healthy beginning nahi ho sakti hai.</w:t>
      </w:r>
      <w:r>
        <w:br/>
      </w:r>
      <w:r>
        <w:rPr>
          <w:sz w:val="20"/>
        </w:rPr>
        <w:t>53:18  koi kisi healthy beginning ke liye lazim hai ke aap ke musalmanon ke andar blame adas ka zehan khatm ho, aur blame dayi self ka zehan aaye unke andar.</w:t>
      </w:r>
      <w:r>
        <w:br/>
      </w:r>
      <w:r>
        <w:rPr>
          <w:sz w:val="20"/>
        </w:rPr>
        <w:t>53:31  mujhe is mein zara bhi shaq nahi ke jo main keh raha hoon ke yeh main koi arbitrary nahi hai, yeh koi khitabat nahi hai, koi lafzi nahi hai.</w:t>
      </w:r>
      <w:r>
        <w:br/>
      </w:r>
      <w:r>
        <w:rPr>
          <w:sz w:val="20"/>
        </w:rPr>
        <w:t>53:41  yeh</w:t>
      </w:r>
      <w:r>
        <w:br/>
      </w:r>
      <w:r>
        <w:rPr>
          <w:sz w:val="20"/>
        </w:rPr>
        <w:t>53:42  yeh meri, yani poori zindagi ki jo soch hai, poori zindagi ki jo study hai, iska khulasa yeh hai, iska khulasa hai, aur yeh main, yani sab se bari khair khwahi samajhta hoon musalmanon ki ke unko yeh baat batai jaye.</w:t>
      </w:r>
      <w:r>
        <w:br/>
      </w:r>
      <w:r>
        <w:rPr>
          <w:sz w:val="20"/>
        </w:rPr>
        <w:t>54:02  sab se bari khair khwahi,</w:t>
      </w:r>
      <w:r>
        <w:br/>
      </w:r>
      <w:r>
        <w:rPr>
          <w:sz w:val="20"/>
        </w:rPr>
        <w:t>54:06  yani jo yeh khair khwahi nahi hai ke aap sirf logon ke jazbat ko feed karein, jo unhein acha lage, wahi boli bolte rahein.</w:t>
      </w:r>
      <w:r>
        <w:br/>
      </w:r>
      <w:r>
        <w:rPr>
          <w:sz w:val="20"/>
        </w:rPr>
        <w:t>54:20  arabi mein kaha jata hai ke "man huwa naas hoga, khair ka man huwa maada hoga", yani jo aadmi tum ko criticize kare aur tum ko naseehat kare, woh zyada better hai us se jo tumhari tareefein kare.</w:t>
      </w:r>
      <w:r>
        <w:br/>
      </w:r>
      <w:r>
        <w:rPr>
          <w:sz w:val="20"/>
        </w:rPr>
        <w:t>54:36  tareef ka matlab kya hai? aap ke jazbat ko jo feed kare, woh acha aadmi nahi hai, woh khair khwah nahi hai. khair khwah woh hai jo reason ki baat kare, jo fact, jo reality ki baat kare, jo haqaiq ki baat kare, woh aap ka khair khwah hai.</w:t>
      </w:r>
      <w:r>
        <w:br/>
      </w:r>
      <w:r>
        <w:rPr>
          <w:sz w:val="20"/>
        </w:rPr>
        <w:t>54:58  to jo kuch maine kaha hai, woh is liye nahi kaha hai ke main offend karoon logon ke. offend karne ke liye nahi, logon ke andar rethinking paida karne ke liye, rethinking ko jagane ke liye bani hai.</w:t>
      </w:r>
    </w:p>
    <w:p>
      <w:pPr>
        <w:pStyle w:val="Heading2"/>
      </w:pPr>
      <w:r>
        <w:t>Freedom of choice is the only real human power</w:t>
      </w:r>
    </w:p>
    <w:p>
      <w:r>
        <w:rPr>
          <w:color w:val="666666"/>
          <w:sz w:val="18"/>
        </w:rPr>
        <w:t>Revival of Muslims March 08, 2015 · 58s · at 1:03:40 · https://youtu.be/8ShFcr8YozI?t=3820</w:t>
      </w:r>
    </w:p>
    <w:p>
      <w:r>
        <w:rPr>
          <w:i/>
        </w:rPr>
        <w:t>“Insan ke paas sirf ek cheez hai: freedom of choice”</w:t>
      </w:r>
    </w:p>
    <w:p>
      <w:r>
        <w:rPr>
          <w:sz w:val="20"/>
        </w:rPr>
        <w:t>1:03:40  insaan ke paas jo cheez hai, woh hai freedom of choice. bas yahi ek cheez insaan ke ikhtiyar mein hai.</w:t>
      </w:r>
      <w:r>
        <w:br/>
      </w:r>
      <w:r>
        <w:rPr>
          <w:sz w:val="20"/>
        </w:rPr>
        <w:t>1:03:50  aur sach poochhen to insaan ka jo test hai, woh isi mein hai.</w:t>
      </w:r>
      <w:r>
        <w:br/>
      </w:r>
      <w:r>
        <w:rPr>
          <w:sz w:val="20"/>
        </w:rPr>
        <w:t>1:03:56  ke is mein nahin ke woh jaise mein ne kaha ke mere aur suraj ke beech mein crowd aa gaya to mere bas mein yeh nahin ke crowd hata doon.</w:t>
      </w:r>
      <w:r>
        <w:br/>
      </w:r>
      <w:r>
        <w:rPr>
          <w:sz w:val="20"/>
        </w:rPr>
        <w:t>1:04:10  to mere bas mein jo hai, woh freedom of choice hai. aur isi par test hai. Allah taala ke haan jo push hogi, woh yeh ke tum ne sahi choice liya ya galat choice liya.</w:t>
      </w:r>
      <w:r>
        <w:br/>
      </w:r>
      <w:r>
        <w:rPr>
          <w:sz w:val="20"/>
        </w:rPr>
        <w:t>1:04:27  jaise mein ne misaal di aap ko ke dunya ko jab Allah ne madu ka darja diya tha to tum ne dushman ko bana diya. yeh galat choice liya aap ne.</w:t>
      </w:r>
    </w:p>
    <w:p>
      <w:pPr>
        <w:pStyle w:val="Heading2"/>
      </w:pPr>
      <w:r>
        <w:t>How Islam teaches coexistence in multi-religious society</w:t>
      </w:r>
    </w:p>
    <w:p>
      <w:r>
        <w:rPr>
          <w:color w:val="666666"/>
          <w:sz w:val="18"/>
        </w:rPr>
        <w:t>Islam A Religion of Peace January 7, 2010 Maulana Wahiduddin Khan · 2m 17s · at 14:58 · https://youtu.be/L3qaWEfRY6o?t=898</w:t>
      </w:r>
    </w:p>
    <w:p>
      <w:r>
        <w:rPr>
          <w:i/>
        </w:rPr>
        <w:t>“Now, about multi-religious society. Here I would like to quote some references from the Quran.”</w:t>
      </w:r>
    </w:p>
    <w:p>
      <w:r>
        <w:rPr>
          <w:sz w:val="20"/>
        </w:rPr>
        <w:t>14:58  now, about multi religious society. here I would like to quote some references from the Quran.</w:t>
      </w:r>
      <w:r>
        <w:br/>
      </w:r>
      <w:r>
        <w:rPr>
          <w:sz w:val="20"/>
        </w:rPr>
        <w:t>15:11  you know,</w:t>
      </w:r>
      <w:r>
        <w:br/>
      </w:r>
      <w:r>
        <w:rPr>
          <w:sz w:val="20"/>
        </w:rPr>
        <w:t>15:15  prophet of Islam was appointed as a prophet by God in six hundred ten AD. at the time, he was in Mecca.</w:t>
      </w:r>
      <w:r>
        <w:br/>
      </w:r>
      <w:r>
        <w:rPr>
          <w:sz w:val="20"/>
        </w:rPr>
        <w:t>15:27  so there was a Christian scholar in Mecca. his name was Warqa bin Naufal. according to historical record, Warqa was the first person to whom prophet Islam reveal this, this experience.</w:t>
      </w:r>
      <w:r>
        <w:br/>
      </w:r>
      <w:r>
        <w:rPr>
          <w:sz w:val="20"/>
        </w:rPr>
        <w:t>15:49  he accompany his wife Khadija went to Warqa bin Naufal, who was a Christian scholar.</w:t>
      </w:r>
      <w:r>
        <w:br/>
      </w:r>
      <w:r>
        <w:rPr>
          <w:sz w:val="20"/>
        </w:rPr>
        <w:t>16:01  he told his experience before warqa. he wanted his, his, his, his remark, his, his impression, his advice.</w:t>
      </w:r>
      <w:r>
        <w:br/>
      </w:r>
      <w:r>
        <w:rPr>
          <w:sz w:val="20"/>
        </w:rPr>
        <w:t>16:17  so the first person who</w:t>
      </w:r>
      <w:r>
        <w:br/>
      </w:r>
      <w:r>
        <w:rPr>
          <w:sz w:val="20"/>
        </w:rPr>
        <w:t>16:22  accepted that you are a prophet of god according to your experience. he said that if your experience is right, if your, what you are saying, if you are right in this.</w:t>
      </w:r>
      <w:r>
        <w:br/>
      </w:r>
      <w:r>
        <w:rPr>
          <w:sz w:val="20"/>
        </w:rPr>
        <w:t>16:37  so you are the prophet of god.</w:t>
      </w:r>
      <w:r>
        <w:br/>
      </w:r>
      <w:r>
        <w:rPr>
          <w:sz w:val="20"/>
        </w:rPr>
        <w:t>16:44  then there is a verse in the quran.</w:t>
      </w:r>
      <w:r>
        <w:br/>
      </w:r>
      <w:r>
        <w:rPr>
          <w:sz w:val="20"/>
        </w:rPr>
        <w:t>16:51  "lakum deenukum waliya deen." for you your religion, for me mine. this is the, this is the, this is a practical formula.</w:t>
      </w:r>
      <w:r>
        <w:br/>
      </w:r>
      <w:r>
        <w:rPr>
          <w:sz w:val="20"/>
        </w:rPr>
        <w:t>17:06  how to live in a multi religious society. this verse says that gives us very simple formula.</w:t>
      </w:r>
    </w:p>
    <w:p>
      <w:pPr>
        <w:pStyle w:val="Heading2"/>
      </w:pPr>
      <w:r>
        <w:t>Aisha's wisdom and the Prophet's peaceful decision-making</w:t>
      </w:r>
    </w:p>
    <w:p>
      <w:r>
        <w:rPr>
          <w:color w:val="666666"/>
          <w:sz w:val="18"/>
        </w:rPr>
        <w:t>Islam and Terrorism February 10, 2009 Maulana Wahiduddin Khan · 3m 40s · at 11:54 · https://youtu.be/vCEjp0w7Qjo?t=714</w:t>
      </w:r>
    </w:p>
    <w:p>
      <w:r>
        <w:rPr>
          <w:i/>
        </w:rPr>
        <w:t>“I have read Islam through its original sources.”</w:t>
      </w:r>
    </w:p>
    <w:p>
      <w:r>
        <w:rPr>
          <w:sz w:val="20"/>
        </w:rPr>
        <w:t>11:54  I have read Islam through its original sources.</w:t>
      </w:r>
      <w:r>
        <w:br/>
      </w:r>
      <w:r>
        <w:rPr>
          <w:sz w:val="20"/>
        </w:rPr>
        <w:t>11:59  I can say that in Islam, men and women are intellectual partners.</w:t>
      </w:r>
      <w:r>
        <w:br/>
      </w:r>
      <w:r>
        <w:rPr>
          <w:sz w:val="20"/>
        </w:rPr>
        <w:t>12:12  Intellectual partners. Prophet himself demonstrated this principle. His wife was Aisha. Aisha was an intelligent l</w:t>
      </w:r>
      <w:r>
        <w:br/>
      </w:r>
      <w:r>
        <w:rPr>
          <w:sz w:val="20"/>
        </w:rPr>
        <w:t>12:21  ady. She says that, "It</w:t>
      </w:r>
      <w:r>
        <w:br/>
      </w:r>
      <w:r>
        <w:rPr>
          <w:sz w:val="20"/>
        </w:rPr>
        <w:t>12:30  means that the Prophet used to discuss her, used to take her advice." So Aisha was an intellectual partner of the Prophet of Islam.</w:t>
      </w:r>
      <w:r>
        <w:br/>
      </w:r>
      <w:r>
        <w:rPr>
          <w:sz w:val="20"/>
        </w:rPr>
        <w:t>12:46  It is very important to know. Aisha, his wife, was an intellectual partner of the Prophet of Islam.</w:t>
      </w:r>
      <w:r>
        <w:br/>
      </w:r>
      <w:r>
        <w:rPr>
          <w:sz w:val="20"/>
        </w:rPr>
        <w:t>13:00  So you will find that if you read the life of Aisha, you will find Aisha was the wisest Muslim of that period due</w:t>
      </w:r>
      <w:r>
        <w:br/>
      </w:r>
      <w:r>
        <w:rPr>
          <w:sz w:val="20"/>
        </w:rPr>
        <w:t>13:13  to this intellectual exchange. I will give you one example. Aisha has given a very important formula for general policy.</w:t>
      </w:r>
      <w:r>
        <w:br/>
      </w:r>
      <w:r>
        <w:rPr>
          <w:sz w:val="20"/>
        </w:rPr>
        <w:t>13:27  Her grasp was very, very import</w:t>
      </w:r>
      <w:r>
        <w:br/>
      </w:r>
      <w:r>
        <w:rPr>
          <w:sz w:val="20"/>
        </w:rPr>
        <w:t>13:34  ant. So she was able to understand the Prophet's policy, the Prophet's behavior, the Prophet's thinking.</w:t>
      </w:r>
      <w:r>
        <w:br/>
      </w:r>
      <w:r>
        <w:rPr>
          <w:sz w:val="20"/>
        </w:rPr>
        <w:t>13:43  She says that what was the general policy of the Prophet of</w:t>
      </w:r>
      <w:r>
        <w:br/>
      </w:r>
      <w:r>
        <w:rPr>
          <w:sz w:val="20"/>
        </w:rPr>
        <w:t>13:49  Islam? She says, "Ma khuyira Rasulallah sallallahu alaihi wasallam bain amrain illa khtaara aisha rahma." It means that whenever the Prophet had to choose between the two, he always opted for the easier option rather than the harder option.</w:t>
      </w:r>
      <w:r>
        <w:br/>
      </w:r>
      <w:r>
        <w:rPr>
          <w:sz w:val="20"/>
        </w:rPr>
        <w:t>14:13  Now, what is the easier option</w:t>
      </w:r>
      <w:r>
        <w:br/>
      </w:r>
      <w:r>
        <w:rPr>
          <w:sz w:val="20"/>
        </w:rPr>
        <w:t>14:15  ? It means a sustainable option, a sustainable course of action. So the Prophet of Islam always used the sustainable course of action rather than the harder course of action.</w:t>
      </w:r>
      <w:r>
        <w:br/>
      </w:r>
      <w:r>
        <w:rPr>
          <w:sz w:val="20"/>
        </w:rPr>
        <w:t>14:29  In other words, you can say that there are two kinds of options in every situation: peaceful option and violent option.</w:t>
      </w:r>
      <w:r>
        <w:br/>
      </w:r>
      <w:r>
        <w:rPr>
          <w:sz w:val="20"/>
        </w:rPr>
        <w:t>14:41  A peaceful course of action and a violent course of action.</w:t>
      </w:r>
      <w:r>
        <w:br/>
      </w:r>
      <w:r>
        <w:rPr>
          <w:sz w:val="20"/>
        </w:rPr>
        <w:t>14:46  In every situation, in your family, in your society, in national life, in international life, everywhere, every time, you have two options.</w:t>
      </w:r>
      <w:r>
        <w:br/>
      </w:r>
      <w:r>
        <w:rPr>
          <w:sz w:val="20"/>
        </w:rPr>
        <w:t>14:57  Either you have to choose a peaceful course of action or a violent course of action. So the Prophet always used to adopt a peaceful course of action rather than a harder course of</w:t>
      </w:r>
      <w:r>
        <w:br/>
      </w:r>
      <w:r>
        <w:rPr>
          <w:sz w:val="20"/>
        </w:rPr>
        <w:t>15:15  action. It is a very important formula. You can apply this formula in your school life, in your family life, in your national life, everywhere.</w:t>
      </w:r>
      <w:r>
        <w:br/>
      </w:r>
      <w:r>
        <w:rPr>
          <w:sz w:val="20"/>
        </w:rPr>
        <w:t>15:26  The best formula for life was given by a Muslim lady that was Aisha binti Abi Bakr.</w:t>
      </w:r>
    </w:p>
    <w:p>
      <w:pPr>
        <w:pStyle w:val="Heading2"/>
      </w:pPr>
      <w:r>
        <w:t>Hudaybiyyah treaty to League of Nations to UN</w:t>
      </w:r>
    </w:p>
    <w:p>
      <w:r>
        <w:rPr>
          <w:color w:val="666666"/>
          <w:sz w:val="18"/>
        </w:rPr>
        <w:t>Importance of Peace December 16, 2012 · 4m 07s · at 12:22 · https://youtu.be/nymyorYyEz4?t=742</w:t>
      </w:r>
    </w:p>
    <w:p>
      <w:r>
        <w:rPr>
          <w:i/>
        </w:rPr>
        <w:t>“Aap ka mission 610 AD mein shuru hua”</w:t>
      </w:r>
    </w:p>
    <w:p>
      <w:r>
        <w:rPr>
          <w:sz w:val="20"/>
        </w:rPr>
        <w:t>12:22  to aap jante hain ke aap ka jo mission tha, woh aap se bohat pehle, yani seventh century ad ke first quarter mein aap ne shuru kiya apna mission, namely 610 ad mein.</w:t>
      </w:r>
      <w:r>
        <w:br/>
      </w:r>
      <w:r>
        <w:rPr>
          <w:sz w:val="20"/>
        </w:rPr>
        <w:t>12:39  us zamane mein qabail ka daur tha, qabail mein war culture bohat aam tha. to kuch kai bar unhone aap se ladai chhirna chaha, lekin aap ne manage kiya ladai ko.</w:t>
      </w:r>
      <w:r>
        <w:br/>
      </w:r>
      <w:r>
        <w:rPr>
          <w:sz w:val="20"/>
        </w:rPr>
        <w:t>12:54  natija yeh hai ke full fledge war kabhi bhi nahi hui aap ke zamane mein, sirf kuch ek skirmishes kuch huin. bas yeh galat hai ke rasool allah salallaho alaihi wasallam ke zamane mein ladaiyan huin, skirmishes thin.</w:t>
      </w:r>
      <w:r>
        <w:br/>
      </w:r>
      <w:r>
        <w:rPr>
          <w:sz w:val="20"/>
        </w:rPr>
        <w:t>13:06  woh</w:t>
      </w:r>
      <w:r>
        <w:br/>
      </w:r>
      <w:r>
        <w:rPr>
          <w:sz w:val="20"/>
        </w:rPr>
        <w:t>13:09  dusra jo dusri jo party thi, woh chahti thi aap ko uljhana ladai mein, kyunke woh to so so baras se ladte rehte the. to full fledge war kabhi bhi aap ki nahi pesh nahi aayi.</w:t>
      </w:r>
      <w:r>
        <w:br/>
      </w:r>
      <w:r>
        <w:rPr>
          <w:sz w:val="20"/>
        </w:rPr>
        <w:t>13:22  dekhiye, war ki jo definition hai, us mein yeh hai ke kam se kam chhe din tak war agar jari rahe, tab woh war hai, warna war nahi, woh jhadap hai.</w:t>
      </w:r>
      <w:r>
        <w:br/>
      </w:r>
      <w:r>
        <w:rPr>
          <w:sz w:val="20"/>
        </w:rPr>
        <w:t>13:32  to aap ke zinda mein koi war ek hi din se zyada rahi, bas is se zyada nahi.</w:t>
      </w:r>
      <w:r>
        <w:br/>
      </w:r>
      <w:r>
        <w:rPr>
          <w:sz w:val="20"/>
        </w:rPr>
        <w:t>13:38  to dusri party ne aap ko ladai mein uljhana chaha, lekin aap kabhi bhi full fledge war mein shamil nahi hue. chand skirmishes pesh aayin.</w:t>
      </w:r>
      <w:r>
        <w:br/>
      </w:r>
      <w:r>
        <w:rPr>
          <w:sz w:val="20"/>
        </w:rPr>
        <w:t>13:51  phir aap ne kiya kiya? aap ne yak tarfa sabr ke zariye ek ek model qaim kiya, pais ka model.</w:t>
      </w:r>
      <w:r>
        <w:br/>
      </w:r>
      <w:r>
        <w:rPr>
          <w:sz w:val="20"/>
        </w:rPr>
        <w:t>14:01  jo hudaybiyah pais treaty hai, woh kya hai?</w:t>
      </w:r>
      <w:r>
        <w:br/>
      </w:r>
      <w:r>
        <w:rPr>
          <w:sz w:val="20"/>
        </w:rPr>
        <w:t>14:05  woh kehna chahiye ke</w:t>
      </w:r>
      <w:r>
        <w:br/>
      </w:r>
      <w:r>
        <w:rPr>
          <w:sz w:val="20"/>
        </w:rPr>
        <w:t>14:11  first united nations thi, woh first tareekh mein. yani is mein</w:t>
      </w:r>
      <w:r>
        <w:br/>
      </w:r>
      <w:r>
        <w:rPr>
          <w:sz w:val="20"/>
        </w:rPr>
        <w:t>14:21  do fareeq thay shamil: aik thay musalman, doosray thay quraish, yeh to direct thay, aur teesray yahood thay, jo in direct thay.</w:t>
      </w:r>
      <w:r>
        <w:br/>
      </w:r>
      <w:r>
        <w:rPr>
          <w:sz w:val="20"/>
        </w:rPr>
        <w:t>14:34  to teen qomon ka woh pact tha, woh teen qomon ka peace ke darmiyan peace qaim hua tha, is ke zariye se.</w:t>
      </w:r>
      <w:r>
        <w:br/>
      </w:r>
      <w:r>
        <w:rPr>
          <w:sz w:val="20"/>
        </w:rPr>
        <w:t>14:47  to yeh tha international peace ka pehla model, lekin woh workable peace tha, woh ideal peace kabhi na hua, na hoga.</w:t>
      </w:r>
      <w:r>
        <w:br/>
      </w:r>
      <w:r>
        <w:rPr>
          <w:sz w:val="20"/>
        </w:rPr>
        <w:t>14:58  to rasool Allah sal Allah alayh wasallam ne kya kiya? ke tareekh mein peace ko initiate kiya</w:t>
      </w:r>
      <w:r>
        <w:br/>
      </w:r>
      <w:r>
        <w:rPr>
          <w:sz w:val="20"/>
        </w:rPr>
        <w:t>15:04  , peace ka process jari kiya, aur aap ke jo saathi thay, unhon ne bhi yahi kiya. phir yeh peace ka process chalta raha, chalta raha, mukhtalif marhalon se guzarte hue, woh pohancha league of nations tak.</w:t>
      </w:r>
      <w:r>
        <w:br/>
      </w:r>
      <w:r>
        <w:rPr>
          <w:sz w:val="20"/>
        </w:rPr>
        <w:t>15:25  league of nations jo hai, woh bani thi 1920 mein,</w:t>
      </w:r>
      <w:r>
        <w:br/>
      </w:r>
      <w:r>
        <w:rPr>
          <w:sz w:val="20"/>
        </w:rPr>
        <w:t>15:30  is ke sixty to three nations is mein shamil theen. rasool Allah ke zamanay mein teen nations shamil theen, ab jo bana 1920 mein league of nations, to is mein sixty to three nations shamil theen,</w:t>
      </w:r>
      <w:r>
        <w:br/>
      </w:r>
      <w:r>
        <w:rPr>
          <w:sz w:val="20"/>
        </w:rPr>
        <w:t>15:47  lekin woh 1946 mein toot gayi. woh is ke baad doosri jo bani, woh is ko hum kehte hain united nations,</w:t>
      </w:r>
      <w:r>
        <w:br/>
      </w:r>
      <w:r>
        <w:rPr>
          <w:sz w:val="20"/>
        </w:rPr>
        <w:t>16:00  jo bani 1965 mein, is ke members ki tadad 193 hai.</w:t>
      </w:r>
      <w:r>
        <w:br/>
      </w:r>
      <w:r>
        <w:rPr>
          <w:sz w:val="20"/>
        </w:rPr>
        <w:t>16:11  yani Hudaybiyah ke waqt teen nations shamil theen, league of nations mein 63 nations shamil theen, aur united nations mein ab jo chal rahi hai, is mein 193 nations shamil hain.</w:t>
      </w:r>
      <w:r>
        <w:br/>
      </w:r>
      <w:r>
        <w:rPr>
          <w:sz w:val="20"/>
        </w:rPr>
        <w:t>16:26  yeh hai silsila.</w:t>
      </w:r>
      <w:r>
        <w:br/>
      </w:r>
      <w:r>
        <w:rPr>
          <w:sz w:val="20"/>
        </w:rPr>
        <w:t>16:30  to dekhiye, baat kya hai? asal mein</w:t>
      </w:r>
    </w:p>
    <w:p>
      <w:pPr>
        <w:pStyle w:val="Heading2"/>
      </w:pPr>
      <w:r>
        <w:t>Prophet Muhammad's lifelong policy of avoiding war</w:t>
      </w:r>
    </w:p>
    <w:p>
      <w:r>
        <w:rPr>
          <w:color w:val="666666"/>
          <w:sz w:val="18"/>
        </w:rPr>
        <w:t>Peace in Islam March 13, 2022 Prof. Farida Khanam · 4m 26s · at 2:20 · https://youtu.be/EZ7ICiSN0aE?t=140</w:t>
      </w:r>
    </w:p>
    <w:p>
      <w:r>
        <w:rPr>
          <w:i/>
        </w:rPr>
        <w:t>“रसूल्लाह हमेशा आसान, peaceful रास्ता चुनते थे”</w:t>
      </w:r>
    </w:p>
    <w:p>
      <w:r>
        <w:rPr>
          <w:sz w:val="20"/>
        </w:rPr>
        <w:t>2:20  uske baad hum dekhenge rasoolullah sausallam ki zindagi se aur quran se ki aam aur, aur jang yani peace and war and jo confrontation hota hai, jo is tarike ke conflicts hote hain, to usmein islam ka kya stand hai?</w:t>
      </w:r>
      <w:r>
        <w:br/>
      </w:r>
      <w:r>
        <w:rPr>
          <w:sz w:val="20"/>
        </w:rPr>
        <w:t>2:40  to hazrat asha batati hain ki rasoolullah sallallahu alaihi wasallam social mamlat mein aapki general policy kya hoti? to aap kehti hain ki jab bhi aapko do cheezon mein se ek ka intzaab karna hota to hamesha aap dono mein se aasan ka intzaab karte. to ab aap samajh sakte hain ki aasan ka intzaab jo hai woh kya hoga?</w:t>
      </w:r>
      <w:r>
        <w:br/>
      </w:r>
      <w:r>
        <w:rPr>
          <w:sz w:val="20"/>
        </w:rPr>
        <w:t>3:10  isko ek taiyare asar kaha hai unhone. to easier option, to yeh easier option jo hai woh, woh shull hai. puran mein bhi aaya hai wasool okhair chapter four, verse one twenty eight. to shull par tamam kamyabiyon ab, shul par tamam kamyabiyon ka nsr hai.</w:t>
      </w:r>
      <w:r>
        <w:br/>
      </w:r>
      <w:r>
        <w:rPr>
          <w:sz w:val="20"/>
        </w:rPr>
        <w:t>3:32  to aur dusra jo ikhtiyar hai, ikhtiyar hai, asar, yeh hai mushkil option aur jang jo hai violence ka rasta jo hai, yeh sab mushkil option mein aayega.</w:t>
      </w:r>
      <w:r>
        <w:br/>
      </w:r>
      <w:r>
        <w:rPr>
          <w:sz w:val="20"/>
        </w:rPr>
        <w:t>3:45  to aman isse pata chalta hai ki aman jo hai woh rule hai, yani jo mustaqil jo state of affairs hona chahiye, woh peace hona chahiye aur kabhi kabhi exceptional cases mein jang ki naubat aa jati hai, lekin har halat mein usko avoid karna chahiye jaisa ki hum rasoolullah sallallahu alaihi wasallam ki zindagi se dekhte hain ki aapne har mumkin avoidance ki policy ek taiyar ki.</w:t>
      </w:r>
      <w:r>
        <w:br/>
      </w:r>
      <w:r>
        <w:rPr>
          <w:sz w:val="20"/>
        </w:rPr>
        <w:t>4:14  rasoolullah sanslam ne ek bar faramaya, eh logon tum dushman se mudbhed ki tamanna na karo balke tum allah se amn mango. to rasoolullah sanslam ki zindagi mein hum dekhte hain ki sabse pehle makka mein aapne har mumkin sabr aur avoidance ka tarika ek taiyar kiya. logon ne bahut aapko sataya bahut pareshan kiya lekin aapne kabhi unko *** for tat ki shakal mein jawab nahi diya.</w:t>
      </w:r>
      <w:r>
        <w:br/>
      </w:r>
      <w:r>
        <w:rPr>
          <w:sz w:val="20"/>
        </w:rPr>
        <w:t>4:43  hamesha aap peaceful tarike se apna kaam karte rahe. jab ek waqt aaya jab halaat bahut zyada kharab ho gaye aur logon ne aapko marne ki poori planning kar li, to aapne us waqt bhi aapne bilkul khamoshi se makka se padina hijrat ki. to wahan bhi aapne aur yeh sirf na sirf aamali taur par balke aap zaban se bhi unko kuch nahi kehte the ki yeh log kitna galat kaam kar rahe hain.</w:t>
      </w:r>
      <w:r>
        <w:br/>
      </w:r>
      <w:r>
        <w:rPr>
          <w:sz w:val="20"/>
        </w:rPr>
        <w:t>5:13  phir jab aap madina pahunche to wahan yeh log quresh jo hai jo aapke mukhalafat par tule hue the unhone kai jangon mein aapko involve kiya. to aapne poori koshish ki jangon se avoid karne ki.</w:t>
      </w:r>
      <w:r>
        <w:br/>
      </w:r>
      <w:r>
        <w:rPr>
          <w:sz w:val="20"/>
        </w:rPr>
        <w:t>5:29  wo misal ke taur par ek jang, jang thika dua hai khandaq, to aapne uske madina aisa hai ki teen taraf to woh pahadon se aur khajoor ke pedon se ghira hua hai, aur ek taraf sirf khula hua hai. to wahan par aapne poore raste, apne asab ke sath milkar khandaq kho di, to phir is tarike se woh jang tal gayi.</w:t>
      </w:r>
      <w:r>
        <w:br/>
      </w:r>
      <w:r>
        <w:rPr>
          <w:sz w:val="20"/>
        </w:rPr>
        <w:t>5:55  lekin phir bhi masle uljhate rahe aur korahij hai aur kahin na kahin kuch na kuch koshish karte rahe. musalmanon ko jang mein involve karne ki to aapne finally sulehudebiya kar liya.</w:t>
      </w:r>
      <w:r>
        <w:br/>
      </w:r>
      <w:r>
        <w:rPr>
          <w:sz w:val="20"/>
        </w:rPr>
        <w:t>6:08  sulehudeveya jo tha woh nauwaar pact tha, das saal ka nauwaar pact aur is mein aap ne tamam conditions ko</w:t>
      </w:r>
      <w:r>
        <w:br/>
      </w:r>
      <w:r>
        <w:rPr>
          <w:sz w:val="20"/>
        </w:rPr>
        <w:t>6:15  enemy ki accept karke yeh nauwaar pact kiya aur is se itna zyada faayde hue ke do saal mein</w:t>
      </w:r>
      <w:r>
        <w:br/>
      </w:r>
      <w:r>
        <w:rPr>
          <w:sz w:val="20"/>
        </w:rPr>
        <w:t>6:23  tamam jo hai poora arab mein islam phail gaya aur bohat hi khamoshi se phir aap ne uske baad</w:t>
      </w:r>
      <w:r>
        <w:br/>
      </w:r>
      <w:r>
        <w:rPr>
          <w:sz w:val="20"/>
        </w:rPr>
        <w:t>6:30  jab, jab itne zyada taadaad ho gayi to aap ne bilkul peaceful tareeqe se aap ne makka ko fata kar</w:t>
      </w:r>
      <w:r>
        <w:br/>
      </w:r>
      <w:r>
        <w:rPr>
          <w:sz w:val="20"/>
        </w:rPr>
        <w:t>6:38  liya, baghair bloodshed ke.</w:t>
      </w:r>
      <w:r>
        <w:br/>
      </w:r>
      <w:r>
        <w:rPr>
          <w:sz w:val="20"/>
        </w:rPr>
        <w:t>6:46  to sabse pehle hum yeh dekhenge ki islam ka maqsad kya hai? islam humse kya chahta hai? islam kis liye aaya hai? ya hum keh sakte hain ki hamara creation plan allah ne kya diya hai hamein? to wah hai islam jo hai aur isi tarike se tamam bazahib hai jo revealed religion hai, woh tahid commission hai.</w:t>
      </w:r>
    </w:p>
    <w:p>
      <w:pPr>
        <w:pStyle w:val="Heading2"/>
      </w:pPr>
      <w:r>
        <w:t>Why men kept women from religious knowledge</w:t>
      </w:r>
    </w:p>
    <w:p>
      <w:r>
        <w:rPr>
          <w:color w:val="666666"/>
          <w:sz w:val="18"/>
        </w:rPr>
        <w:t>The Qualities Of God-Fearing Women CPS Women Discussion July 23, 2023 · 2m 39s · at 33:16 · https://youtu.be/YfKcwP5Flp8?t=1996</w:t>
      </w:r>
    </w:p>
    <w:p>
      <w:r>
        <w:rPr>
          <w:i/>
        </w:rPr>
        <w:t>“Mardon ne auraton ke zehan mein tafreeh ka zariya bana diya”</w:t>
      </w:r>
    </w:p>
    <w:p>
      <w:r>
        <w:rPr>
          <w:sz w:val="20"/>
        </w:rPr>
        <w:t>33:16  to kya wajah ho sakti hai ke kyun nahi samajh mein aata aur kyun aurtein aaj is tarah se materialistic life jee rahi hain, bachchon ke liye jee rahi hain? iska koi wajah ho aap bata sakti hoon? ji doctor sfeena hum logon ko yahi pata hai ke ilm nahi mila.</w:t>
      </w:r>
      <w:r>
        <w:br/>
      </w:r>
      <w:r>
        <w:rPr>
          <w:sz w:val="20"/>
        </w:rPr>
        <w:t>33:35  jaise ke molana sahab ne kaha ke mardon ne auraton ke zehan mein jo hai yeh jo ek zehan bana diya unko tafree ki taraf le gaye. unhon ne apne liye usko tafree ka zariya samajh liya. yahin se shuruaat hi mere khayal hui hogi jab mardon ne hi nahi apni ilm ilm ko samjha to unhon ne kya diya?</w:t>
      </w:r>
      <w:r>
        <w:br/>
      </w:r>
      <w:r>
        <w:rPr>
          <w:sz w:val="20"/>
        </w:rPr>
        <w:t>33:57  mardon ki bohat bari zimmedari thi ke woh ilm seekhte aur ab jaise ke manana sahab ne apni kitabon mein sab bataya ke mard ko intellectual partner kya hota hai? to agar dono mein se ek bhi sahi hota to dono ek doosre ko sahi kar kar sakte the. lekin aaj dono ekdam gadbad hai na. to ilm hi nahi hai. sari baat yahi hai. humein ilm bohat zyada seekhna hai aur doosron ko batana hai.</w:t>
      </w:r>
      <w:r>
        <w:br/>
      </w:r>
      <w:r>
        <w:rPr>
          <w:sz w:val="20"/>
        </w:rPr>
        <w:t>34:22  mujhe yahi samajh mein aata hai ki jab aadmi Khuda ka darr jab hi hota hai jab ilm seekhta hai.</w:t>
      </w:r>
      <w:r>
        <w:br/>
      </w:r>
      <w:r>
        <w:rPr>
          <w:sz w:val="20"/>
        </w:rPr>
        <w:t>34:34  itna hi hota hai is se aage kuch nahi hota hai.</w:t>
      </w:r>
      <w:r>
        <w:br/>
      </w:r>
      <w:r>
        <w:rPr>
          <w:sz w:val="20"/>
        </w:rPr>
        <w:t>34:46  ek word jaise Maulana sahib keh rahe the ki agar uski ek verse bhi agar ek insaan ke</w:t>
      </w:r>
      <w:r>
        <w:br/>
      </w:r>
      <w:r>
        <w:rPr>
          <w:sz w:val="20"/>
        </w:rPr>
        <w:t>34:58  andar chali jaye, waqai uski khurak ban jaye to insaan ki zindagi badal jayegi.</w:t>
      </w:r>
      <w:r>
        <w:br/>
      </w:r>
      <w:r>
        <w:rPr>
          <w:sz w:val="20"/>
        </w:rPr>
        <w:t>35:10  bas yahi meri samajh mein aata hai aap aur behtar se bata sakti hain.</w:t>
      </w:r>
      <w:r>
        <w:br/>
      </w:r>
      <w:r>
        <w:rPr>
          <w:sz w:val="20"/>
        </w:rPr>
        <w:t>35:22  isme mujhe sirf aap bataati kuch kehna chah rahi hoon.</w:t>
      </w:r>
      <w:r>
        <w:br/>
      </w:r>
      <w:r>
        <w:rPr>
          <w:sz w:val="20"/>
        </w:rPr>
        <w:t>35:34  haan, main yeh kehna cha rahi thi ke zyada tar log puran kaafi sirf padhte hain puran ko arabi mein. to jab woh samajhte hi nahi hain ek waqt aisa tha ke hum bhi jab college wagera mein the to hum ne agar namaz li, duaen padh li to hum sochte the ab hum ne apna yeh kaam to kar liya ab chalo kaam.</w:t>
      </w:r>
      <w:r>
        <w:br/>
      </w:r>
      <w:r>
        <w:rPr>
          <w:sz w:val="20"/>
        </w:rPr>
        <w:t>35:55  mohalana ne aakar yeh bataya ke religion jo matlab quran ko samajhkar understand karke humein har cheez mein woh karna hai. to zyada tar logon ko uske matlab hi nahi pata hai, samajh hi nahi bani hui hai to phir woh kya karenge?</w:t>
      </w:r>
    </w:p>
    <w:p>
      <w:pPr>
        <w:pStyle w:val="Heading2"/>
      </w:pPr>
      <w:r>
        <w:t>Live as people of mission</w:t>
      </w:r>
    </w:p>
    <w:p>
      <w:r>
        <w:rPr>
          <w:color w:val="666666"/>
          <w:sz w:val="18"/>
        </w:rPr>
        <w:t>Explanation of Oppression and Injustice October 28, 2018 · 11s · at 30:33 · https://youtu.be/y3KMnFVdmQ8?t=1833</w:t>
      </w:r>
    </w:p>
    <w:p>
      <w:r>
        <w:rPr>
          <w:i/>
        </w:rPr>
        <w:t>“Ae musalmano! Tum people of mission ban kar jeena seekho”</w:t>
      </w:r>
    </w:p>
    <w:p>
      <w:r>
        <w:rPr>
          <w:sz w:val="20"/>
        </w:rPr>
        <w:t>30:33  aye musalmanon! tum people of mission ban kar jeena seekho. is ke baad tamam problem aap apne aap khatm ho jayega.</w:t>
      </w:r>
    </w:p>
    <w:p>
      <w:pPr>
        <w:pStyle w:val="Heading2"/>
      </w:pPr>
      <w:r>
        <w:t>Avoid shopping to utilize marriage opportunity</w:t>
      </w:r>
    </w:p>
    <w:p>
      <w:r>
        <w:rPr>
          <w:color w:val="666666"/>
          <w:sz w:val="18"/>
        </w:rPr>
        <w:t>Women in Islam | September 03, 2016 · 2m 00s · at 26:54 · https://youtu.be/GXbtYoD8VXc?t=1614</w:t>
      </w:r>
    </w:p>
    <w:p>
      <w:r>
        <w:rPr>
          <w:i/>
        </w:rPr>
        <w:t>“Maine toh zindagi mein shopping kabhi nahi ki”</w:t>
      </w:r>
    </w:p>
    <w:p>
      <w:r>
        <w:rPr>
          <w:sz w:val="20"/>
        </w:rPr>
        <w:t>26:54  wisdom yahi hai ke sab se bara distraction aik to hai shopping. maine to zindagi mein shopping kabhi nahi ki. kai baar aisa hua ke main america gaya to mere, yaani apne paise par mere liye woh shopping karne lagay. kapray ki ya koi saman ki. maine kabhi nahi karne diya un ko. aik baar to al swed allah ne gaya main, to hamaray aik thay, aik sahib. to mujhe le gaye, main socha kahin le ja rahay hon, kahin kisi kaam</w:t>
      </w:r>
      <w:r>
        <w:br/>
      </w:r>
      <w:r>
        <w:rPr>
          <w:sz w:val="20"/>
        </w:rPr>
        <w:t>27:24  ke liye. to pohancha diya unhon ne shopping center mein. aur wahan aik trolley jo hoti thi na, to us mein item nikal nikal ke dalnay lagay. to mujhe shakk hua. to maine poocha, yeh kis ke liye kar rahay hain aap? to unhon ne kaha, aap ke liye. to maine sare item ko phir shelf par latwaya ke main kuch nahi le jaunga. yeh bachon ke liye toffee aur mere liye koi cheez. woh sab item us mein dal rahay thay. us mein tareeq</w:t>
      </w:r>
      <w:r>
        <w:br/>
      </w:r>
      <w:r>
        <w:rPr>
          <w:sz w:val="20"/>
        </w:rPr>
        <w:t>27:54  ha yahi hota hai, aap jantay hon gay, ke aadmi ghoom ghoom kar ke trolley mein saman dalta hai. phir counter par ja kar paisa deta hai. wohi ho raha tha. to maine sare item shelf par dobara rakhwayay. main nahi jaunga. mujhe kuch nahi chahiye. to log asal mein jantay nahi simple life ki value. jis ko dekhen phansay rehtay hain. ab main jis ke liye jata hoon, bohat ziyada gaon mein, seminaron mein, conferenceon mein, sari duniya mein, main dekhta tha ke mere</w:t>
      </w:r>
      <w:r>
        <w:br/>
      </w:r>
      <w:r>
        <w:rPr>
          <w:sz w:val="20"/>
        </w:rPr>
        <w:t>28:25  saath har aadmi jahan khatam hua conference, dorrtay thay bazaar, market, shopping karne ke liye. bachon ke liye shopping. yeh is cheez ko control karna paray ga. tab woh is khudadad opportunity ko avail karna paray ga aap. ke nikah ki shakal mein allah taala ne do insanon ko ikhatta kiya hai, mard ko aurat ko. ta ke dono aik doosray ke intellectual partner ban</w:t>
      </w:r>
    </w:p>
    <w:p>
      <w:pPr>
        <w:pStyle w:val="Heading2"/>
      </w:pPr>
      <w:r>
        <w:t>Sun-cloud parable: obsession blocks Islam's clarity</w:t>
      </w:r>
    </w:p>
    <w:p>
      <w:r>
        <w:rPr>
          <w:color w:val="666666"/>
          <w:sz w:val="18"/>
        </w:rPr>
        <w:t>Revival of Muslims March 08, 2015 · 4m 23s · at 4:17 · https://youtu.be/8ShFcr8YozI?t=257</w:t>
      </w:r>
    </w:p>
    <w:p>
      <w:r>
        <w:rPr>
          <w:i/>
        </w:rPr>
        <w:t>“Aaj subah main soch raha tha yeh baat”</w:t>
      </w:r>
    </w:p>
    <w:p>
      <w:r>
        <w:rPr>
          <w:sz w:val="20"/>
        </w:rPr>
        <w:t>4:17  to aaj subah mein soch raha tha yeh baat</w:t>
      </w:r>
      <w:r>
        <w:br/>
      </w:r>
      <w:r>
        <w:rPr>
          <w:sz w:val="20"/>
        </w:rPr>
        <w:t>4:23  . mein baitha hua tha apne ghar ke bahir, jo baargah hai, to us waqt suraj nikla hua tha.</w:t>
      </w:r>
      <w:r>
        <w:br/>
      </w:r>
      <w:r>
        <w:rPr>
          <w:sz w:val="20"/>
        </w:rPr>
        <w:t>4:35  suraj ki roshni mujhe bohat pasand hai,</w:t>
      </w:r>
      <w:r>
        <w:br/>
      </w:r>
      <w:r>
        <w:rPr>
          <w:sz w:val="20"/>
        </w:rPr>
        <w:t>4:37  mujhe suraj ki dhoop mein baithna bohat acha lagta hai. to baitha hua tha mein. phir kya hua ke dhoop chali gayi.</w:t>
      </w:r>
      <w:r>
        <w:br/>
      </w:r>
      <w:r>
        <w:rPr>
          <w:sz w:val="20"/>
        </w:rPr>
        <w:t>4:52  is ki wajah yeh thi ke wahan badal aa gaya tha. yaani zameen aur suraj ke darmiyan badal, cloud.</w:t>
      </w:r>
      <w:r>
        <w:br/>
      </w:r>
      <w:r>
        <w:rPr>
          <w:sz w:val="20"/>
        </w:rPr>
        <w:t>5:03  to agarchay is cloud ke bahir suraj ab bhi roshan tha, ab bhi poori tarah roshan tha, lekin mere liye dhoop chali gayi.</w:t>
      </w:r>
      <w:r>
        <w:br/>
      </w:r>
      <w:r>
        <w:rPr>
          <w:sz w:val="20"/>
        </w:rPr>
        <w:t>5:23  to phir mujhe yaad aaya ke aik martaba mein hawa jahaz mein safar kar raha tha.</w:t>
      </w:r>
      <w:r>
        <w:br/>
      </w:r>
      <w:r>
        <w:rPr>
          <w:sz w:val="20"/>
        </w:rPr>
        <w:t>5:29  to hamara hawa jahaz urh raha tha, to woh badalon se ooper urh raha tha. kyunke suraj...</w:t>
      </w:r>
      <w:r>
        <w:br/>
      </w:r>
      <w:r>
        <w:rPr>
          <w:sz w:val="20"/>
        </w:rPr>
        <w:t>5:37  kyunke jahaz urhta hai taqreeban 35 kilometer ki oonchai par, to woh badalon se ooper ho jata hai.</w:t>
      </w:r>
      <w:r>
        <w:br/>
      </w:r>
      <w:r>
        <w:rPr>
          <w:sz w:val="20"/>
        </w:rPr>
        <w:t>5:50  to wahan mere jahaz ke neechay badal thay, lekin ooper khoob roshan tha, suraj dikhai deta tha.</w:t>
      </w:r>
      <w:r>
        <w:br/>
      </w:r>
      <w:r>
        <w:rPr>
          <w:sz w:val="20"/>
        </w:rPr>
        <w:t>6:01  to is ko dekh kar mere samajh mein aaya ke asal baat</w:t>
      </w:r>
      <w:r>
        <w:br/>
      </w:r>
      <w:r>
        <w:rPr>
          <w:sz w:val="20"/>
        </w:rPr>
        <w:t>6:09  is maamlay mein yeh hai ke deen agarchay roshan hai, lekin hamari nisbat se woh koi cloud aisa ho sakta hai jo hamare liye is ko ghair roshan bana de.</w:t>
      </w:r>
      <w:r>
        <w:br/>
      </w:r>
      <w:r>
        <w:rPr>
          <w:sz w:val="20"/>
        </w:rPr>
        <w:t>6:27  yeh tamseel hai ke suraj roshan hoga, fiza mein roshni phaili hui hogi is ki, har taraf.</w:t>
      </w:r>
      <w:r>
        <w:br/>
      </w:r>
      <w:r>
        <w:rPr>
          <w:sz w:val="20"/>
        </w:rPr>
        <w:t>6:35  lekin agar aap aur aap ke aur suraj ke beech mein badal aa jaye to woh aap ki us ki roshni aap tak nahi pahunche gi.</w:t>
      </w:r>
      <w:r>
        <w:br/>
      </w:r>
      <w:r>
        <w:rPr>
          <w:sz w:val="20"/>
        </w:rPr>
        <w:t>6:46  to jahaz mein mein ne dekha ke suraj...</w:t>
      </w:r>
      <w:r>
        <w:br/>
      </w:r>
      <w:r>
        <w:rPr>
          <w:sz w:val="20"/>
        </w:rPr>
        <w:t>6:54  jahaz urhte urhte badalon se ooper chala gaya, to phir woh cloud ki zad se bahir tha, phir har cheez roshan thi.</w:t>
      </w:r>
      <w:r>
        <w:br/>
      </w:r>
      <w:r>
        <w:rPr>
          <w:sz w:val="20"/>
        </w:rPr>
        <w:t>7:05  is par ghore karte hue mere samajh mein aaya ke asal cheez yeh hai ke insaan cloud mein jeeta hai.</w:t>
      </w:r>
      <w:r>
        <w:br/>
      </w:r>
      <w:r>
        <w:rPr>
          <w:sz w:val="20"/>
        </w:rPr>
        <w:t>7:15  cloud dekhiye, maadi cheez hai. insaan ke liye mein kahunga ke wahi cheez hai obsession. hamara cloud obsession hai.</w:t>
      </w:r>
      <w:r>
        <w:br/>
      </w:r>
      <w:r>
        <w:rPr>
          <w:sz w:val="20"/>
        </w:rPr>
        <w:t>7:26  fiza mein jo cheez cloud hai, hamare liye woh obsession hai. to log tarah tarah ke obsession jeete hain. yaani ghar se shuru hoti hai aadmi ki conditioning.</w:t>
      </w:r>
      <w:r>
        <w:br/>
      </w:r>
      <w:r>
        <w:rPr>
          <w:sz w:val="20"/>
        </w:rPr>
        <w:t>7:40  ghar mein, society mein, mahaul mein, har jagah is ko mukhtalif qism ke experience hotay hain.</w:t>
      </w:r>
      <w:r>
        <w:br/>
      </w:r>
      <w:r>
        <w:rPr>
          <w:sz w:val="20"/>
        </w:rPr>
        <w:t>7:50  tarah tarah ki ibaadat sunta hai. is mein is ki conditioning hoti rehti hai. yeh conditioning cloud ki tarah hoti hai.</w:t>
      </w:r>
      <w:r>
        <w:br/>
      </w:r>
      <w:r>
        <w:rPr>
          <w:sz w:val="20"/>
        </w:rPr>
        <w:t>8:01  is conditioning ki wajah se is ke andar aik obsession ban jata hai.</w:t>
      </w:r>
      <w:r>
        <w:br/>
      </w:r>
      <w:r>
        <w:rPr>
          <w:sz w:val="20"/>
        </w:rPr>
        <w:t>8:06  is obsession ki wajah se woh...</w:t>
      </w:r>
      <w:r>
        <w:br/>
      </w:r>
      <w:r>
        <w:rPr>
          <w:sz w:val="20"/>
        </w:rPr>
        <w:t>8:10  is obsession ki wajah se woh</w:t>
      </w:r>
      <w:r>
        <w:br/>
      </w:r>
      <w:r>
        <w:rPr>
          <w:sz w:val="20"/>
        </w:rPr>
        <w:t>8:15  baat ko saaf tor par dekh nahin paata. yeh hai sara masla.</w:t>
      </w:r>
      <w:r>
        <w:br/>
      </w:r>
      <w:r>
        <w:rPr>
          <w:sz w:val="20"/>
        </w:rPr>
        <w:t>8:23  to insaan agar chahta hai ke woh gumrah na ho, Allah ki kitaab, rasool ki sunnat, is ki hidayat bani rahe, to is ko apne aap ko cloud se bahar lana hoga.</w:t>
      </w:r>
    </w:p>
    <w:p>
      <w:pPr>
        <w:pStyle w:val="Heading2"/>
      </w:pPr>
      <w:r>
        <w:t>the price reformers pay: boycotts, fatwas, and ruin</w:t>
      </w:r>
    </w:p>
    <w:p>
      <w:r>
        <w:rPr>
          <w:color w:val="666666"/>
          <w:sz w:val="18"/>
        </w:rPr>
        <w:t>Tajdeed-e-Deen Book by Maulana Wahiduddin Khan · 3m 36s · at 10:07 · https://youtu.be/IPf3V74gGr4?t=607</w:t>
      </w:r>
    </w:p>
    <w:p>
      <w:r>
        <w:rPr>
          <w:i/>
        </w:rPr>
        <w:t>“ان کی قیادت کا راز صحیح دین کا علمبردار بننا نہیں ہوتا”</w:t>
      </w:r>
    </w:p>
    <w:p>
      <w:r>
        <w:rPr>
          <w:sz w:val="20"/>
        </w:rPr>
        <w:t>10:07  In ki qiyadat ka raaz sahi deen ka alambardar banna nahi hota. Woh yeh karte hain ke bigaad ke zamane mein pai jane wali deeni shaklon mein apni jagah bana lete hain.</w:t>
      </w:r>
      <w:r>
        <w:br/>
      </w:r>
      <w:r>
        <w:rPr>
          <w:sz w:val="20"/>
        </w:rPr>
        <w:t>10:19  Woh yeh karte hain ke bigaad ke zamane mein pai jane wali deeni shaklon mein apni jagah bana lete hain. Koi kisi idare ki gadi par baith jata hai.</w:t>
      </w:r>
      <w:r>
        <w:br/>
      </w:r>
      <w:r>
        <w:rPr>
          <w:sz w:val="20"/>
        </w:rPr>
        <w:t>10:28  Koi deeni jashnon aur taqribon mein khitabat ka johar dikha kar marja e khalaiq ban jata hai. Koi deen ko raij ul waqt peymanon mein dhal kar logon ke darmiyan maqbooliyat hasil kar leta hai.</w:t>
      </w:r>
      <w:r>
        <w:br/>
      </w:r>
      <w:r>
        <w:rPr>
          <w:sz w:val="20"/>
        </w:rPr>
        <w:t>10:41  koi guzri hui muqaddas shakhsiyaton ka sahara le kar un ke naam par apna karobar chala raha hota hai. koi deen ke aise saste nuskho ki kamyab tijarat kar raha hota hai jis mein logon ko apni zindagi ka</w:t>
      </w:r>
      <w:r>
        <w:br/>
      </w:r>
      <w:r>
        <w:rPr>
          <w:sz w:val="20"/>
        </w:rPr>
        <w:t>10:54  dhancha badle baghair jannat ki basharatain mil rahi hain. sahi deeni dawat ka uthna is qism ke tamam logon ke liye challenge ban jata hai.</w:t>
      </w:r>
      <w:r>
        <w:br/>
      </w:r>
      <w:r>
        <w:rPr>
          <w:sz w:val="20"/>
        </w:rPr>
        <w:t>11:04  is ke farogh mein is ko apna izzat o iqtadar mita hua nazar aata hai. mazeed yeh ke ek arse tak izzat o istiqbal ke jalwe mein rehne ke nateejay mein is ke andar ek qism ka deeni kibr paida ho jata hai.</w:t>
      </w:r>
      <w:r>
        <w:br/>
      </w:r>
      <w:r>
        <w:rPr>
          <w:sz w:val="20"/>
        </w:rPr>
        <w:t>11:20  mazeed yeh ke ek arse tak izzat o istiqbal ke jalwe mein rehne ke nateejay mein un ke andar ek qism ka deeni kibr paida ho jata hai. woh apni zaat ko aur deen ko hum maani samajh lete hain.</w:t>
      </w:r>
      <w:r>
        <w:br/>
      </w:r>
      <w:r>
        <w:rPr>
          <w:sz w:val="20"/>
        </w:rPr>
        <w:t>11:32  fitri taur par woh ek aise shakhs ka eteraf karne ke liye tayyar nahi hote jo un ki imtiyazi hesiyat ko be aitbar sabit kare. aazam o akabir ki yeh mukhalifat sachay deen ke ilamdar ke liye intehai shadeed masail paida kar deti hai.</w:t>
      </w:r>
      <w:r>
        <w:br/>
      </w:r>
      <w:r>
        <w:rPr>
          <w:sz w:val="20"/>
        </w:rPr>
        <w:t>11:50  waqt ke deeni halqon ki taraf se is ka boycott kiya jata hai. is ki bedini ke fatwe diye jate hain. is ki maishiyat ko barbad kiya jata hai.</w:t>
      </w:r>
      <w:r>
        <w:br/>
      </w:r>
      <w:r>
        <w:rPr>
          <w:sz w:val="20"/>
        </w:rPr>
        <w:t>12:01  is ko mahol mein be jagah banane ki koshish ki jati hai. is ke khilaf har qism ki muhandana karrawaiyon ko jaiz samajh liya jata hai.</w:t>
      </w:r>
      <w:r>
        <w:br/>
      </w:r>
      <w:r>
        <w:rPr>
          <w:sz w:val="20"/>
        </w:rPr>
        <w:t>12:11  akabir qom ki mukhalifat se asaghir qom ko mazeed jurat hoti hai. bil akhir yahan tak nabat pohanchti hai ke apni qom ke andar rehna is ke liye angaron ke darmiyan rehne ke hum maani ban jata hai.</w:t>
      </w:r>
      <w:r>
        <w:br/>
      </w:r>
      <w:r>
        <w:rPr>
          <w:sz w:val="20"/>
        </w:rPr>
        <w:t>12:25  in halaat mein fasad ummat ke waqt sunnat e rasool ko zinda karne ke liye uthna itni be panah mushkilat ka sabab ban jata hai jo so bar qatal hone ke barabar hain.</w:t>
      </w:r>
      <w:r>
        <w:br/>
      </w:r>
      <w:r>
        <w:rPr>
          <w:sz w:val="20"/>
        </w:rPr>
        <w:t>12:38  isi bana par aap ne farmaya ke aise shakhs ke liye Allah ke yahan so shaheedon ka ajr hai. jis tarah Khuda ki koi had nahi isi tarah Khuda ke deen ki rah mein aage badhne ki bhi koi had nahi.</w:t>
      </w:r>
      <w:r>
        <w:br/>
      </w:r>
      <w:r>
        <w:rPr>
          <w:sz w:val="20"/>
        </w:rPr>
        <w:t>12:53  Khuda ka deen goya dunya mein rizq elahi ka ek azeem dasterkhwan hai. is rizq ka sab se bara hissa isi ko milta hai jo is rah mein apne ko miliyamet karne ke liye tayyar ho.</w:t>
      </w:r>
      <w:r>
        <w:br/>
      </w:r>
      <w:r>
        <w:rPr>
          <w:sz w:val="20"/>
        </w:rPr>
        <w:t>13:06  yeh izzat o shohrat ka stage nahi barbadi ke maqamat hain. in maqamat ko tay karna bilashuba suli par charhne se zyada sakht hai.</w:t>
      </w:r>
      <w:r>
        <w:br/>
      </w:r>
      <w:r>
        <w:rPr>
          <w:sz w:val="20"/>
        </w:rPr>
        <w:t>13:16  magar is mein bhi koi shaq nahi ke aadmi deen ko is ki aala satah par is waqt tak pa nahi sakta jab tak woh qurbaniyon ki qeemat par deen ko hasil karne ke liye tayyar na ho.</w:t>
      </w:r>
      <w:r>
        <w:br/>
      </w:r>
      <w:r>
        <w:rPr>
          <w:sz w:val="20"/>
        </w:rPr>
        <w:t>13:30  wa yulqaha illa allazina sabaru wa ma yulqaha illa zu hawzin azeem. surah ham sajda ayat 35.</w:t>
      </w:r>
    </w:p>
    <w:p>
      <w:pPr>
        <w:pStyle w:val="Heading2"/>
      </w:pPr>
      <w:r>
        <w:t>Dawah is the one task Allah left for humans alone</w:t>
      </w:r>
    </w:p>
    <w:p>
      <w:r>
        <w:rPr>
          <w:color w:val="666666"/>
          <w:sz w:val="18"/>
        </w:rPr>
        <w:t>Kashmir Dwah Meet November 27, 2011 · 2m 28s · at 25:34 · https://youtu.be/1eNX-LJ65so?t=1534</w:t>
      </w:r>
    </w:p>
    <w:p>
      <w:r>
        <w:rPr>
          <w:i/>
        </w:rPr>
        <w:t>“Dawat ko Quran mein Allah ki madad karna kaha gaya hai”</w:t>
      </w:r>
    </w:p>
    <w:p>
      <w:r>
        <w:rPr>
          <w:sz w:val="20"/>
        </w:rPr>
        <w:t>25:34  dekhiye, ek baat yeh bhi yaad rakhiye, dawat ko Quran mein Allah ki madad karna kaha gaya hai.</w:t>
      </w:r>
      <w:r>
        <w:br/>
      </w:r>
      <w:r>
        <w:rPr>
          <w:sz w:val="20"/>
        </w:rPr>
        <w:t>25:45  Allah ki madad karna:</w:t>
      </w:r>
      <w:r>
        <w:br/>
      </w:r>
      <w:r>
        <w:rPr>
          <w:sz w:val="20"/>
        </w:rPr>
        <w:t>25:51  "man ansari illa Allah." dunya mein beshumar kaam ho rahe hain,</w:t>
      </w:r>
      <w:r>
        <w:br/>
      </w:r>
      <w:r>
        <w:rPr>
          <w:sz w:val="20"/>
        </w:rPr>
        <w:t>25:58  beshumar kaam. hawaein chalti hain, suraj nikalta hai,</w:t>
      </w:r>
      <w:r>
        <w:br/>
      </w:r>
      <w:r>
        <w:rPr>
          <w:sz w:val="20"/>
        </w:rPr>
        <w:t>26:04  barish hoti hai, zameen se rizq hota hai, beshumar kaam sab Allah taala direct kar raha hai. yeh sab Allah taala ke hukum se direct ab ho raha hai.</w:t>
      </w:r>
      <w:r>
        <w:br/>
      </w:r>
      <w:r>
        <w:rPr>
          <w:sz w:val="20"/>
        </w:rPr>
        <w:t>26:16  sirf ek kaam aisa hai jo Allah taala chahta hai insan is ko anjam de, woh hai dawat Allah.</w:t>
      </w:r>
      <w:r>
        <w:br/>
      </w:r>
      <w:r>
        <w:rPr>
          <w:sz w:val="20"/>
        </w:rPr>
        <w:t>26:25  Allah ne aap se yeh nahin chaha ke aap barish barsayen, aap suraj ko nikalein, aap sitaron ko harkat mein layen, aap patton ko ugayen,</w:t>
      </w:r>
      <w:r>
        <w:br/>
      </w:r>
      <w:r>
        <w:rPr>
          <w:sz w:val="20"/>
        </w:rPr>
        <w:t>26:39  aap zameen se fasal nikalein. yeh aap se nahin kaha, yeh to Allah ke farishtay hain. hadith mein aata hai ke ek barish par jagah aisi nahin hai zameen mein jahan ek farishta maujood na ho.</w:t>
      </w:r>
      <w:r>
        <w:br/>
      </w:r>
      <w:r>
        <w:rPr>
          <w:sz w:val="20"/>
        </w:rPr>
        <w:t>26:53  yeh zameen farishton se bhari hui hai, to yeh sare kaam farishtay to kar rahe hain. yeh sare kaam jo har waqt ho rahe hain, main bol raha hoon,</w:t>
      </w:r>
      <w:r>
        <w:br/>
      </w:r>
      <w:r>
        <w:rPr>
          <w:sz w:val="20"/>
        </w:rPr>
        <w:t>27:07  meri awaz ab tak ja rahi hai kyunke beech mein hawa hai. yeh hawa kaun chalata hai? farishtay. main bol raha hoon, mujhe masjid se oxygen mil raha hai.</w:t>
      </w:r>
      <w:r>
        <w:br/>
      </w:r>
      <w:r>
        <w:rPr>
          <w:sz w:val="20"/>
        </w:rPr>
        <w:t>27:17  oxygen kaun supply kar raha hai? Khuda ke farishtay.</w:t>
      </w:r>
      <w:r>
        <w:br/>
      </w:r>
      <w:r>
        <w:rPr>
          <w:sz w:val="20"/>
        </w:rPr>
        <w:t>27:22  to is tarah ke billion trillion kaam hain jo har waqt ho rahe hain, woh sab Allah taala farishton ke zariye anjam de raha hai. lekin sare kaam, sare kamon mein sirf ek kaam aisa hai</w:t>
      </w:r>
      <w:r>
        <w:br/>
      </w:r>
      <w:r>
        <w:rPr>
          <w:sz w:val="20"/>
        </w:rPr>
        <w:t>27:38  jis ko Allah chahta hai ke insan anjam de, woh hai dawat Allah ka kaam. isi liye Allah ne nabiyon ko bheja aur al-nabiyyin ke baad Allah ne yeh zimmedari daal di ummat Muhammadia ke upar.</w:t>
      </w:r>
      <w:r>
        <w:br/>
      </w:r>
      <w:r>
        <w:rPr>
          <w:sz w:val="20"/>
        </w:rPr>
        <w:t>27:52  ummat Muhammadia jo hai, woh nabi wale kaam ki zimmedari is ke upar hai.</w:t>
      </w:r>
    </w:p>
    <w:p>
      <w:pPr>
        <w:pStyle w:val="Heading2"/>
      </w:pPr>
      <w:r>
        <w:t>War can never actually end a conflict</w:t>
      </w:r>
    </w:p>
    <w:p>
      <w:r>
        <w:rPr>
          <w:color w:val="666666"/>
          <w:sz w:val="18"/>
        </w:rPr>
        <w:t>Islam and Peace August 25, 2013 · 38s · at 25:29 · https://youtu.be/WbBu4W6AUUs?t=1529</w:t>
      </w:r>
    </w:p>
    <w:p>
      <w:r>
        <w:rPr>
          <w:i/>
        </w:rPr>
        <w:t>“War can never solve any problem”</w:t>
      </w:r>
    </w:p>
    <w:p>
      <w:r>
        <w:rPr>
          <w:sz w:val="20"/>
        </w:rPr>
        <w:t>25:29  aur 70 aadmi ko maar dala. is se kya pata chala? ke war se kabhi koi masla khatm nahi ho sakta hai.</w:t>
      </w:r>
      <w:r>
        <w:br/>
      </w:r>
      <w:r>
        <w:rPr>
          <w:sz w:val="20"/>
        </w:rPr>
        <w:t>25:41  waar se kabhi masla nahi khatm ho sakta hai. kyunke waar jo hai, yahi to hoga ke kisi ko hara dein ge aap battle field mein.lekin woh aadmi haar manega nahi.</w:t>
      </w:r>
      <w:r>
        <w:br/>
      </w:r>
      <w:r>
        <w:rPr>
          <w:sz w:val="20"/>
        </w:rPr>
        <w:t>25:50  to phir woh ja kar ke inteqaam ka jazba bharke ga is ke andar.aur phir aap par attack kare ga.yahi do sau saal, do sau saal se musalmanon ka haal hai.</w:t>
      </w:r>
      <w:r>
        <w:br/>
      </w:r>
      <w:r>
        <w:rPr>
          <w:sz w:val="20"/>
        </w:rPr>
        <w:t>26:00  yeh marte hain, woh marte hain, yeh marte hain, woh marte hain.ek is ko kehte hain angrezi mein vicious circle .</w:t>
      </w:r>
    </w:p>
    <w:p>
      <w:pPr>
        <w:pStyle w:val="Heading2"/>
      </w:pPr>
      <w:r>
        <w:t>How clashing personalities actually strengthen each other</w:t>
      </w:r>
    </w:p>
    <w:p>
      <w:r>
        <w:rPr>
          <w:color w:val="666666"/>
          <w:sz w:val="18"/>
        </w:rPr>
        <w:t>Differences Are a Part Of Nature CPS Women Discussion 24 September 17, 2023 · 1m 19s · at 8:54 · https://youtu.be/uL_xIxYZtw4?t=534</w:t>
      </w:r>
    </w:p>
    <w:p>
      <w:r>
        <w:rPr>
          <w:i/>
        </w:rPr>
        <w:t>“जब दो different personalities आपस में interact करते हैं”</w:t>
      </w:r>
    </w:p>
    <w:p>
      <w:r>
        <w:rPr>
          <w:sz w:val="20"/>
        </w:rPr>
        <w:t>8:54  toh ismein ek bahut badi hikmat hai alataala ki aapne bhi samjhaya ki jab do different personalities aapas mein interact karte hain toh kaise unke exchange se jo ek har waqt challenge rehta hai na dono ke dimagh mein? agar jaise aap keh rahe the koi mere behaviour se alag baat karta tha toh mujhe bahut udan hoti thi. toh woh jo friction hai na wahi hamare andar creativity paida karta hai basically.</w:t>
      </w:r>
      <w:r>
        <w:br/>
      </w:r>
      <w:r>
        <w:rPr>
          <w:sz w:val="20"/>
        </w:rPr>
        <w:t>9:19  jab koi doosra insaan humse alag point batata hai to yeh dono hi case mein hamare andar jo,</w:t>
      </w:r>
      <w:r>
        <w:br/>
      </w:r>
      <w:r>
        <w:rPr>
          <w:sz w:val="20"/>
        </w:rPr>
        <w:t>9:30  hamare andar jo personality hai woh strong hoti chali jaati hai, aala hoti chali jaati hai aur jitni</w:t>
      </w:r>
      <w:r>
        <w:br/>
      </w:r>
      <w:r>
        <w:rPr>
          <w:sz w:val="20"/>
        </w:rPr>
        <w:t>9:41  hamari aala personality hogi utna hi zyada hum deserving honge jannat ke liye.</w:t>
      </w:r>
      <w:r>
        <w:br/>
      </w:r>
      <w:r>
        <w:rPr>
          <w:sz w:val="20"/>
        </w:rPr>
        <w:t>9:53  toh yeh mujhe fayda Maulana sahib ne samjhaya ki differences ka fayda hai kya? aur itni badi hikmat allah taala ki kya hai differences ke peeche? woh humne is tarah ki bahut aaye the padhi hain jismein allah taala farmate hain ki humne tumhein ek mard aur ek aurat se paida kiya phir uske baad tumhein qaumon mein baant diya.</w:t>
      </w:r>
      <w:r>
        <w:br/>
      </w:r>
      <w:r>
        <w:rPr>
          <w:sz w:val="20"/>
        </w:rPr>
        <w:t>10:13  toh is sab ka jo reason hai, logic hai woh yahi samajh aata hai ki insan ke andar jo aaj itni tarakki jaise apne ka wajood mein aayi hai, itne zyada infrastructures hain, technology develop ho gayi hai.</w:t>
      </w:r>
    </w:p>
    <w:p>
      <w:pPr>
        <w:pStyle w:val="Heading2"/>
      </w:pPr>
      <w:r>
        <w:t>Islam is religion of peace in complete sense</w:t>
      </w:r>
    </w:p>
    <w:p>
      <w:r>
        <w:rPr>
          <w:color w:val="666666"/>
          <w:sz w:val="18"/>
        </w:rPr>
        <w:t>Shantum Seth Group Questions I February 2, 2008 · 3m 38s · at 1:21 · https://youtu.be/ORQJV96Zd5w?t=81</w:t>
      </w:r>
    </w:p>
    <w:p>
      <w:r>
        <w:rPr>
          <w:i/>
        </w:rPr>
        <w:t>“So Islam means religion of peace.”</w:t>
      </w:r>
    </w:p>
    <w:p>
      <w:r>
        <w:rPr>
          <w:sz w:val="20"/>
        </w:rPr>
        <w:t>1:21  So Islam means religion of peace. If you read Quran, you will find that Islam if you read Quran, you will find that Quran gives great emphasis on peace.</w:t>
      </w:r>
      <w:r>
        <w:br/>
      </w:r>
      <w:r>
        <w:rPr>
          <w:sz w:val="20"/>
        </w:rPr>
        <w:t>1:48  According to my study, I can say that in Islam, peace is the samambonam, greatest good. Why?</w:t>
      </w:r>
      <w:r>
        <w:br/>
      </w:r>
      <w:r>
        <w:rPr>
          <w:sz w:val="20"/>
        </w:rPr>
        <w:t>2:04  Because without peace, you cannot do anything.</w:t>
      </w:r>
      <w:r>
        <w:br/>
      </w:r>
      <w:r>
        <w:rPr>
          <w:sz w:val="20"/>
        </w:rPr>
        <w:t>2:10  namaz, even namaz, it requires peaceful atmosphere.</w:t>
      </w:r>
      <w:r>
        <w:br/>
      </w:r>
      <w:r>
        <w:rPr>
          <w:sz w:val="20"/>
        </w:rPr>
        <w:t>2:16  Without peaceful atmosphere, you cannot do anything.</w:t>
      </w:r>
      <w:r>
        <w:br/>
      </w:r>
      <w:r>
        <w:rPr>
          <w:sz w:val="20"/>
        </w:rPr>
        <w:t>2:22  So in Islam, peace is the samambonam.</w:t>
      </w:r>
      <w:r>
        <w:br/>
      </w:r>
      <w:r>
        <w:rPr>
          <w:sz w:val="20"/>
        </w:rPr>
        <w:t>2:28  Then if you read Quran, you will find that there are 99 names of God Almighty, and one</w:t>
      </w:r>
      <w:r>
        <w:br/>
      </w:r>
      <w:r>
        <w:rPr>
          <w:sz w:val="20"/>
        </w:rPr>
        <w:t>2:34  name is As-Salam.</w:t>
      </w:r>
      <w:r>
        <w:br/>
      </w:r>
      <w:r>
        <w:rPr>
          <w:sz w:val="20"/>
        </w:rPr>
        <w:t>2:40  One name of God is As-Salam.</w:t>
      </w:r>
      <w:r>
        <w:br/>
      </w:r>
      <w:r>
        <w:rPr>
          <w:sz w:val="20"/>
        </w:rPr>
        <w:t>2:46  As-Salam means peace.</w:t>
      </w:r>
      <w:r>
        <w:br/>
      </w:r>
      <w:r>
        <w:rPr>
          <w:sz w:val="20"/>
        </w:rPr>
        <w:t>2:53  So God Himself is God of peace. Then the Prophet of Islam is referred in the Quran as Rahmatul Lil Alameen. It means that the Prophet of Islam was a Prophet of peace.</w:t>
      </w:r>
      <w:r>
        <w:br/>
      </w:r>
      <w:r>
        <w:rPr>
          <w:sz w:val="20"/>
        </w:rPr>
        <w:t>3:14  Then you know the most important thing in Islam is Paradise. Paradise is the only goal. And one name of Paradise is Darussalam. Wallahu yadu ila Darussalam, and God calls to the hope of peace.</w:t>
      </w:r>
      <w:r>
        <w:br/>
      </w:r>
      <w:r>
        <w:rPr>
          <w:sz w:val="20"/>
        </w:rPr>
        <w:t>3:40  Then there is a verse in the Quran, As-Sulhu Khair.</w:t>
      </w:r>
      <w:r>
        <w:br/>
      </w:r>
      <w:r>
        <w:rPr>
          <w:sz w:val="20"/>
        </w:rPr>
        <w:t>3:46  This verse gives us the general policy of Islam, and that is peace.</w:t>
      </w:r>
      <w:r>
        <w:br/>
      </w:r>
      <w:r>
        <w:rPr>
          <w:sz w:val="20"/>
        </w:rPr>
        <w:t>3:52  As-Sulhu Khair means peaceful method is the best.</w:t>
      </w:r>
      <w:r>
        <w:br/>
      </w:r>
      <w:r>
        <w:rPr>
          <w:sz w:val="20"/>
        </w:rPr>
        <w:t>3:58  Peaceful solution is the best.</w:t>
      </w:r>
      <w:r>
        <w:br/>
      </w:r>
      <w:r>
        <w:rPr>
          <w:sz w:val="20"/>
        </w:rPr>
        <w:t>4:04  So in every aspect, Islam is a religion of peace.</w:t>
      </w:r>
      <w:r>
        <w:br/>
      </w:r>
      <w:r>
        <w:rPr>
          <w:sz w:val="20"/>
        </w:rPr>
        <w:t>4:11  Here I can say that there is no war in Islam other than defensive war. Other than defensive war, there is no war in Islam.</w:t>
      </w:r>
      <w:r>
        <w:br/>
      </w:r>
      <w:r>
        <w:rPr>
          <w:sz w:val="20"/>
        </w:rPr>
        <w:t>4:27  For example, proxy war, guerrilla war, offensive war, undeclared war, all these wars are unlawful in Islam.</w:t>
      </w:r>
      <w:r>
        <w:br/>
      </w:r>
      <w:r>
        <w:rPr>
          <w:sz w:val="20"/>
        </w:rPr>
        <w:t>4:43  So I can say that Islam is a religion of peace in the complete sense of the word.</w:t>
      </w:r>
      <w:r>
        <w:br/>
      </w:r>
      <w:r>
        <w:rPr>
          <w:sz w:val="20"/>
        </w:rPr>
        <w:t>4:59  Why do Muslims and Jews fight in spite of the great similarity between their religions?</w:t>
      </w:r>
    </w:p>
    <w:p>
      <w:pPr>
        <w:pStyle w:val="Heading2"/>
      </w:pPr>
      <w:r>
        <w:t>no two things in the universe are truer counterparts</w:t>
      </w:r>
    </w:p>
    <w:p>
      <w:r>
        <w:rPr>
          <w:color w:val="666666"/>
          <w:sz w:val="18"/>
        </w:rPr>
        <w:t>Importance of Marriage January 31, 2014 · 34s · at 20:20 · https://youtu.be/hubJz4MyRn0?t=1220</w:t>
      </w:r>
    </w:p>
    <w:p>
      <w:r>
        <w:rPr>
          <w:i/>
        </w:rPr>
        <w:t>“Khud takhleeq ke mutabiq, takhleeq ke naqshe mein yeh baat shamil thi”</w:t>
      </w:r>
    </w:p>
    <w:p>
      <w:r>
        <w:rPr>
          <w:sz w:val="20"/>
        </w:rPr>
        <w:t>20:20  kyunke dekhiye, khud takhleeq ke mutabiq, takhleeq ke naqshe mein yeh baat shaamil thi ke aurat aur mard dono ek doosre ke partner banen.</w:t>
      </w:r>
      <w:r>
        <w:br/>
      </w:r>
      <w:r>
        <w:rPr>
          <w:sz w:val="20"/>
        </w:rPr>
        <w:t>20:33  takhleeq ke naqshe mein yeh baat shaamil thi. Aurat aur mard agarche alag alag paida kiye gaye the, lekin aap dekhen, dono ek doosre ka bohat hi zabardast tor par counter</w:t>
      </w:r>
      <w:r>
        <w:br/>
      </w:r>
      <w:r>
        <w:rPr>
          <w:sz w:val="20"/>
        </w:rPr>
        <w:t>20:43  part hain. Poori kainat mein koi do cheez aisi ek doosre ka counter part nahin hai jitna ke aurat aur mard. Bohat hi zyada.</w:t>
      </w:r>
      <w:r>
        <w:br/>
      </w:r>
      <w:r>
        <w:rPr>
          <w:sz w:val="20"/>
        </w:rPr>
        <w:t>20:54  to fitrat ke naqshe hi mein yeh baat bas maujood thi ke dono ek doosre ka counter part banen, ek doosre ka shareek-e-hayat banen, ek doosre ke saath mil kar ke kaam kari</w:t>
      </w:r>
    </w:p>
    <w:p>
      <w:pPr>
        <w:pStyle w:val="Heading2"/>
      </w:pPr>
      <w:r>
        <w:t>Hadith: God uses secular reformers to end tyranny</w:t>
      </w:r>
    </w:p>
    <w:p>
      <w:r>
        <w:rPr>
          <w:color w:val="666666"/>
          <w:sz w:val="18"/>
        </w:rPr>
        <w:t>Divine Management in History April 7, 2013 · 2m 03s · at 7:52 · https://youtu.be/wcBzG56LuPY?t=472</w:t>
      </w:r>
    </w:p>
    <w:p>
      <w:r>
        <w:rPr>
          <w:i/>
        </w:rPr>
        <w:t>“Sahih Bukhari mein hai: Allah is deen ki madad fajir se karega”</w:t>
      </w:r>
    </w:p>
    <w:p>
      <w:r>
        <w:rPr>
          <w:sz w:val="20"/>
        </w:rPr>
        <w:t>7:52  aik hai Sahih Bukhari ki riwayat, is ke alfaaz yeh hain ke innallaha la yu'ayyidu hadha ad-deena bir-rajuli al-fajir</w:t>
      </w:r>
      <w:r>
        <w:br/>
      </w:r>
      <w:r>
        <w:rPr>
          <w:sz w:val="20"/>
        </w:rPr>
        <w:t>8:06  Is hadith mein bataya gaya hai ke Allah is kaam ke liye, yani tareekh ko manage karne ke liye, secular logon ko bhi istemal karega.</w:t>
      </w:r>
      <w:r>
        <w:br/>
      </w:r>
      <w:r>
        <w:rPr>
          <w:sz w:val="20"/>
        </w:rPr>
        <w:t>8:17  Yahan fajir se murad hai secular. Is ki aik misal yeh hai ke duniya mein dekhiye, kingship qaim ho gayi thi. Kingship ne bohat hi zalimana nizam qaim kar rakha tha.</w:t>
      </w:r>
      <w:r>
        <w:br/>
      </w:r>
      <w:r>
        <w:rPr>
          <w:sz w:val="20"/>
        </w:rPr>
        <w:t>8:30  Aik badshah ke siwa kisi ko azadi nahi thi.</w:t>
      </w:r>
      <w:r>
        <w:br/>
      </w:r>
      <w:r>
        <w:rPr>
          <w:sz w:val="20"/>
        </w:rPr>
        <w:t>8:35  Aadmi ko wahi karna padta tha jo badshah ki marzi ho. To that was also against the creation plan of God.</w:t>
      </w:r>
      <w:r>
        <w:br/>
      </w:r>
      <w:r>
        <w:rPr>
          <w:sz w:val="20"/>
        </w:rPr>
        <w:t>8:46  To Allah taala ne kiya kiya? Yahan par democratic reformer khare kiye.</w:t>
      </w:r>
      <w:r>
        <w:br/>
      </w:r>
      <w:r>
        <w:rPr>
          <w:sz w:val="20"/>
        </w:rPr>
        <w:t>8:53  Agarche is nizam ke khilaf khud saatvi sadi mein</w:t>
      </w:r>
      <w:r>
        <w:br/>
      </w:r>
      <w:r>
        <w:rPr>
          <w:sz w:val="20"/>
        </w:rPr>
        <w:t>9:01  Rasool aur Sahaba Rasool ke zariye se aik naya amal jari hua tha, lekin is ki takmeel hui hai Europe mein aa kar. Democratic jo reformers the, unhon ne yeh kaam kiya ke kingship ka hamesha ke liye khatma kar diya.</w:t>
      </w:r>
      <w:r>
        <w:br/>
      </w:r>
      <w:r>
        <w:rPr>
          <w:sz w:val="20"/>
        </w:rPr>
        <w:t>9:16  To duniya mein democracy aa gayi. To democracy mein aadmi ko freedom of choice hota hai.</w:t>
      </w:r>
      <w:r>
        <w:br/>
      </w:r>
      <w:r>
        <w:rPr>
          <w:sz w:val="20"/>
        </w:rPr>
        <w:t>9:23  kingship mein freedom of choice nahi tha. is ka matlab yeh hai ke Allah ka jo creation plan hai, is ko unhon ne abalish kar kar rakha tha.</w:t>
      </w:r>
      <w:r>
        <w:br/>
      </w:r>
      <w:r>
        <w:rPr>
          <w:sz w:val="20"/>
        </w:rPr>
        <w:t>9:34  ab freedom of choice hai. faman shaffa alaa yomin faman shaffa alaa akfar ka mahol hai.</w:t>
      </w:r>
      <w:r>
        <w:br/>
      </w:r>
      <w:r>
        <w:rPr>
          <w:sz w:val="20"/>
        </w:rPr>
        <w:t>9:42  to yeh kaam liya Allah taala ne secular logon ke zariye se, secular reformers ke zariye se ke kingship ke nizam ko khatm kar ke dunya mein democracy laai gayi.</w:t>
      </w:r>
    </w:p>
    <w:p>
      <w:pPr>
        <w:pStyle w:val="Heading2"/>
      </w:pPr>
      <w:r>
        <w:t>Jim Corbett says tiger is peace-loving</w:t>
      </w:r>
    </w:p>
    <w:p>
      <w:r>
        <w:rPr>
          <w:color w:val="666666"/>
          <w:sz w:val="18"/>
        </w:rPr>
        <w:t>Message of Peace (Maulana with Delegation from Sri Lanka) April 23, 2008 · 30s · at 19:34 · https://youtu.be/uXF5L2jhYTU?t=1174</w:t>
      </w:r>
    </w:p>
    <w:p>
      <w:r>
        <w:rPr>
          <w:i/>
        </w:rPr>
        <w:t>“But I read a book by Jim Corbett”</w:t>
      </w:r>
    </w:p>
    <w:p>
      <w:r>
        <w:rPr>
          <w:sz w:val="20"/>
        </w:rPr>
        <w:t>19:34  But I read a book written by Jim Corbett. He says that tiger is the most</w:t>
      </w:r>
      <w:r>
        <w:br/>
      </w:r>
      <w:r>
        <w:rPr>
          <w:sz w:val="20"/>
        </w:rPr>
        <w:t>19:44  peace loving animal. So the creator of this universe love peace. We have to adopt this peace why?</w:t>
      </w:r>
      <w:r>
        <w:br/>
      </w:r>
      <w:r>
        <w:rPr>
          <w:sz w:val="20"/>
        </w:rPr>
        <w:t>19:54  peace is the only powerful device</w:t>
      </w:r>
    </w:p>
    <w:p>
      <w:pPr>
        <w:pStyle w:val="Heading2"/>
      </w:pPr>
      <w:r>
        <w:t>Prophet's saying on nonviolence proven by Gandhi's movement</w:t>
      </w:r>
    </w:p>
    <w:p>
      <w:r>
        <w:rPr>
          <w:color w:val="666666"/>
          <w:sz w:val="18"/>
        </w:rPr>
        <w:t>Islam A Religion of Peace January 7, 2010 Maulana Wahiduddin Khan · 2m 29s · at 8:42 · https://youtu.be/L3qaWEfRY6o?t=522</w:t>
      </w:r>
    </w:p>
    <w:p>
      <w:r>
        <w:rPr>
          <w:i/>
        </w:rPr>
        <w:t>“God grants to non-violence what he does not grant to violence.”</w:t>
      </w:r>
    </w:p>
    <w:p>
      <w:r>
        <w:rPr>
          <w:sz w:val="20"/>
        </w:rPr>
        <w:t>8:42  so this is the quranic, this is the basic principle of the quran. then the prophet of islam has said,</w:t>
      </w:r>
      <w:r>
        <w:br/>
      </w:r>
      <w:r>
        <w:rPr>
          <w:sz w:val="20"/>
        </w:rPr>
        <w:t>8:55  "inna allaha yu'ti 'ala al-rifq, ma la yu'ti 'ala al-'unf". it means god grants to non-violence what he does not grant to violence.</w:t>
      </w:r>
      <w:r>
        <w:br/>
      </w:r>
      <w:r>
        <w:rPr>
          <w:sz w:val="20"/>
        </w:rPr>
        <w:t>9:11  this is a prophetic saying. and i can say that</w:t>
      </w:r>
      <w:r>
        <w:br/>
      </w:r>
      <w:r>
        <w:rPr>
          <w:sz w:val="20"/>
        </w:rPr>
        <w:t>9:21  mahatma gandhi was, that mahatma gandhi gave a successful demonstration of this principle.</w:t>
      </w:r>
      <w:r>
        <w:br/>
      </w:r>
      <w:r>
        <w:rPr>
          <w:sz w:val="20"/>
        </w:rPr>
        <w:t>9:34  you know, mahatma gandhi was the great leader of india. he was the</w:t>
      </w:r>
      <w:r>
        <w:br/>
      </w:r>
      <w:r>
        <w:rPr>
          <w:sz w:val="20"/>
        </w:rPr>
        <w:t>9:45  great leader of freedom struggle. and in india, freedom struggle started in eighteen fifty seven.</w:t>
      </w:r>
      <w:r>
        <w:br/>
      </w:r>
      <w:r>
        <w:rPr>
          <w:sz w:val="20"/>
        </w:rPr>
        <w:t>9:55  at that time, the leaders were following armed struggle, the formula of armed struggle.</w:t>
      </w:r>
      <w:r>
        <w:br/>
      </w:r>
      <w:r>
        <w:rPr>
          <w:sz w:val="20"/>
        </w:rPr>
        <w:t>10:05  they were using violence against british. then in nineteen nineteen, mahatma gandhi came. he was adopted as the supreme leader of international congress.</w:t>
      </w:r>
      <w:r>
        <w:br/>
      </w:r>
      <w:r>
        <w:rPr>
          <w:sz w:val="20"/>
        </w:rPr>
        <w:t>10:27  mahatma gandhi declared that, "now we will abandon all card of violence against british.</w:t>
      </w:r>
      <w:r>
        <w:br/>
      </w:r>
      <w:r>
        <w:rPr>
          <w:sz w:val="20"/>
        </w:rPr>
        <w:t>10:37  we will follow our struggle through peaceful means, ahimsa or non-violence." this was a peace boom, like a peace boom.</w:t>
      </w:r>
      <w:r>
        <w:br/>
      </w:r>
      <w:r>
        <w:rPr>
          <w:sz w:val="20"/>
        </w:rPr>
        <w:t>10:54  this boom paralyzed the british empire.</w:t>
      </w:r>
      <w:r>
        <w:br/>
      </w:r>
      <w:r>
        <w:rPr>
          <w:sz w:val="20"/>
        </w:rPr>
        <w:t>11:01  they felt that now they had no justification to use arms, to use guns against the freedom fighters.</w:t>
      </w:r>
    </w:p>
    <w:p>
      <w:pPr>
        <w:pStyle w:val="Heading2"/>
      </w:pPr>
      <w:r>
        <w:t>Freud's desire theory as Dajjal's fallacy</w:t>
      </w:r>
    </w:p>
    <w:p>
      <w:r>
        <w:rPr>
          <w:color w:val="666666"/>
          <w:sz w:val="18"/>
        </w:rPr>
        <w:t>Beginning of The End April 20, 2008 · 2m 40s · at 16:52 · https://youtu.be/6atQ8muQDUk?t=1012</w:t>
      </w:r>
    </w:p>
    <w:p>
      <w:r>
        <w:rPr>
          <w:i/>
        </w:rPr>
        <w:t>“Sigmund Freud ko lijiye, bahut hi intelligent aadmi tha”</w:t>
      </w:r>
    </w:p>
    <w:p>
      <w:r>
        <w:rPr>
          <w:sz w:val="20"/>
        </w:rPr>
        <w:t>16:52  misal ke tor par Sigmund Freud ko lijiye. Sigmund Freud bohat hi intelligent aadmi tha. Usne kya nazariya banaya?</w:t>
      </w:r>
      <w:r>
        <w:br/>
      </w:r>
      <w:r>
        <w:rPr>
          <w:sz w:val="20"/>
        </w:rPr>
        <w:t>17:03  usne nazariya banaya ke sab kuch insaan ki personality ka jo development hai, they are based on desires. Insaan ke andar desires hain, is desires ko aap agar suppress karein to aap ki personality ka growth nahi hoga,</w:t>
      </w:r>
      <w:r>
        <w:br/>
      </w:r>
      <w:r>
        <w:rPr>
          <w:sz w:val="20"/>
        </w:rPr>
        <w:t>17:20  growth nahi hoga. To aap isko unlimited way mein isko ubharne dijiye.</w:t>
      </w:r>
      <w:r>
        <w:br/>
      </w:r>
      <w:r>
        <w:rPr>
          <w:sz w:val="20"/>
        </w:rPr>
        <w:t>17:25  har desire ko, koi bhi desire jo hai, desire ko aap unlimited way mein ubharne dijiye, tab aap ka personality development hoga, aap ki shakhsiyat growth hoga.</w:t>
      </w:r>
      <w:r>
        <w:br/>
      </w:r>
      <w:r>
        <w:rPr>
          <w:sz w:val="20"/>
        </w:rPr>
        <w:t>17:36  to aise bohat se log paida hue. Ab mein alamat ke tor par Sigmund Freud ka naam le raha hoon. Isi se yeh culture aaya jis ko aap dekh rahe hain, aaj entertainment culture, enjoy culture,</w:t>
      </w:r>
      <w:r>
        <w:br/>
      </w:r>
      <w:r>
        <w:rPr>
          <w:sz w:val="20"/>
        </w:rPr>
        <w:t>17:50  right here, right now ka culture ke bas khushiyan manao, ho ha karo, khoob enjoy karo.</w:t>
      </w:r>
      <w:r>
        <w:br/>
      </w:r>
      <w:r>
        <w:rPr>
          <w:sz w:val="20"/>
        </w:rPr>
        <w:t>18:00  kyun? Isi mein, yani iski ek philosophy diya, isko Sigmund Freud ne aur doosre logon ne ke isi se aap ka development hoga. Is mein kitni bara yeh fallacy thi ke insaan ki sab se bari cheez desire nahi hai, sab se bara is cheez uska mind hai.</w:t>
      </w:r>
      <w:r>
        <w:br/>
      </w:r>
      <w:r>
        <w:rPr>
          <w:sz w:val="20"/>
        </w:rPr>
        <w:t>18:17  to mind in avel reh gaya</w:t>
      </w:r>
      <w:r>
        <w:br/>
      </w:r>
      <w:r>
        <w:rPr>
          <w:sz w:val="20"/>
        </w:rPr>
        <w:t>18:19  mind ke jo opportunities hain, wo all avel reh gayeen aur desire ke peechay log dornay lagay. Isi liye aap dekhen, aaj kal jo hai, aaj kal jo insan hain, wo kya hain?</w:t>
      </w:r>
      <w:r>
        <w:br/>
      </w:r>
      <w:r>
        <w:rPr>
          <w:sz w:val="20"/>
        </w:rPr>
        <w:t>18:30  achhay kapray pehnay huay animal hain. Animal jo hai, wo car par nahi bethay, yeh log car par bethay hain. Animal achhay kapray nahi pehnatay, yeh log achhay kapray pehnatay</w:t>
      </w:r>
      <w:r>
        <w:br/>
      </w:r>
      <w:r>
        <w:rPr>
          <w:sz w:val="20"/>
        </w:rPr>
        <w:t>18:40  hain. Animal achhay achhay khanay nahi khatay, yeh log achhay achhay khanay khatay hain. Yani insan ko, yani sigmund freud ka jo nazariya tha, wo that was animalization of man, animalization of man.</w:t>
      </w:r>
      <w:r>
        <w:br/>
      </w:r>
      <w:r>
        <w:rPr>
          <w:sz w:val="20"/>
        </w:rPr>
        <w:t>18:56  to yeh kya hai? Yeh hua kaise? Yeh aik fallacy ke zariye hua, yahi dajjali keh desire ko yeh darja de diya keh isi se growth hota hai, isi se development hot</w:t>
      </w:r>
      <w:r>
        <w:br/>
      </w:r>
      <w:r>
        <w:rPr>
          <w:sz w:val="20"/>
        </w:rPr>
        <w:t>19:09  a hai. Desire ko suppress karogay to growth ruk jayega tumhara. Haalankeh yeh bilkul stupid baat thi. Yani moti si baat dekhen, aap jab yeh yeh falsafa nahi tha desire ka, jab log principle par raha kartay thay to saray baray baray mind isi waqt paida huay.</w:t>
      </w:r>
      <w:r>
        <w:br/>
      </w:r>
      <w:r>
        <w:rPr>
          <w:sz w:val="20"/>
        </w:rPr>
        <w:t>19:28  ab jo culture chala hai, entertainment culture, ab kon bara bara mind paida ho raha hai?</w:t>
      </w:r>
    </w:p>
    <w:p>
      <w:pPr>
        <w:pStyle w:val="Heading2"/>
      </w:pPr>
      <w:r>
        <w:t>Simple living to excellence</w:t>
      </w:r>
    </w:p>
    <w:p>
      <w:r>
        <w:rPr>
          <w:color w:val="666666"/>
          <w:sz w:val="18"/>
        </w:rPr>
        <w:t>Aaj Saware, on Doordarshan · 5m 10s · at 38:54 · https://youtu.be/o0aC0fW3Pfk?t=2334</w:t>
      </w:r>
    </w:p>
    <w:p>
      <w:r>
        <w:rPr>
          <w:i/>
        </w:rPr>
        <w:t>“Bahut hi chhota sa formula hai. Where simple living, high thinking”</w:t>
      </w:r>
    </w:p>
    <w:p>
      <w:r>
        <w:rPr>
          <w:sz w:val="20"/>
        </w:rPr>
        <w:t>38:54  Bohat hi chota sa formula hai.</w:t>
      </w:r>
      <w:r>
        <w:br/>
      </w:r>
      <w:r>
        <w:rPr>
          <w:sz w:val="20"/>
        </w:rPr>
        <w:t>38:56  Where simple living, high thinking.</w:t>
      </w:r>
      <w:r>
        <w:br/>
      </w:r>
      <w:r>
        <w:rPr>
          <w:sz w:val="20"/>
        </w:rPr>
        <w:t>38:59  Ye mera formula hai.</w:t>
      </w:r>
      <w:r>
        <w:br/>
      </w:r>
      <w:r>
        <w:rPr>
          <w:sz w:val="20"/>
        </w:rPr>
        <w:t>39:02  Dekhiye, peace jo hai aur change jo hai, wo sirf simplicity mein hota hai.</w:t>
      </w:r>
      <w:r>
        <w:br/>
      </w:r>
      <w:r>
        <w:rPr>
          <w:sz w:val="20"/>
        </w:rPr>
        <w:t>39:05  Jitna aap greed barhate hain, utni tension aati hai.</w:t>
      </w:r>
      <w:r>
        <w:br/>
      </w:r>
      <w:r>
        <w:rPr>
          <w:sz w:val="20"/>
        </w:rPr>
        <w:t>39:08  Utni problem aati hain.</w:t>
      </w:r>
      <w:r>
        <w:br/>
      </w:r>
      <w:r>
        <w:rPr>
          <w:sz w:val="20"/>
        </w:rPr>
        <w:t>39:11  Jaise aaj hi dekhiye, mujhe ek saath se baat hui.</w:t>
      </w:r>
      <w:r>
        <w:br/>
      </w:r>
      <w:r>
        <w:rPr>
          <w:sz w:val="20"/>
        </w:rPr>
        <w:t>39:14  Ji, unhone bataya ke wo, wo Ooty gaye.</w:t>
      </w:r>
      <w:r>
        <w:br/>
      </w:r>
      <w:r>
        <w:rPr>
          <w:sz w:val="20"/>
        </w:rPr>
        <w:t>39:17  Ooty mein ek Bengali family wahan par thi.</w:t>
      </w:r>
      <w:r>
        <w:br/>
      </w:r>
      <w:r>
        <w:rPr>
          <w:sz w:val="20"/>
        </w:rPr>
        <w:t>39:20  to uske log bohat healthy thay.</w:t>
      </w:r>
      <w:r>
        <w:br/>
      </w:r>
      <w:r>
        <w:rPr>
          <w:sz w:val="20"/>
        </w:rPr>
        <w:t>39:23  yaani unke mard, beeviyan, auratein, bachche sab bohat healthy.</w:t>
      </w:r>
      <w:r>
        <w:br/>
      </w:r>
      <w:r>
        <w:rPr>
          <w:sz w:val="20"/>
        </w:rPr>
        <w:t>39:26  to unhone jaanna chaha ke aakhir inki health ka raaz kya hai.</w:t>
      </w:r>
      <w:r>
        <w:br/>
      </w:r>
      <w:r>
        <w:rPr>
          <w:sz w:val="20"/>
        </w:rPr>
        <w:t>39:29  to unhone kaha ke hamara chulha nahi hota.</w:t>
      </w:r>
      <w:r>
        <w:br/>
      </w:r>
      <w:r>
        <w:rPr>
          <w:sz w:val="20"/>
        </w:rPr>
        <w:t>39:32  hum log phal khaate hain.</w:t>
      </w:r>
      <w:r>
        <w:br/>
      </w:r>
      <w:r>
        <w:rPr>
          <w:sz w:val="20"/>
        </w:rPr>
        <w:t>39:35  sabzi khaate hain.</w:t>
      </w:r>
      <w:r>
        <w:br/>
      </w:r>
      <w:r>
        <w:rPr>
          <w:sz w:val="20"/>
        </w:rPr>
        <w:t>39:38  doodh peete hain.</w:t>
      </w:r>
      <w:r>
        <w:br/>
      </w:r>
      <w:r>
        <w:rPr>
          <w:sz w:val="20"/>
        </w:rPr>
        <w:t>39:41  bas ye hamare tareeqa hai.</w:t>
      </w:r>
      <w:r>
        <w:br/>
      </w:r>
      <w:r>
        <w:rPr>
          <w:sz w:val="20"/>
        </w:rPr>
        <w:t>39:44  to main ye nahi kehta ke har aadmi ye kare.</w:t>
      </w:r>
      <w:r>
        <w:br/>
      </w:r>
      <w:r>
        <w:rPr>
          <w:sz w:val="20"/>
        </w:rPr>
        <w:t>39:47  lekin ek simple life ka ek formula ye hai.</w:t>
      </w:r>
      <w:r>
        <w:br/>
      </w:r>
      <w:r>
        <w:rPr>
          <w:sz w:val="20"/>
        </w:rPr>
        <w:t>39:50  achha, simple life kya karta hai aapko?</w:t>
      </w:r>
      <w:r>
        <w:br/>
      </w:r>
      <w:r>
        <w:rPr>
          <w:sz w:val="20"/>
        </w:rPr>
        <w:t>39:53  simple life aapko distraction se bachata hai. sabse zyada badi cheez jo hai zindagi mein, wo hai ke aap apne ko distraction se bacha sakein. without simple life, you cannot save yourself from distraction. tab simple life hogi, to high thinking aayegi. ji, high quality zindagi ki aayegi. har cheez mein tarakki hoti chali jayegi.</w:t>
      </w:r>
      <w:r>
        <w:br/>
      </w:r>
      <w:r>
        <w:rPr>
          <w:sz w:val="20"/>
        </w:rPr>
        <w:t>40:19  aapne pehle kaha ke competition is, ye duniya ki buniyad is competition. aur magar competition ko hum log jaise samajhte hain, uski wajah se kitni kashmakash jeevan mein laate hain. aur wahin kahan rukein? mere ko ye bangla chahiye, phir itni gaadi chahiye, phir bachchon ke liye jahan jana hai, bachchon ko bahar jana hai. so, kahan hum apni need ko aage karke greed ko usmein samettein? to ye competition bhi iska ek karan hai?</w:t>
      </w:r>
      <w:r>
        <w:br/>
      </w:r>
      <w:r>
        <w:rPr>
          <w:sz w:val="20"/>
        </w:rPr>
        <w:t>40:49  yahan bhi main yahi kahunga ke agar log sochein ke greed jo hai, usse mil kya raha hai aapko? result kya mil raha hai? jin logon ko more and more ka maine paya hai, sab tension mein jeete hain. jaise main hoon, meri itni zyada umr ho chuki hai. late eighties mein hoon. aur science sleep leta hoon. sound sleep. aur maine apne family mein, apne family ko bahar dekha hai ke log, unko neend nahi aati. aur wo unka. goli khakar neend aati hai.</w:t>
      </w:r>
      <w:r>
        <w:br/>
      </w:r>
      <w:r>
        <w:rPr>
          <w:sz w:val="20"/>
        </w:rPr>
        <w:t>41:19  goli khakar neend aati hai. aur kya-kya problem hote hain. maine kabhi goli nahi khai. to kyun simple living? to log jo hain, apne saaman jo badhate hain, greed karte hain. to result nahi sochte ke result kya mila hamein. jitna badhaya, utni tension. jitna badhaya, utna stress. jitna badhaya, utni depression. to fayda kya hai?</w:t>
      </w:r>
      <w:r>
        <w:br/>
      </w:r>
      <w:r>
        <w:rPr>
          <w:sz w:val="20"/>
        </w:rPr>
        <w:t>41:41  asli cheez to main hoon. agar main apne khud hoon, to caron aur bangalon ka, yaani bahut sara ambaar, kya fayda mujhe mila? asli cheez to main hoon. to main bahut hi, zindagi bhar ka mera tajurba ye hai ke jo aadmi ye chahta hai ke usko tension-free life ho. peaceful zindagi ho. to simple life apnaaye. simplicity is the best formula.</w:t>
      </w:r>
      <w:r>
        <w:br/>
      </w:r>
      <w:r>
        <w:rPr>
          <w:sz w:val="20"/>
        </w:rPr>
        <w:t>42:07  Maulana sahib, kuch aap ke jeevan se kuch nichod ya kuch gun jo aap share karna chahenge hamare viewers ke saath, jiski wajah se hamari quality of life can really improve?</w:t>
      </w:r>
      <w:r>
        <w:br/>
      </w:r>
      <w:r>
        <w:rPr>
          <w:sz w:val="20"/>
        </w:rPr>
        <w:t>42:20  dekhiye, main ye kahunga ke sabse pehle to aap apne ko discover kijiye.</w:t>
      </w:r>
      <w:r>
        <w:br/>
      </w:r>
      <w:r>
        <w:rPr>
          <w:sz w:val="20"/>
        </w:rPr>
        <w:t>42:24  ye discover kijiye ke aapko paida karne wale ne aapko kaun si special quality di hai.</w:t>
      </w:r>
      <w:r>
        <w:br/>
      </w:r>
      <w:r>
        <w:rPr>
          <w:sz w:val="20"/>
        </w:rPr>
        <w:t>42:28  us special quality ko develop kijiye aap.</w:t>
      </w:r>
      <w:r>
        <w:br/>
      </w:r>
      <w:r>
        <w:rPr>
          <w:sz w:val="20"/>
        </w:rPr>
        <w:t>42:32  ye bohat hi zaroori hai.</w:t>
      </w:r>
      <w:r>
        <w:br/>
      </w:r>
      <w:r>
        <w:rPr>
          <w:sz w:val="20"/>
        </w:rPr>
        <w:t>42:36  log kya karte hain ke kisi aur cheez mein apna dhyan laga dete hain aur tarakki nahi kar</w:t>
      </w:r>
      <w:r>
        <w:br/>
      </w:r>
      <w:r>
        <w:rPr>
          <w:sz w:val="20"/>
        </w:rPr>
        <w:t>42:40  paate zindagi mein.</w:t>
      </w:r>
      <w:r>
        <w:br/>
      </w:r>
      <w:r>
        <w:rPr>
          <w:sz w:val="20"/>
        </w:rPr>
        <w:t>42:44  usi special quality ko jaankar ke usko develop karna. Number one.</w:t>
      </w:r>
      <w:r>
        <w:br/>
      </w:r>
      <w:r>
        <w:rPr>
          <w:sz w:val="20"/>
        </w:rPr>
        <w:t>42:48  Number two, simple life.</w:t>
      </w:r>
      <w:r>
        <w:br/>
      </w:r>
      <w:r>
        <w:rPr>
          <w:sz w:val="20"/>
        </w:rPr>
        <w:t>42:52  kyunki simple life jo hai, aapko bachati hai time ko waste.</w:t>
      </w:r>
      <w:r>
        <w:br/>
      </w:r>
      <w:r>
        <w:rPr>
          <w:sz w:val="20"/>
        </w:rPr>
        <w:t>42:56  waste of time se bachati hai.</w:t>
      </w:r>
      <w:r>
        <w:br/>
      </w:r>
      <w:r>
        <w:rPr>
          <w:sz w:val="20"/>
        </w:rPr>
        <w:t>43:00  aur waste of money se bachati hai.</w:t>
      </w:r>
      <w:r>
        <w:br/>
      </w:r>
      <w:r>
        <w:rPr>
          <w:sz w:val="20"/>
        </w:rPr>
        <w:t>43:04  har cheez se bachati hai.</w:t>
      </w:r>
      <w:r>
        <w:br/>
      </w:r>
      <w:r>
        <w:rPr>
          <w:sz w:val="20"/>
        </w:rPr>
        <w:t>43:08  distraction se bachati hai.</w:t>
      </w:r>
      <w:r>
        <w:br/>
      </w:r>
      <w:r>
        <w:rPr>
          <w:sz w:val="20"/>
        </w:rPr>
        <w:t>43:12  to simple life, second formula.</w:t>
      </w:r>
      <w:r>
        <w:br/>
      </w:r>
      <w:r>
        <w:rPr>
          <w:sz w:val="20"/>
        </w:rPr>
        <w:t>43:16  doosri cheez ye, teesri cheez main ye kahunga ke negativity ko kabhi paas aane na dijiye.</w:t>
      </w:r>
      <w:r>
        <w:br/>
      </w:r>
      <w:r>
        <w:rPr>
          <w:sz w:val="20"/>
        </w:rPr>
        <w:t>43:20  har negativity ko manage kijiye.</w:t>
      </w:r>
      <w:r>
        <w:br/>
      </w:r>
      <w:r>
        <w:rPr>
          <w:sz w:val="20"/>
        </w:rPr>
        <w:t>43:24  har negativity ko manage karke usko positivity mein convert kijiye.</w:t>
      </w:r>
      <w:r>
        <w:br/>
      </w:r>
      <w:r>
        <w:rPr>
          <w:sz w:val="20"/>
        </w:rPr>
        <w:t>43:28  chauthi cheez main ye kahunga ke duniya jo hai, wo intezar kar rahi hai ke aap koi usko contribute karein.</w:t>
      </w:r>
      <w:r>
        <w:br/>
      </w:r>
      <w:r>
        <w:rPr>
          <w:sz w:val="20"/>
        </w:rPr>
        <w:t>43:32  to aapko accept kare wo.</w:t>
      </w:r>
      <w:r>
        <w:br/>
      </w:r>
      <w:r>
        <w:rPr>
          <w:sz w:val="20"/>
        </w:rPr>
        <w:t>43:36  magar iske ke aap usko duniya ko kuch dein, duniya aapko degi nahi.</w:t>
      </w:r>
      <w:r>
        <w:br/>
      </w:r>
      <w:r>
        <w:rPr>
          <w:sz w:val="20"/>
        </w:rPr>
        <w:t>43:40  In living that we receive.</w:t>
      </w:r>
      <w:r>
        <w:br/>
      </w:r>
      <w:r>
        <w:rPr>
          <w:sz w:val="20"/>
        </w:rPr>
        <w:t>43:44  Okay, to Islam ke fourth caliph jo the, unhone kaha tha ke value of a person is what they do well.</w:t>
      </w:r>
      <w:r>
        <w:br/>
      </w:r>
      <w:r>
        <w:rPr>
          <w:sz w:val="20"/>
        </w:rPr>
        <w:t>43:49  To iska English mein kaha jayega ki The value of a person lies in excellence. To excellent baniye. Wahi, wahi baat hai ismein jo kaha jata hai ki There is always room at the top.</w:t>
      </w:r>
      <w:r>
        <w:br/>
      </w:r>
      <w:r>
        <w:rPr>
          <w:sz w:val="20"/>
        </w:rPr>
        <w:t>44:04  To agar aap chahte hain duniya mein aapko koi jagah mile, to kuch aapko dena padega. Tab duniya aapko kuch degi aapko. Magar diye hue, yaani giver baniye aap. Taker banne ki koshish karenge, to aap sirf complaint mein jeete rahenge. Complaint mein. To isko agar sum up karoon main, to peace aur spirituality do hi basic cheezein hain. Ji, peace kya hai? Peace external spirituality ka naam hai. Spirituality kya hai?</w:t>
      </w:r>
    </w:p>
    <w:p>
      <w:pPr>
        <w:pStyle w:val="Heading2"/>
      </w:pPr>
      <w:r>
        <w:t>Muslims need to replan strategy like Europe, Japan, Germany did</w:t>
      </w:r>
    </w:p>
    <w:p>
      <w:r>
        <w:rPr>
          <w:color w:val="666666"/>
          <w:sz w:val="18"/>
        </w:rPr>
        <w:t>Making War in the Name of God December 10, 2023 · 4m 14s · at 59:58 · https://youtu.be/X-KaWopXg9Y?t=3598</w:t>
      </w:r>
    </w:p>
    <w:p>
      <w:r>
        <w:rPr>
          <w:i/>
        </w:rPr>
        <w:t>“Dekhiye yeh qaumon ke saath hota hai”</w:t>
      </w:r>
    </w:p>
    <w:p>
      <w:r>
        <w:rPr>
          <w:sz w:val="20"/>
        </w:rPr>
        <w:t>59:58  hmm dekhen yeh qaumon ke saath hota hai khud rasool Allah sal Allah aleh wasallam ke saath hua ke woh jis tareeqe par chal rahe the us se kamyabi nahi ho rahi thi.</w:t>
      </w:r>
      <w:r>
        <w:br/>
      </w:r>
      <w:r>
        <w:rPr>
          <w:sz w:val="20"/>
        </w:rPr>
        <w:t>1:00:09  matlab jab bhi attack aata tha aap usko is par matlab offensive war nahi balkeh defensive war. Defensive war ke zareeye se bhi kaam nahi chal raha tha, masla nahi hal ho raha tha.</w:t>
      </w:r>
      <w:r>
        <w:br/>
      </w:r>
      <w:r>
        <w:rPr>
          <w:sz w:val="20"/>
        </w:rPr>
        <w:t>1:00:23  Badr mein jeet hui, Uhud mein haar hui. To is tareeqe se phir bhi bar bar attack jo hai woh aata raha, hamla karne ke liye</w:t>
      </w:r>
      <w:r>
        <w:br/>
      </w:r>
      <w:r>
        <w:rPr>
          <w:sz w:val="20"/>
        </w:rPr>
        <w:t>1:00:31  tha. Woh aap ne avoid kiya lekin phir nayi planning aap ne yeh ki ke ab kehte hain ke sulah kar li. Aur us zamaney mein sulah karna itna mushkil tha ke aap ne bilkul hi apne aap ko bilkul jhuka diya ke jo main ne bhi kahunga uski shart hamein manzoor hai.</w:t>
      </w:r>
      <w:r>
        <w:br/>
      </w:r>
      <w:r>
        <w:rPr>
          <w:sz w:val="20"/>
        </w:rPr>
        <w:t>1:00:49  Bas kisi tareeqe se sulah ho jaye. Dus saal ki sulah aakhir waqt tak chal rahi thi ke ab jang ho jayegi, jang ho jayegi kyunke Quraish maan nahi rahe the na.</w:t>
      </w:r>
      <w:r>
        <w:br/>
      </w:r>
      <w:r>
        <w:rPr>
          <w:sz w:val="20"/>
        </w:rPr>
        <w:t>1:00:59  To jo kuch bhi bhayanak shart thi usi par sulah kar li aap ne aur usi se saare jo hain na saare band darwaze khul gaye. To agar dekhen agar hamein Khuda ki madad chahiye to yeh to hamein karna hi padega ke Quran ko samajhna padega aur Rasool Allah sal Allah aleh wasallam ke usoolon ko dekhna padega, aap ki taleemat par chalna padega.</w:t>
      </w:r>
      <w:r>
        <w:br/>
      </w:r>
      <w:r>
        <w:rPr>
          <w:sz w:val="20"/>
        </w:rPr>
        <w:t>1:01:23  Nahi to phir ya Mehdi, ya Mehdi karne se to kuch nahi hoga. Har masjid mein namazein ho rahi hain, duayein ho rahi hain to kuch ho raha hai, kuch bhi nahi hoga.</w:t>
      </w:r>
      <w:r>
        <w:br/>
      </w:r>
      <w:r>
        <w:rPr>
          <w:sz w:val="20"/>
        </w:rPr>
        <w:t>1:01:32  Jab aap ne Rasool Allah ko hi chhod diya</w:t>
      </w:r>
      <w:r>
        <w:br/>
      </w:r>
      <w:r>
        <w:rPr>
          <w:sz w:val="20"/>
        </w:rPr>
        <w:t>1:01:35  to kis reference se aap Khuda se dua mang rahe hain? To is liye dua is tarah ki qabool nahi hoti hai aur na ho rahi hai. To is liye hamein chahiye ke hum isko bohat ghaur se dekhen ke Rasool Allah ko aajkal ke halaat hain na us se bohat zyada badi masail mein the Rasool Allah aur aap ne kis tareeqe se sab hal kiya.</w:t>
      </w:r>
      <w:r>
        <w:br/>
      </w:r>
      <w:r>
        <w:rPr>
          <w:sz w:val="20"/>
        </w:rPr>
        <w:t>1:01:59  To woh hamare liye example hai, wohi hum bhi karein, hamare bhi masail hal ho jayenge.</w:t>
      </w:r>
      <w:r>
        <w:br/>
      </w:r>
      <w:r>
        <w:rPr>
          <w:sz w:val="20"/>
        </w:rPr>
        <w:t>1:02:05  Ek molana ne ek kitab likhi, choti kitab hai mansooba bandi par. Ji, mansooba band amal kuch aisa karke to us mein bohat sari baatein hain ke kis tareeqe se hamein apne aap ko re plan, apni matlab planning hamein badalni padegi.</w:t>
      </w:r>
      <w:r>
        <w:br/>
      </w:r>
      <w:r>
        <w:rPr>
          <w:sz w:val="20"/>
        </w:rPr>
        <w:t>1:02:21  Ab dekhen, khali Musalman hi to nahi, har qaum ko planning badalni padti hai. Ab misaal ke taur par European nations ne zabardast crusade kiya,</w:t>
      </w:r>
      <w:r>
        <w:br/>
      </w:r>
      <w:r>
        <w:rPr>
          <w:sz w:val="20"/>
        </w:rPr>
        <w:t>1:02:33  jaise aajkal Musalman crusade kar rahe hain na, aise European nations crusade kar chuke hain taqreeban do sau saal tak. Us mein haar gaye, buree tarah haarne ke baad unhone jang ke maidan chhod diya.</w:t>
      </w:r>
      <w:r>
        <w:br/>
      </w:r>
      <w:r>
        <w:rPr>
          <w:sz w:val="20"/>
        </w:rPr>
        <w:t>1:02:45  Musalman to sulah bhi kareinge to guerrilla war chalayeinge. To poora bilkul total sense mein chhodna hota hai. Yeh nahi ke us waqt to kar liya, phir chand dinon ke baad phir dobara shuru kar diya, dobara shuru kar diya. Yeh ho raha hai.</w:t>
      </w:r>
      <w:r>
        <w:br/>
      </w:r>
      <w:r>
        <w:rPr>
          <w:sz w:val="20"/>
        </w:rPr>
        <w:t>1:03:00  To</w:t>
      </w:r>
      <w:r>
        <w:br/>
      </w:r>
      <w:r>
        <w:rPr>
          <w:sz w:val="20"/>
        </w:rPr>
        <w:t>1:03:01  Unhone bilkul total sense mein armed conflict ko chhod diya aur ilm ke maidan mein itna aage badhe, itna aage badhe ke chaar paanch sau saal mein unhone poori duniya ko badal diya.</w:t>
      </w:r>
      <w:r>
        <w:br/>
      </w:r>
      <w:r>
        <w:rPr>
          <w:sz w:val="20"/>
        </w:rPr>
        <w:t>1:03:13  To yeh khali Islami ki baat nahi, Musalmani ki baat nahi, balkeh doosri qaumein jo bhi zinda qaumein hain, woh aisa karti hain. Japan ne yeh kiya, Germany ne yeh kiya ke bilkul armed conflict ko chhod kar apni tarqqi mein lag gaye.</w:t>
      </w:r>
      <w:r>
        <w:br/>
      </w:r>
      <w:r>
        <w:rPr>
          <w:sz w:val="20"/>
        </w:rPr>
        <w:t>1:03:30  Taleemi tarqqi, industrial tarqqi, apni economic itna sound kar diya ke aaj jiska misaal di jati hai. To isi tareeqe se Musalmanon ko bhi karna hoga.</w:t>
      </w:r>
      <w:r>
        <w:br/>
      </w:r>
      <w:r>
        <w:rPr>
          <w:sz w:val="20"/>
        </w:rPr>
        <w:t>1:03:40  Ab Musalman ka masla kya hai ke woh na to Quran o Hadees ko mante hain aur na aqal ko mante hain. Apne emotions ke tehat woh kaam karte hain.</w:t>
      </w:r>
      <w:r>
        <w:br/>
      </w:r>
      <w:r>
        <w:rPr>
          <w:sz w:val="20"/>
        </w:rPr>
        <w:t>1:03:50  To emotions to misguide karega.</w:t>
      </w:r>
      <w:r>
        <w:br/>
      </w:r>
      <w:r>
        <w:rPr>
          <w:sz w:val="20"/>
        </w:rPr>
        <w:t>1:03:54  To inko jo molana ne likha hai ke inko U-turn lena padega aur Rasool Allah ke ke jo ne Rasool Allah ne jo rasta peh aur sulah ka apnaaya tha, jis ke zareeye se kamyabi hasil ki thi, usi ke zareeye se Musalman kamyabi hasil kar sakte hain.</w:t>
      </w:r>
    </w:p>
    <w:p>
      <w:pPr>
        <w:pStyle w:val="Heading2"/>
      </w:pPr>
      <w:r>
        <w:t>Accept differences in interfaith dialogue</w:t>
      </w:r>
    </w:p>
    <w:p>
      <w:r>
        <w:rPr>
          <w:color w:val="666666"/>
          <w:sz w:val="18"/>
        </w:rPr>
        <w:t>Q&amp;A · 2m 33s · at 28:33 · https://youtu.be/W2DKBK6QYTY?t=1713</w:t>
      </w:r>
    </w:p>
    <w:p>
      <w:r>
        <w:rPr>
          <w:i/>
        </w:rPr>
        <w:t>“Yahi to humari koshish hai.”</w:t>
      </w:r>
    </w:p>
    <w:p>
      <w:r>
        <w:rPr>
          <w:sz w:val="20"/>
        </w:rPr>
        <w:t>28:33  yahi to hamari koshish hai. log samajhte hain ke pehle difference khatam karo, phir naye dialogue honge. It's impossible.</w:t>
      </w:r>
      <w:r>
        <w:br/>
      </w:r>
      <w:r>
        <w:rPr>
          <w:sz w:val="20"/>
        </w:rPr>
        <w:t>28:45  yani yeh main hairaan hoon ke log aakhir itna zyada, yani aisi baatein kyun karte hain? is ka wisdom se koi talluq nahi hai. yeh difference kaise khatam kar denge?</w:t>
      </w:r>
      <w:r>
        <w:br/>
      </w:r>
      <w:r>
        <w:rPr>
          <w:sz w:val="20"/>
        </w:rPr>
        <w:t>28:55  aap jitne bhi dialogue mein gaya hoon, main bohat se dialogue mein shareek</w:t>
      </w:r>
      <w:r>
        <w:br/>
      </w:r>
      <w:r>
        <w:rPr>
          <w:sz w:val="20"/>
        </w:rPr>
        <w:t>29:02  hoon. sab jagah kya difference ko mitana? difference ko khatam karo. main hairaan hoon ke bhai kaise logon ko bataoon ke difference to khatam hi nahi hoga kabhi?</w:t>
      </w:r>
      <w:r>
        <w:br/>
      </w:r>
      <w:r>
        <w:rPr>
          <w:sz w:val="20"/>
        </w:rPr>
        <w:t>29:13  Difference is part of nature. ek ghar mein har aadmi, ghar mein do chaar aadmi hote honge. sab alag alag soch hain.</w:t>
      </w:r>
      <w:r>
        <w:br/>
      </w:r>
      <w:r>
        <w:rPr>
          <w:sz w:val="20"/>
        </w:rPr>
        <w:t>29:22  hamare ghar mein jitne bachche bachiyan hain, sab ki soch alag hai. to aap is ko dekhte</w:t>
      </w:r>
      <w:r>
        <w:br/>
      </w:r>
      <w:r>
        <w:rPr>
          <w:sz w:val="20"/>
        </w:rPr>
        <w:t>29:28  rahein apne ghar mein. kya koi bhi aadmi jo family mein rehta ho, woh jaanta hai ke meri soch alag hai, biwi ko alag hai, bachche ko alag hai, beti ko alag hai?</w:t>
      </w:r>
      <w:r>
        <w:br/>
      </w:r>
      <w:r>
        <w:rPr>
          <w:sz w:val="20"/>
        </w:rPr>
        <w:t>29:38  So difference is part of nature. to kaise aap jo cheez sari duniya mein maujood hai, us ko mazhab mein kaise mitayenge? aap aap ki family mein differences hain, aap ki society mein differences hain, aap ki natural life mein differences hain,</w:t>
      </w:r>
      <w:r>
        <w:br/>
      </w:r>
      <w:r>
        <w:rPr>
          <w:sz w:val="20"/>
        </w:rPr>
        <w:t>29:53  aur chahte hain ke mazhab mein na rahe? kaise nahi rah</w:t>
      </w:r>
      <w:r>
        <w:br/>
      </w:r>
      <w:r>
        <w:rPr>
          <w:sz w:val="20"/>
        </w:rPr>
        <w:t>29:57  e ga? bataiye. Difference is part of nature. to mazhab mein bhi rahega. is liye yeh formula jo hai logon ka ke difference ko mitayo, yeh bilkul hi, yani workable nahi hai.</w:t>
      </w:r>
      <w:r>
        <w:br/>
      </w:r>
      <w:r>
        <w:rPr>
          <w:sz w:val="20"/>
        </w:rPr>
        <w:t>30:10  yeh sahi formula kya hai?</w:t>
      </w:r>
      <w:r>
        <w:br/>
      </w:r>
      <w:r>
        <w:rPr>
          <w:sz w:val="20"/>
        </w:rPr>
        <w:t>30:13  difference ko avoid karo. difference karo. jo kaha jata hai angrezi mein ke let us agree.</w:t>
      </w:r>
      <w:r>
        <w:br/>
      </w:r>
      <w:r>
        <w:rPr>
          <w:sz w:val="20"/>
        </w:rPr>
        <w:t>30:24  Disagreement ke hote hue bhi to apne aap ko ittehad rakho. to discussion, discussion is par nahi hona chahiye ke definition ko mitayo, balke yeh hona chahiye ke intellectual development kaise ho</w:t>
      </w:r>
      <w:r>
        <w:br/>
      </w:r>
      <w:r>
        <w:rPr>
          <w:sz w:val="20"/>
        </w:rPr>
        <w:t>30:37  aur baatein kaise maloom karein hum aur sachai ke aur darwaze kaise khulein. hamare sachai ke million billion darwaze hain, woh sab band pade hue hain kyunke hum difference ko mitane mein lage hue hain.</w:t>
      </w:r>
      <w:r>
        <w:br/>
      </w:r>
      <w:r>
        <w:rPr>
          <w:sz w:val="20"/>
        </w:rPr>
        <w:t>30:50  hamara yeh goal nahi hona chahiye discussion ka ya dialogue ka ke difference ko mitayo.</w:t>
      </w:r>
      <w:r>
        <w:br/>
      </w:r>
      <w:r>
        <w:rPr>
          <w:sz w:val="20"/>
        </w:rPr>
        <w:t>30:56  yeh hona chahiye ke sachai ke aur darwaze kaise khulein. yeh maine jaana hai apne experience se. This question is from Dr.</w:t>
      </w:r>
    </w:p>
    <w:p>
      <w:pPr>
        <w:pStyle w:val="Heading2"/>
      </w:pPr>
      <w:r>
        <w:t>Da'wah work regardless of others</w:t>
      </w:r>
    </w:p>
    <w:p>
      <w:r>
        <w:rPr>
          <w:color w:val="666666"/>
          <w:sz w:val="18"/>
        </w:rPr>
        <w:t>Da'i-Mad'u Relationship | Junuary 21, 2008 · 30s · at 14:56 · https://youtu.be/hLDRkE2Q0eM?t=896</w:t>
      </w:r>
    </w:p>
    <w:p>
      <w:r>
        <w:rPr>
          <w:i/>
        </w:rPr>
        <w:t>“Woh chaahe achhe hon ya bure.”</w:t>
      </w:r>
    </w:p>
    <w:p>
      <w:r>
        <w:rPr>
          <w:sz w:val="20"/>
        </w:rPr>
        <w:t>14:56  ye ka jo jo tareeqa hai, woh ama banna nahi hai.</w:t>
      </w:r>
      <w:r>
        <w:br/>
      </w:r>
      <w:r>
        <w:rPr>
          <w:sz w:val="20"/>
        </w:rPr>
        <w:t>15:00  matlab bilateral basis par is ka behaviour nahi banta.</w:t>
      </w:r>
      <w:r>
        <w:br/>
      </w:r>
      <w:r>
        <w:rPr>
          <w:sz w:val="20"/>
        </w:rPr>
        <w:t>15:04  balkay unilateral basis par banta hai.</w:t>
      </w:r>
      <w:r>
        <w:br/>
      </w:r>
      <w:r>
        <w:rPr>
          <w:sz w:val="20"/>
        </w:rPr>
        <w:t>15:07  woh chahe achay hon ya buray.</w:t>
      </w:r>
      <w:r>
        <w:br/>
      </w:r>
      <w:r>
        <w:rPr>
          <w:sz w:val="20"/>
        </w:rPr>
        <w:t>15:11  humein to dawah work karna hai.</w:t>
      </w:r>
      <w:r>
        <w:br/>
      </w:r>
      <w:r>
        <w:rPr>
          <w:sz w:val="20"/>
        </w:rPr>
        <w:t>15:15  jab dawah work karna hai to humein un ke liye sympathetic banna hai.</w:t>
      </w:r>
      <w:r>
        <w:br/>
      </w:r>
      <w:r>
        <w:rPr>
          <w:sz w:val="20"/>
        </w:rPr>
        <w:t>15:19  ani lakum nasoon ameen.</w:t>
      </w:r>
      <w:r>
        <w:br/>
      </w:r>
      <w:r>
        <w:rPr>
          <w:sz w:val="20"/>
        </w:rPr>
        <w:t>15:22  main tumhara khair khwah hoon. tum</w:t>
      </w:r>
    </w:p>
    <w:p>
      <w:pPr>
        <w:pStyle w:val="Heading2"/>
      </w:pPr>
      <w:r>
        <w:t>Shift from conflict jihad to dawah jihad</w:t>
      </w:r>
    </w:p>
    <w:p>
      <w:r>
        <w:rPr>
          <w:color w:val="666666"/>
          <w:sz w:val="18"/>
        </w:rPr>
        <w:t>Ikhwan-e-Rasool March 24, 2012 Maulana Wahiduddin Khan · 5m 14s · at 10:47 · https://youtu.be/tu2SSg6Ykmg?t=647</w:t>
      </w:r>
    </w:p>
    <w:p>
      <w:r>
        <w:rPr>
          <w:i/>
        </w:rPr>
        <w:t>“Do so saala qurbaniyon ke baawajood koi gain nahi”</w:t>
      </w:r>
    </w:p>
    <w:p>
      <w:r>
        <w:rPr>
          <w:sz w:val="20"/>
        </w:rPr>
        <w:t>10:47  to yeh saada baat nahi hai ke do sau saala qurbaniyon ke bawajood one percent bhi koi positive gain nahin.</w:t>
      </w:r>
      <w:r>
        <w:br/>
      </w:r>
      <w:r>
        <w:rPr>
          <w:sz w:val="20"/>
        </w:rPr>
        <w:t>11:00  jabke Quran mein bohat hi wazeh taur par kaha: "naqalan alaina nasr al momineen". yaani Allah ke zimmay hai ke ahl-e-iman ki madad kare woh.</w:t>
      </w:r>
      <w:r>
        <w:br/>
      </w:r>
      <w:r>
        <w:rPr>
          <w:sz w:val="20"/>
        </w:rPr>
        <w:t>11:13  kaisi ajeeb baat hai.</w:t>
      </w:r>
      <w:r>
        <w:br/>
      </w:r>
      <w:r>
        <w:rPr>
          <w:sz w:val="20"/>
        </w:rPr>
        <w:t>11:18  bohat si aayatein is tarah ki hain, ek do nahin. ke ahl-e-iman ka muqabla agar un ke hareefoun se hoga to lazman Allah ki madad ahl-e-iman ko pohnchegi.</w:t>
      </w:r>
      <w:r>
        <w:br/>
      </w:r>
      <w:r>
        <w:rPr>
          <w:sz w:val="20"/>
        </w:rPr>
        <w:t>11:32  ab dekhiye, yeh ek bohat bara sawal hai ke do sau saala jang, kai naslein beet gayin, maal ki qurbani, jaan ki qurbani, property ki qurbani, hatta ke izzat ki qurbani.</w:t>
      </w:r>
      <w:r>
        <w:br/>
      </w:r>
      <w:r>
        <w:rPr>
          <w:sz w:val="20"/>
        </w:rPr>
        <w:t>11:49  aur koi result nahin.</w:t>
      </w:r>
      <w:r>
        <w:br/>
      </w:r>
      <w:r>
        <w:rPr>
          <w:sz w:val="20"/>
        </w:rPr>
        <w:t>11:54  yeh saada baat nahin hai, yeh bohat bari baat hai.</w:t>
      </w:r>
      <w:r>
        <w:br/>
      </w:r>
      <w:r>
        <w:rPr>
          <w:sz w:val="20"/>
        </w:rPr>
        <w:t>11:57  is ke maani kya hain? ke Allah taala khamosh zabaan mein aap ko yeh message de rahe hain ke tum galat jagah qurbani de rahe ho, doosri jagah qurbani do, maat badlo apna.</w:t>
      </w:r>
      <w:r>
        <w:br/>
      </w:r>
      <w:r>
        <w:rPr>
          <w:sz w:val="20"/>
        </w:rPr>
        <w:t>12:09  maat badlo. yeh saada baat nahin hai. yeh hamari nakami, qurbaniyon ke bawajood be natija ho jana.</w:t>
      </w:r>
      <w:r>
        <w:br/>
      </w:r>
      <w:r>
        <w:rPr>
          <w:sz w:val="20"/>
        </w:rPr>
        <w:t>12:22  jabke Quran mein saaf saaf wada hai ke ahl-e-iman ki madad zaroor karta hai Allah taala. to yeh ishara hai ke aye musalmanoun!</w:t>
      </w:r>
      <w:r>
        <w:br/>
      </w:r>
      <w:r>
        <w:rPr>
          <w:sz w:val="20"/>
        </w:rPr>
        <w:t>12:33  tum galat jagah,</w:t>
      </w:r>
      <w:r>
        <w:br/>
      </w:r>
      <w:r>
        <w:rPr>
          <w:sz w:val="20"/>
        </w:rPr>
        <w:t>12:37  galat jagah jihad kar rahe ho. wahan hamari madad aaye gi nahin tumhare liye. is ki misaal aisi hai jaise koi kisaan pathar par kheti kare.</w:t>
      </w:r>
      <w:r>
        <w:br/>
      </w:r>
      <w:r>
        <w:rPr>
          <w:sz w:val="20"/>
        </w:rPr>
        <w:t>12:49  aur do sau saal tak kheti karta rahe, wahan kuch na ugay.</w:t>
      </w:r>
      <w:r>
        <w:br/>
      </w:r>
      <w:r>
        <w:rPr>
          <w:sz w:val="20"/>
        </w:rPr>
        <w:t>12:53  to kya is ka matlab kya hoga? yeh nizaam-e-fitrat is ko khamosh zabaan mein yeh message de raha hoga ke aye kisaan!</w:t>
      </w:r>
      <w:r>
        <w:br/>
      </w:r>
      <w:r>
        <w:rPr>
          <w:sz w:val="20"/>
        </w:rPr>
        <w:t>13:03  tu galat jagah koshish kar raha hai, wahan ugay ga, yahan nahin ugne wala hai.</w:t>
      </w:r>
      <w:r>
        <w:br/>
      </w:r>
      <w:r>
        <w:rPr>
          <w:sz w:val="20"/>
        </w:rPr>
        <w:t>13:12  to hum ko bohat hi sanjeedgi se reconsider karna hai, reassess karna hai, phir se sochna hai.</w:t>
      </w:r>
      <w:r>
        <w:br/>
      </w:r>
      <w:r>
        <w:rPr>
          <w:sz w:val="20"/>
        </w:rPr>
        <w:t>13:22  mujhe ek waqia yaad aata hai jo bohat zyada illustrative hai is maslay ko samajhne ke liye.</w:t>
      </w:r>
      <w:r>
        <w:br/>
      </w:r>
      <w:r>
        <w:rPr>
          <w:sz w:val="20"/>
        </w:rPr>
        <w:t>13:32  dekhiye, ek angrez tha, is ka naam tha Robert Clive. Robert Clive. is ki death hui hai satrah sau chouhatar mein.</w:t>
      </w:r>
      <w:r>
        <w:br/>
      </w:r>
      <w:r>
        <w:rPr>
          <w:sz w:val="20"/>
        </w:rPr>
        <w:t>13:46  same 1874 mein.</w:t>
      </w:r>
      <w:r>
        <w:br/>
      </w:r>
      <w:r>
        <w:rPr>
          <w:sz w:val="20"/>
        </w:rPr>
        <w:t>13:51  is zamane mein India mein East India Company aayi thi. yaani British, British, British logon ne East India Company banayi thi, woh India mein aayi thi.</w:t>
      </w:r>
      <w:r>
        <w:br/>
      </w:r>
      <w:r>
        <w:rPr>
          <w:sz w:val="20"/>
        </w:rPr>
        <w:t>14:02  is mein bharti hua tha woh. to East India Company mein woh aik clerk tha. is zamane mein is ko five pound milta tha.</w:t>
      </w:r>
      <w:r>
        <w:br/>
      </w:r>
      <w:r>
        <w:rPr>
          <w:sz w:val="20"/>
        </w:rPr>
        <w:t>14:16  to is ke kharch ke liye bohat kam tha.</w:t>
      </w:r>
      <w:r>
        <w:br/>
      </w:r>
      <w:r>
        <w:rPr>
          <w:sz w:val="20"/>
        </w:rPr>
        <w:t>14:20  jo paisa is ko is East India Company se milta tha, as a clerk, us se is ka kaam nahi chalta tha. to bohat ziyada pareshan, mayoos, ghamgeen rehta tha woh.</w:t>
      </w:r>
      <w:r>
        <w:br/>
      </w:r>
      <w:r>
        <w:rPr>
          <w:sz w:val="20"/>
        </w:rPr>
        <w:t>14:36  aik din is ne revolver uthaya aur revolver yahan laga kar is ko trigger daba diya, woh trigger.</w:t>
      </w:r>
      <w:r>
        <w:br/>
      </w:r>
      <w:r>
        <w:rPr>
          <w:sz w:val="20"/>
        </w:rPr>
        <w:t>14:44  khudkushi karna chaha. lekin trigger dabane ke bawajood misfire ho gaya woh. matlab goli chali nahi.</w:t>
      </w:r>
      <w:r>
        <w:br/>
      </w:r>
      <w:r>
        <w:rPr>
          <w:sz w:val="20"/>
        </w:rPr>
        <w:t>14:53  woh bohat hi zaheen aadmi tha. is ne chala kar kaha ke Khuda tujh se koi aur role chahta hai.</w:t>
      </w:r>
      <w:r>
        <w:br/>
      </w:r>
      <w:r>
        <w:rPr>
          <w:sz w:val="20"/>
        </w:rPr>
        <w:t>15:07  Khuda tujh se koi aur role chahta hai.</w:t>
      </w:r>
      <w:r>
        <w:br/>
      </w:r>
      <w:r>
        <w:rPr>
          <w:sz w:val="20"/>
        </w:rPr>
        <w:t>15:11  God wants me to play some other role.</w:t>
      </w:r>
      <w:r>
        <w:br/>
      </w:r>
      <w:r>
        <w:rPr>
          <w:sz w:val="20"/>
        </w:rPr>
        <w:t>15:18  wohi yahan par hai. sari Muslim ummah ko waqt aa gaya ke woh sochein ke Khuda tujh se kuch aur, koi aur role chahta hai.</w:t>
      </w:r>
      <w:r>
        <w:br/>
      </w:r>
      <w:r>
        <w:rPr>
          <w:sz w:val="20"/>
        </w:rPr>
        <w:t>15:30  yeh jo tum kar rahe ho, yeh matloob hi nahi Khuda ko. Khuda tujh se koi aur role chahta hai.</w:t>
      </w:r>
      <w:r>
        <w:br/>
      </w:r>
      <w:r>
        <w:rPr>
          <w:sz w:val="20"/>
        </w:rPr>
        <w:t>15:41  ab agar aap sochein is par, is tarah se reconsider karein, poori ummat aur ummat ke ulama sochein to aise isharat mojood hain jo batate hain ke Khuda ko kya role darkar hai.</w:t>
      </w:r>
      <w:r>
        <w:br/>
      </w:r>
      <w:r>
        <w:rPr>
          <w:sz w:val="20"/>
        </w:rPr>
        <w:t>15:59  woh hai dawat ka role.</w:t>
      </w:r>
    </w:p>
    <w:p>
      <w:pPr>
        <w:pStyle w:val="Heading2"/>
      </w:pPr>
      <w:r>
        <w:t>No opportunity is itself the biggest opportunity</w:t>
      </w:r>
    </w:p>
    <w:p>
      <w:r>
        <w:rPr>
          <w:color w:val="666666"/>
          <w:sz w:val="18"/>
        </w:rPr>
        <w:t>Revival and Revivalist June 7, 2015 · 2m 02s · at 36:35 · https://youtu.be/MCY8AJ87BXc?t=2195</w:t>
      </w:r>
    </w:p>
    <w:p>
      <w:r>
        <w:rPr>
          <w:i/>
        </w:rPr>
        <w:t>“A young man came back from America saying there's no scope in India”</w:t>
      </w:r>
    </w:p>
    <w:p>
      <w:r>
        <w:rPr>
          <w:sz w:val="20"/>
        </w:rPr>
        <w:t>36:35  mujhe yaad aata hai ek qissa, mein apnay office mein baitha hua tha,</w:t>
      </w:r>
      <w:r>
        <w:br/>
      </w:r>
      <w:r>
        <w:rPr>
          <w:sz w:val="20"/>
        </w:rPr>
        <w:t>36:41  ek naujawan aaya, woh naujawan ki taleem America mein hui thi, kisi wajah se woh America ko chhod kar India wapas aa gaya.</w:t>
      </w:r>
      <w:r>
        <w:br/>
      </w:r>
      <w:r>
        <w:rPr>
          <w:sz w:val="20"/>
        </w:rPr>
        <w:t>36:52  to us ke jo saathi thay, sab us ko kya kehte thay? yeh to America chhod kar yahan aa gaye, yahan koi scope kahan hai?</w:t>
      </w:r>
      <w:r>
        <w:br/>
      </w:r>
      <w:r>
        <w:rPr>
          <w:sz w:val="20"/>
        </w:rPr>
        <w:t>37:02  us ne mujhe bataya ke mere jitnay saathi hain, mere rishtedar hain, sab aik hi baat kehte hain,</w:t>
      </w:r>
      <w:r>
        <w:br/>
      </w:r>
      <w:r>
        <w:rPr>
          <w:sz w:val="20"/>
        </w:rPr>
        <w:t>37:09  to America ko chhod kar India aa gaye, yahan to koi scope nahi. to mein ne usay kaha ke scope na hona sab se bara scope hai,</w:t>
      </w:r>
      <w:r>
        <w:br/>
      </w:r>
      <w:r>
        <w:rPr>
          <w:sz w:val="20"/>
        </w:rPr>
        <w:t>37:23  India mein agar scope na ho to woh sab se bara scope hai. to us ne kaha, woh kaisay</w:t>
      </w:r>
      <w:r>
        <w:br/>
      </w:r>
      <w:r>
        <w:rPr>
          <w:sz w:val="20"/>
        </w:rPr>
        <w:t>37:31  ? mein ne kaha, jab scope na ho to aap ko challenge ban jata hai, woh scope, scope na hona aik challenge ban jata hai, aap ko motivate karta hai, motivate karta hai ke aakhri mein bhi insan hoon, mere paas bhi dimaagh hai, mere paas bhi degree hai, mein bhi koshish karoon, mein bhi aagay aagay barh sakta hoon.</w:t>
      </w:r>
      <w:r>
        <w:br/>
      </w:r>
      <w:r>
        <w:rPr>
          <w:sz w:val="20"/>
        </w:rPr>
        <w:t>37:55  to mein ne kaha ke India mein aap agar wapas na jayenge, America inshallah, to isi mulk mein aap taraqqi karenge. ab mujhe nahi maloom ke woh ladka kya karta hai, lekin us se mein ne kaha tha ke aap agar theher gaye India mein to aap dekhenge ke aap ke nature ne aap ko motivate kiya aur motivate kar ke aap ko taraqqi tak pahuncha diya.</w:t>
      </w:r>
      <w:r>
        <w:br/>
      </w:r>
      <w:r>
        <w:rPr>
          <w:sz w:val="20"/>
        </w:rPr>
        <w:t>38:18  jahan scope na ho, wahan motivation hota hai, jahan scope na ho, wahan muharrik hota hai,</w:t>
      </w:r>
      <w:r>
        <w:br/>
      </w:r>
      <w:r>
        <w:rPr>
          <w:sz w:val="20"/>
        </w:rPr>
        <w:t>38:25  jahan scope na ho, wahan challenge hota hai. yeh raaz hai zindagi ka. to jo log tajdeed ka kaam karne ke liye uthay hue hain, yeh sab pata jaanna chahiye.</w:t>
      </w:r>
    </w:p>
    <w:p>
      <w:pPr>
        <w:pStyle w:val="Heading2"/>
      </w:pPr>
      <w:r>
        <w:t>Greek myth of Pandora blamed for all evil</w:t>
      </w:r>
    </w:p>
    <w:p>
      <w:r>
        <w:rPr>
          <w:color w:val="666666"/>
          <w:sz w:val="18"/>
        </w:rPr>
        <w:t>The Position of Woman in Islam March 6, 2022 Maulana Wahiduddin Khan · 54s · at 9:13 · https://youtu.be/xEPOBSMmqk4?t=553</w:t>
      </w:r>
    </w:p>
    <w:p>
      <w:r>
        <w:rPr>
          <w:i/>
        </w:rPr>
        <w:t>“Greek mythology blamed Pandora for all the evil in the world”</w:t>
      </w:r>
    </w:p>
    <w:p>
      <w:r>
        <w:rPr>
          <w:sz w:val="20"/>
        </w:rPr>
        <w:t>9:13  to kar nahi pati thi to usi hisab se uske bare mein kahaniyan mashhoor huin. aur sabse pehli kahani jo greek mythology mein hai ki ek aurat thi pandora, to usko zeus ne banaya tha, zeus ek god tha, king of gods, to usne banaya phir usko zameen par bheja, to wo ek apne saath ek box lekar aayi.</w:t>
      </w:r>
      <w:r>
        <w:br/>
      </w:r>
      <w:r>
        <w:rPr>
          <w:sz w:val="20"/>
        </w:rPr>
        <w:t>9:40  to kehte hain ki duniya mein jitni bhi evil hai wo sab usi box mein bhari hui thi. usne ek din gussa ho gayi aur box khol diya to evils duniya mein phail gayi. halanki Islam ne bataya ki insaan ko aazadi di gayi hai to wo exercise karta hai usko kabhi use karta hai, kabhi misuse karta hai aur usi se sari buraiyan paida hoti hai. lekin wo tamam buraiyan jo hai na wo aurat ko attribute kardi gayi hai.</w:t>
      </w:r>
      <w:r>
        <w:br/>
      </w:r>
      <w:r>
        <w:rPr>
          <w:sz w:val="20"/>
        </w:rPr>
        <w:t>10:07  phir doosri jo thi jo sabse pehli aurat thi eve, to wahin se perception aurat ka sab galat ho gaya kyunki yeh kaha gaya ki jo Adam and Eve jo hai wo jannat mein rakhe gaye the aur wahan par ek ped ko mana kiya gaya tha ki is ped ka phal mat khana.</w:t>
      </w:r>
    </w:p>
    <w:p>
      <w:pPr>
        <w:pStyle w:val="Heading2"/>
      </w:pPr>
      <w:r>
        <w:t>Acknowledging God for all blessings</w:t>
      </w:r>
    </w:p>
    <w:p>
      <w:r>
        <w:rPr>
          <w:color w:val="666666"/>
          <w:sz w:val="18"/>
        </w:rPr>
        <w:t>Adjustment the Only Option September 19, 2010 Maulana Wahiduddin Khan · 5m 54s · at 8:50 · https://youtu.be/o5wG_ONm76s?t=530</w:t>
      </w:r>
    </w:p>
    <w:p>
      <w:r>
        <w:rPr>
          <w:i/>
        </w:rPr>
        <w:t>“Main ek misaal deta hoon, kal mere paas ek telephone aaya”</w:t>
      </w:r>
    </w:p>
    <w:p>
      <w:r>
        <w:rPr>
          <w:sz w:val="20"/>
        </w:rPr>
        <w:t>8:50  Lekin haqeeqi maano mein Khuda ko koi manta nahi. Main ek misaal deta hoon. Kal mere paas ek telephone aaya, ek sahab ka.</w:t>
      </w:r>
      <w:r>
        <w:br/>
      </w:r>
      <w:r>
        <w:rPr>
          <w:sz w:val="20"/>
        </w:rPr>
        <w:t>9:02  To baat cheet karte hue main ne poocha un se keh aap ke bachche hain? Aulaad hai aap ke?</w:t>
      </w:r>
      <w:r>
        <w:br/>
      </w:r>
      <w:r>
        <w:rPr>
          <w:sz w:val="20"/>
        </w:rPr>
        <w:t>9:11  Alhamdulillah, mere kai bete hain, kai ladke hain. Khoob Alhamdulillah, Alhamdulillah kar ke bolte rahe. To main ne kaha keh dekhiye, yeh Alhamdulillah ka to pata ho gaya aap ko keh aap ke bete betiyan hain aap ke paas?</w:t>
      </w:r>
      <w:r>
        <w:br/>
      </w:r>
      <w:r>
        <w:rPr>
          <w:sz w:val="20"/>
        </w:rPr>
        <w:t>9:28  Hain? Jab bhi aap kehte honge, khoob Alhamdulillah bolte honge. Kya aap ne kabhi kaha hai aap ne keh Alhamdulillah meri zuban chal rahi hai, main bol raha hoon?</w:t>
      </w:r>
      <w:r>
        <w:br/>
      </w:r>
      <w:r>
        <w:rPr>
          <w:sz w:val="20"/>
        </w:rPr>
        <w:t>9:41  Yeh zuban na chale to kaise bolenge aap? Alhamdulillah aaj main ne pani piya hai to pani gale se neeche utar gaya. Alhamdulillah aaj main ne khana khaya hai to khana pet mein ja kar hazam ho gaya.</w:t>
      </w:r>
      <w:r>
        <w:br/>
      </w:r>
      <w:r>
        <w:rPr>
          <w:sz w:val="20"/>
        </w:rPr>
        <w:t>9:57  Alhamdulillah main aaj kuch baat sochna chaha apne mind se to mere mind ne sochne, socha main, mind ne inkaar nahi kiya sochne se. Alhamdulillah main aankh se dekhna chaha to mujhe cheezein dikhai de rahi hain mujh ko.</w:t>
      </w:r>
      <w:r>
        <w:br/>
      </w:r>
      <w:r>
        <w:rPr>
          <w:sz w:val="20"/>
        </w:rPr>
        <w:t>10:13  Yeh to Alhamdulillah ke item hain. Alhamdulillah ke asal item yeh hain. Lekin yahan par kisi ki zuban se Alhamdulillah nahi nikalta.</w:t>
      </w:r>
      <w:r>
        <w:br/>
      </w:r>
      <w:r>
        <w:rPr>
          <w:sz w:val="20"/>
        </w:rPr>
        <w:t>10:23  Kyun? Yahan, you have to acknowledge God, the Creator.</w:t>
      </w:r>
      <w:r>
        <w:br/>
      </w:r>
      <w:r>
        <w:rPr>
          <w:sz w:val="20"/>
        </w:rPr>
        <w:t>10:30  Wahan kya hai? Bas beta beti, beta beti. Beta to logon ka God bana hua hai. To woh wahan Alhamdulillah keh kar ke apne hi God ko paate hain woh.</w:t>
      </w:r>
      <w:r>
        <w:br/>
      </w:r>
      <w:r>
        <w:rPr>
          <w:sz w:val="20"/>
        </w:rPr>
        <w:t>10:42  jab beta beti ke liye koi kehta hai alhamdulillah to mujhe bohat ghussa aata hai. ke tum ne kabhi Creator ke liye bhi alhamdulillah kaha?</w:t>
      </w:r>
      <w:r>
        <w:br/>
      </w:r>
      <w:r>
        <w:rPr>
          <w:sz w:val="20"/>
        </w:rPr>
        <w:t>10:55  ke alhamdulillah Khuda ne mujhe paida kiya. alhamdulillah mujhe Khuda ne yeh cheez di, woh cheez di, woh sab kuch jo aap ko mila hua hai, woh kis ne diya aap ko?</w:t>
      </w:r>
      <w:r>
        <w:br/>
      </w:r>
      <w:r>
        <w:rPr>
          <w:sz w:val="20"/>
        </w:rPr>
        <w:t>11:07  beta beti koi aap ne banaya hai?</w:t>
      </w:r>
      <w:r>
        <w:br/>
      </w:r>
      <w:r>
        <w:rPr>
          <w:sz w:val="20"/>
        </w:rPr>
        <w:t>11:13  to Khuda ke reference mein jab aap sochen ge to aap ko har cheez par lage ga. alhamdulillah meri zuban chal rahi hai, main bol raha hoon. kaise zuban chal rahi hai?</w:t>
      </w:r>
      <w:r>
        <w:br/>
      </w:r>
      <w:r>
        <w:rPr>
          <w:sz w:val="20"/>
        </w:rPr>
        <w:t>11:24  kaise main bol pata hoon? alhamdulillah meri taqat chal rahi hai, main chal kar ke yahan se wahan gaya, wahan se wahan gaya. alhamdulillah mera dil jo hai,</w:t>
      </w:r>
      <w:r>
        <w:br/>
      </w:r>
      <w:r>
        <w:rPr>
          <w:sz w:val="20"/>
        </w:rPr>
        <w:t>11:38  harkat kar raha hai. circulation of blood ko control ki hui hai. warna abhi, kal parson mere paas aik sahib ka telephone aaya.</w:t>
      </w:r>
      <w:r>
        <w:br/>
      </w:r>
      <w:r>
        <w:rPr>
          <w:sz w:val="20"/>
        </w:rPr>
        <w:t>11:49  un ke bhai</w:t>
      </w:r>
      <w:r>
        <w:br/>
      </w:r>
      <w:r>
        <w:rPr>
          <w:sz w:val="20"/>
        </w:rPr>
        <w:t>11:54  ka gurda kharab ho gaya. dono gurde. aap jante hain gurda jo hai safai karta hai khoon ki. gurda na rahe to khoon ki safai nahi ho sakti.</w:t>
      </w:r>
      <w:r>
        <w:br/>
      </w:r>
      <w:r>
        <w:rPr>
          <w:sz w:val="20"/>
        </w:rPr>
        <w:t>12:08  yeh dil pump karta hai khoon ko. pait ka kaam hai ke woh khana hazam kar ke khoon banaye.</w:t>
      </w:r>
      <w:r>
        <w:br/>
      </w:r>
      <w:r>
        <w:rPr>
          <w:sz w:val="20"/>
        </w:rPr>
        <w:t>12:19  khoon bana kar ke de body ko. dil ka kaam hai ke woh pump kar ke sari body mein pohanchaye. gurde ka kaam hai ke woh, kidney jo kehte hain aap, ke woh khoon ko saaf karta rahe.</w:t>
      </w:r>
      <w:r>
        <w:br/>
      </w:r>
      <w:r>
        <w:rPr>
          <w:sz w:val="20"/>
        </w:rPr>
        <w:t>12:36  ab bataein ke yeh in ka gurda fail ho gaya, ab chhe mahine tak woh dialysis par rahe, abhi woh mar gaye, woh un ka intiqal ho gaya.</w:t>
      </w:r>
      <w:r>
        <w:br/>
      </w:r>
      <w:r>
        <w:rPr>
          <w:sz w:val="20"/>
        </w:rPr>
        <w:t>12:47  to main ne socha ke dekho, mera digest system agar na kaam kare to khoon nahi banega. dil na kaam kare to khoon circulate nahi hoga.</w:t>
      </w:r>
      <w:r>
        <w:br/>
      </w:r>
      <w:r>
        <w:rPr>
          <w:sz w:val="20"/>
        </w:rPr>
        <w:t>13:00  gurda kaam na kare to khoon ki safai nahi hogi. to aik dam laga yeh ke bhai yeh kya, yeh kya hai yeh? It was a terrible experience.</w:t>
      </w:r>
      <w:r>
        <w:br/>
      </w:r>
      <w:r>
        <w:rPr>
          <w:sz w:val="20"/>
        </w:rPr>
        <w:t>13:13  Terrible experience.</w:t>
      </w:r>
      <w:r>
        <w:br/>
      </w:r>
      <w:r>
        <w:rPr>
          <w:sz w:val="20"/>
        </w:rPr>
        <w:t>13:18  main ne sab bhool gaye. kin kin shabdon mein is baat ko kahoon? ke kaise Khuda yeh to kar raha hai?</w:t>
      </w:r>
      <w:r>
        <w:br/>
      </w:r>
      <w:r>
        <w:rPr>
          <w:sz w:val="20"/>
        </w:rPr>
        <w:t>13:29  kaise yeh kar raha hai?</w:t>
      </w:r>
      <w:r>
        <w:br/>
      </w:r>
      <w:r>
        <w:rPr>
          <w:sz w:val="20"/>
        </w:rPr>
        <w:t>13:36  mere paas aksar telephone aate rehte hain isi tarah ke. ab kal parson aik telephone aaya. woh kya kehte hain?</w:t>
      </w:r>
      <w:r>
        <w:br/>
      </w:r>
      <w:r>
        <w:rPr>
          <w:sz w:val="20"/>
        </w:rPr>
        <w:t>13:47  ke Khuda ko tareef ki kya zaroorat hai? ab Quran mein kahin parh liya unhon ne alhamdulillah rabb-ul-alameen ka translation ke sari tareef Allah rabb-ul-alameen ke liye hai.</w:t>
      </w:r>
      <w:r>
        <w:br/>
      </w:r>
      <w:r>
        <w:rPr>
          <w:sz w:val="20"/>
        </w:rPr>
        <w:t>14:01  kahin parh liya unhon ne. ya angrezi mein parh liya ke sara praise jo hai Allah rabb-ul-alameen ke liye. to un ka Allah ko tareef ki kya zaroorat hai?</w:t>
      </w:r>
      <w:r>
        <w:br/>
      </w:r>
      <w:r>
        <w:rPr>
          <w:sz w:val="20"/>
        </w:rPr>
        <w:t>14:13  to main ne kaha ke dekhiye, yeh yeh hai wrong translation. alhamd jo hai is ka matlab tareef nahi hai, praise nahi hai.</w:t>
      </w:r>
      <w:r>
        <w:br/>
      </w:r>
      <w:r>
        <w:rPr>
          <w:sz w:val="20"/>
        </w:rPr>
        <w:t>14:25  is ka matlab hai acknowledge karna. acknowledge karna.</w:t>
      </w:r>
      <w:r>
        <w:br/>
      </w:r>
      <w:r>
        <w:rPr>
          <w:sz w:val="20"/>
        </w:rPr>
        <w:t>14:33  jab aap ko Khuda ki yeh blessing hai, itni sari blessing, to kya aap acknowledge nahi karein ge? Then you are worse than animal.</w:t>
      </w:r>
    </w:p>
    <w:p>
      <w:pPr>
        <w:pStyle w:val="Heading2"/>
      </w:pPr>
      <w:r>
        <w:t>No prophet is superior, all are equal</w:t>
      </w:r>
    </w:p>
    <w:p>
      <w:r>
        <w:rPr>
          <w:color w:val="666666"/>
          <w:sz w:val="18"/>
        </w:rPr>
        <w:t>From Political Empire to Opportunity Empire, Jan 3, 2010 · 54s · at 1:20:46 · https://youtu.be/beXYK7vtZ04?t=4846</w:t>
      </w:r>
    </w:p>
    <w:p>
      <w:r>
        <w:rPr>
          <w:i/>
        </w:rPr>
        <w:t>“دیکھیے، یہ غلط عقیدہ ہے۔ سارے انبیاء برابر ہیں”</w:t>
      </w:r>
    </w:p>
    <w:p>
      <w:r>
        <w:rPr>
          <w:sz w:val="20"/>
        </w:rPr>
        <w:t>1:20:46  dekhiye, yeh galat aqeeda hi galat hai. fawqiyat kahan hasil hai? yeh galat hai bilkul. saare anbiya barabar hain. yeh nazariya bilkul hi bid'at hai. bid'at.</w:t>
      </w:r>
      <w:r>
        <w:br/>
      </w:r>
      <w:r>
        <w:rPr>
          <w:sz w:val="20"/>
        </w:rPr>
        <w:t>1:21:01  hadith mein aata hai ke la tafdil 'ala anbiya'i. yeh kahan se nikal liya aap logon ne? musalmanon ne na quran mein hai na hadith mein.</w:t>
      </w:r>
      <w:r>
        <w:br/>
      </w:r>
      <w:r>
        <w:rPr>
          <w:sz w:val="20"/>
        </w:rPr>
        <w:t>1:21:13  woh jo ayat hai: " taqarrub rasool fazl ba'd ba'd ", us se log nikalte hain. ibn kathir ne is pe behas ki hai, unhon ne likha hai ke us se nahi nikalta. yeh nazariya fawqiyat ka nazariya la min quran mein hai.</w:t>
      </w:r>
      <w:r>
        <w:br/>
      </w:r>
      <w:r>
        <w:rPr>
          <w:sz w:val="20"/>
        </w:rPr>
        <w:t>1:21:30  hum nabiyon ke darmiyan farq nahi karte. yeh farq karne ka nazariya hai ke yeh fawq hai, woh ghair fawq hai. yahi yeh to bid'at nazariya hai. yeh</w:t>
      </w:r>
    </w:p>
    <w:p>
      <w:pPr>
        <w:pStyle w:val="Heading2"/>
      </w:pPr>
      <w:r>
        <w:t>Two formulas mutual recognition and respect</w:t>
      </w:r>
    </w:p>
    <w:p>
      <w:r>
        <w:rPr>
          <w:color w:val="666666"/>
          <w:sz w:val="18"/>
        </w:rPr>
        <w:t>Inter Faith Dialogue IIC 12 Mar 2007 - Maulana Wahiduddin Khan · 1m 41s · at 5:49 · https://youtu.be/VoRqhMN-2Oc?t=349</w:t>
      </w:r>
    </w:p>
    <w:p>
      <w:r>
        <w:rPr>
          <w:i/>
        </w:rPr>
        <w:t>“According to my study, there are two basic formulas available”</w:t>
      </w:r>
    </w:p>
    <w:p>
      <w:r>
        <w:rPr>
          <w:sz w:val="20"/>
        </w:rPr>
        <w:t>5:49  According to my study, there are two basic formulas available among religious people.</w:t>
      </w:r>
      <w:r>
        <w:br/>
      </w:r>
      <w:r>
        <w:rPr>
          <w:sz w:val="20"/>
        </w:rPr>
        <w:t>5:59  One that I may call is based on mutual recognition.</w:t>
      </w:r>
      <w:r>
        <w:br/>
      </w:r>
      <w:r>
        <w:rPr>
          <w:sz w:val="20"/>
        </w:rPr>
        <w:t>6:08  By mutual recognition, I mean that I am true, you are also true. So both are true. This is mutual recognition.</w:t>
      </w:r>
      <w:r>
        <w:br/>
      </w:r>
      <w:r>
        <w:rPr>
          <w:sz w:val="20"/>
        </w:rPr>
        <w:t>6:19  Then the second formula is based on mutual respect, that although maybe there is a difference between me and you, but we both would respect each other.</w:t>
      </w:r>
      <w:r>
        <w:br/>
      </w:r>
      <w:r>
        <w:rPr>
          <w:sz w:val="20"/>
        </w:rPr>
        <w:t>6:37  So as far as myself is concerned, I believe that there are very deep kinds of differences among different religions.</w:t>
      </w:r>
      <w:r>
        <w:br/>
      </w:r>
      <w:r>
        <w:rPr>
          <w:sz w:val="20"/>
        </w:rPr>
        <w:t>6:49  You cannot overlook these differences. So this kind of formula, which is based on mutual recognition, is not tenable</w:t>
      </w:r>
      <w:r>
        <w:br/>
      </w:r>
      <w:r>
        <w:rPr>
          <w:sz w:val="20"/>
        </w:rPr>
        <w:t>7:00  . It is not feasible. You may talk in this term, but I don't think that you can convince the other party that there is no difference between me and you, because the difference is very, very clear.</w:t>
      </w:r>
      <w:r>
        <w:br/>
      </w:r>
      <w:r>
        <w:rPr>
          <w:sz w:val="20"/>
        </w:rPr>
        <w:t>7:17  Very, very clear. So as far as my thinking is concerned, I believe in the formula of mutual respect.</w:t>
      </w:r>
    </w:p>
    <w:p>
      <w:pPr>
        <w:pStyle w:val="Heading2"/>
      </w:pPr>
      <w:r>
        <w:t>Forester analogy for divine provision</w:t>
      </w:r>
    </w:p>
    <w:p>
      <w:r>
        <w:rPr>
          <w:color w:val="666666"/>
          <w:sz w:val="18"/>
        </w:rPr>
        <w:t>Dars-e-Quran, Chapter 2, Verse 61 February 11, 2018 · 41s · at 23:06 · https://youtu.be/rgoE0nvFJJI?t=1386</w:t>
      </w:r>
    </w:p>
    <w:p>
      <w:r>
        <w:rPr>
          <w:i/>
        </w:rPr>
        <w:t>“To yeh kitni badi khushkhabri hai.”</w:t>
      </w:r>
    </w:p>
    <w:p>
      <w:r>
        <w:rPr>
          <w:sz w:val="20"/>
        </w:rPr>
        <w:t>23:06  toh yeh kitni badi khushkhabri hai. ek martaba mein ne parha tha ke government jab kisi insaan ko forester bana deti.</w:t>
      </w:r>
      <w:r>
        <w:br/>
      </w:r>
      <w:r>
        <w:rPr>
          <w:sz w:val="20"/>
        </w:rPr>
        <w:t>23:23  kyunke mulkon mein aap jante hain ke janglat ke ilaqay hotay hain. wahan forester bheje jatay hain. forester.</w:t>
      </w:r>
      <w:r>
        <w:br/>
      </w:r>
      <w:r>
        <w:rPr>
          <w:sz w:val="20"/>
        </w:rPr>
        <w:t>23:33  toh government in ko jo kuch deti hai usi ke sath in ko gun bhi deti hai. gun. kyunke janglat mein toh aap jante hain ke khoonkhar animal ho sakte hain.</w:t>
      </w:r>
    </w:p>
    <w:p>
      <w:pPr>
        <w:pStyle w:val="Heading2"/>
      </w:pPr>
      <w:r>
        <w:t>Khilafat movement not result-oriented</w:t>
      </w:r>
    </w:p>
    <w:p>
      <w:r>
        <w:rPr>
          <w:color w:val="666666"/>
          <w:sz w:val="18"/>
        </w:rPr>
        <w:t>Q&amp;A 13 Nov 2011 · 59s · at 23:28 · https://youtu.be/oOZ9h37_pL8?t=1408</w:t>
      </w:r>
    </w:p>
    <w:p>
      <w:r>
        <w:rPr>
          <w:i/>
        </w:rPr>
        <w:t>“Ghalat ka matlab hai ke be nateeja”</w:t>
      </w:r>
    </w:p>
    <w:p>
      <w:r>
        <w:rPr>
          <w:sz w:val="20"/>
        </w:rPr>
        <w:t>23:28  ghalat ka matlab hai ke be nateeja. ek to ghalat ka matlab hota hai ke sharab ghalat cheez hai, khinzir ghalat cheez hai.</w:t>
      </w:r>
      <w:r>
        <w:br/>
      </w:r>
      <w:r>
        <w:rPr>
          <w:sz w:val="20"/>
        </w:rPr>
        <w:t>23:38  woh ek alag ghalat ka mafhoom hota hai. lekin tehreek ke bare mein main kahoon ga ke be nateeja tehreekein theen yeh. kuch is ka ballah nahi tha is par khamkhwah nare laga rahe hain khilafat ke.</w:t>
      </w:r>
      <w:r>
        <w:br/>
      </w:r>
      <w:r>
        <w:rPr>
          <w:sz w:val="20"/>
        </w:rPr>
        <w:t>23:52  to</w:t>
      </w:r>
      <w:r>
        <w:br/>
      </w:r>
      <w:r>
        <w:rPr>
          <w:sz w:val="20"/>
        </w:rPr>
        <w:t>23:56  insani zindagi mein, samai zindagi mein woh kaam karna chahiye jis mein koi nateeja nikle, result oriented action. to main sirf yeh kehta hoon ke woh result oriented tareeqa nahi thi.</w:t>
      </w:r>
      <w:r>
        <w:br/>
      </w:r>
      <w:r>
        <w:rPr>
          <w:sz w:val="20"/>
        </w:rPr>
        <w:t>24:08  woh jazbati tareeqe theen. taqreerein, jalsay, jaloos, hangami kya hua qissa khatam. main sirf yahi kehta hoon agar meri tehreeron ko le kar unhon ne aisa kaha ho to main sirf yeh kehta hoon ke yeh tehreekein result oriented nahi theen.</w:t>
      </w:r>
    </w:p>
    <w:p>
      <w:pPr>
        <w:pStyle w:val="Heading2"/>
      </w:pPr>
      <w:r>
        <w:t>Difference between making history and recording history</w:t>
      </w:r>
    </w:p>
    <w:p>
      <w:r>
        <w:rPr>
          <w:color w:val="666666"/>
          <w:sz w:val="18"/>
        </w:rPr>
        <w:t>The Search of Man July 7, 2013 · 46s · at 46:39 · https://youtu.be/44_ud_OInuU?t=2799</w:t>
      </w:r>
    </w:p>
    <w:p>
      <w:r>
        <w:rPr>
          <w:i/>
        </w:rPr>
        <w:t>“Making history isn't in man's power, only God's”</w:t>
      </w:r>
    </w:p>
    <w:p>
      <w:r>
        <w:rPr>
          <w:sz w:val="20"/>
        </w:rPr>
        <w:t>46:39  Unhon ne likha hai: "tareekh saazi aur tareekh nigari mein farq kya hai?"</w:t>
      </w:r>
      <w:r>
        <w:br/>
      </w:r>
      <w:r>
        <w:rPr>
          <w:sz w:val="20"/>
        </w:rPr>
        <w:t>46:49  tareekh saazi to insan ke bas mein nahi hai. Yeh to khush khami hai. Log khush khawami mein log kehte hain kisi ko tareekh saaz shakhsiyat, koi shakhsiyat tareekh saazi nahi hui.</w:t>
      </w:r>
      <w:r>
        <w:br/>
      </w:r>
      <w:r>
        <w:rPr>
          <w:sz w:val="20"/>
        </w:rPr>
        <w:t>47:04  allah taala tareekh ki soorat giri allah taala ki taraf se hoti hai. To tareekh saazi ek ek bewajah tareef hai kisi insan ki.</w:t>
      </w:r>
      <w:r>
        <w:br/>
      </w:r>
      <w:r>
        <w:rPr>
          <w:sz w:val="20"/>
        </w:rPr>
        <w:t>47:16  haan, tareekh nigari theek hai, jo hua hai,</w:t>
      </w:r>
      <w:r>
        <w:br/>
      </w:r>
      <w:r>
        <w:rPr>
          <w:sz w:val="20"/>
        </w:rPr>
        <w:t>47:19  jo pesha hai, us ka bhi likhiye.</w:t>
      </w:r>
    </w:p>
    <w:p>
      <w:pPr>
        <w:pStyle w:val="Heading2"/>
      </w:pPr>
      <w:r>
        <w:t>personal history with Kashmir since 1968 and its resolution</w:t>
      </w:r>
    </w:p>
    <w:p>
      <w:r>
        <w:rPr>
          <w:color w:val="666666"/>
          <w:sz w:val="18"/>
        </w:rPr>
        <w:t>A Talk by Maulana Wahiduddin Khan Given to Members of CPS - Kashmir 1st December 2012 · 3m 37s · at 0:31 · https://youtu.be/EJdrj1olpic?t=31</w:t>
      </w:r>
    </w:p>
    <w:p>
      <w:r>
        <w:rPr>
          <w:i/>
        </w:rPr>
        <w:t>“My connection with Kashmir goes back to 1968”</w:t>
      </w:r>
    </w:p>
    <w:p>
      <w:r>
        <w:rPr>
          <w:sz w:val="20"/>
        </w:rPr>
        <w:t>0:31  aaj december 2012 ki pehli tareekh hai. is waqt mein</w:t>
      </w:r>
      <w:r>
        <w:br/>
      </w:r>
      <w:r>
        <w:rPr>
          <w:sz w:val="20"/>
        </w:rPr>
        <w:t>0:44  kashmiri bhaiyon ko address kar raha hoon.</w:t>
      </w:r>
      <w:r>
        <w:br/>
      </w:r>
      <w:r>
        <w:rPr>
          <w:sz w:val="20"/>
        </w:rPr>
        <w:t>0:52  kashmir se mera talluq bohat purana hai. fikri hasiyat se, pehli baar jab maine likha tha kashmir par to 1968 mein likha tha,</w:t>
      </w:r>
      <w:r>
        <w:br/>
      </w:r>
      <w:r>
        <w:rPr>
          <w:sz w:val="20"/>
        </w:rPr>
        <w:t>1:09  1968</w:t>
      </w:r>
      <w:r>
        <w:br/>
      </w:r>
      <w:r>
        <w:rPr>
          <w:sz w:val="20"/>
        </w:rPr>
        <w:t>1:13  . is waqt mein al jazeera weekly ka editor tha, to is mein maine ek mazmoon likha tha kashmir par.</w:t>
      </w:r>
      <w:r>
        <w:br/>
      </w:r>
      <w:r>
        <w:rPr>
          <w:sz w:val="20"/>
        </w:rPr>
        <w:t>1:29  is ke baad mein bar bar likhta raha, aur meri soch kashmir ke baray mein 1968 se ab tak ek hi hai.</w:t>
      </w:r>
      <w:r>
        <w:br/>
      </w:r>
      <w:r>
        <w:rPr>
          <w:sz w:val="20"/>
        </w:rPr>
        <w:t>1:44  meri soch ka jo khulasa tha, us ko aap is tarah samajh sakte hain ke</w:t>
      </w:r>
      <w:r>
        <w:br/>
      </w:r>
      <w:r>
        <w:rPr>
          <w:sz w:val="20"/>
        </w:rPr>
        <w:t>1:56  maine ek mazmoon likha tha jo chupa tha hindustan times mein, yaani dilli dilli ke angrezi akhbar mein, hindustan times mein.</w:t>
      </w:r>
      <w:r>
        <w:br/>
      </w:r>
      <w:r>
        <w:rPr>
          <w:sz w:val="20"/>
        </w:rPr>
        <w:t>2:11  to is ka title tha "acceptance of reality", yaani haqeeqat ka etraf.</w:t>
      </w:r>
      <w:r>
        <w:br/>
      </w:r>
      <w:r>
        <w:rPr>
          <w:sz w:val="20"/>
        </w:rPr>
        <w:t>2:22  to mera kehna yeh tha ke kashmiriyon ke liye success ka ek hi rasta hai, woh hai yeh ke woh haqeeqat ko maan lain.</w:t>
      </w:r>
      <w:r>
        <w:br/>
      </w:r>
      <w:r>
        <w:rPr>
          <w:sz w:val="20"/>
        </w:rPr>
        <w:t>2:37  haqeeqat se takrana sirf apni tabahi mein izafa karta hai.</w:t>
      </w:r>
      <w:r>
        <w:br/>
      </w:r>
      <w:r>
        <w:rPr>
          <w:sz w:val="20"/>
        </w:rPr>
        <w:t>2:49  to mein kashmir se itna zyada wabasta raha hoon ke yeh kehna mubalgha na hoga, exaggeration na hoga ke aap log agar</w:t>
      </w:r>
      <w:r>
        <w:br/>
      </w:r>
      <w:r>
        <w:rPr>
          <w:sz w:val="20"/>
        </w:rPr>
        <w:t>3:08  kashmiri by birth hain to mein kashmiri by choice hoon.</w:t>
      </w:r>
      <w:r>
        <w:br/>
      </w:r>
      <w:r>
        <w:rPr>
          <w:sz w:val="20"/>
        </w:rPr>
        <w:t>3:19  meri tamanna hai ke kashmir ke log taraqqi karain,</w:t>
      </w:r>
      <w:r>
        <w:br/>
      </w:r>
      <w:r>
        <w:rPr>
          <w:sz w:val="20"/>
        </w:rPr>
        <w:t>3:27  un ko</w:t>
      </w:r>
      <w:r>
        <w:br/>
      </w:r>
      <w:r>
        <w:rPr>
          <w:sz w:val="20"/>
        </w:rPr>
        <w:t>3:30  allah taala har tarah ki madad farmaye.</w:t>
      </w:r>
      <w:r>
        <w:br/>
      </w:r>
      <w:r>
        <w:rPr>
          <w:sz w:val="20"/>
        </w:rPr>
        <w:t>3:35  to mein aap sab logon ko salam karta hoon, aur aap sab logon ke liye duain karta hoon.</w:t>
      </w:r>
      <w:r>
        <w:br/>
      </w:r>
      <w:r>
        <w:rPr>
          <w:sz w:val="20"/>
        </w:rPr>
        <w:t>3:51  is waqt jo kuch mein kehna chahta hoon, woh dobara wohi hai jo mein hindustan times mein likha tha ke "acceptance of reality",</w:t>
      </w:r>
      <w:r>
        <w:br/>
      </w:r>
      <w:r>
        <w:rPr>
          <w:sz w:val="20"/>
        </w:rPr>
        <w:t>4:03  haqeeqat ka etraf.</w:t>
      </w:r>
    </w:p>
    <w:p>
      <w:pPr>
        <w:pStyle w:val="Heading2"/>
      </w:pPr>
      <w:r>
        <w:t>Jihad against desires as against enemies</w:t>
      </w:r>
    </w:p>
    <w:p>
      <w:r>
        <w:rPr>
          <w:color w:val="666666"/>
          <w:sz w:val="18"/>
        </w:rPr>
        <w:t>Jihad in Islam (English) June 12, 2007 Maulana Wahiduddin Khan · 2m 58s · at 12:02 · https://youtu.be/4_Qe6ZZ6c7o?t=722</w:t>
      </w:r>
    </w:p>
    <w:p>
      <w:r>
        <w:rPr>
          <w:i/>
        </w:rPr>
        <w:t>“Then there is a Hadith”</w:t>
      </w:r>
    </w:p>
    <w:p>
      <w:r>
        <w:rPr>
          <w:sz w:val="20"/>
        </w:rPr>
        <w:t>12:02  Then there is a Hadith, jahidu ahwaakum kama tujahiduna a'daaakum Do Jihad against your own desires as you do Jihad against your enemies.</w:t>
      </w:r>
      <w:r>
        <w:br/>
      </w:r>
      <w:r>
        <w:rPr>
          <w:sz w:val="20"/>
        </w:rPr>
        <w:t>12:27  So in this Hadith, the Prophet of Islam says that acting against your desire is also Jihad.</w:t>
      </w:r>
      <w:r>
        <w:br/>
      </w:r>
      <w:r>
        <w:rPr>
          <w:sz w:val="20"/>
        </w:rPr>
        <w:t>12:39  When you feel some unwanted desires, some negative thoughts, for example, lust and hate and selfishness and dishonesty and injustice,</w:t>
      </w:r>
      <w:r>
        <w:br/>
      </w:r>
      <w:r>
        <w:rPr>
          <w:sz w:val="20"/>
        </w:rPr>
        <w:t>12:59  intolerance, all these things are unwanted desires. So when you want to overpower these desires, when you want to control these desires,</w:t>
      </w:r>
      <w:r>
        <w:br/>
      </w:r>
      <w:r>
        <w:rPr>
          <w:sz w:val="20"/>
        </w:rPr>
        <w:t>13:16  that is Jihad.</w:t>
      </w:r>
      <w:r>
        <w:br/>
      </w:r>
      <w:r>
        <w:rPr>
          <w:sz w:val="20"/>
        </w:rPr>
        <w:t>13:20  Every time man feels some unwanted desires,</w:t>
      </w:r>
      <w:r>
        <w:br/>
      </w:r>
      <w:r>
        <w:rPr>
          <w:sz w:val="20"/>
        </w:rPr>
        <w:t>13:28  when you live in your family, in your society, every time there are unwanted desires like anger, hate,</w:t>
      </w:r>
      <w:r>
        <w:br/>
      </w:r>
      <w:r>
        <w:rPr>
          <w:sz w:val="20"/>
        </w:rPr>
        <w:t>13:42  malice, intolerance, injustice.</w:t>
      </w:r>
      <w:r>
        <w:br/>
      </w:r>
      <w:r>
        <w:rPr>
          <w:sz w:val="20"/>
        </w:rPr>
        <w:t>13:51  And</w:t>
      </w:r>
      <w:r>
        <w:br/>
      </w:r>
      <w:r>
        <w:rPr>
          <w:sz w:val="20"/>
        </w:rPr>
        <w:t>13:56  so all these things are unwanted desires. So you have to overpower all these desires.</w:t>
      </w:r>
      <w:r>
        <w:br/>
      </w:r>
      <w:r>
        <w:rPr>
          <w:sz w:val="20"/>
        </w:rPr>
        <w:t>14:07  You have to control all these desires.</w:t>
      </w:r>
      <w:r>
        <w:br/>
      </w:r>
      <w:r>
        <w:rPr>
          <w:sz w:val="20"/>
        </w:rPr>
        <w:t>14:09  So this practice is also Jihad.</w:t>
      </w:r>
      <w:r>
        <w:br/>
      </w:r>
      <w:r>
        <w:rPr>
          <w:sz w:val="20"/>
        </w:rPr>
        <w:t>14:14  So the Prophet</w:t>
      </w:r>
      <w:r>
        <w:br/>
      </w:r>
      <w:r>
        <w:rPr>
          <w:sz w:val="20"/>
        </w:rPr>
        <w:t>14:18  of Islam said, jahidu aadaakum kama tujahidoon</w:t>
      </w:r>
      <w:r>
        <w:br/>
      </w:r>
      <w:r>
        <w:rPr>
          <w:sz w:val="20"/>
        </w:rPr>
        <w:t>14:24  jahidu ahwaakum kama tujahidoon aadaakum</w:t>
      </w:r>
      <w:r>
        <w:br/>
      </w:r>
      <w:r>
        <w:rPr>
          <w:sz w:val="20"/>
        </w:rPr>
        <w:t>14:28  Do Jihad against your desires</w:t>
      </w:r>
      <w:r>
        <w:br/>
      </w:r>
      <w:r>
        <w:rPr>
          <w:sz w:val="20"/>
        </w:rPr>
        <w:t>14:32  as you do Jihad against your enemies.</w:t>
      </w:r>
      <w:r>
        <w:br/>
      </w:r>
      <w:r>
        <w:rPr>
          <w:sz w:val="20"/>
        </w:rPr>
        <w:t>14:38  So against enemy, you</w:t>
      </w:r>
      <w:r>
        <w:br/>
      </w:r>
      <w:r>
        <w:rPr>
          <w:sz w:val="20"/>
        </w:rPr>
        <w:t>14:45  when there is attack, when there is aggression, then compulsively you go to</w:t>
      </w:r>
      <w:r>
        <w:br/>
      </w:r>
      <w:r>
        <w:rPr>
          <w:sz w:val="20"/>
        </w:rPr>
        <w:t>14:54  war. That is defensive war.</w:t>
      </w:r>
    </w:p>
    <w:p>
      <w:pPr>
        <w:pStyle w:val="Heading2"/>
      </w:pPr>
      <w:r>
        <w:t>Core theory: separating Islam's permanent dawah from temporary politics</w:t>
      </w:r>
    </w:p>
    <w:p>
      <w:r>
        <w:rPr>
          <w:color w:val="666666"/>
          <w:sz w:val="18"/>
        </w:rPr>
        <w:t>Present Muslims- A Case of Wrong Identity February 13, 2011 · 5m 59s · at 17:35 · https://youtu.be/gDX72gIRL4E?t=1055</w:t>
      </w:r>
    </w:p>
    <w:p>
      <w:r>
        <w:rPr>
          <w:i/>
        </w:rPr>
        <w:t>“Ghalti kahan se hui hai? Zaroorat thi ijtihad ki”</w:t>
      </w:r>
    </w:p>
    <w:p>
      <w:r>
        <w:rPr>
          <w:sz w:val="20"/>
        </w:rPr>
        <w:t>17:35  to dekhiye, ghalti kahan se hui hai? maujooda zamanay mein aik cheez darkaar thi jo kehta hai ijtihad.</w:t>
      </w:r>
      <w:r>
        <w:br/>
      </w:r>
      <w:r>
        <w:rPr>
          <w:sz w:val="20"/>
        </w:rPr>
        <w:t>17:48  ijtihad ki kya naya ahmiyat hai ke bukhari mein riwayat hai ke " ijtihad karo tum aur tum se tum sahi ijtihad karo to double sawab, sawab milega.</w:t>
      </w:r>
      <w:r>
        <w:br/>
      </w:r>
      <w:r>
        <w:rPr>
          <w:sz w:val="20"/>
        </w:rPr>
        <w:t>18:00  ijtihad mein ghalti kar jao to aik sawab milega." yani har haal mein ijtihad karo. to ijtihad kiya cheez hai?</w:t>
      </w:r>
      <w:r>
        <w:br/>
      </w:r>
      <w:r>
        <w:rPr>
          <w:sz w:val="20"/>
        </w:rPr>
        <w:t>18:10  ijtihad ka basically yeh hai ke hamesha Islam ki tareekh mein yeh hoga aur hota hai ke permanent temporary mil jaata hai.</w:t>
      </w:r>
      <w:r>
        <w:br/>
      </w:r>
      <w:r>
        <w:rPr>
          <w:sz w:val="20"/>
        </w:rPr>
        <w:t>18:21  aik hai permanent item, aik hai temporary item. to permanent mein temporary mil jaata hai aur phir baad ko samajh lete hain ke dono zaroori hain.</w:t>
      </w:r>
      <w:r>
        <w:br/>
      </w:r>
      <w:r>
        <w:rPr>
          <w:sz w:val="20"/>
        </w:rPr>
        <w:t>18:32  to Islam aslan jo, jo temporary, jo permanent tha, permanent hissa jo tha woh dawat tha. dawat</w:t>
      </w:r>
      <w:r>
        <w:br/>
      </w:r>
      <w:r>
        <w:rPr>
          <w:sz w:val="20"/>
        </w:rPr>
        <w:t>18:41  yani permanent cheez jo thi woh dawat thi. temporary cheez jo thi woh koi yeh sab mil gaya. political role, ladai, yeh sab shamil ho gaya is mein.</w:t>
      </w:r>
      <w:r>
        <w:br/>
      </w:r>
      <w:r>
        <w:rPr>
          <w:sz w:val="20"/>
        </w:rPr>
        <w:t>18:53  to baad ke zamanay mein ijtihad karke kisi ko batana tha ke bhai woh to temporary role tha, temporary part tha. chhod do isko, permanent jo part tha woh dawat.</w:t>
      </w:r>
      <w:r>
        <w:br/>
      </w:r>
      <w:r>
        <w:rPr>
          <w:sz w:val="20"/>
        </w:rPr>
        <w:t>19:04  abhi bhi iske mawaqe maujood hain. dawat do, yani to separate the temporary from the permanent.</w:t>
      </w:r>
      <w:r>
        <w:br/>
      </w:r>
      <w:r>
        <w:rPr>
          <w:sz w:val="20"/>
        </w:rPr>
        <w:t>19:14  yeh hai ijtihad.</w:t>
      </w:r>
      <w:r>
        <w:br/>
      </w:r>
      <w:r>
        <w:rPr>
          <w:sz w:val="20"/>
        </w:rPr>
        <w:t>19:19  ijtihad ka sabse bada kaam yeh hai ke kuch to separate the temporary from the permanent. lekin yeh kaam nahi hua. kyun?</w:t>
      </w:r>
      <w:r>
        <w:br/>
      </w:r>
      <w:r>
        <w:rPr>
          <w:sz w:val="20"/>
        </w:rPr>
        <w:t>19:31  ijtihad ka galat mayar qaim ho gaya. hamari kitabon mein agar aap padhein ijtihad ke baray mein, fiqh ki kitabon mein ijtihad kiya hai? unke haan yani kuch imam hain, unko mujtahid e mutlaq maana jaata hai.</w:t>
      </w:r>
      <w:r>
        <w:br/>
      </w:r>
      <w:r>
        <w:rPr>
          <w:sz w:val="20"/>
        </w:rPr>
        <w:t>19:45  abuhunifa, shafi'i waghera. lekin unhonne kiya kiya? juz'iyat mein ijtihad kiya.</w:t>
      </w:r>
      <w:r>
        <w:br/>
      </w:r>
      <w:r>
        <w:rPr>
          <w:sz w:val="20"/>
        </w:rPr>
        <w:t>19:54  unhonne kulli at main koi ijtihad nahen. juz'iyat mein to juz'iyat mein ijtihad karne ko unhonne samjha, isko mushtad mutlaq ka darja de diya.</w:t>
      </w:r>
      <w:r>
        <w:br/>
      </w:r>
      <w:r>
        <w:rPr>
          <w:sz w:val="20"/>
        </w:rPr>
        <w:t>20:08  to ijtihad ka ghalat miyar qaim ho gaya.</w:t>
      </w:r>
      <w:r>
        <w:br/>
      </w:r>
      <w:r>
        <w:rPr>
          <w:sz w:val="20"/>
        </w:rPr>
        <w:t>20:12  ek sahib se meri mulaqat hui, woh ijtihad research kar rahe the. to maine poocha, "kya koi item bataiye ke kya research kar rahe hain aap?" yaani ijtihad pehri research kar rahe hain. woh</w:t>
      </w:r>
      <w:r>
        <w:br/>
      </w:r>
      <w:r>
        <w:rPr>
          <w:sz w:val="20"/>
        </w:rPr>
        <w:t>20:24  to unhonne bataya ke dekhiye, is zamane mein mas'ala yeh hai ke agar aadmi rozah rakhe hue hai, uski tabiyat kharab hui, ab injection dena hai, dawa uske jism mein injection ke zariye dakhil karna hai,</w:t>
      </w:r>
      <w:r>
        <w:br/>
      </w:r>
      <w:r>
        <w:rPr>
          <w:sz w:val="20"/>
        </w:rPr>
        <w:t>20:40  to isse rozah toote ga ke nahin toote ga? yeh sab research karte karte ek juz'i mujhe mila. isko yeh log kehte hain juz'i.</w:t>
      </w:r>
      <w:r>
        <w:br/>
      </w:r>
      <w:r>
        <w:rPr>
          <w:sz w:val="20"/>
        </w:rPr>
        <w:t>20:50  yaani bahut pehle koi fiqah tha ke uske zamane mein ek bichhone ne ek rozahdar ko ding maar diya.</w:t>
      </w:r>
      <w:r>
        <w:br/>
      </w:r>
      <w:r>
        <w:rPr>
          <w:sz w:val="20"/>
        </w:rPr>
        <w:t>21:01  ek aadmi jo rozah rakhe hue the, rozah usko ding maar diya, yaani zehar dakhil kar diya. to fiqah ne fatwa diya ke uska rozah nahin toota, rozah uska baqi hai.</w:t>
      </w:r>
      <w:r>
        <w:br/>
      </w:r>
      <w:r>
        <w:rPr>
          <w:sz w:val="20"/>
        </w:rPr>
        <w:t>21:14  isse unhonne nikala ke ke injection se rozah nahin toota. isiko ijtihad samajhte hain. juz'iyat mein yahi isse mas'ale nikalne ko ijtihad samajhte hain.</w:t>
      </w:r>
      <w:r>
        <w:br/>
      </w:r>
      <w:r>
        <w:rPr>
          <w:sz w:val="20"/>
        </w:rPr>
        <w:t>21:27  badi badi cheezon mein ijtihad karna tha</w:t>
      </w:r>
      <w:r>
        <w:br/>
      </w:r>
      <w:r>
        <w:rPr>
          <w:sz w:val="20"/>
        </w:rPr>
        <w:t>21:31  ke ladai bhadai ke mamle mein. yaani ab isi daur mein jo ban gaya, dar-us-salam, dar-ul-harb, dar-ul-kufar ki istilahaen ban gayeen aur zimmi aur harbi ki istilahaen ban gayeen.</w:t>
      </w:r>
      <w:r>
        <w:br/>
      </w:r>
      <w:r>
        <w:rPr>
          <w:sz w:val="20"/>
        </w:rPr>
        <w:t>21:44  yeh sab waqti thi, temporary aspect tha Islam ka, mustaqil nahin tha. woh ab aaj tak hi chal raha hai. jizya bhi temporary aspect tha.</w:t>
      </w:r>
      <w:r>
        <w:br/>
      </w:r>
      <w:r>
        <w:rPr>
          <w:sz w:val="20"/>
        </w:rPr>
        <w:t>21:54  jizya aur zimmi aur harbi aur dar-us-salam aur dar-ul-harb, dar-ul-kufar, yeh sara jitna bhi hai,</w:t>
      </w:r>
      <w:r>
        <w:br/>
      </w:r>
      <w:r>
        <w:rPr>
          <w:sz w:val="20"/>
        </w:rPr>
        <w:t>22:00  yeh sab Islam ka temporary part tha, permanent nahin tha. ab koi mujtahid khada hota, yeh kehta ke yeh sab cheezen Islam ka permanent part nahin hain, permanent to dawat hai, dawat hai, dawat hai, dawat hai.</w:t>
      </w:r>
      <w:r>
        <w:br/>
      </w:r>
      <w:r>
        <w:rPr>
          <w:sz w:val="20"/>
        </w:rPr>
        <w:t>22:16  yeh to waqti tha, ab iski iski baat to chodo. lekin koi mujtahid aisa nahin nikla jo yeh kahe, bas wohi juz'iyat mein tehqeeq karte rahe.</w:t>
      </w:r>
      <w:r>
        <w:br/>
      </w:r>
      <w:r>
        <w:rPr>
          <w:sz w:val="20"/>
        </w:rPr>
        <w:t>22:30  jaise maine misaal di aapko ke injection lagaye, rozah toote ga ke nahin toote ga? yeh jo moze pe masah hai, to pehle zamane mein chamde ka moza hua karta tha,</w:t>
      </w:r>
      <w:r>
        <w:br/>
      </w:r>
      <w:r>
        <w:rPr>
          <w:sz w:val="20"/>
        </w:rPr>
        <w:t>22:42  ab aaya hamare paas sanati moza. ab phiri mas'ala khada hua ke bhai jis tarah se is par masah tha, jaiz chamde ke moze par, to kya is mein bhi jaiz hai?</w:t>
      </w:r>
      <w:r>
        <w:br/>
      </w:r>
      <w:r>
        <w:rPr>
          <w:sz w:val="20"/>
        </w:rPr>
        <w:t>22:58  is qism ki choti choti baaton par mas'ala hai. main samajhta hoon ke isko chhodna chahiye logon ko, unke unke khud apne is par istighfar kaho ke chhodna chahiye.</w:t>
      </w:r>
      <w:r>
        <w:br/>
      </w:r>
      <w:r>
        <w:rPr>
          <w:sz w:val="20"/>
        </w:rPr>
        <w:t>23:11  chhoden jo cheezen hain, to sankron hazaron hoti hain. kahan tak fatwa denge aap? kahan tak fatwa denge? ab hajat bas sabr kar rahe hain to qabl har khwahish se karen?</w:t>
      </w:r>
      <w:r>
        <w:br/>
      </w:r>
      <w:r>
        <w:rPr>
          <w:sz w:val="20"/>
        </w:rPr>
        <w:t>23:22  yeh koi fatwe ki cheez hai? yeh isko is par daal diye. istighfar ka apne halaat ke lihaz se tum socho, apne concept ke mutabiq faisle kar lo.</w:t>
      </w:r>
    </w:p>
    <w:p>
      <w:pPr>
        <w:pStyle w:val="Heading2"/>
      </w:pPr>
      <w:r>
        <w:t>Edison's mother unlocked his potential</w:t>
      </w:r>
    </w:p>
    <w:p>
      <w:r>
        <w:rPr>
          <w:color w:val="666666"/>
          <w:sz w:val="18"/>
        </w:rPr>
        <w:t>Place of Woman in Islam-II | March 5, 2006 | Maulana Wahiduddin Khan · 5m 08s · at 22:35 · https://youtu.be/0s49N8jj560?t=1355</w:t>
      </w:r>
    </w:p>
    <w:p>
      <w:r>
        <w:rPr>
          <w:i/>
        </w:rPr>
        <w:t>“Aise hi jiti hain, aise hi mar jati hain”</w:t>
      </w:r>
    </w:p>
    <w:p>
      <w:r>
        <w:rPr>
          <w:sz w:val="20"/>
        </w:rPr>
        <w:t>22:35  aise hi jeeti hain, aise hi mar jati hain.</w:t>
      </w:r>
      <w:r>
        <w:br/>
      </w:r>
      <w:r>
        <w:rPr>
          <w:sz w:val="20"/>
        </w:rPr>
        <w:t>22:39  to main do misalein aap ko pesh karna chahta hoon yahan par.</w:t>
      </w:r>
      <w:r>
        <w:br/>
      </w:r>
      <w:r>
        <w:rPr>
          <w:sz w:val="20"/>
        </w:rPr>
        <w:t>22:42  ek misaal hai Thomas Alva Edison ki.</w:t>
      </w:r>
      <w:r>
        <w:br/>
      </w:r>
      <w:r>
        <w:rPr>
          <w:sz w:val="20"/>
        </w:rPr>
        <w:t>22:46  yeh America ka scientist tha jis ki maut hui hai 1931 mein. 1931 mein.</w:t>
      </w:r>
      <w:r>
        <w:br/>
      </w:r>
      <w:r>
        <w:rPr>
          <w:sz w:val="20"/>
        </w:rPr>
        <w:t>22:50  thomas alva edison.</w:t>
      </w:r>
      <w:r>
        <w:br/>
      </w:r>
      <w:r>
        <w:rPr>
          <w:sz w:val="20"/>
        </w:rPr>
        <w:t>22:54  aap jante hain ke yeh bohat hi bara mojid mana jata hai.</w:t>
      </w:r>
      <w:r>
        <w:br/>
      </w:r>
      <w:r>
        <w:rPr>
          <w:sz w:val="20"/>
        </w:rPr>
        <w:t>22:57  shayad sab se bara.</w:t>
      </w:r>
      <w:r>
        <w:br/>
      </w:r>
      <w:r>
        <w:rPr>
          <w:sz w:val="20"/>
        </w:rPr>
        <w:t>23:01  kyun ke is ke ej</w:t>
      </w:r>
      <w:r>
        <w:br/>
      </w:r>
      <w:r>
        <w:rPr>
          <w:sz w:val="20"/>
        </w:rPr>
        <w:t>23:05  adat ki tadad aik hazar se zyada hai.</w:t>
      </w:r>
      <w:r>
        <w:br/>
      </w:r>
      <w:r>
        <w:rPr>
          <w:sz w:val="20"/>
        </w:rPr>
        <w:t>23:09  bohat zyada cheezein is ne ijad keen.</w:t>
      </w:r>
      <w:r>
        <w:br/>
      </w:r>
      <w:r>
        <w:rPr>
          <w:sz w:val="20"/>
        </w:rPr>
        <w:t>23:14  aik hazar se zyada ya aik so se zyada mein abhi bhool raha hoon.</w:t>
      </w:r>
      <w:r>
        <w:br/>
      </w:r>
      <w:r>
        <w:rPr>
          <w:sz w:val="20"/>
        </w:rPr>
        <w:t>23:18  ya to aik so se zyada ya aik hazar se zyada.</w:t>
      </w:r>
      <w:r>
        <w:br/>
      </w:r>
      <w:r>
        <w:rPr>
          <w:sz w:val="20"/>
        </w:rPr>
        <w:t>23:22  beh-haal bohat zyada hain woh.</w:t>
      </w:r>
      <w:r>
        <w:br/>
      </w:r>
      <w:r>
        <w:rPr>
          <w:sz w:val="20"/>
        </w:rPr>
        <w:t>23:26  is ko aap dekh lijiyega.</w:t>
      </w:r>
      <w:r>
        <w:br/>
      </w:r>
      <w:r>
        <w:rPr>
          <w:sz w:val="20"/>
        </w:rPr>
        <w:t>23:31  to kya hua? thomas alva edison jo tha school mein parhta tha aur ustad ne is ko nikal diya.</w:t>
      </w:r>
      <w:r>
        <w:br/>
      </w:r>
      <w:r>
        <w:rPr>
          <w:sz w:val="20"/>
        </w:rPr>
        <w:t>23:35  kyun? is ko is ne samjha ke yeh retarder bachcha hai. aik kaan se woh sun nahin sakta tha. doosre kaan se bhi thoda kam hi sunta tha. to kam sunne ko unhon ne samjha ke retarder bachcha hai, is ko nikal diya. aur phir is ka is ko kisi school mein dakhila nahin mila. yahi insaan jo hai woh thomas alva edison bana. jis ne yeh ab yeh jo bulb aap gharon mein jalte hain, safed bulb.</w:t>
      </w:r>
      <w:r>
        <w:br/>
      </w:r>
      <w:r>
        <w:rPr>
          <w:sz w:val="20"/>
        </w:rPr>
        <w:t>24:05  yeh safed bulb isi edison ne banaya tha.</w:t>
      </w:r>
      <w:r>
        <w:br/>
      </w:r>
      <w:r>
        <w:rPr>
          <w:sz w:val="20"/>
        </w:rPr>
        <w:t>24:09  aur sari dunya mein aap dekhte hain safed bulb.</w:t>
      </w:r>
      <w:r>
        <w:br/>
      </w:r>
      <w:r>
        <w:rPr>
          <w:sz w:val="20"/>
        </w:rPr>
        <w:t>24:13  jis ko mercury bulb kaha jata hai.</w:t>
      </w:r>
      <w:r>
        <w:br/>
      </w:r>
      <w:r>
        <w:rPr>
          <w:sz w:val="20"/>
        </w:rPr>
        <w:t>24:16  yeh sab edison ne banaya tha.</w:t>
      </w:r>
      <w:r>
        <w:br/>
      </w:r>
      <w:r>
        <w:rPr>
          <w:sz w:val="20"/>
        </w:rPr>
        <w:t>24:20  aur bohat sari cheezein, bohat sari cheezein.</w:t>
      </w:r>
      <w:r>
        <w:br/>
      </w:r>
      <w:r>
        <w:rPr>
          <w:sz w:val="20"/>
        </w:rPr>
        <w:t>24:24  to kya hua? is ki maan thi, is ka naam tha nancy. miss nancy.</w:t>
      </w:r>
      <w:r>
        <w:br/>
      </w:r>
      <w:r>
        <w:rPr>
          <w:sz w:val="20"/>
        </w:rPr>
        <w:t>24:28  nancy aik ustad thi.</w:t>
      </w:r>
      <w:r>
        <w:br/>
      </w:r>
      <w:r>
        <w:rPr>
          <w:sz w:val="20"/>
        </w:rPr>
        <w:t>24:31  jab is ne dekha ke mere bachay ko kahin edison, kahin dakhla milne wala nahi</w:t>
      </w:r>
      <w:r>
        <w:br/>
      </w:r>
      <w:r>
        <w:rPr>
          <w:sz w:val="20"/>
        </w:rPr>
        <w:t>24:35  hai.</w:t>
      </w:r>
      <w:r>
        <w:br/>
      </w:r>
      <w:r>
        <w:rPr>
          <w:sz w:val="20"/>
        </w:rPr>
        <w:t>24:39  unhon ne ailan kar diya retarder hai woh.</w:t>
      </w:r>
      <w:r>
        <w:br/>
      </w:r>
      <w:r>
        <w:rPr>
          <w:sz w:val="20"/>
        </w:rPr>
        <w:t>24:43  lekin is ne dekha ke yeh zeheen bachha hai.</w:t>
      </w:r>
      <w:r>
        <w:br/>
      </w:r>
      <w:r>
        <w:rPr>
          <w:sz w:val="20"/>
        </w:rPr>
        <w:t>24:47  aisa nahi hai ke woh is ke andar zehn na ho.</w:t>
      </w:r>
      <w:r>
        <w:br/>
      </w:r>
      <w:r>
        <w:rPr>
          <w:sz w:val="20"/>
        </w:rPr>
        <w:t>24:51  to apne sare tawajjuh is ne bachay par laga di.</w:t>
      </w:r>
      <w:r>
        <w:br/>
      </w:r>
      <w:r>
        <w:rPr>
          <w:sz w:val="20"/>
        </w:rPr>
        <w:t>24:56  sab se pehle is ke andar seekhne ka shauq paida kiya.</w:t>
      </w:r>
      <w:r>
        <w:br/>
      </w:r>
      <w:r>
        <w:rPr>
          <w:sz w:val="20"/>
        </w:rPr>
        <w:t>25:00  woh kehta hai ke seekhne ka shauq sab se pehle meri maan ne mere andar paida kiya.</w:t>
      </w:r>
      <w:r>
        <w:br/>
      </w:r>
      <w:r>
        <w:rPr>
          <w:sz w:val="20"/>
        </w:rPr>
        <w:t>25:04  warna mein jaanta nahi tha ke seekhna bhi koi aham cheez hai.</w:t>
      </w:r>
      <w:r>
        <w:br/>
      </w:r>
      <w:r>
        <w:rPr>
          <w:sz w:val="20"/>
        </w:rPr>
        <w:t>25:08  aur is ke baad us ko parhaya.</w:t>
      </w:r>
      <w:r>
        <w:br/>
      </w:r>
      <w:r>
        <w:rPr>
          <w:sz w:val="20"/>
        </w:rPr>
        <w:t>25:14  is ke liye kitabein laayein, us ko angrezi mein acha banaya.</w:t>
      </w:r>
      <w:r>
        <w:br/>
      </w:r>
      <w:r>
        <w:rPr>
          <w:sz w:val="20"/>
        </w:rPr>
        <w:t>25:21  is ke liye library banai ghar ke andar.</w:t>
      </w:r>
      <w:r>
        <w:br/>
      </w:r>
      <w:r>
        <w:rPr>
          <w:sz w:val="20"/>
        </w:rPr>
        <w:t>25:28  bohat kuch karti rahi.</w:t>
      </w:r>
      <w:r>
        <w:br/>
      </w:r>
      <w:r>
        <w:rPr>
          <w:sz w:val="20"/>
        </w:rPr>
        <w:t>25:35  isi liye Edison ne kaha hai apni maan ke baray mein ke peechay meri tamam kamiyabiyon ke peechay</w:t>
      </w:r>
      <w:r>
        <w:br/>
      </w:r>
      <w:r>
        <w:rPr>
          <w:sz w:val="20"/>
        </w:rPr>
        <w:t>25:41  meri maa hi wahid zariya hai peechay meri tamam kamyabiyon ke peechay. meri maa hi sab se bara zariya hai. meri maa hi zariya hai peechay meri tamam kamyabiyon ke peechay. to is ne yahan par dekhiye. mein aksar sochta hoon ke agar woh bachcha is ka khoobsurat bachcha hota to shayad yeh bhi na hota. kyun ke khoobsurat bachche ko khilona lati hai, chocolate khilat</w:t>
      </w:r>
      <w:r>
        <w:br/>
      </w:r>
      <w:r>
        <w:rPr>
          <w:sz w:val="20"/>
        </w:rPr>
        <w:t>26:11  hai.</w:t>
      </w:r>
      <w:r>
        <w:br/>
      </w:r>
      <w:r>
        <w:rPr>
          <w:sz w:val="20"/>
        </w:rPr>
        <w:t>26:15  jaisa ke Maazuddin Dakshya ka qissa mein ne bayan kiya aap ki khidmat mein.</w:t>
      </w:r>
      <w:r>
        <w:br/>
      </w:r>
      <w:r>
        <w:rPr>
          <w:sz w:val="20"/>
        </w:rPr>
        <w:t>26:19  apne khoobsurat bachon ke liye woh apne ko fana ki hui hai.</w:t>
      </w:r>
      <w:r>
        <w:br/>
      </w:r>
      <w:r>
        <w:rPr>
          <w:sz w:val="20"/>
        </w:rPr>
        <w:t>26:23  woh bachcha bechara retarder tha, shakal surat bhi achi nahi thi.</w:t>
      </w:r>
      <w:r>
        <w:br/>
      </w:r>
      <w:r>
        <w:rPr>
          <w:sz w:val="20"/>
        </w:rPr>
        <w:t>26:27  toh us ko woh khilona aur toffee ka woh nahi ban saka.</w:t>
      </w:r>
      <w:r>
        <w:br/>
      </w:r>
      <w:r>
        <w:rPr>
          <w:sz w:val="20"/>
        </w:rPr>
        <w:t>26:31  balkeh us ne parhaya us ko.</w:t>
      </w:r>
      <w:r>
        <w:br/>
      </w:r>
      <w:r>
        <w:rPr>
          <w:sz w:val="20"/>
        </w:rPr>
        <w:t>26:35  aur parhate parhate us ko scientist bana diya.</w:t>
      </w:r>
      <w:r>
        <w:br/>
      </w:r>
      <w:r>
        <w:rPr>
          <w:sz w:val="20"/>
        </w:rPr>
        <w:t>26:38  toh mein samajhta hoon ke yeh aik achi misaal hai tareekh mein ke aik aurat ne</w:t>
      </w:r>
      <w:r>
        <w:br/>
      </w:r>
      <w:r>
        <w:rPr>
          <w:sz w:val="20"/>
        </w:rPr>
        <w:t>26:42  aik retarder bachay ko jab apni hadaf banaya toh us ko aik bara scientist bana diya us ne.</w:t>
      </w:r>
      <w:r>
        <w:br/>
      </w:r>
      <w:r>
        <w:rPr>
          <w:sz w:val="20"/>
        </w:rPr>
        <w:t>26:50  aisi tareekh mein misalein bohat kam hain, mere ilm mein toh nahi hain.</w:t>
      </w:r>
      <w:r>
        <w:br/>
      </w:r>
      <w:r>
        <w:rPr>
          <w:sz w:val="20"/>
        </w:rPr>
        <w:t>26:58  lekin is mein aap dekh sakte hain ke kis tarah aik aurat apne potential ko insaniyat ki taameer</w:t>
      </w:r>
      <w:r>
        <w:br/>
      </w:r>
      <w:r>
        <w:rPr>
          <w:sz w:val="20"/>
        </w:rPr>
        <w:t>27:05  mein istemal kar sakti hai.</w:t>
      </w:r>
      <w:r>
        <w:br/>
      </w:r>
      <w:r>
        <w:rPr>
          <w:sz w:val="20"/>
        </w:rPr>
        <w:t>27:13  kis tarah insaniyat ki taraqqi mein woh insaan ke insaniyat ki taraqqi ke qaafley ko aage barha sakti hai.</w:t>
      </w:r>
      <w:r>
        <w:br/>
      </w:r>
      <w:r>
        <w:rPr>
          <w:sz w:val="20"/>
        </w:rPr>
        <w:t>27:21  yeh sirf Miss Nancy hi ke liye mumkin nahi tha balkeh har aik ke liye mumkin hai.</w:t>
      </w:r>
      <w:r>
        <w:br/>
      </w:r>
      <w:r>
        <w:rPr>
          <w:sz w:val="20"/>
        </w:rPr>
        <w:t>27:28  mein samajhta hoon ke har aurat ke liye mumkin hai ke woh tareekh ke safar ko aage barhaye</w:t>
      </w:r>
      <w:r>
        <w:br/>
      </w:r>
      <w:r>
        <w:rPr>
          <w:sz w:val="20"/>
        </w:rPr>
        <w:t>27:36  aur koi bara kaam kar ke duniya se jaaye.</w:t>
      </w:r>
    </w:p>
    <w:p>
      <w:pPr>
        <w:pStyle w:val="Heading2"/>
      </w:pPr>
      <w:r>
        <w:t>Boycotting Western goods is pointless — the Denmark story</w:t>
      </w:r>
    </w:p>
    <w:p>
      <w:r>
        <w:rPr>
          <w:color w:val="666666"/>
          <w:sz w:val="18"/>
        </w:rPr>
        <w:t>Spirit of Ramadan June 14, 2015 · 5m 48s · at 34:32 · https://youtu.be/mKQdhE2rhdQ?t=2072</w:t>
      </w:r>
    </w:p>
    <w:p>
      <w:r>
        <w:rPr>
          <w:i/>
        </w:rPr>
        <w:t>“Duniya ko kya khair de sakte hain hum?”</w:t>
      </w:r>
    </w:p>
    <w:p>
      <w:r>
        <w:rPr>
          <w:sz w:val="20"/>
        </w:rPr>
        <w:t>34:32  ek nayi planning duniya ko kya khair de sakte hain hum, duniya ko kya good hum de sakte hain?</w:t>
      </w:r>
      <w:r>
        <w:br/>
      </w:r>
      <w:r>
        <w:rPr>
          <w:sz w:val="20"/>
        </w:rPr>
        <w:t>34:38  kyunke musalman woh hai jo naafe ho, giver. musalman ko duniya ka giver member banna hai, duniya ki society ka giver member, taker nahi.</w:t>
      </w:r>
      <w:r>
        <w:br/>
      </w:r>
      <w:r>
        <w:rPr>
          <w:sz w:val="20"/>
        </w:rPr>
        <w:t>34:51  wa ma mind for naas pillar.</w:t>
      </w:r>
      <w:r>
        <w:br/>
      </w:r>
      <w:r>
        <w:rPr>
          <w:sz w:val="20"/>
        </w:rPr>
        <w:t>34:55  to mein samajhta hoon ke aanay walay ramzan mein hum ko yeh chahiye, aur mein Allah ke fazl se khud is mein shareek hoon ke hum yeh sochen ke hum dunya ko kya de sakte hain.</w:t>
      </w:r>
      <w:r>
        <w:br/>
      </w:r>
      <w:r>
        <w:rPr>
          <w:sz w:val="20"/>
        </w:rPr>
        <w:t>35:11  dunya ko aap industry ke sath kuch nahi de sakte, gas library nahi de sakte aap. aur karwayaat, karwayaat kahan den ge?</w:t>
      </w:r>
      <w:r>
        <w:br/>
      </w:r>
      <w:r>
        <w:rPr>
          <w:sz w:val="20"/>
        </w:rPr>
        <w:t>35:21  kal mein ne ek arab scholar ki ek taqreer parhi, idhar unhon ne likha hai ke is mein kaha tha unhon ne ke hum ko maghrib ke saman ka boycott karna chahiye.</w:t>
      </w:r>
      <w:r>
        <w:br/>
      </w:r>
      <w:r>
        <w:rPr>
          <w:sz w:val="20"/>
        </w:rPr>
        <w:t>35:33  to mujhe bohat ta'ajjub hua, maghrib ke saman ka boycott kar ke aap kya karein ge? kai baar yeh baatein kahi gayi hain, kai baar ke maghrib ke saman ka boycott.</w:t>
      </w:r>
      <w:r>
        <w:br/>
      </w:r>
      <w:r>
        <w:rPr>
          <w:sz w:val="20"/>
        </w:rPr>
        <w:t>35:46  maghribi kitaab ko sab cheez mil rahi hai, boycott karein ge aap? yaani jo aadmi taqreer kar raha tha, mein ne socha khud us ki jeb mein jo mobile hoga, woh maghrib pe din hai, us ka jo kapra pehanne hoga, woh maghrib pe din hai,</w:t>
      </w:r>
      <w:r>
        <w:br/>
      </w:r>
      <w:r>
        <w:rPr>
          <w:sz w:val="20"/>
        </w:rPr>
        <w:t>36:02  jis loud speaker bol raha hoga, woh maghrib pe din hai. to kaise boycott karein ge aap? yeh koi planning nahi hai ke aap planning karein ke hamein boycott karna hai maghrib ke maal maal ka</w:t>
      </w:r>
      <w:r>
        <w:br/>
      </w:r>
      <w:r>
        <w:rPr>
          <w:sz w:val="20"/>
        </w:rPr>
        <w:t>36:14  . nahi, hum ne dena hai. aap aise literature tayyar kijiye jo un ke Islam ki sachai ko un par babraan kare, un ko is Islam ki sachai ko maanne wala banaye.</w:t>
      </w:r>
      <w:r>
        <w:br/>
      </w:r>
      <w:r>
        <w:rPr>
          <w:sz w:val="20"/>
        </w:rPr>
        <w:t>36:29  maal nahi kaatne se kya faida? maal kaatne se kya faida?</w:t>
      </w:r>
      <w:r>
        <w:br/>
      </w:r>
      <w:r>
        <w:rPr>
          <w:sz w:val="20"/>
        </w:rPr>
        <w:t>36:34  yaani ek ek lateefa arz karunga, jab cartoon chupa tha Denmark ke parche mein to Muslim countries mein yahi naarha utha tha ke Denmark ke Denmark jo hai, woh wahan mulk product bohat hai.</w:t>
      </w:r>
      <w:r>
        <w:br/>
      </w:r>
      <w:r>
        <w:rPr>
          <w:sz w:val="20"/>
        </w:rPr>
        <w:t>36:54  wahan par</w:t>
      </w:r>
      <w:r>
        <w:br/>
      </w:r>
      <w:r>
        <w:rPr>
          <w:sz w:val="20"/>
        </w:rPr>
        <w:t>36:55  Denmark mein jo doodh se banne walay saman hotay hain, us ka bohat wahan par industries hain, bohat ziyada mulk product ki.</w:t>
      </w:r>
      <w:r>
        <w:br/>
      </w:r>
      <w:r>
        <w:rPr>
          <w:sz w:val="20"/>
        </w:rPr>
        <w:t>37:05  to hamein Denmark ke mulk products ka boycott karna chahiye.</w:t>
      </w:r>
      <w:r>
        <w:br/>
      </w:r>
      <w:r>
        <w:rPr>
          <w:sz w:val="20"/>
        </w:rPr>
        <w:t>37:13  to mujhe mujhe pata chala tha ke kuch gharon mein josh mein is pe amal kiya unhon ne. yaani Denmark se aata tha jo jo butter aur doosre mulk product, us ko boycott kiya unhon ne.</w:t>
      </w:r>
      <w:r>
        <w:br/>
      </w:r>
      <w:r>
        <w:rPr>
          <w:sz w:val="20"/>
        </w:rPr>
        <w:t>37:27  to chand din ke baad un ke bachon ne kaha ke bhai yeh nahi khana hai. yaani doosre mulkon ke mangwa ke ghar mein fridge mein rakh diya unhon ne, doosre mulkon ke ke mulk products.</w:t>
      </w:r>
      <w:r>
        <w:br/>
      </w:r>
      <w:r>
        <w:rPr>
          <w:sz w:val="20"/>
        </w:rPr>
        <w:t>37:38  to bachon ne kaha hamein hamein nahi khana, hamein to wahi chahiye,</w:t>
      </w:r>
      <w:r>
        <w:br/>
      </w:r>
      <w:r>
        <w:rPr>
          <w:sz w:val="20"/>
        </w:rPr>
        <w:t>37:42  hamein wahi Denmark wala chahiye kyunke sab se aala quality ka hota hai Denmark ka. to kya hua? maa baap jo thay, unhon ne surrender kar diya.</w:t>
      </w:r>
      <w:r>
        <w:br/>
      </w:r>
      <w:r>
        <w:rPr>
          <w:sz w:val="20"/>
        </w:rPr>
        <w:t>37:53  jo bachay bachon ne kaha, wahi wahi karne lagay. to aisa yaani ridiculous hai, aisa naarha dena jo chalne wala na ho, jo naarha chalne wala na ho.</w:t>
      </w:r>
      <w:r>
        <w:br/>
      </w:r>
      <w:r>
        <w:rPr>
          <w:sz w:val="20"/>
        </w:rPr>
        <w:t>38:05  to ridiculous hai. kya aap awaz par nahi urein ge? kya aap car par nahi baithein ge? kya aap mobile istemal nahi karein ge?</w:t>
      </w:r>
      <w:r>
        <w:br/>
      </w:r>
      <w:r>
        <w:rPr>
          <w:sz w:val="20"/>
        </w:rPr>
        <w:t>38:12  har har cheez to wahin se aati hai, wahin unhi ki technology hai jo jo agar doosre jagahon par saman ban raha hai to woh bhi unhi ki technology hai, unhi ka expert hai.</w:t>
      </w:r>
      <w:r>
        <w:br/>
      </w:r>
      <w:r>
        <w:rPr>
          <w:sz w:val="20"/>
        </w:rPr>
        <w:t>38:25  to mein yahi kahunga ke is baar hum mein se har shakhs ko ramzan mein yeh spirit jagana hai, yaani giving spirit.</w:t>
      </w:r>
      <w:r>
        <w:br/>
      </w:r>
      <w:r>
        <w:rPr>
          <w:sz w:val="20"/>
        </w:rPr>
        <w:t>38:40  ab dunya ko kya dein?</w:t>
      </w:r>
      <w:r>
        <w:br/>
      </w:r>
      <w:r>
        <w:rPr>
          <w:sz w:val="20"/>
        </w:rPr>
        <w:t>38:43  to mein arz karunga ke hamare paas dene ke liye sirf ek cheez hai, woh hai ideology, tauheed ki ideology. hamare paas kuch nahi hai dene ke liye kyunke saare technology to unhi ke hain, har cheez unhi se lete hain.</w:t>
      </w:r>
      <w:r>
        <w:br/>
      </w:r>
      <w:r>
        <w:rPr>
          <w:sz w:val="20"/>
        </w:rPr>
        <w:t>38:59  saare market, saare saabiq center unhi ki technology se bhare hue hain. lekin ek cheez hamare paas woh hai jo un ke paas nahi hai, woh hai ideology,</w:t>
      </w:r>
      <w:r>
        <w:br/>
      </w:r>
      <w:r>
        <w:rPr>
          <w:sz w:val="20"/>
        </w:rPr>
        <w:t>39:09  ideology of truth. hamare paas yeh cheez maujood hai. to hamein isi ki planning karna chahiye, dawat ki planning,</w:t>
      </w:r>
      <w:r>
        <w:br/>
      </w:r>
      <w:r>
        <w:rPr>
          <w:sz w:val="20"/>
        </w:rPr>
        <w:t>39:24  quran ko har zaban mein tarjuma kar ke logon tak pohnchana, sirat rasool pe kitab mein likh kar ke, yani peaceful andaz mein is ko logon tak pohnchana har zaban mein.</w:t>
      </w:r>
      <w:r>
        <w:br/>
      </w:r>
      <w:r>
        <w:rPr>
          <w:sz w:val="20"/>
        </w:rPr>
        <w:t>39:39  to hamari jo jo planning hoti hogi, wo ideology based hogi. ye nahi ke maal ka boycott karein, un ke khilaf mazameen chapaein, un ke khilaf taqreerein karein.</w:t>
      </w:r>
      <w:r>
        <w:br/>
      </w:r>
      <w:r>
        <w:rPr>
          <w:sz w:val="20"/>
        </w:rPr>
        <w:t>39:49  ye koi planning nahi hai. dekhein, jo jo planning chalne wali na ho, jo effective na ho, wo planning nahi hai.</w:t>
      </w:r>
      <w:r>
        <w:br/>
      </w:r>
      <w:r>
        <w:rPr>
          <w:sz w:val="20"/>
        </w:rPr>
        <w:t>39:58  wo koi bhi doosri planning to musalman bohat kar chuke hain, wo effective nahi hui.</w:t>
      </w:r>
      <w:r>
        <w:br/>
      </w:r>
      <w:r>
        <w:rPr>
          <w:sz w:val="20"/>
        </w:rPr>
        <w:t>40:08  to jo mansooba amal mein na aa sake, matlab result jo chahte hain aap, wo result is se na nikle, to wo wo mansooba nahi tha, wo planning nahi thi.</w:t>
      </w:r>
    </w:p>
    <w:p>
      <w:pPr>
        <w:pStyle w:val="Heading2"/>
      </w:pPr>
      <w:r>
        <w:t>Only 0.6% of Quran verses concern war, three battles total</w:t>
      </w:r>
    </w:p>
    <w:p>
      <w:r>
        <w:rPr>
          <w:color w:val="666666"/>
          <w:sz w:val="18"/>
        </w:rPr>
        <w:t>War and Peace in Islam January 2, 2022 Prof. Farida Khanam · 2m 23s · at 6:05 · https://youtu.be/6x_Q013u794?t=365</w:t>
      </w:r>
    </w:p>
    <w:p>
      <w:r>
        <w:rPr>
          <w:i/>
        </w:rPr>
        <w:t>“Quran ki revelation ki muddat hai teis saal”</w:t>
      </w:r>
    </w:p>
    <w:p>
      <w:r>
        <w:rPr>
          <w:sz w:val="20"/>
        </w:rPr>
        <w:t>6:05  To, to sabse pehle hum yah dekhenge ki jo Quran ki jo muddat hai revelation ki vah hai te'ees saal. Terah saal aap Makka mein rahen aur das saal Madine mein.</w:t>
      </w:r>
      <w:r>
        <w:br/>
      </w:r>
      <w:r>
        <w:rPr>
          <w:sz w:val="20"/>
        </w:rPr>
        <w:t>6:18  To ismein jo bees saal jo Quran ke ayaten utri hain, vah sab ke sab vahi thi jo aqeeda, tawheed, akhlaq, wisdom, yah sab baaten thi vahi mein. Lekin sirf teen saal jabki jang kar rahe the dushman, Quraish jang kar rahe the musalla jang.</w:t>
      </w:r>
      <w:r>
        <w:br/>
      </w:r>
      <w:r>
        <w:rPr>
          <w:sz w:val="20"/>
        </w:rPr>
        <w:t>6:44  To us waqt kuch aayaten hain jinki tadad chalis batai jati hai, kuch aayaten aisi hain jismein jang karne ke liye kaha gaya. Asal mein Musalmanon ko itna zyada sabro-raz ki bare mein bataya ja raha tha ki unhon ne jab jang ka mauka aaya jab vo log Madina pahunch gae aur apne faujon ke sath to us waqt bhi vah jang se hichkichaa rahe the. Isliye kuch aayaten utni.</w:t>
      </w:r>
      <w:r>
        <w:br/>
      </w:r>
      <w:r>
        <w:rPr>
          <w:sz w:val="20"/>
        </w:rPr>
        <w:t>7:13  To in aayat in aayaton ka jo percentage hai vah point 6% hai aur usmein bhi aapne bar bar aaitraz kiya kyunki kitabon mein aap dekhenge to aapko dekh ke assi, 83 ghazwa bataye jate hain.</w:t>
      </w:r>
      <w:r>
        <w:br/>
      </w:r>
      <w:r>
        <w:rPr>
          <w:sz w:val="20"/>
        </w:rPr>
        <w:t>7:33  Lekin aap Rasool Allah (SAW) sirf teen ghazwa mein sharik hue Badr, Uhud aur Hunain aur usmein bhi sirf aadhe aadhe din ka jang hui thi jisko hum is karish keh sakte hain. To eighty eighty jo ghazwa jo bataye jate hain usmein aapne ehsas ke zariye usne usne tadbeer ke zariye usko avoid kiya.</w:t>
      </w:r>
      <w:r>
        <w:br/>
      </w:r>
      <w:r>
        <w:rPr>
          <w:sz w:val="20"/>
        </w:rPr>
        <w:t>8:00  Kabhi aapne khandak khod di, kabhi batchit ki, negotiation kiya. Is tarike se aap jo hai sirf teen ghazwa mein shamil hue jabki bilkul aapko majboor kar diya gaya tha aur koi dusra chara nahin tha tab teen ghazwa hue hain. Asal mein us zamane mein kya hai ki har aadmi vah zamana police aur fauj ka zamana tha nahin. To vah jo bhi lathi danda, jo bhi hathiyar hote the, usko lekar log chalte the.</w:t>
      </w:r>
      <w:r>
        <w:br/>
      </w:r>
      <w:r>
        <w:rPr>
          <w:sz w:val="20"/>
        </w:rPr>
        <w:t>8:28  To aaj log samajhte nahin hain ki hathiyar lekar kyon chal rahe hain? Yah log to vah samajhte nahin hain. Vah to unka defense tha hota tha. Kyunki vah aaj ki duniya aur vah zamane ki duniya bilkul alag thi. Khud hi apna defense karna hota tha. To vah jang karne le nahin ja rahe hote hain balki apne defense ke liye jo bhi hathiyar hota tha vah usko apne paas rakh lete the.</w:t>
      </w:r>
    </w:p>
    <w:p>
      <w:pPr>
        <w:pStyle w:val="Heading2"/>
      </w:pPr>
      <w:r>
        <w:t>A hardline group approves the books once they see 'Sufi'</w:t>
      </w:r>
    </w:p>
    <w:p>
      <w:r>
        <w:rPr>
          <w:color w:val="666666"/>
          <w:sz w:val="18"/>
        </w:rPr>
        <w:t>Contribution of Sufism in India May 29, 2011 · 1m 35s · at 39:41 · https://youtu.be/lzxSaTnomio?t=2381</w:t>
      </w:r>
    </w:p>
    <w:p>
      <w:r>
        <w:rPr>
          <w:i/>
        </w:rPr>
        <w:t>“A hardline Hindu group questioned why we were spreading Islam”</w:t>
      </w:r>
    </w:p>
    <w:p>
      <w:r>
        <w:rPr>
          <w:sz w:val="20"/>
        </w:rPr>
        <w:t>39:41  hamare kuch saathi ek martaba mujhe maloom hua ke hamari kitaben de rahe the, jo kitaben hamare chhapi hain, chhoti chhoti kitaben, woh kahin bant rahe the.</w:t>
      </w:r>
      <w:r>
        <w:br/>
      </w:r>
      <w:r>
        <w:rPr>
          <w:sz w:val="20"/>
        </w:rPr>
        <w:t>39:55  woh to wahan par ek ek kattar hindu tanzeem hai, us ke logon ko maloom hua ke yahan par hamari kitaben banti ja rahi hain.</w:t>
      </w:r>
      <w:r>
        <w:br/>
      </w:r>
      <w:r>
        <w:rPr>
          <w:sz w:val="20"/>
        </w:rPr>
        <w:t>40:08  to woh aaya, us ne poocha ke yeh kya kar rahe hain? aap yeh islam phaila rahe hain? aap islam ka kaam kar rahe hain? yeh kya kar rahe hain aap? to unhon ne dikhaya kitaben, to mera naam dikhao.</w:t>
      </w:r>
      <w:r>
        <w:br/>
      </w:r>
      <w:r>
        <w:rPr>
          <w:sz w:val="20"/>
        </w:rPr>
        <w:t>40:20  acha, woh to soofi hain. theek hai, theek hai, chalo! meri image jo hai un ke soofi ki image hai.</w:t>
      </w:r>
      <w:r>
        <w:br/>
      </w:r>
      <w:r>
        <w:rPr>
          <w:sz w:val="20"/>
        </w:rPr>
        <w:t>40:28  to unhon ne bataya ke jab aap kitab ne dikhai, aap ka naam parha, unhon ne kaha: "acha, yeh to soofi hain, yeh to muslim soofi hain." theek hai, theek hai, theek hai, theek hai!</w:t>
      </w:r>
      <w:r>
        <w:br/>
      </w:r>
      <w:r>
        <w:rPr>
          <w:sz w:val="20"/>
        </w:rPr>
        <w:t>40:39  ab kitna bara ek ek soofiyon ke zariye se humein ek ek tradition mili hai.</w:t>
      </w:r>
      <w:r>
        <w:br/>
      </w:r>
      <w:r>
        <w:rPr>
          <w:sz w:val="20"/>
        </w:rPr>
        <w:t>40:46  soofi image jo hai, kitni bari hamari blessing hai</w:t>
      </w:r>
      <w:r>
        <w:br/>
      </w:r>
      <w:r>
        <w:rPr>
          <w:sz w:val="20"/>
        </w:rPr>
        <w:t>40:53  ke woh mera naam, yani mere naam ki wajah se nahi, mere naam ke sath jo soofi ka tasawwur laga hua hai, yeh to muslim soofi hain.</w:t>
      </w:r>
      <w:r>
        <w:br/>
      </w:r>
      <w:r>
        <w:rPr>
          <w:sz w:val="20"/>
        </w:rPr>
        <w:t>41:04  is liye unhon ne kaha ke theek hai, in kitabon ko chalao, humein is par koi aapti nahi hai.</w:t>
      </w:r>
      <w:r>
        <w:br/>
      </w:r>
      <w:r>
        <w:rPr>
          <w:sz w:val="20"/>
        </w:rPr>
        <w:t>41:13  to yeh kitni bari baat hai!</w:t>
      </w:r>
    </w:p>
    <w:p>
      <w:pPr>
        <w:pStyle w:val="Heading2"/>
      </w:pPr>
      <w:r>
        <w:t>Muslims confused the fall of empire with the end of government</w:t>
      </w:r>
    </w:p>
    <w:p>
      <w:r>
        <w:rPr>
          <w:color w:val="666666"/>
          <w:sz w:val="18"/>
        </w:rPr>
        <w:t>Contribution of Sufism in India May 29, 2011 · 5m 50s · at 1:01:09 · https://youtu.be/lzxSaTnomio?t=3669</w:t>
      </w:r>
    </w:p>
    <w:p>
      <w:r>
        <w:rPr>
          <w:i/>
        </w:rPr>
        <w:t>“When Ottoman rule fell, some leaders reacted, not thought”</w:t>
      </w:r>
    </w:p>
    <w:p>
      <w:r>
        <w:rPr>
          <w:sz w:val="20"/>
        </w:rPr>
        <w:t>1:01:09  kal mein kisi se keh raha tha yeh baat ke jab usmanon ko siyasai zawal hua, matlab ek taraf usmani khilafat khatam hui, doosri taraf mughal saltanat khatam hui,</w:t>
      </w:r>
      <w:r>
        <w:br/>
      </w:r>
      <w:r>
        <w:rPr>
          <w:sz w:val="20"/>
        </w:rPr>
        <w:t>1:01:23  ispan ki saltanat khatam hui aur misr ki saltanat khatam hui. aur usmani ko jo saltanat rehti hai, jagah jagah woh khatam hui.</w:t>
      </w:r>
      <w:r>
        <w:br/>
      </w:r>
      <w:r>
        <w:rPr>
          <w:sz w:val="20"/>
        </w:rPr>
        <w:t>1:01:35  to us waqt jo log uthe, woh woh reaction mein uthe. reaction soch sab ka nahi uthe.</w:t>
      </w:r>
      <w:r>
        <w:br/>
      </w:r>
      <w:r>
        <w:rPr>
          <w:sz w:val="20"/>
        </w:rPr>
        <w:t>1:01:45  do bohat bari un ki nadaniyan huien aur is mein top ke log hain, top ke ulama aur top ke rehnama sab is mein shamil hain, without any exception.</w:t>
      </w:r>
      <w:r>
        <w:br/>
      </w:r>
      <w:r>
        <w:rPr>
          <w:sz w:val="20"/>
        </w:rPr>
        <w:t>1:01:57  ek to unhon ne yeh nahi socha ke bhai empire khatam hua hai, hukoomat thori khatam hui hai.</w:t>
      </w:r>
      <w:r>
        <w:br/>
      </w:r>
      <w:r>
        <w:rPr>
          <w:sz w:val="20"/>
        </w:rPr>
        <w:t>1:02:04  empire is khatam hui, empire door chala gaya. ab Roman empire ek chal sakti hai. Roman empire, British empire apne zamane mein thay, ab kahan woh koi empire bana sakta hai?</w:t>
      </w:r>
      <w:r>
        <w:br/>
      </w:r>
      <w:r>
        <w:rPr>
          <w:sz w:val="20"/>
        </w:rPr>
        <w:t>1:02:17  to Muslim empire bhi khatam ho gayi. agar Roman empire khatam hui, British empire khatam hui to Muslim empire nahi khatam hogi, woh khatam ho jayegi.</w:t>
      </w:r>
      <w:r>
        <w:br/>
      </w:r>
      <w:r>
        <w:rPr>
          <w:sz w:val="20"/>
        </w:rPr>
        <w:t>1:02:27  baqi jo area usmanon ka tha, wahan to aap bhi Muslim hukoomatein hain,</w:t>
      </w:r>
      <w:r>
        <w:br/>
      </w:r>
      <w:r>
        <w:rPr>
          <w:sz w:val="20"/>
        </w:rPr>
        <w:t>1:02:32  ab bhi 57 Muslim hukoomatein hain. to yeh yeh rehnama jo thay, yeh kehte ke bhaiyon, empire khatam hui, hukoomat kahan khatam hui hai?</w:t>
      </w:r>
      <w:r>
        <w:br/>
      </w:r>
      <w:r>
        <w:rPr>
          <w:sz w:val="20"/>
        </w:rPr>
        <w:t>1:02:45  to is ko is par kya zaroorat hai tum ko dhoom machane ki?</w:t>
      </w:r>
      <w:r>
        <w:br/>
      </w:r>
      <w:r>
        <w:rPr>
          <w:sz w:val="20"/>
        </w:rPr>
        <w:t>1:02:51  kaisi ajeeb baat hai logon ne is ko samjha nahi. aur jitne top ke log jin ko mufakkir kaha jata hai, aur pata nahi kya kya kaha jata hai, yani kis qadar nadan thay yeh log ke musalmanon ko yeh na bata sake ke jo jo khatam hui, woh empire hai, hukoomat thori khatam hui.</w:t>
      </w:r>
      <w:r>
        <w:br/>
      </w:r>
      <w:r>
        <w:rPr>
          <w:sz w:val="20"/>
        </w:rPr>
        <w:t>1:03:13  yani Iqbal jaisa aadmi kehta hai ke hukoomat ka to kya rona? woh ek woh ek aarzai shay thi. yeh ek ek she'ri jhoota hai</w:t>
      </w:r>
      <w:r>
        <w:br/>
      </w:r>
      <w:r>
        <w:rPr>
          <w:sz w:val="20"/>
        </w:rPr>
        <w:t>1:03:21  ke hukoomat kahan khatam kahan hui? empire khatam hua tha. yeh sab ka yeh haal hai, Iqbal ki baat nahi, jitne bhi one to all, jitne bhi hain ke is ko samjha nahi logon ne ke jo cheez khatam hui, woh empire khatam hui hai, hukoomat nahi khatam hui.</w:t>
      </w:r>
      <w:r>
        <w:br/>
      </w:r>
      <w:r>
        <w:rPr>
          <w:sz w:val="20"/>
        </w:rPr>
        <w:t>1:03:37  aaj bhi 57 Muslim countries hain, us waqt jahan hukoomatein un ki apni hain.</w:t>
      </w:r>
      <w:r>
        <w:br/>
      </w:r>
      <w:r>
        <w:rPr>
          <w:sz w:val="20"/>
        </w:rPr>
        <w:t>1:03:45  to ek baat to yeh nahi samjha, doosri baat yeh nahi samjha ke daur shamshir khatam ho chuka hai.</w:t>
      </w:r>
      <w:r>
        <w:br/>
      </w:r>
      <w:r>
        <w:rPr>
          <w:sz w:val="20"/>
        </w:rPr>
        <w:t>1:03:54  ab daur aman aaya dunya mein, United Nations ke qayam ke baad hi, 1948 mein jab United Nations bani, tabhi yeh tay hoga ke ab larai bhirayi se faisle nahi hua karenge, ab aman se faisle honge.</w:t>
      </w:r>
      <w:r>
        <w:br/>
      </w:r>
      <w:r>
        <w:rPr>
          <w:sz w:val="20"/>
        </w:rPr>
        <w:t>1:04:10  to United Nations bani, democracies aayeen, azadi aayeen, yeh sab cheezein.</w:t>
      </w:r>
      <w:r>
        <w:br/>
      </w:r>
      <w:r>
        <w:rPr>
          <w:sz w:val="20"/>
        </w:rPr>
        <w:t>1:04:16  to larai bhirayi kis liye? bhai woh to irrelevant ho gaya, is ka legitimation khatam ho gaya. ab larai bhirayi ki legitimation khatam ho gayi, is ka jawaz khatam ho gaya.</w:t>
      </w:r>
      <w:r>
        <w:br/>
      </w:r>
      <w:r>
        <w:rPr>
          <w:sz w:val="20"/>
        </w:rPr>
        <w:t>1:04:29  ab pur aman jad o jehad ka zamana hai, woh tashaddud jad o jehad ka zamana nahi hai. to chunke yeh jitne bhi thay, sab reaction ke taur par khare hue thay, to woh reaction mein yahi hota hai.</w:t>
      </w:r>
      <w:r>
        <w:br/>
      </w:r>
      <w:r>
        <w:rPr>
          <w:sz w:val="20"/>
        </w:rPr>
        <w:t>1:04:44  ab in ki woh log to ab ab khatam ho gaye, woh jo pehle wale thay, ab naye log hain, isi isi pe chal rahe hain, isi par. kyunke hamare haan aslaf parasti hai, aslaf parasti inhi ke naam pe jalsay hote hain, inhi ke naam pe madaris qaim kiye jate hain, inhi ke naam pe idaray qaim kiye jate hain.</w:t>
      </w:r>
      <w:r>
        <w:br/>
      </w:r>
      <w:r>
        <w:rPr>
          <w:sz w:val="20"/>
        </w:rPr>
        <w:t>1:05:02  abhi bhi yani woh log jinhon ne ke ghalat rehnumai di,</w:t>
      </w:r>
      <w:r>
        <w:br/>
      </w:r>
      <w:r>
        <w:rPr>
          <w:sz w:val="20"/>
        </w:rPr>
        <w:t>1:05:09  reaction ke upar khare ho gaye, lekin mashhoor ho gaye, mashhoor ho kar ke unhon ne ek qaid ka maqam hasil kar liya. ab inhi ko wohi chalta hai, woh inhi ka naam ab bhi chal raha hai.</w:t>
      </w:r>
      <w:r>
        <w:br/>
      </w:r>
      <w:r>
        <w:rPr>
          <w:sz w:val="20"/>
        </w:rPr>
        <w:t>1:05:23  yani woh log khatm ho kar ke bhi zinda hain. kyun? ab jo nasal hai usmanon ki, woh nahi soch paati hai ke bhai yeh log toh galat rehnumai di, unhon ne ab chhoro in ko, ab hamein nai rehnumai chahiye.</w:t>
      </w:r>
      <w:r>
        <w:br/>
      </w:r>
      <w:r>
        <w:rPr>
          <w:sz w:val="20"/>
        </w:rPr>
        <w:t>1:05:40  toh yeh hai tareekhi tasalsul, bohat dair mein tootta hai. kisi ne kaha hai na ke "it required lot of history to make a later tradition"?</w:t>
      </w:r>
      <w:r>
        <w:br/>
      </w:r>
      <w:r>
        <w:rPr>
          <w:sz w:val="20"/>
        </w:rPr>
        <w:t>1:05:51  toh jo historical continuity hai, jo tareekhi tasalsul hai, woh bohat mushkil se tootta hai. aaj kal jo ho raha hai, tha idhar udhar, main chahta hoon ke Allah taala isi isi ko tod rahe hain.</w:t>
      </w:r>
      <w:r>
        <w:br/>
      </w:r>
      <w:r>
        <w:rPr>
          <w:sz w:val="20"/>
        </w:rPr>
        <w:t>1:06:05  falasteen mein jo kuch ho raha hai, kashmir mein jo kuch hua, pakistan mein jo kuch ho raha hai, middle east mein jo kuch ho raha hai, main chahta hoon ke yeh woh hain jin ko kehte hain "shock treatment".</w:t>
      </w:r>
      <w:r>
        <w:br/>
      </w:r>
      <w:r>
        <w:rPr>
          <w:sz w:val="20"/>
        </w:rPr>
        <w:t>1:06:22  yeh shock treatment hai, musalmanon ne fikri taur par soch kar ke is tasalsul, is tasalsul ko nahi toda. tab zabardasti tadwaya ja raha hai. is ko</w:t>
      </w:r>
      <w:r>
        <w:br/>
      </w:r>
      <w:r>
        <w:rPr>
          <w:sz w:val="20"/>
        </w:rPr>
        <w:t>1:06:34  woh daur jo tha jis mein salahuddin ayubi paida hue, us mein un ke geet gaaye gaye, woh daur hi khatm ho gaya. ab toh naya daur hai, ab aman ka zamana hai, ab aman ki baatein karo.</w:t>
      </w:r>
      <w:r>
        <w:br/>
      </w:r>
      <w:r>
        <w:rPr>
          <w:sz w:val="20"/>
        </w:rPr>
        <w:t>1:06:45  toh chunke musalman fikri taur par na kar sake aisa, toh Allah taala is ko yani baqayda, yani yeh ho raha hai, is ko toda ja raha hai,</w:t>
      </w:r>
    </w:p>
    <w:p>
      <w:pPr>
        <w:pStyle w:val="Heading2"/>
      </w:pPr>
      <w:r>
        <w:t>Jews and Muslims share pride and hatred</w:t>
      </w:r>
    </w:p>
    <w:p>
      <w:r>
        <w:rPr>
          <w:color w:val="666666"/>
          <w:sz w:val="18"/>
        </w:rPr>
        <w:t>Present Day Muslims Jan 13, 2013 · 5m 00s · at 28:18 · https://youtu.be/CVcbWVYitog?t=1698</w:t>
      </w:r>
    </w:p>
    <w:p>
      <w:r>
        <w:rPr>
          <w:i/>
        </w:rPr>
        <w:t>“Ab main aapko arz karta hoon ke yahoodiyon ka mamla kya hai”</w:t>
      </w:r>
    </w:p>
    <w:p>
      <w:r>
        <w:rPr>
          <w:sz w:val="20"/>
        </w:rPr>
        <w:t>28:18  ab mein aap ko arz karta hoon keh yahudiyon ka muamla kya hai? woh jo hadith mein aata hai keh yahudiyon ko tabah karoge woh kya cheez hai? aap yahudi ki tareekh parhiye.</w:t>
      </w:r>
      <w:r>
        <w:br/>
      </w:r>
      <w:r>
        <w:rPr>
          <w:sz w:val="20"/>
        </w:rPr>
        <w:t>28:29  yahudiyon ke haan do lafz bohat hi zyada un ki haqeeqat ko batata hai. ek hai supremacy ek hai gentile.</w:t>
      </w:r>
      <w:r>
        <w:br/>
      </w:r>
      <w:r>
        <w:rPr>
          <w:sz w:val="20"/>
        </w:rPr>
        <w:t>28:40  supremacy ka matlab kya hai? yahudi ek bartar qaum hai. yahudi doosron se zyada muazzaz qaum hai.</w:t>
      </w:r>
      <w:r>
        <w:br/>
      </w:r>
      <w:r>
        <w:rPr>
          <w:sz w:val="20"/>
        </w:rPr>
        <w:t>28:50  yeh hai supremacy.</w:t>
      </w:r>
      <w:r>
        <w:br/>
      </w:r>
      <w:r>
        <w:rPr>
          <w:sz w:val="20"/>
        </w:rPr>
        <w:t>28:54  aur gentile kya hai? doosre log bilkul ghatiya hain haqeer hain un ki koi waqat nahi hai. woh woh sab jahannami log hain.</w:t>
      </w:r>
      <w:r>
        <w:br/>
      </w:r>
      <w:r>
        <w:rPr>
          <w:sz w:val="20"/>
        </w:rPr>
        <w:t>29:06  doosron ko kam samajhna apne ko bartar samajhna</w:t>
      </w:r>
      <w:r>
        <w:br/>
      </w:r>
      <w:r>
        <w:rPr>
          <w:sz w:val="20"/>
        </w:rPr>
        <w:t>29:09  . yeh hai yahudi nafsiyat. ek kitaab jo internet par maujood hai aap us ko parh sakte hain. is ka unwan hai yahudi supremecism.</w:t>
      </w:r>
      <w:r>
        <w:br/>
      </w:r>
      <w:r>
        <w:rPr>
          <w:sz w:val="20"/>
        </w:rPr>
        <w:t>29:22  yahudi supremecism. is mein yeh bataya is ne. keh kyun aisa kyun hua? is ki wajah yeh hai keh yahudiyon ke bhi ek zamaney mein saltanat tha.</w:t>
      </w:r>
      <w:r>
        <w:br/>
      </w:r>
      <w:r>
        <w:rPr>
          <w:sz w:val="20"/>
        </w:rPr>
        <w:t>29:36  theek jaise musalmanon ka saltanat bana.</w:t>
      </w:r>
      <w:r>
        <w:br/>
      </w:r>
      <w:r>
        <w:rPr>
          <w:sz w:val="20"/>
        </w:rPr>
        <w:t>29:39  yeh waqia hua hai yani yeh waqia hua hai dasveen sadi qabl masih mein. dasveen sadi isvi mein.</w:t>
      </w:r>
      <w:r>
        <w:br/>
      </w:r>
      <w:r>
        <w:rPr>
          <w:sz w:val="20"/>
        </w:rPr>
        <w:t>29:52  is ko kehte hain aap dekh sakte hain kitabon mein internet par kingdom of solomon. kingdom of solomon.</w:t>
      </w:r>
      <w:r>
        <w:br/>
      </w:r>
      <w:r>
        <w:rPr>
          <w:sz w:val="20"/>
        </w:rPr>
        <w:t>30:03  to yahudi logon mein do paighambar aise the badshah. paighambar bhi the aur badshah bhi the. yani Hazrat Daud aur Hazrat Sulaiman.</w:t>
      </w:r>
      <w:r>
        <w:br/>
      </w:r>
      <w:r>
        <w:rPr>
          <w:sz w:val="20"/>
        </w:rPr>
        <w:t>30:15  to un ka jo rajdhani thi woh yerushalaym thi aur ek bari unhon ne hukoomat qaim ki thi.</w:t>
      </w:r>
      <w:r>
        <w:br/>
      </w:r>
      <w:r>
        <w:rPr>
          <w:sz w:val="20"/>
        </w:rPr>
        <w:t>30:23  tareekh mein is ke baray mein bohat hi wazeh bayan nahi hai kyunke yeh dasveen sadi qabl masih ka waqia hai. lekin bible mein is ka maujood hai.</w:t>
      </w:r>
      <w:r>
        <w:br/>
      </w:r>
      <w:r>
        <w:rPr>
          <w:sz w:val="20"/>
        </w:rPr>
        <w:t>30:35  bible ke mutabiq yeh jo saltanat thi Hazrat Sulaiman ki yeh falasteen se le kar woh afreet tak phaili hui thi darya-e-furaat tak.</w:t>
      </w:r>
      <w:r>
        <w:br/>
      </w:r>
      <w:r>
        <w:rPr>
          <w:sz w:val="20"/>
        </w:rPr>
        <w:t>30:49  yani ek taraf is ki sarhad darya-e-neel tha jo misr mein behta hai. doosri taraf is ki sarhad darya-e-furaat thi jo iraq mein behti hai.</w:t>
      </w:r>
      <w:r>
        <w:br/>
      </w:r>
      <w:r>
        <w:rPr>
          <w:sz w:val="20"/>
        </w:rPr>
        <w:t>30:58  teesri taraf is ki sarhad falasteen tha. aur chauthi taraf is ki sarhad turkey tak jati thi.</w:t>
      </w:r>
      <w:r>
        <w:br/>
      </w:r>
      <w:r>
        <w:rPr>
          <w:sz w:val="20"/>
        </w:rPr>
        <w:t>31:05  yeh sara ilaqa yani falasteen misr iraq urdun lubnan sham turkey yeh pura ilaqa juzvi kuli taur par un ka un ki saltanat mein shamil tha.</w:t>
      </w:r>
      <w:r>
        <w:br/>
      </w:r>
      <w:r>
        <w:rPr>
          <w:sz w:val="20"/>
        </w:rPr>
        <w:t>31:21  matlab aisa woh mante hain.</w:t>
      </w:r>
      <w:r>
        <w:br/>
      </w:r>
      <w:r>
        <w:rPr>
          <w:sz w:val="20"/>
        </w:rPr>
        <w:t>31:26  abhi bhi unhon ne un ka aap dekh sakte hain internet par keh unhon ne ek naqsha bana rakha hai greater israel ka.</w:t>
      </w:r>
      <w:r>
        <w:br/>
      </w:r>
      <w:r>
        <w:rPr>
          <w:sz w:val="20"/>
        </w:rPr>
        <w:t>31:36  greater abhi jo israel ka hai un ka hai woh woh pura nahi hai. un ke khwab jo hai khwab un ke khwab yeh hai keh Hazrat Sulaiman ke zamaney mein jo saltanat tha un ka us ko phir se hasil karna phir se qaim karna.</w:t>
      </w:r>
      <w:r>
        <w:br/>
      </w:r>
      <w:r>
        <w:rPr>
          <w:sz w:val="20"/>
        </w:rPr>
        <w:t>31:52  is ko woh kehte hain greater israel.</w:t>
      </w:r>
      <w:r>
        <w:br/>
      </w:r>
      <w:r>
        <w:rPr>
          <w:sz w:val="20"/>
        </w:rPr>
        <w:t>31:56  is tarah se jo yahoodi jo hain apne is liye tareekh par fakhr ka pahad hai woh.</w:t>
      </w:r>
      <w:r>
        <w:br/>
      </w:r>
      <w:r>
        <w:rPr>
          <w:sz w:val="20"/>
        </w:rPr>
        <w:t>32:06  bohat zabardast fakhr hai yahoodiyon ka apni tareekh par. dunya ki sab se zyada aala qaum mante hain yahoodi. lekin aain isi ke sath sath woh nafrat mein mubtala rehte hain.</w:t>
      </w:r>
      <w:r>
        <w:br/>
      </w:r>
      <w:r>
        <w:rPr>
          <w:sz w:val="20"/>
        </w:rPr>
        <w:t>32:18  kyun?</w:t>
      </w:r>
      <w:r>
        <w:br/>
      </w:r>
      <w:r>
        <w:rPr>
          <w:sz w:val="20"/>
        </w:rPr>
        <w:t>32:20  ke Hazrat Masih se chhe sau saal pehle babul ka badshah jo tha use tabah kar diya in ki in ki is saltanat ko.</w:t>
      </w:r>
      <w:r>
        <w:br/>
      </w:r>
      <w:r>
        <w:rPr>
          <w:sz w:val="20"/>
        </w:rPr>
        <w:t>32:31  aur dheere dheere dheere dheere woh khatm ho gayi aur yeh chale gaye diaspora mein chale gaye yahoodi. yahoodi diaspora mein chale gaye.</w:t>
      </w:r>
      <w:r>
        <w:br/>
      </w:r>
      <w:r>
        <w:rPr>
          <w:sz w:val="20"/>
        </w:rPr>
        <w:t>32:43  to yahoodiyon ka case theek wohi case hai jo musalmanon ka case hai.</w:t>
      </w:r>
      <w:r>
        <w:br/>
      </w:r>
      <w:r>
        <w:rPr>
          <w:sz w:val="20"/>
        </w:rPr>
        <w:t>32:48  yaani ek taraf supremacy hai doosri taraf gentile hai.</w:t>
      </w:r>
      <w:r>
        <w:br/>
      </w:r>
      <w:r>
        <w:rPr>
          <w:sz w:val="20"/>
        </w:rPr>
        <w:t>32:54  yaani ek taraf mazi ka fakhr hai jo ek taraf maujooda ki nafrat hai.</w:t>
      </w:r>
      <w:r>
        <w:br/>
      </w:r>
      <w:r>
        <w:rPr>
          <w:sz w:val="20"/>
        </w:rPr>
        <w:t>33:04  to ab isi ki roshni mein aap jab ghhor karein tab samjhenge is hadees ka matlab. latatba'unna suuna man kaana qablakum ke tum wohi tumhara haal wohi hoga yahood ka haal hua jo.</w:t>
      </w:r>
    </w:p>
    <w:p>
      <w:pPr>
        <w:pStyle w:val="Heading2"/>
      </w:pPr>
      <w:r>
        <w:t>Why human rights activism chases an impossible ideal</w:t>
      </w:r>
    </w:p>
    <w:p>
      <w:r>
        <w:rPr>
          <w:color w:val="666666"/>
          <w:sz w:val="18"/>
        </w:rPr>
        <w:t>Importance of Peace December 16, 2012 · 2m 13s · at 24:36 · https://youtu.be/nymyorYyEz4?t=1476</w:t>
      </w:r>
    </w:p>
    <w:p>
      <w:r>
        <w:rPr>
          <w:i/>
        </w:rPr>
        <w:t>“Human Rights ka concept, ideal right par qayam hai”</w:t>
      </w:r>
    </w:p>
    <w:p>
      <w:r>
        <w:rPr>
          <w:sz w:val="20"/>
        </w:rPr>
        <w:t>24:36  Is raat ko na samajhne ki wajah se log barabar ladte rehte hain, ladte rehte hain, ladte rehte hain, aur human rights ka jo concept hai, woh bhi mere nazdeek, main us se ittefaq nahi karta.</w:t>
      </w:r>
      <w:r>
        <w:br/>
      </w:r>
      <w:r>
        <w:rPr>
          <w:sz w:val="20"/>
        </w:rPr>
        <w:t>24:48  Human rights ka concept jo hai, ideal right par qaim hai,</w:t>
      </w:r>
      <w:r>
        <w:br/>
      </w:r>
      <w:r>
        <w:rPr>
          <w:sz w:val="20"/>
        </w:rPr>
        <w:t>24:53  Is liye hamesha un ke paas complaint ki language hoti hai. Aaj subah main pooch sun raha tha ek human rights ke ek bohat bade advocate ki taqreer.</w:t>
      </w:r>
      <w:r>
        <w:br/>
      </w:r>
      <w:r>
        <w:rPr>
          <w:sz w:val="20"/>
        </w:rPr>
        <w:t>25:03  Sab complaint ki language bolte thay. Jitne bhi human rights activist hain, sab complaint ki language bolte hain. Kyun? Woh hamesha un ke paas ideal yardstick hai,</w:t>
      </w:r>
      <w:r>
        <w:br/>
      </w:r>
      <w:r>
        <w:rPr>
          <w:sz w:val="20"/>
        </w:rPr>
        <w:t>25:17  Isi pe napte hain. Woh woh chahte hain ke human rights jo hain, ideal sense mein mile logon ko</w:t>
      </w:r>
      <w:r>
        <w:br/>
      </w:r>
      <w:r>
        <w:rPr>
          <w:sz w:val="20"/>
        </w:rPr>
        <w:t>25:22  . Yeh mil hi nahi sakte kabhi, impossible hai. Toh is duniya mein yaad rakhiye, workable peace milega, workable justice milegi, workable right milega.</w:t>
      </w:r>
      <w:r>
        <w:br/>
      </w:r>
      <w:r>
        <w:rPr>
          <w:sz w:val="20"/>
        </w:rPr>
        <w:t>25:32  Ideal kabhi nahi milega. Magar is raaz ko human rights activist nahi samajhte. Khud musalmanon ke jo masle hain, aur thinker hain, leader hain, woh bhi nahi jaante is baat ko.</w:t>
      </w:r>
      <w:r>
        <w:br/>
      </w:r>
      <w:r>
        <w:rPr>
          <w:sz w:val="20"/>
        </w:rPr>
        <w:t>25:45  Is liye ladai chhidhi hui hain har jagah. Ab is ka nuqsan kya hai?</w:t>
      </w:r>
      <w:r>
        <w:br/>
      </w:r>
      <w:r>
        <w:rPr>
          <w:sz w:val="20"/>
        </w:rPr>
        <w:t>25:51  Is ka nuqsan yeh hai ke jo asal scheme hai, wohi jeopardize ho rahi hai. Workable peace par raazi na hone ki wajah se yeh nuqsan ho raha hai ke insaan ko mauqa nahi mil raha hai ke woh marifat ka safar kare,</w:t>
      </w:r>
      <w:r>
        <w:br/>
      </w:r>
      <w:r>
        <w:rPr>
          <w:sz w:val="20"/>
        </w:rPr>
        <w:t>26:08  Woh tadabbur kare, woh apna personal development kare, woh mazboot halaat mein daawa work kare.</w:t>
      </w:r>
      <w:r>
        <w:br/>
      </w:r>
      <w:r>
        <w:rPr>
          <w:sz w:val="20"/>
        </w:rPr>
        <w:t>26:20  Yeh saare kaam jo hain, woh jeopardize ho rahe hain sirf is liye ke woh naara lagate hain ek ideal peace ka. Ideal peace ka is maamle mein human rights activist jo hain, woh bhi behad galat hain, aur jo musalmanon ke jo so called leader hain, woh bhi ghalati par hain ke dono ko yeh pata nahi hai ke is duniya mein ideal peace possible nahi hai.</w:t>
      </w:r>
      <w:r>
        <w:br/>
      </w:r>
      <w:r>
        <w:rPr>
          <w:sz w:val="20"/>
        </w:rPr>
        <w:t>26:43  Ideal rights mil nahi sakte kabhi, kyun ke insaan ko azaadi mili hui hai.</w:t>
      </w:r>
    </w:p>
    <w:p>
      <w:pPr>
        <w:pStyle w:val="Heading2"/>
      </w:pPr>
      <w:r>
        <w:t>Gandhi's success came at the cost of anarchy</w:t>
      </w:r>
    </w:p>
    <w:p>
      <w:r>
        <w:rPr>
          <w:color w:val="666666"/>
          <w:sz w:val="18"/>
        </w:rPr>
        <w:t>The History of Peace (English) November 12, 2006 · 2m 54s · at 25:18 · https://youtu.be/zlIi5eiTPIg?t=1518</w:t>
      </w:r>
    </w:p>
    <w:p>
      <w:r>
        <w:rPr>
          <w:i/>
        </w:rPr>
        <w:t>“Gandhi achieved freedom by peaceful activism—but there were minus points”</w:t>
      </w:r>
    </w:p>
    <w:p>
      <w:r>
        <w:rPr>
          <w:sz w:val="20"/>
        </w:rPr>
        <w:t>25:18  he achieved freedom by the way of peaceful activism.</w:t>
      </w:r>
      <w:r>
        <w:br/>
      </w:r>
      <w:r>
        <w:rPr>
          <w:sz w:val="20"/>
        </w:rPr>
        <w:t>25:26  also there was some minus points because by using this butter, he destabilized the whole society.</w:t>
      </w:r>
      <w:r>
        <w:br/>
      </w:r>
      <w:r>
        <w:rPr>
          <w:sz w:val="20"/>
        </w:rPr>
        <w:t>25:40  i am a witness of that society in my when i was in my childhood. i saw that indian society was establish society,</w:t>
      </w:r>
      <w:r>
        <w:br/>
      </w:r>
      <w:r>
        <w:rPr>
          <w:sz w:val="20"/>
        </w:rPr>
        <w:t>25:58  establish society. but gandhi</w:t>
      </w:r>
      <w:r>
        <w:br/>
      </w:r>
      <w:r>
        <w:rPr>
          <w:sz w:val="20"/>
        </w:rPr>
        <w:t>26:05  destabilize the whole society. yani people, those people were engaged in service, in education, in different fields.</w:t>
      </w:r>
      <w:r>
        <w:br/>
      </w:r>
      <w:r>
        <w:rPr>
          <w:sz w:val="20"/>
        </w:rPr>
        <w:t>26:16  they abandon their activities.</w:t>
      </w:r>
      <w:r>
        <w:br/>
      </w:r>
      <w:r>
        <w:rPr>
          <w:sz w:val="20"/>
        </w:rPr>
        <w:t>26:19  students abandon their education. service servants abandon their services, and every where, everyone</w:t>
      </w:r>
      <w:r>
        <w:br/>
      </w:r>
      <w:r>
        <w:rPr>
          <w:sz w:val="20"/>
        </w:rPr>
        <w:t>26:34  came out in street. so although traditions were broken.</w:t>
      </w:r>
      <w:r>
        <w:br/>
      </w:r>
      <w:r>
        <w:rPr>
          <w:sz w:val="20"/>
        </w:rPr>
        <w:t>26:40  you know, there is saying very well saying that it required,</w:t>
      </w:r>
      <w:r>
        <w:br/>
      </w:r>
      <w:r>
        <w:rPr>
          <w:sz w:val="20"/>
        </w:rPr>
        <w:t>26:48  it required lot of history to make a little tradition. so although Gandhi was successful, but the price of this success was breaking all the traditions of samaj,</w:t>
      </w:r>
      <w:r>
        <w:br/>
      </w:r>
      <w:r>
        <w:rPr>
          <w:sz w:val="20"/>
        </w:rPr>
        <w:t>27:05  society.</w:t>
      </w:r>
      <w:r>
        <w:br/>
      </w:r>
      <w:r>
        <w:rPr>
          <w:sz w:val="20"/>
        </w:rPr>
        <w:t>27:07  so the tradition, the price was to destabilize the whole society. and it is, it is the result of this method that in post independent era, we find that India was</w:t>
      </w:r>
      <w:r>
        <w:br/>
      </w:r>
      <w:r>
        <w:rPr>
          <w:sz w:val="20"/>
        </w:rPr>
        <w:t>27:28  a land of anarchy.</w:t>
      </w:r>
      <w:r>
        <w:br/>
      </w:r>
      <w:r>
        <w:rPr>
          <w:sz w:val="20"/>
        </w:rPr>
        <w:t>27:33  it is not legacy of Britishers.</w:t>
      </w:r>
      <w:r>
        <w:br/>
      </w:r>
      <w:r>
        <w:rPr>
          <w:sz w:val="20"/>
        </w:rPr>
        <w:t>27:37  da anarchy we see in India at present, it is not legacy of Britishers. at the time, society was established, established.</w:t>
      </w:r>
      <w:r>
        <w:br/>
      </w:r>
      <w:r>
        <w:rPr>
          <w:sz w:val="20"/>
        </w:rPr>
        <w:t>27:47  we were living in established society, but now we are living in a society where everywhere there is anarchy. So it is legacy of Mahatma Gandhi method.</w:t>
      </w:r>
      <w:r>
        <w:br/>
      </w:r>
      <w:r>
        <w:rPr>
          <w:sz w:val="20"/>
        </w:rPr>
        <w:t>28:00  present anarchy is legacy of Mahatma Gandhi method rather than British empire.</w:t>
      </w:r>
    </w:p>
    <w:p>
      <w:pPr>
        <w:pStyle w:val="Heading2"/>
      </w:pPr>
      <w:r>
        <w:t>founding the House of Wisdom to translate world knowledge</w:t>
      </w:r>
    </w:p>
    <w:p>
      <w:r>
        <w:rPr>
          <w:color w:val="666666"/>
          <w:sz w:val="18"/>
        </w:rPr>
        <w:t>Islam The Creator of the Modern Age October 17, 2021 Prof. Farida Khanam · 1m 11s · at 10:48 · https://youtu.be/tMr3Dz35onU?t=648</w:t>
      </w:r>
    </w:p>
    <w:p>
      <w:r>
        <w:rPr>
          <w:i/>
        </w:rPr>
        <w:t>“Caliph al-Mansur built a House of Wisdom to translate the world's books”</w:t>
      </w:r>
    </w:p>
    <w:p>
      <w:r>
        <w:rPr>
          <w:sz w:val="20"/>
        </w:rPr>
        <w:t>10:48  to jab Abbasi saltanat qaim hui aur Khalifa Al-Mansur ne yeh aik Bait al-Hikmah qaim kiya, House of Wisdom, to Bait al-Hikmah ke tehat unhon ne tamam dunya ki kitaben jama keen translation ke liye.</w:t>
      </w:r>
      <w:r>
        <w:br/>
      </w:r>
      <w:r>
        <w:rPr>
          <w:sz w:val="20"/>
        </w:rPr>
        <w:t>11:07  to har jagah unhon ne apne aadmi bheje ke tamam kitaben le aao, sab ka urdu mein tarjuma hoga, kyunke yahi pehla step hota hai taraqqi ka.</w:t>
      </w:r>
      <w:r>
        <w:br/>
      </w:r>
      <w:r>
        <w:rPr>
          <w:sz w:val="20"/>
        </w:rPr>
        <w:t>11:17  to jab woh Rome gaya, un ka aadmi kitaben lane ke liye, to wahan ke church ka jo padre tha, us ne un kitabon ko jo falsafa waghera ki theen, woh sab unhon ne aik almari mein band kar ke lock and key mein rakhi hui theen.</w:t>
      </w:r>
      <w:r>
        <w:br/>
      </w:r>
      <w:r>
        <w:rPr>
          <w:sz w:val="20"/>
        </w:rPr>
        <w:t>11:32  woh woh samajhte the ke kitaben parh ke log bigad jayenge, deen se phir jayenge. to deen se nahi phir jayenge, balkeh jo bigda hua deen hai, jo be buniyad aqeeday deen ke mein introduce kar liye gaye hain, to us se phir jayenge.</w:t>
      </w:r>
      <w:r>
        <w:br/>
      </w:r>
      <w:r>
        <w:rPr>
          <w:sz w:val="20"/>
        </w:rPr>
        <w:t>11:49  to woh unhon ne bohat hi khushi se woh sari kitaben de deen ke jao, ab tum log bigadoge, koi kitaben le jao. to is tarike se sari kitaben tarjuma hoti raheen.</w:t>
      </w:r>
    </w:p>
    <w:p>
      <w:pPr>
        <w:pStyle w:val="Heading2"/>
      </w:pPr>
      <w:r>
        <w:t>Her own words: never found God despite longing</w:t>
      </w:r>
    </w:p>
    <w:p>
      <w:r>
        <w:rPr>
          <w:color w:val="666666"/>
          <w:sz w:val="18"/>
        </w:rPr>
        <w:t>Why People Live in Despair September 2, 2007 Maulana Wahiduddin Khan · 2m 37s · at 6:28 · https://youtu.be/1Wxz28OJh9c?t=388</w:t>
      </w:r>
    </w:p>
    <w:p>
      <w:r>
        <w:rPr>
          <w:i/>
        </w:rPr>
        <w:t>“بار بار انہوں نے اس کو مانا ہے اپنے letters میں”</w:t>
      </w:r>
    </w:p>
    <w:p>
      <w:r>
        <w:rPr>
          <w:sz w:val="20"/>
        </w:rPr>
        <w:t>6:28  apne letters mein saaf saaf woh yeh baat kahi hai unhon ne keh</w:t>
      </w:r>
      <w:r>
        <w:br/>
      </w:r>
      <w:r>
        <w:rPr>
          <w:sz w:val="20"/>
        </w:rPr>
        <w:t>6:36  baar baar unhon ne is ko maana hai is letters mein.</w:t>
      </w:r>
      <w:r>
        <w:br/>
      </w:r>
      <w:r>
        <w:rPr>
          <w:sz w:val="20"/>
        </w:rPr>
        <w:t>6:40  woh letters chhape gaye hain. aur Vatican ki permission se chhape gaye hain woh. yeh ajeeb baat hai. to ek kitaab, ek letter mein unhon ne likha tha, jaisa ke Time ne quote kiya hai</w:t>
      </w:r>
      <w:r>
        <w:br/>
      </w:r>
      <w:r>
        <w:rPr>
          <w:sz w:val="20"/>
        </w:rPr>
        <w:t>6:56  keh "Your longing for God is so deep it He keeps Himself away from you." "Your longing for God is so deep it He keeps Himself away from you."</w:t>
      </w:r>
      <w:r>
        <w:br/>
      </w:r>
      <w:r>
        <w:rPr>
          <w:sz w:val="20"/>
        </w:rPr>
        <w:t>7:25  yani khuda ke liye tumhara ishtiyaq itna zyada hai, phir bhi woh khuda tum se door rehta hai.</w:t>
      </w:r>
      <w:r>
        <w:br/>
      </w:r>
      <w:r>
        <w:rPr>
          <w:sz w:val="20"/>
        </w:rPr>
        <w:t>7:34  apni kahani bata rahi hain ke khuda ke liye mera itna ishtiyaq tha. Longing ka matlab hota hai shauq, ishtiyaq. aur phir bhi main khuda se door rahi, khuda ko main nahi paaya.</w:t>
      </w:r>
      <w:r>
        <w:br/>
      </w:r>
      <w:r>
        <w:rPr>
          <w:sz w:val="20"/>
        </w:rPr>
        <w:t>7:50  to us mein bataya gaya hai ke yeh us ka jo yeh Times of India mein bhi us ka aaya tha, yeh Times of India hai August Twenty Five ka.</w:t>
      </w:r>
      <w:r>
        <w:br/>
      </w:r>
      <w:r>
        <w:rPr>
          <w:sz w:val="20"/>
        </w:rPr>
        <w:t>8:06  August Twenty Five ka.</w:t>
      </w:r>
      <w:r>
        <w:br/>
      </w:r>
      <w:r>
        <w:rPr>
          <w:sz w:val="20"/>
        </w:rPr>
        <w:t>8:08  is mein us ka jist diya tha unhon ne. is mein us ka caption lagaya tha unhon ne keh "Mother had God on her lips but they felt Him." khuda Mother Teresa ke honton par hota tha alfazon mein, lekin dil mein unhon ne khuda ko nahi paaya.</w:t>
      </w:r>
      <w:r>
        <w:br/>
      </w:r>
      <w:r>
        <w:rPr>
          <w:sz w:val="20"/>
        </w:rPr>
        <w:t>8:38  yeh main yeh kahunga ke yeh Mother Teresa ki akeli ki baat nahi hai. yeh jo Time se Time ne yeh caption lagaya ke har agony, to main kahunga ke yeh my agony of mankind hai yeh.</w:t>
      </w:r>
      <w:r>
        <w:br/>
      </w:r>
      <w:r>
        <w:rPr>
          <w:sz w:val="20"/>
        </w:rPr>
        <w:t>8:53  yeh sirf Mother Teresa ki agony nahi hai. yeh agony of mankind. saare log isi mein jeete hain.</w:t>
      </w:r>
    </w:p>
    <w:p>
      <w:pPr>
        <w:pStyle w:val="Heading2"/>
      </w:pPr>
      <w:r>
        <w:t>Modern distractions are fame, popularity and money</w:t>
      </w:r>
    </w:p>
    <w:p>
      <w:r>
        <w:rPr>
          <w:color w:val="666666"/>
          <w:sz w:val="18"/>
        </w:rPr>
        <w:t>Islam Ideology, Team and Method October 09, 2011 · 49s · at 16:03 · https://youtu.be/zRilc1fG6c0?t=963</w:t>
      </w:r>
    </w:p>
    <w:p>
      <w:r>
        <w:rPr>
          <w:i/>
        </w:rPr>
        <w:t>“Aaj ka distraction kya hai? Fame, popularity, material interest, money”</w:t>
      </w:r>
    </w:p>
    <w:p>
      <w:r>
        <w:rPr>
          <w:sz w:val="20"/>
        </w:rPr>
        <w:t>16:03  aaj ka jo distraction hai, woh kya hai?</w:t>
      </w:r>
      <w:r>
        <w:br/>
      </w:r>
      <w:r>
        <w:rPr>
          <w:sz w:val="20"/>
        </w:rPr>
        <w:t>16:07  woh fame, popularity, material interest, money karel pehli zaban mein hai.</w:t>
      </w:r>
      <w:r>
        <w:br/>
      </w:r>
      <w:r>
        <w:rPr>
          <w:sz w:val="20"/>
        </w:rPr>
        <w:t>16:16  har aadmi paisa kama raha hai. is real plate se door apne ko le aana to bohat zyada distraction barh gaya hai is zamane mein.</w:t>
      </w:r>
      <w:r>
        <w:br/>
      </w:r>
      <w:r>
        <w:rPr>
          <w:sz w:val="20"/>
        </w:rPr>
        <w:t>16:30  to jo aise hausla mand hon ke is se oopar uth saken, aise naujawan, un ko le kar ke aap ko train karna hai.</w:t>
      </w:r>
      <w:r>
        <w:br/>
      </w:r>
      <w:r>
        <w:rPr>
          <w:sz w:val="20"/>
        </w:rPr>
        <w:t>16:40  yani dobara aap ko aise afraad chahiye jo tayyar hon is baat ke liye ke woh</w:t>
      </w:r>
    </w:p>
    <w:p>
      <w:pPr>
        <w:pStyle w:val="Heading2"/>
      </w:pPr>
      <w:r>
        <w:t>Dajjal fully explained as the deception of the media age</w:t>
      </w:r>
    </w:p>
    <w:p>
      <w:r>
        <w:rPr>
          <w:color w:val="666666"/>
          <w:sz w:val="18"/>
        </w:rPr>
        <w:t>Reinterpretation of Islam April 12, 2009 · 4m 35s · at 38:41 · https://youtu.be/QMG_eov11Po?t=2321</w:t>
      </w:r>
    </w:p>
    <w:p>
      <w:r>
        <w:rPr>
          <w:i/>
        </w:rPr>
        <w:t>“Log samajhte hain Dajjal koi strange animal hoga”</w:t>
      </w:r>
    </w:p>
    <w:p>
      <w:r>
        <w:rPr>
          <w:sz w:val="20"/>
        </w:rPr>
        <w:t>38:41  . log samajhte hain keh dajjal koi koi strange, koi animal hoga, Albert type aik insan, bohat hi bari si seengh hogi aur bohat aisa hoga, waisa hoga.</w:t>
      </w:r>
      <w:r>
        <w:br/>
      </w:r>
      <w:r>
        <w:rPr>
          <w:sz w:val="20"/>
        </w:rPr>
        <w:t>38:54  nahi, dajjal is a phenomena of of of of a new age. dekhiye dajjal ka matlab kya hai?</w:t>
      </w:r>
      <w:r>
        <w:br/>
      </w:r>
      <w:r>
        <w:rPr>
          <w:sz w:val="20"/>
        </w:rPr>
        <w:t>39:07  jab dajjal ki literal meaning hai deceiver, jo deceive kare. dajjal means great deceiver.</w:t>
      </w:r>
      <w:r>
        <w:br/>
      </w:r>
      <w:r>
        <w:rPr>
          <w:sz w:val="20"/>
        </w:rPr>
        <w:t>39:20  to aap dekhiye keh deceive karne ka jo kaam hai, woh to hamesha duniya mein raha hai. in every age you can see this phenomena.</w:t>
      </w:r>
      <w:r>
        <w:br/>
      </w:r>
      <w:r>
        <w:rPr>
          <w:sz w:val="20"/>
        </w:rPr>
        <w:t>39:30  in every age deceive karna, yani sachai se aadmi ko deviate karna, sachai se aadmi ko hatana, yani untruth ko truth ke colour mein pesh karna.</w:t>
      </w:r>
      <w:r>
        <w:br/>
      </w:r>
      <w:r>
        <w:rPr>
          <w:sz w:val="20"/>
        </w:rPr>
        <w:t>39:48  that deceive, that is deceiving practice. to deceiving practice, yeh jo phenomena aaya hai, woh to hamesha tha.</w:t>
      </w:r>
      <w:r>
        <w:br/>
      </w:r>
      <w:r>
        <w:rPr>
          <w:sz w:val="20"/>
        </w:rPr>
        <w:t>39:58  phir yeh bara deceiver kaise ban jayega? koi aadmi dajjal meaning great deceiver. yeh hai age phenomena, age phenomena.</w:t>
      </w:r>
      <w:r>
        <w:br/>
      </w:r>
      <w:r>
        <w:rPr>
          <w:sz w:val="20"/>
        </w:rPr>
        <w:t>40:11  this phenomena of age, yani jab printing press aa jayega, jab electronic media aa jayega, printing media aa jayega, aur aur beautiful chhapi hui kitabein aa jayengi,</w:t>
      </w:r>
      <w:r>
        <w:br/>
      </w:r>
      <w:r>
        <w:rPr>
          <w:sz w:val="20"/>
        </w:rPr>
        <w:t>40:25  radio, cinema, aur TV aa jayega, aur insan bohat develop karega, kar sakega baat ko bohat hi achhe tarike se kehne mein.</w:t>
      </w:r>
      <w:r>
        <w:br/>
      </w:r>
      <w:r>
        <w:rPr>
          <w:sz w:val="20"/>
        </w:rPr>
        <w:t>40:37  aaj jis tarah se baat ko kaha jata hai, bohat hi beautify tarike se. pehle insan nahi jaanta tha aisa karna. pehle aik insan nahi jaanta tha is ko karna, jaisa keh ab jaanta hai.</w:t>
      </w:r>
      <w:r>
        <w:br/>
      </w:r>
      <w:r>
        <w:rPr>
          <w:sz w:val="20"/>
        </w:rPr>
        <w:t>40:52  ab to bohat hi beautiful tarike se baat ko karne ka aik art ban gaya hai. art to yeh jo art hai, jo print print media aur electronic media ke zamane mein jo develop hua hai, art to beautify things, cheezon ko bohat achhe tarike se pesh karna.</w:t>
      </w:r>
      <w:r>
        <w:br/>
      </w:r>
      <w:r>
        <w:rPr>
          <w:sz w:val="20"/>
        </w:rPr>
        <w:t>41:15  is zamane mein dajjal paida hoga, is age ke jo us ko woh woh exploit karega.</w:t>
      </w:r>
      <w:r>
        <w:br/>
      </w:r>
      <w:r>
        <w:rPr>
          <w:sz w:val="20"/>
        </w:rPr>
        <w:t>41:24  is age mein jo cheezein aayi hain, yani print media ko istemal karega, aur us ko electronic media ko istemal karega, modern technique ko istemal karega, modern art ko istemal karega,</w:t>
      </w:r>
      <w:r>
        <w:br/>
      </w:r>
      <w:r>
        <w:rPr>
          <w:sz w:val="20"/>
        </w:rPr>
        <w:t>41:38  aur woh kaam jo pehle hota tha, yani ordinary level par, us ko bohat oonche level par le jayega. woh toh great deceiver ban jayega.</w:t>
      </w:r>
      <w:r>
        <w:br/>
      </w:r>
      <w:r>
        <w:rPr>
          <w:sz w:val="20"/>
        </w:rPr>
        <w:t>41:52  toh dajjal koi koi strange animal nahi hai. ek age ko exploitation karke jo insan banta hai, us ka us ka yeh phenomenon hai.</w:t>
      </w:r>
      <w:r>
        <w:br/>
      </w:r>
      <w:r>
        <w:rPr>
          <w:sz w:val="20"/>
        </w:rPr>
        <w:t>42:08  toh log abhi tak dajjal ka wait kar rahe hain. dajjal wait, dajjal toh aa chuka. jab age aa chuka, dajjal bhi aa chuka. jab age aa chuka, dajjal bhi aa chuka.</w:t>
      </w:r>
      <w:r>
        <w:br/>
      </w:r>
      <w:r>
        <w:rPr>
          <w:sz w:val="20"/>
        </w:rPr>
        <w:t>42:21  yani woh age jis mein koi aadmi dajjal banta hai, woh toh aa chuka. toh phir dajjal bhi aa chuka.</w:t>
      </w:r>
      <w:r>
        <w:br/>
      </w:r>
      <w:r>
        <w:rPr>
          <w:sz w:val="20"/>
        </w:rPr>
        <w:t>42:30  toh mein dajjal ka wait nahi kar raha hoon ke mein jaanta hoon ke dajjal toh aa chuka hai. aaj kal jo mein padhta hoon, aisa tareeqe se log, yani beautify karte hain baaton ko,</w:t>
      </w:r>
      <w:r>
        <w:br/>
      </w:r>
      <w:r>
        <w:rPr>
          <w:sz w:val="20"/>
        </w:rPr>
        <w:t>42:45  un truth ko truth ke andaaz mein pesh karte hain.</w:t>
      </w:r>
      <w:r>
        <w:br/>
      </w:r>
      <w:r>
        <w:rPr>
          <w:sz w:val="20"/>
        </w:rPr>
        <w:t>42:51  aap rozana padhte honge paper mein, magazine mein, books mein ke kis tarah se log beautify karke aisi baaton ko kehte hain jo jis ki koi reality nahi hoti hai.</w:t>
      </w:r>
      <w:r>
        <w:br/>
      </w:r>
      <w:r>
        <w:rPr>
          <w:sz w:val="20"/>
        </w:rPr>
        <w:t>43:04  yeh yahi yahi hai dajali, yahi hai deceive karna. toh jab age aa chuka toh dajjal bhi aa chuka. ab hamein wait nahi karna hai.</w:t>
      </w:r>
    </w:p>
    <w:p>
      <w:pPr>
        <w:pStyle w:val="Heading2"/>
      </w:pPr>
      <w:r>
        <w:t>From Muslim-centric to human-centric: a bicycle journey</w:t>
      </w:r>
    </w:p>
    <w:p>
      <w:r>
        <w:rPr>
          <w:color w:val="666666"/>
          <w:sz w:val="18"/>
        </w:rPr>
        <w:t>Revival of Muslims March 08, 2015 · 4m 12s · at 28:06 · https://youtu.be/8ShFcr8YozI?t=1686</w:t>
      </w:r>
    </w:p>
    <w:p>
      <w:r>
        <w:rPr>
          <w:i/>
        </w:rPr>
        <w:t>“Hamare safar ka aghaz bahut hi dilchasp hua”</w:t>
      </w:r>
    </w:p>
    <w:p>
      <w:r>
        <w:rPr>
          <w:sz w:val="20"/>
        </w:rPr>
        <w:t>28:06  hamaray mere safar ka aaghaz bohat hi dilchasp hua.</w:t>
      </w:r>
      <w:r>
        <w:br/>
      </w:r>
      <w:r>
        <w:rPr>
          <w:sz w:val="20"/>
        </w:rPr>
        <w:t>28:11  aik sahib thay, un ka naam tha Abdul Rahim Badi Dvi, Mewad ke thay woh. Abdul Rahim Badi Dvi.</w:t>
      </w:r>
      <w:r>
        <w:br/>
      </w:r>
      <w:r>
        <w:rPr>
          <w:sz w:val="20"/>
        </w:rPr>
        <w:t>28:21  to woh mere paas aaye, kaha ke chaliye mein aap ko apnay ilaqay mein le chalta hoon. is ilaqay mein hum musalman bhi thay, hindu bhi thay.</w:t>
      </w:r>
      <w:r>
        <w:br/>
      </w:r>
      <w:r>
        <w:rPr>
          <w:sz w:val="20"/>
        </w:rPr>
        <w:t>28:32  to us waqt mere paas koi sawari nahi thi, un ke paas bhi koi sawari nahi thi.</w:t>
      </w:r>
      <w:r>
        <w:br/>
      </w:r>
      <w:r>
        <w:rPr>
          <w:sz w:val="20"/>
        </w:rPr>
        <w:t>28:39  to aik baisikal par unhon ne mujhe bithaya, woh baisikal par safar karte thay. to baisikal par baith kar mein ne safar kiya. yahan se mera aaghaz hua safar ka.</w:t>
      </w:r>
      <w:r>
        <w:br/>
      </w:r>
      <w:r>
        <w:rPr>
          <w:sz w:val="20"/>
        </w:rPr>
        <w:t>28:52  bohat dinon tak baisikal par safar karta raha mein. yahan jana, wahan jana, yahan jana, wahan jana. phir bus par safar kiya, phir train par safar kiya, phir car mein safar kiya, phir hawai jahaz mein safar kiya.</w:t>
      </w:r>
      <w:r>
        <w:br/>
      </w:r>
      <w:r>
        <w:rPr>
          <w:sz w:val="20"/>
        </w:rPr>
        <w:t>29:04  bohat ziyada safar mere huay, dunya bhar ke safar huay.</w:t>
      </w:r>
      <w:r>
        <w:br/>
      </w:r>
      <w:r>
        <w:rPr>
          <w:sz w:val="20"/>
        </w:rPr>
        <w:t>29:08  yani hinduo mein, isaiyo mein, sikho mein, jainiyo mein, yahudiyo mein, sab mein jana hua.</w:t>
      </w:r>
      <w:r>
        <w:br/>
      </w:r>
      <w:r>
        <w:rPr>
          <w:sz w:val="20"/>
        </w:rPr>
        <w:t>29:18  to yeh tha aik aalami interaction. tab mera zehn badla dheere dheere dheere dheere.</w:t>
      </w:r>
      <w:r>
        <w:br/>
      </w:r>
      <w:r>
        <w:rPr>
          <w:sz w:val="20"/>
        </w:rPr>
        <w:t>29:26  yani pehle mera zehn tha wahi karwan-e-millat wala, baad ko mera zehn wahi jo mein ne kitaab likhi "Insaniyat ki Manzil". to bohat hi mushkil hai obsession ka tootna, conditioning ka tootna.</w:t>
      </w:r>
      <w:r>
        <w:br/>
      </w:r>
      <w:r>
        <w:rPr>
          <w:sz w:val="20"/>
        </w:rPr>
        <w:t>29:45  mujhe aik waqia yaad aata hai jab is zamane mein, jab Abdul Rahim Badi Dvi ke sath mein safar karta tha. to mein bus mein safar kar raha tha Haryana ke ilaqay mein.</w:t>
      </w:r>
      <w:r>
        <w:br/>
      </w:r>
      <w:r>
        <w:rPr>
          <w:sz w:val="20"/>
        </w:rPr>
        <w:t>30:00  to driver jo tha woh Jat tha. ab meri seat bilkul driver ke paas thi. to meri aadat thi ke mein kuch likhta tha safar mein bhi.</w:t>
      </w:r>
      <w:r>
        <w:br/>
      </w:r>
      <w:r>
        <w:rPr>
          <w:sz w:val="20"/>
        </w:rPr>
        <w:t>30:13  kuch yaad-dasht, kuch diary, kuch safarnama. to mein driver ke baghal mein baitha hua, us ke baein janib mein kuch likh raha tha.</w:t>
      </w:r>
      <w:r>
        <w:br/>
      </w:r>
      <w:r>
        <w:rPr>
          <w:sz w:val="20"/>
        </w:rPr>
        <w:t>30:24  to to woh Jat apni zuban mein kehta: "Molvi ji, kya shairi likh rahay ho?"</w:t>
      </w:r>
      <w:r>
        <w:br/>
      </w:r>
      <w:r>
        <w:rPr>
          <w:sz w:val="20"/>
        </w:rPr>
        <w:t>30:34  to mein ne kaha: "nahi, shairi nahi, mein aisi hi kuch likhta hoon."</w:t>
      </w:r>
      <w:r>
        <w:br/>
      </w:r>
      <w:r>
        <w:rPr>
          <w:sz w:val="20"/>
        </w:rPr>
        <w:t>30:38  to is ne kaha ke is ne main ne poocha ke aap ne kyun samjha ke main shayari likh raha hoon? to is ne mujhe yaad hai ab tak yeh kaha tha: "apne to mawaqe paray hain." yeh lafz tha is ka: "apne to mawaqe paray hain." to is ne kaha: "is se pehle main foj mein tha</w:t>
      </w:r>
      <w:r>
        <w:br/>
      </w:r>
      <w:r>
        <w:rPr>
          <w:sz w:val="20"/>
        </w:rPr>
        <w:t>30:58  to foj mein jo musalman hotay thay woh shayari kiya karte thay."</w:t>
      </w:r>
      <w:r>
        <w:br/>
      </w:r>
      <w:r>
        <w:rPr>
          <w:sz w:val="20"/>
        </w:rPr>
        <w:t>31:04  woh shayari kiya karte thay.</w:t>
      </w:r>
      <w:r>
        <w:br/>
      </w:r>
      <w:r>
        <w:rPr>
          <w:sz w:val="20"/>
        </w:rPr>
        <w:t>31:06  is tarah ke halaat beshumar main ne likhay hain apne safarnamon mein. is se mujhe mera mera dimagh jo hai woh is ko aik aik shakh lagta tha.</w:t>
      </w:r>
      <w:r>
        <w:br/>
      </w:r>
      <w:r>
        <w:rPr>
          <w:sz w:val="20"/>
        </w:rPr>
        <w:t>31:18  sochta tha ke aik jaat mujhe shayar kyun samajhta hai? aik jaat jo mujhe shayar kyun samajhta hai? aisay hi main lucknow mein tha to main aik hindu, aik bohat parhay likhay hindu thay, un se mila.</w:t>
      </w:r>
      <w:r>
        <w:br/>
      </w:r>
      <w:r>
        <w:rPr>
          <w:sz w:val="20"/>
        </w:rPr>
        <w:t>31:34  unhon ne kaha ke aap. is ne kaha ke muhammad ko tareekh se nikaal liya jaye to tareekh mein kya kami reh jaye gi? is tarah ke bohat yaani europe mein, america mein, india mein, har jagah mujhe sabqay paray.</w:t>
      </w:r>
      <w:r>
        <w:br/>
      </w:r>
      <w:r>
        <w:rPr>
          <w:sz w:val="20"/>
        </w:rPr>
        <w:t>31:50  to mera zehn tootnay laga, tootnay laga. bohat dinon ke baad aisa hua ke mera muslim markooz zehn jo tha woh toot gaya aur insaan markooz zehn mein bana.</w:t>
      </w:r>
      <w:r>
        <w:br/>
      </w:r>
      <w:r>
        <w:rPr>
          <w:sz w:val="20"/>
        </w:rPr>
        <w:t>32:03  is zamanay ke musalmanon ka safar aur masla yeh hai ke un ko kehtay hain insaan markooz soch nahi. insaan markooz soch nahi, muslim markooz soch hai.</w:t>
      </w:r>
    </w:p>
    <w:p>
      <w:pPr>
        <w:pStyle w:val="Heading2"/>
      </w:pPr>
      <w:r>
        <w:t>closing personal creed: follow one, respect all</w:t>
      </w:r>
    </w:p>
    <w:p>
      <w:r>
        <w:rPr>
          <w:color w:val="666666"/>
          <w:sz w:val="18"/>
        </w:rPr>
        <w:t>Position of Islam in a Pluralistic Society (English) March 12, 2007 Maulana Wahiduddin Khan · 49s · at 23:03 · https://youtu.be/zeBT1HGl2n8?t=1383</w:t>
      </w:r>
    </w:p>
    <w:p>
      <w:r>
        <w:rPr>
          <w:i/>
        </w:rPr>
        <w:t>“This is my own formula: follow one and respect all.”</w:t>
      </w:r>
    </w:p>
    <w:p>
      <w:r>
        <w:rPr>
          <w:sz w:val="20"/>
        </w:rPr>
        <w:t>23:03  follow one and respect all.</w:t>
      </w:r>
      <w:r>
        <w:br/>
      </w:r>
      <w:r>
        <w:rPr>
          <w:sz w:val="20"/>
        </w:rPr>
        <w:t>23:06  This is my own</w:t>
      </w:r>
      <w:r>
        <w:br/>
      </w:r>
      <w:r>
        <w:rPr>
          <w:sz w:val="20"/>
        </w:rPr>
        <w:t>23:13  formula. And my whole life is based on this formula. So I have adopted this formula: follow one and respect all.</w:t>
      </w:r>
      <w:r>
        <w:br/>
      </w:r>
      <w:r>
        <w:rPr>
          <w:sz w:val="20"/>
        </w:rPr>
        <w:t>23:23  Thank you.</w:t>
      </w:r>
    </w:p>
    <w:p>
      <w:pPr>
        <w:pStyle w:val="Heading2"/>
      </w:pPr>
      <w:r>
        <w:t>Separate Islam from Muslims; verse on killing innocents</w:t>
      </w:r>
    </w:p>
    <w:p>
      <w:r>
        <w:rPr>
          <w:color w:val="666666"/>
          <w:sz w:val="18"/>
        </w:rPr>
        <w:t>On Extremism September 14, 2008 · 2m 59s · at 31:06 · https://youtu.be/qHQEos8tOLg?t=1866</w:t>
      </w:r>
    </w:p>
    <w:p>
      <w:r>
        <w:rPr>
          <w:i/>
        </w:rPr>
        <w:t>“You must differentiate between Islam and Muslims”</w:t>
      </w:r>
    </w:p>
    <w:p>
      <w:r>
        <w:rPr>
          <w:sz w:val="20"/>
        </w:rPr>
        <w:t>31:06  number ek, jo log Islam ke bare mein yeh kehte hain ke Islam ek violent religion hai, un ko bataiye ke you have to differentiate between Islam and Muslims.</w:t>
      </w:r>
      <w:r>
        <w:br/>
      </w:r>
      <w:r>
        <w:rPr>
          <w:sz w:val="20"/>
        </w:rPr>
        <w:t>31:18  jo Musalman kar rahe hain, is ka blame to Islam ko kyun dete ho? Islam ke bare mein bolna hai to aap ko is ki scripture ko dekhna padega, Musalmanon ki practice ko nahi.</w:t>
      </w:r>
      <w:r>
        <w:br/>
      </w:r>
      <w:r>
        <w:rPr>
          <w:sz w:val="20"/>
        </w:rPr>
        <w:t>31:33  practice ko nahi.</w:t>
      </w:r>
      <w:r>
        <w:br/>
      </w:r>
      <w:r>
        <w:rPr>
          <w:sz w:val="20"/>
        </w:rPr>
        <w:t>31:35  kal mujh se kahin se baat ho rahi thi to main ne kaha ke yani Gita mein likha hua hai ke "Hay Arjun! aage badha aur yuddh kar".</w:t>
      </w:r>
      <w:r>
        <w:br/>
      </w:r>
      <w:r>
        <w:rPr>
          <w:sz w:val="20"/>
        </w:rPr>
        <w:t>31:45  kya is ka matlab hai ke har waqt Hindu ladai ladne lagen? woh is ka ek context hai, is mein woh baat kahi gayi hai.</w:t>
      </w:r>
      <w:r>
        <w:br/>
      </w:r>
      <w:r>
        <w:rPr>
          <w:sz w:val="20"/>
        </w:rPr>
        <w:t>31:54  to Islam mein, yani Quran mein, agar kuch jagahon par ladai ki baat hai to woh defense, defense ke context mein hai.</w:t>
      </w:r>
      <w:r>
        <w:br/>
      </w:r>
      <w:r>
        <w:rPr>
          <w:sz w:val="20"/>
        </w:rPr>
        <w:t>32:04  woh yani jab logon ne attack kar diya, jab unhon ne hamla kar diya, us waqt Quran mein kaha gaya hai ke tum is hamle ke jawab mein defensive war lado.</w:t>
      </w:r>
      <w:r>
        <w:br/>
      </w:r>
      <w:r>
        <w:rPr>
          <w:sz w:val="20"/>
        </w:rPr>
        <w:t>32:17  to yeh to har jagah hoga. bible mein bhi war ki ayat maujood hai, geeta mein war ki ayat maujood hai, hamare constitution mein maujood hai, har jagah maujood rehti hai.</w:t>
      </w:r>
      <w:r>
        <w:br/>
      </w:r>
      <w:r>
        <w:rPr>
          <w:sz w:val="20"/>
        </w:rPr>
        <w:t>32:26  lekin woh hoti hai defence ke liye. yeh matlab nahi ke aap sarkon par nikal aayen, gun lekar sab ko maarna shuru kar den.</w:t>
      </w:r>
      <w:r>
        <w:br/>
      </w:r>
      <w:r>
        <w:rPr>
          <w:sz w:val="20"/>
        </w:rPr>
        <w:t>32:36  main ek reference aap ko deta hoon quran ka. dekhen, yeh jo bomb blast hue hain aur aise bahut se hote rehte hain, yeh islam ke kitne zyada khilaf hain,</w:t>
      </w:r>
      <w:r>
        <w:br/>
      </w:r>
      <w:r>
        <w:rPr>
          <w:sz w:val="20"/>
        </w:rPr>
        <w:t>32:50  kitne zyada islam ke against hain. main ek reference deta hoon aap ko. is mein kaun log mare? sab innocent log mare, sab innocent</w:t>
      </w:r>
      <w:r>
        <w:br/>
      </w:r>
      <w:r>
        <w:rPr>
          <w:sz w:val="20"/>
        </w:rPr>
        <w:t>33:00  . jaise aur jo jahan idhar udhar bomb blast hote rehte hain, suicide bombing hoti hai to kaun marta hai? innocent log marte hain. quran mein ek ayat hai:</w:t>
      </w:r>
      <w:r>
        <w:br/>
      </w:r>
      <w:r>
        <w:rPr>
          <w:sz w:val="20"/>
        </w:rPr>
        <w:t>33:14  "man qatal nafsan bighair nafsan wa fisadin fakama qatal annasa jameea".</w:t>
      </w:r>
      <w:r>
        <w:br/>
      </w:r>
      <w:r>
        <w:rPr>
          <w:sz w:val="20"/>
        </w:rPr>
        <w:t>33:24  iska matlab hai ke killing of one innocent person means killing the whole humanity, killing the all humanity.</w:t>
      </w:r>
      <w:r>
        <w:br/>
      </w:r>
      <w:r>
        <w:rPr>
          <w:sz w:val="20"/>
        </w:rPr>
        <w:t>33:35  yani ek insaan ko maarna aisa hi hai jaise saare insaanon ko tum ne maar dala. yeh hai islam ka.</w:t>
      </w:r>
      <w:r>
        <w:br/>
      </w:r>
      <w:r>
        <w:rPr>
          <w:sz w:val="20"/>
        </w:rPr>
        <w:t>33:44  yani innocent logon ko maarna islam mein hai hi nahi.</w:t>
      </w:r>
      <w:r>
        <w:br/>
      </w:r>
      <w:r>
        <w:rPr>
          <w:sz w:val="20"/>
        </w:rPr>
        <w:t>33:49  ab bataen ke agar islam par koi believe karta ho, islam ko manta ho to kya sochega woh? ke agar maine itne saare logon ko maarna to bahut door ki baat hai, ek innocent ko maara to mujhe punishment milega.</w:t>
      </w:r>
    </w:p>
    <w:p>
      <w:pPr>
        <w:pStyle w:val="Heading2"/>
      </w:pPr>
      <w:r>
        <w:t>Modern jihad is peaceful activism</w:t>
      </w:r>
    </w:p>
    <w:p>
      <w:r>
        <w:rPr>
          <w:color w:val="666666"/>
          <w:sz w:val="18"/>
        </w:rPr>
        <w:t>Understanding the Quran April 7, 2019 · 21s · at 23:36 · https://youtu.be/m_Om5MtQJz4?t=1416</w:t>
      </w:r>
    </w:p>
    <w:p>
      <w:r>
        <w:rPr>
          <w:i/>
        </w:rPr>
        <w:t>“Aaj ka jihad activism hai, woh ek naya form is ka hoga.”</w:t>
      </w:r>
    </w:p>
    <w:p>
      <w:r>
        <w:rPr>
          <w:sz w:val="20"/>
        </w:rPr>
        <w:t>23:36  aaj ka jehad activism hai, woh ek naya form iska hoga, bilkul naya.</w:t>
      </w:r>
      <w:r>
        <w:br/>
      </w:r>
      <w:r>
        <w:rPr>
          <w:sz w:val="20"/>
        </w:rPr>
        <w:t>23:45  is mein jang nahi hogi, talwar nahi hogi, bam nahi hoga, pathar nahi hoga, peaceful activism hoga.</w:t>
      </w:r>
    </w:p>
    <w:p>
      <w:pPr>
        <w:pStyle w:val="Heading2"/>
      </w:pPr>
      <w:r>
        <w:t>No future without accepting this bitter truth</w:t>
      </w:r>
    </w:p>
    <w:p>
      <w:r>
        <w:rPr>
          <w:color w:val="666666"/>
          <w:sz w:val="18"/>
        </w:rPr>
        <w:t>The Issues of Islam in the Present World November 11, 2012 · 41s · at 55:10 · https://youtu.be/COoaUbCCi1c?t=3310</w:t>
      </w:r>
    </w:p>
    <w:p>
      <w:r>
        <w:rPr>
          <w:i/>
        </w:rPr>
        <w:t>“Without this truth, no future at all — we are wrong”</w:t>
      </w:r>
    </w:p>
    <w:p>
      <w:r>
        <w:rPr>
          <w:sz w:val="20"/>
        </w:rPr>
        <w:t>55:10  yeh baaten jo maine arz keen, yeh logon ko bohat karwi lagen gi, karwi. lekin yahi sachai hai.</w:t>
      </w:r>
      <w:r>
        <w:br/>
      </w:r>
      <w:r>
        <w:rPr>
          <w:sz w:val="20"/>
        </w:rPr>
        <w:t>55:19  is sachai ko manay baghair hamara koi koi mustaqbil nahi, na dunya mein, na akhirat mein. no future at all.</w:t>
      </w:r>
      <w:r>
        <w:br/>
      </w:r>
      <w:r>
        <w:rPr>
          <w:sz w:val="20"/>
        </w:rPr>
        <w:t>55:36  to hamein bohat hi bold decision lena pare ga. yeh kehna pare ga ke "we are wrong, we are wrong, we are wrong".</w:t>
      </w:r>
    </w:p>
    <w:p>
      <w:pPr>
        <w:pStyle w:val="Heading2"/>
      </w:pPr>
      <w:r>
        <w:t>Islam vs Muslims and goal of Tazkiya</w:t>
      </w:r>
    </w:p>
    <w:p>
      <w:r>
        <w:rPr>
          <w:color w:val="666666"/>
          <w:sz w:val="18"/>
        </w:rPr>
        <w:t>Interview of Maulana Wahiduddin Khan by Steve Chase · 4m 50s · at 1:01 · https://youtu.be/dbDfvOYCLdA?t=61</w:t>
      </w:r>
    </w:p>
    <w:p>
      <w:r>
        <w:rPr>
          <w:i/>
        </w:rPr>
        <w:t>“I think the study of religion is not a very easy subject.”</w:t>
      </w:r>
    </w:p>
    <w:p>
      <w:r>
        <w:rPr>
          <w:sz w:val="20"/>
        </w:rPr>
        <w:t>1:01  I think that the study of religion is not a very easy subject, because there are people confused</w:t>
      </w:r>
      <w:r>
        <w:br/>
      </w:r>
      <w:r>
        <w:rPr>
          <w:sz w:val="20"/>
        </w:rPr>
        <w:t>1:12  between religion and people of religion, between Islam and Muslims.</w:t>
      </w:r>
      <w:r>
        <w:br/>
      </w:r>
      <w:r>
        <w:rPr>
          <w:sz w:val="20"/>
        </w:rPr>
        <w:t>1:22  This creates confusion, and it becomes difficult to draw someright conclusion.</w:t>
      </w:r>
      <w:r>
        <w:br/>
      </w:r>
      <w:r>
        <w:rPr>
          <w:sz w:val="20"/>
        </w:rPr>
        <w:t>1:33  So my way of thinking is that—I always say that my subject is Islam.</w:t>
      </w:r>
      <w:r>
        <w:br/>
      </w:r>
      <w:r>
        <w:rPr>
          <w:sz w:val="20"/>
        </w:rPr>
        <w:t>1:39  Muslim has not been my subject.</w:t>
      </w:r>
      <w:r>
        <w:br/>
      </w:r>
      <w:r>
        <w:rPr>
          <w:sz w:val="20"/>
        </w:rPr>
        <w:t>1:45  So I always study Islam from Islamic texts.</w:t>
      </w:r>
      <w:r>
        <w:br/>
      </w:r>
      <w:r>
        <w:rPr>
          <w:sz w:val="20"/>
        </w:rPr>
        <w:t>1:51  So I differentiate between Islam and Muslims.</w:t>
      </w:r>
      <w:r>
        <w:br/>
      </w:r>
      <w:r>
        <w:rPr>
          <w:sz w:val="20"/>
        </w:rPr>
        <w:t>1:57  So according to my study, the first source of Islam</w:t>
      </w:r>
      <w:r>
        <w:br/>
      </w:r>
      <w:r>
        <w:rPr>
          <w:sz w:val="20"/>
        </w:rPr>
        <w:t>2:03  is Quran.</w:t>
      </w:r>
      <w:r>
        <w:br/>
      </w:r>
      <w:r>
        <w:rPr>
          <w:sz w:val="20"/>
        </w:rPr>
        <w:t>2:10  Then Prophet's life, Prophet's saying, Prophet's example.</w:t>
      </w:r>
      <w:r>
        <w:br/>
      </w:r>
      <w:r>
        <w:rPr>
          <w:sz w:val="20"/>
        </w:rPr>
        <w:t>2:18  These two are basic references of Islam.</w:t>
      </w:r>
      <w:r>
        <w:br/>
      </w:r>
      <w:r>
        <w:rPr>
          <w:sz w:val="20"/>
        </w:rPr>
        <w:t>2:26  So according to my study, people generally refer to some verse</w:t>
      </w:r>
      <w:r>
        <w:br/>
      </w:r>
      <w:r>
        <w:rPr>
          <w:sz w:val="20"/>
        </w:rPr>
        <w:t>2:33  at the time of Prophet.</w:t>
      </w:r>
      <w:r>
        <w:br/>
      </w:r>
      <w:r>
        <w:rPr>
          <w:sz w:val="20"/>
        </w:rPr>
        <w:t>2:41  So they—by referring to these verses, they say that Islam is religious verse.</w:t>
      </w:r>
      <w:r>
        <w:br/>
      </w:r>
      <w:r>
        <w:rPr>
          <w:sz w:val="20"/>
        </w:rPr>
        <w:t>2:49  But here also you have to differentiate between basic principles and those things that were due to age factors.</w:t>
      </w:r>
      <w:r>
        <w:br/>
      </w:r>
      <w:r>
        <w:rPr>
          <w:sz w:val="20"/>
        </w:rPr>
        <w:t>2:56  Prophet of Islam started his mission in 7th century AD.</w:t>
      </w:r>
      <w:r>
        <w:br/>
      </w:r>
      <w:r>
        <w:rPr>
          <w:sz w:val="20"/>
        </w:rPr>
        <w:t>3:04  At that time there was tribal culture.</w:t>
      </w:r>
      <w:r>
        <w:br/>
      </w:r>
      <w:r>
        <w:rPr>
          <w:sz w:val="20"/>
        </w:rPr>
        <w:t>3:14  Tribal culture means culture of conflict, culture of war, because tribes—tribes don't do anything except violence.</w:t>
      </w:r>
      <w:r>
        <w:br/>
      </w:r>
      <w:r>
        <w:rPr>
          <w:sz w:val="20"/>
        </w:rPr>
        <w:t>3:24  So to this age factor, sometimes Prophet was engaged in</w:t>
      </w:r>
      <w:r>
        <w:br/>
      </w:r>
      <w:r>
        <w:rPr>
          <w:sz w:val="20"/>
        </w:rPr>
        <w:t>3:34  war.</w:t>
      </w:r>
      <w:r>
        <w:br/>
      </w:r>
      <w:r>
        <w:rPr>
          <w:sz w:val="20"/>
        </w:rPr>
        <w:t>3:39  But war is not Islamic teaching.</w:t>
      </w:r>
      <w:r>
        <w:br/>
      </w:r>
      <w:r>
        <w:rPr>
          <w:sz w:val="20"/>
        </w:rPr>
        <w:t>3:44  It was due to age factor.</w:t>
      </w:r>
      <w:r>
        <w:br/>
      </w:r>
      <w:r>
        <w:rPr>
          <w:sz w:val="20"/>
        </w:rPr>
        <w:t>3:49  And also Prophet always managed those wars.</w:t>
      </w:r>
      <w:r>
        <w:br/>
      </w:r>
      <w:r>
        <w:rPr>
          <w:sz w:val="20"/>
        </w:rPr>
        <w:t>3:54  So in Islamic study, in—in the Prophet's life, there is no full-fledged war, only some skirmishes, because Prophet</w:t>
      </w:r>
      <w:r>
        <w:br/>
      </w:r>
      <w:r>
        <w:rPr>
          <w:sz w:val="20"/>
        </w:rPr>
        <w:t>3:59  always tried to minimize</w:t>
      </w:r>
      <w:r>
        <w:br/>
      </w:r>
      <w:r>
        <w:rPr>
          <w:sz w:val="20"/>
        </w:rPr>
        <w:t>4:05  the tension.</w:t>
      </w:r>
      <w:r>
        <w:br/>
      </w:r>
      <w:r>
        <w:rPr>
          <w:sz w:val="20"/>
        </w:rPr>
        <w:t>4:12  And due to this strategy, there was no full-fledged war.</w:t>
      </w:r>
      <w:r>
        <w:br/>
      </w:r>
      <w:r>
        <w:rPr>
          <w:sz w:val="20"/>
        </w:rPr>
        <w:t>4:20  So this is my—my study.</w:t>
      </w:r>
      <w:r>
        <w:br/>
      </w:r>
      <w:r>
        <w:rPr>
          <w:sz w:val="20"/>
        </w:rPr>
        <w:t>4:27  Then another point is that I always try to know what was the real goal of Islam</w:t>
      </w:r>
      <w:r>
        <w:br/>
      </w:r>
      <w:r>
        <w:rPr>
          <w:sz w:val="20"/>
        </w:rPr>
        <w:t>4:35  . Real goal.</w:t>
      </w:r>
      <w:r>
        <w:br/>
      </w:r>
      <w:r>
        <w:rPr>
          <w:sz w:val="20"/>
        </w:rPr>
        <w:t>4:41  So according to my study, goal was not to establish government.</w:t>
      </w:r>
      <w:r>
        <w:br/>
      </w:r>
      <w:r>
        <w:rPr>
          <w:sz w:val="20"/>
        </w:rPr>
        <w:t>4:47  It was not true goal.</w:t>
      </w:r>
      <w:r>
        <w:br/>
      </w:r>
      <w:r>
        <w:rPr>
          <w:sz w:val="20"/>
        </w:rPr>
        <w:t>4:54  Islamic goal was to prepare individuals that is called Tazkiya.</w:t>
      </w:r>
      <w:r>
        <w:br/>
      </w:r>
      <w:r>
        <w:rPr>
          <w:sz w:val="20"/>
        </w:rPr>
        <w:t>5:00  In—if you adopt the term</w:t>
      </w:r>
      <w:r>
        <w:br/>
      </w:r>
      <w:r>
        <w:rPr>
          <w:sz w:val="20"/>
        </w:rPr>
        <w:t>5:06  used by—by the Quran, then it is Tazkiya.</w:t>
      </w:r>
      <w:r>
        <w:br/>
      </w:r>
      <w:r>
        <w:rPr>
          <w:sz w:val="20"/>
        </w:rPr>
        <w:t>5:14  Tazkiya means purification.</w:t>
      </w:r>
      <w:r>
        <w:br/>
      </w:r>
      <w:r>
        <w:rPr>
          <w:sz w:val="20"/>
        </w:rPr>
        <w:t>5:21  So according to my study, the only goal of Islam was to—to purify people.</w:t>
      </w:r>
      <w:r>
        <w:br/>
      </w:r>
      <w:r>
        <w:rPr>
          <w:sz w:val="20"/>
        </w:rPr>
        <w:t>5:29  By purification, I mean basically to—to prepare them, th</w:t>
      </w:r>
      <w:r>
        <w:br/>
      </w:r>
      <w:r>
        <w:rPr>
          <w:sz w:val="20"/>
        </w:rPr>
        <w:t>5:37  em, to live as a positive personality, avoid negative thinking. This is the basic, basic issue. So this is my study.</w:t>
      </w:r>
    </w:p>
    <w:p>
      <w:pPr>
        <w:pStyle w:val="Heading2"/>
      </w:pPr>
      <w:r>
        <w:t>why Abdul Malik built the Dome of the Rock</w:t>
      </w:r>
    </w:p>
    <w:p>
      <w:r>
        <w:rPr>
          <w:color w:val="666666"/>
          <w:sz w:val="18"/>
        </w:rPr>
        <w:t>The History of Palestine January 22, 2023 · 3m 00s · at 38:55 · https://youtu.be/KriKW4WEgzw?t=2335</w:t>
      </w:r>
    </w:p>
    <w:p>
      <w:r>
        <w:rPr>
          <w:i/>
        </w:rPr>
        <w:t>“Qibla to isliye banaya ki log yeh na samjhein naya deen laaye hain”</w:t>
      </w:r>
    </w:p>
    <w:p>
      <w:r>
        <w:rPr>
          <w:sz w:val="20"/>
        </w:rPr>
        <w:t>38:55  apa yeh bohat acha aap ne is ko difference ko wazeh kar diya ke alag sau domo flock mein kya farq hai? main yeh bhi chahunga apa ke aap is ko bhi wazeh karen ke jaise aap ne zikr bhi kiya ke Umayyad period mein, jo Khalifa the Abdul Malik unhon ne yeh Dome of the Rock ko build kiya aur baad mein apa history mein jaise ke hum jante bhi hain ke Rasool Allah ne us ko apna qibla bhi banaya.</w:t>
      </w:r>
      <w:r>
        <w:br/>
      </w:r>
      <w:r>
        <w:rPr>
          <w:sz w:val="20"/>
        </w:rPr>
        <w:t>39:21  to is is ke bare mein thora sa aap batayen ke aisa aisa kyun hua? to qibla to is liye banaya ke wahan par jab Madina aap gaye na to aap ne socha ke aisa na ho ke log yeh samjhenge ke yeh koi naya deen lekar aaye hain. log mahatwai socha aap se.</w:t>
      </w:r>
      <w:r>
        <w:br/>
      </w:r>
      <w:r>
        <w:rPr>
          <w:sz w:val="20"/>
        </w:rPr>
        <w:t>39:42  to is wajah se us ko aap ne qibla ko accept kar liya aur wahan par ansar jo the jo Rasool Allah sallallahu alaihi wasallam ke Madina jane se pehle iman le aaye the woh bhi udhar hi namaz padhte the usi qibla par. is liye aap ne un ki talif e qalb ke liye aisa kiya tha. to phir solah mahine ke baad phir aap ko jab ijazat mili tab aap ne Kaba ki taraf namaz padhna shuru kiya.</w:t>
      </w:r>
      <w:r>
        <w:br/>
      </w:r>
      <w:r>
        <w:rPr>
          <w:sz w:val="20"/>
        </w:rPr>
        <w:t>40:08  to woh to ek bohat bara sa ek bara ek samajh lijiye ek bohat bare kamre ke barabar woh chattan hai. to usi chattan ke upar bohat bara sa gumbad Abdul Malik bin Marwan ne banaya us ki bhi ek woh hai ke kyun us ne banaya? ab woh chunke woh chattan hai na to wahan par andar woh masjid hai hi nahi. woh andar namaz omaz ho hi nahi sakti. wahan par to qurbani hoti thi.</w:t>
      </w:r>
      <w:r>
        <w:br/>
      </w:r>
      <w:r>
        <w:rPr>
          <w:sz w:val="20"/>
        </w:rPr>
        <w:t>40:35  kehte hain yahoodi kehte hain ke Hazrat Isa ki qurbani wahan matlab qurbani honi thi wahan par. litaya tha Ibrahim Alaihis Salam ne. phir Allah Taala ne dhumba bheja. lekin musalman is Islam ke mutabiq Hazrat Ismail ki qurbani thi woh. to is tarah se woh qurbani ki jagah thi woh aur wohi qibla tha. to woh namaz ki jagah nahi thi.</w:t>
      </w:r>
      <w:r>
        <w:br/>
      </w:r>
      <w:r>
        <w:rPr>
          <w:sz w:val="20"/>
        </w:rPr>
        <w:t>41:02  namaz hoti hai to bahar bahar padhte hain namaz kyunke woh to bilkul woh to ooncha neecha pathar hai na? to us ke charon taraf bahar namaz padi jati hai. jo saf qaim hoti hai na to bahar qaim ho jati hai us ke. to ab Abdul Malik bin Marwan ne us gumbad ko is liye banaya kehte hain us ki bhi do wajah batai jati hain.</w:t>
      </w:r>
      <w:r>
        <w:br/>
      </w:r>
      <w:r>
        <w:rPr>
          <w:sz w:val="20"/>
        </w:rPr>
        <w:t>41:28  ek to yeh hai ke isaiyon ki jab jab musalman musalmanon ki empire bani to un ke pas koi bohat bari jagah dikhane ki thi nahi. isaiyon ke pas bohat bari bari buildingein thin. bare bare church the. to in logon ko yeh hua ke un ke un ke muqable ka kuch banaya jaye. to yeh jo teesri ek to Makkah Madinah ke baad teesri most important jagah yahi thi.</w:t>
      </w:r>
      <w:r>
        <w:br/>
      </w:r>
      <w:r>
        <w:rPr>
          <w:sz w:val="20"/>
        </w:rPr>
        <w:t>41:55  to kyunke Rasool Allah sallallahu alaihi wasallam ko wahan miraj hui thi. to us ne socha ke yahan par kuch kaam kiya jaye. to us ne bohat hi shandar dome banaya. woh sab isai architect aaye wahan se aur itna itna shandar ke us waqt ki woh shayad sab se zada shandar imarat ki woh. to is tarah ek aur wajah batai jati hai ke Abdullah Ibn Zubair ne revolt kar diya tha in ke zamane mein.</w:t>
      </w:r>
    </w:p>
    <w:p>
      <w:pPr>
        <w:pStyle w:val="Heading2"/>
      </w:pPr>
      <w:r>
        <w:t>Jihad means striving for good</w:t>
      </w:r>
    </w:p>
    <w:p>
      <w:r>
        <w:rPr>
          <w:color w:val="666666"/>
          <w:sz w:val="18"/>
        </w:rPr>
        <w:t>Believers and Non-Belivers (In Conversation with Maulana) · 46s · at 6:35 · https://youtu.be/a5IoCo05gaw?t=395</w:t>
      </w:r>
    </w:p>
    <w:p>
      <w:r>
        <w:rPr>
          <w:i/>
        </w:rPr>
        <w:t>“To jihad ka matlab sirf itna hai”</w:t>
      </w:r>
    </w:p>
    <w:p>
      <w:r>
        <w:rPr>
          <w:sz w:val="20"/>
        </w:rPr>
        <w:t>6:35  to jihad ka matlab sirf itna hi hai,</w:t>
      </w:r>
      <w:r>
        <w:br/>
      </w:r>
      <w:r>
        <w:rPr>
          <w:sz w:val="20"/>
        </w:rPr>
        <w:t>6:38  kisi achhe kaam ke liye koshish karna.</w:t>
      </w:r>
      <w:r>
        <w:br/>
      </w:r>
      <w:r>
        <w:rPr>
          <w:sz w:val="20"/>
        </w:rPr>
        <w:t>6:40  apni islah ke liye koshish karen to wah bhi jihad hai.</w:t>
      </w:r>
      <w:r>
        <w:br/>
      </w:r>
      <w:r>
        <w:rPr>
          <w:sz w:val="20"/>
        </w:rPr>
        <w:t>6:44  aap samaj mein islaah ke liye kuch karen to woh bhi jihad hai.</w:t>
      </w:r>
      <w:r>
        <w:br/>
      </w:r>
      <w:r>
        <w:rPr>
          <w:sz w:val="20"/>
        </w:rPr>
        <w:t>6:47  to jihad sirf koshish ka naam hai.</w:t>
      </w:r>
      <w:r>
        <w:br/>
      </w:r>
      <w:r>
        <w:rPr>
          <w:sz w:val="20"/>
        </w:rPr>
        <w:t>6:51  aur albatta ismein ejreshan hai, yaani bahut zyada koshish karna.</w:t>
      </w:r>
      <w:r>
        <w:br/>
      </w:r>
      <w:r>
        <w:rPr>
          <w:sz w:val="20"/>
        </w:rPr>
        <w:t>6:56  bahut zyada koshish karna, yeh matlab hai iska.</w:t>
      </w:r>
      <w:r>
        <w:br/>
      </w:r>
      <w:r>
        <w:rPr>
          <w:sz w:val="20"/>
        </w:rPr>
        <w:t>7:01  baqi jihad ka koi ladai bhadai se nahin.</w:t>
      </w:r>
      <w:r>
        <w:br/>
      </w:r>
      <w:r>
        <w:rPr>
          <w:sz w:val="20"/>
        </w:rPr>
        <w:t>7:04  uske liye quran mein lafz qatal aaya hai.</w:t>
      </w:r>
      <w:r>
        <w:br/>
      </w:r>
      <w:r>
        <w:rPr>
          <w:sz w:val="20"/>
        </w:rPr>
        <w:t>7:07  qatal ke maane ladai hote hain.</w:t>
      </w:r>
      <w:r>
        <w:br/>
      </w:r>
      <w:r>
        <w:rPr>
          <w:sz w:val="20"/>
        </w:rPr>
        <w:t>7:08  lekin islam mein qatal sirf</w:t>
      </w:r>
      <w:r>
        <w:br/>
      </w:r>
      <w:r>
        <w:rPr>
          <w:sz w:val="20"/>
        </w:rPr>
        <w:t>7:12  defense ke liye hai.</w:t>
      </w:r>
      <w:r>
        <w:br/>
      </w:r>
      <w:r>
        <w:rPr>
          <w:sz w:val="20"/>
        </w:rPr>
        <w:t>7:13  Other than defense, other than defense, there is no war in Islam.</w:t>
      </w:r>
      <w:r>
        <w:br/>
      </w:r>
      <w:r>
        <w:rPr>
          <w:sz w:val="20"/>
        </w:rPr>
        <w:t>7:19  offensive war islam</w:t>
      </w:r>
    </w:p>
    <w:p>
      <w:pPr>
        <w:pStyle w:val="Heading2"/>
      </w:pPr>
      <w:r>
        <w:t>Consumerism makes people selfish</w:t>
      </w:r>
    </w:p>
    <w:p>
      <w:r>
        <w:rPr>
          <w:color w:val="666666"/>
          <w:sz w:val="18"/>
        </w:rPr>
        <w:t>Q&amp;A 24 Jun 2012 Maulana Wahiduddin Khan · 25s · at 35:17 · https://youtu.be/t-W7IaCQsUs?t=2117</w:t>
      </w:r>
    </w:p>
    <w:p>
      <w:r>
        <w:rPr>
          <w:i/>
        </w:rPr>
        <w:t>“Dekhiye, consumer jo aaya hai, usne sabko selfish bana diya hai.”</w:t>
      </w:r>
    </w:p>
    <w:p>
      <w:r>
        <w:rPr>
          <w:sz w:val="20"/>
        </w:rPr>
        <w:t>35:17  Dekhiye, consumer jo aaya hai, usne sabko selfish bana diya hai. Consumer, consumer se sab log ek taraf selfish ho gaye hain. Paisa, paisa, paisa. Hamare bachpan mein koi item nahi hota jisko khareede aadmi, hatta ke ek glass bhi nahi tha. To paise ki koi zaroorat hi nahi thi.</w:t>
      </w:r>
    </w:p>
    <w:p>
      <w:pPr>
        <w:pStyle w:val="Heading2"/>
      </w:pPr>
      <w:r>
        <w:t>Islam's foundation of peace and war exception</w:t>
      </w:r>
    </w:p>
    <w:p>
      <w:r>
        <w:rPr>
          <w:color w:val="666666"/>
          <w:sz w:val="18"/>
        </w:rPr>
        <w:t>Peace and Non Violence - 11. 08. 2007 · 1m 31s · at 0:37 · https://youtu.be/e4iKH4GUT3E?t=37</w:t>
      </w:r>
    </w:p>
    <w:p>
      <w:r>
        <w:rPr>
          <w:i/>
        </w:rPr>
        <w:t>“Islam is a religion of peace.”</w:t>
      </w:r>
    </w:p>
    <w:p>
      <w:r>
        <w:rPr>
          <w:sz w:val="20"/>
        </w:rPr>
        <w:t>0:37  olence in Islam." I can say that Islam is a religion of peace. The very name of Islam has a connotation of peace. You know, the word "Islam" is derived from "silm." Silm is the root word of Islam</w:t>
      </w:r>
      <w:r>
        <w:br/>
      </w:r>
      <w:r>
        <w:rPr>
          <w:sz w:val="20"/>
        </w:rPr>
        <w:t>1:07  , and silm means peace. So Islam is a religion of peace. If you take a copy of the Quran and start reading, you'll find that almost all the verses of the Quran are related to peace, either directly or indirectly. I know that there are some vers</w:t>
      </w:r>
      <w:r>
        <w:br/>
      </w:r>
      <w:r>
        <w:rPr>
          <w:sz w:val="20"/>
        </w:rPr>
        <w:t>1:37  es—maybe two dozen verses—that deal with qital, that is, war. But these verses are related to defensive war. I can say that in Islam, peace is the rule and war is an exception. And that exception is at</w:t>
      </w:r>
    </w:p>
    <w:p>
      <w:pPr>
        <w:pStyle w:val="Heading2"/>
      </w:pPr>
      <w:r>
        <w:t>Muslims in India already have an economic base</w:t>
      </w:r>
    </w:p>
    <w:p>
      <w:r>
        <w:rPr>
          <w:color w:val="666666"/>
          <w:sz w:val="18"/>
        </w:rPr>
        <w:t>Revival and Revivalist June 7, 2015 · 48s · at 24:30 · https://youtu.be/MCY8AJ87BXc?t=1470</w:t>
      </w:r>
    </w:p>
    <w:p>
      <w:r>
        <w:rPr>
          <w:i/>
        </w:rPr>
        <w:t>“Muslims in India have already gained an economic base”</w:t>
      </w:r>
    </w:p>
    <w:p>
      <w:r>
        <w:rPr>
          <w:sz w:val="20"/>
        </w:rPr>
        <w:t>24:30  yeh pehlu hai yani economic ke aitbar se, maashiyat ke aitbar se. ab doosra doosri pehlu ko lijiye to kisi community ke liye pehli baat yeh hai ke is ko ek maashiyati buniyad mile, economic base,</w:t>
      </w:r>
      <w:r>
        <w:br/>
      </w:r>
      <w:r>
        <w:rPr>
          <w:sz w:val="20"/>
        </w:rPr>
        <w:t>24:50  economic base mile. pehli pehli cheez hai yani is ke paas ghar ho, is ke bachchon ke taleem ke liye kharch ho. economic base</w:t>
      </w:r>
      <w:r>
        <w:br/>
      </w:r>
      <w:r>
        <w:rPr>
          <w:sz w:val="20"/>
        </w:rPr>
        <w:t>25:00  yeh already musalmanon ko India mein mil chuka hai.</w:t>
      </w:r>
      <w:r>
        <w:br/>
      </w:r>
      <w:r>
        <w:rPr>
          <w:sz w:val="20"/>
        </w:rPr>
        <w:t>25:06  yani jo pehla stage hai, woh already ho chuka hai ke musalmanon ko economic base is mulk mein mil chuki hai. un ke paas ghar hai, un ke paas job hai, un ke bachche padh rahe hain, yeh sab ho raha hai.</w:t>
      </w:r>
    </w:p>
    <w:p>
      <w:pPr>
        <w:pStyle w:val="Heading2"/>
      </w:pPr>
      <w:r>
        <w:t>Every Muslim is a Da'i</w:t>
      </w:r>
    </w:p>
    <w:p>
      <w:r>
        <w:rPr>
          <w:color w:val="666666"/>
          <w:sz w:val="18"/>
        </w:rPr>
        <w:t>Islam in History - Part-2 (English) March 10, 2007 Maulana Wahiduddin Khan · 21s · at 35:30 · https://youtu.be/VmZFLK7jDcE?t=2130</w:t>
      </w:r>
    </w:p>
    <w:p>
      <w:r>
        <w:rPr>
          <w:i/>
        </w:rPr>
        <w:t>“Every Muslim is a Da'i. It is the first and foremost”</w:t>
      </w:r>
    </w:p>
    <w:p>
      <w:r>
        <w:rPr>
          <w:sz w:val="20"/>
        </w:rPr>
        <w:t>35:30  Every Muslim is a Dai. It is the first and foremost duty of a Muslim to convey the message of Islam to all mankind. So, you have to love mankind.</w:t>
      </w:r>
      <w:r>
        <w:br/>
      </w:r>
      <w:r>
        <w:rPr>
          <w:sz w:val="20"/>
        </w:rPr>
        <w:t>35:51  You have to find in your heart love and not hate.</w:t>
      </w:r>
    </w:p>
    <w:p>
      <w:pPr>
        <w:pStyle w:val="Heading2"/>
      </w:pPr>
      <w:r>
        <w:t>Women's role alongside men in the mission is vital</w:t>
      </w:r>
    </w:p>
    <w:p>
      <w:r>
        <w:rPr>
          <w:color w:val="666666"/>
          <w:sz w:val="18"/>
        </w:rPr>
        <w:t>CPS Women Session Peace Conference April 29-30, 2023 · 31s · at 9:47 · https://youtu.be/xsD04dOvGeE?t=587</w:t>
      </w:r>
    </w:p>
    <w:p>
      <w:r>
        <w:rPr>
          <w:i/>
        </w:rPr>
        <w:t>“Women's role alongside men in this mission is vital”</w:t>
      </w:r>
    </w:p>
    <w:p>
      <w:r>
        <w:rPr>
          <w:sz w:val="20"/>
        </w:rPr>
        <w:t>9:47  mardon ke saath auraton ko is mission mein bohat important hai.</w:t>
      </w:r>
      <w:r>
        <w:br/>
      </w:r>
      <w:r>
        <w:rPr>
          <w:sz w:val="20"/>
        </w:rPr>
        <w:t>9:54  in baaton ko samjhiye, in baaton ko jaaniye.</w:t>
      </w:r>
      <w:r>
        <w:br/>
      </w:r>
      <w:r>
        <w:rPr>
          <w:sz w:val="20"/>
        </w:rPr>
        <w:t>10:02  aapki energy, aapka time, jo kuch bhi aapke paas hai, sab par sabse pehla haq jo hai woh</w:t>
      </w:r>
      <w:r>
        <w:br/>
      </w:r>
      <w:r>
        <w:rPr>
          <w:sz w:val="20"/>
        </w:rPr>
        <w:t>10:10  Khuda ka hai.</w:t>
      </w:r>
      <w:r>
        <w:br/>
      </w:r>
      <w:r>
        <w:rPr>
          <w:sz w:val="20"/>
        </w:rPr>
        <w:t>10:18  aur Khuda kaha ki yahi hai ki aap Khuda ke message ko pahuncha de. sab toh woh jo hadith mein hai ki hoda ka word har ghar mein daakhir ho jayega. toh log samajhte hain isko mysterious sense mein lete hain.</w:t>
      </w:r>
    </w:p>
    <w:p>
      <w:pPr>
        <w:pStyle w:val="Heading2"/>
      </w:pPr>
      <w:r>
        <w:t>Allah took responsibility of deen's preservation</w:t>
      </w:r>
    </w:p>
    <w:p>
      <w:r>
        <w:rPr>
          <w:color w:val="666666"/>
          <w:sz w:val="18"/>
        </w:rPr>
        <w:t>Preservation of Religion | December 4, 2016 · 30s · at 1:19 · https://youtu.be/kuRk4X6ovE4?t=79</w:t>
      </w:r>
    </w:p>
    <w:p>
      <w:r>
        <w:rPr>
          <w:i/>
        </w:rPr>
        <w:t>“Allah ne deen ki hifazat ka zimma liya”</w:t>
      </w:r>
    </w:p>
    <w:p>
      <w:r>
        <w:rPr>
          <w:sz w:val="20"/>
        </w:rPr>
        <w:t>1:19  extrinsic sense mein iska matlab poora deen hai. yaani allah ne is deen ki, yaani deen e islam ki, hifazat ka zimma khud le liya hai. allah ne is deen ki hifazat ka zimma khud le liya hai. yeh deen zaroor qayamat tak mehfooz rahega, as it is. ismein koi shakhs</w:t>
      </w:r>
    </w:p>
    <w:p>
      <w:pPr>
        <w:pStyle w:val="Heading2"/>
      </w:pPr>
      <w:r>
        <w:t>Hadith: God grants peace what He denies violence</w:t>
      </w:r>
    </w:p>
    <w:p>
      <w:r>
        <w:rPr>
          <w:color w:val="666666"/>
          <w:sz w:val="18"/>
        </w:rPr>
        <w:t>Islam and Peace (English) January 17, 2007 · 57s · at 1:09:33 · https://youtu.be/OsmlU1RTo7k?t=4173</w:t>
      </w:r>
    </w:p>
    <w:p>
      <w:r>
        <w:rPr>
          <w:i/>
        </w:rPr>
        <w:t>“God grants to non-violence what He does not grant violence”</w:t>
      </w:r>
    </w:p>
    <w:p>
      <w:r>
        <w:rPr>
          <w:sz w:val="20"/>
        </w:rPr>
        <w:t>1:09:33  da prophet of Islam has said</w:t>
      </w:r>
      <w:r>
        <w:br/>
      </w:r>
      <w:r>
        <w:rPr>
          <w:sz w:val="20"/>
        </w:rPr>
        <w:t>1:09:38  a very relevant hadith, in Allah</w:t>
      </w:r>
      <w:r>
        <w:br/>
      </w:r>
      <w:r>
        <w:rPr>
          <w:sz w:val="20"/>
        </w:rPr>
        <w:t>1:09:55  it means that</w:t>
      </w:r>
      <w:r>
        <w:br/>
      </w:r>
      <w:r>
        <w:rPr>
          <w:sz w:val="20"/>
        </w:rPr>
        <w:t>1:09:59  God grants to non-violence</w:t>
      </w:r>
      <w:r>
        <w:br/>
      </w:r>
      <w:r>
        <w:rPr>
          <w:sz w:val="20"/>
        </w:rPr>
        <w:t>1:10:05  what he does not grant to violence.</w:t>
      </w:r>
      <w:r>
        <w:br/>
      </w:r>
      <w:r>
        <w:rPr>
          <w:sz w:val="20"/>
        </w:rPr>
        <w:t>1:10:13  God grants to non-violence,</w:t>
      </w:r>
      <w:r>
        <w:br/>
      </w:r>
      <w:r>
        <w:rPr>
          <w:sz w:val="20"/>
        </w:rPr>
        <w:t>1:10:20  or you can say that God grants to peace what he does not grant to violence.</w:t>
      </w:r>
    </w:p>
    <w:p>
      <w:pPr>
        <w:pStyle w:val="Heading2"/>
      </w:pPr>
      <w:r>
        <w:t>A disabled person's patience is their own bravery</w:t>
      </w:r>
    </w:p>
    <w:p>
      <w:r>
        <w:rPr>
          <w:color w:val="666666"/>
          <w:sz w:val="18"/>
        </w:rPr>
        <w:t>Social Responsibility April 23, 2014 Maulana Wahiduddin Khan · 28s · at 22:30 · https://youtu.be/Rjwky9MWSDM?t=1350</w:t>
      </w:r>
    </w:p>
    <w:p>
      <w:r>
        <w:rPr>
          <w:i/>
        </w:rPr>
        <w:t>“Naqis-ul-a'za aadmi ke liye yeh uski zaati bahaduri hai”</w:t>
      </w:r>
    </w:p>
    <w:p>
      <w:r>
        <w:rPr>
          <w:sz w:val="20"/>
        </w:rPr>
        <w:t>22:30  toh ek aadmi agar naaqis-ul-azaa hai toh uska zaati aitbaar se yeh iski bahaduri hai, lekin doosron ke aitbaar se unki zimmedari hai.</w:t>
      </w:r>
      <w:r>
        <w:br/>
      </w:r>
      <w:r>
        <w:rPr>
          <w:sz w:val="20"/>
        </w:rPr>
        <w:t>22:43  naaqis naaqis-ul-azaa aadmi jo hai, apne liye toh uska ek ek zaati bahaduri ka masla hai, lekin isi ke saath woh doosron ke liye unki zimmedari ko bata raha hai.</w:t>
      </w:r>
    </w:p>
    <w:p>
      <w:pPr>
        <w:pStyle w:val="Heading2"/>
      </w:pPr>
      <w:r>
        <w:t>Sabr is not passivity but living in peace</w:t>
      </w:r>
    </w:p>
    <w:p>
      <w:r>
        <w:rPr>
          <w:color w:val="666666"/>
          <w:sz w:val="18"/>
        </w:rPr>
        <w:t>Islam and Peace (English) January 17, 2007 · 49s · at 20:05 · https://youtu.be/OsmlU1RTo7k?t=1205</w:t>
      </w:r>
    </w:p>
    <w:p>
      <w:r>
        <w:rPr>
          <w:i/>
        </w:rPr>
        <w:t>“Sabr is not a passive attitude, not cowardice”</w:t>
      </w:r>
    </w:p>
    <w:p>
      <w:r>
        <w:rPr>
          <w:sz w:val="20"/>
        </w:rPr>
        <w:t>20:05  why? what is sabr? sabr is not a passive attitude</w:t>
      </w:r>
      <w:r>
        <w:br/>
      </w:r>
      <w:r>
        <w:rPr>
          <w:sz w:val="20"/>
        </w:rPr>
        <w:t>20:17  . sabr is not cowardice. sabr is not a passive attitude. sabr is nothing but living in peace.</w:t>
      </w:r>
      <w:r>
        <w:br/>
      </w:r>
      <w:r>
        <w:rPr>
          <w:sz w:val="20"/>
        </w:rPr>
        <w:t>20:31  sabr means living in peace.</w:t>
      </w:r>
      <w:r>
        <w:br/>
      </w:r>
      <w:r>
        <w:rPr>
          <w:sz w:val="20"/>
        </w:rPr>
        <w:t>20:38  i can see with conviction that this is the only definition of sabr.</w:t>
      </w:r>
      <w:r>
        <w:br/>
      </w:r>
      <w:r>
        <w:rPr>
          <w:sz w:val="20"/>
        </w:rPr>
        <w:t>20:44  sabr means patience. an islamic patience is not cowardice.</w:t>
      </w:r>
    </w:p>
    <w:p>
      <w:pPr>
        <w:pStyle w:val="Heading2"/>
      </w:pPr>
      <w:r>
        <w:t>Tribal sword culture explains Muslim violence, not Islam</w:t>
      </w:r>
    </w:p>
    <w:p>
      <w:r>
        <w:rPr>
          <w:color w:val="666666"/>
          <w:sz w:val="18"/>
        </w:rPr>
        <w:t>Islam and Violence October 12, 2014 · 2m 14s · at 8:46 · https://youtu.be/KmpXYZjPlj8?t=526</w:t>
      </w:r>
    </w:p>
    <w:p>
      <w:r>
        <w:rPr>
          <w:i/>
        </w:rPr>
        <w:t>“Yaqeenan yeh hai tribal culture, tribal culture”</w:t>
      </w:r>
    </w:p>
    <w:p>
      <w:r>
        <w:rPr>
          <w:sz w:val="20"/>
        </w:rPr>
        <w:t>8:46  yaqeeni tor par yeh hai tribal culture. tribal culture.</w:t>
      </w:r>
      <w:r>
        <w:br/>
      </w:r>
      <w:r>
        <w:rPr>
          <w:sz w:val="20"/>
        </w:rPr>
        <w:t>8:55  dunya mein qadeem zamanay mein, sari dunya mein tribal nizam tha. tribal nizam mein sab se ahem cheez thi talwar.</w:t>
      </w:r>
      <w:r>
        <w:br/>
      </w:r>
      <w:r>
        <w:rPr>
          <w:sz w:val="20"/>
        </w:rPr>
        <w:t>9:07  is zamanay mein aur kuch tha hi nahi. aik hi cheez thi woh talwar</w:t>
      </w:r>
      <w:r>
        <w:br/>
      </w:r>
      <w:r>
        <w:rPr>
          <w:sz w:val="20"/>
        </w:rPr>
        <w:t>9:11  ۔ bas jahan kuch baat hui, talwar nikal aai. aur larai honay lagi. to yeh jo tashaddud hai musalmanon mein, yeh yeh jo hai,</w:t>
      </w:r>
      <w:r>
        <w:br/>
      </w:r>
      <w:r>
        <w:rPr>
          <w:sz w:val="20"/>
        </w:rPr>
        <w:t>9:28  yeh</w:t>
      </w:r>
      <w:r>
        <w:br/>
      </w:r>
      <w:r>
        <w:rPr>
          <w:sz w:val="20"/>
        </w:rPr>
        <w:t>9:32  tribal culture ka tasalsul hai. tribal culture ka tasalsul hai.</w:t>
      </w:r>
      <w:r>
        <w:br/>
      </w:r>
      <w:r>
        <w:rPr>
          <w:sz w:val="20"/>
        </w:rPr>
        <w:t>9:41  dekhen, hua yeh ke arab mein saatveen sadi ke pehlay sehi mah mein Islam ka zahoor hua.</w:t>
      </w:r>
      <w:r>
        <w:br/>
      </w:r>
      <w:r>
        <w:rPr>
          <w:sz w:val="20"/>
        </w:rPr>
        <w:t>9:52  yani 610 eesvi mein rasool Allah ne apna mission shuru kiya arab mein. to us waqt arab mein tribal age tha, qabail ka daur tha.</w:t>
      </w:r>
      <w:r>
        <w:br/>
      </w:r>
      <w:r>
        <w:rPr>
          <w:sz w:val="20"/>
        </w:rPr>
        <w:t>10:06  aur qabail ke darmiyan jo culture tha, woh tha tashaddud culture.</w:t>
      </w:r>
      <w:r>
        <w:br/>
      </w:r>
      <w:r>
        <w:rPr>
          <w:sz w:val="20"/>
        </w:rPr>
        <w:t>10:12  us zamanay ke aik shayar ne kaha tha ke hamara kaam to larna pharna hai. koi doosra na milay to hum apnay logon se larnay lagtay hain.</w:t>
      </w:r>
      <w:r>
        <w:br/>
      </w:r>
      <w:r>
        <w:rPr>
          <w:sz w:val="20"/>
        </w:rPr>
        <w:t>10:25  waah aalaan ala bikr akhina jab ma lam najad illa akhana kaisi ajeeb baat hai.</w:t>
      </w:r>
      <w:r>
        <w:br/>
      </w:r>
      <w:r>
        <w:rPr>
          <w:sz w:val="20"/>
        </w:rPr>
        <w:t>10:34  yeh tribal culture ki bohat hi sahi tasweer hai. ladna phirna hai in ko</w:t>
      </w:r>
      <w:r>
        <w:br/>
      </w:r>
      <w:r>
        <w:rPr>
          <w:sz w:val="20"/>
        </w:rPr>
        <w:t>10:39  . koi aur na milay to apnay logon se larnay shuru kar dain gay.</w:t>
      </w:r>
      <w:r>
        <w:br/>
      </w:r>
      <w:r>
        <w:rPr>
          <w:sz w:val="20"/>
        </w:rPr>
        <w:t>10:45  waah aalaan ala bikr akhina jab ma lam najad illa akhana to tribal culture sort culture tha.</w:t>
      </w:r>
    </w:p>
    <w:p>
      <w:pPr>
        <w:pStyle w:val="Heading2"/>
      </w:pPr>
      <w:r>
        <w:t>Peace is rule and Islam's true spirit</w:t>
      </w:r>
    </w:p>
    <w:p>
      <w:r>
        <w:rPr>
          <w:color w:val="666666"/>
          <w:sz w:val="18"/>
        </w:rPr>
        <w:t>Islam and Peace (Part 2) (English) January 17, 2007 Maulana Wahiduddin Khan · 2m 59s · at 32:50 · https://youtu.be/K5H4b8y4E7g?t=1970</w:t>
      </w:r>
    </w:p>
    <w:p>
      <w:r>
        <w:rPr>
          <w:i/>
        </w:rPr>
        <w:t>“Peace is the rule and war is a rare exception.”</w:t>
      </w:r>
    </w:p>
    <w:p>
      <w:r>
        <w:rPr>
          <w:sz w:val="20"/>
        </w:rPr>
        <w:t>32:50  Peace is rule and war is a rare exception.</w:t>
      </w:r>
      <w:r>
        <w:br/>
      </w:r>
      <w:r>
        <w:rPr>
          <w:sz w:val="20"/>
        </w:rPr>
        <w:t>33:00  Then,</w:t>
      </w:r>
      <w:r>
        <w:br/>
      </w:r>
      <w:r>
        <w:rPr>
          <w:sz w:val="20"/>
        </w:rPr>
        <w:t>33:04  if you see</w:t>
      </w:r>
      <w:r>
        <w:br/>
      </w:r>
      <w:r>
        <w:rPr>
          <w:sz w:val="20"/>
        </w:rPr>
        <w:t>33:09  the Quranic injunctions are saying the prophet in hadith,</w:t>
      </w:r>
      <w:r>
        <w:br/>
      </w:r>
      <w:r>
        <w:rPr>
          <w:sz w:val="20"/>
        </w:rPr>
        <w:t>33:16  you will know the true spirit of Islam. For example, Quran says: "Alsulhu khair".</w:t>
      </w:r>
      <w:r>
        <w:br/>
      </w:r>
      <w:r>
        <w:rPr>
          <w:sz w:val="20"/>
        </w:rPr>
        <w:t>33:28  peace is the best. "alsulh khair".</w:t>
      </w:r>
      <w:r>
        <w:br/>
      </w:r>
      <w:r>
        <w:rPr>
          <w:sz w:val="20"/>
        </w:rPr>
        <w:t>33:38  it means that at the time of confrontation, you have to adopt peaceful method rather than violent method.</w:t>
      </w:r>
      <w:r>
        <w:br/>
      </w:r>
      <w:r>
        <w:rPr>
          <w:sz w:val="20"/>
        </w:rPr>
        <w:t>33:52  there is a hadith in sahih bukhari narrated by aisha, the wife of the prophet</w:t>
      </w:r>
      <w:r>
        <w:br/>
      </w:r>
      <w:r>
        <w:rPr>
          <w:sz w:val="20"/>
        </w:rPr>
        <w:t>33:57  t. she says: "ma khair rasul allah sallallahu alaihi wasallam bayna amrain ila rahma".</w:t>
      </w:r>
      <w:r>
        <w:br/>
      </w:r>
      <w:r>
        <w:rPr>
          <w:sz w:val="20"/>
        </w:rPr>
        <w:t>34:15  when ever the prophet had to choose between the two, he always opted for easier option rather than harder option.</w:t>
      </w:r>
      <w:r>
        <w:br/>
      </w:r>
      <w:r>
        <w:rPr>
          <w:sz w:val="20"/>
        </w:rPr>
        <w:t>34:31  now, it is evident that peaceful method is easier option and violent method is harder option.</w:t>
      </w:r>
      <w:r>
        <w:br/>
      </w:r>
      <w:r>
        <w:rPr>
          <w:sz w:val="20"/>
        </w:rPr>
        <w:t>34:43  to prophet always adopted in every situation</w:t>
      </w:r>
      <w:r>
        <w:br/>
      </w:r>
      <w:r>
        <w:rPr>
          <w:sz w:val="20"/>
        </w:rPr>
        <w:t>34:52  the peaceful course of action rather than violent course of action. this is "alsulh khair".</w:t>
      </w:r>
      <w:r>
        <w:br/>
      </w:r>
      <w:r>
        <w:rPr>
          <w:sz w:val="20"/>
        </w:rPr>
        <w:t>35:03  "alsulh khair".</w:t>
      </w:r>
      <w:r>
        <w:br/>
      </w:r>
      <w:r>
        <w:rPr>
          <w:sz w:val="20"/>
        </w:rPr>
        <w:t>35:08  the prophet said: "la tatmanna al-lah al-afiyah".</w:t>
      </w:r>
      <w:r>
        <w:br/>
      </w:r>
      <w:r>
        <w:rPr>
          <w:sz w:val="20"/>
        </w:rPr>
        <w:t>35:24  don't wish confrontation with your enemy.</w:t>
      </w:r>
      <w:r>
        <w:br/>
      </w:r>
      <w:r>
        <w:rPr>
          <w:sz w:val="20"/>
        </w:rPr>
        <w:t>35:33  ask peace from god.</w:t>
      </w:r>
      <w:r>
        <w:br/>
      </w:r>
      <w:r>
        <w:rPr>
          <w:sz w:val="20"/>
        </w:rPr>
        <w:t>35:37  ask always peace from god.</w:t>
      </w:r>
      <w:r>
        <w:br/>
      </w:r>
      <w:r>
        <w:rPr>
          <w:sz w:val="20"/>
        </w:rPr>
        <w:t>35:43  this is the true spirit of islam.</w:t>
      </w:r>
    </w:p>
    <w:p>
      <w:pPr>
        <w:pStyle w:val="Heading2"/>
      </w:pPr>
      <w:r>
        <w:t>Political realism from Hadith</w:t>
      </w:r>
    </w:p>
    <w:p>
      <w:r>
        <w:rPr>
          <w:color w:val="666666"/>
          <w:sz w:val="18"/>
        </w:rPr>
        <w:t>Towards Understanding Islam (English) March 22, 2007 Maulana Wahiduddin Khan · 2m 19s · at 24:43 · https://youtu.be/jXvJkbWa2MM?t=1483</w:t>
      </w:r>
    </w:p>
    <w:p>
      <w:r>
        <w:rPr>
          <w:i/>
        </w:rPr>
        <w:t>“Then there is a very relevant Hadith in al-Bukhari”</w:t>
      </w:r>
    </w:p>
    <w:p>
      <w:r>
        <w:rPr>
          <w:sz w:val="20"/>
        </w:rPr>
        <w:t>24:43  Before the spirit of acceptance, there is no use to reveal all those verses.</w:t>
      </w:r>
      <w:r>
        <w:br/>
      </w:r>
      <w:r>
        <w:rPr>
          <w:sz w:val="20"/>
        </w:rPr>
        <w:t>24:50  Then there is a very relevant Hadith in al-Bukhari.</w:t>
      </w:r>
      <w:r>
        <w:br/>
      </w:r>
      <w:r>
        <w:rPr>
          <w:sz w:val="20"/>
        </w:rPr>
        <w:t>24:58  The Prophet of Islam says, referring to the rulers, political rulers, because always people are complaining.</w:t>
      </w:r>
      <w:r>
        <w:br/>
      </w:r>
      <w:r>
        <w:rPr>
          <w:sz w:val="20"/>
        </w:rPr>
        <w:t>25:06  People always complain about rulers.</w:t>
      </w:r>
      <w:r>
        <w:br/>
      </w:r>
      <w:r>
        <w:rPr>
          <w:sz w:val="20"/>
        </w:rPr>
        <w:t>25:14  It is a general habit.</w:t>
      </w:r>
      <w:r>
        <w:br/>
      </w:r>
      <w:r>
        <w:rPr>
          <w:sz w:val="20"/>
        </w:rPr>
        <w:t>25:22  So the Prophet said, "Addu ilaihim haqqahum.</w:t>
      </w:r>
      <w:r>
        <w:br/>
      </w:r>
      <w:r>
        <w:rPr>
          <w:sz w:val="20"/>
        </w:rPr>
        <w:t>25:30  Was'alullah haqqakum." This Hadith, you can see in Sahih al-Bukhari.</w:t>
      </w:r>
      <w:r>
        <w:br/>
      </w:r>
      <w:r>
        <w:rPr>
          <w:sz w:val="20"/>
        </w:rPr>
        <w:t>25:38  It means that give to rulers, give to rulers what is due to rulers.</w:t>
      </w:r>
      <w:r>
        <w:br/>
      </w:r>
      <w:r>
        <w:rPr>
          <w:sz w:val="20"/>
        </w:rPr>
        <w:t>25:46  Addu ilaihim haqqahum.</w:t>
      </w:r>
      <w:r>
        <w:br/>
      </w:r>
      <w:r>
        <w:rPr>
          <w:sz w:val="20"/>
        </w:rPr>
        <w:t>25:54  Due to rulers, what is give?</w:t>
      </w:r>
      <w:r>
        <w:br/>
      </w:r>
      <w:r>
        <w:rPr>
          <w:sz w:val="20"/>
        </w:rPr>
        <w:t>26:02  That is give.</w:t>
      </w:r>
      <w:r>
        <w:br/>
      </w:r>
      <w:r>
        <w:rPr>
          <w:sz w:val="20"/>
        </w:rPr>
        <w:t>26:09  Give to rulers what is due to rulers. D-U-E.</w:t>
      </w:r>
      <w:r>
        <w:br/>
      </w:r>
      <w:r>
        <w:rPr>
          <w:sz w:val="20"/>
        </w:rPr>
        <w:t>26:16  Give to rulers what is due to rulers.</w:t>
      </w:r>
      <w:r>
        <w:br/>
      </w:r>
      <w:r>
        <w:rPr>
          <w:sz w:val="20"/>
        </w:rPr>
        <w:t>26:23  And ask your rights from God. Was'alullah haqqakum.</w:t>
      </w:r>
      <w:r>
        <w:br/>
      </w:r>
      <w:r>
        <w:rPr>
          <w:sz w:val="20"/>
        </w:rPr>
        <w:t>26:30  Ask your rights from God.</w:t>
      </w:r>
      <w:r>
        <w:br/>
      </w:r>
      <w:r>
        <w:rPr>
          <w:sz w:val="20"/>
        </w:rPr>
        <w:t>26:38  This Hadith clearly says that when it comes to social affairs, political affairs, you have to be realist. You have to be patient. You have to adopt the policy. Wait and see. This is status quoism.</w:t>
      </w:r>
      <w:r>
        <w:br/>
      </w:r>
      <w:r>
        <w:rPr>
          <w:sz w:val="20"/>
        </w:rPr>
        <w:t>27:02  As far as the belief system is concerned, you have to be idealist. I will repeat. As far as the belief system, as far as the belief system is concerned, you have to be idealist.</w:t>
      </w:r>
    </w:p>
    <w:p>
      <w:pPr>
        <w:pStyle w:val="Heading2"/>
      </w:pPr>
      <w:r>
        <w:t>Rediscover Islam and reality</w:t>
      </w:r>
    </w:p>
    <w:p>
      <w:r>
        <w:rPr>
          <w:color w:val="666666"/>
          <w:sz w:val="18"/>
        </w:rPr>
        <w:t>The Task Ahead | October 11, 2009 | Maulana Wahiduddin Khan · 30s · at 29:42 · https://youtu.be/07gb5LwpFpg?t=1782</w:t>
      </w:r>
    </w:p>
    <w:p>
      <w:r>
        <w:rPr>
          <w:i/>
        </w:rPr>
        <w:t>“We have to rediscover the reality, rediscover Islam.”</w:t>
      </w:r>
    </w:p>
    <w:p>
      <w:r>
        <w:rPr>
          <w:sz w:val="20"/>
        </w:rPr>
        <w:t>29:42  ek lamba qissa hai aakhir mein suicide bombing ho rahi hai.</w:t>
      </w:r>
      <w:r>
        <w:br/>
      </w:r>
      <w:r>
        <w:rPr>
          <w:sz w:val="20"/>
        </w:rPr>
        <w:t>29:46  apne hi ko maar dalo.</w:t>
      </w:r>
      <w:r>
        <w:br/>
      </w:r>
      <w:r>
        <w:rPr>
          <w:sz w:val="20"/>
        </w:rPr>
        <w:t>29:51  un ko nahi maar sakte to apne ko maar dalo.</w:t>
      </w:r>
      <w:r>
        <w:br/>
      </w:r>
      <w:r>
        <w:rPr>
          <w:sz w:val="20"/>
        </w:rPr>
        <w:t>29:55  تو ہمیں we have to rediscover the reality.</w:t>
      </w:r>
      <w:r>
        <w:br/>
      </w:r>
      <w:r>
        <w:rPr>
          <w:sz w:val="20"/>
        </w:rPr>
        <w:t>29:59  we have to rediscover Islam.</w:t>
      </w:r>
      <w:r>
        <w:br/>
      </w:r>
      <w:r>
        <w:rPr>
          <w:sz w:val="20"/>
        </w:rPr>
        <w:t>30:04  Islam ko phir se rediscover karo.</w:t>
      </w:r>
      <w:r>
        <w:br/>
      </w:r>
      <w:r>
        <w:rPr>
          <w:sz w:val="20"/>
        </w:rPr>
        <w:t>30:08  aur aaj jo taqaza hai woh kya hai?</w:t>
      </w:r>
    </w:p>
    <w:p>
      <w:pPr>
        <w:pStyle w:val="Heading2"/>
      </w:pPr>
      <w:r>
        <w:t>Spirit of peace from American story to Joseph</w:t>
      </w:r>
    </w:p>
    <w:p>
      <w:r>
        <w:rPr>
          <w:color w:val="666666"/>
          <w:sz w:val="18"/>
        </w:rPr>
        <w:t>RIS Talks Maulana Wahiduddin Khan In Pursuit of Peace The Roadmap to Harmonious Societies · 5m 52s · at 4:57 · https://youtu.be/lJPxioppf4o?t=297</w:t>
      </w:r>
    </w:p>
    <w:p>
      <w:r>
        <w:rPr>
          <w:i/>
        </w:rPr>
        <w:t>“When America gained freedom, one citizen was incited”</w:t>
      </w:r>
    </w:p>
    <w:p>
      <w:r>
        <w:rPr>
          <w:sz w:val="20"/>
        </w:rPr>
        <w:t>4:57  it is said that when america gained freedom, one american citizen was very much incited</w:t>
      </w:r>
      <w:r>
        <w:br/>
      </w:r>
      <w:r>
        <w:rPr>
          <w:sz w:val="20"/>
        </w:rPr>
        <w:t>5:13  . he went out of his home. he was walking in an unruly manner. during this walk, he hit the nose of a passer by.</w:t>
      </w:r>
      <w:r>
        <w:br/>
      </w:r>
      <w:r>
        <w:rPr>
          <w:sz w:val="20"/>
        </w:rPr>
        <w:t>5:30  the passer by became angry. he said, "why? what is this nonsense? why you hit my nose?"</w:t>
      </w:r>
      <w:r>
        <w:br/>
      </w:r>
      <w:r>
        <w:rPr>
          <w:sz w:val="20"/>
        </w:rPr>
        <w:t>5:42  the american said, "today i am free. i am celebrating my freedom." that person said, "yes, you are free.</w:t>
      </w:r>
      <w:r>
        <w:br/>
      </w:r>
      <w:r>
        <w:rPr>
          <w:sz w:val="20"/>
        </w:rPr>
        <w:t>5:57  but your freedom means where my nose begins."</w:t>
      </w:r>
      <w:r>
        <w:br/>
      </w:r>
      <w:r>
        <w:rPr>
          <w:sz w:val="20"/>
        </w:rPr>
        <w:t>6:06  this is</w:t>
      </w:r>
      <w:r>
        <w:br/>
      </w:r>
      <w:r>
        <w:rPr>
          <w:sz w:val="20"/>
        </w:rPr>
        <w:t>6:10  the spirit of the present age. someone said me that after nine eleven, everything changed in u.s.a.</w:t>
      </w:r>
      <w:r>
        <w:br/>
      </w:r>
      <w:r>
        <w:rPr>
          <w:sz w:val="20"/>
        </w:rPr>
        <w:t>6:24  i said, "why</w:t>
      </w:r>
      <w:r>
        <w:br/>
      </w:r>
      <w:r>
        <w:rPr>
          <w:sz w:val="20"/>
        </w:rPr>
        <w:t>6:26  ?"</w:t>
      </w:r>
      <w:r>
        <w:br/>
      </w:r>
      <w:r>
        <w:rPr>
          <w:sz w:val="20"/>
        </w:rPr>
        <w:t>6:30  the reason was that nine eleven</w:t>
      </w:r>
      <w:r>
        <w:br/>
      </w:r>
      <w:r>
        <w:rPr>
          <w:sz w:val="20"/>
        </w:rPr>
        <w:t>6:38  hit the industrial nose of america. then it was</w:t>
      </w:r>
      <w:r>
        <w:br/>
      </w:r>
      <w:r>
        <w:rPr>
          <w:sz w:val="20"/>
        </w:rPr>
        <w:t>6:50  natural that they will angry and they will.</w:t>
      </w:r>
      <w:r>
        <w:br/>
      </w:r>
      <w:r>
        <w:rPr>
          <w:sz w:val="20"/>
        </w:rPr>
        <w:t>7:02  sam thing in reaction. so the first thing that we want to know in modern age, that what is the spirit of the age?</w:t>
      </w:r>
      <w:r>
        <w:br/>
      </w:r>
      <w:r>
        <w:rPr>
          <w:sz w:val="20"/>
        </w:rPr>
        <w:t>7:21  spirit of the age is peace. if you are peaceful, then every opportunities are open to you.</w:t>
      </w:r>
      <w:r>
        <w:br/>
      </w:r>
      <w:r>
        <w:rPr>
          <w:sz w:val="20"/>
        </w:rPr>
        <w:t>7:33  all the opportunities, religious opportunities, and educational opportunities, industrial opportunities, everything's open for you.</w:t>
      </w:r>
      <w:r>
        <w:br/>
      </w:r>
      <w:r>
        <w:rPr>
          <w:sz w:val="20"/>
        </w:rPr>
        <w:t>7:46  no restriction at all.</w:t>
      </w:r>
      <w:r>
        <w:br/>
      </w:r>
      <w:r>
        <w:rPr>
          <w:sz w:val="20"/>
        </w:rPr>
        <w:t>7:50  the only exception is the violence.</w:t>
      </w:r>
      <w:r>
        <w:br/>
      </w:r>
      <w:r>
        <w:rPr>
          <w:sz w:val="20"/>
        </w:rPr>
        <w:t>8:00  you have to abandon all kind of violence, then the whole world is for you. the whole world is for you.</w:t>
      </w:r>
      <w:r>
        <w:br/>
      </w:r>
      <w:r>
        <w:rPr>
          <w:sz w:val="20"/>
        </w:rPr>
        <w:t>8:14  here i recall the story of prophet yusuf that is narrated in the quran in chapter tulo.</w:t>
      </w:r>
      <w:r>
        <w:br/>
      </w:r>
      <w:r>
        <w:rPr>
          <w:sz w:val="20"/>
        </w:rPr>
        <w:t>8:29  he was in egypt at the time, and king of egypt, king of asian egypt, offered him, after some development, he offered him khazana al-ardh,</w:t>
      </w:r>
      <w:r>
        <w:br/>
      </w:r>
      <w:r>
        <w:rPr>
          <w:sz w:val="20"/>
        </w:rPr>
        <w:t>8:47  administration of the land, the whole land.</w:t>
      </w:r>
      <w:r>
        <w:br/>
      </w:r>
      <w:r>
        <w:rPr>
          <w:sz w:val="20"/>
        </w:rPr>
        <w:t>8:56  there was only one conduction, only one condition,</w:t>
      </w:r>
      <w:r>
        <w:br/>
      </w:r>
      <w:r>
        <w:rPr>
          <w:sz w:val="20"/>
        </w:rPr>
        <w:t>9:03  that was that he said to prophet joseph,</w:t>
      </w:r>
      <w:r>
        <w:br/>
      </w:r>
      <w:r>
        <w:rPr>
          <w:sz w:val="20"/>
        </w:rPr>
        <w:t>9:10  "only in regard to the throne, i will be greater than you." it means that don't touch my throne,</w:t>
      </w:r>
      <w:r>
        <w:br/>
      </w:r>
      <w:r>
        <w:rPr>
          <w:sz w:val="20"/>
        </w:rPr>
        <w:t>9:25  then whole egypt is for you.</w:t>
      </w:r>
      <w:r>
        <w:br/>
      </w:r>
      <w:r>
        <w:rPr>
          <w:sz w:val="20"/>
        </w:rPr>
        <w:t>9:31  i can see that this offer is now repeated in on larger scale.</w:t>
      </w:r>
      <w:r>
        <w:br/>
      </w:r>
      <w:r>
        <w:rPr>
          <w:sz w:val="20"/>
        </w:rPr>
        <w:t>9:43  now the age, present age, says, "o man, if you don't hit my nose,</w:t>
      </w:r>
      <w:r>
        <w:br/>
      </w:r>
      <w:r>
        <w:rPr>
          <w:sz w:val="20"/>
        </w:rPr>
        <w:t>9:58  if you don't hit my nose, the whole world is for you."</w:t>
      </w:r>
      <w:r>
        <w:br/>
      </w:r>
      <w:r>
        <w:rPr>
          <w:sz w:val="20"/>
        </w:rPr>
        <w:t>10:04  that egyptian king offered egypt a country.</w:t>
      </w:r>
      <w:r>
        <w:br/>
      </w:r>
      <w:r>
        <w:rPr>
          <w:sz w:val="20"/>
        </w:rPr>
        <w:t>10:14  now the present age is offering the whole wor</w:t>
      </w:r>
      <w:r>
        <w:br/>
      </w:r>
      <w:r>
        <w:rPr>
          <w:sz w:val="20"/>
        </w:rPr>
        <w:t>10:18  ld, the whole, everything is for you, if you are peaceful. we have to understand this spirit of the age, then we can do all things.</w:t>
      </w:r>
      <w:r>
        <w:br/>
      </w:r>
      <w:r>
        <w:rPr>
          <w:sz w:val="20"/>
        </w:rPr>
        <w:t>10:39  without any hindrance, nothing is taboo for you.</w:t>
      </w:r>
    </w:p>
    <w:p>
      <w:pPr>
        <w:pStyle w:val="Heading2"/>
      </w:pPr>
      <w:r>
        <w:t>Abraham sacrifice as divine nation-building plan</w:t>
      </w:r>
    </w:p>
    <w:p>
      <w:r>
        <w:rPr>
          <w:color w:val="666666"/>
          <w:sz w:val="18"/>
        </w:rPr>
        <w:t>Reinterpretation of Islam April 12, 2009 Maulana Wahiduddin Khan · 5m 52s · at 23:38 · https://youtu.be/kut_WRX7mZ4?t=1418</w:t>
      </w:r>
    </w:p>
    <w:p>
      <w:r>
        <w:rPr>
          <w:i/>
        </w:rPr>
        <w:t>“Similarly, look at the stories of prophets in the Quran.”</w:t>
      </w:r>
    </w:p>
    <w:p>
      <w:r>
        <w:rPr>
          <w:sz w:val="20"/>
        </w:rPr>
        <w:t>23:38  isi tarah dekhiye, islam ki mein jo bataya quran mein jo prophets ki stories batayi gayi hain, to is mein hazrat ibrahim ka waqia jo hai,</w:t>
      </w:r>
      <w:r>
        <w:br/>
      </w:r>
      <w:r>
        <w:rPr>
          <w:sz w:val="20"/>
        </w:rPr>
        <w:t>23:53  ke hazrat ibrahim apne bete ismail ko le gaye yani makkah ke paas aur is ko unhon ne zabah kiya.</w:t>
      </w:r>
      <w:r>
        <w:br/>
      </w:r>
      <w:r>
        <w:rPr>
          <w:sz w:val="20"/>
        </w:rPr>
        <w:t>24:03  yeh waqia sab log jante hain. to saare scholars jo hain hamare, is ko in terms of ishq bayan karte hain. in terms of love.</w:t>
      </w:r>
      <w:r>
        <w:br/>
      </w:r>
      <w:r>
        <w:rPr>
          <w:sz w:val="20"/>
        </w:rPr>
        <w:t>24:13  ke hazrat ibrahim ko khuda se bohat love thi, bohat ishq tha. to is ko unhon ne sacrifice kar diya. in terms of sacrifice.</w:t>
      </w:r>
      <w:r>
        <w:br/>
      </w:r>
      <w:r>
        <w:rPr>
          <w:sz w:val="20"/>
        </w:rPr>
        <w:t>24:22  in terms of ishq. in terms of love. to modern mind ke liye yeh kuch koi important baat nahi thi. yeh koi baat important baat nahi thi.</w:t>
      </w:r>
      <w:r>
        <w:br/>
      </w:r>
      <w:r>
        <w:rPr>
          <w:sz w:val="20"/>
        </w:rPr>
        <w:t>24:36  phir mein ne is ko parha, bohat sari cheezein parhin to maloom hua ke yeh to asal baat nahi hai. phir mein ne margoliouth ko parha.</w:t>
      </w:r>
      <w:r>
        <w:br/>
      </w:r>
      <w:r>
        <w:rPr>
          <w:sz w:val="20"/>
        </w:rPr>
        <w:t>24:47  margoliouth was a british orientalist.</w:t>
      </w:r>
      <w:r>
        <w:br/>
      </w:r>
      <w:r>
        <w:rPr>
          <w:sz w:val="20"/>
        </w:rPr>
        <w:t>24:55  british orientalist. he died in nineteen forty. he was a great british orientalist. margoliouth. m a r g o l i o u t h.</w:t>
      </w:r>
      <w:r>
        <w:br/>
      </w:r>
      <w:r>
        <w:rPr>
          <w:sz w:val="20"/>
        </w:rPr>
        <w:t>25:09  margoliouth. margoliouth ne likha hai, wahan se mujhe clue mila. clue. yeh clue mujhe kisi muslim scholar ka nahi mila tha.</w:t>
      </w:r>
      <w:r>
        <w:br/>
      </w:r>
      <w:r>
        <w:rPr>
          <w:sz w:val="20"/>
        </w:rPr>
        <w:t>25:21  ke woh jo log the jo bani ismail hum kehte hain, children of ismail, yani hazrat ibrahim ne apne bete ko basaya tha wahan par desert mein arab ke.</w:t>
      </w:r>
      <w:r>
        <w:br/>
      </w:r>
      <w:r>
        <w:rPr>
          <w:sz w:val="20"/>
        </w:rPr>
        <w:t>25:36  four thousand years pehle. before four thousand years. to un se aik generation bani, aik generation arab mein.</w:t>
      </w:r>
      <w:r>
        <w:br/>
      </w:r>
      <w:r>
        <w:rPr>
          <w:sz w:val="20"/>
        </w:rPr>
        <w:t>25:48  is ko likha hai margoliouth ne ke it was a nation of heroes. nation of heroes. to yahan se mujhe aik clue mila.</w:t>
      </w:r>
      <w:r>
        <w:br/>
      </w:r>
      <w:r>
        <w:rPr>
          <w:sz w:val="20"/>
        </w:rPr>
        <w:t>25:56  phir mein ne aur kitabein parhin bukhari mein aur quran mein. to mujhe maloom hua ke is bohat bari planning thi khuda ki. it was a great planning of god.</w:t>
      </w:r>
      <w:r>
        <w:br/>
      </w:r>
      <w:r>
        <w:rPr>
          <w:sz w:val="20"/>
        </w:rPr>
        <w:t>26:06  ke desert mein in ko settle kiya gaya. ismail ko, un ki maa hajra ko. kis liye? aik nai nation banane ke liye.</w:t>
      </w:r>
      <w:r>
        <w:br/>
      </w:r>
      <w:r>
        <w:rPr>
          <w:sz w:val="20"/>
        </w:rPr>
        <w:t>26:17  to create a new nation. kyunke desert mein kya tha? wahan nature tha. there was nothing but nature. wahan koi culture nahi tha, koi civilization nahi thi.</w:t>
      </w:r>
      <w:r>
        <w:br/>
      </w:r>
      <w:r>
        <w:rPr>
          <w:sz w:val="20"/>
        </w:rPr>
        <w:t>26:33  kuch nahi tha. koi city nahi thi. woh to desert tha. neeche desert aur ooper sky. neeche desert, ooper sky.</w:t>
      </w:r>
      <w:r>
        <w:br/>
      </w:r>
      <w:r>
        <w:rPr>
          <w:sz w:val="20"/>
        </w:rPr>
        <w:t>26:44  to is is is area mein jo ke nature har taraf, har taraf nature hi nature tha, is mein aik nai nation bani.</w:t>
      </w:r>
      <w:r>
        <w:br/>
      </w:r>
      <w:r>
        <w:rPr>
          <w:sz w:val="20"/>
        </w:rPr>
        <w:t>26:55  jo jis mein koi corruption nahi aaya tha. aap jante hain ke it is culture that corrupts.</w:t>
      </w:r>
      <w:r>
        <w:br/>
      </w:r>
      <w:r>
        <w:rPr>
          <w:sz w:val="20"/>
        </w:rPr>
        <w:t>27:07  it is yani city mein log corrupt ho jate hain, lekin desert, desert mein corrupt hone ka koi chance hi nahi tha. to wahan par ab se char hazar saal pehle hazrat ibrahim ne basaya.</w:t>
      </w:r>
      <w:r>
        <w:br/>
      </w:r>
      <w:r>
        <w:rPr>
          <w:sz w:val="20"/>
        </w:rPr>
        <w:t>27:21  aur phir jo generation bani wahan par, to desert mein is ki, is ki, is ka yani is ki conditioning jo hai desert mein hui.</w:t>
      </w:r>
      <w:r>
        <w:br/>
      </w:r>
      <w:r>
        <w:rPr>
          <w:sz w:val="20"/>
        </w:rPr>
        <w:t>27:33  nechar mein hui. un mein aik aik mister nechar tha. to us ko margoliet ne kaha hai ke nation of heroes.</w:t>
      </w:r>
      <w:r>
        <w:br/>
      </w:r>
      <w:r>
        <w:rPr>
          <w:sz w:val="20"/>
        </w:rPr>
        <w:t>27:43  to mein ne samjha ke yeh khuda ki planning thi to create a new nation. yeh nation building ka poora woh tha. to jab tak woh in term of ishq bain kar rahe thay, it was not understandable.</w:t>
      </w:r>
      <w:r>
        <w:br/>
      </w:r>
      <w:r>
        <w:rPr>
          <w:sz w:val="20"/>
        </w:rPr>
        <w:t>27:59  but when i was to explain this in term of nation building, then it became understandable.</w:t>
      </w:r>
      <w:r>
        <w:br/>
      </w:r>
      <w:r>
        <w:rPr>
          <w:sz w:val="20"/>
        </w:rPr>
        <w:t>28:07  bohat kitabein likhi gayi hain. aur yahi sab saare scholar batate hain. ishq, ishq, ishq. ishq matlab hai super love.</w:t>
      </w:r>
      <w:r>
        <w:br/>
      </w:r>
      <w:r>
        <w:rPr>
          <w:sz w:val="20"/>
        </w:rPr>
        <w:t>28:17  ishq ka matlab hota hai super love. to khuda ke ishq mein unhon ne ja kar apne bete ko wahan par daal diya. bhai kuch sense hona chahiye.</w:t>
      </w:r>
      <w:r>
        <w:br/>
      </w:r>
      <w:r>
        <w:rPr>
          <w:sz w:val="20"/>
        </w:rPr>
        <w:t>28:26  what was, what was, what was the sense? yani kyun daala desert mein? there must be some sense. some meaningful planning.</w:t>
      </w:r>
      <w:r>
        <w:br/>
      </w:r>
      <w:r>
        <w:rPr>
          <w:sz w:val="20"/>
        </w:rPr>
        <w:t>28:38  lekin kisi muslim scholar ne is baat ko bataein, bata nahi saka. to jab mujhe aik clue mila margoliet ke haan ke wahan aik nation of heroes bani thi, tab mein samajh paya is cheez ko.</w:t>
      </w:r>
      <w:r>
        <w:br/>
      </w:r>
      <w:r>
        <w:rPr>
          <w:sz w:val="20"/>
        </w:rPr>
        <w:t>28:52  it was a great divine planning.</w:t>
      </w:r>
      <w:r>
        <w:br/>
      </w:r>
      <w:r>
        <w:rPr>
          <w:sz w:val="20"/>
        </w:rPr>
        <w:t>28:58  it was a process of nation building. to is se pehle log is ko batate thay in term of ishq, in term of love, in term of.</w:t>
      </w:r>
      <w:r>
        <w:br/>
      </w:r>
      <w:r>
        <w:rPr>
          <w:sz w:val="20"/>
        </w:rPr>
        <w:t>29:10  to jab mein ne is ko dhaala is is tareeqay se in term of nation building, to samjha ke to bohat bari planning thi.</w:t>
      </w:r>
      <w:r>
        <w:br/>
      </w:r>
      <w:r>
        <w:rPr>
          <w:sz w:val="20"/>
        </w:rPr>
        <w:t>29:21  ab aaj ka insan jo hai us ko samajh paye ga. us ko samajh nahi pata insan. to us ko woh avoid woh karta hai, ignore karta hai.</w:t>
      </w:r>
    </w:p>
    <w:p>
      <w:pPr>
        <w:pStyle w:val="Heading2"/>
      </w:pPr>
      <w:r>
        <w:t>Freedom, testing ground, and misuse creating problems</w:t>
      </w:r>
    </w:p>
    <w:p>
      <w:r>
        <w:rPr>
          <w:color w:val="666666"/>
          <w:sz w:val="18"/>
        </w:rPr>
        <w:t>Islam and Peace (English) January 17, 2007 · 2m 46s · at 20:54 · https://youtu.be/OsmlU1RTo7k?t=1254</w:t>
      </w:r>
    </w:p>
    <w:p>
      <w:r>
        <w:rPr>
          <w:i/>
        </w:rPr>
        <w:t>“This world is a world of test”</w:t>
      </w:r>
    </w:p>
    <w:p>
      <w:r>
        <w:rPr>
          <w:sz w:val="20"/>
        </w:rPr>
        <w:t>20:54  islamic patience is living in peace. now, what is living in peace? you know, in this world is a world of test.</w:t>
      </w:r>
      <w:r>
        <w:br/>
      </w:r>
      <w:r>
        <w:rPr>
          <w:sz w:val="20"/>
        </w:rPr>
        <w:t>21:09  we are here for test.</w:t>
      </w:r>
      <w:r>
        <w:br/>
      </w:r>
      <w:r>
        <w:rPr>
          <w:sz w:val="20"/>
        </w:rPr>
        <w:t>21:16  pre death period, we are living in test. present world is testing ground.</w:t>
      </w:r>
      <w:r>
        <w:br/>
      </w:r>
      <w:r>
        <w:rPr>
          <w:sz w:val="20"/>
        </w:rPr>
        <w:t>21:24  so because of this scheme, god has granted man complete freedom.</w:t>
      </w:r>
      <w:r>
        <w:br/>
      </w:r>
      <w:r>
        <w:rPr>
          <w:sz w:val="20"/>
        </w:rPr>
        <w:t>21:34  everyone, every man and woman has, every man and woman enjoy complete freedom given by god, by the creator himself.</w:t>
      </w:r>
      <w:r>
        <w:br/>
      </w:r>
      <w:r>
        <w:rPr>
          <w:sz w:val="20"/>
        </w:rPr>
        <w:t>21:46  so no one has right, no one has power to abolish this freedom.</w:t>
      </w:r>
      <w:r>
        <w:br/>
      </w:r>
      <w:r>
        <w:rPr>
          <w:sz w:val="20"/>
        </w:rPr>
        <w:t>21:57  so</w:t>
      </w:r>
      <w:r>
        <w:br/>
      </w:r>
      <w:r>
        <w:rPr>
          <w:sz w:val="20"/>
        </w:rPr>
        <w:t>22:01  when man enjoy complete freedom, so this but natural that they misuse this freedom.</w:t>
      </w:r>
      <w:r>
        <w:br/>
      </w:r>
      <w:r>
        <w:rPr>
          <w:sz w:val="20"/>
        </w:rPr>
        <w:t>22:13  a</w:t>
      </w:r>
      <w:r>
        <w:br/>
      </w:r>
      <w:r>
        <w:rPr>
          <w:sz w:val="20"/>
        </w:rPr>
        <w:t>22:14  every where you can see this phenomena that people are misusing their freedom. now, when people misuse their freedom, then it means creating problem.</w:t>
      </w:r>
      <w:r>
        <w:br/>
      </w:r>
      <w:r>
        <w:rPr>
          <w:sz w:val="20"/>
        </w:rPr>
        <w:t>22:34  when a man or woman misuses his freedom, it means he or she is creating problems, fathers.</w:t>
      </w:r>
      <w:r>
        <w:br/>
      </w:r>
      <w:r>
        <w:rPr>
          <w:sz w:val="20"/>
        </w:rPr>
        <w:t>22:48  so according to this scheme of god, according to this creation plan, every is a born problem person.</w:t>
      </w:r>
      <w:r>
        <w:br/>
      </w:r>
      <w:r>
        <w:rPr>
          <w:sz w:val="20"/>
        </w:rPr>
        <w:t>22:59  everyone is a problem creator.</w:t>
      </w:r>
      <w:r>
        <w:br/>
      </w:r>
      <w:r>
        <w:rPr>
          <w:sz w:val="20"/>
        </w:rPr>
        <w:t>23:07  in such situation, it means that you are living in authority bushes.</w:t>
      </w:r>
      <w:r>
        <w:br/>
      </w:r>
      <w:r>
        <w:rPr>
          <w:sz w:val="20"/>
        </w:rPr>
        <w:t>23:16  you are living in a society where everyone creates problem.</w:t>
      </w:r>
      <w:r>
        <w:br/>
      </w:r>
      <w:r>
        <w:rPr>
          <w:sz w:val="20"/>
        </w:rPr>
        <w:t>23:25  so in such situation, sabr means adopting peace unilaterally.</w:t>
      </w:r>
    </w:p>
    <w:p>
      <w:pPr>
        <w:pStyle w:val="Heading2"/>
      </w:pPr>
      <w:r>
        <w:t>breaking free from the endless spiral of material aspirations</w:t>
      </w:r>
    </w:p>
    <w:p>
      <w:r>
        <w:rPr>
          <w:color w:val="666666"/>
          <w:sz w:val="18"/>
        </w:rPr>
        <w:t>Journey of Civilization January 14, 2007 · 2m 40s · at 1:21:23 · https://youtu.be/ZCFRrqmfms4?t=4883</w:t>
      </w:r>
    </w:p>
    <w:p>
      <w:r>
        <w:rPr>
          <w:i/>
        </w:rPr>
        <w:t>“Adobe, simple way of living — yeh sab tamashay hain”</w:t>
      </w:r>
    </w:p>
    <w:p>
      <w:r>
        <w:rPr>
          <w:sz w:val="20"/>
        </w:rPr>
        <w:t>1:21:23  Adobe, simple way of living, yeh sab jo aap karein, nayi nayi cheezein hain, woh sab mere nazdeeq woh bilkul absurd hoti hain.</w:t>
      </w:r>
      <w:r>
        <w:br/>
      </w:r>
      <w:r>
        <w:rPr>
          <w:sz w:val="20"/>
        </w:rPr>
        <w:t>1:21:33  Kuch tamashe hote hain, tamashe ko naya aap keh rahe hain. Basically, wahi ek cheez hoti hai. Basically, ab is mein koi tamasha jod diya to mujhe to koi is se interest nahi, is tamashe se.</w:t>
      </w:r>
      <w:r>
        <w:br/>
      </w:r>
      <w:r>
        <w:rPr>
          <w:sz w:val="20"/>
        </w:rPr>
        <w:t>1:21:44  Maslan car, jo automatic car aati hai, aap baithe hue hain, parda daba kar ke. Kya hai yeh? Woh nayi cheez kahoon ga? Main to kahoon ga ke insaan ko dull banana hai.</w:t>
      </w:r>
      <w:r>
        <w:br/>
      </w:r>
      <w:r>
        <w:rPr>
          <w:sz w:val="20"/>
        </w:rPr>
        <w:t>1:21:52  Yeh naya kya hai yeh? Yeh to main is ko naya nahi kahoon ga, insaan ko dull banane kahoon ga is ko. To mera jo tareeqa hai woh yeh hai ke main ek dum simplicity ko le liya maine.</w:t>
      </w:r>
      <w:r>
        <w:br/>
      </w:r>
      <w:r>
        <w:rPr>
          <w:sz w:val="20"/>
        </w:rPr>
        <w:t>1:22:04  Mujhe kisi cheez ki zaroorat hi nahi hai. Bilkul jo bunyadi zaroorat hai wahi mere liye kaafi hai. Kyun?</w:t>
      </w:r>
      <w:r>
        <w:br/>
      </w:r>
      <w:r>
        <w:rPr>
          <w:sz w:val="20"/>
        </w:rPr>
        <w:t>1:22:13  Agar aap aisa na karein to intellectual development ruk jayega. Har doosri cheez aap ke liye distraction banti chali jayegi.</w:t>
      </w:r>
      <w:r>
        <w:br/>
      </w:r>
      <w:r>
        <w:rPr>
          <w:sz w:val="20"/>
        </w:rPr>
        <w:t>1:22:21  To bunyadi zaroorat ko chhod kar jab bhi aap kisi aur cheez ko lenge to us ki qeemat kya deni padegi? Distraction. Aur distraction ka nateeja kya hai?</w:t>
      </w:r>
      <w:r>
        <w:br/>
      </w:r>
      <w:r>
        <w:rPr>
          <w:sz w:val="20"/>
        </w:rPr>
        <w:t>1:22:30  Intellectual development ka ruk jaana. Is liye maine apni poori zindagi mein bhi dekha hai ke jo log comfort mein aur luxury mein jeete hain, intehai stupid hote hain. Bilkul stupid hote hain woh.</w:t>
      </w:r>
      <w:r>
        <w:br/>
      </w:r>
      <w:r>
        <w:rPr>
          <w:sz w:val="20"/>
        </w:rPr>
        <w:t>1:22:41  Kuch bhi un ki samajh mein nahi hota. Siwaye professional knowledge un ko hoti hai. Professional skill un ko hota hai.</w:t>
      </w:r>
      <w:r>
        <w:br/>
      </w:r>
      <w:r>
        <w:rPr>
          <w:sz w:val="20"/>
        </w:rPr>
        <w:t>1:22:47  Baaki woh jaante bhi nahi ke intellectual life koi cheez hai. Woh jaante hi bhi nahi woh. Intellectual life koi cheez hai, us ko woh jaante hi nahi.</w:t>
      </w:r>
      <w:r>
        <w:br/>
      </w:r>
      <w:r>
        <w:rPr>
          <w:sz w:val="20"/>
        </w:rPr>
        <w:t>1:22:57  Bas comfort mein jeete hain, luxury mein jeete hain. Yaani false luxury, false comfort. Kyun? Is ka nateeja kya hai? Bimari, tarah tarah ki bimariyan.</w:t>
      </w:r>
      <w:r>
        <w:br/>
      </w:r>
      <w:r>
        <w:rPr>
          <w:sz w:val="20"/>
        </w:rPr>
        <w:t>1:23:06  To luxury kya hai bhai? Jitne log luxury mein jeete hain, mujhe bata dijiye kaun aadmi hai jo nayi nayi bimariyon mein phansa hua na ho.</w:t>
      </w:r>
      <w:r>
        <w:br/>
      </w:r>
      <w:r>
        <w:rPr>
          <w:sz w:val="20"/>
        </w:rPr>
        <w:t>1:23:17  Sab ke sab. To yeh woh kya hai? Woh koi achhi cheez hai woh? Main ise bataoon, koi achhi cheez nahi hai woh. To behraal mera formula yahi hai ke bunyadi zaroorat ke siwa har cheez ko chhod dijiye.</w:t>
      </w:r>
      <w:r>
        <w:br/>
      </w:r>
      <w:r>
        <w:rPr>
          <w:sz w:val="20"/>
        </w:rPr>
        <w:t>1:23:31  Har cheez ko fazool samjhiye. Bunyadi zaroorat par apne aap ko rakhiye. Kyun? Jo sab se badi cheez haasil karne ke liye duniya mein, intellectual development wahi nahi milega aap ko.</w:t>
      </w:r>
      <w:r>
        <w:br/>
      </w:r>
      <w:r>
        <w:rPr>
          <w:sz w:val="20"/>
        </w:rPr>
        <w:t>1:23:43  Yaani material comfort ke chakkar mein jo spiritual development hai aur intellectual development hai, jo isi se aap mehroom ho jayenge.</w:t>
      </w:r>
      <w:r>
        <w:br/>
      </w:r>
      <w:r>
        <w:rPr>
          <w:sz w:val="20"/>
        </w:rPr>
        <w:t>1:23:54  To main to aisi qeemat koi dena chahta nahi hoon. Is liye maine aap ko bunyadi zaroorat par apne aap ko, yaani woh kar liya hai.</w:t>
      </w:r>
    </w:p>
    <w:p>
      <w:pPr>
        <w:pStyle w:val="Heading2"/>
      </w:pPr>
      <w:r>
        <w:t>Kashmir problem as a refusal to accept history's verdict</w:t>
      </w:r>
    </w:p>
    <w:p>
      <w:r>
        <w:rPr>
          <w:color w:val="666666"/>
          <w:sz w:val="18"/>
        </w:rPr>
        <w:t>Importance of Peace August 17, 2014 · 2m 53s · at 1:10:30 · https://youtu.be/ifxSwh2Jckw?t=4230</w:t>
      </w:r>
    </w:p>
    <w:p>
      <w:r>
        <w:rPr>
          <w:i/>
        </w:rPr>
        <w:t>“Kashmir ka jo problem hai, wo history se larne ka hai”</w:t>
      </w:r>
    </w:p>
    <w:p>
      <w:r>
        <w:rPr>
          <w:sz w:val="20"/>
        </w:rPr>
        <w:t>1:10:30  Maulana, agla sawal Delhi se hai, Miss Radhika Khajuriah ne kiya hai. aur unhon ne likha hai: "Moulana sahib, in the light of today's lecture of status quo acceptance leading to peace and eventual development, one can try to understand the ongoing Palestine problem and bloodshed.</w:t>
      </w:r>
      <w:r>
        <w:br/>
      </w:r>
      <w:r>
        <w:rPr>
          <w:sz w:val="20"/>
        </w:rPr>
        <w:t>1:10:52  But</w:t>
      </w:r>
      <w:r>
        <w:br/>
      </w:r>
      <w:r>
        <w:rPr>
          <w:sz w:val="20"/>
        </w:rPr>
        <w:t>1:10:53  how do we understand the Kashmir problem and the alienation of the Kashmir people towards Indian state till today? What is your comment on this?" dekhiye, Kashmir ka jo problem hai woh yeh hai ke</w:t>
      </w:r>
      <w:r>
        <w:br/>
      </w:r>
      <w:r>
        <w:rPr>
          <w:sz w:val="20"/>
        </w:rPr>
        <w:t>1:11:12  history ne jo status quo banaya tha, us ko nahi mana unhon ne. woh history se lar rahe hain.</w:t>
      </w:r>
      <w:r>
        <w:br/>
      </w:r>
      <w:r>
        <w:rPr>
          <w:sz w:val="20"/>
        </w:rPr>
        <w:t>1:11:19  dekhiye, 15 August 1947 ko ek history apne end par pahunchi. bohat dinon se insan, India mein azadi, freedom pe struggle chal rahi thi.</w:t>
      </w:r>
      <w:r>
        <w:br/>
      </w:r>
      <w:r>
        <w:rPr>
          <w:sz w:val="20"/>
        </w:rPr>
        <w:t>1:11:29  bohat dinon se. to is ka culmination tha 15 August 1948. woh culmination tha. jab barah baj kar aik minute par Voice Raya Maud Button ne ailan kiya tha radio par "Today India is free.</w:t>
      </w:r>
      <w:r>
        <w:br/>
      </w:r>
      <w:r>
        <w:rPr>
          <w:sz w:val="20"/>
        </w:rPr>
        <w:t>1:11:47  Today India is free."</w:t>
      </w:r>
      <w:r>
        <w:br/>
      </w:r>
      <w:r>
        <w:rPr>
          <w:sz w:val="20"/>
        </w:rPr>
        <w:t>1:11:49  That was announcement by history. woh Maud Button ka announcement nahi tha. ke jo struggle chal raha tha muddaton se, jis mein hazaron hazar log mare gaye, kya hua, kya hua.</w:t>
      </w:r>
      <w:r>
        <w:br/>
      </w:r>
      <w:r>
        <w:rPr>
          <w:sz w:val="20"/>
        </w:rPr>
        <w:t>1:12:02  is ka end aa gaya. is ka culmination aa gaya. lekin Kashmiri log is se lar rahe hain. aap historical status ko badal nahi sakte.</w:t>
      </w:r>
      <w:r>
        <w:br/>
      </w:r>
      <w:r>
        <w:rPr>
          <w:sz w:val="20"/>
        </w:rPr>
        <w:t>1:12:13  Impossible hai.</w:t>
      </w:r>
      <w:r>
        <w:br/>
      </w:r>
      <w:r>
        <w:rPr>
          <w:sz w:val="20"/>
        </w:rPr>
        <w:t>1:12:18  It requires again to create a new history to change the status quo. yeh impossible hai.</w:t>
      </w:r>
      <w:r>
        <w:br/>
      </w:r>
      <w:r>
        <w:rPr>
          <w:sz w:val="20"/>
        </w:rPr>
        <w:t>1:12:27  ek history ka process tha, chalte chalte 15 August 1948 ko khatam hua. ab aap ko ek nai history chalani pare gi.</w:t>
      </w:r>
      <w:r>
        <w:br/>
      </w:r>
      <w:r>
        <w:rPr>
          <w:sz w:val="20"/>
        </w:rPr>
        <w:t>1:12:37  woh pata nahi sankron saal chalti rahe. ya pahuncha ya nahi pahuncha kahin pe.</w:t>
      </w:r>
      <w:r>
        <w:br/>
      </w:r>
      <w:r>
        <w:rPr>
          <w:sz w:val="20"/>
        </w:rPr>
        <w:t>1:12:43  to Kashmir mein main samajhta hoon koi wahid aadmi paida nahi hua, wahid leadership, jo bataye ke yeh to history ka verdict hai.</w:t>
      </w:r>
      <w:r>
        <w:br/>
      </w:r>
      <w:r>
        <w:rPr>
          <w:sz w:val="20"/>
        </w:rPr>
        <w:t>1:12:52  mano. jaise Palestine mein jo Balfour verdict tha, that was verdict of history. aise hi Kashmir mein jo hua, woh hua tha, woh tha verdict of history.</w:t>
      </w:r>
      <w:r>
        <w:br/>
      </w:r>
      <w:r>
        <w:rPr>
          <w:sz w:val="20"/>
        </w:rPr>
        <w:t>1:13:09  to aap history se lar nahi sakte.</w:t>
      </w:r>
      <w:r>
        <w:br/>
      </w:r>
      <w:r>
        <w:rPr>
          <w:sz w:val="20"/>
        </w:rPr>
        <w:t>1:13:12  Palestine mein larein, tab bhi nakam honge. Kashmir mein larein, tab bhi nakam honge. You have to accept the verdict of history. You have to accept the verdict of history.</w:t>
      </w:r>
    </w:p>
    <w:p>
      <w:pPr>
        <w:pStyle w:val="Heading2"/>
      </w:pPr>
      <w:r>
        <w:t>Observing the world as a source of spiritual food</w:t>
      </w:r>
    </w:p>
    <w:p>
      <w:r>
        <w:rPr>
          <w:color w:val="666666"/>
          <w:sz w:val="18"/>
        </w:rPr>
        <w:t>Why People Live in Despair September 2, 2007 Maulana Wahiduddin Khan · 4m 54s · at 28:44 · https://youtu.be/1Wxz28OJh9c?t=1724</w:t>
      </w:r>
    </w:p>
    <w:p>
      <w:r>
        <w:rPr>
          <w:i/>
        </w:rPr>
        <w:t>“پہلی بات serious study، نمبر دو observation”</w:t>
      </w:r>
    </w:p>
    <w:p>
      <w:r>
        <w:rPr>
          <w:sz w:val="20"/>
        </w:rPr>
        <w:t>28:44  to pehli baat yeh hai ke serious study karna chahiye. number do, observ</w:t>
      </w:r>
      <w:r>
        <w:br/>
      </w:r>
      <w:r>
        <w:rPr>
          <w:sz w:val="20"/>
        </w:rPr>
        <w:t>28:52  ation. observation ka matlab yeh hai ke jo world around, jo aap ke aap ke chaaron taraf jo duniya hai,</w:t>
      </w:r>
      <w:r>
        <w:br/>
      </w:r>
      <w:r>
        <w:rPr>
          <w:sz w:val="20"/>
        </w:rPr>
        <w:t>29:01  is ko, is ko, is ko, is mein contemplation, is mein ghaur o fikr.</w:t>
      </w:r>
      <w:r>
        <w:br/>
      </w:r>
      <w:r>
        <w:rPr>
          <w:sz w:val="20"/>
        </w:rPr>
        <w:t>29:13  raat din, har subah shaam aap ke samne cheezein aati hain.</w:t>
      </w:r>
      <w:r>
        <w:br/>
      </w:r>
      <w:r>
        <w:rPr>
          <w:sz w:val="20"/>
        </w:rPr>
        <w:t>29:21  yeh duniya aap rehte hain, yeh duniya, zameen, aasman, suraj, chand, hawa, paani, har cheez jo nature ke roop mein hai aap ke samne. har waqt aap dekhte hain.</w:t>
      </w:r>
      <w:r>
        <w:br/>
      </w:r>
      <w:r>
        <w:rPr>
          <w:sz w:val="20"/>
        </w:rPr>
        <w:t>29:31  is par sochein. is mein lesson hota hai, lesson. is par sochein. is par ghaur kijiye. is mein aap ko intellectual food mile ga.</w:t>
      </w:r>
      <w:r>
        <w:br/>
      </w:r>
      <w:r>
        <w:rPr>
          <w:sz w:val="20"/>
        </w:rPr>
        <w:t>29:42  is mein aap ko spiritual food mile ga.</w:t>
      </w:r>
      <w:r>
        <w:br/>
      </w:r>
      <w:r>
        <w:rPr>
          <w:sz w:val="20"/>
        </w:rPr>
        <w:t>29:47  to ek taraf history, is se intellectual awakening hogi. aur doosri taraf aap ke aas paas jo duniya hai, is par sochna, par ghaur karna.</w:t>
      </w:r>
      <w:r>
        <w:br/>
      </w:r>
      <w:r>
        <w:rPr>
          <w:sz w:val="20"/>
        </w:rPr>
        <w:t>29:59  jaise main ne ek qissa bataya tha aap ko, is se pehle ek sahabi ka ke un ki, un se poocha gaya, un ki biwi se ke un ki ibadat kya hai?</w:t>
      </w:r>
      <w:r>
        <w:br/>
      </w:r>
      <w:r>
        <w:rPr>
          <w:sz w:val="20"/>
        </w:rPr>
        <w:t>30:08  to un ki biwi ne kaha ke al tafakkur wal i'tibar, sochna. un ki ibadat hai sochna.</w:t>
      </w:r>
      <w:r>
        <w:br/>
      </w:r>
      <w:r>
        <w:rPr>
          <w:sz w:val="20"/>
        </w:rPr>
        <w:t>30:16  aaj kisi se kaha jaaye ke sochna ibadat hai to kisi ko samajh mein nahi aaye ga. aap samajhte hain ke ibadat naam hai, bohat zyada raktein parho.</w:t>
      </w:r>
      <w:r>
        <w:br/>
      </w:r>
      <w:r>
        <w:rPr>
          <w:sz w:val="20"/>
        </w:rPr>
        <w:t>30:29  namaz ko ek set of ritual samajhte hain, isi ko dohraate raho.</w:t>
      </w:r>
      <w:r>
        <w:br/>
      </w:r>
      <w:r>
        <w:rPr>
          <w:sz w:val="20"/>
        </w:rPr>
        <w:t>30:37  to un ki wife ne kaha ke un ki ibadat thi sochna. matlab namaz ke alawa.</w:t>
      </w:r>
      <w:r>
        <w:br/>
      </w:r>
      <w:r>
        <w:rPr>
          <w:sz w:val="20"/>
        </w:rPr>
        <w:t>30:45  to ek din un ke ghar ke samne se kya hua ke ek ek bullock card guzri, bail gaadi. to aisa hua ke ek bail jo tha, wo baith gaya aur ek bail jo hai, koi yoke mein do bail the.</w:t>
      </w:r>
      <w:r>
        <w:br/>
      </w:r>
      <w:r>
        <w:rPr>
          <w:sz w:val="20"/>
        </w:rPr>
        <w:t>31:00  ek bed mein mil gaya, ek ek khara raha. to jo baith gaya, us ko jo cart man tha, us ne mara, us ko. phir woh bhi khara ho gaya, phir gaadi chalne lagi.</w:t>
      </w:r>
      <w:r>
        <w:br/>
      </w:r>
      <w:r>
        <w:rPr>
          <w:sz w:val="20"/>
        </w:rPr>
        <w:t>31:11  to us ne kaha ki in fi is mein bhi ek naseehat hai. naseehat kya? jo duty par raha, woh bach gaya.</w:t>
      </w:r>
      <w:r>
        <w:br/>
      </w:r>
      <w:r>
        <w:rPr>
          <w:sz w:val="20"/>
        </w:rPr>
        <w:t>31:22  aur jo duty se hata, woh mara gaya. matlab ek ek worldly scene mein unhon ne kya dekh liya?</w:t>
      </w:r>
      <w:r>
        <w:br/>
      </w:r>
      <w:r>
        <w:rPr>
          <w:sz w:val="20"/>
        </w:rPr>
        <w:t>31:33  World here after ko dekh liya. yeh hai observation.</w:t>
      </w:r>
      <w:r>
        <w:br/>
      </w:r>
      <w:r>
        <w:rPr>
          <w:sz w:val="20"/>
        </w:rPr>
        <w:t>31:39  to duniya mein aap is tarah rahen ki har cheez ko aap sochen. har cheez ko sochen, har cheez ko sochen. is se aap ko ki is mein aata hai Quran Majeed mein ki Hazrat Zakariya jo the, jo un ke woh the sarparast Hazrat Maryam ke.</w:t>
      </w:r>
      <w:r>
        <w:br/>
      </w:r>
      <w:r>
        <w:rPr>
          <w:sz w:val="20"/>
        </w:rPr>
        <w:t>31:59  to Quran mein aata hai ki jab bhi woh jaate the Hazrat Maryam ke paas, wahan par thin woh Yerushalam mein</w:t>
      </w:r>
      <w:r>
        <w:br/>
      </w:r>
      <w:r>
        <w:rPr>
          <w:sz w:val="20"/>
        </w:rPr>
        <w:t>32:08  . Wajad indaha rizqa, jab bhi aate the woh to un ke paas rizq paate the.</w:t>
      </w:r>
      <w:r>
        <w:br/>
      </w:r>
      <w:r>
        <w:rPr>
          <w:sz w:val="20"/>
        </w:rPr>
        <w:t>32:16  Wajad indaha rizqa, un ke paas rizq paate the. ab logon ne kya samajh liya? ki phal un par hote the. yani apne third class ke zehen ko le kar ke hum Quran padhte hain.</w:t>
      </w:r>
      <w:r>
        <w:br/>
      </w:r>
      <w:r>
        <w:rPr>
          <w:sz w:val="20"/>
        </w:rPr>
        <w:t>32:27  hum sab se badi cheez yahi samajhte hain ki be mausam ke phal hamein milne lage. Khuda ke nazdeek badi cheez nahi hai yeh.</w:t>
      </w:r>
      <w:r>
        <w:br/>
      </w:r>
      <w:r>
        <w:rPr>
          <w:sz w:val="20"/>
        </w:rPr>
        <w:t>32:37  Khuda ke nazdeek rizq, spiritual food, intellectual food. to un ke paas jab aate the to woh badi badi baatein karte the.</w:t>
      </w:r>
      <w:r>
        <w:br/>
      </w:r>
      <w:r>
        <w:rPr>
          <w:sz w:val="20"/>
        </w:rPr>
        <w:t>32:46  Wisdom ki baat, spirituality ki baat, God consciousness ki baat. to us ko unhon ne poochha ki bhai yeh tum ko kaise yeh baatein? kahan se seekhti ho tum?</w:t>
      </w:r>
      <w:r>
        <w:br/>
      </w:r>
      <w:r>
        <w:rPr>
          <w:sz w:val="20"/>
        </w:rPr>
        <w:t>33:00  to Wajad indaha rizqa jo hai Quran Majeed mein, woh isi maani mein hai ki Maryam ke paas woh spiritual item paate the, intellectual item paate the.</w:t>
      </w:r>
      <w:r>
        <w:br/>
      </w:r>
      <w:r>
        <w:rPr>
          <w:sz w:val="20"/>
        </w:rPr>
        <w:t>33:13  yeh hamein, hum ko aap ko yeh lena hai duniya se. duniya se hamein intellectual food lena hai, spiritual food lena hai.</w:t>
      </w:r>
      <w:r>
        <w:br/>
      </w:r>
      <w:r>
        <w:rPr>
          <w:sz w:val="20"/>
        </w:rPr>
        <w:t>33:22  woh har waqt rehta hai hamare paas, aas paas.</w:t>
      </w:r>
      <w:r>
        <w:br/>
      </w:r>
      <w:r>
        <w:rPr>
          <w:sz w:val="20"/>
        </w:rPr>
        <w:t>33:27  har cheez mein, jo bhi aap dekhen, isi mein woh food maujood hai. har cheez mein maujood hai.</w:t>
      </w:r>
    </w:p>
    <w:p>
      <w:pPr>
        <w:pStyle w:val="Heading2"/>
      </w:pPr>
      <w:r>
        <w:t>Japanese language and adjustment</w:t>
      </w:r>
    </w:p>
    <w:p>
      <w:r>
        <w:rPr>
          <w:color w:val="666666"/>
          <w:sz w:val="18"/>
        </w:rPr>
        <w:t>Adjustment the Only Option September 19, 2010 Maulana Wahiduddin Khan · 1m 48s · at 50:33 · https://youtu.be/o5wG_ONm76s?t=3033</w:t>
      </w:r>
    </w:p>
    <w:p>
      <w:r>
        <w:rPr>
          <w:i/>
        </w:rPr>
        <w:t>“Japan ki language mein adjustment ke liye darzon alfaaz hain”</w:t>
      </w:r>
    </w:p>
    <w:p>
      <w:r>
        <w:rPr>
          <w:sz w:val="20"/>
        </w:rPr>
        <w:t>50:33  aik bar maine aik article parha tha japan ke baray mein. japan ke baray mein woh article bataya gaya tha ke japan ki language jo hai is mein confrontation ke liye sirf aik hi lafz hai.</w:t>
      </w:r>
      <w:r>
        <w:br/>
      </w:r>
      <w:r>
        <w:rPr>
          <w:sz w:val="20"/>
        </w:rPr>
        <w:t>50:50  yani confrontation bas. koi aur lafz nahi. aur adjustment ke liye more than dozen alfaaz hain.</w:t>
      </w:r>
      <w:r>
        <w:br/>
      </w:r>
      <w:r>
        <w:rPr>
          <w:sz w:val="20"/>
        </w:rPr>
        <w:t>51:01  yani adjustment ke jo concept hai is ke liye japanese mein aik se aik aik darjan se ziyada alfaaz hain. aur takrao ke liye aik hi aik hi sirf aik hi lafz hai.</w:t>
      </w:r>
      <w:r>
        <w:br/>
      </w:r>
      <w:r>
        <w:rPr>
          <w:sz w:val="20"/>
        </w:rPr>
        <w:t>51:15  ab aap ghore kijiye compare kijiye compare kijiye yani japan ka aur un logon ka jo ladai lad rahe hain.</w:t>
      </w:r>
      <w:r>
        <w:br/>
      </w:r>
      <w:r>
        <w:rPr>
          <w:sz w:val="20"/>
        </w:rPr>
        <w:t>51:26  kon taraqqi kis ne taraqqi ki hai? kashmirioun ne taraqqi ki hai, falastinioun ne taraqqi ki hai, afghanioun ne taraqqi ki hai, iraqioun ne taraqqi ki hai.</w:t>
      </w:r>
      <w:r>
        <w:br/>
      </w:r>
      <w:r>
        <w:rPr>
          <w:sz w:val="20"/>
        </w:rPr>
        <w:t>51:37  koi taraqqi nahin. kyunke lad rahe hain, lad rahe hain, lad rahe hain. adjustment ka un ki lughat mein koi lafzi nahin hai. to japan ki zaban mein confrontation ka lafz nahin.</w:t>
      </w:r>
      <w:r>
        <w:br/>
      </w:r>
      <w:r>
        <w:rPr>
          <w:sz w:val="20"/>
        </w:rPr>
        <w:t>51:51  aur un logon ki zaban language mein adjustment ka lafz nahin hai. woh mazak urate hain sabr ka. sabr ka mazak urana aise hi hai jaise suraj ka mazak urana hai.</w:t>
      </w:r>
      <w:r>
        <w:br/>
      </w:r>
      <w:r>
        <w:rPr>
          <w:sz w:val="20"/>
        </w:rPr>
        <w:t>52:07  jo sabr ka mazak uraye woh intehai bewakoof aadmi hai. woh jante hi nahin ke sabr ki value kya cheez hai. sabr hi se sari taraqqiyan juri hui hain.</w:t>
      </w:r>
    </w:p>
    <w:p>
      <w:pPr>
        <w:pStyle w:val="Heading2"/>
      </w:pPr>
      <w:r>
        <w:t>why Imam Ghazali added rational sciences, and why they expired</w:t>
      </w:r>
    </w:p>
    <w:p>
      <w:r>
        <w:rPr>
          <w:color w:val="666666"/>
          <w:sz w:val="18"/>
        </w:rPr>
        <w:t>Ilm-e-Kalaam Tajdeed-e-Deen Book by Maulana Wahiduddin Khan · 1m 43s · at 0:53 · https://youtu.be/8OqRuoQaggk?t=53</w:t>
      </w:r>
    </w:p>
    <w:p>
      <w:r>
        <w:rPr>
          <w:i/>
        </w:rPr>
        <w:t>“Imam Ghazali ne ulama ke nisab mein maqulat ka izafa kyun kiya tha”</w:t>
      </w:r>
    </w:p>
    <w:p>
      <w:r>
        <w:rPr>
          <w:sz w:val="20"/>
        </w:rPr>
        <w:t>0:53  is ki isi ahmiyat ki bina par imam ghazali 1059 ta 1111 mein ulama ke taleemi nisaab mein khalis deeni mozu'aat ke sath madadgar ilm ke taur par ma'qulat ka jor lagaya tha,</w:t>
      </w:r>
      <w:r>
        <w:br/>
      </w:r>
      <w:r>
        <w:rPr>
          <w:sz w:val="20"/>
        </w:rPr>
        <w:t>1:10  tahke islami darsgahon se aise log tayyar hon jo ek taraf deen ka bukhubi ilm rakhte hon,</w:t>
      </w:r>
      <w:r>
        <w:br/>
      </w:r>
      <w:r>
        <w:rPr>
          <w:sz w:val="20"/>
        </w:rPr>
        <w:t>1:18  dusri taraf waqt ke ilmi mayar par islam ki numaindagi kar saken. magar ilm-e-kalam ain apni noiyat ke aitbar se ek zamani ilm hai.</w:t>
      </w:r>
      <w:r>
        <w:br/>
      </w:r>
      <w:r>
        <w:rPr>
          <w:sz w:val="20"/>
        </w:rPr>
        <w:t>1:29  woh islam ki daimi haqiqat ko zamani istilahaat mein bayan karta hai, is liye is ki ahmiyat is waqt khud ba khud khatam ho jati hai jabke woh zamana khatam ho jaye jis ke andar woh wajood mein aaya tha.</w:t>
      </w:r>
      <w:r>
        <w:br/>
      </w:r>
      <w:r>
        <w:rPr>
          <w:sz w:val="20"/>
        </w:rPr>
        <w:t>1:44  magar yahan bhi isi insani kamzori ne kaam kiya jis ke asrat hamein doosri cheezon mein nazar ate hain. woh yeh ke koi cheez jab ek bar wajood mein aa jaye aur us ke sath kuch qabil-e-ehtiram shakhsiyaton ke naam wabasta ho jayen to dheere dheere woh muqaddas banna shuru ho jati hai, yahan tak ke woh waqt ata hai jabke us mein tarmeem-o-islaah ki baat sochna bhi logon ko aisa lagta hai jaise woh gunah ho.</w:t>
      </w:r>
      <w:r>
        <w:br/>
      </w:r>
      <w:r>
        <w:rPr>
          <w:sz w:val="20"/>
        </w:rPr>
        <w:t>2:13  yahi hal islam ke is kalami literature ka hua jo abbasi daur mein paida hua tha. yeh ilm-e-kalam is waqt itna mu'assir sabit hua ke jo ulum islam ke liye challenge ban kar zahir hue the, woh khud islam ke khadim ban gaye.</w:t>
      </w:r>
      <w:r>
        <w:br/>
      </w:r>
      <w:r>
        <w:rPr>
          <w:sz w:val="20"/>
        </w:rPr>
        <w:t>2:31  magar zamane ki tabdili ne ab in ki ahmiyat qatai taur par khatam kar di hai.</w:t>
      </w:r>
    </w:p>
    <w:p>
      <w:pPr>
        <w:pStyle w:val="Heading2"/>
      </w:pPr>
      <w:r>
        <w:t>Colonialism to peace-based economy</w:t>
      </w:r>
    </w:p>
    <w:p>
      <w:r>
        <w:rPr>
          <w:color w:val="666666"/>
          <w:sz w:val="18"/>
        </w:rPr>
        <w:t>The Age of Alternative April 24, 2016 · 4m 47s · at 9:50 · https://youtu.be/JoilI-TK4Ig?t=590</w:t>
      </w:r>
    </w:p>
    <w:p>
      <w:r>
        <w:rPr>
          <w:i/>
        </w:rPr>
        <w:t>“Main aap ko misaal deta hoon: colonialism came with armies.”</w:t>
      </w:r>
    </w:p>
    <w:p>
      <w:r>
        <w:rPr>
          <w:sz w:val="20"/>
        </w:rPr>
        <w:t>9:50  mein aap ko misaal deta hoon.</w:t>
      </w:r>
      <w:r>
        <w:br/>
      </w:r>
      <w:r>
        <w:rPr>
          <w:sz w:val="20"/>
        </w:rPr>
        <w:t>9:54  dekhiye, atharveen sadi mein</w:t>
      </w:r>
      <w:r>
        <w:br/>
      </w:r>
      <w:r>
        <w:rPr>
          <w:sz w:val="20"/>
        </w:rPr>
        <w:t>10:01  colonialism aaya, apne saath fauj laya woh.</w:t>
      </w:r>
      <w:r>
        <w:br/>
      </w:r>
      <w:r>
        <w:rPr>
          <w:sz w:val="20"/>
        </w:rPr>
        <w:t>10:08  yaani Europe ki companies jo aayin is zamane mein, Asia aur Africa mein, to fauj le kar aayin woh. Siyasi qabza kiya unhon ne.</w:t>
      </w:r>
      <w:r>
        <w:br/>
      </w:r>
      <w:r>
        <w:rPr>
          <w:sz w:val="20"/>
        </w:rPr>
        <w:t>10:19  phir unhon ne apna eikhtisadi faida hasil kiya, market par qabza kiya.</w:t>
      </w:r>
      <w:r>
        <w:br/>
      </w:r>
      <w:r>
        <w:rPr>
          <w:sz w:val="20"/>
        </w:rPr>
        <w:t>10:31  to kya tha yeh? wahi tasalsul tha isi soch ka ke baghair ladaai ke kuch hota nahi. Ladaai to ladni padegi, tab market par qabza hoga.</w:t>
      </w:r>
      <w:r>
        <w:br/>
      </w:r>
      <w:r>
        <w:rPr>
          <w:sz w:val="20"/>
        </w:rPr>
        <w:t>10:41  kyun ke dekhiye, colonialism kya tha? Europe mein jab jadeed sanat aayi to mass production hone laga.</w:t>
      </w:r>
      <w:r>
        <w:br/>
      </w:r>
      <w:r>
        <w:rPr>
          <w:sz w:val="20"/>
        </w:rPr>
        <w:t>10:54  ab mass production mein itna zyada samaan banne laga ke is ki local khapat nahi thi. Local market mein is ki khapat nahi thi.</w:t>
      </w:r>
      <w:r>
        <w:br/>
      </w:r>
      <w:r>
        <w:rPr>
          <w:sz w:val="20"/>
        </w:rPr>
        <w:t>11:04  to unhein bahar, Europe se bahar, Asia aur Africa mein is ka market dhoondna pada. To saath saath unhon ne army banayi ke mulkon par qabza karein, tab mumkin hai ke un ki fauj dastiyab kar sakein.</w:t>
      </w:r>
      <w:r>
        <w:br/>
      </w:r>
      <w:r>
        <w:rPr>
          <w:sz w:val="20"/>
        </w:rPr>
        <w:t>11:23  is ke baad kya hua? ladaaiyan huin, pehli jang hui, doosri jang hui, yahan tak ke woh tasawwur khatam ho gaya.</w:t>
      </w:r>
      <w:r>
        <w:br/>
      </w:r>
      <w:r>
        <w:rPr>
          <w:sz w:val="20"/>
        </w:rPr>
        <w:t>11:34  ab bhi wahi wahi qaumein dunya par qabiz hain, wahi maghribi mumalik, wahi Europe ke log, wahi America ke log. Dunya ki market par ab bhi un ka qabza hai, lekin baghair ladaai ke.</w:t>
      </w:r>
      <w:r>
        <w:br/>
      </w:r>
      <w:r>
        <w:rPr>
          <w:sz w:val="20"/>
        </w:rPr>
        <w:t>11:48  kyun ke doosri jang ke baad unhon ne samajh liya ke ab dour jang khatam ho chuka hai. Ab peace jo hai, mutabadil hai jang ka.</w:t>
      </w:r>
      <w:r>
        <w:br/>
      </w:r>
      <w:r>
        <w:rPr>
          <w:sz w:val="20"/>
        </w:rPr>
        <w:t>12:02  thoda sa aap dekhiye, Bartania jo hai, is ne chhod diya, yaani qadeem jo pattern tha, is ko.</w:t>
      </w:r>
      <w:r>
        <w:br/>
      </w:r>
      <w:r>
        <w:rPr>
          <w:sz w:val="20"/>
        </w:rPr>
        <w:t>12:13  aaj bhi woh dunya mein chhaye hue hain, India mein bhi chhaye hue hain, zariye سرمایہ کاری. Ab jo aaj ka jo colonialism hai, woh chal raha hai zariye سرمایہ کاری chal raha hai.</w:t>
      </w:r>
      <w:r>
        <w:br/>
      </w:r>
      <w:r>
        <w:rPr>
          <w:sz w:val="20"/>
        </w:rPr>
        <w:t>12:26  aaj dekhiye, Japan hai, Germany hai, Cheen hai, America hai, Bartania hai, France hai, sab ke sab aaj bhi qabiz hain dunya ke market par.</w:t>
      </w:r>
      <w:r>
        <w:br/>
      </w:r>
      <w:r>
        <w:rPr>
          <w:sz w:val="20"/>
        </w:rPr>
        <w:t>12:42  lekin kaise? talwar ke zor se nahi, siyasi taqat ke zor se nahi, سرمایہ کاری ke zariye se. Chunancha aap dekhiye, jis India mein 1942 mein yeh naaray lagaya gaya tha ke "Quit India",</w:t>
      </w:r>
      <w:r>
        <w:br/>
      </w:r>
      <w:r>
        <w:rPr>
          <w:sz w:val="20"/>
        </w:rPr>
        <w:t>13:00  us zamane mein Bartanvi daur tha, Bartanviyon ko India se nikalne ke liye hamara naaray laga tha 1942 mein ke "Quit India".</w:t>
      </w:r>
      <w:r>
        <w:br/>
      </w:r>
      <w:r>
        <w:rPr>
          <w:sz w:val="20"/>
        </w:rPr>
        <w:t>13:11  ab wahi India keh raha hai ke "Make in India", ke aao hamare haan سرمایہ کاری karo, hamare haan factoryan banao, aao hamare haan market par qabza karo.</w:t>
      </w:r>
      <w:r>
        <w:br/>
      </w:r>
      <w:r>
        <w:rPr>
          <w:sz w:val="20"/>
        </w:rPr>
        <w:t>13:21  wahi India. Ab "Quit India" ki jagah ab hai "Make in India". Yeh saari dunya ka haal hai. Saari dunya mein yahi maghribi mumalik jo hain, woh chhaye hue hain un ki market par, un ki eikhtisadi sargarmiyon par.</w:t>
      </w:r>
      <w:r>
        <w:br/>
      </w:r>
      <w:r>
        <w:rPr>
          <w:sz w:val="20"/>
        </w:rPr>
        <w:t>13:39  lekin kaise? aman tareeqay ke zariye se.</w:t>
      </w:r>
      <w:r>
        <w:br/>
      </w:r>
      <w:r>
        <w:rPr>
          <w:sz w:val="20"/>
        </w:rPr>
        <w:t>13:45  to rasool ALLAH sal ALLAH alaihi wasallam ne jo drama silsila diya tha hudaybiya agreement ke waqt, wo insaan ko bohat der mein samajh mein aya. aur main is par aur mazeed izafa karoon ke musalmanon ko to aaj bhi nahi samajh mein aya hai.</w:t>
      </w:r>
      <w:r>
        <w:br/>
      </w:r>
      <w:r>
        <w:rPr>
          <w:sz w:val="20"/>
        </w:rPr>
        <w:t>13:59  musalman aaj bhi nahi jante. aap dekhiye, har jagah fauji chalai hui hai, society bahami kar rahe hain. yeh kyun?</w:t>
      </w:r>
      <w:r>
        <w:br/>
      </w:r>
      <w:r>
        <w:rPr>
          <w:sz w:val="20"/>
        </w:rPr>
        <w:t>14:09  kyun ke wo jante nahi ke "they are on ever of the power of peace".</w:t>
      </w:r>
      <w:r>
        <w:br/>
      </w:r>
      <w:r>
        <w:rPr>
          <w:sz w:val="20"/>
        </w:rPr>
        <w:t>14:15  abhi bhi wo pichle dahaiyon se jee rahe hain.</w:t>
      </w:r>
      <w:r>
        <w:br/>
      </w:r>
      <w:r>
        <w:rPr>
          <w:sz w:val="20"/>
        </w:rPr>
        <w:t>14:20  to main yeh kahunga ke aaj ka daur mutabadal ka daur hai. daur mutabadal ka, yani ab jang ka mutabadal peace hai.</w:t>
      </w:r>
    </w:p>
    <w:p>
      <w:pPr>
        <w:pStyle w:val="Heading2"/>
      </w:pPr>
      <w:r>
        <w:t>Islam in unopposed victory position</w:t>
      </w:r>
    </w:p>
    <w:p>
      <w:r>
        <w:rPr>
          <w:color w:val="666666"/>
          <w:sz w:val="18"/>
        </w:rPr>
        <w:t>Ignore the Problems Avail the Opportunities | June 30, 2006 | Maulana Wahiduddin Khan · 2m 00s · at 39:15 · https://youtu.be/ie8Xc5BlTwY?t=2355</w:t>
      </w:r>
    </w:p>
    <w:p>
      <w:r>
        <w:rPr>
          <w:i/>
        </w:rPr>
        <w:t>“Aaj Islam bila muqabla kamiyabi ki position mein hai”</w:t>
      </w:r>
    </w:p>
    <w:p>
      <w:r>
        <w:rPr>
          <w:sz w:val="20"/>
        </w:rPr>
        <w:t>39:15  isi tarah se dekhiye, abhi jo maine kaha, us ko samnay rakhiye to aaj islam bila muqabla kamyabi ki position mein hai, yaani unopposed victory ki position mein hai. kaise? jo criterion hai aaj ke zamanay mein, woh hai ke mazhab ko historical hona chahiye, history se prove hona chahiye, us ko us ko scientific hona chahiye, us ko rational ho</w:t>
      </w:r>
      <w:r>
        <w:br/>
      </w:r>
      <w:r>
        <w:rPr>
          <w:sz w:val="20"/>
        </w:rPr>
        <w:t>39:45  na chahiye. aaj ka jo criterion hai, aaj ka jo mind hai, aisa mazhab chahta hai jo scientific scrutiny mein poora utre, jis ki historical base ho, jis mein koi baat reason ke khilaf na ho, jo mythology na ho balkay history ho. yeh jo</w:t>
      </w:r>
      <w:r>
        <w:br/>
      </w:r>
      <w:r>
        <w:rPr>
          <w:sz w:val="20"/>
        </w:rPr>
        <w:t>40:15  criterion hai, is criterion par sirf islam poora utarta hai. maine apni kitabon mein detail ke sath likhi hai yeh baat. is zamanay mein kya hoa? isi ko main keh raha hoon ke unopposed victory ki position mein hai. kyunkay yeh sab cheezain siwaye islam ke kisi mein jama nahi hotin. lekin jo islam ke mannay walay hain, woh is opportunity ko avail nahi kar sakay. kyun? is liye ke woh apna paisa, apna time</w:t>
      </w:r>
      <w:r>
        <w:br/>
      </w:r>
      <w:r>
        <w:rPr>
          <w:sz w:val="20"/>
        </w:rPr>
        <w:t>40:45  time, apni zindagiyan lagaye hue hain markaat mein, larnay phirnay mein, suicide bombing mein. beshumar paisa is mein bahaya ja raha hai, janain zaya ho rahi hain, property tabah ho rahi hai. to isi ko main keh raha hoon ke log opportunity blind ho gaye hain. kitna bara nuqsan hai, aap ghor kijiye zara, kitna bara nuqsan hai. ab main yeh kahunga, yeh</w:t>
      </w:r>
    </w:p>
    <w:p>
      <w:pPr>
        <w:pStyle w:val="Heading2"/>
      </w:pPr>
      <w:r>
        <w:t>Sword to science: power shift</w:t>
      </w:r>
    </w:p>
    <w:p>
      <w:r>
        <w:rPr>
          <w:color w:val="666666"/>
          <w:sz w:val="18"/>
        </w:rPr>
        <w:t>Islam in the Changing World August 6, 2007 · 2m 32s · at 17:55 · https://youtu.be/lEhH4VDLSFY?t=1075</w:t>
      </w:r>
    </w:p>
    <w:p>
      <w:r>
        <w:rPr>
          <w:i/>
        </w:rPr>
        <w:t>“Before Renaissance, sword was the symbol of power.”</w:t>
      </w:r>
    </w:p>
    <w:p>
      <w:r>
        <w:rPr>
          <w:sz w:val="20"/>
        </w:rPr>
        <w:t>17:55  Before Renaissance, before Renaissance, sword was the symbol of power.</w:t>
      </w:r>
      <w:r>
        <w:br/>
      </w:r>
      <w:r>
        <w:rPr>
          <w:sz w:val="20"/>
        </w:rPr>
        <w:t>18:08  Before Renaissance, sword was the symbol of power. But after Renaissance, there was a great scientific revolution</w:t>
      </w:r>
      <w:r>
        <w:br/>
      </w:r>
      <w:r>
        <w:rPr>
          <w:sz w:val="20"/>
        </w:rPr>
        <w:t>18:23  . So after scientific revolution, knowledge became the symbol of power.</w:t>
      </w:r>
      <w:r>
        <w:br/>
      </w:r>
      <w:r>
        <w:rPr>
          <w:sz w:val="20"/>
        </w:rPr>
        <w:t>18:34  This is the basic difference.</w:t>
      </w:r>
      <w:r>
        <w:br/>
      </w:r>
      <w:r>
        <w:rPr>
          <w:sz w:val="20"/>
        </w:rPr>
        <w:t>18:39  In ancient days,</w:t>
      </w:r>
      <w:r>
        <w:br/>
      </w:r>
      <w:r>
        <w:rPr>
          <w:sz w:val="20"/>
        </w:rPr>
        <w:t>18:44  sword was the symbol of power. By using a sword, you were able to change the situation.</w:t>
      </w:r>
      <w:r>
        <w:br/>
      </w:r>
      <w:r>
        <w:rPr>
          <w:sz w:val="20"/>
        </w:rPr>
        <w:t>18:55  By using a sword, it was possible for you to become master of the situation.</w:t>
      </w:r>
      <w:r>
        <w:br/>
      </w:r>
      <w:r>
        <w:rPr>
          <w:sz w:val="20"/>
        </w:rPr>
        <w:t>19:06  Through a sword, it was possible for in that time that the sword can make you the master of the situation.</w:t>
      </w:r>
      <w:r>
        <w:br/>
      </w:r>
      <w:r>
        <w:rPr>
          <w:sz w:val="20"/>
        </w:rPr>
        <w:t>19:22  But now it is impossible.</w:t>
      </w:r>
      <w:r>
        <w:br/>
      </w:r>
      <w:r>
        <w:rPr>
          <w:sz w:val="20"/>
        </w:rPr>
        <w:t>19:25  Now science is the power. Technology is the power. Modern way of organization is the power. Knowledge is the power.</w:t>
      </w:r>
      <w:r>
        <w:br/>
      </w:r>
      <w:r>
        <w:rPr>
          <w:sz w:val="20"/>
        </w:rPr>
        <w:t>19:36  Learning is the power.</w:t>
      </w:r>
      <w:r>
        <w:br/>
      </w:r>
      <w:r>
        <w:rPr>
          <w:sz w:val="20"/>
        </w:rPr>
        <w:t>19:41  So now he is the master of the situation who</w:t>
      </w:r>
      <w:r>
        <w:br/>
      </w:r>
      <w:r>
        <w:rPr>
          <w:sz w:val="20"/>
        </w:rPr>
        <w:t>19:50  is</w:t>
      </w:r>
      <w:r>
        <w:br/>
      </w:r>
      <w:r>
        <w:rPr>
          <w:sz w:val="20"/>
        </w:rPr>
        <w:t>19:58  who is master of knowledge, master of science.</w:t>
      </w:r>
      <w:r>
        <w:br/>
      </w:r>
      <w:r>
        <w:rPr>
          <w:sz w:val="20"/>
        </w:rPr>
        <w:t>20:03  Now only those people are master of the situation who are master of modern sciences, master of modern technique.</w:t>
      </w:r>
      <w:r>
        <w:br/>
      </w:r>
      <w:r>
        <w:rPr>
          <w:sz w:val="20"/>
        </w:rPr>
        <w:t>20:21  It is this point that we have to understand</w:t>
      </w:r>
    </w:p>
    <w:p>
      <w:pPr>
        <w:pStyle w:val="Heading2"/>
      </w:pPr>
      <w:r>
        <w:t>How Hitler, Japan and Germany prove war never wins</w:t>
      </w:r>
    </w:p>
    <w:p>
      <w:r>
        <w:rPr>
          <w:color w:val="666666"/>
          <w:sz w:val="18"/>
        </w:rPr>
        <w:t>Age of Peace November 18, 2012 · 4m 52s · at 1:13 · https://youtu.be/Y9nkQnBqbrs?t=73</w:t>
      </w:r>
    </w:p>
    <w:p>
      <w:r>
        <w:rPr>
          <w:i/>
        </w:rPr>
        <w:t>“Dekhein, aaj ke akhbaron mein ek khabar parhi hogi”</w:t>
      </w:r>
    </w:p>
    <w:p>
      <w:r>
        <w:rPr>
          <w:sz w:val="20"/>
        </w:rPr>
        <w:t>1:13  dekhein, aaj ke akhbaron mein ek khabar aap sab ne padhi hogi, do khabar, yani do khabar ek sath aaj ke akhbaron mein aayi hain.</w:t>
      </w:r>
      <w:r>
        <w:br/>
      </w:r>
      <w:r>
        <w:rPr>
          <w:sz w:val="20"/>
        </w:rPr>
        <w:t>1:27  ek taraf yeh ke</w:t>
      </w:r>
      <w:r>
        <w:br/>
      </w:r>
      <w:r>
        <w:rPr>
          <w:sz w:val="20"/>
        </w:rPr>
        <w:t>1:31  "bal thackeray is dead".</w:t>
      </w:r>
      <w:r>
        <w:br/>
      </w:r>
      <w:r>
        <w:rPr>
          <w:sz w:val="20"/>
        </w:rPr>
        <w:t>1:35  maharashtra ke bohat hi fiery leader the, king of maharashtra kaha jata tha un ko, aaj un ki death ho gayi.</w:t>
      </w:r>
      <w:r>
        <w:br/>
      </w:r>
      <w:r>
        <w:rPr>
          <w:sz w:val="20"/>
        </w:rPr>
        <w:t>1:52  wo kaha karte the ke "I am a great admirer of Hitler". mein hitler ko bohat zyada pasand karta hoon.</w:t>
      </w:r>
      <w:r>
        <w:br/>
      </w:r>
      <w:r>
        <w:rPr>
          <w:sz w:val="20"/>
        </w:rPr>
        <w:t>2:06  hitler ki jo ideology thi wahi bal thackeray ki ideology thi.</w:t>
      </w:r>
      <w:r>
        <w:br/>
      </w:r>
      <w:r>
        <w:rPr>
          <w:sz w:val="20"/>
        </w:rPr>
        <w:t>2:13  aap jante hain ke hitler jo hai bohat hi zabardast qism ka war monger tha, wo tashaddud mein yaqeen rakhta tha.</w:t>
      </w:r>
      <w:r>
        <w:br/>
      </w:r>
      <w:r>
        <w:rPr>
          <w:sz w:val="20"/>
        </w:rPr>
        <w:t>2:25  lekin aap ghor kijiye, bal thackeray bhi apne target ko achieve kiye bina mar gaye.</w:t>
      </w:r>
      <w:r>
        <w:br/>
      </w:r>
      <w:r>
        <w:rPr>
          <w:sz w:val="20"/>
        </w:rPr>
        <w:t>2:34  isi tarah</w:t>
      </w:r>
      <w:r>
        <w:br/>
      </w:r>
      <w:r>
        <w:rPr>
          <w:sz w:val="20"/>
        </w:rPr>
        <w:t>2:39  hitler bhi apne target ko achieve kiye bina khatma ho gaya, hitler ka.</w:t>
      </w:r>
      <w:r>
        <w:br/>
      </w:r>
      <w:r>
        <w:rPr>
          <w:sz w:val="20"/>
        </w:rPr>
        <w:t>2:51  hitler ki umar is waqt fifty six years thi, fifty six, aur bal thackeray ki umar eighty six.</w:t>
      </w:r>
      <w:r>
        <w:br/>
      </w:r>
      <w:r>
        <w:rPr>
          <w:sz w:val="20"/>
        </w:rPr>
        <w:t>3:01  aur dono apne target ko achieve kiye bina khatm ho gaye.</w:t>
      </w:r>
      <w:r>
        <w:br/>
      </w:r>
      <w:r>
        <w:rPr>
          <w:sz w:val="20"/>
        </w:rPr>
        <w:t>3:07  hitler chahta tha ke poore europe mein rule kare, woh rule nahi kar saka, iska apna hi khatma ho gaya. Isi tarah dekhiye, falasteen mein aaj khabar hai ke hamas headquarter battered by israeli air force.</w:t>
      </w:r>
      <w:r>
        <w:br/>
      </w:r>
      <w:r>
        <w:rPr>
          <w:sz w:val="20"/>
        </w:rPr>
        <w:t>3:34  hamas ke headquarter ko israeli air force ne destroy kar diya. Woh bhi badi badi baatein karte the,</w:t>
      </w:r>
      <w:r>
        <w:br/>
      </w:r>
      <w:r>
        <w:rPr>
          <w:sz w:val="20"/>
        </w:rPr>
        <w:t>3:47  lekin kuch bhi achieve na kar sake aur unka haal yeh hua ke unka headquarter hi tabah kar diya gaya, unke leader maar daale gaye.</w:t>
      </w:r>
      <w:r>
        <w:br/>
      </w:r>
      <w:r>
        <w:rPr>
          <w:sz w:val="20"/>
        </w:rPr>
        <w:t>3:55  dekhiye, yeh sirf do waqiyat nahi hain.</w:t>
      </w:r>
      <w:r>
        <w:br/>
      </w:r>
      <w:r>
        <w:rPr>
          <w:sz w:val="20"/>
        </w:rPr>
        <w:t>3:59  is poore daur mein, yaani woh daur jo shuru hua hai second world war ke baad, is poore daur mein bohat se aise waqiyat hue hain jo batate hain ke war ka zamana khatm ho gaya,</w:t>
      </w:r>
      <w:r>
        <w:br/>
      </w:r>
      <w:r>
        <w:rPr>
          <w:sz w:val="20"/>
        </w:rPr>
        <w:t>4:18  yaani lad kar kuch jeet paane ka zamana khatm ho gaya, ab toh peace ka zamana hai.</w:t>
      </w:r>
      <w:r>
        <w:br/>
      </w:r>
      <w:r>
        <w:rPr>
          <w:sz w:val="20"/>
        </w:rPr>
        <w:t>4:30  aap dekhiye, hitler ne lad kar chaha tha superiority hasil karna europe mein, magar hasil nahi kar saka woh.</w:t>
      </w:r>
      <w:r>
        <w:br/>
      </w:r>
      <w:r>
        <w:rPr>
          <w:sz w:val="20"/>
        </w:rPr>
        <w:t>4:41  yahi haal japan ka hua. Japan jo hai second world war se pehle ek jangju qaum bana hua tha.</w:t>
      </w:r>
      <w:r>
        <w:br/>
      </w:r>
      <w:r>
        <w:rPr>
          <w:sz w:val="20"/>
        </w:rPr>
        <w:t>4:51  japan ne aur hitler ne, dono ne, war ki taaqat se chaha kamyabi hasil karna, lekin dono fail ho gaye.</w:t>
      </w:r>
      <w:r>
        <w:br/>
      </w:r>
      <w:r>
        <w:rPr>
          <w:sz w:val="20"/>
        </w:rPr>
        <w:t>5:08  yaani dono ne goya second world war mein zabaan-e-haal se yeh ailaan kiya ke "Age of War is over".</w:t>
      </w:r>
      <w:r>
        <w:br/>
      </w:r>
      <w:r>
        <w:rPr>
          <w:sz w:val="20"/>
        </w:rPr>
        <w:t>5:19  is baad unhone bohat jald sabak liya. Germany ne industry mein apni taaqat laga di, bajaye ladai karne ke.</w:t>
      </w:r>
      <w:r>
        <w:br/>
      </w:r>
      <w:r>
        <w:rPr>
          <w:sz w:val="20"/>
        </w:rPr>
        <w:t>5:28  japan ne bhi laga di apni taaqat industry mein. Aap jante hain ke aaj germany europe ka number one mulk bana hua hai,</w:t>
      </w:r>
      <w:r>
        <w:br/>
      </w:r>
      <w:r>
        <w:rPr>
          <w:sz w:val="20"/>
        </w:rPr>
        <w:t>5:42  europe ka sab se zyada developed country bana hua hai, germany. Aur japan asia ka sab se zyada developed country bana hua hai.</w:t>
      </w:r>
      <w:r>
        <w:br/>
      </w:r>
      <w:r>
        <w:rPr>
          <w:sz w:val="20"/>
        </w:rPr>
        <w:t>5:54  yeh kaise? War ki taaqat ko istemaal kar ke nahi, peace ki taaqat ko istemaal kar ke.</w:t>
      </w:r>
    </w:p>
    <w:p>
      <w:pPr>
        <w:pStyle w:val="Heading2"/>
      </w:pPr>
      <w:r>
        <w:t>Hospitalized 16 weeks, yet classes never stopped</w:t>
      </w:r>
    </w:p>
    <w:p>
      <w:r>
        <w:rPr>
          <w:color w:val="666666"/>
          <w:sz w:val="18"/>
        </w:rPr>
        <w:t>Age of Alternatives April 05, 2015 · 2m 34s · at 0:56 · https://youtu.be/4v0uCM2BZuA?t=56</w:t>
      </w:r>
    </w:p>
    <w:p>
      <w:r>
        <w:rPr>
          <w:i/>
        </w:rPr>
        <w:t>“Every Sunday there is a spiritual class since 2001”</w:t>
      </w:r>
    </w:p>
    <w:p>
      <w:r>
        <w:rPr>
          <w:sz w:val="20"/>
        </w:rPr>
        <w:t>0:56  har Sunday ko spiritual class hoti hai. Yeh silsila 2001 se jaari hai, aur is darmiyan kabhi gap nahi hua.</w:t>
      </w:r>
      <w:r>
        <w:br/>
      </w:r>
      <w:r>
        <w:rPr>
          <w:sz w:val="20"/>
        </w:rPr>
        <w:t>1:16  pichle dino ek ajeeb waqia hua ke 12 December ko</w:t>
      </w:r>
      <w:r>
        <w:br/>
      </w:r>
      <w:r>
        <w:rPr>
          <w:sz w:val="20"/>
        </w:rPr>
        <w:t>1:34  mere sath ek hadsa pesh aya, mein hospitalize ho gaya.</w:t>
      </w:r>
      <w:r>
        <w:br/>
      </w:r>
      <w:r>
        <w:rPr>
          <w:sz w:val="20"/>
        </w:rPr>
        <w:t>1:43  is ke baad, yaani 16 haftay tak, mein yahan personally nahi aa saka.</w:t>
      </w:r>
      <w:r>
        <w:br/>
      </w:r>
      <w:r>
        <w:rPr>
          <w:sz w:val="20"/>
        </w:rPr>
        <w:t>1:55  aaj 16 haftay ke baad pehli bar mein yahan personally aaya hoon. Lekin is pure 16 haftay mein jo weekly program hamare hote hain, wo sab jaari rahe.</w:t>
      </w:r>
      <w:r>
        <w:br/>
      </w:r>
      <w:r>
        <w:rPr>
          <w:sz w:val="20"/>
        </w:rPr>
        <w:t>2:14  wo sab barabar jaari rahe, koi farq nahi pada. Yaani meri speech aur meri tasweer ke sath yahan log dekhte rahe.</w:t>
      </w:r>
      <w:r>
        <w:br/>
      </w:r>
      <w:r>
        <w:rPr>
          <w:sz w:val="20"/>
        </w:rPr>
        <w:t>2:26  yeh kaise hua ke mein yahan mojood na rahoon aur program is tarah rahe, hota rahe jaise ke mein yahan mojood hoon?</w:t>
      </w:r>
      <w:r>
        <w:br/>
      </w:r>
      <w:r>
        <w:rPr>
          <w:sz w:val="20"/>
        </w:rPr>
        <w:t>2:43  yeh kaise hua? Yaani absence ke bawajood presence.</w:t>
      </w:r>
      <w:r>
        <w:br/>
      </w:r>
      <w:r>
        <w:rPr>
          <w:sz w:val="20"/>
        </w:rPr>
        <w:t>2:53  yeh anokha waqia hua through alternative arrangement. Modern technology ne yeh moqa diya hai ke aap is tarah ka alternative arrangement kar saken ke mein yahan mojood na rahoon, yaani speaker yahan mojood na rahe, phir bhi log speaker ko dekhen aur us ki awaz ko sunen.</w:t>
      </w:r>
      <w:r>
        <w:br/>
      </w:r>
      <w:r>
        <w:rPr>
          <w:sz w:val="20"/>
        </w:rPr>
        <w:t>3:19  to yeh Allah taala ka bohat bara inaam tha jo modern technology ki soorat mein Allah ne hamein faraham kiya.</w:t>
      </w:r>
    </w:p>
    <w:p>
      <w:pPr>
        <w:pStyle w:val="Heading2"/>
      </w:pPr>
      <w:r>
        <w:t>Knowing law of nature is key to great role</w:t>
      </w:r>
    </w:p>
    <w:p>
      <w:r>
        <w:rPr>
          <w:color w:val="666666"/>
          <w:sz w:val="18"/>
        </w:rPr>
        <w:t>Place of Woman in Islam-III | March 5, 2006 | Maulana Wahiduddin Khan · 1m 31s · at 25:00 · https://youtu.be/4Z5G3JO07Go?t=1500</w:t>
      </w:r>
    </w:p>
    <w:p>
      <w:r>
        <w:rPr>
          <w:i/>
        </w:rPr>
        <w:t>“Agar koi bada role karna hai”</w:t>
      </w:r>
    </w:p>
    <w:p>
      <w:r>
        <w:rPr>
          <w:sz w:val="20"/>
        </w:rPr>
        <w:t>25:00  agar koi bara role karna hai history mein to sab se pehle us ko yeh janana parega</w:t>
      </w:r>
      <w:r>
        <w:br/>
      </w:r>
      <w:r>
        <w:rPr>
          <w:sz w:val="20"/>
        </w:rPr>
        <w:t>25:06  ke law of nature kya hai? is ka apna role kya hai? mard ka role kya hai? is</w:t>
      </w:r>
      <w:r>
        <w:br/>
      </w:r>
      <w:r>
        <w:rPr>
          <w:sz w:val="20"/>
        </w:rPr>
        <w:t>25:12  ka apna potential kya hai? mard ka potential kya hai? is haqeeqat ko daryaft karne ke baad hi</w:t>
      </w:r>
      <w:r>
        <w:br/>
      </w:r>
      <w:r>
        <w:rPr>
          <w:sz w:val="20"/>
        </w:rPr>
        <w:t>25:18  yeh mumkin hai ke koi aurat koi historical role ada kar sake.</w:t>
      </w:r>
      <w:r>
        <w:br/>
      </w:r>
      <w:r>
        <w:rPr>
          <w:sz w:val="20"/>
        </w:rPr>
        <w:t>25:24  yaani pehle bhi agar kisi ne kiya hai to us</w:t>
      </w:r>
      <w:r>
        <w:br/>
      </w:r>
      <w:r>
        <w:rPr>
          <w:sz w:val="20"/>
        </w:rPr>
        <w:t>25:30  yeh waqt kya hai jabkey is ney apney potential ko jana.</w:t>
      </w:r>
      <w:r>
        <w:br/>
      </w:r>
      <w:r>
        <w:rPr>
          <w:sz w:val="20"/>
        </w:rPr>
        <w:t>25:35  aaj bhi agar koi aurat role karey gi to usi waqt karey gi jabkey woh apney potential ko discover karey.</w:t>
      </w:r>
      <w:r>
        <w:br/>
      </w:r>
      <w:r>
        <w:rPr>
          <w:sz w:val="20"/>
        </w:rPr>
        <w:t>25:40  sirf fashion ko janana, body display ko janana, banao singar ko janana aur society mein show item baney</w:t>
      </w:r>
      <w:r>
        <w:br/>
      </w:r>
      <w:r>
        <w:rPr>
          <w:sz w:val="20"/>
        </w:rPr>
        <w:t>25:45  rehna is mein agar aurat jeeti hai to koi bara kaam woh nahi kar sakti hai.</w:t>
      </w:r>
      <w:r>
        <w:br/>
      </w:r>
      <w:r>
        <w:rPr>
          <w:sz w:val="20"/>
        </w:rPr>
        <w:t>25:50  is sey oopar uthna paray ga.</w:t>
      </w:r>
      <w:r>
        <w:br/>
      </w:r>
      <w:r>
        <w:rPr>
          <w:sz w:val="20"/>
        </w:rPr>
        <w:t>25:55  is sey oopar uthna paray ga.</w:t>
      </w:r>
      <w:r>
        <w:br/>
      </w:r>
      <w:r>
        <w:rPr>
          <w:sz w:val="20"/>
        </w:rPr>
        <w:t>26:01  aur history mein wohi auratein bara role kar paayi hain jo is se oopar uthi hain. aqoolu qawli hadha wastaghfirullaha li walakum ajmaeen.</w:t>
      </w:r>
    </w:p>
    <w:p>
      <w:pPr>
        <w:pStyle w:val="Heading2"/>
      </w:pPr>
      <w:r>
        <w:t>Blame on Muslim scholars for failing to modernize</w:t>
      </w:r>
    </w:p>
    <w:p>
      <w:r>
        <w:rPr>
          <w:color w:val="666666"/>
          <w:sz w:val="18"/>
        </w:rPr>
        <w:t>Reinterpretation of Islam April 12, 2009 Maulana Wahiduddin Khan · 31s · at 29:31 · https://youtu.be/kut_WRX7mZ4?t=1771</w:t>
      </w:r>
    </w:p>
    <w:p>
      <w:r>
        <w:rPr>
          <w:i/>
        </w:rPr>
        <w:t>“You failed to make them understandable in modern idiom.”</w:t>
      </w:r>
    </w:p>
    <w:p>
      <w:r>
        <w:rPr>
          <w:sz w:val="20"/>
        </w:rPr>
        <w:t>29:31  to log kehte hain ke sahib yeh to islam se door ho gaya, yeh to murtad ho gaya. murtad nahi hua hai. you fail to make them understandable in modern idiom.</w:t>
      </w:r>
      <w:r>
        <w:br/>
      </w:r>
      <w:r>
        <w:rPr>
          <w:sz w:val="20"/>
        </w:rPr>
        <w:t>29:43  so blame goes to muslim scholars.</w:t>
      </w:r>
      <w:r>
        <w:br/>
      </w:r>
      <w:r>
        <w:rPr>
          <w:sz w:val="20"/>
        </w:rPr>
        <w:t>29:50  so the blame goes to muslim scholars. they fail to make islam understandable to modern generation in modern term.</w:t>
      </w:r>
    </w:p>
    <w:p>
      <w:pPr>
        <w:pStyle w:val="Heading2"/>
      </w:pPr>
      <w:r>
        <w:t>The root word of Islam, Salm, means peace</w:t>
      </w:r>
    </w:p>
    <w:p>
      <w:r>
        <w:rPr>
          <w:color w:val="666666"/>
          <w:sz w:val="18"/>
        </w:rPr>
        <w:t>Importance of Peace November 29, 2013 · 55s · at 30:51 · https://youtu.be/ojJ4gCFf-YE?t=1851</w:t>
      </w:r>
    </w:p>
    <w:p>
      <w:r>
        <w:rPr>
          <w:i/>
        </w:rPr>
        <w:t>“Violence and killing — all these things are un-Islamic”</w:t>
      </w:r>
    </w:p>
    <w:p>
      <w:r>
        <w:rPr>
          <w:sz w:val="20"/>
        </w:rPr>
        <w:t>30:51  and violence and killing, all these things are un-Islamic. You know the word Islam itself conveys have a contention of peace, because its the root word of Islam is salm.</w:t>
      </w:r>
      <w:r>
        <w:br/>
      </w:r>
      <w:r>
        <w:rPr>
          <w:sz w:val="20"/>
        </w:rPr>
        <w:t>31:10  as ai ai el em salm.</w:t>
      </w:r>
      <w:r>
        <w:br/>
      </w:r>
      <w:r>
        <w:rPr>
          <w:sz w:val="20"/>
        </w:rPr>
        <w:t>31:13  da rut vard af islam iz salm. salm minz pis.</w:t>
      </w:r>
      <w:r>
        <w:br/>
      </w:r>
      <w:r>
        <w:rPr>
          <w:sz w:val="20"/>
        </w:rPr>
        <w:t>31:19  So Islam is a religion of peace. The very name of Islam has a connotation of peace.</w:t>
      </w:r>
      <w:r>
        <w:br/>
      </w:r>
      <w:r>
        <w:rPr>
          <w:sz w:val="20"/>
        </w:rPr>
        <w:t>31:32  islam iz riliijn af pis.</w:t>
      </w:r>
    </w:p>
    <w:p>
      <w:pPr>
        <w:pStyle w:val="Heading2"/>
      </w:pPr>
      <w:r>
        <w:t>Dawah's only valid intention is the hereafter, not glory</w:t>
      </w:r>
    </w:p>
    <w:p>
      <w:r>
        <w:rPr>
          <w:color w:val="666666"/>
          <w:sz w:val="18"/>
        </w:rPr>
        <w:t>Present Muslims- A Case of Wrong Identity February 13, 2011 · 59s · at 1:14:32 · https://youtu.be/gDX72gIRL4E?t=4472</w:t>
      </w:r>
    </w:p>
    <w:p>
      <w:r>
        <w:rPr>
          <w:i/>
        </w:rPr>
        <w:t>“Dawat ka kaam kis niyat ke tehat karna matlub hai?”</w:t>
      </w:r>
    </w:p>
    <w:p>
      <w:r>
        <w:rPr>
          <w:sz w:val="20"/>
        </w:rPr>
        <w:t>1:14:32  past glory ke liye, hukumat ke liye, ya akhirat ke liye ?"</w:t>
      </w:r>
      <w:r>
        <w:br/>
      </w:r>
      <w:r>
        <w:rPr>
          <w:sz w:val="20"/>
        </w:rPr>
        <w:t>1:14:37  iske bare mein bataein, sirf akhirat ke liye. past glory se koi ta'alluq iska nahin, hukumat se koi ta'alluq iska nahin .</w:t>
      </w:r>
      <w:r>
        <w:br/>
      </w:r>
      <w:r>
        <w:rPr>
          <w:sz w:val="20"/>
        </w:rPr>
        <w:t>1:14:47  yeh naseehatnasihah hai. quran majeed mein hai ke nabi ne kaha ke nabi ne: "main tumhara khair khwah hoon." to iska jo sar chashma hai, woh khair khwahi hai.</w:t>
      </w:r>
      <w:r>
        <w:br/>
      </w:r>
      <w:r>
        <w:rPr>
          <w:sz w:val="20"/>
        </w:rPr>
        <w:t>1:15:02  nabi ne apne mad'oo logon se kaha ke: "main tumhara khair khwah hoon. main tumhe chahta hoon ke tum ko nijat akhirat</w:t>
      </w:r>
      <w:r>
        <w:br/>
      </w:r>
      <w:r>
        <w:rPr>
          <w:sz w:val="20"/>
        </w:rPr>
        <w:t>1:15:10  mile, tum ko allah ki pakad se to bach jao. akhirat mein tum ko abadi jannat mile." bas insaan ki khair khwahi uska muharrik hai, na ke hukumat ya fakhr.</w:t>
      </w:r>
      <w:r>
        <w:br/>
      </w:r>
      <w:r>
        <w:rPr>
          <w:sz w:val="20"/>
        </w:rPr>
        <w:t>1:15:22  woh bilkul batil hai, iska dawat se koi ta'alluq nahin hai. woh sab yani woh sab community work hai.</w:t>
      </w:r>
    </w:p>
    <w:p>
      <w:pPr>
        <w:pStyle w:val="Heading2"/>
      </w:pPr>
      <w:r>
        <w:t>Scholars rejected modern education as threat</w:t>
      </w:r>
    </w:p>
    <w:p>
      <w:r>
        <w:rPr>
          <w:color w:val="666666"/>
          <w:sz w:val="18"/>
        </w:rPr>
        <w:t>Preservation of Religion | December 4, 2016 · 3m 03s · at 37:59 · https://youtu.be/kuRk4X6ovE4?t=2279</w:t>
      </w:r>
    </w:p>
    <w:p>
      <w:r>
        <w:rPr>
          <w:i/>
        </w:rPr>
        <w:t>“Ulema ne modern education ko qatal gaah bataya”</w:t>
      </w:r>
    </w:p>
    <w:p>
      <w:r>
        <w:rPr>
          <w:sz w:val="20"/>
        </w:rPr>
        <w:t>37:59  lekin islam ka jo ideology ka pehlu tha, is mein bohat zyada fail ho gaye log. bohat zyada fail ho gaye. aur jahan tak main samajhta hoon ke is ki bunyadi wajah yeh hai ke jab yeh modern education aayi, to ulama ne is ko bura batana shuru kiya, najayaz batana shuru kiya, kehte hain unhone haram keh diya. to modern education se musalman door ho gaye.</w:t>
      </w:r>
      <w:r>
        <w:br/>
      </w:r>
      <w:r>
        <w:rPr>
          <w:sz w:val="20"/>
        </w:rPr>
        <w:t>38:30  is ki wajah ghaleban yeh thi ke ek hi waqt do cheezein aayin. modern education aur modern colonialism ek saath. to modern colonialism jo tha, woh musalmanon ka jo political system raaij tha, us se takkar ho gayi is ki. unhone Mughal saltanat ko khatm kar diya. aur bhi isi tarah se. to musalmanon ne yeh farz kar liya ke yeh islam dushman hain yeh log. to ch</w:t>
      </w:r>
      <w:r>
        <w:br/>
      </w:r>
      <w:r>
        <w:rPr>
          <w:sz w:val="20"/>
        </w:rPr>
        <w:t>39:00  unki isi ke saath saath aaya tha modern education, us ko bhi samajh lein ke islam ke khilaf hai. unhone kaha ke yeh qatlgah hai. yaani universityon ko qatlgah bataya. universityon ko, collegeon ko qatlgah banaya. mazak udaya Akbar Nawaz ne ke bachchon ke kabhi qatl se badnaam na hota. afsos ke firaun ko kali kis ne sochi.</w:t>
      </w:r>
      <w:r>
        <w:br/>
      </w:r>
      <w:r>
        <w:rPr>
          <w:sz w:val="20"/>
        </w:rPr>
        <w:t>39:32  ek jamaat bani bohat, dhoom se unhone kaha ke yeh qatlgah hai. college aur universityon ka qatlgah hai. ulama ne kaha ke yeh haram hai. is ki wajah se woh samajh nahi paye ke daur jadeed kya hai. dekhiye, yeh jo tajdeed ka kaam hai, is mein zamane ko samajhna bohat zaroori hai. jaise hadith mein aata hai, momin ke bare mein</w:t>
      </w:r>
      <w:r>
        <w:br/>
      </w:r>
      <w:r>
        <w:rPr>
          <w:sz w:val="20"/>
        </w:rPr>
        <w:t>40:02  ke wa alal aaqil, yaani kaun basarat pe zabani. wa alal aaqil, yaani kaun basarat pe zabani. aaqil ka matlab mujaddid. yahan aaqil se murad hai mujaddid. yaani mujaddid ko janna chahiye ke zamana kya hai. mujaddid ko zamane se waqif hona chahiye. to chuki hamare ulama ne aur musalmanon ki bari</w:t>
      </w:r>
      <w:r>
        <w:br/>
      </w:r>
      <w:r>
        <w:rPr>
          <w:sz w:val="20"/>
        </w:rPr>
        <w:t>40:32  tadad ne modern education mein hissa nahi liya, is wajah se zamane se be-khabar ho gaye. jab zamane se be-khabar ho gaye to musalmanon ko sahi lead nahi de sake, sahi lead. tajdeedi kaam mein anjam na de sake. modern education se door hona, yeh bohat</w:t>
      </w:r>
    </w:p>
    <w:p>
      <w:pPr>
        <w:pStyle w:val="Heading2"/>
      </w:pPr>
      <w:r>
        <w:t>Shock awakens human mind</w:t>
      </w:r>
    </w:p>
    <w:p>
      <w:r>
        <w:rPr>
          <w:color w:val="666666"/>
          <w:sz w:val="18"/>
        </w:rPr>
        <w:t>Dars-e-Quran, Ch. 2 Verse 50-52 |  March 11, 2018 · 30s · at 8:50 · https://youtu.be/ShSyMy4LPfc?t=530</w:t>
      </w:r>
    </w:p>
    <w:p>
      <w:r>
        <w:rPr>
          <w:i/>
        </w:rPr>
        <w:t>“Shock jab parta hai to mind jag uthta hai”</w:t>
      </w:r>
    </w:p>
    <w:p>
      <w:r>
        <w:rPr>
          <w:sz w:val="20"/>
        </w:rPr>
        <w:t>8:50  evil ki history hai.</w:t>
      </w:r>
      <w:r>
        <w:br/>
      </w:r>
      <w:r>
        <w:rPr>
          <w:sz w:val="20"/>
        </w:rPr>
        <w:t>8:54  tareekh jo hai crime ka register hai.</w:t>
      </w:r>
      <w:r>
        <w:br/>
      </w:r>
      <w:r>
        <w:rPr>
          <w:sz w:val="20"/>
        </w:rPr>
        <w:t>8:58  tarai khoon bahane ka.</w:t>
      </w:r>
      <w:r>
        <w:br/>
      </w:r>
      <w:r>
        <w:rPr>
          <w:sz w:val="20"/>
        </w:rPr>
        <w:t>9:03  nahi woh shock treatment hai.</w:t>
      </w:r>
      <w:r>
        <w:br/>
      </w:r>
      <w:r>
        <w:rPr>
          <w:sz w:val="20"/>
        </w:rPr>
        <w:t>9:07  yeh tareekh batati hai ke chahe fard ho individual ya koi community ho shock jab parta hai to</w:t>
      </w:r>
      <w:r>
        <w:br/>
      </w:r>
      <w:r>
        <w:rPr>
          <w:sz w:val="20"/>
        </w:rPr>
        <w:t>9:11  iska mind jaag uthta hai.</w:t>
      </w:r>
      <w:r>
        <w:br/>
      </w:r>
      <w:r>
        <w:rPr>
          <w:sz w:val="20"/>
        </w:rPr>
        <w:t>9:15  brain starmining hoti hai.</w:t>
      </w:r>
    </w:p>
    <w:p>
      <w:pPr>
        <w:pStyle w:val="Heading2"/>
      </w:pPr>
      <w:r>
        <w:t>Peaceful method is best in Islam</w:t>
      </w:r>
    </w:p>
    <w:p>
      <w:r>
        <w:rPr>
          <w:color w:val="666666"/>
          <w:sz w:val="18"/>
        </w:rPr>
        <w:t>Shantum Seth Group Questions I February 2, 2008 · 31s · at 3:40 · https://youtu.be/ORQJV96Zd5w?t=220</w:t>
      </w:r>
    </w:p>
    <w:p>
      <w:r>
        <w:rPr>
          <w:i/>
        </w:rPr>
        <w:t>“Then there is a verse in the Quran, As-Sulhu Khair.”</w:t>
      </w:r>
    </w:p>
    <w:p>
      <w:r>
        <w:rPr>
          <w:sz w:val="20"/>
        </w:rPr>
        <w:t>3:40  Then there is a verse in the Quran, As-Sulhu Khair.</w:t>
      </w:r>
      <w:r>
        <w:br/>
      </w:r>
      <w:r>
        <w:rPr>
          <w:sz w:val="20"/>
        </w:rPr>
        <w:t>3:46  This verse gives us the general policy of Islam, and that is peace.</w:t>
      </w:r>
      <w:r>
        <w:br/>
      </w:r>
      <w:r>
        <w:rPr>
          <w:sz w:val="20"/>
        </w:rPr>
        <w:t>3:52  As-Sulhu Khair means peaceful method is the best.</w:t>
      </w:r>
      <w:r>
        <w:br/>
      </w:r>
      <w:r>
        <w:rPr>
          <w:sz w:val="20"/>
        </w:rPr>
        <w:t>3:58  Peaceful solution is the best.</w:t>
      </w:r>
      <w:r>
        <w:br/>
      </w:r>
      <w:r>
        <w:rPr>
          <w:sz w:val="20"/>
        </w:rPr>
        <w:t>4:04  So in every aspect, Islam is a religion of peace.</w:t>
      </w:r>
      <w:r>
        <w:br/>
      </w:r>
      <w:r>
        <w:rPr>
          <w:sz w:val="20"/>
        </w:rPr>
        <w:t>4:11  Here I can say that there is no war in Islam other than defensive war. Other than defensive war, there is no war in Islam.</w:t>
      </w:r>
    </w:p>
    <w:p>
      <w:pPr>
        <w:pStyle w:val="Heading2"/>
      </w:pPr>
      <w:r>
        <w:t>dawah means being a well-wisher, not a debater</w:t>
      </w:r>
    </w:p>
    <w:p>
      <w:r>
        <w:rPr>
          <w:color w:val="666666"/>
          <w:sz w:val="18"/>
        </w:rPr>
        <w:t>Intellectual Empowerment August 22, 2010 · 40s · at 18:27 · https://youtu.be/hMzhnJpdyAg?t=1107</w:t>
      </w:r>
    </w:p>
    <w:p>
      <w:r>
        <w:rPr>
          <w:i/>
        </w:rPr>
        <w:t>“دعوت کا مطلب یہی ہے کہ آپ دوسروں کے خیر خواہ ہیں”</w:t>
      </w:r>
    </w:p>
    <w:p>
      <w:r>
        <w:rPr>
          <w:sz w:val="20"/>
        </w:rPr>
        <w:t>18:27  dawat ka model se kya hota hai? insaan friendly behaviour paida hota hai. dawat ka matlab hi yahi hai keh aap doosron ke khair khwah hain.</w:t>
      </w:r>
      <w:r>
        <w:br/>
      </w:r>
      <w:r>
        <w:rPr>
          <w:sz w:val="20"/>
        </w:rPr>
        <w:t>18:37  doosron ko aap Allah ke rastay pe lana chahte hain. doosron ko aap jannat mein dakhil karne ke hareese hain. isi ka naam dawat hai.</w:t>
      </w:r>
      <w:r>
        <w:br/>
      </w:r>
      <w:r>
        <w:rPr>
          <w:sz w:val="20"/>
        </w:rPr>
        <w:t>18:48  dawat koi debate nahi hai. koi dawat apne pride ko establish karne ka naam dawat nahi hai.</w:t>
      </w:r>
      <w:r>
        <w:br/>
      </w:r>
      <w:r>
        <w:rPr>
          <w:sz w:val="20"/>
        </w:rPr>
        <w:t>18:55  to dawat ka model jab apnayenge aap to aap ke andar kya aye ga? insaan friendly behaviour aye ga. aap doosron ki khair khwahi ke hareese ban jayen ge.</w:t>
      </w:r>
    </w:p>
    <w:p>
      <w:pPr>
        <w:pStyle w:val="Heading2"/>
      </w:pPr>
      <w:r>
        <w:t>Dai must adopt policy of unilateral peace</w:t>
      </w:r>
    </w:p>
    <w:p>
      <w:r>
        <w:rPr>
          <w:color w:val="666666"/>
          <w:sz w:val="18"/>
        </w:rPr>
        <w:t>The Policy of Sulh (Resolution) in Islam 13 June 2009 - Maulana Wahiduddin Khan · 1m 26s · at 4:09 · https://youtu.be/_1M1-7-0TD4?t=249</w:t>
      </w:r>
    </w:p>
    <w:p>
      <w:r>
        <w:rPr>
          <w:i/>
        </w:rPr>
        <w:t>“Every believer is a man of mission”</w:t>
      </w:r>
    </w:p>
    <w:p>
      <w:r>
        <w:rPr>
          <w:sz w:val="20"/>
        </w:rPr>
        <w:t>4:09  so there is a question: every believer is a man of mission</w:t>
      </w:r>
      <w:r>
        <w:br/>
      </w:r>
      <w:r>
        <w:rPr>
          <w:sz w:val="20"/>
        </w:rPr>
        <w:t>4:18  . every believer has a mission, that is da'wah. da'wah is the mission of every believer.</w:t>
      </w:r>
      <w:r>
        <w:br/>
      </w:r>
      <w:r>
        <w:rPr>
          <w:sz w:val="20"/>
        </w:rPr>
        <w:t>4:28  and da'wah requires peaceful atmosphere. without peace, there is no da'wah work. so how to do da'wah in such situation</w:t>
      </w:r>
      <w:r>
        <w:br/>
      </w:r>
      <w:r>
        <w:rPr>
          <w:sz w:val="20"/>
        </w:rPr>
        <w:t>4:45  ? it means that in every society, in every situation, it is but natural that there are unwanted situation,</w:t>
      </w:r>
      <w:r>
        <w:br/>
      </w:r>
      <w:r>
        <w:rPr>
          <w:sz w:val="20"/>
        </w:rPr>
        <w:t>5:03  there are abnormal situation, there are violence, there are reasons to go to conflict.</w:t>
      </w:r>
      <w:r>
        <w:br/>
      </w:r>
      <w:r>
        <w:rPr>
          <w:sz w:val="20"/>
        </w:rPr>
        <w:t>5:14  so what to do?</w:t>
      </w:r>
      <w:r>
        <w:br/>
      </w:r>
      <w:r>
        <w:rPr>
          <w:sz w:val="20"/>
        </w:rPr>
        <w:t>5:18  according to the quranic injunction, da'i must adopt the policy of mutual adjustment, mutual reconciliation.</w:t>
      </w:r>
      <w:r>
        <w:br/>
      </w:r>
      <w:r>
        <w:rPr>
          <w:sz w:val="20"/>
        </w:rPr>
        <w:t>5:32  otherwise, he can not do the work.</w:t>
      </w:r>
    </w:p>
    <w:p>
      <w:pPr>
        <w:pStyle w:val="Heading2"/>
      </w:pPr>
      <w:r>
        <w:t>Quran distribution: past opposition to modern invitation</w:t>
      </w:r>
    </w:p>
    <w:p>
      <w:r>
        <w:rPr>
          <w:color w:val="666666"/>
          <w:sz w:val="18"/>
        </w:rPr>
        <w:t>Living in New Age May 23, 2010 Maulana Wahiduddin Khan · 4m 19s · at 18:21 · https://youtu.be/9SQbGV8c_cw?t=1101</w:t>
      </w:r>
    </w:p>
    <w:p>
      <w:r>
        <w:rPr>
          <w:i/>
        </w:rPr>
        <w:t>“When the Quran was revealed, it was the seventh century.”</w:t>
      </w:r>
    </w:p>
    <w:p>
      <w:r>
        <w:rPr>
          <w:sz w:val="20"/>
        </w:rPr>
        <w:t>18:21  quran jab aaya to woh tha seventh century ka first quarter, yani ab se chaudah so saal pehle, ab se chaudah so saal pehle, tab tak wohi zamana tha, wohi kingship ka zamana tha.</w:t>
      </w:r>
      <w:r>
        <w:br/>
      </w:r>
      <w:r>
        <w:rPr>
          <w:sz w:val="20"/>
        </w:rPr>
        <w:t>18:38  to quran mein hai ke wa qaal allazeena kafaroo la tas ma'oo al quran wa ilghoo fee la taqla boon. yani yeh jo mukhalifeen hain, woh kehte hain ke quran ko suno mat, is ko parho mat,</w:t>
      </w:r>
      <w:r>
        <w:br/>
      </w:r>
      <w:r>
        <w:rPr>
          <w:sz w:val="20"/>
        </w:rPr>
        <w:t>18:55  un ko chalne mat do, yani quran ko chalne mat do, quran ko suno mat, quran ko parho mat. yeh hai chaudah so saal pehle ka zamana.</w:t>
      </w:r>
      <w:r>
        <w:br/>
      </w:r>
      <w:r>
        <w:rPr>
          <w:sz w:val="20"/>
        </w:rPr>
        <w:t>19:10  aaj kya hai? wahan par aata hai ke hazrat abubakar gaye aik baar ka'ba mein aur zor zor se quran parhna shuru kiya.</w:t>
      </w:r>
      <w:r>
        <w:br/>
      </w:r>
      <w:r>
        <w:rPr>
          <w:sz w:val="20"/>
        </w:rPr>
        <w:t>19:20  to unhon ne itna mara, itna mara ke woh behosh ho gaye. yani quran parh kar sunana us waqt jurm bana hua tha kyunke printed form mein to quran hota nahin tha.</w:t>
      </w:r>
      <w:r>
        <w:br/>
      </w:r>
      <w:r>
        <w:rPr>
          <w:sz w:val="20"/>
        </w:rPr>
        <w:t>19:36  aaj dekhiye, kal sham ko kya hua?</w:t>
      </w:r>
      <w:r>
        <w:br/>
      </w:r>
      <w:r>
        <w:rPr>
          <w:sz w:val="20"/>
        </w:rPr>
        <w:t>19:39  kal sham ko isi dilli mein aik bohat acha college hai jis ko hindu logon ne banaya hai. hindu log is ko minus karte hain, sara domination hindu logon ka hai.</w:t>
      </w:r>
      <w:r>
        <w:br/>
      </w:r>
      <w:r>
        <w:rPr>
          <w:sz w:val="20"/>
        </w:rPr>
        <w:t>19:54  unhon ne humein invite kiya apne aik aik jalsay mein ke aap aaiye yahan, islam ki baatein bataiye.</w:t>
      </w:r>
      <w:r>
        <w:br/>
      </w:r>
      <w:r>
        <w:rPr>
          <w:sz w:val="20"/>
        </w:rPr>
        <w:t>20:04  yani islam ki baat hai.</w:t>
      </w:r>
      <w:r>
        <w:br/>
      </w:r>
      <w:r>
        <w:rPr>
          <w:sz w:val="20"/>
        </w:rPr>
        <w:t>20:08  hum apnay sathee ke sath gaye to mein ne wahan par aik speech di. meri speech ziyada tar ta'leef-e-qalb ke ussool par hoti hai,</w:t>
      </w:r>
      <w:r>
        <w:br/>
      </w:r>
      <w:r>
        <w:rPr>
          <w:sz w:val="20"/>
        </w:rPr>
        <w:t>20:18  nafrat aur siyasat ki baat mein nahin karta. hamare sathee wahan par quran le gaye thay, dabe mein kafi quran jo hamare chhupa hai, angrezi quran,</w:t>
      </w:r>
      <w:r>
        <w:br/>
      </w:r>
      <w:r>
        <w:rPr>
          <w:sz w:val="20"/>
        </w:rPr>
        <w:t>20:33  isko le gaye thay.</w:t>
      </w:r>
      <w:r>
        <w:br/>
      </w:r>
      <w:r>
        <w:rPr>
          <w:sz w:val="20"/>
        </w:rPr>
        <w:t>20:35  to wahan par un se poocha gaya ke bhai quran hum distribute karna chahte hain? ke aap zaroor kijiye, bohat shauq se. aik unhon ne aik table de diya, us table pe sab rakh diya gaya.</w:t>
      </w:r>
      <w:r>
        <w:br/>
      </w:r>
      <w:r>
        <w:rPr>
          <w:sz w:val="20"/>
        </w:rPr>
        <w:t>20:48  aur meri speech hui, uske baad sab ne loot liya us quran ko. us waqt ka jo non-muslim tha, chaudah so saal pehle ka, woh kehta tha ke quran mat parho, quran mat suno, quran ko chalne mat do.</w:t>
      </w:r>
      <w:r>
        <w:br/>
      </w:r>
      <w:r>
        <w:rPr>
          <w:sz w:val="20"/>
        </w:rPr>
        <w:t>21:03  aaj ka jo non-muslim hai, woh keh raha hai ke aap phailaiye isko, logon ko dijiye, parhein log, humein koi aapatti nahin hai. yeh hai difference, yeh kahan se aaya hai?</w:t>
      </w:r>
      <w:r>
        <w:br/>
      </w:r>
      <w:r>
        <w:rPr>
          <w:sz w:val="20"/>
        </w:rPr>
        <w:t>21:15  yeh democracy se aaya hai, yeh democracy se aaya hai. ab democracy ke khilaf jo kare, woh aaj ki duniya mein bilkul usko awami zuban mein kehte hain nako ban jana.</w:t>
      </w:r>
      <w:r>
        <w:br/>
      </w:r>
      <w:r>
        <w:rPr>
          <w:sz w:val="20"/>
        </w:rPr>
        <w:t>21:33  kaha jayegi to backward, uski uski thinking backward hai. woh aadmi afford nahin kar sakta ke woh mana kare quran ko. kyun?</w:t>
      </w:r>
      <w:r>
        <w:br/>
      </w:r>
      <w:r>
        <w:rPr>
          <w:sz w:val="20"/>
        </w:rPr>
        <w:t>21:41  agar mana karega to woh, woh jo hai, yaani aaj ke zamane ke jo spirit of the age hai, aaj ka jo culture hai, aaj ka jo norm hai, us mein woh mana jayega ke tu bohat hi kattar hai, bohat hi fundamentalist hai, aaj ke zamane se</w:t>
      </w:r>
      <w:r>
        <w:br/>
      </w:r>
      <w:r>
        <w:rPr>
          <w:sz w:val="20"/>
        </w:rPr>
        <w:t>22:01  ke mutabiq nahin hai. yeh to uski apni image hi kharab ho jayegi, uski apni image kharab hogi.</w:t>
      </w:r>
      <w:r>
        <w:br/>
      </w:r>
      <w:r>
        <w:rPr>
          <w:sz w:val="20"/>
        </w:rPr>
        <w:t>22:12  to koi afford nahin kar sakta ke woh aaj woh boli bole jo chaudah so saal pehle boli gayi thi. ab yeh aik baat nahin hai, hum jatay hain, barabar hamare sathee har jagah log kehte hain ke haan dijiye,</w:t>
      </w:r>
      <w:r>
        <w:br/>
      </w:r>
      <w:r>
        <w:rPr>
          <w:sz w:val="20"/>
        </w:rPr>
        <w:t>22:25  dijiye logon ko quran parhein. log</w:t>
      </w:r>
      <w:r>
        <w:br/>
      </w:r>
      <w:r>
        <w:rPr>
          <w:sz w:val="20"/>
        </w:rPr>
        <w:t>22:28  khud le le kar bant'te hain, khud distribute karte hain, le le kar khareed kar ke, khareed kar ke quran ko khareed kar ke. yeh age ka farq hai.</w:t>
      </w:r>
    </w:p>
    <w:p>
      <w:pPr>
        <w:pStyle w:val="Heading2"/>
      </w:pPr>
      <w:r>
        <w:t>Giving as a societal duty</w:t>
      </w:r>
    </w:p>
    <w:p>
      <w:r>
        <w:rPr>
          <w:color w:val="666666"/>
          <w:sz w:val="18"/>
        </w:rPr>
        <w:t>Organ Donation Day · 43s · at 7:09 · https://youtu.be/z-3wbP3_25c?t=429</w:t>
      </w:r>
    </w:p>
    <w:p>
      <w:r>
        <w:rPr>
          <w:i/>
        </w:rPr>
        <w:t>“If you live in a society, you must be a giving member.”</w:t>
      </w:r>
    </w:p>
    <w:p>
      <w:r>
        <w:rPr>
          <w:sz w:val="20"/>
        </w:rPr>
        <w:t>7:09  If you are living in a society, you have to live as a giving member of that society.</w:t>
      </w:r>
      <w:r>
        <w:br/>
      </w:r>
      <w:r>
        <w:rPr>
          <w:sz w:val="20"/>
        </w:rPr>
        <w:t>7:15  So all kinds of giving, including organ donation, is sadaqah.</w:t>
      </w:r>
      <w:r>
        <w:br/>
      </w:r>
      <w:r>
        <w:rPr>
          <w:sz w:val="20"/>
        </w:rPr>
        <w:t>7:21  Sadaqah means, um, charity.</w:t>
      </w:r>
      <w:r>
        <w:br/>
      </w:r>
      <w:r>
        <w:rPr>
          <w:sz w:val="20"/>
        </w:rPr>
        <w:t>7:27  Then I would say that there is a concept in Islam that is sadaqah jariyah.</w:t>
      </w:r>
      <w:r>
        <w:br/>
      </w:r>
      <w:r>
        <w:rPr>
          <w:sz w:val="20"/>
        </w:rPr>
        <w:t>7:33  Sadaqah jariyah means continuous charity.</w:t>
      </w:r>
      <w:r>
        <w:br/>
      </w:r>
      <w:r>
        <w:rPr>
          <w:sz w:val="20"/>
        </w:rPr>
        <w:t>7:39  So when you donate some organ like eye, then you are giving your eye to a person that</w:t>
      </w:r>
      <w:r>
        <w:br/>
      </w:r>
      <w:r>
        <w:rPr>
          <w:sz w:val="20"/>
        </w:rPr>
        <w:t>7:45  is, uh, that will live after your death.</w:t>
      </w:r>
      <w:r>
        <w:br/>
      </w:r>
      <w:r>
        <w:rPr>
          <w:sz w:val="20"/>
        </w:rPr>
        <w:t>7:52  It means that it is continuous charity. You've got a good idea that you are, any, donating something to, to other, even you are when you are not in this world. So it is. Any. Something that outlives you. Yes. It is very good.</w:t>
      </w:r>
    </w:p>
    <w:p>
      <w:pPr>
        <w:pStyle w:val="Heading2"/>
      </w:pPr>
      <w:r>
        <w:t>Palestinian youths' war chant answered with a peace chant</w:t>
      </w:r>
    </w:p>
    <w:p>
      <w:r>
        <w:rPr>
          <w:color w:val="666666"/>
          <w:sz w:val="18"/>
        </w:rPr>
        <w:t>Islma A Religion of Peace (English) January 7, 2010 · 1m 13s · at 52:59 · https://youtu.be/YKg_GJj8Hvg?t=3179</w:t>
      </w:r>
    </w:p>
    <w:p>
      <w:r>
        <w:rPr>
          <w:i/>
        </w:rPr>
        <w:t>“I visited Palestine — youngsters were singing in chorus”</w:t>
      </w:r>
    </w:p>
    <w:p>
      <w:r>
        <w:rPr>
          <w:sz w:val="20"/>
        </w:rPr>
        <w:t>52:59  For example, I visited Palestine. There I found that youngsters were singing in chorus.</w:t>
      </w:r>
      <w:r>
        <w:br/>
      </w:r>
      <w:r>
        <w:rPr>
          <w:sz w:val="20"/>
        </w:rPr>
        <w:t>53:12  halman nuqatil halman nuqatil fa in al qital sabil al rashadi This was their song.</w:t>
      </w:r>
      <w:r>
        <w:br/>
      </w:r>
      <w:r>
        <w:rPr>
          <w:sz w:val="20"/>
        </w:rPr>
        <w:t>53:21  It</w:t>
      </w:r>
      <w:r>
        <w:br/>
      </w:r>
      <w:r>
        <w:rPr>
          <w:sz w:val="20"/>
        </w:rPr>
        <w:t>53:22  means that let us wage war, let us wage war, because war is the best solution. I said no.</w:t>
      </w:r>
      <w:r>
        <w:br/>
      </w:r>
      <w:r>
        <w:rPr>
          <w:sz w:val="20"/>
        </w:rPr>
        <w:t>53:32  halman nusallim halman nusallim fa in al salam sabil al rashadi Let us make peace, let us make peace, because peace is the way to success.</w:t>
      </w:r>
      <w:r>
        <w:br/>
      </w:r>
      <w:r>
        <w:rPr>
          <w:sz w:val="20"/>
        </w:rPr>
        <w:t>53:43  So, people are not ready to reth</w:t>
      </w:r>
      <w:r>
        <w:br/>
      </w:r>
      <w:r>
        <w:rPr>
          <w:sz w:val="20"/>
        </w:rPr>
        <w:t>53:46  ink. Now we have to rethink, we have to reassess, we have to revise, and then we have to re-plan. So, the starting point is here.</w:t>
      </w:r>
      <w:r>
        <w:br/>
      </w:r>
      <w:r>
        <w:rPr>
          <w:sz w:val="20"/>
        </w:rPr>
        <w:t>53:58  The starting point is here. That is rethinking, reassessment. Without rethinking, there is no solution, no way out.</w:t>
      </w:r>
    </w:p>
    <w:p>
      <w:pPr>
        <w:pStyle w:val="Heading2"/>
      </w:pPr>
      <w:r>
        <w:t>Collective struggle and differences</w:t>
      </w:r>
    </w:p>
    <w:p>
      <w:r>
        <w:rPr>
          <w:color w:val="666666"/>
          <w:sz w:val="18"/>
        </w:rPr>
        <w:t>Al Risala, July 2018 · 2m 26s · at 10:07 · https://youtu.be/n1KVRke8n4E?t=607</w:t>
      </w:r>
    </w:p>
    <w:p>
      <w:r>
        <w:rPr>
          <w:i/>
        </w:rPr>
        <w:t>“Is duniya mein koi bada kaam ijtimai jihad ke bagair nahi ho sakta”</w:t>
      </w:r>
    </w:p>
    <w:p>
      <w:r>
        <w:rPr>
          <w:sz w:val="20"/>
        </w:rPr>
        <w:t>10:07  is dunya mein koi bara kaam ijtimai jahad ke baghair nahi ho sakta, aur ijtimai jahad mein ikhtilafat ka paida hona yaqini hai.</w:t>
      </w:r>
      <w:r>
        <w:br/>
      </w:r>
      <w:r>
        <w:rPr>
          <w:sz w:val="20"/>
        </w:rPr>
        <w:t>10:19  aisi halat mein koi bara kaam kis tarah kiya jaye? is ki soorat sirf aik hai, woh yeh ke ikhtilaf ko "ana" ya "ego" ka masla na banaya jaye, balke is ko Allah rab-ul-alameen ke khane mein daal diya jaye.</w:t>
      </w:r>
      <w:r>
        <w:br/>
      </w:r>
      <w:r>
        <w:rPr>
          <w:sz w:val="20"/>
        </w:rPr>
        <w:t>10:38  hadees ki kitabon mein ubada bin samit se aik riwayat in alfaz mein aai hai:</w:t>
      </w:r>
      <w:r>
        <w:br/>
      </w:r>
      <w:r>
        <w:rPr>
          <w:sz w:val="20"/>
        </w:rPr>
        <w:t>10:45  bayena rasool Allah saly Allah alyh waslm ala alsamee o taati fe alasiro alyosri walmanshati</w:t>
      </w:r>
      <w:r>
        <w:br/>
      </w:r>
      <w:r>
        <w:rPr>
          <w:sz w:val="20"/>
        </w:rPr>
        <w:t>10:56  walmakri o ala aakhrat alayna o ala Allah nanaza o alamar ahla o ala an naqool bilhaq aynama kunna la nakhaf fe</w:t>
      </w:r>
      <w:r>
        <w:br/>
      </w:r>
      <w:r>
        <w:rPr>
          <w:sz w:val="20"/>
        </w:rPr>
        <w:t>11:11  Allah lomat laim</w:t>
      </w:r>
      <w:r>
        <w:br/>
      </w:r>
      <w:r>
        <w:rPr>
          <w:sz w:val="20"/>
        </w:rPr>
        <w:t>11:14  sahih muslim hadith number 1709. yani hum ne rasool Allah sallallahu alaihi wasallam se sunnay aur itaat karne ki bayat ki, mushkil aur aasani, khushi aur narazgi har halaton mein, aur yeh ke hamaray upar tarjeeh di jaye, aur yeh ke hum awwal al-amr ke sath ikhtilaf nahi karen gay,</w:t>
      </w:r>
      <w:r>
        <w:br/>
      </w:r>
      <w:r>
        <w:rPr>
          <w:sz w:val="20"/>
        </w:rPr>
        <w:t>11:41  aur hum jahan bhi hon haq baat kahain gay, Allah ke baray mein malamat karnay walay se khauf nahi karen gay.</w:t>
      </w:r>
      <w:r>
        <w:br/>
      </w:r>
      <w:r>
        <w:rPr>
          <w:sz w:val="20"/>
        </w:rPr>
        <w:t>11:53  yeh ijtimai jahad ka culture hai. is culture ka taluq jang se nahi hai, balke peraman jahad se hai.</w:t>
      </w:r>
      <w:r>
        <w:br/>
      </w:r>
      <w:r>
        <w:rPr>
          <w:sz w:val="20"/>
        </w:rPr>
        <w:t>12:03  kisi mission ke liye paraman jad-o-jehad karne mein yeh tamam imtihanaat lazman pesh atay hain.</w:t>
      </w:r>
      <w:r>
        <w:br/>
      </w:r>
      <w:r>
        <w:rPr>
          <w:sz w:val="20"/>
        </w:rPr>
        <w:t>12:11  In imtihanaat mein poora utarna woh amal hai jo insaan ko Allah ka mehboob banda bana deta hai.</w:t>
      </w:r>
    </w:p>
    <w:p>
      <w:pPr>
        <w:pStyle w:val="Heading2"/>
      </w:pPr>
      <w:r>
        <w:t>why a true reformer becomes hated by his own people</w:t>
      </w:r>
    </w:p>
    <w:p>
      <w:r>
        <w:rPr>
          <w:color w:val="666666"/>
          <w:sz w:val="18"/>
        </w:rPr>
        <w:t>Tajdeed-e-Deen Book by Maulana Wahiduddin Khan · 1m 29s · at 6:41 · https://youtu.be/IPf3V74gGr4?t=401</w:t>
      </w:r>
    </w:p>
    <w:p>
      <w:r>
        <w:rPr>
          <w:i/>
        </w:rPr>
        <w:t>“سارے دینی ادارے بگڑے ہوئے مذہب سے وابستہ ہو جاتے ہیں”</w:t>
      </w:r>
    </w:p>
    <w:p>
      <w:r>
        <w:rPr>
          <w:sz w:val="20"/>
        </w:rPr>
        <w:t>6:41  Saare deeni idare, tamam deeni aezazat isi bigde hue mazhab se wabasta ho jate hain. Deen ke tamam shobon mein aise log qabza pa lete hain jo deen ko tijarat bana chuke hote hain.</w:t>
      </w:r>
      <w:r>
        <w:br/>
      </w:r>
      <w:r>
        <w:rPr>
          <w:sz w:val="20"/>
        </w:rPr>
        <w:t>6:55  Khawas apne masaleh ke bana par aur awam apni jahalat ki bana par isi bigde hue deen ko mazbooti se pakde hue hote hain.</w:t>
      </w:r>
      <w:r>
        <w:br/>
      </w:r>
      <w:r>
        <w:rPr>
          <w:sz w:val="20"/>
        </w:rPr>
        <w:t>7:04  Aisi halat mein jab koi banda Khuda ke sachche aur be-amez deen ko le kar uthta hai to saare log mehsoos karte hain ke is shakhs ka deen un ke apne deen ko be-aitbaar bana raha hai.</w:t>
      </w:r>
      <w:r>
        <w:br/>
      </w:r>
      <w:r>
        <w:rPr>
          <w:sz w:val="20"/>
        </w:rPr>
        <w:t>7:20  Woh foran us ke mukhalif ban jate</w:t>
      </w:r>
      <w:r>
        <w:br/>
      </w:r>
      <w:r>
        <w:rPr>
          <w:sz w:val="20"/>
        </w:rPr>
        <w:t>7:22  hain. Is ka nateeja yeh hota hai ke Rasool Khuda wale tareeqe ko pakadne wala aadmi khud apne mashre mein be-jagah ho jata hai.</w:t>
      </w:r>
      <w:r>
        <w:br/>
      </w:r>
      <w:r>
        <w:rPr>
          <w:sz w:val="20"/>
        </w:rPr>
        <w:t>7:31  Woh sab ke darmiyan ek ghair matloob shakhs ban jata hai. Bigaad ke zamane mein yeh hota hai ke waqti aur rasmi amal ko log jannat ka ticket samajh lete hain.</w:t>
      </w:r>
      <w:r>
        <w:br/>
      </w:r>
      <w:r>
        <w:rPr>
          <w:sz w:val="20"/>
        </w:rPr>
        <w:t>7:42  Is ke muqable mein sunnat e Rasool ko pakadne wala aadmi haqeeqi aemal par jannat ka madar rakhta hai.</w:t>
      </w:r>
      <w:r>
        <w:br/>
      </w:r>
      <w:r>
        <w:rPr>
          <w:sz w:val="20"/>
        </w:rPr>
        <w:t>7:49  Log mazhabi munazre aur siyasi mujadle ke mashghalon ko deeni karname samajhne lagte hain. Woh batata hai ke sabr aur qurbaani ke tareeqon ko ikhtiyar karne ka naam deen hai.</w:t>
      </w:r>
      <w:r>
        <w:br/>
      </w:r>
      <w:r>
        <w:rPr>
          <w:sz w:val="20"/>
        </w:rPr>
        <w:t>8:01  Log apne duniyavi hangamon ko deen ka unwan diye hue hote hain. Woh kehta hai ke aakhirat ke liye jeene aur marne ka naam deen hai.</w:t>
      </w:r>
    </w:p>
    <w:p>
      <w:pPr>
        <w:pStyle w:val="Heading2"/>
      </w:pPr>
      <w:r>
        <w:t>Maulana covers idol calendar for prayer</w:t>
      </w:r>
    </w:p>
    <w:p>
      <w:r>
        <w:rPr>
          <w:color w:val="666666"/>
          <w:sz w:val="18"/>
        </w:rPr>
        <w:t>Dawat ke Tajarbat - Maulana Wahiduddin Khan · 34s · at 12:41 · https://youtu.be/gFtAj-BOZHg?t=761</w:t>
      </w:r>
    </w:p>
    <w:p>
      <w:r>
        <w:rPr>
          <w:i/>
        </w:rPr>
        <w:t>“Ek taleem yafta ghair muslim ne bataya”</w:t>
      </w:r>
    </w:p>
    <w:p>
      <w:r>
        <w:rPr>
          <w:sz w:val="20"/>
        </w:rPr>
        <w:t>12:41  ek taleem yafta ghair muslim ne bataya ke ek musalman aalim ek bar un ke yahan aaye. yahan kamre ki deewar par ek calendar latak raha tha jis par ek hindu devi ki tasweer chhapi hui thi.</w:t>
      </w:r>
      <w:r>
        <w:br/>
      </w:r>
      <w:r>
        <w:rPr>
          <w:sz w:val="20"/>
        </w:rPr>
        <w:t>12:57  mazkoorah shakhs ne bataya ke namaz ka waqt aaya to Maulana sahab ne apni sherwani utar kar calendar ke upar latka di.</w:t>
      </w:r>
      <w:r>
        <w:br/>
      </w:r>
      <w:r>
        <w:rPr>
          <w:sz w:val="20"/>
        </w:rPr>
        <w:t>13:06  is wajah se us ki tasweer sherwani ke neeche chhup gayi. is ke baad Maulana sahab ne mere kamre mein namaz ada farmayi.</w:t>
      </w:r>
    </w:p>
    <w:p>
      <w:pPr>
        <w:pStyle w:val="Heading2"/>
      </w:pPr>
      <w:r>
        <w:t>Inviting differences for optimism</w:t>
      </w:r>
    </w:p>
    <w:p>
      <w:r>
        <w:rPr>
          <w:color w:val="666666"/>
          <w:sz w:val="18"/>
        </w:rPr>
        <w:t>Aaj Saware, on Doordarshan · 25s · at 13:43 · https://youtu.be/o0aC0fW3Pfk?t=823</w:t>
      </w:r>
    </w:p>
    <w:p>
      <w:r>
        <w:rPr>
          <w:i/>
        </w:rPr>
        <w:t>“To main to difference ko invite karta hoon”</w:t>
      </w:r>
    </w:p>
    <w:p>
      <w:r>
        <w:rPr>
          <w:sz w:val="20"/>
        </w:rPr>
        <w:t>13:43  to main to difference ko invite karta hoon. aur kabhi main difference ko problem nahi samajhta. to is wajah se main 100% aashawadi hoon. meri zindagi mein niraasha koi jagah nahi hai. ki jo cheez aati hai saamne, usko main try karta hoon ki negativity ko positivity mein convert karoon. aur jab niraasha aati hai, to usko ek side mein karke phir aage chalte hain.</w:t>
      </w:r>
      <w:r>
        <w:br/>
      </w:r>
      <w:r>
        <w:rPr>
          <w:sz w:val="20"/>
        </w:rPr>
        <w:t>14:08  us niraasha mein dekhiye, ek challenge hota hai hamare liye. us challenge ko agar hum saamna karein, to hum dekhein ki ek development ho gaya. hamara mind jo hai, usko ek naya, ek, ek, ek, ek naya door mil gaya tarakki ka. mera to zindagi bhar ka hi tajurba hai.</w:t>
      </w:r>
    </w:p>
    <w:p>
      <w:pPr>
        <w:pStyle w:val="Heading2"/>
      </w:pPr>
      <w:r>
        <w:t>Prophet and Jewish tribes story</w:t>
      </w:r>
    </w:p>
    <w:p>
      <w:r>
        <w:rPr>
          <w:color w:val="666666"/>
          <w:sz w:val="18"/>
        </w:rPr>
        <w:t>B'nai B'birth International Programme October 20, 2015 · 7m 15s · at 10:56 · https://youtu.be/1WtsK3mrkEQ?t=656</w:t>
      </w:r>
    </w:p>
    <w:p>
      <w:r>
        <w:rPr>
          <w:i/>
        </w:rPr>
        <w:t>“It was very strange that Prophet Islam”</w:t>
      </w:r>
    </w:p>
    <w:p>
      <w:r>
        <w:rPr>
          <w:sz w:val="20"/>
        </w:rPr>
        <w:t>10:56  . It was very</w:t>
      </w:r>
      <w:r>
        <w:br/>
      </w:r>
      <w:r>
        <w:rPr>
          <w:sz w:val="20"/>
        </w:rPr>
        <w:t>11:00  strange that Prophet Islam was</w:t>
      </w:r>
      <w:r>
        <w:br/>
      </w:r>
      <w:r>
        <w:rPr>
          <w:sz w:val="20"/>
        </w:rPr>
        <w:t>11:04  He was founder of Islam, but he up to 16 year, up to 16 month, he observed his</w:t>
      </w:r>
      <w:r>
        <w:br/>
      </w:r>
      <w:r>
        <w:rPr>
          <w:sz w:val="20"/>
        </w:rPr>
        <w:t>11:15  prayed by adopted Jewish Qibla.</w:t>
      </w:r>
      <w:r>
        <w:br/>
      </w:r>
      <w:r>
        <w:rPr>
          <w:sz w:val="20"/>
        </w:rPr>
        <w:t>11:24  Then Prophet Islam</w:t>
      </w:r>
      <w:r>
        <w:br/>
      </w:r>
      <w:r>
        <w:rPr>
          <w:sz w:val="20"/>
        </w:rPr>
        <w:t>11:28  issued declaration. That is referred in the Hadith, referred in the history as Sahifat al-Madinah.</w:t>
      </w:r>
      <w:r>
        <w:br/>
      </w:r>
      <w:r>
        <w:rPr>
          <w:sz w:val="20"/>
        </w:rPr>
        <w:t>11:41  Sahifat al-Madinah means</w:t>
      </w:r>
      <w:r>
        <w:br/>
      </w:r>
      <w:r>
        <w:rPr>
          <w:sz w:val="20"/>
        </w:rPr>
        <w:t>11:44  Medina declaration. In this declaration,</w:t>
      </w:r>
      <w:r>
        <w:br/>
      </w:r>
      <w:r>
        <w:rPr>
          <w:sz w:val="20"/>
        </w:rPr>
        <w:t>11:49  He there was in this declaration, there was clause then</w:t>
      </w:r>
      <w:r>
        <w:br/>
      </w:r>
      <w:r>
        <w:rPr>
          <w:sz w:val="20"/>
        </w:rPr>
        <w:t>11:56  المسلمین for their region, for Jewish community, their region and for Muslim community, their region.</w:t>
      </w:r>
      <w:r>
        <w:br/>
      </w:r>
      <w:r>
        <w:rPr>
          <w:sz w:val="20"/>
        </w:rPr>
        <w:t>12:09  one day, Prophet was sitting</w:t>
      </w:r>
      <w:r>
        <w:br/>
      </w:r>
      <w:r>
        <w:rPr>
          <w:sz w:val="20"/>
        </w:rPr>
        <w:t>12:16  at a place in Medina.</w:t>
      </w:r>
      <w:r>
        <w:br/>
      </w:r>
      <w:r>
        <w:rPr>
          <w:sz w:val="20"/>
        </w:rPr>
        <w:t>12:19  He saw pointed position,</w:t>
      </w:r>
      <w:r>
        <w:br/>
      </w:r>
      <w:r>
        <w:rPr>
          <w:sz w:val="20"/>
        </w:rPr>
        <w:t>12:22  pasang throu street,</w:t>
      </w:r>
      <w:r>
        <w:br/>
      </w:r>
      <w:r>
        <w:rPr>
          <w:sz w:val="20"/>
        </w:rPr>
        <w:t>12:27  and saying that</w:t>
      </w:r>
      <w:r>
        <w:br/>
      </w:r>
      <w:r>
        <w:rPr>
          <w:sz w:val="20"/>
        </w:rPr>
        <w:t>12:29  funeral, he stood up in respect.</w:t>
      </w:r>
      <w:r>
        <w:br/>
      </w:r>
      <w:r>
        <w:rPr>
          <w:sz w:val="20"/>
        </w:rPr>
        <w:t>12:35  One of his companions said, "O Prophet, it was funeral of a Jew, not a Muslim."</w:t>
      </w:r>
      <w:r>
        <w:br/>
      </w:r>
      <w:r>
        <w:rPr>
          <w:sz w:val="20"/>
        </w:rPr>
        <w:t>12:43  prophet said, "ales nafsan</w:t>
      </w:r>
      <w:r>
        <w:br/>
      </w:r>
      <w:r>
        <w:rPr>
          <w:sz w:val="20"/>
        </w:rPr>
        <w:t>12:48  was he not a human being</w:t>
      </w:r>
      <w:r>
        <w:br/>
      </w:r>
      <w:r>
        <w:rPr>
          <w:sz w:val="20"/>
        </w:rPr>
        <w:t>12:52  Here you can see that Prophet established a community between himself and that Jew. That is very important. So at every occasion, Prophet gave a very special position to Jews as well as to Christians.</w:t>
      </w:r>
      <w:r>
        <w:br/>
      </w:r>
      <w:r>
        <w:rPr>
          <w:sz w:val="20"/>
        </w:rPr>
        <w:t>13:21  Now in Madinah, there were three Jewish tribes. So one day, there was a difference between a Muslim and a Jew.</w:t>
      </w:r>
      <w:r>
        <w:br/>
      </w:r>
      <w:r>
        <w:rPr>
          <w:sz w:val="20"/>
        </w:rPr>
        <w:t>13:39  jo said that mozes was superior</w:t>
      </w:r>
      <w:r>
        <w:br/>
      </w:r>
      <w:r>
        <w:rPr>
          <w:sz w:val="20"/>
        </w:rPr>
        <w:t>13:44  to all the prophets.</w:t>
      </w:r>
      <w:r>
        <w:br/>
      </w:r>
      <w:r>
        <w:rPr>
          <w:sz w:val="20"/>
        </w:rPr>
        <w:t>13:47  Muslim said, "No, Muhammad was the superior prophet,</w:t>
      </w:r>
      <w:r>
        <w:br/>
      </w:r>
      <w:r>
        <w:rPr>
          <w:sz w:val="20"/>
        </w:rPr>
        <w:t>13:54  superior to all the prophets."</w:t>
      </w:r>
      <w:r>
        <w:br/>
      </w:r>
      <w:r>
        <w:rPr>
          <w:sz w:val="20"/>
        </w:rPr>
        <w:t>14:00  so there was hate, there was</w:t>
      </w:r>
      <w:r>
        <w:br/>
      </w:r>
      <w:r>
        <w:rPr>
          <w:sz w:val="20"/>
        </w:rPr>
        <w:t>14:04  There was heated exchange between the two.</w:t>
      </w:r>
      <w:r>
        <w:br/>
      </w:r>
      <w:r>
        <w:rPr>
          <w:sz w:val="20"/>
        </w:rPr>
        <w:t>14:11  and there was a quarrel.</w:t>
      </w:r>
      <w:r>
        <w:br/>
      </w:r>
      <w:r>
        <w:rPr>
          <w:sz w:val="20"/>
        </w:rPr>
        <w:t>14:16  then both jo and muslims</w:t>
      </w:r>
      <w:r>
        <w:br/>
      </w:r>
      <w:r>
        <w:rPr>
          <w:sz w:val="20"/>
        </w:rPr>
        <w:t>14:19  visited the Prophet and narrated the story.</w:t>
      </w:r>
      <w:r>
        <w:br/>
      </w:r>
      <w:r>
        <w:rPr>
          <w:sz w:val="20"/>
        </w:rPr>
        <w:t>14:24  prophet said, "don't say like thing,</w:t>
      </w:r>
      <w:r>
        <w:br/>
      </w:r>
      <w:r>
        <w:rPr>
          <w:sz w:val="20"/>
        </w:rPr>
        <w:t>14:29  don't make me superior,</w:t>
      </w:r>
      <w:r>
        <w:br/>
      </w:r>
      <w:r>
        <w:rPr>
          <w:sz w:val="20"/>
        </w:rPr>
        <w:t>14:34  Because in the in the Day of Judgment, when all the</w:t>
      </w:r>
      <w:r>
        <w:br/>
      </w:r>
      <w:r>
        <w:rPr>
          <w:sz w:val="20"/>
        </w:rPr>
        <w:t>14:44  Human, all the mankind, will gather at the</w:t>
      </w:r>
      <w:r>
        <w:br/>
      </w:r>
      <w:r>
        <w:rPr>
          <w:sz w:val="20"/>
        </w:rPr>
        <w:t>14:51  maidan hashar." so all</w:t>
      </w:r>
      <w:r>
        <w:br/>
      </w:r>
      <w:r>
        <w:rPr>
          <w:sz w:val="20"/>
        </w:rPr>
        <w:t>14:56  When this, when they see the glory of God Almighty,</w:t>
      </w:r>
      <w:r>
        <w:br/>
      </w:r>
      <w:r>
        <w:rPr>
          <w:sz w:val="20"/>
        </w:rPr>
        <w:t>15:02  They will, they will feel and become conscious, unconscious.</w:t>
      </w:r>
      <w:r>
        <w:br/>
      </w:r>
      <w:r>
        <w:rPr>
          <w:sz w:val="20"/>
        </w:rPr>
        <w:t>15:09  they became unconscious,</w:t>
      </w:r>
      <w:r>
        <w:br/>
      </w:r>
      <w:r>
        <w:rPr>
          <w:sz w:val="20"/>
        </w:rPr>
        <w:t>15:12  including prophets. So after some time, they return to conscious.</w:t>
      </w:r>
      <w:r>
        <w:br/>
      </w:r>
      <w:r>
        <w:rPr>
          <w:sz w:val="20"/>
        </w:rPr>
        <w:t>15:20  so prophet said that, "i will,</w:t>
      </w:r>
      <w:r>
        <w:br/>
      </w:r>
      <w:r>
        <w:rPr>
          <w:sz w:val="20"/>
        </w:rPr>
        <w:t>15:25  I will go to the throne of God Almighty.</w:t>
      </w:r>
      <w:r>
        <w:br/>
      </w:r>
      <w:r>
        <w:rPr>
          <w:sz w:val="20"/>
        </w:rPr>
        <w:t>15:34  i will proceed,</w:t>
      </w:r>
      <w:r>
        <w:br/>
      </w:r>
      <w:r>
        <w:rPr>
          <w:sz w:val="20"/>
        </w:rPr>
        <w:t>15:36  "I will proceed the throne of God Almighty."</w:t>
      </w:r>
      <w:r>
        <w:br/>
      </w:r>
      <w:r>
        <w:rPr>
          <w:sz w:val="20"/>
        </w:rPr>
        <w:t>15:40  So when I reached over there, I will saw that</w:t>
      </w:r>
      <w:r>
        <w:br/>
      </w:r>
      <w:r>
        <w:rPr>
          <w:sz w:val="20"/>
        </w:rPr>
        <w:t>15:47  Muhammad, that Moses, and Moses</w:t>
      </w:r>
      <w:r>
        <w:br/>
      </w:r>
      <w:r>
        <w:rPr>
          <w:sz w:val="20"/>
        </w:rPr>
        <w:t>15:54  will be there before myself.</w:t>
      </w:r>
      <w:r>
        <w:br/>
      </w:r>
      <w:r>
        <w:rPr>
          <w:sz w:val="20"/>
        </w:rPr>
        <w:t>15:59  to all these</w:t>
      </w:r>
      <w:r>
        <w:br/>
      </w:r>
      <w:r>
        <w:rPr>
          <w:sz w:val="20"/>
        </w:rPr>
        <w:t>16:01  references tell that in islam,</w:t>
      </w:r>
      <w:r>
        <w:br/>
      </w:r>
      <w:r>
        <w:rPr>
          <w:sz w:val="20"/>
        </w:rPr>
        <w:t>16:06  that islam gives very special position to jewish community,</w:t>
      </w:r>
      <w:r>
        <w:br/>
      </w:r>
      <w:r>
        <w:rPr>
          <w:sz w:val="20"/>
        </w:rPr>
        <w:t>16:13  as well as christian community.</w:t>
      </w:r>
      <w:r>
        <w:br/>
      </w:r>
      <w:r>
        <w:rPr>
          <w:sz w:val="20"/>
        </w:rPr>
        <w:t>16:18  جسٹ لائک، بیکاز these three communities, Muslims and Jew and Christian, are three septic</w:t>
      </w:r>
      <w:r>
        <w:br/>
      </w:r>
      <w:r>
        <w:rPr>
          <w:sz w:val="20"/>
        </w:rPr>
        <w:t>16:29  brothers. first is jewish community, second is christian community, and third is muslim community.</w:t>
      </w:r>
      <w:r>
        <w:br/>
      </w:r>
      <w:r>
        <w:rPr>
          <w:sz w:val="20"/>
        </w:rPr>
        <w:t>16:41  so there are</w:t>
      </w:r>
      <w:r>
        <w:br/>
      </w:r>
      <w:r>
        <w:rPr>
          <w:sz w:val="20"/>
        </w:rPr>
        <w:t>16:45  so many similarities between the two communities.</w:t>
      </w:r>
      <w:r>
        <w:br/>
      </w:r>
      <w:r>
        <w:rPr>
          <w:sz w:val="20"/>
        </w:rPr>
        <w:t>16:49  i know that there are some differences</w:t>
      </w:r>
      <w:r>
        <w:br/>
      </w:r>
      <w:r>
        <w:rPr>
          <w:sz w:val="20"/>
        </w:rPr>
        <w:t>16:54  between the two community.</w:t>
      </w:r>
      <w:r>
        <w:br/>
      </w:r>
      <w:r>
        <w:rPr>
          <w:sz w:val="20"/>
        </w:rPr>
        <w:t>16:59  in the land of israel or palestine.</w:t>
      </w:r>
      <w:r>
        <w:br/>
      </w:r>
      <w:r>
        <w:rPr>
          <w:sz w:val="20"/>
        </w:rPr>
        <w:t>17:04  but i think that we have a,</w:t>
      </w:r>
      <w:r>
        <w:br/>
      </w:r>
      <w:r>
        <w:rPr>
          <w:sz w:val="20"/>
        </w:rPr>
        <w:t>17:13  we have a very good</w:t>
      </w:r>
      <w:r>
        <w:br/>
      </w:r>
      <w:r>
        <w:rPr>
          <w:sz w:val="20"/>
        </w:rPr>
        <w:t>17:16  method to settle our differences.</w:t>
      </w:r>
      <w:r>
        <w:br/>
      </w:r>
      <w:r>
        <w:rPr>
          <w:sz w:val="20"/>
        </w:rPr>
        <w:t>17:21  We are now, are in the days of United Nations.</w:t>
      </w:r>
      <w:r>
        <w:br/>
      </w:r>
      <w:r>
        <w:rPr>
          <w:sz w:val="20"/>
        </w:rPr>
        <w:t>17:26  united nations is world body.</w:t>
      </w:r>
      <w:r>
        <w:br/>
      </w:r>
      <w:r>
        <w:rPr>
          <w:sz w:val="20"/>
        </w:rPr>
        <w:t>17:31  united nations is world body.</w:t>
      </w:r>
      <w:r>
        <w:br/>
      </w:r>
      <w:r>
        <w:rPr>
          <w:sz w:val="20"/>
        </w:rPr>
        <w:t>17:33  so i think that best is</w:t>
      </w:r>
      <w:r>
        <w:br/>
      </w:r>
      <w:r>
        <w:rPr>
          <w:sz w:val="20"/>
        </w:rPr>
        <w:t>17:38  Two, best is that the both community must accept UNO as arbiter</w:t>
      </w:r>
      <w:r>
        <w:br/>
      </w:r>
      <w:r>
        <w:rPr>
          <w:sz w:val="20"/>
        </w:rPr>
        <w:t>17:48  aur saalis. And both must accept the</w:t>
      </w:r>
      <w:r>
        <w:br/>
      </w:r>
      <w:r>
        <w:rPr>
          <w:sz w:val="20"/>
        </w:rPr>
        <w:t>17:59  judgement of united nations.</w:t>
      </w:r>
      <w:r>
        <w:br/>
      </w:r>
      <w:r>
        <w:rPr>
          <w:sz w:val="20"/>
        </w:rPr>
        <w:t>18:01  this is the best way to settle the problem.</w:t>
      </w:r>
      <w:r>
        <w:br/>
      </w:r>
      <w:r>
        <w:rPr>
          <w:sz w:val="20"/>
        </w:rPr>
        <w:t>18:07  now a few words about our mission</w:t>
      </w:r>
      <w:r>
        <w:br/>
      </w:r>
      <w:r>
        <w:rPr>
          <w:sz w:val="20"/>
        </w:rPr>
        <w:t>18:11  Our mission is the mission of peace and spirituality. We believe that peace and spirituality are two different faces of a single coin. Spirituality is the inner content of peace, and peace is the external expression of spirituality. So this is our mission.</w:t>
      </w:r>
    </w:p>
    <w:p>
      <w:pPr>
        <w:pStyle w:val="Heading2"/>
      </w:pPr>
      <w:r>
        <w:t>Peace is the most important teaching</w:t>
      </w:r>
    </w:p>
    <w:p>
      <w:r>
        <w:rPr>
          <w:color w:val="666666"/>
          <w:sz w:val="18"/>
        </w:rPr>
        <w:t>Understanding Islam, Peace and Jihad (English) | October 27, 2014 | Maulana Wahiduddin Khan · 31s · at 22:41 · https://youtu.be/HfVTQpI4A2w?t=1361</w:t>
      </w:r>
    </w:p>
    <w:p>
      <w:r>
        <w:rPr>
          <w:i/>
        </w:rPr>
        <w:t>“The most important teaching in Islam is peace.”</w:t>
      </w:r>
    </w:p>
    <w:p>
      <w:r>
        <w:rPr>
          <w:sz w:val="20"/>
        </w:rPr>
        <w:t xml:space="preserve">22:41  </w:t>
      </w:r>
      <w:r>
        <w:br/>
      </w:r>
      <w:r>
        <w:rPr>
          <w:sz w:val="20"/>
        </w:rPr>
        <w:t>22:47  yu kan nat ran yor instiTiuShans.</w:t>
      </w:r>
      <w:r>
        <w:br/>
      </w:r>
      <w:r>
        <w:rPr>
          <w:sz w:val="20"/>
        </w:rPr>
        <w:t>22:54  so, islam aftar da vinans of gad, det is Toxid.</w:t>
      </w:r>
      <w:r>
        <w:br/>
      </w:r>
      <w:r>
        <w:rPr>
          <w:sz w:val="20"/>
        </w:rPr>
        <w:t>23:00  da most importanT tak in islam is pis.</w:t>
      </w:r>
      <w:r>
        <w:br/>
      </w:r>
      <w:r>
        <w:rPr>
          <w:sz w:val="20"/>
        </w:rPr>
        <w:t>23:06  Islam tries to establish peace at any cost. You know,</w:t>
      </w:r>
    </w:p>
    <w:p>
      <w:pPr>
        <w:pStyle w:val="Heading2"/>
      </w:pPr>
      <w:r>
        <w:t>Discovering the hadith's true meaning: houses not hearts</w:t>
      </w:r>
    </w:p>
    <w:p>
      <w:r>
        <w:rPr>
          <w:color w:val="666666"/>
          <w:sz w:val="18"/>
        </w:rPr>
        <w:t>Living in the 21st Century February 17, 2013 · 3m 23s · at 16:14 · https://youtu.be/EJT6-erPXgI?t=974</w:t>
      </w:r>
    </w:p>
    <w:p>
      <w:r>
        <w:rPr>
          <w:i/>
        </w:rPr>
        <w:t>“Mujhe ek hadith yaad aayi jo maine pehle bhi sunayi thi”</w:t>
      </w:r>
    </w:p>
    <w:p>
      <w:r>
        <w:rPr>
          <w:sz w:val="20"/>
        </w:rPr>
        <w:t>16:14  woh hadith yeh hai. is hadith ko main is se pehle bhi aap ko suna chuka hoon. lekin aaj mujhe is ki ek ek nayi meaning ki taraf mera dhyan gaya.</w:t>
      </w:r>
      <w:r>
        <w:br/>
      </w:r>
      <w:r>
        <w:rPr>
          <w:sz w:val="20"/>
        </w:rPr>
        <w:t>16:25  is ke andar maine ek nayi meaning discover ki. aaj subah. woh hadith yeh hai ke la yubqa ala zahr al arz bait madar wa la wabar illa adkhala Allah kalimat al islam</w:t>
      </w:r>
      <w:r>
        <w:br/>
      </w:r>
      <w:r>
        <w:rPr>
          <w:sz w:val="20"/>
        </w:rPr>
        <w:t>16:51  is ka translation yeh hai ke zameen ki satah par ek bhi ghar chota ya bara nahin bache ga.</w:t>
      </w:r>
      <w:r>
        <w:br/>
      </w:r>
      <w:r>
        <w:rPr>
          <w:sz w:val="20"/>
        </w:rPr>
        <w:t>17:04  jahan Allah apne kalma ko dakhil na kar de.</w:t>
      </w:r>
      <w:r>
        <w:br/>
      </w:r>
      <w:r>
        <w:rPr>
          <w:sz w:val="20"/>
        </w:rPr>
        <w:t>17:10  yeh hadith mein bohat dinon se janta hoon lekin is ki ek meaning ko aaj hi mein discover kar paya.</w:t>
      </w:r>
      <w:r>
        <w:br/>
      </w:r>
      <w:r>
        <w:rPr>
          <w:sz w:val="20"/>
        </w:rPr>
        <w:t>17:18  woh yeh hai ke dekhiye is hadith mein aaqa nabi علیہ السلام صلی اللہ علیہ وسلم ne yeh nahin kaha ke yeh nahin kaha ke har dil mein dakhil ho jayega.</w:t>
      </w:r>
      <w:r>
        <w:br/>
      </w:r>
      <w:r>
        <w:rPr>
          <w:sz w:val="20"/>
        </w:rPr>
        <w:t>17:31  balkeh kaha ke har ghar mein dakhil ho jayega. yeh bohat ajeeb baat hai. yeh hadith rasool Allah ke manane walon ko mission bata rahi hai.</w:t>
      </w:r>
      <w:r>
        <w:br/>
      </w:r>
      <w:r>
        <w:rPr>
          <w:sz w:val="20"/>
        </w:rPr>
        <w:t>17:41  yeh hadith.</w:t>
      </w:r>
      <w:r>
        <w:br/>
      </w:r>
      <w:r>
        <w:rPr>
          <w:sz w:val="20"/>
        </w:rPr>
        <w:t>17:43  achha hadith mein agar yeh lafz hota ke har dil mein Allah ki baat dakhil ho jayegi to kaha musalmanon ka mission yeh banta ke logon ke dilon mein dakhil karo.</w:t>
      </w:r>
      <w:r>
        <w:br/>
      </w:r>
      <w:r>
        <w:rPr>
          <w:sz w:val="20"/>
        </w:rPr>
        <w:t>17:55  logon ke mind ko badlo. yeh mission ban jata. to yeh nahin hai. yeh hai ke gharon mein dakhil ho jana.</w:t>
      </w:r>
      <w:r>
        <w:br/>
      </w:r>
      <w:r>
        <w:rPr>
          <w:sz w:val="20"/>
        </w:rPr>
        <w:t>18:07  har chote bare ghar mein. yeh kaisi ajeeb baat hai.</w:t>
      </w:r>
      <w:r>
        <w:br/>
      </w:r>
      <w:r>
        <w:rPr>
          <w:sz w:val="20"/>
        </w:rPr>
        <w:t>18:14  kyun ke insaan ko aap jante hain ke Allah taala ne aazad paida kiya hai. is ko freedom of choice diya hai. aur quran mein la ikraha fid deen.</w:t>
      </w:r>
      <w:r>
        <w:br/>
      </w:r>
      <w:r>
        <w:rPr>
          <w:sz w:val="20"/>
        </w:rPr>
        <w:t>18:24  kisi par compulsion nahin hai kuch. to agar goal yeh hota ke logon ke dilon mein tum ko dakhil karna hai Allah ki baat to yeh ek unachievable goal hota.</w:t>
      </w:r>
      <w:r>
        <w:br/>
      </w:r>
      <w:r>
        <w:rPr>
          <w:sz w:val="20"/>
        </w:rPr>
        <w:t>18:38  kaise aap dakhil kar den ge jab ke insaan ko freedom of choice mila hua hai.</w:t>
      </w:r>
      <w:r>
        <w:br/>
      </w:r>
      <w:r>
        <w:rPr>
          <w:sz w:val="20"/>
        </w:rPr>
        <w:t>18:44  woh na woh inkar kar de to aap kuch nahin kar sakte.</w:t>
      </w:r>
      <w:r>
        <w:br/>
      </w:r>
      <w:r>
        <w:rPr>
          <w:sz w:val="20"/>
        </w:rPr>
        <w:t>18:50  to agar hadith mein yeh lafz hota ke koi insaan, koi dil aisa nahin bache ga jis ke andar Allah ki baat dakhil na ho jaye.</w:t>
      </w:r>
      <w:r>
        <w:br/>
      </w:r>
      <w:r>
        <w:rPr>
          <w:sz w:val="20"/>
        </w:rPr>
        <w:t>19:05  to dakhil karne wala dobara wohi hoga jo quran ka hamil hai, jo quran ko manta hai.</w:t>
      </w:r>
      <w:r>
        <w:br/>
      </w:r>
      <w:r>
        <w:rPr>
          <w:sz w:val="20"/>
        </w:rPr>
        <w:t>19:13  to woh soch sakta tha ke yeh to unachievable goal hai. kaise main logon ke dilon ko badal dalun ga?</w:t>
      </w:r>
      <w:r>
        <w:br/>
      </w:r>
      <w:r>
        <w:rPr>
          <w:sz w:val="20"/>
        </w:rPr>
        <w:t>19:22  kyun ke un ko freedom hai, woh chahe manen chahe na manen. lekin dekhiye jo lafz hai ke har ghar mein dakhil ho jayega.</w:t>
      </w:r>
      <w:r>
        <w:br/>
      </w:r>
      <w:r>
        <w:rPr>
          <w:sz w:val="20"/>
        </w:rPr>
        <w:t>19:32  yeh to yeh to bilkul achievable goal hai.</w:t>
      </w:r>
    </w:p>
    <w:p>
      <w:pPr>
        <w:pStyle w:val="Heading2"/>
      </w:pPr>
      <w:r>
        <w:t>Challenge motivates, avoid discrimination complaint</w:t>
      </w:r>
    </w:p>
    <w:p>
      <w:r>
        <w:rPr>
          <w:color w:val="666666"/>
          <w:sz w:val="18"/>
        </w:rPr>
        <w:t>Revival and Revivalist | June 7, 2015 · 1m 33s · at 38:36 · https://youtu.be/tJqheiPlZ94?t=2316</w:t>
      </w:r>
    </w:p>
    <w:p>
      <w:r>
        <w:rPr>
          <w:i/>
        </w:rPr>
        <w:t>“Jahan scope na ho wahan challenge hota hai”</w:t>
      </w:r>
    </w:p>
    <w:p>
      <w:r>
        <w:rPr>
          <w:sz w:val="20"/>
        </w:rPr>
        <w:t>38:36  jahan scope na ho wahan challenge hota hai.</w:t>
      </w:r>
      <w:r>
        <w:br/>
      </w:r>
      <w:r>
        <w:rPr>
          <w:sz w:val="20"/>
        </w:rPr>
        <w:t>38:40  yeh raaz hai jadeed ka.</w:t>
      </w:r>
      <w:r>
        <w:br/>
      </w:r>
      <w:r>
        <w:rPr>
          <w:sz w:val="20"/>
        </w:rPr>
        <w:t>38:45  tu jo log tajdid ka kaam karne ke liye uthe, unhein yeh sab baatein janna chahiyen.</w:t>
      </w:r>
      <w:r>
        <w:br/>
      </w:r>
      <w:r>
        <w:rPr>
          <w:sz w:val="20"/>
        </w:rPr>
        <w:t>38:49  aur shikayat ki baatein karna ke India mein discrimination hota hai, yeh sab bilkul mein to is ko</w:t>
      </w:r>
      <w:r>
        <w:br/>
      </w:r>
      <w:r>
        <w:rPr>
          <w:sz w:val="20"/>
        </w:rPr>
        <w:t>38:54  haram ke darje mein galat manta hoon.</w:t>
      </w:r>
      <w:r>
        <w:br/>
      </w:r>
      <w:r>
        <w:rPr>
          <w:sz w:val="20"/>
        </w:rPr>
        <w:t>38:58  haram ke darje mein.</w:t>
      </w:r>
      <w:r>
        <w:br/>
      </w:r>
      <w:r>
        <w:rPr>
          <w:sz w:val="20"/>
        </w:rPr>
        <w:t>39:03  chand din hue ek sahab aaye, un ka ke India mein to discrimination hota hai musalmanon ke sath.</w:t>
      </w:r>
      <w:r>
        <w:br/>
      </w:r>
      <w:r>
        <w:rPr>
          <w:sz w:val="20"/>
        </w:rPr>
        <w:t>39:07  to maine kaha ke discrimination ki boli jo bolta hai woh shaitan ki boli bolta hai.</w:t>
      </w:r>
      <w:r>
        <w:br/>
      </w:r>
      <w:r>
        <w:rPr>
          <w:sz w:val="20"/>
        </w:rPr>
        <w:t>39:13  unhone kaha, woh kaise? maine kaha, jab Allah taala ne insan ko paida kiya aur us</w:t>
      </w:r>
      <w:r>
        <w:br/>
      </w:r>
      <w:r>
        <w:rPr>
          <w:sz w:val="20"/>
        </w:rPr>
        <w:t>39:18  ko khalifa banaya to shaitan ne kya kiya tha? yahi to kaha tha ke woh us ko paida</w:t>
      </w:r>
      <w:r>
        <w:br/>
      </w:r>
      <w:r>
        <w:rPr>
          <w:sz w:val="20"/>
        </w:rPr>
        <w:t>39:23  kiya gaya mitti se aur mujhe paida kiya aag se aur mujh ko darja nahi diya, us ko</w:t>
      </w:r>
      <w:r>
        <w:br/>
      </w:r>
      <w:r>
        <w:rPr>
          <w:sz w:val="20"/>
        </w:rPr>
        <w:t>39:29  darja de diya.</w:t>
      </w:r>
      <w:r>
        <w:br/>
      </w:r>
      <w:r>
        <w:rPr>
          <w:sz w:val="20"/>
        </w:rPr>
        <w:t>39:34  yeh to discrimination hai.</w:t>
      </w:r>
      <w:r>
        <w:br/>
      </w:r>
      <w:r>
        <w:rPr>
          <w:sz w:val="20"/>
        </w:rPr>
        <w:t>39:39  yani Iblis samajhta tha ke darja mujh ko milna chahiye kyunke mujhe aag se paida kiya gaya hai</w:t>
      </w:r>
      <w:r>
        <w:br/>
      </w:r>
      <w:r>
        <w:rPr>
          <w:sz w:val="20"/>
        </w:rPr>
        <w:t>39:45  aur mil gaya Adam ko.</w:t>
      </w:r>
      <w:r>
        <w:br/>
      </w:r>
      <w:r>
        <w:rPr>
          <w:sz w:val="20"/>
        </w:rPr>
        <w:t>39:50  to yeh to discrimination hai.</w:t>
      </w:r>
      <w:r>
        <w:br/>
      </w:r>
      <w:r>
        <w:rPr>
          <w:sz w:val="20"/>
        </w:rPr>
        <w:t>39:55  to sab se pehle duniya mein yeh boli bola kaun? shaitan bola.</w:t>
      </w:r>
      <w:r>
        <w:br/>
      </w:r>
      <w:r>
        <w:rPr>
          <w:sz w:val="20"/>
        </w:rPr>
        <w:t>40:00  یعنی language of discrimination جو استعمال کیا جاتا ہے، Satan استعمال کیا۔</w:t>
      </w:r>
      <w:r>
        <w:br/>
      </w:r>
      <w:r>
        <w:rPr>
          <w:sz w:val="20"/>
        </w:rPr>
        <w:t>40:05  ab jo yeh boli bolta hai</w:t>
      </w:r>
    </w:p>
    <w:p>
      <w:pPr>
        <w:pStyle w:val="Heading2"/>
      </w:pPr>
      <w:r>
        <w:t>hadith: a true Muslim harms no one</w:t>
      </w:r>
    </w:p>
    <w:p>
      <w:r>
        <w:rPr>
          <w:color w:val="666666"/>
          <w:sz w:val="18"/>
        </w:rPr>
        <w:t>Position of Islam in a Pluralistic Society (English) March 12, 2007 Maulana Wahiduddin Khan · 45s · at 16:24 · https://youtu.be/zeBT1HGl2n8?t=984</w:t>
      </w:r>
    </w:p>
    <w:p>
      <w:r>
        <w:rPr>
          <w:i/>
        </w:rPr>
        <w:t>“A true Muslim is one by whose hands and tongue people are safe.”</w:t>
      </w:r>
    </w:p>
    <w:p>
      <w:r>
        <w:rPr>
          <w:sz w:val="20"/>
        </w:rPr>
        <w:t>16:24  There is a Hadith that,</w:t>
      </w:r>
      <w:r>
        <w:br/>
      </w:r>
      <w:r>
        <w:rPr>
          <w:sz w:val="20"/>
        </w:rPr>
        <w:t>16:33  "A true Muslim is one by whose hands and tongue people are safe." Here you can see the true spirit of Islam.</w:t>
      </w:r>
      <w:r>
        <w:br/>
      </w:r>
      <w:r>
        <w:rPr>
          <w:sz w:val="20"/>
        </w:rPr>
        <w:t>16:44  According to this Hadith, a true Muslim is a peaceful member of his societ</w:t>
      </w:r>
      <w:r>
        <w:br/>
      </w:r>
      <w:r>
        <w:rPr>
          <w:sz w:val="20"/>
        </w:rPr>
        <w:t>16:52  y. A true Muslim is a harmless member of society. This is the true spirit of Islam. Now, a few words about Jihad because Jihad is also very much related with this subject.</w:t>
      </w:r>
    </w:p>
    <w:p>
      <w:pPr>
        <w:pStyle w:val="Heading2"/>
      </w:pPr>
      <w:r>
        <w:t>Prophet's daily testimony that all humans are siblings</w:t>
      </w:r>
    </w:p>
    <w:p>
      <w:r>
        <w:rPr>
          <w:color w:val="666666"/>
          <w:sz w:val="18"/>
        </w:rPr>
        <w:t>Islam A Religion of Peace (English) January 8, 2007 Maulana Wahiduddin Khan · 46s · at 6:53 · https://youtu.be/1Yv-qCZhTJE?t=413</w:t>
      </w:r>
    </w:p>
    <w:p>
      <w:r>
        <w:rPr>
          <w:i/>
        </w:rPr>
        <w:t>“The Prophet used to rise early and say: I bear witness all men and women are sisters and brothers.”</w:t>
      </w:r>
    </w:p>
    <w:p>
      <w:r>
        <w:rPr>
          <w:sz w:val="20"/>
        </w:rPr>
        <w:t>6:53  used to rise early in the morning, and after his morning prayer, he used to say: "Allah mashhad an al-ibadah kul ikhwah".</w:t>
      </w:r>
      <w:r>
        <w:br/>
      </w:r>
      <w:r>
        <w:rPr>
          <w:sz w:val="20"/>
        </w:rPr>
        <w:t>7:13  it means that o God, i bear witness that all men and women are sisters and brothers to each other.</w:t>
      </w:r>
      <w:r>
        <w:br/>
      </w:r>
      <w:r>
        <w:rPr>
          <w:sz w:val="20"/>
        </w:rPr>
        <w:t>7:34  this is the true aspect of Islam.</w:t>
      </w:r>
    </w:p>
    <w:p>
      <w:pPr>
        <w:pStyle w:val="Heading2"/>
      </w:pPr>
      <w:r>
        <w:t>Confronting a militant with Quran verses on killing</w:t>
      </w:r>
    </w:p>
    <w:p>
      <w:r>
        <w:rPr>
          <w:color w:val="666666"/>
          <w:sz w:val="18"/>
        </w:rPr>
        <w:t>Revival of Muslims March 08, 2015 · 3m 08s · at 10:03 · https://youtu.be/8ShFcr8YozI?t=603</w:t>
      </w:r>
    </w:p>
    <w:p>
      <w:r>
        <w:rPr>
          <w:i/>
        </w:rPr>
        <w:t>“Main aapko apna ek zaati tajurba batata hoon”</w:t>
      </w:r>
    </w:p>
    <w:p>
      <w:r>
        <w:rPr>
          <w:sz w:val="20"/>
        </w:rPr>
        <w:t>10:03  yeh hai due to sum obsession. ab main aap ko ek apna ek zaati tajurba batata hoon.</w:t>
      </w:r>
      <w:r>
        <w:br/>
      </w:r>
      <w:r>
        <w:rPr>
          <w:sz w:val="20"/>
        </w:rPr>
        <w:t>10:15  ek shakhs jo isi qism ke group se talluq rakhta hai, rakhta tha, yaani militant group.</w:t>
      </w:r>
      <w:r>
        <w:br/>
      </w:r>
      <w:r>
        <w:rPr>
          <w:sz w:val="20"/>
        </w:rPr>
        <w:t>10:23  to is se main ne kaha ke jo waqiyat ho rahe hain, aap jante hain ke Pakistan mein aur aksar Muslim mulkon mein jagah jagah Musalman Musalman ko maarta hai.</w:t>
      </w:r>
      <w:r>
        <w:br/>
      </w:r>
      <w:r>
        <w:rPr>
          <w:sz w:val="20"/>
        </w:rPr>
        <w:t>10:35  Musalman Musalman ko maarta hai.</w:t>
      </w:r>
      <w:r>
        <w:br/>
      </w:r>
      <w:r>
        <w:rPr>
          <w:sz w:val="20"/>
        </w:rPr>
        <w:t>10:38  daily news hai. yaani Pakistan mein, Iraq mein, Afghanistan mein, jahan dekhiye. masjidon mein bomb phat te hain.</w:t>
      </w:r>
      <w:r>
        <w:br/>
      </w:r>
      <w:r>
        <w:rPr>
          <w:sz w:val="20"/>
        </w:rPr>
        <w:t>10:47  yaani namaz ke liye log aate hain, un ko bomb maar dete hain. qabristan mein bomb phat te hain. aate hain namaz janaza parhne ke liye, wahan bomb phat jata hai.</w:t>
      </w:r>
      <w:r>
        <w:br/>
      </w:r>
      <w:r>
        <w:rPr>
          <w:sz w:val="20"/>
        </w:rPr>
        <w:t>10:59  to woh aadmi jo mujh se mila tha, main ne is se kaha ke aap Musalmanon ko kyun maarte hain?</w:t>
      </w:r>
      <w:r>
        <w:br/>
      </w:r>
      <w:r>
        <w:rPr>
          <w:sz w:val="20"/>
        </w:rPr>
        <w:t>11:04  main ne is ko Quran ki ek ayat yaad dilai ke "man qatal mo'minan mota'amidan fa jaza'ahu jahannam" .</w:t>
      </w:r>
      <w:r>
        <w:br/>
      </w:r>
      <w:r>
        <w:rPr>
          <w:sz w:val="20"/>
        </w:rPr>
        <w:t>11:15  jo shakhs kisi Musalman ko, kisi mo'min ko jaan boojh kar maare ga, to woh jahannam mein jayega. to main ne kaha ke aap yeh risk le rahe hain ke aap ko jahannam mein jana pare?</w:t>
      </w:r>
      <w:r>
        <w:br/>
      </w:r>
      <w:r>
        <w:rPr>
          <w:sz w:val="20"/>
        </w:rPr>
        <w:t>11:32  kyun aisa karte hain aap?</w:t>
      </w:r>
      <w:r>
        <w:br/>
      </w:r>
      <w:r>
        <w:rPr>
          <w:sz w:val="20"/>
        </w:rPr>
        <w:t>11:34  to is ne jawab diya ke woh Musalman kahan hain? woh to kafiron se mile hue hain. woh kafir jaise hain, is liye hum un ko maarte hain.</w:t>
      </w:r>
      <w:r>
        <w:br/>
      </w:r>
      <w:r>
        <w:rPr>
          <w:sz w:val="20"/>
        </w:rPr>
        <w:t>11:46  to phir main ne is se behas nahin ki, ek doosri ayat pesh ki. main ne kaha achha agar yeh mamla hai to aap doosri ayat ko lijie.</w:t>
      </w:r>
      <w:r>
        <w:br/>
      </w:r>
      <w:r>
        <w:rPr>
          <w:sz w:val="20"/>
        </w:rPr>
        <w:t>11:56  ek aur ayat mein hai ke "man qatal nafsan bighay nafs wa fasad fa ka'anama qatal naas jamee'an" . yaani ek aur ayat mein insaan ke bare mein hai, mo'min ke bare mein nahin.</w:t>
      </w:r>
      <w:r>
        <w:br/>
      </w:r>
      <w:r>
        <w:rPr>
          <w:sz w:val="20"/>
        </w:rPr>
        <w:t>12:13  woh insaan chahe mo'min ho ya kafir ho, kuch bhi ho, koi bhi mazhab is ka ho, woh mulhid ho, mazhabi ho,</w:t>
      </w:r>
      <w:r>
        <w:br/>
      </w:r>
      <w:r>
        <w:rPr>
          <w:sz w:val="20"/>
        </w:rPr>
        <w:t>12:23  to Quran ki ayat kehti hai ke agar tum ne ek insaan ko maara, ek insaan ko, to tum ne goya ke sare insanon ko maar dala.</w:t>
      </w:r>
      <w:r>
        <w:br/>
      </w:r>
      <w:r>
        <w:rPr>
          <w:sz w:val="20"/>
        </w:rPr>
        <w:t>12:36  to main ne kaha ke dekhiye, agar aap ek insaan ko maarte hain to dunya mein 7 billion se zyada insaan hain.</w:t>
      </w:r>
      <w:r>
        <w:br/>
      </w:r>
      <w:r>
        <w:rPr>
          <w:sz w:val="20"/>
        </w:rPr>
        <w:t>12:46  to aap ko goya ke 7 billion insanon ko marne ka mujrim ban gaye aap</w:t>
      </w:r>
      <w:r>
        <w:br/>
      </w:r>
      <w:r>
        <w:rPr>
          <w:sz w:val="20"/>
        </w:rPr>
        <w:t>12:52  to qayamat mein aap ko agar 7 billion insanon ko marne ka muqadma chalaya jaye to kya hoga? ab woh chup ho gaya.</w:t>
      </w:r>
      <w:r>
        <w:br/>
      </w:r>
      <w:r>
        <w:rPr>
          <w:sz w:val="20"/>
        </w:rPr>
        <w:t>13:03  is ke baad woh is ke paas koi kahani ke liye nahi tha. to mein ne socha ke kya waja hai? to waja kya hai?</w:t>
      </w:r>
    </w:p>
    <w:p>
      <w:pPr>
        <w:pStyle w:val="Heading2"/>
      </w:pPr>
      <w:r>
        <w:t>Man who went blind eating only eggs — balance matters</w:t>
      </w:r>
    </w:p>
    <w:p>
      <w:r>
        <w:rPr>
          <w:color w:val="666666"/>
          <w:sz w:val="18"/>
        </w:rPr>
        <w:t>The Issues of Islam in the Present World November 11, 2012 · 50s · at 1:08:52 · https://youtu.be/COoaUbCCi1c?t=4132</w:t>
      </w:r>
    </w:p>
    <w:p>
      <w:r>
        <w:rPr>
          <w:i/>
        </w:rPr>
        <w:t>“He ate 80 eggs a day and went blind”</w:t>
      </w:r>
    </w:p>
    <w:p>
      <w:r>
        <w:rPr>
          <w:sz w:val="20"/>
        </w:rPr>
        <w:t>1:08:52  . Main report mein jab tha to ek sahib the, woh bechare andhe ho gaye the. Woh andhe to main ne poocha un se, bazahir tandrust the lekin andhe ho gaye the.</w:t>
      </w:r>
      <w:r>
        <w:br/>
      </w:r>
      <w:r>
        <w:rPr>
          <w:sz w:val="20"/>
        </w:rPr>
        <w:t>1:09:03  to unhon ne kaha ke second world war ke zamane mein main anda supply karta tha military ko. To anda gaon se aata tha, tab yani poultry farm nahi hua karte the,</w:t>
      </w:r>
      <w:r>
        <w:br/>
      </w:r>
      <w:r>
        <w:rPr>
          <w:sz w:val="20"/>
        </w:rPr>
        <w:t>1:09:16  ab to poultry farm hai jagah jagah.</w:t>
      </w:r>
      <w:r>
        <w:br/>
      </w:r>
      <w:r>
        <w:rPr>
          <w:sz w:val="20"/>
        </w:rPr>
        <w:t>1:09:19  to gaon se anda aata tha to woh toot jata tha. To unhon ne kaha ke woh toote hue ande woh kha leta hai. To bohat se ek ek din mein 80 se ande kha gaya main.</w:t>
      </w:r>
      <w:r>
        <w:br/>
      </w:r>
      <w:r>
        <w:rPr>
          <w:sz w:val="20"/>
        </w:rPr>
        <w:t>1:09:30  yani ek hi cheez khate rahe, anda, anda, anda, anda. To andhe ho gaye woh. To balance diet jis tarah zaroori hai, is tarah se balance education bhi zaroori hai.</w:t>
      </w:r>
    </w:p>
    <w:p>
      <w:pPr>
        <w:pStyle w:val="Heading2"/>
      </w:pPr>
      <w:r>
        <w:t>Why avoiding political conflict unlocks every opportunity</w:t>
      </w:r>
    </w:p>
    <w:p>
      <w:r>
        <w:rPr>
          <w:color w:val="666666"/>
          <w:sz w:val="18"/>
        </w:rPr>
        <w:t>Islam Ideology, Team and Method October 09, 2011 · 6m 07s · at 35:08 · https://youtu.be/zRilc1fG6c0?t=2108</w:t>
      </w:r>
    </w:p>
    <w:p>
      <w:r>
        <w:rPr>
          <w:i/>
        </w:rPr>
        <w:t>“To sab se achi tadbeer kya hai? Practical wisdom ikhtiyar karna”</w:t>
      </w:r>
    </w:p>
    <w:p>
      <w:r>
        <w:rPr>
          <w:sz w:val="20"/>
        </w:rPr>
        <w:t>35:08  to sab se achi tadbeer kya hai? Woh hai practical wisdom ka ikhtiyar karna. Practical wisdom kya hai?</w:t>
      </w:r>
      <w:r>
        <w:br/>
      </w:r>
      <w:r>
        <w:rPr>
          <w:sz w:val="20"/>
        </w:rPr>
        <w:t>35:18  political authority se aap takrao na karein, political authority ko accept kar lein.</w:t>
      </w:r>
      <w:r>
        <w:br/>
      </w:r>
      <w:r>
        <w:rPr>
          <w:sz w:val="20"/>
        </w:rPr>
        <w:t>35:27  is ke nateeje mein kya hoga? Non-political field mein sari opportunities aap ko hasil ho jayengi. Jaise hum is mulk mein, India mein, hum yahan ki jo political authority hai, us se hum koi takrao nahi karte.</w:t>
      </w:r>
      <w:r>
        <w:br/>
      </w:r>
      <w:r>
        <w:rPr>
          <w:sz w:val="20"/>
        </w:rPr>
        <w:t>35:42  woh apna administer kar rahe hain mulk ko. Hum hum se police, fauj aur jitne bhi shobay hain, political shobay, sab un ke hath mein hain.</w:t>
      </w:r>
      <w:r>
        <w:br/>
      </w:r>
      <w:r>
        <w:rPr>
          <w:sz w:val="20"/>
        </w:rPr>
        <w:t>35:52  humein is se koi na hamari koi demand hai, na kahin koi shikayat hai, na koi protest hai. To yahan ki jo political authority hai, us ko accept ki hui hai.</w:t>
      </w:r>
      <w:r>
        <w:br/>
      </w:r>
      <w:r>
        <w:rPr>
          <w:sz w:val="20"/>
        </w:rPr>
        <w:t>36:04  nateejay kya hai? Hum ko sari opportunities ka, opportunities ko avail karne ka mauqa mil gaya hai. Sari opportunities ko avail karne ka mauqa mil gaya</w:t>
      </w:r>
      <w:r>
        <w:br/>
      </w:r>
      <w:r>
        <w:rPr>
          <w:sz w:val="20"/>
        </w:rPr>
        <w:t>36:15  hai. Hum yahan ke newspaper ko istemal karte hain, yahan ke TV ko istemal karte hain, yahan ke radio ko istemal karte hain, yahan ke jo baray baray hall hain jahan log jama hote hain, meeting hoti hai, samrah hota hai, us ko istemal karte hain.</w:t>
      </w:r>
      <w:r>
        <w:br/>
      </w:r>
      <w:r>
        <w:rPr>
          <w:sz w:val="20"/>
        </w:rPr>
        <w:t>36:31  gharz hai ke sara infrastructure, sara infrastructure hum istemal kar rahe hain apni dawat ka kaam ke liye. Yeh hai wisdom.</w:t>
      </w:r>
      <w:r>
        <w:br/>
      </w:r>
      <w:r>
        <w:rPr>
          <w:sz w:val="20"/>
        </w:rPr>
        <w:t>36:41  agar aap political authority se takrao na karein to kisi mulk mein jo wahan jo infrastructure hai, woh sab aap ke istemal aa jata hai.</w:t>
      </w:r>
      <w:r>
        <w:br/>
      </w:r>
      <w:r>
        <w:rPr>
          <w:sz w:val="20"/>
        </w:rPr>
        <w:t>36:51  yeh hai asal al-qasas, yeh hai best story, yeh best methodology.</w:t>
      </w:r>
      <w:r>
        <w:br/>
      </w:r>
      <w:r>
        <w:rPr>
          <w:sz w:val="20"/>
        </w:rPr>
        <w:t>36:59  to yeh do baatein hum ne arz karein. Aik hai ke world of distraction mein team kaise banai jaye?</w:t>
      </w:r>
      <w:r>
        <w:br/>
      </w:r>
      <w:r>
        <w:rPr>
          <w:sz w:val="20"/>
        </w:rPr>
        <w:t>37:13  is ka aik misaal Hazrat Ibrahim, Hazrat Ismail, Hazrat Hajar ke zariye qaim hui. To apne zamanay ke lehaz se aaj hum isi ko dohraein ge.</w:t>
      </w:r>
      <w:r>
        <w:br/>
      </w:r>
      <w:r>
        <w:rPr>
          <w:sz w:val="20"/>
        </w:rPr>
        <w:t>37:23  tab hum bana payein ge team,</w:t>
      </w:r>
      <w:r>
        <w:br/>
      </w:r>
      <w:r>
        <w:rPr>
          <w:sz w:val="20"/>
        </w:rPr>
        <w:t>37:27  yani mission ke liye jo team darkar hai, us ko banane ke liye aik hi shakal hai ke hum is model ko jo Hazrat Ismail, Hazrat Ibrahim ke liye qaim hua tha, is model ko aaj ke zamane ke lehaz se implement karein.</w:t>
      </w:r>
      <w:r>
        <w:br/>
      </w:r>
      <w:r>
        <w:rPr>
          <w:sz w:val="20"/>
        </w:rPr>
        <w:t>37:42  aur doosra jo hai ke political authority hamari record number hai. To is ka is ki shakal kya hai?</w:t>
      </w:r>
      <w:r>
        <w:br/>
      </w:r>
      <w:r>
        <w:rPr>
          <w:sz w:val="20"/>
        </w:rPr>
        <w:t>37:53  Political, political authority ko aap aap challenge mat kijiye, us ko apne daire mein jo kaam hue karne dijiye.</w:t>
      </w:r>
      <w:r>
        <w:br/>
      </w:r>
      <w:r>
        <w:rPr>
          <w:sz w:val="20"/>
        </w:rPr>
        <w:t>38:03  To faida kya aap ko milega? Ke daai ka asal masla yeh hai ke jo infrastructure hai, jo opportunities hain, woh us ko milein.</w:t>
      </w:r>
      <w:r>
        <w:br/>
      </w:r>
      <w:r>
        <w:rPr>
          <w:sz w:val="20"/>
        </w:rPr>
        <w:t>38:14  Hum ko humein kya zaroorat hai ke hum hamare haath mein, humein is ki kya zaroorat hai ke hum sadar hon, wazir-e-azam hon, minister hon? Is ki humein zaroorat hi kya hai?</w:t>
      </w:r>
      <w:r>
        <w:br/>
      </w:r>
      <w:r>
        <w:rPr>
          <w:sz w:val="20"/>
        </w:rPr>
        <w:t>38:23  Yeh to aik shaan o shaukat ki cheez hai. Humein jo zaroorat hai, woh yeh hai ke is mulk ka jo infrastructure hai, is mulk mein jo opportunities hain, woh hamari qabil-e-istemal hon.</w:t>
      </w:r>
      <w:r>
        <w:br/>
      </w:r>
      <w:r>
        <w:rPr>
          <w:sz w:val="20"/>
        </w:rPr>
        <w:t>38:37  To woh poori tarah hamare, yani hundred percent hamare zariye istemal hain, koi rukawat nahi hai. To isi isi tadbeer ko, isi method ko quran mein asal al-qasas kaha gaya hai.</w:t>
      </w:r>
      <w:r>
        <w:br/>
      </w:r>
      <w:r>
        <w:rPr>
          <w:sz w:val="20"/>
        </w:rPr>
        <w:t>38:51  Asal al-qasas ka lafzi tarjuma hai best story. Main samajhta hoon ke is mauqa ke lehaz se kaha jayega ke is ka matlab hai best method.</w:t>
      </w:r>
      <w:r>
        <w:br/>
      </w:r>
      <w:r>
        <w:rPr>
          <w:sz w:val="20"/>
        </w:rPr>
        <w:t>39:04  Best method. To main samajhta hoon ke yeh jo Hazrat Yusuf ne jo misaal qaim ki thi, aaj ke zamane mein woh thousand times zyada important ho gayi hai.</w:t>
      </w:r>
      <w:r>
        <w:br/>
      </w:r>
      <w:r>
        <w:rPr>
          <w:sz w:val="20"/>
        </w:rPr>
        <w:t>39:18  Kyunke dekhiye, aaj kya hai? Pehle zamane mein kingship hua karti thi. King jo tha, king har cheez ka malik samajhata tha.</w:t>
      </w:r>
      <w:r>
        <w:br/>
      </w:r>
      <w:r>
        <w:rPr>
          <w:sz w:val="20"/>
        </w:rPr>
        <w:t>39:30  King jo tha, har cheez ka malik samajhata tha. Malik. Ab kya hai? Ab khud jo development, jo jo political philosophy ka jo development hua hai,</w:t>
      </w:r>
      <w:r>
        <w:br/>
      </w:r>
      <w:r>
        <w:rPr>
          <w:sz w:val="20"/>
        </w:rPr>
        <w:t>39:43  Aaj ki political philosophy woh nahi hai jo pehle thi.</w:t>
      </w:r>
      <w:r>
        <w:br/>
      </w:r>
      <w:r>
        <w:rPr>
          <w:sz w:val="20"/>
        </w:rPr>
        <w:t>39:47  Pehle ki political philosophy ke mutabiq king jo tha, woh sab kuch wohi usi ka hota tha. Sab kuch.</w:t>
      </w:r>
      <w:r>
        <w:br/>
      </w:r>
      <w:r>
        <w:rPr>
          <w:sz w:val="20"/>
        </w:rPr>
        <w:t>39:58  Har king despotic king hota tha pehle zamane mein. Kyunke us zamane ki jo political philosophy thi, woh yahi thi. Aaj ki jo political philosophy hai, woh yeh hai ke ab hukoomat jo hai, sirf administration hai.</w:t>
      </w:r>
      <w:r>
        <w:br/>
      </w:r>
      <w:r>
        <w:rPr>
          <w:sz w:val="20"/>
        </w:rPr>
        <w:t>40:11  Bas.</w:t>
      </w:r>
      <w:r>
        <w:br/>
      </w:r>
      <w:r>
        <w:rPr>
          <w:sz w:val="20"/>
        </w:rPr>
        <w:t>40:12  Jahan jahan dekhiye, itna bara mulk hai America, to wahan par government nahi boli jati. Yani American government nahi boli jati wahan par.</w:t>
      </w:r>
      <w:r>
        <w:br/>
      </w:r>
      <w:r>
        <w:rPr>
          <w:sz w:val="20"/>
        </w:rPr>
        <w:t>40:21  Wahan kehta hai American administration. Yeh is zamane mein sahi, sahi expression hai political authority ka.</w:t>
      </w:r>
      <w:r>
        <w:br/>
      </w:r>
      <w:r>
        <w:rPr>
          <w:sz w:val="20"/>
        </w:rPr>
        <w:t>40:33  To aaj jo hai, political jo khayalat ka development hua hai, jo thought ka development hua hai, political philosophy ka jo development hua hai, us ke mutabiq ab hukoomat jo hai,</w:t>
      </w:r>
      <w:r>
        <w:br/>
      </w:r>
      <w:r>
        <w:rPr>
          <w:sz w:val="20"/>
        </w:rPr>
        <w:t>40:48  Ka woh tasawwur nahi hai jo pehle zamane mein hua karta tha. Ab hukoomat jo hai, sirf administration hai. Bas. Zyada nahi.</w:t>
      </w:r>
      <w:r>
        <w:br/>
      </w:r>
      <w:r>
        <w:rPr>
          <w:sz w:val="20"/>
        </w:rPr>
        <w:t>40:56  Riwayat ke aik aik dealing, aik dealing kar diya hai maujooda zamane ne hukoomat ko aur doosri cheezon ko.</w:t>
      </w:r>
      <w:r>
        <w:br/>
      </w:r>
      <w:r>
        <w:rPr>
          <w:sz w:val="20"/>
        </w:rPr>
        <w:t>41:07  To yeh ain hamare haq mein hai. Yeh jo zamane mein jo yeh jo cheez paida hui hai, woh ain hamare haq mein hai.</w:t>
      </w:r>
    </w:p>
    <w:p>
      <w:pPr>
        <w:pStyle w:val="Heading2"/>
      </w:pPr>
      <w:r>
        <w:t>Two ways of life: war and peace</w:t>
      </w:r>
    </w:p>
    <w:p>
      <w:r>
        <w:rPr>
          <w:color w:val="666666"/>
          <w:sz w:val="18"/>
        </w:rPr>
        <w:t>Patience and Tolerance 7 April 2007 - Maulana Wahiduddin Khan · 38s · at 0:56 · https://youtu.be/ZZ3eaEIskmU?t=56</w:t>
      </w:r>
    </w:p>
    <w:p>
      <w:r>
        <w:rPr>
          <w:i/>
        </w:rPr>
        <w:t>“Zindagi ke do tareeqe hain”</w:t>
      </w:r>
    </w:p>
    <w:p>
      <w:r>
        <w:rPr>
          <w:sz w:val="20"/>
        </w:rPr>
        <w:t>0:56  zindagi ke do tareeqay hain is dunya mein: aik hai jang, doosra hai aman.</w:t>
      </w:r>
      <w:r>
        <w:br/>
      </w:r>
      <w:r>
        <w:rPr>
          <w:sz w:val="20"/>
        </w:rPr>
        <w:t>1:07  jang se tashaddud culture paida hota hai, aur aman se sabr culture.</w:t>
      </w:r>
      <w:r>
        <w:br/>
      </w:r>
      <w:r>
        <w:rPr>
          <w:sz w:val="20"/>
        </w:rPr>
        <w:t>1:20  islam ka tareeqa aur fitrat ka tareeqa sabr culture hai, aman hai. jang aur tashaddud na fitrat mein hai aur na islam mein.</w:t>
      </w:r>
    </w:p>
    <w:p>
      <w:pPr>
        <w:pStyle w:val="Heading2"/>
      </w:pPr>
      <w:r>
        <w:t>Sabr is the active culture of the prophets</w:t>
      </w:r>
    </w:p>
    <w:p>
      <w:r>
        <w:rPr>
          <w:color w:val="666666"/>
          <w:sz w:val="18"/>
        </w:rPr>
        <w:t>Importance of Sabr March 23, 2007 · 3m 56s · at 35:55 · https://youtu.be/duCjMIqqfgA?t=2155</w:t>
      </w:r>
    </w:p>
    <w:p>
      <w:r>
        <w:rPr>
          <w:i/>
        </w:rPr>
        <w:t>“Sabr is a shield — as the hadith says, al-sabru mahibbul mu'min”</w:t>
      </w:r>
    </w:p>
    <w:p>
      <w:r>
        <w:rPr>
          <w:sz w:val="20"/>
        </w:rPr>
        <w:t>35:55  so, this is very important that in the word of hadith, as sabr muhb al-momin.</w:t>
      </w:r>
      <w:r>
        <w:br/>
      </w:r>
      <w:r>
        <w:rPr>
          <w:sz w:val="20"/>
        </w:rPr>
        <w:t>36:04  sabr is a shield. sabr is a divine shield for true believer. sabr is not a passive attitude.</w:t>
      </w:r>
      <w:r>
        <w:br/>
      </w:r>
      <w:r>
        <w:rPr>
          <w:sz w:val="20"/>
        </w:rPr>
        <w:t>36:16  sabr is not a cowardice</w:t>
      </w:r>
      <w:r>
        <w:br/>
      </w:r>
      <w:r>
        <w:rPr>
          <w:sz w:val="20"/>
        </w:rPr>
        <w:t>36:19  . No, there is verse in the Quran:</w:t>
      </w:r>
      <w:r>
        <w:br/>
      </w:r>
      <w:r>
        <w:rPr>
          <w:sz w:val="20"/>
        </w:rPr>
        <w:t>36:26  "asbir kama sabr ulul azmi minar rusul". "asbir kama sabr ulul azmi minar rusul" ke patience just like</w:t>
      </w:r>
      <w:r>
        <w:br/>
      </w:r>
      <w:r>
        <w:rPr>
          <w:sz w:val="20"/>
        </w:rPr>
        <w:t>36:41  prophets. So, patience is a culture of prophets.</w:t>
      </w:r>
      <w:r>
        <w:br/>
      </w:r>
      <w:r>
        <w:rPr>
          <w:sz w:val="20"/>
        </w:rPr>
        <w:t>36:47  patience is a, is a method of prophets.</w:t>
      </w:r>
      <w:r>
        <w:br/>
      </w:r>
      <w:r>
        <w:rPr>
          <w:sz w:val="20"/>
        </w:rPr>
        <w:t>36:55  patience is a way of prophets. Is not cowardice. Is not passivity. "fasbir kama sabr ulul azmi minar rusul".</w:t>
      </w:r>
      <w:r>
        <w:br/>
      </w:r>
      <w:r>
        <w:rPr>
          <w:sz w:val="20"/>
        </w:rPr>
        <w:t>37:11  So, sabr is a high quality, high quality.</w:t>
      </w:r>
      <w:r>
        <w:br/>
      </w:r>
      <w:r>
        <w:rPr>
          <w:sz w:val="20"/>
        </w:rPr>
        <w:t>37:20  sabr is a culture of a man of mission. One who is, one who has discovered truth, and then he has adopted a life of mission.</w:t>
      </w:r>
      <w:r>
        <w:br/>
      </w:r>
      <w:r>
        <w:rPr>
          <w:sz w:val="20"/>
        </w:rPr>
        <w:t>37:37  One who is a man of mission. He has no option other than to adopt sabr culture.</w:t>
      </w:r>
      <w:r>
        <w:br/>
      </w:r>
      <w:r>
        <w:rPr>
          <w:sz w:val="20"/>
        </w:rPr>
        <w:t>37:47  sabr culture is a culture of those people who, who want to live with a mission.</w:t>
      </w:r>
      <w:r>
        <w:br/>
      </w:r>
      <w:r>
        <w:rPr>
          <w:sz w:val="20"/>
        </w:rPr>
        <w:t>37:59  Man of mission. All the prophets adopted this culture. That is patience culture of patience.</w:t>
      </w:r>
      <w:r>
        <w:br/>
      </w:r>
      <w:r>
        <w:rPr>
          <w:sz w:val="20"/>
        </w:rPr>
        <w:t>38:10  culture of avoidance</w:t>
      </w:r>
      <w:r>
        <w:br/>
      </w:r>
      <w:r>
        <w:rPr>
          <w:sz w:val="20"/>
        </w:rPr>
        <w:t>38:14  . Without avoidance, without patience, you cannot achieve any value achievement.</w:t>
      </w:r>
      <w:r>
        <w:br/>
      </w:r>
      <w:r>
        <w:rPr>
          <w:sz w:val="20"/>
        </w:rPr>
        <w:t>38:27  You cannot gain any value achievement. It is law of nature</w:t>
      </w:r>
      <w:r>
        <w:br/>
      </w:r>
      <w:r>
        <w:rPr>
          <w:sz w:val="20"/>
        </w:rPr>
        <w:t>38:37  . It is law of nature. And you know, la tabdil khalqillah. Law of nature cannot be changed.</w:t>
      </w:r>
      <w:r>
        <w:br/>
      </w:r>
      <w:r>
        <w:rPr>
          <w:sz w:val="20"/>
        </w:rPr>
        <w:t>38:47  It is impossible to change the law of nature. So, when achievement depends on sabr, you cannot, you cannot achieve anything without keeping patience.</w:t>
      </w:r>
      <w:r>
        <w:br/>
      </w:r>
      <w:r>
        <w:rPr>
          <w:sz w:val="20"/>
        </w:rPr>
        <w:t>39:05  So, it is a part of nature</w:t>
      </w:r>
      <w:r>
        <w:br/>
      </w:r>
      <w:r>
        <w:rPr>
          <w:sz w:val="20"/>
        </w:rPr>
        <w:t>39:07  . It is law of nature. And law of nature cannot be changed.</w:t>
      </w:r>
      <w:r>
        <w:br/>
      </w:r>
      <w:r>
        <w:rPr>
          <w:sz w:val="20"/>
        </w:rPr>
        <w:t>39:16  And also, sabr is important in family life, in social life, in national life, as well as in international life.</w:t>
      </w:r>
      <w:r>
        <w:br/>
      </w:r>
      <w:r>
        <w:rPr>
          <w:sz w:val="20"/>
        </w:rPr>
        <w:t>39:28  In every life, sabr is important.</w:t>
      </w:r>
      <w:r>
        <w:br/>
      </w:r>
      <w:r>
        <w:rPr>
          <w:sz w:val="20"/>
        </w:rPr>
        <w:t>39:35  Without sabr, there is no life. Without sabr, there is no success. Without sabr, there is no achievement. And without sabr, there is no paradise.</w:t>
      </w:r>
    </w:p>
    <w:p>
      <w:pPr>
        <w:pStyle w:val="Heading2"/>
      </w:pPr>
      <w:r>
        <w:t>Abu Malik's account of why the hijab verse came</w:t>
      </w:r>
    </w:p>
    <w:p>
      <w:r>
        <w:rPr>
          <w:color w:val="666666"/>
          <w:sz w:val="18"/>
        </w:rPr>
        <w:t>Concept of Hijab in Islam February 20, 2022 Prof. Farida Khanam · 1m 48s · at 17:54 · https://youtu.be/QrrSDEKy2gc?t=1074</w:t>
      </w:r>
    </w:p>
    <w:p>
      <w:r>
        <w:rPr>
          <w:i/>
        </w:rPr>
        <w:t>“Some hypocrites used to harass women, thinking they were slave girls.”</w:t>
      </w:r>
    </w:p>
    <w:p>
      <w:r>
        <w:rPr>
          <w:sz w:val="20"/>
        </w:rPr>
        <w:t>17:54  apa jab hum yeh jilbab wali ayat ka mutala karte hain to maloom hota khaas pasand zar maloom hota hai. usko hum zikr karenge aur usse aap par kuch clarification chahenge. abu malik ek tabai hai woh kehte hain, mufassir hain. kaan anasumun al manafiqeen ya tar rajun al indisa, fakeel alhum dalika, fakeelu in namanaaf, nawaludhalika bil imai.</w:t>
      </w:r>
      <w:r>
        <w:br/>
      </w:r>
      <w:r>
        <w:rPr>
          <w:sz w:val="20"/>
        </w:rPr>
        <w:t>18:20  ki manafiqeen mein se kuch aadmi the jo auraton ko pareshan karte the. unko kaha ki aisa kyun karte ho? to unhone kaha ki hum yeh jo labour class ki auraten hoti ya slave girl hoti hai usko karte hain. tab jo auraten thin, shrofah ki auraten thin, sharif auraten thin. unko kaha gaya ki aap isse bachne ke liye yeh upay kar lijiye. to jaisa aapne shuru mein kaha tha ki labour class ki auraton ke liye aisa nahin hai.</w:t>
      </w:r>
      <w:r>
        <w:br/>
      </w:r>
      <w:r>
        <w:rPr>
          <w:sz w:val="20"/>
        </w:rPr>
        <w:t>18:47  to hum dekhte hain ke fukha waghera bhi kehte ki labour class ki auraton jo rahengi woh parda nahi karenge. to yeh fark ka reason isse samajh mein aata hai ki woh bas logon ko fitne se bachane ke liye aisa tha taaki jhagda na ho kyunki auratein, auraton ka mamla aisa hota ki agar usmein kuch aage peeche ho to jang bhi ho jaya karti hai. to un sab cheezon se bachane ke liye tha aisa, main samajhta hoon.</w:t>
      </w:r>
      <w:r>
        <w:br/>
      </w:r>
      <w:r>
        <w:rPr>
          <w:sz w:val="20"/>
        </w:rPr>
        <w:t>19:14  matlab hai ki usmein halaat ke hisab se usmein changes ho sakte hain, modification ho sakta hai. agar ek hi tareeqa hota to phir sari duniya mein ki musalman ek hi tareeqe ka hijab ya parda kar rahe hote. to halaat ke lihaz se hum apne aap ko tabdeel bhi kar sakte hain. usmein changes bhi la sakte hain. kyunki yeh hijab ka lafz hi nahi aaya hai Quran mein.</w:t>
      </w:r>
      <w:r>
        <w:br/>
      </w:r>
      <w:r>
        <w:rPr>
          <w:sz w:val="20"/>
        </w:rPr>
        <w:t>19:42  Quran mein jo lafz aaya hai woh khemar ka aur jilbab ka to ismein koi woh nahi aur jahan tak college school hota hai uska ek uniform hota hai. jab college mein yeh school mein dakhla liya jata hai to us uniform ke mutabik hi hamein rehna hota hai. to ab yeh jo jin logon ne uski undertaking di ki hum is uniform ko accept karte hain. baad mein unhone kaha ki nahi hum accept nahi karenge.</w:t>
      </w:r>
    </w:p>
    <w:p>
      <w:pPr>
        <w:pStyle w:val="Heading2"/>
      </w:pPr>
      <w:r>
        <w:t>Jihad is peaceful struggle, not war</w:t>
      </w:r>
    </w:p>
    <w:p>
      <w:r>
        <w:rPr>
          <w:color w:val="666666"/>
          <w:sz w:val="18"/>
        </w:rPr>
        <w:t>Understanding Islam, Peace and Jihad (English) | October 27, 2014 | Maulana Wahiduddin Khan · 1m 31s · at 58:31 · https://youtu.be/HfVTQpI4A2w?t=3511</w:t>
      </w:r>
    </w:p>
    <w:p>
      <w:r>
        <w:rPr>
          <w:i/>
        </w:rPr>
        <w:t>“A relevant verse in the Quran is 'Wa jahidhum bihi jihadun kabira'.”</w:t>
      </w:r>
    </w:p>
    <w:p>
      <w:r>
        <w:rPr>
          <w:sz w:val="20"/>
        </w:rPr>
        <w:t>58:31  A very relevant verse in the Quran is, "Wa jahidhum bihi jihadun kabira." This verse you can find</w:t>
      </w:r>
      <w:r>
        <w:br/>
      </w:r>
      <w:r>
        <w:rPr>
          <w:sz w:val="20"/>
        </w:rPr>
        <w:t>58:37  in the chapter Al-Furqan.</w:t>
      </w:r>
      <w:r>
        <w:br/>
      </w:r>
      <w:r>
        <w:rPr>
          <w:sz w:val="20"/>
        </w:rPr>
        <w:t>58:43  "Wa jahidhum bihi jihadun kabira." It means that do great jihad with the help of the Quran.</w:t>
      </w:r>
      <w:r>
        <w:br/>
      </w:r>
      <w:r>
        <w:rPr>
          <w:sz w:val="20"/>
        </w:rPr>
        <w:t>58:49  Do great jihad with the help of the Quran.</w:t>
      </w:r>
      <w:r>
        <w:br/>
      </w:r>
      <w:r>
        <w:rPr>
          <w:sz w:val="20"/>
        </w:rPr>
        <w:t>58:55  Now it is</w:t>
      </w:r>
      <w:r>
        <w:br/>
      </w:r>
      <w:r>
        <w:rPr>
          <w:sz w:val="20"/>
        </w:rPr>
        <w:t>59:01  very clear that Quran is not a sword.</w:t>
      </w:r>
      <w:r>
        <w:br/>
      </w:r>
      <w:r>
        <w:rPr>
          <w:sz w:val="20"/>
        </w:rPr>
        <w:t>59:05  Quran is not a gun.</w:t>
      </w:r>
      <w:r>
        <w:br/>
      </w:r>
      <w:r>
        <w:rPr>
          <w:sz w:val="20"/>
        </w:rPr>
        <w:t>59:09  Quran is not a bomb.</w:t>
      </w:r>
      <w:r>
        <w:br/>
      </w:r>
      <w:r>
        <w:rPr>
          <w:sz w:val="20"/>
        </w:rPr>
        <w:t>59:12  How you can fight with the Quran?</w:t>
      </w:r>
      <w:r>
        <w:br/>
      </w:r>
      <w:r>
        <w:rPr>
          <w:sz w:val="20"/>
        </w:rPr>
        <w:t>59:16  It is impossible to fight with the Quran.</w:t>
      </w:r>
      <w:r>
        <w:br/>
      </w:r>
      <w:r>
        <w:rPr>
          <w:sz w:val="20"/>
        </w:rPr>
        <w:t>59:20  Only peaceful struggle is possible with the Quran.</w:t>
      </w:r>
      <w:r>
        <w:br/>
      </w:r>
      <w:r>
        <w:rPr>
          <w:sz w:val="20"/>
        </w:rPr>
        <w:t>59:24  "Wa jahidhum bihi jihadun kabira." Do great jihad with the help of the Quran.</w:t>
      </w:r>
      <w:r>
        <w:br/>
      </w:r>
      <w:r>
        <w:rPr>
          <w:sz w:val="20"/>
        </w:rPr>
        <w:t>59:28  This verse is very clear in the sense that</w:t>
      </w:r>
      <w:r>
        <w:br/>
      </w:r>
      <w:r>
        <w:rPr>
          <w:sz w:val="20"/>
        </w:rPr>
        <w:t>59:32  jihad means peaceful struggle.</w:t>
      </w:r>
      <w:r>
        <w:br/>
      </w:r>
      <w:r>
        <w:rPr>
          <w:sz w:val="20"/>
        </w:rPr>
        <w:t>59:39  Peace is reserved for dissemination of Islam.</w:t>
      </w:r>
      <w:r>
        <w:br/>
      </w:r>
      <w:r>
        <w:rPr>
          <w:sz w:val="20"/>
        </w:rPr>
        <w:t>59:47  Peaceful struggle for the dissemination of Islam. That's all.</w:t>
      </w:r>
      <w:r>
        <w:br/>
      </w:r>
      <w:r>
        <w:rPr>
          <w:sz w:val="20"/>
        </w:rPr>
        <w:t>59:55  If you study the Quran, you will find that there is not a single verse in the Quran</w:t>
      </w:r>
    </w:p>
    <w:p>
      <w:pPr>
        <w:pStyle w:val="Heading2"/>
      </w:pPr>
      <w:r>
        <w:t>Khalid's controversial command and how companions managed the resentment</w:t>
      </w:r>
    </w:p>
    <w:p>
      <w:r>
        <w:rPr>
          <w:color w:val="666666"/>
          <w:sz w:val="18"/>
        </w:rPr>
        <w:t>The Concept of Jihad In Islam May 25, 2008 · 5m 52s · at 35:12 · https://youtu.be/UJ6cY-A3tDs?t=2112</w:t>
      </w:r>
    </w:p>
    <w:p>
      <w:r>
        <w:rPr>
          <w:i/>
        </w:rPr>
        <w:t>“Aap ko Makkah walon ne wahan se majboor kiya tha nikalne par”</w:t>
      </w:r>
    </w:p>
    <w:p>
      <w:r>
        <w:rPr>
          <w:sz w:val="20"/>
        </w:rPr>
        <w:t>35:12  waqai woh to har waqt, har aadmi ki zindagi mein hota rehta hai. to ek dekhiye, prophet ke zamane mein, aap jante hain ke aisa hua tha ke aap ko makkah walon ne wahan se majboor kiya tha nikalne par.</w:t>
      </w:r>
      <w:r>
        <w:br/>
      </w:r>
      <w:r>
        <w:rPr>
          <w:sz w:val="20"/>
        </w:rPr>
        <w:t>35:28  phir baad ko aap ne march kiya, ten thousand logon ko le kar ke, aur makkah fateh hua. is ki detail mujhe is waqt nahin bata</w:t>
      </w:r>
      <w:r>
        <w:br/>
      </w:r>
      <w:r>
        <w:rPr>
          <w:sz w:val="20"/>
        </w:rPr>
        <w:t>35:38  ana hai. main sirf yeh keh raha hoon ke jab aap ne march kiya tha madine se makkah ki taraf, ten thousand ashaab ke sath, to aap ne is ka commander bana diya khalid ko.</w:t>
      </w:r>
      <w:r>
        <w:br/>
      </w:r>
      <w:r>
        <w:rPr>
          <w:sz w:val="20"/>
        </w:rPr>
        <w:t>35:52  khalid bin waleed. jo ke abhi bhi Islam mein aaye the, abhi bhi. yeh poora makkah ka jo zamana hai, is mein khalid aap ke, yaani hostile bane rahe.</w:t>
      </w:r>
      <w:r>
        <w:br/>
      </w:r>
      <w:r>
        <w:rPr>
          <w:sz w:val="20"/>
        </w:rPr>
        <w:t>36:07  yaani unhon ne command ki rasool Allah ke khilaaf ladaaiyon ki. yaani badr o uhad ki jo ladaaiyan hui thin, us mein woh, us mein aap un ke, yaani enemy ke commander bane hue the.</w:t>
      </w:r>
      <w:r>
        <w:br/>
      </w:r>
      <w:r>
        <w:rPr>
          <w:sz w:val="20"/>
        </w:rPr>
        <w:t>36:19  to makkah jo fateh hua hai, us se kuch pehle woh aaye madine aur unhon ne Islam qubool kar liya.</w:t>
      </w:r>
      <w:r>
        <w:br/>
      </w:r>
      <w:r>
        <w:rPr>
          <w:sz w:val="20"/>
        </w:rPr>
        <w:t>36:26  to gaya woh. to us waqt kya hua ke ab madine se makkah ki taraf jo march ho raha tha, ten thousand logon ko le kar ke, yeh to bohat bara waqea tha.</w:t>
      </w:r>
      <w:r>
        <w:br/>
      </w:r>
      <w:r>
        <w:rPr>
          <w:sz w:val="20"/>
        </w:rPr>
        <w:t>36:39  to is ka unhon ne commander bana diya aap ne. to madine mein kuch logon ko is par complaint hui, shikayat hui ke dekho, ek newcomer ko bana diya</w:t>
      </w:r>
      <w:r>
        <w:br/>
      </w:r>
      <w:r>
        <w:rPr>
          <w:sz w:val="20"/>
        </w:rPr>
        <w:t>36:51  commander, hum senior log hain, hum ko nahin, un ke, un ke under mein kar diya. senior logon ko under mein kar diya. ek naya aadmi aaya to use commander bana diya.</w:t>
      </w:r>
      <w:r>
        <w:br/>
      </w:r>
      <w:r>
        <w:rPr>
          <w:sz w:val="20"/>
        </w:rPr>
        <w:t>37:03  is par chah magoi hui. lekin unhon ne bohat jald manage kar liya is ko.</w:t>
      </w:r>
      <w:r>
        <w:br/>
      </w:r>
      <w:r>
        <w:rPr>
          <w:sz w:val="20"/>
        </w:rPr>
        <w:t>37:11  yaani itna bara waqea jo hai, jo jo wahan par split ho sakta hai, split. do barh jaate hain do giroh mein.</w:t>
      </w:r>
      <w:r>
        <w:br/>
      </w:r>
      <w:r>
        <w:rPr>
          <w:sz w:val="20"/>
        </w:rPr>
        <w:t>37:22  jaisa ke hota hai aam taur par. woh manage kar liya unhon ne. to seerat ibn hisham mein jo kitaab hai, seerat ibn hisham, to us zamane mein log apne se demand ke ko jo hai, yaani express karte the, woh to ashaar mein karte the.</w:t>
      </w:r>
      <w:r>
        <w:br/>
      </w:r>
      <w:r>
        <w:rPr>
          <w:sz w:val="20"/>
        </w:rPr>
        <w:t>37:40  is mein ashaar aaye hain, is qism ke.</w:t>
      </w:r>
      <w:r>
        <w:br/>
      </w:r>
      <w:r>
        <w:rPr>
          <w:sz w:val="20"/>
        </w:rPr>
        <w:t>37:44  to is mein sahabi shayar kehte hain, sab ki taraf se represent karte hue ke waqal nabiyul momineen taqaddum</w:t>
      </w:r>
      <w:r>
        <w:br/>
      </w:r>
      <w:r>
        <w:rPr>
          <w:sz w:val="20"/>
        </w:rPr>
        <w:t>38:02  fahubba alayna anakumul muqaddama</w:t>
      </w:r>
      <w:r>
        <w:br/>
      </w:r>
      <w:r>
        <w:rPr>
          <w:sz w:val="20"/>
        </w:rPr>
        <w:t>38:08  ke Khuda ke prophet ne kaha ke khalid ke command mein aage badho.</w:t>
      </w:r>
      <w:r>
        <w:br/>
      </w:r>
      <w:r>
        <w:rPr>
          <w:sz w:val="20"/>
        </w:rPr>
        <w:t>38:24  to hum ko yeh cheez mehboob ho gayi ke hum khalid ke command mein aage badhein.</w:t>
      </w:r>
      <w:r>
        <w:br/>
      </w:r>
      <w:r>
        <w:rPr>
          <w:sz w:val="20"/>
        </w:rPr>
        <w:t>38:32  agarche woh hamare sentiment ke khilaaf tha.</w:t>
      </w:r>
      <w:r>
        <w:br/>
      </w:r>
      <w:r>
        <w:rPr>
          <w:sz w:val="20"/>
        </w:rPr>
        <w:t>38:39  ab dekhen kaise manage kiya unhon ne is negative thought ko jo aa gaya tha un ke andar ke senior aadmi ko commander nahin banaya aur ek ek naye aadmi ko commander bana diya.</w:t>
      </w:r>
      <w:r>
        <w:br/>
      </w:r>
      <w:r>
        <w:rPr>
          <w:sz w:val="20"/>
        </w:rPr>
        <w:t>38:52  kaise manage kiya unhon ne? unhon ne manage is tarah kiya</w:t>
      </w:r>
      <w:r>
        <w:br/>
      </w:r>
      <w:r>
        <w:rPr>
          <w:sz w:val="20"/>
        </w:rPr>
        <w:t>39:04  ke hamara, yaani hum, hamara goal kya hai?</w:t>
      </w:r>
      <w:r>
        <w:br/>
      </w:r>
      <w:r>
        <w:rPr>
          <w:sz w:val="20"/>
        </w:rPr>
        <w:t>39:08  hamara goal yeh to hai ke hum dunya mein commander banen. banen ya na banen, yeh to relative baat hai. asal cheez hai ke Khuda ke hamein reward milen.</w:t>
      </w:r>
      <w:r>
        <w:br/>
      </w:r>
      <w:r>
        <w:rPr>
          <w:sz w:val="20"/>
        </w:rPr>
        <w:t>39:17  Khuda ke hamein paradise milen. to Khuda ke paradise mile ke prophet ko manne se hum commander banen aur Khuda raazi na ho, woh prophet ki baat hum na manen,</w:t>
      </w:r>
      <w:r>
        <w:br/>
      </w:r>
      <w:r>
        <w:rPr>
          <w:sz w:val="20"/>
        </w:rPr>
        <w:t>39:32  to hum to wohi cheez kho denge jo hamara goal hai, yaani paradise.</w:t>
      </w:r>
      <w:r>
        <w:br/>
      </w:r>
      <w:r>
        <w:rPr>
          <w:sz w:val="20"/>
        </w:rPr>
        <w:t>39:38  unhon ne kaha chalo bhai, hum hum un ke under mein larenge, un ke under mein march karenge. to unhon ne is tarah manage kiya ke jab Khuda ka prophet yeh keh raha hai ke tum Khalid ko commander banao apna, us ke under mein march karo,</w:t>
      </w:r>
      <w:r>
        <w:br/>
      </w:r>
      <w:r>
        <w:rPr>
          <w:sz w:val="20"/>
        </w:rPr>
        <w:t>39:56  to jab Khuda ka prophet aisa keh raha hai to isi mein hamein reward milega, isi mein hamein paradise milegi.</w:t>
      </w:r>
      <w:r>
        <w:br/>
      </w:r>
      <w:r>
        <w:rPr>
          <w:sz w:val="20"/>
        </w:rPr>
        <w:t>40:03  to chhod do apne sentiment ko daba do. aur bahut hi unity ke sath mil kar ke unhon ne march kiya.</w:t>
      </w:r>
      <w:r>
        <w:br/>
      </w:r>
      <w:r>
        <w:rPr>
          <w:sz w:val="20"/>
        </w:rPr>
        <w:t>40:15  aur aap jante hain ke is baad unhein victory hui. izaja nasrullahi wal fath wala waqea pesh aaya.</w:t>
      </w:r>
      <w:r>
        <w:br/>
      </w:r>
      <w:r>
        <w:rPr>
          <w:sz w:val="20"/>
        </w:rPr>
        <w:t>40:29  is tarah se hota hai, yaani har waqt jo aap ko, yaani jo perpetual battle field hai jo Saturn ne bana rakhi hai, us mein subah shaam raat din aap ko isi tarah se saamna pesh aata hai kisi na kisi shakhs se.</w:t>
      </w:r>
      <w:r>
        <w:br/>
      </w:r>
      <w:r>
        <w:rPr>
          <w:sz w:val="20"/>
        </w:rPr>
        <w:t>40:47  yeh family mein bhi hota hai, society mein bhi hota hai, neighborhood mein bhi hota hai, national life mein hota hai, international life mein bhi hota hai, har jagah.</w:t>
      </w:r>
      <w:r>
        <w:br/>
      </w:r>
      <w:r>
        <w:rPr>
          <w:sz w:val="20"/>
        </w:rPr>
        <w:t>41:00  isi liye isi ko jihad akbar kaha gaya hai.</w:t>
      </w:r>
    </w:p>
    <w:p>
      <w:pPr>
        <w:pStyle w:val="Heading2"/>
      </w:pPr>
      <w:r>
        <w:t>even the truthful Ummah won't be exempt from darkness</w:t>
      </w:r>
    </w:p>
    <w:p>
      <w:r>
        <w:rPr>
          <w:color w:val="666666"/>
          <w:sz w:val="18"/>
        </w:rPr>
        <w:t>The Age of Deceiving Philosophies I 21 June 2009 · 33s · at 2:48 · https://youtu.be/RZCs_8AtCTM?t=168</w:t>
      </w:r>
    </w:p>
    <w:p>
      <w:r>
        <w:rPr>
          <w:i/>
        </w:rPr>
        <w:t>“Even the Ummah with truth won't be exempt”</w:t>
      </w:r>
    </w:p>
    <w:p>
      <w:r>
        <w:rPr>
          <w:sz w:val="20"/>
        </w:rPr>
        <w:t>2:48  yahan tak ke jo yahan jo farmaya ke ummat, ka matlab yeh hai ke ummat jis ke paas sachai hai, woh bhi is mein exception nahi hogi.</w:t>
      </w:r>
      <w:r>
        <w:br/>
      </w:r>
      <w:r>
        <w:rPr>
          <w:sz w:val="20"/>
        </w:rPr>
        <w:t>3:01  yani it will hurt including ummat e islamia.</w:t>
      </w:r>
      <w:r>
        <w:br/>
      </w:r>
      <w:r>
        <w:rPr>
          <w:sz w:val="20"/>
        </w:rPr>
        <w:t>3:09  it will hit including ummat e islamia. yani yeh fitna jo aye ga, yeh sab ko andhere mein daal de ga. yahan tak ke jin ke paas sachai hai, woh bhi andhere mein chale jayen ge.</w:t>
      </w:r>
    </w:p>
    <w:p>
      <w:pPr>
        <w:pStyle w:val="Heading2"/>
      </w:pPr>
      <w:r>
        <w:t>Galbraith calls India a 'functioning anarchy'</w:t>
      </w:r>
    </w:p>
    <w:p>
      <w:r>
        <w:rPr>
          <w:color w:val="666666"/>
          <w:sz w:val="18"/>
        </w:rPr>
        <w:t>The History of Peace (English) November 12, 2006 · 41s · at 28:44 · https://youtu.be/zlIi5eiTPIg?t=1724</w:t>
      </w:r>
    </w:p>
    <w:p>
      <w:r>
        <w:rPr>
          <w:i/>
        </w:rPr>
        <w:t>“There was a politician in the USA, Galbraith”</w:t>
      </w:r>
    </w:p>
    <w:p>
      <w:r>
        <w:rPr>
          <w:sz w:val="20"/>
        </w:rPr>
        <w:t>28:44  you know, there was a politician in USA, Galbrath. sometime, he was also ambassador, US ambassador in India.</w:t>
      </w:r>
      <w:r>
        <w:br/>
      </w:r>
      <w:r>
        <w:rPr>
          <w:sz w:val="20"/>
        </w:rPr>
        <w:t>28:54  he said that India is a functioning anarchy. he gave the name of functioning anarchy.</w:t>
      </w:r>
      <w:r>
        <w:br/>
      </w:r>
      <w:r>
        <w:rPr>
          <w:sz w:val="20"/>
        </w:rPr>
        <w:t>29:05  it means that although India is functioning. although in India,</w:t>
      </w:r>
      <w:r>
        <w:br/>
      </w:r>
      <w:r>
        <w:rPr>
          <w:sz w:val="20"/>
        </w:rPr>
        <w:t>29:16  so he gave the title of function anarchy to Indian, to Indian system.</w:t>
      </w:r>
    </w:p>
    <w:p>
      <w:pPr>
        <w:pStyle w:val="Heading2"/>
      </w:pPr>
      <w:r>
        <w:t>Carrying booklets everywhere, even gifting one to Shah Rukh Khan</w:t>
      </w:r>
    </w:p>
    <w:p>
      <w:r>
        <w:rPr>
          <w:color w:val="666666"/>
          <w:sz w:val="18"/>
        </w:rPr>
        <w:t>CPS Women Interaction 5 May 29, 2022 · 1m 37s · at 1:00:09 · https://youtu.be/1mvBJMTnKuM?t=3609</w:t>
      </w:r>
    </w:p>
    <w:p>
      <w:r>
        <w:rPr>
          <w:i/>
        </w:rPr>
        <w:t>“Chhote chhote booklets hain na, purpose of creation, har aadmi apne bag mein rakh sakta hai”</w:t>
      </w:r>
    </w:p>
    <w:p>
      <w:r>
        <w:rPr>
          <w:sz w:val="20"/>
        </w:rPr>
        <w:t>1:00:09  phir bhi jo chhote chhote booklets hai na, purpose of creation waghera yeh to har aadmi apne bag</w:t>
      </w:r>
      <w:r>
        <w:br/>
      </w:r>
      <w:r>
        <w:rPr>
          <w:sz w:val="20"/>
        </w:rPr>
        <w:t>1:00:15  mein rakh sakta hai.</w:t>
      </w:r>
      <w:r>
        <w:br/>
      </w:r>
      <w:r>
        <w:rPr>
          <w:sz w:val="20"/>
        </w:rPr>
        <w:t>1:00:21  to ho sakta hai exam mein bhi usko time mil jaaye.</w:t>
      </w:r>
      <w:r>
        <w:br/>
      </w:r>
      <w:r>
        <w:rPr>
          <w:sz w:val="20"/>
        </w:rPr>
        <w:t>1:00:27  aate jaate raaste mein koi time mil jaaye usko de dein.</w:t>
      </w:r>
      <w:r>
        <w:br/>
      </w:r>
      <w:r>
        <w:rPr>
          <w:sz w:val="20"/>
        </w:rPr>
        <w:t>1:00:33  to apne bag mein hamesha rakhein, ek baar rajat ko bahut tarah tarah ke log milte rehte hain.</w:t>
      </w:r>
      <w:r>
        <w:br/>
      </w:r>
      <w:r>
        <w:rPr>
          <w:sz w:val="20"/>
        </w:rPr>
        <w:t>1:00:39  woh hamesha apne saath rakhte hain, apne jeb mein rakhte hain.</w:t>
      </w:r>
      <w:r>
        <w:br/>
      </w:r>
      <w:r>
        <w:rPr>
          <w:sz w:val="20"/>
        </w:rPr>
        <w:t>1:00:46  ek baar Apollo Hospital gaye the to unke paas purpose of creation tha to shahrukh khan apne father in law ko dekhne aaye the to unhone fauran de diya baad mein alag se to shahrukh khan kahan milte to koshish karein ki jahan jahan tak ho sake jitna mumkin hai to apne saath badi cheez nahi rakh sakte chhoti chhoti cheezein rakh liya karein.</w:t>
      </w:r>
      <w:r>
        <w:br/>
      </w:r>
      <w:r>
        <w:rPr>
          <w:sz w:val="20"/>
        </w:rPr>
        <w:t>1:01:16  theek hai? ji jaza kar laapa. wapas chalega aap. shwana khatum? No, we can't hear you Shabana. There's some problem with your audio. Any more ladies that who wants to ask any question?</w:t>
      </w:r>
      <w:r>
        <w:br/>
      </w:r>
      <w:r>
        <w:rPr>
          <w:sz w:val="20"/>
        </w:rPr>
        <w:t>1:01:46  haan, main najma se deti. mere husband beemar thay. unki chemo hua karti thi. to hum periodically hospital rajiv gandhi, meri awaaz aa rahi hai? meri awaaz aa rahi hai? aa rahi hai awaaz.</w:t>
      </w:r>
    </w:p>
    <w:p>
      <w:pPr>
        <w:pStyle w:val="Heading2"/>
      </w:pPr>
      <w:r>
        <w:t>Palestine-Israel conflict is unnecessary war, not unequal</w:t>
      </w:r>
    </w:p>
    <w:p>
      <w:r>
        <w:rPr>
          <w:color w:val="666666"/>
          <w:sz w:val="18"/>
        </w:rPr>
        <w:t>Age of Peace November 18, 2012 · 5m 47s · at 31:57 · https://youtu.be/Y9nkQnBqbrs?t=1917</w:t>
      </w:r>
    </w:p>
    <w:p>
      <w:r>
        <w:rPr>
          <w:i/>
        </w:rPr>
        <w:t>“Kal main TV par ek discussion sun raha tha”</w:t>
      </w:r>
    </w:p>
    <w:p>
      <w:r>
        <w:rPr>
          <w:sz w:val="20"/>
        </w:rPr>
        <w:t>31:57  Dekhein, kal mein TV par ek discussion sun raha tha, BBC London mein tha, woh</w:t>
      </w:r>
      <w:r>
        <w:br/>
      </w:r>
      <w:r>
        <w:rPr>
          <w:sz w:val="20"/>
        </w:rPr>
        <w:t>32:06  top ke log baat kar rahe thay Israel aur Palestine ke darmiyan jo ladai ho rahi hai. Aur is mein tha ke tasweer mein bata raha tha ke woh Gaza patti ko Israel ne bombardment ko tabah kar diya,</w:t>
      </w:r>
      <w:r>
        <w:br/>
      </w:r>
      <w:r>
        <w:rPr>
          <w:sz w:val="20"/>
        </w:rPr>
        <w:t>32:26  is ki buildingon ko, woh sab dikha raha tha manzar.</w:t>
      </w:r>
      <w:r>
        <w:br/>
      </w:r>
      <w:r>
        <w:rPr>
          <w:sz w:val="20"/>
        </w:rPr>
        <w:t>32:30  To wahan par jo log thay, woh sab top intellectualist thay. To ek aadmi ne kaha, is par tabsarah karte hue ke yeh ek yeh ek uneven war hai,</w:t>
      </w:r>
      <w:r>
        <w:br/>
      </w:r>
      <w:r>
        <w:rPr>
          <w:sz w:val="20"/>
        </w:rPr>
        <w:t>32:49  naam masawi jang, yeh lafz istemal kiya us ne, uneven war,</w:t>
      </w:r>
      <w:r>
        <w:br/>
      </w:r>
      <w:r>
        <w:rPr>
          <w:sz w:val="20"/>
        </w:rPr>
        <w:t>32:56  yani Falastiniyon ke paas koi taqat nahi, Israel ke paas modern hathiyar hain, bohat zabardast fauj hai. To yeh ek uneven war hai, in nabrari ki jang hai.</w:t>
      </w:r>
      <w:r>
        <w:br/>
      </w:r>
      <w:r>
        <w:rPr>
          <w:sz w:val="20"/>
        </w:rPr>
        <w:t>33:10  Yeh to mein ne socha ke galat ka yeh aadmi galat bol raha hai, is ko is ko baat samajh mein nahi aayi.</w:t>
      </w:r>
      <w:r>
        <w:br/>
      </w:r>
      <w:r>
        <w:rPr>
          <w:sz w:val="20"/>
        </w:rPr>
        <w:t>33:20  Yeh uneven war nahi hai, yeh un unnecessary war hai,</w:t>
      </w:r>
      <w:r>
        <w:br/>
      </w:r>
      <w:r>
        <w:rPr>
          <w:sz w:val="20"/>
        </w:rPr>
        <w:t>33:27  unnecessary war, yani ghair ghair zaroori jang, jang ki koi zaroorat hi nahi hai.</w:t>
      </w:r>
      <w:r>
        <w:br/>
      </w:r>
      <w:r>
        <w:rPr>
          <w:sz w:val="20"/>
        </w:rPr>
        <w:t>33:40  To jitni bhi war hui hain, sab ke upar yeh cheez apply hoti hai. To yeh jo is waqt jo war ho rahi hai Palestine mein aur Israel mein, yeh uneven war nahi hai,</w:t>
      </w:r>
      <w:r>
        <w:br/>
      </w:r>
      <w:r>
        <w:rPr>
          <w:sz w:val="20"/>
        </w:rPr>
        <w:t>33:55  yeh hai unnecessary war,</w:t>
      </w:r>
      <w:r>
        <w:br/>
      </w:r>
      <w:r>
        <w:rPr>
          <w:sz w:val="20"/>
        </w:rPr>
        <w:t>33:58  ghair zaroori jang. Yani sab kuch aap jo chahte hain, hasil kar sakte hain baghair lade hue, hatta ke khud Israel mein bhi, khud Israel mein bhi.</w:t>
      </w:r>
      <w:r>
        <w:br/>
      </w:r>
      <w:r>
        <w:rPr>
          <w:sz w:val="20"/>
        </w:rPr>
        <w:t>34:14  Pichhle saal mein gaya tha Israel mein, ek ek seminar tha jis mein Falastini naujawan bhi bari tadad mein aaye hue thay, Israeli bhi aaye hue thay,</w:t>
      </w:r>
      <w:r>
        <w:br/>
      </w:r>
      <w:r>
        <w:rPr>
          <w:sz w:val="20"/>
        </w:rPr>
        <w:t>34:25  woh dono ke darmiyan tha ek seminar.</w:t>
      </w:r>
      <w:r>
        <w:br/>
      </w:r>
      <w:r>
        <w:rPr>
          <w:sz w:val="20"/>
        </w:rPr>
        <w:t>34:31  To mein ne dekha ke is Falastini ladke bohat shandar English bol rahe hain, bohat achhi English bol rahe hain, Falastini ladke aur ladkiyan wahan par.</w:t>
      </w:r>
      <w:r>
        <w:br/>
      </w:r>
      <w:r>
        <w:rPr>
          <w:sz w:val="20"/>
        </w:rPr>
        <w:t>34:43  To mein ne ek sath poocha ke bhai yeh Falastini ladke itni achhi English bol rahe hain, yeh kahan parha hai inhon ne?</w:t>
      </w:r>
      <w:r>
        <w:br/>
      </w:r>
      <w:r>
        <w:rPr>
          <w:sz w:val="20"/>
        </w:rPr>
        <w:t>34:53  To unhon ne kya bataya</w:t>
      </w:r>
      <w:r>
        <w:br/>
      </w:r>
      <w:r>
        <w:rPr>
          <w:sz w:val="20"/>
        </w:rPr>
        <w:t>34:54  ? Unhon ne kaha ke Israel mein jo Falastini muqeem hain, yeh woh log hain, yeh abhi bhi 20 percent Arab jo hain Falastini, yani Arab Falastini jo hain 20 percent abhi bhi hain Israel mein.</w:t>
      </w:r>
      <w:r>
        <w:br/>
      </w:r>
      <w:r>
        <w:rPr>
          <w:sz w:val="20"/>
        </w:rPr>
        <w:t>35:11  to un ke ladke yeh hain.</w:t>
      </w:r>
      <w:r>
        <w:br/>
      </w:r>
      <w:r>
        <w:rPr>
          <w:sz w:val="20"/>
        </w:rPr>
        <w:t>35:14  aap ghore kijiye ke 60 baras se jang chal rahi hai falastiniyon aur israiliyon ke darmiyan</w:t>
      </w:r>
      <w:r>
        <w:br/>
      </w:r>
      <w:r>
        <w:rPr>
          <w:sz w:val="20"/>
        </w:rPr>
        <w:t>35:24  aur kitna nuqsan hua hai, kitna tabahi hui hai.</w:t>
      </w:r>
      <w:r>
        <w:br/>
      </w:r>
      <w:r>
        <w:rPr>
          <w:sz w:val="20"/>
        </w:rPr>
        <w:t>35:30  lekin abhi bhi wahan par yeh haal hai ke jo chahta hai parhna ho, khoob parh raha hai, jo chahta hai business business karna ho, khoob business kar raha hai.</w:t>
      </w:r>
      <w:r>
        <w:br/>
      </w:r>
      <w:r>
        <w:rPr>
          <w:sz w:val="20"/>
        </w:rPr>
        <w:t>35:39  maine khud dekha ke wahan par achhe achhe dukaanen theen arbon ki.</w:t>
      </w:r>
      <w:r>
        <w:br/>
      </w:r>
      <w:r>
        <w:rPr>
          <w:sz w:val="20"/>
        </w:rPr>
        <w:t>35:45  abhi aap ja ke dekhiye, masjid aqsa ke charon taraf arbon ki dukaanen hain, khoob bheed lagi rehti hai wahan par. to aap dekhiye ke log lad rahe hain zameen ke liye, zameen mein iqtadar qaim karne ke liye.</w:t>
      </w:r>
      <w:r>
        <w:br/>
      </w:r>
      <w:r>
        <w:rPr>
          <w:sz w:val="20"/>
        </w:rPr>
        <w:t>36:02  lekin</w:t>
      </w:r>
      <w:r>
        <w:br/>
      </w:r>
      <w:r>
        <w:rPr>
          <w:sz w:val="20"/>
        </w:rPr>
        <w:t>36:03  ain isi waqt kya hai? achhi education aap bhi aaj bhi le pa rahe hain, woh aaj bhi woh achha business kar rahe hain, aaj bhi wahan par tourism chal raha hai, aaj bhi yeh daawa work ho raha hai.</w:t>
      </w:r>
      <w:r>
        <w:br/>
      </w:r>
      <w:r>
        <w:rPr>
          <w:sz w:val="20"/>
        </w:rPr>
        <w:t>36:16  main khud teen baar gaya hoon wahan par, hamare saathi wahan par khoob unhon ne quran taqseem kiya, khoob kitaben deen, islami kitaben, khoob logon se baaten keen islam par.</w:t>
      </w:r>
      <w:r>
        <w:br/>
      </w:r>
      <w:r>
        <w:rPr>
          <w:sz w:val="20"/>
        </w:rPr>
        <w:t>36:27  koi rukawat hi nahin, koi rukawat nahin.</w:t>
      </w:r>
      <w:r>
        <w:br/>
      </w:r>
      <w:r>
        <w:rPr>
          <w:sz w:val="20"/>
        </w:rPr>
        <w:t>36:32  to aaj jab ke log ek unnecessary war mein mashgool hain, abhi bhi itne zabardast opportunities wahan par hain.</w:t>
      </w:r>
      <w:r>
        <w:br/>
      </w:r>
      <w:r>
        <w:rPr>
          <w:sz w:val="20"/>
        </w:rPr>
        <w:t>36:46  aap un ko agar un ka avail karen to sab kuch aap ko hasil hai, yani ke education bhi, business bhi, daawa work bhi, tourism bhi, sab kuch hasil hai.</w:t>
      </w:r>
      <w:r>
        <w:br/>
      </w:r>
      <w:r>
        <w:rPr>
          <w:sz w:val="20"/>
        </w:rPr>
        <w:t>37:01  to phir ladai kis liye? for what? isi liye maine jab suna is ko yeh kehte hue ke yeh ek uneven war hai, to maine kaha nahin, yeh ek unnecessary war hai.</w:t>
      </w:r>
      <w:r>
        <w:br/>
      </w:r>
      <w:r>
        <w:rPr>
          <w:sz w:val="20"/>
        </w:rPr>
        <w:t>37:17  jab sab kuch mil raha ho, ladhe baghair ladne ki zaroorat kya hai?</w:t>
      </w:r>
      <w:r>
        <w:br/>
      </w:r>
      <w:r>
        <w:rPr>
          <w:sz w:val="20"/>
        </w:rPr>
        <w:t>37:24  to wohi hai hazrat abdullah omar ne jo kaha tha, "qatalna", woh to hum ne kar diya,</w:t>
      </w:r>
      <w:r>
        <w:br/>
      </w:r>
      <w:r>
        <w:rPr>
          <w:sz w:val="20"/>
        </w:rPr>
        <w:t>37:30  jo rukawat thi khatam kar di. ab to khoob avail karo mawaqe ko, opportunities ko khoob avail karo har field mein.</w:t>
      </w:r>
    </w:p>
    <w:p>
      <w:pPr>
        <w:pStyle w:val="Heading2"/>
      </w:pPr>
      <w:r>
        <w:t>Negative thinking blocks even genius minds</w:t>
      </w:r>
    </w:p>
    <w:p>
      <w:r>
        <w:rPr>
          <w:color w:val="666666"/>
          <w:sz w:val="18"/>
        </w:rPr>
        <w:t>Intellectual Poverty of Modern World December 17, 2006 · 35s · at 11:35 · https://youtu.be/GdhR0DoI1Ys?t=695</w:t>
      </w:r>
    </w:p>
    <w:p>
      <w:r>
        <w:rPr>
          <w:i/>
        </w:rPr>
        <w:t>“منفی ہو جائیں تو مائنڈ ٹھیک سے کام نہیں کرتا۔”</w:t>
      </w:r>
    </w:p>
    <w:p>
      <w:r>
        <w:rPr>
          <w:sz w:val="20"/>
        </w:rPr>
        <w:t>11:35  jab aap dekhiye, manfi ho jayein to aap ka mind, chahe kitna hi bara mind ho, theek se kaam nahi karta.</w:t>
      </w:r>
      <w:r>
        <w:br/>
      </w:r>
      <w:r>
        <w:rPr>
          <w:sz w:val="20"/>
        </w:rPr>
        <w:t>11:46  aap kitne hi zaheen hon, aap kitne hi zaheen hon,</w:t>
      </w:r>
      <w:r>
        <w:br/>
      </w:r>
      <w:r>
        <w:rPr>
          <w:sz w:val="20"/>
        </w:rPr>
        <w:t>11:52  aap genius hon, lekin agar aap ke mind mein aa gayi nafrat, dushmani, manfi soch to aap kabhi bhi objective rai, objective rai nahi bana payenge.</w:t>
      </w:r>
    </w:p>
    <w:p>
      <w:pPr>
        <w:pStyle w:val="Heading2"/>
      </w:pPr>
      <w:r>
        <w:t>Prophet's positivity after migration</w:t>
      </w:r>
    </w:p>
    <w:p>
      <w:r>
        <w:rPr>
          <w:color w:val="666666"/>
          <w:sz w:val="18"/>
        </w:rPr>
        <w:t>Islam In The Light Of Its Scriptures I 22nd Feb. 07 · 3m 25s · at 58:12 · https://youtu.be/SCXsWiy6ikI?t=3492</w:t>
      </w:r>
    </w:p>
    <w:p>
      <w:r>
        <w:rPr>
          <w:i/>
        </w:rPr>
        <w:t>“When Prophet migrated from Mecca to Medina, it was very difficult journey.”</w:t>
      </w:r>
    </w:p>
    <w:p>
      <w:r>
        <w:rPr>
          <w:sz w:val="20"/>
        </w:rPr>
        <w:t>58:12  greatest quality of human being!</w:t>
      </w:r>
      <w:r>
        <w:br/>
      </w:r>
      <w:r>
        <w:rPr>
          <w:sz w:val="20"/>
        </w:rPr>
        <w:t>58:17  When the Prophet migrated from Mecca to Medina!</w:t>
      </w:r>
      <w:r>
        <w:br/>
      </w:r>
      <w:r>
        <w:rPr>
          <w:sz w:val="20"/>
        </w:rPr>
        <w:t>58:22  It was very difficult journey!</w:t>
      </w:r>
      <w:r>
        <w:br/>
      </w:r>
      <w:r>
        <w:rPr>
          <w:sz w:val="20"/>
        </w:rPr>
        <w:t>58:27  Because Mecca was his home town!</w:t>
      </w:r>
      <w:r>
        <w:br/>
      </w:r>
      <w:r>
        <w:rPr>
          <w:sz w:val="20"/>
        </w:rPr>
        <w:t>58:32  And due to some persecution!</w:t>
      </w:r>
      <w:r>
        <w:br/>
      </w:r>
      <w:r>
        <w:rPr>
          <w:sz w:val="20"/>
        </w:rPr>
        <w:t>58:37  He was compelled to leave his hometown!</w:t>
      </w:r>
      <w:r>
        <w:br/>
      </w:r>
      <w:r>
        <w:rPr>
          <w:sz w:val="20"/>
        </w:rPr>
        <w:t>58:43  It was a very sad experience for the Prophet! But you know! When he reached to Medina! And he gave his first sermon to Medina! This sermon or this address is reported in book of Seerah! Book of Seerah!</w:t>
      </w:r>
      <w:r>
        <w:br/>
      </w:r>
      <w:r>
        <w:rPr>
          <w:sz w:val="20"/>
        </w:rPr>
        <w:t>59:11  awal khatbat khatam rasool allah fi al-madinah! under under this caption! you can find this sermon! so, prophet! when prophet reached to medina! he never said although negative! he never gave them any kind of negative report! he saved himself from all kind of negative reporting!</w:t>
      </w:r>
      <w:r>
        <w:br/>
      </w:r>
      <w:r>
        <w:rPr>
          <w:sz w:val="20"/>
        </w:rPr>
        <w:t>59:41  He never said about all those persecutions!</w:t>
      </w:r>
      <w:r>
        <w:br/>
      </w:r>
      <w:r>
        <w:rPr>
          <w:sz w:val="20"/>
        </w:rPr>
        <w:t>59:46  All the atrocities!</w:t>
      </w:r>
      <w:r>
        <w:br/>
      </w:r>
      <w:r>
        <w:rPr>
          <w:sz w:val="20"/>
        </w:rPr>
        <w:t>59:51  aur do enemies! No!</w:t>
      </w:r>
      <w:r>
        <w:br/>
      </w:r>
      <w:r>
        <w:rPr>
          <w:sz w:val="20"/>
        </w:rPr>
        <w:t>59:57  Not at all!</w:t>
      </w:r>
      <w:r>
        <w:br/>
      </w:r>
      <w:r>
        <w:rPr>
          <w:sz w:val="20"/>
        </w:rPr>
        <w:t>1:00:02  Instead of these kind of negative stories! He said!</w:t>
      </w:r>
      <w:r>
        <w:br/>
      </w:r>
      <w:r>
        <w:rPr>
          <w:sz w:val="20"/>
        </w:rPr>
        <w:t>1:00:07  When he wanted to address Madinah people, he said,</w:t>
      </w:r>
      <w:r>
        <w:br/>
      </w:r>
      <w:r>
        <w:rPr>
          <w:sz w:val="20"/>
        </w:rPr>
        <w:t>1:00:13  O people! Save yourself from the fire of hell! O people! Save yourself of the fire of hell! Here is a very important point! It means that Prophet of Islam was completely free of all those negative thinking! Although he faced so many! So much negativity in Mecca!</w:t>
      </w:r>
      <w:r>
        <w:br/>
      </w:r>
      <w:r>
        <w:rPr>
          <w:sz w:val="20"/>
        </w:rPr>
        <w:t>1:00:43  But when he reached Madinah, he never reported all the negative news. But simply he said, "O people, save yourself from the fire of hell!" Only a positive thinker can say like this. Only a person, his heart was completely free of all the negative stories.</w:t>
      </w:r>
      <w:r>
        <w:br/>
      </w:r>
      <w:r>
        <w:rPr>
          <w:sz w:val="20"/>
        </w:rPr>
        <w:t>1:01:11  he can address like this! so, by this example! we find a very very important principle! this principle is that! you have to live with positivity! this is the secret of secret of success!</w:t>
      </w:r>
      <w:r>
        <w:br/>
      </w:r>
      <w:r>
        <w:rPr>
          <w:sz w:val="20"/>
        </w:rPr>
        <w:t>1:01:37  and although make people expelled him from his hometown! but you know! after this explosion! prophet was able to to open a new chapter of Islamic history! very soon! Madinah became the stronghold of Islam!</w:t>
      </w:r>
    </w:p>
    <w:p>
      <w:pPr>
        <w:pStyle w:val="Heading2"/>
      </w:pPr>
      <w:r>
        <w:t>Hitler and Bal Thackeray both failed</w:t>
      </w:r>
    </w:p>
    <w:p>
      <w:r>
        <w:rPr>
          <w:color w:val="666666"/>
          <w:sz w:val="18"/>
        </w:rPr>
        <w:t>Age of Peace 18 Nov, 2012 - Maulana Wahiduddin Khan · 1m 31s · at 1:40 · https://youtu.be/rLxr-OBhcPg?t=100</w:t>
      </w:r>
    </w:p>
    <w:p>
      <w:r>
        <w:rPr>
          <w:i/>
        </w:rPr>
        <w:t>“Bal Thackeray is dead”</w:t>
      </w:r>
    </w:p>
    <w:p>
      <w:r>
        <w:rPr>
          <w:sz w:val="20"/>
        </w:rPr>
        <w:t>1:40  maharashtra ke bahut hi fiery leader the, king of maharashtra kaha jata tha unko. aaj unki death ho gayi.</w:t>
      </w:r>
      <w:r>
        <w:br/>
      </w:r>
      <w:r>
        <w:rPr>
          <w:sz w:val="20"/>
        </w:rPr>
        <w:t>1:57  wo kaha karte the ke "i am a great admirer of hitler". main hitler ko bahut zyada pasand karta hoon. hitler ki jo ideology thi,</w:t>
      </w:r>
      <w:r>
        <w:br/>
      </w:r>
      <w:r>
        <w:rPr>
          <w:sz w:val="20"/>
        </w:rPr>
        <w:t>2:14  wahi bal thackeray ki ideology thi.</w:t>
      </w:r>
      <w:r>
        <w:br/>
      </w:r>
      <w:r>
        <w:rPr>
          <w:sz w:val="20"/>
        </w:rPr>
        <w:t>2:18  aap jante hain ke hitler jo hai, bahut hi zabardast qism ka war banger tha. wo tashaddud mein yaqeen rakhta tha.</w:t>
      </w:r>
      <w:r>
        <w:br/>
      </w:r>
      <w:r>
        <w:rPr>
          <w:sz w:val="20"/>
        </w:rPr>
        <w:t>2:30  lekin aap gaur kijiye, bal thackeray bhi apne target ko achieve kiye bina mar gaye.</w:t>
      </w:r>
      <w:r>
        <w:br/>
      </w:r>
      <w:r>
        <w:rPr>
          <w:sz w:val="20"/>
        </w:rPr>
        <w:t>2:39  isi tarah</w:t>
      </w:r>
      <w:r>
        <w:br/>
      </w:r>
      <w:r>
        <w:rPr>
          <w:sz w:val="20"/>
        </w:rPr>
        <w:t>2:44  hitler bhi apne target ko achieve kiye bina khatma ho gaya. hitler ka</w:t>
      </w:r>
      <w:r>
        <w:br/>
      </w:r>
      <w:r>
        <w:rPr>
          <w:sz w:val="20"/>
        </w:rPr>
        <w:t>2:55  wo khatma hitler ki umr us waqt 56 years thi, 56. aur bal thackeray ki umr 86. aur dono apne target ko achieve kiye bina khatam ho gaye.</w:t>
      </w:r>
    </w:p>
    <w:p>
      <w:pPr>
        <w:pStyle w:val="Heading2"/>
      </w:pPr>
      <w:r>
        <w:t>Islam's contribution ideology defined system flexible</w:t>
      </w:r>
    </w:p>
    <w:p>
      <w:r>
        <w:rPr>
          <w:color w:val="666666"/>
          <w:sz w:val="18"/>
        </w:rPr>
        <w:t>Islam and Politics November 17, 2013 · 4m 35s · at 18:22 · https://youtu.be/2MiJJ1QzDRY?t=1102</w:t>
      </w:r>
    </w:p>
    <w:p>
      <w:r>
        <w:rPr>
          <w:i/>
        </w:rPr>
        <w:t>“Yeh Islam ka bahut bada contribution hai insani tareekh ke liye”</w:t>
      </w:r>
    </w:p>
    <w:p>
      <w:r>
        <w:rPr>
          <w:sz w:val="20"/>
        </w:rPr>
        <w:t>18:22  to yeh saada baat nahin hai. main samajhta hoon ke yeh islam ka bahut bada contribution hai insani tareekh ke liye. yeh jo baat hai quran aur hadith mein ke ideology to bahut hi mukammal soorat mein bata di gayi hai.</w:t>
      </w:r>
      <w:r>
        <w:br/>
      </w:r>
      <w:r>
        <w:rPr>
          <w:sz w:val="20"/>
        </w:rPr>
        <w:t>18:42  system nahin bataya gaya hai. to yeh koi kami ki baat nahin hai. yeh islam ka ek bahut bada contribution hai insaan ki history mein.</w:t>
      </w:r>
      <w:r>
        <w:br/>
      </w:r>
      <w:r>
        <w:rPr>
          <w:sz w:val="20"/>
        </w:rPr>
        <w:t>18:58  kya hai? is liye ke saari tareekh mein isi ladaaiyan hoti rahi hain. ke logon ne chaha ke un ka un ke zehan mein jo nizaam hai us ko woh precize karein, us ko socialize karein,</w:t>
      </w:r>
      <w:r>
        <w:br/>
      </w:r>
      <w:r>
        <w:rPr>
          <w:sz w:val="20"/>
        </w:rPr>
        <w:t>19:12  us ko implement karein poori ijtamai zindagi mein. is liye ladaai hoti rahi baar baar.</w:t>
      </w:r>
      <w:r>
        <w:br/>
      </w:r>
      <w:r>
        <w:rPr>
          <w:sz w:val="20"/>
        </w:rPr>
        <w:t>19:23  poori tareekh mein jo mufakkir hain, jo thinkers hain, jo reformers hain woh sab khud aur un ke followers heet mein jeete rahe, ladaai mein jeete rahe.</w:t>
      </w:r>
      <w:r>
        <w:br/>
      </w:r>
      <w:r>
        <w:rPr>
          <w:sz w:val="20"/>
        </w:rPr>
        <w:t>19:35  isi liye ke woh chahte the system ko apne nazariye ke mutabiq dhalna. to system to ek already hota hai.</w:t>
      </w:r>
      <w:r>
        <w:br/>
      </w:r>
      <w:r>
        <w:rPr>
          <w:sz w:val="20"/>
        </w:rPr>
        <w:t>19:44  jab ek hota hai to woh resist karega. woh apne ko bachane ke liye ladega aap se. to islam ne bahut zabardast taur par ek islaahi naqsha bataya jeene ka.</w:t>
      </w:r>
      <w:r>
        <w:br/>
      </w:r>
      <w:r>
        <w:rPr>
          <w:sz w:val="20"/>
        </w:rPr>
        <w:t>19:59  woh kya hai? ke tumhara jo nazariya hai, tum ne jis cheez ko discover kiya hai, us ko apni zindagi mein follow karo.</w:t>
      </w:r>
      <w:r>
        <w:br/>
      </w:r>
      <w:r>
        <w:rPr>
          <w:sz w:val="20"/>
        </w:rPr>
        <w:t>20:12  aap ne deen ko discover kiya hai to deen par khud ko aap qaim kar lein. apni zindagi mein us ko follow karein.</w:t>
      </w:r>
      <w:r>
        <w:br/>
      </w:r>
      <w:r>
        <w:rPr>
          <w:sz w:val="20"/>
        </w:rPr>
        <w:t>20:22  lekin jahan tak system ki baat hai, social system, political system ki baat hai, is mein aap status ko woh maan lein.</w:t>
      </w:r>
      <w:r>
        <w:br/>
      </w:r>
      <w:r>
        <w:rPr>
          <w:sz w:val="20"/>
        </w:rPr>
        <w:t>20:35  status ko maan lein to kya hoga? aap ko jo political power se bahar jo opportunities hain woh sab aap ke liye khul jayengi.</w:t>
      </w:r>
      <w:r>
        <w:br/>
      </w:r>
      <w:r>
        <w:rPr>
          <w:sz w:val="20"/>
        </w:rPr>
        <w:t>20:50  dekhein zindagi mein less than one percent dakhal hai politics ka aur more than ninety-nine percent jo hai woh politics ke bahar hai.</w:t>
      </w:r>
      <w:r>
        <w:br/>
      </w:r>
      <w:r>
        <w:rPr>
          <w:sz w:val="20"/>
        </w:rPr>
        <w:t>21:05  abhi aaj ke akhbaar mein padh raha tha main shchin tadolkar ka itna tha ke akhbaar bhara hua tha isi se.</w:t>
      </w:r>
      <w:r>
        <w:br/>
      </w:r>
      <w:r>
        <w:rPr>
          <w:sz w:val="20"/>
        </w:rPr>
        <w:t>21:15  to kya koi political yaani political position ki wajah se hai? yaani shchin tadolkar ko itna jo maqam mila hai ke is mein main ne radio mein suna ke kal jab woh jeete hain apna aakhri match to prime minister un ko dena chahte the mubarakbaad.</w:t>
      </w:r>
      <w:r>
        <w:br/>
      </w:r>
      <w:r>
        <w:rPr>
          <w:sz w:val="20"/>
        </w:rPr>
        <w:t>21:36  telephone jab kiya prime minister sahib ne to prime minister ko line mein rukna pada. yaani doosre telephone baat kar rahe the shchin.</w:t>
      </w:r>
      <w:r>
        <w:br/>
      </w:r>
      <w:r>
        <w:rPr>
          <w:sz w:val="20"/>
        </w:rPr>
        <w:t>21:47  yaani itni zabardast rush tha mubarakbaad dene walon ka ke prime minister ko bhi line mein khada hona pada. lekin kaun sa karmana un ka hai?</w:t>
      </w:r>
      <w:r>
        <w:br/>
      </w:r>
      <w:r>
        <w:rPr>
          <w:sz w:val="20"/>
        </w:rPr>
        <w:t>21:58  kya india ke woh political head the? ruler the india ke? politics koi matlab hi nahin un ka nahin. cricket ki duniya mein unhon ne chaubis saal saal cricket khela, wahan karname dikhaye to un ko aitmaad darja mil gaya.</w:t>
      </w:r>
      <w:r>
        <w:br/>
      </w:r>
      <w:r>
        <w:rPr>
          <w:sz w:val="20"/>
        </w:rPr>
        <w:t>22:17  woh bahar darthan banaye gaye aur pata nahin kya kya un ko aezazat diye gaye. to yeh sab politics ke bahar. is baat ko islam ne is ki point out kiya is cheez ko ke politics ke bahar to sab kuch hai.</w:t>
      </w:r>
      <w:r>
        <w:br/>
      </w:r>
      <w:r>
        <w:rPr>
          <w:sz w:val="20"/>
        </w:rPr>
        <w:t>22:32  politics to bahut thoda sa hai.</w:t>
      </w:r>
      <w:r>
        <w:br/>
      </w:r>
      <w:r>
        <w:rPr>
          <w:sz w:val="20"/>
        </w:rPr>
        <w:t>22:37  to is ka formula adjustment ka yeh bataya islam ne ke apni zaat ke mamle mein tum apna jo nazariya hai us ko ikhtiyar kar lo.</w:t>
      </w:r>
      <w:r>
        <w:br/>
      </w:r>
      <w:r>
        <w:rPr>
          <w:sz w:val="20"/>
        </w:rPr>
        <w:t>22:45  apni zaat ke mamle mein tum idealist ban jao. aur jahan tak mamla social life aur political life ka hai wahan par jo status quo hai us ko maan lo.</w:t>
      </w:r>
    </w:p>
    <w:p>
      <w:pPr>
        <w:pStyle w:val="Heading2"/>
      </w:pPr>
      <w:r>
        <w:t>Full case for the Prophet elevating women's status</w:t>
      </w:r>
    </w:p>
    <w:p>
      <w:r>
        <w:rPr>
          <w:color w:val="666666"/>
          <w:sz w:val="18"/>
        </w:rPr>
        <w:t>The Position of Woman in Islam March 6, 2022 Maulana Wahiduddin Khan · 4m 58s · at 21:47 · https://youtu.be/xEPOBSMmqk4?t=1307</w:t>
      </w:r>
    </w:p>
    <w:p>
      <w:r>
        <w:rPr>
          <w:i/>
        </w:rPr>
        <w:t>“How did the Prophet of Islam elevate the position of women?”</w:t>
      </w:r>
    </w:p>
    <w:p>
      <w:r>
        <w:rPr>
          <w:sz w:val="20"/>
        </w:rPr>
        <w:t>21:47  ji, jaza kalla aapa for giving up very important talk today. i will also request online viewers that please mention your location when you post your questions or comments. yeh sawal meerut se bheja hai miss shavana ne. unhone likha hai ki bahut si baatein wazeh huin aaj ke talk se.</w:t>
      </w:r>
      <w:r>
        <w:br/>
      </w:r>
      <w:r>
        <w:rPr>
          <w:sz w:val="20"/>
        </w:rPr>
        <w:t>22:13  kai log humse yeh poochte hain khaskar non muslims that how did the prophet of islam elevate the position of women? iske baare mein bataein. ab rasoolullah sarsalm ne yahi kiya ki har mauqe par auraton ko participation allow kiya.</w:t>
      </w:r>
      <w:r>
        <w:br/>
      </w:r>
      <w:r>
        <w:rPr>
          <w:sz w:val="20"/>
        </w:rPr>
        <w:t>22:38  ab aurtein namaz padhne jaati thi, sermon attend karti thi, maidan-e-jang mein jaati thi, business karti thi. kabhi aapne mana nahi kiya unko.</w:t>
      </w:r>
      <w:r>
        <w:br/>
      </w:r>
      <w:r>
        <w:rPr>
          <w:sz w:val="20"/>
        </w:rPr>
        <w:t>22:48  ek baar kisi ek ek sahabi ne kaha ki to yahi ab wo zamana dekhiye wo zamana doosra tha. bahar ki duniya mein aurat ke liye kuch kaam nahi tha.</w:t>
      </w:r>
      <w:r>
        <w:br/>
      </w:r>
      <w:r>
        <w:rPr>
          <w:sz w:val="20"/>
        </w:rPr>
        <w:t>23:13  to jo available opportunities thi to usmein aapne kabhi mana nahi kiya. ek umm mein dada thi.</w:t>
      </w:r>
      <w:r>
        <w:br/>
      </w:r>
      <w:r>
        <w:rPr>
          <w:sz w:val="20"/>
        </w:rPr>
        <w:t>23:21  ek baar unke husband ne ek baar unhone apna aap apna bag jo hai woh waqt kar diya</w:t>
      </w:r>
      <w:r>
        <w:br/>
      </w:r>
      <w:r>
        <w:rPr>
          <w:sz w:val="20"/>
        </w:rPr>
        <w:t>23:32  islam koi zaroorat thi wahan to unhone kaha maine apna bag de diya shauk se, bahut khushi se</w:t>
      </w:r>
      <w:r>
        <w:br/>
      </w:r>
      <w:r>
        <w:rPr>
          <w:sz w:val="20"/>
        </w:rPr>
        <w:t>23:43  woh wahan se bag chhod kar chali aayi.</w:t>
      </w:r>
      <w:r>
        <w:br/>
      </w:r>
      <w:r>
        <w:rPr>
          <w:sz w:val="20"/>
        </w:rPr>
        <w:t>23:54  to har kaam karte the aur kabhi bhi rasoolullah sasm ne unko mana nahi kiya. sirf ek baar haadar t, asma kaun haadar t? aadar ta bagr ki beti thi. ji ji. bahut hi bareek kapda pehan ke aai thi. to aapne mana kiya. to ki aisa kapda nahi pehanna hai.</w:t>
      </w:r>
      <w:r>
        <w:br/>
      </w:r>
      <w:r>
        <w:rPr>
          <w:sz w:val="20"/>
        </w:rPr>
        <w:t>24:13  to bas yeh hai ki aurat ko apni bahut sanjeeda uski tarz mein rehna hai, sanjeedgi se rehna hai, kapde sahi pehanna hai, tight fitting kapde nahi pehanna hai, yeh sab zaroori hai aur baqi jo hai wo jitna bhi kaam wo kar sakti hai wo karein. kabhi rasoolullah ne mana nahi kiya kisi kaam ko.</w:t>
      </w:r>
      <w:r>
        <w:br/>
      </w:r>
      <w:r>
        <w:rPr>
          <w:sz w:val="20"/>
        </w:rPr>
        <w:t>24:37  isi se pata chalta hai ki kitna zyada aapne unki position ko elevate kiya hai. ji. ab main ismein ek rasoolullah ka ek, ki ek saying add karunga.</w:t>
      </w:r>
      <w:r>
        <w:br/>
      </w:r>
      <w:r>
        <w:rPr>
          <w:sz w:val="20"/>
        </w:rPr>
        <w:t>24:51  aadesh, rasoolullah salah salah ne hazrat aadi yeb nahatim ko kaha tha ki agar tumhari zindagi lambi ho to tum dekho ge ki ek aurat haira se niklegi aur kaba akele jaakar kisi ki panah liye bagair tawaf karegi.</w:t>
      </w:r>
      <w:r>
        <w:br/>
      </w:r>
      <w:r>
        <w:rPr>
          <w:sz w:val="20"/>
        </w:rPr>
        <w:t>25:10  haira yeh kufa jo maujooda kufa hai Iraq mein wahan par ek shahar tha pehle aur kaba yeh hijaz mein makka saudi mein yaani bahut lambi musafat hai wahan se wahan tak. us zamane mein akele aana ek impossible baat thi. wasoolullah ne kaha tha ki tum dekho ge yaani hum jo deen lekar aaye hain, yeh aisa deen hai ki har ek ko aazadi milegi, opportunity milegi.</w:t>
      </w:r>
      <w:r>
        <w:br/>
      </w:r>
      <w:r>
        <w:rPr>
          <w:sz w:val="20"/>
        </w:rPr>
        <w:t>25:35  yahan tak ki ek aurat bhi akele safar karke ek jagah se doosre kaam ke liye, apne kaam ke liye jayegi aur aayegi akele. to yeh sirf safar ki baat nahi balki har cheez ke liye yeh ek numayinta misar hai ki rasoolla ne kaise har ek ke liye mauka khola tha. to yeh samajhne ki baat hai humko. ji. ab dekhiye aaj kaha jata hai ki bagair maharamb ke hum kahin ja nahi sakte. abhi dekhiye kitna clear misal hai. halaat ke hisab se hoga.</w:t>
      </w:r>
      <w:r>
        <w:br/>
      </w:r>
      <w:r>
        <w:rPr>
          <w:sz w:val="20"/>
        </w:rPr>
        <w:t>26:04  agar halaat safe nahi hai to hamein akele nahi jana chahiye. halaat safe hai jaise aap jahaz ki sawari hoti hai khastor par, hum wahan baith jaate hain jah jahaz utarta hai wahan koi aakar hamein le jaata hai. to bilkul safety ke point of view se bilkul theek hai yeh baat.</w:t>
      </w:r>
      <w:r>
        <w:br/>
      </w:r>
      <w:r>
        <w:rPr>
          <w:sz w:val="20"/>
        </w:rPr>
        <w:t>26:21  to yeh hum logon ne rasoolullah sausalm ki misalon ko logon ko nahi bataya balki jo fauqhanen jo hamein bataya hai, bas hum utna nahi jaante hain. to hamein we will have to go back to the life of the prophet and to his examples only then we can return to the pristine original islam.</w:t>
      </w:r>
      <w:r>
        <w:br/>
      </w:r>
      <w:r>
        <w:rPr>
          <w:sz w:val="20"/>
        </w:rPr>
        <w:t>26:45  ji in fact aapa i would also like to narrate, you know, one or two hadith which very clearly shows that in islam the position of women is actually higher and definitely not lower. like quran mein bhi jaise aap aaya ki you are member one of another. so you know it is like equal status and prophet once narrated you know a very important thing.</w:t>
      </w:r>
    </w:p>
    <w:p>
      <w:pPr>
        <w:pStyle w:val="Heading2"/>
      </w:pPr>
      <w:r>
        <w:t>Personal transformation and rediscover Islam</w:t>
      </w:r>
    </w:p>
    <w:p>
      <w:r>
        <w:rPr>
          <w:color w:val="666666"/>
          <w:sz w:val="18"/>
        </w:rPr>
        <w:t>The Task Ahead | October 11, 2009 | Maulana Wahiduddin Khan · 5m 35s · at 24:07 · https://youtu.be/07gb5LwpFpg?t=1447</w:t>
      </w:r>
    </w:p>
    <w:p>
      <w:r>
        <w:rPr>
          <w:i/>
        </w:rPr>
        <w:t>“Allah ne aahista kiya ke main negative thinking se khali ho gaya.”</w:t>
      </w:r>
    </w:p>
    <w:p>
      <w:r>
        <w:rPr>
          <w:sz w:val="20"/>
        </w:rPr>
        <w:t>24:07  se Allah taala ne ahista kiya ke mein negative thinking se bilkul hi khali kar diya ab is ko. koi aisa operation meri zindagi mein hua bachpan mein mein chhat se gir pada tha. aur gir kar behosh ho gaya tha. sara khoon beh gaya tha. yani teesri manzil se doosri manzil par gir gaya tha. jab mein gaon mein rehta tha badhiya mein tab ki baat hai. chhota tha. to shayad isi mein kuch operation mere dimagh ka hua ke mere dimagh se negati</w:t>
      </w:r>
      <w:r>
        <w:br/>
      </w:r>
      <w:r>
        <w:rPr>
          <w:sz w:val="20"/>
        </w:rPr>
        <w:t>24:37  vote khatam ho gayi.</w:t>
      </w:r>
      <w:r>
        <w:br/>
      </w:r>
      <w:r>
        <w:rPr>
          <w:sz w:val="20"/>
        </w:rPr>
        <w:t>24:42  kisi bhi waqeye ko is ke baad se main ne negative andaaz mein nahi dekha.</w:t>
      </w:r>
      <w:r>
        <w:br/>
      </w:r>
      <w:r>
        <w:rPr>
          <w:sz w:val="20"/>
        </w:rPr>
        <w:t>24:47  misal ke taur par dekhiye hamare bare bhai hote hain aap aalamah sohail.</w:t>
      </w:r>
      <w:r>
        <w:br/>
      </w:r>
      <w:r>
        <w:rPr>
          <w:sz w:val="20"/>
        </w:rPr>
        <w:t>24:52  wo freedom fighter the, main bhi un ke sath isi mein rehta tha chote par.</w:t>
      </w:r>
      <w:r>
        <w:br/>
      </w:r>
      <w:r>
        <w:rPr>
          <w:sz w:val="20"/>
        </w:rPr>
        <w:t>24:57  to wo us waqt kya kehte the? keh hindu India mein hindu musalman jo ladte hain wo angrez</w:t>
      </w:r>
      <w:r>
        <w:br/>
      </w:r>
      <w:r>
        <w:rPr>
          <w:sz w:val="20"/>
        </w:rPr>
        <w:t>25:03  ladwa raha hai.</w:t>
      </w:r>
      <w:r>
        <w:br/>
      </w:r>
      <w:r>
        <w:rPr>
          <w:sz w:val="20"/>
        </w:rPr>
        <w:t>25:08  to un ka sher tha: "yun sheesha o saghar takrayein, munh dekhte mein kuchla jayen." yani sheesha aur</w:t>
      </w:r>
      <w:r>
        <w:br/>
      </w:r>
      <w:r>
        <w:rPr>
          <w:sz w:val="20"/>
        </w:rPr>
        <w:t>25:13  saghar yani yeh dekhiye yeh glass hai aur yeh sheesha bhi hai.</w:t>
      </w:r>
      <w:r>
        <w:br/>
      </w:r>
      <w:r>
        <w:rPr>
          <w:sz w:val="20"/>
        </w:rPr>
        <w:t>25:18  to sheesha aur glass ek hi cheez hai.</w:t>
      </w:r>
      <w:r>
        <w:br/>
      </w:r>
      <w:r>
        <w:rPr>
          <w:sz w:val="20"/>
        </w:rPr>
        <w:t>25:24  to unhone kaha tha keh "yun sheesha o saghar takrayein, munh dekhte mein kuchla jayen." yeh sheesha</w:t>
      </w:r>
      <w:r>
        <w:br/>
      </w:r>
      <w:r>
        <w:rPr>
          <w:sz w:val="20"/>
        </w:rPr>
        <w:t>25:29  aur glass dono ek hi cheez hain phir bhi lad rahe hain aapas mein.</w:t>
      </w:r>
      <w:r>
        <w:br/>
      </w:r>
      <w:r>
        <w:rPr>
          <w:sz w:val="20"/>
        </w:rPr>
        <w:t>25:34  woh hindu musalman ek hai bilkul aur angrez ladwa rahe hain hum ko.</w:t>
      </w:r>
      <w:r>
        <w:br/>
      </w:r>
      <w:r>
        <w:rPr>
          <w:sz w:val="20"/>
        </w:rPr>
        <w:t>25:39  1947 mein india azaad ho gaya. aur us ke baad bhi larai chalti rahi. kamra right shuru ho gaye. to kya hua? iqbal sohail sahib negative ho gaye. iqbal sohail kaha tha unhone mere bade bhai the woh. lekin mein aap jante hain ke mein family ko le kar koi bhi</w:t>
      </w:r>
      <w:r>
        <w:br/>
      </w:r>
      <w:r>
        <w:rPr>
          <w:sz w:val="20"/>
        </w:rPr>
        <w:t>26:09  meri soch nahi chalti. mein koi na family hai na koi dost hai na koi kuch nahi. mera sab kuch khuda hai. sab kuch mera khuda hai. to unhone phir sher kaha kya? is ke baad unhone yeh kaha: "tumhari pasti fitrat na thi yun aashiqa rab tak ke thi deewar zinda raaz dil ki parda daar ab tak." yani hinduo ke bare mein kaha unhone ke hindu bohat hi pa</w:t>
      </w:r>
      <w:r>
        <w:br/>
      </w:r>
      <w:r>
        <w:rPr>
          <w:sz w:val="20"/>
        </w:rPr>
        <w:t>26:39  sath thay lekin chupi hui thi angrezon ki wajah se un ki.</w:t>
      </w:r>
      <w:r>
        <w:br/>
      </w:r>
      <w:r>
        <w:rPr>
          <w:sz w:val="20"/>
        </w:rPr>
        <w:t>26:43  tumhari pasti fitrat na thi youn aashiqa rab tak ke thi deewar zinda raaz dil ki parda daar ab tak.</w:t>
      </w:r>
      <w:r>
        <w:br/>
      </w:r>
      <w:r>
        <w:rPr>
          <w:sz w:val="20"/>
        </w:rPr>
        <w:t>26:47  main khuda hafiz se kabhi hindu se nafrat nahi ki maine.</w:t>
      </w:r>
      <w:r>
        <w:br/>
      </w:r>
      <w:r>
        <w:rPr>
          <w:sz w:val="20"/>
        </w:rPr>
        <w:t>26:51  woh ek naya morr aa gaya mere liye.</w:t>
      </w:r>
      <w:r>
        <w:br/>
      </w:r>
      <w:r>
        <w:rPr>
          <w:sz w:val="20"/>
        </w:rPr>
        <w:t>26:55  jab maine dekha ke hindu musalman ab bhi lad rahe hain.</w:t>
      </w:r>
      <w:r>
        <w:br/>
      </w:r>
      <w:r>
        <w:rPr>
          <w:sz w:val="20"/>
        </w:rPr>
        <w:t>26:59  angrez jaane ke baad bhi.</w:t>
      </w:r>
      <w:r>
        <w:br/>
      </w:r>
      <w:r>
        <w:rPr>
          <w:sz w:val="20"/>
        </w:rPr>
        <w:t>27:02  toh maine kaha ke mera goal galat tha.</w:t>
      </w:r>
      <w:r>
        <w:br/>
      </w:r>
      <w:r>
        <w:rPr>
          <w:sz w:val="20"/>
        </w:rPr>
        <w:t>27:06  goal azadi nahi thi, goal truth thi, truth, sachai.</w:t>
      </w:r>
      <w:r>
        <w:br/>
      </w:r>
      <w:r>
        <w:rPr>
          <w:sz w:val="20"/>
        </w:rPr>
        <w:t>27:10  wohin se yani 47 se mere andar ek naya انقلاب aaya. 47 se. mein ne 1936 mein jab hamare bhai sahab upa ke member member bane the upa assembly mein 1936 mein. us waqt se shuru hui thi meri zindagi yani 70 saal pehle. to 70 saal pehle kya tha mein samajhta tha ke angrez sare jo malady hai india mein us ke zimmedar angrez hain. to angrez jayenge to hindu musalman jo hain aapas mein</w:t>
      </w:r>
      <w:r>
        <w:br/>
      </w:r>
      <w:r>
        <w:rPr>
          <w:sz w:val="20"/>
        </w:rPr>
        <w:t>27:40  khoob dost ban kar rahenge.</w:t>
      </w:r>
      <w:r>
        <w:br/>
      </w:r>
      <w:r>
        <w:rPr>
          <w:sz w:val="20"/>
        </w:rPr>
        <w:t>27:45  aur 47 mein jab hindu musalman phir ladne lage.</w:t>
      </w:r>
      <w:r>
        <w:br/>
      </w:r>
      <w:r>
        <w:rPr>
          <w:sz w:val="20"/>
        </w:rPr>
        <w:t>27:49  toh na sirf Iqbal Sohail sari India one to all sare log jo hain sare musalman hindu se</w:t>
      </w:r>
      <w:r>
        <w:br/>
      </w:r>
      <w:r>
        <w:rPr>
          <w:sz w:val="20"/>
        </w:rPr>
        <w:t>27:54  nafrat karne lage.</w:t>
      </w:r>
      <w:r>
        <w:br/>
      </w:r>
      <w:r>
        <w:rPr>
          <w:sz w:val="20"/>
        </w:rPr>
        <w:t>27:58  sare hi musalman ek bhi is mein exception nahi yaad rakhiye.</w:t>
      </w:r>
      <w:r>
        <w:br/>
      </w:r>
      <w:r>
        <w:rPr>
          <w:sz w:val="20"/>
        </w:rPr>
        <w:t>28:02  ke pehle nafrat karte thay woh angrez se ab karne lage hindu se.</w:t>
      </w:r>
      <w:r>
        <w:br/>
      </w:r>
      <w:r>
        <w:rPr>
          <w:sz w:val="20"/>
        </w:rPr>
        <w:t>28:07  main akela exception tha ke maine kaha ke yeh sab yeh yeh goal hi galat tha.</w:t>
      </w:r>
      <w:r>
        <w:br/>
      </w:r>
      <w:r>
        <w:rPr>
          <w:sz w:val="20"/>
        </w:rPr>
        <w:t>28:11  sahi goal hai sachai ki talash, khuda ki talash.</w:t>
      </w:r>
      <w:r>
        <w:br/>
      </w:r>
      <w:r>
        <w:rPr>
          <w:sz w:val="20"/>
        </w:rPr>
        <w:t>28:15  aur us waqt se meri zindagi mein ek naya inqilab aaya.</w:t>
      </w:r>
      <w:r>
        <w:br/>
      </w:r>
      <w:r>
        <w:rPr>
          <w:sz w:val="20"/>
        </w:rPr>
        <w:t>28:19  toh yeh jo hamare leader thay chahe arab hon ya ghair arab.</w:t>
      </w:r>
      <w:r>
        <w:br/>
      </w:r>
      <w:r>
        <w:rPr>
          <w:sz w:val="20"/>
        </w:rPr>
        <w:t>28:23  bas angrezon se nafrat karne lage, Americans se nafrat karne lage.</w:t>
      </w:r>
      <w:r>
        <w:br/>
      </w:r>
      <w:r>
        <w:rPr>
          <w:sz w:val="20"/>
        </w:rPr>
        <w:t>28:26  French se nafrat karne lage.</w:t>
      </w:r>
      <w:r>
        <w:br/>
      </w:r>
      <w:r>
        <w:rPr>
          <w:sz w:val="20"/>
        </w:rPr>
        <w:t>28:30  kyun ke unhon ne khilafat empire ko khatam kiya tha.</w:t>
      </w:r>
      <w:r>
        <w:br/>
      </w:r>
      <w:r>
        <w:rPr>
          <w:sz w:val="20"/>
        </w:rPr>
        <w:t>28:34  aur Mughal empire ko khatam kiya tha.</w:t>
      </w:r>
      <w:r>
        <w:br/>
      </w:r>
      <w:r>
        <w:rPr>
          <w:sz w:val="20"/>
        </w:rPr>
        <w:t>28:38  lekin sochne ki baat yeh thi ke introspection aata hai unhon ne un ke andar. ke hamari</w:t>
      </w:r>
      <w:r>
        <w:br/>
      </w:r>
      <w:r>
        <w:rPr>
          <w:sz w:val="20"/>
        </w:rPr>
        <w:t>28:42  kon si weakness thi jis ki waja se aisa hua.</w:t>
      </w:r>
      <w:r>
        <w:br/>
      </w:r>
      <w:r>
        <w:rPr>
          <w:sz w:val="20"/>
        </w:rPr>
        <w:t>28:47  yad rakhiye hamesha aap ki internal weakness se aisi baatein hua karti hain.</w:t>
      </w:r>
      <w:r>
        <w:br/>
      </w:r>
      <w:r>
        <w:rPr>
          <w:sz w:val="20"/>
        </w:rPr>
        <w:t>28:52  koi zulm nahi, koi conspiracy nahi.</w:t>
      </w:r>
      <w:r>
        <w:br/>
      </w:r>
      <w:r>
        <w:rPr>
          <w:sz w:val="20"/>
        </w:rPr>
        <w:t>28:57  koi bahir ka koi kuch nahi karta.</w:t>
      </w:r>
      <w:r>
        <w:br/>
      </w:r>
      <w:r>
        <w:rPr>
          <w:sz w:val="20"/>
        </w:rPr>
        <w:t>29:02  aap ki apni weakness jo hai usi sab kuch hota hai jo hota hai.</w:t>
      </w:r>
      <w:r>
        <w:br/>
      </w:r>
      <w:r>
        <w:rPr>
          <w:sz w:val="20"/>
        </w:rPr>
        <w:t>29:07  to ab ab jo kya hua? ke reaction</w:t>
      </w:r>
      <w:r>
        <w:br/>
      </w:r>
      <w:r>
        <w:rPr>
          <w:sz w:val="20"/>
        </w:rPr>
        <w:t>29:12  kar ke un ke khilaf lage taqreerain karne.</w:t>
      </w:r>
      <w:r>
        <w:br/>
      </w:r>
      <w:r>
        <w:rPr>
          <w:sz w:val="20"/>
        </w:rPr>
        <w:t>29:15  jo Muhammaduddin Owain thay woh Paris pohanch gaye.</w:t>
      </w:r>
      <w:r>
        <w:br/>
      </w:r>
      <w:r>
        <w:rPr>
          <w:sz w:val="20"/>
        </w:rPr>
        <w:t>29:18  wahan se nikalte thay al-Urdu al-Asqa.</w:t>
      </w:r>
      <w:r>
        <w:br/>
      </w:r>
      <w:r>
        <w:rPr>
          <w:sz w:val="20"/>
        </w:rPr>
        <w:t>29:22  kyun ke yahan par mauqa nahi dekha unhon ne.</w:t>
      </w:r>
      <w:r>
        <w:br/>
      </w:r>
      <w:r>
        <w:rPr>
          <w:sz w:val="20"/>
        </w:rPr>
        <w:t>29:25  jo Paris se nikalte thay al-Urdu al-Asqa.</w:t>
      </w:r>
      <w:r>
        <w:br/>
      </w:r>
      <w:r>
        <w:rPr>
          <w:sz w:val="20"/>
        </w:rPr>
        <w:t>29:29  colonialism ke khilaf.</w:t>
      </w:r>
      <w:r>
        <w:br/>
      </w:r>
      <w:r>
        <w:rPr>
          <w:sz w:val="20"/>
        </w:rPr>
        <w:t>29:32  aag barshate thay aag.</w:t>
      </w:r>
      <w:r>
        <w:br/>
      </w:r>
      <w:r>
        <w:rPr>
          <w:sz w:val="20"/>
        </w:rPr>
        <w:t>29:35  is se kuch nahi kaam chala.</w:t>
      </w:r>
      <w:r>
        <w:br/>
      </w:r>
      <w:r>
        <w:rPr>
          <w:sz w:val="20"/>
        </w:rPr>
        <w:t>29:39  to kya hua phir ladaai chhedi jihad ke naam par is se bhi kuch kaam nahi chala.</w:t>
      </w:r>
    </w:p>
    <w:p>
      <w:pPr>
        <w:pStyle w:val="Heading2"/>
      </w:pPr>
      <w:r>
        <w:t>Hadith fulfilled in age of communication</w:t>
      </w:r>
    </w:p>
    <w:p>
      <w:r>
        <w:rPr>
          <w:color w:val="666666"/>
          <w:sz w:val="18"/>
        </w:rPr>
        <w:t>Role of Dayee in the Modern Age Sept 22, 2012 - Maulana Wahiduddin Khan · 2m 10s · at 24:33 · https://youtu.be/kRdsp_EkGX4?t=1473</w:t>
      </w:r>
    </w:p>
    <w:p>
      <w:r>
        <w:rPr>
          <w:i/>
        </w:rPr>
        <w:t>“La yabqa ala wajhil ard bayt...”</w:t>
      </w:r>
    </w:p>
    <w:p>
      <w:r>
        <w:rPr>
          <w:sz w:val="20"/>
        </w:rPr>
        <w:t>24:33  jab mein is ko sochta hoon to mujhe woh hadith yaad aati hai. ke "la yabaqa ala wajh al arz bait madar wa la wabar illa adkhal Allah kalimat al Islam".</w:t>
      </w:r>
      <w:r>
        <w:br/>
      </w:r>
      <w:r>
        <w:rPr>
          <w:sz w:val="20"/>
        </w:rPr>
        <w:t>24:52  zameen par koi chota ya bara ghar nahi bache ga jahan Allah Islam kalma dakhil na kar de. ab is par ghor kijiye.</w:t>
      </w:r>
      <w:r>
        <w:br/>
      </w:r>
      <w:r>
        <w:rPr>
          <w:sz w:val="20"/>
        </w:rPr>
        <w:t>25:04  rasool Allah ne yeh lafz, rasool Allah ne yeh baat kahi thi choda so saal pehle. choda so saal pehle.</w:t>
      </w:r>
      <w:r>
        <w:br/>
      </w:r>
      <w:r>
        <w:rPr>
          <w:sz w:val="20"/>
        </w:rPr>
        <w:t>25:16  aap ghor kijiye ke choda so saal pehle yeh to mumkin nahi tha.</w:t>
      </w:r>
      <w:r>
        <w:br/>
      </w:r>
      <w:r>
        <w:rPr>
          <w:sz w:val="20"/>
        </w:rPr>
        <w:t>25:24  choda so saal pehle koi yeh bhi nahi janta tha ke zameen ka raqba kya hai. dunya mein kitne mulk hain.</w:t>
      </w:r>
      <w:r>
        <w:br/>
      </w:r>
      <w:r>
        <w:rPr>
          <w:sz w:val="20"/>
        </w:rPr>
        <w:t>25:33  kaise yani is waqt dunya ke har ghar mein har ghar mein Allah ke paigham pohanchana sarr se mumkin nahi tha.</w:t>
      </w:r>
      <w:r>
        <w:br/>
      </w:r>
      <w:r>
        <w:rPr>
          <w:sz w:val="20"/>
        </w:rPr>
        <w:t>25:45  is waqt aap ne yeh farmaya.</w:t>
      </w:r>
      <w:r>
        <w:br/>
      </w:r>
      <w:r>
        <w:rPr>
          <w:sz w:val="20"/>
        </w:rPr>
        <w:t>25:49  ab aap ghor kijiye ke jab mumkin nahi tha to is ka mukhateb kaun tha? yeh bohat ziyada sochne wali baat hai.</w:t>
      </w:r>
      <w:r>
        <w:br/>
      </w:r>
      <w:r>
        <w:rPr>
          <w:sz w:val="20"/>
        </w:rPr>
        <w:t>25:59  jab rasool Allah yeh farma rahe hain ke Allah ka mansooba hai, Allah ka mansooba hai ke sari dunya ke ghar mein Allah ka masjid pohanch jaye.</w:t>
      </w:r>
      <w:r>
        <w:br/>
      </w:r>
      <w:r>
        <w:rPr>
          <w:sz w:val="20"/>
        </w:rPr>
        <w:t>26:14  to us waqt jo log aap ki baat sun rahe thay</w:t>
      </w:r>
      <w:r>
        <w:br/>
      </w:r>
      <w:r>
        <w:rPr>
          <w:sz w:val="20"/>
        </w:rPr>
        <w:t>26:20  woh to unhein ilm bhi nahi tha ke dunya kitni bari hai.</w:t>
      </w:r>
      <w:r>
        <w:br/>
      </w:r>
      <w:r>
        <w:rPr>
          <w:sz w:val="20"/>
        </w:rPr>
        <w:t>26:26  us waqt na to communication tha na printing press tha. na print media tha na electronic media tha. to us waqt practically namumkin tha ke is ki taameel ki jaye.</w:t>
      </w:r>
    </w:p>
    <w:p>
      <w:pPr>
        <w:pStyle w:val="Heading2"/>
      </w:pPr>
      <w:r>
        <w:t>Political Islam kills tolerance and the dawah spirit</w:t>
      </w:r>
    </w:p>
    <w:p>
      <w:r>
        <w:rPr>
          <w:color w:val="666666"/>
          <w:sz w:val="18"/>
        </w:rPr>
        <w:t>Political Interpretation of Islam May 16, 2010 · 2m 10s · at 1:12:33 · https://youtu.be/CDpZLOvw2_M?t=4353</w:t>
      </w:r>
    </w:p>
    <w:p>
      <w:r>
        <w:rPr>
          <w:i/>
        </w:rPr>
        <w:t>“Is one defect of political Islam intolerance?”</w:t>
      </w:r>
    </w:p>
    <w:p>
      <w:r>
        <w:rPr>
          <w:sz w:val="20"/>
        </w:rPr>
        <w:t>1:12:33  das question is from mr jin muhammad from jalalabad, afghanistan. in afghanistan, i know one molvi who was doing da'wah work which involved him in dealing with foreigners.</w:t>
      </w:r>
      <w:r>
        <w:br/>
      </w:r>
      <w:r>
        <w:rPr>
          <w:sz w:val="20"/>
        </w:rPr>
        <w:t>1:12:49  he was then accused of being an american agent and is now not able to leave his home out of fear of being killed.</w:t>
      </w:r>
      <w:r>
        <w:br/>
      </w:r>
      <w:r>
        <w:rPr>
          <w:sz w:val="20"/>
        </w:rPr>
        <w:t>1:13:00  is one of the defects of political islam not that it makes one tolerant of those who are doing da'wah work.</w:t>
      </w:r>
      <w:r>
        <w:br/>
      </w:r>
      <w:r>
        <w:rPr>
          <w:sz w:val="20"/>
        </w:rPr>
        <w:t>1:13:10  kya last sentence kya hai? is one of the defects of political islam not that it makes one intolerant of those who are doing da'wah work.</w:t>
      </w:r>
      <w:r>
        <w:br/>
      </w:r>
      <w:r>
        <w:rPr>
          <w:sz w:val="20"/>
        </w:rPr>
        <w:t>1:13:20  bilkul sahi hai. political islam ne to itna nuksan pahunchaya hai ke da'wah work ko khatm hi kar diya.</w:t>
      </w:r>
      <w:r>
        <w:br/>
      </w:r>
      <w:r>
        <w:rPr>
          <w:sz w:val="20"/>
        </w:rPr>
        <w:t>1:13:29  political islam ka bohat zyada nuksanat, bohat sare nuksanat. do to bilkul clear hain. ek to yeh hai ke roohaniyat khatm ho jati hai. yani islam ka woh aspect jis mein allah ka dar hai, allah se mohabbat hai,</w:t>
      </w:r>
      <w:r>
        <w:br/>
      </w:r>
      <w:r>
        <w:rPr>
          <w:sz w:val="20"/>
        </w:rPr>
        <w:t>1:13:44  aakhirat ka khauf hai, jannat ki talab hai, jahann</w:t>
      </w:r>
      <w:r>
        <w:br/>
      </w:r>
      <w:r>
        <w:rPr>
          <w:sz w:val="20"/>
        </w:rPr>
        <w:t>1:13:48  m se bhagna hai. yeh jo taraf, yeh jo aspect hai islam ka roohani, woh khatm ho jata hai. bilkul log isi wajah se bilkul political qism ho jate hain. yeh nuksan hota hai.</w:t>
      </w:r>
      <w:r>
        <w:br/>
      </w:r>
      <w:r>
        <w:rPr>
          <w:sz w:val="20"/>
        </w:rPr>
        <w:t>1:13:58  dusra nuksan yeh hai ke dawat ka bilkul spirit hi khatm ho jati hai. kyunke unhein to goli marna hai, unhein bomb marna hai. woh rival, dusra har insan rival hai.</w:t>
      </w:r>
      <w:r>
        <w:br/>
      </w:r>
      <w:r>
        <w:rPr>
          <w:sz w:val="20"/>
        </w:rPr>
        <w:t>1:14:09  un ka</w:t>
      </w:r>
      <w:r>
        <w:br/>
      </w:r>
      <w:r>
        <w:rPr>
          <w:sz w:val="20"/>
        </w:rPr>
        <w:t>1:14:12  rival us ko bana lete hain.</w:t>
      </w:r>
      <w:r>
        <w:br/>
      </w:r>
      <w:r>
        <w:rPr>
          <w:sz w:val="20"/>
        </w:rPr>
        <w:t>1:14:15  to yeh to bilashuba bohat hi bada nuksan hai ke in logon ne islam ki taabeer ko bigada, kuch musalmanon ko kuch de nahi sake siwaye tabaahi ke.</w:t>
      </w:r>
      <w:r>
        <w:br/>
      </w:r>
      <w:r>
        <w:rPr>
          <w:sz w:val="20"/>
        </w:rPr>
        <w:t>1:14:28  aur plus yeh hai ke dawat ka jazba bhi khatm kar diya. to main to is ko bohat bada fitna samajhta hoon.</w:t>
      </w:r>
      <w:r>
        <w:br/>
      </w:r>
      <w:r>
        <w:rPr>
          <w:sz w:val="20"/>
        </w:rPr>
        <w:t>1:14:38  islam ki tareekh mein main samajhta hoon ke is se bada koi fitna nahi hai. political interpretation</w:t>
      </w:r>
    </w:p>
    <w:p>
      <w:pPr>
        <w:pStyle w:val="Heading2"/>
      </w:pPr>
      <w:r>
        <w:t>Introducing Mother Teresa's celebrated life and legacy</w:t>
      </w:r>
    </w:p>
    <w:p>
      <w:r>
        <w:rPr>
          <w:color w:val="666666"/>
          <w:sz w:val="18"/>
        </w:rPr>
        <w:t>Why People Live in Despair September 2, 2007 Maulana Wahiduddin Khan · 1m 01s · at 1:12 · https://youtu.be/1Wxz28OJh9c?t=72</w:t>
      </w:r>
    </w:p>
    <w:p>
      <w:r>
        <w:rPr>
          <w:i/>
        </w:rPr>
        <w:t>“وہ ہے مدر ٹریسا کی news۔”</w:t>
      </w:r>
    </w:p>
    <w:p>
      <w:r>
        <w:rPr>
          <w:sz w:val="20"/>
        </w:rPr>
        <w:t>1:12  Wo hai Mother Teresa ki news.</w:t>
      </w:r>
      <w:r>
        <w:br/>
      </w:r>
      <w:r>
        <w:rPr>
          <w:sz w:val="20"/>
        </w:rPr>
        <w:t>1:17  Aap sab log jaante hain ki Mother Teresa, jo Macedonia mein paida huin 1910 mein, achhi education unki hui.</w:t>
      </w:r>
      <w:r>
        <w:br/>
      </w:r>
      <w:r>
        <w:rPr>
          <w:sz w:val="20"/>
        </w:rPr>
        <w:t>1:33  Phir wo India aain ek teacher ke taur par, phir unhon ne ek bohat bada kaam shuru kiya, yani poor people ko service dene ka.</w:t>
      </w:r>
      <w:r>
        <w:br/>
      </w:r>
      <w:r>
        <w:rPr>
          <w:sz w:val="20"/>
        </w:rPr>
        <w:t>1:51  To phir unko Nobel Prize bhi mila. Aur mein samajhta hoon ki taqreeban 70 years tak wo bohat se logon</w:t>
      </w:r>
      <w:r>
        <w:br/>
      </w:r>
      <w:r>
        <w:rPr>
          <w:sz w:val="20"/>
        </w:rPr>
        <w:t>2:05  ke liye hero bani rahin, bohat se logon ke liye wo model bani hui thin insaniyat ka.</w:t>
      </w:r>
    </w:p>
    <w:p>
      <w:pPr>
        <w:pStyle w:val="Heading2"/>
      </w:pPr>
      <w:r>
        <w:t>Islam teachings against violence and terrorism</w:t>
      </w:r>
    </w:p>
    <w:p>
      <w:r>
        <w:rPr>
          <w:color w:val="666666"/>
          <w:sz w:val="18"/>
        </w:rPr>
        <w:t>Present Muslim World December 22, 2007 Maulana Wahiduddin Khan · 5m 06s · at 6:41 · https://youtu.be/oY45N_JL3Zk?t=401</w:t>
      </w:r>
    </w:p>
    <w:p>
      <w:r>
        <w:rPr>
          <w:i/>
        </w:rPr>
        <w:t>“Phir apne aap bhi yahi kijiye har ek ke haan kijiye To”</w:t>
      </w:r>
    </w:p>
    <w:p>
      <w:r>
        <w:rPr>
          <w:sz w:val="20"/>
        </w:rPr>
        <w:t>6:41  Phir apne aap bhi yahi kijiye, har ek ke haan kijiye. To behal dekhiye main ab arz karna chahta hoon keh Islam ki teaching kya hai? Yeh sab jo ho raha hai, yeh bilashuba Islam ke khilaf hai.</w:t>
      </w:r>
      <w:r>
        <w:br/>
      </w:r>
      <w:r>
        <w:rPr>
          <w:sz w:val="20"/>
        </w:rPr>
        <w:t>6:55  Islam mein unlawful hai. Main yeh kahunga Islam mein haram hai, haram. Is se kam ka word koi nahi yun kiya ja sakta hai. Agarche main yeh bhi manta hoon keh practical taur par kuch log yeh kahenge keh practical taur par musalmanon ka ek faction is mein involve hai.</w:t>
      </w:r>
      <w:r>
        <w:br/>
      </w:r>
      <w:r>
        <w:rPr>
          <w:sz w:val="20"/>
        </w:rPr>
        <w:t>7:14  Saare musalman to nahi. Lekin yeh bhi galat baat hai. Dekhiye Islam ki yeh bhi ek teaching hai keh agar ek burai ho rahi ho aur aap us ko condemn na karein to faint minhum,</w:t>
      </w:r>
      <w:r>
        <w:br/>
      </w:r>
      <w:r>
        <w:rPr>
          <w:sz w:val="20"/>
        </w:rPr>
        <w:t>7:32  Aap bhi unhi mein se hain. Yeh bohat bari teaching hai Islam ki keh ek burai ho rahi hai, aap dekhein, aap jaanein aur aap us ko condemn na karein to faint minhum,</w:t>
      </w:r>
      <w:r>
        <w:br/>
      </w:r>
      <w:r>
        <w:rPr>
          <w:sz w:val="20"/>
        </w:rPr>
        <w:t>7:46  Aap bhi unhi mein se hain. Yani jo log practically violence kar rahe hain, woh direct taur par is mein woh involve hain.</w:t>
      </w:r>
      <w:r>
        <w:br/>
      </w:r>
      <w:r>
        <w:rPr>
          <w:sz w:val="20"/>
        </w:rPr>
        <w:t>7:57  Aur jo chup hain ya justify kar rahe hain ya twist kar ke bolte hain, bohat se log hain jo thoda sa dikhate hain keh hum is ko hum justify nahi kar rahe.</w:t>
      </w:r>
      <w:r>
        <w:br/>
      </w:r>
      <w:r>
        <w:rPr>
          <w:sz w:val="20"/>
        </w:rPr>
        <w:t>8:09  Lekin woh twist kar ke bolte hain. Woh bhi Islam mein haram hai. To main samajhta hoon is waqt yeh bari anokhi surat e haal hai keh poore Muslim world mein mujh ko chhod kar koi ek bhi aalim nahi hai, koi bhi ek bhi scholar nahi hai jo khule taur par, openly in baaton ko condemn kare.</w:t>
      </w:r>
      <w:r>
        <w:br/>
      </w:r>
      <w:r>
        <w:rPr>
          <w:sz w:val="20"/>
        </w:rPr>
        <w:t>8:31  Koi bhi nahi hai. To yeh saare hi musalman jo hain is ghalati mein pade hue hain. Lekin is ka matlab yeh nahi keh aap Islam ko blame dene lagein.</w:t>
      </w:r>
      <w:r>
        <w:br/>
      </w:r>
      <w:r>
        <w:rPr>
          <w:sz w:val="20"/>
        </w:rPr>
        <w:t>8:42  Aap ko bata aap ko batana padega keh musalman jo hain deviate kar gaye hain. Musalmanon ka case deviation ka case hai. Woh following ka case nahi hai.</w:t>
      </w:r>
      <w:r>
        <w:br/>
      </w:r>
      <w:r>
        <w:rPr>
          <w:sz w:val="20"/>
        </w:rPr>
        <w:t>8:52  Aaj ke musalman Islam ko follow nahi kar rahe hain. Woh Islam se deviate kar ke ek aur hi jagah pahunch gaye hain. Ab dekhiye keh is maamle mein Islam ki teaching kya hai?</w:t>
      </w:r>
      <w:r>
        <w:br/>
      </w:r>
      <w:r>
        <w:rPr>
          <w:sz w:val="20"/>
        </w:rPr>
        <w:t>9:12  Islam mein dekhiye ek ayat yeh hai keh "man qatal nafsan bighair nafs wa fasad fakam qatalan nas jamee".</w:t>
      </w:r>
      <w:r>
        <w:br/>
      </w:r>
      <w:r>
        <w:rPr>
          <w:sz w:val="20"/>
        </w:rPr>
        <w:t>9:28  Yani jis aadmi ne ek insaan ko qatal kiya to us ne saare insaanon ko qatal kar dala.</w:t>
      </w:r>
      <w:r>
        <w:br/>
      </w:r>
      <w:r>
        <w:rPr>
          <w:sz w:val="20"/>
        </w:rPr>
        <w:t>9:40  Dekhiye yahan par ek cheez hai judicial punishment. Ek case koi ho, woh adalat mein jaaye, adalat faisla kare to adalti faisle ke tehat kisi ko punishment diya jaye.</w:t>
      </w:r>
      <w:r>
        <w:br/>
      </w:r>
      <w:r>
        <w:rPr>
          <w:sz w:val="20"/>
        </w:rPr>
        <w:t>9:56  Chahay capital punishment diya jaye, chahay aur koi punishment. To capital punishment ka right adalat ko hai. Islam mein bhi hai.</w:t>
      </w:r>
      <w:r>
        <w:br/>
      </w:r>
      <w:r>
        <w:rPr>
          <w:sz w:val="20"/>
        </w:rPr>
        <w:t>10:05  Yahan par is ayat mein jo zikr hai, woh adalti punishment ka nahi hai. Other than adalat ka hai.</w:t>
      </w:r>
      <w:r>
        <w:br/>
      </w:r>
      <w:r>
        <w:rPr>
          <w:sz w:val="20"/>
        </w:rPr>
        <w:t>10:15  yani adalti procedure, yani judicial procedure ke baghair, judicial judgment ke baghair agar koi aadmi kisi ko maarta hai to woh ek aisa kaam karta hai jis ka use right hi nahi hai.</w:t>
      </w:r>
      <w:r>
        <w:br/>
      </w:r>
      <w:r>
        <w:rPr>
          <w:sz w:val="20"/>
        </w:rPr>
        <w:t>10:31  kisi ko yeh right nahi hai ke aap maarein kisi ko. Aap us ko samjha sakte hain. Aap agar us se sehmat nahi hain to us ko bataiye, aap us ko</w:t>
      </w:r>
      <w:r>
        <w:br/>
      </w:r>
      <w:r>
        <w:rPr>
          <w:sz w:val="20"/>
        </w:rPr>
        <w:t>10:48  maar nahi sakte, aap kisi bhi haal mein. Yahan main ek baat arz karoon ke terrorism ki definition Islam mein kya hai? Terrorism.</w:t>
      </w:r>
      <w:r>
        <w:br/>
      </w:r>
      <w:r>
        <w:rPr>
          <w:sz w:val="20"/>
        </w:rPr>
        <w:t>10:59  Terrorism ki definition Islam mein bohat hi clear hai. Bohat clear. Woh hai "use of arms by agencies other than state".</w:t>
      </w:r>
      <w:r>
        <w:br/>
      </w:r>
      <w:r>
        <w:rPr>
          <w:sz w:val="20"/>
        </w:rPr>
        <w:t>11:14  yani jo state hai, jo establish government hai aur jo judicial system hai, to yeh jo establish government hai, is ke siwa koi aur agar hathiyar ko istemal kare to wahi terrorism hai.</w:t>
      </w:r>
      <w:r>
        <w:br/>
      </w:r>
      <w:r>
        <w:rPr>
          <w:sz w:val="20"/>
        </w:rPr>
        <w:t>11:34  "no excuse is permissible what so ever". Koi bhi excuse, koi bhi excuse aisa nahi hai Islam mein jo aap ko hathiyar ko istemal karne ki ijazat de.</w:t>
      </w:r>
    </w:p>
    <w:p>
      <w:pPr>
        <w:pStyle w:val="Heading2"/>
      </w:pPr>
      <w:r>
        <w:t>Tribal age derailment and corrective statement</w:t>
      </w:r>
    </w:p>
    <w:p>
      <w:r>
        <w:rPr>
          <w:color w:val="666666"/>
          <w:sz w:val="18"/>
        </w:rPr>
        <w:t>Mission of Tajdeed (Revival of Islam) September 15, 2019 Maulana Wahiduddin Khan · 2m 46s · at 6:38 · https://youtu.be/jGfoAffJ4-8?t=398</w:t>
      </w:r>
    </w:p>
    <w:p>
      <w:r>
        <w:rPr>
          <w:i/>
        </w:rPr>
        <w:t>“Dekhiye, pehla jo daur tha Islam ka, woh tribal age tha”</w:t>
      </w:r>
    </w:p>
    <w:p>
      <w:r>
        <w:rPr>
          <w:sz w:val="20"/>
        </w:rPr>
        <w:t>6:38  dekhiye, pehla jo daur tha islam ka, woh tribal age tha. tribal age. is zamanay mein sab se bari cheez jang hua karti thi.</w:t>
      </w:r>
      <w:r>
        <w:br/>
      </w:r>
      <w:r>
        <w:rPr>
          <w:sz w:val="20"/>
        </w:rPr>
        <w:t>6:53  al harab, anf al harab. bas har kaam jo kar, har har maqsad jo hasil karna hai, us ko jang se hasil karna, yeh tha tribal age ka culture.</w:t>
      </w:r>
      <w:r>
        <w:br/>
      </w:r>
      <w:r>
        <w:rPr>
          <w:sz w:val="20"/>
        </w:rPr>
        <w:t>7:05  tribal case, tribal culture jo tha, woh special war culture tha. chunancha aik is zamanay ka aik shair hai ke: "waya wayan nadar bakr nakhina maal muallim illa khana".</w:t>
      </w:r>
      <w:r>
        <w:br/>
      </w:r>
      <w:r>
        <w:rPr>
          <w:sz w:val="20"/>
        </w:rPr>
        <w:t>7:27  yani bahar ka koi larnay ke liye nahi aata tha, hum apnay bhaiyon se lad jatay hain. bas rai, rai, rai.</w:t>
      </w:r>
      <w:r>
        <w:br/>
      </w:r>
      <w:r>
        <w:rPr>
          <w:sz w:val="20"/>
        </w:rPr>
        <w:t>7:38  to yeh daur mein islam mein bhi aa gaya rai ka culture. matlab musalmanon mein. to musalmanon ne is ko jihad bana diya.</w:t>
      </w:r>
      <w:r>
        <w:br/>
      </w:r>
      <w:r>
        <w:rPr>
          <w:sz w:val="20"/>
        </w:rPr>
        <w:t>7:50  halankay jihad nahi tha yeh. larna phirna koi jihad nahi hai. jihad to da'wat ka naam hai, peaceful da'wat ka naam hai jihad.</w:t>
      </w:r>
      <w:r>
        <w:br/>
      </w:r>
      <w:r>
        <w:rPr>
          <w:sz w:val="20"/>
        </w:rPr>
        <w:t>8:00  lekin mawzu ke asar se ya contemporary mawzu, contemporary mawzu ke asar se al islam mein yeh kachra aa gaya, larnay phirnay wala.</w:t>
      </w:r>
      <w:r>
        <w:br/>
      </w:r>
      <w:r>
        <w:rPr>
          <w:sz w:val="20"/>
        </w:rPr>
        <w:t>8:16  to wahan par zarurat hoti hai koi madad uthe aur is jo milawat ho gayi, is ko alag kare.</w:t>
      </w:r>
      <w:r>
        <w:br/>
      </w:r>
      <w:r>
        <w:rPr>
          <w:sz w:val="20"/>
        </w:rPr>
        <w:t>8:25  islam mein jo de-rediment ho gaya hai, is ko phir se pathe plae, phir se pathe plae.</w:t>
      </w:r>
      <w:r>
        <w:br/>
      </w:r>
      <w:r>
        <w:rPr>
          <w:sz w:val="20"/>
        </w:rPr>
        <w:t>8:35  to is zamane mein jab aisa hua to kuch log uthe, kuch ulama jinhone bohat sahi baat kahi, unhone kaha ke islam mein jang,</w:t>
      </w:r>
      <w:r>
        <w:br/>
      </w:r>
      <w:r>
        <w:rPr>
          <w:sz w:val="20"/>
        </w:rPr>
        <w:t>8:50  islam mein jang husn lidhati hi nahi hai. islam mein jang husn li ghairi hai. yeh bohat zyada acha statement tha is zamane mein jo diya gaya ke islam mein jang, yani doosre lafzon mein,</w:t>
      </w:r>
      <w:r>
        <w:br/>
      </w:r>
      <w:r>
        <w:rPr>
          <w:sz w:val="20"/>
        </w:rPr>
        <w:t>9:09  wo</w:t>
      </w:r>
      <w:r>
        <w:br/>
      </w:r>
      <w:r>
        <w:rPr>
          <w:sz w:val="20"/>
        </w:rPr>
        <w:t>9:15  jo is qism ka jo nazariya bana tha is zamane mein, wo husn lidhati hi nahi hai, wo husn li ghairi hai.</w:t>
      </w:r>
    </w:p>
    <w:p>
      <w:pPr>
        <w:pStyle w:val="Heading2"/>
      </w:pPr>
      <w:r>
        <w:t>Lack of acceptance of leadership</w:t>
      </w:r>
    </w:p>
    <w:p>
      <w:r>
        <w:rPr>
          <w:color w:val="666666"/>
          <w:sz w:val="18"/>
        </w:rPr>
        <w:t>The Importance of Realistic Approach Q&amp;A 02 Jan 2011 - Maulana Wahiduddin Khan · 37s · at 1:33 · https://youtu.be/mvn4hY6l-e0?t=93</w:t>
      </w:r>
    </w:p>
    <w:p>
      <w:r>
        <w:rPr>
          <w:i/>
        </w:rPr>
        <w:t>“To maine kaha ki dekhiye”</w:t>
      </w:r>
    </w:p>
    <w:p>
      <w:r>
        <w:rPr>
          <w:sz w:val="20"/>
        </w:rPr>
        <w:t>1:33  to maine kaha ke dekhiye, masla lack of leader ka nahi hai, lack of acceptance, acceptance leader ka hai. lack of acceptance of leadership. leader maujood hai, aap accept nahi karte to leader nahi banta. maro to do, nahi to patthar.</w:t>
      </w:r>
      <w:r>
        <w:br/>
      </w:r>
      <w:r>
        <w:rPr>
          <w:sz w:val="20"/>
        </w:rPr>
        <w:t>1:53  yeh un logon ko leader banate hain jo cheekhein-chillayen stage par, aur jo sachchai ki baat karein, unko aap nahi banate. yeh that is phenomena of decline, phenomena of degeneration. aur har qaum mein aisa hota hai</w:t>
      </w:r>
    </w:p>
    <w:p>
      <w:pPr>
        <w:pStyle w:val="Heading2"/>
      </w:pPr>
      <w:r>
        <w:t>Islamophobia is a Muslim invention</w:t>
      </w:r>
    </w:p>
    <w:p>
      <w:r>
        <w:rPr>
          <w:color w:val="666666"/>
          <w:sz w:val="18"/>
        </w:rPr>
        <w:t>Living in a New Age | March 26, 2017 · 1m 04s · at 32:53 · https://youtu.be/iST0AxQscKo?t=1973</w:t>
      </w:r>
    </w:p>
    <w:p>
      <w:r>
        <w:rPr>
          <w:i/>
        </w:rPr>
        <w:t>“Islamophobia musalmano ke apne zehen ka paidaawar hai”</w:t>
      </w:r>
    </w:p>
    <w:p>
      <w:r>
        <w:rPr>
          <w:sz w:val="20"/>
        </w:rPr>
        <w:t>32:53  poori azaadi hai.</w:t>
      </w:r>
      <w:r>
        <w:br/>
      </w:r>
      <w:r>
        <w:rPr>
          <w:sz w:val="20"/>
        </w:rPr>
        <w:t>32:58  quran ko phailaiye, hadeeson ko phailaiye, islam ki baat logon ko bataiye.</w:t>
      </w:r>
      <w:r>
        <w:br/>
      </w:r>
      <w:r>
        <w:rPr>
          <w:sz w:val="20"/>
        </w:rPr>
        <w:t>33:04  kisi qism ki koi pabandi nahi.</w:t>
      </w:r>
      <w:r>
        <w:br/>
      </w:r>
      <w:r>
        <w:rPr>
          <w:sz w:val="20"/>
        </w:rPr>
        <w:t>33:10  to Islamophobia yeh musalmanon ke apne zehan ka paidawar hai.</w:t>
      </w:r>
      <w:r>
        <w:br/>
      </w:r>
      <w:r>
        <w:rPr>
          <w:sz w:val="20"/>
        </w:rPr>
        <w:t>33:15  khud musalmanon ke dimagh mein kuch hi tha jis ko is ko naam bana rakha Islamophobia.</w:t>
      </w:r>
      <w:r>
        <w:br/>
      </w:r>
      <w:r>
        <w:rPr>
          <w:sz w:val="20"/>
        </w:rPr>
        <w:t>33:21  europe aur america ke log jante hi nahi is is concept ko.</w:t>
      </w:r>
      <w:r>
        <w:br/>
      </w:r>
      <w:r>
        <w:rPr>
          <w:sz w:val="20"/>
        </w:rPr>
        <w:t>33:27  yani un ke magazine mein, un ke media mein aata hi nahi hai.</w:t>
      </w:r>
      <w:r>
        <w:br/>
      </w:r>
      <w:r>
        <w:rPr>
          <w:sz w:val="20"/>
        </w:rPr>
        <w:t>33:32  yeh lafz hi nahi aata.</w:t>
      </w:r>
      <w:r>
        <w:br/>
      </w:r>
      <w:r>
        <w:rPr>
          <w:sz w:val="20"/>
        </w:rPr>
        <w:t>33:37  yeh musalmanon ke haan aata hai yeh lafz.</w:t>
      </w:r>
      <w:r>
        <w:br/>
      </w:r>
      <w:r>
        <w:rPr>
          <w:sz w:val="20"/>
        </w:rPr>
        <w:t>33:42  yani jo un ka media hai, woh is se bekhabar hai.</w:t>
      </w:r>
      <w:r>
        <w:br/>
      </w:r>
      <w:r>
        <w:rPr>
          <w:sz w:val="20"/>
        </w:rPr>
        <w:t>33:47  musalmanon ne bana rakha Islamophobia.</w:t>
      </w:r>
      <w:r>
        <w:br/>
      </w:r>
      <w:r>
        <w:rPr>
          <w:sz w:val="20"/>
        </w:rPr>
        <w:t>33:52  to hamara mission hai ke hum logon ko phir se batayein ke islam kya hai. logon ko</w:t>
      </w:r>
    </w:p>
    <w:p>
      <w:pPr>
        <w:pStyle w:val="Heading2"/>
      </w:pPr>
      <w:r>
        <w:t>Non-violence more effective than violence</w:t>
      </w:r>
    </w:p>
    <w:p>
      <w:r>
        <w:rPr>
          <w:color w:val="666666"/>
          <w:sz w:val="18"/>
        </w:rPr>
        <w:t>Multi-Religious Societies in Islam (Part 2) (English) 3 March 2007 - Maulana Wahiduddin Khan · 27s · at 36:19 · https://youtu.be/_SzmGqjYeOo?t=2179</w:t>
      </w:r>
    </w:p>
    <w:p>
      <w:r>
        <w:rPr>
          <w:i/>
        </w:rPr>
        <w:t>“Allah gives to non-violence what He does not give to violence”</w:t>
      </w:r>
    </w:p>
    <w:p>
      <w:r>
        <w:rPr>
          <w:sz w:val="20"/>
        </w:rPr>
        <w:t>36:19  in allah yuti al-rifq mal la yuti al-unf. This is the basis of a peaceful society.</w:t>
      </w:r>
      <w:r>
        <w:br/>
      </w:r>
      <w:r>
        <w:rPr>
          <w:sz w:val="20"/>
        </w:rPr>
        <w:t>36:36  islam tries to establish peace even in the price of unilateral adjustment.</w:t>
      </w:r>
    </w:p>
    <w:p>
      <w:pPr>
        <w:pStyle w:val="Heading2"/>
      </w:pPr>
      <w:r>
        <w:t>Political power is nothing, just a headache</w:t>
      </w:r>
    </w:p>
    <w:p>
      <w:r>
        <w:rPr>
          <w:color w:val="666666"/>
          <w:sz w:val="18"/>
        </w:rPr>
        <w:t>Age of Peace November 18, 2012 · 35s · at 17:15 · https://youtu.be/Y9nkQnBqbrs?t=1035</w:t>
      </w:r>
    </w:p>
    <w:p>
      <w:r>
        <w:rPr>
          <w:i/>
        </w:rPr>
        <w:t>“Political power az nothing, koi haqeeqat nahi”</w:t>
      </w:r>
    </w:p>
    <w:p>
      <w:r>
        <w:rPr>
          <w:sz w:val="20"/>
        </w:rPr>
        <w:t>17:15  na hadith samajhte hain, na ayat ko samajhte hain. political power is nothing</w:t>
      </w:r>
      <w:r>
        <w:br/>
      </w:r>
      <w:r>
        <w:rPr>
          <w:sz w:val="20"/>
        </w:rPr>
        <w:t>17:20  , is ki koi haqeeqat nahi hai. political power to aik headache hai. headache. political power aik headache hai. aaj cheez ahmiyat jis cheez ki hai, woh hai opportunity ki, mawaqe ki,</w:t>
      </w:r>
      <w:r>
        <w:br/>
      </w:r>
      <w:r>
        <w:rPr>
          <w:sz w:val="20"/>
        </w:rPr>
        <w:t>17:34  kaam ke mawaqe. agar aap ke kaam ke mawaqe khule hue hon education ki field mein, da'wa ki field mein, business ki field mein, industry ki field mein, to bas aap sab kuch aap ko mila hua hai.</w:t>
      </w:r>
    </w:p>
    <w:p>
      <w:pPr>
        <w:pStyle w:val="Heading2"/>
      </w:pPr>
      <w:r>
        <w:t>facing people's questions drives real intellectual growth</w:t>
      </w:r>
    </w:p>
    <w:p>
      <w:r>
        <w:rPr>
          <w:color w:val="666666"/>
          <w:sz w:val="18"/>
        </w:rPr>
        <w:t>Man and the Laws of Nature April 1, 2012 · 2m 21s · at 49:48 · https://youtu.be/coIrwYQgb6Y?t=2988</w:t>
      </w:r>
    </w:p>
    <w:p>
      <w:r>
        <w:rPr>
          <w:i/>
        </w:rPr>
        <w:t>“Dawah work opens the windows of your mind”</w:t>
      </w:r>
    </w:p>
    <w:p>
      <w:r>
        <w:rPr>
          <w:sz w:val="20"/>
        </w:rPr>
        <w:t>49:48  to usi wajah se aap yeh dekhiye, aap agar jo aadmi yahan jo log aate hain hamari is class mein, mere andar ek i a ta ke barabar bhi negativity nahi, mere andar kisi qism ki koi complain nahi, koi protest nahi, koi hate nahi,</w:t>
      </w:r>
      <w:r>
        <w:br/>
      </w:r>
      <w:r>
        <w:rPr>
          <w:sz w:val="20"/>
        </w:rPr>
        <w:t>50:02  kuch bhi nahi.</w:t>
      </w:r>
      <w:r>
        <w:br/>
      </w:r>
      <w:r>
        <w:rPr>
          <w:sz w:val="20"/>
        </w:rPr>
        <w:t>50:04  kyun? kyunke main zindagi ko explain karta rehta hoon. jo log zindagi ko explain nahi kar sakte, unhi ka yeh haal hota hai ke woh negativity ka shikar ho jate hain.</w:t>
      </w:r>
      <w:r>
        <w:br/>
      </w:r>
      <w:r>
        <w:rPr>
          <w:sz w:val="20"/>
        </w:rPr>
        <w:t>50:16  mere andar lakh farz se ek zara ke barabar bhi negativity nahi, ek zara ke barabar bhi kisi ke khilaf complain nahi, ek zara ke barabar bhi main kisi ko apna dushman nahi samajhta, ek zara ke barabar bhi main conspiracy theory ko nahi manta, kuch nahi.</w:t>
      </w:r>
      <w:r>
        <w:br/>
      </w:r>
      <w:r>
        <w:rPr>
          <w:sz w:val="20"/>
        </w:rPr>
        <w:t>50:32  kyun?</w:t>
      </w:r>
      <w:r>
        <w:br/>
      </w:r>
      <w:r>
        <w:rPr>
          <w:sz w:val="20"/>
        </w:rPr>
        <w:t>50:33  main ne is ko discover kiya ke jo unwanted waqeyat hain, unwanted waqeyat kis liye hain? Allah ne insaan ko di hai freedom.</w:t>
      </w:r>
      <w:r>
        <w:br/>
      </w:r>
      <w:r>
        <w:rPr>
          <w:sz w:val="20"/>
        </w:rPr>
        <w:t>50:45  to freedom di hai to is ko yeh bhi haq hai ke woh misuse kare, is ko to is ke misuse karne ki wajah se problem aate hain. to woh woh Khuda ki planning ki wajah se hote hain,</w:t>
      </w:r>
      <w:r>
        <w:br/>
      </w:r>
      <w:r>
        <w:rPr>
          <w:sz w:val="20"/>
        </w:rPr>
        <w:t>50:58  chunki woh kisi insaan ki taraf se aaye hamare samne</w:t>
      </w:r>
      <w:r>
        <w:br/>
      </w:r>
      <w:r>
        <w:rPr>
          <w:sz w:val="20"/>
        </w:rPr>
        <w:t>51:01  . ek insaan ne hum ko sataya, ek insaan ne hamare khilaf koi aisi cheez ki jo hum ko pasand nahi thi, to is se hum ghussa ho jate hain.</w:t>
      </w:r>
      <w:r>
        <w:br/>
      </w:r>
      <w:r>
        <w:rPr>
          <w:sz w:val="20"/>
        </w:rPr>
        <w:t>51:11  main kabhi ghussa nahi hota. mujh ko bar bar aise tajurbe hue hain ke kisi insaan se mujhe koi dukh pohanchaya hai, koi nuqsan pohanchaya hai, lekin mujhe koi ghussa nahi aata kyunke main jaanta hoon ke woh mamla is is insaan ka nahi hai,</w:t>
      </w:r>
      <w:r>
        <w:br/>
      </w:r>
      <w:r>
        <w:rPr>
          <w:sz w:val="20"/>
        </w:rPr>
        <w:t>51:26  woh to Khuda ki Khuda ka mamla hai ke Khuda ki jo planning hai, us ke mutabiq us ne har insaan ko di hai freedom.</w:t>
      </w:r>
      <w:r>
        <w:br/>
      </w:r>
      <w:r>
        <w:rPr>
          <w:sz w:val="20"/>
        </w:rPr>
        <w:t>51:35  freedom diya hai to woh misuse karega. woh to to mujhe chahiye ke main apni planning karna seekhoon. is ki misuse karne ke bawajood main apne apne mamle ki plan karoon.</w:t>
      </w:r>
      <w:r>
        <w:br/>
      </w:r>
      <w:r>
        <w:rPr>
          <w:sz w:val="20"/>
        </w:rPr>
        <w:t>51:47  is ka tareeqa kya hai?</w:t>
      </w:r>
      <w:r>
        <w:br/>
      </w:r>
      <w:r>
        <w:rPr>
          <w:sz w:val="20"/>
        </w:rPr>
        <w:t>51:49  ke is ka, woh jo kuch kar raha hai, us ke bawajood jo opportunities hain, us ko woh dhoondoon, us ko discover karoon aur phir apna kaam karoon.</w:t>
      </w:r>
      <w:r>
        <w:br/>
      </w:r>
      <w:r>
        <w:rPr>
          <w:sz w:val="20"/>
        </w:rPr>
        <w:t>51:58  yeh hai sab se bari wisdom zindagi ki mere liye. bad qismati se yeh jo yeh jo zindagi ki wisdom hai, yeh na to secular thinker jante, na Muslim thinker ko pata hai.</w:t>
      </w:r>
    </w:p>
    <w:p>
      <w:pPr>
        <w:pStyle w:val="Heading2"/>
      </w:pPr>
      <w:r>
        <w:t>Education as root solution to extremism</w:t>
      </w:r>
    </w:p>
    <w:p>
      <w:r>
        <w:rPr>
          <w:color w:val="666666"/>
          <w:sz w:val="18"/>
        </w:rPr>
        <w:t>Maulana Wahiduddin Khan's Visit to United States Institute of Peace Washington DC | September, 2015 · 2m 12s · at 28:13 · https://youtu.be/7pTlTONi9LY?t=1693</w:t>
      </w:r>
    </w:p>
    <w:p>
      <w:r>
        <w:rPr>
          <w:i/>
        </w:rPr>
        <w:t>“The root cause is backwardness in education.”</w:t>
      </w:r>
    </w:p>
    <w:p>
      <w:r>
        <w:rPr>
          <w:sz w:val="20"/>
        </w:rPr>
        <w:t>28:13  . So it requires education. I think Muslims are backward in education. By education, I mean modern education. So the root cause is their backwardness in education. So simply condemnation will not work. Simply waging war against them will not work. You have</w:t>
      </w:r>
      <w:r>
        <w:br/>
      </w:r>
      <w:r>
        <w:rPr>
          <w:sz w:val="20"/>
        </w:rPr>
        <w:t>28:43  to educate these people.</w:t>
      </w:r>
      <w:r>
        <w:br/>
      </w:r>
      <w:r>
        <w:rPr>
          <w:sz w:val="20"/>
        </w:rPr>
        <w:t>28:47  Without education, you cannot eliminate this phenomenon.</w:t>
      </w:r>
      <w:r>
        <w:br/>
      </w:r>
      <w:r>
        <w:rPr>
          <w:sz w:val="20"/>
        </w:rPr>
        <w:t>28:52  I'm I myself engaged in this in this cause.</w:t>
      </w:r>
      <w:r>
        <w:br/>
      </w:r>
      <w:r>
        <w:rPr>
          <w:sz w:val="20"/>
        </w:rPr>
        <w:t>28:56  I published so many books in different languages.</w:t>
      </w:r>
      <w:r>
        <w:br/>
      </w:r>
      <w:r>
        <w:rPr>
          <w:sz w:val="20"/>
        </w:rPr>
        <w:t>29:00  I want to educate these people.</w:t>
      </w:r>
      <w:r>
        <w:br/>
      </w:r>
      <w:r>
        <w:rPr>
          <w:sz w:val="20"/>
        </w:rPr>
        <w:t>29:04  So I can say that there are thousand and thousand people who have who have abandoned violence due</w:t>
      </w:r>
      <w:r>
        <w:br/>
      </w:r>
      <w:r>
        <w:rPr>
          <w:sz w:val="20"/>
        </w:rPr>
        <w:t>29:09  to my literature, due to my mission</w:t>
      </w:r>
      <w:r>
        <w:br/>
      </w:r>
      <w:r>
        <w:rPr>
          <w:sz w:val="20"/>
        </w:rPr>
        <w:t>29:13  .</w:t>
      </w:r>
      <w:r>
        <w:br/>
      </w:r>
      <w:r>
        <w:rPr>
          <w:sz w:val="20"/>
        </w:rPr>
        <w:t>29:19  So there is a dictum adopted by UNESCO that violence begins from mind.</w:t>
      </w:r>
      <w:r>
        <w:br/>
      </w:r>
      <w:r>
        <w:rPr>
          <w:sz w:val="20"/>
        </w:rPr>
        <w:t>29:25  I would say that peace also begins from mind.</w:t>
      </w:r>
      <w:r>
        <w:br/>
      </w:r>
      <w:r>
        <w:rPr>
          <w:sz w:val="20"/>
        </w:rPr>
        <w:t>29:31  If you are if you are if your thinking is peaceful, then your act will be peaceful.</w:t>
      </w:r>
      <w:r>
        <w:br/>
      </w:r>
      <w:r>
        <w:rPr>
          <w:sz w:val="20"/>
        </w:rPr>
        <w:t>29:37  If your thinking is is violent, then you</w:t>
      </w:r>
      <w:r>
        <w:br/>
      </w:r>
      <w:r>
        <w:rPr>
          <w:sz w:val="20"/>
        </w:rPr>
        <w:t>29:43  will be violent.</w:t>
      </w:r>
      <w:r>
        <w:br/>
      </w:r>
      <w:r>
        <w:rPr>
          <w:sz w:val="20"/>
        </w:rPr>
        <w:t>29:50  So education means to make people aware of the fact, to awaken the mind of people.</w:t>
      </w:r>
      <w:r>
        <w:br/>
      </w:r>
      <w:r>
        <w:rPr>
          <w:sz w:val="20"/>
        </w:rPr>
        <w:t>29:56  So awakened mind, insha'Allah, will not do like these things.</w:t>
      </w:r>
      <w:r>
        <w:br/>
      </w:r>
      <w:r>
        <w:rPr>
          <w:sz w:val="20"/>
        </w:rPr>
        <w:t>30:03  Only those people who are not awakened, they are engaged in violence.</w:t>
      </w:r>
      <w:r>
        <w:br/>
      </w:r>
      <w:r>
        <w:rPr>
          <w:sz w:val="20"/>
        </w:rPr>
        <w:t>30:09  So we are doing in in both the</w:t>
      </w:r>
      <w:r>
        <w:br/>
      </w:r>
      <w:r>
        <w:rPr>
          <w:sz w:val="20"/>
        </w:rPr>
        <w:t>30:16  aspect education and literature. This is theright solution to this problem.</w:t>
      </w:r>
    </w:p>
    <w:p>
      <w:pPr>
        <w:pStyle w:val="Heading2"/>
      </w:pPr>
      <w:r>
        <w:t>No mysterious figure will fall from the sky</w:t>
      </w:r>
    </w:p>
    <w:p>
      <w:r>
        <w:rPr>
          <w:color w:val="666666"/>
          <w:sz w:val="18"/>
        </w:rPr>
        <w:t>Beginning of The End April 20, 2008 · 40s · at 32:59 · https://youtu.be/6atQ8muQDUk?t=1979</w:t>
      </w:r>
    </w:p>
    <w:p>
      <w:r>
        <w:rPr>
          <w:i/>
        </w:rPr>
        <w:t>“Koi anokha aadmi hamare paas se nahi niklega”</w:t>
      </w:r>
    </w:p>
    <w:p>
      <w:r>
        <w:rPr>
          <w:sz w:val="20"/>
        </w:rPr>
        <w:t>32:59  to jo role hai doosra, ek positive role, is role ke liye koi anokha aindah aadmi nahi hamare paas se niklega.</w:t>
      </w:r>
      <w:r>
        <w:br/>
      </w:r>
      <w:r>
        <w:rPr>
          <w:sz w:val="20"/>
        </w:rPr>
        <w:t>33:09  aisa nahi ke koi woh jo role hai mehdi ka, us ke liye koi aasman se aadmi tapkega ya pahad se niklega ya koi samandar se baramad hoga.</w:t>
      </w:r>
      <w:r>
        <w:br/>
      </w:r>
      <w:r>
        <w:rPr>
          <w:sz w:val="20"/>
        </w:rPr>
        <w:t>33:18  aisa kuch bhi nahi hai. aap hi ko woh role karna hai. mehdi ek role ka naam hai ya dajjal ek role ka naam hai.</w:t>
      </w:r>
      <w:r>
        <w:br/>
      </w:r>
      <w:r>
        <w:rPr>
          <w:sz w:val="20"/>
        </w:rPr>
        <w:t>33:27  dajjal bhi yaad rakhiye, kisi ek shakhs ka naam nahi hai, ek role ka naam hai. yeh negative role dajjal ek shakhs ka naam nahi hai, woh naam hai negative role ka.</w:t>
      </w:r>
    </w:p>
    <w:p>
      <w:pPr>
        <w:pStyle w:val="Heading2"/>
      </w:pPr>
      <w:r>
        <w:t>You cannot love Muslims while hating humanity</w:t>
      </w:r>
    </w:p>
    <w:p>
      <w:r>
        <w:rPr>
          <w:color w:val="666666"/>
          <w:sz w:val="18"/>
        </w:rPr>
        <w:t>Islamization of Muslims January 10, 2010 Maulana Wahiduddin Khan · 2m 10s · at 1:46:36 · https://youtu.be/bjCT5yer37Q?t=6396</w:t>
      </w:r>
    </w:p>
    <w:p>
      <w:r>
        <w:rPr>
          <w:i/>
        </w:rPr>
        <w:t>“This doesn't mean love Muslims, hate everyone else”</w:t>
      </w:r>
    </w:p>
    <w:p>
      <w:r>
        <w:rPr>
          <w:sz w:val="20"/>
        </w:rPr>
        <w:t>1:46:36  dekhein, is ka matlab yeh nahi ke musalman aapas mein bhai bhai samjhein aur doosre logon ko bhai bhai na samhein. immediate jo audience tha, us ko le kar woh aate hain.</w:t>
      </w:r>
      <w:r>
        <w:br/>
      </w:r>
      <w:r>
        <w:rPr>
          <w:sz w:val="20"/>
        </w:rPr>
        <w:t>1:46:46  musalmanon ko samajhna hai, is ka expansion hai ke sab ko bhi samajhna hai. aap ko</w:t>
      </w:r>
      <w:r>
        <w:br/>
      </w:r>
      <w:r>
        <w:rPr>
          <w:sz w:val="20"/>
        </w:rPr>
        <w:t>1:46:51  koi hadith mein aata hai ke Rasool Allah ne dua farmai ke Allah</w:t>
      </w:r>
      <w:r>
        <w:br/>
      </w:r>
      <w:r>
        <w:rPr>
          <w:sz w:val="20"/>
        </w:rPr>
        <w:t>1:47:01  to greater sense mein ibad hain aur aur immediate audience ke lehaz se Muslim hain. yeh mumkin nahi hai. dekhiye, yeh bilkul yaani psychologically it is impossible ke aap insaan ke liye nafrat karein aur Muslim se mohabbat karein.</w:t>
      </w:r>
      <w:r>
        <w:br/>
      </w:r>
      <w:r>
        <w:rPr>
          <w:sz w:val="20"/>
        </w:rPr>
        <w:t>1:47:19  aaj kal dekhiye kya hai? Muslim se mohabbat hi logon ko hai. baatein karte hain, khali insaan se mohabbat nahi hai to insaan to to Muslim se mohabbat nahi aap ke andar hai.</w:t>
      </w:r>
      <w:r>
        <w:br/>
      </w:r>
      <w:r>
        <w:rPr>
          <w:sz w:val="20"/>
        </w:rPr>
        <w:t>1:47:30  yeh bohat talkh haqeeqat yeh hai. Allah man</w:t>
      </w:r>
      <w:r>
        <w:br/>
      </w:r>
      <w:r>
        <w:rPr>
          <w:sz w:val="20"/>
        </w:rPr>
        <w:t>1:47:38  Allah ne aik seene mein do dil nahi banaye. yeh impossible hai ke dekhiye, is mein aap kala rang dalein, kala to poore ko na kala karein.</w:t>
      </w:r>
      <w:r>
        <w:br/>
      </w:r>
      <w:r>
        <w:rPr>
          <w:sz w:val="20"/>
        </w:rPr>
        <w:t>1:47:48  woh adha safed rahe, adha kala rahe, poora pani kala ho jayega. aise agar aap insaan ki nisbat se nafrat aap ke andar ho to sab ke aitbaar se nafrat paida ho jayegi.</w:t>
      </w:r>
      <w:r>
        <w:br/>
      </w:r>
      <w:r>
        <w:rPr>
          <w:sz w:val="20"/>
        </w:rPr>
        <w:t>1:48:04  ab dekhiye, muslim countries mein aapas mein kyun marte hain log? rozana khabrein aati hain ke musalman ne musalman ko mara, bomb mara, suicide bombing ki.</w:t>
      </w:r>
      <w:r>
        <w:br/>
      </w:r>
      <w:r>
        <w:rPr>
          <w:sz w:val="20"/>
        </w:rPr>
        <w:t>1:48:15  main naam nahi leta lekin har muslim mulk ki khabrein aati hain rozana ke musalman musalman kyun mar raha hai? agar aap insaan se mohabbat karenge, tabhi aap musalman se bhi mohabbat karenge.</w:t>
      </w:r>
      <w:r>
        <w:br/>
      </w:r>
      <w:r>
        <w:rPr>
          <w:sz w:val="20"/>
        </w:rPr>
        <w:t>1:48:25  insaan se nafrat karenge to aap ka musalman se bhi nafrat paida hogi aap ke andar. to yeh yeh yeh bant nahi sakte aap</w:t>
      </w:r>
      <w:r>
        <w:br/>
      </w:r>
      <w:r>
        <w:rPr>
          <w:sz w:val="20"/>
        </w:rPr>
        <w:t>1:48:34  mohabbat aur nafrat ko. aap bant nahi sakte aap ke apni community se mohabbat aur doosron se nafrat. yeh impossible hai. yeh ya to dono se nafrat ya dono se mohabbat.</w:t>
      </w:r>
    </w:p>
    <w:p>
      <w:pPr>
        <w:pStyle w:val="Heading2"/>
      </w:pPr>
      <w:r>
        <w:t>Ikhwan-e-Rasul and dawah opportunities</w:t>
      </w:r>
    </w:p>
    <w:p>
      <w:r>
        <w:rPr>
          <w:color w:val="666666"/>
          <w:sz w:val="18"/>
        </w:rPr>
        <w:t>Role Of Ikhwan-e-Rasool 2 April 2011 - Maulana Wahiduddin Khan · 47s · at 35:39 · https://youtu.be/O4gmiyD-KV8?t=2139</w:t>
      </w:r>
    </w:p>
    <w:p>
      <w:r>
        <w:rPr>
          <w:i/>
        </w:rPr>
        <w:t>“Now here according to hadith, a group is to rise”</w:t>
      </w:r>
    </w:p>
    <w:p>
      <w:r>
        <w:rPr>
          <w:sz w:val="20"/>
        </w:rPr>
        <w:t>35:39  ab yahan par hadith ke mutabiq uthna hai ek giroh ko. yani ikhwan-e-rasool ko.</w:t>
      </w:r>
      <w:r>
        <w:br/>
      </w:r>
      <w:r>
        <w:rPr>
          <w:sz w:val="20"/>
        </w:rPr>
        <w:t>35:46  is jang chir par. dekhiye ashaab-e-rasool hon ya ikhwan-e-rasool hon, woh kya hain? apne se pehle ke halaat ke zariye se hasil shuda opportunities ko avail karna, isi ka naam hai ashaab-e-rasool.</w:t>
      </w:r>
      <w:r>
        <w:br/>
      </w:r>
      <w:r>
        <w:rPr>
          <w:sz w:val="20"/>
        </w:rPr>
        <w:t>36:04  ashaab-e-rasool se pehle ek ek daur shuru hua Hazrat Hajra se, Hazrat Ismail se. is ke andar ek process chala.</w:t>
      </w:r>
      <w:r>
        <w:br/>
      </w:r>
      <w:r>
        <w:rPr>
          <w:sz w:val="20"/>
        </w:rPr>
        <w:t>36:14  halat paida hue, mawaqe paida hue. inhi mawaqe ko janna, un ki planning kar ke un ko avail karna, sabr ke sath, tahammul ke sath, danishmandi ke sath.</w:t>
      </w:r>
    </w:p>
    <w:p>
      <w:pPr>
        <w:pStyle w:val="Heading2"/>
      </w:pPr>
      <w:r>
        <w:t>Distinguishing Islam from Muslims</w:t>
      </w:r>
    </w:p>
    <w:p>
      <w:r>
        <w:rPr>
          <w:color w:val="666666"/>
          <w:sz w:val="18"/>
        </w:rPr>
        <w:t>Living in Peace and Harmony in a Multicultural World | February 9, 2016 Full · 2m 00s · at 49:27 · https://youtu.be/jRR83pRA6QU?t=2967</w:t>
      </w:r>
    </w:p>
    <w:p>
      <w:r>
        <w:rPr>
          <w:i/>
        </w:rPr>
        <w:t>“Dekhiye, mein samajhta hoon ke donon question ka ek hi answer hai”</w:t>
      </w:r>
    </w:p>
    <w:p>
      <w:r>
        <w:rPr>
          <w:sz w:val="20"/>
        </w:rPr>
        <w:t>49:27  kyun ke yeh scientific study isi ka naam hota hai.</w:t>
      </w:r>
      <w:r>
        <w:br/>
      </w:r>
      <w:r>
        <w:rPr>
          <w:sz w:val="20"/>
        </w:rPr>
        <w:t>49:34  scientific study yahi hai ke aap authentic jo source hai, us se rai banayein.</w:t>
      </w:r>
      <w:r>
        <w:br/>
      </w:r>
      <w:r>
        <w:rPr>
          <w:sz w:val="20"/>
        </w:rPr>
        <w:t>49:42  musalman authentic source nahi hai, musalman authentic source nahi hai islam ko janne ka.</w:t>
      </w:r>
      <w:r>
        <w:br/>
      </w:r>
      <w:r>
        <w:rPr>
          <w:sz w:val="20"/>
        </w:rPr>
        <w:t>49:49  islam ko janne ka jo authentic source hai, woh quran hai aur sunnat hai. musalman</w:t>
      </w:r>
      <w:r>
        <w:br/>
      </w:r>
      <w:r>
        <w:rPr>
          <w:sz w:val="20"/>
        </w:rPr>
        <w:t>49:57  to ek community hain, jaisa main doosri misaal deta hoon ke india mein hindu log hain, hum hindu</w:t>
      </w:r>
      <w:r>
        <w:br/>
      </w:r>
      <w:r>
        <w:rPr>
          <w:sz w:val="20"/>
        </w:rPr>
        <w:t>50:03  logon ko apna bhai samajhte hain, lekin kya hindu log jo hain, woh source ban sakte hain yeh</w:t>
      </w:r>
      <w:r>
        <w:br/>
      </w:r>
      <w:r>
        <w:rPr>
          <w:sz w:val="20"/>
        </w:rPr>
        <w:t>50:09  سمجھنے کا کہ what یعنی ویدانتک کیا ہے؟ آپ کو اگر جانتا ہے کہ ویدانتک کیا ہے تو</w:t>
      </w:r>
      <w:r>
        <w:br/>
      </w:r>
      <w:r>
        <w:rPr>
          <w:sz w:val="20"/>
        </w:rPr>
        <w:t>50:15  aap ko book padhna parega.</w:t>
      </w:r>
      <w:r>
        <w:br/>
      </w:r>
      <w:r>
        <w:rPr>
          <w:sz w:val="20"/>
        </w:rPr>
        <w:t>50:21  ya india ki jo society mein jo log hain, kya woh source ban sakte hain ke india ka constitution kya</w:t>
      </w:r>
      <w:r>
        <w:br/>
      </w:r>
      <w:r>
        <w:rPr>
          <w:sz w:val="20"/>
        </w:rPr>
        <w:t>50:27  hai? aap ko janna hai constitution to aap ko constitution ko padhna parega.</w:t>
      </w:r>
      <w:r>
        <w:br/>
      </w:r>
      <w:r>
        <w:rPr>
          <w:sz w:val="20"/>
        </w:rPr>
        <w:t>50:32  to there is difference between text and community, yeh har jagah hai, koi islam hi ki baat nahi</w:t>
      </w:r>
      <w:r>
        <w:br/>
      </w:r>
      <w:r>
        <w:rPr>
          <w:sz w:val="20"/>
        </w:rPr>
        <w:t>50:37  hai, christianity mein bhi yahi baat hai, har jagah.</w:t>
      </w:r>
      <w:r>
        <w:br/>
      </w:r>
      <w:r>
        <w:rPr>
          <w:sz w:val="20"/>
        </w:rPr>
        <w:t>50:42  to scientific study ka tareeqa yeh hai ke aap jo authentic source hai, us ko dekhein, kyun ke insan</w:t>
      </w:r>
      <w:r>
        <w:br/>
      </w:r>
      <w:r>
        <w:rPr>
          <w:sz w:val="20"/>
        </w:rPr>
        <w:t>50:47  to apne rai pe chal sakta hai, kuch bhi kar sakta hai, lekin authentic source to woh nahi hai.</w:t>
      </w:r>
      <w:r>
        <w:br/>
      </w:r>
      <w:r>
        <w:rPr>
          <w:sz w:val="20"/>
        </w:rPr>
        <w:t>50:52  keh state ko jaan</w:t>
      </w:r>
      <w:r>
        <w:br/>
      </w:r>
      <w:r>
        <w:rPr>
          <w:sz w:val="20"/>
        </w:rPr>
        <w:t>50:57  na hai to New Testament padhiye, India ke legal system ko janna hai to Constitution padhiye, Hindu logon</w:t>
      </w:r>
      <w:r>
        <w:br/>
      </w:r>
      <w:r>
        <w:rPr>
          <w:sz w:val="20"/>
        </w:rPr>
        <w:t>51:03  ko janna hai to geeta parhiye.</w:t>
      </w:r>
      <w:r>
        <w:br/>
      </w:r>
      <w:r>
        <w:rPr>
          <w:sz w:val="20"/>
        </w:rPr>
        <w:t>51:09  yahi mein kehta hoon islam ke bare mein bhi hai, mein koi nai baat nahi kar raha, yeh</w:t>
      </w:r>
      <w:r>
        <w:br/>
      </w:r>
      <w:r>
        <w:rPr>
          <w:sz w:val="20"/>
        </w:rPr>
        <w:t>51:15  to sari dunya mein accepted principle hai, accepted bismillah hir rahman nir rahim satakallamu bilisani alarabi ana saeedun bilqaa'i</w:t>
      </w:r>
      <w:r>
        <w:br/>
      </w:r>
      <w:r>
        <w:rPr>
          <w:sz w:val="20"/>
        </w:rPr>
        <w:t>51:21  maulana wahiduddin khan</w:t>
      </w:r>
    </w:p>
    <w:p>
      <w:pPr>
        <w:pStyle w:val="Heading2"/>
      </w:pPr>
      <w:r>
        <w:t>Imam Shafii on the humility of scholarly disagreement</w:t>
      </w:r>
    </w:p>
    <w:p>
      <w:r>
        <w:rPr>
          <w:color w:val="666666"/>
          <w:sz w:val="18"/>
        </w:rPr>
        <w:t>Tajdeed-e-Deen Book by Maulana Wahiduddin Khan · 46s · at 41:50 · https://youtu.be/IPf3V74gGr4?t=2510</w:t>
      </w:r>
    </w:p>
    <w:p>
      <w:r>
        <w:rPr>
          <w:i/>
        </w:rPr>
        <w:t>“میری رائے درست ہے، اس احتمال کے ساتھ کہ غلط ہو”</w:t>
      </w:r>
    </w:p>
    <w:p>
      <w:r>
        <w:rPr>
          <w:sz w:val="20"/>
        </w:rPr>
        <w:t>41:49  is</w:t>
      </w:r>
      <w:r>
        <w:br/>
      </w:r>
      <w:r>
        <w:rPr>
          <w:sz w:val="20"/>
        </w:rPr>
        <w:t>41:50  mamlay mein Imam Shafi'i ka yeh qaul bohat ba-ma'ni hai ke: "rayi thawab yahtamil al-khata, wa rayi ghayri khata yahtamil al-thawab." meri rai sahih hai is ihtimal ke sath ke woh ghalat ho aur doosre ki rai ghalat hai is ihtimal ke sath ke woh sahih ho.</w:t>
      </w:r>
      <w:r>
        <w:br/>
      </w:r>
      <w:r>
        <w:rPr>
          <w:sz w:val="20"/>
        </w:rPr>
        <w:t>42:09  yani jis tarah mere paas apne haq mein riwayat hai, usi tarah doosre ke paas bhi apne haq mein riwayat hai.</w:t>
      </w:r>
      <w:r>
        <w:br/>
      </w:r>
      <w:r>
        <w:rPr>
          <w:sz w:val="20"/>
        </w:rPr>
        <w:t>42:16  is liye dono ke liye khata ka imkan bhi hai aur sawab ka imkan bhi. is ajeeb o ghareeb tadfeeq se kahin zyada behtar hai ke yeh maan liya jaye ke jin umoor mein riwayaton mein ikhtilaf hai, woh darasal taus'a ki bina par hai, woh haqeeqi ikhtilaf nahin.</w:t>
      </w:r>
    </w:p>
    <w:p>
      <w:pPr>
        <w:pStyle w:val="Heading2"/>
      </w:pPr>
      <w:r>
        <w:t>Three stages: economic, education, dawah, and tajdeed</w:t>
      </w:r>
    </w:p>
    <w:p>
      <w:r>
        <w:rPr>
          <w:color w:val="666666"/>
          <w:sz w:val="18"/>
        </w:rPr>
        <w:t>Revival and Revivalist | June 7, 2015 · 5m 37s · at 23:22 · https://youtu.be/tJqheiPlZ94?t=1402</w:t>
      </w:r>
    </w:p>
    <w:p>
      <w:r>
        <w:rPr>
          <w:i/>
        </w:rPr>
        <w:t>“Kal Bombay se ek sahib aaye the”</w:t>
      </w:r>
    </w:p>
    <w:p>
      <w:r>
        <w:rPr>
          <w:sz w:val="20"/>
        </w:rPr>
        <w:t>23:22  , kal ki baat hai, kal bombay se ek sahib aaye the jo wahan ek bahut hi bada</w:t>
      </w:r>
      <w:r>
        <w:br/>
      </w:r>
      <w:r>
        <w:rPr>
          <w:sz w:val="20"/>
        </w:rPr>
        <w:t>23:27  adarah hai musalmanon ka, jo deyrh saal se qaaim hai.</w:t>
      </w:r>
      <w:r>
        <w:br/>
      </w:r>
      <w:r>
        <w:rPr>
          <w:sz w:val="20"/>
        </w:rPr>
        <w:t>23:32  is ke 95 school chal rahe hain, school college.</w:t>
      </w:r>
      <w:r>
        <w:br/>
      </w:r>
      <w:r>
        <w:rPr>
          <w:sz w:val="20"/>
        </w:rPr>
        <w:t>23:37  95 school college chal rahe hain in ke.</w:t>
      </w:r>
      <w:r>
        <w:br/>
      </w:r>
      <w:r>
        <w:rPr>
          <w:sz w:val="20"/>
        </w:rPr>
        <w:t>23:42  to unhon ne bataya ke hum aik naya college bana rahe hain, shayad medical college bataya unhon ne kuch.</w:t>
      </w:r>
      <w:r>
        <w:br/>
      </w:r>
      <w:r>
        <w:rPr>
          <w:sz w:val="20"/>
        </w:rPr>
        <w:t>23:47  is mein aik</w:t>
      </w:r>
      <w:r>
        <w:br/>
      </w:r>
      <w:r>
        <w:rPr>
          <w:sz w:val="20"/>
        </w:rPr>
        <w:t>23:52  hindu ne 60 crore rupay ka donation diya hai bombay mein.</w:t>
      </w:r>
      <w:r>
        <w:br/>
      </w:r>
      <w:r>
        <w:rPr>
          <w:sz w:val="20"/>
        </w:rPr>
        <w:t>23:56  lekin yeh khabar mein ne kisi musalman perche mein nahi parhi.</w:t>
      </w:r>
      <w:r>
        <w:br/>
      </w:r>
      <w:r>
        <w:rPr>
          <w:sz w:val="20"/>
        </w:rPr>
        <w:t>24:01  wo chairman sahib jo aaye thay, unhon ne bataya to maloom hua.</w:t>
      </w:r>
      <w:r>
        <w:br/>
      </w:r>
      <w:r>
        <w:rPr>
          <w:sz w:val="20"/>
        </w:rPr>
        <w:t>24:05  aisi khabrein nahi aati hamare perchon mein.</w:t>
      </w:r>
      <w:r>
        <w:br/>
      </w:r>
      <w:r>
        <w:rPr>
          <w:sz w:val="20"/>
        </w:rPr>
        <w:t>24:10  hamare perchon mein aati hain kya? negative khabrein, negative.</w:t>
      </w:r>
      <w:r>
        <w:br/>
      </w:r>
      <w:r>
        <w:rPr>
          <w:sz w:val="20"/>
        </w:rPr>
        <w:t>24:14  dhoond dhoond ke dhoondte hain, dhoond dhoond ke laate hain koi na koi khabar.</w:t>
      </w:r>
      <w:r>
        <w:br/>
      </w:r>
      <w:r>
        <w:rPr>
          <w:sz w:val="20"/>
        </w:rPr>
        <w:t>24:19  aur positive khabrein woh chhapte nahi.</w:t>
      </w:r>
      <w:r>
        <w:br/>
      </w:r>
      <w:r>
        <w:rPr>
          <w:sz w:val="20"/>
        </w:rPr>
        <w:t>24:23  to us waqt musalmanon ka jo masla hai, woh un ke yani incompetent leadership. jahan tak halaat ka ta'alluq hai, halaat to bilkul musalmanon ke favor mein ho chuke hain, aur is se musalmanon ko faida bhi ho raha hai. yeh pehlu hai, yani economic ke aitbar se, maeeshat ke aitbar se. ab doosra, doosri pehlu ko lejeye. to kisi community ke liye pehli baat</w:t>
      </w:r>
      <w:r>
        <w:br/>
      </w:r>
      <w:r>
        <w:rPr>
          <w:sz w:val="20"/>
        </w:rPr>
        <w:t>24:53  yeh hai ke is ko aik maeeshiyati buniyad mile, economic base, economic base mile.</w:t>
      </w:r>
      <w:r>
        <w:br/>
      </w:r>
      <w:r>
        <w:rPr>
          <w:sz w:val="20"/>
        </w:rPr>
        <w:t>24:58  yeh pehli cheez hai.</w:t>
      </w:r>
      <w:r>
        <w:br/>
      </w:r>
      <w:r>
        <w:rPr>
          <w:sz w:val="20"/>
        </w:rPr>
        <w:t>25:02  yani is ke paas ghar ho, is ke bachon ke taleem ke liye kharch ho, economic base.</w:t>
      </w:r>
      <w:r>
        <w:br/>
      </w:r>
      <w:r>
        <w:rPr>
          <w:sz w:val="20"/>
        </w:rPr>
        <w:t>25:06  yeh already musalmanon ko India mein mil chuka hai.</w:t>
      </w:r>
      <w:r>
        <w:br/>
      </w:r>
      <w:r>
        <w:rPr>
          <w:sz w:val="20"/>
        </w:rPr>
        <w:t>25:11  yani jo pehla stage hai, woh already ho chuka hai ke musalmanon ko economic base is mulk mein</w:t>
      </w:r>
      <w:r>
        <w:br/>
      </w:r>
      <w:r>
        <w:rPr>
          <w:sz w:val="20"/>
        </w:rPr>
        <w:t>25:15  mil chuki hai.</w:t>
      </w:r>
      <w:r>
        <w:br/>
      </w:r>
      <w:r>
        <w:rPr>
          <w:sz w:val="20"/>
        </w:rPr>
        <w:t>25:19  in ke paas ghar hai, in ke</w:t>
      </w:r>
      <w:r>
        <w:br/>
      </w:r>
      <w:r>
        <w:rPr>
          <w:sz w:val="20"/>
        </w:rPr>
        <w:t>25:23  paas job hai, in ke bachay parh rahe hain, yeh sab ho raha hai.</w:t>
      </w:r>
      <w:r>
        <w:br/>
      </w:r>
      <w:r>
        <w:rPr>
          <w:sz w:val="20"/>
        </w:rPr>
        <w:t>25:29  ab doosra, ab doosra stage hai.</w:t>
      </w:r>
      <w:r>
        <w:br/>
      </w:r>
      <w:r>
        <w:rPr>
          <w:sz w:val="20"/>
        </w:rPr>
        <w:t>25:35  doosra stage hai taleem ka, education ka.</w:t>
      </w:r>
      <w:r>
        <w:br/>
      </w:r>
      <w:r>
        <w:rPr>
          <w:sz w:val="20"/>
        </w:rPr>
        <w:t>25:41  to ab musalman bari tadad mein aa rahe hain education mein. har jagah.</w:t>
      </w:r>
      <w:r>
        <w:br/>
      </w:r>
      <w:r>
        <w:rPr>
          <w:sz w:val="20"/>
        </w:rPr>
        <w:t>25:47  education ki importance kya hai? education aadmi ko bashaoor banata hai. yani intellect</w:t>
      </w:r>
      <w:r>
        <w:br/>
      </w:r>
      <w:r>
        <w:rPr>
          <w:sz w:val="20"/>
        </w:rPr>
        <w:t>25:53  ual development lata hai is ke andar.</w:t>
      </w:r>
      <w:r>
        <w:br/>
      </w:r>
      <w:r>
        <w:rPr>
          <w:sz w:val="20"/>
        </w:rPr>
        <w:t>25:59  sochne ki taqat aati hai.</w:t>
      </w:r>
      <w:r>
        <w:br/>
      </w:r>
      <w:r>
        <w:rPr>
          <w:sz w:val="20"/>
        </w:rPr>
        <w:t>26:04  education ka sab se bara role yeh nahi ke aap ko job mil jata hai.</w:t>
      </w:r>
      <w:r>
        <w:br/>
      </w:r>
      <w:r>
        <w:rPr>
          <w:sz w:val="20"/>
        </w:rPr>
        <w:t>26:09  wo secondary baat hai.</w:t>
      </w:r>
      <w:r>
        <w:br/>
      </w:r>
      <w:r>
        <w:rPr>
          <w:sz w:val="20"/>
        </w:rPr>
        <w:t>26:14  education ka sab se bara role yeh hai ke wo aap ko batata hai ke how to think.</w:t>
      </w:r>
      <w:r>
        <w:br/>
      </w:r>
      <w:r>
        <w:rPr>
          <w:sz w:val="20"/>
        </w:rPr>
        <w:t>26:19  sochne ka tareeqa kya hai? sochne ka tareeqa kya hai? to ab musalman dakhil ho gaye hain dheere dheere. yani</w:t>
      </w:r>
      <w:r>
        <w:br/>
      </w:r>
      <w:r>
        <w:rPr>
          <w:sz w:val="20"/>
        </w:rPr>
        <w:t>26:24  muashre maidan mein to aage barh chuke hain kafi.</w:t>
      </w:r>
      <w:r>
        <w:br/>
      </w:r>
      <w:r>
        <w:rPr>
          <w:sz w:val="20"/>
        </w:rPr>
        <w:t>26:27  taleem ke maidan mein dheere dheere aage barh rahe hain.</w:t>
      </w:r>
      <w:r>
        <w:br/>
      </w:r>
      <w:r>
        <w:rPr>
          <w:sz w:val="20"/>
        </w:rPr>
        <w:t>26:31  to kya ke wo ek waqt aye ga, wo shayad bohat jald aye ga, jab musalmanon ke andar</w:t>
      </w:r>
      <w:r>
        <w:br/>
      </w:r>
      <w:r>
        <w:rPr>
          <w:sz w:val="20"/>
        </w:rPr>
        <w:t>26:35  shaoor paida ho chuka hoga.</w:t>
      </w:r>
      <w:r>
        <w:br/>
      </w:r>
      <w:r>
        <w:rPr>
          <w:sz w:val="20"/>
        </w:rPr>
        <w:t>26:39  یعنی intellectual awakening آ چکی ہوگی۔</w:t>
      </w:r>
      <w:r>
        <w:br/>
      </w:r>
      <w:r>
        <w:rPr>
          <w:sz w:val="20"/>
        </w:rPr>
        <w:t>26:43  وہ اس قابل ہو چکے ہوں گے کہ سچ right way میں، right thinking ان کے اندر آ چکی ہوگی۔</w:t>
      </w:r>
      <w:r>
        <w:br/>
      </w:r>
      <w:r>
        <w:rPr>
          <w:sz w:val="20"/>
        </w:rPr>
        <w:t>26:46  to shayad bohat jald aisa hoga.</w:t>
      </w:r>
      <w:r>
        <w:br/>
      </w:r>
      <w:r>
        <w:rPr>
          <w:sz w:val="20"/>
        </w:rPr>
        <w:t>26:50  is ke, is ke, is ka</w:t>
      </w:r>
      <w:r>
        <w:br/>
      </w:r>
      <w:r>
        <w:rPr>
          <w:sz w:val="20"/>
        </w:rPr>
        <w:t>26:54  yeh process shuru ho chuka hai.</w:t>
      </w:r>
      <w:r>
        <w:br/>
      </w:r>
      <w:r>
        <w:rPr>
          <w:sz w:val="20"/>
        </w:rPr>
        <w:t>26:59  yeh process shuru ho chuka hai.</w:t>
      </w:r>
      <w:r>
        <w:br/>
      </w:r>
      <w:r>
        <w:rPr>
          <w:sz w:val="20"/>
        </w:rPr>
        <w:t>27:05  dost, is ke baad jo teesra stage hai, teesra, wo hai dawat.</w:t>
      </w:r>
      <w:r>
        <w:br/>
      </w:r>
      <w:r>
        <w:rPr>
          <w:sz w:val="20"/>
        </w:rPr>
        <w:t>27:10  dawat kya hai? dawat kya hai ke musalman pehle is mulk mein ek liability ke taur par thay.</w:t>
      </w:r>
      <w:r>
        <w:br/>
      </w:r>
      <w:r>
        <w:rPr>
          <w:sz w:val="20"/>
        </w:rPr>
        <w:t>27:16  phir un ke zehn mein aya ke hum ek taker group banen.</w:t>
      </w:r>
      <w:r>
        <w:br/>
      </w:r>
      <w:r>
        <w:rPr>
          <w:sz w:val="20"/>
        </w:rPr>
        <w:t>27:21  taker group, taker community banay hue thay.</w:t>
      </w:r>
      <w:r>
        <w:br/>
      </w:r>
      <w:r>
        <w:rPr>
          <w:sz w:val="20"/>
        </w:rPr>
        <w:t>27:27  to ab is se nikal kar ke wo dour aye ga inshallah ke jab un ke andar yeh</w:t>
      </w:r>
      <w:r>
        <w:br/>
      </w:r>
      <w:r>
        <w:rPr>
          <w:sz w:val="20"/>
        </w:rPr>
        <w:t>27:31  soch aye gi ke hamein giver group banna hai.</w:t>
      </w:r>
      <w:r>
        <w:br/>
      </w:r>
      <w:r>
        <w:rPr>
          <w:sz w:val="20"/>
        </w:rPr>
        <w:t>27:35  dawi banne ka matlab hai giver group banna.</w:t>
      </w:r>
      <w:r>
        <w:br/>
      </w:r>
      <w:r>
        <w:rPr>
          <w:sz w:val="20"/>
        </w:rPr>
        <w:t>27:40  dawat kya hai? doosron ko dena.</w:t>
      </w:r>
      <w:r>
        <w:br/>
      </w:r>
      <w:r>
        <w:rPr>
          <w:sz w:val="20"/>
        </w:rPr>
        <w:t>27:44  aap jab job karte hain to doosron se lete hain.</w:t>
      </w:r>
      <w:r>
        <w:br/>
      </w:r>
      <w:r>
        <w:rPr>
          <w:sz w:val="20"/>
        </w:rPr>
        <w:t>27:48  aap business karte hain to tab bhi aap customer se lete hain.</w:t>
      </w:r>
      <w:r>
        <w:br/>
      </w:r>
      <w:r>
        <w:rPr>
          <w:sz w:val="20"/>
        </w:rPr>
        <w:t>27:53  lekin dawat ek aisa kaam hai jo aap ko taker group se utha kar ke</w:t>
      </w:r>
      <w:r>
        <w:br/>
      </w:r>
      <w:r>
        <w:rPr>
          <w:sz w:val="20"/>
        </w:rPr>
        <w:t>27:57  giver group mein dakhil kar deta hai.</w:t>
      </w:r>
      <w:r>
        <w:br/>
      </w:r>
      <w:r>
        <w:rPr>
          <w:sz w:val="20"/>
        </w:rPr>
        <w:t>28:02  dene wala bana deta hai aap ko.</w:t>
      </w:r>
      <w:r>
        <w:br/>
      </w:r>
      <w:r>
        <w:rPr>
          <w:sz w:val="20"/>
        </w:rPr>
        <w:t>28:08  to quran mein hai ke jo giver group hota hai, usi ko barhai milti hai.</w:t>
      </w:r>
      <w:r>
        <w:br/>
      </w:r>
      <w:r>
        <w:rPr>
          <w:sz w:val="20"/>
        </w:rPr>
        <w:t>28:13  usi ko establishment milta hai.</w:t>
      </w:r>
      <w:r>
        <w:br/>
      </w:r>
      <w:r>
        <w:rPr>
          <w:sz w:val="20"/>
        </w:rPr>
        <w:t>28:18  usi ka darja barhta hai.</w:t>
      </w:r>
      <w:r>
        <w:br/>
      </w:r>
      <w:r>
        <w:rPr>
          <w:sz w:val="20"/>
        </w:rPr>
        <w:t>28:23  to ab mein samajhta hoon ke teesra jo daur hai ke musalman is mulk ke ticker group ban jayen, woh</w:t>
      </w:r>
      <w:r>
        <w:br/>
      </w:r>
      <w:r>
        <w:rPr>
          <w:sz w:val="20"/>
        </w:rPr>
        <w:t>28:28  woh bhi shuru ho chuka hai, agarche bohat hi dheemi raftaar se.</w:t>
      </w:r>
      <w:r>
        <w:br/>
      </w:r>
      <w:r>
        <w:rPr>
          <w:sz w:val="20"/>
        </w:rPr>
        <w:t>28:31  to yeh us ko samajhne ki baat hai.</w:t>
      </w:r>
      <w:r>
        <w:br/>
      </w:r>
      <w:r>
        <w:rPr>
          <w:sz w:val="20"/>
        </w:rPr>
        <w:t>28:34  usi ko samajhne ke wala tajdid ka kaam kar payega.</w:t>
      </w:r>
      <w:r>
        <w:br/>
      </w:r>
      <w:r>
        <w:rPr>
          <w:sz w:val="20"/>
        </w:rPr>
        <w:t>28:37  jo us ko na samjhe, woh tajdid kaam nahi kar sakta.</w:t>
      </w:r>
      <w:r>
        <w:br/>
      </w:r>
      <w:r>
        <w:rPr>
          <w:sz w:val="20"/>
        </w:rPr>
        <w:t>28:41  mujaddid ka role koi, koi apartment ka role nahi.</w:t>
      </w:r>
      <w:r>
        <w:br/>
      </w:r>
      <w:r>
        <w:rPr>
          <w:sz w:val="20"/>
        </w:rPr>
        <w:t>28:44  nabi apartment ki ayat hai.</w:t>
      </w:r>
      <w:r>
        <w:br/>
      </w:r>
      <w:r>
        <w:rPr>
          <w:sz w:val="20"/>
        </w:rPr>
        <w:t>28:47  nabi ka role apartment ka role hota hai.</w:t>
      </w:r>
      <w:r>
        <w:br/>
      </w:r>
      <w:r>
        <w:rPr>
          <w:sz w:val="20"/>
        </w:rPr>
        <w:t>28:50  yani Allah ne ek shakhs ko nabi bana diya.</w:t>
      </w:r>
      <w:r>
        <w:br/>
      </w:r>
      <w:r>
        <w:rPr>
          <w:sz w:val="20"/>
        </w:rPr>
        <w:t>28:53  ab farishta aaya, us ko wahi di.</w:t>
      </w:r>
      <w:r>
        <w:br/>
      </w:r>
      <w:r>
        <w:rPr>
          <w:sz w:val="20"/>
        </w:rPr>
        <w:t>28:56  us wahi ko suna diya us ne.</w:t>
      </w:r>
    </w:p>
    <w:p>
      <w:pPr>
        <w:pStyle w:val="Heading2"/>
      </w:pPr>
      <w:r>
        <w:t>Cloth shopkeeper story: business runs on love, not hatred</w:t>
      </w:r>
    </w:p>
    <w:p>
      <w:r>
        <w:rPr>
          <w:color w:val="666666"/>
          <w:sz w:val="18"/>
        </w:rPr>
        <w:t>Attributes of a Dayee October 31, 2010 · 2m 08s · at 52:07 · https://youtu.be/-inz5O22QGE?t=3127</w:t>
      </w:r>
    </w:p>
    <w:p>
      <w:r>
        <w:rPr>
          <w:i/>
        </w:rPr>
        <w:t>“Ek Hindu ne humare mohalle mein kapde ki dukaan kholi”</w:t>
      </w:r>
    </w:p>
    <w:p>
      <w:r>
        <w:rPr>
          <w:sz w:val="20"/>
        </w:rPr>
        <w:t>52:07  ek sahib ne mujhe is tarah bataya, purane Dilli ka. Is se pehle main purane Dilli mein rehta tha ke purane Dilli mein Musalman zyada hain.</w:t>
      </w:r>
      <w:r>
        <w:br/>
      </w:r>
      <w:r>
        <w:rPr>
          <w:sz w:val="20"/>
        </w:rPr>
        <w:t>52:17  baaz area Musalman hi Musalman hain. Is ilaqe mein ek Hindu ne kapde ki dukan kholi.</w:t>
      </w:r>
      <w:r>
        <w:br/>
      </w:r>
      <w:r>
        <w:rPr>
          <w:sz w:val="20"/>
        </w:rPr>
        <w:t>52:28  yani saari abadi Musalmanon ki hai aas pas, aur dukan kapde ki Hindu ne kholi. To ek ek ek ek senior Musalman wohi,</w:t>
      </w:r>
      <w:r>
        <w:br/>
      </w:r>
      <w:r>
        <w:rPr>
          <w:sz w:val="20"/>
        </w:rPr>
        <w:t>52:42  zyada umar wale, to un ko Musalmanon se shikayatein hua karti thin. Un se shikayat, un se shikayat, jaisa aksar hota hai.</w:t>
      </w:r>
      <w:r>
        <w:br/>
      </w:r>
      <w:r>
        <w:rPr>
          <w:sz w:val="20"/>
        </w:rPr>
        <w:t>52:52  to un ki dukan pe aa ke baithne</w:t>
      </w:r>
      <w:r>
        <w:br/>
      </w:r>
      <w:r>
        <w:rPr>
          <w:sz w:val="20"/>
        </w:rPr>
        <w:t>52:54  lage. Is Hindu ki dukan pe aa ke baithne lage. Aur karte the, kahin shikayatein ke daftar kholte the. Dekho falan aisa hai, dekho falan aisa hai, dekho falan aisa hai.</w:t>
      </w:r>
      <w:r>
        <w:br/>
      </w:r>
      <w:r>
        <w:rPr>
          <w:sz w:val="20"/>
        </w:rPr>
        <w:t>53:07  to aakhir mein ek din kya hua ke woh dukan dar jo tha, us ne woh haath joṛ ke khada ho gaya. Ke bhai sahib,</w:t>
      </w:r>
      <w:r>
        <w:br/>
      </w:r>
      <w:r>
        <w:rPr>
          <w:sz w:val="20"/>
        </w:rPr>
        <w:t>53:19  yeh daftar aap mat kholiye yahan.</w:t>
      </w:r>
      <w:r>
        <w:br/>
      </w:r>
      <w:r>
        <w:rPr>
          <w:sz w:val="20"/>
        </w:rPr>
        <w:t>53:24  us ne jab baat kahi thi, badi anokhi baat thi.</w:t>
      </w:r>
      <w:r>
        <w:br/>
      </w:r>
      <w:r>
        <w:rPr>
          <w:sz w:val="20"/>
        </w:rPr>
        <w:t>53:29  us ne kaha ke jin ki aap shikayatein karte hain, woh mere gahak hain. Woh mere customer hain. Agar un ke liye mere dil mein nafrat aa jaye to main un se business nahin kar sakta.</w:t>
      </w:r>
      <w:r>
        <w:br/>
      </w:r>
      <w:r>
        <w:rPr>
          <w:sz w:val="20"/>
        </w:rPr>
        <w:t>53:45  business chalti hai mohabbat par, meethe bol par, khair khwahi par. to aap ki baat sun kar keh agar mere dil mein nafrat aa gayi</w:t>
      </w:r>
      <w:r>
        <w:br/>
      </w:r>
      <w:r>
        <w:rPr>
          <w:sz w:val="20"/>
        </w:rPr>
        <w:t>53:55  to mein un se business nahin kar sakta.</w:t>
      </w:r>
      <w:r>
        <w:br/>
      </w:r>
      <w:r>
        <w:rPr>
          <w:sz w:val="20"/>
        </w:rPr>
        <w:t>54:00  yahi baat woh hai, brilliant time zyada hona chahiye ek da'ee ke andar. aise akhbaron ko musalman kehna chahiye keh tum mutaakhbaron mein aisi khabrein chhaapo jis se hamare dil mein nafrat aati hai.</w:t>
      </w:r>
    </w:p>
    <w:p>
      <w:pPr>
        <w:pStyle w:val="Heading2"/>
      </w:pPr>
      <w:r>
        <w:t>Non-violence, Hudaybiyyah, and mutual respect as the basis of peace</w:t>
      </w:r>
    </w:p>
    <w:p>
      <w:r>
        <w:rPr>
          <w:color w:val="666666"/>
          <w:sz w:val="18"/>
        </w:rPr>
        <w:t>Multi Religious Society and Islam (English) March 3, 2007 · 5m 54s · at 1:10:17 · https://youtu.be/13uSBqf_XHg?t=4217</w:t>
      </w:r>
    </w:p>
    <w:p>
      <w:r>
        <w:rPr>
          <w:i/>
        </w:rPr>
        <w:t>“Non-violence, Hudaybiyyah, and the basis of peace”</w:t>
      </w:r>
    </w:p>
    <w:p>
      <w:r>
        <w:rPr>
          <w:sz w:val="20"/>
        </w:rPr>
        <w:t>1:10:17  deinr is a very important hadith</w:t>
      </w:r>
      <w:r>
        <w:br/>
      </w:r>
      <w:r>
        <w:rPr>
          <w:sz w:val="20"/>
        </w:rPr>
        <w:t>1:10:23  in sahi muslim. sahi muslim is a very authentic book in islam</w:t>
      </w:r>
      <w:r>
        <w:br/>
      </w:r>
      <w:r>
        <w:rPr>
          <w:sz w:val="20"/>
        </w:rPr>
        <w:t>1:10:31  . The Prophet of Islam has said: "in Allah youti mala youti al-unf." God grants to non violence what he does not grant to violence.</w:t>
      </w:r>
      <w:r>
        <w:br/>
      </w:r>
      <w:r>
        <w:rPr>
          <w:sz w:val="20"/>
        </w:rPr>
        <w:t>1:10:55  it means that peaceful method is far more effective than the violent method.</w:t>
      </w:r>
      <w:r>
        <w:br/>
      </w:r>
      <w:r>
        <w:rPr>
          <w:sz w:val="20"/>
        </w:rPr>
        <w:t>1:11:08  also, you can see that love is more fruitful than the hate.</w:t>
      </w:r>
      <w:r>
        <w:br/>
      </w:r>
      <w:r>
        <w:rPr>
          <w:sz w:val="20"/>
        </w:rPr>
        <w:t>1:11:21  tolerance produces more good than intolerance.</w:t>
      </w:r>
      <w:r>
        <w:br/>
      </w:r>
      <w:r>
        <w:rPr>
          <w:sz w:val="20"/>
        </w:rPr>
        <w:t>1:11:29  in allah mala al-unf. This is the basis of a peaceful society.</w:t>
      </w:r>
      <w:r>
        <w:br/>
      </w:r>
      <w:r>
        <w:rPr>
          <w:sz w:val="20"/>
        </w:rPr>
        <w:t>1:11:45  islam tries to establish peace even in the price of neutral adjustment.</w:t>
      </w:r>
      <w:r>
        <w:br/>
      </w:r>
      <w:r>
        <w:rPr>
          <w:sz w:val="20"/>
        </w:rPr>
        <w:t>1:11:55  in islam, peace is so important, so important that islam tries to establish peace even in the basis of unilateral adjustment.</w:t>
      </w:r>
      <w:r>
        <w:br/>
      </w:r>
      <w:r>
        <w:rPr>
          <w:sz w:val="20"/>
        </w:rPr>
        <w:t>1:12:16  and deinr ar so many examples in the prophet's life.</w:t>
      </w:r>
      <w:r>
        <w:br/>
      </w:r>
      <w:r>
        <w:rPr>
          <w:sz w:val="20"/>
        </w:rPr>
        <w:t>1:12:25  and one glaring example is hudaybi agreement.</w:t>
      </w:r>
      <w:r>
        <w:br/>
      </w:r>
      <w:r>
        <w:rPr>
          <w:sz w:val="20"/>
        </w:rPr>
        <w:t>1:12:33  deinr was fighting</w:t>
      </w:r>
      <w:r>
        <w:br/>
      </w:r>
      <w:r>
        <w:rPr>
          <w:sz w:val="20"/>
        </w:rPr>
        <w:t>1:12:35  ini before Hudaybiyyah agreement, there was a fighting, there was a hate.</w:t>
      </w:r>
      <w:r>
        <w:br/>
      </w:r>
      <w:r>
        <w:rPr>
          <w:sz w:val="20"/>
        </w:rPr>
        <w:t>1:12:44  there was distance between the two communities. but prophet</w:t>
      </w:r>
      <w:r>
        <w:br/>
      </w:r>
      <w:r>
        <w:rPr>
          <w:sz w:val="20"/>
        </w:rPr>
        <w:t>1:12:52  agreed on new lateral conditions and finalized the hudaybiya agreement.</w:t>
      </w:r>
      <w:r>
        <w:br/>
      </w:r>
      <w:r>
        <w:rPr>
          <w:sz w:val="20"/>
        </w:rPr>
        <w:t>1:13:02  and what was the result? result was break less.</w:t>
      </w:r>
      <w:r>
        <w:br/>
      </w:r>
      <w:r>
        <w:rPr>
          <w:sz w:val="20"/>
        </w:rPr>
        <w:t>1:13:07  after hudaybiya agreement, you can see in the history that there was peace everywhere, tolerance everywhere, adjustment everywhere.</w:t>
      </w:r>
      <w:r>
        <w:br/>
      </w:r>
      <w:r>
        <w:rPr>
          <w:sz w:val="20"/>
        </w:rPr>
        <w:t>1:13:21  and then there was great progress. after hudaybiya, there was great progress and development in both the side.</w:t>
      </w:r>
      <w:r>
        <w:br/>
      </w:r>
      <w:r>
        <w:rPr>
          <w:sz w:val="20"/>
        </w:rPr>
        <w:t>1:13:37  so, the islamic formula to living in a multi religious society is based on adjustment.</w:t>
      </w:r>
      <w:r>
        <w:br/>
      </w:r>
      <w:r>
        <w:rPr>
          <w:sz w:val="20"/>
        </w:rPr>
        <w:t>1:13:49  even based on adjustment in tolerance.</w:t>
      </w:r>
      <w:r>
        <w:br/>
      </w:r>
      <w:r>
        <w:rPr>
          <w:sz w:val="20"/>
        </w:rPr>
        <w:t>1:13:59  this is the only formula of peace in a society. in every society, in every society,</w:t>
      </w:r>
      <w:r>
        <w:br/>
      </w:r>
      <w:r>
        <w:rPr>
          <w:sz w:val="20"/>
        </w:rPr>
        <w:t>1:14:15  this formula is based on this simple and natural principle that follow one and respect all.</w:t>
      </w:r>
      <w:r>
        <w:br/>
      </w:r>
      <w:r>
        <w:rPr>
          <w:sz w:val="20"/>
        </w:rPr>
        <w:t>1:14:33  always try to establish peace.</w:t>
      </w:r>
      <w:r>
        <w:br/>
      </w:r>
      <w:r>
        <w:rPr>
          <w:sz w:val="20"/>
        </w:rPr>
        <w:t>1:14:39  always try to establish tolerance. always try to establish mutual respect.</w:t>
      </w:r>
      <w:r>
        <w:br/>
      </w:r>
      <w:r>
        <w:rPr>
          <w:sz w:val="20"/>
        </w:rPr>
        <w:t>1:14:52  so, islamic formula is not based on mutual recognition</w:t>
      </w:r>
      <w:r>
        <w:br/>
      </w:r>
      <w:r>
        <w:rPr>
          <w:sz w:val="20"/>
        </w:rPr>
        <w:t>1:14:58  ۔ some people are talking about mutual recognition, but mutual recognition is not a islamic formula.</w:t>
      </w:r>
      <w:r>
        <w:br/>
      </w:r>
      <w:r>
        <w:rPr>
          <w:sz w:val="20"/>
        </w:rPr>
        <w:t>1:15:09  and also, it is not practicable formula. mutual recognition is not a practicable formula. islamic formula in this regard is based on the principle of mutual respect.</w:t>
      </w:r>
      <w:r>
        <w:br/>
      </w:r>
      <w:r>
        <w:rPr>
          <w:sz w:val="20"/>
        </w:rPr>
        <w:t>1:15:28  so, i can see that this is the i can see that the</w:t>
      </w:r>
      <w:r>
        <w:br/>
      </w:r>
      <w:r>
        <w:rPr>
          <w:sz w:val="20"/>
        </w:rPr>
        <w:t>1:15:41  this is the only formula according to the islamic principle and also according to the law of nature that is follow one and respect all.</w:t>
      </w:r>
    </w:p>
    <w:p>
      <w:pPr>
        <w:pStyle w:val="Heading2"/>
      </w:pPr>
      <w:r>
        <w:t>Prophet's saying about sensing knowledge from India</w:t>
      </w:r>
    </w:p>
    <w:p>
      <w:r>
        <w:rPr>
          <w:color w:val="666666"/>
          <w:sz w:val="18"/>
        </w:rPr>
        <w:t>Islam A Religion of Peace January 7, 2010 Maulana Wahiduddin Khan · 48s · at 1:10 · https://youtu.be/L3qaWEfRY6o?t=70</w:t>
      </w:r>
    </w:p>
    <w:p>
      <w:r>
        <w:rPr>
          <w:i/>
        </w:rPr>
        <w:t>“According to my experience, Islam has a special relationship with India.”</w:t>
      </w:r>
    </w:p>
    <w:p>
      <w:r>
        <w:rPr>
          <w:sz w:val="20"/>
        </w:rPr>
        <w:t>1:10  according to my experience, Islam has a very special relationship with India. why?</w:t>
      </w:r>
      <w:r>
        <w:br/>
      </w:r>
      <w:r>
        <w:rPr>
          <w:sz w:val="20"/>
        </w:rPr>
        <w:t>1:22  the prophet of Islam has said</w:t>
      </w:r>
      <w:r>
        <w:br/>
      </w:r>
      <w:r>
        <w:rPr>
          <w:sz w:val="20"/>
        </w:rPr>
        <w:t>1:27  that,</w:t>
      </w:r>
      <w:r>
        <w:br/>
      </w:r>
      <w:r>
        <w:rPr>
          <w:sz w:val="20"/>
        </w:rPr>
        <w:t>1:31  "Inni ajidu riha al-'ilmi min biladi al-Hind,</w:t>
      </w:r>
      <w:r>
        <w:br/>
      </w:r>
      <w:r>
        <w:rPr>
          <w:sz w:val="20"/>
        </w:rPr>
        <w:t>1:38  I could sense the wind of knowledge from India." this is saying of the prophet of Islam.</w:t>
      </w:r>
      <w:r>
        <w:br/>
      </w:r>
      <w:r>
        <w:rPr>
          <w:sz w:val="20"/>
        </w:rPr>
        <w:t>1:48  by this thing, you can understand that. this true to say that Islam has a great relationship with India.</w:t>
      </w:r>
    </w:p>
    <w:p>
      <w:pPr>
        <w:pStyle w:val="Heading2"/>
      </w:pPr>
      <w:r>
        <w:t>Rushdie and cartoon riots damaged Islam's global image</w:t>
      </w:r>
    </w:p>
    <w:p>
      <w:r>
        <w:rPr>
          <w:color w:val="666666"/>
          <w:sz w:val="18"/>
        </w:rPr>
        <w:t>Freedom of Thought in Islam 23 October, 2011 · 2m 50s · at 12:52 · https://youtu.be/aGbxRNNOKzo?t=772</w:t>
      </w:r>
    </w:p>
    <w:p>
      <w:r>
        <w:rPr>
          <w:i/>
        </w:rPr>
        <w:t>“Freedom of thought is Islam's biggest issue today”</w:t>
      </w:r>
    </w:p>
    <w:p>
      <w:r>
        <w:rPr>
          <w:sz w:val="20"/>
        </w:rPr>
        <w:t>12:52  ek aur doosra jo masla hai, is par bol raha hoon: "Freedom of Thought". Is waqt mujhe "Freedom of Thought" par bolna hai. Jo aaj ki dunya mein Islam ke khilaaf sab se bara issue bana hua hai.</w:t>
      </w:r>
      <w:r>
        <w:br/>
      </w:r>
      <w:r>
        <w:rPr>
          <w:sz w:val="20"/>
        </w:rPr>
        <w:t>13:07  aaj ki dunya mein yeh samjha jaane laga hai ke Islam mein izhaar-e-khayal ki azaadi nahi.</w:t>
      </w:r>
      <w:r>
        <w:br/>
      </w:r>
      <w:r>
        <w:rPr>
          <w:sz w:val="20"/>
        </w:rPr>
        <w:t>13:17  yeh baat bohat pehle se hai. Lekin Salmaan Rushdie ki kitaab jo thi</w:t>
      </w:r>
      <w:r>
        <w:br/>
      </w:r>
      <w:r>
        <w:rPr>
          <w:sz w:val="20"/>
        </w:rPr>
        <w:t>13:27  "Satanic Verses", is par jo hungama sari dunya mein hua, aur sirf Rushdie ko akele ek ko chhod kar sab ne shor kiya ke maro, qatl karo.</w:t>
      </w:r>
      <w:r>
        <w:br/>
      </w:r>
      <w:r>
        <w:rPr>
          <w:sz w:val="20"/>
        </w:rPr>
        <w:t>13:42  poori poori dunya, Arab, Ajam dono. Maine is ke khilaaf likha tha. Ek kitaab chhapi thi nineteen eighty four mein.</w:t>
      </w:r>
      <w:r>
        <w:br/>
      </w:r>
      <w:r>
        <w:rPr>
          <w:sz w:val="20"/>
        </w:rPr>
        <w:t>13:56  phir maine ek is ke baad ek kitaab poori chhapi is silsilay mein "Shatm-e-Rasool" ka masla. To poori poori dunya mein shor.</w:t>
      </w:r>
      <w:r>
        <w:br/>
      </w:r>
      <w:r>
        <w:rPr>
          <w:sz w:val="20"/>
        </w:rPr>
        <w:t>14:06  is ke upar inaam muqarrar kiye gaye ke jo maare, us ko us ko itna inaam.</w:t>
      </w:r>
      <w:r>
        <w:br/>
      </w:r>
      <w:r>
        <w:rPr>
          <w:sz w:val="20"/>
        </w:rPr>
        <w:t>14:13  is tarah se abhi haal mein aap ne dekha Denmark ke ek paper mein jo ek cartoon chhap gaya, us par ek hungama. sirf mein akela tha jis ne likha us par ek mazmoon ke "ignore cartoons".</w:t>
      </w:r>
      <w:r>
        <w:br/>
      </w:r>
      <w:r>
        <w:rPr>
          <w:sz w:val="20"/>
        </w:rPr>
        <w:t>14:26  lekin log to kehte hain ke bas maro. wahan ghus bhi gaye log Denmark mein. is aadmi ghar mein ghus gaya marne ke liye. agarche maar nahi paaye.</w:t>
      </w:r>
      <w:r>
        <w:br/>
      </w:r>
      <w:r>
        <w:rPr>
          <w:sz w:val="20"/>
        </w:rPr>
        <w:t>14:35  ab dekhiye, kaisi ajeeb baat hai ke saari Muslim dunya ne shor kiya</w:t>
      </w:r>
      <w:r>
        <w:br/>
      </w:r>
      <w:r>
        <w:rPr>
          <w:sz w:val="20"/>
        </w:rPr>
        <w:t>14:44  "Satanic Verses" ke author ke khilaaf. is cartoonist, is cartoonist ke khilaaf. lekin na us ko maar paaye, na us ko maar paaye.</w:t>
      </w:r>
      <w:r>
        <w:br/>
      </w:r>
      <w:r>
        <w:rPr>
          <w:sz w:val="20"/>
        </w:rPr>
        <w:t>14:54  donon zinda hain, donon government ki security mein hain. high security mein hain donon.</w:t>
      </w:r>
      <w:r>
        <w:br/>
      </w:r>
      <w:r>
        <w:rPr>
          <w:sz w:val="20"/>
        </w:rPr>
        <w:t>14:59  to bataiye ke koi Islam hai? yeh kaun sa Islam hai ke fatwa dein, fatwa dein, aap be natija? to khair, is se kya hua ke aap na to in logon ko maar paaye.</w:t>
      </w:r>
      <w:r>
        <w:br/>
      </w:r>
      <w:r>
        <w:rPr>
          <w:sz w:val="20"/>
        </w:rPr>
        <w:t>15:20  in ki kitaab bhi khoob biki. is ke tarjume hue.</w:t>
      </w:r>
      <w:r>
        <w:br/>
      </w:r>
      <w:r>
        <w:rPr>
          <w:sz w:val="20"/>
        </w:rPr>
        <w:t>15:25  albatta ek cheez yeh hui hai ke Islam badnaam ho gaya saari dunya mein.</w:t>
      </w:r>
      <w:r>
        <w:br/>
      </w:r>
      <w:r>
        <w:rPr>
          <w:sz w:val="20"/>
        </w:rPr>
        <w:t>15:33  ke Islam mein izhaar-e-khayal ki azaadi nahi hai. dekhiye, yeh kitaab ek hai mere paas.</w:t>
      </w:r>
    </w:p>
    <w:p>
      <w:pPr>
        <w:pStyle w:val="Heading2"/>
      </w:pPr>
      <w:r>
        <w:t>political power can never be permanently regained</w:t>
      </w:r>
    </w:p>
    <w:p>
      <w:r>
        <w:rPr>
          <w:color w:val="666666"/>
          <w:sz w:val="18"/>
        </w:rPr>
        <w:t>Man and the Laws of Nature April 1, 2012 · 27s · at 21:53 · https://youtu.be/coIrwYQgb6Y?t=1313</w:t>
      </w:r>
    </w:p>
    <w:p>
      <w:r>
        <w:rPr>
          <w:i/>
        </w:rPr>
        <w:t>“It's impossible to seize back lost political power”</w:t>
      </w:r>
    </w:p>
    <w:p>
      <w:r>
        <w:rPr>
          <w:sz w:val="20"/>
        </w:rPr>
        <w:t>21:53  yani political power badalta rahega, badalta rahega, badalta rahega.</w:t>
      </w:r>
      <w:r>
        <w:br/>
      </w:r>
      <w:r>
        <w:rPr>
          <w:sz w:val="20"/>
        </w:rPr>
        <w:t>21:57  yeh impossible hai ke ek baar jo aap paas se chala jaye, political power, us ko dobara qabza karein. aap woh aise hi hoga jaise India mein raja log phir se hukoomat qaim karna chahein ya Mughlon ki jo family hai, woh phir se qabza karna chahein Lal Qile par ya British aa kar ke phir se yahan rule karna chahein.</w:t>
      </w:r>
      <w:r>
        <w:br/>
      </w:r>
      <w:r>
        <w:rPr>
          <w:sz w:val="20"/>
        </w:rPr>
        <w:t>22:17  yeh impossible hai, yeh impossible</w:t>
      </w:r>
      <w:r>
        <w:br/>
      </w:r>
      <w:r>
        <w:rPr>
          <w:sz w:val="20"/>
        </w:rPr>
        <w:t>22:21  hai. to jo opportunity hai, us ko avail kijiye jo abhi baqi rehti hai hamesha. to saare yeh yeh jo do sau saal ki tareekh hai Musalmanon ki, us poore do sau saal mein yahi ho raha hai.</w:t>
      </w:r>
    </w:p>
    <w:p>
      <w:pPr>
        <w:pStyle w:val="Heading2"/>
      </w:pPr>
      <w:r>
        <w:t>Why peace matters to Allah, social sense</w:t>
      </w:r>
    </w:p>
    <w:p>
      <w:r>
        <w:rPr>
          <w:color w:val="666666"/>
          <w:sz w:val="18"/>
        </w:rPr>
        <w:t>Importance of Peace Dec 16, 2012 - Maulana Wahiduddin Khan · 32s · at 0:43 · https://youtu.be/Ru4Eb3_cs7c?t=43</w:t>
      </w:r>
    </w:p>
    <w:p>
      <w:r>
        <w:rPr>
          <w:i/>
        </w:rPr>
        <w:t>“The Importance of Peace”</w:t>
      </w:r>
    </w:p>
    <w:p>
      <w:r>
        <w:rPr>
          <w:sz w:val="20"/>
        </w:rPr>
        <w:t>0:43  "The Importance of Peace". aman ki ahmiyat.</w:t>
      </w:r>
      <w:r>
        <w:br/>
      </w:r>
      <w:r>
        <w:rPr>
          <w:sz w:val="20"/>
        </w:rPr>
        <w:t>0:52  Allah ke nazdeek aman ki ahmiyat bohat zyada hai, yani is ko aap social—is ko aap yeh kehte hain ke social sense mein woh gets good hai, yani som bonum.</w:t>
      </w:r>
    </w:p>
    <w:p>
      <w:pPr>
        <w:pStyle w:val="Heading2"/>
      </w:pPr>
      <w:r>
        <w:t>Cain and Abel: origin of the Quran's sanctity-of-life verse</w:t>
      </w:r>
    </w:p>
    <w:p>
      <w:r>
        <w:rPr>
          <w:color w:val="666666"/>
          <w:sz w:val="18"/>
        </w:rPr>
        <w:t>Peace and Violence June 06, 2009 · 2m 47s · at 44:23 · https://youtu.be/OUXCF-40RGY?t=2663</w:t>
      </w:r>
    </w:p>
    <w:p>
      <w:r>
        <w:rPr>
          <w:i/>
        </w:rPr>
        <w:t>“Killing an innocent person is like killing all mankind.”</w:t>
      </w:r>
    </w:p>
    <w:p>
      <w:r>
        <w:rPr>
          <w:sz w:val="20"/>
        </w:rPr>
        <w:t>44:23  من قتل نفس بغیر نفس فقدنا قتل الناس جمیع۔ ومن احیاء فقدنا احیاء الناس جمیع۔</w:t>
      </w:r>
      <w:r>
        <w:br/>
      </w:r>
      <w:r>
        <w:rPr>
          <w:sz w:val="20"/>
        </w:rPr>
        <w:t>44:36  it means that killing and innocent person is like killing all mankind, and saving a person is like saving all mankind.</w:t>
      </w:r>
      <w:r>
        <w:br/>
      </w:r>
      <w:r>
        <w:rPr>
          <w:sz w:val="20"/>
        </w:rPr>
        <w:t>44:49  so, president obama has referred this verse in his lecture. here, i would like to to to tell you what is the background of this verse.</w:t>
      </w:r>
      <w:r>
        <w:br/>
      </w:r>
      <w:r>
        <w:rPr>
          <w:sz w:val="20"/>
        </w:rPr>
        <w:t>45:03  you know, the first man that is adam,</w:t>
      </w:r>
      <w:r>
        <w:br/>
      </w:r>
      <w:r>
        <w:rPr>
          <w:sz w:val="20"/>
        </w:rPr>
        <w:t>45:13  there were two sons of adam, habel and qabil.</w:t>
      </w:r>
      <w:r>
        <w:br/>
      </w:r>
      <w:r>
        <w:rPr>
          <w:sz w:val="20"/>
        </w:rPr>
        <w:t>45:19  both were brothers. so, there was some some controversy between the two brothers.</w:t>
      </w:r>
      <w:r>
        <w:br/>
      </w:r>
      <w:r>
        <w:rPr>
          <w:sz w:val="20"/>
        </w:rPr>
        <w:t>45:30  so, elder brother said that, "i will kill you, i will kill you.</w:t>
      </w:r>
      <w:r>
        <w:br/>
      </w:r>
      <w:r>
        <w:rPr>
          <w:sz w:val="20"/>
        </w:rPr>
        <w:t>45:38  " so, anger brother said,</w:t>
      </w:r>
      <w:r>
        <w:br/>
      </w:r>
      <w:r>
        <w:rPr>
          <w:sz w:val="20"/>
        </w:rPr>
        <w:t>45:43  "ma be</w:t>
      </w:r>
      <w:r>
        <w:br/>
      </w:r>
      <w:r>
        <w:rPr>
          <w:sz w:val="20"/>
        </w:rPr>
        <w:t>45:51  Younger brother said to elder, to elder brother that, if you try to kill me, I am not going to kill you, I have fear of God."</w:t>
      </w:r>
      <w:r>
        <w:br/>
      </w:r>
      <w:r>
        <w:rPr>
          <w:sz w:val="20"/>
        </w:rPr>
        <w:t>46:08  In this background, this verse was revealed in the Quran. So, what it means? It means that Muslims are Muslims have to establish peace in inter-religious basis.</w:t>
      </w:r>
      <w:r>
        <w:br/>
      </w:r>
      <w:r>
        <w:rPr>
          <w:sz w:val="20"/>
        </w:rPr>
        <w:t>46:32  in intrltirl bisis,</w:t>
      </w:r>
      <w:r>
        <w:br/>
      </w:r>
      <w:r>
        <w:rPr>
          <w:sz w:val="20"/>
        </w:rPr>
        <w:t>46:35  even if someone wants to to kill them, they have to give patience.</w:t>
      </w:r>
      <w:r>
        <w:br/>
      </w:r>
      <w:r>
        <w:rPr>
          <w:sz w:val="20"/>
        </w:rPr>
        <w:t>46:48  da aingr bradr said, "ma b</w:t>
      </w:r>
      <w:r>
        <w:br/>
      </w:r>
      <w:r>
        <w:rPr>
          <w:sz w:val="20"/>
        </w:rPr>
        <w:t>46:55  allah</w:t>
      </w:r>
      <w:r>
        <w:br/>
      </w:r>
      <w:r>
        <w:rPr>
          <w:sz w:val="20"/>
        </w:rPr>
        <w:t>46:56  ". so, if u tk da hol stori,</w:t>
      </w:r>
      <w:r>
        <w:br/>
      </w:r>
      <w:r>
        <w:rPr>
          <w:sz w:val="20"/>
        </w:rPr>
        <w:t>47:02  You will discover that peace is so important in Islam, that you have to keep it.</w:t>
      </w:r>
    </w:p>
    <w:p>
      <w:pPr>
        <w:pStyle w:val="Heading2"/>
      </w:pPr>
      <w:r>
        <w:t>Avoid constant criticism</w:t>
      </w:r>
    </w:p>
    <w:p>
      <w:r>
        <w:rPr>
          <w:color w:val="666666"/>
          <w:sz w:val="18"/>
        </w:rPr>
        <w:t>How to Follow the Straight Path December 25, 2007 Maulana Wahiduddin Khan · 58s · at 24:00 · https://youtu.be/OvN2vrn2wZU?t=1440</w:t>
      </w:r>
    </w:p>
    <w:p>
      <w:r>
        <w:rPr>
          <w:i/>
        </w:rPr>
        <w:t>“Jo jo animal singh wala har waqt singh chalaye”</w:t>
      </w:r>
    </w:p>
    <w:p>
      <w:r>
        <w:rPr>
          <w:sz w:val="20"/>
        </w:rPr>
        <w:t>24:00  jo jo animal sing wala har waqt sing chalaye logon ko to zahir hai ke log marenge</w:t>
      </w:r>
      <w:r>
        <w:br/>
      </w:r>
      <w:r>
        <w:rPr>
          <w:sz w:val="20"/>
        </w:rPr>
        <w:t>24:06  is ko is ko koi bhi acha nahi samajh sakta to wo apni crets yani un ka jo</w:t>
      </w:r>
      <w:r>
        <w:br/>
      </w:r>
      <w:r>
        <w:rPr>
          <w:sz w:val="20"/>
        </w:rPr>
        <w:t>24:17  un ka jo tareeqa tha un pe criticism un ke oper criticism is se wo apne mahol mein</w:t>
      </w:r>
      <w:r>
        <w:br/>
      </w:r>
      <w:r>
        <w:rPr>
          <w:sz w:val="20"/>
        </w:rPr>
        <w:t>24:23  un wanted un wanted ban gaye</w:t>
      </w:r>
      <w:r>
        <w:br/>
      </w:r>
      <w:r>
        <w:rPr>
          <w:sz w:val="20"/>
        </w:rPr>
        <w:t>24:26  main ne un ko bohat samjhaya</w:t>
      </w:r>
      <w:r>
        <w:br/>
      </w:r>
      <w:r>
        <w:rPr>
          <w:sz w:val="20"/>
        </w:rPr>
        <w:t>24:29  ke is tarah ap mahol mein jee nahi sakte</w:t>
      </w:r>
      <w:r>
        <w:br/>
      </w:r>
      <w:r>
        <w:rPr>
          <w:sz w:val="20"/>
        </w:rPr>
        <w:t>24:34  aur maqrooz bhi ho gaye thay wo yani itna zyada pareshan hui hai aur un par</w:t>
      </w:r>
      <w:r>
        <w:br/>
      </w:r>
      <w:r>
        <w:rPr>
          <w:sz w:val="20"/>
        </w:rPr>
        <w:t>24:41  qarza bhi ho gaya loan bhi ho gaya</w:t>
      </w:r>
      <w:r>
        <w:br/>
      </w:r>
      <w:r>
        <w:rPr>
          <w:sz w:val="20"/>
        </w:rPr>
        <w:t>24:46  to maine kaha ke dekhiye pehli baat yeh hai ke aap criticism ko bilkul apne liye haram samajh lijiye aap ko criticism karna hi nahi hai</w:t>
      </w:r>
    </w:p>
    <w:p>
      <w:pPr>
        <w:pStyle w:val="Heading2"/>
      </w:pPr>
      <w:r>
        <w:t>Dichotomous thinking and need for Ijtihad</w:t>
      </w:r>
    </w:p>
    <w:p>
      <w:r>
        <w:rPr>
          <w:color w:val="666666"/>
          <w:sz w:val="18"/>
        </w:rPr>
        <w:t>Peace and Non-Violence in Islam | August 11, 2007 · 1m 31s · at 6:48 · https://youtu.be/wUS1pJ-A3dw?t=408</w:t>
      </w:r>
    </w:p>
    <w:p>
      <w:r>
        <w:rPr>
          <w:i/>
        </w:rPr>
        <w:t>“Victims of Dichotomous thinking”</w:t>
      </w:r>
    </w:p>
    <w:p>
      <w:r>
        <w:rPr>
          <w:sz w:val="20"/>
        </w:rPr>
        <w:t xml:space="preserve">6:48  </w:t>
      </w:r>
      <w:r>
        <w:br/>
      </w:r>
      <w:r>
        <w:rPr>
          <w:sz w:val="20"/>
        </w:rPr>
        <w:t>6:56  I can say that the reason is that these people are victims of Dichotomous thinking.</w:t>
      </w:r>
      <w:r>
        <w:br/>
      </w:r>
      <w:r>
        <w:rPr>
          <w:sz w:val="20"/>
        </w:rPr>
        <w:t>7:03  These people are victims of Dichotomous thinking.</w:t>
      </w:r>
      <w:r>
        <w:br/>
      </w:r>
      <w:r>
        <w:rPr>
          <w:sz w:val="20"/>
        </w:rPr>
        <w:t>7:11  They know nothing except either do Jihad or sit idle.</w:t>
      </w:r>
      <w:r>
        <w:br/>
      </w:r>
      <w:r>
        <w:rPr>
          <w:sz w:val="20"/>
        </w:rPr>
        <w:t>7:18  They have no third option.</w:t>
      </w:r>
      <w:r>
        <w:br/>
      </w:r>
      <w:r>
        <w:rPr>
          <w:sz w:val="20"/>
        </w:rPr>
        <w:t>7:23  They are victims of Dichotomous thinking.</w:t>
      </w:r>
      <w:r>
        <w:br/>
      </w:r>
      <w:r>
        <w:rPr>
          <w:sz w:val="20"/>
        </w:rPr>
        <w:t>7:27  They don't know nothing except two positions.</w:t>
      </w:r>
      <w:r>
        <w:br/>
      </w:r>
      <w:r>
        <w:rPr>
          <w:sz w:val="20"/>
        </w:rPr>
        <w:t>7:31  Either we fight or we sit idle.</w:t>
      </w:r>
      <w:r>
        <w:br/>
      </w:r>
      <w:r>
        <w:rPr>
          <w:sz w:val="20"/>
        </w:rPr>
        <w:t>7:36  I think that here we need Ijtihad.</w:t>
      </w:r>
      <w:r>
        <w:br/>
      </w:r>
      <w:r>
        <w:rPr>
          <w:sz w:val="20"/>
        </w:rPr>
        <w:t>7:40  Ijtihad shows you the third option.</w:t>
      </w:r>
      <w:r>
        <w:br/>
      </w:r>
      <w:r>
        <w:rPr>
          <w:sz w:val="20"/>
        </w:rPr>
        <w:t>7:45  Ijtihad literally means to striv</w:t>
      </w:r>
      <w:r>
        <w:br/>
      </w:r>
      <w:r>
        <w:rPr>
          <w:sz w:val="20"/>
        </w:rPr>
        <w:t>7:49  e.</w:t>
      </w:r>
      <w:r>
        <w:br/>
      </w:r>
      <w:r>
        <w:rPr>
          <w:sz w:val="20"/>
        </w:rPr>
        <w:t>7:54  Ijtihad means it is a very important institution in Islam.</w:t>
      </w:r>
      <w:r>
        <w:br/>
      </w:r>
      <w:r>
        <w:rPr>
          <w:sz w:val="20"/>
        </w:rPr>
        <w:t>7:59  Ijtihad is a very important institution in Islam.</w:t>
      </w:r>
      <w:r>
        <w:br/>
      </w:r>
      <w:r>
        <w:rPr>
          <w:sz w:val="20"/>
        </w:rPr>
        <w:t>8:04  So when you are facing some situation in which you have no guidance, intelligent knowledge, so you have</w:t>
      </w:r>
      <w:r>
        <w:br/>
      </w:r>
      <w:r>
        <w:rPr>
          <w:sz w:val="20"/>
        </w:rPr>
        <w:t>8:09  to ponder over the problem.</w:t>
      </w:r>
      <w:r>
        <w:br/>
      </w:r>
      <w:r>
        <w:rPr>
          <w:sz w:val="20"/>
        </w:rPr>
        <w:t>8:14  You have to find out some new ans</w:t>
      </w:r>
    </w:p>
    <w:p>
      <w:pPr>
        <w:pStyle w:val="Heading2"/>
      </w:pPr>
      <w:r>
        <w:t>Every problem is opportunity; wars ended conflict</w:t>
      </w:r>
    </w:p>
    <w:p>
      <w:r>
        <w:rPr>
          <w:color w:val="666666"/>
          <w:sz w:val="18"/>
        </w:rPr>
        <w:t>The Wise Model of the Prophet Peaceful Activism May 3, 2020 Maulana Wahiduddin Khan · 2m 25s · at 30:45 · https://youtu.be/hNAFhiw0Dyk?t=1845</w:t>
      </w:r>
    </w:p>
    <w:p>
      <w:r>
        <w:rPr>
          <w:i/>
        </w:rPr>
        <w:t>“Main toh har jis cheez ko problem samajhte hain log”</w:t>
      </w:r>
    </w:p>
    <w:p>
      <w:r>
        <w:rPr>
          <w:sz w:val="20"/>
        </w:rPr>
        <w:t>30:45  mein to har jis cheez ko problem samajhte hain log, mein har aise masle ko ek nai opportunity samajhta hoon.</w:t>
      </w:r>
      <w:r>
        <w:br/>
      </w:r>
      <w:r>
        <w:rPr>
          <w:sz w:val="20"/>
        </w:rPr>
        <w:t>31:00  puri tareekh ko mein</w:t>
      </w:r>
      <w:r>
        <w:br/>
      </w:r>
      <w:r>
        <w:rPr>
          <w:sz w:val="20"/>
        </w:rPr>
        <w:t>31:02  History of Opportunity manta hoon.</w:t>
      </w:r>
      <w:r>
        <w:br/>
      </w:r>
      <w:r>
        <w:rPr>
          <w:sz w:val="20"/>
        </w:rPr>
        <w:t>31:08  mislan pehli boulevard, doosri boulevard aur jitne bhi waqiat hain un sab ko main opportunity manta hoon.</w:t>
      </w:r>
      <w:r>
        <w:br/>
      </w:r>
      <w:r>
        <w:rPr>
          <w:sz w:val="20"/>
        </w:rPr>
        <w:t>31:27  musalmanon ke mere nazdeek ghalati hai ke woh har cheez ko larai samajh lete hain, larai, takrao.</w:t>
      </w:r>
      <w:r>
        <w:br/>
      </w:r>
      <w:r>
        <w:rPr>
          <w:sz w:val="20"/>
        </w:rPr>
        <w:t>31:47  ab to pehli boulevard aur doosri boulevard ke baad larai ka masla hi khatam ho gaya lekin doosri boulevard ke baad kya hua?</w:t>
      </w:r>
      <w:r>
        <w:br/>
      </w:r>
      <w:r>
        <w:rPr>
          <w:sz w:val="20"/>
        </w:rPr>
        <w:t>32:01  pehli boulevard ke baad kya hua ke</w:t>
      </w:r>
      <w:r>
        <w:br/>
      </w:r>
      <w:r>
        <w:rPr>
          <w:sz w:val="20"/>
        </w:rPr>
        <w:t>32:05  boundary qaim ho gayi,</w:t>
      </w:r>
      <w:r>
        <w:br/>
      </w:r>
      <w:r>
        <w:rPr>
          <w:sz w:val="20"/>
        </w:rPr>
        <w:t>32:11  pehle boundary nahi hua karti thi, isi larai hoti thi.</w:t>
      </w:r>
      <w:r>
        <w:br/>
      </w:r>
      <w:r>
        <w:rPr>
          <w:sz w:val="20"/>
        </w:rPr>
        <w:t>32:19  ab boundary qaim ho gayi to ab</w:t>
      </w:r>
      <w:r>
        <w:br/>
      </w:r>
      <w:r>
        <w:rPr>
          <w:sz w:val="20"/>
        </w:rPr>
        <w:t>32:25  larai ka sabab khatam ho gaya aur</w:t>
      </w:r>
      <w:r>
        <w:br/>
      </w:r>
      <w:r>
        <w:rPr>
          <w:sz w:val="20"/>
        </w:rPr>
        <w:t>32:35  doosri boulevard ke zamanay mein yeh hua</w:t>
      </w:r>
      <w:r>
        <w:br/>
      </w:r>
      <w:r>
        <w:rPr>
          <w:sz w:val="20"/>
        </w:rPr>
        <w:t>32:42  ke Weapons of Mass Destruction ka Weapons of Mass Destruction ka zamanah agaya to ab jang aik</w:t>
      </w:r>
      <w:r>
        <w:br/>
      </w:r>
      <w:r>
        <w:rPr>
          <w:sz w:val="20"/>
        </w:rPr>
        <w:t>32:59  boom rang khel ban gayi. ab jang koi jang ki koi imkan hi nahi raha,</w:t>
      </w:r>
    </w:p>
    <w:p>
      <w:pPr>
        <w:pStyle w:val="Heading2"/>
      </w:pPr>
      <w:r>
        <w:t>Trader-customer relationship analogy</w:t>
      </w:r>
    </w:p>
    <w:p>
      <w:r>
        <w:rPr>
          <w:color w:val="666666"/>
          <w:sz w:val="18"/>
        </w:rPr>
        <w:t>Da'i-Mad'u Relationship | Junuary 21, 2008 · 31s · at 2:17 · https://youtu.be/hLDRkE2Q0eM?t=137</w:t>
      </w:r>
    </w:p>
    <w:p>
      <w:r>
        <w:rPr>
          <w:i/>
        </w:rPr>
        <w:t>“Jaise dekhiye, trader customer relationship.”</w:t>
      </w:r>
    </w:p>
    <w:p>
      <w:r>
        <w:rPr>
          <w:sz w:val="20"/>
        </w:rPr>
        <w:t>2:17  jaise dekhiye, trader customer relationship.</w:t>
      </w:r>
      <w:r>
        <w:br/>
      </w:r>
      <w:r>
        <w:rPr>
          <w:sz w:val="20"/>
        </w:rPr>
        <w:t>2:25  tridar ko koi cheez bechna hai aur customer ko khareedna hai.</w:t>
      </w:r>
      <w:r>
        <w:br/>
      </w:r>
      <w:r>
        <w:rPr>
          <w:sz w:val="20"/>
        </w:rPr>
        <w:t>2:33  to yeh tridar customer relationship hai.</w:t>
      </w:r>
      <w:r>
        <w:br/>
      </w:r>
      <w:r>
        <w:rPr>
          <w:sz w:val="20"/>
        </w:rPr>
        <w:t>2:40  یہ بیس کرتا ہے کس چیز پر؟ اس کا بہت ہی ویل نون فارمولا ہے کہ customer is always right.</w:t>
      </w:r>
    </w:p>
    <w:p>
      <w:pPr>
        <w:pStyle w:val="Heading2"/>
      </w:pPr>
      <w:r>
        <w:t>Islam's teaching of peace and reconciliation</w:t>
      </w:r>
    </w:p>
    <w:p>
      <w:r>
        <w:rPr>
          <w:color w:val="666666"/>
          <w:sz w:val="18"/>
        </w:rPr>
        <w:t>IN CONVERSATION MAULANA WAHIDUDDIN KHAN · 2m 16s · at 1:57 · https://youtu.be/VzcECmB1P7c?t=117</w:t>
      </w:r>
    </w:p>
    <w:p>
      <w:r>
        <w:rPr>
          <w:i/>
        </w:rPr>
        <w:t>“Yeh to very very good question.”</w:t>
      </w:r>
    </w:p>
    <w:p>
      <w:r>
        <w:rPr>
          <w:sz w:val="20"/>
        </w:rPr>
        <w:t>1:57  It's a very good question, very relevant. According to my study, you know I'm an Islamic scholar. So according to my study and my experience, Islam is a religion of peace in the complete sense of the word.</w:t>
      </w:r>
      <w:r>
        <w:br/>
      </w:r>
      <w:r>
        <w:rPr>
          <w:sz w:val="20"/>
        </w:rPr>
        <w:t>2:23  But there are two different,</w:t>
      </w:r>
      <w:r>
        <w:br/>
      </w:r>
      <w:r>
        <w:rPr>
          <w:sz w:val="20"/>
        </w:rPr>
        <w:t>2:27  you can, version of Islam.</w:t>
      </w:r>
      <w:r>
        <w:br/>
      </w:r>
      <w:r>
        <w:rPr>
          <w:sz w:val="20"/>
        </w:rPr>
        <w:t>2:29  One is the scriptural version, doosra what is practiced by Muslims.</w:t>
      </w:r>
      <w:r>
        <w:br/>
      </w:r>
      <w:r>
        <w:rPr>
          <w:sz w:val="20"/>
        </w:rPr>
        <w:t>2:35  So people generally refer to Muslim practices.</w:t>
      </w:r>
      <w:r>
        <w:br/>
      </w:r>
      <w:r>
        <w:rPr>
          <w:sz w:val="20"/>
        </w:rPr>
        <w:t>2:40  But being an Islamic scholar, I always see the scriptures.</w:t>
      </w:r>
      <w:r>
        <w:br/>
      </w:r>
      <w:r>
        <w:rPr>
          <w:sz w:val="20"/>
        </w:rPr>
        <w:t>2:47  You know, society is not,</w:t>
      </w:r>
      <w:r>
        <w:br/>
      </w:r>
      <w:r>
        <w:rPr>
          <w:sz w:val="20"/>
        </w:rPr>
        <w:t>2:50  no society can be a perfect society.</w:t>
      </w:r>
      <w:r>
        <w:br/>
      </w:r>
      <w:r>
        <w:rPr>
          <w:sz w:val="20"/>
        </w:rPr>
        <w:t>2:53  It is impossible.</w:t>
      </w:r>
      <w:r>
        <w:br/>
      </w:r>
      <w:r>
        <w:rPr>
          <w:sz w:val="20"/>
        </w:rPr>
        <w:t>2:55  So in every society, there are some bad things, some deviations from the ideology. So if you want to know what is Islam, then you have to see the scripture that is Quran and Hadith.</w:t>
      </w:r>
      <w:r>
        <w:br/>
      </w:r>
      <w:r>
        <w:rPr>
          <w:sz w:val="20"/>
        </w:rPr>
        <w:t>3:18  And if you want to see how are Muslims, then you have to see the Muslim society. So as far as the Islamic teachings concern, it is very clear in Islam that Islam is a religion of peace. For example, there is a very important and very relevant verse in the Quran, As-Sulhu Khayr. It is a general teaching of Islam.</w:t>
      </w:r>
      <w:r>
        <w:br/>
      </w:r>
      <w:r>
        <w:rPr>
          <w:sz w:val="20"/>
        </w:rPr>
        <w:t>3:46  as sulhu khayr means reconciliation is the best. it means that if you are facing some differences, so you have to take the you have to adopt the conciliatory course of action rather than confrontational course of action.</w:t>
      </w:r>
      <w:r>
        <w:br/>
      </w:r>
      <w:r>
        <w:rPr>
          <w:sz w:val="20"/>
        </w:rPr>
        <w:t>4:13  but isn't it also true, maulana sahib, that one is able to use any scripture to interpret it, to justify all kinds of actions? and the sort of the islamic extremists, and i entirely agree with you that any community and any faith will have its extremists, its fundamentalist people who will choose to interpret it in a manner that suits perhaps their political agendas or economic disparities.</w:t>
      </w:r>
    </w:p>
    <w:p>
      <w:pPr>
        <w:pStyle w:val="Heading2"/>
      </w:pPr>
      <w:r>
        <w:t>Best nation means responsibility, not superiority</w:t>
      </w:r>
    </w:p>
    <w:p>
      <w:r>
        <w:rPr>
          <w:color w:val="666666"/>
          <w:sz w:val="18"/>
        </w:rPr>
        <w:t>Islamization of Muslims January 10, 2010 Maulana Wahiduddin Khan · 2m 48s · at 10:18 · https://youtu.be/bjCT5yer37Q?t=618</w:t>
      </w:r>
    </w:p>
    <w:p>
      <w:r>
        <w:rPr>
          <w:i/>
        </w:rPr>
        <w:t>“There's a verse in the Quran, look at it”</w:t>
      </w:r>
    </w:p>
    <w:p>
      <w:r>
        <w:rPr>
          <w:sz w:val="20"/>
        </w:rPr>
        <w:t>10:18  quran majeed mein dekhiye aik ayat hai:</w:t>
      </w:r>
      <w:r>
        <w:br/>
      </w:r>
      <w:r>
        <w:rPr>
          <w:sz w:val="20"/>
        </w:rPr>
        <w:t>10:23  "kun tum khair ummat ukhrijat lil nas ta muruna bil maroof wa tanhawna anil munkar wa tu minuna billah". is ayat mein bataya gaya ke musalman jo hain woh khair ummat hain.</w:t>
      </w:r>
      <w:r>
        <w:br/>
      </w:r>
      <w:r>
        <w:rPr>
          <w:sz w:val="20"/>
        </w:rPr>
        <w:t>10:36  khair ummat kis mani mein? afzaliyat ke mani mein nahi. aik zimmedari ke mani mein. lil nas jo hai lil nas mein is baat ka wazeh maujood hai ishara.</w:t>
      </w:r>
      <w:r>
        <w:br/>
      </w:r>
      <w:r>
        <w:rPr>
          <w:sz w:val="20"/>
        </w:rPr>
        <w:t>10:50  is ayat ki taraf jo doosri jagah hai: "li yaqool al rasool shaheeda alaikum wa takunu shuhada alal nas". yaani musalmanon ko Allah taala ne bator witness ke zimmedari di hai.</w:t>
      </w:r>
      <w:r>
        <w:br/>
      </w:r>
      <w:r>
        <w:rPr>
          <w:sz w:val="20"/>
        </w:rPr>
        <w:t>11:04  yaani rasool Allah ke baad nabuwat khatam</w:t>
      </w:r>
      <w:r>
        <w:br/>
      </w:r>
      <w:r>
        <w:rPr>
          <w:sz w:val="20"/>
        </w:rPr>
        <w:t>11:06  ho gayi. ab koi nabi aanay wala nahi hai. lekin zimmedari baqi hai. rasool ka mission baqi hai.</w:t>
      </w:r>
      <w:r>
        <w:br/>
      </w:r>
      <w:r>
        <w:rPr>
          <w:sz w:val="20"/>
        </w:rPr>
        <w:t>11:16  to musalmanon ko khair ummat kyun kaha gaya? is liye kaha gaya ke woh rasool ke mission ko continue rakhein.</w:t>
      </w:r>
      <w:r>
        <w:br/>
      </w:r>
      <w:r>
        <w:rPr>
          <w:sz w:val="20"/>
        </w:rPr>
        <w:t>11:27  shahid bante rahein hamesha.</w:t>
      </w:r>
      <w:r>
        <w:br/>
      </w:r>
      <w:r>
        <w:rPr>
          <w:sz w:val="20"/>
        </w:rPr>
        <w:t>11:30  to aap jante hain ke insaan jo hai koi pathar nahi hai ke hazaron lakhon saal tak wahi same pathar pada rehta hai. insaan marte hain, naye paida hote hain.</w:t>
      </w:r>
      <w:r>
        <w:br/>
      </w:r>
      <w:r>
        <w:rPr>
          <w:sz w:val="20"/>
        </w:rPr>
        <w:t>11:43  pachas saal, sattar saal mein mar gaye, phir naye paida hue. mani ke hamesha generation nai aati rehti hai, nai aati rehti hai. to rasool Allah salallaho alaihi wasallam ne apne zamane mein jo contemporary muslim the, un ko kaha jata hai sahaba.</w:t>
      </w:r>
      <w:r>
        <w:br/>
      </w:r>
      <w:r>
        <w:rPr>
          <w:sz w:val="20"/>
        </w:rPr>
        <w:t>11:58  rasool ke contemporary muslims ko sahaba kaha jata hai. un ko aap ne tr</w:t>
      </w:r>
      <w:r>
        <w:br/>
      </w:r>
      <w:r>
        <w:rPr>
          <w:sz w:val="20"/>
        </w:rPr>
        <w:t>12:05  ain kiya, tayyar kiya. un ka un ki islamize kiya.</w:t>
      </w:r>
      <w:r>
        <w:br/>
      </w:r>
      <w:r>
        <w:rPr>
          <w:sz w:val="20"/>
        </w:rPr>
        <w:t>12:13  to is ke baad kuch din mein wo sab khatam ho gaye.</w:t>
      </w:r>
      <w:r>
        <w:br/>
      </w:r>
      <w:r>
        <w:rPr>
          <w:sz w:val="20"/>
        </w:rPr>
        <w:t>12:17  phir tabeen aaye, phir tabe tabeen, phir generation of generation, Allah taala silsila. to rasool jo hai wo training dene ke liye maujood na raha. lekin naslein to aa rahi hain barabar.</w:t>
      </w:r>
      <w:r>
        <w:br/>
      </w:r>
      <w:r>
        <w:rPr>
          <w:sz w:val="20"/>
        </w:rPr>
        <w:t>12:28  nai naslein jo train nahi hain. un ke liye farmaya ke un ka un ka kya hai? amr bil maroof aur nahi anil munkar ka nizam ummat mein qaim rehna.</w:t>
      </w:r>
      <w:r>
        <w:br/>
      </w:r>
      <w:r>
        <w:rPr>
          <w:sz w:val="20"/>
        </w:rPr>
        <w:t>12:43  yani jo kaam rasool karta tha usi ko barqarar rakhna. yani log batate rahen, samjhate rahen, criticize karte rahen.</w:t>
      </w:r>
      <w:r>
        <w:br/>
      </w:r>
      <w:r>
        <w:rPr>
          <w:sz w:val="20"/>
        </w:rPr>
        <w:t>12:53  christian koi negative cheez nahi hai Islam mein. negative cheez nahi hai wo to. bohat ziyada positive cheez hai. to hamesha khud musalmanon ko islamize karte rehna hai.</w:t>
      </w:r>
    </w:p>
    <w:p>
      <w:pPr>
        <w:pStyle w:val="Heading2"/>
      </w:pPr>
      <w:r>
        <w:t>Difference as a way of development</w:t>
      </w:r>
    </w:p>
    <w:p>
      <w:r>
        <w:rPr>
          <w:color w:val="666666"/>
          <w:sz w:val="18"/>
        </w:rPr>
        <w:t>IN CONVERSATION MAULANA WAHIDUDDIN KHAN · 1m 18s · at 26:01 · https://youtu.be/VzcECmB1P7c?t=1561</w:t>
      </w:r>
    </w:p>
    <w:p>
      <w:r>
        <w:rPr>
          <w:i/>
        </w:rPr>
        <w:t>“in my early life, I was disturbed with differences.”</w:t>
      </w:r>
    </w:p>
    <w:p>
      <w:r>
        <w:rPr>
          <w:sz w:val="20"/>
        </w:rPr>
        <w:t>26:01  In my early life, I was disturbed with differences. Because everywhere there are differences. So I was disturbed with these differences. But now, after reading the book "History of History," compiled by. Arnold Tanby.</w:t>
      </w:r>
      <w:r>
        <w:br/>
      </w:r>
      <w:r>
        <w:rPr>
          <w:sz w:val="20"/>
        </w:rPr>
        <w:t>26:23  Arnold Tanby. Now I am very much satisfied that difference is not only part of nature, but difference is a way of development. Because difference breeds challenges. And through challenge, we progress. Without challenge, there is no progress.</w:t>
      </w:r>
      <w:r>
        <w:br/>
      </w:r>
      <w:r>
        <w:rPr>
          <w:sz w:val="20"/>
        </w:rPr>
        <w:t>26:51  So now I'm satisfied, and I'm not disturbed with these differences. This is my finding. But isn't it, Koi, your own wish for yourself, that I want to gain so much more insight, understanding? What do you seek? My target is truth.</w:t>
      </w:r>
      <w:r>
        <w:br/>
      </w:r>
      <w:r>
        <w:rPr>
          <w:sz w:val="20"/>
        </w:rPr>
        <w:t>27:19  I want to, I'm a seeker. Even today, I'm a seeker. So I want to reach that decision and experience that truth with a capital T. What is the truth?</w:t>
      </w:r>
    </w:p>
    <w:p>
      <w:pPr>
        <w:pStyle w:val="Heading2"/>
      </w:pPr>
      <w:r>
        <w:t>Art of difference management</w:t>
      </w:r>
    </w:p>
    <w:p>
      <w:r>
        <w:rPr>
          <w:color w:val="666666"/>
          <w:sz w:val="18"/>
        </w:rPr>
        <w:t>Aaj Saware, on Doordarshan · 32s · at 13:11 · https://youtu.be/o0aC0fW3Pfk?t=791</w:t>
      </w:r>
    </w:p>
    <w:p>
      <w:r>
        <w:rPr>
          <w:i/>
        </w:rPr>
        <w:t>“Ki dekhiye, basically differences par ye sab baatein”</w:t>
      </w:r>
    </w:p>
    <w:p>
      <w:r>
        <w:rPr>
          <w:sz w:val="20"/>
        </w:rPr>
        <w:t>13:11  ki dekhiye, basically differences par ye sab baatein aati hain. differences par. to difference ko you have to learn the art of difference management.</w:t>
      </w:r>
      <w:r>
        <w:br/>
      </w:r>
      <w:r>
        <w:rPr>
          <w:sz w:val="20"/>
        </w:rPr>
        <w:t>13:21  don't try to eliminate the differences. kyunki difference nahi to intellectual development nahi. difference se decision hota hai, difference se dialogue hota hai. aur difference hi ki wajah se aisa hota hai ki ideas mein exchange hota hai. phir development hota hai. to difference is the only way to reach the goal of intellectual development.</w:t>
      </w:r>
      <w:r>
        <w:br/>
      </w:r>
      <w:r>
        <w:rPr>
          <w:sz w:val="20"/>
        </w:rPr>
        <w:t>13:43  to main to difference ko invite karta hoon. aur kabhi main difference ko problem nahi samajhta. to is wajah se main 100% aashawadi hoon. meri zindagi mein niraasha koi jagah nahi hai. ki jo cheez aati hai saamne, usko main try karta hoon ki negativity ko positivity mein convert karoon. aur jab niraasha aati hai, to usko ek side mein karke phir aage chalte hain.</w:t>
      </w:r>
    </w:p>
    <w:p>
      <w:pPr>
        <w:pStyle w:val="Heading2"/>
      </w:pPr>
      <w:r>
        <w:t>Workable formula: non-interference</w:t>
      </w:r>
    </w:p>
    <w:p>
      <w:r>
        <w:rPr>
          <w:color w:val="666666"/>
          <w:sz w:val="18"/>
        </w:rPr>
        <w:t>Living in Peace and Harmony in a Multicultural World | February 9, 2016 Full · 30s · at 14:31 · https://youtu.be/jRR83pRA6QU?t=871</w:t>
      </w:r>
    </w:p>
    <w:p>
      <w:r>
        <w:rPr>
          <w:i/>
        </w:rPr>
        <w:t>“To mein samajhta hoon ke is ke siwa”</w:t>
      </w:r>
    </w:p>
    <w:p>
      <w:r>
        <w:rPr>
          <w:sz w:val="20"/>
        </w:rPr>
        <w:t>14:31  rahen.</w:t>
      </w:r>
      <w:r>
        <w:br/>
      </w:r>
      <w:r>
        <w:rPr>
          <w:sz w:val="20"/>
        </w:rPr>
        <w:t>14:36  yeh, yeh, yeh option hi nahi hai hamare liye.</w:t>
      </w:r>
      <w:r>
        <w:br/>
      </w:r>
      <w:r>
        <w:rPr>
          <w:sz w:val="20"/>
        </w:rPr>
        <w:t>14:40  option kya hai? ke hum manage karen freedom ko.</w:t>
      </w:r>
      <w:r>
        <w:br/>
      </w:r>
      <w:r>
        <w:rPr>
          <w:sz w:val="20"/>
        </w:rPr>
        <w:t>14:45  yeh option hai.</w:t>
      </w:r>
      <w:r>
        <w:br/>
      </w:r>
      <w:r>
        <w:rPr>
          <w:sz w:val="20"/>
        </w:rPr>
        <w:t>14:49  to kuch logon ne insaan ki azadi ko khatam kar ke society banana chaha, woh fail ho gaye.</w:t>
      </w:r>
      <w:r>
        <w:br/>
      </w:r>
      <w:r>
        <w:rPr>
          <w:sz w:val="20"/>
        </w:rPr>
        <w:t>14:53  woh work nahi kiya is formula ne.</w:t>
      </w:r>
      <w:r>
        <w:br/>
      </w:r>
      <w:r>
        <w:rPr>
          <w:sz w:val="20"/>
        </w:rPr>
        <w:t>14:58  to jo workable formula hai, woh yahi hai ke aap</w:t>
      </w:r>
    </w:p>
    <w:p>
      <w:pPr>
        <w:pStyle w:val="Heading2"/>
      </w:pPr>
      <w:r>
        <w:t>Faraday, the poor bookbinder who gave us electricity</w:t>
      </w:r>
    </w:p>
    <w:p>
      <w:r>
        <w:rPr>
          <w:color w:val="666666"/>
          <w:sz w:val="18"/>
        </w:rPr>
        <w:t>Intellectual Poverty of Modern World December 17, 2006 · 2m 42s · at 40:45 · https://youtu.be/GdhR0DoI1Ys?t=2445</w:t>
      </w:r>
    </w:p>
    <w:p>
      <w:r>
        <w:rPr>
          <w:i/>
        </w:rPr>
        <w:t>“یہ کس نے کیا ہے؟ یہ فریڈے۔”</w:t>
      </w:r>
    </w:p>
    <w:p>
      <w:r>
        <w:rPr>
          <w:sz w:val="20"/>
        </w:rPr>
        <w:t>40:45  harkat se sari masheen chal rahi hain. aur roshni se yeh aap dekh rahe hain ke yeh sare bulb jal rahe hain.</w:t>
      </w:r>
      <w:r>
        <w:br/>
      </w:r>
      <w:r>
        <w:rPr>
          <w:sz w:val="20"/>
        </w:rPr>
        <w:t>40:55  yeh kis ne kiya hai? yeh Fridaye. Fridaye jo hai ghareeb aadmi ghareeb ghar mein paida hua. haqeeqatan woh binder tha.</w:t>
      </w:r>
      <w:r>
        <w:br/>
      </w:r>
      <w:r>
        <w:rPr>
          <w:sz w:val="20"/>
        </w:rPr>
        <w:t>41:05  binder. jild bandh kar ke woh paisa kamata tha. koi choti si shop thi is ke baap ki. wahan woh jild banata tha kitabon ki.</w:t>
      </w:r>
      <w:r>
        <w:br/>
      </w:r>
      <w:r>
        <w:rPr>
          <w:sz w:val="20"/>
        </w:rPr>
        <w:t>41:15  binder tha woh. bohat mehnat se is ne parha. kitab woh khareed nahi sakta tha.</w:t>
      </w:r>
      <w:r>
        <w:br/>
      </w:r>
      <w:r>
        <w:rPr>
          <w:sz w:val="20"/>
        </w:rPr>
        <w:t>41:23  binding ke liye jo kitab aati thi us ke paas us ko padhta rehta tha. ab bohat barson barson is ne mehnat ki. lambi is ki kahaniyan aap padh sakte hain kitabon mein.</w:t>
      </w:r>
      <w:r>
        <w:br/>
      </w:r>
      <w:r>
        <w:rPr>
          <w:sz w:val="20"/>
        </w:rPr>
        <w:t>41:34  itni bari cheez is ne daryaft ki. ek bohat bari cheez daryaft ki is ne. yani fitrat mein ek qanoon tha maujood pehle hi.</w:t>
      </w:r>
      <w:r>
        <w:br/>
      </w:r>
      <w:r>
        <w:rPr>
          <w:sz w:val="20"/>
        </w:rPr>
        <w:t>41:43  dekhein science jo hai wo ijad kaha jata hai lekin hoti hai daryaft wo. ijad nahi hoti</w:t>
      </w:r>
      <w:r>
        <w:br/>
      </w:r>
      <w:r>
        <w:rPr>
          <w:sz w:val="20"/>
        </w:rPr>
        <w:t>41:50  . science ki jitni baatein hain wo ijad nahi hain wo. wo daryaft hi hain. to Fridaye ne ijad nahi kiya balkeh wo daryaft kiya.</w:t>
      </w:r>
      <w:r>
        <w:br/>
      </w:r>
      <w:r>
        <w:rPr>
          <w:sz w:val="20"/>
        </w:rPr>
        <w:t>42:03  wo kya hai?</w:t>
      </w:r>
      <w:r>
        <w:br/>
      </w:r>
      <w:r>
        <w:rPr>
          <w:sz w:val="20"/>
        </w:rPr>
        <w:t>42:05  ek qanoon hai fitrat mein. ke agar aap</w:t>
      </w:r>
      <w:r>
        <w:br/>
      </w:r>
      <w:r>
        <w:rPr>
          <w:sz w:val="20"/>
        </w:rPr>
        <w:t>42:10  maqnateesi maidan ko aur harkat ko ikhatta karein to wahan electron beh karne lagen ge.</w:t>
      </w:r>
      <w:r>
        <w:br/>
      </w:r>
      <w:r>
        <w:rPr>
          <w:sz w:val="20"/>
        </w:rPr>
        <w:t>42:20  aur aap jante hain ke bijli ka matlab bahao electron hai. bijli ki tareef yeh aati hai ke bijli ka matlab bahao electron hai.</w:t>
      </w:r>
      <w:r>
        <w:br/>
      </w:r>
      <w:r>
        <w:rPr>
          <w:sz w:val="20"/>
        </w:rPr>
        <w:t>42:30  to maqnatiisi maidaan ke saath agar aap harkat akathaa karen to wahaan electron bahh karne lagenge. aur yeh saari roshni aap ko isi se miltee hai.</w:t>
      </w:r>
      <w:r>
        <w:br/>
      </w:r>
      <w:r>
        <w:rPr>
          <w:sz w:val="20"/>
        </w:rPr>
        <w:t>42:43  aur agar aap aisa karen ke maqnatiisi maidaan ke saath aap roshni akathaa karen to wahaan harkat paida ho jaayegi. harkat paida ho jaayegi.</w:t>
      </w:r>
      <w:r>
        <w:br/>
      </w:r>
      <w:r>
        <w:rPr>
          <w:sz w:val="20"/>
        </w:rPr>
        <w:t>42:52  jis se saari masheen chalti hain.</w:t>
      </w:r>
      <w:r>
        <w:br/>
      </w:r>
      <w:r>
        <w:rPr>
          <w:sz w:val="20"/>
        </w:rPr>
        <w:t>42:57  yaani maqnatiisi maidaan ke saath aap agar aap electric colour le jaayen to ghoomne lagega woh. yeh do qanoon hain yaani is fitrat mein.</w:t>
      </w:r>
      <w:r>
        <w:br/>
      </w:r>
      <w:r>
        <w:rPr>
          <w:sz w:val="20"/>
        </w:rPr>
        <w:t>43:11  do qanoon hain. ek se masheen chal rahi hain ek se roshniyaan mil rahi hain aap ko. yeh Friday ne kiya. yaani kitni badi is ki woh daryaaft hai.</w:t>
      </w:r>
      <w:r>
        <w:br/>
      </w:r>
      <w:r>
        <w:rPr>
          <w:sz w:val="20"/>
        </w:rPr>
        <w:t>43:21  kitna bada sahayog hai insaan ke liye is ka. bahut bada sahayog hai.</w:t>
      </w:r>
    </w:p>
    <w:p>
      <w:pPr>
        <w:pStyle w:val="Heading2"/>
      </w:pPr>
      <w:r>
        <w:t>The mind as God's gift, illustrated by a goat's palace</w:t>
      </w:r>
    </w:p>
    <w:p>
      <w:r>
        <w:rPr>
          <w:color w:val="666666"/>
          <w:sz w:val="18"/>
        </w:rPr>
        <w:t>Intellectual Poverty of Modern World December 17, 2006 · 6m 03s · at 32:40 · https://youtu.be/GdhR0DoI1Ys?t=1960</w:t>
      </w:r>
    </w:p>
    <w:p>
      <w:r>
        <w:rPr>
          <w:i/>
        </w:rPr>
        <w:t>“یہاں پر مجھے ایک واقعہ یاد آتا ہے۔”</w:t>
      </w:r>
    </w:p>
    <w:p>
      <w:r>
        <w:rPr>
          <w:sz w:val="20"/>
        </w:rPr>
        <w:t>32:40  yahan par mujhe aik waqia yaad aata hai. woh bohat hi zyada mutalliq hai is mamle ko samajhne ke liye.</w:t>
      </w:r>
      <w:r>
        <w:br/>
      </w:r>
      <w:r>
        <w:rPr>
          <w:sz w:val="20"/>
        </w:rPr>
        <w:t>32:52  jaisa ke maine arz kiya ke main bayan karne ke liye baton ko haqeeqi kahani batata hoon. koi qissa kahani nahi.</w:t>
      </w:r>
      <w:r>
        <w:br/>
      </w:r>
      <w:r>
        <w:rPr>
          <w:sz w:val="20"/>
        </w:rPr>
        <w:t>33:00  jhoote qissay kahaniyon se mujhe mutalliq hoon main.</w:t>
      </w:r>
      <w:r>
        <w:br/>
      </w:r>
      <w:r>
        <w:rPr>
          <w:sz w:val="20"/>
        </w:rPr>
        <w:t>33:06  toh aap jantay hain ke lucknow mein aik hai jis ko nadwah kehte hain. nadwat ul-ulama.</w:t>
      </w:r>
      <w:r>
        <w:br/>
      </w:r>
      <w:r>
        <w:rPr>
          <w:sz w:val="20"/>
        </w:rPr>
        <w:t>33:16  nadwah islami taleem ka bohat bara idara hai. dehdh so saal pehle bana tha woh. aap sab log jantay honge nadwah ko.</w:t>
      </w:r>
      <w:r>
        <w:br/>
      </w:r>
      <w:r>
        <w:rPr>
          <w:sz w:val="20"/>
        </w:rPr>
        <w:t>33:29  darul uloom nadwah.</w:t>
      </w:r>
      <w:r>
        <w:br/>
      </w:r>
      <w:r>
        <w:rPr>
          <w:sz w:val="20"/>
        </w:rPr>
        <w:t>33:31  toh Maulana Abu Hassan Ali Nadvi jin ki wafat ho chuki hai. 1999 mein wafat hui un ki.</w:t>
      </w:r>
      <w:r>
        <w:br/>
      </w:r>
      <w:r>
        <w:rPr>
          <w:sz w:val="20"/>
        </w:rPr>
        <w:t>33:40  aaj yeh wazeh hai ke december 31 aur 1999 ko wafat hui un ki. toh khair aik aik bar woh delhi aaye.</w:t>
      </w:r>
      <w:r>
        <w:br/>
      </w:r>
      <w:r>
        <w:rPr>
          <w:sz w:val="20"/>
        </w:rPr>
        <w:t>33:51  delhi aate rehte thay. toh yeh multinationalz ke zamanay se pehle ki baat hai yeh.</w:t>
      </w:r>
      <w:r>
        <w:br/>
      </w:r>
      <w:r>
        <w:rPr>
          <w:sz w:val="20"/>
        </w:rPr>
        <w:t>33:59  toh is zamanay mein kisi madrase ke aadmi ke liye bohat bari cheez thi ke safarat khane mein usay service mil jaye. ab toh safarat khane ki service mein woh charm nahi reh gaya hai.</w:t>
      </w:r>
      <w:r>
        <w:br/>
      </w:r>
      <w:r>
        <w:rPr>
          <w:sz w:val="20"/>
        </w:rPr>
        <w:t>34:09  jab se multinationalz aa gaye hain yahan par.</w:t>
      </w:r>
      <w:r>
        <w:br/>
      </w:r>
      <w:r>
        <w:rPr>
          <w:sz w:val="20"/>
        </w:rPr>
        <w:t>34:13  toh kuch nadwiyon ne nadwah se parhne ke baad kuch angrezi seekhi. aur safarat khane mein un ko mutarjim ki jagah mil gayi.</w:t>
      </w:r>
      <w:r>
        <w:br/>
      </w:r>
      <w:r>
        <w:rPr>
          <w:sz w:val="20"/>
        </w:rPr>
        <w:t>34:24  kyunke yeh yeh jo arab safarat khane hain delhi mein toh is mein jo safeer hotay hain toh un ke paas jo jo dastavezat aate hain jo aate hain woh umooman angrezi mein hotay hain.</w:t>
      </w:r>
      <w:r>
        <w:br/>
      </w:r>
      <w:r>
        <w:rPr>
          <w:sz w:val="20"/>
        </w:rPr>
        <w:t>34:40  toh angrezi se muntaqil karna parta hai arabic mein.</w:t>
      </w:r>
      <w:r>
        <w:br/>
      </w:r>
      <w:r>
        <w:rPr>
          <w:sz w:val="20"/>
        </w:rPr>
        <w:t>34:45  to lekin kabhi aisa hota hai ke arabic se angrezi mein muntaqil karna parta hai. to in logon ne arabic aur padhi thi nadwah mein phir angrezi seekhi.</w:t>
      </w:r>
      <w:r>
        <w:br/>
      </w:r>
      <w:r>
        <w:rPr>
          <w:sz w:val="20"/>
        </w:rPr>
        <w:t>34:56  aur mutarjim ki jagah unhon ne le liya safarat khanay mein. jis mein us waqt ke lehaaz se tankhwah kaafi hoti thi. ab to multinationalz mein zyada tankhwahain milti hain logon ko.</w:t>
      </w:r>
      <w:r>
        <w:br/>
      </w:r>
      <w:r>
        <w:rPr>
          <w:sz w:val="20"/>
        </w:rPr>
        <w:t>35:08  to khair Maulana Abu Hassan Ali Nadvi jo thay aam taur par Ali Mian kahe jatay thay. Maulana Ali</w:t>
      </w:r>
      <w:r>
        <w:br/>
      </w:r>
      <w:r>
        <w:rPr>
          <w:sz w:val="20"/>
        </w:rPr>
        <w:t>35:15  Mian. to woh Delhi aaye. to un se milne ke liye yeh Nadvi log aaye jo safarat khanay mein kaam kar rahay thay. to unhon ne poocha kya kar rahay ho?</w:t>
      </w:r>
      <w:r>
        <w:br/>
      </w:r>
      <w:r>
        <w:rPr>
          <w:sz w:val="20"/>
        </w:rPr>
        <w:t>35:25  unhon ne bataya ke safarat khanay mein kaam kar rahay hain. to Maulana Ali Mian ne un se kaha</w:t>
      </w:r>
      <w:r>
        <w:br/>
      </w:r>
      <w:r>
        <w:rPr>
          <w:sz w:val="20"/>
        </w:rPr>
        <w:t>35:51  hamari arabic zaban hamein wapas karo. hum ne tum ko arabi zaban is liye nahi padhai thi ke tum ja kar safarat khanay mein kaam karo.</w:t>
      </w:r>
      <w:r>
        <w:br/>
      </w:r>
      <w:r>
        <w:rPr>
          <w:sz w:val="20"/>
        </w:rPr>
        <w:t>36:01  mutarjim ban jao.</w:t>
      </w:r>
      <w:r>
        <w:br/>
      </w:r>
      <w:r>
        <w:rPr>
          <w:sz w:val="20"/>
        </w:rPr>
        <w:t>36:03  Maulana Ali Mian is ko bohat hi yani woh chota kaam samajhte thay ke aadmi madrasay se mein padh kar ke islami scholar banay aur ja kar ke woh safarat khanay mein mutarjim ka kaam karne lagay.</w:t>
      </w:r>
      <w:r>
        <w:br/>
      </w:r>
      <w:r>
        <w:rPr>
          <w:sz w:val="20"/>
        </w:rPr>
        <w:t>36:21  is liye unhon ne kaha ke</w:t>
      </w:r>
      <w:r>
        <w:br/>
      </w:r>
      <w:r>
        <w:rPr>
          <w:sz w:val="20"/>
        </w:rPr>
        <w:t>36:25  hamari zaban wapas k</w:t>
      </w:r>
      <w:r>
        <w:br/>
      </w:r>
      <w:r>
        <w:rPr>
          <w:sz w:val="20"/>
        </w:rPr>
        <w:t>36:31  ro. to is ko yahan par mein kahoon ga ke Khuda ne jo aap ko zehn diya tha aap jantay hain ke zehn jo hai bohat bara asasa hai insaan ke liye.</w:t>
      </w:r>
      <w:r>
        <w:br/>
      </w:r>
      <w:r>
        <w:rPr>
          <w:sz w:val="20"/>
        </w:rPr>
        <w:t>36:45  aik infiradi zehn mein sau million billion billion zarat hotay hain.</w:t>
      </w:r>
      <w:r>
        <w:br/>
      </w:r>
      <w:r>
        <w:rPr>
          <w:sz w:val="20"/>
        </w:rPr>
        <w:t>36:53  ab kitna zyada bari ganjish hai insaan ke zehn ki.</w:t>
      </w:r>
      <w:r>
        <w:br/>
      </w:r>
      <w:r>
        <w:rPr>
          <w:sz w:val="20"/>
        </w:rPr>
        <w:t>36:59  to Khuda agar kahay ke hamari zaban wapas karo jis tarah unhon ne kaha tha ke hamein hamari arabi zaban wapas karo to Khuda agar kahay ke mujhe mera zehn wapas karo</w:t>
      </w:r>
      <w:r>
        <w:br/>
      </w:r>
      <w:r>
        <w:rPr>
          <w:sz w:val="20"/>
        </w:rPr>
        <w:t>37:18  aur is ke baad kya ho? Khuda yeh kahay ke itna bara zehn diya tum</w:t>
      </w:r>
      <w:r>
        <w:br/>
      </w:r>
      <w:r>
        <w:rPr>
          <w:sz w:val="20"/>
        </w:rPr>
        <w:t>37:23  ko. itni ganjish wala. aur tum kya karte rahay? janwaron ki satah par zindagi guzartay rahay. janwaron ki satah par. ab is ko hum badal den gay.</w:t>
      </w:r>
      <w:r>
        <w:br/>
      </w:r>
      <w:r>
        <w:rPr>
          <w:sz w:val="20"/>
        </w:rPr>
        <w:t>37:33  to body tumhari yahi rahay ga. zehn jo hai bakri ka aur bakray ka fit kar diya jaye ga. aap sochiye ke kya haal hoga insaan ka?</w:t>
      </w:r>
      <w:r>
        <w:br/>
      </w:r>
      <w:r>
        <w:rPr>
          <w:sz w:val="20"/>
        </w:rPr>
        <w:t>37:45  hamari body mein bakray ka ya ka zehn fit kar diya jaye. aur hamara zehn nikaal liya jaye. hamara dimagh jo hai aisa operation kar diya jaye.</w:t>
      </w:r>
      <w:r>
        <w:br/>
      </w:r>
      <w:r>
        <w:rPr>
          <w:sz w:val="20"/>
        </w:rPr>
        <w:t>37:54  to hamara kya haal hoga? mein kehta hoon agar jannat mil jaye to kya hai? dunya ke khoobsurat bagh mein agar aap aik bakri ko le jayein.</w:t>
      </w:r>
      <w:r>
        <w:br/>
      </w:r>
      <w:r>
        <w:rPr>
          <w:sz w:val="20"/>
        </w:rPr>
        <w:t>38:05  aik bakri ko. to wahan kya karein? wahan khansi to chalay gi woh. wahan ki khoobsurti ko samajh sakti hai woh.</w:t>
      </w:r>
      <w:r>
        <w:br/>
      </w:r>
      <w:r>
        <w:rPr>
          <w:sz w:val="20"/>
        </w:rPr>
        <w:t>38:13  aap Rashid Rajpati Bhawan mein ya</w:t>
      </w:r>
      <w:r>
        <w:br/>
      </w:r>
      <w:r>
        <w:rPr>
          <w:sz w:val="20"/>
        </w:rPr>
        <w:t>38:19  Buckingham Palace mein aik bakri ko chhod dijiye. to kya woh enjoy kar sakti hai us ki khoobsurti ko?</w:t>
      </w:r>
      <w:r>
        <w:br/>
      </w:r>
      <w:r>
        <w:rPr>
          <w:sz w:val="20"/>
        </w:rPr>
        <w:t>38:27  to aap kitni bara saza hai itna sa bhi agar ho jaye. hamara ke hum se zehn le liya jaye. aap sochiye mein ne aisay kai log dekhe hain jin ki yaad-dasht chali gayi thi.</w:t>
      </w:r>
    </w:p>
    <w:p>
      <w:pPr>
        <w:pStyle w:val="Heading2"/>
      </w:pPr>
      <w:r>
        <w:t>People become enemies of what they don't understand</w:t>
      </w:r>
    </w:p>
    <w:p>
      <w:r>
        <w:rPr>
          <w:color w:val="666666"/>
          <w:sz w:val="18"/>
        </w:rPr>
        <w:t>Age of Alternatives April 05, 2015 · 25s · at 1:03:46 · https://youtu.be/4v0uCM2BZuA?t=3826</w:t>
      </w:r>
    </w:p>
    <w:p>
      <w:r>
        <w:rPr>
          <w:i/>
        </w:rPr>
        <w:t>“Al-nas a'da ma jahilu — enemies of the unknown”</w:t>
      </w:r>
    </w:p>
    <w:p>
      <w:r>
        <w:rPr>
          <w:sz w:val="20"/>
        </w:rPr>
        <w:t>1:03:46  aur baqi west ko alag se dekhte hain, woh is se negative ho gaye hain, is se lar rahe hain. yeh sab kuch is liye hai ke "al-nas 'adawa ma jahiloo".</w:t>
      </w:r>
      <w:r>
        <w:br/>
      </w:r>
      <w:r>
        <w:rPr>
          <w:sz w:val="20"/>
        </w:rPr>
        <w:t>1:03:56  yeh aik maqola hai ke "al-nas 'adawa ma jahiloo</w:t>
      </w:r>
      <w:r>
        <w:br/>
      </w:r>
      <w:r>
        <w:rPr>
          <w:sz w:val="20"/>
        </w:rPr>
        <w:t>1:03:59  " log is cheez ke dushman mein aate hain jis ko woh nahi jante honge. to yeh sare ulama west se bilkul hi bekhabar hain. agar kisi ka dawa ho, koi alam janta hai west ko to mujhe bataye.</w:t>
      </w:r>
    </w:p>
    <w:p>
      <w:pPr>
        <w:pStyle w:val="Heading2"/>
      </w:pPr>
      <w:r>
        <w:t>Man designed for Paradise, chasing ideals never found on earth</w:t>
      </w:r>
    </w:p>
    <w:p>
      <w:r>
        <w:rPr>
          <w:color w:val="666666"/>
          <w:sz w:val="18"/>
        </w:rPr>
        <w:t>The Search of Man July 7, 2013 · 5m 36s · at 7:21 · https://youtu.be/44_ud_OInuU?t=441</w:t>
      </w:r>
    </w:p>
    <w:p>
      <w:r>
        <w:rPr>
          <w:i/>
        </w:rPr>
        <w:t>“I looked at my own hand and had a strange realization”</w:t>
      </w:r>
    </w:p>
    <w:p>
      <w:r>
        <w:rPr>
          <w:sz w:val="20"/>
        </w:rPr>
        <w:t>7:21  To maine socha apna haath, apna paon, apna dimaagh, apni aankh, apni kaan. To ek ajeeb cheez ka ehsaas hua. Maine kaha ke insaan</w:t>
      </w:r>
      <w:r>
        <w:br/>
      </w:r>
      <w:r>
        <w:rPr>
          <w:sz w:val="20"/>
        </w:rPr>
        <w:t>7:35  ki design jo ki gayi hai, design woh ki gayi hai paradise ke liye. Aap sochiye jo kuch hum desire hamari hai, duniya poori nahi hoti.</w:t>
      </w:r>
      <w:r>
        <w:br/>
      </w:r>
      <w:r>
        <w:rPr>
          <w:sz w:val="20"/>
        </w:rPr>
        <w:t>7:49  Jis tarah ke hum saathi chahte hain, woh sari duniya milte nahi hain hum ko. Yaani har aitbaar se hum chahte hain apni desire ko poora karna.</w:t>
      </w:r>
      <w:r>
        <w:br/>
      </w:r>
      <w:r>
        <w:rPr>
          <w:sz w:val="20"/>
        </w:rPr>
        <w:t>8:01  Magar desire ka jo test hai hamare andar, is test ki satah par hamari koi desire poori nahi hoti. Hum mar jaate hain.</w:t>
      </w:r>
      <w:r>
        <w:br/>
      </w:r>
      <w:r>
        <w:rPr>
          <w:sz w:val="20"/>
        </w:rPr>
        <w:t>8:12  To isi ko maine socha ke yaani</w:t>
      </w:r>
      <w:r>
        <w:br/>
      </w:r>
      <w:r>
        <w:rPr>
          <w:sz w:val="20"/>
        </w:rPr>
        <w:t>8:20  Man ki man ki design jo ki gayi hai, woh jannat ke liye aur woh ghair jannat mein pada hua hai.</w:t>
      </w:r>
      <w:r>
        <w:br/>
      </w:r>
      <w:r>
        <w:rPr>
          <w:sz w:val="20"/>
        </w:rPr>
        <w:t>8:29  Yaani mere paon is liye design kiye gaye hain ke woh behtareen zameen par chalein. Lekin woh behtareen zameen mujh ko nahi milti.</w:t>
      </w:r>
      <w:r>
        <w:br/>
      </w:r>
      <w:r>
        <w:rPr>
          <w:sz w:val="20"/>
        </w:rPr>
        <w:t>8:39  Mere haath banaye gaye hain ke behtareen cheez ko pakadein, magar woh behtareen cheez mujhe nahi milti. Meri aankh banayi gayi hai ke main behtareen manazir ko dekhoon, behtareen scene ko, magar woh scene mujhe nahi milta dekhne ke liye.</w:t>
      </w:r>
      <w:r>
        <w:br/>
      </w:r>
      <w:r>
        <w:rPr>
          <w:sz w:val="20"/>
        </w:rPr>
        <w:t>8:55  mere kaan banaye gaye hain behtareen aawazon ko sunne ke liye, magar woh aawazein mujhe nahin milti sunne ke liye.</w:t>
      </w:r>
      <w:r>
        <w:br/>
      </w:r>
      <w:r>
        <w:rPr>
          <w:sz w:val="20"/>
        </w:rPr>
        <w:t>9:06  yani mind was designed according to the paradise, magar woh apni chahta hai, aap kahan chah pata hai apne aap ko?</w:t>
      </w:r>
      <w:r>
        <w:br/>
      </w:r>
      <w:r>
        <w:rPr>
          <w:sz w:val="20"/>
        </w:rPr>
        <w:t>9:20  ek aur duniya mein jahan uski koi bhi desire poori nahin hoti. To maine socha ke insaan ka jo habitat hai, habitat woh to hai paradise.</w:t>
      </w:r>
      <w:r>
        <w:br/>
      </w:r>
      <w:r>
        <w:rPr>
          <w:sz w:val="20"/>
        </w:rPr>
        <w:t>9:35  insaan ka jo habitat hai, woh paradise hai. Lekin insaan ko uske habitat se door phenk diya gaya hai. Just like fish.</w:t>
      </w:r>
      <w:r>
        <w:br/>
      </w:r>
      <w:r>
        <w:rPr>
          <w:sz w:val="20"/>
        </w:rPr>
        <w:t>9:47  kabhi aap ne dekha hoga machhli ko pani se bahar tadapte hue? To kyun tadapti hai? Usko uske habitat se bahar daal diya gaya hai.</w:t>
      </w:r>
      <w:r>
        <w:br/>
      </w:r>
      <w:r>
        <w:rPr>
          <w:sz w:val="20"/>
        </w:rPr>
        <w:t>10:00  yeh insaan ka haal hai.</w:t>
      </w:r>
      <w:r>
        <w:br/>
      </w:r>
      <w:r>
        <w:rPr>
          <w:sz w:val="20"/>
        </w:rPr>
        <w:t>10:02  insaan ko Allah taala ne paida kiya aur uske habitat se bahar daal diya. Yeh matlab hai is surah ka: "Pati ne wazeitoon wa toor seenin wahad al balad al ameen laqad khalaqna al insana fi yus taqeem Allah allazeena amanoo wa al salata mamnoon".</w:t>
      </w:r>
      <w:r>
        <w:br/>
      </w:r>
      <w:r>
        <w:rPr>
          <w:sz w:val="20"/>
        </w:rPr>
        <w:t>10:29  iska mat</w:t>
      </w:r>
      <w:r>
        <w:br/>
      </w:r>
      <w:r>
        <w:rPr>
          <w:sz w:val="20"/>
        </w:rPr>
        <w:t>10:30  lab kya hai? Iska matlab yahi hai ke insaan ko paida kiya,</w:t>
      </w:r>
      <w:r>
        <w:br/>
      </w:r>
      <w:r>
        <w:rPr>
          <w:sz w:val="20"/>
        </w:rPr>
        <w:t>10:36  uski jo design ki gayi hai, woh jannat ko le kar ki gayi hai.</w:t>
      </w:r>
      <w:r>
        <w:br/>
      </w:r>
      <w:r>
        <w:rPr>
          <w:sz w:val="20"/>
        </w:rPr>
        <w:t>10:44  jannat insaan ka haqeeqi jo habitat hai, woh jannat hai. Lekin apne aap ko har lamha pata hai jannat apne habitat se bahar.</w:t>
      </w:r>
      <w:r>
        <w:br/>
      </w:r>
      <w:r>
        <w:rPr>
          <w:sz w:val="20"/>
        </w:rPr>
        <w:t>10:55  har insaan apne habitat ke liye tadapta rehta hai, jaise machhli tadapti rehti hai aur uske baad mar jata hai.</w:t>
      </w:r>
      <w:r>
        <w:br/>
      </w:r>
      <w:r>
        <w:rPr>
          <w:sz w:val="20"/>
        </w:rPr>
        <w:t>11:05  yeh sab sochte hue phir mujhe yaad aaya ke shaitan ka harba kya hai? Uski tadbeer kya hai? To Quran mein shaitan ne kaha hai ke uska harba hai tazeen, tazeen, beautification.</w:t>
      </w:r>
      <w:r>
        <w:br/>
      </w:r>
      <w:r>
        <w:rPr>
          <w:sz w:val="20"/>
        </w:rPr>
        <w:t>11:26  yani</w:t>
      </w:r>
      <w:r>
        <w:br/>
      </w:r>
      <w:r>
        <w:rPr>
          <w:sz w:val="20"/>
        </w:rPr>
        <w:t>11:35  cheezon ko beautify karna aur achhi achhi tamanna miljhna usko. To yeh kya cheez hai? Yeh yeh tazeen kya hai?</w:t>
      </w:r>
      <w:r>
        <w:br/>
      </w:r>
      <w:r>
        <w:rPr>
          <w:sz w:val="20"/>
        </w:rPr>
        <w:t>11:48  yeh tazeen kya hai?</w:t>
      </w:r>
      <w:r>
        <w:br/>
      </w:r>
      <w:r>
        <w:rPr>
          <w:sz w:val="20"/>
        </w:rPr>
        <w:t>11:50  tafseeron mein yeh cheez lagti hai bohat hi ambiguous, clear nahin hai. Clear nahin hai. Dekhiye, yeh tazeen jo hai, is par maine bohat socha.</w:t>
      </w:r>
      <w:r>
        <w:br/>
      </w:r>
      <w:r>
        <w:rPr>
          <w:sz w:val="20"/>
        </w:rPr>
        <w:t>12:05  tazeen se murad hai ideals. Insaan ke andar jo ideals hain, uski talash mein daudna.</w:t>
      </w:r>
      <w:r>
        <w:br/>
      </w:r>
      <w:r>
        <w:rPr>
          <w:sz w:val="20"/>
        </w:rPr>
        <w:t>12:16  ideal ki talash. Har aadmi ko shaitan ne ideal ki talash mein laga rakha hai. Yahi hai tazeen.</w:t>
      </w:r>
      <w:r>
        <w:br/>
      </w:r>
      <w:r>
        <w:rPr>
          <w:sz w:val="20"/>
        </w:rPr>
        <w:t>12:26  achha, yeh ideal duniya mein milne wala nahin hai. Kyunke duniya insaan ki habitat nahin hai. Yeh duniya insaan ki habitat nahin hai.</w:t>
      </w:r>
      <w:r>
        <w:br/>
      </w:r>
      <w:r>
        <w:rPr>
          <w:sz w:val="20"/>
        </w:rPr>
        <w:t>12:38  to na to fard ko milta, na kisi leader ko ya kisi movement ko milta.</w:t>
      </w:r>
      <w:r>
        <w:br/>
      </w:r>
      <w:r>
        <w:rPr>
          <w:sz w:val="20"/>
        </w:rPr>
        <w:t>12:49  sab ek aise ideal ki talash mein hain jo ke duniya mein sarr se achievable nahin.</w:t>
      </w:r>
    </w:p>
    <w:p>
      <w:pPr>
        <w:pStyle w:val="Heading2"/>
      </w:pPr>
      <w:r>
        <w:t>Prophet's example and why difference is a blessing</w:t>
      </w:r>
    </w:p>
    <w:p>
      <w:r>
        <w:rPr>
          <w:color w:val="666666"/>
          <w:sz w:val="18"/>
        </w:rPr>
        <w:t>Position of Islam in a Pluralistic Society (English) March 12, 2007 Maulana Wahiduddin Khan · 4m 04s · at 8:50 · https://youtu.be/zeBT1HGl2n8?t=530</w:t>
      </w:r>
    </w:p>
    <w:p>
      <w:r>
        <w:rPr>
          <w:i/>
        </w:rPr>
        <w:t>“Let me narrate a story that throws more light on this.”</w:t>
      </w:r>
    </w:p>
    <w:p>
      <w:r>
        <w:rPr>
          <w:sz w:val="20"/>
        </w:rPr>
        <w:t>8:50  Then I would like to narrate a very relevant story, which throws more light on the subject.</w:t>
      </w:r>
      <w:r>
        <w:br/>
      </w:r>
      <w:r>
        <w:rPr>
          <w:sz w:val="20"/>
        </w:rPr>
        <w:t>9:01  The Prophet of Islam</w:t>
      </w:r>
      <w:r>
        <w:br/>
      </w:r>
      <w:r>
        <w:rPr>
          <w:sz w:val="20"/>
        </w:rPr>
        <w:t>9:06  migrated to Makkah and settled in Madinah in 622. At that time, Madinah was a multi-religious society.</w:t>
      </w:r>
      <w:r>
        <w:br/>
      </w:r>
      <w:r>
        <w:rPr>
          <w:sz w:val="20"/>
        </w:rPr>
        <w:t>9:17  So some Jewish tribes were also living over there. So what happened?</w:t>
      </w:r>
      <w:r>
        <w:br/>
      </w:r>
      <w:r>
        <w:rPr>
          <w:sz w:val="20"/>
        </w:rPr>
        <w:t>9:24  One day, the Prophet saw a funeral procession passing through a street in Madinah.</w:t>
      </w:r>
      <w:r>
        <w:br/>
      </w:r>
      <w:r>
        <w:rPr>
          <w:sz w:val="20"/>
        </w:rPr>
        <w:t>9:36  The Prophet was seated at that time. On seeing the funeral, the Prophet stood up in respec</w:t>
      </w:r>
      <w:r>
        <w:br/>
      </w:r>
      <w:r>
        <w:rPr>
          <w:sz w:val="20"/>
        </w:rPr>
        <w:t>9:48  t. One of his companions said, "O Prophet, it was the funeral of a Jew, not a Muslim." The Prophet replied, "ali sahib nafsan, was he not a human being?</w:t>
      </w:r>
      <w:r>
        <w:br/>
      </w:r>
      <w:r>
        <w:rPr>
          <w:sz w:val="20"/>
        </w:rPr>
        <w:t>10:05  Here you can see that the Prophet was able to discover a commonality between himself and that non-Muslim.</w:t>
      </w:r>
      <w:r>
        <w:br/>
      </w:r>
      <w:r>
        <w:rPr>
          <w:sz w:val="20"/>
        </w:rPr>
        <w:t>10:15  This is the true Islamic spirit."</w:t>
      </w:r>
      <w:r>
        <w:br/>
      </w:r>
      <w:r>
        <w:rPr>
          <w:sz w:val="20"/>
        </w:rPr>
        <w:t>10:18  Then I want to add one more point that although there are differences among different religions, it is a fact.</w:t>
      </w:r>
      <w:r>
        <w:br/>
      </w:r>
      <w:r>
        <w:rPr>
          <w:sz w:val="20"/>
        </w:rPr>
        <w:t>10:29  You cannot deny this fact. But difference is not an evil. The point is here. People generally think that difference is an ev</w:t>
      </w:r>
      <w:r>
        <w:br/>
      </w:r>
      <w:r>
        <w:rPr>
          <w:sz w:val="20"/>
        </w:rPr>
        <w:t>10:39  il. No. Difference is a part of this is a part of nature. Part of nature.</w:t>
      </w:r>
      <w:r>
        <w:br/>
      </w:r>
      <w:r>
        <w:rPr>
          <w:sz w:val="20"/>
        </w:rPr>
        <w:t>10:49  One scholar has rightly said that nature abhors uniformity. So everywhere, there are differences. Everywhere, there are differences.</w:t>
      </w:r>
      <w:r>
        <w:br/>
      </w:r>
      <w:r>
        <w:rPr>
          <w:sz w:val="20"/>
        </w:rPr>
        <w:t>11:00  Nature is based on difference</w:t>
      </w:r>
      <w:r>
        <w:br/>
      </w:r>
      <w:r>
        <w:rPr>
          <w:sz w:val="20"/>
        </w:rPr>
        <w:t>11:04  . So we have to learn the art of difference management rather than the art of eliminating the differences. Because elimination of differences is not possible.</w:t>
      </w:r>
      <w:r>
        <w:br/>
      </w:r>
      <w:r>
        <w:rPr>
          <w:sz w:val="20"/>
        </w:rPr>
        <w:t>11:15  So we have to adopt the formula of difference management. Then there is another point. Difference is not an evil.</w:t>
      </w:r>
      <w:r>
        <w:br/>
      </w:r>
      <w:r>
        <w:rPr>
          <w:sz w:val="20"/>
        </w:rPr>
        <w:t>11:26  Instead, it is a blessing. Blessing.</w:t>
      </w:r>
      <w:r>
        <w:br/>
      </w:r>
      <w:r>
        <w:rPr>
          <w:sz w:val="20"/>
        </w:rPr>
        <w:t>11:30  Why? Because it is difference that creates challenge, that creates competition, that creates discussion, that creates dialogue.</w:t>
      </w:r>
      <w:r>
        <w:br/>
      </w:r>
      <w:r>
        <w:rPr>
          <w:sz w:val="20"/>
        </w:rPr>
        <w:t>11:40  And you know, only through dialogue and discussion, we can achieve intellectual development. If there is no difference, there is no intellectual progress</w:t>
      </w:r>
      <w:r>
        <w:br/>
      </w:r>
      <w:r>
        <w:rPr>
          <w:sz w:val="20"/>
        </w:rPr>
        <w:t>11:56  . So difference is a part of nature because it is difference that is the only way to find intellectual development.</w:t>
      </w:r>
      <w:r>
        <w:br/>
      </w:r>
      <w:r>
        <w:rPr>
          <w:sz w:val="20"/>
        </w:rPr>
        <w:t>12:11  Someone has rightly said that where everyone thinks alike, no one thinks very much. So difference is a blessing.</w:t>
      </w:r>
      <w:r>
        <w:br/>
      </w:r>
      <w:r>
        <w:rPr>
          <w:sz w:val="20"/>
        </w:rPr>
        <w:t>12:23  Nature creates differences, creates competition, creates challenge. Because it is this situation which leads to intellectual development, which leads to spiritual development.</w:t>
      </w:r>
      <w:r>
        <w:br/>
      </w:r>
      <w:r>
        <w:rPr>
          <w:sz w:val="20"/>
        </w:rPr>
        <w:t>12:42  So Islam recognizes difference. And I can say that during the Prophet's life, there was a dialogue in Madinah.</w:t>
      </w:r>
    </w:p>
    <w:p>
      <w:pPr>
        <w:pStyle w:val="Heading2"/>
      </w:pPr>
      <w:r>
        <w:t>Islamic nationhood is land-based, not a global ummah</w:t>
      </w:r>
    </w:p>
    <w:p>
      <w:r>
        <w:rPr>
          <w:color w:val="666666"/>
          <w:sz w:val="18"/>
        </w:rPr>
        <w:t>From Political Empire to Opportunity Empire, Jan 3, 2010 · 2m 08s · at 1:15:02 · https://youtu.be/beXYK7vtZ04?t=4502</w:t>
      </w:r>
    </w:p>
    <w:p>
      <w:r>
        <w:rPr>
          <w:i/>
        </w:rPr>
        <w:t>“مولانا، what is the Islamic concept of nationhood? Please explain.”</w:t>
      </w:r>
    </w:p>
    <w:p>
      <w:r>
        <w:rPr>
          <w:sz w:val="20"/>
        </w:rPr>
        <w:t>1:15:02  molana, what is the Islamic concept of nationhood? Please explain. Dekhiye, yeh bohat bari falsafiya hai.</w:t>
      </w:r>
      <w:r>
        <w:br/>
      </w:r>
      <w:r>
        <w:rPr>
          <w:sz w:val="20"/>
        </w:rPr>
        <w:t>1:15:13  Ek hi admi the, Maulana Hussain Ahmed Madni. Unho ne kaha ke qaumein maujooda zamanay mein qaumein watan se banti hain. Is ko bhi ulama ne tasleem nahi kiya.</w:t>
      </w:r>
      <w:r>
        <w:br/>
      </w:r>
      <w:r>
        <w:rPr>
          <w:sz w:val="20"/>
        </w:rPr>
        <w:t>1:15:22  Unho ne kaha ke yeh to Hazrat ne jo farmaya tha, woh khabar thi, woh insha nahi thi. Main is ko bilkul galat samajhta hoon. Is ko woh khabar nahi thi, woh insha thi. Woh</w:t>
      </w:r>
      <w:r>
        <w:br/>
      </w:r>
      <w:r>
        <w:rPr>
          <w:sz w:val="20"/>
        </w:rPr>
        <w:t>1:15:31  Ek hi aalim mujhe maloom hai, Maulana Hussain Ahmed Madni, jinho ne yeh baat kahi thi ke maujooda zamanay mein qaumein watan se banti hain. Yani homeland, yani land based internationality ka concept hai is zamanay mein.</w:t>
      </w:r>
      <w:r>
        <w:br/>
      </w:r>
      <w:r>
        <w:rPr>
          <w:sz w:val="20"/>
        </w:rPr>
        <w:t>1:15:47  Land based yeh bilkul sahi kaha tha unho ne. Phir aaj tak ulama ne is ko nahi mana. Baqayda ek mazmoon chapa tha, maine parha tha is ko.</w:t>
      </w:r>
      <w:r>
        <w:br/>
      </w:r>
      <w:r>
        <w:rPr>
          <w:sz w:val="20"/>
        </w:rPr>
        <w:t>1:15:56  Unho ne kaha tha Hazrat ne jo farmaya tha, woh to khabar thi, woh insha nahi thi.</w:t>
      </w:r>
      <w:r>
        <w:br/>
      </w:r>
      <w:r>
        <w:rPr>
          <w:sz w:val="20"/>
        </w:rPr>
        <w:t>1:16:01  Matlab yeh duniya mein hota hai, humein nahi aisa karna chahiye. Main is ko bilkul galat samajhta hoon. Hamara bhi yeh nazariya hai Islam ke mutabiq ke jahan hum rehte hain, wahi hamara watan hai.</w:t>
      </w:r>
      <w:r>
        <w:br/>
      </w:r>
      <w:r>
        <w:rPr>
          <w:sz w:val="20"/>
        </w:rPr>
        <w:t>1:16:12  Ek bohat hi galat baat kahi thi Iqbal ne, woh log Musalman is ko dohrate rehte hain aaj tak.</w:t>
      </w:r>
      <w:r>
        <w:br/>
      </w:r>
      <w:r>
        <w:rPr>
          <w:sz w:val="20"/>
        </w:rPr>
        <w:t>1:16:22  Woh kya hai? Woh intaza khudaon mein bara sab se watan hai. Jo pehna is ka hai, woh mazhab kafan hai. Bilkul baseless shair hai, bilkul lagh shair hai. Lagh watan se muhabbat karna, yeh khudai ki baat nahi hai.</w:t>
      </w:r>
      <w:r>
        <w:br/>
      </w:r>
      <w:r>
        <w:rPr>
          <w:sz w:val="20"/>
        </w:rPr>
        <w:t>1:16:38  Yani watan based nationality, is ka matlab nahi ke Khuda bana liya hum ne watan ko. Land based nationality woh hai, woh bilkul sahi hai, woh Islami hai, woh Islami hai.</w:t>
      </w:r>
      <w:r>
        <w:br/>
      </w:r>
      <w:r>
        <w:rPr>
          <w:sz w:val="20"/>
        </w:rPr>
        <w:t>1:16:54  Hamari wafadariyan apne watan se hona chahiye.</w:t>
      </w:r>
      <w:r>
        <w:br/>
      </w:r>
      <w:r>
        <w:rPr>
          <w:sz w:val="20"/>
        </w:rPr>
        <w:t>1:17:01  Ek hadith hai to ulama kehte hain ke yeh to hadith nahi hai, yeh to sahi nahi hai ke hubb ul watan min al iman.</w:t>
      </w:r>
    </w:p>
    <w:p>
      <w:pPr>
        <w:pStyle w:val="Heading2"/>
      </w:pPr>
      <w:r>
        <w:t>Heart is not seat of emotions</w:t>
      </w:r>
    </w:p>
    <w:p>
      <w:r>
        <w:rPr>
          <w:color w:val="666666"/>
          <w:sz w:val="18"/>
        </w:rPr>
        <w:t>How to Decondition One's Mind December 27, 2009 Maulana Wahiduddin Khan · 45s · at 43:52 · https://youtu.be/Hisjf1BPTes?t=2632</w:t>
      </w:r>
    </w:p>
    <w:p>
      <w:r>
        <w:rPr>
          <w:i/>
        </w:rPr>
        <w:t>“Dil mein koi sentiment nahi”</w:t>
      </w:r>
    </w:p>
    <w:p>
      <w:r>
        <w:rPr>
          <w:sz w:val="20"/>
        </w:rPr>
        <w:t>43:52  lekin ah jo kuch soch hai jo kuch jazbat hain woh sab is ka taluq mind se hai</w:t>
      </w:r>
      <w:r>
        <w:br/>
      </w:r>
      <w:r>
        <w:rPr>
          <w:sz w:val="20"/>
        </w:rPr>
        <w:t>43:59  to de conditioning ka matlab hota hai</w:t>
      </w:r>
      <w:r>
        <w:br/>
      </w:r>
      <w:r>
        <w:rPr>
          <w:sz w:val="20"/>
        </w:rPr>
        <w:t>44:02  mind ki de conditioning</w:t>
      </w:r>
      <w:r>
        <w:br/>
      </w:r>
      <w:r>
        <w:rPr>
          <w:sz w:val="20"/>
        </w:rPr>
        <w:t>44:04  to hazar saal se log qalb par tawajjuh de dete rahe rahe woh bilkul be faida is se</w:t>
      </w:r>
      <w:r>
        <w:br/>
      </w:r>
      <w:r>
        <w:rPr>
          <w:sz w:val="20"/>
        </w:rPr>
        <w:t>44:10  koi faida nahi hua is ka misal mein hi de raha hoon aap ko ke hazar saal se</w:t>
      </w:r>
      <w:r>
        <w:br/>
      </w:r>
      <w:r>
        <w:rPr>
          <w:sz w:val="20"/>
        </w:rPr>
        <w:t>44:14  ek conditioning hui ke rasool Allah sal Allah alaihi wasallam ne dawati kaam kiya sara dawati</w:t>
      </w:r>
      <w:r>
        <w:br/>
      </w:r>
      <w:r>
        <w:rPr>
          <w:sz w:val="20"/>
        </w:rPr>
        <w:t>44:22  jud o jehad aap ki thi aap daai ala Allah the lekin is ke baad jab ladaaiyan shuru ho gayin</w:t>
      </w:r>
      <w:r>
        <w:br/>
      </w:r>
      <w:r>
        <w:rPr>
          <w:sz w:val="20"/>
        </w:rPr>
        <w:t>44:29  aur logon ke taraf se hamle hue aur hazar saal tak silsila chalta raha to musalmanon</w:t>
      </w:r>
    </w:p>
    <w:p>
      <w:pPr>
        <w:pStyle w:val="Heading2"/>
      </w:pPr>
      <w:r>
        <w:t>Atheist surrenders when challenged on his own standard</w:t>
      </w:r>
    </w:p>
    <w:p>
      <w:r>
        <w:rPr>
          <w:color w:val="666666"/>
          <w:sz w:val="18"/>
        </w:rPr>
        <w:t>Intellectual Poverty of Modern World December 17, 2006 · 1m 01s · at 1:02:30 · https://youtu.be/GdhR0DoI1Ys?t=3750</w:t>
      </w:r>
    </w:p>
    <w:p>
      <w:r>
        <w:rPr>
          <w:i/>
        </w:rPr>
        <w:t>“کیا معیار آپ کے پاس ہیں ثابت کرنے کے لیے وجود خدا کا؟”</w:t>
      </w:r>
    </w:p>
    <w:p>
      <w:r>
        <w:rPr>
          <w:sz w:val="20"/>
        </w:rPr>
        <w:t>1:02:30  jaise ke maine is se pehle ek misal aap ko di thi is ko main dohrata hoon ke ek bohat parhe likhe admi se meri mulaqat hui jo atheist the.</w:t>
      </w:r>
      <w:r>
        <w:br/>
      </w:r>
      <w:r>
        <w:rPr>
          <w:sz w:val="20"/>
        </w:rPr>
        <w:t>1:02:41  to unhon ne kaha ke ke unhon ne kaha ke kya meyar aap ke pas hain sabit karne ke liye wajood Khuda ka</w:t>
      </w:r>
      <w:r>
        <w:br/>
      </w:r>
      <w:r>
        <w:rPr>
          <w:sz w:val="20"/>
        </w:rPr>
        <w:t>1:02:52  ? maine kaha ke wahi meyar jo aap ke pas hain sabit karne ke liye. aur is ke baad woh admi ne surrender kar diya.</w:t>
      </w:r>
      <w:r>
        <w:br/>
      </w:r>
      <w:r>
        <w:rPr>
          <w:sz w:val="20"/>
        </w:rPr>
        <w:t>1:03:03  yeh pehle aisa nahi ho sakta tha. yeh jo taraqqi hua hai scientific taraqqi tab yeh mumkin hua hai ke aisa ek admi ko majboor kar de surrender karne ke liye.</w:t>
      </w:r>
      <w:r>
        <w:br/>
      </w:r>
      <w:r>
        <w:rPr>
          <w:sz w:val="20"/>
        </w:rPr>
        <w:t>1:03:17  to yeh yeh tha is hadith ka matlab ke ek zamana aye ga jab tum na talwar chalaoge na larai karoge. sirf la ilaha illallah kahoge aur qale ki deewarain gir padengi.</w:t>
      </w:r>
    </w:p>
    <w:p>
      <w:pPr>
        <w:pStyle w:val="Heading2"/>
      </w:pPr>
      <w:r>
        <w:t>Ummah loyalty versus nation-state, and where it began</w:t>
      </w:r>
    </w:p>
    <w:p>
      <w:r>
        <w:rPr>
          <w:color w:val="666666"/>
          <w:sz w:val="18"/>
        </w:rPr>
        <w:t>From Political Empire to Opportunity Empire, Jan 3, 2010 · 3m 45s · at 45:37 · https://youtu.be/beXYK7vtZ04?t=2737</w:t>
      </w:r>
    </w:p>
    <w:p>
      <w:r>
        <w:rPr>
          <w:i/>
        </w:rPr>
        <w:t>“ابھی حال میں ایک انگریزی اخبار میں ایک آرٹیکل چھپا تھا، ایک ہندو اسکالر کا”</w:t>
      </w:r>
    </w:p>
    <w:p>
      <w:r>
        <w:rPr>
          <w:sz w:val="20"/>
        </w:rPr>
        <w:t>45:37  hai? abhi haal mein ek Angrez akhbar mein ek ek ek article chhapa tha, ek ek Hindu scholar ka.</w:t>
      </w:r>
      <w:r>
        <w:br/>
      </w:r>
      <w:r>
        <w:rPr>
          <w:sz w:val="20"/>
        </w:rPr>
        <w:t>45:47  wo tha "Ummah versus Nation State". "Ummah versus Nation State" yeh is ka title, is ka title tha.</w:t>
      </w:r>
      <w:r>
        <w:br/>
      </w:r>
      <w:r>
        <w:rPr>
          <w:sz w:val="20"/>
        </w:rPr>
        <w:t>45:59  is mein unhone dikhaya tha ke saare Musalman jo hain, Ummah ke concept pe jeete hain, is liye apne apne mulkon ke wafadar nahi hain. wo</w:t>
      </w:r>
      <w:r>
        <w:br/>
      </w:r>
      <w:r>
        <w:rPr>
          <w:sz w:val="20"/>
        </w:rPr>
        <w:t>46:09  is ne naqal kiya, unhone is ka Andal Hasan ka, jis ne kaha tere aadmi ko maar dala. yani America mein ja ke settle huwa, wo aadmi wahan ka citizenship liya aur maar dala.</w:t>
      </w:r>
      <w:r>
        <w:br/>
      </w:r>
      <w:r>
        <w:rPr>
          <w:sz w:val="20"/>
        </w:rPr>
        <w:t>46:22  to is ne kiya kaha? wo chhapa tha is mein ke "My allegiance is to the Ummah and not to the country"</w:t>
      </w:r>
      <w:r>
        <w:br/>
      </w:r>
      <w:r>
        <w:rPr>
          <w:sz w:val="20"/>
        </w:rPr>
        <w:t>46:37  . country ka matlab America. "My allegiance is to the Ummah and not to the country". yani meri wafadari jo hai, wo Ummah ke liye hai, is mulk ke liye nahi hai.</w:t>
      </w:r>
      <w:r>
        <w:br/>
      </w:r>
      <w:r>
        <w:rPr>
          <w:sz w:val="20"/>
        </w:rPr>
        <w:t>46:50  yeh bohat hi khatarnak nazariya hai. aur is ke zimmedar kaun nahi? is ke zimmedar hain Muslim rehnuma. ek zamana tha jab ke pehle Sahaba ka nazariya ubhra.</w:t>
      </w:r>
      <w:r>
        <w:br/>
      </w:r>
      <w:r>
        <w:rPr>
          <w:sz w:val="20"/>
        </w:rPr>
        <w:t>47:03  Al-Ummah usi ki, usi ka afshot hai. to hua yeh ke yeh colonial period jo tha, jab ke European taqatein uthi aur Muslim empires ko tod diya, unhone Musalmanon mein har jagah unhone apna rule qaim kar liya.</w:t>
      </w:r>
      <w:r>
        <w:br/>
      </w:r>
      <w:r>
        <w:rPr>
          <w:sz w:val="20"/>
        </w:rPr>
        <w:t>47:23  to is zamane mein jab Jamaat-ud-din Afghani uthe, Syed Jamaat-ud-din Afghani, unhone yeh nare sab se pehle nikala tha. yeh</w:t>
      </w:r>
      <w:r>
        <w:br/>
      </w:r>
      <w:r>
        <w:rPr>
          <w:sz w:val="20"/>
        </w:rPr>
        <w:t>47:31  yani poori dunya ke Musalmanon ko is ittehad karna, colonial power se ladne ke liye. to yeh is ka saath diya bohat se logon ne.</w:t>
      </w:r>
      <w:r>
        <w:br/>
      </w:r>
      <w:r>
        <w:rPr>
          <w:sz w:val="20"/>
        </w:rPr>
        <w:t>47:46  hamare Abul Kalam Azad bhai is mein the, Iqbal is mein the, Abdullah Maududi ki yeh soch thi. saare log isi soch mein the, Ummah, Ummah, Ummah. saari dunya ke qaum, saari dunya ke Musalman ek qaum hain.</w:t>
      </w:r>
      <w:r>
        <w:br/>
      </w:r>
      <w:r>
        <w:rPr>
          <w:sz w:val="20"/>
        </w:rPr>
        <w:t>48:00  acha, ab is ke baad jab nation states ka zamana aaya, second world war ke baad, ab nation states ka zamana aa chuka hai. to ab Muslim infa ho gaye.</w:t>
      </w:r>
      <w:r>
        <w:br/>
      </w:r>
      <w:r>
        <w:rPr>
          <w:sz w:val="20"/>
        </w:rPr>
        <w:t>48:11  yani inke zehan mein tha ke hamari wafadari ummah ke sath hai, yani universal nationality. to ab adjust nahi kar paye, woh aaj bhi adjust nahi kar pa rahe hain kyunke wohi hamare shairyon mein, adab mein wohi chalta hai. abhi tak al-ummah,</w:t>
      </w:r>
      <w:r>
        <w:br/>
      </w:r>
      <w:r>
        <w:rPr>
          <w:sz w:val="20"/>
        </w:rPr>
        <w:t>48:25  ummah, ummah ka concept. to hua kya? dekhiye, khilafat-e-usmaniya ko bachane ke liye sab kiya gaya tha.</w:t>
      </w:r>
      <w:r>
        <w:br/>
      </w:r>
      <w:r>
        <w:rPr>
          <w:sz w:val="20"/>
        </w:rPr>
        <w:t>48:36  khilafat ke saare dunya ke musalmanon ki madad de, khilafat-e-usmaniya ko bachane ke liye. turki khilafat jo thi. lekin hua kya is zamane mein</w:t>
      </w:r>
      <w:r>
        <w:br/>
      </w:r>
      <w:r>
        <w:rPr>
          <w:sz w:val="20"/>
        </w:rPr>
        <w:t>48:44  ke khud inke jo matahat countries the, arab ke jitne countries hain, un sab mein inki hukumat thi. turki khilafat ki sab mein nationalism aa gaya.</w:t>
      </w:r>
      <w:r>
        <w:br/>
      </w:r>
      <w:r>
        <w:rPr>
          <w:sz w:val="20"/>
        </w:rPr>
        <w:t>48:56  arab nationalism jo kehte the, arab nationalism. ab saari arab state alag ho gayi. to ummah kahan raha?</w:t>
      </w:r>
      <w:r>
        <w:br/>
      </w:r>
      <w:r>
        <w:rPr>
          <w:sz w:val="20"/>
        </w:rPr>
        <w:t>49:08  ummah kahan raha? ummah to khatam ho gaya.</w:t>
      </w:r>
      <w:r>
        <w:br/>
      </w:r>
      <w:r>
        <w:rPr>
          <w:sz w:val="20"/>
        </w:rPr>
        <w:t>49:10  ummah ka matlab tha ke saare musalman turki khilafat ka sath dein aur unhone inko sath chhod kar ke apne apne mulk ke leaderon ka sath diya.</w:t>
      </w:r>
    </w:p>
    <w:p>
      <w:pPr>
        <w:pStyle w:val="Heading2"/>
      </w:pPr>
      <w:r>
        <w:t>Modern mobilization for dawah</w:t>
      </w:r>
    </w:p>
    <w:p>
      <w:r>
        <w:rPr>
          <w:color w:val="666666"/>
          <w:sz w:val="18"/>
        </w:rPr>
        <w:t>Ikhwan-e-Rasool March 24, 2012 Maulana Wahiduddin Khan · 3m 45s · at 21:12 · https://youtu.be/tu2SSg6Ykmg?t=1272</w:t>
      </w:r>
    </w:p>
    <w:p>
      <w:r>
        <w:rPr>
          <w:i/>
        </w:rPr>
        <w:t>“Aaj ki duniya mein ek naya phenomenon samne aaya hai”</w:t>
      </w:r>
    </w:p>
    <w:p>
      <w:r>
        <w:rPr>
          <w:sz w:val="20"/>
        </w:rPr>
        <w:t>21:12  ab dekhiye, ab ek aur pehlu lijiye aap. aaj ki duniya mein ek naya phenomenon, ek naya phenomenon samne aaya hai.</w:t>
      </w:r>
      <w:r>
        <w:br/>
      </w:r>
      <w:r>
        <w:rPr>
          <w:sz w:val="20"/>
        </w:rPr>
        <w:t>21:23  woh hai asfar, safar. kyun ke yeh communication ka zamana hai. communication ki wajah se log yahan aa rahe hain, wahan ja rahe hain.</w:t>
      </w:r>
      <w:r>
        <w:br/>
      </w:r>
      <w:r>
        <w:rPr>
          <w:sz w:val="20"/>
        </w:rPr>
        <w:t>21:32  ek bheed idhar ja rahi hai, ek bheed idhar aa rahi hai. universal globalization. behs tajir ke, behs tourist ke, behs talib ilm ke,</w:t>
      </w:r>
      <w:r>
        <w:br/>
      </w:r>
      <w:r>
        <w:rPr>
          <w:sz w:val="20"/>
        </w:rPr>
        <w:t>21:46  mukhtalif hesiyaton se log yahan se wahan, wahan, million billion log yahan se wahan ja rahe hain, aa rahe hain.</w:t>
      </w:r>
      <w:r>
        <w:br/>
      </w:r>
      <w:r>
        <w:rPr>
          <w:sz w:val="20"/>
        </w:rPr>
        <w:t>21:53  yeh kya hai? yeh hai madu ka mobilization. madu ka khud daai ke haan pahunchna.</w:t>
      </w:r>
      <w:r>
        <w:br/>
      </w:r>
      <w:r>
        <w:rPr>
          <w:sz w:val="20"/>
        </w:rPr>
        <w:t>22:05  ek arab se meri mulaqat hui to mein ne kaha ke aap kahan, aap daawati kaam kijiye, kyun ladai bhidai karte hain? to unhone kaha ke hum to wahan sab musalman musalman hain.</w:t>
      </w:r>
      <w:r>
        <w:br/>
      </w:r>
      <w:r>
        <w:rPr>
          <w:sz w:val="20"/>
        </w:rPr>
        <w:t>22:16  mein ne kaha aap galat kehte hain. bahut zyada log aate hain aap ke haan job ke liye.</w:t>
      </w:r>
      <w:r>
        <w:br/>
      </w:r>
      <w:r>
        <w:rPr>
          <w:sz w:val="20"/>
        </w:rPr>
        <w:t>22:23  woh kya hai? woh madu hain.</w:t>
      </w:r>
      <w:r>
        <w:br/>
      </w:r>
      <w:r>
        <w:rPr>
          <w:sz w:val="20"/>
        </w:rPr>
        <w:t>22:27  jab ke liye bhare hue hain log arab mulkon mein, bahar ke log. woh madu hain, un ko woh dawat pahunchaiye. is ke ilawa dekhiye, muslim countries jo hain, wahan par historical monuments hain.</w:t>
      </w:r>
      <w:r>
        <w:br/>
      </w:r>
      <w:r>
        <w:rPr>
          <w:sz w:val="20"/>
        </w:rPr>
        <w:t>22:41  har jagah muslim, kyunke usmaniyon ka empire tha, bohat lambi muddat tak.</w:t>
      </w:r>
      <w:r>
        <w:br/>
      </w:r>
      <w:r>
        <w:rPr>
          <w:sz w:val="20"/>
        </w:rPr>
        <w:t>22:48  empire ki wajah se har jagah un ke unhon ne banaye buildingen waghera. toh muslim mulkon mein bohat zyada historical monuments hain.</w:t>
      </w:r>
      <w:r>
        <w:br/>
      </w:r>
      <w:r>
        <w:rPr>
          <w:sz w:val="20"/>
        </w:rPr>
        <w:t>22:58  toh muslim mulkon mein bohat zyada tourist aate hain. turkey mein, iraq mein, afghanistan mein, misr mein, lebanon mein,</w:t>
      </w:r>
      <w:r>
        <w:br/>
      </w:r>
      <w:r>
        <w:rPr>
          <w:sz w:val="20"/>
        </w:rPr>
        <w:t>23:10  har jagah. india mein, kashmir mein, falasteen mein. yani tourist, tourist logon ki fauj ki fauj aa rahi hai.</w:t>
      </w:r>
      <w:r>
        <w:br/>
      </w:r>
      <w:r>
        <w:rPr>
          <w:sz w:val="20"/>
        </w:rPr>
        <w:t>23:20  yeh kya hai? yeh madu hain.</w:t>
      </w:r>
      <w:r>
        <w:br/>
      </w:r>
      <w:r>
        <w:rPr>
          <w:sz w:val="20"/>
        </w:rPr>
        <w:t>23:24  madu hain. yani pehle zamane mein dekhiye,</w:t>
      </w:r>
      <w:r>
        <w:br/>
      </w:r>
      <w:r>
        <w:rPr>
          <w:sz w:val="20"/>
        </w:rPr>
        <w:t>23:29  sahaba karam ko khachar par baith kar, oont par baith kar, aur ghore par baith kar jana parta tha.</w:t>
      </w:r>
      <w:r>
        <w:br/>
      </w:r>
      <w:r>
        <w:rPr>
          <w:sz w:val="20"/>
        </w:rPr>
        <w:t>23:39  yahan se wahan, wahan se wahan, wahan. aaj kya hai? aap car se, hawai jahaz se, yahan se wahan, bohat kam waqt mein pahunch rahe hain.</w:t>
      </w:r>
      <w:r>
        <w:br/>
      </w:r>
      <w:r>
        <w:rPr>
          <w:sz w:val="20"/>
        </w:rPr>
        <w:t>23:51  un ka ek josh tha un ke andar ke uqba bin nafe madine se rawana hue, ghore par asia ko paar kiya, africa mein dakhil hue, yahan tak ke atlantic ke sahil pahunch gaye.</w:t>
      </w:r>
      <w:r>
        <w:br/>
      </w:r>
      <w:r>
        <w:rPr>
          <w:sz w:val="20"/>
        </w:rPr>
        <w:t>24:02  woh wahan had aa gayi. woh woh samajhte the ke is ka aage toh kuch hai nahi. aise hi ek qafila chala madine se, woh chalte chalte cyprus pahunch gaya.</w:t>
      </w:r>
      <w:r>
        <w:br/>
      </w:r>
      <w:r>
        <w:rPr>
          <w:sz w:val="20"/>
        </w:rPr>
        <w:t>24:15  wahan par abhi bhi qabar bani hui hai. ek khatoon, ek sahabi ki, jo wahan sahabi ki, jo un ka intiqal ho gaya tha, un ka josh yahan se wahan, wahan se wahan ja pahunchata tha.</w:t>
      </w:r>
      <w:r>
        <w:br/>
      </w:r>
      <w:r>
        <w:rPr>
          <w:sz w:val="20"/>
        </w:rPr>
        <w:t>24:28  ab aap ko jana bhi nahi. ab khud madu aap ke haan aa raha hai. sari duniya mein madu lakhon nahi, karoron ki tadad mein, tadad mein har us mulk mein aa rahe hain.</w:t>
      </w:r>
      <w:r>
        <w:br/>
      </w:r>
      <w:r>
        <w:rPr>
          <w:sz w:val="20"/>
        </w:rPr>
        <w:t>24:44  toh in mein dawat, daawti kaam kijiye. yeh ishara khodawandi hai ke maidan badlo. yeh ishara khodawandi hai ke maidan badlo.</w:t>
      </w:r>
    </w:p>
    <w:p>
      <w:pPr>
        <w:pStyle w:val="Heading2"/>
      </w:pPr>
      <w:r>
        <w:t>What peace is: the universe's own culture</w:t>
      </w:r>
    </w:p>
    <w:p>
      <w:r>
        <w:rPr>
          <w:color w:val="666666"/>
          <w:sz w:val="18"/>
        </w:rPr>
        <w:t>Islam A Religion of Peace November 25, 2024 · 1m 15s · at 4:14 · https://youtu.be/9WlSbAPxmwc?t=254</w:t>
      </w:r>
    </w:p>
    <w:p>
      <w:r>
        <w:rPr>
          <w:i/>
        </w:rPr>
        <w:t>“Amn kya hai, aur Islam mein amn ki ahmiyat kya hai?”</w:t>
      </w:r>
    </w:p>
    <w:p>
      <w:r>
        <w:rPr>
          <w:sz w:val="20"/>
        </w:rPr>
        <w:t>4:14  gein. To sab se pehle mein Hafiz Siraj ur Rehman Sahab se yeh sawal rakhunga ke Islam mein aman ki ahmiyat kya hai, aur aman ke mani kya hain?</w:t>
      </w:r>
      <w:r>
        <w:br/>
      </w:r>
      <w:r>
        <w:rPr>
          <w:sz w:val="20"/>
        </w:rPr>
        <w:t>4:25  Is par kuch aap hum se share karein. Shukriya. Bismillah hir rahman nir rahim, wa salli Allahu ala nabi il kareem. Aman kya hai, aur Islam mein aman ki ahmiyat kya hai?</w:t>
      </w:r>
      <w:r>
        <w:br/>
      </w:r>
      <w:r>
        <w:rPr>
          <w:sz w:val="20"/>
        </w:rPr>
        <w:t>4:40  aman</w:t>
      </w:r>
      <w:r>
        <w:br/>
      </w:r>
      <w:r>
        <w:rPr>
          <w:sz w:val="20"/>
        </w:rPr>
        <w:t>4:43  Kainat ka culture hai, ghair ikhtiyari taur par, aur insan se yeh matloob hai ke woh ikhtiyari taur par is culture ko ikhtiyar kare.</w:t>
      </w:r>
      <w:r>
        <w:br/>
      </w:r>
      <w:r>
        <w:rPr>
          <w:sz w:val="20"/>
        </w:rPr>
        <w:t>4:57  Ash shamsu yanbaghi laha an tudrik al qamara wal laylu sabiqu n nahar. Aman kya hai?</w:t>
      </w:r>
      <w:r>
        <w:br/>
      </w:r>
      <w:r>
        <w:rPr>
          <w:sz w:val="20"/>
        </w:rPr>
        <w:t>5:05  Aman darasal negative thinking ke bajaye positive thinking, aur duniya mein jo waqeyat hotey hain, un waqeyat ki rabbani hi tawjeeh jo karte hain, to is se peace of mind hasil hota hai.</w:t>
      </w:r>
      <w:r>
        <w:br/>
      </w:r>
      <w:r>
        <w:rPr>
          <w:sz w:val="20"/>
        </w:rPr>
        <w:t>5:25  Natijatan world peace bhi isi ke zariye hasil hota hai.</w:t>
      </w:r>
    </w:p>
    <w:p>
      <w:pPr>
        <w:pStyle w:val="Heading2"/>
      </w:pPr>
      <w:r>
        <w:t>Hadith defining a true Muslim</w:t>
      </w:r>
    </w:p>
    <w:p>
      <w:r>
        <w:rPr>
          <w:color w:val="666666"/>
          <w:sz w:val="18"/>
        </w:rPr>
        <w:t>Islam and Terrorism February 10, 2009 Maulana Wahiduddin Khan · 32s · at 26:46 · https://youtu.be/vCEjp0w7Qjo?t=1606</w:t>
      </w:r>
    </w:p>
    <w:p>
      <w:r>
        <w:rPr>
          <w:i/>
        </w:rPr>
        <w:t>“A true Muslim is one whose hands and tongue harm no one.”</w:t>
      </w:r>
    </w:p>
    <w:p>
      <w:r>
        <w:rPr>
          <w:sz w:val="20"/>
        </w:rPr>
        <w:t>26:46  "Al-Muslimu man Saliman Nasu min lisanihi wa yadihi." It means that a true Muslim is on</w:t>
      </w:r>
      <w:r>
        <w:br/>
      </w:r>
      <w:r>
        <w:rPr>
          <w:sz w:val="20"/>
        </w:rPr>
        <w:t>26:56  e A true Muslim is one by whose hands and tongue people are safe. This is the definition of a true Muslim.</w:t>
      </w:r>
      <w:r>
        <w:br/>
      </w:r>
      <w:r>
        <w:rPr>
          <w:sz w:val="20"/>
        </w:rPr>
        <w:t>27:07  This is the definition of a true Muslim. A true Muslim is one by whose hands and tongue people are safe.</w:t>
      </w:r>
    </w:p>
    <w:p>
      <w:pPr>
        <w:pStyle w:val="Heading2"/>
      </w:pPr>
      <w:r>
        <w:t>Believer knows his time</w:t>
      </w:r>
    </w:p>
    <w:p>
      <w:r>
        <w:rPr>
          <w:color w:val="666666"/>
          <w:sz w:val="18"/>
        </w:rPr>
        <w:t>Islam in the Age of Science I 27 June 2010 - Maulana Wahiduddin Khan · 26s · at 1:50 · https://youtu.be/aU2f802AUJk?t=110</w:t>
      </w:r>
    </w:p>
    <w:p>
      <w:r>
        <w:rPr>
          <w:i/>
        </w:rPr>
        <w:t>“Momin woh hai jo apne zamane ko jane”</w:t>
      </w:r>
    </w:p>
    <w:p>
      <w:r>
        <w:rPr>
          <w:sz w:val="20"/>
        </w:rPr>
        <w:t>1:50  yeh kyun hai? is liye ke woh naye zamane ko unhon ne pehchana nahi. woh pichhle mindset ke sath aaj ke zamane mein jee rahe hain.</w:t>
      </w:r>
      <w:r>
        <w:br/>
      </w:r>
      <w:r>
        <w:rPr>
          <w:sz w:val="20"/>
        </w:rPr>
        <w:t>2:02  momin woh hai jo apne zamane ko jane, jis zamane mein woh jee raha hai us se waqif ho. yeh believer ki tareef hai.</w:t>
      </w:r>
    </w:p>
    <w:p>
      <w:pPr>
        <w:pStyle w:val="Heading2"/>
      </w:pPr>
      <w:r>
        <w:t>Four authentic sources of Islamic law</w:t>
      </w:r>
    </w:p>
    <w:p>
      <w:r>
        <w:rPr>
          <w:color w:val="666666"/>
          <w:sz w:val="18"/>
        </w:rPr>
        <w:t>Conversation on Ijtihad May 30, 2016 · 1m 29s · at 12:46 · https://youtu.be/prSCheJ32q0?t=766</w:t>
      </w:r>
    </w:p>
    <w:p>
      <w:r>
        <w:rPr>
          <w:i/>
        </w:rPr>
        <w:t>“Yeh ek bohat mushkil masla hai”</w:t>
      </w:r>
    </w:p>
    <w:p>
      <w:r>
        <w:rPr>
          <w:sz w:val="20"/>
        </w:rPr>
        <w:t>12:46  What is the difference between ijma, qiyas and ijtihad? haan dekhiye, ye ek bahut hi mushkil masla hai.</w:t>
      </w:r>
      <w:r>
        <w:br/>
      </w:r>
      <w:r>
        <w:rPr>
          <w:sz w:val="20"/>
        </w:rPr>
        <w:t>12:50  hamare fuqaha ne ye kaha hai ke mushtarak source, mushtarak source char hain.</w:t>
      </w:r>
      <w:r>
        <w:br/>
      </w:r>
      <w:r>
        <w:rPr>
          <w:sz w:val="20"/>
        </w:rPr>
        <w:t>12:55  quran, sunnat, ijma aur qiyas.</w:t>
      </w:r>
      <w:r>
        <w:br/>
      </w:r>
      <w:r>
        <w:rPr>
          <w:sz w:val="20"/>
        </w:rPr>
        <w:t>13:00  char ko source mana hai unhone.</w:t>
      </w:r>
      <w:r>
        <w:br/>
      </w:r>
      <w:r>
        <w:rPr>
          <w:sz w:val="20"/>
        </w:rPr>
        <w:t>13:05  is ko kehte hain masdar.</w:t>
      </w:r>
      <w:r>
        <w:br/>
      </w:r>
      <w:r>
        <w:rPr>
          <w:sz w:val="20"/>
        </w:rPr>
        <w:t>13:10  achha mujhe is se ikhtilaf hai.</w:t>
      </w:r>
      <w:r>
        <w:br/>
      </w:r>
      <w:r>
        <w:rPr>
          <w:sz w:val="20"/>
        </w:rPr>
        <w:t>13:15  quran sunnat ke mutabiq maine gaur kiya to teen hi cheez source banti hain, char nahi.</w:t>
      </w:r>
      <w:r>
        <w:br/>
      </w:r>
      <w:r>
        <w:rPr>
          <w:sz w:val="20"/>
        </w:rPr>
        <w:t>13:20  quran, sunnat aur ijtihad.</w:t>
      </w:r>
      <w:r>
        <w:br/>
      </w:r>
      <w:r>
        <w:rPr>
          <w:sz w:val="20"/>
        </w:rPr>
        <w:t>13:25  bas koi chautha nahi.</w:t>
      </w:r>
      <w:r>
        <w:br/>
      </w:r>
      <w:r>
        <w:rPr>
          <w:sz w:val="20"/>
        </w:rPr>
        <w:t>13:30  to logon ne jo char banaya hai us ko main nahi manta.</w:t>
      </w:r>
      <w:r>
        <w:br/>
      </w:r>
      <w:r>
        <w:rPr>
          <w:sz w:val="20"/>
        </w:rPr>
        <w:t>13:35  ijma ko manne ka matlab ye ho gaya ke wo log samajhte hain ke ijma agar hoga kisi</w:t>
      </w:r>
      <w:r>
        <w:br/>
      </w:r>
      <w:r>
        <w:rPr>
          <w:sz w:val="20"/>
        </w:rPr>
        <w:t>13:40  cheez par to wo hamesha ke liye hai.</w:t>
      </w:r>
      <w:r>
        <w:br/>
      </w:r>
      <w:r>
        <w:rPr>
          <w:sz w:val="20"/>
        </w:rPr>
        <w:t>13:45  ye bilkul sahi nahi hai.</w:t>
      </w:r>
      <w:r>
        <w:br/>
      </w:r>
      <w:r>
        <w:rPr>
          <w:sz w:val="20"/>
        </w:rPr>
        <w:t>13:50  quran aur sunnat ke siwa koi aur cheez kabhi hamesha ke liye ho nahi sakti.</w:t>
      </w:r>
      <w:r>
        <w:br/>
      </w:r>
      <w:r>
        <w:rPr>
          <w:sz w:val="20"/>
        </w:rPr>
        <w:t>13:55  is liye main char ki bajaye teen manta hoon.</w:t>
      </w:r>
      <w:r>
        <w:br/>
      </w:r>
      <w:r>
        <w:rPr>
          <w:sz w:val="20"/>
        </w:rPr>
        <w:t>14:00  is ko kehte hain masadir-e-shariat.</w:t>
      </w:r>
      <w:r>
        <w:br/>
      </w:r>
      <w:r>
        <w:rPr>
          <w:sz w:val="20"/>
        </w:rPr>
        <w:t>14:05  yani shariat ka ke sources.</w:t>
      </w:r>
      <w:r>
        <w:br/>
      </w:r>
      <w:r>
        <w:rPr>
          <w:sz w:val="20"/>
        </w:rPr>
        <w:t>14:10  to mere nazdeek shariat ke sources sirf teen hain: quran, sunnat aur ijtihad. bas.</w:t>
      </w:r>
      <w:r>
        <w:br/>
      </w:r>
      <w:r>
        <w:rPr>
          <w:sz w:val="20"/>
        </w:rPr>
        <w:t>14:15  maulana sahib, to what extent do you think that the problem that muslim community faces today is due to their failure to do ijtihad?</w:t>
      </w:r>
    </w:p>
    <w:p>
      <w:pPr>
        <w:pStyle w:val="Heading2"/>
      </w:pPr>
      <w:r>
        <w:t>incentive to love others rooted in hadith on gratitude</w:t>
      </w:r>
    </w:p>
    <w:p>
      <w:r>
        <w:rPr>
          <w:color w:val="666666"/>
          <w:sz w:val="18"/>
        </w:rPr>
        <w:t>Goodness in The Face of Evil (Sai Centre) August 20, 2008 Maulana Wahiduddin Khan · 44s · at 7:18 · https://youtu.be/tTPaJXCbZ24?t=438</w:t>
      </w:r>
    </w:p>
    <w:p>
      <w:r>
        <w:rPr>
          <w:i/>
        </w:rPr>
        <w:t>“Why would anyone love others? There must be an incentive.”</w:t>
      </w:r>
    </w:p>
    <w:p>
      <w:r>
        <w:rPr>
          <w:sz w:val="20"/>
        </w:rPr>
        <w:t>7:18  a, phir maine socha ke aakhir koi love kyun kare doosron se? "there must be some incentive", "there must be some motivation", kyun doosre aadmi pyar kare?</w:t>
      </w:r>
      <w:r>
        <w:br/>
      </w:r>
      <w:r>
        <w:rPr>
          <w:sz w:val="20"/>
        </w:rPr>
        <w:t>7:34  to mujhe is mein ek hadith hai prophet ki, us se mila ke "man lam yashkur al-nas lam yashkur Allah"</w:t>
      </w:r>
      <w:r>
        <w:br/>
      </w:r>
      <w:r>
        <w:rPr>
          <w:sz w:val="20"/>
        </w:rPr>
        <w:t>7:44  , yaani insaan ko, insaan ko tumhein acknowledge karna hai. insaan ka jo sulook hai, insaan ne jo tumhare sath kiya hai, us ko acknowledge karoge tabhi Khuda ke haan tum maane jaoge, warna Khuda ke haan tum reject kar diye jaoge.</w:t>
      </w:r>
    </w:p>
    <w:p>
      <w:pPr>
        <w:pStyle w:val="Heading2"/>
      </w:pPr>
      <w:r>
        <w:t>Violence is never an option — the true peace formula</w:t>
      </w:r>
    </w:p>
    <w:p>
      <w:r>
        <w:rPr>
          <w:color w:val="666666"/>
          <w:sz w:val="18"/>
        </w:rPr>
        <w:t>Islamic Pacifism I May 08, 2011 · 2m 46s · at 5:07 · https://youtu.be/fkd605HEfRY?t=307</w:t>
      </w:r>
    </w:p>
    <w:p>
      <w:r>
        <w:rPr>
          <w:i/>
        </w:rPr>
        <w:t>“Violence koi option nahi hai, kahin bhi nahi”</w:t>
      </w:r>
    </w:p>
    <w:p>
      <w:r>
        <w:rPr>
          <w:sz w:val="20"/>
        </w:rPr>
        <w:t>5:07  violence koi option nahin hai. na individual ke liye, na organization ke liye, na state ke liye. kahin bhi violence koi option nahin hai.</w:t>
      </w:r>
      <w:r>
        <w:br/>
      </w:r>
      <w:r>
        <w:rPr>
          <w:sz w:val="20"/>
        </w:rPr>
        <w:t>5:20  violence ka jo result nikle ga us ko dekhiye. sirf tabaahi mein izafa, sirf evil mein izafa, aur kuch bhi nahin.</w:t>
      </w:r>
      <w:r>
        <w:br/>
      </w:r>
      <w:r>
        <w:rPr>
          <w:sz w:val="20"/>
        </w:rPr>
        <w:t>5:34  lekin bohat hi ajeeb baat hai ke poori tareekh mein violence jari raha hai. pehle bhi aur ab bhi.</w:t>
      </w:r>
      <w:r>
        <w:br/>
      </w:r>
      <w:r>
        <w:rPr>
          <w:sz w:val="20"/>
        </w:rPr>
        <w:t>5:43  to yeh pacifism jo Allah taala ne bola, main to yeh ek discipline hai, yani "Studies in Peace" ko kaha jaata hai pacifism.</w:t>
      </w:r>
      <w:r>
        <w:br/>
      </w:r>
      <w:r>
        <w:rPr>
          <w:sz w:val="20"/>
        </w:rPr>
        <w:t>5:58  lekin main ne bohat cheezein parhin pacifism ke bare mein. ek ba qaaida ek encyclopedia hai, encyclopedia of pacifism.</w:t>
      </w:r>
      <w:r>
        <w:br/>
      </w:r>
      <w:r>
        <w:rPr>
          <w:sz w:val="20"/>
        </w:rPr>
        <w:t>6:08  lekin kuch bhi is mein nahin.</w:t>
      </w:r>
      <w:r>
        <w:br/>
      </w:r>
      <w:r>
        <w:rPr>
          <w:sz w:val="20"/>
        </w:rPr>
        <w:t>6:12  kyun? biskbat dekhiye yeh hai ke aman ki ideology chahiye. aman ki ideology koi develop nahi kar saka.</w:t>
      </w:r>
      <w:r>
        <w:br/>
      </w:r>
      <w:r>
        <w:rPr>
          <w:sz w:val="20"/>
        </w:rPr>
        <w:t>6:25  nah pehle nah ab. log kehte hain keh aman qaim hona chahiye, jang buri cheez hai. lekin aap ko ek ideology deni pare gi.</w:t>
      </w:r>
      <w:r>
        <w:br/>
      </w:r>
      <w:r>
        <w:rPr>
          <w:sz w:val="20"/>
        </w:rPr>
        <w:t>6:37  jis mein aadmi ko lage justification mil jaye jang na karne ka. misaal ke taur par, aam taur par mana jata hai keh jab injustice hoga to larai hogi.</w:t>
      </w:r>
      <w:r>
        <w:br/>
      </w:r>
      <w:r>
        <w:rPr>
          <w:sz w:val="20"/>
        </w:rPr>
        <w:t>6:53  is liye justice qaim karo, logon ko justice do, tab aman qaim ho jaye ga. yeh formula hi ghalat hai.</w:t>
      </w:r>
      <w:r>
        <w:br/>
      </w:r>
      <w:r>
        <w:rPr>
          <w:sz w:val="20"/>
        </w:rPr>
        <w:t>7:05  yeh formula hi ghalat hai. kyun keh justice ek bilateral cheez</w:t>
      </w:r>
      <w:r>
        <w:br/>
      </w:r>
      <w:r>
        <w:rPr>
          <w:sz w:val="20"/>
        </w:rPr>
        <w:t>7:13  hai. aap samjhayein keh justice maine de di logon ko, doosra samjhe keh mujhe justice nahi mila hai. to phir bhi woh dissatisfied rahe ga.</w:t>
      </w:r>
      <w:r>
        <w:br/>
      </w:r>
      <w:r>
        <w:rPr>
          <w:sz w:val="20"/>
        </w:rPr>
        <w:t>7:23  aur phir woh militancy chalaye ga. to justice koi criterion nahi ban sakta hai. sahi baat yeh hai keh peace qaim karo, peace se aap opportunities khulein gi,</w:t>
      </w:r>
      <w:r>
        <w:br/>
      </w:r>
      <w:r>
        <w:rPr>
          <w:sz w:val="20"/>
        </w:rPr>
        <w:t>7:36  aap opportunities ka avail karo, phir tum woh cheez hasil kar sakte ho jis ko tum kehte ho justice.</w:t>
      </w:r>
      <w:r>
        <w:br/>
      </w:r>
      <w:r>
        <w:rPr>
          <w:sz w:val="20"/>
        </w:rPr>
        <w:t>7:44  to main ne bohat sari cheezein parhi lekin yeh clear nahi hai logon ko keh aman kaise qaim kiya jaye.</w:t>
      </w:r>
    </w:p>
    <w:p>
      <w:pPr>
        <w:pStyle w:val="Heading2"/>
      </w:pPr>
      <w:r>
        <w:t>A Hindi couplet on absorbing criticism gracefully</w:t>
      </w:r>
    </w:p>
    <w:p>
      <w:r>
        <w:rPr>
          <w:color w:val="666666"/>
          <w:sz w:val="18"/>
        </w:rPr>
        <w:t>Contribution of Sufism in India May 29, 2011 · 38s · at 1:21:11 · https://youtu.be/lzxSaTnomio?t=4871</w:t>
      </w:r>
    </w:p>
    <w:p>
      <w:r>
        <w:rPr>
          <w:i/>
        </w:rPr>
        <w:t>“A Hindi saying: bear the blow of words as a gift”</w:t>
      </w:r>
    </w:p>
    <w:p>
      <w:r>
        <w:rPr>
          <w:sz w:val="20"/>
        </w:rPr>
        <w:t>1:21:11  Hindi ka ek maqoola hai ke "chot seh jo shabd ki, waaye guru mein daas".</w:t>
      </w:r>
      <w:r>
        <w:br/>
      </w:r>
      <w:r>
        <w:rPr>
          <w:sz w:val="20"/>
        </w:rPr>
        <w:t>1:21:18  To thoda sa badal ke main kahunga ke "chot seh jo shabd ki" wahi sabit karta hai ke mere andar kibr nahin hai. Tanqeed chuki jo bhadak uthe to yaqeeni proof hai ke uske andar kibr hai,</w:t>
      </w:r>
      <w:r>
        <w:br/>
      </w:r>
      <w:r>
        <w:rPr>
          <w:sz w:val="20"/>
        </w:rPr>
        <w:t>1:21:33  aur kibr hai to jannat ka gate uska nahin khulega. To yeh to sab se badi badi cheez hai jiska hamein introspection karna hai.</w:t>
      </w:r>
      <w:r>
        <w:br/>
      </w:r>
      <w:r>
        <w:rPr>
          <w:sz w:val="20"/>
        </w:rPr>
        <w:t>1:21:43  Sochte rehna hai, sochte rehna hai, sochte rehna hai.</w:t>
      </w:r>
    </w:p>
    <w:p>
      <w:pPr>
        <w:pStyle w:val="Heading2"/>
      </w:pPr>
      <w:r>
        <w:t>Personal matters need principle, social matters need result</w:t>
      </w:r>
    </w:p>
    <w:p>
      <w:r>
        <w:rPr>
          <w:color w:val="666666"/>
          <w:sz w:val="18"/>
        </w:rPr>
        <w:t>Ijtihad February 25, 2007 Maulana Wahiduddin Khan · 2m 35s · at 54:18 · https://youtu.be/JnD3L6F6-lw?t=3258</w:t>
      </w:r>
    </w:p>
    <w:p>
      <w:r>
        <w:rPr>
          <w:i/>
        </w:rPr>
        <w:t>“جب معاملہ اپنی ذات کا ہو تو اصول دیکھیں، دوسروں کا ہو تو نتیجہ دیکھیں۔”</w:t>
      </w:r>
    </w:p>
    <w:p>
      <w:r>
        <w:rPr>
          <w:sz w:val="20"/>
        </w:rPr>
        <w:t>54:18  Iska matlab is se kya principle nikla? Jab mamla aap ka apni zaat ka ho. Apna apne aap ka mamla ho to aap cheezon ka in in term of principle dekhiye.</w:t>
      </w:r>
      <w:r>
        <w:br/>
      </w:r>
      <w:r>
        <w:rPr>
          <w:sz w:val="20"/>
        </w:rPr>
        <w:t>54:33  Yeh</w:t>
      </w:r>
      <w:r>
        <w:br/>
      </w:r>
      <w:r>
        <w:rPr>
          <w:sz w:val="20"/>
        </w:rPr>
        <w:t>54:34  Yeh Islam se nikalta hai ke jab mamla aap ka apni zaat ka ho to aap cheezon ko in term of principle dekhiye. Lekin jab mamla society ka ho family ka ho nation ka ho doosron ke doosron ka ho to cheezon ko in term of result dekhiye.</w:t>
      </w:r>
      <w:r>
        <w:br/>
      </w:r>
      <w:r>
        <w:rPr>
          <w:sz w:val="20"/>
        </w:rPr>
        <w:t>54:51  in term of result.</w:t>
      </w:r>
      <w:r>
        <w:br/>
      </w:r>
      <w:r>
        <w:rPr>
          <w:sz w:val="20"/>
        </w:rPr>
        <w:t>54:54  Isi liye Hazrat Umar ne kaha tha ke lessar al-aqil alladhi ya'rif al-khair min shar walakin alladhi ya'rif al-khair sharrayn ke wa'iz aadmi woh nahi hai.</w:t>
      </w:r>
      <w:r>
        <w:br/>
      </w:r>
      <w:r>
        <w:rPr>
          <w:sz w:val="20"/>
        </w:rPr>
        <w:t>55:10  wa'iz aadmi woh nahi hai jo cheezon ko good aur bad ke roop mein dekha hai. Nahi wa'iz aadmi woh hai jis cheezon ko lesser evil aur greater evil ke roop mein dekha hai.</w:t>
      </w:r>
      <w:r>
        <w:br/>
      </w:r>
      <w:r>
        <w:rPr>
          <w:sz w:val="20"/>
        </w:rPr>
        <w:t>55:22  Unka matlab yeh tha ke is duniya mein hamare liye is social life mein personal life mein nahi social life mein national life mein international life mein hamare choice good aur bad ka nahi hua karta hai.</w:t>
      </w:r>
      <w:r>
        <w:br/>
      </w:r>
      <w:r>
        <w:rPr>
          <w:sz w:val="20"/>
        </w:rPr>
        <w:t>55:36  lesser evil aur greater evil ka hua karta hai. Ab sara masle mind jo hai dunya mein one to all yeh jante hi nahi tha is baat ko. Woh principle chalana chahte hain.</w:t>
      </w:r>
      <w:r>
        <w:br/>
      </w:r>
      <w:r>
        <w:rPr>
          <w:sz w:val="20"/>
        </w:rPr>
        <w:t>55:47  justice chalana chahte hain. Jo ke possible nahi hai. Apni zaat ke mamle mein koi aisa nahi karta. Ajib cheez maine dekhi ke log munafiqat mein yeh thay munafiqat mein apni zaat ke mamle mein har aadmi practical bana rehta hai.</w:t>
      </w:r>
      <w:r>
        <w:br/>
      </w:r>
      <w:r>
        <w:rPr>
          <w:sz w:val="20"/>
        </w:rPr>
        <w:t>56:01  Aur aur doosre ke mamle mein doosra ya artistic hota hai uske</w:t>
      </w:r>
      <w:r>
        <w:br/>
      </w:r>
      <w:r>
        <w:rPr>
          <w:sz w:val="20"/>
        </w:rPr>
        <w:t>56:05  pass aur woh hai idealism ka ya artistic. Kya yeh munafiqat nahi hai yeh? Yaad rakhiye apni zaat ke mamle mein aap yeh kar sakte hain ke sirf principle ko dekhein bas.</w:t>
      </w:r>
      <w:r>
        <w:br/>
      </w:r>
      <w:r>
        <w:rPr>
          <w:sz w:val="20"/>
        </w:rPr>
        <w:t>56:19  Lekin aap doosron ki jab mamla pesh aayega chahe maa baap ka mamla ho beta beti ka mamla ho bahu ho aur shohar bahu aur damad ka mamla ho chahe nation ka ho chahe international life ho</w:t>
      </w:r>
      <w:r>
        <w:br/>
      </w:r>
      <w:r>
        <w:rPr>
          <w:sz w:val="20"/>
        </w:rPr>
        <w:t>56:32  har jagah aap ko cheezon ko result ke term mein dekhna parega.</w:t>
      </w:r>
      <w:r>
        <w:br/>
      </w:r>
      <w:r>
        <w:rPr>
          <w:sz w:val="20"/>
        </w:rPr>
        <w:t>56:39  in term of principle agar dekhenge to aap harenge. Aur in term result aap dekhenge to aap jeetenge. Yeh hai Islam ka principle. Yahi ijtihad hai ke jo cheez Hazrat Abu Bakr ne kahi thi ke bhai yeh Rasool Allah ki baat hai is ko to hum manna padega.</w:t>
      </w:r>
    </w:p>
    <w:p>
      <w:pPr>
        <w:pStyle w:val="Heading2"/>
      </w:pPr>
      <w:r>
        <w:t>what Al-Aqsa means and why people confuse it</w:t>
      </w:r>
    </w:p>
    <w:p>
      <w:r>
        <w:rPr>
          <w:color w:val="666666"/>
          <w:sz w:val="18"/>
        </w:rPr>
        <w:t>The History of Palestine January 22, 2023 · 2m 31s · at 33:07 · https://youtu.be/KriKW4WEgzw?t=1987</w:t>
      </w:r>
    </w:p>
    <w:p>
      <w:r>
        <w:rPr>
          <w:i/>
        </w:rPr>
        <w:t>“Aqsa ki kya mayne hain aur yeh Muslims ke liye kyun important hai”</w:t>
      </w:r>
    </w:p>
    <w:p>
      <w:r>
        <w:rPr>
          <w:sz w:val="20"/>
        </w:rPr>
        <w:t>33:07  to apa al aqsa ki kya mayne hain and why is it so important for muslims all over the world? iski history ke bare mein aur iske significance ke bare mein hum sabko batayein. aksar masjidें aksar jo hai us mayne mein nahi hai ke wahan koi proper masjid bani hui thi balki ibadat gah ke mayne mein hai.</w:t>
      </w:r>
      <w:r>
        <w:br/>
      </w:r>
      <w:r>
        <w:rPr>
          <w:sz w:val="20"/>
        </w:rPr>
        <w:t>33:33  yani door ki ibadat gah jo quran mein aaya hai na ke Allah taala apne bande ko door ki ibadat gah maze diya le gaya. to ibadat gah ke mayne mein hai lekin ab logon ne bahut zyada confusion hai logon mein. to kyunke woh to ruin tha aur yahudi yahi samajh rahe the ke koi maseeha ayega to woh isko dobara banayega.</w:t>
      </w:r>
      <w:r>
        <w:br/>
      </w:r>
      <w:r>
        <w:rPr>
          <w:sz w:val="20"/>
        </w:rPr>
        <w:t>33:58  to woh ruin ki halat mein woh tha wahan par to kaha jata hai ke bahut zyada log kooda kabaad bhi phenkne lage the jab ruin hota hai to. baad mein hazrat umar raz allan ne usko sara safai karwayi. to asal mein kya hai ke masjid e aqsa aur qubbatus sakra do alag alag hai marte hain.</w:t>
      </w:r>
      <w:r>
        <w:br/>
      </w:r>
      <w:r>
        <w:rPr>
          <w:sz w:val="20"/>
        </w:rPr>
        <w:t>34:19  to logon ne usmein confusion isliye kiya ke masjid e aqsa jo hai woh ek nashibi zameen par hai aur woh uska gumabt bhi chota hai aur jo yeh qubbat us sakra uska gumabt bahut hi shandar bahut namaya aur unchai par hai. to wahin nazar aata hai. to log usko qubbatuskhra ko maz e aqsa samajhte hain. achi bade bade logon molana ne bahut sare hawale diye hain.</w:t>
      </w:r>
      <w:r>
        <w:br/>
      </w:r>
      <w:r>
        <w:rPr>
          <w:sz w:val="20"/>
        </w:rPr>
        <w:t>34:47  bade bade writers bade scholars bhi is mamle mein clear nahi hain. isliye ke log suffer nahi karte na. woh samajhte hain ke israel ka wahan qabza hai to wahan suffer karna jayaz nahi hai. yeh bilkul galat hai. jab mulan likha hai ke jab rasoolullah saslam jab safar karke wahan gaye the to us waqt bhi to kisi non muslims ka hi qabza tha. to aap bhi to gaye the. yeh to koi baat nahi hai.</w:t>
      </w:r>
      <w:r>
        <w:br/>
      </w:r>
      <w:r>
        <w:rPr>
          <w:sz w:val="20"/>
        </w:rPr>
        <w:t>35:14  lekin ab yeh ek chal chal gaya hai to log safar karte nahi hai. isliye itne bade confusion ka shikar hai. to masjid aqsa to ek mahorana sahab to hum sab logon ko lekar gaye the aapko yaad hoga. to hum logon ne sab dekha hai andar jakar ke masjid aqsa ek bahut bade hall ki manind hai aur woh poore mano mein ek masjid hai.</w:t>
      </w:r>
      <w:r>
        <w:br/>
      </w:r>
      <w:r>
        <w:rPr>
          <w:sz w:val="20"/>
        </w:rPr>
        <w:t>35:38  to woh asal mein wahi jo temple mount usko bolte the haikal ko to temple mount jo harrod ne bhi banwaya tha usko to woh us uske upar hai woh temple mount ke upar aur usmein ek jo deewar hai uski woh original jo temple mount tha woh abhi tak intact hai baqi hai.</w:t>
      </w:r>
    </w:p>
    <w:p>
      <w:pPr>
        <w:pStyle w:val="Heading2"/>
      </w:pPr>
      <w:r>
        <w:t>Prophet's success through establishing peace</w:t>
      </w:r>
    </w:p>
    <w:p>
      <w:r>
        <w:rPr>
          <w:color w:val="666666"/>
          <w:sz w:val="18"/>
        </w:rPr>
        <w:t>Maulana Wahiduddin Khan's Visit to United States Institute of Peace Washington DC | September, 2015 · 2m 14s · at 19:25 · https://youtu.be/7pTlTONi9LY?t=1165</w:t>
      </w:r>
    </w:p>
    <w:p>
      <w:r>
        <w:rPr>
          <w:i/>
        </w:rPr>
        <w:t>“Prophet of Islam was born in a tribal society of violence.”</w:t>
      </w:r>
    </w:p>
    <w:p>
      <w:r>
        <w:rPr>
          <w:sz w:val="20"/>
        </w:rPr>
        <w:t>19:25  . Prophet of Islam was born in a tribal society. At that time, there were tribal means age of tribal means age of age of violence. So Prophet was born in in this society. So there was violence. There was war. But Prophet</w:t>
      </w:r>
      <w:r>
        <w:br/>
      </w:r>
      <w:r>
        <w:rPr>
          <w:sz w:val="20"/>
        </w:rPr>
        <w:t>19:55  tried to establish peace.</w:t>
      </w:r>
      <w:r>
        <w:br/>
      </w:r>
      <w:r>
        <w:rPr>
          <w:sz w:val="20"/>
        </w:rPr>
        <w:t>19:59  And he gave all kind of price for this purpose.</w:t>
      </w:r>
      <w:r>
        <w:br/>
      </w:r>
      <w:r>
        <w:rPr>
          <w:sz w:val="20"/>
        </w:rPr>
        <w:t>20:04  And when there was peace, there was opportunity.</w:t>
      </w:r>
      <w:r>
        <w:br/>
      </w:r>
      <w:r>
        <w:rPr>
          <w:sz w:val="20"/>
        </w:rPr>
        <w:t>20:08  And Prophet then availed those opportunities.</w:t>
      </w:r>
      <w:r>
        <w:br/>
      </w:r>
      <w:r>
        <w:rPr>
          <w:sz w:val="20"/>
        </w:rPr>
        <w:t>20:12  And the result was that he he emerged a successful person.</w:t>
      </w:r>
      <w:r>
        <w:br/>
      </w:r>
      <w:r>
        <w:rPr>
          <w:sz w:val="20"/>
        </w:rPr>
        <w:t>20:17  You know, Dr.</w:t>
      </w:r>
      <w:r>
        <w:br/>
      </w:r>
      <w:r>
        <w:rPr>
          <w:sz w:val="20"/>
        </w:rPr>
        <w:t>20:21  Hart has published a bo</w:t>
      </w:r>
      <w:r>
        <w:br/>
      </w:r>
      <w:r>
        <w:rPr>
          <w:sz w:val="20"/>
        </w:rPr>
        <w:t>20:26  ok, The Hundred.</w:t>
      </w:r>
      <w:r>
        <w:br/>
      </w:r>
      <w:r>
        <w:rPr>
          <w:sz w:val="20"/>
        </w:rPr>
        <w:t>20:31  In this book, he says that the Prophet of Islam was supremely successful person.</w:t>
      </w:r>
      <w:r>
        <w:br/>
      </w:r>
      <w:r>
        <w:rPr>
          <w:sz w:val="20"/>
        </w:rPr>
        <w:t>20:36  But in this book, you cannot find the method.</w:t>
      </w:r>
      <w:r>
        <w:br/>
      </w:r>
      <w:r>
        <w:rPr>
          <w:sz w:val="20"/>
        </w:rPr>
        <w:t>20:41  Why Prophet became why why Prophet emerged as a supremely successful person?</w:t>
      </w:r>
      <w:r>
        <w:br/>
      </w:r>
      <w:r>
        <w:rPr>
          <w:sz w:val="20"/>
        </w:rPr>
        <w:t>20:46  Due to following this formula.</w:t>
      </w:r>
      <w:r>
        <w:br/>
      </w:r>
      <w:r>
        <w:rPr>
          <w:sz w:val="20"/>
        </w:rPr>
        <w:t>20:51  The formula of Prophet of Islam was that you have</w:t>
      </w:r>
      <w:r>
        <w:br/>
      </w:r>
      <w:r>
        <w:rPr>
          <w:sz w:val="20"/>
        </w:rPr>
        <w:t>20:56  to establish peace at any cost.</w:t>
      </w:r>
      <w:r>
        <w:br/>
      </w:r>
      <w:r>
        <w:rPr>
          <w:sz w:val="20"/>
        </w:rPr>
        <w:t>21:03  Peace will open the door all the door of opportunities.</w:t>
      </w:r>
      <w:r>
        <w:br/>
      </w:r>
      <w:r>
        <w:rPr>
          <w:sz w:val="20"/>
        </w:rPr>
        <w:t>21:11  And you have to you have to avail these opportunities by by wise planning.</w:t>
      </w:r>
      <w:r>
        <w:br/>
      </w:r>
      <w:r>
        <w:rPr>
          <w:sz w:val="20"/>
        </w:rPr>
        <w:t>21:18  And the result is is is your is is just success</w:t>
      </w:r>
      <w:r>
        <w:br/>
      </w:r>
      <w:r>
        <w:rPr>
          <w:sz w:val="20"/>
        </w:rPr>
        <w:t>21:26  . This is my this is my finding.</w:t>
      </w:r>
    </w:p>
    <w:p>
      <w:pPr>
        <w:pStyle w:val="Heading2"/>
      </w:pPr>
      <w:r>
        <w:t>Prophet honors a Jewish funeral - shared humanity lesson</w:t>
      </w:r>
    </w:p>
    <w:p>
      <w:r>
        <w:rPr>
          <w:color w:val="666666"/>
          <w:sz w:val="18"/>
        </w:rPr>
        <w:t>Differences Are a Part Of Nature CPS Women Discussion 24 September 17, 2023 · 1m 23s · at 6:10 · https://youtu.be/uL_xIxYZtw4?t=370</w:t>
      </w:r>
    </w:p>
    <w:p>
      <w:r>
        <w:rPr>
          <w:i/>
        </w:rPr>
        <w:t>“एक बार एक यहूदी का जनाज़ा जा रहा था तो Prophet खड़े हो गए”</w:t>
      </w:r>
    </w:p>
    <w:p>
      <w:r>
        <w:rPr>
          <w:sz w:val="20"/>
        </w:rPr>
        <w:t>6:10  To ek Asulullah ki zindagi se bahut sari cheezein samajh mein aati hain, sabit hain. Ke ek waqia mujhe yaad aaya ke mujhe yahi share karna chah rahi thi ke ek baar ek joo ka janaza ja raha tha to prophet khade ho gaye. To ek sahabi ne poocha ke woh to ek joo hai. To prophet ne jawab diya tha ke kya woh insaan nahi tha?</w:t>
      </w:r>
      <w:r>
        <w:br/>
      </w:r>
      <w:r>
        <w:rPr>
          <w:sz w:val="20"/>
        </w:rPr>
        <w:t>6:38  To Maulana ne explain kara hai ke prophet ne apne aur us yahudi insaan ke andar common cheez discover kiya ke woh jaise insaan hai waise hi main bhi ek insaan hoon. Jaise Khuda ne usko banaya waise hi mujhko bhi banaya hai. To differences hain lekin ek common cheez hum sab mein hai ke hum sab insaan hain aur hum sab ek doosre ke bhai hain, behan hain.</w:t>
      </w:r>
      <w:r>
        <w:br/>
      </w:r>
      <w:r>
        <w:rPr>
          <w:sz w:val="20"/>
        </w:rPr>
        <w:t>7:05  To Maulana sahib ne jo bataya ke Islam aadmi ke andar yahi aala sharafat, aala filha paida karna chahta hai. To yahi meri learning thi Shabina. Thank you, aap. What I got from your, what you what you shared is that you were saying that differences is not actually an evil. It is good for humanity.</w:t>
      </w:r>
      <w:r>
        <w:br/>
      </w:r>
      <w:r>
        <w:rPr>
          <w:sz w:val="20"/>
        </w:rPr>
        <w:t>7:33  And differences is not simply difference.</w:t>
      </w:r>
    </w:p>
    <w:p>
      <w:pPr>
        <w:pStyle w:val="Heading2"/>
      </w:pPr>
      <w:r>
        <w:t>God as Creator versus everything else created</w:t>
      </w:r>
    </w:p>
    <w:p>
      <w:r>
        <w:rPr>
          <w:color w:val="666666"/>
          <w:sz w:val="18"/>
        </w:rPr>
        <w:t>Islam The Creator of the Modern Age October 17, 2021 Prof. Farida Khanam · 22s · at 2:24 · https://youtu.be/tMr3Dz35onU?t=144</w:t>
      </w:r>
    </w:p>
    <w:p>
      <w:r>
        <w:rPr>
          <w:i/>
        </w:rPr>
        <w:t>“Islam's biggest claim: God is Creator, all else created”</w:t>
      </w:r>
    </w:p>
    <w:p>
      <w:r>
        <w:rPr>
          <w:sz w:val="20"/>
        </w:rPr>
        <w:t>2:24  to jo sab se bari baat thi wo yeh ke islam ne bataya ke khuda jo hai wo khaliq hai aur baqi tamam cheezein makhlooq hain.</w:t>
      </w:r>
      <w:r>
        <w:br/>
      </w:r>
      <w:r>
        <w:rPr>
          <w:sz w:val="20"/>
        </w:rPr>
        <w:t>2:34  is se pehle kya tha ke insan har jo visible cheez hoti thi, numayan cheez hoti thi, prominent jo cheez hoti thi, us ki wo parastish karne lagta tha.</w:t>
      </w:r>
    </w:p>
    <w:p>
      <w:pPr>
        <w:pStyle w:val="Heading2"/>
      </w:pPr>
      <w:r>
        <w:t>Old era lacked religious freedom, don't return via violence</w:t>
      </w:r>
    </w:p>
    <w:p>
      <w:r>
        <w:rPr>
          <w:color w:val="666666"/>
          <w:sz w:val="18"/>
        </w:rPr>
        <w:t>War and Peace in Islam January 2, 2022 Prof. Farida Khanam · 39s · at 14:19 · https://youtu.be/6x_Q013u794?t=859</w:t>
      </w:r>
    </w:p>
    <w:p>
      <w:r>
        <w:rPr>
          <w:i/>
        </w:rPr>
        <w:t>“Pehla zamana jo tha usme religious freedom nahi thi”</w:t>
      </w:r>
    </w:p>
    <w:p>
      <w:r>
        <w:rPr>
          <w:sz w:val="20"/>
        </w:rPr>
        <w:t>14:19  to pehla zamana jo tha woh usmein religious freedom nahi thi. jab bhi koi naya religion lekar aata to log uske dushman ho jate. aaj shayad duniya mein religious freedom ka haq jo hai woh tasleem kar liya gaya hai. to is wajah se woh logon mein ab woh sensitivity khatm ho gayi hai ki agar koi naya mazhab lekar aaye to usko marna shuru kar dein.</w:t>
      </w:r>
      <w:r>
        <w:br/>
      </w:r>
      <w:r>
        <w:rPr>
          <w:sz w:val="20"/>
        </w:rPr>
        <w:t>14:42  jaise pehle hota tha, to ab naya zamana hai usi naye zamane ke lihaz se hamein kaam karna hai aur jagah lekin agar hum violent method ka istemal karenge to phir hum dobara wahi purana zamana wapas le aaenge.</w:t>
      </w:r>
      <w:r>
        <w:br/>
      </w:r>
      <w:r>
        <w:rPr>
          <w:sz w:val="20"/>
        </w:rPr>
        <w:t>14:58  to hamein har haal mein jo aman ki halat ko barkarar rakhna hai, aman ki halat already paida ho chuki hai usi ko hamein barkarar rakhna hai aur isko barkarar rakhne ke liye yahi tareeka hai ki hamesha hamein ehsas karna hai. agar koi hamein baat buri lagti hai koi hamein bura kehta hai to humko ehsas karna hai sabr karna hai aur uske liye khuda se doae karni hai.</w:t>
      </w:r>
    </w:p>
    <w:p>
      <w:pPr>
        <w:pStyle w:val="Heading2"/>
      </w:pPr>
      <w:r>
        <w:t>Islam's doctrine of limited, defensive warfare only</w:t>
      </w:r>
    </w:p>
    <w:p>
      <w:r>
        <w:rPr>
          <w:color w:val="666666"/>
          <w:sz w:val="18"/>
        </w:rPr>
        <w:t>Making War in the Name of God December 10, 2023 · 2m 16s · at 15:43 · https://youtu.be/X-KaWopXg9Y?t=943</w:t>
      </w:r>
    </w:p>
    <w:p>
      <w:r>
        <w:rPr>
          <w:i/>
        </w:rPr>
        <w:t>“Agar sirf ek hi exception hai ke koi hamla kar de”</w:t>
      </w:r>
    </w:p>
    <w:p>
      <w:r>
        <w:rPr>
          <w:sz w:val="20"/>
        </w:rPr>
        <w:t>15:43  haan, agar sirf ek hi exception hai ke koi hamla kar de, attack kar de, us waqt limited warfare mein koi engage kiya ja sakta hai, lekin jab tak attack na ho, dushman ke liye bilkul jang nahi hai.</w:t>
      </w:r>
      <w:r>
        <w:br/>
      </w:r>
      <w:r>
        <w:rPr>
          <w:sz w:val="20"/>
        </w:rPr>
        <w:t>15:59  aaj, aaj saari duniya mein jo jang ho rahi hai na, lekin yeh hamare dushman hain. ji, dushman ke liye Islam mein jang nahi hai, attack ke liye hai, woh bhi bohat hi limited shakal mein, jaise Rasool Allah (SAW) ne sirf adhe din ki ek jang, sirf adhe din ki, chahe jang hui, adhe adhe din ki.</w:t>
      </w:r>
      <w:r>
        <w:br/>
      </w:r>
      <w:r>
        <w:rPr>
          <w:sz w:val="20"/>
        </w:rPr>
        <w:t>16:19  abhi yahan to bees saal se chal rahi hai, pachas saal se chal rahi hai, jang khatam nahi hoti. jaise lagta hai ke jang hi unki zindagi ka maqsad hai, aise hi jang milegi.</w:t>
      </w:r>
      <w:r>
        <w:br/>
      </w:r>
      <w:r>
        <w:rPr>
          <w:sz w:val="20"/>
        </w:rPr>
        <w:t>16:29  to woh jang khatam nahi hoti. abhalanke wohi unko batana hai, ab ke aaj woh hai, woh zamana khatam ho gaya, aaj azadi ka zamana hai, aaj religious persecution nahi hai.</w:t>
      </w:r>
      <w:r>
        <w:br/>
      </w:r>
      <w:r>
        <w:rPr>
          <w:sz w:val="20"/>
        </w:rPr>
        <w:t>16:45  is zamane mein jo dar-ul-harb ka concept develop hua tha na, uska ek reason yeh bhi tha ke jahan muslim ko apni mazhabi farayez anjam dene ke liye woh azaad na ho, jaise namaz, roza, yeh sab hai.</w:t>
      </w:r>
      <w:r>
        <w:br/>
      </w:r>
      <w:r>
        <w:rPr>
          <w:sz w:val="20"/>
        </w:rPr>
        <w:t>16:58  to azadi to saari duniya mein azadi hai, bilkul. to aap kahin bhi jaake namaz padh sakte hain, log airport pe jaake namaz padhte hain, lekin muslim sochte nahi hain ke aakhir aisa kyun hai.</w:t>
      </w:r>
      <w:r>
        <w:br/>
      </w:r>
      <w:r>
        <w:rPr>
          <w:sz w:val="20"/>
        </w:rPr>
        <w:t>17:10  pehle to aisa nahi tha, pehle to sach mein maare jaate the, Kaba mein jaake namaz padhte the to wahan maare jaate the. to us waqt ek yeh ek masla tha, is masle ko hal karna tha.</w:t>
      </w:r>
      <w:r>
        <w:br/>
      </w:r>
      <w:r>
        <w:rPr>
          <w:sz w:val="20"/>
        </w:rPr>
        <w:t>17:20  woh Rasool Allah (SAW) ne bohat hi patient liya aur bohat hi sulah ke saath, unke saath valuing ke saath, unke saath pure achhe taalluqat banake is masle ko hal kiya.</w:t>
      </w:r>
      <w:r>
        <w:br/>
      </w:r>
      <w:r>
        <w:rPr>
          <w:sz w:val="20"/>
        </w:rPr>
        <w:t>17:31  ji, unko sab ko maaf kiya. to is tareeqe se woh masla hal ho gaya, ab fitna khatam ho gaya. ab woh hai, un logon ko samajhna chahiye ke woh ek naye zamane mein hain, naye zamane mein woh purane saare jo hain,</w:t>
      </w:r>
      <w:r>
        <w:br/>
      </w:r>
      <w:r>
        <w:rPr>
          <w:sz w:val="20"/>
        </w:rPr>
        <w:t>17:45  jo unka jo interpretation tha Islam ka, usko apply kar rahe hain, woh apply ho nahi raha hai. ab is tarah phans gaye hain har jagah, har mulk jang karke sab barbaad ho rahe hain, aur mulk kuch bhi nahi raha hai.</w:t>
      </w:r>
      <w:r>
        <w:br/>
      </w:r>
      <w:r>
        <w:rPr>
          <w:sz w:val="20"/>
        </w:rPr>
        <w:t>17:58  ji, jazak Allah aapa.</w:t>
      </w:r>
    </w:p>
    <w:p>
      <w:pPr>
        <w:pStyle w:val="Heading2"/>
      </w:pPr>
      <w:r>
        <w:t>Introducing the concept of divine help</w:t>
      </w:r>
    </w:p>
    <w:p>
      <w:r>
        <w:rPr>
          <w:color w:val="666666"/>
          <w:sz w:val="18"/>
        </w:rPr>
        <w:t>The Concept of Divine Help June 16, 2013 · 1m 12s · at 0:45 · https://youtu.be/b0QaxGSnAOI?t=45</w:t>
      </w:r>
    </w:p>
    <w:p>
      <w:r>
        <w:rPr>
          <w:i/>
        </w:rPr>
        <w:t>“آج کا ٹاپک ہے: دا کانسیپٹ آف ڈیوائن نصرت”</w:t>
      </w:r>
    </w:p>
    <w:p>
      <w:r>
        <w:rPr>
          <w:sz w:val="20"/>
        </w:rPr>
        <w:t>0:45  aaj ka topic hai:</w:t>
      </w:r>
      <w:r>
        <w:br/>
      </w:r>
      <w:r>
        <w:rPr>
          <w:sz w:val="20"/>
        </w:rPr>
        <w:t>0:49  the concept of divine nasrat, yani khudaai madad ka usool</w:t>
      </w:r>
      <w:r>
        <w:br/>
      </w:r>
      <w:r>
        <w:rPr>
          <w:sz w:val="20"/>
        </w:rPr>
        <w:t>0:58  ۔ quran mein bataya gaya hai ke Allah ki nusrat, nusrat ke maani hote hain help, madad, khalq e iman ko hasil hoti hai.</w:t>
      </w:r>
      <w:r>
        <w:br/>
      </w:r>
      <w:r>
        <w:rPr>
          <w:sz w:val="20"/>
        </w:rPr>
        <w:t>1:11  yeh baat kai jagah aayi hai. ek ayat yeh hai: walayansurnallaha maninsur .</w:t>
      </w:r>
      <w:r>
        <w:br/>
      </w:r>
      <w:r>
        <w:rPr>
          <w:sz w:val="20"/>
        </w:rPr>
        <w:t>1:20  yeh surah al-hajj ki ayat hai. walayansurnallaha maninsur .</w:t>
      </w:r>
      <w:r>
        <w:br/>
      </w:r>
      <w:r>
        <w:rPr>
          <w:sz w:val="20"/>
        </w:rPr>
        <w:t>1:27  Allah zaroor hi madad karega jo uski madad karega.</w:t>
      </w:r>
      <w:r>
        <w:br/>
      </w:r>
      <w:r>
        <w:rPr>
          <w:sz w:val="20"/>
        </w:rPr>
        <w:t>1:34  ek aur jagah hai ke kan haqqan alayna nasr al-mominin . hamare upar wajib hai ke hum ahl e iman ki madad karein.</w:t>
      </w:r>
      <w:r>
        <w:br/>
      </w:r>
      <w:r>
        <w:rPr>
          <w:sz w:val="20"/>
        </w:rPr>
        <w:t>1:47  to nusrat ka jo tasawwur hai woh quran mein maujood hai lekin tafseeron mein koi wazeh baat nahi hai ke nusrat kya hai.</w:t>
      </w:r>
    </w:p>
    <w:p>
      <w:pPr>
        <w:pStyle w:val="Heading2"/>
      </w:pPr>
      <w:r>
        <w:t>New communication empire replaces political empire</w:t>
      </w:r>
    </w:p>
    <w:p>
      <w:r>
        <w:rPr>
          <w:color w:val="666666"/>
          <w:sz w:val="18"/>
        </w:rPr>
        <w:t>Revival of Muslim Ummah I 3rd February 13 · 4m 02s · at 25:24 · https://youtu.be/ArygqklqyhE?t=1524</w:t>
      </w:r>
    </w:p>
    <w:p>
      <w:r>
        <w:rPr>
          <w:i/>
        </w:rPr>
        <w:t>“Dekhiye, doosri baat yeh hai ki political empire ka border kya hota hai?”</w:t>
      </w:r>
    </w:p>
    <w:p>
      <w:r>
        <w:rPr>
          <w:sz w:val="20"/>
        </w:rPr>
        <w:t>25:24  dekhiye, doosri baat yeh hai ke political empire jo hai, is ka is ka border kya hota hai? political empire chahe kitni badi ho, chahe Roman Empire ho, chahe British Empire ho, chahe Sasanian Empire ho, Byzantine Empire ho ya Muslim Empire ho, sab ka border bahut mehdood hota hai. jaise Abbasi period jo tha, woh 39 countries tak</w:t>
      </w:r>
      <w:r>
        <w:br/>
      </w:r>
      <w:r>
        <w:rPr>
          <w:sz w:val="20"/>
        </w:rPr>
        <w:t>25:54  mehdood tha. Ottoman Empire jo tha, is mein 20 countries the, bas. sari duniya to nahi thi. sari duniya to nahi thi. lekin ab jo daur aaya hai, communication ka daur, age of communication, woh borderless hai. is ka koi border nahi. jaise main yahan bol raha hoon to log, kitne log Europe mein sun rahe hain, kitne log America mein sun rahe hain, India ke mukhtalif mukhtalif</w:t>
      </w:r>
      <w:r>
        <w:br/>
      </w:r>
      <w:r>
        <w:rPr>
          <w:sz w:val="20"/>
        </w:rPr>
        <w:t>26:24  cities mein sun rahe hain, Arab mein sun rahe hain, koi border nahi. yani is ka matlab kya hui hai? Allah taala ki taraf yeh ishara hai ke political empire ka zamana khatm ho gaya. ab kya hai? communication empire ka zamana hai. ab tujh ko duniya mein communication empire qaim karna hai. political empire ki koi zaroorat nahi hai. kyunke political empire to mehdood hota hai. is ka ek border hota hai kahin na kahin, wahan</w:t>
      </w:r>
      <w:r>
        <w:br/>
      </w:r>
      <w:r>
        <w:rPr>
          <w:sz w:val="20"/>
        </w:rPr>
        <w:t>26:54  pe ja ke ruk jata hai. to ab jo hai, tum communication empire qaim karo. ab political empire ki koi zaroorat nahi hai. yeh hai ishara Allah taala ki taraf se. aap ghaur kijiye ke Muslim Empire jab qaim tha to agar woh bahut koshish karte, bahut kuch koshish karte to 40 countries mein pahuncha dete apna paigham. lekin yeh jo communication hai, yeh jo printing press hai, yeh jo</w:t>
      </w:r>
      <w:r>
        <w:br/>
      </w:r>
      <w:r>
        <w:rPr>
          <w:sz w:val="20"/>
        </w:rPr>
        <w:t>27:25  media hai, yeh jo technology hai, is ko istemal kar ke aap 200 countries pahuncha sakte hain. duniya mein is waqt taqreeban 200 mulk hain, 200 countries. to electronic empire ka border 200 countries tak pahunchta hai. kitni ajeeb baat hai. yani political empire ka jo border hai, woh bahut se, bahut 20 mulk pahunchta hai. 40 mulk tak pahunchta</w:t>
      </w:r>
      <w:r>
        <w:br/>
      </w:r>
      <w:r>
        <w:rPr>
          <w:sz w:val="20"/>
        </w:rPr>
        <w:t>27:55  hai. lekin jo electronic, jo jo electronic superpower hai, electronic jo jo duniya hai, is ka koi had nahi. aap modern technology ka istemal karein, modern technology ko istemal kar ke Allah ka paigham duniya mein pahunchayein to koi rukawat hi nahi. koi pahad rukawat nahi, koi samundar rukawat</w:t>
      </w:r>
      <w:r>
        <w:br/>
      </w:r>
      <w:r>
        <w:rPr>
          <w:sz w:val="20"/>
        </w:rPr>
        <w:t>28:25  nahi, kisi mulk ka border rukawat nahi. sari duniya mein aap ka paigham pahunch jayega. is ka bhi ishara maujood hai hadith mein. dekhiye, ek hadith hai ke Rasool Allah ne farmaya ke Dajjal bolega to us ki awaaz East se West tak sunai degi. Dajjal bolega to us ki awaaz</w:t>
      </w:r>
      <w:r>
        <w:br/>
      </w:r>
      <w:r>
        <w:rPr>
          <w:sz w:val="20"/>
        </w:rPr>
        <w:t>28:55  mashriq aur maghrib mein sunai degi. log samajhte hain ke bas Dajjal ki cheekh se murad hai ke Dajjal cheekh raha hai. nahi, is se murad age hai. age yani Dajjal aise zamane mein aayega jab ke yeh possible ho jayega ke aap ek jagah bolein aur awaaz aap ke saath unhein pahunch rahi ho. woh age ki baat hai, woh Dajjal ki baat nahi hai. to wahi to age hai yeh. wahi to hai yeh. to aap to super</w:t>
      </w:r>
    </w:p>
    <w:p>
      <w:pPr>
        <w:pStyle w:val="Heading2"/>
      </w:pPr>
      <w:r>
        <w:t>Full case for why Islam prioritizes peace</w:t>
      </w:r>
    </w:p>
    <w:p>
      <w:r>
        <w:rPr>
          <w:color w:val="666666"/>
          <w:sz w:val="18"/>
        </w:rPr>
        <w:t>Importance of Peace Dec 16, 2012 - Maulana Wahiduddin Khan · 1m 15s · at 0:43 · https://youtu.be/Ru4Eb3_cs7c?t=43</w:t>
      </w:r>
    </w:p>
    <w:p>
      <w:r>
        <w:rPr>
          <w:i/>
        </w:rPr>
        <w:t>“The Importance of Peace”</w:t>
      </w:r>
    </w:p>
    <w:p>
      <w:r>
        <w:rPr>
          <w:sz w:val="20"/>
        </w:rPr>
        <w:t>0:43  "The Importance of Peace". aman ki ahmiyat.</w:t>
      </w:r>
      <w:r>
        <w:br/>
      </w:r>
      <w:r>
        <w:rPr>
          <w:sz w:val="20"/>
        </w:rPr>
        <w:t>0:52  Allah ke nazdeek aman ki ahmiyat bohat zyada hai, yani is ko aap social—is ko aap yeh kehte hain ke social sense mein woh gets good hai, yani som bonum.</w:t>
      </w:r>
      <w:r>
        <w:br/>
      </w:r>
      <w:r>
        <w:rPr>
          <w:sz w:val="20"/>
        </w:rPr>
        <w:t>1:15  social som bonum. is liye ke</w:t>
      </w:r>
      <w:r>
        <w:br/>
      </w:r>
      <w:r>
        <w:rPr>
          <w:sz w:val="20"/>
        </w:rPr>
        <w:t>1:23  agar society mein ya logon ke beech mein aman ho, tabhi saare kaam theek se ho sakte hain. yani peace is the only basis for all kind of development,</w:t>
      </w:r>
      <w:r>
        <w:br/>
      </w:r>
      <w:r>
        <w:rPr>
          <w:sz w:val="20"/>
        </w:rPr>
        <w:t>1:37  religious and secular both.</w:t>
      </w:r>
      <w:r>
        <w:br/>
      </w:r>
      <w:r>
        <w:rPr>
          <w:sz w:val="20"/>
        </w:rPr>
        <w:t>1:44  yeh Allah ki shariat mein hamesha se sab se zyada matloob cheez rahi hai, peace, jis ko salam ya aman kaha jata hai.</w:t>
      </w:r>
    </w:p>
    <w:p>
      <w:pPr>
        <w:pStyle w:val="Heading2"/>
      </w:pPr>
      <w:r>
        <w:t>False priority throughout history</w:t>
      </w:r>
    </w:p>
    <w:p>
      <w:r>
        <w:rPr>
          <w:color w:val="666666"/>
          <w:sz w:val="18"/>
        </w:rPr>
        <w:t>From the Spiritual Tree December 3, 2006 Maulana Wahiduddin Khan · 2m 19s · at 1:54 · https://youtu.be/2MrnmNMSEfs?t=114</w:t>
      </w:r>
    </w:p>
    <w:p>
      <w:r>
        <w:rPr>
          <w:i/>
        </w:rPr>
        <w:t>“False sense of priority, is par maine socha”</w:t>
      </w:r>
    </w:p>
    <w:p>
      <w:r>
        <w:rPr>
          <w:sz w:val="20"/>
        </w:rPr>
        <w:t>1:54  false sense of priority. is par main ne socha to laga ke yeh to poori history par ek tabsera hai. poori poori history mein insan isi mein phansa raha hai,</w:t>
      </w:r>
      <w:r>
        <w:br/>
      </w:r>
      <w:r>
        <w:rPr>
          <w:sz w:val="20"/>
        </w:rPr>
        <w:t>2:09  "false sense of priority". yani jis kaam ko pehle karna chahiye tha us ko chhod kar kisi aur kaam mein lag gaye woh.</w:t>
      </w:r>
      <w:r>
        <w:br/>
      </w:r>
      <w:r>
        <w:rPr>
          <w:sz w:val="20"/>
        </w:rPr>
        <w:t>2:22  false sense of priority. yeh poori history ka mamla hai. mislan Plato jo tha, us ne kahan se shuru kiya?</w:t>
      </w:r>
      <w:r>
        <w:br/>
      </w:r>
      <w:r>
        <w:rPr>
          <w:sz w:val="20"/>
        </w:rPr>
        <w:t>2:33  ek philosopher king banane se. woh samajhta tha ke philosopher king banana "here the starting point".</w:t>
      </w:r>
      <w:r>
        <w:br/>
      </w:r>
      <w:r>
        <w:rPr>
          <w:sz w:val="20"/>
        </w:rPr>
        <w:t>2:43  lekin aap jante hain ke Plato jo hai frustration mein mara. is ka jo plan tha woh kuch bhi, kuch bhi realize na ho saka.</w:t>
      </w:r>
      <w:r>
        <w:br/>
      </w:r>
      <w:r>
        <w:rPr>
          <w:sz w:val="20"/>
        </w:rPr>
        <w:t>2:58  is ka matlab hai ke starting point hi galat tha is ka. aise hi aap dekhiye, Karl Marx ne starting point yeh banaya ke logon se property chheen lo, un ko state ke control mein de do.</w:t>
      </w:r>
      <w:r>
        <w:br/>
      </w:r>
      <w:r>
        <w:rPr>
          <w:sz w:val="20"/>
        </w:rPr>
        <w:t>3:19  lekin kya hua? pachhatar saal tak yeh tajurba kiya gaya, twenty five million insan maar dale gaye, aur no result.</w:t>
      </w:r>
      <w:r>
        <w:br/>
      </w:r>
      <w:r>
        <w:rPr>
          <w:sz w:val="20"/>
        </w:rPr>
        <w:t>3:33  is ke mani ke yahan bhi wahi baat hai ke is ne jis cheez ko priority di woh sahi nahi thi. woh false priority thi.</w:t>
      </w:r>
      <w:r>
        <w:br/>
      </w:r>
      <w:r>
        <w:rPr>
          <w:sz w:val="20"/>
        </w:rPr>
        <w:t>3:46  hamare apne desh mein dekhiye, hamare leaderon ne yeh samjha ke british rule ko khatam karo to bas yahan ganga aur jamna mein sona chandi behne lage ga.</w:t>
      </w:r>
      <w:r>
        <w:br/>
      </w:r>
      <w:r>
        <w:rPr>
          <w:sz w:val="20"/>
        </w:rPr>
        <w:t>3:59  yeh hua lekin natija kuch nahi. to yahan bhi dekhiye, wahi kaam kar raha hai, false priority ko apni priority banana.</w:t>
      </w:r>
    </w:p>
    <w:p>
      <w:pPr>
        <w:pStyle w:val="Heading2"/>
      </w:pPr>
      <w:r>
        <w:t>Counter five star culture by becoming giver</w:t>
      </w:r>
    </w:p>
    <w:p>
      <w:r>
        <w:rPr>
          <w:color w:val="666666"/>
          <w:sz w:val="18"/>
        </w:rPr>
        <w:t>Q&amp;A · 2m 37s · at 0:39 · https://youtu.be/W2DKBK6QYTY?t=39</w:t>
      </w:r>
    </w:p>
    <w:p>
      <w:r>
        <w:rPr>
          <w:i/>
        </w:rPr>
        <w:t>“Dekhiye, yeh five star culture, jisko aap kehte hain.”</w:t>
      </w:r>
    </w:p>
    <w:p>
      <w:r>
        <w:rPr>
          <w:sz w:val="20"/>
        </w:rPr>
        <w:t>0:39  dekhiye, yeh five star culture, jis ko aap kehte hain, is ko</w:t>
      </w:r>
      <w:r>
        <w:br/>
      </w:r>
      <w:r>
        <w:rPr>
          <w:sz w:val="20"/>
        </w:rPr>
        <w:t>0:48  khatam karna us tarah nahi ho sakta jis tarah se aajkal ho raha hai. kuch logon ne bomb blast kiya, kuch aur log speeches dete hain idhar-udhar. aap dekhen ke five star culture ke peeche kya taqat hai, kyun badh raha hai dunya mein,</w:t>
      </w:r>
      <w:r>
        <w:br/>
      </w:r>
      <w:r>
        <w:rPr>
          <w:sz w:val="20"/>
        </w:rPr>
        <w:t>1:08  is ko janna chahiye. to hum log, jo</w:t>
      </w:r>
      <w:r>
        <w:br/>
      </w:r>
      <w:r>
        <w:rPr>
          <w:sz w:val="20"/>
        </w:rPr>
        <w:t>1:16  aajkal dunya mein, yani taker group bane hue hain, hum kuch bhi nahi kar sakte. five star culture unhon ne chalaya, jo dunya mein jinki hasiyat giver group ki hai, wo dene wale hain.</w:t>
      </w:r>
      <w:r>
        <w:br/>
      </w:r>
      <w:r>
        <w:rPr>
          <w:sz w:val="20"/>
        </w:rPr>
        <w:t>1:32  sab kuch unhi se mila hai hum ko. sari technology, sari machinery, sari industry, sara development udhar hi se aa raha hai. to mein sochta hoon ke yeh apna time waste karna hai ke aap is five star culture ke khilaf bolen ya</w:t>
      </w:r>
      <w:r>
        <w:br/>
      </w:r>
      <w:r>
        <w:rPr>
          <w:sz w:val="20"/>
        </w:rPr>
        <w:t>1:50  bomb maren us ko. kyunke jab tak aap taker group mein, aap ki koi sunwai nahi hogi. apne ko uthana padega, apne ko elevate karna padega ke hum hum khud giver group ban saken. is se pehle mein nahi samajhta ke koi effective</w:t>
      </w:r>
      <w:r>
        <w:br/>
      </w:r>
      <w:r>
        <w:rPr>
          <w:sz w:val="20"/>
        </w:rPr>
        <w:t>2:09  kaam ho sakta hai is line mein. sab se pehle apne aap ko uthaiye, apne aap ko elevate kijiye, apne aap ko kisi bhi kisi bhi tarah se giver group banaiye. kisi bhi tarah se giver group banaiye. mein America mein gaya to mujhe bohat taajub hua ke wahan</w:t>
      </w:r>
      <w:r>
        <w:br/>
      </w:r>
      <w:r>
        <w:rPr>
          <w:sz w:val="20"/>
        </w:rPr>
        <w:t>2:28  ek akhbar nikalta hai, uska naam hai "hinduism today" ya "india today". mujhe naam bhool raha tha, koi "india today" ya "india today". uska jo standard tha, wo india ke sare padhto se achha tha.</w:t>
      </w:r>
      <w:r>
        <w:br/>
      </w:r>
      <w:r>
        <w:rPr>
          <w:sz w:val="20"/>
        </w:rPr>
        <w:t>2:47  iska matlab kya hai? ek achha english paper bhi india se achha nikalta hai america mein. ab bataiye, to hum kahan hain?</w:t>
      </w:r>
      <w:r>
        <w:br/>
      </w:r>
      <w:r>
        <w:rPr>
          <w:sz w:val="20"/>
        </w:rPr>
        <w:t>2:59  yani india ke bare mein ek achha paper bhi nikalta hai, to america se nikalta hai. to hum kahan hain, bataiye. to humko apne ko upar uthana padega sabse pehle, tabhi hum effective kaam kar sakenge is line mein kuch.</w:t>
      </w:r>
    </w:p>
    <w:p>
      <w:pPr>
        <w:pStyle w:val="Heading2"/>
      </w:pPr>
      <w:r>
        <w:t>Ants follow tolerance law of nature</w:t>
      </w:r>
    </w:p>
    <w:p>
      <w:r>
        <w:rPr>
          <w:color w:val="666666"/>
          <w:sz w:val="18"/>
        </w:rPr>
        <w:t>Tolerance A Universal Law of Nature January 26, 2019 · 3m 22s · at 24:18 · https://youtu.be/fP7aKhoI6gI?t=1458</w:t>
      </w:r>
    </w:p>
    <w:p>
      <w:r>
        <w:rPr>
          <w:i/>
        </w:rPr>
        <w:t>“When I was a child in a village”</w:t>
      </w:r>
    </w:p>
    <w:p>
      <w:r>
        <w:rPr>
          <w:sz w:val="20"/>
        </w:rPr>
        <w:t>24:18  jab main chhota tha aur gaon mein rehta tha</w:t>
      </w:r>
      <w:r>
        <w:br/>
      </w:r>
      <w:r>
        <w:rPr>
          <w:sz w:val="20"/>
        </w:rPr>
        <w:t>24:25  to kai baar maine dekha ke zameen mein cheentiyan chal rahi hain. idhar se bhi aa rahi hain, idhar se bhi aa rahi hain. to woh ek dam wahi karti theen jo traffic pe kiya jata hai.</w:t>
      </w:r>
      <w:r>
        <w:br/>
      </w:r>
      <w:r>
        <w:rPr>
          <w:sz w:val="20"/>
        </w:rPr>
        <w:t>24:43  yani traffic mein aap jante hain ke "keep right, keep left" ka usool hai. theek yahi karti theen cheentiyan.</w:t>
      </w:r>
      <w:r>
        <w:br/>
      </w:r>
      <w:r>
        <w:rPr>
          <w:sz w:val="20"/>
        </w:rPr>
        <w:t>24:53  woh apne raste par, woh apne raste par. to takrao nahi hota tha. to us waqt main chhota tha, dekhta tha lekin samjha nahi tha ke yeh kya cheez hai.</w:t>
      </w:r>
      <w:r>
        <w:br/>
      </w:r>
      <w:r>
        <w:rPr>
          <w:sz w:val="20"/>
        </w:rPr>
        <w:t>25:05  ab baat ko jab maine socha to maine kaha yeh to bohat bada universal law hai jo cheentiyon ko sikhaya gaya hai ke target karo.</w:t>
      </w:r>
      <w:r>
        <w:br/>
      </w:r>
      <w:r>
        <w:rPr>
          <w:sz w:val="20"/>
        </w:rPr>
        <w:t>25:17  tum un ko target karo, woh tum ko target karein. is taraf cheentiyon ki movement jaari hai. agar cheentiyan target na karein to takrayenge aapas mein.</w:t>
      </w:r>
      <w:r>
        <w:br/>
      </w:r>
      <w:r>
        <w:rPr>
          <w:sz w:val="20"/>
        </w:rPr>
        <w:t>25:32  to jo log law banate hain ke sahib jo rasool Allah par kuch critical reward deta hai, us ko qatl karo, is tarah ke aur qanoon,</w:t>
      </w:r>
      <w:r>
        <w:br/>
      </w:r>
      <w:r>
        <w:rPr>
          <w:sz w:val="20"/>
        </w:rPr>
        <w:t>25:46  woh law of nature ko nahi jante. yeh law of nature nahi hai. to doosron ko mauqa mila yeh kehne ka ke Islam mein to thought crime hai.</w:t>
      </w:r>
      <w:r>
        <w:br/>
      </w:r>
      <w:r>
        <w:rPr>
          <w:sz w:val="20"/>
        </w:rPr>
        <w:t>26:04  doosron ko jo musalman yeh sab karte hain ke rasool Allah ki kotahi karo, kotahi maar daalne ke tum ko, to woh bata rahe hain duniya ko ke Islam mein thought crime hai.</w:t>
      </w:r>
      <w:r>
        <w:br/>
      </w:r>
      <w:r>
        <w:rPr>
          <w:sz w:val="20"/>
        </w:rPr>
        <w:t>26:20  yani sochne mein bhi punishment hai. to kitna dis service hai Islam ke khilaf.</w:t>
      </w:r>
      <w:r>
        <w:br/>
      </w:r>
      <w:r>
        <w:rPr>
          <w:sz w:val="20"/>
        </w:rPr>
        <w:t>26:30  jo log aisi kitabein likhein ke rasool Allah ki kotahi karein, maar dalo, us ko shatm ka keh ke maro, us ko us ko shatm ka case banayein,</w:t>
      </w:r>
      <w:r>
        <w:br/>
      </w:r>
      <w:r>
        <w:rPr>
          <w:sz w:val="20"/>
        </w:rPr>
        <w:t>26:44  to woh islam ki dis service kar rahe hain. dis service.</w:t>
      </w:r>
      <w:r>
        <w:br/>
      </w:r>
      <w:r>
        <w:rPr>
          <w:sz w:val="20"/>
        </w:rPr>
        <w:t>26:52  aap in ko, aap ko azadi hai to in ko bhi azadi dijiye. aap to cheentiyon se le kar ke aasman ke star tak,</w:t>
      </w:r>
      <w:r>
        <w:br/>
      </w:r>
      <w:r>
        <w:rPr>
          <w:sz w:val="20"/>
        </w:rPr>
        <w:t>27:06  cheentiyon se le kar aasman ke star tak, sab yahi la, yahi isi law ko follow kar rahe hain ke tum apne raste par, hum apne raste par.</w:t>
      </w:r>
      <w:r>
        <w:br/>
      </w:r>
      <w:r>
        <w:rPr>
          <w:sz w:val="20"/>
        </w:rPr>
        <w:t>27:17  kitna bara yeh, yani horizon jo hai, kitna bara ho jata hai. yeh soch aa jaye to. achha ji, Maulana sahib, mera ek sawal hai ke aap ne abhi bataya ke bardasht ki limit kahan tak honi chahiye aur is ki limit aap ne samjhaya ke "it is till the aggression comes out".</w:t>
      </w:r>
    </w:p>
    <w:p>
      <w:pPr>
        <w:pStyle w:val="Heading2"/>
      </w:pPr>
      <w:r>
        <w:t>discovering why God allows suffering while preserving freedom</w:t>
      </w:r>
    </w:p>
    <w:p>
      <w:r>
        <w:rPr>
          <w:color w:val="666666"/>
          <w:sz w:val="18"/>
        </w:rPr>
        <w:t>Man and the Laws of Nature April 1, 2012 · 5m 11s · at 43:56 · https://youtu.be/coIrwYQgb6Y?t=2636</w:t>
      </w:r>
    </w:p>
    <w:p>
      <w:r>
        <w:rPr>
          <w:i/>
        </w:rPr>
        <w:t>“Why is there suffering in the world?”</w:t>
      </w:r>
    </w:p>
    <w:p>
      <w:r>
        <w:rPr>
          <w:sz w:val="20"/>
        </w:rPr>
        <w:t>43:56  maine kitaabon mein nahin padha, lekin logon ke darmiyan jab main gaya, logon ke sawalat ko face kiya, maslan yeh log aksar sawal karte the ke why there are suffering life?</w:t>
      </w:r>
      <w:r>
        <w:br/>
      </w:r>
      <w:r>
        <w:rPr>
          <w:sz w:val="20"/>
        </w:rPr>
        <w:t>44:08  suffering kyun hai duniya mein? aur Nuts wo Gaber ne to yeh likha hai ke history jo hai, woh yaani history jo hai, woh kya hai?</w:t>
      </w:r>
      <w:r>
        <w:br/>
      </w:r>
      <w:r>
        <w:rPr>
          <w:sz w:val="20"/>
        </w:rPr>
        <w:t>44:19  crime ka register hai.</w:t>
      </w:r>
      <w:r>
        <w:br/>
      </w:r>
      <w:r>
        <w:rPr>
          <w:sz w:val="20"/>
        </w:rPr>
        <w:t>44:21  crime ka register yeh yeh log kya hai? in ke paas jo yardstick hai napne ke liye, woh doosra hai. is yardstick se inhe yeh sab in ke samne baatein aati hain ke duniya mein suffering hai, duniya mein duniya mein zulm hai, duniya mein injustice hai,</w:t>
      </w:r>
      <w:r>
        <w:br/>
      </w:r>
      <w:r>
        <w:rPr>
          <w:sz w:val="20"/>
        </w:rPr>
        <w:t>44:38  duniya mein crime hai waghera waghera. to is ko le kar ke woh samajhte hain, koi samajh mein nahin aata ke duniya kya hai. yeh bar bar mujhe yeh challenge pesh aaya.</w:t>
      </w:r>
      <w:r>
        <w:br/>
      </w:r>
      <w:r>
        <w:rPr>
          <w:sz w:val="20"/>
        </w:rPr>
        <w:t>44:50  yeh zamane mein kaha jata hai ke sab se bara jo argument hai Khuda ke khilaaf, woh hai problem of evil. To bohat dinon se yeh face kar raha tha is sawal ko, problem of evil.</w:t>
      </w:r>
      <w:r>
        <w:br/>
      </w:r>
      <w:r>
        <w:rPr>
          <w:sz w:val="20"/>
        </w:rPr>
        <w:t>45:03  To aakhir kar jo zehen mein mere bhonchal aata raha is sawal ko le kar ke, to to mere zehen mein ek nai daryaft emerge ke sara masla yeh hai ke Allah taala insan ki azadi ko abalash karne wala nahi hai.</w:t>
      </w:r>
      <w:r>
        <w:br/>
      </w:r>
      <w:r>
        <w:rPr>
          <w:sz w:val="20"/>
        </w:rPr>
        <w:t>45:19  Kyunke azadi abalash kar de to phir test kaise hoga? Test kaise hoga? Test ho nahi sakta hai. To insan ko pata hai ke Allah taala test ke liye yeh dunya testing ground hai.</w:t>
      </w:r>
      <w:r>
        <w:br/>
      </w:r>
      <w:r>
        <w:rPr>
          <w:sz w:val="20"/>
        </w:rPr>
        <w:t>45:34  To qayamat se pehle yeh nahi hone wala hai ke Allah taala insan ki azadi ko abalash kar de. Lekin Khuda ko yeh bhi matloob hai ke ke history derailment na hone paaye, yani history ko derail hone se bachana hai.</w:t>
      </w:r>
      <w:r>
        <w:br/>
      </w:r>
      <w:r>
        <w:rPr>
          <w:sz w:val="20"/>
        </w:rPr>
        <w:t>45:52  Kyunke derail derail agar ho jaye to pata nahi kis khare mein ja ke gir jaye gi</w:t>
      </w:r>
      <w:r>
        <w:br/>
      </w:r>
      <w:r>
        <w:rPr>
          <w:sz w:val="20"/>
        </w:rPr>
        <w:t>45:56  . To Khuda ko matloob tha ke insan ki azadi bhi baqi rahe aur history derail bhi na ho, itna zyada ke sara jebrail de jaye sab kuch.</w:t>
      </w:r>
      <w:r>
        <w:br/>
      </w:r>
      <w:r>
        <w:rPr>
          <w:sz w:val="20"/>
        </w:rPr>
        <w:t>46:10  To yeh bohat hi intricate, bohat hi intricate job tha. Insan is mein qudrat nahi rakhta, itne intricate job par insan qudrat nahi rakhta.</w:t>
      </w:r>
      <w:r>
        <w:br/>
      </w:r>
      <w:r>
        <w:rPr>
          <w:sz w:val="20"/>
        </w:rPr>
        <w:t>46:21  Lekin Khuda qudrat rakhta hai. Jaise Hazrat Masih ne kaha tha ke insan se nahi ho sakta.</w:t>
      </w:r>
      <w:r>
        <w:br/>
      </w:r>
      <w:r>
        <w:rPr>
          <w:sz w:val="20"/>
        </w:rPr>
        <w:t>46:27  Kisi ne poocha tha ek sawal to Hazrat Masih ne kaha ke insan se to nahi ho sakta magar Khuda se ho sakta hai. To is intricate job ko Khuda sambhale hue hai ke insan ki azadi ko baqi rakhte hue woh history ko manage kar raha hai,</w:t>
      </w:r>
      <w:r>
        <w:br/>
      </w:r>
      <w:r>
        <w:rPr>
          <w:sz w:val="20"/>
        </w:rPr>
        <w:t>46:44  manage kar raha hai, manage kar raha hai. To jab se main ne mujhe is ki daryaft hui hai, tab se mera woh masla khatam ho gaya ke problem of evil</w:t>
      </w:r>
      <w:r>
        <w:br/>
      </w:r>
      <w:r>
        <w:rPr>
          <w:sz w:val="20"/>
        </w:rPr>
        <w:t>46:53  ke dunya mein evil hai, dunya mein injustice hai, dunya mein suffering hai, dunya mein zulm hai waghera waghera. To woh to hoga. That is part of freedom.</w:t>
      </w:r>
      <w:r>
        <w:br/>
      </w:r>
      <w:r>
        <w:rPr>
          <w:sz w:val="20"/>
        </w:rPr>
        <w:t>47:06  Aap yeh dekhiye ke yeh sab hote hue ek cheez baqi hai, woh hai opportunity. Yani Khuda ne adai adai di hai to azadi ki wajah se insan mehsoos karta hai,</w:t>
      </w:r>
      <w:r>
        <w:br/>
      </w:r>
      <w:r>
        <w:rPr>
          <w:sz w:val="20"/>
        </w:rPr>
        <w:t>47:21  mehsoos karega to problem aayenge, evil aayegi, woh hoga, hoga. Lekin Allah taala maintain jo kar raha hai, Allah to manage kar raha hai history ko, us ki wajah se yeh yeh yeh faida hai ke phir bhi opportunities baqi rehti hain.</w:t>
      </w:r>
      <w:r>
        <w:br/>
      </w:r>
      <w:r>
        <w:rPr>
          <w:sz w:val="20"/>
        </w:rPr>
        <w:t>47:37  Koi bhi insan freedom ko misuse karte hi yeh nahi kar pata ke opportunity ko khatam kar de, woh yeh nahi kar pata.</w:t>
      </w:r>
      <w:r>
        <w:br/>
      </w:r>
      <w:r>
        <w:rPr>
          <w:sz w:val="20"/>
        </w:rPr>
        <w:t>47:46  Yeh bohat hi bari daryaft thi meri aur bohat dinon tak main is par sochta raha kyunke saare jo philosophers hain, yahi kehte hain ke dunya mein problem of evil hai to kaise aap maane ke is ka koi Khuda hai?</w:t>
      </w:r>
      <w:r>
        <w:br/>
      </w:r>
      <w:r>
        <w:rPr>
          <w:sz w:val="20"/>
        </w:rPr>
        <w:t>48:03  To evil ka jo problem hai, us waqt mujhe samajh mein aaya ke evil kya cheez hai. Evil is the result of misuse of freedom.</w:t>
      </w:r>
      <w:r>
        <w:br/>
      </w:r>
      <w:r>
        <w:rPr>
          <w:sz w:val="20"/>
        </w:rPr>
        <w:t>48:15  Evil ko alag se aap dekhenge to aap ko samajh mein nahi aayega lekin jab aap yeh samjhein ke yeh to insan misuse kar raha hai, is liye is evil hai. Lekin lekin jo Khuda jo hai, yani Khuda yani mastering kar raha hai poori tareekh ke, Khuda jo hai, yani sab se ooper Khuda hai insan se ooper.</w:t>
      </w:r>
      <w:r>
        <w:br/>
      </w:r>
      <w:r>
        <w:rPr>
          <w:sz w:val="20"/>
        </w:rPr>
        <w:t>48:35  To woh isi tarah se yeh nahi hone deta ke insan apni azadi ko misuse kar ke saare mamle ko jebrail kar de.</w:t>
      </w:r>
      <w:r>
        <w:br/>
      </w:r>
      <w:r>
        <w:rPr>
          <w:sz w:val="20"/>
        </w:rPr>
        <w:t>48:44  Hamesha Khuda opportunities ko baqi rakhta hai, baqi rakhta hai, baqi rakhta hai. Isi isi nuqtay ko na samajhne ki wajah se Musalman khwamkhwah lad rahe hain.</w:t>
      </w:r>
      <w:r>
        <w:br/>
      </w:r>
      <w:r>
        <w:rPr>
          <w:sz w:val="20"/>
        </w:rPr>
        <w:t>48:54  Kam az kam do sau saal mein keh sakta hoon ke do sau saal se siwaye Musalmanon ne apna nuqsan karne ka kuch bhi nahi kiya, sirf apna nuqsan, apna nuqsan yani apni tabahi.</w:t>
      </w:r>
    </w:p>
    <w:p>
      <w:pPr>
        <w:pStyle w:val="Heading2"/>
      </w:pPr>
      <w:r>
        <w:t>Why we now say 'differently abled' not 'disabled'</w:t>
      </w:r>
    </w:p>
    <w:p>
      <w:r>
        <w:rPr>
          <w:color w:val="666666"/>
          <w:sz w:val="18"/>
        </w:rPr>
        <w:t>Social Responsibility April 23, 2014 Maulana Wahiduddin Khan · 40s · at 6:05 · https://youtu.be/Rjwky9MWSDM?t=365</w:t>
      </w:r>
    </w:p>
    <w:p>
      <w:r>
        <w:rPr>
          <w:i/>
        </w:rPr>
        <w:t>“Pehle disabled kaha jata tha, ab differently abled kaha jata hai”</w:t>
      </w:r>
    </w:p>
    <w:p>
      <w:r>
        <w:rPr>
          <w:sz w:val="20"/>
        </w:rPr>
        <w:t>6:05  Yeh modern concept hai. Isi liye kaha jata hai ke pehle zamane mein kaha jata tha ke disabled, ab disabled nahi kaha jata, differently abled kaha jata hai ke ek aur dhang, ek aur aitbaar se un ke andar salahiyat hai.</w:t>
      </w:r>
      <w:r>
        <w:br/>
      </w:r>
      <w:r>
        <w:rPr>
          <w:sz w:val="20"/>
        </w:rPr>
        <w:t>6:26  Kyunke pata yeh chala hai ke jo jo aadmi andha ho jata hai to us ke andar ki salahiyatein jaag uthti hain.</w:t>
      </w:r>
      <w:r>
        <w:br/>
      </w:r>
      <w:r>
        <w:rPr>
          <w:sz w:val="20"/>
        </w:rPr>
        <w:t>6:34  Jo behra ho jata hai, us ke andar ki salahiyatein jaag uthti hain. To jab bhi koi aadmi naaqis al-a'zaa ho jata hai to is ka matlab yeh nahi ke bilkul bekar ho gaya.</w:t>
      </w:r>
    </w:p>
    <w:p>
      <w:pPr>
        <w:pStyle w:val="Heading2"/>
      </w:pPr>
      <w:r>
        <w:t>Jihad's real condition is deterrent power</w:t>
      </w:r>
    </w:p>
    <w:p>
      <w:r>
        <w:rPr>
          <w:color w:val="666666"/>
          <w:sz w:val="18"/>
        </w:rPr>
        <w:t>Ijtihad February 25, 2007 Maulana Wahiduddin Khan · 32s · at 33:57 · https://youtu.be/JnD3L6F6-lw?t=2037</w:t>
      </w:r>
    </w:p>
    <w:p>
      <w:r>
        <w:rPr>
          <w:i/>
        </w:rPr>
        <w:t>“جہاد کی شرط ہے قوت مرہبہ۔”</w:t>
      </w:r>
    </w:p>
    <w:p>
      <w:r>
        <w:rPr>
          <w:sz w:val="20"/>
        </w:rPr>
        <w:t>33:57  quran ki surah anfaal mein yeh ayat hai ke jihad ki shart hai quwwat e marhaba. quwwat e marhaba ke ma'ani kia aate hain?</w:t>
      </w:r>
      <w:r>
        <w:br/>
      </w:r>
      <w:r>
        <w:rPr>
          <w:sz w:val="20"/>
        </w:rPr>
        <w:t>34:07  is ka matlab hota hai ke itna dabdaba ho aap ka ke fareeq e sani jo hai aap ke dabdabe se seham jaye.</w:t>
      </w:r>
      <w:r>
        <w:br/>
      </w:r>
      <w:r>
        <w:rPr>
          <w:sz w:val="20"/>
        </w:rPr>
        <w:t>34:18  jaise abbasi daur mein aik baar aisa hua ke aik qabile ne baghavat par amada ho gaya.</w:t>
      </w:r>
    </w:p>
    <w:p>
      <w:pPr>
        <w:pStyle w:val="Heading2"/>
      </w:pPr>
      <w:r>
        <w:t>Peace of mind from positive thinking</w:t>
      </w:r>
    </w:p>
    <w:p>
      <w:r>
        <w:rPr>
          <w:color w:val="666666"/>
          <w:sz w:val="18"/>
        </w:rPr>
        <w:t>Discussion on Peace (Ulama Session- II) Peace Conference April 29-30, 2023 · 25s · at 7:51 · https://youtu.be/jWMy2u1iAEg?t=471</w:t>
      </w:r>
    </w:p>
    <w:p>
      <w:r>
        <w:rPr>
          <w:i/>
        </w:rPr>
        <w:t>“तो जब आदमी इन negative items से free रहेगा”</w:t>
      </w:r>
    </w:p>
    <w:p>
      <w:r>
        <w:rPr>
          <w:sz w:val="20"/>
        </w:rPr>
        <w:t>7:51  to jab aadmi in negative items se free rahega to usi ke baad usko woh cheez hasil hoti hai jise peace of mind kehte hain. to peace of mind ke hasil ke baad hi ek aadmi kisi khas situation mein khas dhang se soch pata hai. lehaza ang ke ki bahali mein positive thinking ki bohat zyada ahmiyat hai.</w:t>
      </w:r>
      <w:r>
        <w:br/>
      </w:r>
      <w:r>
        <w:rPr>
          <w:sz w:val="20"/>
        </w:rPr>
        <w:t>8:16  lekin maujooda zamana age of research hai, maujooda zamane mein jin subjects par bohat zyada researches aur tahqiqat hui hain, unmein se ek subject hai psychology. to is mauzu par bhi bohat zyada takhleeq hui hai.</w:t>
      </w:r>
    </w:p>
    <w:p>
      <w:pPr>
        <w:pStyle w:val="Heading2"/>
      </w:pPr>
      <w:r>
        <w:t>Universal brotherhood proven by a blood donation story</w:t>
      </w:r>
    </w:p>
    <w:p>
      <w:r>
        <w:rPr>
          <w:color w:val="666666"/>
          <w:sz w:val="18"/>
        </w:rPr>
        <w:t>CPS Women Interaction 2 February 27, 2022 · 1m 46s · at 12:17 · https://youtu.be/cHWQVJ_3at0?t=737</w:t>
      </w:r>
    </w:p>
    <w:p>
      <w:r>
        <w:rPr>
          <w:i/>
        </w:rPr>
        <w:t>“अल्लाह ख़ुद कहता है मैं सारे आलम का हूं”</w:t>
      </w:r>
    </w:p>
    <w:p>
      <w:r>
        <w:rPr>
          <w:sz w:val="20"/>
        </w:rPr>
        <w:t>12:17  To Allah jo hai woh khud hi kehta hai main saare alam ka hoon. Agar woh saare alam ka hai to brotherhood ki to baat aur ek hi jode se Hazrat Adam aur Havva ke jode se saari duniya bani hai.</w:t>
      </w:r>
      <w:r>
        <w:br/>
      </w:r>
      <w:r>
        <w:rPr>
          <w:sz w:val="20"/>
        </w:rPr>
        <w:t>12:34  To Maulana ne in cheezon ko itna brotherhood par Quranic wisdom mein brotherhood par ek lamba discussion hai, samajh mein aata hai to woh cheezein baar baar jab hum reflect karte hain to woh bahut samajh mein aane lagti hain cheezein aur apne upar apne behavior mein aa jaati hain.</w:t>
      </w:r>
      <w:r>
        <w:br/>
      </w:r>
      <w:r>
        <w:rPr>
          <w:sz w:val="20"/>
        </w:rPr>
        <w:t>12:56  Main aapse ek baat kahoon hum log America mein rehte the wahan mere husband ki kuch tabiyat kharab hui aur unhein blood ki zaroorat hui. To unka ek colleague black the unhone blood diya aur baad mein aakar bole ki brother look, my blood isn't new now. We all have the similar blood.</w:t>
      </w:r>
      <w:r>
        <w:br/>
      </w:r>
      <w:r>
        <w:rPr>
          <w:sz w:val="20"/>
        </w:rPr>
        <w:t>13:22  To dono ne gale ek doosre ko lagaya aur jitne log khade hue the, jo whites bhi the yeh main bahut pehle ki baat kar rahi hoon us zamane ki jab school bhi integrated nahi the, segregated school the, blacks ke alag the, whites ke alag the. Main 68 ki baat kar rahi hoon nineteen sixty eight ki.</w:t>
      </w:r>
      <w:r>
        <w:br/>
      </w:r>
      <w:r>
        <w:rPr>
          <w:sz w:val="20"/>
        </w:rPr>
        <w:t>13:45  To sab log jitne log the unke aankhon mein aansu se aa gaye ki hum logon ne superficial usko itna kar rakha hai aur hamara CPS global level par jo kaam kar raha hai, dawah ka kaam kar raha hai woh sabke liye kar raha hai.</w:t>
      </w:r>
      <w:r>
        <w:br/>
      </w:r>
      <w:r>
        <w:rPr>
          <w:sz w:val="20"/>
        </w:rPr>
        <w:t>14:03  To yeh universal thinking hi to hai jo CPS ke group mein hai aur woh har jagah usko phaila dein aur doosra topic universe unilateral ethics. Yeh bhi Maulana aisi aisi examples dete the ki koi bhi aapke saath kuch kare aapko bilateral nahi hona hai. Agar kisi ne aapke saath burai kari to aap bhi burai karenge.</w:t>
      </w:r>
    </w:p>
    <w:p>
      <w:pPr>
        <w:pStyle w:val="Heading2"/>
      </w:pPr>
      <w:r>
        <w:t>Evil is challenge not evil</w:t>
      </w:r>
    </w:p>
    <w:p>
      <w:r>
        <w:rPr>
          <w:color w:val="666666"/>
          <w:sz w:val="18"/>
        </w:rPr>
        <w:t>Social Reform | December 22, 2013 | Maulana Wahiduddin Khan · 1m 01s · at 36:12 · https://youtu.be/kGP903BvDto?t=2172</w:t>
      </w:r>
    </w:p>
    <w:p>
      <w:r>
        <w:rPr>
          <w:i/>
        </w:rPr>
        <w:t>“To to evil kyun hai”</w:t>
      </w:r>
    </w:p>
    <w:p>
      <w:r>
        <w:rPr>
          <w:sz w:val="20"/>
        </w:rPr>
        <w:t>36:12  to to evil kyun hai? evil ko kyun khatam nahi karta woh? khuda hai to woh all powerful</w:t>
      </w:r>
      <w:r>
        <w:br/>
      </w:r>
      <w:r>
        <w:rPr>
          <w:sz w:val="20"/>
        </w:rPr>
        <w:t>36:17  hona chahiye us ko.</w:t>
      </w:r>
      <w:r>
        <w:br/>
      </w:r>
      <w:r>
        <w:rPr>
          <w:sz w:val="20"/>
        </w:rPr>
        <w:t>36:22  agar woh all powerful hai, to evil ko khatam kyun nahi karta? to jis cheez ko evil keh</w:t>
      </w:r>
      <w:r>
        <w:br/>
      </w:r>
      <w:r>
        <w:rPr>
          <w:sz w:val="20"/>
        </w:rPr>
        <w:t>36:27  rahe hain, woh evil nahi hai.</w:t>
      </w:r>
      <w:r>
        <w:br/>
      </w:r>
      <w:r>
        <w:rPr>
          <w:sz w:val="20"/>
        </w:rPr>
        <w:t>36:33  woh to khud kisi plan ka ek hissa hai.</w:t>
      </w:r>
      <w:r>
        <w:br/>
      </w:r>
      <w:r>
        <w:rPr>
          <w:sz w:val="20"/>
        </w:rPr>
        <w:t>36:38  chunki kisi plan ke mutabiq insan apni zindagi ka naqsha nahi banata, is liye takrao paida hota hai.</w:t>
      </w:r>
      <w:r>
        <w:br/>
      </w:r>
      <w:r>
        <w:rPr>
          <w:sz w:val="20"/>
        </w:rPr>
        <w:t>36:43  aur fasad paida hota hai.</w:t>
      </w:r>
      <w:r>
        <w:br/>
      </w:r>
      <w:r>
        <w:rPr>
          <w:sz w:val="20"/>
        </w:rPr>
        <w:t>36:48  to woh sari cheezain, jis ko hum fasad kehte hain, injustice kehte hain, zulm kehte hain, woh sab</w:t>
      </w:r>
      <w:r>
        <w:br/>
      </w:r>
      <w:r>
        <w:rPr>
          <w:sz w:val="20"/>
        </w:rPr>
        <w:t>36:53  insan ki azadi ki bina par hain.</w:t>
      </w:r>
      <w:r>
        <w:br/>
      </w:r>
      <w:r>
        <w:rPr>
          <w:sz w:val="20"/>
        </w:rPr>
        <w:t>36:58  woh evil nahi hain, woh woh woh woh challenge hain, woh musabqat hai, woh competition hai.</w:t>
      </w:r>
      <w:r>
        <w:br/>
      </w:r>
      <w:r>
        <w:rPr>
          <w:sz w:val="20"/>
        </w:rPr>
        <w:t>37:03  aur is liye hai ke yahi wahid tareeqa hai, yani progress ka aur development ka.</w:t>
      </w:r>
      <w:r>
        <w:br/>
      </w:r>
      <w:r>
        <w:rPr>
          <w:sz w:val="20"/>
        </w:rPr>
        <w:t>37:08  is ke baghair insan jo hai,</w:t>
      </w:r>
    </w:p>
    <w:p>
      <w:pPr>
        <w:pStyle w:val="Heading2"/>
      </w:pPr>
      <w:r>
        <w:t>hadith: returning from small jihad to greater jihad</w:t>
      </w:r>
    </w:p>
    <w:p>
      <w:r>
        <w:rPr>
          <w:color w:val="666666"/>
          <w:sz w:val="18"/>
        </w:rPr>
        <w:t>The Concept of Jihad In Islam May 25, 2008 · 31s · at 5:50 · https://youtu.be/UJ6cY-A3tDs?t=350</w:t>
      </w:r>
    </w:p>
    <w:p>
      <w:r>
        <w:rPr>
          <w:i/>
        </w:rPr>
        <w:t>“Rajana min al-jihad al-asghar ila al-jihad al-akbar”</w:t>
      </w:r>
    </w:p>
    <w:p>
      <w:r>
        <w:rPr>
          <w:sz w:val="20"/>
        </w:rPr>
        <w:t>5:50  to aap ne kaha raj'na min al-jihad al-asghar ila al-jihad al-akbar</w:t>
      </w:r>
      <w:r>
        <w:br/>
      </w:r>
      <w:r>
        <w:rPr>
          <w:sz w:val="20"/>
        </w:rPr>
        <w:t>5:59  we have come back from small jihad to greater jihad.</w:t>
      </w:r>
      <w:r>
        <w:br/>
      </w:r>
      <w:r>
        <w:rPr>
          <w:sz w:val="20"/>
        </w:rPr>
        <w:t>6:08  yeh literal meaning is ki hai. lekin aap sochiye ke chhota jihad aur bada jihad kya cheez hoti hai. yani jihad asghar kya hai aur jihad akbar kya hai.</w:t>
      </w:r>
    </w:p>
    <w:p>
      <w:pPr>
        <w:pStyle w:val="Heading2"/>
      </w:pPr>
      <w:r>
        <w:t>Summary of comment on criticism and truth</w:t>
      </w:r>
    </w:p>
    <w:p>
      <w:r>
        <w:rPr>
          <w:color w:val="666666"/>
          <w:sz w:val="18"/>
        </w:rPr>
        <w:t>Criticism in Islam Aug 18, 2018 - Maulana Wahiduddin Khan · 1m 44s · at 6:25 · https://youtu.be/4nkYs6hhCKE?t=385</w:t>
      </w:r>
    </w:p>
    <w:p>
      <w:r>
        <w:rPr>
          <w:i/>
        </w:rPr>
        <w:t>“Maulana in ka jo main contention tha”</w:t>
      </w:r>
    </w:p>
    <w:p>
      <w:r>
        <w:rPr>
          <w:sz w:val="20"/>
        </w:rPr>
        <w:t>6:25  maulana un ka jo main contention tha woh yeh tha keh</w:t>
      </w:r>
      <w:r>
        <w:br/>
      </w:r>
      <w:r>
        <w:rPr>
          <w:sz w:val="20"/>
        </w:rPr>
        <w:t>6:31  keh ek society</w:t>
      </w:r>
      <w:r>
        <w:br/>
      </w:r>
      <w:r>
        <w:rPr>
          <w:sz w:val="20"/>
        </w:rPr>
        <w:t>6:33  agar onus criticism ko promote nahin karegi to kabhi bhi truth discover nahin hoga aur</w:t>
      </w:r>
      <w:r>
        <w:br/>
      </w:r>
      <w:r>
        <w:rPr>
          <w:sz w:val="20"/>
        </w:rPr>
        <w:t>6:43  sadli woh yeh keh rahe hain keh unhon ne jo paya woh yeh keh Muslims including some c</w:t>
      </w:r>
      <w:r>
        <w:br/>
      </w:r>
      <w:r>
        <w:rPr>
          <w:sz w:val="20"/>
        </w:rPr>
        <w:t>6:49  ps members</w:t>
      </w:r>
      <w:r>
        <w:br/>
      </w:r>
      <w:r>
        <w:rPr>
          <w:sz w:val="20"/>
        </w:rPr>
        <w:t>6:51  ka critical approach nahin hai and this is and he he is saying that Maulana ne apni sari</w:t>
      </w:r>
      <w:r>
        <w:br/>
      </w:r>
      <w:r>
        <w:rPr>
          <w:sz w:val="20"/>
        </w:rPr>
        <w:t>7:00  zindagi jo sachai ko paane mein laga di hai woh ek un ki ek commitment thi ek boldness</w:t>
      </w:r>
      <w:r>
        <w:br/>
      </w:r>
      <w:r>
        <w:rPr>
          <w:sz w:val="20"/>
        </w:rPr>
        <w:t>7:08  thi jo un ko sachai tak le</w:t>
      </w:r>
      <w:r>
        <w:br/>
      </w:r>
      <w:r>
        <w:rPr>
          <w:sz w:val="20"/>
        </w:rPr>
        <w:t>7:11  ja saki lekin woh yeh samaj mein hi nahin paate hain aur un ka yeh bhi ek fear</w:t>
      </w:r>
      <w:r>
        <w:br/>
      </w:r>
      <w:r>
        <w:rPr>
          <w:sz w:val="20"/>
        </w:rPr>
        <w:t>7:18  hai keh Maulana ki jo yeh mehnat hai woh ek stagnation tak pahunch jayegi agar hum Maulana</w:t>
      </w:r>
      <w:r>
        <w:br/>
      </w:r>
      <w:r>
        <w:rPr>
          <w:sz w:val="20"/>
        </w:rPr>
        <w:t>7:26  ke work ko critically examine nahin karenge aur Rasool Allah ke waqt bhi yeh tha keh log</w:t>
      </w:r>
      <w:r>
        <w:br/>
      </w:r>
      <w:r>
        <w:rPr>
          <w:sz w:val="20"/>
        </w:rPr>
        <w:t>7:33  aksar un se sawal kiya karte the aur woh kabhi bhi bina embarrass kiye sawalon ka jawab dete</w:t>
      </w:r>
      <w:r>
        <w:br/>
      </w:r>
      <w:r>
        <w:rPr>
          <w:sz w:val="20"/>
        </w:rPr>
        <w:t>7:40  the aur woh yeh yeh yeh paate hain keh logon ke andar jo yeh attitude hai woh ek</w:t>
      </w:r>
      <w:r>
        <w:br/>
      </w:r>
      <w:r>
        <w:rPr>
          <w:sz w:val="20"/>
        </w:rPr>
        <w:t>7:48  lack of commitment ki wajah se hai aur hamein yeh nahin sochna chahiye keh Maulana ghalati kabhi nahin</w:t>
      </w:r>
      <w:r>
        <w:br/>
      </w:r>
      <w:r>
        <w:rPr>
          <w:sz w:val="20"/>
        </w:rPr>
        <w:t>7:55  kar sakte</w:t>
      </w:r>
      <w:r>
        <w:br/>
      </w:r>
      <w:r>
        <w:rPr>
          <w:sz w:val="20"/>
        </w:rPr>
        <w:t>7:56  humein un ke work ko critically examine karna chahiye yahi aik reason hai ke USA aur Europe jo hai aaj bohat zyada taraqqi ke maqam tak pahunch chuka hai.</w:t>
      </w:r>
    </w:p>
    <w:p>
      <w:pPr>
        <w:pStyle w:val="Heading2"/>
      </w:pPr>
      <w:r>
        <w:t>definition of a complex, free soul</w:t>
      </w:r>
    </w:p>
    <w:p>
      <w:r>
        <w:rPr>
          <w:color w:val="666666"/>
          <w:sz w:val="18"/>
        </w:rPr>
        <w:t>Prayer June 5, 2009 Maulana Wahiduddin Khan · 41s · at 5:31 · https://youtu.be/d5XYQB7sWOw?t=331</w:t>
      </w:r>
    </w:p>
    <w:p>
      <w:r>
        <w:rPr>
          <w:i/>
        </w:rPr>
        <w:t>“If one becomes a complex, free soul, then he is in prayer.”</w:t>
      </w:r>
    </w:p>
    <w:p>
      <w:r>
        <w:rPr>
          <w:sz w:val="20"/>
        </w:rPr>
        <w:t>5:31  If one becomes a complex, free soul, then he is in namaz; otherwise, not. What is a complex, free soul?</w:t>
      </w:r>
      <w:r>
        <w:br/>
      </w:r>
      <w:r>
        <w:rPr>
          <w:sz w:val="20"/>
        </w:rPr>
        <w:t>5:41  It means free of hate, free of intolerance, free of violence, free of revenge, free of lust, free of selfishness, free of all kinds of negative thoughts.</w:t>
      </w:r>
      <w:r>
        <w:br/>
      </w:r>
      <w:r>
        <w:rPr>
          <w:sz w:val="20"/>
        </w:rPr>
        <w:t>6:00  This is a complex, free soul. That is an-nafs al-mutma'innah. So this is the main object of namaz.</w:t>
      </w:r>
    </w:p>
    <w:p>
      <w:pPr>
        <w:pStyle w:val="Heading2"/>
      </w:pPr>
      <w:r>
        <w:t>No need for jihad now</w:t>
      </w:r>
    </w:p>
    <w:p>
      <w:r>
        <w:rPr>
          <w:color w:val="666666"/>
          <w:sz w:val="18"/>
        </w:rPr>
        <w:t>How to Decondition One's Mind December 27, 2009 Maulana Wahiduddin Khan · 1m 35s · at 49:08 · https://youtu.be/Hisjf1BPTes?t=2948</w:t>
      </w:r>
    </w:p>
    <w:p>
      <w:r>
        <w:rPr>
          <w:i/>
        </w:rPr>
        <w:t>“Ab kisi baat ke liye jihad?”</w:t>
      </w:r>
    </w:p>
    <w:p>
      <w:r>
        <w:rPr>
          <w:sz w:val="20"/>
        </w:rPr>
        <w:t>49:08  azadi ka zamana aa gaya</w:t>
      </w:r>
      <w:r>
        <w:br/>
      </w:r>
      <w:r>
        <w:rPr>
          <w:sz w:val="20"/>
        </w:rPr>
        <w:t>49:11  aur اقوام متحدہ ka yeh bhi faisla ho gaya ke koi kisi ko haq nahi ke doosre par</w:t>
      </w:r>
      <w:r>
        <w:br/>
      </w:r>
      <w:r>
        <w:rPr>
          <w:sz w:val="20"/>
        </w:rPr>
        <w:t>49:15  hamla kare woh siwaye defense ke</w:t>
      </w:r>
      <w:r>
        <w:br/>
      </w:r>
      <w:r>
        <w:rPr>
          <w:sz w:val="20"/>
        </w:rPr>
        <w:t>49:20  to ab ab kis baat ke liye jihad kis baat ki ladai kis baat ke liye takrao ab</w:t>
      </w:r>
      <w:r>
        <w:br/>
      </w:r>
      <w:r>
        <w:rPr>
          <w:sz w:val="20"/>
        </w:rPr>
        <w:t>49:25  to da'oti kaam karo</w:t>
      </w:r>
      <w:r>
        <w:br/>
      </w:r>
      <w:r>
        <w:rPr>
          <w:sz w:val="20"/>
        </w:rPr>
        <w:t>49:27  magar is ke liye zaroorat thi deconditioning ki hazar saala jo zehen par riwayati jo pada hua</w:t>
      </w:r>
      <w:r>
        <w:br/>
      </w:r>
      <w:r>
        <w:rPr>
          <w:sz w:val="20"/>
        </w:rPr>
        <w:t>49:34  tha woh is ko is ko hatana</w:t>
      </w:r>
      <w:r>
        <w:br/>
      </w:r>
      <w:r>
        <w:rPr>
          <w:sz w:val="20"/>
        </w:rPr>
        <w:t>49:37  aur phir loot lootna rasool Allah ke zamane ki taraf ke yeh sab jo tasawwurat bane yeh bane</w:t>
      </w:r>
      <w:r>
        <w:br/>
      </w:r>
      <w:r>
        <w:rPr>
          <w:sz w:val="20"/>
        </w:rPr>
        <w:t>49:44  is liye ke log attack karte the log hamla karte the mazhabi azadi nahi thi is liye bane</w:t>
      </w:r>
      <w:r>
        <w:br/>
      </w:r>
      <w:r>
        <w:rPr>
          <w:sz w:val="20"/>
        </w:rPr>
        <w:t>49:51  ab to mazhabi azadi hai ab democracy hai</w:t>
      </w:r>
      <w:r>
        <w:br/>
      </w:r>
      <w:r>
        <w:rPr>
          <w:sz w:val="20"/>
        </w:rPr>
        <w:t>49:56  ab ladna phirna kis liye</w:t>
      </w:r>
      <w:r>
        <w:br/>
      </w:r>
      <w:r>
        <w:rPr>
          <w:sz w:val="20"/>
        </w:rPr>
        <w:t>49:59  aur doosri taraf communication ka zamana aa gaya</w:t>
      </w:r>
      <w:r>
        <w:br/>
      </w:r>
      <w:r>
        <w:rPr>
          <w:sz w:val="20"/>
        </w:rPr>
        <w:t>50:02  printing press ka zamana aa gaya</w:t>
      </w:r>
      <w:r>
        <w:br/>
      </w:r>
      <w:r>
        <w:rPr>
          <w:sz w:val="20"/>
        </w:rPr>
        <w:t>50:06  yani pehle zamane mein badshah bhi aisa quran nahi chhap sakta tha</w:t>
      </w:r>
      <w:r>
        <w:br/>
      </w:r>
      <w:r>
        <w:rPr>
          <w:sz w:val="20"/>
        </w:rPr>
        <w:t>50:12  musalmanon ke bade bade empire qaim the lekin empire ke liye mumkin nahi tha aisa quran chhape woh</w:t>
      </w:r>
      <w:r>
        <w:br/>
      </w:r>
      <w:r>
        <w:rPr>
          <w:sz w:val="20"/>
        </w:rPr>
        <w:t>50:18  mughal empire ottoman empire aur yeh empire woh empire koi empire aisa nahi chhap sakta tha kyun yeh</w:t>
      </w:r>
      <w:r>
        <w:br/>
      </w:r>
      <w:r>
        <w:rPr>
          <w:sz w:val="20"/>
        </w:rPr>
        <w:t>50:24  technology nahi thi</w:t>
      </w:r>
      <w:r>
        <w:br/>
      </w:r>
      <w:r>
        <w:rPr>
          <w:sz w:val="20"/>
        </w:rPr>
        <w:t>50:26  yeh technology maujood nahi thi</w:t>
      </w:r>
      <w:r>
        <w:br/>
      </w:r>
      <w:r>
        <w:rPr>
          <w:sz w:val="20"/>
        </w:rPr>
        <w:t>50:29  to aaj jo hai mein samajhta hoon ke mughal empire ke liye rote hain log aur ottoman empire</w:t>
      </w:r>
      <w:r>
        <w:br/>
      </w:r>
      <w:r>
        <w:rPr>
          <w:sz w:val="20"/>
        </w:rPr>
        <w:t>50:34  rote hain is se bari cheez mil chuki hai bari cheez is se bari cheez ke hum aisa</w:t>
      </w:r>
      <w:r>
        <w:br/>
      </w:r>
      <w:r>
        <w:rPr>
          <w:sz w:val="20"/>
        </w:rPr>
        <w:t>50:38  quran chhap kar dunya mein phaila sakein</w:t>
      </w:r>
    </w:p>
    <w:p>
      <w:pPr>
        <w:pStyle w:val="Heading2"/>
      </w:pPr>
      <w:r>
        <w:t>Modern opportunities for Ikhwan-e-Rasul</w:t>
      </w:r>
    </w:p>
    <w:p>
      <w:r>
        <w:rPr>
          <w:color w:val="666666"/>
          <w:sz w:val="18"/>
        </w:rPr>
        <w:t>Role Of Ikhwan-e-Rasool 2 April 2011 - Maulana Wahiduddin Khan · 2m 40s · at 35:39 · https://youtu.be/O4gmiyD-KV8?t=2139</w:t>
      </w:r>
    </w:p>
    <w:p>
      <w:r>
        <w:rPr>
          <w:i/>
        </w:rPr>
        <w:t>“Now here according to hadith, a group is to rise”</w:t>
      </w:r>
    </w:p>
    <w:p>
      <w:r>
        <w:rPr>
          <w:sz w:val="20"/>
        </w:rPr>
        <w:t>35:39  ab yahan par hadith ke mutabiq uthna hai ek giroh ko. yani ikhwan-e-rasool ko.</w:t>
      </w:r>
      <w:r>
        <w:br/>
      </w:r>
      <w:r>
        <w:rPr>
          <w:sz w:val="20"/>
        </w:rPr>
        <w:t>35:46  is jang chir par. dekhiye ashaab-e-rasool hon ya ikhwan-e-rasool hon, woh kya hain? apne se pehle ke halaat ke zariye se hasil shuda opportunities ko avail karna, isi ka naam hai ashaab-e-rasool.</w:t>
      </w:r>
      <w:r>
        <w:br/>
      </w:r>
      <w:r>
        <w:rPr>
          <w:sz w:val="20"/>
        </w:rPr>
        <w:t>36:04  ashaab-e-rasool se pehle ek ek daur shuru hua Hazrat Hajra se, Hazrat Ismail se. is ke andar ek process chala.</w:t>
      </w:r>
      <w:r>
        <w:br/>
      </w:r>
      <w:r>
        <w:rPr>
          <w:sz w:val="20"/>
        </w:rPr>
        <w:t>36:14  halat paida hue, mawaqe paida hue. inhi mawaqe ko janna, un ki planning kar ke un ko avail karna, sabr ke sath, tahammul ke sath, danishmandi ke sath.</w:t>
      </w:r>
      <w:r>
        <w:br/>
      </w:r>
      <w:r>
        <w:rPr>
          <w:sz w:val="20"/>
        </w:rPr>
        <w:t>36:26  to jinhon ne kiya isi ka naam hai ashaab-e-rasool.</w:t>
      </w:r>
      <w:r>
        <w:br/>
      </w:r>
      <w:r>
        <w:rPr>
          <w:sz w:val="20"/>
        </w:rPr>
        <w:t>36:31  ab dobara is ke baad ek naya process shuru hua islami inqilab ke baad. to agarche musalman lad phir rahe the lekin woh process jari tha.</w:t>
      </w:r>
      <w:r>
        <w:br/>
      </w:r>
      <w:r>
        <w:rPr>
          <w:sz w:val="20"/>
        </w:rPr>
        <w:t>36:43  woh process jari tha andar andar. isi process ke nateeje mein taqreeban ek hazar saal mein yeh sab cheezein wajood mein aayeen.</w:t>
      </w:r>
      <w:r>
        <w:br/>
      </w:r>
      <w:r>
        <w:rPr>
          <w:sz w:val="20"/>
        </w:rPr>
        <w:t>36:53  yani ke ek lafz mein aap keh sakte hain naye mawaqe dawat. yani dawat ki nayi opportunities.</w:t>
      </w:r>
      <w:r>
        <w:br/>
      </w:r>
      <w:r>
        <w:rPr>
          <w:sz w:val="20"/>
        </w:rPr>
        <w:t>37:05  dawat ki nayi opportunities. yani aaj kya hai, pichhle kisi bhi zamane mein yeh mumkin nahi tha ke aap yahan baithe hue bolen, shayad dunya aap ki awaz sune.</w:t>
      </w:r>
      <w:r>
        <w:br/>
      </w:r>
      <w:r>
        <w:rPr>
          <w:sz w:val="20"/>
        </w:rPr>
        <w:t>37:21  kabhi nahi mumkin tha. aaj aisi daawati planning aap kar sakte hain ke aap ek kamre mein baith kar bolen.</w:t>
      </w:r>
      <w:r>
        <w:br/>
      </w:r>
      <w:r>
        <w:rPr>
          <w:sz w:val="20"/>
        </w:rPr>
        <w:t>37:33  aur saari duniya mein woh sunai de, woh computer ke zariye se.</w:t>
      </w:r>
      <w:r>
        <w:br/>
      </w:r>
      <w:r>
        <w:rPr>
          <w:sz w:val="20"/>
        </w:rPr>
        <w:t>37:38  kaisi ajeeb baat hai yeh.</w:t>
      </w:r>
      <w:r>
        <w:br/>
      </w:r>
      <w:r>
        <w:rPr>
          <w:sz w:val="20"/>
        </w:rPr>
        <w:t>37:40  to isi dauran jabke be faida ek ladai jahad karna ho rahi thi, isi dauran ek naye mawaqe ka sailab Allah taala paida kar rahe the.</w:t>
      </w:r>
      <w:r>
        <w:br/>
      </w:r>
      <w:r>
        <w:rPr>
          <w:sz w:val="20"/>
        </w:rPr>
        <w:t>37:52  to jis tarah ashaab-e-rasool ne aur apne zamane ke mawaqe ko dawat ke liye istemal kiya aur phir woh ashaab-e-rasool kahe gaye,</w:t>
      </w:r>
      <w:r>
        <w:br/>
      </w:r>
      <w:r>
        <w:rPr>
          <w:sz w:val="20"/>
        </w:rPr>
        <w:t>38:00  isi tarah se ikhwan-e-rasool ko yeh karna hai ke ab is ke baad hazar saal ke dauran jo mawaqe paida hue hain dawat ko, un ko samajhna aur un ko avail karna, un ki musawwaba bana kar ke.</w:t>
      </w:r>
      <w:r>
        <w:br/>
      </w:r>
      <w:r>
        <w:rPr>
          <w:sz w:val="20"/>
        </w:rPr>
        <w:t>38:15  yaani printing press ke zariye se jo mawaqe paida hue.</w:t>
      </w:r>
    </w:p>
    <w:p>
      <w:pPr>
        <w:pStyle w:val="Heading2"/>
      </w:pPr>
      <w:r>
        <w:t>Rebutting the claim that Islam sanctions violence</w:t>
      </w:r>
    </w:p>
    <w:p>
      <w:r>
        <w:rPr>
          <w:color w:val="666666"/>
          <w:sz w:val="18"/>
        </w:rPr>
        <w:t>Islam Principles and Practice (English) September 8, 2007 Maulana Wahiduddin Khan · 31s · at 26:37 · https://youtu.be/2wOdR0to6gs?t=1597</w:t>
      </w:r>
    </w:p>
    <w:p>
      <w:r>
        <w:rPr>
          <w:i/>
        </w:rPr>
        <w:t>“It is a rumor that Islam sanctions violence. No.”</w:t>
      </w:r>
    </w:p>
    <w:p>
      <w:r>
        <w:rPr>
          <w:sz w:val="20"/>
        </w:rPr>
        <w:t>26:37  It is a rumor that Islam sanctions violence. No. I would like to say that Islam makes violence a taboo.</w:t>
      </w:r>
      <w:r>
        <w:br/>
      </w:r>
      <w:r>
        <w:rPr>
          <w:sz w:val="20"/>
        </w:rPr>
        <w:t>26:53  Islam makes violence a taboo. There is a very well-known verse in the Quran, "alsulh khair." "alsulh khair" means peace is the best</w:t>
      </w:r>
      <w:r>
        <w:br/>
      </w:r>
      <w:r>
        <w:rPr>
          <w:sz w:val="20"/>
        </w:rPr>
        <w:t>27:09  . Peace is the best. Sufi people have adopted this principle. And their formula is "sulh kul." "sulh kul" means peace with all.</w:t>
      </w:r>
    </w:p>
    <w:p>
      <w:pPr>
        <w:pStyle w:val="Heading2"/>
      </w:pPr>
      <w:r>
        <w:t>Dawah means becoming a giver, not a taker</w:t>
      </w:r>
    </w:p>
    <w:p>
      <w:r>
        <w:rPr>
          <w:color w:val="666666"/>
          <w:sz w:val="18"/>
        </w:rPr>
        <w:t>Revival and Revivalist June 7, 2015 · 52s · at 27:19 · https://youtu.be/MCY8AJ87BXc?t=1639</w:t>
      </w:r>
    </w:p>
    <w:p>
      <w:r>
        <w:rPr>
          <w:i/>
        </w:rPr>
        <w:t>“Dawah lifts you from a taker group into a giver group”</w:t>
      </w:r>
    </w:p>
    <w:p>
      <w:r>
        <w:rPr>
          <w:sz w:val="20"/>
        </w:rPr>
        <w:t>27:19  to ab is se nikal kar ke woh daur aayega inshallah ke jab un ke andar yeh soch aayegi ke hamein giver group banna hai. dawi banne ke maani hain giver group banna.</w:t>
      </w:r>
      <w:r>
        <w:br/>
      </w:r>
      <w:r>
        <w:rPr>
          <w:sz w:val="20"/>
        </w:rPr>
        <w:t>27:31  dawat kya hai? doosron ko dena. aap jab job karte hain, doosron se lete hain. aap business karte hain to tab bhi aap customer se lete hain.</w:t>
      </w:r>
      <w:r>
        <w:br/>
      </w:r>
      <w:r>
        <w:rPr>
          <w:sz w:val="20"/>
        </w:rPr>
        <w:t>27:42  lekin dawat ek aisa kaam hai jo aap ko taker group se utha kar ke giver group mein dakhil kar deta hai, dene wala bana deta hai aap ko.</w:t>
      </w:r>
      <w:r>
        <w:br/>
      </w:r>
      <w:r>
        <w:rPr>
          <w:sz w:val="20"/>
        </w:rPr>
        <w:t>27:55  to Quran mein hai ke wa ma yanfa'u an-nasa fayabqa yani jo giver group hota hai, usi ko barhai milti hai, usi ko establishment milta hai, usi ka darja badhta hai.</w:t>
      </w:r>
    </w:p>
    <w:p>
      <w:pPr>
        <w:pStyle w:val="Heading2"/>
      </w:pPr>
      <w:r>
        <w:t>Islam brings individual accountability</w:t>
      </w:r>
    </w:p>
    <w:p>
      <w:r>
        <w:rPr>
          <w:color w:val="666666"/>
          <w:sz w:val="18"/>
        </w:rPr>
        <w:t>Believing Man's Burden | June 23, 2006 | Maulana Wahiduddin Khan · 30s · at 1:02:27 · https://youtu.be/u5zv4HvIoe8?t=3747</w:t>
      </w:r>
    </w:p>
    <w:p>
      <w:r>
        <w:rPr>
          <w:i/>
        </w:rPr>
        <w:t>“Sahi Islam jo hai, woh kya hai?”</w:t>
      </w:r>
    </w:p>
    <w:p>
      <w:r>
        <w:rPr>
          <w:sz w:val="20"/>
        </w:rPr>
        <w:t>1:02:27  rhetoric, jo bhi keh lijiye, us ko aap dekhein. sahi islam jo hai, woh kya hai? woh yeh hai ke individual ke andar woh lata hai accountability ke mein khuda ke samne accountable hoon. khuda mera hisab lega, khuda mera hisab lega. woh jo hadith mein aata hai ke in</w:t>
      </w:r>
    </w:p>
    <w:p>
      <w:pPr>
        <w:pStyle w:val="Heading2"/>
      </w:pPr>
      <w:r>
        <w:t>18 people for dawah versus 1.8 million for protest</w:t>
      </w:r>
    </w:p>
    <w:p>
      <w:r>
        <w:rPr>
          <w:color w:val="666666"/>
          <w:sz w:val="18"/>
        </w:rPr>
        <w:t>Present Muslims- A Case of Wrong Identity February 13, 2011 · 54s · at 3:15 · https://youtu.be/gDX72gIRL4E?t=195</w:t>
      </w:r>
    </w:p>
    <w:p>
      <w:r>
        <w:rPr>
          <w:i/>
        </w:rPr>
        <w:t>“18 din mein mujhe 18 aadmi bhi nahi mile”</w:t>
      </w:r>
    </w:p>
    <w:p>
      <w:r>
        <w:rPr>
          <w:sz w:val="20"/>
        </w:rPr>
        <w:t>3:15  18 din mein mujhe 18 aadmi bhi nahin mile. inko 18 lakh aadmi mil gaye. yeh maine likha tha risale mein ya safarnama mein.</w:t>
      </w:r>
      <w:r>
        <w:br/>
      </w:r>
      <w:r>
        <w:rPr>
          <w:sz w:val="20"/>
        </w:rPr>
        <w:t>3:28  iska raaz kya hai?</w:t>
      </w:r>
      <w:r>
        <w:br/>
      </w:r>
      <w:r>
        <w:rPr>
          <w:sz w:val="20"/>
        </w:rPr>
        <w:t>3:31  inko yeh baat appeal nahin karti ke: "nahnu shuhada'ullah fil la'ib" yaani hamari pehchan jo hai, hamari identity jo hai, woh da'i ki identity hai.</w:t>
      </w:r>
      <w:r>
        <w:br/>
      </w:r>
      <w:r>
        <w:rPr>
          <w:sz w:val="20"/>
        </w:rPr>
        <w:t>3:42  yeh inko mutasir nahin karti. doosri identity nahin ab woh karti hai ke: "hamein hukoomaton ko todna hai,</w:t>
      </w:r>
      <w:r>
        <w:br/>
      </w:r>
      <w:r>
        <w:rPr>
          <w:sz w:val="20"/>
        </w:rPr>
        <w:t>3:53  authority ko hamein challenge karna hai". yeh inko samajh mein aata hai.</w:t>
      </w:r>
      <w:r>
        <w:br/>
      </w:r>
      <w:r>
        <w:rPr>
          <w:sz w:val="20"/>
        </w:rPr>
        <w:t>3:59  itna hungama, itna hungama hua. million march kiya gaya wahan par, yahan tak ke hasni mubarak mulk chhod kar chale gaye.</w:t>
      </w:r>
    </w:p>
    <w:p>
      <w:pPr>
        <w:pStyle w:val="Heading2"/>
      </w:pPr>
      <w:r>
        <w:t>How you think determines how you act</w:t>
      </w:r>
    </w:p>
    <w:p>
      <w:r>
        <w:rPr>
          <w:color w:val="666666"/>
          <w:sz w:val="18"/>
        </w:rPr>
        <w:t>The Search of Man July 7, 2013 · 29s · at 46:04 · https://youtu.be/44_ud_OInuU?t=2764</w:t>
      </w:r>
    </w:p>
    <w:p>
      <w:r>
        <w:rPr>
          <w:i/>
        </w:rPr>
        <w:t>“As a man thinks, so he acts”</w:t>
      </w:r>
    </w:p>
    <w:p>
      <w:r>
        <w:rPr>
          <w:sz w:val="20"/>
        </w:rPr>
        <w:t>46:04  quran mein tadabbur kaha gaya hai:</w:t>
      </w:r>
      <w:r>
        <w:br/>
      </w:r>
      <w:r>
        <w:rPr>
          <w:sz w:val="20"/>
        </w:rPr>
        <w:t>46:09  "aadmi jahan sochta hai, waise hi karta hai."</w:t>
      </w:r>
      <w:r>
        <w:br/>
      </w:r>
      <w:r>
        <w:rPr>
          <w:sz w:val="20"/>
        </w:rPr>
        <w:t>46:16  sab kuch depend karta hai soch par. Aadmi sochega to dua karega, plan karega, nahi sochega to na dua karega, na plan karega.</w:t>
      </w:r>
    </w:p>
    <w:p>
      <w:pPr>
        <w:pStyle w:val="Heading2"/>
      </w:pPr>
      <w:r>
        <w:t>How to become Ikhwan Rasul</w:t>
      </w:r>
    </w:p>
    <w:p>
      <w:r>
        <w:rPr>
          <w:color w:val="666666"/>
          <w:sz w:val="18"/>
        </w:rPr>
        <w:t>Role of Dayee in the Modern Age Sept 22, 2012 - Maulana Wahiduddin Khan · 1m 13s · at 48:31 · https://youtu.be/kRdsp_EkGX4?t=2911</w:t>
      </w:r>
    </w:p>
    <w:p>
      <w:r>
        <w:rPr>
          <w:i/>
        </w:rPr>
        <w:t>“Ikhwan Rasul koi title nahi.”</w:t>
      </w:r>
    </w:p>
    <w:p>
      <w:r>
        <w:rPr>
          <w:sz w:val="20"/>
        </w:rPr>
        <w:t>48:31  to wohi mamla aakhri zamane mein uthne wale ikhwan e rasool ka hai. ikhwan e rasool koi title nahi koi paidaishi haq nahi hai.</w:t>
      </w:r>
      <w:r>
        <w:br/>
      </w:r>
      <w:r>
        <w:rPr>
          <w:sz w:val="20"/>
        </w:rPr>
        <w:t>48:43  koi ab apna naam rakh le ikhwan e rasool is se koi nahi banta hai ikhwan e rasool. main aur aap declare kar dein ke hum ikhwan e rasool hon to is se nahi ban jayenge aap ikhwan e rasool.</w:t>
      </w:r>
      <w:r>
        <w:br/>
      </w:r>
      <w:r>
        <w:rPr>
          <w:sz w:val="20"/>
        </w:rPr>
        <w:t>48:58  is ki shart poori karni hogi. aur shart yahi hai ke ashaab e rasool ke jo model hai us ko ikhtiyar karna.</w:t>
      </w:r>
      <w:r>
        <w:br/>
      </w:r>
      <w:r>
        <w:rPr>
          <w:sz w:val="20"/>
        </w:rPr>
        <w:t>49:10  is model ko ke sole concern sirf dawat ko banana. ikhtilaf ko haram samajhna. ek doosre se sirf mohabbat karna.</w:t>
      </w:r>
      <w:r>
        <w:br/>
      </w:r>
      <w:r>
        <w:rPr>
          <w:sz w:val="20"/>
        </w:rPr>
        <w:t>49:22  hai na kabhi bhi nafrat mein mubtala na hona. yeh model hai sahaba ka. to is model ko jo log apna apnaenge wohi ikhwan e rasool qarar payenge.</w:t>
      </w:r>
      <w:r>
        <w:br/>
      </w:r>
      <w:r>
        <w:rPr>
          <w:sz w:val="20"/>
        </w:rPr>
        <w:t>49:35  mere aap ke aelan karne se koi ikhwan e rasool nahi nahi ban jayega. is ki shart poora karne se ikhwan e rasool banega.</w:t>
      </w:r>
    </w:p>
    <w:p>
      <w:pPr>
        <w:pStyle w:val="Heading2"/>
      </w:pPr>
      <w:r>
        <w:t>Sincerity is the secular name for taqwa</w:t>
      </w:r>
    </w:p>
    <w:p>
      <w:r>
        <w:rPr>
          <w:color w:val="666666"/>
          <w:sz w:val="18"/>
        </w:rPr>
        <w:t>Importance of Sabr March 23, 2007 · 39s · at 59:41 · https://youtu.be/duCjMIqqfgA?t=3581</w:t>
      </w:r>
    </w:p>
    <w:p>
      <w:r>
        <w:rPr>
          <w:i/>
        </w:rPr>
        <w:t>“Sincerity is a very, very important quality”</w:t>
      </w:r>
    </w:p>
    <w:p>
      <w:r>
        <w:rPr>
          <w:sz w:val="20"/>
        </w:rPr>
        <w:t>59:41  sincerity is very, very important quality.</w:t>
      </w:r>
      <w:r>
        <w:br/>
      </w:r>
      <w:r>
        <w:rPr>
          <w:sz w:val="20"/>
        </w:rPr>
        <w:t>59:48  sincerity is only the secular name of what we call taqwa. taqwa and sincerity both are one and same.</w:t>
      </w:r>
      <w:r>
        <w:br/>
      </w:r>
      <w:r>
        <w:rPr>
          <w:sz w:val="20"/>
        </w:rPr>
        <w:t>59:58  taqwa is its religious name, and sincerity is, and sincerity is its secular name. so, without taqwa, there is no salvation.</w:t>
      </w:r>
      <w:r>
        <w:br/>
      </w:r>
      <w:r>
        <w:rPr>
          <w:sz w:val="20"/>
        </w:rPr>
        <w:t>1:00:09  so, without sincerity, there is no, there is no guidance.</w:t>
      </w:r>
    </w:p>
    <w:p>
      <w:pPr>
        <w:pStyle w:val="Heading2"/>
      </w:pPr>
      <w:r>
        <w:t>Head covering is cultural not religious</w:t>
      </w:r>
    </w:p>
    <w:p>
      <w:r>
        <w:rPr>
          <w:color w:val="666666"/>
          <w:sz w:val="18"/>
        </w:rPr>
        <w:t>In conversation with Prof. Farida Khanam · 1m 58s · at 28:29 · https://youtu.be/65KKekibzU0?t=1709</w:t>
      </w:r>
    </w:p>
    <w:p>
      <w:r>
        <w:rPr>
          <w:i/>
        </w:rPr>
        <w:t>“Ke yahan sar dhakna mandatory tha”</w:t>
      </w:r>
    </w:p>
    <w:p>
      <w:r>
        <w:rPr>
          <w:sz w:val="20"/>
        </w:rPr>
        <w:t>28:29  ke yahan sar dhapna mandatory tha, khas tor par ibadat ke time. to bohat sara yeh sab jo hai na culture jo hai, religious culture jo develop hua hai, woh Yahudiyon se, Isaiyon se, un logon se India mein jo culture tha, Hindu mazhab mein to woh dhaka jata tha na. uss se poori tarah se kya kehte hain, woh jo gira hua hota hai, woh aise sar dhakte hain.</w:t>
      </w:r>
      <w:r>
        <w:br/>
      </w:r>
      <w:r>
        <w:rPr>
          <w:sz w:val="20"/>
        </w:rPr>
        <w:t>29:02  ghoonghat, ghoonghat rehta tha, yeh sab hai na. to asal mein Islam ho ya koi bhi religion ho, jo local culture hota hai, uss se woh mutasir hota hai. aur chunke Arab mein aisa tha ke jo Yahudi thay, un ko yeh samjha jata tha ke un ke paas to sare paighambar aate hain, un ke paas deen hai, to woh jo kuch karein, woh ek standard model ban jata tha. to un ki auratain woh bohat</w:t>
      </w:r>
      <w:r>
        <w:br/>
      </w:r>
      <w:r>
        <w:rPr>
          <w:sz w:val="20"/>
        </w:rPr>
        <w:t>29:32  zyada sarwar dhakti theen. aaj bhi un ke haan ek tabqa hai jo bohat zyada sarwar dhakta hai. to uss tareeqay se unhon ne Arab auraton ne bhi yeh sab culture se mutasir huin. to ab namaz ke liye to dhaka hi jata tha, ibadat ke liye to dhaka hi jata tha. to uss tareeqay se log jo hain, aisa jab doosri qomon se unhon ne yeh sab borrow kiya to phir ab, ab chunke ab 1500 saal guzar chuke hain,</w:t>
      </w:r>
      <w:r>
        <w:br/>
      </w:r>
      <w:r>
        <w:rPr>
          <w:sz w:val="20"/>
        </w:rPr>
        <w:t>30:02  to ab aisa lagta hai ke yahi Islam hai. halankay sab kuch jo aaj hum karte hain, woh sab kuch Islam nahin hota hai, balkay doosri qomon ka culture hota hai jo hum ne adopt kar liya hai aur ab uss ko Islamize kar liya hai. to aisa koi zaroori nahin hai, lekin orhein to behtar, acha hai. sar dhakein to acha hai, lekin mandatory nahin hai.</w:t>
      </w:r>
    </w:p>
    <w:p>
      <w:pPr>
        <w:pStyle w:val="Heading2"/>
      </w:pPr>
      <w:r>
        <w:t>Two brothers, one changed by books, one not</w:t>
      </w:r>
    </w:p>
    <w:p>
      <w:r>
        <w:rPr>
          <w:color w:val="666666"/>
          <w:sz w:val="18"/>
        </w:rPr>
        <w:t>The Process of Revival, October 25, 2015 · 2m 50s · at 46:21 · https://youtu.be/3uQ8DbD8Sgg?t=2781</w:t>
      </w:r>
    </w:p>
    <w:p>
      <w:r>
        <w:rPr>
          <w:i/>
        </w:rPr>
        <w:t>“Isi ke liye to humne detail tayyar kiya, sau kitabein likhi hain”</w:t>
      </w:r>
    </w:p>
    <w:p>
      <w:r>
        <w:rPr>
          <w:sz w:val="20"/>
        </w:rPr>
        <w:t>46:21  hawai. jin logon ne parha hai, woh badal gaye. yahi isi ayat yahan kai log baithe hue hain jinho ne hamari kitaben parhi to un ka soch badal gaya.</w:t>
      </w:r>
      <w:r>
        <w:br/>
      </w:r>
      <w:r>
        <w:rPr>
          <w:sz w:val="20"/>
        </w:rPr>
        <w:t>46:33  isi ke liye to kitaben likhi hain hum ne. so se zyada kitaben. dhoom se literature phailaiye. bas literature ko fraud kar dijiye.</w:t>
      </w:r>
      <w:r>
        <w:br/>
      </w:r>
      <w:r>
        <w:rPr>
          <w:sz w:val="20"/>
        </w:rPr>
        <w:t>46:50  isi pe aise log baithe hue hain jo khud jin ki zindagiyaan batati hain ke woh yaani unhon ne parha school, college mein, university mein, aur un ki zindagi mein wohi qadeem culture ka asar baqi tha phir bhi.</w:t>
      </w:r>
      <w:r>
        <w:br/>
      </w:r>
      <w:r>
        <w:rPr>
          <w:sz w:val="20"/>
        </w:rPr>
        <w:t>47:04  lekin jab unhon ne hamari literature ko parha to phir un ke andar change aaya. isi liye aise log maujood hain. to un ki conditioning jo hoti hai, woh hawai hone lagti hai.</w:t>
      </w:r>
      <w:r>
        <w:br/>
      </w:r>
      <w:r>
        <w:rPr>
          <w:sz w:val="20"/>
        </w:rPr>
        <w:t>47:14  pehle bhi hui. yaani break college period mein bhi mahaul se woh un ki condition hui. is college period mein bhi hawai loot aaye, wohi condition hone lagi.</w:t>
      </w:r>
      <w:r>
        <w:br/>
      </w:r>
      <w:r>
        <w:rPr>
          <w:sz w:val="20"/>
        </w:rPr>
        <w:t>47:26  hata ke maine dekha ke Europe, America mein jo musalman rehte hain na, woh sirf service ke liye jate hain office mein, phir woh loot aate hain muslim culture mein.</w:t>
      </w:r>
      <w:r>
        <w:br/>
      </w:r>
      <w:r>
        <w:rPr>
          <w:sz w:val="20"/>
        </w:rPr>
        <w:t>47:36  bilkul.</w:t>
      </w:r>
      <w:r>
        <w:br/>
      </w:r>
      <w:r>
        <w:rPr>
          <w:sz w:val="20"/>
        </w:rPr>
        <w:t>47:40  service ke liye jayenge kisi office mein.</w:t>
      </w:r>
      <w:r>
        <w:br/>
      </w:r>
      <w:r>
        <w:rPr>
          <w:sz w:val="20"/>
        </w:rPr>
        <w:t>47:44  service se pehle, service ke baad, un ki zindagi guzarti hai isi isi culture mein. wohi woh old muslim culture hai. wohi un ke un ke ghar wale, un ke bachche, un ke bhai behan, un ke maa baap, un ke dada nana,</w:t>
      </w:r>
      <w:r>
        <w:br/>
      </w:r>
      <w:r>
        <w:rPr>
          <w:sz w:val="20"/>
        </w:rPr>
        <w:t>47:58  wohi phir jeete hain woh dobara. to kuch farq nahi parta. to jo log hamari kitaben parhte hain, un mein farq aya hai.</w:t>
      </w:r>
      <w:r>
        <w:br/>
      </w:r>
      <w:r>
        <w:rPr>
          <w:sz w:val="20"/>
        </w:rPr>
        <w:t>48:11  jo kitaben parhte hain, un mein farq aya hai.</w:t>
      </w:r>
      <w:r>
        <w:br/>
      </w:r>
      <w:r>
        <w:rPr>
          <w:sz w:val="20"/>
        </w:rPr>
        <w:t>48:16  misalan mere isi safar mein meri mulaqat hui do sahib, jo sagge bhai hain, dono hain. rehte hain America mein, dono ke dono. to ek sahib jinho ne hamari kitaben parhi hain aur hamesha mein lage hue hain, woh bilkul different the.</w:t>
      </w:r>
      <w:r>
        <w:br/>
      </w:r>
      <w:r>
        <w:rPr>
          <w:sz w:val="20"/>
        </w:rPr>
        <w:t>48:32  aur un ke doosre bhai, un ke doosre bhai jo the, unhon ne char shadiyan kar rakhi hain aur gyarah bachche band rakhe hain.</w:t>
      </w:r>
      <w:r>
        <w:br/>
      </w:r>
      <w:r>
        <w:rPr>
          <w:sz w:val="20"/>
        </w:rPr>
        <w:t>48:41  aur jahan chutti milti hai to hawai jahaz jate hain biwi se milne ke liye.</w:t>
      </w:r>
      <w:r>
        <w:br/>
      </w:r>
      <w:r>
        <w:rPr>
          <w:sz w:val="20"/>
        </w:rPr>
        <w:t>48:47  yeh in ka haal hai jinho ne hamari kitaben nahi parhi hain. to dono dono sagge bhai hain. lekin jinho ne kitaben parhi hain, woh baqayda dawat ka kaam kar rahe hain.</w:t>
      </w:r>
      <w:r>
        <w:br/>
      </w:r>
      <w:r>
        <w:rPr>
          <w:sz w:val="20"/>
        </w:rPr>
        <w:t>48:58  un ki soch bilkul different ho gayi hai. aur jo nahi parhi hain to un ka woh itna hi jante hain ke paisa kamao, char shadiyan karo, aur bachche paida karo.</w:t>
      </w:r>
      <w:r>
        <w:br/>
      </w:r>
      <w:r>
        <w:rPr>
          <w:sz w:val="20"/>
        </w:rPr>
        <w:t>49:08  bas yeh culture hai.</w:t>
      </w:r>
    </w:p>
    <w:p>
      <w:pPr>
        <w:pStyle w:val="Heading2"/>
      </w:pPr>
      <w:r>
        <w:t>Da'wah culture is unilateral ethics</w:t>
      </w:r>
    </w:p>
    <w:p>
      <w:r>
        <w:rPr>
          <w:color w:val="666666"/>
          <w:sz w:val="18"/>
        </w:rPr>
        <w:t>Da'i-Mad'u Relationship | Junuary 21, 2008 · 30s · at 18:29 · https://youtu.be/hLDRkE2Q0eM?t=1109</w:t>
      </w:r>
    </w:p>
    <w:p>
      <w:r>
        <w:rPr>
          <w:i/>
        </w:rPr>
        <w:t>“Unilateral ethics par.”</w:t>
      </w:r>
    </w:p>
    <w:p>
      <w:r>
        <w:rPr>
          <w:sz w:val="20"/>
        </w:rPr>
        <w:t>18:29  wa be patient.</w:t>
      </w:r>
      <w:r>
        <w:br/>
      </w:r>
      <w:r>
        <w:rPr>
          <w:sz w:val="20"/>
        </w:rPr>
        <w:t>18:34  you have to keep patience for the sake of dawah.</w:t>
      </w:r>
      <w:r>
        <w:br/>
      </w:r>
      <w:r>
        <w:rPr>
          <w:sz w:val="20"/>
        </w:rPr>
        <w:t>18:38  for the sake of God.</w:t>
      </w:r>
      <w:r>
        <w:br/>
      </w:r>
      <w:r>
        <w:rPr>
          <w:sz w:val="20"/>
        </w:rPr>
        <w:t>18:42  yani unilateral bases par kaha gaya aap ko ke aap sabar karen. tolerate karen.</w:t>
      </w:r>
      <w:r>
        <w:br/>
      </w:r>
      <w:r>
        <w:rPr>
          <w:sz w:val="20"/>
        </w:rPr>
        <w:t>18:47  aur adjust karen.</w:t>
      </w:r>
      <w:r>
        <w:br/>
      </w:r>
      <w:r>
        <w:rPr>
          <w:sz w:val="20"/>
        </w:rPr>
        <w:t>18:51  yeh hai dawah culture.</w:t>
      </w:r>
      <w:r>
        <w:br/>
      </w:r>
      <w:r>
        <w:rPr>
          <w:sz w:val="20"/>
        </w:rPr>
        <w:t>18:55  dawah culture base karta hai</w:t>
      </w:r>
    </w:p>
    <w:p>
      <w:pPr>
        <w:pStyle w:val="Heading2"/>
      </w:pPr>
      <w:r>
        <w:t>Dawah criterion is delivery, not acceptance</w:t>
      </w:r>
    </w:p>
    <w:p>
      <w:r>
        <w:rPr>
          <w:color w:val="666666"/>
          <w:sz w:val="18"/>
        </w:rPr>
        <w:t>Q&amp;A 09 Mar 2008 Maulana Wahiduddin Khan · 2m 34s · at 55:45 · https://youtu.be/qE__fts05yw?t=3345</w:t>
      </w:r>
    </w:p>
    <w:p>
      <w:r>
        <w:rPr>
          <w:i/>
        </w:rPr>
        <w:t>“This is a very important question”</w:t>
      </w:r>
    </w:p>
    <w:p>
      <w:r>
        <w:rPr>
          <w:sz w:val="20"/>
        </w:rPr>
        <w:t>55:45  should we continue to work irrespective of the result? haan, dekhiye, yeh bohat zyada important question hai.</w:t>
      </w:r>
      <w:r>
        <w:br/>
      </w:r>
      <w:r>
        <w:rPr>
          <w:sz w:val="20"/>
        </w:rPr>
        <w:t>55:58  pichhle hafte hamare kuch saathi'on ne</w:t>
      </w:r>
      <w:r>
        <w:br/>
      </w:r>
      <w:r>
        <w:rPr>
          <w:sz w:val="20"/>
        </w:rPr>
        <w:t>56:03  one thousand brochure jo hai, akhbar mein daal kar ke</w:t>
      </w:r>
      <w:r>
        <w:br/>
      </w:r>
      <w:r>
        <w:rPr>
          <w:sz w:val="20"/>
        </w:rPr>
        <w:t>56:10  ek ghar, ek hazar gharon mein pouncha diya. yani rozana jo akhbar, yeh newspaper distribute hote hain, to ek hazar mein unhon ne dala.</w:t>
      </w:r>
      <w:r>
        <w:br/>
      </w:r>
      <w:r>
        <w:rPr>
          <w:sz w:val="20"/>
        </w:rPr>
        <w:t>56:19  aur aap dekhein ke minute'on mein woh ek hazar gharon mein pounch gaya. ek saal mein mujh se kaha ke</w:t>
      </w:r>
      <w:r>
        <w:br/>
      </w:r>
      <w:r>
        <w:rPr>
          <w:sz w:val="20"/>
        </w:rPr>
        <w:t>56:27  kya is ka faida hai? ab dekhein ke kya sab log sachai par aa gaye? dekhiye, that is wrong criterion. yeh wrong criterion se judge karna hai.</w:t>
      </w:r>
      <w:r>
        <w:br/>
      </w:r>
      <w:r>
        <w:rPr>
          <w:sz w:val="20"/>
        </w:rPr>
        <w:t>56:40  lekin sachai ka jo jo woh hai,</w:t>
      </w:r>
      <w:r>
        <w:br/>
      </w:r>
      <w:r>
        <w:rPr>
          <w:sz w:val="20"/>
        </w:rPr>
        <w:t>56:46  jo dai hai, jo messenger hai, jo sachai ko phailana chahta hai, woh is ka kya hai? yeh nahin ke kitne logon ne maan liya, kitne logon tak mein pouncha paya.</w:t>
      </w:r>
      <w:r>
        <w:br/>
      </w:r>
      <w:r>
        <w:rPr>
          <w:sz w:val="20"/>
        </w:rPr>
        <w:t>57:02  ek hai</w:t>
      </w:r>
      <w:r>
        <w:br/>
      </w:r>
      <w:r>
        <w:rPr>
          <w:sz w:val="20"/>
        </w:rPr>
        <w:t>57:04  ke log maan lein, ek hai ke aap pahuncha dein. to da work mein pahunchana asal cheez hai. log maan liye, yeh asal cheez nahin hai.</w:t>
      </w:r>
      <w:r>
        <w:br/>
      </w:r>
      <w:r>
        <w:rPr>
          <w:sz w:val="20"/>
        </w:rPr>
        <w:t>57:14  yeh koi business nahin hai. business mein aap jante hain ke business mein hota hai ke income se toalte hain.</w:t>
      </w:r>
      <w:r>
        <w:br/>
      </w:r>
      <w:r>
        <w:rPr>
          <w:sz w:val="20"/>
        </w:rPr>
        <w:t>57:22  woh</w:t>
      </w:r>
      <w:r>
        <w:br/>
      </w:r>
      <w:r>
        <w:rPr>
          <w:sz w:val="20"/>
        </w:rPr>
        <w:t>57:23  jis business mein income ho rahi ho, us ko rakhenge, nahin income ho to us ko khatam kar denge. to so in business the criteria is is income.</w:t>
      </w:r>
      <w:r>
        <w:br/>
      </w:r>
      <w:r>
        <w:rPr>
          <w:sz w:val="20"/>
        </w:rPr>
        <w:t>57:37  lekin yeh da work mein yeh criteria nahin hai.</w:t>
      </w:r>
      <w:r>
        <w:br/>
      </w:r>
      <w:r>
        <w:rPr>
          <w:sz w:val="20"/>
        </w:rPr>
        <w:t>57:43  quran mein hai ke wa alaina illal balagh.</w:t>
      </w:r>
      <w:r>
        <w:br/>
      </w:r>
      <w:r>
        <w:rPr>
          <w:sz w:val="20"/>
        </w:rPr>
        <w:t>57:49  yeh sahib, yeh ayat hai quran ki: wa alaina illal balagh. pahuncha dena yeh hai criteria.</w:t>
      </w:r>
      <w:r>
        <w:br/>
      </w:r>
      <w:r>
        <w:rPr>
          <w:sz w:val="20"/>
        </w:rPr>
        <w:t>58:00  woh maane ya na maane, yeh un ka kaam hai.</w:t>
      </w:r>
      <w:r>
        <w:br/>
      </w:r>
      <w:r>
        <w:rPr>
          <w:sz w:val="20"/>
        </w:rPr>
        <w:t>58:05  to jitna zyada hum pahuncha sakein, utne hamein pahunchana chahiye. aur yeh condition nahin rakhni chahiye ke log accept karein hamari baaton ko, to hum pahunchayenge nahin, to nahin pahunchayenge.</w:t>
      </w:r>
    </w:p>
    <w:p>
      <w:pPr>
        <w:pStyle w:val="Heading2"/>
      </w:pPr>
      <w:r>
        <w:t>only defensive war is permitted in Islam</w:t>
      </w:r>
    </w:p>
    <w:p>
      <w:r>
        <w:rPr>
          <w:color w:val="666666"/>
          <w:sz w:val="18"/>
        </w:rPr>
        <w:t>The Concept of Jihad In Islam May 25, 2008 · 30s · at 32:06 · https://youtu.be/UJ6cY-A3tDs?t=1926</w:t>
      </w:r>
    </w:p>
    <w:p>
      <w:r>
        <w:rPr>
          <w:i/>
        </w:rPr>
        <w:t>“There is no war in Islam except defensive war”</w:t>
      </w:r>
    </w:p>
    <w:p>
      <w:r>
        <w:rPr>
          <w:sz w:val="20"/>
        </w:rPr>
        <w:t>32:06  war islam mein sirf defensive war hai, bas. there is no war in islam except defensive war achi tarah samajh lijiye ke qital jo hai, woh hai larai ke maene mein.</w:t>
      </w:r>
      <w:r>
        <w:br/>
      </w:r>
      <w:r>
        <w:rPr>
          <w:sz w:val="20"/>
        </w:rPr>
        <w:t>32:18  kuch log in ayaton ko le kar ke bohat zyada bolte hain, lekin woh samajhna chahiye unhein ke qital jo hai, woh sirf defensive war ke liye hai.</w:t>
      </w:r>
      <w:r>
        <w:br/>
      </w:r>
      <w:r>
        <w:rPr>
          <w:sz w:val="20"/>
        </w:rPr>
        <w:t>32:30  only defensive war is permitted in islam</w:t>
      </w:r>
    </w:p>
    <w:p>
      <w:pPr>
        <w:pStyle w:val="Heading2"/>
      </w:pPr>
      <w:r>
        <w:t>Shaytan spreads negative news</w:t>
      </w:r>
    </w:p>
    <w:p>
      <w:r>
        <w:rPr>
          <w:color w:val="666666"/>
          <w:sz w:val="18"/>
        </w:rPr>
        <w:t>Spirit of the Mission September 16, 2018 · 45s · at 47:02 · https://youtu.be/rjiTU2v3U30?t=2822</w:t>
      </w:r>
    </w:p>
    <w:p>
      <w:r>
        <w:rPr>
          <w:i/>
        </w:rPr>
        <w:t>“جی تو شیطان کرے گا ایسا”</w:t>
      </w:r>
    </w:p>
    <w:p>
      <w:r>
        <w:rPr>
          <w:sz w:val="20"/>
        </w:rPr>
        <w:t>47:02  ji toh shaitan karega aisa. allah ne jo opportunity paida ki hai dawah ki, toh shaitan chahta hai ke is ko avail na karein musalman.</w:t>
      </w:r>
      <w:r>
        <w:br/>
      </w:r>
      <w:r>
        <w:rPr>
          <w:sz w:val="20"/>
        </w:rPr>
        <w:t>47:15  toh jhooti baatein phailata hai. jo log yeh sab baatein phailatay hain, woh shaitan ke agent hain. itna hi india mein, itna hamaray chances hain, itna mawaqe hain.</w:t>
      </w:r>
      <w:r>
        <w:br/>
      </w:r>
      <w:r>
        <w:rPr>
          <w:sz w:val="20"/>
        </w:rPr>
        <w:t>47:34  toh jo ghalat baat bolte hain, jo log, un ko suntay hi kehna chahiye ke tum jhoot bolte ho. is ko sun kar ke kehna idhar udhar.</w:t>
      </w:r>
    </w:p>
    <w:p>
      <w:pPr>
        <w:pStyle w:val="Heading2"/>
      </w:pPr>
      <w:r>
        <w:t>Positive results from creative thinking</w:t>
      </w:r>
    </w:p>
    <w:p>
      <w:r>
        <w:rPr>
          <w:color w:val="666666"/>
          <w:sz w:val="18"/>
        </w:rPr>
        <w:t>Creative Thinking February 19, 2017 · 30s · at 54:14 · https://youtu.be/L-x1xNJc__8?t=3254</w:t>
      </w:r>
    </w:p>
    <w:p>
      <w:r>
        <w:rPr>
          <w:i/>
        </w:rPr>
        <w:t>“Positive results always come from creative thinking”</w:t>
      </w:r>
    </w:p>
    <w:p>
      <w:r>
        <w:rPr>
          <w:sz w:val="20"/>
        </w:rPr>
        <w:t>54:14  Positive results always come from creative thinking. Now people in the Muslim world have realized that Maulana Wahiduddin Khan is a true representative of Islam and his peace ideology is the only hope for the entire world." Maulana, agla sawal bheja hai Ms Shabana Ansari ne Pakistan se, unhone likha hai: "Maulana sahib, how have you learned creative thinking in your life?</w:t>
      </w:r>
      <w:r>
        <w:br/>
      </w:r>
      <w:r>
        <w:rPr>
          <w:sz w:val="20"/>
        </w:rPr>
        <w:t>54:44  Please tell all of us." dekhen, ek waqea to main ne aaj hi bata diya ke ek shakhs</w:t>
      </w:r>
    </w:p>
    <w:p>
      <w:pPr>
        <w:pStyle w:val="Heading2"/>
      </w:pPr>
      <w:r>
        <w:t>the mission is strictly non-political, focused only on dawah</w:t>
      </w:r>
    </w:p>
    <w:p>
      <w:r>
        <w:rPr>
          <w:color w:val="666666"/>
          <w:sz w:val="18"/>
        </w:rPr>
        <w:t>Prophetic Mission in 21st Century October 2, 2011 Maulana Wahiduddin Khan · 1m 50s · at 33:13 · https://youtu.be/ao5gC6SXQXE?t=1993</w:t>
      </w:r>
    </w:p>
    <w:p>
      <w:r>
        <w:rPr>
          <w:i/>
        </w:rPr>
        <w:t>“Hamara mission poori dunya mein ek non-political mission hai”</w:t>
      </w:r>
    </w:p>
    <w:p>
      <w:r>
        <w:rPr>
          <w:sz w:val="20"/>
        </w:rPr>
        <w:t>33:13  to hamara mission jo hai, Allah ke fazal se isi usool par khara kiya gaya hai. yeh jo yeh mission jis ka yeh taht hum kaam kar rahe hain,</w:t>
      </w:r>
      <w:r>
        <w:br/>
      </w:r>
      <w:r>
        <w:rPr>
          <w:sz w:val="20"/>
        </w:rPr>
        <w:t>33:25  yeh poori dunya mein aik non political mission hai, non political mission hai, yeh strictly non political hai. hamara koi nishana political nishana nahi hai, hamein hukoomat mein hissa lena nahi hai,</w:t>
      </w:r>
      <w:r>
        <w:br/>
      </w:r>
      <w:r>
        <w:rPr>
          <w:sz w:val="20"/>
        </w:rPr>
        <w:t>33:40  hamein hukoomat se koi talluq nahi hai, kisi mani mein hukoomat se koi talluq nahi hai. hamara masla kya hai? dawat opportunities ko avail kar</w:t>
      </w:r>
      <w:r>
        <w:br/>
      </w:r>
      <w:r>
        <w:rPr>
          <w:sz w:val="20"/>
        </w:rPr>
        <w:t>33:50  na, print media ko istemal kar ke, electronic media ko istemal kar ke, aur jo zarray hain, age of communication ko istemal kar ke dawat ko phailana.</w:t>
      </w:r>
      <w:r>
        <w:br/>
      </w:r>
      <w:r>
        <w:rPr>
          <w:sz w:val="20"/>
        </w:rPr>
        <w:t>34:01  yeh hi mission hai. to hum Allah ke fazal se isi mission par kharay hue hain. hum larai bhadai ko, tashaddud ko bilkul Islam ke khilaf samajhte hain,</w:t>
      </w:r>
      <w:r>
        <w:br/>
      </w:r>
      <w:r>
        <w:rPr>
          <w:sz w:val="20"/>
        </w:rPr>
        <w:t>34:13  balkay nadani samajhte hain. is ko nadani ke jab mawaqe dawat ke khul gaye hon to larai ka matlab kya hai? mawaqe dawat jab khul jayein to larai ka matlab nahi rehta hoga.</w:t>
      </w:r>
      <w:r>
        <w:br/>
      </w:r>
      <w:r>
        <w:rPr>
          <w:sz w:val="20"/>
        </w:rPr>
        <w:t>34:22  kyun ke dekhen, Islam ka nishana jo hai, woh kya hai? logon ne nishani galat bana rakha hai. nishana hai: "ud wala sabilaka".</w:t>
      </w:r>
      <w:r>
        <w:br/>
      </w:r>
      <w:r>
        <w:rPr>
          <w:sz w:val="20"/>
        </w:rPr>
        <w:t>34:32  "ud wala sabil rabbika". abay rabb ki taraf banao. yeh dawat-e-Islam ka nishana hai. hukoomat qaim karna aur koday marna aur aur qoum na banta, yeh nishana hi nahi hai Islam ka.</w:t>
      </w:r>
      <w:r>
        <w:br/>
      </w:r>
      <w:r>
        <w:rPr>
          <w:sz w:val="20"/>
        </w:rPr>
        <w:t>34:47  agar nishana hota to Quran mein aisi ayatein hoti ke "aqab daar-tul-Islam nafsh rehay" ka Muhammad aisi koi ayat to Quran mein hai nahi. to jo goal hai, jo nishana hai, jo target hai Islam ka, woh dawat hai.</w:t>
      </w:r>
    </w:p>
    <w:p>
      <w:pPr>
        <w:pStyle w:val="Heading2"/>
      </w:pPr>
      <w:r>
        <w:t>First time in history: peace against war formula</w:t>
      </w:r>
    </w:p>
    <w:p>
      <w:r>
        <w:rPr>
          <w:color w:val="666666"/>
          <w:sz w:val="18"/>
        </w:rPr>
        <w:t>On Extremism September 14, 2008 · 22s · at 6:23 · https://youtu.be/qHQEos8tOLg?t=383</w:t>
      </w:r>
    </w:p>
    <w:p>
      <w:r>
        <w:rPr>
          <w:i/>
        </w:rPr>
        <w:t>“War against war — that's how everyone thought”</w:t>
      </w:r>
    </w:p>
    <w:p>
      <w:r>
        <w:rPr>
          <w:sz w:val="20"/>
        </w:rPr>
        <w:t>6:23  yaani war against war, violence against violence. isi mein poori history mein log jeete rahe.</w:t>
      </w:r>
      <w:r>
        <w:br/>
      </w:r>
      <w:r>
        <w:rPr>
          <w:sz w:val="20"/>
        </w:rPr>
        <w:t>6:32  poori non history mein pehli baar prophet of islam ne formula diya: "peace against war". "peace against war".</w:t>
      </w:r>
    </w:p>
    <w:p>
      <w:pPr>
        <w:pStyle w:val="Heading2"/>
      </w:pPr>
      <w:r>
        <w:t>orange analogy: prayer's outer form vs inner spirit</w:t>
      </w:r>
    </w:p>
    <w:p>
      <w:r>
        <w:rPr>
          <w:color w:val="666666"/>
          <w:sz w:val="18"/>
        </w:rPr>
        <w:t>Prayer June 5, 2009 Maulana Wahiduddin Khan · 42s · at 4:00 · https://youtu.be/d5XYQB7sWOw?t=240</w:t>
      </w:r>
    </w:p>
    <w:p>
      <w:r>
        <w:rPr>
          <w:i/>
        </w:rPr>
        <w:t>“It is just like an orange.”</w:t>
      </w:r>
    </w:p>
    <w:p>
      <w:r>
        <w:rPr>
          <w:sz w:val="20"/>
        </w:rPr>
        <w:t>4:00  It is just like an orange.</w:t>
      </w:r>
      <w:r>
        <w:br/>
      </w:r>
      <w:r>
        <w:rPr>
          <w:sz w:val="20"/>
        </w:rPr>
        <w:t>4:03  You know, every orange has an external part, but this external part is only a relative part of the orange.</w:t>
      </w:r>
      <w:r>
        <w:br/>
      </w:r>
      <w:r>
        <w:rPr>
          <w:sz w:val="20"/>
        </w:rPr>
        <w:t>4:14  The real part of the orange is its inner content. So is the case of namaz. It is a fact that every namaz has an external part, but it is the real part.</w:t>
      </w:r>
      <w:r>
        <w:br/>
      </w:r>
      <w:r>
        <w:rPr>
          <w:sz w:val="20"/>
        </w:rPr>
        <w:t>4:31  It is not the real</w:t>
      </w:r>
      <w:r>
        <w:br/>
      </w:r>
      <w:r>
        <w:rPr>
          <w:sz w:val="20"/>
        </w:rPr>
        <w:t>4:32  part; it is a relative part. The real part of namaz is its inner content, and that is spirituality.</w:t>
      </w:r>
    </w:p>
    <w:p>
      <w:pPr>
        <w:pStyle w:val="Heading2"/>
      </w:pPr>
      <w:r>
        <w:t>no one ever gets what they truly wanted</w:t>
      </w:r>
    </w:p>
    <w:p>
      <w:r>
        <w:rPr>
          <w:color w:val="666666"/>
          <w:sz w:val="18"/>
        </w:rPr>
        <w:t>Individual &amp; Society March 9, 2014 · 50s · at 9:36 · https://youtu.be/v4WioeR_DD4?t=576</w:t>
      </w:r>
    </w:p>
    <w:p>
      <w:r>
        <w:rPr>
          <w:i/>
        </w:rPr>
        <w:t>“Duniya mein koi nahi jo woh cheez paaye jo chaha”</w:t>
      </w:r>
    </w:p>
    <w:p>
      <w:r>
        <w:rPr>
          <w:sz w:val="20"/>
        </w:rPr>
        <w:t>9:36  kyun ke aap dekhiye dunya mein koi bhi nahi hai jo is cheez ko paaye jo is ne chaha tha. chahe woh badshah ho, chahe aam aadmi ho.</w:t>
      </w:r>
      <w:r>
        <w:br/>
      </w:r>
      <w:r>
        <w:rPr>
          <w:sz w:val="20"/>
        </w:rPr>
        <w:t>9:48  jo cheez woh chah paana chahta hai usi ko kho deta hai.</w:t>
      </w:r>
      <w:r>
        <w:br/>
      </w:r>
      <w:r>
        <w:rPr>
          <w:sz w:val="20"/>
        </w:rPr>
        <w:t>9:57  jis cheez ko woh paana chahta hai usi ko kho deta hai.</w:t>
      </w:r>
      <w:r>
        <w:br/>
      </w:r>
      <w:r>
        <w:rPr>
          <w:sz w:val="20"/>
        </w:rPr>
        <w:t>10:03  yani man has failed to achieve what he wanted to achieve</w:t>
      </w:r>
      <w:r>
        <w:br/>
      </w:r>
      <w:r>
        <w:rPr>
          <w:sz w:val="20"/>
        </w:rPr>
        <w:t>10:15  the most</w:t>
      </w:r>
      <w:r>
        <w:br/>
      </w:r>
      <w:r>
        <w:rPr>
          <w:sz w:val="20"/>
        </w:rPr>
        <w:t>10:19  jis aadmi ko insaan ne sab se jis cheez ko insaan ne sab se zyada chaha usi ko woh nahi pa saka.</w:t>
      </w:r>
    </w:p>
    <w:p>
      <w:pPr>
        <w:pStyle w:val="Heading2"/>
      </w:pPr>
      <w:r>
        <w:t>Outer burqa without inner spirituality means nothing</w:t>
      </w:r>
    </w:p>
    <w:p>
      <w:r>
        <w:rPr>
          <w:color w:val="666666"/>
          <w:sz w:val="18"/>
        </w:rPr>
        <w:t>Concept of Hijab in Islam February 20, 2022 Prof. Farida Khanam · 1m 16s · at 22:25 · https://youtu.be/QrrSDEKy2gc?t=1345</w:t>
      </w:r>
    </w:p>
    <w:p>
      <w:r>
        <w:rPr>
          <w:i/>
        </w:rPr>
        <w:t>“Not that whoever wears a burqa will enter paradise.”</w:t>
      </w:r>
    </w:p>
    <w:p>
      <w:r>
        <w:rPr>
          <w:sz w:val="20"/>
        </w:rPr>
        <w:t>22:25  na ki burqa jo bhi odhega sab jannat mein jayega, aisa to nahi ho sakta. to jo hum spirit hai uski us us spirit ko hum samjhenge aur uske mutabik amal karenge.</w:t>
      </w:r>
      <w:r>
        <w:br/>
      </w:r>
      <w:r>
        <w:rPr>
          <w:sz w:val="20"/>
        </w:rPr>
        <w:t>22:36  misaal ke taur par khuda se taallo, takwa, khuda se mohabbat, khuda ki khashiyat aur bandon ki khairkhai,</w:t>
      </w:r>
      <w:r>
        <w:br/>
      </w:r>
      <w:r>
        <w:rPr>
          <w:sz w:val="20"/>
        </w:rPr>
        <w:t>22:46  matlab apni poori ek spiritual personality banayenge, Islamic character banayenge to burqe mein andar saare fashion hote hain.</w:t>
      </w:r>
      <w:r>
        <w:br/>
      </w:r>
      <w:r>
        <w:rPr>
          <w:sz w:val="20"/>
        </w:rPr>
        <w:t>22:57  to yeh nahi hai, yeh to koi baat nahi hai ki burqa pehnge to jannat mein jayenge.</w:t>
      </w:r>
      <w:r>
        <w:br/>
      </w:r>
      <w:r>
        <w:rPr>
          <w:sz w:val="20"/>
        </w:rPr>
        <w:t>23:07  yeh sab khush khyaali ki baatein hain.</w:t>
      </w:r>
      <w:r>
        <w:br/>
      </w:r>
      <w:r>
        <w:rPr>
          <w:sz w:val="20"/>
        </w:rPr>
        <w:t>23:18  hamare soch durust nahi rahegi to hum kitna bhi zahir appearance hamara kapda achha rahega. latla ke nazdeek ko bul nahi hai. to tazkiya asal cheez hai chinnat mein dakhle ke liye. na ki koi zahiri taur par kuch pehen lena. yeh zaroori hai. ek sawal yeh hai ki auraton ka role kya hai?</w:t>
      </w:r>
      <w:r>
        <w:br/>
      </w:r>
      <w:r>
        <w:rPr>
          <w:sz w:val="20"/>
        </w:rPr>
        <w:t>23:41  sabse pehle hum dekhenge ki Arab ne jab Rasool Allah sallallahu alaihi wasallam ki besat hui to woh jo Islami society bani to usmein auraton ka kya role tha? to hum dekhte hain ab Hazrat Khadija se lekar ke Hazrat Aisha tak ki auratein har kaam karti thi. sabse awwal din se Hazrat Khadija jo hai Rasool Allah sallallahu alaihi wasallam ke sath namaz padh rahi thi. business karti thi.</w:t>
      </w:r>
    </w:p>
    <w:p>
      <w:pPr>
        <w:pStyle w:val="Heading2"/>
      </w:pPr>
      <w:r>
        <w:t>Modern education as educational therapy</w:t>
      </w:r>
    </w:p>
    <w:p>
      <w:r>
        <w:rPr>
          <w:color w:val="666666"/>
          <w:sz w:val="18"/>
        </w:rPr>
        <w:t>Revival of Muslim Ummah I June 2, 2013 - Maulana Wahiduddin Khan · 2m 20s · at 17:57 · https://youtu.be/uiN3_H1mR0M?t=1077</w:t>
      </w:r>
    </w:p>
    <w:p>
      <w:r>
        <w:rPr>
          <w:i/>
        </w:rPr>
        <w:t>“Allah Ta'ala ne ek behtareen maidan khol diya”</w:t>
      </w:r>
    </w:p>
    <w:p>
      <w:r>
        <w:rPr>
          <w:sz w:val="20"/>
        </w:rPr>
        <w:t>17:57  regenerate karna tha. aur is ke liye Allah taala ne ek behtareen maidan khol diya. maidan kya tha? jo modern education ka maidan hai.</w:t>
      </w:r>
      <w:r>
        <w:br/>
      </w:r>
      <w:r>
        <w:rPr>
          <w:sz w:val="20"/>
        </w:rPr>
        <w:t>18:09  modern education jo tha woh mein samajhta hoon ke educational therapy thi musalmanon ke liye. kyunke wahan par compression bohat zabardast tha.</w:t>
      </w:r>
      <w:r>
        <w:br/>
      </w:r>
      <w:r>
        <w:rPr>
          <w:sz w:val="20"/>
        </w:rPr>
        <w:t>18:19  wahan hindu hain, isai hain, yeh hain, woh hain. saare logon ke sath kaam karna hai. toh struggle ke darmiyan aadmi banta hai. hamare ulama ne jo kaam kiya woh struggle chhin gaya musalmanon se.</w:t>
      </w:r>
      <w:r>
        <w:br/>
      </w:r>
      <w:r>
        <w:rPr>
          <w:sz w:val="20"/>
        </w:rPr>
        <w:t>18:33  aap ne jo islami mulk banaye, islami idare banaye, islami university, islami college, wahan par struggle hi nahi, wahan par compression nahi. wahan toh sab apna maamla hai.</w:t>
      </w:r>
      <w:r>
        <w:br/>
      </w:r>
      <w:r>
        <w:rPr>
          <w:sz w:val="20"/>
        </w:rPr>
        <w:t>18:46  toh un ko struggle mein daalna tha, compression mein daalna tha. is ke liye Allah taala ne behtareen khol diya tha maidan modern education ka.</w:t>
      </w:r>
      <w:r>
        <w:br/>
      </w:r>
      <w:r>
        <w:rPr>
          <w:sz w:val="20"/>
        </w:rPr>
        <w:t>18:59  school, college, university. is mein agar daala hota musalmanon ko, daala hota aap ne toh that was a kind of educational therapy.</w:t>
      </w:r>
      <w:r>
        <w:br/>
      </w:r>
      <w:r>
        <w:rPr>
          <w:sz w:val="20"/>
        </w:rPr>
        <w:t>19:11  lekin hamare ulama bilkul samjhe nahi ke modern education kya cheez hai. Akbar Allahabadi ne kaha tha ke firoun woh</w:t>
      </w:r>
      <w:r>
        <w:br/>
      </w:r>
      <w:r>
        <w:rPr>
          <w:sz w:val="20"/>
        </w:rPr>
        <w:t>19:26  ladkon ke kabhi qad se badnaam na hota. afsos ke firoun ko kali ki na soojhi. aur Maulana Syed Abdullah Modi ne taqreer ki thi, woh chhapi hui hai ke yeh college universityan kya hain?</w:t>
      </w:r>
      <w:r>
        <w:br/>
      </w:r>
      <w:r>
        <w:rPr>
          <w:sz w:val="20"/>
        </w:rPr>
        <w:t>19:39  qatal gahein hain. toh qatal gaah declare kar diya is ko. halanke woh thay center of degen deconditioning.</w:t>
      </w:r>
      <w:r>
        <w:br/>
      </w:r>
      <w:r>
        <w:rPr>
          <w:sz w:val="20"/>
        </w:rPr>
        <w:t>19:51  woh qatal gaah nahi thay, woh center of deconditioning thay. ek masla yeh tha ke yeh secular education wahan hoti hai, wahan par doosre qomon ke log padhte hain.</w:t>
      </w:r>
      <w:r>
        <w:br/>
      </w:r>
      <w:r>
        <w:rPr>
          <w:sz w:val="20"/>
        </w:rPr>
        <w:t>20:03  to musalmanon ke deen ko kaise hifazat ki jaye? is ka behtareen tareeqa kya tha? apne gharon mein aap intezam ki jiye. yaani gharon ko informal, informal education center bana di jiye.</w:t>
      </w:r>
    </w:p>
    <w:p>
      <w:pPr>
        <w:pStyle w:val="Heading2"/>
      </w:pPr>
      <w:r>
        <w:t>Bush's Iraq mistake explained through psychology of revenge</w:t>
      </w:r>
    </w:p>
    <w:p>
      <w:r>
        <w:rPr>
          <w:color w:val="666666"/>
          <w:sz w:val="18"/>
        </w:rPr>
        <w:t>Admitting One's Mistake January 12, 2007 Maulana Wahiduddin Khan · 3m 31s · at 1:29 · https://youtu.be/9yGGkxRF8r8?t=89</w:t>
      </w:r>
    </w:p>
    <w:p>
      <w:r>
        <w:rPr>
          <w:i/>
        </w:rPr>
        <w:t>“Bush admits to Iraq mistakes — lekin aisa kyun hua?”</w:t>
      </w:r>
    </w:p>
    <w:p>
      <w:r>
        <w:rPr>
          <w:sz w:val="20"/>
        </w:rPr>
        <w:t>1:29  to aaj ke paper mein, yani january 12 ke paper mein, chupa hai un ke baray mein ke bush admits to iraq mistakes.</w:t>
      </w:r>
      <w:r>
        <w:br/>
      </w:r>
      <w:r>
        <w:rPr>
          <w:sz w:val="20"/>
        </w:rPr>
        <w:t>1:49  bush admits to iraq mistakes.</w:t>
      </w:r>
      <w:r>
        <w:br/>
      </w:r>
      <w:r>
        <w:rPr>
          <w:sz w:val="20"/>
        </w:rPr>
        <w:t>1:57  yani bush yeh mante hain ke iraq par jo unhon ne attack kiya tha, is mein un se ghaltiyan hu'een.</w:t>
      </w:r>
      <w:r>
        <w:br/>
      </w:r>
      <w:r>
        <w:rPr>
          <w:sz w:val="20"/>
        </w:rPr>
        <w:t>2:10  bush admits to iraq mistakes. to is ko parh kar main sochne laga.</w:t>
      </w:r>
      <w:r>
        <w:br/>
      </w:r>
      <w:r>
        <w:rPr>
          <w:sz w:val="20"/>
        </w:rPr>
        <w:t>2:21  waqia yeh hai ke sara din main sochta raha ke aisa kaise hua.</w:t>
      </w:r>
      <w:r>
        <w:br/>
      </w:r>
      <w:r>
        <w:rPr>
          <w:sz w:val="20"/>
        </w:rPr>
        <w:t>2:28  aap jante hain ke usa jo hai, woh superpower mana jata hai. in ke paas har qism ka infrastructure hai.</w:t>
      </w:r>
      <w:r>
        <w:br/>
      </w:r>
      <w:r>
        <w:rPr>
          <w:sz w:val="20"/>
        </w:rPr>
        <w:t>2:41  dunya ki sab se acha administration in ke paas hai. in ke paas sab se acha think tank hai.</w:t>
      </w:r>
      <w:r>
        <w:br/>
      </w:r>
      <w:r>
        <w:rPr>
          <w:sz w:val="20"/>
        </w:rPr>
        <w:t>2:53  kaha jata hai ke dunya bhar ke jitne intelligent log hain, woh america mein jama hain. in ka intelligence bohat ooncha hai.</w:t>
      </w:r>
      <w:r>
        <w:br/>
      </w:r>
      <w:r>
        <w:rPr>
          <w:sz w:val="20"/>
        </w:rPr>
        <w:t>3:04  technical aitbar se woh sab se zyada agay hain. yani har cheez mein america jo hai, woh superior hai sari dunya se.</w:t>
      </w:r>
      <w:r>
        <w:br/>
      </w:r>
      <w:r>
        <w:rPr>
          <w:sz w:val="20"/>
        </w:rPr>
        <w:t>3:17  to phir is ne aisi ghalti kaise ki?</w:t>
      </w:r>
      <w:r>
        <w:br/>
      </w:r>
      <w:r>
        <w:rPr>
          <w:sz w:val="20"/>
        </w:rPr>
        <w:t>3:24  dekhiye, yeh simple baat nahi hai.</w:t>
      </w:r>
      <w:r>
        <w:br/>
      </w:r>
      <w:r>
        <w:rPr>
          <w:sz w:val="20"/>
        </w:rPr>
        <w:t>3:28  yeh simple baat nahi hai. is ke peechay ek bohat gehra raaz chupa hua hai.</w:t>
      </w:r>
      <w:r>
        <w:br/>
      </w:r>
      <w:r>
        <w:rPr>
          <w:sz w:val="20"/>
        </w:rPr>
        <w:t>3:38  woh yeh hai ke</w:t>
      </w:r>
      <w:r>
        <w:br/>
      </w:r>
      <w:r>
        <w:rPr>
          <w:sz w:val="20"/>
        </w:rPr>
        <w:t>3:43  dunya mein hamesha aisa hota hai ke kuch baatein aap ki pasand ke khilaf hoti hain.</w:t>
      </w:r>
      <w:r>
        <w:br/>
      </w:r>
      <w:r>
        <w:rPr>
          <w:sz w:val="20"/>
        </w:rPr>
        <w:t>3:54  woh aap ka bohat bara test hota hai ke wahan aap jazbati radd-e-amal dein ya ghor se radd-e-amal dein.</w:t>
      </w:r>
      <w:r>
        <w:br/>
      </w:r>
      <w:r>
        <w:rPr>
          <w:sz w:val="20"/>
        </w:rPr>
        <w:t>4:05  yani socha samjha radd-e-amal dein ya jazbati tor par kuch kar dalain.</w:t>
      </w:r>
      <w:r>
        <w:br/>
      </w:r>
      <w:r>
        <w:rPr>
          <w:sz w:val="20"/>
        </w:rPr>
        <w:t>4:13  to aap jante hain ke september 11, 2001 ko america mein ek bohat bara waqia hua ke new york tower ko hawai jahaz se takra kar tabah kar diya gaya.</w:t>
      </w:r>
      <w:r>
        <w:br/>
      </w:r>
      <w:r>
        <w:rPr>
          <w:sz w:val="20"/>
        </w:rPr>
        <w:t>4:32  yeh america ki shan ko challenge karna tha.</w:t>
      </w:r>
      <w:r>
        <w:br/>
      </w:r>
      <w:r>
        <w:rPr>
          <w:sz w:val="20"/>
        </w:rPr>
        <w:t>4:39  yahan par amrici log bhark uthay.</w:t>
      </w:r>
      <w:r>
        <w:br/>
      </w:r>
      <w:r>
        <w:rPr>
          <w:sz w:val="20"/>
        </w:rPr>
        <w:t>4:43  sare america mein, main samajhta hoon ke aksariyat amriciyon ki jo thi, woh badla lene ki zaban bolne lagi. to badla kya hai?</w:t>
      </w:r>
      <w:r>
        <w:br/>
      </w:r>
      <w:r>
        <w:rPr>
          <w:sz w:val="20"/>
        </w:rPr>
        <w:t>4:53  badla to jazbati radd-e-amal hai is surat-e-haal ka.</w:t>
      </w:r>
    </w:p>
    <w:p>
      <w:pPr>
        <w:pStyle w:val="Heading2"/>
      </w:pPr>
      <w:r>
        <w:t>Islam defines terrorism as arms use by non-state actors</w:t>
      </w:r>
    </w:p>
    <w:p>
      <w:r>
        <w:rPr>
          <w:color w:val="666666"/>
          <w:sz w:val="18"/>
        </w:rPr>
        <w:t>Peaceful Activism vs Violent Activism May 23, 2009 · 2m 27s · at 5:06 · https://youtu.be/LlwiET1Kb5w?t=306</w:t>
      </w:r>
    </w:p>
    <w:p>
      <w:r>
        <w:rPr>
          <w:i/>
        </w:rPr>
        <w:t>“First of all, what is the definition of terrorism?”</w:t>
      </w:r>
    </w:p>
    <w:p>
      <w:r>
        <w:rPr>
          <w:sz w:val="20"/>
        </w:rPr>
        <w:t>5:06  first of all, what is the definition of terrorism?</w:t>
      </w:r>
      <w:r>
        <w:br/>
      </w:r>
      <w:r>
        <w:rPr>
          <w:sz w:val="20"/>
        </w:rPr>
        <w:t>5:15  what is the definition of terrorism? i think there are a lot of confusion</w:t>
      </w:r>
      <w:r>
        <w:br/>
      </w:r>
      <w:r>
        <w:rPr>
          <w:sz w:val="20"/>
        </w:rPr>
        <w:t>5:22  . there is no accepted definition of terrorism available in the media or among scholars.</w:t>
      </w:r>
      <w:r>
        <w:br/>
      </w:r>
      <w:r>
        <w:rPr>
          <w:sz w:val="20"/>
        </w:rPr>
        <w:t>5:36  i try to define it in the light of Islamic teachings.</w:t>
      </w:r>
      <w:r>
        <w:br/>
      </w:r>
      <w:r>
        <w:rPr>
          <w:sz w:val="20"/>
        </w:rPr>
        <w:t>5:42  so, according to Islam, the definition of terrorism is use of arm by agencies other than state.</w:t>
      </w:r>
      <w:r>
        <w:br/>
      </w:r>
      <w:r>
        <w:rPr>
          <w:sz w:val="20"/>
        </w:rPr>
        <w:t>5:59  this is the definition of Islam.</w:t>
      </w:r>
      <w:r>
        <w:br/>
      </w:r>
      <w:r>
        <w:rPr>
          <w:sz w:val="20"/>
        </w:rPr>
        <w:t>6:03  so, according to this definition, all those activities we know through out the world are not legitimate activities.</w:t>
      </w:r>
      <w:r>
        <w:br/>
      </w:r>
      <w:r>
        <w:rPr>
          <w:sz w:val="20"/>
        </w:rPr>
        <w:t>6:15  those leaders who are responsible of these terrorist activities, they call it freedom struggle.</w:t>
      </w:r>
      <w:r>
        <w:br/>
      </w:r>
      <w:r>
        <w:rPr>
          <w:sz w:val="20"/>
        </w:rPr>
        <w:t>6:24  this is not freedom struggle.</w:t>
      </w:r>
      <w:r>
        <w:br/>
      </w:r>
      <w:r>
        <w:rPr>
          <w:sz w:val="20"/>
        </w:rPr>
        <w:t>6:29  so, according to Islam, the definition of terrorism is that use of arms by agencies other than state. so, these are people are non governmental organizations.</w:t>
      </w:r>
      <w:r>
        <w:br/>
      </w:r>
      <w:r>
        <w:rPr>
          <w:sz w:val="20"/>
        </w:rPr>
        <w:t>6:41  no government is involve in these activities. so, this is the first point.</w:t>
      </w:r>
      <w:r>
        <w:br/>
      </w:r>
      <w:r>
        <w:rPr>
          <w:sz w:val="20"/>
        </w:rPr>
        <w:t>6:52  these activities are to be condemned</w:t>
      </w:r>
      <w:r>
        <w:br/>
      </w:r>
      <w:r>
        <w:rPr>
          <w:sz w:val="20"/>
        </w:rPr>
        <w:t>6:56  . we have to condemn it out right condemn, because there are not legitimate activities.</w:t>
      </w:r>
      <w:r>
        <w:br/>
      </w:r>
      <w:r>
        <w:rPr>
          <w:sz w:val="20"/>
        </w:rPr>
        <w:t>7:06  they have option for peaceful activism. they can do any thing by the peaceful method.</w:t>
      </w:r>
      <w:r>
        <w:br/>
      </w:r>
      <w:r>
        <w:rPr>
          <w:sz w:val="20"/>
        </w:rPr>
        <w:t>7:16  if</w:t>
      </w:r>
      <w:r>
        <w:br/>
      </w:r>
      <w:r>
        <w:rPr>
          <w:sz w:val="20"/>
        </w:rPr>
        <w:t>7:17  they have some complaint, if they have some problem, they are allowed to solve that problem, but strictly following the peaceful means, peaceful methods.</w:t>
      </w:r>
    </w:p>
    <w:p>
      <w:pPr>
        <w:pStyle w:val="Heading2"/>
      </w:pPr>
      <w:r>
        <w:t>Violence and peace both begin from mind</w:t>
      </w:r>
    </w:p>
    <w:p>
      <w:r>
        <w:rPr>
          <w:color w:val="666666"/>
          <w:sz w:val="18"/>
        </w:rPr>
        <w:t>Maulana Wahiduddin Khan's Visit to United States Institute of Peace Washington DC | September, 2015 · 30s · at 29:13 · https://youtu.be/7pTlTONi9LY?t=1753</w:t>
      </w:r>
    </w:p>
    <w:p>
      <w:r>
        <w:rPr>
          <w:i/>
        </w:rPr>
        <w:t>“Violence begins from mind, peace also begins from mind.”</w:t>
      </w:r>
    </w:p>
    <w:p>
      <w:r>
        <w:rPr>
          <w:sz w:val="20"/>
        </w:rPr>
        <w:t>29:13  .</w:t>
      </w:r>
      <w:r>
        <w:br/>
      </w:r>
      <w:r>
        <w:rPr>
          <w:sz w:val="20"/>
        </w:rPr>
        <w:t>29:19  So there is a dictum adopted by UNESCO that violence begins from mind.</w:t>
      </w:r>
      <w:r>
        <w:br/>
      </w:r>
      <w:r>
        <w:rPr>
          <w:sz w:val="20"/>
        </w:rPr>
        <w:t>29:25  I would say that peace also begins from mind.</w:t>
      </w:r>
      <w:r>
        <w:br/>
      </w:r>
      <w:r>
        <w:rPr>
          <w:sz w:val="20"/>
        </w:rPr>
        <w:t>29:31  If you are if you are if your thinking is peaceful, then your act will be peaceful.</w:t>
      </w:r>
      <w:r>
        <w:br/>
      </w:r>
      <w:r>
        <w:rPr>
          <w:sz w:val="20"/>
        </w:rPr>
        <w:t>29:37  If your thinking is is violent, then you</w:t>
      </w:r>
    </w:p>
    <w:p>
      <w:pPr>
        <w:pStyle w:val="Heading2"/>
      </w:pPr>
      <w:r>
        <w:t>Will to Doubt se science hoti hai</w:t>
      </w:r>
    </w:p>
    <w:p>
      <w:r>
        <w:rPr>
          <w:color w:val="666666"/>
          <w:sz w:val="18"/>
        </w:rPr>
        <w:t>Art of Questioning | May 20, 2017 · 30s · at 2:17 · https://youtu.be/mTDFeXED7PA?t=137</w:t>
      </w:r>
    </w:p>
    <w:p>
      <w:r>
        <w:rPr>
          <w:i/>
        </w:rPr>
        <w:t>“Will to Doubt, yaani shak karna”</w:t>
      </w:r>
    </w:p>
    <w:p>
      <w:r>
        <w:rPr>
          <w:sz w:val="20"/>
        </w:rPr>
        <w:t>2:17  science ke bare mein.</w:t>
      </w:r>
      <w:r>
        <w:br/>
      </w:r>
      <w:r>
        <w:rPr>
          <w:sz w:val="20"/>
        </w:rPr>
        <w:t>2:22  to science ka ek kitab likhi thi ek shakhs ne.</w:t>
      </w:r>
      <w:r>
        <w:br/>
      </w:r>
      <w:r>
        <w:rPr>
          <w:sz w:val="20"/>
        </w:rPr>
        <w:t>2:27  wo uska title tha "Will to Doubt".</w:t>
      </w:r>
      <w:r>
        <w:br/>
      </w:r>
      <w:r>
        <w:rPr>
          <w:sz w:val="20"/>
        </w:rPr>
        <w:t>2:32  yani shakk karne. shakk karna.</w:t>
      </w:r>
      <w:r>
        <w:br/>
      </w:r>
      <w:r>
        <w:rPr>
          <w:sz w:val="20"/>
        </w:rPr>
        <w:t>2:37  to shakk karna kya hai? sawal karna.</w:t>
      </w:r>
      <w:r>
        <w:br/>
      </w:r>
      <w:r>
        <w:rPr>
          <w:sz w:val="20"/>
        </w:rPr>
        <w:t>2:42  to usne bataya tha ke agar sawal karne ka maz</w:t>
      </w:r>
    </w:p>
    <w:p>
      <w:pPr>
        <w:pStyle w:val="Heading2"/>
      </w:pPr>
      <w:r>
        <w:t>Negative thinking origins and Sachar report dispute</w:t>
      </w:r>
    </w:p>
    <w:p>
      <w:r>
        <w:rPr>
          <w:color w:val="666666"/>
          <w:sz w:val="18"/>
        </w:rPr>
        <w:t>Khas Mulakat , Munsif TV, December 03, 2015 · 4m 34s · at 6:49 · https://youtu.be/zWU-kGSikPo?t=409</w:t>
      </w:r>
    </w:p>
    <w:p>
      <w:r>
        <w:rPr>
          <w:i/>
        </w:rPr>
        <w:t>“Yeh asal mein Islam mein is se pehle negative thinking nahi thi.”</w:t>
      </w:r>
    </w:p>
    <w:p>
      <w:r>
        <w:rPr>
          <w:sz w:val="20"/>
        </w:rPr>
        <w:t>6:49  chuke hain? dekhiye, yeh asal mein islam mein is se pehle negative thinking nahi thi.</w:t>
      </w:r>
      <w:r>
        <w:br/>
      </w:r>
      <w:r>
        <w:rPr>
          <w:sz w:val="20"/>
        </w:rPr>
        <w:t>6:55  yani munfi soch nahi thi.</w:t>
      </w:r>
      <w:r>
        <w:br/>
      </w:r>
      <w:r>
        <w:rPr>
          <w:sz w:val="20"/>
        </w:rPr>
        <w:t>6:58  yeh asal mein shuru hua hai colonial period jo aya tha, noabadayati</w:t>
      </w:r>
      <w:r>
        <w:br/>
      </w:r>
      <w:r>
        <w:rPr>
          <w:sz w:val="20"/>
        </w:rPr>
        <w:t>7:05  door. ji. to</w:t>
      </w:r>
      <w:r>
        <w:br/>
      </w:r>
      <w:r>
        <w:rPr>
          <w:sz w:val="20"/>
        </w:rPr>
        <w:t>7:09  europe ki kuch qaumein, asia aur africa mein jo muslim saltantein thi, un ko unhone overpower kiya.</w:t>
      </w:r>
      <w:r>
        <w:br/>
      </w:r>
      <w:r>
        <w:rPr>
          <w:sz w:val="20"/>
        </w:rPr>
        <w:t>7:17  ji. wahan se musalmanon mein negative thinking bani.</w:t>
      </w:r>
      <w:r>
        <w:br/>
      </w:r>
      <w:r>
        <w:rPr>
          <w:sz w:val="20"/>
        </w:rPr>
        <w:t>7:21  woh ab tak chali aa rahi hai.</w:t>
      </w:r>
      <w:r>
        <w:br/>
      </w:r>
      <w:r>
        <w:rPr>
          <w:sz w:val="20"/>
        </w:rPr>
        <w:t>7:23  ab unhone is ko attribute kar diya hai kahin israel se, kahin america se, kahin kisi aur</w:t>
      </w:r>
      <w:r>
        <w:br/>
      </w:r>
      <w:r>
        <w:rPr>
          <w:sz w:val="20"/>
        </w:rPr>
        <w:t>7:29  se. negative thinking islam mein hai hi nahi, sary se.</w:t>
      </w:r>
      <w:r>
        <w:br/>
      </w:r>
      <w:r>
        <w:rPr>
          <w:sz w:val="20"/>
        </w:rPr>
        <w:t>7:33  yani woh jaiz hi nahi hai.</w:t>
      </w:r>
      <w:r>
        <w:br/>
      </w:r>
      <w:r>
        <w:rPr>
          <w:sz w:val="20"/>
        </w:rPr>
        <w:t>7:36  ji. islam ka tareeqa yeh hai positive</w:t>
      </w:r>
      <w:r>
        <w:br/>
      </w:r>
      <w:r>
        <w:rPr>
          <w:sz w:val="20"/>
        </w:rPr>
        <w:t>7:40  andaz mein cheezon ka analysis karna.</w:t>
      </w:r>
      <w:r>
        <w:br/>
      </w:r>
      <w:r>
        <w:rPr>
          <w:sz w:val="20"/>
        </w:rPr>
        <w:t>7:44  hindustan mein musalmanon ki jo halat hai, is ka zimmedar aap kise mante hain jo sachar committee ki report se jag zahir ho chuka hai?</w:t>
      </w:r>
      <w:r>
        <w:br/>
      </w:r>
      <w:r>
        <w:rPr>
          <w:sz w:val="20"/>
        </w:rPr>
        <w:t>7:53  mein dekh, hindustan mein musalmanon ki halat bohat hi achi hai.</w:t>
      </w:r>
      <w:r>
        <w:br/>
      </w:r>
      <w:r>
        <w:rPr>
          <w:sz w:val="20"/>
        </w:rPr>
        <w:t>7:57  yeh khwamkhwah kaha jata hai ke hindustan mein musalmanon ki halat achi nahi.</w:t>
      </w:r>
      <w:r>
        <w:br/>
      </w:r>
      <w:r>
        <w:rPr>
          <w:sz w:val="20"/>
        </w:rPr>
        <w:t>8:01  mein ne kai bar musalmanon ke jalse mein ek sawal kiya, kai bar.</w:t>
      </w:r>
      <w:r>
        <w:br/>
      </w:r>
      <w:r>
        <w:rPr>
          <w:sz w:val="20"/>
        </w:rPr>
        <w:t>8:06  khud hyderabad mein bhi yeh sawal kiya tha mein ne, jagah jagah, ke jo log yahan maujood hain</w:t>
      </w:r>
      <w:r>
        <w:br/>
      </w:r>
      <w:r>
        <w:rPr>
          <w:sz w:val="20"/>
        </w:rPr>
        <w:t>8:12  woh yeh batayein</w:t>
      </w:r>
      <w:r>
        <w:br/>
      </w:r>
      <w:r>
        <w:rPr>
          <w:sz w:val="20"/>
        </w:rPr>
        <w:t>8:14  ke 1947 mein aap ki family ki halat kya thi, aaj kya halat hai? har shakhs ne yeh</w:t>
      </w:r>
      <w:r>
        <w:br/>
      </w:r>
      <w:r>
        <w:rPr>
          <w:sz w:val="20"/>
        </w:rPr>
        <w:t>8:20  kaha ke is waqt hum aaj bohat behtar hain, hum ne.</w:t>
      </w:r>
      <w:r>
        <w:br/>
      </w:r>
      <w:r>
        <w:rPr>
          <w:sz w:val="20"/>
        </w:rPr>
        <w:t>8:24  khud haiderabad ke logon ne kaha ke 1947 se aaj bohat behtar hain.</w:t>
      </w:r>
      <w:r>
        <w:br/>
      </w:r>
      <w:r>
        <w:rPr>
          <w:sz w:val="20"/>
        </w:rPr>
        <w:t>8:29  to kahan hai woh, yani jis ka charcha kiya jata hai, woh halaat</w:t>
      </w:r>
      <w:r>
        <w:br/>
      </w:r>
      <w:r>
        <w:rPr>
          <w:sz w:val="20"/>
        </w:rPr>
        <w:t>8:34  lekin jo report hai sir, report aap sachar committee ki report dekhiye, musalmanon ki halat daliton se badtar hai hindustan mein. chahe woh taleemi halat ki baat kar li jaye, maashi halat ki baat kar li jaye, even samaji halat ki bhi.</w:t>
      </w:r>
      <w:r>
        <w:br/>
      </w:r>
      <w:r>
        <w:rPr>
          <w:sz w:val="20"/>
        </w:rPr>
        <w:t>8:47  . mein sachi sachar committee ki report ko nahi manta.</w:t>
      </w:r>
      <w:r>
        <w:br/>
      </w:r>
      <w:r>
        <w:rPr>
          <w:sz w:val="20"/>
        </w:rPr>
        <w:t>8:51  woh mein is ko sahi nahi manta, is ko.</w:t>
      </w:r>
      <w:r>
        <w:br/>
      </w:r>
      <w:r>
        <w:rPr>
          <w:sz w:val="20"/>
        </w:rPr>
        <w:t>8:53  woh sahi nahi hai.</w:t>
      </w:r>
      <w:r>
        <w:br/>
      </w:r>
      <w:r>
        <w:rPr>
          <w:sz w:val="20"/>
        </w:rPr>
        <w:t>8:55  kyunke unhon ne yeh kiya, apne office mein baithe hue hain, aur logon ko jo</w:t>
      </w:r>
      <w:r>
        <w:br/>
      </w:r>
      <w:r>
        <w:rPr>
          <w:sz w:val="20"/>
        </w:rPr>
        <w:t>9:03  outspeakers, musalmanon ke jo outspeakers log hain, barh barh ke bolne wale, un ko bula kar ke un</w:t>
      </w:r>
      <w:r>
        <w:br/>
      </w:r>
      <w:r>
        <w:rPr>
          <w:sz w:val="20"/>
        </w:rPr>
        <w:t>9:08  se baatein kar rahe hain.</w:t>
      </w:r>
      <w:r>
        <w:br/>
      </w:r>
      <w:r>
        <w:rPr>
          <w:sz w:val="20"/>
        </w:rPr>
        <w:t>9:09  to woh negative baatein kare ga.</w:t>
      </w:r>
      <w:r>
        <w:br/>
      </w:r>
      <w:r>
        <w:rPr>
          <w:sz w:val="20"/>
        </w:rPr>
        <w:t>9:11  unhon ne ghus kar ke muslim abadi mein</w:t>
      </w:r>
      <w:r>
        <w:br/>
      </w:r>
      <w:r>
        <w:rPr>
          <w:sz w:val="20"/>
        </w:rPr>
        <w:t>9:16  research nahi kiya.</w:t>
      </w:r>
      <w:r>
        <w:br/>
      </w:r>
      <w:r>
        <w:rPr>
          <w:sz w:val="20"/>
        </w:rPr>
        <w:t>9:16  misalan jahan aap baithe hue hain, yeh nizamuddin colony,</w:t>
      </w:r>
      <w:r>
        <w:br/>
      </w:r>
      <w:r>
        <w:rPr>
          <w:sz w:val="20"/>
        </w:rPr>
        <w:t>9:21  nizamuddin remus colony, yahan koi aya nahi poochne ke liye ke yahan ki halat kya hai? yahan</w:t>
      </w:r>
      <w:r>
        <w:br/>
      </w:r>
      <w:r>
        <w:rPr>
          <w:sz w:val="20"/>
        </w:rPr>
        <w:t>9:27  1947 ke baad sab ke sab hindu log the yahan par.</w:t>
      </w:r>
      <w:r>
        <w:br/>
      </w:r>
      <w:r>
        <w:rPr>
          <w:sz w:val="20"/>
        </w:rPr>
        <w:t>9:30  yeh colony hindu logon ne banai thi.</w:t>
      </w:r>
      <w:r>
        <w:br/>
      </w:r>
      <w:r>
        <w:rPr>
          <w:sz w:val="20"/>
        </w:rPr>
        <w:t>9:33  aaj yahan, yani majority musalmanon ki hai.</w:t>
      </w:r>
      <w:r>
        <w:br/>
      </w:r>
      <w:r>
        <w:rPr>
          <w:sz w:val="20"/>
        </w:rPr>
        <w:t>9:38  unhon ne ghar khareed liya, khareed kar ke is ko wahan rehte hain.</w:t>
      </w:r>
      <w:r>
        <w:br/>
      </w:r>
      <w:r>
        <w:rPr>
          <w:sz w:val="20"/>
        </w:rPr>
        <w:t>9:42  maulana. to aaj yeh hindu colony thi, aaj muslim colony hai.</w:t>
      </w:r>
      <w:r>
        <w:br/>
      </w:r>
      <w:r>
        <w:rPr>
          <w:sz w:val="20"/>
        </w:rPr>
        <w:t>9:46  yeh is ka zikr hi nahi</w:t>
      </w:r>
      <w:r>
        <w:br/>
      </w:r>
      <w:r>
        <w:rPr>
          <w:sz w:val="20"/>
        </w:rPr>
        <w:t>9:47  lekin maulana, yeh sirf mahaz musalmanon ki do feesadi abadi ki baat hai? jo badi abadi hai, jo aaj bhi gandagi mein rehti hai, jin ilaqon mein aap jayein un ilaqon mein kitni gandagi hai, taleemi halat in bachchon ki dekhiye.</w:t>
      </w:r>
      <w:r>
        <w:br/>
      </w:r>
      <w:r>
        <w:rPr>
          <w:sz w:val="20"/>
        </w:rPr>
        <w:t>10:01  yeh sirf isi colony ki baat nahi hai.</w:t>
      </w:r>
      <w:r>
        <w:br/>
      </w:r>
      <w:r>
        <w:rPr>
          <w:sz w:val="20"/>
        </w:rPr>
        <w:t>10:02  mein gaya wahan par, rajasthan mein.</w:t>
      </w:r>
      <w:r>
        <w:br/>
      </w:r>
      <w:r>
        <w:rPr>
          <w:sz w:val="20"/>
        </w:rPr>
        <w:t>10:06  wahan logon ne bataya ke jahan woh the us waqt, ke 1947 ke baad jab sharnarthi aaye to</w:t>
      </w:r>
      <w:r>
        <w:br/>
      </w:r>
      <w:r>
        <w:rPr>
          <w:sz w:val="20"/>
        </w:rPr>
        <w:t>10:12  sari jaghein un ko mil gayeen.</w:t>
      </w:r>
      <w:r>
        <w:br/>
      </w:r>
      <w:r>
        <w:rPr>
          <w:sz w:val="20"/>
        </w:rPr>
        <w:t>10:15  un ka ghar, un ke khet, kunwan, sab.</w:t>
      </w:r>
      <w:r>
        <w:br/>
      </w:r>
      <w:r>
        <w:rPr>
          <w:sz w:val="20"/>
        </w:rPr>
        <w:t>10:17  aur yeh log bظاہر be-ghar ho gaye.</w:t>
      </w:r>
      <w:r>
        <w:br/>
      </w:r>
      <w:r>
        <w:rPr>
          <w:sz w:val="20"/>
        </w:rPr>
        <w:t>10:20  keh rahe thay ke ab hum isi jagah ko, woh khet hamare paas hain, woh kuan hamare paas</w:t>
      </w:r>
      <w:r>
        <w:br/>
      </w:r>
      <w:r>
        <w:rPr>
          <w:sz w:val="20"/>
        </w:rPr>
        <w:t>10:25  hai, woh ghar hamare paas hai.</w:t>
      </w:r>
      <w:r>
        <w:br/>
      </w:r>
      <w:r>
        <w:rPr>
          <w:sz w:val="20"/>
        </w:rPr>
        <w:t>10:26  kyun? hum ne</w:t>
      </w:r>
      <w:r>
        <w:br/>
      </w:r>
      <w:r>
        <w:rPr>
          <w:sz w:val="20"/>
        </w:rPr>
        <w:t>10:28  kamaya paisa, aur paisa kam kar ke khareeda, woh hamare paas aa gaya.</w:t>
      </w:r>
      <w:r>
        <w:br/>
      </w:r>
      <w:r>
        <w:rPr>
          <w:sz w:val="20"/>
        </w:rPr>
        <w:t>10:33  yeh Sachar committee ka koi zikr hi nahin.</w:t>
      </w:r>
      <w:r>
        <w:br/>
      </w:r>
      <w:r>
        <w:rPr>
          <w:sz w:val="20"/>
        </w:rPr>
        <w:t>10:36  yeh yeh process hua khud Hyderabad mein.</w:t>
      </w:r>
      <w:r>
        <w:br/>
      </w:r>
      <w:r>
        <w:rPr>
          <w:sz w:val="20"/>
        </w:rPr>
        <w:t>10:39  Hyderabad mein 1947 ki d Duran, jab mein gaya tha wahan, to railway station par sab rickshaw khare hue</w:t>
      </w:r>
      <w:r>
        <w:br/>
      </w:r>
      <w:r>
        <w:rPr>
          <w:sz w:val="20"/>
        </w:rPr>
        <w:t>10:48  thay. ab logon ne bataya ke yeh musalmanon ke rickshaw hain.</w:t>
      </w:r>
      <w:r>
        <w:br/>
      </w:r>
      <w:r>
        <w:rPr>
          <w:sz w:val="20"/>
        </w:rPr>
        <w:t>10:51  ji. yaani is zamane mein</w:t>
      </w:r>
      <w:r>
        <w:br/>
      </w:r>
      <w:r>
        <w:rPr>
          <w:sz w:val="20"/>
        </w:rPr>
        <w:t>10:53  Hyderabad riyasat mein musalman mulazim hua karte thay.</w:t>
      </w:r>
      <w:r>
        <w:br/>
      </w:r>
      <w:r>
        <w:rPr>
          <w:sz w:val="20"/>
        </w:rPr>
        <w:t>10:57  mulazmat khatm ho gayi to ab rickshaw chala rahe hain.</w:t>
      </w:r>
      <w:r>
        <w:br/>
      </w:r>
      <w:r>
        <w:rPr>
          <w:sz w:val="20"/>
        </w:rPr>
        <w:t>10:59  ab mein jata hoon wahan to wahan par sab car khari hui hain.</w:t>
      </w:r>
      <w:r>
        <w:br/>
      </w:r>
      <w:r>
        <w:rPr>
          <w:sz w:val="20"/>
        </w:rPr>
        <w:t>11:03  yeh kahan se Sachar committee ne bataya? ke jahan log rickshaw khenchte thay, ab wahan car</w:t>
      </w:r>
      <w:r>
        <w:br/>
      </w:r>
      <w:r>
        <w:rPr>
          <w:sz w:val="20"/>
        </w:rPr>
        <w:t>11:09  ke aap kehte hain ke sachar committee ki jo report hai poori tarah se galat hai. main galat nahi bhi kehta. woh aur naaqis maloomat par mabni hai. naaqis maloomat. jaise maine aap ko kai misalein dein. in misalon ka is mein koi zikr nahi.</w:t>
      </w:r>
    </w:p>
    <w:p>
      <w:pPr>
        <w:pStyle w:val="Heading2"/>
      </w:pPr>
      <w:r>
        <w:t>Caliph Umar's miraculous voice reaches an Iran battlefield</w:t>
      </w:r>
    </w:p>
    <w:p>
      <w:r>
        <w:rPr>
          <w:color w:val="666666"/>
          <w:sz w:val="18"/>
        </w:rPr>
        <w:t>From Political Empire to Opportunity Empire, Jan 3, 2010 · 1m 12s · at 22:11 · https://youtu.be/beXYK7vtZ04?t=1331</w:t>
      </w:r>
    </w:p>
    <w:p>
      <w:r>
        <w:rPr>
          <w:i/>
        </w:rPr>
        <w:t>“تاریخ میں ایک چھوٹا سا قصہ آتا ہے کہ حضرت عمر فاروق رضی اللہ عنہ کے زمانے میں”</w:t>
      </w:r>
    </w:p>
    <w:p>
      <w:r>
        <w:rPr>
          <w:sz w:val="20"/>
        </w:rPr>
        <w:t>22:11  tareekh mein ek chhota sa qissa aata hai ki Hazrat Umar Farooq Razi Allah Anhu ke zamane mein Iran mein musalman faujen pahunchi hui thin.</w:t>
      </w:r>
      <w:r>
        <w:br/>
      </w:r>
      <w:r>
        <w:rPr>
          <w:sz w:val="20"/>
        </w:rPr>
        <w:t>22:22  to wahan par saarih general the, saarih naam tha unka. to pahad ki taraf se qatra tha.</w:t>
      </w:r>
      <w:r>
        <w:br/>
      </w:r>
      <w:r>
        <w:rPr>
          <w:sz w:val="20"/>
        </w:rPr>
        <w:t>22:34  to Hazrat Umar us waqt jumme ke din tha, khutba de rahe the. khat</w:t>
      </w:r>
      <w:r>
        <w:br/>
      </w:r>
      <w:r>
        <w:rPr>
          <w:sz w:val="20"/>
        </w:rPr>
        <w:t>22:38  ba de rahe the, achanak unhone kaha: "Ya saarih al jabal! Ya saarih al jabal! " yaani: "Ae saarih! Pahad ki taraf dekho, idhar se aa raha hai dasta attack karne ke liye." to logon ko taajjub hua ki bhai yeh madine mein kya bol rahe hain? yeh to Allah taala ne, yaani ek miracle kiya.</w:t>
      </w:r>
      <w:r>
        <w:br/>
      </w:r>
      <w:r>
        <w:rPr>
          <w:sz w:val="20"/>
        </w:rPr>
        <w:t>23:00  ek miracle ke zariye se aisa mumkin hua</w:t>
      </w:r>
      <w:r>
        <w:br/>
      </w:r>
      <w:r>
        <w:rPr>
          <w:sz w:val="20"/>
        </w:rPr>
        <w:t>23:03  ki yeh khalifa jo hai, madine mein rehte hue Iran ko address kare, woh bhi ek jumla keh sake: "Ya saarih al jabal!"</w:t>
      </w:r>
      <w:r>
        <w:br/>
      </w:r>
      <w:r>
        <w:rPr>
          <w:sz w:val="20"/>
        </w:rPr>
        <w:t>23:13  aaj Khuda ne explosion kar diya hai. communication explosion hai! ab hum jire hain communication explosion ke zamane mein.</w:t>
      </w:r>
    </w:p>
    <w:p>
      <w:pPr>
        <w:pStyle w:val="Heading2"/>
      </w:pPr>
      <w:r>
        <w:t>Peace is the rule, war is the rare exception</w:t>
      </w:r>
    </w:p>
    <w:p>
      <w:r>
        <w:rPr>
          <w:color w:val="666666"/>
          <w:sz w:val="18"/>
        </w:rPr>
        <w:t>Islam A Religion of Peace (English) January 8, 2007 Maulana Wahiduddin Khan · 18s · at 25:27 · https://youtu.be/1Yv-qCZhTJE?t=1527</w:t>
      </w:r>
    </w:p>
    <w:p>
      <w:r>
        <w:rPr>
          <w:i/>
        </w:rPr>
        <w:t>“In Islam, peace is the rule and war is a rare exception.”</w:t>
      </w:r>
    </w:p>
    <w:p>
      <w:r>
        <w:rPr>
          <w:sz w:val="20"/>
        </w:rPr>
        <w:t>25:27  in Islam, peace is rule and war is a rare exception.</w:t>
      </w:r>
      <w:r>
        <w:br/>
      </w:r>
      <w:r>
        <w:rPr>
          <w:sz w:val="20"/>
        </w:rPr>
        <w:t>25:37  peace is a rule and war is a rare exception.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