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300 clips · theme spiritual · full transcripts with timestamps · exported 2026-09-21</w:t>
      </w:r>
    </w:p>
    <w:p>
      <w:pPr>
        <w:pStyle w:val="Heading2"/>
      </w:pPr>
      <w:r>
        <w:t>answering a scholar who denies God's existence</w:t>
      </w:r>
    </w:p>
    <w:p>
      <w:r>
        <w:rPr>
          <w:color w:val="666666"/>
          <w:sz w:val="18"/>
        </w:rPr>
        <w:t>Discovery of Paradise March 22, 2015 · 2m 40s · at 29:30 · https://youtu.be/2axrfd7sZkE?t=1770</w:t>
      </w:r>
    </w:p>
    <w:p>
      <w:r>
        <w:rPr>
          <w:i/>
        </w:rPr>
        <w:t>“Aaj ke akhbar mein ek scholar ne kaha 'I don't believe in God'”</w:t>
      </w:r>
    </w:p>
    <w:p>
      <w:r>
        <w:rPr>
          <w:sz w:val="20"/>
        </w:rPr>
        <w:t>29:30  aaj main subah soch raha tha kyunke aaj ke akhbar mein, aaj ka jo akhbar hai, us mein ek ek interview hai ek western scholar ka, shayad novelist hai, woh</w:t>
      </w:r>
      <w:r>
        <w:br/>
      </w:r>
      <w:r>
        <w:rPr>
          <w:sz w:val="20"/>
        </w:rPr>
        <w:t>29:47  aaj hi ke akhbar mein. Us ne kaha ke "I don't believe in God".</w:t>
      </w:r>
      <w:r>
        <w:br/>
      </w:r>
      <w:r>
        <w:rPr>
          <w:sz w:val="20"/>
        </w:rPr>
        <w:t>29:54  "I don't believe in God".</w:t>
      </w:r>
      <w:r>
        <w:br/>
      </w:r>
      <w:r>
        <w:rPr>
          <w:sz w:val="20"/>
        </w:rPr>
        <w:t>29:59  to main ne socha ke yeh kyun hai? Aadmi kehta hai ke "I don't believe God". Kya yeh kahega ke main apne apne upar believe nahi karta ke main hoon?</w:t>
      </w:r>
      <w:r>
        <w:br/>
      </w:r>
      <w:r>
        <w:rPr>
          <w:sz w:val="20"/>
        </w:rPr>
        <w:t>30:08  aisa keh sakta hai woh? mein aik aik aisa insaan hoon jo bol raha hai, jo dekh raha hai, jo interview de raha hai. aisa kahega woh apne bare mein nahi kahega?</w:t>
      </w:r>
      <w:r>
        <w:br/>
      </w:r>
      <w:r>
        <w:rPr>
          <w:sz w:val="20"/>
        </w:rPr>
        <w:t>30:19  woh toh kaise woh keh raha hai ke "i don't believe in god"?</w:t>
      </w:r>
      <w:r>
        <w:br/>
      </w:r>
      <w:r>
        <w:rPr>
          <w:sz w:val="20"/>
        </w:rPr>
        <w:t>30:28  toh phir maine socha ke god ne apne aap ko akhirat tak evident bana diya. sirf yeh ke physically woh hamare samne nahi hai.</w:t>
      </w:r>
      <w:r>
        <w:br/>
      </w:r>
      <w:r>
        <w:rPr>
          <w:sz w:val="20"/>
        </w:rPr>
        <w:t>30:41  khuda physically hamare samne nahi hai, lekin uska creation, uska act, uske marvels hamare samne hain.</w:t>
      </w:r>
      <w:r>
        <w:br/>
      </w:r>
      <w:r>
        <w:rPr>
          <w:sz w:val="20"/>
        </w:rPr>
        <w:t>30:54  yeh galaxy, yeh solar system, yeh planet earth, yeh sari duniya itni badi jo hai, woh kya hai?</w:t>
      </w:r>
      <w:r>
        <w:br/>
      </w:r>
      <w:r>
        <w:rPr>
          <w:sz w:val="20"/>
        </w:rPr>
        <w:t>31:04  woh khuda ka manifestation hai. hum ko yaad dilati hai ke yahan koi creator hai.</w:t>
      </w:r>
      <w:r>
        <w:br/>
      </w:r>
      <w:r>
        <w:rPr>
          <w:sz w:val="20"/>
        </w:rPr>
        <w:t>31:11  toh khuda agarche unseen hai bazahir, lekin uske jo uske jo uski jo signs hain, uski takhleeq ke jo signs hain, woh toh hamare samne hain.</w:t>
      </w:r>
      <w:r>
        <w:br/>
      </w:r>
      <w:r>
        <w:rPr>
          <w:sz w:val="20"/>
        </w:rPr>
        <w:t>31:27  toh agar aadmi yeh kehna, aadmi yeh nahi keh sakta ke mein apne bare mein, mein ne yaqeen nahi karta ke mein hoon apne bare mein,</w:t>
      </w:r>
      <w:r>
        <w:br/>
      </w:r>
      <w:r>
        <w:rPr>
          <w:sz w:val="20"/>
        </w:rPr>
        <w:t>31:38  toh yeh bhi nahi keh sakta ke mujhe yaqeen nahi ke khuda hai. agar mein hoon toh usi se yeh baat bhi nikalti hai ke mera creator hai, mein hoon toh mera creator hai.</w:t>
      </w:r>
      <w:r>
        <w:br/>
      </w:r>
      <w:r>
        <w:rPr>
          <w:sz w:val="20"/>
        </w:rPr>
        <w:t>31:51  kaise mumkin hai ke mein hoon aur creator na ho? toh aaj ke akhbar mein jab maine yeh parha, usne kaha ke "i don't believe in god".</w:t>
      </w:r>
      <w:r>
        <w:br/>
      </w:r>
      <w:r>
        <w:rPr>
          <w:sz w:val="20"/>
        </w:rPr>
        <w:t>32:02  toh mein, mein, mein ne kaha ke log sochte nahi, log sochte nahi.</w:t>
      </w:r>
    </w:p>
    <w:p>
      <w:pPr>
        <w:pStyle w:val="Heading2"/>
      </w:pPr>
      <w:r>
        <w:t>American convert's diagnosis of paranoia</w:t>
      </w:r>
    </w:p>
    <w:p>
      <w:r>
        <w:rPr>
          <w:color w:val="666666"/>
          <w:sz w:val="18"/>
        </w:rPr>
        <w:t>The Case of Present Muslim Generation September 28, 2008 · 27s · at 14:41 · https://youtu.be/yjSy2b7JPTw?t=881</w:t>
      </w:r>
    </w:p>
    <w:p>
      <w:r>
        <w:rPr>
          <w:i/>
        </w:rPr>
        <w:t>“To unhonne apni aakhri mulaqat mein ye kaha tha”</w:t>
      </w:r>
    </w:p>
    <w:p>
      <w:r>
        <w:rPr>
          <w:sz w:val="20"/>
        </w:rPr>
        <w:t>14:41  to gyarah saal bitaye arab mein. arabi zaban seekhi aur kitabein padhein. yani direct source se kitabein padhi hui hain islam ki.</w:t>
      </w:r>
      <w:r>
        <w:br/>
      </w:r>
      <w:r>
        <w:rPr>
          <w:sz w:val="20"/>
        </w:rPr>
        <w:t>14:52  to unhon ne apni aakhri mulaqat mein yeh kaha tha ke itni sari research ke baad maine yeh jana hai ke ke aaj ki jo muslim generation hai is ka case hai paranoia ka case.</w:t>
      </w:r>
    </w:p>
    <w:p>
      <w:pPr>
        <w:pStyle w:val="Heading2"/>
      </w:pPr>
      <w:r>
        <w:t>Forgive the past, live fully in the present</w:t>
      </w:r>
    </w:p>
    <w:p>
      <w:r>
        <w:rPr>
          <w:color w:val="666666"/>
          <w:sz w:val="18"/>
        </w:rPr>
        <w:t>Spirituality in Simple Living, High Thinking October 27, 2019 Maulana Wahiduddin Khan · 39s · at 10:24 · https://youtu.be/Kr28g15eFr8?t=624</w:t>
      </w:r>
    </w:p>
    <w:p>
      <w:r>
        <w:rPr>
          <w:i/>
        </w:rPr>
        <w:t>“No revenge, no reaction, no hate — just forgive, forgive, forgive”</w:t>
      </w:r>
    </w:p>
    <w:p>
      <w:r>
        <w:rPr>
          <w:sz w:val="20"/>
        </w:rPr>
        <w:t>10:24  aur bohat hi zyada pass andaz mein, koi inteqam nahi, koi reaction nahi, koi nafrat nahi, koi ghussa nahi, bhula kar bhula kar bhula kar.</w:t>
      </w:r>
      <w:r>
        <w:br/>
      </w:r>
      <w:r>
        <w:rPr>
          <w:sz w:val="20"/>
        </w:rPr>
        <w:t>10:41  to is ne pichle yaani past ko bhula diya, aur present mein jeena shuru kar diya.</w:t>
      </w:r>
      <w:r>
        <w:br/>
      </w:r>
      <w:r>
        <w:rPr>
          <w:sz w:val="20"/>
        </w:rPr>
        <w:t>10:50  aur us thirty thousand roope se aik chota sa business, us waqt baat hui thi to is ka thirty thousand bhi aik bari cheez hua karta tha.</w:t>
      </w:r>
    </w:p>
    <w:p>
      <w:pPr>
        <w:pStyle w:val="Heading2"/>
      </w:pPr>
      <w:r>
        <w:t>Ideology of love comes from thinking, not meditation</w:t>
      </w:r>
    </w:p>
    <w:p>
      <w:r>
        <w:rPr>
          <w:color w:val="666666"/>
          <w:sz w:val="18"/>
        </w:rPr>
        <w:t>Material Science and Spiritual Science 20 May 2012 · 1m 26s · at 25:44 · https://youtu.be/4K6CxjThlxQ?t=1544</w:t>
      </w:r>
    </w:p>
    <w:p>
      <w:r>
        <w:rPr>
          <w:i/>
        </w:rPr>
        <w:t>“Yeh ideology of love sochne se milti hai, tadabbur se milti hai”</w:t>
      </w:r>
    </w:p>
    <w:p>
      <w:r>
        <w:rPr>
          <w:sz w:val="20"/>
        </w:rPr>
        <w:t>25:44  yeh ideology of love is ka naam hai. to ideology of love jo hai woh sochne se milti hai.</w:t>
      </w:r>
      <w:r>
        <w:br/>
      </w:r>
      <w:r>
        <w:rPr>
          <w:sz w:val="20"/>
        </w:rPr>
        <w:t>25:52  tadabbur se milti hai. tafakkur se milti hai. ta'aqqul se milti hai.</w:t>
      </w:r>
      <w:r>
        <w:br/>
      </w:r>
      <w:r>
        <w:rPr>
          <w:sz w:val="20"/>
        </w:rPr>
        <w:t>25:59  to yeh jo usool hai love your enemy ya duniya se mohabbat karo.</w:t>
      </w:r>
      <w:r>
        <w:br/>
      </w:r>
      <w:r>
        <w:rPr>
          <w:sz w:val="20"/>
        </w:rPr>
        <w:t>26:08  to yeh maujood hai muddaton se lekin logon ko dekhen aap mein jahan bhi jata hoon har ek ke dil mein nafrat har ek ke dil mein nafrat</w:t>
      </w:r>
      <w:r>
        <w:br/>
      </w:r>
      <w:r>
        <w:rPr>
          <w:sz w:val="20"/>
        </w:rPr>
        <w:t>26:18  main ne kisi ko paya nahi is hamare is mission mein to Allah ke fazl se logon ke andar nafrat nahi hai lekin jahan mein jata hoon har ek nafrat ki boli bolta hai.</w:t>
      </w:r>
      <w:r>
        <w:br/>
      </w:r>
      <w:r>
        <w:rPr>
          <w:sz w:val="20"/>
        </w:rPr>
        <w:t>26:29  kyun unhon ne ideology daryaft nahi ki unhein pata nahi ke jis woh jis jo jis jis sahaba ne hayat ke darmiyan jeete hain jin sawariyon par chalte hain jis furniture par baithte hain jo ghar woh banate hain is ke peeche insani qurbaniyan hain</w:t>
      </w:r>
      <w:r>
        <w:br/>
      </w:r>
      <w:r>
        <w:rPr>
          <w:sz w:val="20"/>
        </w:rPr>
        <w:t>26:48  insan ne hazaron saal tehqeeq kiya hazaron saal apni umrein sirf kar dein logon ne tab yeh tamaddun bana tab yeh city planning aayi tab yeh architecture bana tab yeh masheenain banin tab yeh camera bana tab yeh bijli bani</w:t>
      </w:r>
    </w:p>
    <w:p>
      <w:pPr>
        <w:pStyle w:val="Heading2"/>
      </w:pPr>
      <w:r>
        <w:t>Acceptance of reality and status quoism</w:t>
      </w:r>
    </w:p>
    <w:p>
      <w:r>
        <w:rPr>
          <w:color w:val="666666"/>
          <w:sz w:val="18"/>
        </w:rPr>
        <w:t>IIC: How to Develop Spiritual Personality · 1m 31s · at 28:22 · https://youtu.be/-XrYpEYwk-Y?t=1702</w:t>
      </w:r>
    </w:p>
    <w:p>
      <w:r>
        <w:rPr>
          <w:i/>
        </w:rPr>
        <w:t>“It is a matter of acceptance of reality”</w:t>
      </w:r>
    </w:p>
    <w:p>
      <w:r>
        <w:rPr>
          <w:sz w:val="20"/>
        </w:rPr>
        <w:t>28:22  kar denge. to dekhiye, jin cheezon ko le kar ke log tension mein rehte hain aur pareshan rehte hain, woh darasal adjustment ka ka ka maamla hota hai. yaani is ko main kahunga ke acceptance of reality ka maamla hota hai. main aksar kaha karta hoon ke dunya mein sab se best formula, yaani peaceful</w:t>
      </w:r>
      <w:r>
        <w:br/>
      </w:r>
      <w:r>
        <w:rPr>
          <w:sz w:val="20"/>
        </w:rPr>
        <w:t>28:52  living ka hai, status quoism. jo status quo hai, us ko maan lijiye. aur us par peace hi peace hai. jab aap status quo badalna chahte hain, tab wahan se problem shuru hota hai. log ek mujh se poochte hain ke status quo agar hum maan lein to is ka matlab hai ke phir hum karein kya phir? phir kuch karna nahi hai. ek hi bahut badi bhool hai. status quo ho</w:t>
      </w:r>
      <w:r>
        <w:br/>
      </w:r>
      <w:r>
        <w:rPr>
          <w:sz w:val="20"/>
        </w:rPr>
        <w:t>29:22  a hai mannay ka muamla kisi aik cheez mein, jaisay politics kay muamlay mein.</w:t>
      </w:r>
      <w:r>
        <w:br/>
      </w:r>
      <w:r>
        <w:rPr>
          <w:sz w:val="20"/>
        </w:rPr>
        <w:t>29:27  side life kay muamlay mein nahi hota hai.</w:t>
      </w:r>
      <w:r>
        <w:br/>
      </w:r>
      <w:r>
        <w:rPr>
          <w:sz w:val="20"/>
        </w:rPr>
        <w:t>29:31  suppose aik party ki rule rail kar rahi hai, aik party mein rule nahi kar raha hoon.</w:t>
      </w:r>
      <w:r>
        <w:br/>
      </w:r>
      <w:r>
        <w:rPr>
          <w:sz w:val="20"/>
        </w:rPr>
        <w:t>29:36  to is political status ko maan lijiye.</w:t>
      </w:r>
      <w:r>
        <w:br/>
      </w:r>
      <w:r>
        <w:rPr>
          <w:sz w:val="20"/>
        </w:rPr>
        <w:t>29:40  isi kay sath bohat say doosray kaam dunya mein karnay kay liye hain aap kay paas.</w:t>
      </w:r>
      <w:r>
        <w:br/>
      </w:r>
      <w:r>
        <w:rPr>
          <w:sz w:val="20"/>
        </w:rPr>
        <w:t>29:45  woh kijiye aap.</w:t>
      </w:r>
      <w:r>
        <w:br/>
      </w:r>
      <w:r>
        <w:rPr>
          <w:sz w:val="20"/>
        </w:rPr>
        <w:t>29:49  jaisay Saddam Hussain ki misaal lijiye aap, kay Saddam Hussain say jo</w:t>
      </w:r>
    </w:p>
    <w:p>
      <w:pPr>
        <w:pStyle w:val="Heading2"/>
      </w:pPr>
      <w:r>
        <w:t>culture is local geography, true religion is universal thinking</w:t>
      </w:r>
    </w:p>
    <w:p>
      <w:r>
        <w:rPr>
          <w:color w:val="666666"/>
          <w:sz w:val="18"/>
        </w:rPr>
        <w:t>Discovery of Paradise March 22, 2015 · 2m 54s · at 41:50 · https://youtu.be/2axrfd7sZkE?t=2510</w:t>
      </w:r>
    </w:p>
    <w:p>
      <w:r>
        <w:rPr>
          <w:i/>
        </w:rPr>
        <w:t>“Culture dekhiye, community ka phenomena hota hai”</w:t>
      </w:r>
    </w:p>
    <w:p>
      <w:r>
        <w:rPr>
          <w:sz w:val="20"/>
        </w:rPr>
        <w:t>41:50  culture dekhiye. community ka phenomena hota hai. community kisi mulk mein rehti hai, kisi geography mein rehti hai, kuch historical halaat mein rehti hai.</w:t>
      </w:r>
      <w:r>
        <w:br/>
      </w:r>
      <w:r>
        <w:rPr>
          <w:sz w:val="20"/>
        </w:rPr>
        <w:t>42:02  is se ek culture banta hai.</w:t>
      </w:r>
      <w:r>
        <w:br/>
      </w:r>
      <w:r>
        <w:rPr>
          <w:sz w:val="20"/>
        </w:rPr>
        <w:t>42:07  to culture hamesha geography se banta hai, mulk ke halaat se banta hai.</w:t>
      </w:r>
      <w:r>
        <w:br/>
      </w:r>
      <w:r>
        <w:rPr>
          <w:sz w:val="20"/>
        </w:rPr>
        <w:t>42:14  lekin jo real mazhab hai, jo divine mazhab hai, woh to is se oopar ek cheez hai.</w:t>
      </w:r>
      <w:r>
        <w:br/>
      </w:r>
      <w:r>
        <w:rPr>
          <w:sz w:val="20"/>
        </w:rPr>
        <w:t>42:23  woh thinking ki level banti hai. woh apne mind ko active karte hain, aap zindagi ki haqeeqat ko daryaft karte hain, universe ko, aur ghhor kar ke is ke baray mein maloomat karte hain.</w:t>
      </w:r>
      <w:r>
        <w:br/>
      </w:r>
      <w:r>
        <w:rPr>
          <w:sz w:val="20"/>
        </w:rPr>
        <w:t>42:44  is se aap ke andar ek intellectual awakening aati hai, jis ko marifat kaha gaya hai. woh hai mazhab. culture ka naam mazhab nahi hai.</w:t>
      </w:r>
      <w:r>
        <w:br/>
      </w:r>
      <w:r>
        <w:rPr>
          <w:sz w:val="20"/>
        </w:rPr>
        <w:t>42:59  ab dekhein, agar aap India mein dekhein to yahan ke musalmanon ka ek tarz ka culture hoga. Africa jayen to wahan doosra culture hoga.</w:t>
      </w:r>
      <w:r>
        <w:br/>
      </w:r>
      <w:r>
        <w:rPr>
          <w:sz w:val="20"/>
        </w:rPr>
        <w:t>43:08  aap Europe, America jayen to wahan ek aur culture hoga.</w:t>
      </w:r>
      <w:r>
        <w:br/>
      </w:r>
      <w:r>
        <w:rPr>
          <w:sz w:val="20"/>
        </w:rPr>
        <w:t>43:15  yeh to geography hai jo culture ki tashkeel karti hai,</w:t>
      </w:r>
      <w:r>
        <w:br/>
      </w:r>
      <w:r>
        <w:rPr>
          <w:sz w:val="20"/>
        </w:rPr>
        <w:t>43:23  aur jo asal mazhab hai, woh is se buland hai.</w:t>
      </w:r>
      <w:r>
        <w:br/>
      </w:r>
      <w:r>
        <w:rPr>
          <w:sz w:val="20"/>
        </w:rPr>
        <w:t>43:29  mazhab mein sab se bari cheez hai, pehli woh hai khuda ki marifat, yani creator ki marifat, creator ka ko discover karna.</w:t>
      </w:r>
      <w:r>
        <w:br/>
      </w:r>
      <w:r>
        <w:rPr>
          <w:sz w:val="20"/>
        </w:rPr>
        <w:t>43:43  yahan se beginning hoti hai. jab aap, jab aap ko shaoor milta hai, jab aap motive aati hai aap ke andar, to aap sochne shuru karte hain ke ke mein kaise paida ho gaya, yeh duniya kaise ban gayi,</w:t>
      </w:r>
      <w:r>
        <w:br/>
      </w:r>
      <w:r>
        <w:rPr>
          <w:sz w:val="20"/>
        </w:rPr>
        <w:t>44:02  kya hai zindagi, kya hai maut.</w:t>
      </w:r>
      <w:r>
        <w:br/>
      </w:r>
      <w:r>
        <w:rPr>
          <w:sz w:val="20"/>
        </w:rPr>
        <w:t>44:07  to is is soch se aap pohanchte hain jis cheez par, jis cheez tak, usi ko hota hai marifat. to marifat se aghaz hota hai,</w:t>
      </w:r>
      <w:r>
        <w:br/>
      </w:r>
      <w:r>
        <w:rPr>
          <w:sz w:val="20"/>
        </w:rPr>
        <w:t>44:23  phir sari cheezein unfold hoti hain.</w:t>
      </w:r>
      <w:r>
        <w:br/>
      </w:r>
      <w:r>
        <w:rPr>
          <w:sz w:val="20"/>
        </w:rPr>
        <w:t>44:28  jo real mazhab ka aghaz jo hai, marifat hai,</w:t>
      </w:r>
      <w:r>
        <w:br/>
      </w:r>
      <w:r>
        <w:rPr>
          <w:sz w:val="20"/>
        </w:rPr>
        <w:t>44:33  yani ke koi doosri cheez cheez nahi hai. aur marifat naam hai discovery ka, aur discovery kaise hoti hai?</w:t>
      </w:r>
    </w:p>
    <w:p>
      <w:pPr>
        <w:pStyle w:val="Heading2"/>
      </w:pPr>
      <w:r>
        <w:t>Anti-self-thinking is how you defeat your own ego</w:t>
      </w:r>
    </w:p>
    <w:p>
      <w:r>
        <w:rPr>
          <w:color w:val="666666"/>
          <w:sz w:val="18"/>
        </w:rPr>
        <w:t>Spirituality in Simple Living, High Thinking October 27, 2019 Maulana Wahiduddin Khan · 1m 09s · at 44:57 · https://youtu.be/Kr28g15eFr8?t=2697</w:t>
      </w:r>
    </w:p>
    <w:p>
      <w:r>
        <w:rPr>
          <w:i/>
        </w:rPr>
        <w:t>“What exactly is anti-self thinking, Maulana?”</w:t>
      </w:r>
    </w:p>
    <w:p>
      <w:r>
        <w:rPr>
          <w:sz w:val="20"/>
        </w:rPr>
        <w:t>44:57  is ka koi bana banaya formula nahin ho sakta. Maulana Israr Khatib sahab ne Chennai se sawal bheja hai.</w:t>
      </w:r>
      <w:r>
        <w:br/>
      </w:r>
      <w:r>
        <w:rPr>
          <w:sz w:val="20"/>
        </w:rPr>
        <w:t>45:05  Unhon ne likha hai: "Maulana, yesterday you told us that you like anti-self thinking and not self thinking.</w:t>
      </w:r>
      <w:r>
        <w:br/>
      </w:r>
      <w:r>
        <w:rPr>
          <w:sz w:val="20"/>
        </w:rPr>
        <w:t>45:15  Maulana, could you please elaborate what is anti-self thinking?</w:t>
      </w:r>
      <w:r>
        <w:br/>
      </w:r>
      <w:r>
        <w:rPr>
          <w:sz w:val="20"/>
        </w:rPr>
        <w:t>45:20  " Asal mein insaan ke andar jo ego hai, ego us ki kaat ke liye anti-self thinking chahiye.</w:t>
      </w:r>
      <w:r>
        <w:br/>
      </w:r>
      <w:r>
        <w:rPr>
          <w:sz w:val="20"/>
        </w:rPr>
        <w:t>45:33  Ego, is ko aap ego ke reference mein padh samajh lijiye. Koi doosra aap ki ego ko khatam nahin kar sakta, aap khud kar sakte hain.</w:t>
      </w:r>
      <w:r>
        <w:br/>
      </w:r>
      <w:r>
        <w:rPr>
          <w:sz w:val="20"/>
        </w:rPr>
        <w:t>45:51  Aur woh jab jabhi khatam hogi jab ke aap ke andar anti-self thinking aa jaye, warna khatam hi nahin hogi.</w:t>
      </w:r>
    </w:p>
    <w:p>
      <w:pPr>
        <w:pStyle w:val="Heading2"/>
      </w:pPr>
      <w:r>
        <w:t>Cow and rose culture teachings on converting hate to love</w:t>
      </w:r>
    </w:p>
    <w:p>
      <w:r>
        <w:rPr>
          <w:color w:val="666666"/>
          <w:sz w:val="18"/>
        </w:rPr>
        <w:t>Islam and Sufism (Islam and Spirituality) (English) February 28, 2008 · 5m 52s · at 26:51 · https://youtu.be/6UGAPDfrS2w?t=1611</w:t>
      </w:r>
    </w:p>
    <w:p>
      <w:r>
        <w:rPr>
          <w:i/>
        </w:rPr>
        <w:t>“God has given a demonstration in the form of a cow”</w:t>
      </w:r>
    </w:p>
    <w:p>
      <w:r>
        <w:rPr>
          <w:sz w:val="20"/>
        </w:rPr>
        <w:t>26:51  So God has given a demonstration in, in, in for example, in the, in the form of cow, C, C O W cow.</w:t>
      </w:r>
      <w:r>
        <w:br/>
      </w:r>
      <w:r>
        <w:rPr>
          <w:sz w:val="20"/>
        </w:rPr>
        <w:t>27:02  God has created cow. What is cow? You know, cow eats grass and return milk.</w:t>
      </w:r>
      <w:r>
        <w:br/>
      </w:r>
      <w:r>
        <w:rPr>
          <w:sz w:val="20"/>
        </w:rPr>
        <w:t>27:13  Cow is an, cow is a divine industry. Cow is a divine industry that is able to convert grass into milk.</w:t>
      </w:r>
      <w:r>
        <w:br/>
      </w:r>
      <w:r>
        <w:rPr>
          <w:sz w:val="20"/>
        </w:rPr>
        <w:t>27:23  In other words, cow is able to convert non milk into milk. This is cow culture. So God have created cow culture and we have to imitate cow.</w:t>
      </w:r>
      <w:r>
        <w:br/>
      </w:r>
      <w:r>
        <w:rPr>
          <w:sz w:val="20"/>
        </w:rPr>
        <w:t>27:37  This kind, we have to develop this kind of, of sub kesigseti. How it is possible?</w:t>
      </w:r>
      <w:r>
        <w:br/>
      </w:r>
      <w:r>
        <w:rPr>
          <w:sz w:val="20"/>
        </w:rPr>
        <w:t>27:46  It is possible through mind.</w:t>
      </w:r>
      <w:r>
        <w:br/>
      </w:r>
      <w:r>
        <w:rPr>
          <w:sz w:val="20"/>
        </w:rPr>
        <w:t>27:50  There is a verse in the Quran: "Ma" it means that when they, when they, when they fail in some kind of negative thought, they are able to convert into positive thought.</w:t>
      </w:r>
      <w:r>
        <w:br/>
      </w:r>
      <w:r>
        <w:rPr>
          <w:sz w:val="20"/>
        </w:rPr>
        <w:t>28:11  You know, once a person came to the Prophet of Islam, he asked: "O Prophet, give me a master advice by which I may be able to manage all the affairs of my life?" It was very interesting question.</w:t>
      </w:r>
      <w:r>
        <w:br/>
      </w:r>
      <w:r>
        <w:rPr>
          <w:sz w:val="20"/>
        </w:rPr>
        <w:t>28:32  He wanted a master key to manage the affairs of life.</w:t>
      </w:r>
      <w:r>
        <w:br/>
      </w:r>
      <w:r>
        <w:rPr>
          <w:sz w:val="20"/>
        </w:rPr>
        <w:t>28:39  Prophet of Islam said: "La taghab, don't be angry, don't be angry." It means don't be angry even when provoked.</w:t>
      </w:r>
      <w:r>
        <w:br/>
      </w:r>
      <w:r>
        <w:rPr>
          <w:sz w:val="20"/>
        </w:rPr>
        <w:t>28:55  Don't be angry even when provoked. So this is the true spirituality. Christ said the same in this words: "Love your enemy,</w:t>
      </w:r>
      <w:r>
        <w:br/>
      </w:r>
      <w:r>
        <w:rPr>
          <w:sz w:val="20"/>
        </w:rPr>
        <w:t>29:07  Love your enemy" means love all including your enemy. How is, how this kind of ethics is possible?</w:t>
      </w:r>
      <w:r>
        <w:br/>
      </w:r>
      <w:r>
        <w:rPr>
          <w:sz w:val="20"/>
        </w:rPr>
        <w:t>29:17  This love culture, how this culture is possible? It requires, it requires the quality of conversion, the same divine quality.</w:t>
      </w:r>
      <w:r>
        <w:br/>
      </w:r>
      <w:r>
        <w:rPr>
          <w:sz w:val="20"/>
        </w:rPr>
        <w:t>29:31  the quality of conversion</w:t>
      </w:r>
      <w:r>
        <w:br/>
      </w:r>
      <w:r>
        <w:rPr>
          <w:sz w:val="20"/>
        </w:rPr>
        <w:t>29:35  you have to convert negativity into positivity. you have to convert anger into forgiveness. you have to convert hate into love.</w:t>
      </w:r>
      <w:r>
        <w:br/>
      </w:r>
      <w:r>
        <w:rPr>
          <w:sz w:val="20"/>
        </w:rPr>
        <w:t>29:46  this is required by you. god have give us enormous quality in term of mind. so you have to convert, you have to do this.</w:t>
      </w:r>
      <w:r>
        <w:br/>
      </w:r>
      <w:r>
        <w:rPr>
          <w:sz w:val="20"/>
        </w:rPr>
        <w:t>30:01  so this is the test</w:t>
      </w:r>
      <w:r>
        <w:br/>
      </w:r>
      <w:r>
        <w:rPr>
          <w:sz w:val="20"/>
        </w:rPr>
        <w:t>30:03  so spirituality is very much related to the creation plan of god. god created you and he settle you in this world and give us freedom.</w:t>
      </w:r>
      <w:r>
        <w:br/>
      </w:r>
      <w:r>
        <w:rPr>
          <w:sz w:val="20"/>
        </w:rPr>
        <w:t>30:20  and when there is freedom, there is miss you the freedom also. so every time you will experience some kind of negativity.</w:t>
      </w:r>
      <w:r>
        <w:br/>
      </w:r>
      <w:r>
        <w:rPr>
          <w:sz w:val="20"/>
        </w:rPr>
        <w:t>30:31  here is the test: you have to perform the same culture, which is already perform by cow. you have to adopt the cow culture.</w:t>
      </w:r>
      <w:r>
        <w:br/>
      </w:r>
      <w:r>
        <w:rPr>
          <w:sz w:val="20"/>
        </w:rPr>
        <w:t>30:42  that is, you have to ability to turn non milk into milk. you have evolve, you have develop that kind of ability to convert negativity into positivity,</w:t>
      </w:r>
      <w:r>
        <w:br/>
      </w:r>
      <w:r>
        <w:rPr>
          <w:sz w:val="20"/>
        </w:rPr>
        <w:t>30:57  to convert hate into love. this is the test. only those people can stand in this test who have the quality of spirituality.</w:t>
      </w:r>
      <w:r>
        <w:br/>
      </w:r>
      <w:r>
        <w:rPr>
          <w:sz w:val="20"/>
        </w:rPr>
        <w:t>31:13  otherwise, it is not possible. god has given demonstration of all this things in this nature.</w:t>
      </w:r>
      <w:r>
        <w:br/>
      </w:r>
      <w:r>
        <w:rPr>
          <w:sz w:val="20"/>
        </w:rPr>
        <w:t>31:23  you see, there is a rose plant</w:t>
      </w:r>
      <w:r>
        <w:br/>
      </w:r>
      <w:r>
        <w:rPr>
          <w:sz w:val="20"/>
        </w:rPr>
        <w:t>31:26  what is rose plant? in every branch of rose plant, you see a beautiful flower. at the same time, there are thorns.</w:t>
      </w:r>
      <w:r>
        <w:br/>
      </w:r>
      <w:r>
        <w:rPr>
          <w:sz w:val="20"/>
        </w:rPr>
        <w:t>31:39  at the same time, there are thoughts. it means that rose plant is able to live.</w:t>
      </w:r>
      <w:r>
        <w:br/>
      </w:r>
      <w:r>
        <w:rPr>
          <w:sz w:val="20"/>
        </w:rPr>
        <w:t>31:47  rose plant, although has beautiful flowers, but it has the ability to live with thoughts.</w:t>
      </w:r>
      <w:r>
        <w:br/>
      </w:r>
      <w:r>
        <w:rPr>
          <w:sz w:val="20"/>
        </w:rPr>
        <w:t>31:55  so we have to prove this kind of culture, this kind of capacity, this kind of ability. if you are like a flower, if you are beautiful, you are very good in character, then you are a flower.</w:t>
      </w:r>
      <w:r>
        <w:br/>
      </w:r>
      <w:r>
        <w:rPr>
          <w:sz w:val="20"/>
        </w:rPr>
        <w:t>32:12  but you have to live with thoughts. you are not allowed to react. don't go to reaction.</w:t>
      </w:r>
      <w:r>
        <w:br/>
      </w:r>
      <w:r>
        <w:rPr>
          <w:sz w:val="20"/>
        </w:rPr>
        <w:t>32:22  so adopt the culture of rose plant. try to live with thoughts, even you are a flower.</w:t>
      </w:r>
      <w:r>
        <w:br/>
      </w:r>
      <w:r>
        <w:rPr>
          <w:sz w:val="20"/>
        </w:rPr>
        <w:t>32:35  so this is the social spirituality. this is the social spirituality or applied spirituality.</w:t>
      </w:r>
    </w:p>
    <w:p>
      <w:pPr>
        <w:pStyle w:val="Heading2"/>
      </w:pPr>
      <w:r>
        <w:t>A government officer investigates where the mission's money comes from</w:t>
      </w:r>
    </w:p>
    <w:p>
      <w:r>
        <w:rPr>
          <w:color w:val="666666"/>
          <w:sz w:val="18"/>
        </w:rPr>
        <w:t>Spirituality in Simple Living, High Thinking October 27, 2019 Maulana Wahiduddin Khan · 3m 57s · at 21:49 · https://youtu.be/Kr28g15eFr8?t=1309</w:t>
      </w:r>
    </w:p>
    <w:p>
      <w:r>
        <w:rPr>
          <w:i/>
        </w:rPr>
        <w:t>“People always ask me, where does your money come from?”</w:t>
      </w:r>
    </w:p>
    <w:p>
      <w:r>
        <w:rPr>
          <w:sz w:val="20"/>
        </w:rPr>
        <w:t>21:49  sab log pooch mujh se poochte hain, poochte the ke aap ko paisa kahan se aata?</w:t>
      </w:r>
      <w:r>
        <w:br/>
      </w:r>
      <w:r>
        <w:rPr>
          <w:sz w:val="20"/>
        </w:rPr>
        <w:t>22:00  paisa kahan se aata hai? to main aap ko ek qissa batata hoon.</w:t>
      </w:r>
      <w:r>
        <w:br/>
      </w:r>
      <w:r>
        <w:rPr>
          <w:sz w:val="20"/>
        </w:rPr>
        <w:t>22:07  hamare bade bete the, doctors of Islam, woh bahar bahar rehte the, bahar kai jagah rahe hain, woh Europe mein bhi rahe hain, Arab mein bhi rahe hain.</w:t>
      </w:r>
      <w:r>
        <w:br/>
      </w:r>
      <w:r>
        <w:rPr>
          <w:sz w:val="20"/>
        </w:rPr>
        <w:t>22:21  to aik martaba aik government ka afsar hamare paas aaya tha, inkari inkari karne ke liye ke paisa kahan se aata hai?</w:t>
      </w:r>
      <w:r>
        <w:br/>
      </w:r>
      <w:r>
        <w:rPr>
          <w:sz w:val="20"/>
        </w:rPr>
        <w:t>22:35  to us waqt mein rehta tha aik aur ghar mein. to bahar aik chota kamra tha, us mein hamara office tha, to woh mere sath office mein baitha hua tha.</w:t>
      </w:r>
      <w:r>
        <w:br/>
      </w:r>
      <w:r>
        <w:rPr>
          <w:sz w:val="20"/>
        </w:rPr>
        <w:t>22:52  to us ne poocha ke aap jo masjid chala rahe hain, magazine jaga rahe hain, kitabein chhaap rahe hain, to paisa kahan se aata hai aap ko?</w:t>
      </w:r>
      <w:r>
        <w:br/>
      </w:r>
      <w:r>
        <w:rPr>
          <w:sz w:val="20"/>
        </w:rPr>
        <w:t>23:03  to hamare jo baray bete thay, doctors of islam, woh apni maan ke sath andar baithe hue thay, andar apni maan ke sath aaye thay woh bahar se.</w:t>
      </w:r>
      <w:r>
        <w:br/>
      </w:r>
      <w:r>
        <w:rPr>
          <w:sz w:val="20"/>
        </w:rPr>
        <w:t>23:21  to unhon ne un ko pata chal gaya ke aik aaya hai government ka afsar, yeh poochh rah</w:t>
      </w:r>
      <w:r>
        <w:br/>
      </w:r>
      <w:r>
        <w:rPr>
          <w:sz w:val="20"/>
        </w:rPr>
        <w:t>23:29  a hai. to bahar aa gaye woh, bahar aa gaye woh. to wahan kursi khali thi, wahan baith gaye woh.</w:t>
      </w:r>
      <w:r>
        <w:br/>
      </w:r>
      <w:r>
        <w:rPr>
          <w:sz w:val="20"/>
        </w:rPr>
        <w:t>23:42  to khud hi khud bolay woh ke mein bas mein batata hoon aap ko is ka jawab mein deta hoon.</w:t>
      </w:r>
      <w:r>
        <w:br/>
      </w:r>
      <w:r>
        <w:rPr>
          <w:sz w:val="20"/>
        </w:rPr>
        <w:t>23:53  to doctors of islam ne apna passport nikala, kaha ke dekhiye, mein london mein rehta hoon, wahan mera job hai,</w:t>
      </w:r>
      <w:r>
        <w:br/>
      </w:r>
      <w:r>
        <w:rPr>
          <w:sz w:val="20"/>
        </w:rPr>
        <w:t>24:11  aur mein ne india mein falan bank mein apna non resident external account khola hai, non resident external account.</w:t>
      </w:r>
      <w:r>
        <w:br/>
      </w:r>
      <w:r>
        <w:rPr>
          <w:sz w:val="20"/>
        </w:rPr>
        <w:t>24:27  aur is zamane mein khushhal karti thi, yani woh government mein is bank ka aik slip deta tha, us pe likha rehta tha, us par saada slip hua karti thi, us pe likha tha itna paisa falan ko diya jaye,</w:t>
      </w:r>
      <w:r>
        <w:br/>
      </w:r>
      <w:r>
        <w:rPr>
          <w:sz w:val="20"/>
        </w:rPr>
        <w:t>24:45  pay to falan. ab to tareeqay naye naye ho gaye hain.</w:t>
      </w:r>
      <w:r>
        <w:br/>
      </w:r>
      <w:r>
        <w:rPr>
          <w:sz w:val="20"/>
        </w:rPr>
        <w:t>24:52  to unhon ne kaha ke mein india mein apna non resident external account khola hai, mein un ka beta hoon, aur un ko mein ne sign kar ke de diya hai,</w:t>
      </w:r>
      <w:r>
        <w:br/>
      </w:r>
      <w:r>
        <w:rPr>
          <w:sz w:val="20"/>
        </w:rPr>
        <w:t>25:07  saada slip par sign kar ke ke jab bhi aap ko zaroorat ho to mere account se paisa nikal li jiye.</w:t>
      </w:r>
      <w:r>
        <w:br/>
      </w:r>
      <w:r>
        <w:rPr>
          <w:sz w:val="20"/>
        </w:rPr>
        <w:t>25:15  to woh sahib hai, woh aadmi aisa itna hairaan hua ke chupke se uth ke bhaag gaya, kuch poocha hi nahi, poocha hi is ke baad,</w:t>
      </w:r>
      <w:r>
        <w:br/>
      </w:r>
      <w:r>
        <w:rPr>
          <w:sz w:val="20"/>
        </w:rPr>
        <w:t>25:29  poocha hi nahi.</w:t>
      </w:r>
      <w:r>
        <w:br/>
      </w:r>
      <w:r>
        <w:rPr>
          <w:sz w:val="20"/>
        </w:rPr>
        <w:t>25:34  aur is bete ki jo shadi mein ne ki thi, woh bhi aisi thi, bila kharch shadi. to dekhiye, simple living ka matlab kya hai?</w:t>
      </w:r>
    </w:p>
    <w:p>
      <w:pPr>
        <w:pStyle w:val="Heading2"/>
      </w:pPr>
      <w:r>
        <w:t>Thought management turns an ordinary mind into a superman</w:t>
      </w:r>
    </w:p>
    <w:p>
      <w:r>
        <w:rPr>
          <w:color w:val="666666"/>
          <w:sz w:val="18"/>
        </w:rPr>
        <w:t>Islam and Sufism (Islam and Spirituality) (English) February 28, 2008 · 27s · at 59:22 · https://youtu.be/6UGAPDfrS2w?t=3562</w:t>
      </w:r>
    </w:p>
    <w:p>
      <w:r>
        <w:rPr>
          <w:i/>
        </w:rPr>
        <w:t>“Develop the art of thought management, become a superman”</w:t>
      </w:r>
    </w:p>
    <w:p>
      <w:r>
        <w:rPr>
          <w:sz w:val="20"/>
        </w:rPr>
        <w:t>59:22  So it is, it is, it is the art of thought management. Develop in yourself the art of thought management, and you will be a superman.</w:t>
      </w:r>
      <w:r>
        <w:br/>
      </w:r>
      <w:r>
        <w:rPr>
          <w:sz w:val="20"/>
        </w:rPr>
        <w:t>59:37  Thought management, by adopting the art of thought management, a mind becomes a superman.</w:t>
      </w:r>
    </w:p>
    <w:p>
      <w:pPr>
        <w:pStyle w:val="Heading2"/>
      </w:pPr>
      <w:r>
        <w:t>Distraction beyond bare need</w:t>
      </w:r>
    </w:p>
    <w:p>
      <w:r>
        <w:rPr>
          <w:color w:val="666666"/>
          <w:sz w:val="18"/>
        </w:rPr>
        <w:t>God and Man (In Conversation with Maulana) 01 04 07 · 21s · at 15:51 · https://youtu.be/2HlIEnmDdPo?t=951</w:t>
      </w:r>
    </w:p>
    <w:p>
      <w:r>
        <w:rPr>
          <w:i/>
        </w:rPr>
        <w:t>“Koi bhi doosri cheez bare need ke siwa”</w:t>
      </w:r>
    </w:p>
    <w:p>
      <w:r>
        <w:rPr>
          <w:sz w:val="20"/>
        </w:rPr>
        <w:t>15:51  ke koi bhi doosri cheez yani bare need ke siwa woh distraction hai</w:t>
      </w:r>
      <w:r>
        <w:br/>
      </w:r>
      <w:r>
        <w:rPr>
          <w:sz w:val="20"/>
        </w:rPr>
        <w:t>16:02  jo meri bilkul hi zaroori need hai. bas wahan tak mujhe rehna chahiye. is se aagay main gaya to distraction ban jaye ga woh.</w:t>
      </w:r>
    </w:p>
    <w:p>
      <w:pPr>
        <w:pStyle w:val="Heading2"/>
      </w:pPr>
      <w:r>
        <w:t>Hypocrite's lack of self-awareness</w:t>
      </w:r>
    </w:p>
    <w:p>
      <w:r>
        <w:rPr>
          <w:color w:val="666666"/>
          <w:sz w:val="18"/>
        </w:rPr>
        <w:t>Dars-e-Quran, Chapter 2,  Vs 7-19 | July 26,  2015 · 1m 31s · at 12:59 · https://youtu.be/O71wvnrbnXU?t=779</w:t>
      </w:r>
    </w:p>
    <w:p>
      <w:r>
        <w:rPr>
          <w:i/>
        </w:rPr>
        <w:t>“A person in hypocrisy has no awareness of it.”</w:t>
      </w:r>
    </w:p>
    <w:p>
      <w:r>
        <w:rPr>
          <w:sz w:val="20"/>
        </w:rPr>
        <w:t>12:59  or karte hue meri samaj mein ek baat aati hai ke jo aadmi nifaq ki halat mein ho us ko apne nifaq ka sho'oor nahin hota. sho'oor nahin hota. is barabar is mein woh isi par qaim rehta hai. woh is se tauba nahin karta.</w:t>
      </w:r>
      <w:r>
        <w:br/>
      </w:r>
      <w:r>
        <w:rPr>
          <w:sz w:val="20"/>
        </w:rPr>
        <w:t>13:29  to shaoor kyon nahin hota? dekhen shaoor ek aisi cheez hai jo jo yaani qasdan aap is par</w:t>
      </w:r>
      <w:r>
        <w:br/>
      </w:r>
      <w:r>
        <w:rPr>
          <w:sz w:val="20"/>
        </w:rPr>
        <w:t>13:37  sochhen, qasdan apne aap ko check karen, qasdan aap ki apni galtiyon ko daryaft karne ki koshish karen,</w:t>
      </w:r>
      <w:r>
        <w:br/>
      </w:r>
      <w:r>
        <w:rPr>
          <w:sz w:val="20"/>
        </w:rPr>
        <w:t>13:45  tab aap janenge apne aap ko.</w:t>
      </w:r>
      <w:r>
        <w:br/>
      </w:r>
      <w:r>
        <w:rPr>
          <w:sz w:val="20"/>
        </w:rPr>
        <w:t>13:52  agar aisa nahin hai, is qism ka process aap ke andar jaari nahin hai</w:t>
      </w:r>
      <w:r>
        <w:br/>
      </w:r>
      <w:r>
        <w:rPr>
          <w:sz w:val="20"/>
        </w:rPr>
        <w:t>14:00  to aap apni galtiyon ke liye be be khabar ho jayenge.</w:t>
      </w:r>
      <w:r>
        <w:br/>
      </w:r>
      <w:r>
        <w:rPr>
          <w:sz w:val="20"/>
        </w:rPr>
        <w:t>14:04  main samjhen ke main to theek hoon.</w:t>
      </w:r>
      <w:r>
        <w:br/>
      </w:r>
      <w:r>
        <w:rPr>
          <w:sz w:val="20"/>
        </w:rPr>
        <w:t>14:09  main to theek hoon.</w:t>
      </w:r>
      <w:r>
        <w:br/>
      </w:r>
      <w:r>
        <w:rPr>
          <w:sz w:val="20"/>
        </w:rPr>
        <w:t>14:13  misalan aap dress mein aur identity mein apne ko khoob theek theek theek thaak banaye hue hon aur</w:t>
      </w:r>
      <w:r>
        <w:br/>
      </w:r>
      <w:r>
        <w:rPr>
          <w:sz w:val="20"/>
        </w:rPr>
        <w:t>14:17  log aap ko samajhte hain ke yeh to bade achhe log hain.</w:t>
      </w:r>
      <w:r>
        <w:br/>
      </w:r>
      <w:r>
        <w:rPr>
          <w:sz w:val="20"/>
        </w:rPr>
        <w:t>14:22  to is se aap to is se aadmi jo hai ek tarah ki be shaoori mein mubtala ho jata hai.</w:t>
      </w:r>
      <w:r>
        <w:br/>
      </w:r>
      <w:r>
        <w:rPr>
          <w:sz w:val="20"/>
        </w:rPr>
        <w:t>14:26  yaani haqeeqat mein to kuch aur hai aur samajhne lagta hai kuch aur.</w:t>
      </w:r>
    </w:p>
    <w:p>
      <w:pPr>
        <w:pStyle w:val="Heading2"/>
      </w:pPr>
      <w:r>
        <w:t>Simple weddings funded his entire life mission</w:t>
      </w:r>
    </w:p>
    <w:p>
      <w:r>
        <w:rPr>
          <w:color w:val="666666"/>
          <w:sz w:val="18"/>
        </w:rPr>
        <w:t>Spirituality in Simple Living, High Thinking October 27, 2019 Maulana Wahiduddin Khan · 2m 39s · at 19:10 · https://youtu.be/Kr28g15eFr8?t=1150</w:t>
      </w:r>
    </w:p>
    <w:p>
      <w:r>
        <w:rPr>
          <w:i/>
        </w:rPr>
        <w:t>“A neighbor came asking, so when is the wedding?”</w:t>
      </w:r>
    </w:p>
    <w:p>
      <w:r>
        <w:rPr>
          <w:sz w:val="20"/>
        </w:rPr>
        <w:t>19:10  ek bete ki shadi ka qissa batata hoon aap ko ke hamare pados mein ek sahab rehte the, parmoth kumar batra, hamare pados mein the woh.</w:t>
      </w:r>
      <w:r>
        <w:br/>
      </w:r>
      <w:r>
        <w:rPr>
          <w:sz w:val="20"/>
        </w:rPr>
        <w:t>19:25  ab un ka death ho gayi</w:t>
      </w:r>
      <w:r>
        <w:br/>
      </w:r>
      <w:r>
        <w:rPr>
          <w:sz w:val="20"/>
        </w:rPr>
        <w:t>19:29  to kis tareeqe se un ko maloom ho gaya ke hamare bete ki shadi hai?</w:t>
      </w:r>
      <w:r>
        <w:br/>
      </w:r>
      <w:r>
        <w:rPr>
          <w:sz w:val="20"/>
        </w:rPr>
        <w:t>19:40  to koi invite nahi kiya tha hum ne kisi ko, kisi ko bhi nahi. to un ko pata chal gaya tha, to woh padosi ke nate woh aa gaye hamare paas.</w:t>
      </w:r>
      <w:r>
        <w:br/>
      </w:r>
      <w:r>
        <w:rPr>
          <w:sz w:val="20"/>
        </w:rPr>
        <w:t>19:56  to baithe hue the, baithe hue the, baithe hue the. to kuch der ke baad kehte hain ke bhai nikah kab hoga?</w:t>
      </w:r>
      <w:r>
        <w:br/>
      </w:r>
      <w:r>
        <w:rPr>
          <w:sz w:val="20"/>
        </w:rPr>
        <w:t>20:07  maine kaha woh to ho gaya, woh to ho gaya, kyunke saada tareeqe se maine nikah padha diya.</w:t>
      </w:r>
      <w:r>
        <w:br/>
      </w:r>
      <w:r>
        <w:rPr>
          <w:sz w:val="20"/>
        </w:rPr>
        <w:t>20:18  koi khane peene ki dhoom nahi, koi kisi ki kisi ki rasam nahi, kuch bhi nahi.</w:t>
      </w:r>
      <w:r>
        <w:br/>
      </w:r>
      <w:r>
        <w:rPr>
          <w:sz w:val="20"/>
        </w:rPr>
        <w:t>20:30  to un ko taajjub hua ke yeh kaisi shadi thi?</w:t>
      </w:r>
      <w:r>
        <w:br/>
      </w:r>
      <w:r>
        <w:rPr>
          <w:sz w:val="20"/>
        </w:rPr>
        <w:t>20:37  to jante hain is ka faida kya mujhe mujhe mila?</w:t>
      </w:r>
      <w:r>
        <w:br/>
      </w:r>
      <w:r>
        <w:rPr>
          <w:sz w:val="20"/>
        </w:rPr>
        <w:t>20:46  yani panch saada shadiyon ka faida kya mila</w:t>
      </w:r>
      <w:r>
        <w:br/>
      </w:r>
      <w:r>
        <w:rPr>
          <w:sz w:val="20"/>
        </w:rPr>
        <w:t>20:54  ke main ek mission chala saka, yeh mission jo aap jante hain aaj CPS.</w:t>
      </w:r>
      <w:r>
        <w:br/>
      </w:r>
      <w:r>
        <w:rPr>
          <w:sz w:val="20"/>
        </w:rPr>
        <w:t>21:06  to meri sara attention, mera sara paisa, jo kuch bhi mere paas tha, sab kuch main laga saka mission mein.</w:t>
      </w:r>
      <w:r>
        <w:br/>
      </w:r>
      <w:r>
        <w:rPr>
          <w:sz w:val="20"/>
        </w:rPr>
        <w:t>21:23  koi doosra kharche hi nahi, koi doosra mera focus hi nahi, koi doosra mera concern hi nahi.</w:t>
      </w:r>
      <w:r>
        <w:br/>
      </w:r>
      <w:r>
        <w:rPr>
          <w:sz w:val="20"/>
        </w:rPr>
        <w:t>21:39  to poora apna aap ko main jhonk diya mission mein.</w:t>
      </w:r>
    </w:p>
    <w:p>
      <w:pPr>
        <w:pStyle w:val="Heading2"/>
      </w:pPr>
      <w:r>
        <w:t>Developing mind to extract spiritual lessons from nature</w:t>
      </w:r>
    </w:p>
    <w:p>
      <w:r>
        <w:rPr>
          <w:color w:val="666666"/>
          <w:sz w:val="18"/>
        </w:rPr>
        <w:t>Spirituality in Daily Life 13 Aug 2016 - Maulana Wahiduddin Khan · 2m 05s · at 13:01 · https://youtu.be/SB0AF0Q9aTE?t=781</w:t>
      </w:r>
    </w:p>
    <w:p>
      <w:r>
        <w:rPr>
          <w:i/>
        </w:rPr>
        <w:t>“Mai bataun ki pehla kaam hai mind ko develop karna.”</w:t>
      </w:r>
    </w:p>
    <w:p>
      <w:r>
        <w:rPr>
          <w:sz w:val="20"/>
        </w:rPr>
        <w:t>13:01  to main bataoon ki pehla kaam hai mind ko, mind ko develop, develop karna. maslan, main ek, mere ghar ke saamne ek, ek, ek darakht hai. to usmein</w:t>
      </w:r>
      <w:r>
        <w:br/>
      </w:r>
      <w:r>
        <w:rPr>
          <w:sz w:val="20"/>
        </w:rPr>
        <w:t>13:18  phool khile hue the. kai phool ka ek, ek khosa tha. main utha hokar usko dekhne laga. to itni beauty thi, itni beauty thi, itni beauty thi. main hairaan tha</w:t>
      </w:r>
      <w:r>
        <w:br/>
      </w:r>
      <w:r>
        <w:rPr>
          <w:sz w:val="20"/>
        </w:rPr>
        <w:t>13:34  ki kya yeh beauty koi phool apne aap apne andar paida kar sakta hai. to mere saath possible nahin hai. to itni zabardast,</w:t>
      </w:r>
      <w:r>
        <w:br/>
      </w:r>
      <w:r>
        <w:rPr>
          <w:sz w:val="20"/>
        </w:rPr>
        <w:t>13:49  beautiful cheez apne aap kaise ban jayegi? to zaroor hai koi creator ho.</w:t>
      </w:r>
      <w:r>
        <w:br/>
      </w:r>
      <w:r>
        <w:rPr>
          <w:sz w:val="20"/>
        </w:rPr>
        <w:t>13:55  phir maine socha ki ye darakht shuru mein kya hai? tana hai, stem hai, phir branches hain, phir pattiyan hain. usi mein kaante bhi hain. in cheezon ke darmiyan ek cheez nikalti hai, phool,</w:t>
      </w:r>
      <w:r>
        <w:br/>
      </w:r>
      <w:r>
        <w:rPr>
          <w:sz w:val="20"/>
        </w:rPr>
        <w:t>14:13  jo bilkul differently, bahut hi zyada beautiful hoti hai. to kya us phool ke andar mere liye ek content tha, ek,</w:t>
      </w:r>
      <w:r>
        <w:br/>
      </w:r>
      <w:r>
        <w:rPr>
          <w:sz w:val="20"/>
        </w:rPr>
        <w:t>14:28  ek nectar tha,</w:t>
      </w:r>
      <w:r>
        <w:br/>
      </w:r>
      <w:r>
        <w:rPr>
          <w:sz w:val="20"/>
        </w:rPr>
        <w:t>14:30  jisne mujhe bataya ki duniya ka zaroor koi creator hai. agar creator na ho, to kaisi aisi beautiful cheez ban sakti hai?</w:t>
      </w:r>
      <w:r>
        <w:br/>
      </w:r>
      <w:r>
        <w:rPr>
          <w:sz w:val="20"/>
        </w:rPr>
        <w:t>14:42  to ye, ye jo aap develop karein, is tarah ka mind,</w:t>
      </w:r>
      <w:r>
        <w:br/>
      </w:r>
      <w:r>
        <w:rPr>
          <w:sz w:val="20"/>
        </w:rPr>
        <w:t>14:47  to phir aapko ek permanent life mil jati hai, spiritual life. phir kabhi boring nahin aati. ye mere liye sirf suni hui baat nahin hai, balki main daily iska</w:t>
      </w:r>
      <w:r>
        <w:br/>
      </w:r>
      <w:r>
        <w:rPr>
          <w:sz w:val="20"/>
        </w:rPr>
        <w:t>15:03  tazurba karta hoon.</w:t>
      </w:r>
    </w:p>
    <w:p>
      <w:pPr>
        <w:pStyle w:val="Heading2"/>
      </w:pPr>
      <w:r>
        <w:t>Distinct languages of Quran and Hadith</w:t>
      </w:r>
    </w:p>
    <w:p>
      <w:r>
        <w:rPr>
          <w:color w:val="666666"/>
          <w:sz w:val="18"/>
        </w:rPr>
        <w:t>Islam and Peace (In Conversation with Maulana) 23 11 2008 · 37s · at 6:05 · https://youtu.be/CyS3i4AlGfs?t=365</w:t>
      </w:r>
    </w:p>
    <w:p>
      <w:r>
        <w:rPr>
          <w:i/>
        </w:rPr>
        <w:t>“Very clearly, both languages are distinct.”</w:t>
      </w:r>
    </w:p>
    <w:p>
      <w:r>
        <w:rPr>
          <w:sz w:val="20"/>
        </w:rPr>
        <w:t>6:05  to bohat aasani se samajh sakta hai is baat ko. kyunkay jab aap quran ko parhtay hain aur hadith ko parhtay hain. to bohat hi clear tor par dono ki language alag alag hoti hai.</w:t>
      </w:r>
      <w:r>
        <w:br/>
      </w:r>
      <w:r>
        <w:rPr>
          <w:sz w:val="20"/>
        </w:rPr>
        <w:t>6:15  aik dam clear tor par. yeh koi nahin keh sakta ke dono aik hi insan ka kalam hai. quran ki language aik dam alag hai.</w:t>
      </w:r>
      <w:r>
        <w:br/>
      </w:r>
      <w:r>
        <w:rPr>
          <w:sz w:val="20"/>
        </w:rPr>
        <w:t>6:26  aur hadith ki language bilkul alag hai. apnay style ke aitbar se. style ke aitbar se. to yeh aik haqeeqat hai ke quran jo hai woh preserve hai unhi shabdon mein jin shabdon mein utra tha woh.</w:t>
      </w:r>
    </w:p>
    <w:p>
      <w:pPr>
        <w:pStyle w:val="Heading2"/>
      </w:pPr>
      <w:r>
        <w:t>Prophet as messenger and Hadith secondary</w:t>
      </w:r>
    </w:p>
    <w:p>
      <w:r>
        <w:rPr>
          <w:color w:val="666666"/>
          <w:sz w:val="18"/>
        </w:rPr>
        <w:t>Islam and Peace (In Conversation with Maulana) 23 11 2008 · 1m 51s · at 7:32 · https://youtu.be/CyS3i4AlGfs?t=452</w:t>
      </w:r>
    </w:p>
    <w:p>
      <w:r>
        <w:rPr>
          <w:i/>
        </w:rPr>
        <w:t>“The Prophet was a messenger, not a divine being.”</w:t>
      </w:r>
    </w:p>
    <w:p>
      <w:r>
        <w:rPr>
          <w:sz w:val="20"/>
        </w:rPr>
        <w:t>7:32  yeh aap ne bilkul sahi kaha ke prophet messenger thay. messenger of god. woh divine being nahi thay. bilkul nahi.</w:t>
      </w:r>
      <w:r>
        <w:br/>
      </w:r>
      <w:r>
        <w:rPr>
          <w:sz w:val="20"/>
        </w:rPr>
        <w:t>7:42  koi agar manta ho toh galat manta hai woh. woh insan thay. hal kuntu illa basharun rasoolan. insan thay aur messenger thay bas.</w:t>
      </w:r>
      <w:r>
        <w:br/>
      </w:r>
      <w:r>
        <w:rPr>
          <w:sz w:val="20"/>
        </w:rPr>
        <w:t>7:53  toh is wajah se</w:t>
      </w:r>
      <w:r>
        <w:br/>
      </w:r>
      <w:r>
        <w:rPr>
          <w:sz w:val="20"/>
        </w:rPr>
        <w:t>7:56  mein samajhta hoon ke jo scholars hain woh yeh nahi mante hain ke dono ka darja ek hai. isko secondary batate hain.</w:t>
      </w:r>
      <w:r>
        <w:br/>
      </w:r>
      <w:r>
        <w:rPr>
          <w:sz w:val="20"/>
        </w:rPr>
        <w:t>8:06  yani quran ko primary batate hain aur isko secondary batate hain. yani jo cheez quran se na nikle aur hadith se nikle toh usko nahi mana jayega. usko nahi mana jayega.</w:t>
      </w:r>
      <w:r>
        <w:br/>
      </w:r>
      <w:r>
        <w:rPr>
          <w:sz w:val="20"/>
        </w:rPr>
        <w:t>8:17  jise mein ek misaal ek example deta hoon aap ko. ke kuch log ek hadith sunate hain. mein ne dekhi woh fabricated hai.</w:t>
      </w:r>
      <w:r>
        <w:br/>
      </w:r>
      <w:r>
        <w:rPr>
          <w:sz w:val="20"/>
        </w:rPr>
        <w:t>8:27  ke as-salihu lil-lahu wat-talu hu li.</w:t>
      </w:r>
      <w:r>
        <w:br/>
      </w:r>
      <w:r>
        <w:rPr>
          <w:sz w:val="20"/>
        </w:rPr>
        <w:t>8:34  yani bure log jo hain unka ab mein salvation ka zimmedar hoon. achhe log jo hain unko khuda salvation dega. bilkul ek bilkul hi absurd baat hai yeh.</w:t>
      </w:r>
      <w:r>
        <w:br/>
      </w:r>
      <w:r>
        <w:rPr>
          <w:sz w:val="20"/>
        </w:rPr>
        <w:t>8:44  iska na hadith se koi taluq hai na na quran se koi taluq hai. toh hum mein yeh kahunga ke jo achhe scholars hain woh yeh mante hain ke hamesha judge kiya jayega quran se.</w:t>
      </w:r>
      <w:r>
        <w:br/>
      </w:r>
      <w:r>
        <w:rPr>
          <w:sz w:val="20"/>
        </w:rPr>
        <w:t>8:58  dono ko ekal darja nahi diya jayega. quran se judge kiya jayega. agar quran par poora utrega tabhi hum manenge ke yeh yeh sahi hai.</w:t>
      </w:r>
      <w:r>
        <w:br/>
      </w:r>
      <w:r>
        <w:rPr>
          <w:sz w:val="20"/>
        </w:rPr>
        <w:t>9:09  nahi toh usko discard kar denge. toh aap ka question jo hai mein samajhta hoon ke koi theek question hai aap ka. aur mein isko sirf mein ne isko thoda sa explain kiya hai aap ke question ko.</w:t>
      </w:r>
    </w:p>
    <w:p>
      <w:pPr>
        <w:pStyle w:val="Heading2"/>
      </w:pPr>
      <w:r>
        <w:t>Proper observance of Prophet's birthday</w:t>
      </w:r>
    </w:p>
    <w:p>
      <w:r>
        <w:rPr>
          <w:color w:val="666666"/>
          <w:sz w:val="18"/>
        </w:rPr>
        <w:t>God and Man (In Conversation with Maulana) 01 04 07 · 3m 49s · at 5:48 · https://youtu.be/2HlIEnmDdPo?t=348</w:t>
      </w:r>
    </w:p>
    <w:p>
      <w:r>
        <w:rPr>
          <w:i/>
        </w:rPr>
        <w:t>“Generally kya hota hai aaj ke din”</w:t>
      </w:r>
    </w:p>
    <w:p>
      <w:r>
        <w:rPr>
          <w:sz w:val="20"/>
        </w:rPr>
        <w:t>5:48  generally kya hota hai aaj ke din ki Prophet ka charcha karte hain log, usmein naatein padhte hain, fazail bayan karte hain, aur sarwar-e-kaenat, fakhr-e-maujudat,</w:t>
      </w:r>
      <w:r>
        <w:br/>
      </w:r>
      <w:r>
        <w:rPr>
          <w:sz w:val="20"/>
        </w:rPr>
        <w:t>6:02  aur saare alam ka yani nizam ka Rasool Allah chala rahe hain. ab isko keh kar ke aap pride lete hain, pride, to yeh sab mein dekhein, bilkul baseless hai.</w:t>
      </w:r>
      <w:r>
        <w:br/>
      </w:r>
      <w:r>
        <w:rPr>
          <w:sz w:val="20"/>
        </w:rPr>
        <w:t>6:15  ekdam hi baseless hai. koi Quran mein, na hadith mein, na is par koi reward milne wala hai. kuch bhi nahi. cheez yeh hai ki Rasool Allah ko bataya gaya Quran mein uswa.</w:t>
      </w:r>
      <w:r>
        <w:br/>
      </w:r>
      <w:r>
        <w:rPr>
          <w:sz w:val="20"/>
        </w:rPr>
        <w:t>6:26  Laqad kana lakum fi Rasool Allah uswatun hasanah yani model. model. to main samajhta hoon ki aaj sabse zyada zaroori yeh hai ki hum compare karein apne aaj ki zindagi ko Rasool Allah ki zindagi se.</w:t>
      </w:r>
      <w:r>
        <w:br/>
      </w:r>
      <w:r>
        <w:rPr>
          <w:sz w:val="20"/>
        </w:rPr>
        <w:t>6:43  yeh sabse bada kaam hai. matlab isko main kahunga ki aaj ka din hai introspection ka din hai. aaj ka din hai reassessment ka din hai.</w:t>
      </w:r>
      <w:r>
        <w:br/>
      </w:r>
      <w:r>
        <w:rPr>
          <w:sz w:val="20"/>
        </w:rPr>
        <w:t>6:52  aaj ka din hai reexamination ka din hai. ki what was wrong with us?</w:t>
      </w:r>
      <w:r>
        <w:br/>
      </w:r>
      <w:r>
        <w:rPr>
          <w:sz w:val="20"/>
        </w:rPr>
        <w:t>6:59  kyun aisa hai ki Rasool Allah ke uswa ko pakad kar ke aur log jo the pehle, unhein kamyabi mili aur aaj hum duniya mein zaleel-o-khawar ho rahe hain?</w:t>
      </w:r>
      <w:r>
        <w:br/>
      </w:r>
      <w:r>
        <w:rPr>
          <w:sz w:val="20"/>
        </w:rPr>
        <w:t>7:08  to bajaye iske ki aap naatein padh kar ke aur Rasool Allah ke yani fazail bayan kar ke aur qisse kahaniyan, baseless kahaniyan bayan kar ke khush hon, yeh sab bilkul bekar hai.</w:t>
      </w:r>
      <w:r>
        <w:br/>
      </w:r>
      <w:r>
        <w:rPr>
          <w:sz w:val="20"/>
        </w:rPr>
        <w:t>7:22  aap baithiye reassess karne ke liye. aur reassessment yahi hai ki apni zindagi ko aap compare kar ke dekhiye Rasool Allah ki zindagi se ki kya zindagi unki thi, kya zindagi hamari hai.</w:t>
      </w:r>
      <w:r>
        <w:br/>
      </w:r>
      <w:r>
        <w:rPr>
          <w:sz w:val="20"/>
        </w:rPr>
        <w:t>7:37  jaise aaj maine bataya aap ko ki Rasool Allah ka tareeqa yeh tha ki negative situation ya negative experience aap ko hua to aap ne positive response diya.</w:t>
      </w:r>
      <w:r>
        <w:br/>
      </w:r>
      <w:r>
        <w:rPr>
          <w:sz w:val="20"/>
        </w:rPr>
        <w:t>7:49  aaj aap kya ulta kar rahe hain? aap</w:t>
      </w:r>
      <w:r>
        <w:br/>
      </w:r>
      <w:r>
        <w:rPr>
          <w:sz w:val="20"/>
        </w:rPr>
        <w:t>7:52  hum ulta kar rahe hain. har negative experience ka negative response hai. aap poori poori hamari is dauraniye ki yani main samajhta hoon kam az kam do sau saal ki jo history hai Musalmanon ki, woh kya hai</w:t>
      </w:r>
      <w:r>
        <w:br/>
      </w:r>
      <w:r>
        <w:rPr>
          <w:sz w:val="20"/>
        </w:rPr>
        <w:t>8:07  ? sab jo hai negative reaction. bas aur kuch bhi nahi hai. to sabse zyada zaroori hai ki is baat ko hum yani maane.</w:t>
      </w:r>
      <w:r>
        <w:br/>
      </w:r>
      <w:r>
        <w:rPr>
          <w:sz w:val="20"/>
        </w:rPr>
        <w:t>8:19  mein samajhta hoon ke sab se bara tareeqa yeh hai ke aap keh sakein ke we were wrong. We were wrong.</w:t>
      </w:r>
      <w:r>
        <w:br/>
      </w:r>
      <w:r>
        <w:rPr>
          <w:sz w:val="20"/>
        </w:rPr>
        <w:t>8:27  We are not followers of Muhammad. Yeh hum keh sakein aaj ke din. Tab mein samajhta hoon ke bar</w:t>
      </w:r>
      <w:r>
        <w:br/>
      </w:r>
      <w:r>
        <w:rPr>
          <w:sz w:val="20"/>
        </w:rPr>
        <w:t>8:53  Is mein hum is ko khush hon is ko parh parh kar ke aur log speeches dete hain, fiery speeches.</w:t>
      </w:r>
      <w:r>
        <w:br/>
      </w:r>
      <w:r>
        <w:rPr>
          <w:sz w:val="20"/>
        </w:rPr>
        <w:t>9:03  Yeh sab bilkul bekar kaam hai. To mein yeh kahoon ga ke aaj ke din musalman yeh karein to wahi sahi hoga bar reliable ke apne aap ko compare karein rasool Allah se ke rasool Allah model thay, us woh thay ke hum kahan ghalti kar rakhi hai hum ne aur is ka correction, apne ko theek karna.</w:t>
      </w:r>
      <w:r>
        <w:br/>
      </w:r>
      <w:r>
        <w:rPr>
          <w:sz w:val="20"/>
        </w:rPr>
        <w:t>9:32  Yehi hai sahi tor par bar reliable.</w:t>
      </w:r>
    </w:p>
    <w:p>
      <w:pPr>
        <w:pStyle w:val="Heading2"/>
      </w:pPr>
      <w:r>
        <w:t>hadith: God is as you think of Him</w:t>
      </w:r>
    </w:p>
    <w:p>
      <w:r>
        <w:rPr>
          <w:color w:val="666666"/>
          <w:sz w:val="18"/>
        </w:rPr>
        <w:t>Discovery of Paradise March 22, 2015 · 42s · at 7:48 · https://youtu.be/2axrfd7sZkE?t=468</w:t>
      </w:r>
    </w:p>
    <w:p>
      <w:r>
        <w:rPr>
          <w:i/>
        </w:rPr>
        <w:t>“Hadith: 'Ana 'inda zanni 'abdi bi'”</w:t>
      </w:r>
    </w:p>
    <w:p>
      <w:r>
        <w:rPr>
          <w:sz w:val="20"/>
        </w:rPr>
        <w:t>7:48  to mein samajhta hoon. aur phir aik aik aik hadees hai ke "Ana inda zanni abd".</w:t>
      </w:r>
      <w:r>
        <w:br/>
      </w:r>
      <w:r>
        <w:rPr>
          <w:sz w:val="20"/>
        </w:rPr>
        <w:t>8:02  mein bande ke guman ke sath hoon to mere baray mein acha guman kare.</w:t>
      </w:r>
      <w:r>
        <w:br/>
      </w:r>
      <w:r>
        <w:rPr>
          <w:sz w:val="20"/>
        </w:rPr>
        <w:t>8:12  mein bande ke guman ke sath hoon to banda mere baray mein acha guman kare.</w:t>
      </w:r>
      <w:r>
        <w:br/>
      </w:r>
      <w:r>
        <w:rPr>
          <w:sz w:val="20"/>
        </w:rPr>
        <w:t>8:21  "Ana inda zanni abd".</w:t>
      </w:r>
    </w:p>
    <w:p>
      <w:pPr>
        <w:pStyle w:val="Heading2"/>
      </w:pPr>
      <w:r>
        <w:t>Love your enemy as spiritual formula</w:t>
      </w:r>
    </w:p>
    <w:p>
      <w:r>
        <w:rPr>
          <w:color w:val="666666"/>
          <w:sz w:val="18"/>
        </w:rPr>
        <w:t>IIC: How to Develop Spiritual Personality · 1m 00s · at 9:29 · https://youtu.be/-XrYpEYwk-Y?t=569</w:t>
      </w:r>
    </w:p>
    <w:p>
      <w:r>
        <w:rPr>
          <w:i/>
        </w:rPr>
        <w:t>“Love your enemy, best formula of spirituality”</w:t>
      </w:r>
    </w:p>
    <w:p>
      <w:r>
        <w:rPr>
          <w:sz w:val="20"/>
        </w:rPr>
        <w:t>9:29  love your enemy.</w:t>
      </w:r>
      <w:r>
        <w:br/>
      </w:r>
      <w:r>
        <w:rPr>
          <w:sz w:val="20"/>
        </w:rPr>
        <w:t>9:35  best formula hai spirituality ka.</w:t>
      </w:r>
      <w:r>
        <w:br/>
      </w:r>
      <w:r>
        <w:rPr>
          <w:sz w:val="20"/>
        </w:rPr>
        <w:t>9:41  main samajhta hoon ke yeh love your enemy.</w:t>
      </w:r>
      <w:r>
        <w:br/>
      </w:r>
      <w:r>
        <w:rPr>
          <w:sz w:val="20"/>
        </w:rPr>
        <w:t>9:47  magar what it means, kya matlab hai love your enemy ka? main samajhta hoon ke is ka matlab</w:t>
      </w:r>
      <w:r>
        <w:br/>
      </w:r>
      <w:r>
        <w:rPr>
          <w:sz w:val="20"/>
        </w:rPr>
        <w:t>9:53  yeh hai ke, is ka matlab yeh hai ke love your enemy by rising above the en</w:t>
      </w:r>
      <w:r>
        <w:br/>
      </w:r>
      <w:r>
        <w:rPr>
          <w:sz w:val="20"/>
        </w:rPr>
        <w:t>9:59  mity.</w:t>
      </w:r>
      <w:r>
        <w:br/>
      </w:r>
      <w:r>
        <w:rPr>
          <w:sz w:val="20"/>
        </w:rPr>
        <w:t>10:03  dushmani se ooper uth jao.</w:t>
      </w:r>
      <w:r>
        <w:br/>
      </w:r>
      <w:r>
        <w:rPr>
          <w:sz w:val="20"/>
        </w:rPr>
        <w:t>10:07  toh tum is aadmi ko samjho ke yeh toh, yaani mohabbat ke qabil aadmi hai.</w:t>
      </w:r>
      <w:r>
        <w:br/>
      </w:r>
      <w:r>
        <w:rPr>
          <w:sz w:val="20"/>
        </w:rPr>
        <w:t>10:12  love your enemy by rising beyond the enmity.</w:t>
      </w:r>
      <w:r>
        <w:br/>
      </w:r>
      <w:r>
        <w:rPr>
          <w:sz w:val="20"/>
        </w:rPr>
        <w:t>10:16  best formula hai yeh is, is, is, is spirituality ka jis ko main yahan, jis ke baray mein</w:t>
      </w:r>
      <w:r>
        <w:br/>
      </w:r>
      <w:r>
        <w:rPr>
          <w:sz w:val="20"/>
        </w:rPr>
        <w:t>10:20  main yahan kuch bolna chahta hoon.</w:t>
      </w:r>
      <w:r>
        <w:br/>
      </w:r>
      <w:r>
        <w:rPr>
          <w:sz w:val="20"/>
        </w:rPr>
        <w:t>10:25  lekin aap dekhiye ke kyun insaan mohabbat kare apne dushman se? yeh sawal phir bhi baqi rehta</w:t>
      </w:r>
    </w:p>
    <w:p>
      <w:pPr>
        <w:pStyle w:val="Heading2"/>
      </w:pPr>
      <w:r>
        <w:t>No paradise entry without self-purification</w:t>
      </w:r>
    </w:p>
    <w:p>
      <w:r>
        <w:rPr>
          <w:color w:val="666666"/>
          <w:sz w:val="18"/>
        </w:rPr>
        <w:t>Tazkiya-e-Nafs Book by Maulana Wahiduddin Khan · 45s · at 10:56 · https://youtu.be/LbGPnJWmj1A?t=656</w:t>
      </w:r>
    </w:p>
    <w:p>
      <w:r>
        <w:rPr>
          <w:i/>
        </w:rPr>
        <w:t>“Paighambar ka aik aham kaam tazkiya hai”</w:t>
      </w:r>
    </w:p>
    <w:p>
      <w:r>
        <w:rPr>
          <w:sz w:val="20"/>
        </w:rPr>
        <w:t>10:56  paighambar ka ek aham kaam tazkiya hai.</w:t>
      </w:r>
      <w:r>
        <w:br/>
      </w:r>
      <w:r>
        <w:rPr>
          <w:sz w:val="20"/>
        </w:rPr>
        <w:t>11:00  paighambr ki aakhri koshish yeh hoti hai ke aise insaan tayyar hon jin ke seenay Allah ki muhabbat ke siwa har muhabbat se khaali hon.</w:t>
      </w:r>
      <w:r>
        <w:br/>
      </w:r>
      <w:r>
        <w:rPr>
          <w:sz w:val="20"/>
        </w:rPr>
        <w:t>11:10  aisi roohon wajood mein aaein jo nafsiyati pecheedgion se azaad hon. aise afraad paida hon jo kainaat se woh rabbani rizq pa sakein jo Allah ne apne momin bandon ke liye rakh diya hai.</w:t>
      </w:r>
      <w:r>
        <w:br/>
      </w:r>
      <w:r>
        <w:rPr>
          <w:sz w:val="20"/>
        </w:rPr>
        <w:t>11:25  jannat ka maamla tazkiya se juda hua hai.</w:t>
      </w:r>
      <w:r>
        <w:br/>
      </w:r>
      <w:r>
        <w:rPr>
          <w:sz w:val="20"/>
        </w:rPr>
        <w:t>11:28  tazkiya hi jannat mein dakhlay ki waahid shart hai. tazkiya ke baghair har giz kisi shakhs ko jannat mein dakhla milnay wala nahi.</w:t>
      </w:r>
    </w:p>
    <w:p>
      <w:pPr>
        <w:pStyle w:val="Heading2"/>
      </w:pPr>
      <w:r>
        <w:t>Never take an action that disgraces Islam</w:t>
      </w:r>
    </w:p>
    <w:p>
      <w:r>
        <w:rPr>
          <w:color w:val="666666"/>
          <w:sz w:val="18"/>
        </w:rPr>
        <w:t>Spirituality in Islam January 1, 2006 Maulana Wahiduddin Khan · 29s · at 7:18 · https://youtu.be/XO4htFBEkV4?t=438</w:t>
      </w:r>
    </w:p>
    <w:p>
      <w:r>
        <w:rPr>
          <w:i/>
        </w:rPr>
        <w:t>“Koi bhi step jis se Islam badnam ho, na lein”</w:t>
      </w:r>
    </w:p>
    <w:p>
      <w:r>
        <w:rPr>
          <w:sz w:val="20"/>
        </w:rPr>
        <w:t>7:18  to is se kya principle mila ke aisa koi bhi kaam, koi bol, koi step, koi action aisa nahi liya jayega jis ke nateeje mein islam badnaam hota ho.</w:t>
      </w:r>
      <w:r>
        <w:br/>
      </w:r>
      <w:r>
        <w:rPr>
          <w:sz w:val="20"/>
        </w:rPr>
        <w:t>7:37  kitni bari yeh taleem hai islam ki lekin is 200 saal ke andar musalmanon ne one percent bhi is ka dhyan nahi kiya.</w:t>
      </w:r>
    </w:p>
    <w:p>
      <w:pPr>
        <w:pStyle w:val="Heading2"/>
      </w:pPr>
      <w:r>
        <w:t>Two moral layers: haram and weak</w:t>
      </w:r>
    </w:p>
    <w:p>
      <w:r>
        <w:rPr>
          <w:color w:val="666666"/>
          <w:sz w:val="18"/>
        </w:rPr>
        <w:t>How to Build a Strong Personality June 14, 2008 Maulana Wahiduddin Khan · 2m 35s · at 4:08 · https://youtu.be/bRWn96tpOIM?t=248</w:t>
      </w:r>
    </w:p>
    <w:p>
      <w:r>
        <w:rPr>
          <w:i/>
        </w:rPr>
        <w:t>“There are two moral layers in life.”</w:t>
      </w:r>
    </w:p>
    <w:p>
      <w:r>
        <w:rPr>
          <w:sz w:val="20"/>
        </w:rPr>
        <w:t>4:08  yeh bohat hi important baat hai, kyunke dekhiye, zindagi mein do moral layers hain, yaani hamara character, hamara behaviour jo hota hai,</w:t>
      </w:r>
      <w:r>
        <w:br/>
      </w:r>
      <w:r>
        <w:rPr>
          <w:sz w:val="20"/>
        </w:rPr>
        <w:t>4:24  is ke do layers hain, do satahain hain. ek hai haram aur halaal ki satah, yaani well known cheezein, jaise ke sab log jante hain ke Islam mein sharab haram hai,</w:t>
      </w:r>
      <w:r>
        <w:br/>
      </w:r>
      <w:r>
        <w:rPr>
          <w:sz w:val="20"/>
        </w:rPr>
        <w:t>4:44  sab log jante hain ke Islam mein khanzir khana haram hai. to aadmi is se bache, woh sharab na piye, woh khanzir na khaye,</w:t>
      </w:r>
      <w:r>
        <w:br/>
      </w:r>
      <w:r>
        <w:rPr>
          <w:sz w:val="20"/>
        </w:rPr>
        <w:t>5:00  to woh ek darje ka hua. is ke bar aks agar woh sharab piye, khanzir khaye, to jo aisa kare to is ke andar haram personality banegi.</w:t>
      </w:r>
      <w:r>
        <w:br/>
      </w:r>
      <w:r>
        <w:rPr>
          <w:sz w:val="20"/>
        </w:rPr>
        <w:t>5:14  yaani jo khuli khuli haram cheezein hain, sab jante hain ke Islam mein sharab haram hai, Islam mein khanzir khana haram hai. to jo aadmi jante boojhte in cheezon ko kare,</w:t>
      </w:r>
      <w:r>
        <w:br/>
      </w:r>
      <w:r>
        <w:rPr>
          <w:sz w:val="20"/>
        </w:rPr>
        <w:t>5:27  to is ke andar kya hoga?</w:t>
      </w:r>
      <w:r>
        <w:br/>
      </w:r>
      <w:r>
        <w:rPr>
          <w:sz w:val="20"/>
        </w:rPr>
        <w:t>5:32  haram personality banegi. yeh bohat hi buri personality hai. lekin yahi ek satah nahi hai, yahi ek level nahi hai.</w:t>
      </w:r>
      <w:r>
        <w:br/>
      </w:r>
      <w:r>
        <w:rPr>
          <w:sz w:val="20"/>
        </w:rPr>
        <w:t>5:47  is ke sawab bhi ek level hain, aur wahi hai jo hadith mein bataya gaya hai. is ko main apne shabdon mein kahunga ke weak personality, yaani apne aap ko is se bachana ke apne andar weak personality develop kare.</w:t>
      </w:r>
      <w:r>
        <w:br/>
      </w:r>
      <w:r>
        <w:rPr>
          <w:sz w:val="20"/>
        </w:rPr>
        <w:t>6:09  to jahan tak main dekhta hoon, log aise to bohat milenge, bohat milenge jo haram cheezon se bachen, yaani haram personality apne andar na banayein.</w:t>
      </w:r>
      <w:r>
        <w:br/>
      </w:r>
      <w:r>
        <w:rPr>
          <w:sz w:val="20"/>
        </w:rPr>
        <w:t>6:24  to aise to bohat milenge, lekin aise log bohat hi kam, bohat hi kam, yaani rarest among the rare hain jo apne aap ko weak personality ki burai ko jante hon aur apne aap ko is se bachate hon.</w:t>
      </w:r>
    </w:p>
    <w:p>
      <w:pPr>
        <w:pStyle w:val="Heading2"/>
      </w:pPr>
      <w:r>
        <w:t>Empathetic listening is the key to real dawah</w:t>
      </w:r>
    </w:p>
    <w:p>
      <w:r>
        <w:rPr>
          <w:color w:val="666666"/>
          <w:sz w:val="18"/>
        </w:rPr>
        <w:t>Material Science and Spiritual Science 20 May 2012 · 1m 20s · at 1:22:42 · https://youtu.be/4K6CxjThlxQ?t=4962</w:t>
      </w:r>
    </w:p>
    <w:p>
      <w:r>
        <w:rPr>
          <w:i/>
        </w:rPr>
        <w:t>“Main to yahan tak kehta hoon ke main empathetic mind ho kar sunta hoon”</w:t>
      </w:r>
    </w:p>
    <w:p>
      <w:r>
        <w:rPr>
          <w:sz w:val="20"/>
        </w:rPr>
        <w:t>1:22:42  unhon ne likha hai ke dawat karte waqt doosron se baat karne ki ek strategy yeh bhi hai ke hum apni baat sunane ke sath sath doosre ki baat doosre ki baaton ko bhi sunein Maulana kya doosron ki baaton ko sunne ka matlab kya hum yeh le sakte hain ke hamein apne iman aur thinking par poori tarah se yaqin nahi nahi nahi bilkul galat baat yeh hai doosre ko nahi janenge aap to dawat kar denge</w:t>
      </w:r>
      <w:r>
        <w:br/>
      </w:r>
      <w:r>
        <w:rPr>
          <w:sz w:val="20"/>
        </w:rPr>
        <w:t>1:23:11  aap mein to yahan tak kehta hoon ke main empathetic mind ho kar sunta hoon kisi bhi shakhs ko chahe woh kuch bhi kehta ho kitni ulti baat bhi kehta ho lekin main empathetic mind ho kar sunta hoon us ko nahi janega jab tak us ko janenge nahi aap tab dawat kar denge dekhein dawat mein kaha karta hoon ke dawat koi announcement ka naam nahi hai ke announce kar diya dawat ho gayi</w:t>
      </w:r>
      <w:r>
        <w:br/>
      </w:r>
      <w:r>
        <w:rPr>
          <w:sz w:val="20"/>
        </w:rPr>
        <w:t>1:23:38  dawat naam hai kal fi anfusihim kal baligha yani is ka mind address ho tab dawat hai nahi to dawat nahi hai woh to mind ko address karne wali dawat to jab hogi jab aap samjhe is ke mind ko mind ko jaane nahi aap address kiya karenge aap to khoob sunna chahiye</w:t>
      </w:r>
    </w:p>
    <w:p>
      <w:pPr>
        <w:pStyle w:val="Heading2"/>
      </w:pPr>
      <w:r>
        <w:t>No concept of war on non-Muslims</w:t>
      </w:r>
    </w:p>
    <w:p>
      <w:r>
        <w:rPr>
          <w:color w:val="666666"/>
          <w:sz w:val="18"/>
        </w:rPr>
        <w:t>Interaction with German Delegation January 4, 2020 · 2m 15s · at 0:39 · https://youtu.be/eWcszNLZK1U?t=39</w:t>
      </w:r>
    </w:p>
    <w:p>
      <w:r>
        <w:rPr>
          <w:i/>
        </w:rPr>
        <w:t>“Can you say something about that position in the Islam?”</w:t>
      </w:r>
    </w:p>
    <w:p>
      <w:r>
        <w:rPr>
          <w:sz w:val="20"/>
        </w:rPr>
        <w:t>0:39  can you say something about that position in the islam? The question is that there is some concept in islam that muslims should wage war on the unfaithful.</w:t>
      </w:r>
      <w:r>
        <w:br/>
      </w:r>
      <w:r>
        <w:rPr>
          <w:sz w:val="20"/>
        </w:rPr>
        <w:t>0:51  first of all, i must say that there is no such concept in islam. There is no such idea in islam that muslims it is muslims' religious duty to wage war on non-muslims.</w:t>
      </w:r>
      <w:r>
        <w:br/>
      </w:r>
      <w:r>
        <w:rPr>
          <w:sz w:val="20"/>
        </w:rPr>
        <w:t>1:06  as razia has explained very well, war can be done in only one circumstance, and that is when a muslim state experiences aggression from another state.</w:t>
      </w:r>
      <w:r>
        <w:br/>
      </w:r>
      <w:r>
        <w:rPr>
          <w:sz w:val="20"/>
        </w:rPr>
        <w:t>1:19  muslims are not allowed to even go and do aggressive</w:t>
      </w:r>
      <w:r>
        <w:br/>
      </w:r>
      <w:r>
        <w:rPr>
          <w:sz w:val="20"/>
        </w:rPr>
        <w:t>1:22  war. So there is no concept of holy war in islam. It's very important to understand. There is no such holy jihad which they have to do for the sake of religion.</w:t>
      </w:r>
      <w:r>
        <w:br/>
      </w:r>
      <w:r>
        <w:rPr>
          <w:sz w:val="20"/>
        </w:rPr>
        <w:t>1:32  and it must be i think i must also emphasize that muslims think that muslims often think that islam is in danger and they should wage war to protect and preserve islam</w:t>
      </w:r>
      <w:r>
        <w:br/>
      </w:r>
      <w:r>
        <w:rPr>
          <w:sz w:val="20"/>
        </w:rPr>
        <w:t>1:43  . But our founder has often said that islam does not need any protection from muslims. Islam is an ideology, and that ideology exists in the quran and in the sayings of the prophet.</w:t>
      </w:r>
      <w:r>
        <w:br/>
      </w:r>
      <w:r>
        <w:rPr>
          <w:sz w:val="20"/>
        </w:rPr>
        <w:t>1:54  anybody can go and read. So clearly, there is no such concept of waging war on non-muslims just because they are non-muslims.</w:t>
      </w:r>
      <w:r>
        <w:br/>
      </w:r>
      <w:r>
        <w:rPr>
          <w:sz w:val="20"/>
        </w:rPr>
        <w:t>2:03  there is no such concept. Rather, if you read the quran, you will see that the quran considers all people as humanity.</w:t>
      </w:r>
      <w:r>
        <w:br/>
      </w:r>
      <w:r>
        <w:rPr>
          <w:sz w:val="20"/>
        </w:rPr>
        <w:t>2:11  when the prophet started his mission, he addressed people as an-nas, which means "o people." He did not say, "o non-muslims," "o kafir," "o deniers," "o disbelievers." And one more point i want to say about war is that war can happen war, a prophet was forced to do war, the prophet of islam, because he came in a tribal age.</w:t>
      </w:r>
      <w:r>
        <w:br/>
      </w:r>
      <w:r>
        <w:rPr>
          <w:sz w:val="20"/>
        </w:rPr>
        <w:t>2:34  tribal age is a culture of war, culture of yielding swords. But we are not in a tribal age anymore. There is peace all around</w:t>
      </w:r>
      <w:r>
        <w:br/>
      </w:r>
      <w:r>
        <w:rPr>
          <w:sz w:val="20"/>
        </w:rPr>
        <w:t>2:43  . And therefore, the commandment for war should be considered suspended in this age. This is a very important principle which everybody needs to understand, most importantly muslims.</w:t>
      </w:r>
    </w:p>
    <w:p>
      <w:pPr>
        <w:pStyle w:val="Heading2"/>
      </w:pPr>
      <w:r>
        <w:t>Journey from self-discovery to accepting the Prophet</w:t>
      </w:r>
    </w:p>
    <w:p>
      <w:r>
        <w:rPr>
          <w:color w:val="666666"/>
          <w:sz w:val="18"/>
        </w:rPr>
        <w:t>Tazkiya-e-Nafs Book by Maulana Wahiduddin Khan · 3m 27s · at 41:46 · https://youtu.be/LbGPnJWmj1A?t=2506</w:t>
      </w:r>
    </w:p>
    <w:p>
      <w:r>
        <w:rPr>
          <w:i/>
        </w:rPr>
        <w:t>“Tazkiye ka asal muharrik ehtiyaj hai”</w:t>
      </w:r>
    </w:p>
    <w:p>
      <w:r>
        <w:rPr>
          <w:sz w:val="20"/>
        </w:rPr>
        <w:t>41:46  tazkiye se pehle. kitab "tazkiya-e-nafs" Maulana Wahiduddin Khan, safha number 22.</w:t>
      </w:r>
      <w:r>
        <w:br/>
      </w:r>
      <w:r>
        <w:rPr>
          <w:sz w:val="20"/>
        </w:rPr>
        <w:t>41:59  tazkiye ka asal muharrik ihtiyaj yaani distribution hai. jo aadmi jitna zyada apne ihtiyaj ko jaane ga, utna hi zyada woh tazkiye ki taraf raghib hoga.</w:t>
      </w:r>
      <w:r>
        <w:br/>
      </w:r>
      <w:r>
        <w:rPr>
          <w:sz w:val="20"/>
        </w:rPr>
        <w:t>42:11  aisa insaan fitri taur par apne ihtiyaj ki takmeel talash kare ga, aur isi talash ke nateejay ka naam tazkiya hai.</w:t>
      </w:r>
      <w:r>
        <w:br/>
      </w:r>
      <w:r>
        <w:rPr>
          <w:sz w:val="20"/>
        </w:rPr>
        <w:t>42:21  is daryaft ka aaghaz khud apne wajood se hota hai.</w:t>
      </w:r>
      <w:r>
        <w:br/>
      </w:r>
      <w:r>
        <w:rPr>
          <w:sz w:val="20"/>
        </w:rPr>
        <w:t>42:25  sab se pehle insaan shaoori taur par khud apni maujoodgi yaani existence ko daryaft karta hai. yeh daryaft is ke andar yeh tajassus yaani curiosity paida karti hai ke mujh ko wajood bakhshne wala kaun hai.</w:t>
      </w:r>
      <w:r>
        <w:br/>
      </w:r>
      <w:r>
        <w:rPr>
          <w:sz w:val="20"/>
        </w:rPr>
        <w:t>42:41  is tarah woh apne khaliq ko daryaft karta hai. is ke nateejay mein is ke andar apne khaliq ke liye be-panah azmat ka ehsas paida hota hai.</w:t>
      </w:r>
      <w:r>
        <w:br/>
      </w:r>
      <w:r>
        <w:rPr>
          <w:sz w:val="20"/>
        </w:rPr>
        <w:t>42:51  phir woh sochta hai ke main mukammal taur par ek zaroorat mand shakhs hoon. main khud apni taqat se apni koi zaroorat poori nahi kar sakta.</w:t>
      </w:r>
      <w:r>
        <w:br/>
      </w:r>
      <w:r>
        <w:rPr>
          <w:sz w:val="20"/>
        </w:rPr>
        <w:t>43:01  is ke bawajood meri zaroorat ki tamam cheezein yahan paishgi taur par maujood hain: zameen, pani, hawa, oxygen, roshni, khurak, aur doosri be-shumar cheezein jin ko life support system kaha jata hai.</w:t>
      </w:r>
      <w:r>
        <w:br/>
      </w:r>
      <w:r>
        <w:rPr>
          <w:sz w:val="20"/>
        </w:rPr>
        <w:t>43:17  woh sab yahan ek tarfa taur par mere liye maujood hain.</w:t>
      </w:r>
      <w:r>
        <w:br/>
      </w:r>
      <w:r>
        <w:rPr>
          <w:sz w:val="20"/>
        </w:rPr>
        <w:t>43:22  is daryaft ke baad woh yeh janne ki koshish karta hai ke in tamam atiyaat ka maati yaani giver kaun hai. is tarah woh apne rab ko daryaft karta hai.</w:t>
      </w:r>
      <w:r>
        <w:br/>
      </w:r>
      <w:r>
        <w:rPr>
          <w:sz w:val="20"/>
        </w:rPr>
        <w:t>43:33  is daryaft ke nateejay mein is ke andar apne rab se be-panah mohabbat paida ho jati hai. is tarah aadmi ki justuju is ko is sawal tak pahunchati hai ke meri manzil yaani goal kya hai.</w:t>
      </w:r>
      <w:r>
        <w:br/>
      </w:r>
      <w:r>
        <w:rPr>
          <w:sz w:val="20"/>
        </w:rPr>
        <w:t>43:46  phir is ko maloom hota hai ke maujooda duniya mein woh apni matloob manzil ko nahi pa sakta. yeh daryaft is ko aakhir kaar jannat ka talib bana deti hai, jahan woh apni manzil ko pa le aur apne tamam taqazon ki takmeel kar sake.</w:t>
      </w:r>
      <w:r>
        <w:br/>
      </w:r>
      <w:r>
        <w:rPr>
          <w:sz w:val="20"/>
        </w:rPr>
        <w:t>44:02  isi tarah aadmi jab sochta hai to woh daryaft karta hai ke is ko apni zindagi ke liye ek mustanad rehnumai darkaar hai. phir yeh hota hai ke woh tamam tar talash ke bawajood khud apni buniyad par apne liye mustanad rehnumai maloom</w:t>
      </w:r>
      <w:r>
        <w:br/>
      </w:r>
      <w:r>
        <w:rPr>
          <w:sz w:val="20"/>
        </w:rPr>
        <w:t>44:17  nahi kar sakta. is daryaft ke baad mazeed tajassus is ko is haqeeqat tak pahunchata hai ke mustanad rehnumai ka wahid zariya paighambar yaani prophet hai.</w:t>
      </w:r>
      <w:r>
        <w:br/>
      </w:r>
      <w:r>
        <w:rPr>
          <w:sz w:val="20"/>
        </w:rPr>
        <w:t>44:30  is tarah woh apne dil ki poori aamadagi ke sath paighambar ko apna rahanuma bana leta hai. in daryafton ke baad fitri taur par aisa hota hai ke insaan ke andar tawazu yaani modesty paida hoti hai.</w:t>
      </w:r>
      <w:r>
        <w:br/>
      </w:r>
      <w:r>
        <w:rPr>
          <w:sz w:val="20"/>
        </w:rPr>
        <w:t>44:44  woh khaliq ki azmaton mein jeene lagta hai.</w:t>
      </w:r>
      <w:r>
        <w:br/>
      </w:r>
      <w:r>
        <w:rPr>
          <w:sz w:val="20"/>
        </w:rPr>
        <w:t>44:47  Khuda ka takhleeqi nizam is ke liye Khuda ki musalsal yaad ka zariya ban jata hai. jannat is ke liye is ke sab se baray matloob ki hesiyat ikhtiyar kar leti hai.</w:t>
      </w:r>
      <w:r>
        <w:br/>
      </w:r>
      <w:r>
        <w:rPr>
          <w:sz w:val="20"/>
        </w:rPr>
        <w:t>44:59  paighambar ko woh apne rahbar-e-kamil ke taur par qabool kar leta hai. yahi woh tamam aarifana tajrubaat hain jin ke majmooay ka naam tazkiya hai.</w:t>
      </w:r>
    </w:p>
    <w:p>
      <w:pPr>
        <w:pStyle w:val="Heading2"/>
      </w:pPr>
      <w:r>
        <w:t>physical-only food reduces you to animal level</w:t>
      </w:r>
    </w:p>
    <w:p>
      <w:r>
        <w:rPr>
          <w:color w:val="666666"/>
          <w:sz w:val="18"/>
        </w:rPr>
        <w:t>Interview Session with Maulana Wahiduddin Khan January 30, 2008 · 36s · at 1:05 · https://youtu.be/o8Gpe9YMuZc?t=65</w:t>
      </w:r>
    </w:p>
    <w:p>
      <w:r>
        <w:rPr>
          <w:i/>
        </w:rPr>
        <w:t>“People confined to physical food are less like animal.”</w:t>
      </w:r>
    </w:p>
    <w:p>
      <w:r>
        <w:rPr>
          <w:sz w:val="20"/>
        </w:rPr>
        <w:t>1:05  those people who are engaged to physical food, they are less like animal.</w:t>
      </w:r>
      <w:r>
        <w:br/>
      </w:r>
      <w:r>
        <w:rPr>
          <w:sz w:val="20"/>
        </w:rPr>
        <w:t>1:19  here, man and animal both are common. animals also want physical food.</w:t>
      </w:r>
      <w:r>
        <w:br/>
      </w:r>
      <w:r>
        <w:rPr>
          <w:sz w:val="20"/>
        </w:rPr>
        <w:t>1:27  so if you, if you confine yourself to physical food, that means that you have reduced yourself to the level of animal.</w:t>
      </w:r>
    </w:p>
    <w:p>
      <w:pPr>
        <w:pStyle w:val="Heading2"/>
      </w:pPr>
      <w:r>
        <w:t>Real Islam versus the cultures of ritual and violence</w:t>
      </w:r>
    </w:p>
    <w:p>
      <w:r>
        <w:rPr>
          <w:color w:val="666666"/>
          <w:sz w:val="18"/>
        </w:rPr>
        <w:t>Divine Personality April 2, 2014 Maulana Wahiduddin Khan · 2m 22s · at 2:39 · https://youtu.be/4F-V__KFzpA?t=159</w:t>
      </w:r>
    </w:p>
    <w:p>
      <w:r>
        <w:rPr>
          <w:i/>
        </w:rPr>
        <w:t>“If you see the modern situation of Muslim countries...”</w:t>
      </w:r>
    </w:p>
    <w:p>
      <w:r>
        <w:rPr>
          <w:sz w:val="20"/>
        </w:rPr>
        <w:t>2:39  Then if you see the modern situation of Muslim countries you will find that every day in the media there are some</w:t>
      </w:r>
      <w:r>
        <w:br/>
      </w:r>
      <w:r>
        <w:rPr>
          <w:sz w:val="20"/>
        </w:rPr>
        <w:t>2:58  hard news in the Muslim countries.</w:t>
      </w:r>
      <w:r>
        <w:br/>
      </w:r>
      <w:r>
        <w:rPr>
          <w:sz w:val="20"/>
        </w:rPr>
        <w:t>3:04  Every day they are killing in the name of Islam, in the name of jihad.</w:t>
      </w:r>
      <w:r>
        <w:br/>
      </w:r>
      <w:r>
        <w:rPr>
          <w:sz w:val="20"/>
        </w:rPr>
        <w:t>3:14  So if you analyze you will find that</w:t>
      </w:r>
      <w:r>
        <w:br/>
      </w:r>
      <w:r>
        <w:rPr>
          <w:sz w:val="20"/>
        </w:rPr>
        <w:t>3:23  these are the two basic forms of Islam</w:t>
      </w:r>
      <w:r>
        <w:br/>
      </w:r>
      <w:r>
        <w:rPr>
          <w:sz w:val="20"/>
        </w:rPr>
        <w:t>3:30  . There may be dozens of sects among Muslims. Maybe there are 73 sects.</w:t>
      </w:r>
      <w:r>
        <w:br/>
      </w:r>
      <w:r>
        <w:rPr>
          <w:sz w:val="20"/>
        </w:rPr>
        <w:t>3:43  But if you categorize these sects you can sum up these sects in two sects.</w:t>
      </w:r>
      <w:r>
        <w:br/>
      </w:r>
      <w:r>
        <w:rPr>
          <w:sz w:val="20"/>
        </w:rPr>
        <w:t>3:57  That is culture of rituals, culture of rituals.</w:t>
      </w:r>
      <w:r>
        <w:br/>
      </w:r>
      <w:r>
        <w:rPr>
          <w:sz w:val="20"/>
        </w:rPr>
        <w:t>4:06  Then culture of violence.</w:t>
      </w:r>
      <w:r>
        <w:br/>
      </w:r>
      <w:r>
        <w:rPr>
          <w:sz w:val="20"/>
        </w:rPr>
        <w:t>4:10  Some people are engaged in violence in the name of Islam. They believe that they are doing the greatest ibadah.</w:t>
      </w:r>
      <w:r>
        <w:br/>
      </w:r>
      <w:r>
        <w:rPr>
          <w:sz w:val="20"/>
        </w:rPr>
        <w:t>4:28  Then the other group has based its concept on f</w:t>
      </w:r>
      <w:r>
        <w:br/>
      </w:r>
      <w:r>
        <w:rPr>
          <w:sz w:val="20"/>
        </w:rPr>
        <w:t>4:34  azail. According to them Islam is a set of rituals and these rituals are very absurd.</w:t>
      </w:r>
      <w:r>
        <w:br/>
      </w:r>
      <w:r>
        <w:rPr>
          <w:sz w:val="20"/>
        </w:rPr>
        <w:t>4:46  And if you perform these rituals you will surely find entry into paradise. But both the groups are living in false paradise.</w:t>
      </w:r>
    </w:p>
    <w:p>
      <w:pPr>
        <w:pStyle w:val="Heading2"/>
      </w:pPr>
      <w:r>
        <w:t>Prophet addressed all people as an-Nas</w:t>
      </w:r>
    </w:p>
    <w:p>
      <w:r>
        <w:rPr>
          <w:color w:val="666666"/>
          <w:sz w:val="18"/>
        </w:rPr>
        <w:t>Interaction with German Delegation January 4, 2020 · 43s · at 2:11 · https://youtu.be/eWcszNLZK1U?t=131</w:t>
      </w:r>
    </w:p>
    <w:p>
      <w:r>
        <w:rPr>
          <w:i/>
        </w:rPr>
        <w:t>“When the Prophet started his mission, he addressed people as an-Nas”</w:t>
      </w:r>
    </w:p>
    <w:p>
      <w:r>
        <w:rPr>
          <w:sz w:val="20"/>
        </w:rPr>
        <w:t>2:11  when the prophet started his mission, he addressed people as an-nas, which means "o people." He did not say, "o non-muslims," "o kafir," "o deniers," "o disbelievers." And one more point i want to say about war is that war can happen war, a prophet was forced to do war, the prophet of islam, because he came in a tribal age.</w:t>
      </w:r>
      <w:r>
        <w:br/>
      </w:r>
      <w:r>
        <w:rPr>
          <w:sz w:val="20"/>
        </w:rPr>
        <w:t>2:34  tribal age is a culture of war, culture of yielding swords. But we are not in a tribal age anymore. There is peace all around</w:t>
      </w:r>
      <w:r>
        <w:br/>
      </w:r>
      <w:r>
        <w:rPr>
          <w:sz w:val="20"/>
        </w:rPr>
        <w:t>2:43  . And therefore, the commandment for war should be considered suspended in this age. This is a very important principle which everybody needs to understand, most importantly muslims.</w:t>
      </w:r>
    </w:p>
    <w:p>
      <w:pPr>
        <w:pStyle w:val="Heading2"/>
      </w:pPr>
      <w:r>
        <w:t>Spiritual revolution and true dawah vs community work</w:t>
      </w:r>
    </w:p>
    <w:p>
      <w:r>
        <w:rPr>
          <w:color w:val="666666"/>
          <w:sz w:val="18"/>
        </w:rPr>
        <w:t>Islam and Peace (In Conversation with Maulana) 23 11 2008 · 5m 05s · at 9:32 · https://youtu.be/CyS3i4AlGfs?t=572</w:t>
      </w:r>
    </w:p>
    <w:p>
      <w:r>
        <w:rPr>
          <w:i/>
        </w:rPr>
        <w:t>“This was Gandhi's spiritual mission.”</w:t>
      </w:r>
    </w:p>
    <w:p>
      <w:r>
        <w:rPr>
          <w:sz w:val="20"/>
        </w:rPr>
        <w:t>9:32  yeh spiritual mission tha mahatma gandhi ka. mein jitna samjha hoon mahatma gandhi ko. mere paas sari books hain unki.</w:t>
      </w:r>
      <w:r>
        <w:br/>
      </w:r>
      <w:r>
        <w:rPr>
          <w:sz w:val="20"/>
        </w:rPr>
        <w:t>9:45  woh spiritual revolution lana chahte thay. spiritual revolution yani insan ke andar jo ek aur faculty hai jisko hum spirituality kehte hain.</w:t>
      </w:r>
      <w:r>
        <w:br/>
      </w:r>
      <w:r>
        <w:rPr>
          <w:sz w:val="20"/>
        </w:rPr>
        <w:t>9:57  isko zinda karna. lekin unka soch yeh thi ke jab tak british rule yahan par hai toh hum woh kaam kar nahi payenge. toh iske liye poora zor diya unhone british rule ko hatane mein.</w:t>
      </w:r>
      <w:r>
        <w:br/>
      </w:r>
      <w:r>
        <w:rPr>
          <w:sz w:val="20"/>
        </w:rPr>
        <w:t>10:10  lekin mein ne kal kaha musharraf siddharth se ke mahatma gandhi ki ek ek woh thi yani unko ek kami thi unke mission ki ke woh team nahi ban saki unke haan.</w:t>
      </w:r>
      <w:r>
        <w:br/>
      </w:r>
      <w:r>
        <w:rPr>
          <w:sz w:val="20"/>
        </w:rPr>
        <w:t>10:24  dekhein jo british rule ko hatane ki wali baat thi unke liye toh logon ko mobilize karna kafi tha. sadkon par bahut zyada bheed ho.</w:t>
      </w:r>
      <w:r>
        <w:br/>
      </w:r>
      <w:r>
        <w:rPr>
          <w:sz w:val="20"/>
        </w:rPr>
        <w:t>10:33  jalson par bahut zyada bheed ho. toh woh kafi tha ke angrez ghabra ke bhage yahan se. toh logon ko mobilize kar ke unhone yeh faida uthaya. logon ko mobilize kar ke unhone british ko yani yahan se nikalne par majboor kiya.</w:t>
      </w:r>
      <w:r>
        <w:br/>
      </w:r>
      <w:r>
        <w:rPr>
          <w:sz w:val="20"/>
        </w:rPr>
        <w:t>10:48  lekin ab jo naya india banana tha. yani quit india toh chal sakta tha is tarah se. lekin jo naya india banana tha.</w:t>
      </w:r>
      <w:r>
        <w:br/>
      </w:r>
      <w:r>
        <w:rPr>
          <w:sz w:val="20"/>
        </w:rPr>
        <w:t>10:59  uske liye hamein chahiye thi ek team. ek team chahiye thi. bahut hi sincere kaam tha. bahut hi constructive kaam tha.</w:t>
      </w:r>
      <w:r>
        <w:br/>
      </w:r>
      <w:r>
        <w:rPr>
          <w:sz w:val="20"/>
        </w:rPr>
        <w:t>11:08  boht hi sochi samjhi planning chahiye thi. ab woh team nahi mili un ko. kyunke khud aap ne parha hoga ke ab meri kon sune ga. to kyun aisa hua?</w:t>
      </w:r>
      <w:r>
        <w:br/>
      </w:r>
      <w:r>
        <w:rPr>
          <w:sz w:val="20"/>
        </w:rPr>
        <w:t>11:18  jitne congress ke log the woh sab chale gaye. government mein minister banne mein governor banne mein lag gaye. har aadmi jo hai us ka political yani political faida uthane laga.</w:t>
      </w:r>
      <w:r>
        <w:br/>
      </w:r>
      <w:r>
        <w:rPr>
          <w:sz w:val="20"/>
        </w:rPr>
        <w:t>11:30  to koi team nahi rahi jo is ko jo gandhi ke mission ko aage barhaye. to main bhi political yani mera jo mission hai woh bhi spiritual revolution hai.</w:t>
      </w:r>
      <w:r>
        <w:br/>
      </w:r>
      <w:r>
        <w:rPr>
          <w:sz w:val="20"/>
        </w:rPr>
        <w:t>11:40  spiritual revolution. basically. to lekin main yeh kar raha hoon ke main team pehle bana raha hoon. main ne un se kaha musharraf siddharth se ke mera tareeqa jo hai fabric society ka model liya hai main ne.</w:t>
      </w:r>
      <w:r>
        <w:br/>
      </w:r>
      <w:r>
        <w:rPr>
          <w:sz w:val="20"/>
        </w:rPr>
        <w:t>11:54  ke pehle team banao aur team phir us ke baad aage kaam kare gi. to basically mahatma gandhi ka mission jo tha spiritual revolution ka mission tha.</w:t>
      </w:r>
      <w:r>
        <w:br/>
      </w:r>
      <w:r>
        <w:rPr>
          <w:sz w:val="20"/>
        </w:rPr>
        <w:t>12:04  lekin woh aadha reh gaya woh. is aadha jo reh gaya us ko main chahta hoon ke us ko poora karoon inshallah. agar allah chahe ga to poora ho kar rahe ga.</w:t>
      </w:r>
      <w:r>
        <w:br/>
      </w:r>
      <w:r>
        <w:rPr>
          <w:sz w:val="20"/>
        </w:rPr>
        <w:t>12:16  das question is from miss najma siddiqui. maulana as you explained that these days muslim go to developed countries for economic gains.</w:t>
      </w:r>
      <w:r>
        <w:br/>
      </w:r>
      <w:r>
        <w:rPr>
          <w:sz w:val="20"/>
        </w:rPr>
        <w:t>12:29  unlike before. all though this is true but now in almost every country there are most where muslims from different countries come together develop better understanding with each other and also do dawah work.</w:t>
      </w:r>
      <w:r>
        <w:br/>
      </w:r>
      <w:r>
        <w:rPr>
          <w:sz w:val="20"/>
        </w:rPr>
        <w:t>12:46  i see this as a positive point. please give your comments.</w:t>
      </w:r>
      <w:r>
        <w:br/>
      </w:r>
      <w:r>
        <w:rPr>
          <w:sz w:val="20"/>
        </w:rPr>
        <w:t>12:51  dawah work kahin nahi kar raha hai musalman. job kar raha hai. paisa kama raha hai bas. main to nahi janta kahin jahan dawah work kar raha ho.</w:t>
      </w:r>
      <w:r>
        <w:br/>
      </w:r>
      <w:r>
        <w:rPr>
          <w:sz w:val="20"/>
        </w:rPr>
        <w:t>13:00  kahin aisa hai ke dawat ke naam lete hain. waise main america gaya main. to ek sahib hain unhone mujh se kaha ke aap dawat dawat karte hain.</w:t>
      </w:r>
      <w:r>
        <w:br/>
      </w:r>
      <w:r>
        <w:rPr>
          <w:sz w:val="20"/>
        </w:rPr>
        <w:t>13:10  dawat ka matlab aap us ko bhi kaho ke us ko bhadakne ki zarorat nahi hai. dawat ka matlab wohi hai spiritual revolution. main jab dawat ki lafz bolta hoon to us ki murad meri yahi hoti hai spiritual revolution.</w:t>
      </w:r>
      <w:r>
        <w:br/>
      </w:r>
      <w:r>
        <w:rPr>
          <w:sz w:val="20"/>
        </w:rPr>
        <w:t>13:22  kyunke us ko koi bhi word denge aap to us ko us ka ek contribution dena pare ga aap ko.</w:t>
      </w:r>
      <w:r>
        <w:br/>
      </w:r>
      <w:r>
        <w:rPr>
          <w:sz w:val="20"/>
        </w:rPr>
        <w:t>13:30  to main ne us ka jo jo dawah word ka istemal karta hoon to spiritual revolution ke sense mein istemal karta hoon. to khair wahan main gaya to main ne unhone kaha ke aap dawah work karte hain yeh baat.</w:t>
      </w:r>
      <w:r>
        <w:br/>
      </w:r>
      <w:r>
        <w:rPr>
          <w:sz w:val="20"/>
        </w:rPr>
        <w:t>13:42  hum bhi dawah work karte hain. hum bhi kar rahe hain dawah work. to main ne kaha woh kaise? to unhone kaha ke main aap ko dikhaoon ga. to agle din woh unhone apni gaari par ek sahib mujhe bheja.</w:t>
      </w:r>
      <w:r>
        <w:br/>
      </w:r>
      <w:r>
        <w:rPr>
          <w:sz w:val="20"/>
        </w:rPr>
        <w:t>13:54  ek building mein hum pohanche. wahan kuch log the jo un ko unhone rakha tha wahan par. woh kya kaam kar rahe the? yani usa mein usa ke schoolon mein jo books parhai jati hain.</w:t>
      </w:r>
      <w:r>
        <w:br/>
      </w:r>
      <w:r>
        <w:rPr>
          <w:sz w:val="20"/>
        </w:rPr>
        <w:t>14:08  us mein kahan kahan aisa woh hai reference jo musalmanon ke against mein hai. yani musalmanon ko keh diya ho ke musalman jo hain woh violent hote hain farz ki jiye.</w:t>
      </w:r>
      <w:r>
        <w:br/>
      </w:r>
      <w:r>
        <w:rPr>
          <w:sz w:val="20"/>
        </w:rPr>
        <w:t>14:17  to us ko nikalen ge woh. koi aur baat jo musalmanon ke against mein ho us ko nikalen ge woh. jo us ko woh banayen ge.</w:t>
      </w:r>
      <w:r>
        <w:br/>
      </w:r>
      <w:r>
        <w:rPr>
          <w:sz w:val="20"/>
        </w:rPr>
        <w:t>14:26  ek presentation banayen ge. aur bhejenge department of education mein ke us ko theek karo. to main ne kaha yeh dawah work kahan se hai yeh to. yeh to community work hai. community work hai.</w:t>
      </w:r>
    </w:p>
    <w:p>
      <w:pPr>
        <w:pStyle w:val="Heading2"/>
      </w:pPr>
      <w:r>
        <w:t>Two spiritual realizations: fitrat and gratitude</w:t>
      </w:r>
    </w:p>
    <w:p>
      <w:r>
        <w:rPr>
          <w:color w:val="666666"/>
          <w:sz w:val="18"/>
        </w:rPr>
        <w:t>Experience Sharing Session of CPS Members 24 May 2008 - Maulana Wahiduddin Khan · 3m 15s · at 8:25 · https://youtu.be/alVAkAnKiuM?t=505</w:t>
      </w:r>
    </w:p>
    <w:p>
      <w:r>
        <w:rPr>
          <w:i/>
        </w:rPr>
        <w:t>“इस मिशन से जुड़ने के बाद, अब मुझको खास तौर पर दो”</w:t>
      </w:r>
    </w:p>
    <w:p>
      <w:r>
        <w:rPr>
          <w:sz w:val="20"/>
        </w:rPr>
        <w:t>8:25  is mission se judne ke baad, ab mujhko khaas taur par do cheezon ka bahut bahut zyada uska ehsaas ho raha hai, aur do cheezon ki daryaft hui hai.</w:t>
      </w:r>
      <w:r>
        <w:br/>
      </w:r>
      <w:r>
        <w:rPr>
          <w:sz w:val="20"/>
        </w:rPr>
        <w:t>8:44  ek toh khuda ki shahri maarfat, yaani pehle main daleel ki satah par khuda ko jaanta tha sirf ki khuda ki maujoodgi ki yeh daleel hai, khuda ki maujoodgi ki woh daleel hai. lekin woh ab meri fitrat ka hissa nahi bana tha.</w:t>
      </w:r>
      <w:r>
        <w:br/>
      </w:r>
      <w:r>
        <w:rPr>
          <w:sz w:val="20"/>
        </w:rPr>
        <w:t>9:04  is mission mein judne ke baad pehli martaba ab mujhe yeh mehsoos ho raha hai ki mujhe kisi daleel ki zaroorat nahi hai khuda ko maanne ke liye, aakhirat ko maanne ke liye kisi daleel ki zaroorat nahi hai. balki maulana ne hamari fitrat ko itna zyada jaga diya hai ki hamari fitrat apne aap khuda ki daleel ban gayi. kisi bhi daleel ki zaroorat nahi hai.</w:t>
      </w:r>
      <w:r>
        <w:br/>
      </w:r>
      <w:r>
        <w:rPr>
          <w:sz w:val="20"/>
        </w:rPr>
        <w:t>9:26  toh ismein fark yeh hai daleel ki satah par paane mein khuda ko aur fitrat ki satah par paane mein ki daleel ki satah par jab aadmi paata hai toh usmein woh shakk aata rehta hai. lekin jab fitrat ki satah par pa leta hai, toh phir aadmi apne aap ko kaise jhutla sakta hai?</w:t>
      </w:r>
      <w:r>
        <w:br/>
      </w:r>
      <w:r>
        <w:rPr>
          <w:sz w:val="20"/>
        </w:rPr>
        <w:t>9:47  toh phir khuda ke wajood mein, aakhirat ke wajood mein kisi cheez mein koi shakk baqi nahi rehta. khuda ka wajood bhi utna hi yaqeeni ho jaata hai jitna khud mera wajood.</w:t>
      </w:r>
      <w:r>
        <w:br/>
      </w:r>
      <w:r>
        <w:rPr>
          <w:sz w:val="20"/>
        </w:rPr>
        <w:t>9:57  aakhirat ka wajood utna hi yaqeeni ho jaata hai jitna khud is duniya ka wajood. toh jo maulana ne likha tha pehle, main usko samajh nahi paata tha. ab main samjha ki maulana ne likha tha ki jab aadmi khuda ko paata hai, toh kainat ka zarra-zarra usko khuda ki daleel ban jaata hai uske liye. ab samajh mein aaya ki uska matlab kya tha ki hamari fitrat bilkul jaag gayi hai, toh har har cheez mein humko khuda nazar aata hai. yaani kabhi kabhi dil yeh pukaar uthta hai ki khudaya, agar tu nahi hai, tab bhi main tujhko maanta hoon.</w:t>
      </w:r>
      <w:r>
        <w:br/>
      </w:r>
      <w:r>
        <w:rPr>
          <w:sz w:val="20"/>
        </w:rPr>
        <w:t>10:26  yeh itni meaningful kainat hai, kaise hum usko explain kar sakte hain? aur doosri cheez jo mujhe mere mission se pehle mere paas nahi thi, ke shukr ka ehsaas. ki ab main sochta hoon ki main nahi sakta. main sochta hoon ki mere liye option sirf yeh reh gaya hai ki main sirf istighfar karta rahoon, yaani khuda se maghfirat maangta rahoon</w:t>
      </w:r>
      <w:r>
        <w:br/>
      </w:r>
      <w:r>
        <w:rPr>
          <w:sz w:val="20"/>
        </w:rPr>
        <w:t>10:53  n. jab bhi shukr karta hoon kisi cheez ko lekar, toh aisa lagta hai ki main usko ghata raha hoon, khuda ki nemat ko ghata raha hoon. maslan, kisi khuda ki koi nemat jab main istemaal karta hoon, paani, hawa, khana, peena, toh aisa ab ehsaas ho gaya hai. yeh maulana ki dawah tabiyat ka nateeja hai ki aisa lagta hai ki main koi jurm kar raha hoon, ki main iska mustahak nahi tha. main khamakha ke liye isko use kar raha hoon.</w:t>
      </w:r>
      <w:r>
        <w:br/>
      </w:r>
      <w:r>
        <w:rPr>
          <w:sz w:val="20"/>
        </w:rPr>
        <w:t>11:18  toh ab main paata hoon ki main toh sochta hoon ki mere liye choice yahi hai ki main sirf istighfar karta rahoon. bas shukr toh bahut oonchi cheez hai, main woh kar nahi sakta. toh yeh do cheezain maine paayi hain: khuda ki fitrat ke satah par khuda ki maarfat aur khuda ka shahri shukr karne ka tajurba. god oriented life</w:t>
      </w:r>
    </w:p>
    <w:p>
      <w:pPr>
        <w:pStyle w:val="Heading2"/>
      </w:pPr>
      <w:r>
        <w:t>Jaipur festival encounter turns hostile questioner into admirer</w:t>
      </w:r>
    </w:p>
    <w:p>
      <w:r>
        <w:rPr>
          <w:color w:val="666666"/>
          <w:sz w:val="18"/>
        </w:rPr>
        <w:t>Personality of A Believer February 2, 2014 · 4m 56s · at 45:25 · https://youtu.be/EiK_-O-Bjps?t=2725</w:t>
      </w:r>
    </w:p>
    <w:p>
      <w:r>
        <w:rPr>
          <w:i/>
        </w:rPr>
        <w:t>“Jaipur mein ek shaks ne pucha: ye sab kya kar rahe ho?”</w:t>
      </w:r>
    </w:p>
    <w:p>
      <w:r>
        <w:rPr>
          <w:sz w:val="20"/>
        </w:rPr>
        <w:t>45:25  Soheb Khan sahib ne bheja hai Lucknow se. He has narrated an experience which he had at Jaipur Literature Festival, where the Dawa Field team went to distribute Quran.</w:t>
      </w:r>
      <w:r>
        <w:br/>
      </w:r>
      <w:r>
        <w:rPr>
          <w:sz w:val="20"/>
        </w:rPr>
        <w:t>45:37  So I will just read out his comment for everyone. He has written: "I was really happy to see the curiosity of people they had in learning about Islam, regardless of their ethnic background.</w:t>
      </w:r>
      <w:r>
        <w:br/>
      </w:r>
      <w:r>
        <w:rPr>
          <w:sz w:val="20"/>
        </w:rPr>
        <w:t>45:55  What kept me energetic in the joy of gifting Quran was the gratitude of people they had for us and the rare smile as if they were in need of this for a long time." Maulana, then he has written an experience which everybody had at Jaipur Literature Festival.</w:t>
      </w:r>
      <w:r>
        <w:br/>
      </w:r>
      <w:r>
        <w:rPr>
          <w:sz w:val="20"/>
        </w:rPr>
        <w:t>46:16  He has written: "A non-Muslim man from Jaipur came and asked, 'What are you doing?'</w:t>
      </w:r>
      <w:r>
        <w:br/>
      </w:r>
      <w:r>
        <w:rPr>
          <w:sz w:val="20"/>
        </w:rPr>
        <w:t>46:24  I said, 'Sir, it's the Quran in English which we are giving.' He said, 'Itna jo sab terrorism hai, sar kaat dete hain logon ka jihad ke naam par, yeh sab jo musalman hain, yeh kya kar rahe hain?</w:t>
      </w:r>
      <w:r>
        <w:br/>
      </w:r>
      <w:r>
        <w:rPr>
          <w:sz w:val="20"/>
        </w:rPr>
        <w:t>46:42  In ke naam par koi fatwa kyun nahi jaari karta? Kyun nahi rokta in ko koi? Ideology kya hai Islam ki?'</w:t>
      </w:r>
      <w:r>
        <w:br/>
      </w:r>
      <w:r>
        <w:rPr>
          <w:sz w:val="20"/>
        </w:rPr>
        <w:t>46:52  Fayyaz sahib explained him, but he again said ke in ko kaun rokega? Unho ne to ana hi sab bana rakha hai, usi ko Islam kehte hain.</w:t>
      </w:r>
      <w:r>
        <w:br/>
      </w:r>
      <w:r>
        <w:rPr>
          <w:sz w:val="20"/>
        </w:rPr>
        <w:t>47:04  Fayyaz sahib, Anis bhai and I were listening to him for four to five minutes, and then Fayyaz sahib said, 'Aap is ko padhein,</w:t>
      </w:r>
      <w:r>
        <w:br/>
      </w:r>
      <w:r>
        <w:rPr>
          <w:sz w:val="20"/>
        </w:rPr>
        <w:t>47:13  yeh Maulana Wahiduddin Khan sahib ka Quran translation hai, hum log inhi se juray hue hain. ' And then he said about me ke yeh Abdulmahad Khan ke nawase hain, Maulana unke bare nana hain.</w:t>
      </w:r>
      <w:r>
        <w:br/>
      </w:r>
      <w:r>
        <w:rPr>
          <w:sz w:val="20"/>
        </w:rPr>
        <w:t>47:28  The moment he heard it, he hugged me for ten seconds at least aur kaha ke, aur mujhe pakad ke kaha ke Wahiduddin Khan sahib, woh toh mere favorite hain,</w:t>
      </w:r>
      <w:r>
        <w:br/>
      </w:r>
      <w:r>
        <w:rPr>
          <w:sz w:val="20"/>
        </w:rPr>
        <w:t>47:43  parhta hoon kitabein mein unki, bohat acha laga aap sab logon se mil ke. All his questions were gone the moment he came to know that we are linked to Maulana sahib.</w:t>
      </w:r>
      <w:r>
        <w:br/>
      </w:r>
      <w:r>
        <w:rPr>
          <w:sz w:val="20"/>
        </w:rPr>
        <w:t>47:55  We gave him the link for the Sunday talk and told him everything about that.</w:t>
      </w:r>
      <w:r>
        <w:br/>
      </w:r>
      <w:r>
        <w:rPr>
          <w:sz w:val="20"/>
        </w:rPr>
        <w:t>48:02  unhone phir, Maulana, ek aur cheez likhi hai, unhone likha hai "There is always some bad with the good, and ninety-nine percent of the bad comments came from the Muslims.</w:t>
      </w:r>
      <w:r>
        <w:br/>
      </w:r>
      <w:r>
        <w:rPr>
          <w:sz w:val="20"/>
        </w:rPr>
        <w:t>48:14  Some were just passing by and murmuring that they should be stopped. How can they do this? kisi ko bhi aise Quran de rahe hain?</w:t>
      </w:r>
      <w:r>
        <w:br/>
      </w:r>
      <w:r>
        <w:rPr>
          <w:sz w:val="20"/>
        </w:rPr>
        <w:t>48:24  Some of them came to us and said, 'aap aise sab ko kyun de rahe hain? galat hai, be adabi hogi,</w:t>
      </w:r>
      <w:r>
        <w:br/>
      </w:r>
      <w:r>
        <w:rPr>
          <w:sz w:val="20"/>
        </w:rPr>
        <w:t>48:32  le ke phenk diya toh? pak saaf nahi rakhta koi, and so on. But we told them that it's a message of God and every human has aright to know what's in the Quran.</w:t>
      </w:r>
      <w:r>
        <w:br/>
      </w:r>
      <w:r>
        <w:rPr>
          <w:sz w:val="20"/>
        </w:rPr>
        <w:t>48:46  They should know it; other things are secondary. Some of them agreed, some of them disagreed to agree. All those who objected said the same words."</w:t>
      </w:r>
      <w:r>
        <w:br/>
      </w:r>
      <w:r>
        <w:rPr>
          <w:sz w:val="20"/>
        </w:rPr>
        <w:t>49:03  is mein dekhiye, yeh lesson hai ke hamari misunderstanding hoti hai. Insan waisa nahi hota, hum samajh lete hain ke khud se har insan ko ek hi Khuda ne paida kiya hai.</w:t>
      </w:r>
      <w:r>
        <w:br/>
      </w:r>
      <w:r>
        <w:rPr>
          <w:sz w:val="20"/>
        </w:rPr>
        <w:t>49:21  har insan ka nature ek hai: fitratul layli fitratun naas to in advance aap kisi bare mein buri rai na banayein,</w:t>
      </w:r>
      <w:r>
        <w:br/>
      </w:r>
      <w:r>
        <w:rPr>
          <w:sz w:val="20"/>
        </w:rPr>
        <w:t>49:34  kabhi bhi aisa ghalati na karein. Aap yeh samjhayein ke woh bhi insan hai jise mein insan hoon, jisne mujh ko paida kiya, Allah ne us ko hi paida kiya.</w:t>
      </w:r>
      <w:r>
        <w:br/>
      </w:r>
      <w:r>
        <w:rPr>
          <w:sz w:val="20"/>
        </w:rPr>
        <w:t>49:45  Allah ne to dekhiye, starting point aap kabhi bhi misunderstanding ko na banayein. Misunderstanding jo hai, woh kabhi aap ka starting point nahi hona chahiye,</w:t>
      </w:r>
      <w:r>
        <w:br/>
      </w:r>
      <w:r>
        <w:rPr>
          <w:sz w:val="20"/>
        </w:rPr>
        <w:t>49:59  balke woh ilm hona chahiye jo Allah ne diya hai ke fitratul layli fitratun naas yahan se aap start lijiye ke woh bhi insan, mein bhi insan.</w:t>
      </w:r>
      <w:r>
        <w:br/>
      </w:r>
      <w:r>
        <w:rPr>
          <w:sz w:val="20"/>
        </w:rPr>
        <w:t>50:12  yeh hai positive method, daao dawat ke kaam ka.</w:t>
      </w:r>
    </w:p>
    <w:p>
      <w:pPr>
        <w:pStyle w:val="Heading2"/>
      </w:pPr>
      <w:r>
        <w:t>Direct closeness to God needs no mediator</w:t>
      </w:r>
    </w:p>
    <w:p>
      <w:r>
        <w:rPr>
          <w:color w:val="666666"/>
          <w:sz w:val="18"/>
        </w:rPr>
        <w:t>Tazkiya-e-Nafs Book by Maulana Wahiduddin Khan · 2m 56s · at 38:50 · https://youtu.be/LbGPnJWmj1A?t=2330</w:t>
      </w:r>
    </w:p>
    <w:p>
      <w:r>
        <w:rPr>
          <w:i/>
        </w:rPr>
        <w:t>“Log samajhte hain tazkiye ke liye paraasrar waseela darkar hai”</w:t>
      </w:r>
    </w:p>
    <w:p>
      <w:r>
        <w:rPr>
          <w:sz w:val="20"/>
        </w:rPr>
        <w:t>38:50  wasitay ke baghair. kitab 'tazkiyah nafs' Maulana Wahiduddin Khan, safha number 20.</w:t>
      </w:r>
      <w:r>
        <w:br/>
      </w:r>
      <w:r>
        <w:rPr>
          <w:sz w:val="20"/>
        </w:rPr>
        <w:t>39:02  shaoori ya ghair shaoori taur par logon ka yeh khayal hai ke tazkiyah ke liye aik purasrar wasitah ya wasilah darkar hai. aslaf ka wasitah, akabir ka wasitah, shaikh ka wasitah, buzurgon ka wasitah, ahl-e-Allah ka wasitah waghaireh.</w:t>
      </w:r>
      <w:r>
        <w:br/>
      </w:r>
      <w:r>
        <w:rPr>
          <w:sz w:val="20"/>
        </w:rPr>
        <w:t>39:19  wasitay ke is purasrar tasawwur mein shaikh bizat khud matloob ban jata hai, jabkay rehnuma ke tasawwur mein asal maqsood Khuda hota hai aur rehnuma ki hesiyat sirf zariye ki.</w:t>
      </w:r>
      <w:r>
        <w:br/>
      </w:r>
      <w:r>
        <w:rPr>
          <w:sz w:val="20"/>
        </w:rPr>
        <w:t>39:31  wasitay ka yeh tasawwur yaqeeni taur par be-bunyad hai. tazkiyah bila wasitah Allah se ta'alluq ke zariye hasil hota hai. koi wasitah is mamlay mein hargiz karamad nahi.</w:t>
      </w:r>
      <w:r>
        <w:br/>
      </w:r>
      <w:r>
        <w:rPr>
          <w:sz w:val="20"/>
        </w:rPr>
        <w:t>39:45  haqeeqi tazkiyah hamesha Allah ki tofeeq se hota hai.</w:t>
      </w:r>
      <w:r>
        <w:br/>
      </w:r>
      <w:r>
        <w:rPr>
          <w:sz w:val="20"/>
        </w:rPr>
        <w:t>39:48  Allah ki tofeeq ke liye kisi wasitay ki zarurat nahi. Allah ki tofeeq har bande tak barah-e-raast pohnchti hai. is ki shart sirf aik hai, aur woh hai haqeeqi maanon mein tazkiyah ka talib ban jana.</w:t>
      </w:r>
      <w:r>
        <w:br/>
      </w:r>
      <w:r>
        <w:rPr>
          <w:sz w:val="20"/>
        </w:rPr>
        <w:t>40:03  Quran ki surah Al-Baqarah mein irshad hua hai: 'Wa idha sa'alaka 'ibadi 'anni fa'inni qareeb. Ujeebu da'wat-ad-da'i idha da'ani, fal yastajeebu li wal yu'minu bi la'allahum yarshadoon.'</w:t>
      </w:r>
      <w:r>
        <w:br/>
      </w:r>
      <w:r>
        <w:rPr>
          <w:sz w:val="20"/>
        </w:rPr>
        <w:t>40:18  surah number 2 ayat 186. yaani jab meray banday tum se meray baabat daryaft karen to keh do ke mein qareeb hoon, pukarney walay ki pukar ka jawab deta hoon, jabkay woh mujhe pukarta hai.</w:t>
      </w:r>
      <w:r>
        <w:br/>
      </w:r>
      <w:r>
        <w:rPr>
          <w:sz w:val="20"/>
        </w:rPr>
        <w:t>40:33  to chahiye ke meray banday mera hukum manen aur mujh par yaqeen rakhen taakeh woh rah-e-yab hon. Quran ki is ayat mein 'qareeb' ka lafz istemal hua hai.</w:t>
      </w:r>
      <w:r>
        <w:br/>
      </w:r>
      <w:r>
        <w:rPr>
          <w:sz w:val="20"/>
        </w:rPr>
        <w:t>40:45  is se maloom hua ke tazkiyah ka zariya husool-e-qurbat hai, na ke husool-e-waseelah. jo aadmi apna tazkiyah chahta ho, us ko chahiye ke woh apnay zehn ko bedar kar ke ziyadah se ziyadah Khuda ke qareeb honay ki koshish karay.</w:t>
      </w:r>
      <w:r>
        <w:br/>
      </w:r>
      <w:r>
        <w:rPr>
          <w:sz w:val="20"/>
        </w:rPr>
        <w:t>41:03  is maqsad ke husool ke liye koi bhi wasilah hargiz madadgar nahi ho sakta. tazkiyah ya to barah-e-raast ta'alluq billah ke zariye milta hai ya woh saray se nahi milta.</w:t>
      </w:r>
      <w:r>
        <w:br/>
      </w:r>
      <w:r>
        <w:rPr>
          <w:sz w:val="20"/>
        </w:rPr>
        <w:t>41:16  haqeeqat yeh hai ke wasitay ka tasawwur tazkiyah ke rastay mein rukawat hai. Khuda jab insaan se 'habl al-warid' surah number 50 ayat 16 se bhi ziyadah qareeb hai to us se qareeb honay ke liye kisi wasitay ki kya zarurat?</w:t>
      </w:r>
      <w:r>
        <w:br/>
      </w:r>
      <w:r>
        <w:rPr>
          <w:sz w:val="20"/>
        </w:rPr>
        <w:t>41:32  wasitah ya wasilay ka tasawwur purasrar nisbat ke aqeeday par qaim hai, jabkay rehnuma ya murshid ka tasawwur shaoori ta'alluq ki bunyad par qaim hota hai.</w:t>
      </w:r>
    </w:p>
    <w:p>
      <w:pPr>
        <w:pStyle w:val="Heading2"/>
      </w:pPr>
      <w:r>
        <w:t>The real secret behind why prayers get accepted</w:t>
      </w:r>
    </w:p>
    <w:p>
      <w:r>
        <w:rPr>
          <w:color w:val="666666"/>
          <w:sz w:val="18"/>
        </w:rPr>
        <w:t>Spirituality in Simple Living, High Thinking October 27, 2019 Maulana Wahiduddin Khan · 3m 07s · at 1:00:56 · https://youtu.be/Kr28g15eFr8?t=3656</w:t>
      </w:r>
    </w:p>
    <w:p>
      <w:r>
        <w:rPr>
          <w:i/>
        </w:rPr>
        <w:t>“I'll tell you a secret almost no one knows”</w:t>
      </w:r>
    </w:p>
    <w:p>
      <w:r>
        <w:rPr>
          <w:sz w:val="20"/>
        </w:rPr>
        <w:t>1:00:56  ab aap aap ko ek raaz ke bare mein batata hoon, ek aisa raaz jis ko shayad koi janta nahin. har aadmi chahta hai ke meri dua qabool ho, har aadmi log duaen karte hain aur chahte hain ke meri dua qabool ho.</w:t>
      </w:r>
      <w:r>
        <w:br/>
      </w:r>
      <w:r>
        <w:rPr>
          <w:sz w:val="20"/>
        </w:rPr>
        <w:t>1:01:14  ji,</w:t>
      </w:r>
      <w:r>
        <w:br/>
      </w:r>
      <w:r>
        <w:rPr>
          <w:sz w:val="20"/>
        </w:rPr>
        <w:t>1:01:19  lekin koi janta nahin ke dua qabool hone ki tareeqa.</w:t>
      </w:r>
      <w:r>
        <w:br/>
      </w:r>
      <w:r>
        <w:rPr>
          <w:sz w:val="20"/>
        </w:rPr>
        <w:t>1:01:25  mein aap ko sure short batata hoon, dua qabool hona ek hadith hai. aaj kal log hadithon ko ek dam letter sense mein lete hain, ab mein us ko leta hoon deep sense mein.</w:t>
      </w:r>
      <w:r>
        <w:br/>
      </w:r>
      <w:r>
        <w:rPr>
          <w:sz w:val="20"/>
        </w:rPr>
        <w:t>1:01:42  to hadith mein to yeh hai ke roze ke bare mein, hadith mein to roze ke bare mein hai ke har amal ka sawab itna itna hai,</w:t>
      </w:r>
      <w:r>
        <w:br/>
      </w:r>
      <w:r>
        <w:rPr>
          <w:sz w:val="20"/>
        </w:rPr>
        <w:t>1:01:57  lekin roze ka sawab itna zyada hai ke Allah taala ne farmaya ke mein jitna chahoon. yeh mashhoor hadith hai,</w:t>
      </w:r>
      <w:r>
        <w:br/>
      </w:r>
      <w:r>
        <w:rPr>
          <w:sz w:val="20"/>
        </w:rPr>
        <w:t>1:02:10  to is mein hai ke: "ida tamo wasawet lijali" yani is liye be hisab, yani be hisab is pe inaam hai ke woh apne khane ko, peene ko aur shahwat ko maili chhodta hai, chhodta hai.</w:t>
      </w:r>
      <w:r>
        <w:br/>
      </w:r>
      <w:r>
        <w:rPr>
          <w:sz w:val="20"/>
        </w:rPr>
        <w:t>1:02:39  is hadith ko saare log one to all samajhte hain, log khana chhodna. aap saari kitabein padh daliye, mein ne kiya kiya ke chhodne ke maani mein liya.</w:t>
      </w:r>
      <w:r>
        <w:br/>
      </w:r>
      <w:r>
        <w:rPr>
          <w:sz w:val="20"/>
        </w:rPr>
        <w:t>1:02:55  jo chhodna koi bhi ho sakti hai, sirf khana nahin.</w:t>
      </w:r>
      <w:r>
        <w:br/>
      </w:r>
      <w:r>
        <w:rPr>
          <w:sz w:val="20"/>
        </w:rPr>
        <w:t>1:03:01  misalan, ek cheez se aap ko bohat mohabbat hai, farz kiye, bohat mohabbat, aur us ki wajah se aap deen pe amal nahin paate.</w:t>
      </w:r>
      <w:r>
        <w:br/>
      </w:r>
      <w:r>
        <w:rPr>
          <w:sz w:val="20"/>
        </w:rPr>
        <w:t>1:03:13  mein misaal de sakta hoon, lekin us waqt mein misaal nahin doon ga.</w:t>
      </w:r>
      <w:r>
        <w:br/>
      </w:r>
      <w:r>
        <w:rPr>
          <w:sz w:val="20"/>
        </w:rPr>
        <w:t>1:03:20  aur mein ne khud amal kiya hai is par, khud amal kiya hai is par.</w:t>
      </w:r>
      <w:r>
        <w:br/>
      </w:r>
      <w:r>
        <w:rPr>
          <w:sz w:val="20"/>
        </w:rPr>
        <w:t>1:03:25  is hadith ko mein ne is lihaz se liya ke apne kisi bohat cheez zyada pasandeeda cheez ko chhodna Allah ke liye.</w:t>
      </w:r>
      <w:r>
        <w:br/>
      </w:r>
      <w:r>
        <w:rPr>
          <w:sz w:val="20"/>
        </w:rPr>
        <w:t>1:03:38  to mein ne khud amal kiya hai ke: "khudaya, mein tere liye is cheez ko chhodta hoon, to meri dua qabool farma."</w:t>
      </w:r>
      <w:r>
        <w:br/>
      </w:r>
      <w:r>
        <w:rPr>
          <w:sz w:val="20"/>
        </w:rPr>
        <w:t>1:03:50  aur aur yaqeen, aur yeh bilkul yaqeen samjhiye ke jo dua mein ne ki thi, woh izafe ke sath qabool hui, izafe ke sath.</w:t>
      </w:r>
    </w:p>
    <w:p>
      <w:pPr>
        <w:pStyle w:val="Heading2"/>
      </w:pPr>
      <w:r>
        <w:t>God, not the heart, is the true treasure</w:t>
      </w:r>
    </w:p>
    <w:p>
      <w:r>
        <w:rPr>
          <w:color w:val="666666"/>
          <w:sz w:val="18"/>
        </w:rPr>
        <w:t>Islam and Sufism (Islam and Spirituality) (English) February 28, 2008 · 46s · at 38:56 · https://youtu.be/6UGAPDfrS2w?t=2336</w:t>
      </w:r>
    </w:p>
    <w:p>
      <w:r>
        <w:rPr>
          <w:i/>
        </w:rPr>
        <w:t>“There is no hidden treasure here in your heart”</w:t>
      </w:r>
    </w:p>
    <w:p>
      <w:r>
        <w:rPr>
          <w:sz w:val="20"/>
        </w:rPr>
        <w:t>38:56  according to Islamic concept, there is no, there is no treasure here in our heart.</w:t>
      </w:r>
      <w:r>
        <w:br/>
      </w:r>
      <w:r>
        <w:rPr>
          <w:sz w:val="20"/>
        </w:rPr>
        <w:t>39:06  treasure is in the, in with God. God is the treasure, not our heart.</w:t>
      </w:r>
      <w:r>
        <w:br/>
      </w:r>
      <w:r>
        <w:rPr>
          <w:sz w:val="20"/>
        </w:rPr>
        <w:t>39:15  we are simply recipient. God is the give, God is the giver, we are the receiver.</w:t>
      </w:r>
      <w:r>
        <w:br/>
      </w:r>
      <w:r>
        <w:rPr>
          <w:sz w:val="20"/>
        </w:rPr>
        <w:t>39:26  we have no treasure. I don't believe that we have hidden treasure here in this heart. No such treasure.</w:t>
      </w:r>
      <w:r>
        <w:br/>
      </w:r>
      <w:r>
        <w:rPr>
          <w:sz w:val="20"/>
        </w:rPr>
        <w:t>39:38  God is giver, and we are receiver.</w:t>
      </w:r>
    </w:p>
    <w:p>
      <w:pPr>
        <w:pStyle w:val="Heading2"/>
      </w:pPr>
      <w:r>
        <w:t>Where young people's obsession with fashion really comes from</w:t>
      </w:r>
    </w:p>
    <w:p>
      <w:r>
        <w:rPr>
          <w:color w:val="666666"/>
          <w:sz w:val="18"/>
        </w:rPr>
        <w:t>Spirituality in Islam January 1, 2006 Maulana Wahiduddin Khan · 1m 45s · at 20:07 · https://youtu.be/XO4htFBEkV4?t=1207</w:t>
      </w:r>
    </w:p>
    <w:p>
      <w:r>
        <w:rPr>
          <w:i/>
        </w:rPr>
        <w:t>“Aaj kal kisi bhi naujawan ko lijiye, kya hoga?”</w:t>
      </w:r>
    </w:p>
    <w:p>
      <w:r>
        <w:rPr>
          <w:sz w:val="20"/>
        </w:rPr>
        <w:t>20:07  to wahin kahin conditioning hoti hai. jaise misaal ke taur par aaj kal aap kisi bhi naujawan ko lijiye, koi bhi naujawan, ladki ya ladka, to kya hoga?</w:t>
      </w:r>
      <w:r>
        <w:br/>
      </w:r>
      <w:r>
        <w:rPr>
          <w:sz w:val="20"/>
        </w:rPr>
        <w:t>20:19  aap dekhen ke har aadmi fashion ki baatein kar raha hai, har aadmi shopping ki baatein kar raha hai, har aadmi outing ki baatein kar raha hai, har aadmi jo hai entertainment ki baatein kar raha hai.</w:t>
      </w:r>
      <w:r>
        <w:br/>
      </w:r>
      <w:r>
        <w:rPr>
          <w:sz w:val="20"/>
        </w:rPr>
        <w:t>20:32  kyun? koi bhi aadmi in cheezon ko pet se le kar nahi paida hua. kisi bhi ladki ya ladke ki maa ne jab us ko jina, us waqt woh ladki ya ladka is cheezon se bilkul hi,</w:t>
      </w:r>
      <w:r>
        <w:br/>
      </w:r>
      <w:r>
        <w:rPr>
          <w:sz w:val="20"/>
        </w:rPr>
        <w:t>20:49  yaani unaware the, bilkul unaware the ke kya hai fashion, kya hai shopping, kya hai entertainment, kya hai pleasure, kya hai outing.</w:t>
      </w:r>
      <w:r>
        <w:br/>
      </w:r>
      <w:r>
        <w:rPr>
          <w:sz w:val="20"/>
        </w:rPr>
        <w:t>21:06  woh bachcha jo nikla tha maa ke pet se, us ki dictionary mein yeh sab word nahi thay. to kahan se aaye?</w:t>
      </w:r>
      <w:r>
        <w:br/>
      </w:r>
      <w:r>
        <w:rPr>
          <w:sz w:val="20"/>
        </w:rPr>
        <w:t>21:16  yeh aaye society se. jis society mein woh jee raha tha, us society ne us ko yeh sab word diye, woh yeh soch di.</w:t>
      </w:r>
      <w:r>
        <w:br/>
      </w:r>
      <w:r>
        <w:rPr>
          <w:sz w:val="20"/>
        </w:rPr>
        <w:t>21:27  ab spirituality agar aa jaye kisi ke andar, yaani detach thinking aa jaye, to woh society se alag ho kar sochega. zamane ke mein kya ho raha hai, us se alag ho kar sochega.</w:t>
      </w:r>
      <w:r>
        <w:br/>
      </w:r>
      <w:r>
        <w:rPr>
          <w:sz w:val="20"/>
        </w:rPr>
        <w:t>21:41  to is ke maani kya hue? is is spirituality jo hai, ek aisi, ek aisa discipline hai jis mein deconditioning ka process sath sath chalta rehta hai.</w:t>
      </w:r>
    </w:p>
    <w:p>
      <w:pPr>
        <w:pStyle w:val="Heading2"/>
      </w:pPr>
      <w:r>
        <w:t>Seeing God's presence everywhere</w:t>
      </w:r>
    </w:p>
    <w:p>
      <w:r>
        <w:rPr>
          <w:color w:val="666666"/>
          <w:sz w:val="18"/>
        </w:rPr>
        <w:t>Islam and Sufism, Islam and Spirituality (Group of Gothers) - Maulana Wahiduddin Khan · 32s · at 16:46 · https://youtu.be/yuxUUlOqZLM?t=1006</w:t>
      </w:r>
    </w:p>
    <w:p>
      <w:r>
        <w:rPr>
          <w:i/>
        </w:rPr>
        <w:t>“I am able to see God every where, every time”</w:t>
      </w:r>
    </w:p>
    <w:p>
      <w:r>
        <w:rPr>
          <w:sz w:val="20"/>
        </w:rPr>
        <w:t>16:46  so i according to my experience, according to my, my study, i believe this kind of spirituality.</w:t>
      </w:r>
      <w:r>
        <w:br/>
      </w:r>
      <w:r>
        <w:rPr>
          <w:sz w:val="20"/>
        </w:rPr>
        <w:t>16:56  i am able to see god everywhere, every time, in every step, space and time, everywhere, because everywhere there is nature.</w:t>
      </w:r>
      <w:r>
        <w:br/>
      </w:r>
      <w:r>
        <w:rPr>
          <w:sz w:val="20"/>
        </w:rPr>
        <w:t>17:06  every, everywhere, from, from myself, all these things are before by eye. so i had developed this kind of eye.</w:t>
      </w:r>
    </w:p>
    <w:p>
      <w:pPr>
        <w:pStyle w:val="Heading2"/>
      </w:pPr>
      <w:r>
        <w:t>True provision for believers is spiritual</w:t>
      </w:r>
    </w:p>
    <w:p>
      <w:r>
        <w:rPr>
          <w:color w:val="666666"/>
          <w:sz w:val="18"/>
        </w:rPr>
        <w:t>Fasting A Source of Spiritual Empowerment 21 Aug, 2011 - Maulana Wahiduddin Khan · 2m 23s · at 7:38 · https://youtu.be/b19V3pD-tbQ?t=458</w:t>
      </w:r>
    </w:p>
    <w:p>
      <w:r>
        <w:rPr>
          <w:i/>
        </w:rPr>
        <w:t>“Lekin yeh bilkul galat hai.”</w:t>
      </w:r>
    </w:p>
    <w:p>
      <w:r>
        <w:rPr>
          <w:sz w:val="20"/>
        </w:rPr>
        <w:t>7:38  to bohat hi barkat ki baat hai yeh. woh is se murad hai. lekin yeh bilkul galat hai. aap ghor kijiye ke jo lafz hai us mein rizq al-khalq nahi hai.</w:t>
      </w:r>
      <w:r>
        <w:br/>
      </w:r>
      <w:r>
        <w:rPr>
          <w:sz w:val="20"/>
        </w:rPr>
        <w:t>7:53  ke logon ka rizq badha diya jata hai. balke hai rizq al-momin. momin ka rizq badha diya jata hai.</w:t>
      </w:r>
      <w:r>
        <w:br/>
      </w:r>
      <w:r>
        <w:rPr>
          <w:sz w:val="20"/>
        </w:rPr>
        <w:t>8:04  to zahir hai ke yahan par rizq ka mafhoom momin ke lehaz se mutayyan kiya jayega. agar mahaz insaan ka lafz hota to insaan ki nisbat se aap is ka matlab mutayyan karte.</w:t>
      </w:r>
      <w:r>
        <w:br/>
      </w:r>
      <w:r>
        <w:rPr>
          <w:sz w:val="20"/>
        </w:rPr>
        <w:t>8:18  lekin jab momin ka lafz hai to momin ki nisbat se aap is ka lafz, is ka matlab</w:t>
      </w:r>
      <w:r>
        <w:br/>
      </w:r>
      <w:r>
        <w:rPr>
          <w:sz w:val="20"/>
        </w:rPr>
        <w:t>8:29  mutayyan karenge. To momin kya hai? Momin woh hai jisko Allah ki discovery hoti hai.</w:t>
      </w:r>
      <w:r>
        <w:br/>
      </w:r>
      <w:r>
        <w:rPr>
          <w:sz w:val="20"/>
        </w:rPr>
        <w:t>8:42  Momin woh hai jo Allah ki marifat mein jeeta hai. Momin woh hai jisko Allah ki qurbat ki talash hoti hai.</w:t>
      </w:r>
      <w:r>
        <w:br/>
      </w:r>
      <w:r>
        <w:rPr>
          <w:sz w:val="20"/>
        </w:rPr>
        <w:t>8:57  Momin woh hai jo har waqt subah shaam yeh sochta hai ke kaise mere andar woh personality bane ke main aakhirat mein jannat mein dakhle ka mustahiq qarar paoon.</w:t>
      </w:r>
      <w:r>
        <w:br/>
      </w:r>
      <w:r>
        <w:rPr>
          <w:sz w:val="20"/>
        </w:rPr>
        <w:t>9:17  Aisa insaan hai momin. To jab momin aisa insaan hai to isi ke lehaz se aap batayenge rizq ka matlab. Rizq ka matlab wahi hai jisko kehte hain angrezi mein hum Provision.</w:t>
      </w:r>
      <w:r>
        <w:br/>
      </w:r>
      <w:r>
        <w:rPr>
          <w:sz w:val="20"/>
        </w:rPr>
        <w:t>9:29  To rizq ka Provision jo hai sirf khane kamane mein nahi hai. Dono ke lafz mein iska yani ek maadi mafhoom hai, ek Spiritual mafhoom bhi shamil hai is mein.</w:t>
      </w:r>
      <w:r>
        <w:br/>
      </w:r>
      <w:r>
        <w:rPr>
          <w:sz w:val="20"/>
        </w:rPr>
        <w:t>9:49  To yahan par jo murad hai woh hai Spiritual Provision, Spiritual Food, Spiritual rizq.</w:t>
      </w:r>
    </w:p>
    <w:p>
      <w:pPr>
        <w:pStyle w:val="Heading2"/>
      </w:pPr>
      <w:r>
        <w:t>Help the oppressor and oppressed</w:t>
      </w:r>
    </w:p>
    <w:p>
      <w:r>
        <w:rPr>
          <w:color w:val="666666"/>
          <w:sz w:val="18"/>
        </w:rPr>
        <w:t>Peace of Mind April 19, 2015 Maulana Wahiduddin Khan · 10s · at 53:45 · https://youtu.be/bGLY0ALNtjw?t=3225</w:t>
      </w:r>
    </w:p>
    <w:p>
      <w:r>
        <w:rPr>
          <w:i/>
        </w:rPr>
        <w:t>“Help zalim aur mazloom both, help of zalim is to stop him from zulm”</w:t>
      </w:r>
    </w:p>
    <w:p>
      <w:r>
        <w:rPr>
          <w:sz w:val="20"/>
        </w:rPr>
        <w:t>53:45  The Prophet also said that help zalim and mazloom both, and the help of zalim is to stop him from zulm.</w:t>
      </w:r>
    </w:p>
    <w:p>
      <w:pPr>
        <w:pStyle w:val="Heading2"/>
      </w:pPr>
      <w:r>
        <w:t>Moses' prayer misinterpreted as asking for food</w:t>
      </w:r>
    </w:p>
    <w:p>
      <w:r>
        <w:rPr>
          <w:color w:val="666666"/>
          <w:sz w:val="18"/>
        </w:rPr>
        <w:t>The Importance of Education, Feb. 15, 2014 - Maulana Wahiduddin Khan · 2m 05s · at 8:28 · https://youtu.be/Ln1FQfOWyzo?t=508</w:t>
      </w:r>
    </w:p>
    <w:p>
      <w:r>
        <w:rPr>
          <w:i/>
        </w:rPr>
        <w:t>“حضرت موسیٰ کو، حضرت موسیٰ پیدا ہوئے تھے ایجپٹ میں”</w:t>
      </w:r>
    </w:p>
    <w:p>
      <w:r>
        <w:rPr>
          <w:sz w:val="20"/>
        </w:rPr>
        <w:t>8:28  Hazrat Musa ko, Hazrat Musa paida hue the Egypt mein, Misr mein. wahan aise halaat paida hue ke un ko Misr chhod kar ke jana pada, Madyan.</w:t>
      </w:r>
      <w:r>
        <w:br/>
      </w:r>
      <w:r>
        <w:rPr>
          <w:sz w:val="20"/>
        </w:rPr>
        <w:t>8:42  to Madyan mein jab woh pahunche hain to us zamane mein ka safar aaj jaisa nahi tha.</w:t>
      </w:r>
      <w:r>
        <w:br/>
      </w:r>
      <w:r>
        <w:rPr>
          <w:sz w:val="20"/>
        </w:rPr>
        <w:t>8:52  to shaam ka waqt tha. ek darakht ke neeche woh baith gaye. akele the us waqt woh. us waqt, ab aap ghor kijiye ke Misr se paidal chal kar Madyan gaye.</w:t>
      </w:r>
      <w:r>
        <w:br/>
      </w:r>
      <w:r>
        <w:rPr>
          <w:sz w:val="20"/>
        </w:rPr>
        <w:t>9:10  pahadon, jangalon ke teh teh kya hoga unhone. thake hue, bhooke. khana bhi nahi tha. riwayat mein aata hai ke saat din se woh bhooke the.</w:t>
      </w:r>
      <w:r>
        <w:br/>
      </w:r>
      <w:r>
        <w:rPr>
          <w:sz w:val="20"/>
        </w:rPr>
        <w:t>9:23  jab baithe the peet peed ke neeche to saat din se woh bhooke the. to aage unhein koi nahi, peechhe unhein koi saman na koi kuch.</w:t>
      </w:r>
      <w:r>
        <w:br/>
      </w:r>
      <w:r>
        <w:rPr>
          <w:sz w:val="20"/>
        </w:rPr>
        <w:t>9:34  to us waqt un ki zuban se nikla tha, 'Rabbi inni lima anzalta ilayya min khairin faqeer'.</w:t>
      </w:r>
      <w:r>
        <w:br/>
      </w:r>
      <w:r>
        <w:rPr>
          <w:sz w:val="20"/>
        </w:rPr>
        <w:t>9:47  Ae mere Rab! mein is khair ke liye tera mohtaj hoon jo tu ne mere upar utari.</w:t>
      </w:r>
      <w:r>
        <w:br/>
      </w:r>
      <w:r>
        <w:rPr>
          <w:sz w:val="20"/>
        </w:rPr>
        <w:t>10:02  to tafsir mein aap dekhen to is ka koi ma'nawiyat nahi nazar aati. tamam tafsiron mein kya likha hua hai ke Hazrat Musa saat din se bhooke the to unhone goya ta'am ke liye dua ki.</w:t>
      </w:r>
      <w:r>
        <w:br/>
      </w:r>
      <w:r>
        <w:rPr>
          <w:sz w:val="20"/>
        </w:rPr>
        <w:t>10:20  yani khana Allah ki taraf se mil jaye aur woh bhook mita saken. yeh bilkul hi baseless baat hai.</w:t>
      </w:r>
    </w:p>
    <w:p>
      <w:pPr>
        <w:pStyle w:val="Heading2"/>
      </w:pPr>
      <w:r>
        <w:t>Dawah no expectation from people</w:t>
      </w:r>
    </w:p>
    <w:p>
      <w:r>
        <w:rPr>
          <w:color w:val="666666"/>
          <w:sz w:val="18"/>
        </w:rPr>
        <w:t>Message on Eid Al-Adha October 27, 2012 · 23s · at 49:09 · https://youtu.be/eGzAlyVEafc?t=2949</w:t>
      </w:r>
    </w:p>
    <w:p>
      <w:r>
        <w:rPr>
          <w:i/>
        </w:rPr>
        <w:t>“Dawah work mein aap ko insaan se koi lena dena nahi”</w:t>
      </w:r>
    </w:p>
    <w:p>
      <w:r>
        <w:rPr>
          <w:sz w:val="20"/>
        </w:rPr>
        <w:t>49:09  dawah work mein aap ko insaan se koi lena dena nahi hai, insaan ko to aap ko pahunchana hai, bas sirf pahunchana hai.</w:t>
      </w:r>
      <w:r>
        <w:br/>
      </w:r>
      <w:r>
        <w:rPr>
          <w:sz w:val="20"/>
        </w:rPr>
        <w:t>49:18  lena to Allah taala se hai aap ko. to dawah work ek aisa work hai jo poore maanon mein tension free banata hai aap ko,</w:t>
      </w:r>
    </w:p>
    <w:p>
      <w:pPr>
        <w:pStyle w:val="Heading2"/>
      </w:pPr>
      <w:r>
        <w:t>Why Islam gets left out of spirituality's global fad</w:t>
      </w:r>
    </w:p>
    <w:p>
      <w:r>
        <w:rPr>
          <w:color w:val="666666"/>
          <w:sz w:val="18"/>
        </w:rPr>
        <w:t>Spirituality in Islam January 1, 2006 Maulana Wahiduddin Khan · 1m 03s · at 1:04 · https://youtu.be/XO4htFBEkV4?t=64</w:t>
      </w:r>
    </w:p>
    <w:p>
      <w:r>
        <w:rPr>
          <w:i/>
        </w:rPr>
        <w:t>“Spirituality aaj ki duniya mein bahut popular subject hai”</w:t>
      </w:r>
    </w:p>
    <w:p>
      <w:r>
        <w:rPr>
          <w:sz w:val="20"/>
        </w:rPr>
        <w:t>1:04  aap jante hain ke spirituality aaj ki dunya mein</w:t>
      </w:r>
      <w:r>
        <w:br/>
      </w:r>
      <w:r>
        <w:rPr>
          <w:sz w:val="20"/>
        </w:rPr>
        <w:t>1:11  bahut zyada popular subject hai. us ko angrezi mein kehte hain fad, fad.</w:t>
      </w:r>
      <w:r>
        <w:br/>
      </w:r>
      <w:r>
        <w:rPr>
          <w:sz w:val="20"/>
        </w:rPr>
        <w:t>1:23  yeh subject jo hai fad bana hua hai sari dunya mein.</w:t>
      </w:r>
      <w:r>
        <w:br/>
      </w:r>
      <w:r>
        <w:rPr>
          <w:sz w:val="20"/>
        </w:rPr>
        <w:t>1:31  lekin yeh anokhi baat hai ke jab spirituality ka charcha hota hai to us mein islam ka naam nahi aata.</w:t>
      </w:r>
      <w:r>
        <w:br/>
      </w:r>
      <w:r>
        <w:rPr>
          <w:sz w:val="20"/>
        </w:rPr>
        <w:t>1:46  log samajhte hain ke islam</w:t>
      </w:r>
      <w:r>
        <w:br/>
      </w:r>
      <w:r>
        <w:rPr>
          <w:sz w:val="20"/>
        </w:rPr>
        <w:t>1:50  mein spirituality nahi hai. spirituality doosre religion mein hai magar islam mein nahi hai.</w:t>
      </w:r>
      <w:r>
        <w:br/>
      </w:r>
      <w:r>
        <w:rPr>
          <w:sz w:val="20"/>
        </w:rPr>
        <w:t>2:00  islam to religion of sword hai.</w:t>
      </w:r>
    </w:p>
    <w:p>
      <w:pPr>
        <w:pStyle w:val="Heading2"/>
      </w:pPr>
      <w:r>
        <w:t>Simplicity not poverty for spirituality</w:t>
      </w:r>
    </w:p>
    <w:p>
      <w:r>
        <w:rPr>
          <w:color w:val="666666"/>
          <w:sz w:val="18"/>
        </w:rPr>
        <w:t>God and Man (In Conversation with Maulana) 01 04 07 · 22s · at 24:03 · https://youtu.be/2HlIEnmDdPo?t=1443</w:t>
      </w:r>
    </w:p>
    <w:p>
      <w:r>
        <w:rPr>
          <w:i/>
        </w:rPr>
        <w:t>“Poverty ka word main nahi use karunga”</w:t>
      </w:r>
    </w:p>
    <w:p>
      <w:r>
        <w:rPr>
          <w:sz w:val="20"/>
        </w:rPr>
        <w:t>24:03  poverty ka word mein nahi use karunga. simplicity ka word use karunga mein ke apne aap ko simple life par rakhna, chahe sab kuch ho aap ke paas tab bhi.</w:t>
      </w:r>
      <w:r>
        <w:br/>
      </w:r>
      <w:r>
        <w:rPr>
          <w:sz w:val="20"/>
        </w:rPr>
        <w:t>24:15  poverty ka to negative word hai woh. simplicity. simplicity direct taur par juri hui hai spirituality se. direct taur par.</w:t>
      </w:r>
    </w:p>
    <w:p>
      <w:pPr>
        <w:pStyle w:val="Heading2"/>
      </w:pPr>
      <w:r>
        <w:t>Spiritual duty vs political system</w:t>
      </w:r>
    </w:p>
    <w:p>
      <w:r>
        <w:rPr>
          <w:color w:val="666666"/>
          <w:sz w:val="18"/>
        </w:rPr>
        <w:t>Message of The Quran March 29, 2015 · 55s · at 45:57 · https://youtu.be/u57TpiO8A7Y?t=2757</w:t>
      </w:r>
    </w:p>
    <w:p>
      <w:r>
        <w:rPr>
          <w:i/>
        </w:rPr>
        <w:t>“Muslimon tumhara farz ye hai”</w:t>
      </w:r>
    </w:p>
    <w:p>
      <w:r>
        <w:rPr>
          <w:sz w:val="20"/>
        </w:rPr>
        <w:t>45:57  lmanon tmhara farz yeh hai ke tum system ko qaim karo nizam ko qaim karo yeh kahan quran</w:t>
      </w:r>
      <w:r>
        <w:br/>
      </w:r>
      <w:r>
        <w:rPr>
          <w:sz w:val="20"/>
        </w:rPr>
        <w:t>46:03  mein hai to kahin bhi nahin hai quran mein to hai ke Allah se daro Allah se mohabbat</w:t>
      </w:r>
      <w:r>
        <w:br/>
      </w:r>
      <w:r>
        <w:rPr>
          <w:sz w:val="20"/>
        </w:rPr>
        <w:t>46:08  karo Allah ke upar ghor o fikr karo yani sab isprit ki baaten hain tadabbur ki baaten hain</w:t>
      </w:r>
      <w:r>
        <w:br/>
      </w:r>
      <w:r>
        <w:rPr>
          <w:sz w:val="20"/>
        </w:rPr>
        <w:t>46:16  to jab tak aap quran se koi dalil na dein yeh baat qabil e ghor nahin hogi apne apne</w:t>
      </w:r>
      <w:r>
        <w:br/>
      </w:r>
      <w:r>
        <w:rPr>
          <w:sz w:val="20"/>
        </w:rPr>
        <w:t>46:23  mind se jo baat kahein woh quran ki baat kaise ho sakti hai</w:t>
      </w:r>
      <w:r>
        <w:br/>
      </w:r>
      <w:r>
        <w:rPr>
          <w:sz w:val="20"/>
        </w:rPr>
        <w:t>46:30  molana agla sawal dilli se kya hai molana farhad ahmad sahab ne aur unhon ne likha hai ke</w:t>
      </w:r>
      <w:r>
        <w:br/>
      </w:r>
      <w:r>
        <w:rPr>
          <w:sz w:val="20"/>
        </w:rPr>
        <w:t>46:38  it is said that to become a creative man is a very very difficult task</w:t>
      </w:r>
      <w:r>
        <w:br/>
      </w:r>
      <w:r>
        <w:rPr>
          <w:sz w:val="20"/>
        </w:rPr>
        <w:t>46:45  then how quran says that deen is easy and still wants to make a man creative</w:t>
      </w:r>
    </w:p>
    <w:p>
      <w:pPr>
        <w:pStyle w:val="Heading2"/>
      </w:pPr>
      <w:r>
        <w:t>How believers convert every life experience into spiritual food</w:t>
      </w:r>
    </w:p>
    <w:p>
      <w:r>
        <w:rPr>
          <w:color w:val="666666"/>
          <w:sz w:val="18"/>
        </w:rPr>
        <w:t>Personality of A Believer February 2, 2014 · 4m 16s · at 5:31 · https://youtu.be/EiK_-O-Bjps?t=331</w:t>
      </w:r>
    </w:p>
    <w:p>
      <w:r>
        <w:rPr>
          <w:i/>
        </w:rPr>
        <w:t>“Momin har tajurbay ko apni spiritual food banata hai”</w:t>
      </w:r>
    </w:p>
    <w:p>
      <w:r>
        <w:rPr>
          <w:sz w:val="20"/>
        </w:rPr>
        <w:t>5:31  yeh bhi waise hi hota hai jaise drakht ka maamla hai. drakht grow kaise karta hai? grow is tarah karta hai woh ke woh aas paas ki duniya se apna food leta hai, food</w:t>
      </w:r>
      <w:r>
        <w:br/>
      </w:r>
      <w:r>
        <w:rPr>
          <w:sz w:val="20"/>
        </w:rPr>
        <w:t>5:46  zameen se pani leta hai, tarah tarah ki cheezain zameen mein hain, tarah tarah ke ke chemicals.</w:t>
      </w:r>
      <w:r>
        <w:br/>
      </w:r>
      <w:r>
        <w:rPr>
          <w:sz w:val="20"/>
        </w:rPr>
        <w:t>5:56  to is zameen mein jo cheezain hain, is ko liya us ne. oopar suraj chamak raha hai, suraj se energy li us ne. to zameen se, hawa se, suraj se musalsal woh food leta rehta hai, food.</w:t>
      </w:r>
      <w:r>
        <w:br/>
      </w:r>
      <w:r>
        <w:rPr>
          <w:sz w:val="20"/>
        </w:rPr>
        <w:t>6:13  is tarah woh grow karta hai.</w:t>
      </w:r>
      <w:r>
        <w:br/>
      </w:r>
      <w:r>
        <w:rPr>
          <w:sz w:val="20"/>
        </w:rPr>
        <w:t>6:16  isi liye aap dekhiye, koi poda aap aisi jagah laga dein jahan dhoop na ho, pani na ho, jahan soil na ho to woh sookh jayega.</w:t>
      </w:r>
      <w:r>
        <w:br/>
      </w:r>
      <w:r>
        <w:rPr>
          <w:sz w:val="20"/>
        </w:rPr>
        <w:t>6:27  woh</w:t>
      </w:r>
      <w:r>
        <w:br/>
      </w:r>
      <w:r>
        <w:rPr>
          <w:sz w:val="20"/>
        </w:rPr>
        <w:t>6:30  to momin ki shakhsiyat banti hai isi tareeqe se. dekhein, rozana aap ko kuch auqat guzarte hain, subah se sh</w:t>
      </w:r>
      <w:r>
        <w:br/>
      </w:r>
      <w:r>
        <w:rPr>
          <w:sz w:val="20"/>
        </w:rPr>
        <w:t>6:41  aam tak, har waqt koi tajurba, har waqt koi experience, kuch dekha, kuch suna, kuch parha, har waqt aisa hota rehta hai. in sab cheezon ko aap, yaani aap ke andar ek aisi developed,</w:t>
      </w:r>
      <w:r>
        <w:br/>
      </w:r>
      <w:r>
        <w:rPr>
          <w:sz w:val="20"/>
        </w:rPr>
        <w:t>6:56  ek aisa ek developed mind hoga, aisi soch ho ke har cheez ko ghiza bana le, har cheez ko ghiza bana le.</w:t>
      </w:r>
      <w:r>
        <w:br/>
      </w:r>
      <w:r>
        <w:rPr>
          <w:sz w:val="20"/>
        </w:rPr>
        <w:t>7:09  jaise</w:t>
      </w:r>
      <w:r>
        <w:br/>
      </w:r>
      <w:r>
        <w:rPr>
          <w:sz w:val="20"/>
        </w:rPr>
        <w:t>7:14  pani hai, rozana aap pani istemal karte hain</w:t>
      </w:r>
      <w:r>
        <w:br/>
      </w:r>
      <w:r>
        <w:rPr>
          <w:sz w:val="20"/>
        </w:rPr>
        <w:t>7:21  to aap sochein ke pani na ho to kya haal hoga mera? to ek woh insan hai jo pani na ho tab soch pata hai,</w:t>
      </w:r>
      <w:r>
        <w:br/>
      </w:r>
      <w:r>
        <w:rPr>
          <w:sz w:val="20"/>
        </w:rPr>
        <w:t>7:35  pani khatam ho jaye tab woh soch pata hai ke yeh kaisa ho gaya</w:t>
      </w:r>
      <w:r>
        <w:br/>
      </w:r>
      <w:r>
        <w:rPr>
          <w:sz w:val="20"/>
        </w:rPr>
        <w:t>7:39  , ab kya hoga? lekin momin woh hai jo pani mil raha hai tab bhi sochta hai, woh</w:t>
      </w:r>
      <w:r>
        <w:br/>
      </w:r>
      <w:r>
        <w:rPr>
          <w:sz w:val="20"/>
        </w:rPr>
        <w:t>7:49  yaani woh affluence mein woh baat soch pata hai jo log us ke us ke state mein sochte hain. yeh hai momin.</w:t>
      </w:r>
      <w:r>
        <w:br/>
      </w:r>
      <w:r>
        <w:rPr>
          <w:sz w:val="20"/>
        </w:rPr>
        <w:t>7:58  yaani haivan jo hai, animal jo hai, pani na mile tab sochega, isko ghaas na mile tab sochega.</w:t>
      </w:r>
      <w:r>
        <w:br/>
      </w:r>
      <w:r>
        <w:rPr>
          <w:sz w:val="20"/>
        </w:rPr>
        <w:t>8:06  lekin momin woh hai jo ek bashaoor hasti hota hai, iske andar ek developed thinking hoti hai.</w:t>
      </w:r>
      <w:r>
        <w:br/>
      </w:r>
      <w:r>
        <w:rPr>
          <w:sz w:val="20"/>
        </w:rPr>
        <w:t>8:21  jab woh pani leta hai</w:t>
      </w:r>
      <w:r>
        <w:br/>
      </w:r>
      <w:r>
        <w:rPr>
          <w:sz w:val="20"/>
        </w:rPr>
        <w:t>8:25  tab bhi woh sochta hai ke pani na hota to mera kya haal hota? jab food leta hai tab bhi sochta hai ke food na hota to mera kya haal hota?</w:t>
      </w:r>
      <w:r>
        <w:br/>
      </w:r>
      <w:r>
        <w:rPr>
          <w:sz w:val="20"/>
        </w:rPr>
        <w:t>8:38  woh hawa mein se oxygen leta hai tab bhi sochta hai ke oxygen na hota to kya haal hota mera?</w:t>
      </w:r>
      <w:r>
        <w:br/>
      </w:r>
      <w:r>
        <w:rPr>
          <w:sz w:val="20"/>
        </w:rPr>
        <w:t>8:45  to momin aur ghair momin ka farq yeh hai ke ghair momin just like animal hota hai, yaani cheezein na hon tab woh soch pata hai ke dekho yeh yeh nahi, ab kya hoga?</w:t>
      </w:r>
      <w:r>
        <w:br/>
      </w:r>
      <w:r>
        <w:rPr>
          <w:sz w:val="20"/>
        </w:rPr>
        <w:t>9:01  yaani is is ke us ke state mein soch pata hai woh. lekin momin ek bashaoor hasti hai, iske andar ek developed thinking hoti hai.</w:t>
      </w:r>
      <w:r>
        <w:br/>
      </w:r>
      <w:r>
        <w:rPr>
          <w:sz w:val="20"/>
        </w:rPr>
        <w:t>9:13  to affluence mein woh soch pata hai, woh cheez jo log us ke state mein sochte hain, tabhi to iski value hai Allah ke nazdeek.</w:t>
      </w:r>
      <w:r>
        <w:br/>
      </w:r>
      <w:r>
        <w:rPr>
          <w:sz w:val="20"/>
        </w:rPr>
        <w:t>9:24  to poora zindagi ke tamam tajurbaat, jo kuch bhi zindagi mein hota hai, in sab ko momin apni khorak banata hai,</w:t>
      </w:r>
      <w:r>
        <w:br/>
      </w:r>
      <w:r>
        <w:rPr>
          <w:sz w:val="20"/>
        </w:rPr>
        <w:t>9:36  banata rehta hai, banata rehta hai, banata rehta hai, yahan tak ke woh ek mukammal ek imani darakht ban jata hai.</w:t>
      </w:r>
    </w:p>
    <w:p>
      <w:pPr>
        <w:pStyle w:val="Heading2"/>
      </w:pPr>
      <w:r>
        <w:t>The temple of reason tames humans like tigers</w:t>
      </w:r>
    </w:p>
    <w:p>
      <w:r>
        <w:rPr>
          <w:color w:val="666666"/>
          <w:sz w:val="18"/>
        </w:rPr>
        <w:t>Spirituality in Daily Life October 4, 2008 · 1m 49s · at 40:13 · https://youtu.be/oeJR6tYqQVw?t=2413</w:t>
      </w:r>
    </w:p>
    <w:p>
      <w:r>
        <w:rPr>
          <w:i/>
        </w:rPr>
        <w:t>“Ek baat main aksar logon se kehta hun”</w:t>
      </w:r>
    </w:p>
    <w:p>
      <w:r>
        <w:rPr>
          <w:sz w:val="20"/>
        </w:rPr>
        <w:t>40:13  yeh main ne khud is ko apni aankh se dekha hai. Russia jab main gaya tha to wahan par main ne dekha ek ek aadmi tigers ko tape kiye hue tha, taqreeban yani ek ek dozen tiger the, woh tape kiye hue the.</w:t>
      </w:r>
      <w:r>
        <w:br/>
      </w:r>
      <w:r>
        <w:rPr>
          <w:sz w:val="20"/>
        </w:rPr>
        <w:t>40:28  main jaise woh kehta tha, wahi chalte the, woh sab. to main ne us ko research karna shuru</w:t>
      </w:r>
      <w:r>
        <w:br/>
      </w:r>
      <w:r>
        <w:rPr>
          <w:sz w:val="20"/>
        </w:rPr>
        <w:t>40:34  kiya ke yeh baat kya hai, kaise ek insan jo hai, us ke paas koi hathiyar nahi hai, ek ek enclosure mein tha, woh aadmi aur us mein sher sab the, woh us mein un ko jaise kehta tha, waise sher chalte the,</w:t>
      </w:r>
      <w:r>
        <w:br/>
      </w:r>
      <w:r>
        <w:rPr>
          <w:sz w:val="20"/>
        </w:rPr>
        <w:t>40:49  woh bilkul tape kiye hue the. un ko woh is par main ne research ki to pata chala ke nature ne ek bohat bara, bari cheez rakhi hai, beast mein, bea, bea, us ne beast animals,</w:t>
      </w:r>
      <w:r>
        <w:br/>
      </w:r>
      <w:r>
        <w:rPr>
          <w:sz w:val="20"/>
        </w:rPr>
        <w:t>41:03  woh kya hai? jo kunti hoti hai, us ko angrezi mein kehte hain temple, english mein temple kehte hain kunti.</w:t>
      </w:r>
      <w:r>
        <w:br/>
      </w:r>
      <w:r>
        <w:rPr>
          <w:sz w:val="20"/>
        </w:rPr>
        <w:t>41:14  to beast ki kunti bohat hi sensitive hoti hai, jaise dog hai, wolf hai, tiger hai, to un ki kunti bohat sensitive hoti hai.</w:t>
      </w:r>
      <w:r>
        <w:br/>
      </w:r>
      <w:r>
        <w:rPr>
          <w:sz w:val="20"/>
        </w:rPr>
        <w:t>41:26  kisi tarike se aap manage kar saken, kunti ko pakad lein, aap dekhen ke within second woh tape ho gaya,</w:t>
      </w:r>
      <w:r>
        <w:br/>
      </w:r>
      <w:r>
        <w:rPr>
          <w:sz w:val="20"/>
        </w:rPr>
        <w:t>41:36  yani us ki temple ya kunti ko jaise hi aap ne pakda, agar manage kar payen aap to bilkul tape ho jayega, aap ke bas mein ho jayega woh. to mera manna yeh hai, aur balkeh mera yeh experience hai,</w:t>
      </w:r>
      <w:r>
        <w:br/>
      </w:r>
      <w:r>
        <w:rPr>
          <w:sz w:val="20"/>
        </w:rPr>
        <w:t>41:51  insan ke andar bhi isi qism ka ek temple hai, woh kya hai? reason. aadmi reason ke aage bilkul surrender kar deta hai,</w:t>
      </w:r>
    </w:p>
    <w:p>
      <w:pPr>
        <w:pStyle w:val="Heading2"/>
      </w:pPr>
      <w:r>
        <w:t>Peace as the sum bonum, the ultimate good, in Islam</w:t>
      </w:r>
    </w:p>
    <w:p>
      <w:r>
        <w:rPr>
          <w:color w:val="666666"/>
          <w:sz w:val="18"/>
        </w:rPr>
        <w:t>Islam and Sufism (Islam and Spirituality) (English) February 28, 2008 · 37s · at 47:16 · https://youtu.be/6UGAPDfrS2w?t=2836</w:t>
      </w:r>
    </w:p>
    <w:p>
      <w:r>
        <w:rPr>
          <w:i/>
        </w:rPr>
        <w:t>“In Islam, peace is the sum bonum”</w:t>
      </w:r>
    </w:p>
    <w:p>
      <w:r>
        <w:rPr>
          <w:sz w:val="20"/>
        </w:rPr>
        <w:t>47:16  i can see with conviction that the gist of islam is spirituality. in islam, peace is the sum bonum.</w:t>
      </w:r>
      <w:r>
        <w:br/>
      </w:r>
      <w:r>
        <w:rPr>
          <w:sz w:val="20"/>
        </w:rPr>
        <w:t>47:29  so there are two most important aspects of Islam: peace and spirituality. Peace and spirituality,</w:t>
      </w:r>
      <w:r>
        <w:br/>
      </w:r>
      <w:r>
        <w:rPr>
          <w:sz w:val="20"/>
        </w:rPr>
        <w:t>47:40  peace is required for social goodness, and spirituality is required for your internal enlightenment.</w:t>
      </w:r>
    </w:p>
    <w:p>
      <w:pPr>
        <w:pStyle w:val="Heading2"/>
      </w:pPr>
      <w:r>
        <w:t>Self-management makes you a master of spirituality</w:t>
      </w:r>
    </w:p>
    <w:p>
      <w:r>
        <w:rPr>
          <w:color w:val="666666"/>
          <w:sz w:val="18"/>
        </w:rPr>
        <w:t>Spirituality in Simple Living, High Thinking October 27, 2019 Maulana Wahiduddin Khan · 44s · at 25:47 · https://youtu.be/Kr28g15eFr8?t=1547</w:t>
      </w:r>
    </w:p>
    <w:p>
      <w:r>
        <w:rPr>
          <w:i/>
        </w:rPr>
        <w:t>“Self-management is the super formula of spirituality”</w:t>
      </w:r>
    </w:p>
    <w:p>
      <w:r>
        <w:rPr>
          <w:sz w:val="20"/>
        </w:rPr>
        <w:t>25:47  self management ka super formula hai. self management se aata hai spirituality.</w:t>
      </w:r>
      <w:r>
        <w:br/>
      </w:r>
      <w:r>
        <w:rPr>
          <w:sz w:val="20"/>
        </w:rPr>
        <w:t>25:58  agar aap self management jaan lein, art of self management, art of self management jaan lein, to phir aap master of spirituality ho gaye.</w:t>
      </w:r>
      <w:r>
        <w:br/>
      </w:r>
      <w:r>
        <w:rPr>
          <w:sz w:val="20"/>
        </w:rPr>
        <w:t>26:17  aur spirituality se bari koi daulat nahi insan ke liye.</w:t>
      </w:r>
      <w:r>
        <w:br/>
      </w:r>
      <w:r>
        <w:rPr>
          <w:sz w:val="20"/>
        </w:rPr>
        <w:t>26:24  insan ke liye is se bari koi daulat nahi hai ke woh</w:t>
      </w:r>
    </w:p>
    <w:p>
      <w:pPr>
        <w:pStyle w:val="Heading2"/>
      </w:pPr>
      <w:r>
        <w:t>from his Islamic mission to how science supports spirituality</w:t>
      </w:r>
    </w:p>
    <w:p>
      <w:r>
        <w:rPr>
          <w:color w:val="666666"/>
          <w:sz w:val="18"/>
        </w:rPr>
        <w:t>Interview Session with Maulana Wahiduddin Khan January 30, 2008 · 3m 28s · at 10:44 · https://youtu.be/o8Gpe9YMuZc?t=644</w:t>
      </w:r>
    </w:p>
    <w:p>
      <w:r>
        <w:rPr>
          <w:i/>
        </w:rPr>
        <w:t>“I have found spirituality in Islam.”</w:t>
      </w:r>
    </w:p>
    <w:p>
      <w:r>
        <w:rPr>
          <w:sz w:val="20"/>
        </w:rPr>
        <w:t>10:44  i have found spirituality in islam.</w:t>
      </w:r>
      <w:r>
        <w:br/>
      </w:r>
      <w:r>
        <w:rPr>
          <w:sz w:val="20"/>
        </w:rPr>
        <w:t>10:49  my spirituality is based in islam. islam means god oriented life, god oriented thinking, god oriented activities.</w:t>
      </w:r>
      <w:r>
        <w:br/>
      </w:r>
      <w:r>
        <w:rPr>
          <w:sz w:val="20"/>
        </w:rPr>
        <w:t>11:04  so islam means making god your supreme concern, and this is the source of my spirituality.</w:t>
      </w:r>
      <w:r>
        <w:br/>
      </w:r>
      <w:r>
        <w:rPr>
          <w:sz w:val="20"/>
        </w:rPr>
        <w:t>11:15  without god, spirituality is root less, no base. so that is a reduced form of spirituality.</w:t>
      </w:r>
      <w:r>
        <w:br/>
      </w:r>
      <w:r>
        <w:rPr>
          <w:sz w:val="20"/>
        </w:rPr>
        <w:t>11:26  so as far as my self is concerned, i have found my spirituality, my spiritual roots in islam.</w:t>
      </w:r>
      <w:r>
        <w:br/>
      </w:r>
      <w:r>
        <w:rPr>
          <w:sz w:val="20"/>
        </w:rPr>
        <w:t>11:36  islam is not my only religion, but islam is for me. islam is the source of my spirituality, or other words, source of my inner spirit, my inner strength, my inner energy.</w:t>
      </w:r>
      <w:r>
        <w:br/>
      </w:r>
      <w:r>
        <w:rPr>
          <w:sz w:val="20"/>
        </w:rPr>
        <w:t>11:51  all these things i have drive from islam. what does science say about spirituality? does it support spirituality?</w:t>
      </w:r>
      <w:r>
        <w:br/>
      </w:r>
      <w:r>
        <w:rPr>
          <w:sz w:val="20"/>
        </w:rPr>
        <w:t>12:04  so spirituality is not the subject of science. no, not at all. science, the research of science, always goes on, in, in quantitative things.</w:t>
      </w:r>
      <w:r>
        <w:br/>
      </w:r>
      <w:r>
        <w:rPr>
          <w:sz w:val="20"/>
        </w:rPr>
        <w:t>12:25  so spirituality is a, is a qualitative discipline, and science, and the domain of science is quantitative field.</w:t>
      </w:r>
      <w:r>
        <w:br/>
      </w:r>
      <w:r>
        <w:rPr>
          <w:sz w:val="20"/>
        </w:rPr>
        <w:t>12:41  so both are two different disciplines.</w:t>
      </w:r>
      <w:r>
        <w:br/>
      </w:r>
      <w:r>
        <w:rPr>
          <w:sz w:val="20"/>
        </w:rPr>
        <w:t>12:44  bat according to my experience, in an indirect, indirect way, science supports spirituality.</w:t>
      </w:r>
      <w:r>
        <w:br/>
      </w:r>
      <w:r>
        <w:rPr>
          <w:sz w:val="20"/>
        </w:rPr>
        <w:t>12:58  in an indirect way, why? because science discovers the secret of nature</w:t>
      </w:r>
      <w:r>
        <w:br/>
      </w:r>
      <w:r>
        <w:rPr>
          <w:sz w:val="20"/>
        </w:rPr>
        <w:t>13:06  . science discloses the inner laws of nature.</w:t>
      </w:r>
      <w:r>
        <w:br/>
      </w:r>
      <w:r>
        <w:rPr>
          <w:sz w:val="20"/>
        </w:rPr>
        <w:t>13:16  and what is this nature? nature is the creation of god. so all those divine signs are hidden in nature.</w:t>
      </w:r>
      <w:r>
        <w:br/>
      </w:r>
      <w:r>
        <w:rPr>
          <w:sz w:val="20"/>
        </w:rPr>
        <w:t>13:26  all those things that are divine sign, s i g n, they are hidden in nature.</w:t>
      </w:r>
      <w:r>
        <w:br/>
      </w:r>
      <w:r>
        <w:rPr>
          <w:sz w:val="20"/>
        </w:rPr>
        <w:t>13:33  so when science discovers nature, it also discover the sign of god. all those, it is not main concern of science, but in indirect way, it discovers and discloses the signs of god.</w:t>
      </w:r>
      <w:r>
        <w:br/>
      </w:r>
      <w:r>
        <w:rPr>
          <w:sz w:val="20"/>
        </w:rPr>
        <w:t>13:51  so in this sense, science is a great helper towards spirituality. and i have discovered science in this sense.</w:t>
      </w:r>
      <w:r>
        <w:br/>
      </w:r>
      <w:r>
        <w:rPr>
          <w:sz w:val="20"/>
        </w:rPr>
        <w:t>14:02  my spirituality is greatly based in scientific discoveries.</w:t>
      </w:r>
    </w:p>
    <w:p>
      <w:pPr>
        <w:pStyle w:val="Heading2"/>
      </w:pPr>
      <w:r>
        <w:t>Why morality linked to religion fear of God</w:t>
      </w:r>
    </w:p>
    <w:p>
      <w:r>
        <w:rPr>
          <w:color w:val="666666"/>
          <w:sz w:val="18"/>
        </w:rPr>
        <w:t>Spiritual Light Nov 26, 2006 Maulana Wahiduddin Khan · 5m 58s · at 5:59 · https://youtu.be/IhfHxIakZOw?t=359</w:t>
      </w:r>
    </w:p>
    <w:p>
      <w:r>
        <w:rPr>
          <w:i/>
        </w:rPr>
        <w:t>“Nowhere does religion help me so throw it”</w:t>
      </w:r>
    </w:p>
    <w:p>
      <w:r>
        <w:rPr>
          <w:sz w:val="20"/>
        </w:rPr>
        <w:t>5:59  to kahin bhi religion se mujhe koi help milti nahi. to kya hai, aisay religion ko phenko?</w:t>
      </w:r>
      <w:r>
        <w:br/>
      </w:r>
      <w:r>
        <w:rPr>
          <w:sz w:val="20"/>
        </w:rPr>
        <w:t>6:08  to amalan phenk hi rakha hai logon ne. to main sochta raha ke kyun aisa kaha unhon ne, logon ne ke "morality is not necessarily linked to religiosity".</w:t>
      </w:r>
      <w:r>
        <w:br/>
      </w:r>
      <w:r>
        <w:rPr>
          <w:sz w:val="20"/>
        </w:rPr>
        <w:t>6:23  is ka bohat bohat hi, yani aik bohat hi deep reason hai. woh kya?</w:t>
      </w:r>
      <w:r>
        <w:br/>
      </w:r>
      <w:r>
        <w:rPr>
          <w:sz w:val="20"/>
        </w:rPr>
        <w:t>6:35  people</w:t>
      </w:r>
      <w:r>
        <w:br/>
      </w:r>
      <w:r>
        <w:rPr>
          <w:sz w:val="20"/>
        </w:rPr>
        <w:t>6:39  fail to differentiate between religion and ritual. woh dekhtay hain ke aaj kal ke ibadat khano mein kuch rituals kiye jatay hain jin ka life se koi talluq nahi.</w:t>
      </w:r>
      <w:r>
        <w:br/>
      </w:r>
      <w:r>
        <w:rPr>
          <w:sz w:val="20"/>
        </w:rPr>
        <w:t>6:55  aadmi independently apni zindagi bata raha hai, apni family mein, apni society mein, apni business mein. independently. yahan aa kar kuch rituals dikhata hai.</w:t>
      </w:r>
      <w:r>
        <w:br/>
      </w:r>
      <w:r>
        <w:rPr>
          <w:sz w:val="20"/>
        </w:rPr>
        <w:t>7:08  to aik educated insaan sochta hai ke bhai aisay, yeh samajhta hai ke religion ka koi talluq nahi hai hamari morality se,</w:t>
      </w:r>
      <w:r>
        <w:br/>
      </w:r>
      <w:r>
        <w:rPr>
          <w:sz w:val="20"/>
        </w:rPr>
        <w:t>7:22  hamari real life se. to jis mazhab ko woh dekhta hai apnay zamanay mein ibadat khano mein, us mein kisi ibadat khane ka exception nahi hai.</w:t>
      </w:r>
      <w:r>
        <w:br/>
      </w:r>
      <w:r>
        <w:rPr>
          <w:sz w:val="20"/>
        </w:rPr>
        <w:t>7:39  har jagah. to wahan woh dekhta hai ke religion jo hai kya hai, aik set of rituals hai, bas. to yahi kahay ga, yani yeh jo dekh raha hai woh.</w:t>
      </w:r>
      <w:r>
        <w:br/>
      </w:r>
      <w:r>
        <w:rPr>
          <w:sz w:val="20"/>
        </w:rPr>
        <w:t>7:56  to is ke baad woh yahi kahay ga ke religion aur morality mein koi talluq nahi hai. woh aik alag cheez hai, woh aik alag cheez hai.</w:t>
      </w:r>
      <w:r>
        <w:br/>
      </w:r>
      <w:r>
        <w:rPr>
          <w:sz w:val="20"/>
        </w:rPr>
        <w:t>8:10  to is ke maani kya huay? ke yeh jo confusion hai, is confusion ka, yani reason kya hua?</w:t>
      </w:r>
      <w:r>
        <w:br/>
      </w:r>
      <w:r>
        <w:rPr>
          <w:sz w:val="20"/>
        </w:rPr>
        <w:t>8:23  principle of differentiation ko na janna. aik cheez aur doosri cheez ko alag kar ke na dekhna. agar karte woh to kya paate?</w:t>
      </w:r>
      <w:r>
        <w:br/>
      </w:r>
      <w:r>
        <w:rPr>
          <w:sz w:val="20"/>
        </w:rPr>
        <w:t>8:36  ke jo cheez unhein dikhai par rahi hai pooja gharon mein, woh logon ka apna self style religion hai, apna garha hua religion hai.</w:t>
      </w:r>
      <w:r>
        <w:br/>
      </w:r>
      <w:r>
        <w:rPr>
          <w:sz w:val="20"/>
        </w:rPr>
        <w:t>8:50  woh woh religion nahi hai jo Khuda ne diya tha. to aik hai woh religion jo Khuda ki taraf se aaya, aur aik hai woh religion jo logon ne apnay taur par bana liya.</w:t>
      </w:r>
      <w:r>
        <w:br/>
      </w:r>
      <w:r>
        <w:rPr>
          <w:sz w:val="20"/>
        </w:rPr>
        <w:t>9:09  to dono mein farq na karne ki wajah se kya hua? ke dono ko kuch samajh liya unhon ne ke ji yeh hai, wahi, woh hai.</w:t>
      </w:r>
      <w:r>
        <w:br/>
      </w:r>
      <w:r>
        <w:rPr>
          <w:sz w:val="20"/>
        </w:rPr>
        <w:t>9:18  dono ko synonym samajh liya. to yeh hai bohat bara reason is baat ka ke logon ke andar confusion hai.</w:t>
      </w:r>
      <w:r>
        <w:br/>
      </w:r>
      <w:r>
        <w:rPr>
          <w:sz w:val="20"/>
        </w:rPr>
        <w:t>9:32  zahair hai ke jab mazhab as an ideology aur mazhab as practice by by so called religious people, dono ko aap alag kar ke na dekhen to zahair hai yeh confusion aaye ga.</w:t>
      </w:r>
      <w:r>
        <w:br/>
      </w:r>
      <w:r>
        <w:rPr>
          <w:sz w:val="20"/>
        </w:rPr>
        <w:t>9:50  phir aap yahi kahain ge ke mazhab ka koi talluq morality se nahi hai. halankay real sense mein mazhab kya hai?</w:t>
      </w:r>
      <w:r>
        <w:br/>
      </w:r>
      <w:r>
        <w:rPr>
          <w:sz w:val="20"/>
        </w:rPr>
        <w:t>10:01  mazhab eiz representd by islam, woh kya hai? woh revealed religion hai, yani khuda ki taraf se aya hua mazhab.</w:t>
      </w:r>
      <w:r>
        <w:br/>
      </w:r>
      <w:r>
        <w:rPr>
          <w:sz w:val="20"/>
        </w:rPr>
        <w:t>10:14  toh khuda ki taraf se jo aya hai, iska record hai, yani islam ke reference mein main kehna chahta hoon ke khuda ki taraf se jo</w:t>
      </w:r>
      <w:r>
        <w:br/>
      </w:r>
      <w:r>
        <w:rPr>
          <w:sz w:val="20"/>
        </w:rPr>
        <w:t>10:30  religion aya, revelation ke zariye, iska poora record</w:t>
      </w:r>
      <w:r>
        <w:br/>
      </w:r>
      <w:r>
        <w:rPr>
          <w:sz w:val="20"/>
        </w:rPr>
        <w:t>10:40  in altered way mein quran mein maujood hai. quran mein na kuch ghata, na kuch barha. toh goya ke mazhab islam jis ko hum kehte hain, religion of islam, is ko janna hai toh aap kya karna chahiye?</w:t>
      </w:r>
      <w:r>
        <w:br/>
      </w:r>
      <w:r>
        <w:rPr>
          <w:sz w:val="20"/>
        </w:rPr>
        <w:t>10:57  aap ko, aap ko quran ko dekhna chahiye. quran ko dekhna chahiye.</w:t>
      </w:r>
      <w:r>
        <w:br/>
      </w:r>
      <w:r>
        <w:rPr>
          <w:sz w:val="20"/>
        </w:rPr>
        <w:t>11:07  ab quran ko agar kholain aap toh pehle yeh milega aap ko: zalik al kitab al arhaab fi hudall mutaqeen.</w:t>
      </w:r>
      <w:r>
        <w:br/>
      </w:r>
      <w:r>
        <w:rPr>
          <w:sz w:val="20"/>
        </w:rPr>
        <w:t>11:16  hudall mutaqeen, yani</w:t>
      </w:r>
      <w:r>
        <w:br/>
      </w:r>
      <w:r>
        <w:rPr>
          <w:sz w:val="20"/>
        </w:rPr>
        <w:t>11:23  guided log kaun hain? guidance believe wale log kaun hain jin mein khuda ka dar aya ho?</w:t>
      </w:r>
      <w:r>
        <w:br/>
      </w:r>
      <w:r>
        <w:rPr>
          <w:sz w:val="20"/>
        </w:rPr>
        <w:t>11:35  god fearing people. ab yahan aap ko ek definition mil raha hai mazhab ka. mazhab ka ek clear cut definition ke agar woh god mazhab ko agar sach much liya hoga is ne toh woh god fearing person ban gaya hoga.</w:t>
      </w:r>
    </w:p>
    <w:p>
      <w:pPr>
        <w:pStyle w:val="Heading2"/>
      </w:pPr>
      <w:r>
        <w:t>Gaurav Patel story and Quran's total truth</w:t>
      </w:r>
    </w:p>
    <w:p>
      <w:r>
        <w:rPr>
          <w:color w:val="666666"/>
          <w:sz w:val="18"/>
        </w:rPr>
        <w:t>Message on Eid Al-Adha October 27, 2012 · 5m 11s · at 38:40 · https://youtu.be/eGzAlyVEafc?t=2320</w:t>
      </w:r>
    </w:p>
    <w:p>
      <w:r>
        <w:rPr>
          <w:i/>
        </w:rPr>
        <w:t>“Abhi ek waqea aaya tha media mein”</w:t>
      </w:r>
    </w:p>
    <w:p>
      <w:r>
        <w:rPr>
          <w:sz w:val="20"/>
        </w:rPr>
        <w:t>38:40  ke abhi ek waqia aaya tha media mein, aap jante honge isi mahine yani october mein ke ek naujawan jis ki umar thi 24 saal, dilli mein woh job karta tha,</w:t>
      </w:r>
      <w:r>
        <w:br/>
      </w:r>
      <w:r>
        <w:rPr>
          <w:sz w:val="20"/>
        </w:rPr>
        <w:t>38:56  woh MBA tha aur aur MBBS bhi kiya tha us ne, woh yahan job kar raha tha dilli mein. us ne apne office ki athveen manzil se chhalang laga kar suicide kar liya.</w:t>
      </w:r>
      <w:r>
        <w:br/>
      </w:r>
      <w:r>
        <w:rPr>
          <w:sz w:val="20"/>
        </w:rPr>
        <w:t>39:10  us ka naam tha gaurav patel, woh nasik ka rehne wala tha. gaurav patel to us jo suicide note use chhora, woh internet pe aap dekh sakte hain, main ne bhi internet pe dekha hai.</w:t>
      </w:r>
      <w:r>
        <w:br/>
      </w:r>
      <w:r>
        <w:rPr>
          <w:sz w:val="20"/>
        </w:rPr>
        <w:t>39:26  do pages ka ek note use chhora, is mein woh likhta hai ke mujhe sachai ki talash thi aur main frasi ki kitabein parhta raha sachai ko janne ke liye.</w:t>
      </w:r>
      <w:r>
        <w:br/>
      </w:r>
      <w:r>
        <w:rPr>
          <w:sz w:val="20"/>
        </w:rPr>
        <w:t>39:43  us ka jo room mate tha, woh ek ek kamre mein rehta tha, do naujawan. to room mate ne bhi yahi baat batai ke woh frasi ki kitabein parhta rehta tha.</w:t>
      </w:r>
      <w:r>
        <w:br/>
      </w:r>
      <w:r>
        <w:rPr>
          <w:sz w:val="20"/>
        </w:rPr>
        <w:t>39:55  to</w:t>
      </w:r>
      <w:r>
        <w:br/>
      </w:r>
      <w:r>
        <w:rPr>
          <w:sz w:val="20"/>
        </w:rPr>
        <w:t>39:56  suicide note mein use likha tha ke frasi ki kitabon se mujhe sachai nahi mili, ab main doosri duniya mein ja raha hoon, yani yani death ke baad jo doosri duniya hai, wahan ja raha hoon taake mujhe pata chal jaye ke sachai hai kiya.</w:t>
      </w:r>
      <w:r>
        <w:br/>
      </w:r>
      <w:r>
        <w:rPr>
          <w:sz w:val="20"/>
        </w:rPr>
        <w:t>40:15  us ko jab main ne parha to mujhe ek bohat bari baat samajh mein aayi,</w:t>
      </w:r>
      <w:r>
        <w:br/>
      </w:r>
      <w:r>
        <w:rPr>
          <w:sz w:val="20"/>
        </w:rPr>
        <w:t>40:22  woh yeh ke philosophy jo hai, aap ko half truth batati hai, poori sachai nahi batati. philosophy kya hai?</w:t>
      </w:r>
      <w:r>
        <w:br/>
      </w:r>
      <w:r>
        <w:rPr>
          <w:sz w:val="20"/>
        </w:rPr>
        <w:t>40:32  philosophy sach poochen to abstract truth ki talash karti hai. philosophy abstract truth jaise misaal ke taur par dekhiye, bohat bara philosopher tha, german philosopher hegel,</w:t>
      </w:r>
      <w:r>
        <w:br/>
      </w:r>
      <w:r>
        <w:rPr>
          <w:sz w:val="20"/>
        </w:rPr>
        <w:t>40:46  jis ki death hui hai 1831 mein. 1831 mein</w:t>
      </w:r>
      <w:r>
        <w:br/>
      </w:r>
      <w:r>
        <w:rPr>
          <w:sz w:val="20"/>
        </w:rPr>
        <w:t>40:54  to us ne kya likha hai sachai ke bare mein? us ka word hai, yaani world spirit.</w:t>
      </w:r>
      <w:r>
        <w:br/>
      </w:r>
      <w:r>
        <w:rPr>
          <w:sz w:val="20"/>
        </w:rPr>
        <w:t>41:05  khuda ko ek nai, khuda ka word woh nahi bolta, yeh duniya mein ek world spirit kaam kar rahi hai. to world spirit kya cheez hai?</w:t>
      </w:r>
      <w:r>
        <w:br/>
      </w:r>
      <w:r>
        <w:rPr>
          <w:sz w:val="20"/>
        </w:rPr>
        <w:t>41:14  ek abstract idea hai. world spirit se aap contact nahi kar sakte, world spirit se aap apni duaen nahi mang sakte,</w:t>
      </w:r>
      <w:r>
        <w:br/>
      </w:r>
      <w:r>
        <w:rPr>
          <w:sz w:val="20"/>
        </w:rPr>
        <w:t>41:25  world spirit se aap ka companionship nahi ho sakti. world spirit aap ke jo andar jo arsh hai, uska jawab nahi hai.</w:t>
      </w:r>
      <w:r>
        <w:br/>
      </w:r>
      <w:r>
        <w:rPr>
          <w:sz w:val="20"/>
        </w:rPr>
        <w:t>41:36  to isi tarah ki baaten hoti hain philosophy ki kitabon mein. to philosophy ki kitaben parh parh ke iska mind address nahi hua, iske nature ko woh jawab nahi mila jo woh chahta tha.</w:t>
      </w:r>
      <w:r>
        <w:br/>
      </w:r>
      <w:r>
        <w:rPr>
          <w:sz w:val="20"/>
        </w:rPr>
        <w:t>41:49  to us ne suicide kar liya.</w:t>
      </w:r>
      <w:r>
        <w:br/>
      </w:r>
      <w:r>
        <w:rPr>
          <w:sz w:val="20"/>
        </w:rPr>
        <w:t>41:51  to maine socha ke quran agar us ko pohncha hota to is mein is ka kam az kam jawab to mil jata us ko ke kyunke quran total truth ko batata hai, yaani what is,</w:t>
      </w:r>
      <w:r>
        <w:br/>
      </w:r>
      <w:r>
        <w:rPr>
          <w:sz w:val="20"/>
        </w:rPr>
        <w:t>42:06  yaani what is, yaani pre-death period mein kya hai aur post-death period mein kya hai, sachai kya hai aur sachai ka end kya hai,</w:t>
      </w:r>
      <w:r>
        <w:br/>
      </w:r>
      <w:r>
        <w:rPr>
          <w:sz w:val="20"/>
        </w:rPr>
        <w:t>42:22  purpose of life kya hai, aur aakhir mein hamein kya pesh aane wala hai hamare saath. to poora jo poori ideology jo hai, poora jo concept hai, jo total truth jis ko main keh raha hoon, woh sab quran mein us ko mil jati hai.</w:t>
      </w:r>
      <w:r>
        <w:br/>
      </w:r>
      <w:r>
        <w:rPr>
          <w:sz w:val="20"/>
        </w:rPr>
        <w:t>42:40  to jab maine us ko parha, yaani us ke us ka qissa guru patel ka, to ek nai baat mujhe samajh aai ke quran hi ek aisi kitab hai jo zindagi ki us ke bare mein batati hai,</w:t>
      </w:r>
      <w:r>
        <w:br/>
      </w:r>
      <w:r>
        <w:rPr>
          <w:sz w:val="20"/>
        </w:rPr>
        <w:t>42:56  poore sawal ka jawab deti hai. woh jawab philosophy ki kitabon mein nahi, woh science ki kitabon mein nahi, woh doosre mazhab ki kitabon mein nahi, woh sirf quran mein hai.</w:t>
      </w:r>
      <w:r>
        <w:br/>
      </w:r>
      <w:r>
        <w:rPr>
          <w:sz w:val="20"/>
        </w:rPr>
        <w:t>43:08  to ek to yeh hai ke quran khuda ki kitab hai, doosra yeh ke quran hi mein total truth ko bataya gaya hai, poori sachai ko.</w:t>
      </w:r>
      <w:r>
        <w:br/>
      </w:r>
      <w:r>
        <w:rPr>
          <w:sz w:val="20"/>
        </w:rPr>
        <w:t>43:19  to agar hum quran ko pohncha den insanon tak to phir hamari ek bohat bari zimmedari ada ho ho jayegi.</w:t>
      </w:r>
      <w:r>
        <w:br/>
      </w:r>
      <w:r>
        <w:rPr>
          <w:sz w:val="20"/>
        </w:rPr>
        <w:t>43:28  woh zimmedari yeh hai ke quran mein yeh hai ke lasta alaihim bimusaitir anta muzakkir lasta alaihim bimusaitir tumhara kaam hai pohncha dena,</w:t>
      </w:r>
      <w:r>
        <w:br/>
      </w:r>
      <w:r>
        <w:rPr>
          <w:sz w:val="20"/>
        </w:rPr>
        <w:t>43:43  tum logon ke upar darogha nahi ho, yeh logon ko badal dalna, badal dalna yeh tumhara kaam nahi hai. to is ka matlab kya hai</w:t>
      </w:r>
    </w:p>
    <w:p>
      <w:pPr>
        <w:pStyle w:val="Heading2"/>
      </w:pPr>
      <w:r>
        <w:t>God wants your personal involvement</w:t>
      </w:r>
    </w:p>
    <w:p>
      <w:r>
        <w:rPr>
          <w:color w:val="666666"/>
          <w:sz w:val="18"/>
        </w:rPr>
        <w:t>Fasting A Source of Spiritual Empowerment 21 Aug, 2011 - Maulana Wahiduddin Khan · 31s · at 29:02 · https://youtu.be/b19V3pD-tbQ?t=1742</w:t>
      </w:r>
    </w:p>
    <w:p>
      <w:r>
        <w:rPr>
          <w:i/>
        </w:rPr>
        <w:t>“Khuda dekhna chahta hai aap ka involvement.”</w:t>
      </w:r>
    </w:p>
    <w:p>
      <w:r>
        <w:rPr>
          <w:sz w:val="20"/>
        </w:rPr>
        <w:t>29:02  khuda dekhna chahta hai aap ka Involvement.</w:t>
      </w:r>
      <w:r>
        <w:br/>
      </w:r>
      <w:r>
        <w:rPr>
          <w:sz w:val="20"/>
        </w:rPr>
        <w:t>29:09  aap farz kijiye ke roza nahin rakhte rakh sakte. to kahein ke khudaaya main das din ko roza rakhta hoon. yahi to qubool kar le meri taraf se.</w:t>
      </w:r>
      <w:r>
        <w:br/>
      </w:r>
      <w:r>
        <w:rPr>
          <w:sz w:val="20"/>
        </w:rPr>
        <w:t>29:19  ya aap is qabil bhi nahin hain. to subah shaam baith kar quran padhein. kahein ke khudaaya mere bas mein roza rakhna nahin hai.</w:t>
      </w:r>
    </w:p>
    <w:p>
      <w:pPr>
        <w:pStyle w:val="Heading2"/>
      </w:pPr>
      <w:r>
        <w:t>defining spirituality as living in higher reality</w:t>
      </w:r>
    </w:p>
    <w:p>
      <w:r>
        <w:rPr>
          <w:color w:val="666666"/>
          <w:sz w:val="18"/>
        </w:rPr>
        <w:t>Interview Session with Maulana Wahiduddin Khan January 30, 2008 · 40s · at 30:27 · https://youtu.be/o8Gpe9YMuZc?t=1827</w:t>
      </w:r>
    </w:p>
    <w:p>
      <w:r>
        <w:rPr>
          <w:i/>
        </w:rPr>
        <w:t>“Spirituality means living in higher reality.”</w:t>
      </w:r>
    </w:p>
    <w:p>
      <w:r>
        <w:rPr>
          <w:sz w:val="20"/>
        </w:rPr>
        <w:t>30:27  spirituality means living in higher reality.</w:t>
      </w:r>
      <w:r>
        <w:br/>
      </w:r>
      <w:r>
        <w:rPr>
          <w:sz w:val="20"/>
        </w:rPr>
        <w:t>30:34  higher reality. those people who are deprived of spirituality, they are living in, in, in, in lower level of the world.</w:t>
      </w:r>
      <w:r>
        <w:br/>
      </w:r>
      <w:r>
        <w:rPr>
          <w:sz w:val="20"/>
        </w:rPr>
        <w:t>30:48  in material things, in comfort, in luxury, in money, in shopping and, and,</w:t>
      </w:r>
      <w:r>
        <w:br/>
      </w:r>
      <w:r>
        <w:rPr>
          <w:sz w:val="20"/>
        </w:rPr>
        <w:t>31:02  and outing. these are lower level of living.</w:t>
      </w:r>
    </w:p>
    <w:p>
      <w:pPr>
        <w:pStyle w:val="Heading2"/>
      </w:pPr>
      <w:r>
        <w:t>Paradise is not guaranteed by birth or ritual</w:t>
      </w:r>
    </w:p>
    <w:p>
      <w:r>
        <w:rPr>
          <w:color w:val="666666"/>
          <w:sz w:val="18"/>
        </w:rPr>
        <w:t>Personality of A Believer February 2, 2014 · 56s · at 25:06 · https://youtu.be/EiK_-O-Bjps?t=1506</w:t>
      </w:r>
    </w:p>
    <w:p>
      <w:r>
        <w:rPr>
          <w:i/>
        </w:rPr>
        <w:t>“Har shaks chahta hai jannat mein dakhla mile”</w:t>
      </w:r>
    </w:p>
    <w:p>
      <w:r>
        <w:rPr>
          <w:sz w:val="20"/>
        </w:rPr>
        <w:t>25:06  Hum mein se har shakhs chahta hai ke is ko jannat mein dakhla milay.</w:t>
      </w:r>
      <w:r>
        <w:br/>
      </w:r>
      <w:r>
        <w:rPr>
          <w:sz w:val="20"/>
        </w:rPr>
        <w:t>25:11  To yeh bohat hi zyada bari misunderstanding mein, yani grave misunderstanding hai ke hum yeh samjhein ke shahwat se jannat mil jaye gi, musalman ghar mein paida hoga, jannat mil jaye gi.</w:t>
      </w:r>
      <w:r>
        <w:br/>
      </w:r>
      <w:r>
        <w:rPr>
          <w:sz w:val="20"/>
        </w:rPr>
        <w:t>25:25  Yeh kar diya to sath tasbeeh parh liya to jannat mil jaye gi. Yeh sab bilashuba amani hai, amani.</w:t>
      </w:r>
      <w:r>
        <w:br/>
      </w:r>
      <w:r>
        <w:rPr>
          <w:sz w:val="20"/>
        </w:rPr>
        <w:t>25:35  Jannat na to shafa'at se milne wali hai, na musalman ghar mein paida hone se milne wali hai, na sath tasbeeh parhne se milne wali hai, na kisi buzurg ke paas ja ke milen, is se dua len, is se milne wali hai.</w:t>
      </w:r>
      <w:r>
        <w:br/>
      </w:r>
      <w:r>
        <w:rPr>
          <w:sz w:val="20"/>
        </w:rPr>
        <w:t>25:48  Kuch bhi nahi. Jannat mile gi aap ko khud apni shakhsiyat, aap ne kaisi banai hai?</w:t>
      </w:r>
    </w:p>
    <w:p>
      <w:pPr>
        <w:pStyle w:val="Heading2"/>
      </w:pPr>
      <w:r>
        <w:t>Goal of creation is paradise for humans</w:t>
      </w:r>
    </w:p>
    <w:p>
      <w:r>
        <w:rPr>
          <w:color w:val="666666"/>
          <w:sz w:val="18"/>
        </w:rPr>
        <w:t>AL RISALA JANUARY 2017 | AUDIO · 1m 30s · at 0:05 · https://youtu.be/_nWm9Mixl-E?t=5</w:t>
      </w:r>
    </w:p>
    <w:p>
      <w:r>
        <w:rPr>
          <w:i/>
        </w:rPr>
        <w:t>“Takhleeq ki manzil kya hai?”</w:t>
      </w:r>
    </w:p>
    <w:p>
      <w:r>
        <w:rPr>
          <w:sz w:val="20"/>
        </w:rPr>
        <w:t>0:05  arsala, jannori 2017.</w:t>
      </w:r>
      <w:r>
        <w:br/>
      </w:r>
      <w:r>
        <w:rPr>
          <w:sz w:val="20"/>
        </w:rPr>
        <w:t>0:10  takhleeq ki manzil, takhleeq ki manzil, ya goal of creation kya hai? yaani, paida karne wale ne kyun</w:t>
      </w:r>
      <w:r>
        <w:br/>
      </w:r>
      <w:r>
        <w:rPr>
          <w:sz w:val="20"/>
        </w:rPr>
        <w:t>0:15  maujooda duniya ko paida kiya? is takhleeqi amal ka maqsad kya hai? aur yeh takhleeqi safar aakhir kar</w:t>
      </w:r>
      <w:r>
        <w:br/>
      </w:r>
      <w:r>
        <w:rPr>
          <w:sz w:val="20"/>
        </w:rPr>
        <w:t>0:20  kahan tak pahunchne wala hai? quran aur insani tareekh ke mutale se is ka jo jawab maloom hota</w:t>
      </w:r>
      <w:r>
        <w:br/>
      </w:r>
      <w:r>
        <w:rPr>
          <w:sz w:val="20"/>
        </w:rPr>
        <w:t>0:25  hai, is ko yahan darj kiya ja raha hai.</w:t>
      </w:r>
      <w:r>
        <w:br/>
      </w:r>
      <w:r>
        <w:rPr>
          <w:sz w:val="20"/>
        </w:rPr>
        <w:t>0:31  is sawal ka jawab mukht</w:t>
      </w:r>
      <w:r>
        <w:br/>
      </w:r>
      <w:r>
        <w:rPr>
          <w:sz w:val="20"/>
        </w:rPr>
        <w:t>0:36  sar tor par yeh hai ke takhleeq ka markazi kirdaar insaan hai, aur takhleeq ki manzil jannat ya</w:t>
      </w:r>
      <w:r>
        <w:br/>
      </w:r>
      <w:r>
        <w:rPr>
          <w:sz w:val="20"/>
        </w:rPr>
        <w:t>0:42  paradise hai, jo ke insaan ke liye mayari duniya ya ideal world hai.</w:t>
      </w:r>
      <w:r>
        <w:br/>
      </w:r>
      <w:r>
        <w:rPr>
          <w:sz w:val="20"/>
        </w:rPr>
        <w:t>0:48  aaghaaz se ikhtitaam tak yeh ek lamba safar hai jo mukhtalif marhal se guzarta hai aur aakhir kar</w:t>
      </w:r>
      <w:r>
        <w:br/>
      </w:r>
      <w:r>
        <w:rPr>
          <w:sz w:val="20"/>
        </w:rPr>
        <w:t>0:54  woh abadi jannat tak pahunchta hai.</w:t>
      </w:r>
      <w:r>
        <w:br/>
      </w:r>
      <w:r>
        <w:rPr>
          <w:sz w:val="20"/>
        </w:rPr>
        <w:t>1:00  aakhri daur ke bare mein quran mein yeh bataya gaya hai: "yom tubaddal al-ard</w:t>
      </w:r>
      <w:r>
        <w:br/>
      </w:r>
      <w:r>
        <w:rPr>
          <w:sz w:val="20"/>
        </w:rPr>
        <w:t>1:06  ghair al-ard was-samawat".</w:t>
      </w:r>
      <w:r>
        <w:br/>
      </w:r>
      <w:r>
        <w:rPr>
          <w:sz w:val="20"/>
        </w:rPr>
        <w:t>1:11  yaani jis din yeh zameen ek aur zameen se badal di jaye gi, aur aasman bhi.</w:t>
      </w:r>
      <w:r>
        <w:br/>
      </w:r>
      <w:r>
        <w:rPr>
          <w:sz w:val="20"/>
        </w:rPr>
        <w:t>1:16  is tabdeel, ya change, ka matlab yeh hai ke maujooda duniya ko badal kar woh duniya banai jaye</w:t>
      </w:r>
      <w:r>
        <w:br/>
      </w:r>
      <w:r>
        <w:rPr>
          <w:sz w:val="20"/>
        </w:rPr>
        <w:t>1:21  gi jis ko quran mein aakhirat ki duniya kaha gaya hai.</w:t>
      </w:r>
      <w:r>
        <w:br/>
      </w:r>
      <w:r>
        <w:rPr>
          <w:sz w:val="20"/>
        </w:rPr>
        <w:t>1:26  yeh doosri duniya ek mayari duniya hogi.</w:t>
      </w:r>
      <w:r>
        <w:br/>
      </w:r>
      <w:r>
        <w:rPr>
          <w:sz w:val="20"/>
        </w:rPr>
        <w:t>1:31  maujooda duniya mein saleh aur ghair saleh, dono mili jali halat mein abad</w:t>
      </w:r>
    </w:p>
    <w:p>
      <w:pPr>
        <w:pStyle w:val="Heading2"/>
      </w:pPr>
      <w:r>
        <w:t>America is technologically strong but spiritually weak</w:t>
      </w:r>
    </w:p>
    <w:p>
      <w:r>
        <w:rPr>
          <w:color w:val="666666"/>
          <w:sz w:val="18"/>
        </w:rPr>
        <w:t>America A Case of Spiritual Starvaltion July 7, 2011 · 46s · at 1:22 · https://youtu.be/N8JYD2P3QYE?t=82</w:t>
      </w:r>
    </w:p>
    <w:p>
      <w:r>
        <w:rPr>
          <w:i/>
        </w:rPr>
        <w:t>“Technologically America is strong, but spiritually weak”</w:t>
      </w:r>
    </w:p>
    <w:p>
      <w:r>
        <w:rPr>
          <w:sz w:val="20"/>
        </w:rPr>
        <w:t>1:22  america ke baray mein ke technologically they are strong, but spirituality, but spiritually they are, they are weak.</w:t>
      </w:r>
      <w:r>
        <w:br/>
      </w:r>
      <w:r>
        <w:rPr>
          <w:sz w:val="20"/>
        </w:rPr>
        <w:t>1:36  yani spiritual sense mein, spiritual ka matlab mera dekhein, intellectually spiritual, spiritual mein dekhein, koi mysterious cheez nahin hai.</w:t>
      </w:r>
      <w:r>
        <w:br/>
      </w:r>
      <w:r>
        <w:rPr>
          <w:sz w:val="20"/>
        </w:rPr>
        <w:t>1:48  to main kahunga ke yani technologically they are strong, but intellectually they are weak.</w:t>
      </w:r>
      <w:r>
        <w:br/>
      </w:r>
      <w:r>
        <w:rPr>
          <w:sz w:val="20"/>
        </w:rPr>
        <w:t>1:58  yeh bohat bara statement hai, lekin main apna tajurba yahi hai mera america ke baray mein.</w:t>
      </w:r>
    </w:p>
    <w:p>
      <w:pPr>
        <w:pStyle w:val="Heading2"/>
      </w:pPr>
      <w:r>
        <w:t>Quran verse on reason superseding superstition</w:t>
      </w:r>
    </w:p>
    <w:p>
      <w:r>
        <w:rPr>
          <w:color w:val="666666"/>
          <w:sz w:val="18"/>
        </w:rPr>
        <w:t>Islam and Peace (In Conversation with Maulana) 23 11 2008 · 2m 07s · at 20:14 · https://youtu.be/CyS3i4AlGfs?t=1214</w:t>
      </w:r>
    </w:p>
    <w:p>
      <w:r>
        <w:rPr>
          <w:i/>
        </w:rPr>
        <w:t>“Its translation is not correct.”</w:t>
      </w:r>
    </w:p>
    <w:p>
      <w:r>
        <w:rPr>
          <w:sz w:val="20"/>
        </w:rPr>
        <w:t>20:14  nahi is ka matlab jo hai woh kya hai? is ko samjhiye. is ka translation theek nahi hai. is ka matlab yeh hai ke ke jo woh jo hai yani reason jo hai reason woh sab ke sab sachai ke haq mein ho jaye.</w:t>
      </w:r>
      <w:r>
        <w:br/>
      </w:r>
      <w:r>
        <w:rPr>
          <w:sz w:val="20"/>
        </w:rPr>
        <w:t>20:38  sachai ke haq mein sare reason chale jayein. kisi aur ki taraf woh reason na rahe. yani yahan par yani political is ka koi political matlab nahi hai is is ayat ka.</w:t>
      </w:r>
      <w:r>
        <w:br/>
      </w:r>
      <w:r>
        <w:rPr>
          <w:sz w:val="20"/>
        </w:rPr>
        <w:t>20:49  woh aaj woh hua hai main samajhta hoon. woh hua hai aaj. is se pehle duniya mein aap jante hain ek suppression tha. suppression tha.</w:t>
      </w:r>
      <w:r>
        <w:br/>
      </w:r>
      <w:r>
        <w:rPr>
          <w:sz w:val="20"/>
        </w:rPr>
        <w:t>20:58  phir science aayi. science ne suppression ko khatam kiya. main samajhta hoon ke is se murad scientific age hai. scientific age mein pehli baar aisa hua hai ke duniya jo hai reason reason ko le ke sochne lagi hai.</w:t>
      </w:r>
      <w:r>
        <w:br/>
      </w:r>
      <w:r>
        <w:rPr>
          <w:sz w:val="20"/>
        </w:rPr>
        <w:t>21:14  har cheez ko reason out kiya jata hai. har cheez ko is par facts par judge judge kiya jata hai. aur jab aap facts par judge karein cheezon ko to sachai sabit hogi.</w:t>
      </w:r>
      <w:r>
        <w:br/>
      </w:r>
      <w:r>
        <w:rPr>
          <w:sz w:val="20"/>
        </w:rPr>
        <w:t>21:25  false fit apne aap khatam ho jayega. jaise aap jante hain ke jab suppression ka zamana tha to log geo centric theory ko mante the.</w:t>
      </w:r>
      <w:r>
        <w:br/>
      </w:r>
      <w:r>
        <w:rPr>
          <w:sz w:val="20"/>
        </w:rPr>
        <w:t>21:34  lekin science ke daur mein woh discard ho gayi. ab heliocentric theory ko mana jata hai. to suppression suppression based thinking jo thi woh is ka khatam ho jaye aur reason based thinking duniya mein aa jaye.</w:t>
      </w:r>
      <w:r>
        <w:br/>
      </w:r>
      <w:r>
        <w:rPr>
          <w:sz w:val="20"/>
        </w:rPr>
        <w:t>21:49  yeh matlab hai is ayat ka. woh scientific daur mein ho chuka hai. har mamle mein pehle suppression chalta tha. har mamle mein.</w:t>
      </w:r>
      <w:r>
        <w:br/>
      </w:r>
      <w:r>
        <w:rPr>
          <w:sz w:val="20"/>
        </w:rPr>
        <w:t>21:59  ab bajaye suppression ke har cheez ko reason out kiya jata hai. ab jo cheez reason se prove hoti hai usi ko mana jata hai. yahi matlab hai is ayat ka mentality.</w:t>
      </w:r>
      <w:r>
        <w:br/>
      </w:r>
      <w:r>
        <w:rPr>
          <w:sz w:val="20"/>
        </w:rPr>
        <w:t>22:10  ke woh daur aa jaye jab sachai ko supreme hesiyat mil jaye. suppression ko ya kisi aur cheez ko supreme hesiyat khatam ho jaye.</w:t>
      </w:r>
    </w:p>
    <w:p>
      <w:pPr>
        <w:pStyle w:val="Heading2"/>
      </w:pPr>
      <w:r>
        <w:t>Tree flower beauty points to Creator</w:t>
      </w:r>
    </w:p>
    <w:p>
      <w:r>
        <w:rPr>
          <w:color w:val="666666"/>
          <w:sz w:val="18"/>
        </w:rPr>
        <w:t>Spirituality in Daily Life 13 Aug 2016 - Maulana Wahiduddin Khan · 54s · at 13:01 · https://youtu.be/SB0AF0Q9aTE?t=781</w:t>
      </w:r>
    </w:p>
    <w:p>
      <w:r>
        <w:rPr>
          <w:i/>
        </w:rPr>
        <w:t>“Mere ghar ke saamne ek darakht hai, usme phool khile the.”</w:t>
      </w:r>
    </w:p>
    <w:p>
      <w:r>
        <w:rPr>
          <w:sz w:val="20"/>
        </w:rPr>
        <w:t>13:01  to main bataoon ki pehla kaam hai mind ko, mind ko develop, develop karna. maslan, main ek, mere ghar ke saamne ek, ek, ek darakht hai. to usmein</w:t>
      </w:r>
      <w:r>
        <w:br/>
      </w:r>
      <w:r>
        <w:rPr>
          <w:sz w:val="20"/>
        </w:rPr>
        <w:t>13:18  phool khile hue the. kai phool ka ek, ek khosa tha. main utha hokar usko dekhne laga. to itni beauty thi, itni beauty thi, itni beauty thi. main hairaan tha</w:t>
      </w:r>
      <w:r>
        <w:br/>
      </w:r>
      <w:r>
        <w:rPr>
          <w:sz w:val="20"/>
        </w:rPr>
        <w:t>13:34  ki kya yeh beauty koi phool apne aap apne andar paida kar sakta hai. to mere saath possible nahin hai. to itni zabardast,</w:t>
      </w:r>
      <w:r>
        <w:br/>
      </w:r>
      <w:r>
        <w:rPr>
          <w:sz w:val="20"/>
        </w:rPr>
        <w:t>13:49  beautiful cheez apne aap kaise ban jayegi? to zaroor hai koi creator ho.</w:t>
      </w:r>
    </w:p>
    <w:p>
      <w:pPr>
        <w:pStyle w:val="Heading2"/>
      </w:pPr>
      <w:r>
        <w:t>Moses' miracle as universal conversion</w:t>
      </w:r>
    </w:p>
    <w:p>
      <w:r>
        <w:rPr>
          <w:color w:val="666666"/>
          <w:sz w:val="18"/>
        </w:rPr>
        <w:t>Islam and Sufism, Islam and Spirituality (Group of Gothers) - Maulana Wahiduddin Khan · 1m 26s · at 10:05 · https://youtu.be/yuxUUlOqZLM?t=605</w:t>
      </w:r>
    </w:p>
    <w:p>
      <w:r>
        <w:rPr>
          <w:i/>
        </w:rPr>
        <w:t>“Prophet Moses performed a miracle, but it was a universal demonstration”</w:t>
      </w:r>
    </w:p>
    <w:p>
      <w:r>
        <w:rPr>
          <w:sz w:val="20"/>
        </w:rPr>
        <w:t>10:05  you know, moses was a prophet of god. he was born in ancient egypt. he performed a miracle before the king of, before the egyptian king pharaoh.</w:t>
      </w:r>
      <w:r>
        <w:br/>
      </w:r>
      <w:r>
        <w:rPr>
          <w:sz w:val="20"/>
        </w:rPr>
        <w:t>10:24  what was the miracle? he threw his staff and suddenly that staff he converted into a serpent.</w:t>
      </w:r>
      <w:r>
        <w:br/>
      </w:r>
      <w:r>
        <w:rPr>
          <w:sz w:val="20"/>
        </w:rPr>
        <w:t>10:36  this was a miracle. but i would like to say that this was not a single miracle. moreover, it was a demonstration, a universal demonstration.</w:t>
      </w:r>
      <w:r>
        <w:br/>
      </w:r>
      <w:r>
        <w:rPr>
          <w:sz w:val="20"/>
        </w:rPr>
        <w:t>10:50  prophet moses show that the whole world is a miracle of conversion. here you can see that a wood, a part of, here, here you see that</w:t>
      </w:r>
      <w:r>
        <w:br/>
      </w:r>
      <w:r>
        <w:rPr>
          <w:sz w:val="20"/>
        </w:rPr>
        <w:t>11:08  a wood was converted into serpent. so is the case of whole universe. in this universe, everything is, is a, is an act of, act of conversion.</w:t>
      </w:r>
      <w:r>
        <w:br/>
      </w:r>
      <w:r>
        <w:rPr>
          <w:sz w:val="20"/>
        </w:rPr>
        <w:t>11:21  conversion. why? you see the whole world was build by, by atom.</w:t>
      </w:r>
    </w:p>
    <w:p>
      <w:pPr>
        <w:pStyle w:val="Heading2"/>
      </w:pPr>
      <w:r>
        <w:t>Japan's success avoiding confrontation</w:t>
      </w:r>
    </w:p>
    <w:p>
      <w:r>
        <w:rPr>
          <w:color w:val="666666"/>
          <w:sz w:val="18"/>
        </w:rPr>
        <w:t>IIC: How to Develop Spiritual Personality · 1m 30s · at 33:56 · https://youtu.be/-XrYpEYwk-Y?t=2036</w:t>
      </w:r>
    </w:p>
    <w:p>
      <w:r>
        <w:rPr>
          <w:i/>
        </w:rPr>
        <w:t>“Japan after WWII had no space science”</w:t>
      </w:r>
    </w:p>
    <w:p>
      <w:r>
        <w:rPr>
          <w:sz w:val="20"/>
        </w:rPr>
        <w:t>33:56  jabke Japan jo hai, second world war ke waqt, yani 95 mein, 1945 mein jab atom bomb giraya</w:t>
      </w:r>
      <w:r>
        <w:br/>
      </w:r>
      <w:r>
        <w:rPr>
          <w:sz w:val="20"/>
        </w:rPr>
        <w:t>34:02  gaya tha, to wahan space technology thi hi nahi is tarah se.</w:t>
      </w:r>
      <w:r>
        <w:br/>
      </w:r>
      <w:r>
        <w:rPr>
          <w:sz w:val="20"/>
        </w:rPr>
        <w:t>34:08  space science thi hi nahi Japan mein.</w:t>
      </w:r>
      <w:r>
        <w:br/>
      </w:r>
      <w:r>
        <w:rPr>
          <w:sz w:val="20"/>
        </w:rPr>
        <w:t>34:14  ab wahi Japan, dekhiye, jo policy li unhone, jis ko mein kehta hoon ke accept the status</w:t>
      </w:r>
      <w:r>
        <w:br/>
      </w:r>
      <w:r>
        <w:rPr>
          <w:sz w:val="20"/>
        </w:rPr>
        <w:t>34:20  quo, is ka matlab hai ke jahan takrao hai, wahan se hat jao. Aur jah</w:t>
      </w:r>
      <w:r>
        <w:br/>
      </w:r>
      <w:r>
        <w:rPr>
          <w:sz w:val="20"/>
        </w:rPr>
        <w:t>34:26  an opportunity hai, us ko avail karo.</w:t>
      </w:r>
      <w:r>
        <w:br/>
      </w:r>
      <w:r>
        <w:rPr>
          <w:sz w:val="20"/>
        </w:rPr>
        <w:t>34:30  yani avoid confrontation.</w:t>
      </w:r>
      <w:r>
        <w:br/>
      </w:r>
      <w:r>
        <w:rPr>
          <w:sz w:val="20"/>
        </w:rPr>
        <w:t>34:34  Japan ka formula kya tha? avoid confrontation and avail the opportunities.</w:t>
      </w:r>
      <w:r>
        <w:br/>
      </w:r>
      <w:r>
        <w:rPr>
          <w:sz w:val="20"/>
        </w:rPr>
        <w:t>34:38  to apne ko tension free kar liya unhone.</w:t>
      </w:r>
      <w:r>
        <w:br/>
      </w:r>
      <w:r>
        <w:rPr>
          <w:sz w:val="20"/>
        </w:rPr>
        <w:t>34:41  yani super tension mein par sakti thi sari Japanese.</w:t>
      </w:r>
      <w:r>
        <w:br/>
      </w:r>
      <w:r>
        <w:rPr>
          <w:sz w:val="20"/>
        </w:rPr>
        <w:t>34:45  kyunke un par atom bomb giraya gaya tha.</w:t>
      </w:r>
      <w:r>
        <w:br/>
      </w:r>
      <w:r>
        <w:rPr>
          <w:sz w:val="20"/>
        </w:rPr>
        <w:t>34:49  to un ko to, woh to super tension mein agar hote to justified thay woh.</w:t>
      </w:r>
      <w:r>
        <w:br/>
      </w:r>
      <w:r>
        <w:rPr>
          <w:sz w:val="20"/>
        </w:rPr>
        <w:t>34:53  justified thay woh. Lekin woh</w:t>
      </w:r>
      <w:r>
        <w:br/>
      </w:r>
      <w:r>
        <w:rPr>
          <w:sz w:val="20"/>
        </w:rPr>
        <w:t>34:56  is tension se apne ko bahar nikaal liya unhon ne. unhon ne kaha keh hum science, scientific education lenge. ab wohi japan jo hai, is position mein aa gaya hai keh woh america se bhi aage ja raha hai. to mein aik, mein jo baat kar raha tha, woh yeh keh raha tha keh jin cheezon ko le kar log tension mein par jatay hain, wahan par mamla hota hai is ko manage karne ka. you have to learn that, yani art of tension management. yani b</w:t>
      </w:r>
    </w:p>
    <w:p>
      <w:pPr>
        <w:pStyle w:val="Heading2"/>
      </w:pPr>
      <w:r>
        <w:t>Modesty is the sign of spirituality</w:t>
      </w:r>
    </w:p>
    <w:p>
      <w:r>
        <w:rPr>
          <w:color w:val="666666"/>
          <w:sz w:val="18"/>
        </w:rPr>
        <w:t>Spirituality in Daily Life 13 Aug 2016 - Maulana Wahiduddin Khan · 49s · at 21:17 · https://youtu.be/SB0AF0Q9aTE?t=1277</w:t>
      </w:r>
    </w:p>
    <w:p>
      <w:r>
        <w:rPr>
          <w:i/>
        </w:rPr>
        <w:t>“Modesty hi pehchaan hai spirituality ki.”</w:t>
      </w:r>
    </w:p>
    <w:p>
      <w:r>
        <w:rPr>
          <w:sz w:val="20"/>
        </w:rPr>
        <w:t>21:17  to main kahunga ke modesty. Modest ko kehte hain tawazu. Tawazu ya modesty pehchan hai spirituality ki.</w:t>
      </w:r>
      <w:r>
        <w:br/>
      </w:r>
      <w:r>
        <w:rPr>
          <w:sz w:val="20"/>
        </w:rPr>
        <w:t>21:30  jiske andar aap sachi modesty ho, to zaroor uske andar spirituality hogi. Spirituality aur modesty dono hum ek doosre se juray hue hotay hain. woh ek doosre se alag nahi hotay.</w:t>
      </w:r>
      <w:r>
        <w:br/>
      </w:r>
      <w:r>
        <w:rPr>
          <w:sz w:val="20"/>
        </w:rPr>
        <w:t>21:50  to aadmi agar ko judge karna hai ke uske andar spirituality aayi ya nahi aayi, to yeh dekhen ke uske andar modesty aayi ya nahi aayi. woh mind controlled bana ya nahi bana.</w:t>
      </w:r>
    </w:p>
    <w:p>
      <w:pPr>
        <w:pStyle w:val="Heading2"/>
      </w:pPr>
      <w:r>
        <w:t>his spiritual mission is rooted in Islam</w:t>
      </w:r>
    </w:p>
    <w:p>
      <w:r>
        <w:rPr>
          <w:color w:val="666666"/>
          <w:sz w:val="18"/>
        </w:rPr>
        <w:t>Interview Session with Maulana Wahiduddin Khan January 30, 2008 · 42s · at 10:44 · https://youtu.be/o8Gpe9YMuZc?t=644</w:t>
      </w:r>
    </w:p>
    <w:p>
      <w:r>
        <w:rPr>
          <w:i/>
        </w:rPr>
        <w:t>“I have found spirituality in Islam.”</w:t>
      </w:r>
    </w:p>
    <w:p>
      <w:r>
        <w:rPr>
          <w:sz w:val="20"/>
        </w:rPr>
        <w:t>10:44  i have found spirituality in islam.</w:t>
      </w:r>
      <w:r>
        <w:br/>
      </w:r>
      <w:r>
        <w:rPr>
          <w:sz w:val="20"/>
        </w:rPr>
        <w:t>10:49  my spirituality is based in islam. islam means god oriented life, god oriented thinking, god oriented activities.</w:t>
      </w:r>
      <w:r>
        <w:br/>
      </w:r>
      <w:r>
        <w:rPr>
          <w:sz w:val="20"/>
        </w:rPr>
        <w:t>11:04  so islam means making god your supreme concern, and this is the source of my spirituality.</w:t>
      </w:r>
      <w:r>
        <w:br/>
      </w:r>
      <w:r>
        <w:rPr>
          <w:sz w:val="20"/>
        </w:rPr>
        <w:t>11:15  without god, spirituality is root less, no base. so that is a reduced form of spirituality.</w:t>
      </w:r>
    </w:p>
    <w:p>
      <w:pPr>
        <w:pStyle w:val="Heading2"/>
      </w:pPr>
      <w:r>
        <w:t>Two definitions of spirituality</w:t>
      </w:r>
    </w:p>
    <w:p>
      <w:r>
        <w:rPr>
          <w:color w:val="666666"/>
          <w:sz w:val="18"/>
        </w:rPr>
        <w:t>God and Man (In Conversation with Maulana) 01 04 07 · 2m 30s · at 12:12 · https://youtu.be/2HlIEnmDdPo?t=732</w:t>
      </w:r>
    </w:p>
    <w:p>
      <w:r>
        <w:rPr>
          <w:i/>
        </w:rPr>
        <w:t>“Haan, yeh achha question hai”</w:t>
      </w:r>
    </w:p>
    <w:p>
      <w:r>
        <w:rPr>
          <w:sz w:val="20"/>
        </w:rPr>
        <w:t>12:12  Haan, yeh achha question hai. Azm spirituality ka jo definition hai, wahi ek nahi hai.</w:t>
      </w:r>
      <w:r>
        <w:br/>
      </w:r>
      <w:r>
        <w:rPr>
          <w:sz w:val="20"/>
        </w:rPr>
        <w:t>12:23  Jab tak aap spirituality ko define na kar lein, is question ko samajh nahi sakte hain.</w:t>
      </w:r>
      <w:r>
        <w:br/>
      </w:r>
      <w:r>
        <w:rPr>
          <w:sz w:val="20"/>
        </w:rPr>
        <w:t>12:34  To jahan tak mein samajhta hoon, there are two definitions of spirituality.</w:t>
      </w:r>
      <w:r>
        <w:br/>
      </w:r>
      <w:r>
        <w:rPr>
          <w:sz w:val="20"/>
        </w:rPr>
        <w:t>12:46  Ek yeh hai ke</w:t>
      </w:r>
      <w:r>
        <w:br/>
      </w:r>
      <w:r>
        <w:rPr>
          <w:sz w:val="20"/>
        </w:rPr>
        <w:t>12:50  Woh cheez jis ko hum kehte hain ecstasy ya wajd, woh woh cheez mil jaye. Aadmi ko yani sarmasti, wajd, ecstasy.</w:t>
      </w:r>
      <w:r>
        <w:br/>
      </w:r>
      <w:r>
        <w:rPr>
          <w:sz w:val="20"/>
        </w:rPr>
        <w:t>13:03  aik spirituality ka yeh hai. yeh Islamic spirituality nahi hai. na Rasool Allah ki spirituality yeh thi. Rasool Allah ki jo spirituality thi, that is based on mind.</w:t>
      </w:r>
      <w:r>
        <w:br/>
      </w:r>
      <w:r>
        <w:rPr>
          <w:sz w:val="20"/>
        </w:rPr>
        <w:t>13:18  Intellectual spirituality thi woh. Intellectual spirituality. to is ka jo aik hi, main jahan tak maine samjha hai, is ka aik hi formula tha.</w:t>
      </w:r>
      <w:r>
        <w:br/>
      </w:r>
      <w:r>
        <w:rPr>
          <w:sz w:val="20"/>
        </w:rPr>
        <w:t>13:33  woh tha distractions apnay ko bachana. bas. koi bhi cheez jo aap ke concentration mein rukawat daale.</w:t>
      </w:r>
      <w:r>
        <w:br/>
      </w:r>
      <w:r>
        <w:rPr>
          <w:sz w:val="20"/>
        </w:rPr>
        <w:t>13:43  Concentration kis baat ka?</w:t>
      </w:r>
      <w:r>
        <w:br/>
      </w:r>
      <w:r>
        <w:rPr>
          <w:sz w:val="20"/>
        </w:rPr>
        <w:t>13:45  yani truth ka, Khuda ka, paradise ka. isi mein soch mein laga rahe aadmi. koi bhi jo usay distract kare, to isi wahi wahi spirituality wahan bug hoti hai.</w:t>
      </w:r>
      <w:r>
        <w:br/>
      </w:r>
      <w:r>
        <w:rPr>
          <w:sz w:val="20"/>
        </w:rPr>
        <w:t>14:01  to main jahan tak samajh paya hoon Rasool Allah ki spirituality ka mamla, woh yeh hai ke aadmi ke andar spirituality ka bhandar hai, apnay aap.</w:t>
      </w:r>
      <w:r>
        <w:br/>
      </w:r>
      <w:r>
        <w:rPr>
          <w:sz w:val="20"/>
        </w:rPr>
        <w:t>14:10  bhandar is sense mein ke be-panah solace bhari hui hai is ke andar. solace.</w:t>
      </w:r>
      <w:r>
        <w:br/>
      </w:r>
      <w:r>
        <w:rPr>
          <w:sz w:val="20"/>
        </w:rPr>
        <w:t>14:22  aur woh us ko unfold karna hai aap ko. bas. to main samajhta hoon ke poori life aap ki jo hai woh unfolding process mein chalna chahiye.</w:t>
      </w:r>
      <w:r>
        <w:br/>
      </w:r>
      <w:r>
        <w:rPr>
          <w:sz w:val="20"/>
        </w:rPr>
        <w:t>14:32  Without any slightest distraction.</w:t>
      </w:r>
      <w:r>
        <w:br/>
      </w:r>
      <w:r>
        <w:rPr>
          <w:sz w:val="20"/>
        </w:rPr>
        <w:t>14:38  jaise main aik misaal deta hoon aap ko</w:t>
      </w:r>
    </w:p>
    <w:p>
      <w:pPr>
        <w:pStyle w:val="Heading2"/>
      </w:pPr>
      <w:r>
        <w:t>Defining spirituality: heart vs mind</w:t>
      </w:r>
    </w:p>
    <w:p>
      <w:r>
        <w:rPr>
          <w:color w:val="666666"/>
          <w:sz w:val="18"/>
        </w:rPr>
        <w:t>Islam and Sufism, Islam and Spirituality (Group of Gothers) - Maulana Wahiduddin Khan · 5m 49s · at 2:44 · https://youtu.be/yuxUUlOqZLM?t=164</w:t>
      </w:r>
    </w:p>
    <w:p>
      <w:r>
        <w:rPr>
          <w:i/>
        </w:rPr>
        <w:t>“Now what is Sufism, and what is spirituality?”</w:t>
      </w:r>
    </w:p>
    <w:p>
      <w:r>
        <w:rPr>
          <w:sz w:val="20"/>
        </w:rPr>
        <w:t>2:44  now what is sufism, or what is spirituality?</w:t>
      </w:r>
      <w:r>
        <w:br/>
      </w:r>
      <w:r>
        <w:rPr>
          <w:sz w:val="20"/>
        </w:rPr>
        <w:t>2:53  i would like to say that man has two different aspects, physical aspect and spiritual aspect.</w:t>
      </w:r>
      <w:r>
        <w:br/>
      </w:r>
      <w:r>
        <w:rPr>
          <w:sz w:val="20"/>
        </w:rPr>
        <w:t>3:06  in physical terms, we need food every day to maintain our physical health.</w:t>
      </w:r>
      <w:r>
        <w:br/>
      </w:r>
      <w:r>
        <w:rPr>
          <w:sz w:val="20"/>
        </w:rPr>
        <w:t>3:16  we need physical food.</w:t>
      </w:r>
      <w:r>
        <w:br/>
      </w:r>
      <w:r>
        <w:rPr>
          <w:sz w:val="20"/>
        </w:rPr>
        <w:t>3:23  so is the case of our inner personality, that is soul. we need spiritual food to maintain the health of spiritual being.</w:t>
      </w:r>
      <w:r>
        <w:br/>
      </w:r>
      <w:r>
        <w:rPr>
          <w:sz w:val="20"/>
        </w:rPr>
        <w:t>3:41  so this is the definition of spirituality according to islam.</w:t>
      </w:r>
      <w:r>
        <w:br/>
      </w:r>
      <w:r>
        <w:rPr>
          <w:sz w:val="20"/>
        </w:rPr>
        <w:t>3:49  and this kind of nourishment is needed every day. you need every day some physical food to maintain your physical health.</w:t>
      </w:r>
      <w:r>
        <w:br/>
      </w:r>
      <w:r>
        <w:rPr>
          <w:sz w:val="20"/>
        </w:rPr>
        <w:t>4:02  so is the case of spirituality. every day you need spiritual food to maintain your.</w:t>
      </w:r>
      <w:r>
        <w:br/>
      </w:r>
      <w:r>
        <w:rPr>
          <w:sz w:val="20"/>
        </w:rPr>
        <w:t>4:13  to maintain the health of our soul.</w:t>
      </w:r>
      <w:r>
        <w:br/>
      </w:r>
      <w:r>
        <w:rPr>
          <w:sz w:val="20"/>
        </w:rPr>
        <w:t>4:19  it is a daily basis feeding. then according to my study and my experience, there are two different kinds of sufism or spirituality.</w:t>
      </w:r>
      <w:r>
        <w:br/>
      </w:r>
      <w:r>
        <w:rPr>
          <w:sz w:val="20"/>
        </w:rPr>
        <w:t>4:39  one is based on heart, and the other one is based on mind.</w:t>
      </w:r>
      <w:r>
        <w:br/>
      </w:r>
      <w:r>
        <w:rPr>
          <w:sz w:val="20"/>
        </w:rPr>
        <w:t>4:47  traditional sufism or traditional spirituality is based on heart. heart based spirituality believes that in your heart, your heart is a</w:t>
      </w:r>
      <w:r>
        <w:br/>
      </w:r>
      <w:r>
        <w:rPr>
          <w:sz w:val="20"/>
        </w:rPr>
        <w:t>5:04  treasure of spirituality.</w:t>
      </w:r>
      <w:r>
        <w:br/>
      </w:r>
      <w:r>
        <w:rPr>
          <w:sz w:val="20"/>
        </w:rPr>
        <w:t>5:10  your heart is a treasure of spirituality. so you need nothing but to unfold this treasure, this hidden treasure.</w:t>
      </w:r>
      <w:r>
        <w:br/>
      </w:r>
      <w:r>
        <w:rPr>
          <w:sz w:val="20"/>
        </w:rPr>
        <w:t>5:22  so they practice what is called muraqabah or meditation.</w:t>
      </w:r>
      <w:r>
        <w:br/>
      </w:r>
      <w:r>
        <w:rPr>
          <w:sz w:val="20"/>
        </w:rPr>
        <w:t>5:30  muraqabah means dhikr and inner, and inner, inner muraqabah.</w:t>
      </w:r>
      <w:r>
        <w:br/>
      </w:r>
      <w:r>
        <w:rPr>
          <w:sz w:val="20"/>
        </w:rPr>
        <w:t>5:46  for example, the sufi practice like this: la ilaha illallah, la ilaha illallah.</w:t>
      </w:r>
      <w:r>
        <w:br/>
      </w:r>
      <w:r>
        <w:rPr>
          <w:sz w:val="20"/>
        </w:rPr>
        <w:t>5:56  this is an example. they by this practices, they invoke the inner ability, and they believe that by invoking this inner treasure or ability,</w:t>
      </w:r>
      <w:r>
        <w:br/>
      </w:r>
      <w:r>
        <w:rPr>
          <w:sz w:val="20"/>
        </w:rPr>
        <w:t>6:17  they will find spiritual, spirituality. but i don't believe this kind of spirituality.</w:t>
      </w:r>
      <w:r>
        <w:br/>
      </w:r>
      <w:r>
        <w:rPr>
          <w:sz w:val="20"/>
        </w:rPr>
        <w:t>6:28  why? you know, in our modern age, science has corrected so many notions.</w:t>
      </w:r>
      <w:r>
        <w:br/>
      </w:r>
      <w:r>
        <w:rPr>
          <w:sz w:val="20"/>
        </w:rPr>
        <w:t>6:39  for example, in previous centuries, people were believing in in geo-centric theory.</w:t>
      </w:r>
      <w:r>
        <w:br/>
      </w:r>
      <w:r>
        <w:rPr>
          <w:sz w:val="20"/>
        </w:rPr>
        <w:t>6:48  Now it is discarded. Now we believe in heliocentric theory. So is the case of spirituality. You know, scientists that is show that heart is nothing but a center of spirit circulation of blood.</w:t>
      </w:r>
      <w:r>
        <w:br/>
      </w:r>
      <w:r>
        <w:rPr>
          <w:sz w:val="20"/>
        </w:rPr>
        <w:t>7:08  thats all. there is no thinking in heart. the center of thinking is our mind. so i believe that the true spirituality is mind based spirituality.</w:t>
      </w:r>
      <w:r>
        <w:br/>
      </w:r>
      <w:r>
        <w:rPr>
          <w:sz w:val="20"/>
        </w:rPr>
        <w:t>7:25  nao if you practice heart based spirituality, the end is ecstasy or wajd.</w:t>
      </w:r>
      <w:r>
        <w:br/>
      </w:r>
      <w:r>
        <w:rPr>
          <w:sz w:val="20"/>
        </w:rPr>
        <w:t>7:38  through this kind of practices, you reach to a state that is called wajd or is ecstasy.</w:t>
      </w:r>
      <w:r>
        <w:br/>
      </w:r>
      <w:r>
        <w:rPr>
          <w:sz w:val="20"/>
        </w:rPr>
        <w:t>7:49  what is ecstasy? what is ecstasy? ecstasy is going into the state of unconsciousness.</w:t>
      </w:r>
      <w:r>
        <w:br/>
      </w:r>
      <w:r>
        <w:rPr>
          <w:sz w:val="20"/>
        </w:rPr>
        <w:t>8:04  it is, it is like, like every animal lives in this kind of ecstasy. so i dont think that this is, this is the true spirituality.</w:t>
      </w:r>
      <w:r>
        <w:br/>
      </w:r>
      <w:r>
        <w:rPr>
          <w:sz w:val="20"/>
        </w:rPr>
        <w:t>8:17  this is a reduced form of spirituality. so i believe in in that kind of spirituality that is based on mind, mind based spirituality.</w:t>
      </w:r>
    </w:p>
    <w:p>
      <w:pPr>
        <w:pStyle w:val="Heading2"/>
      </w:pPr>
      <w:r>
        <w:t>Rustam story: power of salah and non-political empire</w:t>
      </w:r>
    </w:p>
    <w:p>
      <w:r>
        <w:rPr>
          <w:color w:val="666666"/>
          <w:sz w:val="18"/>
        </w:rPr>
        <w:t>Five Pillars of Islam | July 30, 2007 · 6m 14s · at 43:50 · https://youtu.be/f31xU7hWLWI?t=2630</w:t>
      </w:r>
    </w:p>
    <w:p>
      <w:r>
        <w:rPr>
          <w:i/>
        </w:rPr>
        <w:t>“I would like to refer to a very historical event.”</w:t>
      </w:r>
    </w:p>
    <w:p>
      <w:r>
        <w:rPr>
          <w:sz w:val="20"/>
        </w:rPr>
        <w:t>43:50  iph.</w:t>
      </w:r>
      <w:r>
        <w:br/>
      </w:r>
      <w:r>
        <w:rPr>
          <w:sz w:val="20"/>
        </w:rPr>
        <w:t>43:56  The majority of these Muslims were Sahaba, companions of the Prophet.</w:t>
      </w:r>
      <w:r>
        <w:br/>
      </w:r>
      <w:r>
        <w:rPr>
          <w:sz w:val="20"/>
        </w:rPr>
        <w:t>44:03  So when they—so at that time, there were no mosques in Iran.</w:t>
      </w:r>
      <w:r>
        <w:br/>
      </w:r>
      <w:r>
        <w:rPr>
          <w:sz w:val="20"/>
        </w:rPr>
        <w:t>44:09  At that time, there were no mosques in Iran.</w:t>
      </w:r>
      <w:r>
        <w:br/>
      </w:r>
      <w:r>
        <w:rPr>
          <w:sz w:val="20"/>
        </w:rPr>
        <w:t>44:16  So they always performed their salat in fields, open fields.</w:t>
      </w:r>
      <w:r>
        <w:br/>
      </w:r>
      <w:r>
        <w:rPr>
          <w:sz w:val="20"/>
        </w:rPr>
        <w:t>44:23  So at that time, the ruler of Iran was Yazd Gurud, King Yazd Gurud, and his general was Rustam.</w:t>
      </w:r>
      <w:r>
        <w:br/>
      </w:r>
      <w:r>
        <w:rPr>
          <w:sz w:val="20"/>
        </w:rPr>
        <w:t>44:30  His military general was Rustam.</w:t>
      </w:r>
      <w:r>
        <w:br/>
      </w:r>
      <w:r>
        <w:rPr>
          <w:sz w:val="20"/>
        </w:rPr>
        <w:t>44:38  So what happened?</w:t>
      </w:r>
      <w:r>
        <w:br/>
      </w:r>
      <w:r>
        <w:rPr>
          <w:sz w:val="20"/>
        </w:rPr>
        <w:t>44:45  These Muslims used to</w:t>
      </w:r>
      <w:r>
        <w:br/>
      </w:r>
      <w:r>
        <w:rPr>
          <w:sz w:val="20"/>
        </w:rPr>
        <w:t>44:53  perform namaz in the fields, in open fields, in the same way which we observe in mosques, that one person leads the salat and all the other people stand behind him in a row. So Rustam saw this scene several times. So</w:t>
      </w:r>
      <w:r>
        <w:br/>
      </w:r>
      <w:r>
        <w:rPr>
          <w:sz w:val="20"/>
        </w:rPr>
        <w:t>45:23  he was perturbed.</w:t>
      </w:r>
      <w:r>
        <w:br/>
      </w:r>
      <w:r>
        <w:rPr>
          <w:sz w:val="20"/>
        </w:rPr>
        <w:t>45:29  He was afraid.</w:t>
      </w:r>
      <w:r>
        <w:br/>
      </w:r>
      <w:r>
        <w:rPr>
          <w:sz w:val="20"/>
        </w:rPr>
        <w:t>45:35  He became afraid.</w:t>
      </w:r>
      <w:r>
        <w:br/>
      </w:r>
      <w:r>
        <w:rPr>
          <w:sz w:val="20"/>
        </w:rPr>
        <w:t>45:41  He said that, "Aqala Umar Qabidi, Ya'allamul Kilabul Adab." He said that, "For me, it is a killing scene.</w:t>
      </w:r>
      <w:r>
        <w:br/>
      </w:r>
      <w:r>
        <w:rPr>
          <w:sz w:val="20"/>
        </w:rPr>
        <w:t>45:47  Umar is killing myself because he is inculcating a spirit of discipline</w:t>
      </w:r>
      <w:r>
        <w:br/>
      </w:r>
      <w:r>
        <w:rPr>
          <w:sz w:val="20"/>
        </w:rPr>
        <w:t>45:53  ine in his followers.</w:t>
      </w:r>
      <w:r>
        <w:br/>
      </w:r>
      <w:r>
        <w:rPr>
          <w:sz w:val="20"/>
        </w:rPr>
        <w:t>46:01  He prepares an army of discipline.</w:t>
      </w:r>
      <w:r>
        <w:br/>
      </w:r>
      <w:r>
        <w:rPr>
          <w:sz w:val="20"/>
        </w:rPr>
        <w:t>46:09  Although the inner content of namaz is taqwa, khushu, remembrance of God, this is the inner content of namaz.</w:t>
      </w:r>
      <w:r>
        <w:br/>
      </w:r>
      <w:r>
        <w:rPr>
          <w:sz w:val="20"/>
        </w:rPr>
        <w:t>46:16  But the outer content is that it took the form of organization.</w:t>
      </w:r>
      <w:r>
        <w:br/>
      </w:r>
      <w:r>
        <w:rPr>
          <w:sz w:val="20"/>
        </w:rPr>
        <w:t>46:24  We perform our namaz, our congregational namaz. We perform our congregational namaz in an organized manner, in an organized way." So he saw the external structure of the namaz. So he said, "There is discipline. There is training of discipline. And those who are trained in</w:t>
      </w:r>
      <w:r>
        <w:br/>
      </w:r>
      <w:r>
        <w:rPr>
          <w:sz w:val="20"/>
        </w:rPr>
        <w:t>46:54  discipline, those who have a spirit of discipline, they are so strong that no one can conquer these people.</w:t>
      </w:r>
      <w:r>
        <w:br/>
      </w:r>
      <w:r>
        <w:rPr>
          <w:sz w:val="20"/>
        </w:rPr>
        <w:t>47:04  So they are unconquerable." So he became afraid.</w:t>
      </w:r>
      <w:r>
        <w:br/>
      </w:r>
      <w:r>
        <w:rPr>
          <w:sz w:val="20"/>
        </w:rPr>
        <w:t>47:14  This is the power of salat. salat</w:t>
      </w:r>
      <w:r>
        <w:br/>
      </w:r>
      <w:r>
        <w:rPr>
          <w:sz w:val="20"/>
        </w:rPr>
        <w:t>47:24  has no connection with politics.</w:t>
      </w:r>
      <w:r>
        <w:br/>
      </w:r>
      <w:r>
        <w:rPr>
          <w:sz w:val="20"/>
        </w:rPr>
        <w:t>47:29  salat has no connection with rule.</w:t>
      </w:r>
      <w:r>
        <w:br/>
      </w:r>
      <w:r>
        <w:rPr>
          <w:sz w:val="20"/>
        </w:rPr>
        <w:t>47:34  salat has no connection with state.</w:t>
      </w:r>
      <w:r>
        <w:br/>
      </w:r>
      <w:r>
        <w:rPr>
          <w:sz w:val="20"/>
        </w:rPr>
        <w:t>47:39  salat is completely a non-political activity.</w:t>
      </w:r>
      <w:r>
        <w:br/>
      </w:r>
      <w:r>
        <w:rPr>
          <w:sz w:val="20"/>
        </w:rPr>
        <w:t>47:45  salat or namaz is completely a non-political activity.</w:t>
      </w:r>
      <w:r>
        <w:br/>
      </w:r>
      <w:r>
        <w:rPr>
          <w:sz w:val="20"/>
        </w:rPr>
        <w:t>47:50  But it is so strong that</w:t>
      </w:r>
      <w:r>
        <w:br/>
      </w:r>
      <w:r>
        <w:rPr>
          <w:sz w:val="20"/>
        </w:rPr>
        <w:t>47:55  Rustam became afraid.</w:t>
      </w:r>
      <w:r>
        <w:br/>
      </w:r>
      <w:r>
        <w:rPr>
          <w:sz w:val="20"/>
        </w:rPr>
        <w:t>48:11  Internally, salat inculcates the spirit of God consciousness, trust in God, and externally, it is</w:t>
      </w:r>
      <w:r>
        <w:br/>
      </w:r>
      <w:r>
        <w:rPr>
          <w:sz w:val="20"/>
        </w:rPr>
        <w:t>48:27  like a training of discipline and organization.</w:t>
      </w:r>
      <w:r>
        <w:br/>
      </w:r>
      <w:r>
        <w:rPr>
          <w:sz w:val="20"/>
        </w:rPr>
        <w:t>48:35  It makes you live in an organized manner.</w:t>
      </w:r>
      <w:r>
        <w:br/>
      </w:r>
      <w:r>
        <w:rPr>
          <w:sz w:val="20"/>
        </w:rPr>
        <w:t>48:42  So it gives you both inner spirit, inner strength, and at the same time, external strength.</w:t>
      </w:r>
      <w:r>
        <w:br/>
      </w:r>
      <w:r>
        <w:rPr>
          <w:sz w:val="20"/>
        </w:rPr>
        <w:t>48:50  Inner strength in terms of taqwa and extern</w:t>
      </w:r>
      <w:r>
        <w:br/>
      </w:r>
      <w:r>
        <w:rPr>
          <w:sz w:val="20"/>
        </w:rPr>
        <w:t>48:57  al strength in terms of organization.</w:t>
      </w:r>
      <w:r>
        <w:br/>
      </w:r>
      <w:r>
        <w:rPr>
          <w:sz w:val="20"/>
        </w:rPr>
        <w:t>49:03  So this is namaz.</w:t>
      </w:r>
      <w:r>
        <w:br/>
      </w:r>
      <w:r>
        <w:rPr>
          <w:sz w:val="20"/>
        </w:rPr>
        <w:t>49:08  This is salat.</w:t>
      </w:r>
      <w:r>
        <w:br/>
      </w:r>
      <w:r>
        <w:rPr>
          <w:sz w:val="20"/>
        </w:rPr>
        <w:t>49:14  So salat means establishing a global network.</w:t>
      </w:r>
      <w:r>
        <w:br/>
      </w:r>
      <w:r>
        <w:rPr>
          <w:sz w:val="20"/>
        </w:rPr>
        <w:t>49:19  Now we have this global network everywhere in the world.</w:t>
      </w:r>
      <w:r>
        <w:br/>
      </w:r>
      <w:r>
        <w:rPr>
          <w:sz w:val="20"/>
        </w:rPr>
        <w:t>49:25  So why are you fighting for political power?</w:t>
      </w:r>
      <w:r>
        <w:br/>
      </w:r>
      <w:r>
        <w:rPr>
          <w:sz w:val="20"/>
        </w:rPr>
        <w:t>49:30  Why are you killing yourself?</w:t>
      </w:r>
      <w:r>
        <w:br/>
      </w:r>
      <w:r>
        <w:rPr>
          <w:sz w:val="20"/>
        </w:rPr>
        <w:t>49:37  Why are you destroying your life and your money?</w:t>
      </w:r>
      <w:r>
        <w:br/>
      </w:r>
      <w:r>
        <w:rPr>
          <w:sz w:val="20"/>
        </w:rPr>
        <w:t>49:43  You have to revitalize this system.</w:t>
      </w:r>
      <w:r>
        <w:br/>
      </w:r>
      <w:r>
        <w:rPr>
          <w:sz w:val="20"/>
        </w:rPr>
        <w:t>49:50  You have to revitalize this non-political empire.</w:t>
      </w:r>
      <w:r>
        <w:br/>
      </w:r>
      <w:r>
        <w:rPr>
          <w:sz w:val="20"/>
        </w:rPr>
        <w:t>49:57  This is the</w:t>
      </w:r>
    </w:p>
    <w:p>
      <w:pPr>
        <w:pStyle w:val="Heading2"/>
      </w:pPr>
      <w:r>
        <w:t>Full hadith of Death and its eternal meaning</w:t>
      </w:r>
    </w:p>
    <w:p>
      <w:r>
        <w:rPr>
          <w:color w:val="666666"/>
          <w:sz w:val="18"/>
        </w:rPr>
        <w:t>Tazkiya-e-Nafs Book by Maulana Wahiduddin Khan · 3m 25s · at 5:49 · https://youtu.be/LbGPnJWmj1A?t=349</w:t>
      </w:r>
    </w:p>
    <w:p>
      <w:r>
        <w:rPr>
          <w:i/>
        </w:rPr>
        <w:t>“Ek riwayat sahih Muslim mein aayi hai”</w:t>
      </w:r>
    </w:p>
    <w:p>
      <w:r>
        <w:rPr>
          <w:sz w:val="20"/>
        </w:rPr>
        <w:t>5:49  ek riwayat hadith ki mukhtalif kitabon mein</w:t>
      </w:r>
      <w:r>
        <w:br/>
      </w:r>
      <w:r>
        <w:rPr>
          <w:sz w:val="20"/>
        </w:rPr>
        <w:t>5:52  aai hai, sahih muslim ke alfaaz yeh hain: "jab ahl-e-jannat jannat mein dakhil honge aur ahl-e-jahannum jahannum mein</w:t>
      </w:r>
      <w:r>
        <w:br/>
      </w:r>
      <w:r>
        <w:rPr>
          <w:sz w:val="20"/>
        </w:rPr>
        <w:t>6:01  aur maut ko laaya jayega qayamat ke din, goya ke woh ek meda rang ka mendha hoga. Phir usay jannat aur jahannum ke darmiyan khada kiya jayega aur kaha jayega, ae ahl-e-jannat, kya tum jaante ho</w:t>
      </w:r>
      <w:r>
        <w:br/>
      </w:r>
      <w:r>
        <w:rPr>
          <w:sz w:val="20"/>
        </w:rPr>
        <w:t>6:13  aur woh khushi se dekhenge aur kahenge, haan, maut.</w:t>
      </w:r>
      <w:r>
        <w:br/>
      </w:r>
      <w:r>
        <w:rPr>
          <w:sz w:val="20"/>
        </w:rPr>
        <w:t>6:18  Phir kaha jayega, ae ahl-e-jahannum, kya tum jaante ho</w:t>
      </w:r>
      <w:r>
        <w:br/>
      </w:r>
      <w:r>
        <w:rPr>
          <w:sz w:val="20"/>
        </w:rPr>
        <w:t>6:23  aur woh khushi se dekhenge aur kahenge, haan, maut. Phir usay guzara jayega aur zabah kar diya jayega. Phir kaha jayega, ae ahl-e-jannat, hamesha rehne ke liye ho, maut nahi. Aur ae</w:t>
      </w:r>
      <w:r>
        <w:br/>
      </w:r>
      <w:r>
        <w:rPr>
          <w:sz w:val="20"/>
        </w:rPr>
        <w:t>6:36  ahl-e-jahannum</w:t>
      </w:r>
      <w:r>
        <w:br/>
      </w:r>
      <w:r>
        <w:rPr>
          <w:sz w:val="20"/>
        </w:rPr>
        <w:t>6:37  hamesha ke liye ho, ab maut nahi. Sahih Muslim, hadith number 2849. Yani qayamat mein jab jannat wale jannat mein dakhil ho jayenge aur jahannum wale jahannum mein dakhil ho jayenge to wahan maut ko laya jayega,</w:t>
      </w:r>
      <w:r>
        <w:br/>
      </w:r>
      <w:r>
        <w:rPr>
          <w:sz w:val="20"/>
        </w:rPr>
        <w:t>6:57  woh ek safed mendhe ki surat mein hogi, usko jannat aur jahannum ke darmiyan khada kiya jayega, phir kaha jayega ke ae jannat walon!</w:t>
      </w:r>
      <w:r>
        <w:br/>
      </w:r>
      <w:r>
        <w:rPr>
          <w:sz w:val="20"/>
        </w:rPr>
        <w:t>7:07  kya tum log isko pehante ho? Phir woh isko gardan utha kar dekhenge aur kahenge ke haan, yeh maut hai.</w:t>
      </w:r>
      <w:r>
        <w:br/>
      </w:r>
      <w:r>
        <w:rPr>
          <w:sz w:val="20"/>
        </w:rPr>
        <w:t>7:16  aap ne farmaya ke iske baad jahannum walon se kaha jayega ke ae jahannum walon! Kya tum log isko pehante ho? Phir woh sar utha kar isko dekhenge aur kahenge ke haan, yeh maut hai.</w:t>
      </w:r>
      <w:r>
        <w:br/>
      </w:r>
      <w:r>
        <w:rPr>
          <w:sz w:val="20"/>
        </w:rPr>
        <w:t>7:29  aap ne farmaya ke iske baad hukum diya jayega aur maut ko zabah kar diya jayega, phir kaha jayega ke ae jannat walon!</w:t>
      </w:r>
      <w:r>
        <w:br/>
      </w:r>
      <w:r>
        <w:rPr>
          <w:sz w:val="20"/>
        </w:rPr>
        <w:t>7:39  ab tumhare liye hamesha hai, ab tumhare liye maut nahi</w:t>
      </w:r>
      <w:r>
        <w:br/>
      </w:r>
      <w:r>
        <w:rPr>
          <w:sz w:val="20"/>
        </w:rPr>
        <w:t>7:43  . Ae jahannum walon! Ab tumhare liye hamesha hai, ab tumhare liye maut nahi. Tazkiya kya hai?</w:t>
      </w:r>
      <w:r>
        <w:br/>
      </w:r>
      <w:r>
        <w:rPr>
          <w:sz w:val="20"/>
        </w:rPr>
        <w:t>7:52  tazkiya ka matlab hai apne aap ko woh mazak shakhsiyat yani purified personality banana jo jannat ke aala mahol mein basaye jaane ke qabil ho.</w:t>
      </w:r>
      <w:r>
        <w:br/>
      </w:r>
      <w:r>
        <w:rPr>
          <w:sz w:val="20"/>
        </w:rPr>
        <w:t>8:04  qayamat mein yeh waqia pesh aayega ke jab mazak afraad jannat mein aur ghair mazak afraad jahannum mein dakhil kar diye jayenge to iske baad yeh aelan kiya jayega ke ab maut ka qanoon khatm kar diya gaya hai,</w:t>
      </w:r>
      <w:r>
        <w:br/>
      </w:r>
      <w:r>
        <w:rPr>
          <w:sz w:val="20"/>
        </w:rPr>
        <w:t>8:18  ab dono grohon ko abadi taur par apni apni duniya mein rehna hai. Yeh bada ajeeb lamha hoga, jannat wale masroor honge ke unhein abadi taur par khushiyon ki duniya hasil ho gayi,</w:t>
      </w:r>
      <w:r>
        <w:br/>
      </w:r>
      <w:r>
        <w:rPr>
          <w:sz w:val="20"/>
        </w:rPr>
        <w:t>8:31  dusri taraf jahannum wale naqabil-e-bayan hasrat mein mubtala ho jayenge. Yeh soch unke liye ek daimi azab ban jayegi ke apna tazkiya na karne ki wajah se woh kitni badi mehroomi mein mubtala ho gaye.</w:t>
      </w:r>
      <w:r>
        <w:br/>
      </w:r>
      <w:r>
        <w:rPr>
          <w:sz w:val="20"/>
        </w:rPr>
        <w:t>8:47  yeh ehsas tazkiya ke amal ke liye bilashuba ek taqatwar muharrik hai.</w:t>
      </w:r>
      <w:r>
        <w:br/>
      </w:r>
      <w:r>
        <w:rPr>
          <w:sz w:val="20"/>
        </w:rPr>
        <w:t>8:52  us waqt yeh aakhri umeed bhi unka saath chhod degi ke shayad kabhi hamari maut aa jaye aur woh hamein jahannum ke azab se nijat de de.</w:t>
      </w:r>
      <w:r>
        <w:br/>
      </w:r>
      <w:r>
        <w:rPr>
          <w:sz w:val="20"/>
        </w:rPr>
        <w:t>9:04  yeh ahl-e-jannat ke liye abadi farhat ka lamha hoga aur ahl-e-jahannum ke liye abadi hasrat ka lamha.</w:t>
      </w:r>
    </w:p>
    <w:p>
      <w:pPr>
        <w:pStyle w:val="Heading2"/>
      </w:pPr>
      <w:r>
        <w:t>Dream of green park leading to conscious awareness</w:t>
      </w:r>
    </w:p>
    <w:p>
      <w:r>
        <w:rPr>
          <w:color w:val="666666"/>
          <w:sz w:val="18"/>
        </w:rPr>
        <w:t>Experience Sharing Session of CPS Members 24 May 2008 - Maulana Wahiduddin Khan · 3m 15s · at 13:40 · https://youtu.be/alVAkAnKiuM?t=820</w:t>
      </w:r>
    </w:p>
    <w:p>
      <w:r>
        <w:rPr>
          <w:i/>
        </w:rPr>
        <w:t>“आई हैड अ ड्रीम दैट वी आर सिटिंग इन अ बिग लश ग्रीन पार्क”</w:t>
      </w:r>
    </w:p>
    <w:p>
      <w:r>
        <w:rPr>
          <w:sz w:val="20"/>
        </w:rPr>
        <w:t>13:40  i had a dream that we are sitting in a big lush green park. and its all greenery all over. and its a very big huge park. and there is a cps team sitting very cooly and calmly. and maulana is giving his lecture.</w:t>
      </w:r>
      <w:r>
        <w:br/>
      </w:r>
      <w:r>
        <w:rPr>
          <w:sz w:val="20"/>
        </w:rPr>
        <w:t>14:05  and around cps team, there are people who are running, who are running here and there, going he wire, just just running for no rhyme reason. there is absolute state of confusion. but only cps members, the team is sitting calmly, quietly, without being concerned about what is happening around. and maulana is giving a lecture. and we are coolly and calmly listening to it.</w:t>
      </w:r>
      <w:r>
        <w:br/>
      </w:r>
      <w:r>
        <w:rPr>
          <w:sz w:val="20"/>
        </w:rPr>
        <w:t>14:34  and the coincidence is that khalid bhai and me had a dream today only. so, that was, i think, godson dream that cps team, if is with the mission,</w:t>
      </w:r>
      <w:r>
        <w:br/>
      </w:r>
      <w:r>
        <w:rPr>
          <w:sz w:val="20"/>
        </w:rPr>
        <w:t>14:49  will be cool and quiet and calm, but will be accountable and responsible as well.</w:t>
      </w:r>
      <w:r>
        <w:br/>
      </w:r>
      <w:r>
        <w:rPr>
          <w:sz w:val="20"/>
        </w:rPr>
        <w:t>14:56  so, that was the dream. but what i want to say is that after coming to cps, i have realized existence of myself consciously. because earlier, i was, i don't know where i was. and i am really amazed that how i was living my life, wasting my time, like sadia said.</w:t>
      </w:r>
      <w:r>
        <w:br/>
      </w:r>
      <w:r>
        <w:rPr>
          <w:sz w:val="20"/>
        </w:rPr>
        <w:t>15:21  but now, i realize that my conscious is awake. and i have realized god. and each and every action, i i think, at least once, i think, like, what am i doing?</w:t>
      </w:r>
      <w:r>
        <w:br/>
      </w:r>
      <w:r>
        <w:rPr>
          <w:sz w:val="20"/>
        </w:rPr>
        <w:t>15:36  so, my conscious is awake now. and i am, i feel i am in communion with god. like, i am responsible and accountable for every a</w:t>
      </w:r>
      <w:r>
        <w:br/>
      </w:r>
      <w:r>
        <w:rPr>
          <w:sz w:val="20"/>
        </w:rPr>
        <w:t>15:46  ction. so, the i think it has become a part of, like, it is said in the corporate world, it is like become a part of the dna. dawa work has become a part of a dna. and we have to do our responsibility and we are accountable for it. and we have to do it</w:t>
      </w:r>
      <w:r>
        <w:br/>
      </w:r>
      <w:r>
        <w:rPr>
          <w:sz w:val="20"/>
        </w:rPr>
        <w:t>16:09  . and this is what freaks every cps member's mind now, if we are not able to do, because it has become a part of the consciousness. and earlier, i use to think that i am the most, the people i love the most are my parents.</w:t>
      </w:r>
      <w:r>
        <w:br/>
      </w:r>
      <w:r>
        <w:rPr>
          <w:sz w:val="20"/>
        </w:rPr>
        <w:t>16:27  but now, after coming to cps, i think that cps team members and maulana have become the the only concern, and they are behind it. so, this has been a change over in my life. jazaqullah.</w:t>
      </w:r>
    </w:p>
    <w:p>
      <w:pPr>
        <w:pStyle w:val="Heading2"/>
      </w:pPr>
      <w:r>
        <w:t>Science as divine knowledge</w:t>
      </w:r>
    </w:p>
    <w:p>
      <w:r>
        <w:rPr>
          <w:color w:val="666666"/>
          <w:sz w:val="18"/>
        </w:rPr>
        <w:t>Science And Spirituality-25th April 07 · 32s · at 10:44 · https://youtu.be/v5j9QVMgQq0?t=644</w:t>
      </w:r>
    </w:p>
    <w:p>
      <w:r>
        <w:rPr>
          <w:i/>
        </w:rPr>
        <w:t>“Now, what is science? Science is divine knowledge.”</w:t>
      </w:r>
    </w:p>
    <w:p>
      <w:r>
        <w:rPr>
          <w:sz w:val="20"/>
        </w:rPr>
        <w:t>10:44  For the first time in history, science was able to remove all these superstitions. Now, what is science?</w:t>
      </w:r>
      <w:r>
        <w:br/>
      </w:r>
      <w:r>
        <w:rPr>
          <w:sz w:val="20"/>
        </w:rPr>
        <w:t>10:57  Science is divine knowledge. Science is nothing but divine knowledge, divine laws. When you discover those universal laws that rule the universe, then you call it science.</w:t>
      </w:r>
      <w:r>
        <w:br/>
      </w:r>
      <w:r>
        <w:rPr>
          <w:sz w:val="20"/>
        </w:rPr>
        <w:t>11:16  Science means those universal laws set by the Creator in our world.</w:t>
      </w:r>
    </w:p>
    <w:p>
      <w:pPr>
        <w:pStyle w:val="Heading2"/>
      </w:pPr>
      <w:r>
        <w:t>American professor impressed by Namaaz</w:t>
      </w:r>
    </w:p>
    <w:p>
      <w:r>
        <w:rPr>
          <w:color w:val="666666"/>
          <w:sz w:val="18"/>
        </w:rPr>
        <w:t>Islamic Prayer (Part 2) (English) | February 27, 2007 | Maulana Wahiduddin Khan · 2m 35s · at 6:23 · https://youtu.be/xoh_XiWwRlI?t=383</w:t>
      </w:r>
    </w:p>
    <w:p>
      <w:r>
        <w:rPr>
          <w:i/>
        </w:rPr>
        <w:t>“This reminds me of an event.”</w:t>
      </w:r>
    </w:p>
    <w:p>
      <w:r>
        <w:rPr>
          <w:sz w:val="20"/>
        </w:rPr>
        <w:t>6:23  This is the reason why these Americans are embracing Islam. It is very important. This reminds me of an event. Once an American professor visited Delhi. He also came to our center. It was Friday.</w:t>
      </w:r>
      <w:r>
        <w:br/>
      </w:r>
      <w:r>
        <w:rPr>
          <w:sz w:val="20"/>
        </w:rPr>
        <w:t>6:56  This American was, he was a research scholar, and his theme was Islam. So I said to him that today it is Friday, if you, if you want, you can visit the nearest mosque and</w:t>
      </w:r>
      <w:r>
        <w:br/>
      </w:r>
      <w:r>
        <w:rPr>
          <w:sz w:val="20"/>
        </w:rPr>
        <w:t>7:26  join us in the Friday prayer, and you can experience Namaaz. I said to him that without being a Muslim, you can experience Namaaz. Without being a Muslim, you can experience Namaaz. So he was ver</w:t>
      </w:r>
      <w:r>
        <w:br/>
      </w:r>
      <w:r>
        <w:rPr>
          <w:sz w:val="20"/>
        </w:rPr>
        <w:t>7:56  y happy, and he visited that mosque with me and joined with us in the Juma prayer. He was very much impressed. He said that this is a true worship. Other worships, other forms of worship are like</w:t>
      </w:r>
      <w:r>
        <w:br/>
      </w:r>
      <w:r>
        <w:rPr>
          <w:sz w:val="20"/>
        </w:rPr>
        <w:t>8:27  club exercises. So he was very much impressed by Namaaz. Then I will narrate a very interesting story. During the second caliphate of Al-Faruk, Muslims entered Iran.</w:t>
      </w:r>
    </w:p>
    <w:p>
      <w:pPr>
        <w:pStyle w:val="Heading2"/>
      </w:pPr>
      <w:r>
        <w:t>Story of Gaurav Patel suicide</w:t>
      </w:r>
    </w:p>
    <w:p>
      <w:r>
        <w:rPr>
          <w:color w:val="666666"/>
          <w:sz w:val="18"/>
        </w:rPr>
        <w:t>Message on Eid Al-Adha October 27, 2012 · 1m 42s · at 38:40 · https://youtu.be/eGzAlyVEafc?t=2320</w:t>
      </w:r>
    </w:p>
    <w:p>
      <w:r>
        <w:rPr>
          <w:i/>
        </w:rPr>
        <w:t>“Abhi ek waqea aaya tha media mein”</w:t>
      </w:r>
    </w:p>
    <w:p>
      <w:r>
        <w:rPr>
          <w:sz w:val="20"/>
        </w:rPr>
        <w:t>38:40  ke abhi ek waqia aaya tha media mein, aap jante honge isi mahine yani october mein ke ek naujawan jis ki umar thi 24 saal, dilli mein woh job karta tha,</w:t>
      </w:r>
      <w:r>
        <w:br/>
      </w:r>
      <w:r>
        <w:rPr>
          <w:sz w:val="20"/>
        </w:rPr>
        <w:t>38:56  woh MBA tha aur aur MBBS bhi kiya tha us ne, woh yahan job kar raha tha dilli mein. us ne apne office ki athveen manzil se chhalang laga kar suicide kar liya.</w:t>
      </w:r>
      <w:r>
        <w:br/>
      </w:r>
      <w:r>
        <w:rPr>
          <w:sz w:val="20"/>
        </w:rPr>
        <w:t>39:10  us ka naam tha gaurav patel, woh nasik ka rehne wala tha. gaurav patel to us jo suicide note use chhora, woh internet pe aap dekh sakte hain, main ne bhi internet pe dekha hai.</w:t>
      </w:r>
      <w:r>
        <w:br/>
      </w:r>
      <w:r>
        <w:rPr>
          <w:sz w:val="20"/>
        </w:rPr>
        <w:t>39:26  do pages ka ek note use chhora, is mein woh likhta hai ke mujhe sachai ki talash thi aur main frasi ki kitabein parhta raha sachai ko janne ke liye.</w:t>
      </w:r>
      <w:r>
        <w:br/>
      </w:r>
      <w:r>
        <w:rPr>
          <w:sz w:val="20"/>
        </w:rPr>
        <w:t>39:43  us ka jo room mate tha, woh ek ek kamre mein rehta tha, do naujawan. to room mate ne bhi yahi baat batai ke woh frasi ki kitabein parhta rehta tha.</w:t>
      </w:r>
      <w:r>
        <w:br/>
      </w:r>
      <w:r>
        <w:rPr>
          <w:sz w:val="20"/>
        </w:rPr>
        <w:t>39:55  to</w:t>
      </w:r>
      <w:r>
        <w:br/>
      </w:r>
      <w:r>
        <w:rPr>
          <w:sz w:val="20"/>
        </w:rPr>
        <w:t>39:56  suicide note mein use likha tha ke frasi ki kitabon se mujhe sachai nahi mili, ab main doosri duniya mein ja raha hoon, yani yani death ke baad jo doosri duniya hai, wahan ja raha hoon taake mujhe pata chal jaye ke sachai hai kiya.</w:t>
      </w:r>
      <w:r>
        <w:br/>
      </w:r>
      <w:r>
        <w:rPr>
          <w:sz w:val="20"/>
        </w:rPr>
        <w:t>40:15  us ko jab main ne parha to mujhe ek bohat bari baat samajh mein aayi,</w:t>
      </w:r>
    </w:p>
    <w:p>
      <w:pPr>
        <w:pStyle w:val="Heading2"/>
      </w:pPr>
      <w:r>
        <w:t>Education for self-discovered knowledge of Creator</w:t>
      </w:r>
    </w:p>
    <w:p>
      <w:r>
        <w:rPr>
          <w:color w:val="666666"/>
          <w:sz w:val="18"/>
        </w:rPr>
        <w:t>The Importance of Education, Feb. 15, 2014 - Maulana Wahiduddin Khan · 3m 59s · at 4:01 · https://youtu.be/Ln1FQfOWyzo?t=241</w:t>
      </w:r>
    </w:p>
    <w:p>
      <w:r>
        <w:rPr>
          <w:i/>
        </w:rPr>
        <w:t>“دیکھیں، آپ قرآن کو پڑھیں تو آپ اس میں دیکھیں گے”</w:t>
      </w:r>
    </w:p>
    <w:p>
      <w:r>
        <w:rPr>
          <w:sz w:val="20"/>
        </w:rPr>
        <w:t>4:01  Allah ki hamd karti hai. goya ke sari kainat ka mamla yahi hai ke is ne Allah ko discover kar rakha hai aur is ke mukammal tor par hamd culture mein jee raha hai poora universe.</w:t>
      </w:r>
      <w:r>
        <w:br/>
      </w:r>
      <w:r>
        <w:rPr>
          <w:sz w:val="20"/>
        </w:rPr>
        <w:t>4:18  phir insan ka mamla kya hai? insan jo kehta hai ke Alhamdulillah Rabb al-Alameen, wahi to wo bhi keh rahe hain. poori universe keh rahi hai Alhamdulillah Rabb al-Alameen.</w:t>
      </w:r>
      <w:r>
        <w:br/>
      </w:r>
      <w:r>
        <w:rPr>
          <w:sz w:val="20"/>
        </w:rPr>
        <w:t>4:39  phir insan ka mamla kya hai? ye ek bohat bari cheez hai is ko samajhna chahiye ke jo rest of the universe hai, wo is ki jo marifat hai,</w:t>
      </w:r>
      <w:r>
        <w:br/>
      </w:r>
      <w:r>
        <w:rPr>
          <w:sz w:val="20"/>
        </w:rPr>
        <w:t>4:52  wo</w:t>
      </w:r>
      <w:r>
        <w:br/>
      </w:r>
      <w:r>
        <w:rPr>
          <w:sz w:val="20"/>
        </w:rPr>
        <w:t>5:09  directed marifat hai. directed realization. yani un ko jo direct kiya gaya hai, jo bataya gaya hai, us par chal rahe hain wo.</w:t>
      </w:r>
      <w:r>
        <w:br/>
      </w:r>
      <w:r>
        <w:rPr>
          <w:sz w:val="20"/>
        </w:rPr>
        <w:t>5:12  insan ka mamla bilkul mukhtalif hai. insan ko self-discovered marifat par khara hona hai.</w:t>
      </w:r>
      <w:r>
        <w:br/>
      </w:r>
      <w:r>
        <w:rPr>
          <w:sz w:val="20"/>
        </w:rPr>
        <w:t>5:27  yani jo baqi dunya hai, us ko sab kuch bata diya gaya hai. farishtay batate hain un ko. farishtay har waqt farishtay un ko control kar rahe hain.</w:t>
      </w:r>
      <w:r>
        <w:br/>
      </w:r>
      <w:r>
        <w:rPr>
          <w:sz w:val="20"/>
        </w:rPr>
        <w:t>5:40  to isi ko main keh raha hoon directed marifat ya directed realization. insan ka ek ajeeb, ek unique position hai.</w:t>
      </w:r>
      <w:r>
        <w:br/>
      </w:r>
      <w:r>
        <w:rPr>
          <w:sz w:val="20"/>
        </w:rPr>
        <w:t>5:53  to usi ko main keh raha hoon directed marifat ya directed realization. insan ka ek ajib, ek unique position hai.</w:t>
      </w:r>
      <w:r>
        <w:br/>
      </w:r>
      <w:r>
        <w:rPr>
          <w:sz w:val="20"/>
        </w:rPr>
        <w:t>6:06  is ko Allah ne mind diya jo kisi aur ko nahi diya. yeh jo mind hai, anokhi sifat is ke andar hai.</w:t>
      </w:r>
      <w:r>
        <w:br/>
      </w:r>
      <w:r>
        <w:rPr>
          <w:sz w:val="20"/>
        </w:rPr>
        <w:t>6:17  to insan hi is qabil tha ke woh apne mind se khud discover kare. to insan ka mayar yeh qarar paya hai ke woh self-discored marifat par khara ho.</w:t>
      </w:r>
      <w:r>
        <w:br/>
      </w:r>
      <w:r>
        <w:rPr>
          <w:sz w:val="20"/>
        </w:rPr>
        <w:t>6:31  yeh insan ki ahmiyat hai. to yeh self-discovery kaise hogi? is ke liye study chahiye, observation chahiye, thinking chahiye, experience chahiye.</w:t>
      </w:r>
      <w:r>
        <w:br/>
      </w:r>
      <w:r>
        <w:rPr>
          <w:sz w:val="20"/>
        </w:rPr>
        <w:t>6:45  in sab ke liye kya chahiye? framework chahiye. in sab ke liye zehni tayari chahiye. ek developed mind hi yeh sab kar sakta hai.</w:t>
      </w:r>
      <w:r>
        <w:br/>
      </w:r>
      <w:r>
        <w:rPr>
          <w:sz w:val="20"/>
        </w:rPr>
        <w:t>7:01  to education aap ko woh aap ke andar woh zehni tayari karati hai. education ke zariye aap woh developed mind bante hain jis ko istemal kar ke aap self-discored marifat par khare hon.</w:t>
      </w:r>
      <w:r>
        <w:br/>
      </w:r>
      <w:r>
        <w:rPr>
          <w:sz w:val="20"/>
        </w:rPr>
        <w:t>7:19  jo poori universe mein sab se bara darja hai. is se bara koi darja nahi.</w:t>
      </w:r>
      <w:r>
        <w:br/>
      </w:r>
      <w:r>
        <w:rPr>
          <w:sz w:val="20"/>
        </w:rPr>
        <w:t>7:30  to education ki ahmiyat logon ke nazdeek to sirf yeh hai ke ise job milta hai. Islam mein ahmiyat yeh hai ke is ke zariye aadmi ka intellectual development hota hai aur woh is qabil banta hai ke woh is ke andar high thinking aaye.</w:t>
      </w:r>
      <w:r>
        <w:br/>
      </w:r>
      <w:r>
        <w:rPr>
          <w:sz w:val="20"/>
        </w:rPr>
        <w:t>7:47  woh is qabil banta hai ke woh oonche degree ki, oonche darje ki marifat hasil kar sake jis ko mein keh raha hoon self-discored marifat.</w:t>
      </w:r>
    </w:p>
    <w:p>
      <w:pPr>
        <w:pStyle w:val="Heading2"/>
      </w:pPr>
      <w:r>
        <w:t>Maulana describes himself as a modern scientific Sufi</w:t>
      </w:r>
    </w:p>
    <w:p>
      <w:r>
        <w:rPr>
          <w:color w:val="666666"/>
          <w:sz w:val="18"/>
        </w:rPr>
        <w:t>Islam and Sufism (Islam and Spirituality) (English) February 28, 2008 · 34s · at 1:04 · https://youtu.be/6UGAPDfrS2w?t=64</w:t>
      </w:r>
    </w:p>
    <w:p>
      <w:r>
        <w:rPr>
          <w:i/>
        </w:rPr>
        <w:t>“I myself am a Sufi, not in traditional terms”</w:t>
      </w:r>
    </w:p>
    <w:p>
      <w:r>
        <w:rPr>
          <w:sz w:val="20"/>
        </w:rPr>
        <w:t>1:04  i myself is a sufi, but not in a traditional term, but in modern scientific term.</w:t>
      </w:r>
      <w:r>
        <w:br/>
      </w:r>
      <w:r>
        <w:rPr>
          <w:sz w:val="20"/>
        </w:rPr>
        <w:t>1:14  i have studied a lot in sufism and spirituality.</w:t>
      </w:r>
      <w:r>
        <w:br/>
      </w:r>
      <w:r>
        <w:rPr>
          <w:sz w:val="20"/>
        </w:rPr>
        <w:t>1:23  i would like to say that sufism is the expression of spiritual aspect of islam.</w:t>
      </w:r>
    </w:p>
    <w:p>
      <w:pPr>
        <w:pStyle w:val="Heading2"/>
      </w:pPr>
      <w:r>
        <w:t>Complete explanation of mind-based spirituality</w:t>
      </w:r>
    </w:p>
    <w:p>
      <w:r>
        <w:rPr>
          <w:color w:val="666666"/>
          <w:sz w:val="18"/>
        </w:rPr>
        <w:t>Spirituality in Daily Life 13 Aug 2016 - Maulana Wahiduddin Khan · 4m 18s · at 1:21 · https://youtu.be/SB0AF0Q9aTE?t=81</w:t>
      </w:r>
    </w:p>
    <w:p>
      <w:r>
        <w:rPr>
          <w:i/>
        </w:rPr>
        <w:t>“Spirituality ke do school hain.”</w:t>
      </w:r>
    </w:p>
    <w:p>
      <w:r>
        <w:rPr>
          <w:sz w:val="20"/>
        </w:rPr>
        <w:t>1:21  dekhiye, spirituality ke do school hain. zyada bada school to woh hai jo heart based spirituality ko manta hai.</w:t>
      </w:r>
      <w:r>
        <w:br/>
      </w:r>
      <w:r>
        <w:rPr>
          <w:sz w:val="20"/>
        </w:rPr>
        <w:t>1:39  ye sab kuch dil mein hai. spirituality, spirituality ka jo treasure house hai, woh dil hai. to dil mein dhyan lagaiye aur mysteriously aap</w:t>
      </w:r>
      <w:r>
        <w:br/>
      </w:r>
      <w:r>
        <w:rPr>
          <w:sz w:val="20"/>
        </w:rPr>
        <w:t>1:55  spirituality ke ko achieve kar lenge. lekin is spirituality mein jahan tak maine samjha hai, jo cheez milti hai, woh ecstasy hoti hai. spirituality ko,</w:t>
      </w:r>
      <w:r>
        <w:br/>
      </w:r>
      <w:r>
        <w:rPr>
          <w:sz w:val="20"/>
        </w:rPr>
        <w:t>2:14  woh ecstasy ko spiritually samajhte hain. ecstasy ko woh spirituality samajhte hain. lekin main isko nahi, woh mind based hai. mind based spirituality.</w:t>
      </w:r>
      <w:r>
        <w:br/>
      </w:r>
      <w:r>
        <w:rPr>
          <w:sz w:val="20"/>
        </w:rPr>
        <w:t>2:32  to mind based spirituality ka matlab yeh hai ki thinking se spirituality ko achieve karna. to jis tarah se heart based spirituality mein aakhri cheez ecstasy hoti hai,</w:t>
      </w:r>
      <w:r>
        <w:br/>
      </w:r>
      <w:r>
        <w:rPr>
          <w:sz w:val="20"/>
        </w:rPr>
        <w:t>2:49  aise hi mind based spirituality mein jo aakhri cheez hoti hai, woh intellectual development hai. intellectual development. to main jis spirituality ko manta hoon,</w:t>
      </w:r>
      <w:r>
        <w:br/>
      </w:r>
      <w:r>
        <w:rPr>
          <w:sz w:val="20"/>
        </w:rPr>
        <w:t>3:05  woh yahi hai jisme</w:t>
      </w:r>
      <w:r>
        <w:br/>
      </w:r>
      <w:r>
        <w:rPr>
          <w:sz w:val="20"/>
        </w:rPr>
        <w:t>3:11  mind ko active kiya jata hai. high thinking lai jati hai.</w:t>
      </w:r>
      <w:r>
        <w:br/>
      </w:r>
      <w:r>
        <w:rPr>
          <w:sz w:val="20"/>
        </w:rPr>
        <w:t>3:22  to aadmi ismein material world se upar uthta hai.</w:t>
      </w:r>
      <w:r>
        <w:br/>
      </w:r>
      <w:r>
        <w:rPr>
          <w:sz w:val="20"/>
        </w:rPr>
        <w:t>3:31  to isko hum kehte hain spiritual. isko hum kehte hain intellectual development. to hamara jo concept hai spirituality ka,</w:t>
      </w:r>
      <w:r>
        <w:br/>
      </w:r>
      <w:r>
        <w:rPr>
          <w:sz w:val="20"/>
        </w:rPr>
        <w:t>3:45  usmein aakhri manzil</w:t>
      </w:r>
      <w:r>
        <w:br/>
      </w:r>
      <w:r>
        <w:rPr>
          <w:sz w:val="20"/>
        </w:rPr>
        <w:t>3:51  intellectual development hota hai. jab zehan mein is tarah ka development aata hai, to mind bahut zyada active ho jata hai. bahut zyada. to jab active ho jata hai, to woh bahut zyada cheezon se</w:t>
      </w:r>
      <w:r>
        <w:br/>
      </w:r>
      <w:r>
        <w:rPr>
          <w:sz w:val="20"/>
        </w:rPr>
        <w:t>4:10  lesson leta hai. bahut zyada</w:t>
      </w:r>
      <w:r>
        <w:br/>
      </w:r>
      <w:r>
        <w:rPr>
          <w:sz w:val="20"/>
        </w:rPr>
        <w:t>4:17  creativity badhti hai uski. woh cheez paida hoti hai jisko Quran mein tavassub kaha gaya hai. ye cheezon se, cheezon ko, material cheezon ko dekhkar usse spiritual lesson nikalna.</w:t>
      </w:r>
      <w:r>
        <w:br/>
      </w:r>
      <w:r>
        <w:rPr>
          <w:sz w:val="20"/>
        </w:rPr>
        <w:t>4:37  to heart based spirituality mein aakhir mein jo cheez milti hai, woh ecstasy hai.</w:t>
      </w:r>
      <w:r>
        <w:br/>
      </w:r>
      <w:r>
        <w:rPr>
          <w:sz w:val="20"/>
        </w:rPr>
        <w:t>4:47  lekin jo mind based spirituality hai, usmein jo cheez milti hai, woh hai intellectual development. aur intellectual development ka talluq poori life se hai. poori life se. life ka koi bhi pehlu usse bacha hua nahi hai.</w:t>
      </w:r>
      <w:r>
        <w:br/>
      </w:r>
      <w:r>
        <w:rPr>
          <w:sz w:val="20"/>
        </w:rPr>
        <w:t>5:08  phir woh aapki tamam activities mein sirayat karta hai. kyunke tamam activities jo hain, woh mind se control hoti hain. to sari activities mein</w:t>
      </w:r>
      <w:r>
        <w:br/>
      </w:r>
      <w:r>
        <w:rPr>
          <w:sz w:val="20"/>
        </w:rPr>
        <w:t>5:24  spirituality ka asar aa jata hai. ye do kismein hain spirituality, spiritual personality ko develop karne ki.</w:t>
      </w:r>
    </w:p>
    <w:p>
      <w:pPr>
        <w:pStyle w:val="Heading2"/>
      </w:pPr>
      <w:r>
        <w:t>Prayer for CPS team to fulfill mission</w:t>
      </w:r>
    </w:p>
    <w:p>
      <w:r>
        <w:rPr>
          <w:color w:val="666666"/>
          <w:sz w:val="18"/>
        </w:rPr>
        <w:t>Experience Sharing Session of CPS Members 24 May 2008 - Maulana Wahiduddin Khan · 28s · at 6:53 · https://youtu.be/alVAkAnKiuM?t=413</w:t>
      </w:r>
    </w:p>
    <w:p>
      <w:r>
        <w:rPr>
          <w:i/>
        </w:rPr>
        <w:t>“आई वुड फर्स्ट लाइक टू स्टार्ट द टॉक”</w:t>
      </w:r>
    </w:p>
    <w:p>
      <w:r>
        <w:rPr>
          <w:sz w:val="20"/>
        </w:rPr>
        <w:t>6:53  i would first like to start the talk. i mean, i would like to pray to god first, that the team, the cps team, which has been that he helps the cps team to fulfill the mission of dawah. he helps all of us in fulfilling the job which we all have undertaken, which is dawah work. i feel that each one of us in the team has some special ability</w:t>
      </w:r>
    </w:p>
    <w:p>
      <w:pPr>
        <w:pStyle w:val="Heading2"/>
      </w:pPr>
      <w:r>
        <w:t>Bedouin's outburst turns into instant admission of fault</w:t>
      </w:r>
    </w:p>
    <w:p>
      <w:r>
        <w:rPr>
          <w:color w:val="666666"/>
          <w:sz w:val="18"/>
        </w:rPr>
        <w:t>Personality of A Believer February 2, 2014 · 5m 31s · at 17:49 · https://youtu.be/EiK_-O-Bjps?t=1069</w:t>
      </w:r>
    </w:p>
    <w:p>
      <w:r>
        <w:rPr>
          <w:i/>
        </w:rPr>
        <w:t>“Ek dehati ko dhakka laga, wo gussa ho gaya”</w:t>
      </w:r>
    </w:p>
    <w:p>
      <w:r>
        <w:rPr>
          <w:sz w:val="20"/>
        </w:rPr>
        <w:t>17:49  jaise dekhein, mein ek waqea arz karunga sahabi ka</w:t>
      </w:r>
      <w:r>
        <w:br/>
      </w:r>
      <w:r>
        <w:rPr>
          <w:sz w:val="20"/>
        </w:rPr>
        <w:t>17:54  ke ek ek bar, ek rasool Allah ke zamane ka waqea hai. ek bar ek aadmi bahar se madine ke, madine ke bahar se aaye to rasool Allah us waqt ek khayme mein the,</w:t>
      </w:r>
      <w:r>
        <w:br/>
      </w:r>
      <w:r>
        <w:rPr>
          <w:sz w:val="20"/>
        </w:rPr>
        <w:t>18:13  khayma tent mein. to wo andar jana chahte the to kai aur log ja rahe the,</w:t>
      </w:r>
      <w:r>
        <w:br/>
      </w:r>
      <w:r>
        <w:rPr>
          <w:sz w:val="20"/>
        </w:rPr>
        <w:t>18:25  to unhon ne bhi jana chaha. to jab kai log jana chahein to zahir hai ke koi dhakka lag jata hai kisi ko.</w:t>
      </w:r>
      <w:r>
        <w:br/>
      </w:r>
      <w:r>
        <w:rPr>
          <w:sz w:val="20"/>
        </w:rPr>
        <w:t>18:37  to is mein jab jane ke andar koshish karne lage to dhakka lag gaya kisi ko. to wo aadmi ghussa ho gaya, unhon ne kaha ke mein tumhein marunga ke mein ne meri koi dhakka diya.</w:t>
      </w:r>
      <w:r>
        <w:br/>
      </w:r>
      <w:r>
        <w:rPr>
          <w:sz w:val="20"/>
        </w:rPr>
        <w:t>18:59  Wallah la adhr mink khuda ki qasam, mein tum ko marunga.</w:t>
      </w:r>
      <w:r>
        <w:br/>
      </w:r>
      <w:r>
        <w:rPr>
          <w:sz w:val="20"/>
        </w:rPr>
        <w:t>19:07  to is aadmi ne kaha ke aap jaldi na kijiye, mere case ko samjhiye.</w:t>
      </w:r>
      <w:r>
        <w:br/>
      </w:r>
      <w:r>
        <w:rPr>
          <w:sz w:val="20"/>
        </w:rPr>
        <w:t>19:17  mein madine ka aadmi nahi hoon, mein bahar se aaya hoon.</w:t>
      </w:r>
      <w:r>
        <w:br/>
      </w:r>
      <w:r>
        <w:rPr>
          <w:sz w:val="20"/>
        </w:rPr>
        <w:t>19:21  wahan kuch log</w:t>
      </w:r>
      <w:r>
        <w:br/>
      </w:r>
      <w:r>
        <w:rPr>
          <w:sz w:val="20"/>
        </w:rPr>
        <w:t>19:28  naye naye iman laye hain, unhon ne mujh ko bheja hai ke tum jao rasool Allah ki sohbat mein baitho aur kuch deen ki ibadat seekh karayo aur hum ko batao.</w:t>
      </w:r>
      <w:r>
        <w:br/>
      </w:r>
      <w:r>
        <w:rPr>
          <w:sz w:val="20"/>
        </w:rPr>
        <w:t>19:42  to mein ne thoda jaldi ki ke agar mein andar nahi ja paya to kaise seekhunga aur ja ke kaise bataunga.</w:t>
      </w:r>
      <w:r>
        <w:br/>
      </w:r>
      <w:r>
        <w:rPr>
          <w:sz w:val="20"/>
        </w:rPr>
        <w:t>19:53  to aap log to yahin ke hain, aap logon ko to har waqt sohbat sohbat mil sakti hai, lekin main to chala jaunga.</w:t>
      </w:r>
      <w:r>
        <w:br/>
      </w:r>
      <w:r>
        <w:rPr>
          <w:sz w:val="20"/>
        </w:rPr>
        <w:t>20:06  ab dekhen kya hua, jis aadmi ko dh</w:t>
      </w:r>
      <w:r>
        <w:br/>
      </w:r>
      <w:r>
        <w:rPr>
          <w:sz w:val="20"/>
        </w:rPr>
        <w:t>20:11  ka laga tha, pehle is ne kaha tha ke ya ashr al-rijal</w:t>
      </w:r>
      <w:r>
        <w:br/>
      </w:r>
      <w:r>
        <w:rPr>
          <w:sz w:val="20"/>
        </w:rPr>
        <w:t>20:18  jis ko dhakka laga tha, us ne kaha tha ya ashr al-rijal aye sab se zyada bure aadmi.</w:t>
      </w:r>
      <w:r>
        <w:br/>
      </w:r>
      <w:r>
        <w:rPr>
          <w:sz w:val="20"/>
        </w:rPr>
        <w:t>20:29  achha, jab use explain kar diya, tab kya hua? wahi aadmi bolta hai,</w:t>
      </w:r>
      <w:r>
        <w:br/>
      </w:r>
      <w:r>
        <w:rPr>
          <w:sz w:val="20"/>
        </w:rPr>
        <w:t>20:43  lekin isi ki boli badal gayi. bola, us ne kaha ke wallah la'an asharr minkhuda ki qasam, main hi bura aadmi hoon.</w:t>
      </w:r>
      <w:r>
        <w:br/>
      </w:r>
      <w:r>
        <w:rPr>
          <w:sz w:val="20"/>
        </w:rPr>
        <w:t>20:59  yeh bhi kya hai? food lena hai,</w:t>
      </w:r>
      <w:r>
        <w:br/>
      </w:r>
      <w:r>
        <w:rPr>
          <w:sz w:val="20"/>
        </w:rPr>
        <w:t>21:06  y</w:t>
      </w:r>
      <w:r>
        <w:br/>
      </w:r>
      <w:r>
        <w:rPr>
          <w:sz w:val="20"/>
        </w:rPr>
        <w:t>21:07  ani jab ishtia'al aa gaya, jab ghussa aa gaya, aur farishte wahan bhi maujood hain us ko note karne ke liye ke dekhen ab kya karta hai yeh.</w:t>
      </w:r>
      <w:r>
        <w:br/>
      </w:r>
      <w:r>
        <w:rPr>
          <w:sz w:val="20"/>
        </w:rPr>
        <w:t>21:20  to us ne kya kiya? ke ghusse ko pi gaya, woh ishtia'al ko khatam kar diya, woh</w:t>
      </w:r>
      <w:r>
        <w:br/>
      </w:r>
      <w:r>
        <w:rPr>
          <w:sz w:val="20"/>
        </w:rPr>
        <w:t>21:29  aur foran us ne etiraf kar liya, acknowledge kar liya.</w:t>
      </w:r>
      <w:r>
        <w:br/>
      </w:r>
      <w:r>
        <w:rPr>
          <w:sz w:val="20"/>
        </w:rPr>
        <w:t>21:37  to ab us ne kya kiya? is se apni apni shakhsiyat mein ek naya food dakhil kiya, jise aap tonic lete hain, is se aap ko taqat milti hai.</w:t>
      </w:r>
      <w:r>
        <w:br/>
      </w:r>
      <w:r>
        <w:rPr>
          <w:sz w:val="20"/>
        </w:rPr>
        <w:t>21:50  vitamin lete hain, is se aap ko taqat milti hai. aap iron lete hain, is se aap ko taqat milti hai.</w:t>
      </w:r>
      <w:r>
        <w:br/>
      </w:r>
      <w:r>
        <w:rPr>
          <w:sz w:val="20"/>
        </w:rPr>
        <w:t>21:56  to is tarah se yeh spiritual food ke woh aadmi ki shakhsiyat mein yeh quality aayi</w:t>
      </w:r>
      <w:r>
        <w:br/>
      </w:r>
      <w:r>
        <w:rPr>
          <w:sz w:val="20"/>
        </w:rPr>
        <w:t>22:08  ke baat ko agar explain kar diya jaye aur maloom ho ke ghalti meri thi to keh de ke I was wrong, I was wrong .</w:t>
      </w:r>
      <w:r>
        <w:br/>
      </w:r>
      <w:r>
        <w:rPr>
          <w:sz w:val="20"/>
        </w:rPr>
        <w:t>22:21  yeh yeh yeh quality hai momin ki personality, ek shakhsiyat ki quality hai ke jaise explain kar diya jaye to phir woh us ko</w:t>
      </w:r>
      <w:r>
        <w:br/>
      </w:r>
      <w:r>
        <w:rPr>
          <w:sz w:val="20"/>
        </w:rPr>
        <w:t>22:35  prestige show na banaye, ana ka sawal na banaye. woh keh de ke I was wrong, you areright,</w:t>
      </w:r>
      <w:r>
        <w:br/>
      </w:r>
      <w:r>
        <w:rPr>
          <w:sz w:val="20"/>
        </w:rPr>
        <w:t>22:48  I was wrong .</w:t>
      </w:r>
      <w:r>
        <w:br/>
      </w:r>
      <w:r>
        <w:rPr>
          <w:sz w:val="20"/>
        </w:rPr>
        <w:t>22:50  is se ek personality banti hai aap ke andar, yani etiraf ki personality, appreciate karne ki personality, acknowledge karne ki personality.</w:t>
      </w:r>
      <w:r>
        <w:br/>
      </w:r>
      <w:r>
        <w:rPr>
          <w:sz w:val="20"/>
        </w:rPr>
        <w:t>23:03  is tarah se brocer khurak aur food pohanchta hai, tab momin ki shakhsiyat grow karti hai. woh alfaaz ko tasbeeh ke daane dohrane se nahi sakhti banti.</w:t>
      </w:r>
    </w:p>
    <w:p>
      <w:pPr>
        <w:pStyle w:val="Heading2"/>
      </w:pPr>
      <w:r>
        <w:t>Flywheel story and anger control</w:t>
      </w:r>
    </w:p>
    <w:p>
      <w:r>
        <w:rPr>
          <w:color w:val="666666"/>
          <w:sz w:val="18"/>
        </w:rPr>
        <w:t>Life of the Companions of the Prophet | September 29, 2018 · 4m 37s · at 53:31 · https://youtu.be/pR5eJlLJtKE?t=3211</w:t>
      </w:r>
    </w:p>
    <w:p>
      <w:r>
        <w:rPr>
          <w:i/>
        </w:rPr>
        <w:t>“To Gujarat mein ek mujhe ek mila ek factory owner”</w:t>
      </w:r>
    </w:p>
    <w:p>
      <w:r>
        <w:rPr>
          <w:sz w:val="20"/>
        </w:rPr>
        <w:t>53:31  to gujarat mein ek mujhe ek mila ek ek factory owner woh engineer tha engineer to us ne factory chalai thi us mein kuch bohat acha yani modern standard ki woh mangai thi machine to us ko le gaya apni factory mein dikhane ke liye to us ne</w:t>
      </w:r>
      <w:r>
        <w:br/>
      </w:r>
      <w:r>
        <w:rPr>
          <w:sz w:val="20"/>
        </w:rPr>
        <w:t>54:01  kaha dekhen iss machine mein kya khaas baat hai woh main dikhata hoon aap ko to aap jante</w:t>
      </w:r>
      <w:r>
        <w:br/>
      </w:r>
      <w:r>
        <w:rPr>
          <w:sz w:val="20"/>
        </w:rPr>
        <w:t>54:09  honge ke machineon mein ek woh hota hai woh ka kya kehte hain uss ko flying wheel</w:t>
      </w:r>
      <w:r>
        <w:br/>
      </w:r>
      <w:r>
        <w:rPr>
          <w:sz w:val="20"/>
        </w:rPr>
        <w:t>54:16  flying wheel flying wheel iss ka naam hota hai to uss ne dekha ke dekhen yeh flying wheel</w:t>
      </w:r>
      <w:r>
        <w:br/>
      </w:r>
      <w:r>
        <w:rPr>
          <w:sz w:val="20"/>
        </w:rPr>
        <w:t>54:24  hai yeh poora machine ko chalati hai to ek switch ko dabaya uss ne</w:t>
      </w:r>
      <w:r>
        <w:br/>
      </w:r>
      <w:r>
        <w:rPr>
          <w:sz w:val="20"/>
        </w:rPr>
        <w:t>54:32  touch nahi ki touch nahi ki ab to sir touch kiya jata hai uss waqt dabane ka zamana</w:t>
      </w:r>
      <w:r>
        <w:br/>
      </w:r>
      <w:r>
        <w:rPr>
          <w:sz w:val="20"/>
        </w:rPr>
        <w:t>54:40  tha ek switch ko uss waqt touch kiya to within second woh poori speed se chalne laga</w:t>
      </w:r>
      <w:r>
        <w:br/>
      </w:r>
      <w:r>
        <w:rPr>
          <w:sz w:val="20"/>
        </w:rPr>
        <w:t>54:47  shayad second ke fraction mein chalne laga to uss ne kaha phir dekhen ab do dobara dekhen aap</w:t>
      </w:r>
      <w:r>
        <w:br/>
      </w:r>
      <w:r>
        <w:rPr>
          <w:sz w:val="20"/>
        </w:rPr>
        <w:t>54:55  to ek aur switch dabai uss ne to</w:t>
      </w:r>
      <w:r>
        <w:br/>
      </w:r>
      <w:r>
        <w:rPr>
          <w:sz w:val="20"/>
        </w:rPr>
        <w:t>55:03  dobara aisa hua ke within second woh ek stop ho gayi dead stop ho gayi woh flying</w:t>
      </w:r>
      <w:r>
        <w:br/>
      </w:r>
      <w:r>
        <w:rPr>
          <w:sz w:val="20"/>
        </w:rPr>
        <w:t>55:10  wheel jo hai to aap yaqeen kijiye ke main laga rone uss ko dekh kar ke main ne</w:t>
      </w:r>
      <w:r>
        <w:br/>
      </w:r>
      <w:r>
        <w:rPr>
          <w:sz w:val="20"/>
        </w:rPr>
        <w:t>55:18  kaha ke agar machine ke andar ye taqat hai ke vid in second aap log stress stop kar</w:t>
      </w:r>
      <w:r>
        <w:br/>
      </w:r>
      <w:r>
        <w:rPr>
          <w:sz w:val="20"/>
        </w:rPr>
        <w:t>55:25  de to mere andar kyon nahin ek</w:t>
      </w:r>
      <w:r>
        <w:br/>
      </w:r>
      <w:r>
        <w:rPr>
          <w:sz w:val="20"/>
        </w:rPr>
        <w:t>55:33  engine jis machine ko ek engine chal raha hai mechanical engine agar mechanical engine mein ye taqat hai</w:t>
      </w:r>
      <w:r>
        <w:br/>
      </w:r>
      <w:r>
        <w:rPr>
          <w:sz w:val="20"/>
        </w:rPr>
        <w:t>55:39  ke vid in second wo apne ko stop kar sakta hai to mere andar kyon nahin to yaqin</w:t>
      </w:r>
      <w:r>
        <w:br/>
      </w:r>
      <w:r>
        <w:rPr>
          <w:sz w:val="20"/>
        </w:rPr>
        <w:t>55:45  kijiye iske baad se mera ye haal hoga ke is yaqin kijiye ke main waqeatan vid in</w:t>
      </w:r>
      <w:r>
        <w:br/>
      </w:r>
      <w:r>
        <w:rPr>
          <w:sz w:val="20"/>
        </w:rPr>
        <w:t>55:51  second mein apne ko rok sakta hoon aap ko agar agar tajurba karna ho to mujhe aap kabhi</w:t>
      </w:r>
      <w:r>
        <w:br/>
      </w:r>
      <w:r>
        <w:rPr>
          <w:sz w:val="20"/>
        </w:rPr>
        <w:t>55:57  aa ke ghussa dilai</w:t>
      </w:r>
      <w:r>
        <w:br/>
      </w:r>
      <w:r>
        <w:rPr>
          <w:sz w:val="20"/>
        </w:rPr>
        <w:t>56:03  e mujhe kahiye ke tum pagal ho tum tum ye ho tum kuch bhi kuch bhi jo aap</w:t>
      </w:r>
      <w:r>
        <w:br/>
      </w:r>
      <w:r>
        <w:rPr>
          <w:sz w:val="20"/>
        </w:rPr>
        <w:t>56:11  ke munh mein aaye kahiye kuch bhi chahe kahiye naam mumkin masla hamari family mein ek sahab the</w:t>
      </w:r>
      <w:r>
        <w:br/>
      </w:r>
      <w:r>
        <w:rPr>
          <w:sz w:val="20"/>
        </w:rPr>
        <w:t>56:19  jo bahut kamyab the bahut paisa karwate the aur main kuch nahin karta tha to mere bare mein</w:t>
      </w:r>
      <w:r>
        <w:br/>
      </w:r>
      <w:r>
        <w:rPr>
          <w:sz w:val="20"/>
        </w:rPr>
        <w:t>56:28  unhon ne kaha ye to ek mad aadmi hai mere bare mein baqayda</w:t>
      </w:r>
      <w:r>
        <w:br/>
      </w:r>
      <w:r>
        <w:rPr>
          <w:sz w:val="20"/>
        </w:rPr>
        <w:t>56:36  ek to yaqin kijiye ke mujhe kuch bhi ghussa nahin aaya main ne sirf jante kya socha ke</w:t>
      </w:r>
      <w:r>
        <w:br/>
      </w:r>
      <w:r>
        <w:rPr>
          <w:sz w:val="20"/>
        </w:rPr>
        <w:t>56:44  wo wo kya kare wo jante nahin wahi jo baat jo paighambar ne kaha inhah la ilm wo</w:t>
      </w:r>
      <w:r>
        <w:br/>
      </w:r>
      <w:r>
        <w:rPr>
          <w:sz w:val="20"/>
        </w:rPr>
        <w:t>56:51  jante nahin to yaqin kijiye jab ye mere munh par nahin kaha tha unhon ne mujhe kisi ne</w:t>
      </w:r>
      <w:r>
        <w:br/>
      </w:r>
      <w:r>
        <w:rPr>
          <w:sz w:val="20"/>
        </w:rPr>
        <w:t>56:59  bataya tha ke wo kehte hain ke ye aadmi to me</w:t>
      </w:r>
      <w:r>
        <w:br/>
      </w:r>
      <w:r>
        <w:rPr>
          <w:sz w:val="20"/>
        </w:rPr>
        <w:t>57:06  d hai to main ne foran ye kaha ke wo un ka case la ilmi ka case hai be</w:t>
      </w:r>
      <w:r>
        <w:br/>
      </w:r>
      <w:r>
        <w:rPr>
          <w:sz w:val="20"/>
        </w:rPr>
        <w:t>57:14  khabri ka case hai to wo wo machine jo thi wo mujhe itne itna zabardast is mein is</w:t>
      </w:r>
      <w:r>
        <w:br/>
      </w:r>
      <w:r>
        <w:rPr>
          <w:sz w:val="20"/>
        </w:rPr>
        <w:t>57:22  se lesson learning hui ke inshallah iske baad se main ye hamakat nahin ki hoon ghusse wali</w:t>
      </w:r>
      <w:r>
        <w:br/>
      </w:r>
      <w:r>
        <w:rPr>
          <w:sz w:val="20"/>
        </w:rPr>
        <w:t>57:30  hamakat nahin ki main ne</w:t>
      </w:r>
      <w:r>
        <w:br/>
      </w:r>
      <w:r>
        <w:rPr>
          <w:sz w:val="20"/>
        </w:rPr>
        <w:t>57:38  to mein apna tajurba bata sakta hoon bhai aur kuch nahi maulana ek sawal tha maulana hum log normally dekhte hain ke yeh jo aap intellectual struggle ke bare mein bol rahe hain yeh self sustained hoga ya phir is mein jo environmental factors ya jo situations hamari life mein aa rahe hain woh is ko propel karega aur us ke sath mein ek sawal aur hai kyun kyun yeh sawal is liye pooch</w:t>
      </w:r>
    </w:p>
    <w:p>
      <w:pPr>
        <w:pStyle w:val="Heading2"/>
      </w:pPr>
      <w:r>
        <w:t>Understanding true Islam through personal journey</w:t>
      </w:r>
    </w:p>
    <w:p>
      <w:r>
        <w:rPr>
          <w:color w:val="666666"/>
          <w:sz w:val="18"/>
        </w:rPr>
        <w:t>Interaction with German Delegation January 4, 2020 · 5m 11s · at 6:21 · https://youtu.be/eWcszNLZK1U?t=381</w:t>
      </w:r>
    </w:p>
    <w:p>
      <w:r>
        <w:rPr>
          <w:i/>
        </w:rPr>
        <w:t>“Was I a proponent of a religion which was sanctioning violence?”</w:t>
      </w:r>
    </w:p>
    <w:p>
      <w:r>
        <w:rPr>
          <w:sz w:val="20"/>
        </w:rPr>
        <w:t>6:21  And that led me to study, and which is when I stumbled upon Maulana Waiduddin Khan's writings. And you'reright that we often refer back to the classical scriptures of Islam, which is the Quran and Hadith.</w:t>
      </w:r>
      <w:r>
        <w:br/>
      </w:r>
      <w:r>
        <w:rPr>
          <w:sz w:val="20"/>
        </w:rPr>
        <w:t>6:38  And there is a very important thing that Maulana says. He says that we must differentiate between Islam and Muslims. And that is really where I got my answer because I could also see Muslims around doing completely different things which I never thought was Islam.</w:t>
      </w:r>
      <w:r>
        <w:br/>
      </w:r>
      <w:r>
        <w:rPr>
          <w:sz w:val="20"/>
        </w:rPr>
        <w:t>6:55  And here, when you read Islam, you realize that, no, it is completely different. So the only answer that and I'm sharing what I found was that Muslims do not understand Islam.</w:t>
      </w:r>
      <w:r>
        <w:br/>
      </w:r>
      <w:r>
        <w:rPr>
          <w:sz w:val="20"/>
        </w:rPr>
        <w:t>7:07  So today, the Muslim population that we have, by and large, they do not have the idea of what Islam means. And that is largely either stemming out of their own lack of study, lack of misinterpretation.</w:t>
      </w:r>
      <w:r>
        <w:br/>
      </w:r>
      <w:r>
        <w:rPr>
          <w:sz w:val="20"/>
        </w:rPr>
        <w:t>7:18  There can be several factors attributed to it. But that's what I would like to concisely say, and maybe Ampa and Mariya can add on to that. I'll go point-wise because you made a number of</w:t>
      </w:r>
      <w:r>
        <w:br/>
      </w:r>
      <w:r>
        <w:rPr>
          <w:sz w:val="20"/>
        </w:rPr>
        <w:t>7:30  points. The first point was about equality, lack of equality between men and women. You see that there is no equality. So I will say that that is not really a result of Islam.</w:t>
      </w:r>
      <w:r>
        <w:br/>
      </w:r>
      <w:r>
        <w:rPr>
          <w:sz w:val="20"/>
        </w:rPr>
        <w:t>7:41  It's a result of Muslim culture.</w:t>
      </w:r>
      <w:r>
        <w:br/>
      </w:r>
      <w:r>
        <w:rPr>
          <w:sz w:val="20"/>
        </w:rPr>
        <w:t>7:44  Muslim societies generally do not favor education for their females, for their women, although Islam believes a lot in education for women.</w:t>
      </w:r>
      <w:r>
        <w:br/>
      </w:r>
      <w:r>
        <w:rPr>
          <w:sz w:val="20"/>
        </w:rPr>
        <w:t>7:53  So there are many other Muslim societies where women are educated, and you will see that they are involved in every field of life. So it is actually a matter of education, not a matter of Islam, lack of equality that Islam gives.</w:t>
      </w:r>
      <w:r>
        <w:br/>
      </w:r>
      <w:r>
        <w:rPr>
          <w:sz w:val="20"/>
        </w:rPr>
        <w:t>8:07  The second point, you said that there is a lot of war and conflict in the Muslim</w:t>
      </w:r>
      <w:r>
        <w:br/>
      </w:r>
      <w:r>
        <w:rPr>
          <w:sz w:val="20"/>
        </w:rPr>
        <w:t>8:11  world. But it's important to understand that when you study these wars and conflict, you will realize that these are generally fought for political reasons, political interests of different countries, and they give it the name of Islam.</w:t>
      </w:r>
      <w:r>
        <w:br/>
      </w:r>
      <w:r>
        <w:rPr>
          <w:sz w:val="20"/>
        </w:rPr>
        <w:t>8:25  And I was reading very recently that there was a Muslim leader, a prime minister of a Muslim country who was explicitly a secular person.</w:t>
      </w:r>
      <w:r>
        <w:br/>
      </w:r>
      <w:r>
        <w:rPr>
          <w:sz w:val="20"/>
        </w:rPr>
        <w:t>8:33  But when he waged war with another country, he started using Islam to mobilize the masses. So that's a misuse of Islam.</w:t>
      </w:r>
      <w:r>
        <w:br/>
      </w:r>
      <w:r>
        <w:rPr>
          <w:sz w:val="20"/>
        </w:rPr>
        <w:t>8:41  Another point that I want to make is that you said that we are defending Islam. I don't think that we are defending Islam. I think there is a massive misinterpretation, a political negative interpretation of Islam.</w:t>
      </w:r>
      <w:r>
        <w:br/>
      </w:r>
      <w:r>
        <w:rPr>
          <w:sz w:val="20"/>
        </w:rPr>
        <w:t>8:54  Since you live in the Western country, you would know that there are so many Muslims who go about giving hate-filled, inflammatory speeches against the West, and they radicalize the masses, the Muslim masses.</w:t>
      </w:r>
      <w:r>
        <w:br/>
      </w:r>
      <w:r>
        <w:rPr>
          <w:sz w:val="20"/>
        </w:rPr>
        <w:t>9:06  So what we as an organization are trying to do, we are trying to counter that</w:t>
      </w:r>
      <w:r>
        <w:br/>
      </w:r>
      <w:r>
        <w:rPr>
          <w:sz w:val="20"/>
        </w:rPr>
        <w:t>9:10  . We are trying to give them a positive spiritual interpretation of Islam. So we are doing the work of deradicalization. We're changing the mindset of Muslims.</w:t>
      </w:r>
      <w:r>
        <w:br/>
      </w:r>
      <w:r>
        <w:rPr>
          <w:sz w:val="20"/>
        </w:rPr>
        <w:t>9:19  The third point that you said, that whenever Islam is a minority religion, it's peaceful. It's a majority religion, it's not peaceful. Now, that goes back to the I think you have to go into Islamic jurisprudence, Muslim jurisprudence, which developed much after the Prophet's death</w:t>
      </w:r>
      <w:r>
        <w:br/>
      </w:r>
      <w:r>
        <w:rPr>
          <w:sz w:val="20"/>
        </w:rPr>
        <w:t>9:37  . And it developed in a period when Muslims were politically dominant. So many things in that jurisprudence are actually not according to Islam.</w:t>
      </w:r>
      <w:r>
        <w:br/>
      </w:r>
      <w:r>
        <w:rPr>
          <w:sz w:val="20"/>
        </w:rPr>
        <w:t>9:47  For example, I mentioned that the world is divided between Darul Islam and Darul Haq. But that principle is no longer valid because even in a Western country, you have all the freedom to propagate and to live by Islam.</w:t>
      </w:r>
      <w:r>
        <w:br/>
      </w:r>
      <w:r>
        <w:rPr>
          <w:sz w:val="20"/>
        </w:rPr>
        <w:t>10:01  So we have to abandon those principles of Muslim jurisprudence.</w:t>
      </w:r>
      <w:r>
        <w:br/>
      </w:r>
      <w:r>
        <w:rPr>
          <w:sz w:val="20"/>
        </w:rPr>
        <w:t>10:06  Secondly, you said there's no peaceful coexistence between Muslims and other communities. But maybe this is a recent phenomena due to the political interpretation of Islam</w:t>
      </w:r>
      <w:r>
        <w:br/>
      </w:r>
      <w:r>
        <w:rPr>
          <w:sz w:val="20"/>
        </w:rPr>
        <w:t>10:15  . If you go back in history, in Islamic history, when the Muslims moved forward from Arabia where it started and they went into Syria, Egypt, Iraq, Iran, the subject populations were allowed to retain their culture, their tradition, their religion.</w:t>
      </w:r>
      <w:r>
        <w:br/>
      </w:r>
      <w:r>
        <w:rPr>
          <w:sz w:val="20"/>
        </w:rPr>
        <w:t>10:30  They were not asked to convert en masse, and they were not coerced or forced into the Islamic religion. So we have a very good example of Muslims being rulers, being the majority,</w:t>
      </w:r>
      <w:r>
        <w:br/>
      </w:r>
      <w:r>
        <w:rPr>
          <w:sz w:val="20"/>
        </w:rPr>
        <w:t>10:44  being the being the emperors, allowing the subject populations or minority, as you said, to continue in their religion, to continue in their beliefs and their fa</w:t>
      </w:r>
      <w:r>
        <w:br/>
      </w:r>
      <w:r>
        <w:rPr>
          <w:sz w:val="20"/>
        </w:rPr>
        <w:t>10:54  ith. So I think it's very important to educate not only others but Muslims about Islam. I myself, as Razia was saying, that she didn't know so many things about Islam.</w:t>
      </w:r>
      <w:r>
        <w:br/>
      </w:r>
      <w:r>
        <w:rPr>
          <w:sz w:val="20"/>
        </w:rPr>
        <w:t>11:05  Even I didn't know. I may have not been actively violent, but passively, I believed in the idea of armed jihad, idea of violence.</w:t>
      </w:r>
      <w:r>
        <w:br/>
      </w:r>
      <w:r>
        <w:rPr>
          <w:sz w:val="20"/>
        </w:rPr>
        <w:t>11:14  It's only after reading, after studying and educating myself was I able to understand what Islam truly stands for</w:t>
      </w:r>
      <w:r>
        <w:br/>
      </w:r>
      <w:r>
        <w:rPr>
          <w:sz w:val="20"/>
        </w:rPr>
        <w:t>11:21  . I would like to address I like your work, and I think it's very important. And maybe it's not the majority in Islam, but it's an important part of it.</w:t>
      </w:r>
    </w:p>
    <w:p>
      <w:pPr>
        <w:pStyle w:val="Heading2"/>
      </w:pPr>
      <w:r>
        <w:t>Why love-your-enemy never took root in Christianity or Islam</w:t>
      </w:r>
    </w:p>
    <w:p>
      <w:r>
        <w:rPr>
          <w:color w:val="666666"/>
          <w:sz w:val="18"/>
        </w:rPr>
        <w:t>Material Science and Spiritual Science 20 May 2012 · 2m 53s · at 13:19 · https://youtu.be/4K6CxjThlxQ?t=799</w:t>
      </w:r>
    </w:p>
    <w:p>
      <w:r>
        <w:rPr>
          <w:i/>
        </w:rPr>
        <w:t>“Bunyadi formula wahi hai jo Hasan Basri ne kaha tha: love your enemy”</w:t>
      </w:r>
    </w:p>
    <w:p>
      <w:r>
        <w:rPr>
          <w:sz w:val="20"/>
        </w:rPr>
        <w:t>13:19  yeh hai raaz. ab mein aap ko ek misaal deta hoon. dekhen rohaniyat ka</w:t>
      </w:r>
      <w:r>
        <w:br/>
      </w:r>
      <w:r>
        <w:rPr>
          <w:sz w:val="20"/>
        </w:rPr>
        <w:t>13:28  buniyadi formula kya hai? buniyadi formula wahi hai jo hazrat basri ne kaha tha: "love your enemy".</w:t>
      </w:r>
      <w:r>
        <w:br/>
      </w:r>
      <w:r>
        <w:rPr>
          <w:sz w:val="20"/>
        </w:rPr>
        <w:t>13:39  apne dushman se mohabbat karo. yahi baat khud quran mein hai chapter 41 mein: "haamim as</w:t>
      </w:r>
      <w:r>
        <w:br/>
      </w:r>
      <w:r>
        <w:rPr>
          <w:sz w:val="20"/>
        </w:rPr>
        <w:t>13:48  jidda". dushman ko dushman na samjho balke dushman ko dost samjho. to kitab mein yahi usool bataya jayega.</w:t>
      </w:r>
      <w:r>
        <w:br/>
      </w:r>
      <w:r>
        <w:rPr>
          <w:sz w:val="20"/>
        </w:rPr>
        <w:t>13:57  baqi cheezen insan ko develop karna hai. yaad rakhen kabhi bhi sari tafseel kitab mein nahi rahegi. to bible mein hai ke "love your enemy".</w:t>
      </w:r>
      <w:r>
        <w:br/>
      </w:r>
      <w:r>
        <w:rPr>
          <w:sz w:val="20"/>
        </w:rPr>
        <w:t>14:10  quran mein hai ke dushman ko dushman na rakho, na samjho balke dost samjho.</w:t>
      </w:r>
      <w:r>
        <w:br/>
      </w:r>
      <w:r>
        <w:rPr>
          <w:sz w:val="20"/>
        </w:rPr>
        <w:t>14:17  to is ko lekin aap ghor kijiyay.</w:t>
      </w:r>
      <w:r>
        <w:br/>
      </w:r>
      <w:r>
        <w:rPr>
          <w:sz w:val="20"/>
        </w:rPr>
        <w:t>14:25  low culture na to christian mein hai na musalmanon mein hai. low culture na christian mein hai na musalmanon mein hai.</w:t>
      </w:r>
      <w:r>
        <w:br/>
      </w:r>
      <w:r>
        <w:rPr>
          <w:sz w:val="20"/>
        </w:rPr>
        <w:t>14:35  aap dekhen pehli jang-e-azeem jo thi woh sab christian ne lari thi aapas mein. doosri jang-e-azeem jo thi woh bhi christian ne lari thi aapas mein.</w:t>
      </w:r>
      <w:r>
        <w:br/>
      </w:r>
      <w:r>
        <w:rPr>
          <w:sz w:val="20"/>
        </w:rPr>
        <w:t>14:47  ab bohat nuqsan hua.</w:t>
      </w:r>
      <w:r>
        <w:br/>
      </w:r>
      <w:r>
        <w:rPr>
          <w:sz w:val="20"/>
        </w:rPr>
        <w:t>14:51  to kahan tha woh formula of love? aisay musalmanon ko dekhen. jahan dekhen har musalman jahan mauqa hai musalman gun culture chalaye hue hain.</w:t>
      </w:r>
      <w:r>
        <w:br/>
      </w:r>
      <w:r>
        <w:rPr>
          <w:sz w:val="20"/>
        </w:rPr>
        <w:t>15:02  bomb culture chalaye hue hain. rozana akhbaron mein aap parhte honge khudkushi bombing. har jagah musalman khudkushi bombing kar ke khud marte hain doosron ko marte hain.</w:t>
      </w:r>
      <w:r>
        <w:br/>
      </w:r>
      <w:r>
        <w:rPr>
          <w:sz w:val="20"/>
        </w:rPr>
        <w:t>15:14  rozana khabar ban gayi hai. har din.</w:t>
      </w:r>
      <w:r>
        <w:br/>
      </w:r>
      <w:r>
        <w:rPr>
          <w:sz w:val="20"/>
        </w:rPr>
        <w:t>15:20  to love culture ka development na to christian mein hua na musalmanon mein hua. kyun?</w:t>
      </w:r>
      <w:r>
        <w:br/>
      </w:r>
      <w:r>
        <w:rPr>
          <w:sz w:val="20"/>
        </w:rPr>
        <w:t>15:28  is ki koi is ke liye jo ideology darkar thi woh na christian mein develop hui na musalmanon ne is ko develop kiya.</w:t>
      </w:r>
      <w:r>
        <w:br/>
      </w:r>
      <w:r>
        <w:rPr>
          <w:sz w:val="20"/>
        </w:rPr>
        <w:t>15:40  kyun? kyunke woh dil mein dhoondhte rahe. dil mein kuch bhi nahi milega. yeh cheez woh thi jo aql ka istemal kar ke hasil hoti hai. to</w:t>
      </w:r>
      <w:r>
        <w:br/>
      </w:r>
      <w:r>
        <w:rPr>
          <w:sz w:val="20"/>
        </w:rPr>
        <w:t>15:51  beh-haal maine Allah ke fazl se mera jo meri jo roohaniyat hai woh mind based hai. woh heart based nahi hai. main bhi roohaniyat ko manta hoon.</w:t>
      </w:r>
      <w:r>
        <w:br/>
      </w:r>
      <w:r>
        <w:rPr>
          <w:sz w:val="20"/>
        </w:rPr>
        <w:t>16:04  balkeh hamara mission jo hai woh roohaniyat hi ka mission hai. lekin hamari woh roohaniyat jo hai woh mind based hai.</w:t>
      </w:r>
    </w:p>
    <w:p>
      <w:pPr>
        <w:pStyle w:val="Heading2"/>
      </w:pPr>
      <w:r>
        <w:t>Amoeba teaches opportunity in failure</w:t>
      </w:r>
    </w:p>
    <w:p>
      <w:r>
        <w:rPr>
          <w:color w:val="666666"/>
          <w:sz w:val="18"/>
        </w:rPr>
        <w:t>Nature as a Role Mode May 21, 2006 · 59s · at 1:07:55 · https://youtu.be/ppaB1Z2zXL8?t=4075</w:t>
      </w:r>
    </w:p>
    <w:p>
      <w:r>
        <w:rPr>
          <w:i/>
        </w:rPr>
        <w:t>“Aap jaante hain ke amoeba ek cheez hoti hai.”</w:t>
      </w:r>
    </w:p>
    <w:p>
      <w:r>
        <w:rPr>
          <w:sz w:val="20"/>
        </w:rPr>
        <w:t>1:07:54  namune,</w:t>
      </w:r>
      <w:r>
        <w:br/>
      </w:r>
      <w:r>
        <w:rPr>
          <w:sz w:val="20"/>
        </w:rPr>
        <w:t>1:07:55  jaise aap jante hain ke amiba ek cheez hoti hai. amiba, amiba ka ek hi cell hota hai. ek ek cell ka woh janwar hota hai, single cell ka.</w:t>
      </w:r>
      <w:r>
        <w:br/>
      </w:r>
      <w:r>
        <w:rPr>
          <w:sz w:val="20"/>
        </w:rPr>
        <w:t>1:08:06  jab woh is mein reproduction is tarah nahi hota jis tarah se bhed bakri mein hota hai. balkay woh single cell jo hai, thora sa lamba ho jayega.</w:t>
      </w:r>
      <w:r>
        <w:br/>
      </w:r>
      <w:r>
        <w:rPr>
          <w:sz w:val="20"/>
        </w:rPr>
        <w:t>1:08:15  lamba ho kar ke beech se toot jayega. phir do ban jayega woh. yani koi is ke pait se bachcha nahi niklega.</w:t>
      </w:r>
      <w:r>
        <w:br/>
      </w:r>
      <w:r>
        <w:rPr>
          <w:sz w:val="20"/>
        </w:rPr>
        <w:t>1:08:25  ek hi amiba toot kar do ban jayega. ek se do. yeh khuda ek ek manzar dikha raha hai aap ko.</w:t>
      </w:r>
      <w:r>
        <w:br/>
      </w:r>
      <w:r>
        <w:rPr>
          <w:sz w:val="20"/>
        </w:rPr>
        <w:t>1:08:35  ke is dunya mein tootna ya shikast aakhri cheez nahi hai. toot kar bhi aap jut sakte hain.</w:t>
      </w:r>
      <w:r>
        <w:br/>
      </w:r>
      <w:r>
        <w:rPr>
          <w:sz w:val="20"/>
        </w:rPr>
        <w:t>1:08:45  shikast kha kar bhi aap fateh hasil kar sakte hain. gir kar bhi uth sakte hain aap. kaisa ajeeb namuna hai yeh.</w:t>
      </w:r>
    </w:p>
    <w:p>
      <w:pPr>
        <w:pStyle w:val="Heading2"/>
      </w:pPr>
      <w:r>
        <w:t>Heart-based vs mind-based spirituality and permanent transformation</w:t>
      </w:r>
    </w:p>
    <w:p>
      <w:r>
        <w:rPr>
          <w:color w:val="666666"/>
          <w:sz w:val="18"/>
        </w:rPr>
        <w:t>Spirituality in Daily Life 13 Aug 2016 - Maulana Wahiduddin Khan · 5m 18s · at 6:04 · https://youtu.be/SB0AF0Q9aTE?t=364</w:t>
      </w:r>
    </w:p>
    <w:p>
      <w:r>
        <w:rPr>
          <w:i/>
        </w:rPr>
        <w:t>“Dekhiye, main bahut se logon se mila hun jo is line ke the.”</w:t>
      </w:r>
    </w:p>
    <w:p>
      <w:r>
        <w:rPr>
          <w:sz w:val="20"/>
        </w:rPr>
        <w:t>6:04  dekhiye, main bahut se logon se mila hoon jo is line ke the. kitabein padhi hain. badi mashhoor kitab hai "the monk who sold his priory". to main to isi nateeje pahuncha hoon ki</w:t>
      </w:r>
      <w:r>
        <w:br/>
      </w:r>
      <w:r>
        <w:rPr>
          <w:sz w:val="20"/>
        </w:rPr>
        <w:t>6:21  heart based spirituality mein aadmi ko jo cheez milti hai, wo bekhudi kahiye, usko ecstasy kahiye. to usmein aadmi ko thodi der ke liye zaroor milta hai. zaroor.</w:t>
      </w:r>
      <w:r>
        <w:br/>
      </w:r>
      <w:r>
        <w:rPr>
          <w:sz w:val="20"/>
        </w:rPr>
        <w:t>6:38  thodi der ke liye wo bhool jaata hai problem ko. is tarah ki cheez to hoti hai usmein. lekin wo thodi cheez ke liye, thodi der ke liye. mustaqil taur par usko peace of mind nahi milta. main ek saahab se mila jo</w:t>
      </w:r>
      <w:r>
        <w:br/>
      </w:r>
      <w:r>
        <w:rPr>
          <w:sz w:val="20"/>
        </w:rPr>
        <w:t>6:56  is tarah ke ek center mein jaate the. unka ki wo bahut hi educated aadmi the. wo unhone kaha ki wahan hum jaate hain to kuch khaas tarah ka chanting, kuch khaas tarah ka course ise hota hai.</w:t>
      </w:r>
      <w:r>
        <w:br/>
      </w:r>
      <w:r>
        <w:rPr>
          <w:sz w:val="20"/>
        </w:rPr>
        <w:t>7:15  to unhone kaha ki mera tajurba to yeh hai ki jab tak hum us course ke darmiyan rehte hain, tab tak humko achha lagta hai. lekin jab usse bahar aate hain, to phir wahi duniya jo pehle thi. to main sochta hoon ki yeh koi goal nahi ho sakta.</w:t>
      </w:r>
      <w:r>
        <w:br/>
      </w:r>
      <w:r>
        <w:rPr>
          <w:sz w:val="20"/>
        </w:rPr>
        <w:t>7:35  spirituality wo hai jo permanently aapko aapke andar koi transformation laaye. permanently aapko kuch cheez de. aur wo mil sakta hai aapko intellectual development ke zariye se.</w:t>
      </w:r>
      <w:r>
        <w:br/>
      </w:r>
      <w:r>
        <w:rPr>
          <w:sz w:val="20"/>
        </w:rPr>
        <w:t>7:51  aur ye usi ko sochta hai ki jab aap cheezon ke darmiyan rahe, to usse aap extract karein spirituality ko. kyunki insaan rehta hai bahar material duniya mein. isse bahar to ja nahi sakta wo. to har lamha insaan ko kisi na kisi</w:t>
      </w:r>
      <w:r>
        <w:br/>
      </w:r>
      <w:r>
        <w:rPr>
          <w:sz w:val="20"/>
        </w:rPr>
        <w:t>8:10  material tajurbe se saap ka pesh aata hai. to jo developed mind hai, wo bas material cheezon se extract karta hai. jis tarah shaad ki makkhi aati hai baag mein,</w:t>
      </w:r>
      <w:r>
        <w:br/>
      </w:r>
      <w:r>
        <w:rPr>
          <w:sz w:val="20"/>
        </w:rPr>
        <w:t>8:28  to wo phool ke paas jaati hai. aur phool se wo extract karti hai nectar. nectar. aise hi spirituality ka maamla hai. lekin</w:t>
      </w:r>
      <w:r>
        <w:br/>
      </w:r>
      <w:r>
        <w:rPr>
          <w:sz w:val="20"/>
        </w:rPr>
        <w:t>8:44  iske liye zaroori hai ki aapka mind develop hua ho. jab aap ek mind, jab aap ek developed mind ban chuke ho, to jo cheez aap dekhein, to aap wahan par discover kar lein ki ek ek spiritual nectar maujood hai har cheez mein.</w:t>
      </w:r>
      <w:r>
        <w:br/>
      </w:r>
      <w:r>
        <w:rPr>
          <w:sz w:val="20"/>
        </w:rPr>
        <w:t>9:06  us nectar ko aap le lenge aur usse apne andar spiritual personality banayenge. to har cheez, har cheez mein mere tajurbe ke mutabiq spirituality ka doctor maujood hota hai.</w:t>
      </w:r>
      <w:r>
        <w:br/>
      </w:r>
      <w:r>
        <w:rPr>
          <w:sz w:val="20"/>
        </w:rPr>
        <w:t>9:26  to us spirituality ke doctor ko extract kijiye. isse aapki shakhsiyat ki taabeer hoti rahegi. kyunki spirituality, spiritual personality jo hai, usko bhi food chahiye.</w:t>
      </w:r>
      <w:r>
        <w:br/>
      </w:r>
      <w:r>
        <w:rPr>
          <w:sz w:val="20"/>
        </w:rPr>
        <w:t>9:43  jis tarah physical personality ke liye food chahiye, aisi spiritual personality ke liye food chahiye. ab wo food yahi hai. ye ek material cheezon mein se ek non material content ko nikalna.</w:t>
      </w:r>
      <w:r>
        <w:br/>
      </w:r>
      <w:r>
        <w:rPr>
          <w:sz w:val="20"/>
        </w:rPr>
        <w:t>10:04  material cheezon mein se ek non material content ko nikalna. to jab tak aadmi ka yeh salahiyat na aayi ho, tab tak wo starvation mein jiyega.</w:t>
      </w:r>
      <w:r>
        <w:br/>
      </w:r>
      <w:r>
        <w:rPr>
          <w:sz w:val="20"/>
        </w:rPr>
        <w:t>10:21  spiritual starvation. usko food nahi milegi.</w:t>
      </w:r>
      <w:r>
        <w:br/>
      </w:r>
      <w:r>
        <w:rPr>
          <w:sz w:val="20"/>
        </w:rPr>
        <w:t>10:29  hazrat maseeh ne kaha tha ki "man can not live by bread alone". to physical bread, bread ke siway ek aur cheez chahiye. usse aadmi ke andar spiritual health aati hai. to wo aadmi agar</w:t>
      </w:r>
      <w:r>
        <w:br/>
      </w:r>
      <w:r>
        <w:rPr>
          <w:sz w:val="20"/>
        </w:rPr>
        <w:t>10:46  us, us, is, us cheez ko pa raha hai,</w:t>
      </w:r>
      <w:r>
        <w:br/>
      </w:r>
      <w:r>
        <w:rPr>
          <w:sz w:val="20"/>
        </w:rPr>
        <w:t>10:54  to usse uske andar spirituality, spirituality ka development hota rahega. to ye, ye depend karta hai is par ki aap kitna intellectually</w:t>
      </w:r>
      <w:r>
        <w:br/>
      </w:r>
      <w:r>
        <w:rPr>
          <w:sz w:val="20"/>
        </w:rPr>
        <w:t>11:08  awakened ho, kitna spirituality aap, kitna aap intellectually aap taiyar hain, is par depend karta hai. to ye hai mera experience.</w:t>
      </w:r>
    </w:p>
    <w:p>
      <w:pPr>
        <w:pStyle w:val="Heading2"/>
      </w:pPr>
      <w:r>
        <w:t>Spirituality is secular, divinity is religious</w:t>
      </w:r>
    </w:p>
    <w:p>
      <w:r>
        <w:rPr>
          <w:color w:val="666666"/>
          <w:sz w:val="18"/>
        </w:rPr>
        <w:t>Spirituality in Simple Living, High Thinking October 27, 2019 Maulana Wahiduddin Khan · 46s · at 36:40 · https://youtu.be/Kr28g15eFr8?t=2200</w:t>
      </w:r>
    </w:p>
    <w:p>
      <w:r>
        <w:rPr>
          <w:i/>
        </w:rPr>
        <w:t>“Are spirituality and divinity the same thing?”</w:t>
      </w:r>
    </w:p>
    <w:p>
      <w:r>
        <w:rPr>
          <w:sz w:val="20"/>
        </w:rPr>
        <w:t>36:40  yeh sawal maulana iqbal umri ne chennai se bheja hai. unho ne aapse poocha hai ke spirituality aur divinity dono ek hi hain ya in dono mein farq hai?</w:t>
      </w:r>
      <w:r>
        <w:br/>
      </w:r>
      <w:r>
        <w:rPr>
          <w:sz w:val="20"/>
        </w:rPr>
        <w:t>36:53  main samajhta hoon ke same nahi hai kyunke spirituality secular formula hai aur divinity to religious formula hai.</w:t>
      </w:r>
      <w:r>
        <w:br/>
      </w:r>
      <w:r>
        <w:rPr>
          <w:sz w:val="20"/>
        </w:rPr>
        <w:t>37:04  yani dono mein kuch similarity ho sakti hai lekin basically yeh spirituality ek secular formula hai</w:t>
      </w:r>
      <w:r>
        <w:br/>
      </w:r>
      <w:r>
        <w:rPr>
          <w:sz w:val="20"/>
        </w:rPr>
        <w:t>37:19  aur doosra jo lafz bataya aap ne woh to religious formula hai.</w:t>
      </w:r>
    </w:p>
    <w:p>
      <w:pPr>
        <w:pStyle w:val="Heading2"/>
      </w:pPr>
      <w:r>
        <w:t>Scientific spirituality: stress as opportunity</w:t>
      </w:r>
    </w:p>
    <w:p>
      <w:r>
        <w:rPr>
          <w:color w:val="666666"/>
          <w:sz w:val="18"/>
        </w:rPr>
        <w:t>Science And Spirituality-25th April 07 · 5m 54s · at 30:59 · https://youtu.be/v5j9QVMgQq0?t=1859</w:t>
      </w:r>
    </w:p>
    <w:p>
      <w:r>
        <w:rPr>
          <w:i/>
        </w:rPr>
        <w:t>“Science shows that stress is a blessing for mind development.”</w:t>
      </w:r>
    </w:p>
    <w:p>
      <w:r>
        <w:rPr>
          <w:sz w:val="20"/>
        </w:rPr>
        <w:t>30:59  Science has discovered that when man faces some challenges, there is a brainstorm in his mind. When we face challenges, when we face some big problems, then there is a brainstorm in our mind. And what is this brainstorm?</w:t>
      </w:r>
      <w:r>
        <w:br/>
      </w:r>
      <w:r>
        <w:rPr>
          <w:sz w:val="20"/>
        </w:rPr>
        <w:t>31:28  According to scientific discoveries, I am explaining the scientific spirituality. This is scientific spirituality. So according to scientific discovery, when there is brainstorming, it is a blessing in disguise for you. Why? Because brainstorming activates your mind.</w:t>
      </w:r>
      <w:r>
        <w:br/>
      </w:r>
      <w:r>
        <w:rPr>
          <w:sz w:val="20"/>
        </w:rPr>
        <w:t>31:58  It activates all those particles, living particles. So without brainstorming, your mind cannot be activated. It lives in a dormant position.</w:t>
      </w:r>
      <w:r>
        <w:br/>
      </w:r>
      <w:r>
        <w:rPr>
          <w:sz w:val="20"/>
        </w:rPr>
        <w:t>32:22  So it is the law of nature. It is a natural method to activate your mind. This kind of brainstorming is a method of nature only to activate your mind.</w:t>
      </w:r>
      <w:r>
        <w:br/>
      </w:r>
      <w:r>
        <w:rPr>
          <w:sz w:val="20"/>
        </w:rPr>
        <w:t>32:45  And when your mind is activated, then it means that you are able to think, you are able</w:t>
      </w:r>
      <w:r>
        <w:br/>
      </w:r>
      <w:r>
        <w:rPr>
          <w:sz w:val="20"/>
        </w:rPr>
        <w:t>32:55  to understand, you are able to explain.</w:t>
      </w:r>
      <w:r>
        <w:br/>
      </w:r>
      <w:r>
        <w:rPr>
          <w:sz w:val="20"/>
        </w:rPr>
        <w:t>33:05  Here, I would like to add one point: that there are millions, billions of people who are engaged in spirituality.</w:t>
      </w:r>
      <w:r>
        <w:br/>
      </w:r>
      <w:r>
        <w:rPr>
          <w:sz w:val="20"/>
        </w:rPr>
        <w:t>33:15  But no spiritual person was able to produce a masterpiece, a masterpiece, a book that is able to</w:t>
      </w:r>
      <w:r>
        <w:br/>
      </w:r>
      <w:r>
        <w:rPr>
          <w:sz w:val="20"/>
        </w:rPr>
        <w:t>33:26  be awarded a Nobel Prize.</w:t>
      </w:r>
      <w:r>
        <w:br/>
      </w:r>
      <w:r>
        <w:rPr>
          <w:sz w:val="20"/>
        </w:rPr>
        <w:t>33:36  No one was awarded a Nobel Prize in this.</w:t>
      </w:r>
      <w:r>
        <w:br/>
      </w:r>
      <w:r>
        <w:rPr>
          <w:sz w:val="20"/>
        </w:rPr>
        <w:t>33:46  No one was able to write a book on spirituality on a scientific level and on such a</w:t>
      </w:r>
      <w:r>
        <w:br/>
      </w:r>
      <w:r>
        <w:rPr>
          <w:sz w:val="20"/>
        </w:rPr>
        <w:t>33:56  great scale that he was able to be awarded a Nobel Prize. Why?</w:t>
      </w:r>
      <w:r>
        <w:br/>
      </w:r>
      <w:r>
        <w:rPr>
          <w:sz w:val="20"/>
        </w:rPr>
        <w:t>34:07  Why all these spiritual persons are living in traditional spirituality? They are living in ecstasy. There is no function of mind. It is the mind that writes a book. Ecstasy cannot write a book. When you are living in ecstasy, how can you write a book? How can you write an encyclopedia?</w:t>
      </w:r>
      <w:r>
        <w:br/>
      </w:r>
      <w:r>
        <w:rPr>
          <w:sz w:val="20"/>
        </w:rPr>
        <w:t>34:36  One who is living in ecstasy, one who is living in ecstasy, he cannot write a book. He is just like an animal. A book can be produced by only that kind of mind who is living in spiritual, who is living in intellectual development.</w:t>
      </w:r>
      <w:r>
        <w:br/>
      </w:r>
      <w:r>
        <w:rPr>
          <w:sz w:val="20"/>
        </w:rPr>
        <w:t>34:55  So if you use your mind, then you will find, then you will discover that stress is a challenge. Tension is a challenge. And challenges are competition.</w:t>
      </w:r>
      <w:r>
        <w:br/>
      </w:r>
      <w:r>
        <w:rPr>
          <w:sz w:val="20"/>
        </w:rPr>
        <w:t>35:13  So when you discover that stress is a challenge and tension is a challenge, then you will discover that challenge is not evil. Challenge is a blessing because no challenge, no intellectual development. Challenge is the only way to bring about intellectual development.</w:t>
      </w:r>
      <w:r>
        <w:br/>
      </w:r>
      <w:r>
        <w:rPr>
          <w:sz w:val="20"/>
        </w:rPr>
        <w:t>35:42  So when you apply scientific discoveries, then you will discover that stress or tension is not a curse, not an evil. Instead, it is a blessing. It moves your mind. It helps develop your mind.</w:t>
      </w:r>
      <w:r>
        <w:br/>
      </w:r>
      <w:r>
        <w:rPr>
          <w:sz w:val="20"/>
        </w:rPr>
        <w:t>36:07  This is the formula of scientific spirituality. In traditional spirituality, there is no formula except to suppress your mind. They will tell you to suppress your mind.</w:t>
      </w:r>
      <w:r>
        <w:br/>
      </w:r>
      <w:r>
        <w:rPr>
          <w:sz w:val="20"/>
        </w:rPr>
        <w:t>36:24  Traditional spirituality will tell you to suppress your mind, stop your thinking. This is the solution. But scientific spirituality will tell you that difference gives you an opportunity for dialogue, for intellectual exchange. And you know, without intellectual exchange, there is no intellectual development.</w:t>
      </w:r>
      <w:r>
        <w:br/>
      </w:r>
      <w:r>
        <w:rPr>
          <w:sz w:val="20"/>
        </w:rPr>
        <w:t>36:53  Without intellectual exchange, there is no intellectual development. So avail the difference as an opportunity. Take the difference as an opportunity and avail it.</w:t>
      </w:r>
    </w:p>
    <w:p>
      <w:pPr>
        <w:pStyle w:val="Heading2"/>
      </w:pPr>
      <w:r>
        <w:t>Believer stays grateful even in abundance, unlike animals</w:t>
      </w:r>
    </w:p>
    <w:p>
      <w:r>
        <w:rPr>
          <w:color w:val="666666"/>
          <w:sz w:val="18"/>
        </w:rPr>
        <w:t>Personality of A Believer February 2, 2014 · 37s · at 7:21 · https://youtu.be/EiK_-O-Bjps?t=441</w:t>
      </w:r>
    </w:p>
    <w:p>
      <w:r>
        <w:rPr>
          <w:i/>
        </w:rPr>
        <w:t>“Aap sochen, pani na ho to kya hoga mera?”</w:t>
      </w:r>
    </w:p>
    <w:p>
      <w:r>
        <w:rPr>
          <w:sz w:val="20"/>
        </w:rPr>
        <w:t>7:21  to aap sochein ke pani na ho to kya haal hoga mera? to ek woh insan hai jo pani na ho tab soch pata hai,</w:t>
      </w:r>
      <w:r>
        <w:br/>
      </w:r>
      <w:r>
        <w:rPr>
          <w:sz w:val="20"/>
        </w:rPr>
        <w:t>7:35  pani khatam ho jaye tab woh soch pata hai ke yeh kaisa ho gaya</w:t>
      </w:r>
      <w:r>
        <w:br/>
      </w:r>
      <w:r>
        <w:rPr>
          <w:sz w:val="20"/>
        </w:rPr>
        <w:t>7:39  , ab kya hoga? lekin momin woh hai jo pani mil raha hai tab bhi sochta hai, woh</w:t>
      </w:r>
      <w:r>
        <w:br/>
      </w:r>
      <w:r>
        <w:rPr>
          <w:sz w:val="20"/>
        </w:rPr>
        <w:t>7:49  yaani woh affluence mein woh baat soch pata hai jo log us ke us ke state mein sochte hain. yeh hai momin.</w:t>
      </w:r>
    </w:p>
    <w:p>
      <w:pPr>
        <w:pStyle w:val="Heading2"/>
      </w:pPr>
      <w:r>
        <w:t>balancing material and spiritual life without contradiction</w:t>
      </w:r>
    </w:p>
    <w:p>
      <w:r>
        <w:rPr>
          <w:color w:val="666666"/>
          <w:sz w:val="18"/>
        </w:rPr>
        <w:t>Interview Session with Maulana Wahiduddin Khan January 30, 2008 · 4m 28s · at 20:25 · https://youtu.be/o8Gpe9YMuZc?t=1225</w:t>
      </w:r>
    </w:p>
    <w:p>
      <w:r>
        <w:rPr>
          <w:i/>
        </w:rPr>
        <w:t>“I don't subscribe to the notion that this is difficult.”</w:t>
      </w:r>
    </w:p>
    <w:p>
      <w:r>
        <w:rPr>
          <w:sz w:val="20"/>
        </w:rPr>
        <w:t>20:25  what is your comment on that? no, no, not. i don't subscribe with this notion.</w:t>
      </w:r>
      <w:r>
        <w:br/>
      </w:r>
      <w:r>
        <w:rPr>
          <w:sz w:val="20"/>
        </w:rPr>
        <w:t>20:35  why difficult? if you take materialism as a greed, that is difficult.</w:t>
      </w:r>
      <w:r>
        <w:br/>
      </w:r>
      <w:r>
        <w:rPr>
          <w:sz w:val="20"/>
        </w:rPr>
        <w:t>20:45  but if you take materialism as a need, that is no difficult. there is no difficulty. you see, all these people are engaged in materialism with the spirit that more and more, more and more, more and more.</w:t>
      </w:r>
      <w:r>
        <w:br/>
      </w:r>
      <w:r>
        <w:rPr>
          <w:sz w:val="20"/>
        </w:rPr>
        <w:t>21:01  why more and more? you have to back, you have to adopt contentment.</w:t>
      </w:r>
      <w:r>
        <w:br/>
      </w:r>
      <w:r>
        <w:rPr>
          <w:sz w:val="20"/>
        </w:rPr>
        <w:t>21:10  it is contentment that is source of peace.</w:t>
      </w:r>
      <w:r>
        <w:br/>
      </w:r>
      <w:r>
        <w:rPr>
          <w:sz w:val="20"/>
        </w:rPr>
        <w:t>21:15  more and more is not source of peace. all those people who want material goods more and more, they are living in tension.</w:t>
      </w:r>
      <w:r>
        <w:br/>
      </w:r>
      <w:r>
        <w:rPr>
          <w:sz w:val="20"/>
        </w:rPr>
        <w:t>21:26  the only source of, source of peace or tension free life is contentment.</w:t>
      </w:r>
      <w:r>
        <w:br/>
      </w:r>
      <w:r>
        <w:rPr>
          <w:sz w:val="20"/>
        </w:rPr>
        <w:t>21:36  so when you adopt materialism in this sense, then there is no contradiction. no contradiction.</w:t>
      </w:r>
      <w:r>
        <w:br/>
      </w:r>
      <w:r>
        <w:rPr>
          <w:sz w:val="20"/>
        </w:rPr>
        <w:t>21:46  so contradiction is between greed and spirituality, and not between materialism and spirituality. but maulana, is it necessary to detach one self from the physical world to become spiritual?</w:t>
      </w:r>
      <w:r>
        <w:br/>
      </w:r>
      <w:r>
        <w:rPr>
          <w:sz w:val="20"/>
        </w:rPr>
        <w:t>22:03  no, not at all. detachment is not needed. you have to live in this world, and then you have to maintain your spirituality.</w:t>
      </w:r>
      <w:r>
        <w:br/>
      </w:r>
      <w:r>
        <w:rPr>
          <w:sz w:val="20"/>
        </w:rPr>
        <w:t>22:18  Spirituality is nothing is, spirituality is not some thing is, is mystery. No, spirituality is means, means, yani inspirations.</w:t>
      </w:r>
      <w:r>
        <w:br/>
      </w:r>
      <w:r>
        <w:rPr>
          <w:sz w:val="20"/>
        </w:rPr>
        <w:t>22:36  When you, if you live in vacuum, then you will be deprived from source of inspiration.</w:t>
      </w:r>
      <w:r>
        <w:br/>
      </w:r>
      <w:r>
        <w:rPr>
          <w:sz w:val="20"/>
        </w:rPr>
        <w:t>22:45  But when we live in material world, in relationship, in social life, then every time you get inspirations, you get lessons.</w:t>
      </w:r>
      <w:r>
        <w:br/>
      </w:r>
      <w:r>
        <w:rPr>
          <w:sz w:val="20"/>
        </w:rPr>
        <w:t>23:01  dat iz supirchuality.</w:t>
      </w:r>
      <w:r>
        <w:br/>
      </w:r>
      <w:r>
        <w:rPr>
          <w:sz w:val="20"/>
        </w:rPr>
        <w:t>23:07  So detachment is not a part of spirituality.</w:t>
      </w:r>
      <w:r>
        <w:br/>
      </w:r>
      <w:r>
        <w:rPr>
          <w:sz w:val="20"/>
        </w:rPr>
        <w:t>23:13  What do you think are the obstacles which one faces in his or her spiritual growth, and how can they be avoided?</w:t>
      </w:r>
      <w:r>
        <w:br/>
      </w:r>
      <w:r>
        <w:rPr>
          <w:sz w:val="20"/>
        </w:rPr>
        <w:t>23:24  I think that only one obstacle, no two or three, that is distraction.</w:t>
      </w:r>
      <w:r>
        <w:br/>
      </w:r>
      <w:r>
        <w:rPr>
          <w:sz w:val="20"/>
        </w:rPr>
        <w:t>23:36  Distraction is the only optic obstacle in this way. And what is distraction?</w:t>
      </w:r>
      <w:r>
        <w:br/>
      </w:r>
      <w:r>
        <w:rPr>
          <w:sz w:val="20"/>
        </w:rPr>
        <w:t>23:46  distraction means living with things that are superficial, that are result less, that are simply entertainment, that is simply enjoy.</w:t>
      </w:r>
      <w:r>
        <w:br/>
      </w:r>
      <w:r>
        <w:rPr>
          <w:sz w:val="20"/>
        </w:rPr>
        <w:t>24:01  people are engaged in those things that are distractions. If you are true, if you are secure into sense of the world, then you have no time to watch movies, to go to outing and shopping.</w:t>
      </w:r>
      <w:r>
        <w:br/>
      </w:r>
      <w:r>
        <w:rPr>
          <w:sz w:val="20"/>
        </w:rPr>
        <w:t>24:23  al diz thingz ar distrekhsn.</w:t>
      </w:r>
      <w:r>
        <w:br/>
      </w:r>
      <w:r>
        <w:rPr>
          <w:sz w:val="20"/>
        </w:rPr>
        <w:t>24:27  So I think that the only thing which is an obstacle in this, in this spiritual path, is distraction.</w:t>
      </w:r>
      <w:r>
        <w:br/>
      </w:r>
      <w:r>
        <w:rPr>
          <w:sz w:val="20"/>
        </w:rPr>
        <w:t>24:38  save yourself from distractions, and you will attain the goal of spirituality. Maulana, more in a personal front, what was the toughest thing that you faced in your spiritual quest?</w:t>
      </w:r>
    </w:p>
    <w:p>
      <w:pPr>
        <w:pStyle w:val="Heading2"/>
      </w:pPr>
      <w:r>
        <w:t>Every enemy is potentially your friend</w:t>
      </w:r>
    </w:p>
    <w:p>
      <w:r>
        <w:rPr>
          <w:color w:val="666666"/>
          <w:sz w:val="18"/>
        </w:rPr>
        <w:t>From the Spiritual Tree August 31, 2008 · 56s · at 35:56 · https://youtu.be/yqFdYWdODM0?t=2156</w:t>
      </w:r>
    </w:p>
    <w:p>
      <w:r>
        <w:rPr>
          <w:i/>
        </w:rPr>
        <w:t>“Every enemy is potentially your friend.”</w:t>
      </w:r>
    </w:p>
    <w:p>
      <w:r>
        <w:rPr>
          <w:sz w:val="20"/>
        </w:rPr>
        <w:t>35:56  koi enemy mutlaq taur par aap ka enemy nahi hai. every enemy is potential, every enemy is your potential friend.</w:t>
      </w:r>
      <w:r>
        <w:br/>
      </w:r>
      <w:r>
        <w:rPr>
          <w:sz w:val="20"/>
        </w:rPr>
        <w:t>36:08  so turn this potential into actual. yani is is, yani yun hum kahen ge ke har har dushman bal, yani har dushman imkani taur par tumhara dost hai.</w:t>
      </w:r>
      <w:r>
        <w:br/>
      </w:r>
      <w:r>
        <w:rPr>
          <w:sz w:val="20"/>
        </w:rPr>
        <w:t>36:29  is ko kehte hain bilquwwa aur bilfi'l. is ko kaha jata hai urdu mein aur arabi mein bilquwwa aur bilfi'l.</w:t>
      </w:r>
      <w:r>
        <w:br/>
      </w:r>
      <w:r>
        <w:rPr>
          <w:sz w:val="20"/>
        </w:rPr>
        <w:t>36:39  yani har dushman bilquwwa taur par tumhara dost hai. to is ko bilfi'l banao. yani every enemy is your potential friend.</w:t>
      </w:r>
    </w:p>
    <w:p>
      <w:pPr>
        <w:pStyle w:val="Heading2"/>
      </w:pPr>
      <w:r>
        <w:t>Two methods of da'wah and a final call to be hate-free</w:t>
      </w:r>
    </w:p>
    <w:p>
      <w:r>
        <w:rPr>
          <w:color w:val="666666"/>
          <w:sz w:val="18"/>
        </w:rPr>
        <w:t>Divine Personality April 2, 2014 Maulana Wahiduddin Khan · 4m 17s · at 26:59 · https://youtu.be/4F-V__KFzpA?t=1619</w:t>
      </w:r>
    </w:p>
    <w:p>
      <w:r>
        <w:rPr>
          <w:i/>
        </w:rPr>
        <w:t>“There are two levels of da'wah.”</w:t>
      </w:r>
    </w:p>
    <w:p>
      <w:r>
        <w:rPr>
          <w:sz w:val="20"/>
        </w:rPr>
        <w:t>26:59  Then I would like to say that there are two levels of da'wah. There are two levels of da'wah.</w:t>
      </w:r>
      <w:r>
        <w:br/>
      </w:r>
      <w:r>
        <w:rPr>
          <w:sz w:val="20"/>
        </w:rPr>
        <w:t>27:10  The easiest way, the easiest method of da'wah is that we are living in the age of printing press.</w:t>
      </w:r>
      <w:r>
        <w:br/>
      </w:r>
      <w:r>
        <w:rPr>
          <w:sz w:val="20"/>
        </w:rPr>
        <w:t>27:20  There are</w:t>
      </w:r>
      <w:r>
        <w:br/>
      </w:r>
      <w:r>
        <w:rPr>
          <w:sz w:val="20"/>
        </w:rPr>
        <w:t>27:25  translations of the Qur'an in printed form. There are books on Islam. There are Islamic teach</w:t>
      </w:r>
      <w:r>
        <w:br/>
      </w:r>
      <w:r>
        <w:rPr>
          <w:sz w:val="20"/>
        </w:rPr>
        <w:t>27:34  ers. So you have to keep all these things in your pocket, in your bag. And every time you meet someone you can present him as a spiritual gift.</w:t>
      </w:r>
      <w:r>
        <w:br/>
      </w:r>
      <w:r>
        <w:rPr>
          <w:sz w:val="20"/>
        </w:rPr>
        <w:t>27:50  So this is the easiest way of da'wah. And you have to keep these teachers in your pocket, in your bag and present it to other people when you meet them.</w:t>
      </w:r>
      <w:r>
        <w:br/>
      </w:r>
      <w:r>
        <w:rPr>
          <w:sz w:val="20"/>
        </w:rPr>
        <w:t>28:14  So this is the easiest way of da'wah. But there is the other level of da'wah in which you involve yourself in da'wah work.</w:t>
      </w:r>
      <w:r>
        <w:br/>
      </w:r>
      <w:r>
        <w:rPr>
          <w:sz w:val="20"/>
        </w:rPr>
        <w:t>28:29  You discuss, you</w:t>
      </w:r>
      <w:r>
        <w:br/>
      </w:r>
      <w:r>
        <w:rPr>
          <w:sz w:val="20"/>
        </w:rPr>
        <w:t>28:35  interact and during this discussion and interaction there are so many new questions. There are new aspects of new areas of knowledge.</w:t>
      </w:r>
      <w:r>
        <w:br/>
      </w:r>
      <w:r>
        <w:rPr>
          <w:sz w:val="20"/>
        </w:rPr>
        <w:t>28:51  So if you are sincere that will boost your</w:t>
      </w:r>
      <w:r>
        <w:br/>
      </w:r>
      <w:r>
        <w:rPr>
          <w:sz w:val="20"/>
        </w:rPr>
        <w:t>29:02  spirit of</w:t>
      </w:r>
      <w:r>
        <w:br/>
      </w:r>
      <w:r>
        <w:rPr>
          <w:sz w:val="20"/>
        </w:rPr>
        <w:t>29:09  learning. So every day you can develop your mind by this way.</w:t>
      </w:r>
      <w:r>
        <w:br/>
      </w:r>
      <w:r>
        <w:rPr>
          <w:sz w:val="20"/>
        </w:rPr>
        <w:t>29:19  So I would say that</w:t>
      </w:r>
      <w:r>
        <w:br/>
      </w:r>
      <w:r>
        <w:rPr>
          <w:sz w:val="20"/>
        </w:rPr>
        <w:t>29:24  especially those people who are living in the West they must abandon all kinds of hate. Without making yourself free of hate you cannot do da'wah work.</w:t>
      </w:r>
      <w:r>
        <w:br/>
      </w:r>
      <w:r>
        <w:rPr>
          <w:sz w:val="20"/>
        </w:rPr>
        <w:t>29:39  Because all the Muslims hate Western people. These people cannot do da'wah work. Because you have to be well-wisher you have to make da'wah.</w:t>
      </w:r>
      <w:r>
        <w:br/>
      </w:r>
      <w:r>
        <w:rPr>
          <w:sz w:val="20"/>
        </w:rPr>
        <w:t>29:52  You have to listen to their point with patience.</w:t>
      </w:r>
      <w:r>
        <w:br/>
      </w:r>
      <w:r>
        <w:rPr>
          <w:sz w:val="20"/>
        </w:rPr>
        <w:t>29:59  All these things require compassion, well-wishing. So this is a very important condition that you must be hate-free towards your Madhu.</w:t>
      </w:r>
      <w:r>
        <w:br/>
      </w:r>
      <w:r>
        <w:rPr>
          <w:sz w:val="20"/>
        </w:rPr>
        <w:t>30:18  Then if you have no time you have to adopt the method of distribution.</w:t>
      </w:r>
      <w:r>
        <w:br/>
      </w:r>
      <w:r>
        <w:rPr>
          <w:sz w:val="20"/>
        </w:rPr>
        <w:t>30:28  And if you have time you can involve yourself in discussion, in interaction and thus you can improve your, you can develop your personality.</w:t>
      </w:r>
      <w:r>
        <w:br/>
      </w:r>
      <w:r>
        <w:rPr>
          <w:sz w:val="20"/>
        </w:rPr>
        <w:t>30:47  Assalamu Alaikum Warahmatullah.</w:t>
      </w:r>
    </w:p>
    <w:p>
      <w:pPr>
        <w:pStyle w:val="Heading2"/>
      </w:pPr>
      <w:r>
        <w:t>Reaction is the greatest weakness</w:t>
      </w:r>
    </w:p>
    <w:p>
      <w:r>
        <w:rPr>
          <w:color w:val="666666"/>
          <w:sz w:val="18"/>
        </w:rPr>
        <w:t>Spirituality in Daily Life October 4, 2008 · 27s · at 20:11 · https://youtu.be/oeJR6tYqQVw?t=1211</w:t>
      </w:r>
    </w:p>
    <w:p>
      <w:r>
        <w:rPr>
          <w:i/>
        </w:rPr>
        <w:t>“Yeh hai, magar yeh tha reaction.”</w:t>
      </w:r>
    </w:p>
    <w:p>
      <w:r>
        <w:rPr>
          <w:sz w:val="20"/>
        </w:rPr>
        <w:t>20:11  yeh hai, magar yeh tha reaction. aur reaction se dunya mein yaad rakhiye, kabhi kuchh faida nahi hota. superpower bhi agar react kare to kuchh nahi milega is ko, chahe ek individual ho ya ek superpower ho.</w:t>
      </w:r>
      <w:r>
        <w:br/>
      </w:r>
      <w:r>
        <w:rPr>
          <w:sz w:val="20"/>
        </w:rPr>
        <w:t>20:28  reaction agar aadmi ki adat ban gayi hai to sab se zyada weakness is ki hai. the greatest weakness of person is reaction.</w:t>
      </w:r>
    </w:p>
    <w:p>
      <w:pPr>
        <w:pStyle w:val="Heading2"/>
      </w:pPr>
      <w:r>
        <w:t>Sabr as essential part of Salat</w:t>
      </w:r>
    </w:p>
    <w:p>
      <w:r>
        <w:rPr>
          <w:color w:val="666666"/>
          <w:sz w:val="18"/>
        </w:rPr>
        <w:t>Islamic Prayer (Part 2) (English) | February 27, 2007 | Maulana Wahiduddin Khan · 5m 06s · at 17:12 · https://youtu.be/xoh_XiWwRlI?t=1032</w:t>
      </w:r>
    </w:p>
    <w:p>
      <w:r>
        <w:rPr>
          <w:i/>
        </w:rPr>
        <w:t>“Then there is a verse in the Quran”</w:t>
      </w:r>
    </w:p>
    <w:p>
      <w:r>
        <w:rPr>
          <w:sz w:val="20"/>
        </w:rPr>
        <w:t>17:12  "asta'inu bis-sabri was-salat" "asta'inu bis-sabri was-salat" seek help of God by Salat and Sabr, prayer and patience. This Quranic verse tells us that Sabr is also a part of</w:t>
      </w:r>
      <w:r>
        <w:br/>
      </w:r>
      <w:r>
        <w:rPr>
          <w:sz w:val="20"/>
        </w:rPr>
        <w:t>17:42  namaz. Sabr is also a part of namaz, or Islamic prayer. Why? Namaz, or Islamic prayer, requires great concentration. Great, great concentration. And without Sabr or patience,</w:t>
      </w:r>
      <w:r>
        <w:br/>
      </w:r>
      <w:r>
        <w:rPr>
          <w:sz w:val="20"/>
        </w:rPr>
        <w:t>18:13  you cannot attain this kind of concentration. You know, in this life, every time, in this life, every time there are distractions, distractions, distractions. Every time. So you have to save yourself from these</w:t>
      </w:r>
      <w:r>
        <w:br/>
      </w:r>
      <w:r>
        <w:rPr>
          <w:sz w:val="20"/>
        </w:rPr>
        <w:t>18:43  distractions. And it is Sabr or patience that gives you the strength by which you can restrain yourself from being a victim of those distractions. So</w:t>
      </w:r>
      <w:r>
        <w:br/>
      </w:r>
      <w:r>
        <w:rPr>
          <w:sz w:val="20"/>
        </w:rPr>
        <w:t>19:14  the formula is, a true Salat, a true Salat requires complete concentration. And concentration is an outcome of, and concent, and the, the formula is</w:t>
      </w:r>
      <w:r>
        <w:br/>
      </w:r>
      <w:r>
        <w:rPr>
          <w:sz w:val="20"/>
        </w:rPr>
        <w:t>19:44  that true Salat requires complete concentration and complete concentration can be attained only by saying your, by saving yourself from all kind of distraction. And it is Sabr or patience</w:t>
      </w:r>
      <w:r>
        <w:br/>
      </w:r>
      <w:r>
        <w:rPr>
          <w:sz w:val="20"/>
        </w:rPr>
        <w:t>20:15  that gives you that kind of strength. Only by Sabr you can save yourself from distractions. So in this sense, Sabr is an integral part of Salat. In this sense, Sabr or patience is an integral part of Salat,</w:t>
      </w:r>
      <w:r>
        <w:br/>
      </w:r>
      <w:r>
        <w:rPr>
          <w:sz w:val="20"/>
        </w:rPr>
        <w:t>20:45  or Islamic prayer. It is very important. There are several verses in the Quran in which God has bracketed Sabr with Salat. "asta'inu bis-sabri was-salat" there are several verses in the Quran</w:t>
      </w:r>
      <w:r>
        <w:br/>
      </w:r>
      <w:r>
        <w:rPr>
          <w:sz w:val="20"/>
        </w:rPr>
        <w:t>21:16  in which God has bracketed Sabr with Salat. And this is the secret of this. If you, if you have no Sabr, then you are doomed to, to be distracted.</w:t>
      </w:r>
      <w:r>
        <w:br/>
      </w:r>
      <w:r>
        <w:rPr>
          <w:sz w:val="20"/>
        </w:rPr>
        <w:t>21:48  Without Sabr, you will live in distractions. And when you are living in distractions, you cannot concentrate the inner spirit to the inner spirit of Salat. So everyone who wants to perform true Salat, he must keep Sabr or patience. Both are</w:t>
      </w:r>
    </w:p>
    <w:p>
      <w:pPr>
        <w:pStyle w:val="Heading2"/>
      </w:pPr>
      <w:r>
        <w:t>Secular division of haves and have-nots</w:t>
      </w:r>
    </w:p>
    <w:p>
      <w:r>
        <w:rPr>
          <w:color w:val="666666"/>
          <w:sz w:val="18"/>
        </w:rPr>
        <w:t>Material Science Vs Spiritual Science 20th May 12 SLOW · 1m 26s · at 20:14 · https://youtu.be/qYwFExG7cyM?t=1214</w:t>
      </w:r>
    </w:p>
    <w:p>
      <w:r>
        <w:rPr>
          <w:i/>
        </w:rPr>
        <w:t>“Secular people divide into have and have-nots.”</w:t>
      </w:r>
    </w:p>
    <w:p>
      <w:r>
        <w:rPr>
          <w:sz w:val="20"/>
        </w:rPr>
        <w:t>20:14  aise hi dekhiye, tamam jo secular log hain, tamam ke tamam, woh insaan ko baante hue hain do tabqe mein.</w:t>
      </w:r>
      <w:r>
        <w:br/>
      </w:r>
      <w:r>
        <w:rPr>
          <w:sz w:val="20"/>
        </w:rPr>
        <w:t>20:19  دو طبقے میں: have haves nots، سارے کے سارے، without any exception، صرف مارکس نہیں، سب کے</w:t>
      </w:r>
      <w:r>
        <w:br/>
      </w:r>
      <w:r>
        <w:rPr>
          <w:sz w:val="20"/>
        </w:rPr>
        <w:t>20:25  sab have aur have nots.</w:t>
      </w:r>
      <w:r>
        <w:br/>
      </w:r>
      <w:r>
        <w:rPr>
          <w:sz w:val="20"/>
        </w:rPr>
        <w:t>20:31  mujh ko Allah ki tofeeq se pehli bar yeh discovery hui ke yeh ek categorization hi galat hai.</w:t>
      </w:r>
      <w:r>
        <w:br/>
      </w:r>
      <w:r>
        <w:rPr>
          <w:sz w:val="20"/>
        </w:rPr>
        <w:t>20:36  yeh categorization hi galat hai.</w:t>
      </w:r>
      <w:r>
        <w:br/>
      </w:r>
      <w:r>
        <w:rPr>
          <w:sz w:val="20"/>
        </w:rPr>
        <w:t>20:42  sahi categorization yeh hai ke dunya ki taqseem hai.</w:t>
      </w:r>
      <w:r>
        <w:br/>
      </w:r>
      <w:r>
        <w:rPr>
          <w:sz w:val="20"/>
        </w:rPr>
        <w:t>20:48  kuch log potential hebs ke daire mein hain, kuch log actual hebs ke daire mein hain.</w:t>
      </w:r>
      <w:r>
        <w:br/>
      </w:r>
      <w:r>
        <w:rPr>
          <w:sz w:val="20"/>
        </w:rPr>
        <w:t>20:54  jaise doctor abdul kalam, jo president of india bane ya paida hue, to woh potential hebs the, baad woh</w:t>
      </w:r>
      <w:r>
        <w:br/>
      </w:r>
      <w:r>
        <w:rPr>
          <w:sz w:val="20"/>
        </w:rPr>
        <w:t>20:59  actual hebs bane.</w:t>
      </w:r>
      <w:r>
        <w:br/>
      </w:r>
      <w:r>
        <w:rPr>
          <w:sz w:val="20"/>
        </w:rPr>
        <w:t>21:05  allah taala ne kisi ko saath, kisi ko bhi, yaani aisa nahi kiya kisi ke saath ke woh</w:t>
      </w:r>
      <w:r>
        <w:br/>
      </w:r>
      <w:r>
        <w:rPr>
          <w:sz w:val="20"/>
        </w:rPr>
        <w:t>21:11  heav not ke khane mein hai.</w:t>
      </w:r>
      <w:r>
        <w:br/>
      </w:r>
      <w:r>
        <w:rPr>
          <w:sz w:val="20"/>
        </w:rPr>
        <w:t>21:17  hamesha ke liye, jaise koi bhed bakri hota to woh heav not ke khane mein.</w:t>
      </w:r>
      <w:r>
        <w:br/>
      </w:r>
      <w:r>
        <w:rPr>
          <w:sz w:val="20"/>
        </w:rPr>
        <w:t>21:22  aisa koi bhi nahi hai.</w:t>
      </w:r>
      <w:r>
        <w:br/>
      </w:r>
      <w:r>
        <w:rPr>
          <w:sz w:val="20"/>
        </w:rPr>
        <w:t>21:28  har aadmi potential le ke paida hota hai, be-panah potential.</w:t>
      </w:r>
      <w:r>
        <w:br/>
      </w:r>
      <w:r>
        <w:rPr>
          <w:sz w:val="20"/>
        </w:rPr>
        <w:t>21:34  jaise mujh ko mere bade bhai the, jab mein gaon mein rehta tha to mujh ko kehte the, "baza khoya!</w:t>
      </w:r>
      <w:r>
        <w:br/>
      </w:r>
      <w:r>
        <w:rPr>
          <w:sz w:val="20"/>
        </w:rPr>
        <w:t>21:40  " mujh ko "baza khoya!</w:t>
      </w:r>
    </w:p>
    <w:p>
      <w:pPr>
        <w:pStyle w:val="Heading2"/>
      </w:pPr>
      <w:r>
        <w:t>Lessons from the crescent moon in Ramadan</w:t>
      </w:r>
    </w:p>
    <w:p>
      <w:r>
        <w:rPr>
          <w:color w:val="666666"/>
          <w:sz w:val="18"/>
        </w:rPr>
        <w:t>Fasting A Source of Spiritual Empowerment 21 Aug, 2011 - Maulana Wahiduddin Khan · 4m 23s · at 14:04 · https://youtu.be/b19V3pD-tbQ?t=844</w:t>
      </w:r>
    </w:p>
    <w:p>
      <w:r>
        <w:rPr>
          <w:i/>
        </w:rPr>
        <w:t>“Shaban ki aakhri tareekh aayi.”</w:t>
      </w:r>
    </w:p>
    <w:p>
      <w:r>
        <w:rPr>
          <w:sz w:val="20"/>
        </w:rPr>
        <w:t>14:04  shaban ki aakhri tareekh aayi. yaani woh raat jab ke ramzan ka chand niklta hai.</w:t>
      </w:r>
      <w:r>
        <w:br/>
      </w:r>
      <w:r>
        <w:rPr>
          <w:sz w:val="20"/>
        </w:rPr>
        <w:t>14:14  to aaj kal dilli mein to chand bohat kam dikhaya jata hai. lekin hum log jab thay, is se pehle up mein raha karte hain, hum gaon mein.</w:t>
      </w:r>
      <w:r>
        <w:br/>
      </w:r>
      <w:r>
        <w:rPr>
          <w:sz w:val="20"/>
        </w:rPr>
        <w:t>14:25  to gaon mein matlab saaf hota tha. afaq par ya fiza mein koi pollution nahi hua karta tha.</w:t>
      </w:r>
      <w:r>
        <w:br/>
      </w:r>
      <w:r>
        <w:rPr>
          <w:sz w:val="20"/>
        </w:rPr>
        <w:t>14:34  to chand saaf dikhai deta tha. to hum log chhat par charh jatay thay. ab dekh rahay hain, dekh rahay hain, dekh rahay hain, yahan tak ke achaanak aik bareek chand dikhai diya.</w:t>
      </w:r>
      <w:r>
        <w:br/>
      </w:r>
      <w:r>
        <w:rPr>
          <w:sz w:val="20"/>
        </w:rPr>
        <w:t>14:47  to ajeeb qism ka joy hota tha. ajeeb qism ka joy. ke yeh chand hai jo is baat ki khabar de raha hai ke ramzan ka mahina aa gaya.</w:t>
      </w:r>
      <w:r>
        <w:br/>
      </w:r>
      <w:r>
        <w:rPr>
          <w:sz w:val="20"/>
        </w:rPr>
        <w:t>15:02  to us waqt hum itna zyada, yaani mein yeh baat kar raha hoon naujawani ki umar ki, ab mein sochta hoon to chand ka tuloo hona koi saada baat nahi hai.</w:t>
      </w:r>
      <w:r>
        <w:br/>
      </w:r>
      <w:r>
        <w:rPr>
          <w:sz w:val="20"/>
        </w:rPr>
        <w:t>15:17  yaani jab aap dekhte hain chand ki pehli tareekh to bohat saray waqiat woh le kar aata hai. woh kya?</w:t>
      </w:r>
      <w:r>
        <w:br/>
      </w:r>
      <w:r>
        <w:rPr>
          <w:sz w:val="20"/>
        </w:rPr>
        <w:t>15:26  yeh chand barhega, barhega, barhega, yahan tak ke chaudhveen ka chand ban jayega. phir woh ghatay ga, ghatay ga, ghatay ga, yahan tak ke khatam ho jayega.</w:t>
      </w:r>
      <w:r>
        <w:br/>
      </w:r>
      <w:r>
        <w:rPr>
          <w:sz w:val="20"/>
        </w:rPr>
        <w:t>15:38  to yeh kya hua? yeh bhi aik bohat bara tajurba hai. is liye bataya, yeh bataya ke dunya mein urooj bhi hai aur zawal bhi hai.</w:t>
      </w:r>
      <w:r>
        <w:br/>
      </w:r>
      <w:r>
        <w:rPr>
          <w:sz w:val="20"/>
        </w:rPr>
        <w:t>15:50  is dunya mein aap ameer bhi honge, ghareeb bhi honge. is dunya mein aap ke paas political power bhi aayega, aap political power chhin bhi jayega.</w:t>
      </w:r>
      <w:r>
        <w:br/>
      </w:r>
      <w:r>
        <w:rPr>
          <w:sz w:val="20"/>
        </w:rPr>
        <w:t>16:03  to is ka matlab kya hua? ke chand ka dekhna aap ko aik bohat bara sabak deta hai. ke zindagi mein tawazun ko barqarar rakho.</w:t>
      </w:r>
      <w:r>
        <w:br/>
      </w:r>
      <w:r>
        <w:rPr>
          <w:sz w:val="20"/>
        </w:rPr>
        <w:t>16:15  utaar charhao se disturb na ho. kyunke hota hi hota hai yeh. yeh hoga. sab ke sath hua, tumhare sath bhi hoga.</w:t>
      </w:r>
      <w:r>
        <w:br/>
      </w:r>
      <w:r>
        <w:rPr>
          <w:sz w:val="20"/>
        </w:rPr>
        <w:t>16:27  aadmi jawan hota hai, phir boorha ho jata hai, phir mar jata hai. to yeh jo changes hain ya tabdiliyan hain, urooj o zawal hain, yeh aik law of nature hain.</w:t>
      </w:r>
      <w:r>
        <w:br/>
      </w:r>
      <w:r>
        <w:rPr>
          <w:sz w:val="20"/>
        </w:rPr>
        <w:t>16:40  kaisa ajeeb sabak diya hai yeh chand ne.</w:t>
      </w:r>
      <w:r>
        <w:br/>
      </w:r>
      <w:r>
        <w:rPr>
          <w:sz w:val="20"/>
        </w:rPr>
        <w:t>16:47  phir aap sochiye ke chand jo bareek dikhai deta hai, tab bhi poora chand hota hai.</w:t>
      </w:r>
      <w:r>
        <w:br/>
      </w:r>
      <w:r>
        <w:rPr>
          <w:sz w:val="20"/>
        </w:rPr>
        <w:t>16:56  yaani sirf dekhnay ke lihaaz se hum aik lakeer dekhte hain. haqeeqat mein to poora chand hota hai. kyunke is ke aik goshe mein, aik hissay mein suraj ki roshni par par rahi hoti hai, baqi woh nahi par rahi hoti hai.</w:t>
      </w:r>
      <w:r>
        <w:br/>
      </w:r>
      <w:r>
        <w:rPr>
          <w:sz w:val="20"/>
        </w:rPr>
        <w:t>17:11  to baqi andheray mein hota hai, to dikhai nahi deta. jahan suraj roshni parti hai, woh dikhai deta hai. yeh bhi aik ajeeb ghareeb tajurba hai.</w:t>
      </w:r>
      <w:r>
        <w:br/>
      </w:r>
      <w:r>
        <w:rPr>
          <w:sz w:val="20"/>
        </w:rPr>
        <w:t>17:23  is ka matlab hai ke cheezon ko face value par na lo. kitna bara ajeeb sabak hai yeh.</w:t>
      </w:r>
      <w:r>
        <w:br/>
      </w:r>
      <w:r>
        <w:rPr>
          <w:sz w:val="20"/>
        </w:rPr>
        <w:t>17:33  kitna ajeeb sabak hai. face revolve par lein aap to aap kahenge chand aik bareek sa, aik aik cheez hai, bohat bareek si.</w:t>
      </w:r>
      <w:r>
        <w:br/>
      </w:r>
      <w:r>
        <w:rPr>
          <w:sz w:val="20"/>
        </w:rPr>
        <w:t>17:45  dhagay ki tarah. lekin aap gehrai mein jayenge to kahenge nahi, chand to aik bohat bara, aik bohat bari chattan hai, bohat bara woh hai, aik sayara hai.</w:t>
      </w:r>
      <w:r>
        <w:br/>
      </w:r>
      <w:r>
        <w:rPr>
          <w:sz w:val="20"/>
        </w:rPr>
        <w:t>17:59  to goya chand yeh bhi sabak de raha hai ke cheezon ko face value par mat lo. face value par loge to tumhare andar kya hoga?</w:t>
      </w:r>
      <w:r>
        <w:br/>
      </w:r>
      <w:r>
        <w:rPr>
          <w:sz w:val="20"/>
        </w:rPr>
        <w:t>18:08  misunderstanding aayegi. baton ko samjhoge nahi.</w:t>
      </w:r>
      <w:r>
        <w:br/>
      </w:r>
      <w:r>
        <w:rPr>
          <w:sz w:val="20"/>
        </w:rPr>
        <w:t>18:14  baton ko samjhoge nahi gehrai mein. ab dekhiye, pehle din kitna bara sabak mil gaya hum ko. bilkul pehle din.</w:t>
      </w:r>
    </w:p>
    <w:p>
      <w:pPr>
        <w:pStyle w:val="Heading2"/>
      </w:pPr>
      <w:r>
        <w:t>America's GPS as a marvel of infrastructure</w:t>
      </w:r>
    </w:p>
    <w:p>
      <w:r>
        <w:rPr>
          <w:color w:val="666666"/>
          <w:sz w:val="18"/>
        </w:rPr>
        <w:t>America A Case of Spiritual Starvaltion July 7, 2011 · 1m 42s · at 42:27 · https://youtu.be/N8JYD2P3QYE?t=2547</w:t>
      </w:r>
    </w:p>
    <w:p>
      <w:r>
        <w:rPr>
          <w:i/>
        </w:rPr>
        <w:t>“In America they have this device called GPS”</w:t>
      </w:r>
    </w:p>
    <w:p>
      <w:r>
        <w:rPr>
          <w:sz w:val="20"/>
        </w:rPr>
        <w:t>42:27  unhon ne ek aur cheez, bohat ajeeb cheez daryaft ki, yaani technological advancement jo un ka hai, us ko bata raha hoon main aap ko, jis ko kehte hain GPS, global positioning system.</w:t>
      </w:r>
      <w:r>
        <w:br/>
      </w:r>
      <w:r>
        <w:rPr>
          <w:sz w:val="20"/>
        </w:rPr>
        <w:t>42:43  to gaari mein ek itni bade se ek device rahe gi, us ko aadmi rakh lega engine ke paas, aur wo bataya jata hai, bataya jata hai,</w:t>
      </w:r>
      <w:r>
        <w:br/>
      </w:r>
      <w:r>
        <w:rPr>
          <w:sz w:val="20"/>
        </w:rPr>
        <w:t>42:55  yaani saare America, America jo India ke lihaaz se teen guna hai, teen guna bada hai India ke muqable mein. Aur saare jitni sarkein hain, saare jo ghar hain, saare cities hain, sab is mein bhara hua hai,</w:t>
      </w:r>
      <w:r>
        <w:br/>
      </w:r>
      <w:r>
        <w:rPr>
          <w:sz w:val="20"/>
        </w:rPr>
        <w:t>43:10  is ka connection hai satellite se. Upar jo satellite hai, us se connection hai. Ab aap gaari chala rahe hain to India mein hum chalte hain, kahin to poochna padta hai.</w:t>
      </w:r>
      <w:r>
        <w:br/>
      </w:r>
      <w:r>
        <w:rPr>
          <w:sz w:val="20"/>
        </w:rPr>
        <w:t>43:24  jab main kahin jata hoon to baar baar poochna padta hai, ab yeh road kidhar ja rahi hai, wo road kidhar ja rahi hai. Wahan wahi bolta rehta hai, wo wo device: "keep right, keep left, you are wrong".</w:t>
      </w:r>
      <w:r>
        <w:br/>
      </w:r>
      <w:r>
        <w:rPr>
          <w:sz w:val="20"/>
        </w:rPr>
        <w:t>43:37  agar agar aap galat bard hain, phone bole ga: "you are wrong".</w:t>
      </w:r>
      <w:r>
        <w:br/>
      </w:r>
      <w:r>
        <w:rPr>
          <w:sz w:val="20"/>
        </w:rPr>
        <w:t>43:43  jab aap, yaani wahan par aadmi chalta hai, das ghanta, bees ghanta chalta hai, wahan par car bohat zyada riwaj hai. Chalte chalte aap pahunchein ge maqam par apne, to bole ga: "you have reached your destination".</w:t>
      </w:r>
      <w:r>
        <w:br/>
      </w:r>
      <w:r>
        <w:rPr>
          <w:sz w:val="20"/>
        </w:rPr>
        <w:t>43:58  aisi wo ghareeb cheez hai, wo GPS, global positioning system. To itni taraqqi di, itni taraqqi di unhon ne.</w:t>
      </w:r>
    </w:p>
    <w:p>
      <w:pPr>
        <w:pStyle w:val="Heading2"/>
      </w:pPr>
      <w:r>
        <w:t>Vasco da Gama's voyage sparks a question about progress</w:t>
      </w:r>
    </w:p>
    <w:p>
      <w:r>
        <w:rPr>
          <w:color w:val="666666"/>
          <w:sz w:val="18"/>
        </w:rPr>
        <w:t>Material Science and Spiritual Science 20 May 2012 · 4m 32s · at 0:34 · https://youtu.be/4K6CxjThlxQ?t=34</w:t>
      </w:r>
    </w:p>
    <w:p>
      <w:r>
        <w:rPr>
          <w:i/>
        </w:rPr>
        <w:t>“Aaj subah maine All India Radio khola, 20 May ka feature tha”</w:t>
      </w:r>
    </w:p>
    <w:p>
      <w:r>
        <w:rPr>
          <w:sz w:val="20"/>
        </w:rPr>
        <w:t>0:34  hani ilm. yeh topic mere zehen mein is tarah aaya ke aaj subah ko mein ne apne mamool ke mutabiq all india radio khola to us mein ek feature aa raha tha, 20 may ko le kar.</w:t>
      </w:r>
      <w:r>
        <w:br/>
      </w:r>
      <w:r>
        <w:rPr>
          <w:sz w:val="20"/>
        </w:rPr>
        <w:t>0:57  unhon ne bataya ke 20 may 1498, yani 1498 ki 20 may ko vasco da gama india pahunche the.</w:t>
      </w:r>
      <w:r>
        <w:br/>
      </w:r>
      <w:r>
        <w:rPr>
          <w:sz w:val="20"/>
        </w:rPr>
        <w:t>1:15  vasco da gama portugal ke the, woh</w:t>
      </w:r>
      <w:r>
        <w:br/>
      </w:r>
      <w:r>
        <w:rPr>
          <w:sz w:val="20"/>
        </w:rPr>
        <w:t>1:22  lisban se rawana hue.</w:t>
      </w:r>
      <w:r>
        <w:br/>
      </w:r>
      <w:r>
        <w:rPr>
          <w:sz w:val="20"/>
        </w:rPr>
        <w:t>1:27  bohat qareeb aik saal laga un ko lisban se india ke, yaani south india ke coast par pohnchne ke liye.</w:t>
      </w:r>
      <w:r>
        <w:br/>
      </w:r>
      <w:r>
        <w:rPr>
          <w:sz w:val="20"/>
        </w:rPr>
        <w:t>1:38  yeh koi saada baat nahi thi. is zamane mein europe mein nai industry aai thi, un ko naye naye market ki talash thi.</w:t>
      </w:r>
      <w:r>
        <w:br/>
      </w:r>
      <w:r>
        <w:rPr>
          <w:sz w:val="20"/>
        </w:rPr>
        <w:t>1:54  yaani pehle zamane mein dekhen, jo qiyadat thi, yaani political qiyadat, woh mabni bar shamshir hua karti thi.</w:t>
      </w:r>
      <w:r>
        <w:br/>
      </w:r>
      <w:r>
        <w:rPr>
          <w:sz w:val="20"/>
        </w:rPr>
        <w:t>2:06  talwar chalao aur hukoomat karo. lekin jab europe mein sanati inqilab aaya to woh daur khatam ho gaya.</w:t>
      </w:r>
      <w:r>
        <w:br/>
      </w:r>
      <w:r>
        <w:rPr>
          <w:sz w:val="20"/>
        </w:rPr>
        <w:t>2:17  agarche musalman, kuch nadan musalman, abhi bhi isi mein jee rahe hain, abhi bhi woh talwar chala rahe hain.</w:t>
      </w:r>
      <w:r>
        <w:br/>
      </w:r>
      <w:r>
        <w:rPr>
          <w:sz w:val="20"/>
        </w:rPr>
        <w:t>2:23  lekin yeh hai anachronism, is ko kehte hain anachronism, yaani zamane ke khilaf harkat.</w:t>
      </w:r>
      <w:r>
        <w:br/>
      </w:r>
      <w:r>
        <w:rPr>
          <w:sz w:val="20"/>
        </w:rPr>
        <w:t>2:33  to yeh jo vasco da gama ne safar kiya tha, itna lamba, un ka maqsad kya tha?</w:t>
      </w:r>
      <w:r>
        <w:br/>
      </w:r>
      <w:r>
        <w:rPr>
          <w:sz w:val="20"/>
        </w:rPr>
        <w:t>2:43  un ka maqsad tha western europe ke liye asia mein sea route talash karna, sea route, bahri rasta.</w:t>
      </w:r>
      <w:r>
        <w:br/>
      </w:r>
      <w:r>
        <w:rPr>
          <w:sz w:val="20"/>
        </w:rPr>
        <w:t>2:55  yaani apne jo maal woh product kar rahe the, jo produce kar rahe the, us ko bechna tha un ko. to unhon ne portugal aur india ke darmiyan bahri rasta daryaft kiya.</w:t>
      </w:r>
      <w:r>
        <w:br/>
      </w:r>
      <w:r>
        <w:rPr>
          <w:sz w:val="20"/>
        </w:rPr>
        <w:t>3:14  aik saal bohat hi museebat ka safar kiya unhon ne samandar mein, kyunke aaj kal ki tarah se abhi geography ko taraqqi nahi hui thi, safar ko taraqqi nahi hui thi.</w:t>
      </w:r>
      <w:r>
        <w:br/>
      </w:r>
      <w:r>
        <w:rPr>
          <w:sz w:val="20"/>
        </w:rPr>
        <w:t>3:29  lekin is ka kya faida hua? is ke baad portugal jo hai, jo western europe ka aik mulk hai, spain se mila hua, woh world power ban gaya.</w:t>
      </w:r>
      <w:r>
        <w:br/>
      </w:r>
      <w:r>
        <w:rPr>
          <w:sz w:val="20"/>
        </w:rPr>
        <w:t>3:44  super power ki status ko hasil ho gayi, kyunke tijarat mein woh bohat ziyada aage badh gaya.</w:t>
      </w:r>
      <w:r>
        <w:br/>
      </w:r>
      <w:r>
        <w:rPr>
          <w:sz w:val="20"/>
        </w:rPr>
        <w:t>3:56  yeh jo vasco da gama the, un ko bohat ziyada izaz mila portugal mein, aur portugal ki hukoomat ne un ko apne ashiyai maqbuzaat ke liye viceroy banaya.</w:t>
      </w:r>
      <w:r>
        <w:br/>
      </w:r>
      <w:r>
        <w:rPr>
          <w:sz w:val="20"/>
        </w:rPr>
        <w:t>4:08  wahan se rawana hue apne uhde ka charge lene ke liye. lekin manzil par pohnchne se pehle un ki death ho gayi.</w:t>
      </w:r>
      <w:r>
        <w:br/>
      </w:r>
      <w:r>
        <w:rPr>
          <w:sz w:val="20"/>
        </w:rPr>
        <w:t>4:21  to lekin un ki qurbaniyon ne kya kiya ke portugal ko aik world map mein jagah dila di. to is ko le kar mere zehen mein aik sawal aaya.</w:t>
      </w:r>
      <w:r>
        <w:br/>
      </w:r>
      <w:r>
        <w:rPr>
          <w:sz w:val="20"/>
        </w:rPr>
        <w:t>4:38  material science mein is tarah ki bohat bari bari taraqqiyan hui hain. yeh material science ki aik taraqqi thi. lekin isi spiritual science mein koi taraqqi nahi.</w:t>
      </w:r>
      <w:r>
        <w:br/>
      </w:r>
      <w:r>
        <w:rPr>
          <w:sz w:val="20"/>
        </w:rPr>
        <w:t>4:52  paanch hazar saal ki tareekh mein spiritual science mein kuch bhi taraqqi nahi. abhi bhi zero ke maqam par hai woh. to aisa kyun?</w:t>
      </w:r>
      <w:r>
        <w:br/>
      </w:r>
      <w:r>
        <w:rPr>
          <w:sz w:val="20"/>
        </w:rPr>
        <w:t>5:03  why is this difference</w:t>
      </w:r>
    </w:p>
    <w:p>
      <w:pPr>
        <w:pStyle w:val="Heading2"/>
      </w:pPr>
      <w:r>
        <w:t>Repayment of debts and divine justice</w:t>
      </w:r>
    </w:p>
    <w:p>
      <w:r>
        <w:rPr>
          <w:color w:val="666666"/>
          <w:sz w:val="18"/>
        </w:rPr>
        <w:t>Material Science Vs Spiritual Science 20th May 12 SLOW · 1m 37s · at 1:06:06 · https://youtu.be/qYwFExG7cyM?t=3966</w:t>
      </w:r>
    </w:p>
    <w:p>
      <w:r>
        <w:rPr>
          <w:i/>
        </w:rPr>
        <w:t>“O Allah, let me repay my debts before I die.”</w:t>
      </w:r>
    </w:p>
    <w:p>
      <w:r>
        <w:rPr>
          <w:sz w:val="20"/>
        </w:rPr>
        <w:t>1:06:06  is dunya mein mere halaat is tarah bana de aur mujhe tofeeq de ke main logon ka qarz ada karoon. Aur agar main qarz ki adaiygi se pehle mar gaya to ae Allah!</w:t>
      </w:r>
      <w:r>
        <w:br/>
      </w:r>
      <w:r>
        <w:rPr>
          <w:sz w:val="20"/>
        </w:rPr>
        <w:t>1:06:20  to meri taraf se meri talafi kar dena." sawal yeh hai ke kya allah taala ek bande ki</w:t>
      </w:r>
      <w:r>
        <w:br/>
      </w:r>
      <w:r>
        <w:rPr>
          <w:sz w:val="20"/>
        </w:rPr>
        <w:t>1:06:25  taraf se us ke qarz ki talafi kar dega? nahi, yeh sahih baat nahi hai.</w:t>
      </w:r>
      <w:r>
        <w:br/>
      </w:r>
      <w:r>
        <w:rPr>
          <w:sz w:val="20"/>
        </w:rPr>
        <w:t>1:06:30  is qarz ki talafi sirf wohi aadmi kar sakta hai jis se aap ne qarz liya hai.</w:t>
      </w:r>
      <w:r>
        <w:br/>
      </w:r>
      <w:r>
        <w:rPr>
          <w:sz w:val="20"/>
        </w:rPr>
        <w:t>1:06:35  jo log, jis aadmi ne kisi se qarz liya hai, ya to woh qarz ada kare ya us</w:t>
      </w:r>
      <w:r>
        <w:br/>
      </w:r>
      <w:r>
        <w:rPr>
          <w:sz w:val="20"/>
        </w:rPr>
        <w:t>1:06:40  ko insaan ja ke kahe ke bhai maaf kar do.</w:t>
      </w:r>
      <w:r>
        <w:br/>
      </w:r>
      <w:r>
        <w:rPr>
          <w:sz w:val="20"/>
        </w:rPr>
        <w:t>1:06:45  agar insaan, is insaan ne maaf kar diya to maaf ho jayega.</w:t>
      </w:r>
      <w:r>
        <w:br/>
      </w:r>
      <w:r>
        <w:rPr>
          <w:sz w:val="20"/>
        </w:rPr>
        <w:t>1:06:51  baqi is tarah ki dua jo hai, yeh sahih tareeqa nahi hai.</w:t>
      </w:r>
      <w:r>
        <w:br/>
      </w:r>
      <w:r>
        <w:rPr>
          <w:sz w:val="20"/>
        </w:rPr>
        <w:t>1:06:56  yeh sahih tareeqa nahi hai.</w:t>
      </w:r>
      <w:r>
        <w:br/>
      </w:r>
      <w:r>
        <w:rPr>
          <w:sz w:val="20"/>
        </w:rPr>
        <w:t>1:07:01  qarz ke muamle mein dekhiye, yeh hai shariyat ka masla ke qarz maaf nahi hota.</w:t>
      </w:r>
      <w:r>
        <w:br/>
      </w:r>
      <w:r>
        <w:rPr>
          <w:sz w:val="20"/>
        </w:rPr>
        <w:t>1:07:06  ya to aap qarz ada karen ya isi insaan se ja kar kahain ke bhai mein mein is</w:t>
      </w:r>
      <w:r>
        <w:br/>
      </w:r>
      <w:r>
        <w:rPr>
          <w:sz w:val="20"/>
        </w:rPr>
        <w:t>1:07:11  haal mein nahi hoon ke tum ko de sakoon qarz, to mujhe maaf kar do.</w:t>
      </w:r>
      <w:r>
        <w:br/>
      </w:r>
      <w:r>
        <w:rPr>
          <w:sz w:val="20"/>
        </w:rPr>
        <w:t>1:07:17  dua se yeh masla khatm nahi ho sakta hai.</w:t>
      </w:r>
      <w:r>
        <w:br/>
      </w:r>
      <w:r>
        <w:rPr>
          <w:sz w:val="20"/>
        </w:rPr>
        <w:t>1:07:22  is insaan se miliye, is insaan se kahiye, agar woh insaan maaf kar de to maaf ho jayega.</w:t>
      </w:r>
      <w:r>
        <w:br/>
      </w:r>
      <w:r>
        <w:rPr>
          <w:sz w:val="20"/>
        </w:rPr>
        <w:t>1:07:27  maulana, agla sawal hai mister ashish tiwari ka.</w:t>
      </w:r>
      <w:r>
        <w:br/>
      </w:r>
      <w:r>
        <w:rPr>
          <w:sz w:val="20"/>
        </w:rPr>
        <w:t>1:07:32  unho ne kanpur se likha hai.</w:t>
      </w:r>
      <w:r>
        <w:br/>
      </w:r>
      <w:r>
        <w:rPr>
          <w:sz w:val="20"/>
        </w:rPr>
        <w:t>1:07:37  unho ne sawal mein yeh likha hai: "maulana!</w:t>
      </w:r>
      <w:r>
        <w:br/>
      </w:r>
      <w:r>
        <w:rPr>
          <w:sz w:val="20"/>
        </w:rPr>
        <w:t>1:07:43  کہ man is a spiritual being undergoing a brief material experience.</w:t>
      </w:r>
    </w:p>
    <w:p>
      <w:pPr>
        <w:pStyle w:val="Heading2"/>
      </w:pPr>
      <w:r>
        <w:t>Why not love the British and invite them</w:t>
      </w:r>
    </w:p>
    <w:p>
      <w:r>
        <w:rPr>
          <w:color w:val="666666"/>
          <w:sz w:val="18"/>
        </w:rPr>
        <w:t>From the Spiritual Tree August 31, 2008 · 28s · at 7:33 · https://youtu.be/yqFdYWdODM0?t=453</w:t>
      </w:r>
    </w:p>
    <w:p>
      <w:r>
        <w:rPr>
          <w:i/>
        </w:rPr>
        <w:t>“If you loved them, you would invite them.”</w:t>
      </w:r>
    </w:p>
    <w:p>
      <w:r>
        <w:rPr>
          <w:sz w:val="20"/>
        </w:rPr>
        <w:t>7:33  to aap agar un se mohabbat karte to aap un ko dawat dete. lekin aap ne un ke khilaaf bas bandook aur talwar utha liya.</w:t>
      </w:r>
      <w:r>
        <w:br/>
      </w:r>
      <w:r>
        <w:rPr>
          <w:sz w:val="20"/>
        </w:rPr>
        <w:t>7:44  aise jahan bhi dekhiye. abhi jo kashmir mein ladaiyan thin, woh kya tha? woh bhi out of hate tha. main samajhta hoon ke sari duniya one to all, without any exception, lives in hate.</w:t>
      </w:r>
    </w:p>
    <w:p>
      <w:pPr>
        <w:pStyle w:val="Heading2"/>
      </w:pPr>
      <w:r>
        <w:t>Clarifying that jihad means peaceful struggle, not war</w:t>
      </w:r>
    </w:p>
    <w:p>
      <w:r>
        <w:rPr>
          <w:color w:val="666666"/>
          <w:sz w:val="18"/>
        </w:rPr>
        <w:t>Islam and Sufism (Islam and Spirituality) (English) February 28, 2008 · 2m 38s · at 1:10:23 · https://youtu.be/6UGAPDfrS2w?t=4223</w:t>
      </w:r>
    </w:p>
    <w:p>
      <w:r>
        <w:rPr>
          <w:i/>
        </w:rPr>
        <w:t>“Sometimes the mass media misuses the word jihad”</w:t>
      </w:r>
    </w:p>
    <w:p>
      <w:r>
        <w:rPr>
          <w:sz w:val="20"/>
        </w:rPr>
        <w:t>1:10:23  Had the opportunity of spending about eight years in the Sudan. And when you mentioned jihad, I understood like what is given to me.</w:t>
      </w:r>
      <w:r>
        <w:br/>
      </w:r>
      <w:r>
        <w:rPr>
          <w:sz w:val="20"/>
        </w:rPr>
        <w:t>1:10:34  It is something that you fight the evil in you, in yourself. And you also explain how you change your negative into positive thoughts.</w:t>
      </w:r>
      <w:r>
        <w:br/>
      </w:r>
      <w:r>
        <w:rPr>
          <w:sz w:val="20"/>
        </w:rPr>
        <w:t>1:10:45  Now, sometimes when the mass media misuses the word jihad, is that a distorted meaning of jihad?</w:t>
      </w:r>
      <w:r>
        <w:br/>
      </w:r>
      <w:r>
        <w:rPr>
          <w:sz w:val="20"/>
        </w:rPr>
        <w:t>1:10:56  Just like the clarification. Because my understanding, which I find it very good and I use it, is jihad is to fight the evil in you and not an external thing.</w:t>
      </w:r>
      <w:r>
        <w:br/>
      </w:r>
      <w:r>
        <w:rPr>
          <w:sz w:val="20"/>
        </w:rPr>
        <w:t>1:11:07  You are correct. I would like to add something more. You are completely correct.</w:t>
      </w:r>
      <w:r>
        <w:br/>
      </w:r>
      <w:r>
        <w:rPr>
          <w:sz w:val="20"/>
        </w:rPr>
        <w:t>1:11:14  Literally, jihad means a struggle, to struggle, to strive. It has nothing to do with war.</w:t>
      </w:r>
      <w:r>
        <w:br/>
      </w:r>
      <w:r>
        <w:rPr>
          <w:sz w:val="20"/>
        </w:rPr>
        <w:t>1:11:24  Jihad doesn't mean war. It is simply a struggle. That is a peaceful struggle. There is a verse in the Quran, "Wajahid hum behijih jahadan kabira." This is the Quranic verse,</w:t>
      </w:r>
      <w:r>
        <w:br/>
      </w:r>
      <w:r>
        <w:rPr>
          <w:sz w:val="20"/>
        </w:rPr>
        <w:t>1:11:40  "Wajahid hum behijih jahadan kabira."</w:t>
      </w:r>
      <w:r>
        <w:br/>
      </w:r>
      <w:r>
        <w:rPr>
          <w:sz w:val="20"/>
        </w:rPr>
        <w:t>1:11:43  Do great jihad with the help of the Quran. You mean, you know, Quran is not a sword. It's not a gun.</w:t>
      </w:r>
      <w:r>
        <w:br/>
      </w:r>
      <w:r>
        <w:rPr>
          <w:sz w:val="20"/>
        </w:rPr>
        <w:t>1:11:51  Quran is not a bomb. So how can you do jihad with the help of the Quran? It means that jihad means a ideological campaign, a ideological effort in a peaceful manner.</w:t>
      </w:r>
      <w:r>
        <w:br/>
      </w:r>
      <w:r>
        <w:rPr>
          <w:sz w:val="20"/>
        </w:rPr>
        <w:t>1:12:05  So jihad means a peaceful struggle. It's very evident in the Quran and Hadith.</w:t>
      </w:r>
      <w:r>
        <w:br/>
      </w:r>
      <w:r>
        <w:rPr>
          <w:sz w:val="20"/>
        </w:rPr>
        <w:t>1:12:13  Those people who use the word jihad for their militancy, they are misusing this word. It is, I can say that it is a grave misuse of this word.</w:t>
      </w:r>
      <w:r>
        <w:br/>
      </w:r>
      <w:r>
        <w:rPr>
          <w:sz w:val="20"/>
        </w:rPr>
        <w:t>1:12:31  Jihad means a peaceful struggle. That's all.</w:t>
      </w:r>
    </w:p>
    <w:p>
      <w:pPr>
        <w:pStyle w:val="Heading2"/>
      </w:pPr>
      <w:r>
        <w:t>Personal dilemma and finding true Islam</w:t>
      </w:r>
    </w:p>
    <w:p>
      <w:r>
        <w:rPr>
          <w:color w:val="666666"/>
          <w:sz w:val="18"/>
        </w:rPr>
        <w:t>Interaction with German Delegation January 4, 2020 · 1m 09s · at 6:21 · https://youtu.be/eWcszNLZK1U?t=381</w:t>
      </w:r>
    </w:p>
    <w:p>
      <w:r>
        <w:rPr>
          <w:i/>
        </w:rPr>
        <w:t>“Was I a proponent of a religion which was sanctioning violence?”</w:t>
      </w:r>
    </w:p>
    <w:p>
      <w:r>
        <w:rPr>
          <w:sz w:val="20"/>
        </w:rPr>
        <w:t>6:21  And that led me to study, and which is when I stumbled upon Maulana Waiduddin Khan's writings. And you'reright that we often refer back to the classical scriptures of Islam, which is the Quran and Hadith.</w:t>
      </w:r>
      <w:r>
        <w:br/>
      </w:r>
      <w:r>
        <w:rPr>
          <w:sz w:val="20"/>
        </w:rPr>
        <w:t>6:38  And there is a very important thing that Maulana says. He says that we must differentiate between Islam and Muslims. And that is really where I got my answer because I could also see Muslims around doing completely different things which I never thought was Islam.</w:t>
      </w:r>
      <w:r>
        <w:br/>
      </w:r>
      <w:r>
        <w:rPr>
          <w:sz w:val="20"/>
        </w:rPr>
        <w:t>6:55  And here, when you read Islam, you realize that, no, it is completely different. So the only answer that and I'm sharing what I found was that Muslims do not understand Islam.</w:t>
      </w:r>
      <w:r>
        <w:br/>
      </w:r>
      <w:r>
        <w:rPr>
          <w:sz w:val="20"/>
        </w:rPr>
        <w:t>7:07  So today, the Muslim population that we have, by and large, they do not have the idea of what Islam means. And that is largely either stemming out of their own lack of study, lack of misinterpretation.</w:t>
      </w:r>
      <w:r>
        <w:br/>
      </w:r>
      <w:r>
        <w:rPr>
          <w:sz w:val="20"/>
        </w:rPr>
        <w:t>7:18  There can be several factors attributed to it. But that's what I would like to concisely say, and maybe Ampa and Mariya can add on to that. I'll go point-wise because you made a number of</w:t>
      </w:r>
    </w:p>
    <w:p>
      <w:pPr>
        <w:pStyle w:val="Heading2"/>
      </w:pPr>
      <w:r>
        <w:t>how self-awareness leads to knowing God</w:t>
      </w:r>
    </w:p>
    <w:p>
      <w:r>
        <w:rPr>
          <w:color w:val="666666"/>
          <w:sz w:val="18"/>
        </w:rPr>
        <w:t>Discovery of Paradise March 22, 2015 · 44s · at 43:43 · https://youtu.be/2axrfd7sZkE?t=2623</w:t>
      </w:r>
    </w:p>
    <w:p>
      <w:r>
        <w:rPr>
          <w:i/>
        </w:rPr>
        <w:t>“Jab aapko shu'oor milta hai, aap sochna shuru karte hain”</w:t>
      </w:r>
    </w:p>
    <w:p>
      <w:r>
        <w:rPr>
          <w:sz w:val="20"/>
        </w:rPr>
        <w:t>43:43  yahan se beginning hoti hai. jab aap, jab aap ko shaoor milta hai, jab aap motive aati hai aap ke andar, to aap sochne shuru karte hain ke ke mein kaise paida ho gaya, yeh duniya kaise ban gayi,</w:t>
      </w:r>
      <w:r>
        <w:br/>
      </w:r>
      <w:r>
        <w:rPr>
          <w:sz w:val="20"/>
        </w:rPr>
        <w:t>44:02  kya hai zindagi, kya hai maut.</w:t>
      </w:r>
      <w:r>
        <w:br/>
      </w:r>
      <w:r>
        <w:rPr>
          <w:sz w:val="20"/>
        </w:rPr>
        <w:t>44:07  to is is soch se aap pohanchte hain jis cheez par, jis cheez tak, usi ko hota hai marifat. to marifat se aghaz hota hai,</w:t>
      </w:r>
      <w:r>
        <w:br/>
      </w:r>
      <w:r>
        <w:rPr>
          <w:sz w:val="20"/>
        </w:rPr>
        <w:t>44:23  phir sari cheezein unfold hoti hain.</w:t>
      </w:r>
    </w:p>
    <w:p>
      <w:pPr>
        <w:pStyle w:val="Heading2"/>
      </w:pPr>
      <w:r>
        <w:t>Alfred Adler on human potential</w:t>
      </w:r>
    </w:p>
    <w:p>
      <w:r>
        <w:rPr>
          <w:color w:val="666666"/>
          <w:sz w:val="18"/>
        </w:rPr>
        <w:t>Science and Spirituality | April 25, 2007 | Maulana Wahiduddin Kha · 30s · at 51:17 · https://youtu.be/cStp24Ri3ps?t=3077</w:t>
      </w:r>
    </w:p>
    <w:p>
      <w:r>
        <w:rPr>
          <w:i/>
        </w:rPr>
        <w:t>“So here I would like to refer to a psychologist”</w:t>
      </w:r>
    </w:p>
    <w:p>
      <w:r>
        <w:rPr>
          <w:sz w:val="20"/>
        </w:rPr>
        <w:t>51:17  .</w:t>
      </w:r>
      <w:r>
        <w:br/>
      </w:r>
      <w:r>
        <w:rPr>
          <w:sz w:val="20"/>
        </w:rPr>
        <w:t>51:23  So here I would like to refer to a psychologist.</w:t>
      </w:r>
      <w:r>
        <w:br/>
      </w:r>
      <w:r>
        <w:rPr>
          <w:sz w:val="20"/>
        </w:rPr>
        <w:t>51:29  His name was Alfred Adler.</w:t>
      </w:r>
      <w:r>
        <w:br/>
      </w:r>
      <w:r>
        <w:rPr>
          <w:sz w:val="20"/>
        </w:rPr>
        <w:t>51:35  He was a German scientist, Alfred Adler.</w:t>
      </w:r>
      <w:r>
        <w:br/>
      </w:r>
      <w:r>
        <w:rPr>
          <w:sz w:val="20"/>
        </w:rPr>
        <w:t>51:41  His last book was "Individual Psychology." "Individual</w:t>
      </w:r>
    </w:p>
    <w:p>
      <w:pPr>
        <w:pStyle w:val="Heading2"/>
      </w:pPr>
      <w:r>
        <w:t>How preaching Islam became my own path of self-education</w:t>
      </w:r>
    </w:p>
    <w:p>
      <w:r>
        <w:rPr>
          <w:color w:val="666666"/>
          <w:sz w:val="18"/>
        </w:rPr>
        <w:t>Divine Personality April 2, 2014 Maulana Wahiduddin Khan · 5m 51s · at 21:07 · https://youtu.be/4F-V__KFzpA?t=1267</w:t>
      </w:r>
    </w:p>
    <w:p>
      <w:r>
        <w:rPr>
          <w:i/>
        </w:rPr>
        <w:t>“When you involve yourself in da'wah, every day you feel some experience.”</w:t>
      </w:r>
    </w:p>
    <w:p>
      <w:r>
        <w:rPr>
          <w:sz w:val="20"/>
        </w:rPr>
        <w:t>21:07  Then when you involve yourself in da'wah you every day you feel some experience when you interact with your Madhu,</w:t>
      </w:r>
      <w:r>
        <w:br/>
      </w:r>
      <w:r>
        <w:rPr>
          <w:sz w:val="20"/>
        </w:rPr>
        <w:t>21:25  when you discuss with your Madhu, when you</w:t>
      </w:r>
      <w:r>
        <w:br/>
      </w:r>
      <w:r>
        <w:rPr>
          <w:sz w:val="20"/>
        </w:rPr>
        <w:t>21:34  try to convince your mother then you feel that there are so many question</w:t>
      </w:r>
      <w:r>
        <w:br/>
      </w:r>
      <w:r>
        <w:rPr>
          <w:sz w:val="20"/>
        </w:rPr>
        <w:t>21:40  s. My guru gives you a new way of thinking, a new item of thinking. Then if you are sincere, if you want to convince your guru,</w:t>
      </w:r>
      <w:r>
        <w:br/>
      </w:r>
      <w:r>
        <w:rPr>
          <w:sz w:val="20"/>
        </w:rPr>
        <w:t>21:57  if you want to address the mind of Madhu then you will prepare yourself so that you may address the mind of Madhu.</w:t>
      </w:r>
      <w:r>
        <w:br/>
      </w:r>
      <w:r>
        <w:rPr>
          <w:sz w:val="20"/>
        </w:rPr>
        <w:t>22:09  In this sense I can say that da'wah is a bilateral process. Da'wah is not unilateral announcement.</w:t>
      </w:r>
      <w:r>
        <w:br/>
      </w:r>
      <w:r>
        <w:rPr>
          <w:sz w:val="20"/>
        </w:rPr>
        <w:t>22:22  Da'wah is a bilateral process. It is a mutual learning. It is giving at the same time taking.</w:t>
      </w:r>
      <w:r>
        <w:br/>
      </w:r>
      <w:r>
        <w:rPr>
          <w:sz w:val="20"/>
        </w:rPr>
        <w:t>22:33  Madhu, they give something to Madhu. A Madhu takes something from you.</w:t>
      </w:r>
      <w:r>
        <w:br/>
      </w:r>
      <w:r>
        <w:rPr>
          <w:sz w:val="20"/>
        </w:rPr>
        <w:t>22:44  So it is a give-and-take process</w:t>
      </w:r>
      <w:r>
        <w:br/>
      </w:r>
      <w:r>
        <w:rPr>
          <w:sz w:val="20"/>
        </w:rPr>
        <w:t>22:49  . So if they is sincere, if they is a prepared mind then da'wah becomes for him a way of intellectual development, spiritual development, personality development.</w:t>
      </w:r>
      <w:r>
        <w:br/>
      </w:r>
      <w:r>
        <w:rPr>
          <w:sz w:val="20"/>
        </w:rPr>
        <w:t>23:07  So we have to know that da'wah is not only for Madhu. It is also for diey.</w:t>
      </w:r>
      <w:r>
        <w:br/>
      </w:r>
      <w:r>
        <w:rPr>
          <w:sz w:val="20"/>
        </w:rPr>
        <w:t>23:19  It is a double-sided work. I think that according to my experience I can say that the greatest, greatest boost for intellectual development is da'wah.</w:t>
      </w:r>
      <w:r>
        <w:br/>
      </w:r>
      <w:r>
        <w:rPr>
          <w:sz w:val="20"/>
        </w:rPr>
        <w:t>23:42  I have so many experiences in my mind, in life that when I met someone where I wanted to convey the message of Islam to someone he raised some question.</w:t>
      </w:r>
      <w:r>
        <w:br/>
      </w:r>
      <w:r>
        <w:rPr>
          <w:sz w:val="20"/>
        </w:rPr>
        <w:t>24:00  That question, that question</w:t>
      </w:r>
      <w:r>
        <w:br/>
      </w:r>
      <w:r>
        <w:rPr>
          <w:sz w:val="20"/>
        </w:rPr>
        <w:t>24:08  made me rethinking.</w:t>
      </w:r>
      <w:r>
        <w:br/>
      </w:r>
      <w:r>
        <w:rPr>
          <w:sz w:val="20"/>
        </w:rPr>
        <w:t>24:11  Sometime I found that at that time, when at the time of counter I was unable to reply to his question.</w:t>
      </w:r>
      <w:r>
        <w:br/>
      </w:r>
      <w:r>
        <w:rPr>
          <w:sz w:val="20"/>
        </w:rPr>
        <w:t>24:23  There are so many instances. When I found myself helpless then what happened?</w:t>
      </w:r>
      <w:r>
        <w:br/>
      </w:r>
      <w:r>
        <w:rPr>
          <w:sz w:val="20"/>
        </w:rPr>
        <w:t>24:33  I returned with a new decision that I will prepare myself. I will prepare myself.</w:t>
      </w:r>
      <w:r>
        <w:br/>
      </w:r>
      <w:r>
        <w:rPr>
          <w:sz w:val="20"/>
        </w:rPr>
        <w:t>24:42  I will prepare myself. So I studied books. I inquired,</w:t>
      </w:r>
      <w:r>
        <w:br/>
      </w:r>
      <w:r>
        <w:rPr>
          <w:sz w:val="20"/>
        </w:rPr>
        <w:t>24:51  I inquired about his question. I studied the Qur'an again and again.</w:t>
      </w:r>
      <w:r>
        <w:br/>
      </w:r>
      <w:r>
        <w:rPr>
          <w:sz w:val="20"/>
        </w:rPr>
        <w:t>24:59  So</w:t>
      </w:r>
      <w:r>
        <w:br/>
      </w:r>
      <w:r>
        <w:rPr>
          <w:sz w:val="20"/>
        </w:rPr>
        <w:t>25:03  my da'wah work became</w:t>
      </w:r>
      <w:r>
        <w:br/>
      </w:r>
      <w:r>
        <w:rPr>
          <w:sz w:val="20"/>
        </w:rPr>
        <w:t>25:08  a study work also. So according to my experience da'wah is a great source of self-training.</w:t>
      </w:r>
      <w:r>
        <w:br/>
      </w:r>
      <w:r>
        <w:rPr>
          <w:sz w:val="20"/>
        </w:rPr>
        <w:t>25:21  If you are sincere, if you are sincere then da'wah is a great source of self-training.</w:t>
      </w:r>
      <w:r>
        <w:br/>
      </w:r>
      <w:r>
        <w:rPr>
          <w:sz w:val="20"/>
        </w:rPr>
        <w:t>25:32  Da'wah is a great source of</w:t>
      </w:r>
      <w:r>
        <w:br/>
      </w:r>
      <w:r>
        <w:rPr>
          <w:sz w:val="20"/>
        </w:rPr>
        <w:t>25:39  intellectual development. Because Madhu</w:t>
      </w:r>
      <w:r>
        <w:br/>
      </w:r>
      <w:r>
        <w:rPr>
          <w:sz w:val="20"/>
        </w:rPr>
        <w:t>25:47  was born in a different environment his way of thinking is quite different.</w:t>
      </w:r>
      <w:r>
        <w:br/>
      </w:r>
      <w:r>
        <w:rPr>
          <w:sz w:val="20"/>
        </w:rPr>
        <w:t>25:54  So when you meet he will raise different kinds of questions and sometime you are not prepared to answer to those questions.</w:t>
      </w:r>
      <w:r>
        <w:br/>
      </w:r>
      <w:r>
        <w:rPr>
          <w:sz w:val="20"/>
        </w:rPr>
        <w:t>26:08  But if you are sincere then you will go to further study.</w:t>
      </w:r>
      <w:r>
        <w:br/>
      </w:r>
      <w:r>
        <w:rPr>
          <w:sz w:val="20"/>
        </w:rPr>
        <w:t>26:17  You will contemplate, you will think again and again and then you will discover some new things.</w:t>
      </w:r>
      <w:r>
        <w:br/>
      </w:r>
      <w:r>
        <w:rPr>
          <w:sz w:val="20"/>
        </w:rPr>
        <w:t>26:30  Some of my books were compiled by this kind of after this kind of experience.</w:t>
      </w:r>
      <w:r>
        <w:br/>
      </w:r>
      <w:r>
        <w:rPr>
          <w:sz w:val="20"/>
        </w:rPr>
        <w:t>26:42  So I think that da'wah is not</w:t>
      </w:r>
      <w:r>
        <w:br/>
      </w:r>
      <w:r>
        <w:rPr>
          <w:sz w:val="20"/>
        </w:rPr>
        <w:t>26:51  simply an announcement. Da'wah is a great task.</w:t>
      </w:r>
    </w:p>
    <w:p>
      <w:pPr>
        <w:pStyle w:val="Heading2"/>
      </w:pPr>
      <w:r>
        <w:t>Islam is mind-based, others heart-based</w:t>
      </w:r>
    </w:p>
    <w:p>
      <w:r>
        <w:rPr>
          <w:color w:val="666666"/>
          <w:sz w:val="18"/>
        </w:rPr>
        <w:t>Discussion on Marefat (Ulama Session- I) Peace Conference April 29-30, 2023 · 1m 49s · at 11:35 · https://youtu.be/c1NFCRXpYBQ?t=695</w:t>
      </w:r>
    </w:p>
    <w:p>
      <w:r>
        <w:rPr>
          <w:i/>
        </w:rPr>
        <w:t>“In the last times, only Islam will remain.”</w:t>
      </w:r>
    </w:p>
    <w:p>
      <w:r>
        <w:rPr>
          <w:sz w:val="20"/>
        </w:rPr>
        <w:t>11:35  Aqala</w:t>
      </w:r>
      <w:r>
        <w:br/>
      </w:r>
      <w:r>
        <w:rPr>
          <w:sz w:val="20"/>
        </w:rPr>
        <w:t>11:43  yeh is silsile mein ek hadith hai aakhiri zamane se mutalliq usmein rasool ullah sallallahu ne farmaya ki</w:t>
      </w:r>
      <w:r>
        <w:br/>
      </w:r>
      <w:r>
        <w:rPr>
          <w:sz w:val="20"/>
        </w:rPr>
        <w:t>11:52  wahi ullahu ki zamani hi almil alqullah alal al islam ki aakhiri zamane mein aisa hoga ki duniya</w:t>
      </w:r>
      <w:r>
        <w:br/>
      </w:r>
      <w:r>
        <w:rPr>
          <w:sz w:val="20"/>
        </w:rPr>
        <w:t>12:01  mein jitni millatein hain woh saari kamzor ho jayengi siwaye islam ke.</w:t>
      </w:r>
      <w:r>
        <w:br/>
      </w:r>
      <w:r>
        <w:rPr>
          <w:sz w:val="20"/>
        </w:rPr>
        <w:t>12:10  Ab sawal yeh hai ke kyun aisa waqia hoga ke sari millatein kamzor ho jayengi aur Islam apni position par baqi rahega? Iski wajah yeh hai ke doosre jitne mazahib hain woh heart based hain. Yaani heart based ka matlab yeh hai ke aadmi ko bas mazhab ko aik qasaddusat ka mauzu banakar usko maan lena hai.</w:t>
      </w:r>
      <w:r>
        <w:br/>
      </w:r>
      <w:r>
        <w:rPr>
          <w:sz w:val="20"/>
        </w:rPr>
        <w:t>12:37  us par use sawalat nahi karna hai. Lekin mind based ka matlab yeh hai ke aap sawal kar sakte hain, sawal utha sakte hain, baaton ko samajh sakte hain, baaton ko samjha ja sakta hai. Iska matlab yeh hai ke jo zamana aakhri zamana hoga, woh mukammal mano mein rational argument ka zamana hoga.</w:t>
      </w:r>
      <w:r>
        <w:br/>
      </w:r>
      <w:r>
        <w:rPr>
          <w:sz w:val="20"/>
        </w:rPr>
        <w:t>13:03  us zamane mein jo log heart based ki baatein karenge woh mukammal tarike se filap ho jayenge. sirf us zamane mein wahi position par rahega jo akal based baatein karenge.dekhiye hum jante hain ke insaan jab is duniya mein aaya tha aap zara to saboor karen.</w:t>
      </w:r>
      <w:r>
        <w:br/>
      </w:r>
      <w:r>
        <w:rPr>
          <w:sz w:val="20"/>
        </w:rPr>
        <w:t>13:24  aaj hum jo is roz zameen par itna bada development dekh rahe hain, tarah ki yaad dekh rahe hain ke insaan ne behtareen sawariyan bana li hain, behtareen technology aaj insaan ke paas hai.yeh sab kuch kiski din hai?yeh yeh jo moajiza ho gaya hai zameen par ke jab insaan aaya tha to uske paas rehne ke liye chhat ka ghar bhi nahi tha.woh khud usko banana padta tha.</w:t>
      </w:r>
    </w:p>
    <w:p>
      <w:pPr>
        <w:pStyle w:val="Heading2"/>
      </w:pPr>
      <w:r>
        <w:t>Only deconditioning frees you from environment</w:t>
      </w:r>
    </w:p>
    <w:p>
      <w:r>
        <w:rPr>
          <w:color w:val="666666"/>
          <w:sz w:val="18"/>
        </w:rPr>
        <w:t>Spirituality in Simple Living, High Thinking October 27, 2019 Maulana Wahiduddin Khan · 58s · at 47:00 · https://youtu.be/Kr28g15eFr8?t=2820</w:t>
      </w:r>
    </w:p>
    <w:p>
      <w:r>
        <w:rPr>
          <w:i/>
        </w:rPr>
        <w:t>“Conditioning has no solution except deconditioning”</w:t>
      </w:r>
    </w:p>
    <w:p>
      <w:r>
        <w:rPr>
          <w:sz w:val="20"/>
        </w:rPr>
        <w:t>47:00  yeh to rahi to kuch bhi nahi,</w:t>
      </w:r>
      <w:r>
        <w:br/>
      </w:r>
      <w:r>
        <w:rPr>
          <w:sz w:val="20"/>
        </w:rPr>
        <w:t>47:04  wohin se to condition shuru hoti hai aur conditioning ka koi hal nahi hai siwaye de conditioning ke.</w:t>
      </w:r>
      <w:r>
        <w:br/>
      </w:r>
      <w:r>
        <w:rPr>
          <w:sz w:val="20"/>
        </w:rPr>
        <w:t>47:16  aap excuse agar lenge to aap conditioning ko de condition kar nahi sakte. to yeh to aap ko karna hi karna hai.</w:t>
      </w:r>
      <w:r>
        <w:br/>
      </w:r>
      <w:r>
        <w:rPr>
          <w:sz w:val="20"/>
        </w:rPr>
        <w:t>47:31  environment se</w:t>
      </w:r>
      <w:r>
        <w:br/>
      </w:r>
      <w:r>
        <w:rPr>
          <w:sz w:val="20"/>
        </w:rPr>
        <w:t>47:36  ke influence se bachne ke liye to aap ko merciless de conditioning karni padegi, is mein koi doosri baat nahi hai.</w:t>
      </w:r>
      <w:r>
        <w:br/>
      </w:r>
      <w:r>
        <w:rPr>
          <w:sz w:val="20"/>
        </w:rPr>
        <w:t>47:53  merciless de conditioning,</w:t>
      </w:r>
    </w:p>
    <w:p>
      <w:pPr>
        <w:pStyle w:val="Heading2"/>
      </w:pPr>
      <w:r>
        <w:t>Formula for a happy life and sound sleep</w:t>
      </w:r>
    </w:p>
    <w:p>
      <w:r>
        <w:rPr>
          <w:color w:val="666666"/>
          <w:sz w:val="18"/>
        </w:rPr>
        <w:t>Spirituality in Simple Living, High Thinking October 27, 2019 Maulana Wahiduddin Khan · 49s · at 26:31 · https://youtu.be/Kr28g15eFr8?t=1591</w:t>
      </w:r>
    </w:p>
    <w:p>
      <w:r>
        <w:rPr>
          <w:i/>
        </w:rPr>
        <w:t>“Simple living, high thinking — that's the whole way of life”</w:t>
      </w:r>
    </w:p>
    <w:p>
      <w:r>
        <w:rPr>
          <w:sz w:val="20"/>
        </w:rPr>
        <w:t>26:31  spirituality ka art us ko aa gaya ho. woh yahi hai simple living, high thinking, simple living, high thinking.</w:t>
      </w:r>
      <w:r>
        <w:br/>
      </w:r>
      <w:r>
        <w:rPr>
          <w:sz w:val="20"/>
        </w:rPr>
        <w:t>26:46  to mein kahoon ga ke agar aap ko jeena hai khushi ke sath, sound mind, sound sleep lena lena hai raat ko,</w:t>
      </w:r>
      <w:r>
        <w:br/>
      </w:r>
      <w:r>
        <w:rPr>
          <w:sz w:val="20"/>
        </w:rPr>
        <w:t>27:03  to aap is cheez chal way of life ikhtiyar kijiye. aur woh yahi hai, aur woh yahi hai.</w:t>
      </w:r>
    </w:p>
    <w:p>
      <w:pPr>
        <w:pStyle w:val="Heading2"/>
      </w:pPr>
      <w:r>
        <w:t>Stress as blessing and brainstorming</w:t>
      </w:r>
    </w:p>
    <w:p>
      <w:r>
        <w:rPr>
          <w:color w:val="666666"/>
          <w:sz w:val="18"/>
        </w:rPr>
        <w:t>Science and Spirituality | April 25, 2007 | Maulana Wahiduddin Kha · 5m 39s · at 31:19 · https://youtu.be/cStp24Ri3ps?t=1879</w:t>
      </w:r>
    </w:p>
    <w:p>
      <w:r>
        <w:rPr>
          <w:i/>
        </w:rPr>
        <w:t>“In our modern times people are living in tension in stress”</w:t>
      </w:r>
    </w:p>
    <w:p>
      <w:r>
        <w:rPr>
          <w:sz w:val="20"/>
        </w:rPr>
        <w:t>31:19  in our modern times, people are living in tension, in stress.</w:t>
      </w:r>
      <w:r>
        <w:br/>
      </w:r>
      <w:r>
        <w:rPr>
          <w:sz w:val="20"/>
        </w:rPr>
        <w:t>31:26  Modern life is a very busy life.</w:t>
      </w:r>
      <w:r>
        <w:br/>
      </w:r>
      <w:r>
        <w:rPr>
          <w:sz w:val="20"/>
        </w:rPr>
        <w:t>31:32  Every time there are problems, there are diseases, there are tensions, there are problems.</w:t>
      </w:r>
      <w:r>
        <w:br/>
      </w:r>
      <w:r>
        <w:rPr>
          <w:sz w:val="20"/>
        </w:rPr>
        <w:t>31:39  So every man and woman are living in stress, in tension.</w:t>
      </w:r>
      <w:r>
        <w:br/>
      </w:r>
      <w:r>
        <w:rPr>
          <w:sz w:val="20"/>
        </w:rPr>
        <w:t>31:46  So there are some experts, they invite you</w:t>
      </w:r>
      <w:r>
        <w:br/>
      </w:r>
      <w:r>
        <w:rPr>
          <w:sz w:val="20"/>
        </w:rPr>
        <w:t>31:52  to come to our office and we will, we have an art, we have, we are experts of de-stressing. We will de-stress your, we will de-stress your stressing. So they are experts of de-stressing. And what is de, what is this de-stressing? It is, it is a,</w:t>
      </w:r>
      <w:r>
        <w:br/>
      </w:r>
      <w:r>
        <w:rPr>
          <w:sz w:val="20"/>
        </w:rPr>
        <w:t>32:22  it is, it is like psychological killing.</w:t>
      </w:r>
      <w:r>
        <w:br/>
      </w:r>
      <w:r>
        <w:rPr>
          <w:sz w:val="20"/>
        </w:rPr>
        <w:t>32:28  If you join these institutions, you, if you seek help from these experts, they will tell you, stop</w:t>
      </w:r>
      <w:r>
        <w:br/>
      </w:r>
      <w:r>
        <w:rPr>
          <w:sz w:val="20"/>
        </w:rPr>
        <w:t>32:34  thinking, stop the thinking process.</w:t>
      </w:r>
      <w:r>
        <w:br/>
      </w:r>
      <w:r>
        <w:rPr>
          <w:sz w:val="20"/>
        </w:rPr>
        <w:t>32:40  And then there is no stress, there is no tension.</w:t>
      </w:r>
      <w:r>
        <w:br/>
      </w:r>
      <w:r>
        <w:rPr>
          <w:sz w:val="20"/>
        </w:rPr>
        <w:t>32:47  Is it a solution?</w:t>
      </w:r>
      <w:r>
        <w:br/>
      </w:r>
      <w:r>
        <w:rPr>
          <w:sz w:val="20"/>
        </w:rPr>
        <w:t>32:53  Is it saying like that, take poison and there is no tension?</w:t>
      </w:r>
      <w:r>
        <w:br/>
      </w:r>
      <w:r>
        <w:rPr>
          <w:sz w:val="20"/>
        </w:rPr>
        <w:t>33:00  It is a psychological killing.</w:t>
      </w:r>
      <w:r>
        <w:br/>
      </w:r>
      <w:r>
        <w:rPr>
          <w:sz w:val="20"/>
        </w:rPr>
        <w:t>33:08  So I would like to say this, that science shows us the way.</w:t>
      </w:r>
      <w:r>
        <w:br/>
      </w:r>
      <w:r>
        <w:rPr>
          <w:sz w:val="20"/>
        </w:rPr>
        <w:t>33:15  And that is, avail your intellectual capacity, avail</w:t>
      </w:r>
      <w:r>
        <w:br/>
      </w:r>
      <w:r>
        <w:rPr>
          <w:sz w:val="20"/>
        </w:rPr>
        <w:t>33:23  all those, all those particles God has created for you. Then if you, if you use your mind, if you, if you use your mind and try to understand on an intellectual level, a mind-based Spirituality means trying to understand the things on an intellectual level, tr</w:t>
      </w:r>
      <w:r>
        <w:br/>
      </w:r>
      <w:r>
        <w:rPr>
          <w:sz w:val="20"/>
        </w:rPr>
        <w:t>33:53  ying to explain the things on an intellectual level.</w:t>
      </w:r>
      <w:r>
        <w:br/>
      </w:r>
      <w:r>
        <w:rPr>
          <w:sz w:val="20"/>
        </w:rPr>
        <w:t>34:01  So if you try to explain this phenomenon, that is stress or tension, on an intellectual level, you</w:t>
      </w:r>
      <w:r>
        <w:br/>
      </w:r>
      <w:r>
        <w:rPr>
          <w:sz w:val="20"/>
        </w:rPr>
        <w:t>34:09  will discover a great thing.</w:t>
      </w:r>
      <w:r>
        <w:br/>
      </w:r>
      <w:r>
        <w:rPr>
          <w:sz w:val="20"/>
        </w:rPr>
        <w:t>34:17  And this, this also has already, this is also a discovery of science.</w:t>
      </w:r>
      <w:r>
        <w:br/>
      </w:r>
      <w:r>
        <w:rPr>
          <w:sz w:val="20"/>
        </w:rPr>
        <w:t>34:25  Science has discovered that when man faces some challenges, there is a brainstorm in his mind.</w:t>
      </w:r>
      <w:r>
        <w:br/>
      </w:r>
      <w:r>
        <w:rPr>
          <w:sz w:val="20"/>
        </w:rPr>
        <w:t>34:31  When we face challenges, when we, when we face some big problems, then there is a, there is</w:t>
      </w:r>
      <w:r>
        <w:br/>
      </w:r>
      <w:r>
        <w:rPr>
          <w:sz w:val="20"/>
        </w:rPr>
        <w:t>34:37  a brainstorm in our, in our mind.</w:t>
      </w:r>
      <w:r>
        <w:br/>
      </w:r>
      <w:r>
        <w:rPr>
          <w:sz w:val="20"/>
        </w:rPr>
        <w:t>34:43  And what is this brainstorm?</w:t>
      </w:r>
      <w:r>
        <w:br/>
      </w:r>
      <w:r>
        <w:rPr>
          <w:sz w:val="20"/>
        </w:rPr>
        <w:t>34:49  According to scientific discov</w:t>
      </w:r>
      <w:r>
        <w:br/>
      </w:r>
      <w:r>
        <w:rPr>
          <w:sz w:val="20"/>
        </w:rPr>
        <w:t>34:55  eries, I am explaining the scientific Spirituality.</w:t>
      </w:r>
      <w:r>
        <w:br/>
      </w:r>
      <w:r>
        <w:rPr>
          <w:sz w:val="20"/>
        </w:rPr>
        <w:t>35:02  This is scientific Spirituality.</w:t>
      </w:r>
      <w:r>
        <w:br/>
      </w:r>
      <w:r>
        <w:rPr>
          <w:sz w:val="20"/>
        </w:rPr>
        <w:t>35:10  So according to scientific discovery, when there is brainstorming, it is a blessing in disguise for you. Why?</w:t>
      </w:r>
      <w:r>
        <w:br/>
      </w:r>
      <w:r>
        <w:rPr>
          <w:sz w:val="20"/>
        </w:rPr>
        <w:t>35:17  Because brainstorming activates your, your mind. It activates</w:t>
      </w:r>
      <w:r>
        <w:br/>
      </w:r>
      <w:r>
        <w:rPr>
          <w:sz w:val="20"/>
        </w:rPr>
        <w:t>35:25  all those particles, living particles.</w:t>
      </w:r>
      <w:r>
        <w:br/>
      </w:r>
      <w:r>
        <w:rPr>
          <w:sz w:val="20"/>
        </w:rPr>
        <w:t>35:33  So without brainstorming, your, your, your, your mind cannot, cannot be activated.</w:t>
      </w:r>
      <w:r>
        <w:br/>
      </w:r>
      <w:r>
        <w:rPr>
          <w:sz w:val="20"/>
        </w:rPr>
        <w:t>35:40  It lives in a dormant position.</w:t>
      </w:r>
      <w:r>
        <w:br/>
      </w:r>
      <w:r>
        <w:rPr>
          <w:sz w:val="20"/>
        </w:rPr>
        <w:t>35:48  So it is, it is the law of nature. It is</w:t>
      </w:r>
      <w:r>
        <w:br/>
      </w:r>
      <w:r>
        <w:rPr>
          <w:sz w:val="20"/>
        </w:rPr>
        <w:t>35:55  , it is a natural method to activate your mind.</w:t>
      </w:r>
      <w:r>
        <w:br/>
      </w:r>
      <w:r>
        <w:rPr>
          <w:sz w:val="20"/>
        </w:rPr>
        <w:t>36:06  Nature, this kind of brainstorming is a method of nature only to activate your mind.</w:t>
      </w:r>
      <w:r>
        <w:br/>
      </w:r>
      <w:r>
        <w:rPr>
          <w:sz w:val="20"/>
        </w:rPr>
        <w:t>36:16  And when your mind is activated, then it means that you are able to think, you are able to understand</w:t>
      </w:r>
      <w:r>
        <w:br/>
      </w:r>
      <w:r>
        <w:rPr>
          <w:sz w:val="20"/>
        </w:rPr>
        <w:t>36:27  , you are understandable, you are able to explain.</w:t>
      </w:r>
      <w:r>
        <w:br/>
      </w:r>
      <w:r>
        <w:rPr>
          <w:sz w:val="20"/>
        </w:rPr>
        <w:t>36:37  Here I would like to add one point that there are millions, billions of people who are engaged</w:t>
      </w:r>
      <w:r>
        <w:br/>
      </w:r>
      <w:r>
        <w:rPr>
          <w:sz w:val="20"/>
        </w:rPr>
        <w:t>36:48  in Spirituality, but no Spiritual person was able to produce a masterpiece,</w:t>
      </w:r>
    </w:p>
    <w:p>
      <w:pPr>
        <w:pStyle w:val="Heading2"/>
      </w:pPr>
      <w:r>
        <w:t>Man's contradiction in imperfect world</w:t>
      </w:r>
    </w:p>
    <w:p>
      <w:r>
        <w:rPr>
          <w:color w:val="666666"/>
          <w:sz w:val="18"/>
        </w:rPr>
        <w:t>Message on Eid Al-Adha October 27, 2012 · 21s · at 12:31 · https://youtu.be/eGzAlyVEafc?t=751</w:t>
      </w:r>
    </w:p>
    <w:p>
      <w:r>
        <w:rPr>
          <w:i/>
        </w:rPr>
        <w:t>“Jo insaan is raat ko jaane woh ek contradiction mein jeena hai”</w:t>
      </w:r>
    </w:p>
    <w:p>
      <w:r>
        <w:rPr>
          <w:sz w:val="20"/>
        </w:rPr>
        <w:t>12:31  jo insaan is raat ko jaan le ke main aik, main ko aik contradiction mein jeena hai, is raat ko jaan le ke I am and idealist, but I have to live in a, in a world which is less than ideal.</w:t>
      </w:r>
    </w:p>
    <w:p>
      <w:pPr>
        <w:pStyle w:val="Heading2"/>
      </w:pPr>
      <w:r>
        <w:t>Astronomer testifies the Qur'an is God's word</w:t>
      </w:r>
    </w:p>
    <w:p>
      <w:r>
        <w:rPr>
          <w:color w:val="666666"/>
          <w:sz w:val="18"/>
        </w:rPr>
        <w:t>Personality of A Believer February 2, 2014 · 4m 09s · at 33:34 · https://youtu.be/EiK_-O-Bjps?t=2014</w:t>
      </w:r>
    </w:p>
    <w:p>
      <w:r>
        <w:rPr>
          <w:i/>
        </w:rPr>
        <w:t>“Astronomer boley: main gawahi deta hoon Quran khuda ki kitab hai”</w:t>
      </w:r>
    </w:p>
    <w:p>
      <w:r>
        <w:rPr>
          <w:sz w:val="20"/>
        </w:rPr>
        <w:t>33:34  jaise maine is mein ek waqia likha hai, mazhab aur challenge, mazhab aur jo challenge mein jo kitab hai, god arises, god arises mein ek waqia likha hai ke Inayatullah Mashriqi sahib ek the, jo jinki taleem London mein hui thi.</w:t>
      </w:r>
      <w:r>
        <w:br/>
      </w:r>
      <w:r>
        <w:rPr>
          <w:sz w:val="20"/>
        </w:rPr>
        <w:t>33:52  to ek baar wapas gaye, baad ke zamane mein to apne ustad se mile, unke ustad se, Sir James Jeans.</w:t>
      </w:r>
      <w:r>
        <w:br/>
      </w:r>
      <w:r>
        <w:rPr>
          <w:sz w:val="20"/>
        </w:rPr>
        <w:t>34:06  Sir James Jeans ek ek, yani ek British scholar the, aur astronomy unka subject hota tha. To Ayatullah sahib unke shagird the.</w:t>
      </w:r>
      <w:r>
        <w:br/>
      </w:r>
      <w:r>
        <w:rPr>
          <w:sz w:val="20"/>
        </w:rPr>
        <w:t>34:19  to</w:t>
      </w:r>
      <w:r>
        <w:br/>
      </w:r>
      <w:r>
        <w:rPr>
          <w:sz w:val="20"/>
        </w:rPr>
        <w:t>34:21  baad ke zamane mein ek baar gaye London to unse mile. Woh jab mile to Sir James Jeans ne is astronomy ki baatein karna shuru kiya, aur bahut, yani zyada is se mah ho gaye.</w:t>
      </w:r>
      <w:r>
        <w:br/>
      </w:r>
      <w:r>
        <w:rPr>
          <w:sz w:val="20"/>
        </w:rPr>
        <w:t>34:40  woh unka bayan hai ke unke rongte khade ho rahe the jab bata rahe the ke itni badi kainat hai, itne bade source hain, itni badi galaxy hai,</w:t>
      </w:r>
      <w:r>
        <w:br/>
      </w:r>
      <w:r>
        <w:rPr>
          <w:sz w:val="20"/>
        </w:rPr>
        <w:t>34:48  itna, yani wonders of nature ko batate hue unke rongte khade ho rahe the.</w:t>
      </w:r>
      <w:r>
        <w:br/>
      </w:r>
      <w:r>
        <w:rPr>
          <w:sz w:val="20"/>
        </w:rPr>
        <w:t>34:58  to unko ek ayat yaad aayi, unhone kaha ke Sir agar ijazat ho to main ek Quran ki ek ayat aap ko pesh karoon.</w:t>
      </w:r>
      <w:r>
        <w:br/>
      </w:r>
      <w:r>
        <w:rPr>
          <w:sz w:val="20"/>
        </w:rPr>
        <w:t>35:10  to woh ayat jo Quran majeed mein hai ke innama yakhshallaaha min ibadihil ulamaa</w:t>
      </w:r>
      <w:r>
        <w:br/>
      </w:r>
      <w:r>
        <w:rPr>
          <w:sz w:val="20"/>
        </w:rPr>
        <w:t>35:19  innama yakhshallaaha min ibadihil ulamaa</w:t>
      </w:r>
      <w:r>
        <w:br/>
      </w:r>
      <w:r>
        <w:rPr>
          <w:sz w:val="20"/>
        </w:rPr>
        <w:t>35:24  ke aalim log, yani janne wale log bhi Allah se darte hain.</w:t>
      </w:r>
      <w:r>
        <w:br/>
      </w:r>
      <w:r>
        <w:rPr>
          <w:sz w:val="20"/>
        </w:rPr>
        <w:t>35:33  to unhone kaha ke dekhiye, yeh Quran mein likha hua hai ke jitna ilm badhega, utna Allah se taluq badhega ke Allah ka khauf badhega.</w:t>
      </w:r>
      <w:r>
        <w:br/>
      </w:r>
      <w:r>
        <w:rPr>
          <w:sz w:val="20"/>
        </w:rPr>
        <w:t>35:45  to kisi ka qaul hai ke this painting of knowledge turns people away from God and much of them, much of it, much of it brings them back to Him</w:t>
      </w:r>
      <w:r>
        <w:br/>
      </w:r>
      <w:r>
        <w:rPr>
          <w:sz w:val="20"/>
        </w:rPr>
        <w:t>36:01  yani thoda ilm Allah insaan ko Allah se door karta hai, aur zyada ilm insaan ko Khuda se qareeb karta hai.</w:t>
      </w:r>
      <w:r>
        <w:br/>
      </w:r>
      <w:r>
        <w:rPr>
          <w:sz w:val="20"/>
        </w:rPr>
        <w:t>36:12  to Sir James Jeans ko bahut taajjub hua ke Quran mein yeh likha hua hai ke ilm badhta hai to taluq billah badhta hai, ilm badhta hai to God consciousness badhta hai, ilm badhta hai to aadmi Allah ko zyada manne wala ban jata hai.</w:t>
      </w:r>
      <w:r>
        <w:br/>
      </w:r>
      <w:r>
        <w:rPr>
          <w:sz w:val="20"/>
        </w:rPr>
        <w:t>36:28  yeh likha hua hai,</w:t>
      </w:r>
      <w:r>
        <w:br/>
      </w:r>
      <w:r>
        <w:rPr>
          <w:sz w:val="20"/>
        </w:rPr>
        <w:t>36:30  yani ilm ke badhne se yeh aati hai yeh baat. To unhone dekha isko, aur is par iska unhone kaha ke Quran mein jab yeh likha hua hai to main gawahi deta hoon, Quran Khuda ki kitab hai.</w:t>
      </w:r>
      <w:r>
        <w:br/>
      </w:r>
      <w:r>
        <w:rPr>
          <w:sz w:val="20"/>
        </w:rPr>
        <w:t>36:46  bahut top ka scientist tha woh,</w:t>
      </w:r>
      <w:r>
        <w:br/>
      </w:r>
      <w:r>
        <w:rPr>
          <w:sz w:val="20"/>
        </w:rPr>
        <w:t>36:52  to usne kaha ke Ayatullah, tum gawah raho ke main is baat ki shahadat deta hoon ke Quran Khuda ki kitab hai.</w:t>
      </w:r>
      <w:r>
        <w:br/>
      </w:r>
      <w:r>
        <w:rPr>
          <w:sz w:val="20"/>
        </w:rPr>
        <w:t>37:02  itni badi baat kaise Muhammad ko maloom hoti? Yeh to Khuda hi jaan sakta tha, yani seven seven century mein, saatvi sadi mein to insaan jante nahi the astronomy ke bare mein, galaxy ke bare mein,</w:t>
      </w:r>
      <w:r>
        <w:br/>
      </w:r>
      <w:r>
        <w:rPr>
          <w:sz w:val="20"/>
        </w:rPr>
        <w:t>37:15  universe ke bare mein kuch pata nahi tha insaan</w:t>
      </w:r>
      <w:r>
        <w:br/>
      </w:r>
      <w:r>
        <w:rPr>
          <w:sz w:val="20"/>
        </w:rPr>
        <w:t>37:18  ko. Us waqt kahin jaan liya hai to yeh to Khuda tha jisne Muhammad ko bataya. To dekhiye, aap ko sacha dawi agar banna hai, sacha momin banna hai, sacha insaan banna hai,</w:t>
      </w:r>
      <w:r>
        <w:br/>
      </w:r>
      <w:r>
        <w:rPr>
          <w:sz w:val="20"/>
        </w:rPr>
        <w:t>37:34  sacha insaan, sacha momin, sacha dawi, sacha jannati, kuch bhi banna hai aap ko</w:t>
      </w:r>
    </w:p>
    <w:p>
      <w:pPr>
        <w:pStyle w:val="Heading2"/>
      </w:pPr>
      <w:r>
        <w:t>religion as complete system versus spirituality as its essence</w:t>
      </w:r>
    </w:p>
    <w:p>
      <w:r>
        <w:rPr>
          <w:color w:val="666666"/>
          <w:sz w:val="18"/>
        </w:rPr>
        <w:t>Interview Session with Maulana Wahiduddin Khan January 30, 2008 · 3m 03s · at 4:11 · https://youtu.be/o8Gpe9YMuZc?t=251</w:t>
      </w:r>
    </w:p>
    <w:p>
      <w:r>
        <w:rPr>
          <w:i/>
        </w:rPr>
        <w:t>“Some people take religion simply as a culture — that's wrong.”</w:t>
      </w:r>
    </w:p>
    <w:p>
      <w:r>
        <w:rPr>
          <w:sz w:val="20"/>
        </w:rPr>
        <w:t>4:11  but Maulana, is spirituality a part of religion, or is it an independent discipline?</w:t>
      </w:r>
      <w:r>
        <w:br/>
      </w:r>
      <w:r>
        <w:rPr>
          <w:sz w:val="20"/>
        </w:rPr>
        <w:t>4:20  yes, some people take it as an independent discipline, but is wrong.</w:t>
      </w:r>
      <w:r>
        <w:br/>
      </w:r>
      <w:r>
        <w:rPr>
          <w:sz w:val="20"/>
        </w:rPr>
        <w:t>4:27  these people take religion as a culture, simply as a culture.</w:t>
      </w:r>
      <w:r>
        <w:br/>
      </w:r>
      <w:r>
        <w:rPr>
          <w:sz w:val="20"/>
        </w:rPr>
        <w:t>4:37  so according to their conception, religion is nothing but some but a set of rituals, custom or culture.</w:t>
      </w:r>
      <w:r>
        <w:br/>
      </w:r>
      <w:r>
        <w:rPr>
          <w:sz w:val="20"/>
        </w:rPr>
        <w:t>4:48  this is reduced concept of religion.</w:t>
      </w:r>
      <w:r>
        <w:br/>
      </w:r>
      <w:r>
        <w:rPr>
          <w:sz w:val="20"/>
        </w:rPr>
        <w:t>4:54  according to my experience, religion is a complete system, complete discipline. religion encompass your home, your whole personality.</w:t>
      </w:r>
      <w:r>
        <w:br/>
      </w:r>
      <w:r>
        <w:rPr>
          <w:sz w:val="20"/>
        </w:rPr>
        <w:t>5:06  in this sense, spirituality is the essence of religion. when you speak about religion, there is a form, also there is a spirit.</w:t>
      </w:r>
      <w:r>
        <w:br/>
      </w:r>
      <w:r>
        <w:rPr>
          <w:sz w:val="20"/>
        </w:rPr>
        <w:t>5:20  so form is other thing, but as far as the spirit is concerned, that is spirituality. so you have to observe the form, but if you want to evolve the spirit of religion, that is spirituality.</w:t>
      </w:r>
      <w:r>
        <w:br/>
      </w:r>
      <w:r>
        <w:rPr>
          <w:sz w:val="20"/>
        </w:rPr>
        <w:t>5:40  so spirituality is the, spirituality is the, is an integral part of religion</w:t>
      </w:r>
      <w:r>
        <w:br/>
      </w:r>
      <w:r>
        <w:rPr>
          <w:sz w:val="20"/>
        </w:rPr>
        <w:t>5:49  . Maulana, you said that spirituality is the essence of religion. so how is it related to different aspects of a life, and can you give some examples?</w:t>
      </w:r>
      <w:r>
        <w:br/>
      </w:r>
      <w:r>
        <w:rPr>
          <w:sz w:val="20"/>
        </w:rPr>
        <w:t>6:00  spirituality, I think that it is, it is,</w:t>
      </w:r>
      <w:r>
        <w:br/>
      </w:r>
      <w:r>
        <w:rPr>
          <w:sz w:val="20"/>
        </w:rPr>
        <w:t>6:07  it pertains to your whole life.</w:t>
      </w:r>
      <w:r>
        <w:br/>
      </w:r>
      <w:r>
        <w:rPr>
          <w:sz w:val="20"/>
        </w:rPr>
        <w:t>6:11  every time, you are active something. when you are speaking, when you are thinking, you are practicing, then you need spirituality.</w:t>
      </w:r>
      <w:r>
        <w:br/>
      </w:r>
      <w:r>
        <w:rPr>
          <w:sz w:val="20"/>
        </w:rPr>
        <w:t>6:23  spirituality means inner spirit, inner spirit in pure form. so if your inner spirit in pure form is there, then your activities will be good and correct.</w:t>
      </w:r>
      <w:r>
        <w:br/>
      </w:r>
      <w:r>
        <w:rPr>
          <w:sz w:val="20"/>
        </w:rPr>
        <w:t>6:39  so I think that spirituality in the sense of inner spirit is required every time in every activities.</w:t>
      </w:r>
      <w:r>
        <w:br/>
      </w:r>
      <w:r>
        <w:rPr>
          <w:sz w:val="20"/>
        </w:rPr>
        <w:t>6:48  without this kind of spirituality, you become simply a form, simply a set of rituals.</w:t>
      </w:r>
      <w:r>
        <w:br/>
      </w:r>
      <w:r>
        <w:rPr>
          <w:sz w:val="20"/>
        </w:rPr>
        <w:t>7:00  so that is a reduced form of spirituality.</w:t>
      </w:r>
      <w:r>
        <w:br/>
      </w:r>
      <w:r>
        <w:rPr>
          <w:sz w:val="20"/>
        </w:rPr>
        <w:t>7:05  Maulana, how does spirituality help in coping up with adverse situations?</w:t>
      </w:r>
    </w:p>
    <w:p>
      <w:pPr>
        <w:pStyle w:val="Heading2"/>
      </w:pPr>
      <w:r>
        <w:t>closing arc: adversity, surrender to God, and the value of silence</w:t>
      </w:r>
    </w:p>
    <w:p>
      <w:r>
        <w:rPr>
          <w:color w:val="666666"/>
          <w:sz w:val="18"/>
        </w:rPr>
        <w:t>Interview Session with Maulana Wahiduddin Khan January 30, 2008 · 5m 43s · at 46:47 · https://youtu.be/o8Gpe9YMuZc?t=2807</w:t>
      </w:r>
    </w:p>
    <w:p>
      <w:r>
        <w:rPr>
          <w:i/>
        </w:rPr>
        <w:t>“Adverse situations are part of our life — no exception.”</w:t>
      </w:r>
    </w:p>
    <w:p>
      <w:r>
        <w:rPr>
          <w:sz w:val="20"/>
        </w:rPr>
        <w:t>46:47  how does spirituality help in coping up with adverse situations? you see, adverse situation is part of our life.</w:t>
      </w:r>
      <w:r>
        <w:br/>
      </w:r>
      <w:r>
        <w:rPr>
          <w:sz w:val="20"/>
        </w:rPr>
        <w:t>46:58  there is no exception. everyone faces such kind of situation.</w:t>
      </w:r>
      <w:r>
        <w:br/>
      </w:r>
      <w:r>
        <w:rPr>
          <w:sz w:val="20"/>
        </w:rPr>
        <w:t>47:11  in everyone's life, there are some moments like this. but what is required?</w:t>
      </w:r>
      <w:r>
        <w:br/>
      </w:r>
      <w:r>
        <w:rPr>
          <w:sz w:val="20"/>
        </w:rPr>
        <w:t>47:20  that is spiritual thinking, spiritual mind. and what is spiritual mind</w:t>
      </w:r>
      <w:r>
        <w:br/>
      </w:r>
      <w:r>
        <w:rPr>
          <w:sz w:val="20"/>
        </w:rPr>
        <w:t>47:27  that is contentment. in Arabic is qanaat. without contentment, there is no other way</w:t>
      </w:r>
      <w:r>
        <w:br/>
      </w:r>
      <w:r>
        <w:rPr>
          <w:sz w:val="20"/>
        </w:rPr>
        <w:t>47:41  because you are destined to live in problems, in difficulties, in losses.</w:t>
      </w:r>
      <w:r>
        <w:br/>
      </w:r>
      <w:r>
        <w:rPr>
          <w:sz w:val="20"/>
        </w:rPr>
        <w:t>47:52  so you have to be patient. you have to keep</w:t>
      </w:r>
      <w:r>
        <w:br/>
      </w:r>
      <w:r>
        <w:rPr>
          <w:sz w:val="20"/>
        </w:rPr>
        <w:t>47:56  patience. you have to keep contentment. otherwise, you will go to tension and stress.</w:t>
      </w:r>
      <w:r>
        <w:br/>
      </w:r>
      <w:r>
        <w:rPr>
          <w:sz w:val="20"/>
        </w:rPr>
        <w:t>48:10  everyone suffers. suffering is a part of life. so you have to take sufferings as a lesson.</w:t>
      </w:r>
      <w:r>
        <w:br/>
      </w:r>
      <w:r>
        <w:rPr>
          <w:sz w:val="20"/>
        </w:rPr>
        <w:t>48:22  and in every suffering, there are lessons.</w:t>
      </w:r>
      <w:r>
        <w:br/>
      </w:r>
      <w:r>
        <w:rPr>
          <w:sz w:val="20"/>
        </w:rPr>
        <w:t>48:26  so if you, if you extract lessons from suffering, then suffering is not evil, but suffering becomes a good experience.</w:t>
      </w:r>
      <w:r>
        <w:br/>
      </w:r>
      <w:r>
        <w:rPr>
          <w:sz w:val="20"/>
        </w:rPr>
        <w:t>48:43  this is my spirituality. Maulana, what is the importance of surrendering to God?</w:t>
      </w:r>
      <w:r>
        <w:br/>
      </w:r>
      <w:r>
        <w:rPr>
          <w:sz w:val="20"/>
        </w:rPr>
        <w:t>48:55  surrendering to God is essence of spirituality. without surrendering, you are Mr Ego, Mr Arrogant.</w:t>
      </w:r>
      <w:r>
        <w:br/>
      </w:r>
      <w:r>
        <w:rPr>
          <w:sz w:val="20"/>
        </w:rPr>
        <w:t>49:08  surrendering to God means surrendering to reality. God is our creator. God is our sustainer.</w:t>
      </w:r>
      <w:r>
        <w:br/>
      </w:r>
      <w:r>
        <w:rPr>
          <w:sz w:val="20"/>
        </w:rPr>
        <w:t>49:18  God is the Lord of the universe.</w:t>
      </w:r>
      <w:r>
        <w:br/>
      </w:r>
      <w:r>
        <w:rPr>
          <w:sz w:val="20"/>
        </w:rPr>
        <w:t>49:21  so surrendering before God means surrendering to the reality. this surrendering makes you realist.</w:t>
      </w:r>
      <w:r>
        <w:br/>
      </w:r>
      <w:r>
        <w:rPr>
          <w:sz w:val="20"/>
        </w:rPr>
        <w:t>49:32  this surrendering makes you modest. there is no other way.</w:t>
      </w:r>
      <w:r>
        <w:br/>
      </w:r>
      <w:r>
        <w:rPr>
          <w:sz w:val="20"/>
        </w:rPr>
        <w:t>49:39  without surrendering, you are, you are arrogant and you are a, you will lose the real,</w:t>
      </w:r>
      <w:r>
        <w:br/>
      </w:r>
      <w:r>
        <w:rPr>
          <w:sz w:val="20"/>
        </w:rPr>
        <w:t>49:59  realistic approach. so all these positive quality are only a result of surrendering.</w:t>
      </w:r>
      <w:r>
        <w:br/>
      </w:r>
      <w:r>
        <w:rPr>
          <w:sz w:val="20"/>
        </w:rPr>
        <w:t>50:10  according to my experience, one who is not ready to surrender before God, he will go to negative thinking.</w:t>
      </w:r>
      <w:r>
        <w:br/>
      </w:r>
      <w:r>
        <w:rPr>
          <w:sz w:val="20"/>
        </w:rPr>
        <w:t>50:20  he will become a arrogant person. he will lose modesty. so all these things are great obstacle towards spiritual development.</w:t>
      </w:r>
      <w:r>
        <w:br/>
      </w:r>
      <w:r>
        <w:rPr>
          <w:sz w:val="20"/>
        </w:rPr>
        <w:t>50:39  does silence play a role in spirituality? silence? yes. silence is, silence is very important in spirituality.</w:t>
      </w:r>
      <w:r>
        <w:br/>
      </w:r>
      <w:r>
        <w:rPr>
          <w:sz w:val="20"/>
        </w:rPr>
        <w:t>50:53  very, very important. because when you are silent, you are thinking. silence means thinking.</w:t>
      </w:r>
      <w:r>
        <w:br/>
      </w:r>
      <w:r>
        <w:rPr>
          <w:sz w:val="20"/>
        </w:rPr>
        <w:t>51:03  when you are speaking, it means you are not thinking.</w:t>
      </w:r>
      <w:r>
        <w:br/>
      </w:r>
      <w:r>
        <w:rPr>
          <w:sz w:val="20"/>
        </w:rPr>
        <w:t>51:08  but when you are silent, it means that you are thinking. and thinking is the main source of spirituality.</w:t>
      </w:r>
      <w:r>
        <w:br/>
      </w:r>
      <w:r>
        <w:rPr>
          <w:sz w:val="20"/>
        </w:rPr>
        <w:t>51:19  there is a well known saying that when I am speaking, I am not thinking.</w:t>
      </w:r>
      <w:r>
        <w:br/>
      </w:r>
      <w:r>
        <w:rPr>
          <w:sz w:val="20"/>
        </w:rPr>
        <w:t>51:30  some one has said that when I am speaking, I am not thinking. so silence means thinking.</w:t>
      </w:r>
      <w:r>
        <w:br/>
      </w:r>
      <w:r>
        <w:rPr>
          <w:sz w:val="20"/>
        </w:rPr>
        <w:t>51:41  and without thinking, there is no spirituality.</w:t>
      </w:r>
      <w:r>
        <w:br/>
      </w:r>
      <w:r>
        <w:rPr>
          <w:sz w:val="20"/>
        </w:rPr>
        <w:t>51:48  so I, there is a hadith, very relevant hadith. the prophet of Islam has said that man summat naja,</w:t>
      </w:r>
      <w:r>
        <w:br/>
      </w:r>
      <w:r>
        <w:rPr>
          <w:sz w:val="20"/>
        </w:rPr>
        <w:t>52:04  who will get salvation who observe silence.</w:t>
      </w:r>
      <w:r>
        <w:br/>
      </w:r>
      <w:r>
        <w:rPr>
          <w:sz w:val="20"/>
        </w:rPr>
        <w:t>52:12  so silence is the way, way to salvation.</w:t>
      </w:r>
      <w:r>
        <w:br/>
      </w:r>
      <w:r>
        <w:rPr>
          <w:sz w:val="20"/>
        </w:rPr>
        <w:t>52:19  so salvation, so, so silence is very important quality of a human being.</w:t>
      </w:r>
    </w:p>
    <w:p>
      <w:pPr>
        <w:pStyle w:val="Heading2"/>
      </w:pPr>
      <w:r>
        <w:t>Prophet spared a traitor to protect Islam's image</w:t>
      </w:r>
    </w:p>
    <w:p>
      <w:r>
        <w:rPr>
          <w:color w:val="666666"/>
          <w:sz w:val="18"/>
        </w:rPr>
        <w:t>Spirituality in Islam January 1, 2006 Maulana Wahiduddin Khan · 2m 39s · at 5:08 · https://youtu.be/XO4htFBEkV4?t=308</w:t>
      </w:r>
    </w:p>
    <w:p>
      <w:r>
        <w:rPr>
          <w:i/>
        </w:rPr>
        <w:t>“Agar aapke kisi step se Islam badnam hota ho...”</w:t>
      </w:r>
    </w:p>
    <w:p>
      <w:r>
        <w:rPr>
          <w:sz w:val="20"/>
        </w:rPr>
        <w:t>5:08  yani result oriented step hona chahiye aap ka. Aur yeh baat khaas taur par dhyan mein rakhne ki hai ke agar aap ke kisi step se islam badnaam hota ho to wo step chahe kitna hi sachha ho, us se aap ko rukna padega.</w:t>
      </w:r>
      <w:r>
        <w:br/>
      </w:r>
      <w:r>
        <w:rPr>
          <w:sz w:val="20"/>
        </w:rPr>
        <w:t>5:29  is ki kai misalein prophet ki zindagi mein hain, rasool Allah salallahu alaihi wasallam ki zindagi mein. Is mein se ek misal yeh hai ke rasool Allah ke zamane mein madine mein ek shakhs tha, uska naam tha Abdullah bin Ubay.</w:t>
      </w:r>
      <w:r>
        <w:br/>
      </w:r>
      <w:r>
        <w:rPr>
          <w:sz w:val="20"/>
        </w:rPr>
        <w:t>5:47  poori early period jo islam ka hai, us mein sabza fitna isi ne barpa kiya, Abdullah bin Ubay mein.</w:t>
      </w:r>
      <w:r>
        <w:br/>
      </w:r>
      <w:r>
        <w:rPr>
          <w:sz w:val="20"/>
        </w:rPr>
        <w:t>5:56  is</w:t>
      </w:r>
      <w:r>
        <w:br/>
      </w:r>
      <w:r>
        <w:rPr>
          <w:sz w:val="20"/>
        </w:rPr>
        <w:t>5:57  waqt rasool Allah ko political power mila hua tha aur saare log kehte the ke is ko qatl kar diya jaye. Hata ke Abdullah Ubay ka beta bhi kehta tha ke is ko qatl kar diya jaye, khud is ka apna beta jis ka bhi naam Abdullah tha.</w:t>
      </w:r>
      <w:r>
        <w:br/>
      </w:r>
      <w:r>
        <w:rPr>
          <w:sz w:val="20"/>
        </w:rPr>
        <w:t>6:18  yani Abdullah bin Abdullah bin Ubay wo bhi kehta tha ke is ko qatl kar dena chahiye. Tab bhi rasool Allah ne is ko qatl nahi karwaya, power rakhte hue.</w:t>
      </w:r>
      <w:r>
        <w:br/>
      </w:r>
      <w:r>
        <w:rPr>
          <w:sz w:val="20"/>
        </w:rPr>
        <w:t>6:34  kyun? Isi liye rasool Allah ne farmaya ke agar main is ko qatl karwaoon to har taraf yeh kaha jayega ke Muhammad logon ko qatl karte hain.</w:t>
      </w:r>
      <w:r>
        <w:br/>
      </w:r>
      <w:r>
        <w:rPr>
          <w:sz w:val="20"/>
        </w:rPr>
        <w:t>6:48  yani islam ki image jo hai yeh banegi ke islam killing mein believe karta hai, violence mein believe karta hai.</w:t>
      </w:r>
      <w:r>
        <w:br/>
      </w:r>
      <w:r>
        <w:rPr>
          <w:sz w:val="20"/>
        </w:rPr>
        <w:t>6:59  to is ko aap chhoday rahein yahan tak ke wo natural death mara aur saara fitna barpa karte hue Hazrat Aisha ke khilaf jo fitna barpa hua tha, itna zabardast wo isi ne barpa kiya tha.</w:t>
      </w:r>
      <w:r>
        <w:br/>
      </w:r>
      <w:r>
        <w:rPr>
          <w:sz w:val="20"/>
        </w:rPr>
        <w:t>7:18  to is se kya principle mila ke aisa koi bhi kaam, koi bol, koi step, koi action aisa nahi liya jayega jis ke nateeje mein islam badnaam hota ho.</w:t>
      </w:r>
      <w:r>
        <w:br/>
      </w:r>
      <w:r>
        <w:rPr>
          <w:sz w:val="20"/>
        </w:rPr>
        <w:t>7:37  kitni bari yeh taleem hai islam ki lekin is 200 saal ke andar musalmanon ne one percent bhi is ka dhyan nahi kiya.</w:t>
      </w:r>
    </w:p>
    <w:p>
      <w:pPr>
        <w:pStyle w:val="Heading2"/>
      </w:pPr>
      <w:r>
        <w:t>Right perspective on human rights activism</w:t>
      </w:r>
    </w:p>
    <w:p>
      <w:r>
        <w:rPr>
          <w:color w:val="666666"/>
          <w:sz w:val="18"/>
        </w:rPr>
        <w:t>Peace of Mind April 19, 2015 Maulana Wahiduddin Khan · 1m 52s · at 51:53 · https://youtu.be/bGLY0ALNtjw?t=3113</w:t>
      </w:r>
    </w:p>
    <w:p>
      <w:r>
        <w:rPr>
          <w:i/>
        </w:rPr>
        <w:t>“Sahi angle se yeh sochni hai ke human rights ka concept chal raha hai”</w:t>
      </w:r>
    </w:p>
    <w:p>
      <w:r>
        <w:rPr>
          <w:sz w:val="20"/>
        </w:rPr>
        <w:t>51:53  dekhiye, yeh sahi angle se sochna nahi hai.</w:t>
      </w:r>
      <w:r>
        <w:br/>
      </w:r>
      <w:r>
        <w:rPr>
          <w:sz w:val="20"/>
        </w:rPr>
        <w:t>51:57  sahi angle se yeh sochani hai ke human right</w:t>
      </w:r>
      <w:r>
        <w:br/>
      </w:r>
      <w:r>
        <w:rPr>
          <w:sz w:val="20"/>
        </w:rPr>
        <w:t>52:02  ka concept chal raha hai so baras se, aur yeh saare ab bhi protest hi kiye chale ja</w:t>
      </w:r>
      <w:r>
        <w:br/>
      </w:r>
      <w:r>
        <w:rPr>
          <w:sz w:val="20"/>
        </w:rPr>
        <w:t>52:08  رہے ہیں۔ یعنی human rights activism جو ہے، اس سے اگر حالات سدھرتے ہیں تو ابھی کیوں جاری</w:t>
      </w:r>
      <w:r>
        <w:br/>
      </w:r>
      <w:r>
        <w:rPr>
          <w:sz w:val="20"/>
        </w:rPr>
        <w:t>52:14  ہے وہ؟ مجھے کوئی ایک بھی نہیں معلوم ہے human rights activist جو so-called، جو یہ کہے</w:t>
      </w:r>
      <w:r>
        <w:br/>
      </w:r>
      <w:r>
        <w:rPr>
          <w:sz w:val="20"/>
        </w:rPr>
        <w:t>52:22  کہ اب ہم سو سال کے بعد ہم نے human rights کو حاصل کر لیا۔</w:t>
      </w:r>
      <w:r>
        <w:br/>
      </w:r>
      <w:r>
        <w:rPr>
          <w:sz w:val="20"/>
        </w:rPr>
        <w:t>52:28  is liye main is ko in natural samajhta hoon.</w:t>
      </w:r>
      <w:r>
        <w:br/>
      </w:r>
      <w:r>
        <w:rPr>
          <w:sz w:val="20"/>
        </w:rPr>
        <w:t>52:30  sahi hai human duties ka concept.</w:t>
      </w:r>
      <w:r>
        <w:br/>
      </w:r>
      <w:r>
        <w:rPr>
          <w:sz w:val="20"/>
        </w:rPr>
        <w:t>52:33  aap logon ko kehte hain human duties ka concept laiye, to is ke baad sab tarqqiyan hongi.</w:t>
      </w:r>
      <w:r>
        <w:br/>
      </w:r>
      <w:r>
        <w:rPr>
          <w:sz w:val="20"/>
        </w:rPr>
        <w:t>52:40  jaise aap dekhiye ke singapore mein koi human right activism nahi hai wahan, kuch bhi nahi hai.</w:t>
      </w:r>
      <w:r>
        <w:br/>
      </w:r>
      <w:r>
        <w:rPr>
          <w:sz w:val="20"/>
        </w:rPr>
        <w:t>52:46  lekin duty ka concept wahan bohat zyada hai.</w:t>
      </w:r>
      <w:r>
        <w:br/>
      </w:r>
      <w:r>
        <w:rPr>
          <w:sz w:val="20"/>
        </w:rPr>
        <w:t>52:50  to wahan bohat taraqqi ho rahi hai.</w:t>
      </w:r>
      <w:r>
        <w:br/>
      </w:r>
      <w:r>
        <w:rPr>
          <w:sz w:val="20"/>
        </w:rPr>
        <w:t>52:53  human right duties se tarqqiyan hoti hain.</w:t>
      </w:r>
      <w:r>
        <w:br/>
      </w:r>
      <w:r>
        <w:rPr>
          <w:sz w:val="20"/>
        </w:rPr>
        <w:t>52:55  human right ke ka wailes ho raha hai, is pe aap shor karte rahiye, kuch hone wala nahi.</w:t>
      </w:r>
      <w:r>
        <w:br/>
      </w:r>
      <w:r>
        <w:rPr>
          <w:sz w:val="20"/>
        </w:rPr>
        <w:t>53:01  jaise ab tak nahi hua.</w:t>
      </w:r>
      <w:r>
        <w:br/>
      </w:r>
      <w:r>
        <w:rPr>
          <w:sz w:val="20"/>
        </w:rPr>
        <w:t>53:03  main singapore ke model ko bohat sahi model samajhta hoon.</w:t>
      </w:r>
      <w:r>
        <w:br/>
      </w:r>
      <w:r>
        <w:rPr>
          <w:sz w:val="20"/>
        </w:rPr>
        <w:t>53:07  aap singapore ka mutalia kijiye.</w:t>
      </w:r>
      <w:r>
        <w:br/>
      </w:r>
      <w:r>
        <w:rPr>
          <w:sz w:val="20"/>
        </w:rPr>
        <w:t>53:10  wahan par sara focus duty par diya gaya, right par focus nahi diya gaya.</w:t>
      </w:r>
      <w:r>
        <w:br/>
      </w:r>
      <w:r>
        <w:rPr>
          <w:sz w:val="20"/>
        </w:rPr>
        <w:t>53:15  to woh ek developed country ban gaya woh.</w:t>
      </w:r>
      <w:r>
        <w:br/>
      </w:r>
      <w:r>
        <w:rPr>
          <w:sz w:val="20"/>
        </w:rPr>
        <w:t>53:20  maulana agla sawal UK se kiya hai doctor hina khan ne.</w:t>
      </w:r>
      <w:r>
        <w:br/>
      </w:r>
      <w:r>
        <w:rPr>
          <w:sz w:val="20"/>
        </w:rPr>
        <w:t>53:25  aur unhon ne likha hai:</w:t>
      </w:r>
      <w:r>
        <w:br/>
      </w:r>
      <w:r>
        <w:rPr>
          <w:sz w:val="20"/>
        </w:rPr>
        <w:t>53:28  There will always be good and evil, injustice will always be there until Day of Judgment, when complete</w:t>
      </w:r>
      <w:r>
        <w:br/>
      </w:r>
      <w:r>
        <w:rPr>
          <w:sz w:val="20"/>
        </w:rPr>
        <w:t>53:36  justice will be given by god himself.</w:t>
      </w:r>
      <w:r>
        <w:br/>
      </w:r>
      <w:r>
        <w:rPr>
          <w:sz w:val="20"/>
        </w:rPr>
        <w:t>53:39  who will hold the heavens in his right hand, and the earth will be held in his hand.</w:t>
      </w:r>
      <w:r>
        <w:br/>
      </w:r>
      <w:r>
        <w:rPr>
          <w:sz w:val="20"/>
        </w:rPr>
        <w:t>53:45  The Prophet also said that help zalim and mazloom both, and the help of zalim is to stop him from zulm.</w:t>
      </w:r>
    </w:p>
    <w:p>
      <w:pPr>
        <w:pStyle w:val="Heading2"/>
      </w:pPr>
      <w:r>
        <w:t>Gandhi's dream and his message</w:t>
      </w:r>
    </w:p>
    <w:p>
      <w:r>
        <w:rPr>
          <w:color w:val="666666"/>
          <w:sz w:val="18"/>
        </w:rPr>
        <w:t>Islam and Peace (In Conversation with Maulana) 23 11 2008 · 50s · at 0:45 · https://youtu.be/CyS3i4AlGfs?t=45</w:t>
      </w:r>
    </w:p>
    <w:p>
      <w:r>
        <w:rPr>
          <w:i/>
        </w:rPr>
        <w:t>“I have seen Mahatma Gandhi in dreams many times.”</w:t>
      </w:r>
    </w:p>
    <w:p>
      <w:r>
        <w:rPr>
          <w:sz w:val="20"/>
        </w:rPr>
        <w:t>0:45  Main ne kai baar Mahatma Gandhi ko dream mein dekha.</w:t>
      </w:r>
      <w:r>
        <w:br/>
      </w:r>
      <w:r>
        <w:rPr>
          <w:sz w:val="20"/>
        </w:rPr>
        <w:t>0:52  Main ne ek baar dekha ke main ek road hai, us par walk kar raha hoon, paidal. Phir ek darakht hai, ek peed.</w:t>
      </w:r>
      <w:r>
        <w:br/>
      </w:r>
      <w:r>
        <w:rPr>
          <w:sz w:val="20"/>
        </w:rPr>
        <w:t>1:04  Us ke neeche Mahatma Gandhi akele baithe hue hain. Ek dum wahi haliya hai jo un ka hota tha. Bohat hi sad.</w:t>
      </w:r>
      <w:r>
        <w:br/>
      </w:r>
      <w:r>
        <w:rPr>
          <w:sz w:val="20"/>
        </w:rPr>
        <w:t>1:15  To main un ke paas jata hoon. To mujh ko ek pin dete hain. Mahatma Gandhi ek pin dete hain.</w:t>
      </w:r>
      <w:r>
        <w:br/>
      </w:r>
      <w:r>
        <w:rPr>
          <w:sz w:val="20"/>
        </w:rPr>
        <w:t>1:25  Aur kehte hain ke Maulana sahib, aap jo kar rahe hain us ko karte rahiye.</w:t>
      </w:r>
    </w:p>
    <w:p>
      <w:pPr>
        <w:pStyle w:val="Heading2"/>
      </w:pPr>
      <w:r>
        <w:t>Hiring a Quran reader vs personal involvement</w:t>
      </w:r>
    </w:p>
    <w:p>
      <w:r>
        <w:rPr>
          <w:color w:val="666666"/>
          <w:sz w:val="18"/>
        </w:rPr>
        <w:t>Fasting A Source of Spiritual Empowerment 21 Aug, 2011 - Maulana Wahiduddin Khan · 2m 53s · at 25:46 · https://youtu.be/b19V3pD-tbQ?t=1546</w:t>
      </w:r>
    </w:p>
    <w:p>
      <w:r>
        <w:rPr>
          <w:i/>
        </w:rPr>
        <w:t>“Ek baar main Gorakhpur gaya.”</w:t>
      </w:r>
    </w:p>
    <w:p>
      <w:r>
        <w:rPr>
          <w:sz w:val="20"/>
        </w:rPr>
        <w:t>25:46  ek bar main Gorakhpur gaya. ye azadi se pehle ki baat hai. British Period ki baat hai ye.</w:t>
      </w:r>
      <w:r>
        <w:br/>
      </w:r>
      <w:r>
        <w:rPr>
          <w:sz w:val="20"/>
        </w:rPr>
        <w:t>25:58  to wahan par ek sahib the jo bohat bare afsar the jin ko kaha jata tha DTS. is waqt un ka title hua karta tha DTS.</w:t>
      </w:r>
      <w:r>
        <w:br/>
      </w:r>
      <w:r>
        <w:rPr>
          <w:sz w:val="20"/>
        </w:rPr>
        <w:t>26:08  ab pata nahi kya title hoga. BNWR ke bare afsar the wo. bohat bara bangla tha un ka.</w:t>
      </w:r>
      <w:r>
        <w:br/>
      </w:r>
      <w:r>
        <w:rPr>
          <w:sz w:val="20"/>
        </w:rPr>
        <w:t>26:21  to wahan main chand din raha. ye ramzan ka mahina tha wo bhi. to main ne dekha ke subah ko nahi, sham ko.</w:t>
      </w:r>
      <w:r>
        <w:br/>
      </w:r>
      <w:r>
        <w:rPr>
          <w:sz w:val="20"/>
        </w:rPr>
        <w:t>26:34  sham ko ek sahib ate hain. aur wo rozana wahan baith kar ke kuch parhte hain aur chale ate hain.</w:t>
      </w:r>
      <w:r>
        <w:br/>
      </w:r>
      <w:r>
        <w:rPr>
          <w:sz w:val="20"/>
        </w:rPr>
        <w:t>26:44  to main wo sahib jo the jo bare afsar jo the, un se main ne poocha ke ye kaun sahib ate hain sham ko?</w:t>
      </w:r>
      <w:r>
        <w:br/>
      </w:r>
      <w:r>
        <w:rPr>
          <w:sz w:val="20"/>
        </w:rPr>
        <w:t>26:53  kya maqsad hota hai? to unhone kaha ke wo Hafiz sahib hain. hum to roza rakh nahi sakte.</w:t>
      </w:r>
      <w:r>
        <w:br/>
      </w:r>
      <w:r>
        <w:rPr>
          <w:sz w:val="20"/>
        </w:rPr>
        <w:t>27:04  hum roza nahi rakh sakte. to Hafiz sahib se keh diya ke wo sham ko aa kar parh ke chale ate hain Quran Majeed. aur phir un ko hum ramzan ka mahina khatam hoga to kuch paise de denge.</w:t>
      </w:r>
      <w:r>
        <w:br/>
      </w:r>
      <w:r>
        <w:rPr>
          <w:sz w:val="20"/>
        </w:rPr>
        <w:t>27:20  is tajrube se mujhe ek ajib ehsas hua. abhi tak main sochta hoon yeh waqea ho gaya bahut pehle ka. yani azadi se pehle ki baat hai yeh.</w:t>
      </w:r>
      <w:r>
        <w:br/>
      </w:r>
      <w:r>
        <w:rPr>
          <w:sz w:val="20"/>
        </w:rPr>
        <w:t>27:31  shayad satar baras ka waqea hoga yeh. aaj main yeh soch raha tha is waqey ko le kar. to maine socha ke woh afsar sahab jo the agar yeh karte</w:t>
      </w:r>
      <w:r>
        <w:br/>
      </w:r>
      <w:r>
        <w:rPr>
          <w:sz w:val="20"/>
        </w:rPr>
        <w:t>27:47  ke khudaaya main din bhar bhooka to nahin reh sakta. main teri kitab padh raha hoon. isi kitab ke padhne ko to meri taraf se qubool kar le.</w:t>
      </w:r>
      <w:r>
        <w:br/>
      </w:r>
      <w:r>
        <w:rPr>
          <w:sz w:val="20"/>
        </w:rPr>
        <w:t>28:05  yani Fasting ki bajaye tilawat e quran ko meri taraf se qubool kar le. to shayad Allah ki rehmat josh karti. Allah taala qubool farmata.</w:t>
      </w:r>
      <w:r>
        <w:br/>
      </w:r>
      <w:r>
        <w:rPr>
          <w:sz w:val="20"/>
        </w:rPr>
        <w:t>28:18  lekin yeh to bilkul aisa ke kisi ko kiraye de kar ke aap kahein ke tumhein yeh kaam kar do.</w:t>
      </w:r>
      <w:r>
        <w:br/>
      </w:r>
      <w:r>
        <w:rPr>
          <w:sz w:val="20"/>
        </w:rPr>
        <w:t>28:26  dekhein Ramzan ka matlab hai apne aap ko Involve karna. yeh nahin ke kiraye de kar kisi se aap roza rakhwa dein.</w:t>
      </w:r>
    </w:p>
    <w:p>
      <w:pPr>
        <w:pStyle w:val="Heading2"/>
      </w:pPr>
      <w:r>
        <w:t>Blind poet insight on sighted lack</w:t>
      </w:r>
    </w:p>
    <w:p>
      <w:r>
        <w:rPr>
          <w:color w:val="666666"/>
          <w:sz w:val="18"/>
        </w:rPr>
        <w:t>Spiritual Light Nov 26, 2006 Maulana Wahiduddin Khan · 40s · at 19:53 · https://youtu.be/IhfHxIakZOw?t=1193</w:t>
      </w:r>
    </w:p>
    <w:p>
      <w:r>
        <w:rPr>
          <w:i/>
        </w:rPr>
        <w:t>“Why mention us we are blind Kashfi”</w:t>
      </w:r>
    </w:p>
    <w:p>
      <w:r>
        <w:rPr>
          <w:sz w:val="20"/>
        </w:rPr>
        <w:t>19:53  hamara zikr hi kiya, hum to nabina hain kashfi. hamara zikr hi kiya, hum to nabina hain kashfi.</w:t>
      </w:r>
      <w:r>
        <w:br/>
      </w:r>
      <w:r>
        <w:rPr>
          <w:sz w:val="20"/>
        </w:rPr>
        <w:t>20:10  nazar walon ko bhi hum ne bohat, nazar walon ko bhi hum ne, kya thay sahib? nazar walon mein bhi hum ne baseerat ki kami pai.</w:t>
      </w:r>
      <w:r>
        <w:br/>
      </w:r>
      <w:r>
        <w:rPr>
          <w:sz w:val="20"/>
        </w:rPr>
        <w:t>20:19  nazar walon mein bhi hum ne baseerat ki kami pai. nazar walon mein bhi hum ne baseerat ki kami pai. to hamara zikr hi kiya, hum to nabina hain kashfi.</w:t>
      </w:r>
    </w:p>
    <w:p>
      <w:pPr>
        <w:pStyle w:val="Heading2"/>
      </w:pPr>
      <w:r>
        <w:t>Dawah work hope in Allah</w:t>
      </w:r>
    </w:p>
    <w:p>
      <w:r>
        <w:rPr>
          <w:color w:val="666666"/>
          <w:sz w:val="18"/>
        </w:rPr>
        <w:t>Message on Eid Al-Adha October 27, 2012 · 28s · at 47:26 · https://youtu.be/eGzAlyVEafc?t=2846</w:t>
      </w:r>
    </w:p>
    <w:p>
      <w:r>
        <w:rPr>
          <w:i/>
        </w:rPr>
        <w:t>“Dawah work mein aap ki umeedein Allah se hain”</w:t>
      </w:r>
    </w:p>
    <w:p>
      <w:r>
        <w:rPr>
          <w:sz w:val="20"/>
        </w:rPr>
        <w:t>47:26  lekin dawah work mein aisa nahi. dawah work mein aap ki saari umeedain juri hui hain Allah taala se. to duniya mein aap Allah ki duty poori kar rahe hain aur umeed yeh rakhte hain ke akhirat mein Allah taala hamein is ka ajr de ga.</w:t>
      </w:r>
      <w:r>
        <w:br/>
      </w:r>
      <w:r>
        <w:rPr>
          <w:sz w:val="20"/>
        </w:rPr>
        <w:t>47:43  to dawah work wahid ek aisa kaam hai jis mein tension nahi, jis mein koi complaint nahi, koi negativity nahi.</w:t>
      </w:r>
    </w:p>
    <w:p>
      <w:pPr>
        <w:pStyle w:val="Heading2"/>
      </w:pPr>
      <w:r>
        <w:t>Why God chose tree as parable</w:t>
      </w:r>
    </w:p>
    <w:p>
      <w:r>
        <w:rPr>
          <w:color w:val="666666"/>
          <w:sz w:val="18"/>
        </w:rPr>
        <w:t>Momin is like a tree | April 11, 2007 · 2m 32s · at 2:12 · https://youtu.be/buv324nJoBk?t=132</w:t>
      </w:r>
    </w:p>
    <w:p>
      <w:r>
        <w:rPr>
          <w:i/>
        </w:rPr>
        <w:t>“First of all, we must know why God chose tree as a parable”</w:t>
      </w:r>
    </w:p>
    <w:p>
      <w:r>
        <w:rPr>
          <w:sz w:val="20"/>
        </w:rPr>
        <w:t>2:12  This is a parable for those who try to reflect. First of all, we must know why God chose tree as a parable</w:t>
      </w:r>
      <w:r>
        <w:br/>
      </w:r>
      <w:r>
        <w:rPr>
          <w:sz w:val="20"/>
        </w:rPr>
        <w:t>2:42  or as an example. You know, in the universe, in this vast universe, there are numerous creatures, numerous items, like sun, moon, planets, stars, mountain, ocean. So many, so many, so many, more than billion and trillion items.</w:t>
      </w:r>
      <w:r>
        <w:br/>
      </w:r>
      <w:r>
        <w:rPr>
          <w:sz w:val="20"/>
        </w:rPr>
        <w:t>3:13  But God selected only tree, because tree is a very unique type of creature. Tree is a very unique creation of God. Tree is, tree has the capacity to grow</w:t>
      </w:r>
      <w:r>
        <w:br/>
      </w:r>
      <w:r>
        <w:rPr>
          <w:sz w:val="20"/>
        </w:rPr>
        <w:t>3:45  , capacity to grow. Tree begins its life from seed, a small seed. Then it grows, grows, grows, grows, until it reaches a full tree, until it becomes a full tree, with stems, with branches, with leaves, with</w:t>
      </w:r>
      <w:r>
        <w:br/>
      </w:r>
      <w:r>
        <w:rPr>
          <w:sz w:val="20"/>
        </w:rPr>
        <w:t>4:15  flowers, with fruits, with shadow, with greenery. So this kind of phenomena is unique in this universe. Because of this, God chose a tree to tell us that this is example for</w:t>
      </w:r>
    </w:p>
    <w:p>
      <w:pPr>
        <w:pStyle w:val="Heading2"/>
      </w:pPr>
      <w:r>
        <w:t>Self blame instead of blaming others</w:t>
      </w:r>
    </w:p>
    <w:p>
      <w:r>
        <w:rPr>
          <w:color w:val="666666"/>
          <w:sz w:val="18"/>
        </w:rPr>
        <w:t>Tazkiyah and Self Criticism April 13, 2020 Maulana Wahiduddin Khan · 1m 47s · at 25:18 · https://youtu.be/D4pMJtT4vDg?t=1518</w:t>
      </w:r>
    </w:p>
    <w:p>
      <w:r>
        <w:rPr>
          <w:i/>
        </w:rPr>
        <w:t>“Ghalti ke chances bahut zyada hain”</w:t>
      </w:r>
    </w:p>
    <w:p>
      <w:r>
        <w:rPr>
          <w:sz w:val="20"/>
        </w:rPr>
        <w:t>25:18  " Ghalti ke chances bohat zyada hain. Bohat zyada. Kyun ke aadmi ki yeh kamzori hai ke wo apne ko justify karta hai.</w:t>
      </w:r>
      <w:r>
        <w:br/>
      </w:r>
      <w:r>
        <w:rPr>
          <w:sz w:val="20"/>
        </w:rPr>
        <w:t>25:28  Doosron ko blame dena. Yaad rakhiye ke bohat aam yeh mizaj hai</w:t>
      </w:r>
      <w:r>
        <w:br/>
      </w:r>
      <w:r>
        <w:rPr>
          <w:sz w:val="20"/>
        </w:rPr>
        <w:t>25:35  insaan ke andar.</w:t>
      </w:r>
      <w:r>
        <w:br/>
      </w:r>
      <w:r>
        <w:rPr>
          <w:sz w:val="20"/>
        </w:rPr>
        <w:t>25:39  Bohat aam hai. Apne ko justify karna aur doosron ko blame dena.</w:t>
      </w:r>
      <w:r>
        <w:br/>
      </w:r>
      <w:r>
        <w:rPr>
          <w:sz w:val="20"/>
        </w:rPr>
        <w:t>25:48  Aur mera mizaj ulta hai. Main apni ghalti ko kabhi justify nahi karta. Aap yaqeen kijiye ke main is ko afford nahi kar sakta.</w:t>
      </w:r>
      <w:r>
        <w:br/>
      </w:r>
      <w:r>
        <w:rPr>
          <w:sz w:val="20"/>
        </w:rPr>
        <w:t>25:57  Afford nahi ke main apni ghalti ko justify karoon.</w:t>
      </w:r>
      <w:r>
        <w:br/>
      </w:r>
      <w:r>
        <w:rPr>
          <w:sz w:val="20"/>
        </w:rPr>
        <w:t>26:06  Yeh main afford nahi kar sakta ke main apni ghalti ko justify karoon. To yeh mizaj banana padega. Yeh mizaj banana padega.</w:t>
      </w:r>
      <w:r>
        <w:br/>
      </w:r>
      <w:r>
        <w:rPr>
          <w:sz w:val="20"/>
        </w:rPr>
        <w:t>26:26  Misal ke taur par dekhiye, meri zindagi mein bohat se aise waqiyat hain ke kisi ne mujh ko, kisi ne mujh ko</w:t>
      </w:r>
      <w:r>
        <w:br/>
      </w:r>
      <w:r>
        <w:rPr>
          <w:sz w:val="20"/>
        </w:rPr>
        <w:t>26:38  dukh pahunchaya. To sochte sochte main yeh nikalta hoon ke meri kaun si ghalti ki thi ke us ko mauqa mila.</w:t>
      </w:r>
      <w:r>
        <w:br/>
      </w:r>
      <w:r>
        <w:rPr>
          <w:sz w:val="20"/>
        </w:rPr>
        <w:t>26:53  Meri kaun si ghalti ki thi ke us ko mauqa mile ke</w:t>
      </w:r>
      <w:r>
        <w:br/>
      </w:r>
      <w:r>
        <w:rPr>
          <w:sz w:val="20"/>
        </w:rPr>
        <w:t>26:57  wo mujhe dukh pahunchaye. To ghalti karta hai wo aur main dhoondta hoon apne andar is ka.</w:t>
      </w:r>
    </w:p>
    <w:p>
      <w:pPr>
        <w:pStyle w:val="Heading2"/>
      </w:pPr>
      <w:r>
        <w:t>Simple living and high thinking are inseparable</w:t>
      </w:r>
    </w:p>
    <w:p>
      <w:r>
        <w:rPr>
          <w:color w:val="666666"/>
          <w:sz w:val="18"/>
        </w:rPr>
        <w:t>Spirituality in Simple Living, High Thinking October 27, 2019 Maulana Wahiduddin Khan · 2m 01s · at 16:27 · https://youtu.be/Kr28g15eFr8?t=987</w:t>
      </w:r>
    </w:p>
    <w:p>
      <w:r>
        <w:rPr>
          <w:i/>
        </w:rPr>
        <w:t>“Simple living, high thinking — two interlinked basics”</w:t>
      </w:r>
    </w:p>
    <w:p>
      <w:r>
        <w:rPr>
          <w:sz w:val="20"/>
        </w:rPr>
        <w:t>16:27  aur is ke do basic formula hain, woh hai simple living, high thinking.</w:t>
      </w:r>
      <w:r>
        <w:br/>
      </w:r>
      <w:r>
        <w:rPr>
          <w:sz w:val="20"/>
        </w:rPr>
        <w:t>16:38  dono ek doosre se interlinked hain. jab aap high thinking par aayenge to aap ko simple living par aana padega, aur jab simple living ko pakdeinge to aap ko high thinking par aana padega.</w:t>
      </w:r>
      <w:r>
        <w:br/>
      </w:r>
      <w:r>
        <w:rPr>
          <w:sz w:val="20"/>
        </w:rPr>
        <w:t>17:02  to internal sense mein spirituality naam hai high thinking ka, external sense mein spirituality naam hai</w:t>
      </w:r>
      <w:r>
        <w:br/>
      </w:r>
      <w:r>
        <w:rPr>
          <w:sz w:val="20"/>
        </w:rPr>
        <w:t>17:19  simple living ka.</w:t>
      </w:r>
      <w:r>
        <w:br/>
      </w:r>
      <w:r>
        <w:rPr>
          <w:sz w:val="20"/>
        </w:rPr>
        <w:t>17:24  kyunke agar aap simple lein, simple living ko na ikhtiyar karein to aap manage nahi kar paayenge high thinking ko.</w:t>
      </w:r>
      <w:r>
        <w:br/>
      </w:r>
      <w:r>
        <w:rPr>
          <w:sz w:val="20"/>
        </w:rPr>
        <w:t>17:38  bar bar aap disappointment hoga,</w:t>
      </w:r>
      <w:r>
        <w:br/>
      </w:r>
      <w:r>
        <w:rPr>
          <w:sz w:val="20"/>
        </w:rPr>
        <w:t>17:44  kharcha badhayenge, har cheez mein aap paisa zyada kharch karenge.</w:t>
      </w:r>
      <w:r>
        <w:br/>
      </w:r>
      <w:r>
        <w:rPr>
          <w:sz w:val="20"/>
        </w:rPr>
        <w:t>17:54  to jahan se believing chali gayi, saada zindagi chali gayi, to sab kuch chala gaya.</w:t>
      </w:r>
      <w:r>
        <w:br/>
      </w:r>
      <w:r>
        <w:rPr>
          <w:sz w:val="20"/>
        </w:rPr>
        <w:t>18:04  aap ka jeeb khali hua to sab kuch chala gaya aap se. to simple living, yani kam kharch mein zindagi guzarna,</w:t>
      </w:r>
      <w:r>
        <w:br/>
      </w:r>
      <w:r>
        <w:rPr>
          <w:sz w:val="20"/>
        </w:rPr>
        <w:t>18:19  bohat hi kam kharch mein.</w:t>
      </w:r>
    </w:p>
    <w:p>
      <w:pPr>
        <w:pStyle w:val="Heading2"/>
      </w:pPr>
      <w:r>
        <w:t>Discipline is not mechanical</w:t>
      </w:r>
    </w:p>
    <w:p>
      <w:r>
        <w:rPr>
          <w:color w:val="666666"/>
          <w:sz w:val="18"/>
        </w:rPr>
        <w:t>Islamic Prayer (Part 2) (English) | February 27, 2007 | Maulana Wahiduddin Khan · 34s · at 12:02 · https://youtu.be/xoh_XiWwRlI?t=722</w:t>
      </w:r>
    </w:p>
    <w:p>
      <w:r>
        <w:rPr>
          <w:i/>
        </w:rPr>
        <w:t>“This discipline is not simply a form.”</w:t>
      </w:r>
    </w:p>
    <w:p>
      <w:r>
        <w:rPr>
          <w:sz w:val="20"/>
        </w:rPr>
        <w:t>12:02  . This discipline is not a mechanical discipline. It is not a robot discipline. It is a discipline performed by human beings. So it is a living discipline. It is a, is it an intellectual discipline.</w:t>
      </w:r>
    </w:p>
    <w:p>
      <w:pPr>
        <w:pStyle w:val="Heading2"/>
      </w:pPr>
      <w:r>
        <w:t>Salat as key to paradise with spirit</w:t>
      </w:r>
    </w:p>
    <w:p>
      <w:r>
        <w:rPr>
          <w:color w:val="666666"/>
          <w:sz w:val="18"/>
        </w:rPr>
        <w:t>Islamic Prayer (Part 2) (English) | February 27, 2007 | Maulana Wahiduddin Khan · 1m 00s · at 25:55 · https://youtu.be/xoh_XiWwRlI?t=1555</w:t>
      </w:r>
    </w:p>
    <w:p>
      <w:r>
        <w:rPr>
          <w:i/>
        </w:rPr>
        <w:t>“It is true that Salat is a key to find paradise.”</w:t>
      </w:r>
    </w:p>
    <w:p>
      <w:r>
        <w:rPr>
          <w:sz w:val="20"/>
        </w:rPr>
        <w:t>25:55  Salat is a key to find paradise. But here, Salat doesn't mean that, doesn't mean in the sense of rituals or form. No. This Salat, the Salat that is, the Salat that is key</w:t>
      </w:r>
      <w:r>
        <w:br/>
      </w:r>
      <w:r>
        <w:rPr>
          <w:sz w:val="20"/>
        </w:rPr>
        <w:t>26:25  to find God is that Salat which is a combination of form as well as the inner spirit. There are numero</w:t>
      </w:r>
    </w:p>
    <w:p>
      <w:pPr>
        <w:pStyle w:val="Heading2"/>
      </w:pPr>
      <w:r>
        <w:t>Nature creates no problems</w:t>
      </w:r>
    </w:p>
    <w:p>
      <w:r>
        <w:rPr>
          <w:color w:val="666666"/>
          <w:sz w:val="18"/>
        </w:rPr>
        <w:t>Nature as a Role Mode May 21, 2006 · 25s · at 27:39 · https://youtu.be/ppaB1Z2zXL8?t=1659</w:t>
      </w:r>
    </w:p>
    <w:p>
      <w:r>
        <w:rPr>
          <w:i/>
        </w:rPr>
        <w:t>“Fitra kabhi aap ke liye masla paida nahi karti.”</w:t>
      </w:r>
    </w:p>
    <w:p>
      <w:r>
        <w:rPr>
          <w:sz w:val="20"/>
        </w:rPr>
        <w:t>27:39  isi tarah aap dekhiye. fitrat kabhi aap ke liye masla paida nahi karti.</w:t>
      </w:r>
      <w:r>
        <w:br/>
      </w:r>
      <w:r>
        <w:rPr>
          <w:sz w:val="20"/>
        </w:rPr>
        <w:t>27:48  aap kahin khare hon, wahan par ek pathar hai, wahan par pahad hai, wahan par chattan hai. to iska pathar nikal nikal kar aap ko nahi marega.</w:t>
      </w:r>
      <w:r>
        <w:br/>
      </w:r>
      <w:r>
        <w:rPr>
          <w:sz w:val="20"/>
        </w:rPr>
        <w:t>27:59  kabhi aisa nahi hoga ke iske pathar nikal nikal kar aap ke sar par aa kar lagne lagen.</w:t>
      </w:r>
    </w:p>
    <w:p>
      <w:pPr>
        <w:pStyle w:val="Heading2"/>
      </w:pPr>
      <w:r>
        <w:t>Engineer's cell-biology talk leads Hindu man to the Qur'an</w:t>
      </w:r>
    </w:p>
    <w:p>
      <w:r>
        <w:rPr>
          <w:color w:val="666666"/>
          <w:sz w:val="18"/>
        </w:rPr>
        <w:t>Personality of A Believer February 2, 2014 · 2m 41s · at 28:08 · https://youtu.be/EiK_-O-Bjps?t=1688</w:t>
      </w:r>
    </w:p>
    <w:p>
      <w:r>
        <w:rPr>
          <w:i/>
        </w:rPr>
        <w:t>“Har cell jism mein ek mukammal factory hai”</w:t>
      </w:r>
    </w:p>
    <w:p>
      <w:r>
        <w:rPr>
          <w:sz w:val="20"/>
        </w:rPr>
        <w:t>28:08  Abhi ka ek waqia mujhe ek sahib ne bataya, mein is ko arz karna chahta hoon. Hamare ek saathi hain, un ka naam hai Sajid Anwar, woh engineer hain.</w:t>
      </w:r>
      <w:r>
        <w:br/>
      </w:r>
      <w:r>
        <w:rPr>
          <w:sz w:val="20"/>
        </w:rPr>
        <w:t>28:22  To unhone bataya ke woh ek safar mein thay, to safar mein un ki mulaqat hui ek South Indian Hindu se.</w:t>
      </w:r>
      <w:r>
        <w:br/>
      </w:r>
      <w:r>
        <w:rPr>
          <w:sz w:val="20"/>
        </w:rPr>
        <w:t>28:32  woh germany mein rehte hain, ab yani south india mein paida hue, ab rehte hain germany mein. ab woh unka subject hai biology.</w:t>
      </w:r>
      <w:r>
        <w:br/>
      </w:r>
      <w:r>
        <w:rPr>
          <w:sz w:val="20"/>
        </w:rPr>
        <w:t>28:43  biology</w:t>
      </w:r>
      <w:r>
        <w:br/>
      </w:r>
      <w:r>
        <w:rPr>
          <w:sz w:val="20"/>
        </w:rPr>
        <w:t>28:46  toh guftagu ke douran unhon ne kaha ke cell jo insan ke body mein hote hain, cell jo billion trillion hote hain, bohat zyada hote hain, woh itne chote hote hain ke aankh se dekh nahi sakte aap.</w:t>
      </w:r>
      <w:r>
        <w:br/>
      </w:r>
      <w:r>
        <w:rPr>
          <w:sz w:val="20"/>
        </w:rPr>
        <w:t>29:02  toh unhon ne cell ka zikr kiya, jis ko kehte hain living cell.</w:t>
      </w:r>
      <w:r>
        <w:br/>
      </w:r>
      <w:r>
        <w:rPr>
          <w:sz w:val="20"/>
        </w:rPr>
        <w:t>29:09  unhon ne kaha ke cell mein jo</w:t>
      </w:r>
      <w:r>
        <w:br/>
      </w:r>
      <w:r>
        <w:rPr>
          <w:sz w:val="20"/>
        </w:rPr>
        <w:t>29:13  ek har har cell ek poori industry hota hai, har cell ek poori factory hota hai, aur bohat woh sari activities us ke andar hoti hain jo kisi factory mein aap dekhte hain.</w:t>
      </w:r>
      <w:r>
        <w:br/>
      </w:r>
      <w:r>
        <w:rPr>
          <w:sz w:val="20"/>
        </w:rPr>
        <w:t>29:28  aur bohat hi complex qism ki, yani har cell jo bohat hi chota hota hai, lekin woh ek mukammal factory hai.</w:t>
      </w:r>
      <w:r>
        <w:br/>
      </w:r>
      <w:r>
        <w:rPr>
          <w:sz w:val="20"/>
        </w:rPr>
        <w:t>29:41  toh unke paas quran tha, unhon ne quran nikala, aur woh ayat us ko hum ne de de di. english translation tha quran majeed ka,</w:t>
      </w:r>
      <w:r>
        <w:br/>
      </w:r>
      <w:r>
        <w:rPr>
          <w:sz w:val="20"/>
        </w:rPr>
        <w:t>29:49  woh ayat diya ke is ko parho, jis mein hai ke agar saare darakht qalam bana diye jayein, sara samandar ink bana diya jaye, aur Allah ke nishaniyan, Allah ke signs, Allah ke wonders likhe jayein toh siyahi khushk ho jayegi,</w:t>
      </w:r>
      <w:r>
        <w:br/>
      </w:r>
      <w:r>
        <w:rPr>
          <w:sz w:val="20"/>
        </w:rPr>
        <w:t>30:12  qalam khatam ho jayein ge, aur Allah ke wonders khatam nahi honge.</w:t>
      </w:r>
      <w:r>
        <w:br/>
      </w:r>
      <w:r>
        <w:rPr>
          <w:sz w:val="20"/>
        </w:rPr>
        <w:t>30:18  toh is ne kaha, acha hai, quran mein aisa likha hua hai, toh lao mujhe do quran. toh unke bag mein quran tha, unhon ne us ko de diya,</w:t>
      </w:r>
      <w:r>
        <w:br/>
      </w:r>
      <w:r>
        <w:rPr>
          <w:sz w:val="20"/>
        </w:rPr>
        <w:t>30:31  toh bohat khush hua. woh yeh kya hai? is mein ek aap ko ek ek namuna milta hai ke dawat ka kaam ek process hai, ek mutual process hai, yani daai wa maduwo dono ke darmiyan ek process hai.</w:t>
      </w:r>
    </w:p>
    <w:p>
      <w:pPr>
        <w:pStyle w:val="Heading2"/>
      </w:pPr>
      <w:r>
        <w:t>Nature as a source of marifat</w:t>
      </w:r>
    </w:p>
    <w:p>
      <w:r>
        <w:rPr>
          <w:color w:val="666666"/>
          <w:sz w:val="18"/>
        </w:rPr>
        <w:t>Discussion on Marefat (Ulama Session- I) Peace Conference April 29-30, 2023 · 2m 11s · at 33:38 · https://youtu.be/c1NFCRXpYBQ?t=2018</w:t>
      </w:r>
    </w:p>
    <w:p>
      <w:r>
        <w:rPr>
          <w:i/>
        </w:rPr>
        <w:t>“Kainath marifat ka azeem daftar hai.”</w:t>
      </w:r>
    </w:p>
    <w:p>
      <w:r>
        <w:rPr>
          <w:sz w:val="20"/>
        </w:rPr>
        <w:t>33:38  to main misal ke taur par is program ke aakhri aakhri program ke aakhri baat ke taur par. kitabein Maarifat safa number 73 ka ek unwan hai Maarifat ki Tamseelat. yeh paragraph padhkar main apni baat ko khatm karta hoon. Maulana likhte hain Maarifat ki Tamseelat.</w:t>
      </w:r>
      <w:r>
        <w:br/>
      </w:r>
      <w:r>
        <w:rPr>
          <w:sz w:val="20"/>
        </w:rPr>
        <w:t>34:08  kaynat Maarifat ka ek azeem daftar hai. kaynat ke har cheez Maarifat ki ek dastan hai. kaynat ke har cheez Maarifat ko mujassam kiye hue hai. baqi kaynat mein jo cheez fitrat ke qanoon ke tehat zahir hui hai, wahi insan ki satah par shurua Maarifat ki surat mein zahir hoti hai.</w:t>
      </w:r>
      <w:r>
        <w:br/>
      </w:r>
      <w:r>
        <w:rPr>
          <w:sz w:val="20"/>
        </w:rPr>
        <w:t>34:31  insan agar war kare to kaynat ki har cheez usko Maarifat ka sabak deti hui nazar aayegi. suraj kamseel ki zaban mein bata raha hai ki Maarifat wahi hai, wahi Maarifat hai jo insan ke wajood ko andar se bahar tak roshan kar de.</w:t>
      </w:r>
      <w:r>
        <w:br/>
      </w:r>
      <w:r>
        <w:rPr>
          <w:sz w:val="20"/>
        </w:rPr>
        <w:t>34:52  baitha hua darya insan ko bata raha hai ki Maarifat ko is tarah hasil karo ki woh tumhari rooh mein chashma bankar jari ho jaye. dard ki hari bhari shaakhein, jab hawa isse hilati hain to insan ko yeh paigham deti hain ki Maarifat ko is tarah hasil karo ki woh tumhare liye ek pura itihas, tajaruba, thrilling experience ban jaye.</w:t>
      </w:r>
      <w:r>
        <w:br/>
      </w:r>
      <w:r>
        <w:rPr>
          <w:sz w:val="20"/>
        </w:rPr>
        <w:t>35:22  chidiya jab cheh chahti hain to woh insan se kehti hain ki Khuda ke kamalat is tarah dariaft karo ki tumhari zaban par hamde KhudaWandi ka naghma jari ho jaye. pahad ki bulandi khamosh zaban mein paigham de rahi hai ki Khuda ko iski aala azmaton ke sath dariaft karo wagera. yahi hal poori kaynat ka hai.</w:t>
      </w:r>
      <w:r>
        <w:br/>
      </w:r>
      <w:r>
        <w:rPr>
          <w:sz w:val="20"/>
        </w:rPr>
        <w:t>35:49  kaynat ki har cheez pitrat ki zubaan mein marifat ka paigham de rahi hai. goya ke kaynat marifat ki ek qazeem library hai. jis tarah ek scholar library mein dakhil hokar kitabon ke zariye maloomat akht karta hai. isi tarah ek saccha insaan kainat ki khudai library se marifat ki fikri giza intellectual food hasil karta hai. kainat ki library insaan ke liye marifat ka ek lah mahdood khazana hai.</w:t>
      </w:r>
    </w:p>
    <w:p>
      <w:pPr>
        <w:pStyle w:val="Heading2"/>
      </w:pPr>
      <w:r>
        <w:t>Ibrahim's message about changing the threshold</w:t>
      </w:r>
    </w:p>
    <w:p>
      <w:r>
        <w:rPr>
          <w:color w:val="666666"/>
          <w:sz w:val="18"/>
        </w:rPr>
        <w:t>Tazkiya-e-Nafs Book by Maulana Wahiduddin Khan · 2m 39s · at 1:28:37 · https://youtu.be/LbGPnJWmj1A?t=5317</w:t>
      </w:r>
    </w:p>
    <w:p>
      <w:r>
        <w:rPr>
          <w:i/>
        </w:rPr>
        <w:t>“Char hazar saal pehle Hazrat Ibrahim ne apni biwi Hajra ko basaya”</w:t>
      </w:r>
    </w:p>
    <w:p>
      <w:r>
        <w:rPr>
          <w:sz w:val="20"/>
        </w:rPr>
        <w:t>1:28:37  char hazar saal pehle Hazrat Ibrahim ne apni biwi Hajra aur apne bete Ismail ko Arab ke sehra mein basa diya aur khud Sham wapas chale gaye.</w:t>
      </w:r>
      <w:r>
        <w:br/>
      </w:r>
      <w:r>
        <w:rPr>
          <w:sz w:val="20"/>
        </w:rPr>
        <w:t>1:28:48  baad ko Ismail bare hue to unhone qabile Jarham ki ek khatoon se nikah kar liya. kuch arsa baad Hazrat Ibrahim dobara wahan aaye.</w:t>
      </w:r>
      <w:r>
        <w:br/>
      </w:r>
      <w:r>
        <w:rPr>
          <w:sz w:val="20"/>
        </w:rPr>
        <w:t>1:28:58  is waqt unki mulaqat Ismail ki biwi se hui. unhone sakht halaat ki shikayat ki.</w:t>
      </w:r>
      <w:r>
        <w:br/>
      </w:r>
      <w:r>
        <w:rPr>
          <w:sz w:val="20"/>
        </w:rPr>
        <w:t>1:29:05  Hazrat Ibrahim un se yeh keh kar chale gaye ke jab Ismail wapas aayen to un ko mera yeh paigham dena: "ghair atbat babak" yaani apne ghar ki chokhat ko badal do.</w:t>
      </w:r>
      <w:r>
        <w:br/>
      </w:r>
      <w:r>
        <w:rPr>
          <w:sz w:val="20"/>
        </w:rPr>
        <w:t>1:29:19  is ke baad Ismail ne apni biwi ko talak de diya aur ek doosri khatoon se nikah kar liya. kuch arsa baad Hazrat Ibrahim dobara phir wahan aaye.</w:t>
      </w:r>
      <w:r>
        <w:br/>
      </w:r>
      <w:r>
        <w:rPr>
          <w:sz w:val="20"/>
        </w:rPr>
        <w:t>1:29:30  doosri khatoon se mulaqat hui to unhone koi shikayat nahi ki balke halaat par shukr ka izhaar kiya. yeh sun kar Hazrat Ibrahim ne kaha ke Ismail aayen to un ko mera yeh paigham de dena: "sibt atbat babak" yaani apne ghar ki chokhat ko baqi rakho.</w:t>
      </w:r>
      <w:r>
        <w:br/>
      </w:r>
      <w:r>
        <w:rPr>
          <w:sz w:val="20"/>
        </w:rPr>
        <w:t>1:29:50  sahih al Bukhari, kitab ahadees al anbiya. Hazrat Ibrahim ne apni aulad ko sehra mein basa diya tha.</w:t>
      </w:r>
      <w:r>
        <w:br/>
      </w:r>
      <w:r>
        <w:rPr>
          <w:sz w:val="20"/>
        </w:rPr>
        <w:t>1:29:59  is ka maqsad yeh tha ke fitrat ke sada mahaul mein ek nayi nasal paida ho jo tauheed ke mission ko le kar uthe aur is ko duniya mein phailaye.</w:t>
      </w:r>
      <w:r>
        <w:br/>
      </w:r>
      <w:r>
        <w:rPr>
          <w:sz w:val="20"/>
        </w:rPr>
        <w:t>1:30:10  Hazrat Ibrahim ke mazkoora waqe se maloom hota hai ke is aala kaam ke liye jo afraad matloob hain un ke andar sab se zyada yeh sifat hona chahiye ke woh musbat nafsiyat mein jeene wale hon.</w:t>
      </w:r>
      <w:r>
        <w:br/>
      </w:r>
      <w:r>
        <w:rPr>
          <w:sz w:val="20"/>
        </w:rPr>
        <w:t>1:30:25  woh shikayaton ki nafsiyat se mukammal taur par khali hon. is se maloom hota hai ke tazkiya ke amal mein sab se zyada ahmiyat kis baat ki hai.</w:t>
      </w:r>
      <w:r>
        <w:br/>
      </w:r>
      <w:r>
        <w:rPr>
          <w:sz w:val="20"/>
        </w:rPr>
        <w:t>1:30:35  woh yeh ke aadmi mukammal taur par apne aap ko be shikayat bana le.</w:t>
      </w:r>
      <w:r>
        <w:br/>
      </w:r>
      <w:r>
        <w:rPr>
          <w:sz w:val="20"/>
        </w:rPr>
        <w:t>1:30:40  shikayat ke asbab hote hue woh poori tarah musbat soch wala insan ban jaye. manfi soch tazkiya ki qatil hai jabke musbat soch tazkiya ke liye sab se zaroori shart ki hesiyat rakhti hai.</w:t>
      </w:r>
      <w:r>
        <w:br/>
      </w:r>
      <w:r>
        <w:rPr>
          <w:sz w:val="20"/>
        </w:rPr>
        <w:t>1:30:55  manfi soch wala aadmi shaitan ka mamool yaani subject ban jata hai.</w:t>
      </w:r>
      <w:r>
        <w:br/>
      </w:r>
      <w:r>
        <w:rPr>
          <w:sz w:val="20"/>
        </w:rPr>
        <w:t>1:31:00  is ke bar aks musbat soch wala aadmi farishton ki sohbat mein jeene lagta hai. aur yeh ek haqeeqat hai ke tazkiya ka husool farishton ki madad ke baghair mumkin nahi.</w:t>
      </w:r>
    </w:p>
    <w:p>
      <w:pPr>
        <w:pStyle w:val="Heading2"/>
      </w:pPr>
      <w:r>
        <w:t>Muslims follow high-profile leaders</w:t>
      </w:r>
    </w:p>
    <w:p>
      <w:r>
        <w:rPr>
          <w:color w:val="666666"/>
          <w:sz w:val="18"/>
        </w:rPr>
        <w:t>The Case of Present Muslim Generation September 28, 2008 · 2m 31s · at 46:11 · https://youtu.be/yjSy2b7JPTw?t=2771</w:t>
      </w:r>
    </w:p>
    <w:p>
      <w:r>
        <w:rPr>
          <w:i/>
        </w:rPr>
        <w:t>“Isliye aap dekhen ke jo woh aadmi bahut jald leader ban jaata hai”</w:t>
      </w:r>
    </w:p>
    <w:p>
      <w:r>
        <w:rPr>
          <w:sz w:val="20"/>
        </w:rPr>
        <w:t>46:11  isi liye aap dekhen ke jo woh aadmi bohat jald leader ban jata hai jo bari bari baatein kare. bari bari baatein karne wale log.</w:t>
      </w:r>
      <w:r>
        <w:br/>
      </w:r>
      <w:r>
        <w:rPr>
          <w:sz w:val="20"/>
        </w:rPr>
        <w:t>46:23  jitne leader bane hain is zamane mein so dedh sau saal ke andar woh kaun log the? wohi log the jo bari bari baatein karte the.</w:t>
      </w:r>
      <w:r>
        <w:br/>
      </w:r>
      <w:r>
        <w:rPr>
          <w:sz w:val="20"/>
        </w:rPr>
        <w:t>46:36  sab se zyada jo popularity mili hai India mein jante hain kis ko mili hai? Maulana Muhammad Ali Jauhar ko mili hai.</w:t>
      </w:r>
      <w:r>
        <w:br/>
      </w:r>
      <w:r>
        <w:rPr>
          <w:sz w:val="20"/>
        </w:rPr>
        <w:t>46:48  ek zamane mein yeh haal tha ke pure pura mulk un ke is mein tha. Maulana Muhammad Ali Jauhar ke is mein.</w:t>
      </w:r>
      <w:r>
        <w:br/>
      </w:r>
      <w:r>
        <w:rPr>
          <w:sz w:val="20"/>
        </w:rPr>
        <w:t>46:59  jab unhon ne Khilafat Tehreek chalai thi. Khilafat Tehreek. first world war ke baad.</w:t>
      </w:r>
      <w:r>
        <w:br/>
      </w:r>
      <w:r>
        <w:rPr>
          <w:sz w:val="20"/>
        </w:rPr>
        <w:t>47:09  Khilafat Tehreek kya thi? jis Khilafat ko das saal pehle khatma ho chuka tha Turkey mein us ki Tehreek chala rahe the woh India mein.</w:t>
      </w:r>
      <w:r>
        <w:br/>
      </w:r>
      <w:r>
        <w:rPr>
          <w:sz w:val="20"/>
        </w:rPr>
        <w:t>47:20  aap dekh lijiyay tareekh mein, history mein dekh lijiyay aap. khilafat constitution turkey mein khatm ho chuka tha. ittehad party ne khatm kar diya tha.</w:t>
      </w:r>
      <w:r>
        <w:br/>
      </w:r>
      <w:r>
        <w:rPr>
          <w:sz w:val="20"/>
        </w:rPr>
        <w:t>47:33  mustafa kamal pasha in ke leader tha in ka. anwar pasha, mustafa kamal pasha waghera. to un ki party ne wahan ke khalifa ko mozoool kar diya tha.</w:t>
      </w:r>
      <w:r>
        <w:br/>
      </w:r>
      <w:r>
        <w:rPr>
          <w:sz w:val="20"/>
        </w:rPr>
        <w:t>47:43  jo das saal pehle yeh waqia ho chuka tha ke khud turkey mein khilafat creation khatm ho chuka tha. saare arab countries mein nationalism aa gaya tha.</w:t>
      </w:r>
      <w:r>
        <w:br/>
      </w:r>
      <w:r>
        <w:rPr>
          <w:sz w:val="20"/>
        </w:rPr>
        <w:t>47:53  nationalism yani national government chahte thay woh. to simit kar ke reh gayi thi woh istanbul mein aur ankara mein. aur dilli mein woh india mein woh tehreek chala rahe thay khilafat, khilafat, khilafat, khilafat.</w:t>
      </w:r>
      <w:r>
        <w:br/>
      </w:r>
      <w:r>
        <w:rPr>
          <w:sz w:val="20"/>
        </w:rPr>
        <w:t>48:07  is zamanay mein yeh haal tha ke ek gaana chalta tha bohat ziyada. boli amma Muhammad Ali ki jaan beta khilafat pe de do.</w:t>
      </w:r>
      <w:r>
        <w:br/>
      </w:r>
      <w:r>
        <w:rPr>
          <w:sz w:val="20"/>
        </w:rPr>
        <w:t>48:19  yani khilafat hai hi nahin kahin. na bannay wali hai.</w:t>
      </w:r>
      <w:r>
        <w:br/>
      </w:r>
      <w:r>
        <w:rPr>
          <w:sz w:val="20"/>
        </w:rPr>
        <w:t>48:25  aur yeh gaana ho raha tha har jagah. saare india ke musalman bilkul ek josh mein bhare hue thay. ke khilafat phir se zinda ho rahi hai.</w:t>
      </w:r>
      <w:r>
        <w:br/>
      </w:r>
      <w:r>
        <w:rPr>
          <w:sz w:val="20"/>
        </w:rPr>
        <w:t>48:34  saari duniya mein hum ruler banenge. empire, hamara empire qaim hoga. yeh kyun maqbooliyat un ki kyun hui?</w:t>
      </w:r>
    </w:p>
    <w:p>
      <w:pPr>
        <w:pStyle w:val="Heading2"/>
      </w:pPr>
      <w:r>
        <w:t>Analogy of fire and lightning for truth obscured</w:t>
      </w:r>
    </w:p>
    <w:p>
      <w:r>
        <w:rPr>
          <w:color w:val="666666"/>
          <w:sz w:val="18"/>
        </w:rPr>
        <w:t>Dars-e-Quran, Chapter 2,  Vs 7-19 | July 26,  2015 · 5m 32s · at 39:49 · https://youtu.be/O71wvnrbnXU?t=2389</w:t>
      </w:r>
    </w:p>
    <w:p>
      <w:r>
        <w:rPr>
          <w:i/>
        </w:rPr>
        <w:t>“Example of a person who lit a fire, when it illuminated...”</w:t>
      </w:r>
    </w:p>
    <w:p>
      <w:r>
        <w:rPr>
          <w:sz w:val="20"/>
        </w:rPr>
        <w:t>39:49  misal aisay shakhs ki hai ke us ne aag jalai falamma adha'at ma hawlah jab khoob roshan ho gaya mahol dhahab Allah binoorihim to Allah ne un ki roshni cheen li wa tarakahum fi dhulumaat Allah un ko chor diya tareeki mein unhein kuch dikhai nahi deta dekhen yeh tamseel ki zaban mein yeh kaha gaya hai ke madinay mein Allah ne aik roshni phailai thi toheed ki roshni peghambar ke zariye se aur sahaba</w:t>
      </w:r>
      <w:r>
        <w:br/>
      </w:r>
      <w:r>
        <w:rPr>
          <w:sz w:val="20"/>
        </w:rPr>
        <w:t>40:19  ke zariye se to mahaul roshan ho gaya lekin aaenda waqt un ki Allah taala ne un ki</w:t>
      </w:r>
      <w:r>
        <w:br/>
      </w:r>
      <w:r>
        <w:rPr>
          <w:sz w:val="20"/>
        </w:rPr>
        <w:t>40:27  aankhein chheen leen chheen ne ka mani yeh nahi ke woh andhe ho gaye yeh matlab nahi hai balke</w:t>
      </w:r>
      <w:r>
        <w:br/>
      </w:r>
      <w:r>
        <w:rPr>
          <w:sz w:val="20"/>
        </w:rPr>
        <w:t>40:34  shaitan ne un ko galat rukh par un ke zehan ko daal diya yani sahi rukh par daal ne</w:t>
      </w:r>
      <w:r>
        <w:br/>
      </w:r>
      <w:r>
        <w:rPr>
          <w:sz w:val="20"/>
        </w:rPr>
        <w:t>40:42  ki bajaye galat rukh par daal diya mislan yeh ke yeh to leadery hai yeh to siyasat hai yeh to</w:t>
      </w:r>
      <w:r>
        <w:br/>
      </w:r>
      <w:r>
        <w:rPr>
          <w:sz w:val="20"/>
        </w:rPr>
        <w:t>40:49  apnay apnay ko numayan karna hai is qism ki baat daal di shaitan ne to roshni ke bawajood hum nay kuch dikhai nahi diya jab sachai ki tehreek chalay to woh aik goya aik aik roshni samnay ati hai jis se log sachai ko dekhen aur payen yani ayen isi waqt shaitan active ho jata hai aur isi wajah is logon ke zehn mein</w:t>
      </w:r>
      <w:r>
        <w:br/>
      </w:r>
      <w:r>
        <w:rPr>
          <w:sz w:val="20"/>
        </w:rPr>
        <w:t>41:19  fasaad daalta hai yani shubhat daalta hai is shubhat ki wajah se woh mehroom ho jate hain ke</w:t>
      </w:r>
      <w:r>
        <w:br/>
      </w:r>
      <w:r>
        <w:rPr>
          <w:sz w:val="20"/>
        </w:rPr>
        <w:t>41:27  woh is roshni se faida uthayein to yeh asal mein yeh shaitani shubhat ki taraf ishara hai shaitani</w:t>
      </w:r>
      <w:r>
        <w:br/>
      </w:r>
      <w:r>
        <w:rPr>
          <w:sz w:val="20"/>
        </w:rPr>
        <w:t>41:35  shubhat ki taraf ke yeh yeh to arab mein hukoomat chahte hain yeh to apni burai chahte hain</w:t>
      </w:r>
      <w:r>
        <w:br/>
      </w:r>
      <w:r>
        <w:rPr>
          <w:sz w:val="20"/>
        </w:rPr>
        <w:t>41:43  yeh to apne ko ooncha dikhana chahte hain</w:t>
      </w:r>
      <w:r>
        <w:br/>
      </w:r>
      <w:r>
        <w:rPr>
          <w:sz w:val="20"/>
        </w:rPr>
        <w:t>41:50  yani mukhtalif qism ki cheezain shoshay nikal kar ke logon ke zehn ko masmoom kar detay hain to phir roshni agarche maujood hoti hai lekin kuch dikhai deta hai un ko kuch dikhai nahi deta un ko yani shoshon ke is mein shoshon ki jis ko kehtay hain shoshon ki siyasat shoshon ki siyasat ki nishandahi ki gayi hai ke hamesha aisay mauqa par log shoshay nikal kar log batkat</w:t>
      </w:r>
      <w:r>
        <w:br/>
      </w:r>
      <w:r>
        <w:rPr>
          <w:sz w:val="20"/>
        </w:rPr>
        <w:t>42:20  e hain aur phir khud bhi khud bhi mehroom rehte hain doosron ki mehroom karte hue samam bukm</w:t>
      </w:r>
      <w:r>
        <w:br/>
      </w:r>
      <w:r>
        <w:rPr>
          <w:sz w:val="20"/>
        </w:rPr>
        <w:t>42:30  umyun fahum la yarjiun woh behre hain goonge hain woh andhe hain woh lotne wale nahi hain yeh jo</w:t>
      </w:r>
      <w:r>
        <w:br/>
      </w:r>
      <w:r>
        <w:rPr>
          <w:sz w:val="20"/>
        </w:rPr>
        <w:t>42:40  alfaaz hain yeh deep conditioning ko batate hain yani haqeeqatan na koi bara hota na goonga hota na andha hota</w:t>
      </w:r>
      <w:r>
        <w:br/>
      </w:r>
      <w:r>
        <w:rPr>
          <w:sz w:val="20"/>
        </w:rPr>
        <w:t>42:51  yani un ke kaan wasee hote hain un ki aankh wasee hoti hai sab kuch theek rehta hai</w:t>
      </w:r>
      <w:r>
        <w:br/>
      </w:r>
      <w:r>
        <w:rPr>
          <w:sz w:val="20"/>
        </w:rPr>
        <w:t>42:58  lekin sachai ko samajhne ke liye woh woh qabil nahi rehte woh aur dheere dheere dheere dheere woh</w:t>
      </w:r>
      <w:r>
        <w:br/>
      </w:r>
      <w:r>
        <w:rPr>
          <w:sz w:val="20"/>
        </w:rPr>
        <w:t>43:06  galat raste par chal padte hain to yeh hota hai conditioning ki wajah se jahan tak main samajhta</w:t>
      </w:r>
      <w:r>
        <w:br/>
      </w:r>
      <w:r>
        <w:rPr>
          <w:sz w:val="20"/>
        </w:rPr>
        <w:t>43:13  hoon ke yeh jo conditioning jo hai is ke do darjay</w:t>
      </w:r>
      <w:r>
        <w:br/>
      </w:r>
      <w:r>
        <w:rPr>
          <w:sz w:val="20"/>
        </w:rPr>
        <w:t>43:21  hotay hain shuru mein conditioning bohat hi halki hoti hai halki lekin agar aadmi apni deconditioning ka process na chalaye yani aadmi ko chahiye ke woh mahol se conditioning to hogi kyunke aadmi jab paida hota hai to aik mahol hota hai us mahol se conditioning to zaroor hogi is ki lekin sath sath aadmi ko chahiye ke woh sochay sochay aur apnay andar deconditioning ka process chalaye jo</w:t>
      </w:r>
      <w:r>
        <w:br/>
      </w:r>
      <w:r>
        <w:rPr>
          <w:sz w:val="20"/>
        </w:rPr>
        <w:t>43:51  aisa karega to bacha rahega woh bacha rahega har cheez se ba khabar ho kar ke</w:t>
      </w:r>
      <w:r>
        <w:br/>
      </w:r>
      <w:r>
        <w:rPr>
          <w:sz w:val="20"/>
        </w:rPr>
        <w:t>43:58  apne ko is se bacha lega lekin jo apne andar deconditioning ka process na chalaye to</w:t>
      </w:r>
      <w:r>
        <w:br/>
      </w:r>
      <w:r>
        <w:rPr>
          <w:sz w:val="20"/>
        </w:rPr>
        <w:t>44:06  woh use use bhagta chalayega use aur zyada bhag jayega yahan tak ke is ke conditioning</w:t>
      </w:r>
      <w:r>
        <w:br/>
      </w:r>
      <w:r>
        <w:rPr>
          <w:sz w:val="20"/>
        </w:rPr>
        <w:t>44:13  pakhta ho jayegi ke woh naya sari ke qabil nahi rahega woh o man al samaa z</w:t>
      </w:r>
      <w:r>
        <w:br/>
      </w:r>
      <w:r>
        <w:rPr>
          <w:sz w:val="20"/>
        </w:rPr>
        <w:t>44:21  ulmat o barq ya asman se barish ho is mein jis mein bijli chamak rahi hoon aur aap jante</w:t>
      </w:r>
      <w:r>
        <w:br/>
      </w:r>
      <w:r>
        <w:rPr>
          <w:sz w:val="20"/>
        </w:rPr>
        <w:t>44:28  hain ke jab toofani barish hoti hai to bohat hi is mein shor hota hai to yani agarchay</w:t>
      </w:r>
      <w:r>
        <w:br/>
      </w:r>
      <w:r>
        <w:rPr>
          <w:sz w:val="20"/>
        </w:rPr>
        <w:t>44:36  barish hai lekin sunai nahi deta kuch to yeh jo dawat toheed ki jo dawat hai aisi qism</w:t>
      </w:r>
      <w:r>
        <w:br/>
      </w:r>
      <w:r>
        <w:rPr>
          <w:sz w:val="20"/>
        </w:rPr>
        <w:t>44:43  ki barish hai toofani barish ke woh sachai bars</w:t>
      </w:r>
      <w:r>
        <w:br/>
      </w:r>
      <w:r>
        <w:rPr>
          <w:sz w:val="20"/>
        </w:rPr>
        <w:t>44:51  rahi hai lekin sath sath garaj chamak bhi hai to jo log apne apni aqal ko zinda na</w:t>
      </w:r>
      <w:r>
        <w:br/>
      </w:r>
      <w:r>
        <w:rPr>
          <w:sz w:val="20"/>
        </w:rPr>
        <w:t>44:59  rakhein woh is mein aap un ko kuch milta nahi yeh jaloon asabi hum fi azan hum min al sawaeq woh</w:t>
      </w:r>
      <w:r>
        <w:br/>
      </w:r>
      <w:r>
        <w:rPr>
          <w:sz w:val="20"/>
        </w:rPr>
        <w:t>45:06  apne kaan mein ungli dal lete hain garaj chamak ki wajah se to yeh yeh bhi tashbeeh ki</w:t>
      </w:r>
      <w:r>
        <w:br/>
      </w:r>
      <w:r>
        <w:rPr>
          <w:sz w:val="20"/>
        </w:rPr>
        <w:t>45:14  baat hai jaise bohat zyada garaj chamak ho aap kaan mein ungli dal lein</w:t>
      </w:r>
    </w:p>
    <w:p>
      <w:pPr>
        <w:pStyle w:val="Heading2"/>
      </w:pPr>
      <w:r>
        <w:t>Heart-based Sufism and its rejection</w:t>
      </w:r>
    </w:p>
    <w:p>
      <w:r>
        <w:rPr>
          <w:color w:val="666666"/>
          <w:sz w:val="18"/>
        </w:rPr>
        <w:t>Islam and Sufism, Islam and Spirituality (Group of Gothers) - Maulana Wahiduddin Khan · 2m 09s · at 4:19 · https://youtu.be/yuxUUlOqZLM?t=259</w:t>
      </w:r>
    </w:p>
    <w:p>
      <w:r>
        <w:rPr>
          <w:i/>
        </w:rPr>
        <w:t>“There are two different kinds of Sufism and spirituality”</w:t>
      </w:r>
    </w:p>
    <w:p>
      <w:r>
        <w:rPr>
          <w:sz w:val="20"/>
        </w:rPr>
        <w:t>4:19  it is a daily basis feeding. then according to my study and my experience, there are two different kinds of sufism or spirituality.</w:t>
      </w:r>
      <w:r>
        <w:br/>
      </w:r>
      <w:r>
        <w:rPr>
          <w:sz w:val="20"/>
        </w:rPr>
        <w:t>4:39  one is based on heart, and the other one is based on mind.</w:t>
      </w:r>
      <w:r>
        <w:br/>
      </w:r>
      <w:r>
        <w:rPr>
          <w:sz w:val="20"/>
        </w:rPr>
        <w:t>4:47  traditional sufism or traditional spirituality is based on heart. heart based spirituality believes that in your heart, your heart is a</w:t>
      </w:r>
      <w:r>
        <w:br/>
      </w:r>
      <w:r>
        <w:rPr>
          <w:sz w:val="20"/>
        </w:rPr>
        <w:t>5:04  treasure of spirituality.</w:t>
      </w:r>
      <w:r>
        <w:br/>
      </w:r>
      <w:r>
        <w:rPr>
          <w:sz w:val="20"/>
        </w:rPr>
        <w:t>5:10  your heart is a treasure of spirituality. so you need nothing but to unfold this treasure, this hidden treasure.</w:t>
      </w:r>
      <w:r>
        <w:br/>
      </w:r>
      <w:r>
        <w:rPr>
          <w:sz w:val="20"/>
        </w:rPr>
        <w:t>5:22  so they practice what is called muraqabah or meditation.</w:t>
      </w:r>
      <w:r>
        <w:br/>
      </w:r>
      <w:r>
        <w:rPr>
          <w:sz w:val="20"/>
        </w:rPr>
        <w:t>5:30  muraqabah means dhikr and inner, and inner, inner muraqabah.</w:t>
      </w:r>
      <w:r>
        <w:br/>
      </w:r>
      <w:r>
        <w:rPr>
          <w:sz w:val="20"/>
        </w:rPr>
        <w:t>5:46  for example, the sufi practice like this: la ilaha illallah, la ilaha illallah.</w:t>
      </w:r>
      <w:r>
        <w:br/>
      </w:r>
      <w:r>
        <w:rPr>
          <w:sz w:val="20"/>
        </w:rPr>
        <w:t>5:56  this is an example. they by this practices, they invoke the inner ability, and they believe that by invoking this inner treasure or ability,</w:t>
      </w:r>
      <w:r>
        <w:br/>
      </w:r>
      <w:r>
        <w:rPr>
          <w:sz w:val="20"/>
        </w:rPr>
        <w:t>6:17  they will find spiritual, spirituality. but i don't believe this kind of spirituality.</w:t>
      </w:r>
    </w:p>
    <w:p>
      <w:pPr>
        <w:pStyle w:val="Heading2"/>
      </w:pPr>
      <w:r>
        <w:t>the difference between culture and true religion</w:t>
      </w:r>
    </w:p>
    <w:p>
      <w:r>
        <w:rPr>
          <w:color w:val="666666"/>
          <w:sz w:val="18"/>
        </w:rPr>
        <w:t>Discovery of Paradise March 22, 2015 · 2m 20s · at 39:13 · https://youtu.be/2axrfd7sZkE?t=2353</w:t>
      </w:r>
    </w:p>
    <w:p>
      <w:r>
        <w:rPr>
          <w:i/>
        </w:rPr>
        <w:t>“Wo cultur ko mazhab samajh raha hai, aur usko reject kar raha hai”</w:t>
      </w:r>
    </w:p>
    <w:p>
      <w:r>
        <w:rPr>
          <w:sz w:val="20"/>
        </w:rPr>
        <w:t>39:13  aaj jo maine aap ko zikr kiya, interview ka jo akhbar mein aya hai, aaj to is mein kuch cheezen is ne jo di hain, jis se woh Khuda ko nahi manta ke woh kaisa Khuda hai jo yeh bataye ke hum kya khayen, kya na khayen.</w:t>
      </w:r>
      <w:r>
        <w:br/>
      </w:r>
      <w:r>
        <w:rPr>
          <w:sz w:val="20"/>
        </w:rPr>
        <w:t>39:28  woh kaisa khuda hai jo jo bataye ke hum kya dress hamara ho, kya na ho. to mein samajhta hoon ke is ko ek confusion hai ke woh culture ko culture aur mazhab dono ko ek samajh raha hai.</w:t>
      </w:r>
      <w:r>
        <w:br/>
      </w:r>
      <w:r>
        <w:rPr>
          <w:sz w:val="20"/>
        </w:rPr>
        <w:t>39:43  yeh to culture ki baat hai, asal mazhab nahi hai. yeh</w:t>
      </w:r>
      <w:r>
        <w:br/>
      </w:r>
      <w:r>
        <w:rPr>
          <w:sz w:val="20"/>
        </w:rPr>
        <w:t>39:51  yani divine religion hai. divine religion jo hai, woh is ko is woh culture ka naam nahi hai. woh khuda ka inkar kar raha hai, yeh keh kar ke khuda bas yeh batane ke liye hai ke mein kya kapra pehnoon, kya khana khaoon.</w:t>
      </w:r>
      <w:r>
        <w:br/>
      </w:r>
      <w:r>
        <w:rPr>
          <w:sz w:val="20"/>
        </w:rPr>
        <w:t>40:11  to woh is ne yani divine religion ka ek reduce form is ke zehn mein hai, woh hai culture.</w:t>
      </w:r>
      <w:r>
        <w:br/>
      </w:r>
      <w:r>
        <w:rPr>
          <w:sz w:val="20"/>
        </w:rPr>
        <w:t>40:22  dekhein, har mazhab mein ek culture ban jata hai kuch dinon ke baad, aur khud Islam mein bhi bana. to aaj jo musalman hain, woh culture par hain, woh deen Islam par nahi hain.</w:t>
      </w:r>
      <w:r>
        <w:br/>
      </w:r>
      <w:r>
        <w:rPr>
          <w:sz w:val="20"/>
        </w:rPr>
        <w:t>40:36  khas tarah ka dress, khas tarah ka ek jis ko kehte hain waza qata, is ka naam samajh lijiye ga ke dindari, dindari, dindari samajh liya hai is ko.</w:t>
      </w:r>
      <w:r>
        <w:br/>
      </w:r>
      <w:r>
        <w:rPr>
          <w:sz w:val="20"/>
        </w:rPr>
        <w:t>40:52  to dindari zamane mein waza qata ka naam ban gayi hai, culture ka naam ban gayi hai, magar woh Islam nahi hai. Islam to ek ideology hai, ek ideology ko daryaft karna,</w:t>
      </w:r>
      <w:r>
        <w:br/>
      </w:r>
      <w:r>
        <w:rPr>
          <w:sz w:val="20"/>
        </w:rPr>
        <w:t>41:09  aur phir is ideology ke mutabiq apni zindagi ko</w:t>
      </w:r>
      <w:r>
        <w:br/>
      </w:r>
      <w:r>
        <w:rPr>
          <w:sz w:val="20"/>
        </w:rPr>
        <w:t>41:16  sanwarna, woh culture se buland cheez ek hai,</w:t>
      </w:r>
      <w:r>
        <w:br/>
      </w:r>
      <w:r>
        <w:rPr>
          <w:sz w:val="20"/>
        </w:rPr>
        <w:t>41:22  culture se buland hai. to Islam naam hai tauheed, yani ideology of tauheed ka, na ke culture ka.</w:t>
      </w:r>
    </w:p>
    <w:p>
      <w:pPr>
        <w:pStyle w:val="Heading2"/>
      </w:pPr>
      <w:r>
        <w:t>Gandhi's spiritual mission and its completion</w:t>
      </w:r>
    </w:p>
    <w:p>
      <w:r>
        <w:rPr>
          <w:color w:val="666666"/>
          <w:sz w:val="18"/>
        </w:rPr>
        <w:t>Islam and Peace (In Conversation with Maulana) 23 11 2008 · 2m 44s · at 9:32 · https://youtu.be/CyS3i4AlGfs?t=572</w:t>
      </w:r>
    </w:p>
    <w:p>
      <w:r>
        <w:rPr>
          <w:i/>
        </w:rPr>
        <w:t>“This was Gandhi's spiritual mission.”</w:t>
      </w:r>
    </w:p>
    <w:p>
      <w:r>
        <w:rPr>
          <w:sz w:val="20"/>
        </w:rPr>
        <w:t>9:32  yeh spiritual mission tha mahatma gandhi ka. mein jitna samjha hoon mahatma gandhi ko. mere paas sari books hain unki.</w:t>
      </w:r>
      <w:r>
        <w:br/>
      </w:r>
      <w:r>
        <w:rPr>
          <w:sz w:val="20"/>
        </w:rPr>
        <w:t>9:45  woh spiritual revolution lana chahte thay. spiritual revolution yani insan ke andar jo ek aur faculty hai jisko hum spirituality kehte hain.</w:t>
      </w:r>
      <w:r>
        <w:br/>
      </w:r>
      <w:r>
        <w:rPr>
          <w:sz w:val="20"/>
        </w:rPr>
        <w:t>9:57  isko zinda karna. lekin unka soch yeh thi ke jab tak british rule yahan par hai toh hum woh kaam kar nahi payenge. toh iske liye poora zor diya unhone british rule ko hatane mein.</w:t>
      </w:r>
      <w:r>
        <w:br/>
      </w:r>
      <w:r>
        <w:rPr>
          <w:sz w:val="20"/>
        </w:rPr>
        <w:t>10:10  lekin mein ne kal kaha musharraf siddharth se ke mahatma gandhi ki ek ek woh thi yani unko ek kami thi unke mission ki ke woh team nahi ban saki unke haan.</w:t>
      </w:r>
      <w:r>
        <w:br/>
      </w:r>
      <w:r>
        <w:rPr>
          <w:sz w:val="20"/>
        </w:rPr>
        <w:t>10:24  dekhein jo british rule ko hatane ki wali baat thi unke liye toh logon ko mobilize karna kafi tha. sadkon par bahut zyada bheed ho.</w:t>
      </w:r>
      <w:r>
        <w:br/>
      </w:r>
      <w:r>
        <w:rPr>
          <w:sz w:val="20"/>
        </w:rPr>
        <w:t>10:33  jalson par bahut zyada bheed ho. toh woh kafi tha ke angrez ghabra ke bhage yahan se. toh logon ko mobilize kar ke unhone yeh faida uthaya. logon ko mobilize kar ke unhone british ko yani yahan se nikalne par majboor kiya.</w:t>
      </w:r>
      <w:r>
        <w:br/>
      </w:r>
      <w:r>
        <w:rPr>
          <w:sz w:val="20"/>
        </w:rPr>
        <w:t>10:48  lekin ab jo naya india banana tha. yani quit india toh chal sakta tha is tarah se. lekin jo naya india banana tha.</w:t>
      </w:r>
      <w:r>
        <w:br/>
      </w:r>
      <w:r>
        <w:rPr>
          <w:sz w:val="20"/>
        </w:rPr>
        <w:t>10:59  uske liye hamein chahiye thi ek team. ek team chahiye thi. bahut hi sincere kaam tha. bahut hi constructive kaam tha.</w:t>
      </w:r>
      <w:r>
        <w:br/>
      </w:r>
      <w:r>
        <w:rPr>
          <w:sz w:val="20"/>
        </w:rPr>
        <w:t>11:08  boht hi sochi samjhi planning chahiye thi. ab woh team nahi mili un ko. kyunke khud aap ne parha hoga ke ab meri kon sune ga. to kyun aisa hua?</w:t>
      </w:r>
      <w:r>
        <w:br/>
      </w:r>
      <w:r>
        <w:rPr>
          <w:sz w:val="20"/>
        </w:rPr>
        <w:t>11:18  jitne congress ke log the woh sab chale gaye. government mein minister banne mein governor banne mein lag gaye. har aadmi jo hai us ka political yani political faida uthane laga.</w:t>
      </w:r>
      <w:r>
        <w:br/>
      </w:r>
      <w:r>
        <w:rPr>
          <w:sz w:val="20"/>
        </w:rPr>
        <w:t>11:30  to koi team nahi rahi jo is ko jo gandhi ke mission ko aage barhaye. to main bhi political yani mera jo mission hai woh bhi spiritual revolution hai.</w:t>
      </w:r>
      <w:r>
        <w:br/>
      </w:r>
      <w:r>
        <w:rPr>
          <w:sz w:val="20"/>
        </w:rPr>
        <w:t>11:40  spiritual revolution. basically. to lekin main yeh kar raha hoon ke main team pehle bana raha hoon. main ne un se kaha musharraf siddharth se ke mera tareeqa jo hai fabric society ka model liya hai main ne.</w:t>
      </w:r>
      <w:r>
        <w:br/>
      </w:r>
      <w:r>
        <w:rPr>
          <w:sz w:val="20"/>
        </w:rPr>
        <w:t>11:54  ke pehle team banao aur team phir us ke baad aage kaam kare gi. to basically mahatma gandhi ka mission jo tha spiritual revolution ka mission tha.</w:t>
      </w:r>
      <w:r>
        <w:br/>
      </w:r>
      <w:r>
        <w:rPr>
          <w:sz w:val="20"/>
        </w:rPr>
        <w:t>12:04  lekin woh aadha reh gaya woh. is aadha jo reh gaya us ko main chahta hoon ke us ko poora karoon inshallah. agar allah chahe ga to poora ho kar rahe ga.</w:t>
      </w:r>
    </w:p>
    <w:p>
      <w:pPr>
        <w:pStyle w:val="Heading2"/>
      </w:pPr>
      <w:r>
        <w:t>Historical examples of hatred in Muslim world</w:t>
      </w:r>
    </w:p>
    <w:p>
      <w:r>
        <w:rPr>
          <w:color w:val="666666"/>
          <w:sz w:val="18"/>
        </w:rPr>
        <w:t>From the Spiritual Tree August 31, 2008 · 3m 49s · at 4:12 · https://youtu.be/yqFdYWdODM0?t=252</w:t>
      </w:r>
    </w:p>
    <w:p>
      <w:r>
        <w:rPr>
          <w:i/>
        </w:rPr>
        <w:t>“In the Muslim world, a great name is Allama Ibn Taymiyyah.”</w:t>
      </w:r>
    </w:p>
    <w:p>
      <w:r>
        <w:rPr>
          <w:sz w:val="20"/>
        </w:rPr>
        <w:t>4:12  musalmanon mein bohat bara naam hai Allama Ibn Taimiya ka. woh Tatariyon ke zamane mein the.</w:t>
      </w:r>
      <w:r>
        <w:br/>
      </w:r>
      <w:r>
        <w:rPr>
          <w:sz w:val="20"/>
        </w:rPr>
        <w:t>4:20  woh toh Tatariyon ka jo masla paida hua ke Tatari ghus aaye Muslim dunya mein, toh unhone kya naara diya?</w:t>
      </w:r>
      <w:r>
        <w:br/>
      </w:r>
      <w:r>
        <w:rPr>
          <w:sz w:val="20"/>
        </w:rPr>
        <w:t>4:32  "Al-harbu infa'ul harbu". matlab lad kar ke Tatariyon ka problem khatm karo. woh yeh na keh sake ke "Ad-da'watu infa'ul harbu".</w:t>
      </w:r>
      <w:r>
        <w:br/>
      </w:r>
      <w:r>
        <w:rPr>
          <w:sz w:val="20"/>
        </w:rPr>
        <w:t>4:47  "Al-harbu infa'ul harbu" ka matlab hai ke ladai ki kaat ladai hai. yeh bhi keh sakte the woh ke "Ad-da'watu infa'ul harbu".</w:t>
      </w:r>
      <w:r>
        <w:br/>
      </w:r>
      <w:r>
        <w:rPr>
          <w:sz w:val="20"/>
        </w:rPr>
        <w:t>4:59  yaani ladai ki kaat dawat hai. kyun? Tatariyon ke khilaf un ke dil mein hate bhar gaya. woh un ki jannat ke hareese na rahe.</w:t>
      </w:r>
      <w:r>
        <w:br/>
      </w:r>
      <w:r>
        <w:rPr>
          <w:sz w:val="20"/>
        </w:rPr>
        <w:t>5:12  aise hi dekhiye aap aaj kal aap jaiye Arab dunya mein. har Arab Yahudiyon ke khilaf nafrat se bhara hua hai. nafrat, nafrat, nafrat.</w:t>
      </w:r>
      <w:r>
        <w:br/>
      </w:r>
      <w:r>
        <w:rPr>
          <w:sz w:val="20"/>
        </w:rPr>
        <w:t>5:23  yaani Falasteen mein jo Arab rehte hain, woh bhi. Falasteen ke bahar jo rehte hain, woh bhi. Yahudiyon ke liye un ke dil mein bas nafrat hi nafrat hai.</w:t>
      </w:r>
      <w:r>
        <w:br/>
      </w:r>
      <w:r>
        <w:rPr>
          <w:sz w:val="20"/>
        </w:rPr>
        <w:t>5:33  halanke woh soch sakte the ke Yahudiyon mein dawat phailao. Yahudiyon mein dawat phailao.</w:t>
      </w:r>
      <w:r>
        <w:br/>
      </w:r>
      <w:r>
        <w:rPr>
          <w:sz w:val="20"/>
        </w:rPr>
        <w:t>5:43  un ko bomb marne ki kya zaroorat hai? aap jante hain ke zamane mein ek bohat bara scholar Muhammad Asad woh Yahudi the.</w:t>
      </w:r>
      <w:r>
        <w:br/>
      </w:r>
      <w:r>
        <w:rPr>
          <w:sz w:val="20"/>
        </w:rPr>
        <w:t>5:54  unhone Islam qubool kiya. phir bohat si kitabein unhone Islam par likhin. aur Quran ki commentary likhi.</w:t>
      </w:r>
      <w:r>
        <w:br/>
      </w:r>
      <w:r>
        <w:rPr>
          <w:sz w:val="20"/>
        </w:rPr>
        <w:t>6:03  toh Yahudi bhi insaan hai. Yahudi koi koi aur animal nahin hai. lekin bas har Arab Yahudiyon se nafrat karta hai.</w:t>
      </w:r>
      <w:r>
        <w:br/>
      </w:r>
      <w:r>
        <w:rPr>
          <w:sz w:val="20"/>
        </w:rPr>
        <w:t>6:16  aise hi India mein dekhiye aap. India mein bohat bara naam hai Shah Abdali ka. un ko kya dikhai pada?</w:t>
      </w:r>
      <w:r>
        <w:br/>
      </w:r>
      <w:r>
        <w:rPr>
          <w:sz w:val="20"/>
        </w:rPr>
        <w:t>6:27  ke Sikhon aur Marahaton ke khilaf</w:t>
      </w:r>
      <w:r>
        <w:br/>
      </w:r>
      <w:r>
        <w:rPr>
          <w:sz w:val="20"/>
        </w:rPr>
        <w:t>6:32  Ahmed Shah Abdali se unhone correspondence kiya ke yeh fitna hai, is ke fitne ko khatm karo. unhein yeh sochna chahiye tha ke hum Sikhon aur Marahaton mein Islam phailao.</w:t>
      </w:r>
      <w:r>
        <w:br/>
      </w:r>
      <w:r>
        <w:rPr>
          <w:sz w:val="20"/>
        </w:rPr>
        <w:t>6:44  Islam ki dawat do. aise hi Deoband ke ulama ko dekhiye. un ke zamane mein Angrez aa gaye bahar se.</w:t>
      </w:r>
      <w:r>
        <w:br/>
      </w:r>
      <w:r>
        <w:rPr>
          <w:sz w:val="20"/>
        </w:rPr>
        <w:t>6:58  to bas un ke khilaaf ho gaye. aur ladne lage un se. main parhta hoon in logon ke halaat, yaani deoband ke ulama ke.</w:t>
      </w:r>
      <w:r>
        <w:br/>
      </w:r>
      <w:r>
        <w:rPr>
          <w:sz w:val="20"/>
        </w:rPr>
        <w:t>7:08  to aksar likha rehta hai ke hazrat ko angrezon se bari nafrat thi. yeh chupa hua. deoband ke bare bare ulama, top ke ulama.</w:t>
      </w:r>
      <w:r>
        <w:br/>
      </w:r>
      <w:r>
        <w:rPr>
          <w:sz w:val="20"/>
        </w:rPr>
        <w:t>7:19  hazrat ko angrezon se bari nafrat thi. main sochta hoon ke hazrat ko angrezon se mohabbat kyun nahi thi? yeh kaun se hazrat the? ke khuda ne paida kiya angrezon ko bhi.</w:t>
      </w:r>
      <w:r>
        <w:br/>
      </w:r>
      <w:r>
        <w:rPr>
          <w:sz w:val="20"/>
        </w:rPr>
        <w:t>7:33  to aap agar un se mohabbat karte to aap un ko dawat dete. lekin aap ne un ke khilaaf bas bandook aur talwar utha liya.</w:t>
      </w:r>
      <w:r>
        <w:br/>
      </w:r>
      <w:r>
        <w:rPr>
          <w:sz w:val="20"/>
        </w:rPr>
        <w:t>7:44  aise jahan bhi dekhiye. abhi jo kashmir mein ladaiyan thin, woh kya tha? woh bhi out of hate tha. main samajhta hoon ke sari duniya one to all, without any exception, lives in hate.</w:t>
      </w:r>
    </w:p>
    <w:p>
      <w:pPr>
        <w:pStyle w:val="Heading2"/>
      </w:pPr>
      <w:r>
        <w:t>Preaching Islam teaches the preacher as much as the listener</w:t>
      </w:r>
    </w:p>
    <w:p>
      <w:r>
        <w:rPr>
          <w:color w:val="666666"/>
          <w:sz w:val="18"/>
        </w:rPr>
        <w:t>Divine Personality April 2, 2014 Maulana Wahiduddin Khan · 1m 59s · at 21:07 · https://youtu.be/4F-V__KFzpA?t=1267</w:t>
      </w:r>
    </w:p>
    <w:p>
      <w:r>
        <w:rPr>
          <w:i/>
        </w:rPr>
        <w:t>“When you involve yourself in da'wah, every day you feel some experience.”</w:t>
      </w:r>
    </w:p>
    <w:p>
      <w:r>
        <w:rPr>
          <w:sz w:val="20"/>
        </w:rPr>
        <w:t>21:07  Then when you involve yourself in da'wah you every day you feel some experience when you interact with your Madhu,</w:t>
      </w:r>
      <w:r>
        <w:br/>
      </w:r>
      <w:r>
        <w:rPr>
          <w:sz w:val="20"/>
        </w:rPr>
        <w:t>21:25  when you discuss with your Madhu, when you</w:t>
      </w:r>
      <w:r>
        <w:br/>
      </w:r>
      <w:r>
        <w:rPr>
          <w:sz w:val="20"/>
        </w:rPr>
        <w:t>21:34  try to convince your mother then you feel that there are so many question</w:t>
      </w:r>
      <w:r>
        <w:br/>
      </w:r>
      <w:r>
        <w:rPr>
          <w:sz w:val="20"/>
        </w:rPr>
        <w:t>21:40  s. My guru gives you a new way of thinking, a new item of thinking. Then if you are sincere, if you want to convince your guru,</w:t>
      </w:r>
      <w:r>
        <w:br/>
      </w:r>
      <w:r>
        <w:rPr>
          <w:sz w:val="20"/>
        </w:rPr>
        <w:t>21:57  if you want to address the mind of Madhu then you will prepare yourself so that you may address the mind of Madhu.</w:t>
      </w:r>
      <w:r>
        <w:br/>
      </w:r>
      <w:r>
        <w:rPr>
          <w:sz w:val="20"/>
        </w:rPr>
        <w:t>22:09  In this sense I can say that da'wah is a bilateral process. Da'wah is not unilateral announcement.</w:t>
      </w:r>
      <w:r>
        <w:br/>
      </w:r>
      <w:r>
        <w:rPr>
          <w:sz w:val="20"/>
        </w:rPr>
        <w:t>22:22  Da'wah is a bilateral process. It is a mutual learning. It is giving at the same time taking.</w:t>
      </w:r>
      <w:r>
        <w:br/>
      </w:r>
      <w:r>
        <w:rPr>
          <w:sz w:val="20"/>
        </w:rPr>
        <w:t>22:33  Madhu, they give something to Madhu. A Madhu takes something from you.</w:t>
      </w:r>
      <w:r>
        <w:br/>
      </w:r>
      <w:r>
        <w:rPr>
          <w:sz w:val="20"/>
        </w:rPr>
        <w:t>22:44  So it is a give-and-take process</w:t>
      </w:r>
      <w:r>
        <w:br/>
      </w:r>
      <w:r>
        <w:rPr>
          <w:sz w:val="20"/>
        </w:rPr>
        <w:t>22:49  . So if they is sincere, if they is a prepared mind then da'wah becomes for him a way of intellectual development, spiritual development, personality development.</w:t>
      </w:r>
    </w:p>
    <w:p>
      <w:pPr>
        <w:pStyle w:val="Heading2"/>
      </w:pPr>
      <w:r>
        <w:t>rituals matter but inner spirit is the real part</w:t>
      </w:r>
    </w:p>
    <w:p>
      <w:r>
        <w:rPr>
          <w:color w:val="666666"/>
          <w:sz w:val="18"/>
        </w:rPr>
        <w:t>Interview Session with Maulana Wahiduddin Khan January 30, 2008 · 1m 22s · at 18:54 · https://youtu.be/o8Gpe9YMuZc?t=1134</w:t>
      </w:r>
    </w:p>
    <w:p>
      <w:r>
        <w:rPr>
          <w:i/>
        </w:rPr>
        <w:t>“Ritual is also important — everything needs some form.”</w:t>
      </w:r>
    </w:p>
    <w:p>
      <w:r>
        <w:rPr>
          <w:sz w:val="20"/>
        </w:rPr>
        <w:t>18:54  maulana, what is the importance of rituals? ritual, yes, ritual is also important.</w:t>
      </w:r>
      <w:r>
        <w:br/>
      </w:r>
      <w:r>
        <w:rPr>
          <w:sz w:val="20"/>
        </w:rPr>
        <w:t>19:04  every thing has some, some app, some, some form. for example, man is</w:t>
      </w:r>
      <w:r>
        <w:br/>
      </w:r>
      <w:r>
        <w:rPr>
          <w:sz w:val="20"/>
        </w:rPr>
        <w:t>19:17  basically man is a soul.</w:t>
      </w:r>
      <w:r>
        <w:br/>
      </w:r>
      <w:r>
        <w:rPr>
          <w:sz w:val="20"/>
        </w:rPr>
        <w:t>19:20  it is soul that, that is, that is man. but we have also a body. so every thing need some form.</w:t>
      </w:r>
      <w:r>
        <w:br/>
      </w:r>
      <w:r>
        <w:rPr>
          <w:sz w:val="20"/>
        </w:rPr>
        <w:t>19:36  so our prayer, our spirituality, all these things also require some form.</w:t>
      </w:r>
      <w:r>
        <w:br/>
      </w:r>
      <w:r>
        <w:rPr>
          <w:sz w:val="20"/>
        </w:rPr>
        <w:t>19:44  but form is only relative part of, of, of worship or spirituality.</w:t>
      </w:r>
      <w:r>
        <w:br/>
      </w:r>
      <w:r>
        <w:rPr>
          <w:sz w:val="20"/>
        </w:rPr>
        <w:t>19:54  the real part is inner, inner part. so without, i believe that without inner spirit, form is nothing,</w:t>
      </w:r>
      <w:r>
        <w:br/>
      </w:r>
      <w:r>
        <w:rPr>
          <w:sz w:val="20"/>
        </w:rPr>
        <w:t>20:08  but with spirit, form is very important.</w:t>
      </w:r>
    </w:p>
    <w:p>
      <w:pPr>
        <w:pStyle w:val="Heading2"/>
      </w:pPr>
      <w:r>
        <w:t>Q&amp;A: how the mind performs God's miracle of conversion daily</w:t>
      </w:r>
    </w:p>
    <w:p>
      <w:r>
        <w:rPr>
          <w:color w:val="666666"/>
          <w:sz w:val="18"/>
        </w:rPr>
        <w:t>Islam and Sufism (Islam and Spirituality) (English) February 28, 2008 · 4m 23s · at 55:26 · https://youtu.be/6UGAPDfrS2w?t=3326</w:t>
      </w:r>
    </w:p>
    <w:p>
      <w:r>
        <w:rPr>
          <w:i/>
        </w:rPr>
        <w:t>“Who does this? How does this conversion happen?”</w:t>
      </w:r>
    </w:p>
    <w:p>
      <w:r>
        <w:rPr>
          <w:sz w:val="20"/>
        </w:rPr>
        <w:t>55:26  This is my question. You partly answered it, but take what you said about using the idea of the cow culture, the rose culture,</w:t>
      </w:r>
      <w:r>
        <w:br/>
      </w:r>
      <w:r>
        <w:rPr>
          <w:sz w:val="20"/>
        </w:rPr>
        <w:t>55:38  this conversion of hate into love, anger into compassion. My three questions are this. They're basically one question: Who does this?</w:t>
      </w:r>
      <w:r>
        <w:br/>
      </w:r>
      <w:r>
        <w:rPr>
          <w:sz w:val="20"/>
        </w:rPr>
        <w:t>55:49  How does it happen? What is the process? And what is this process? Who does this? You have partly answered it.</w:t>
      </w:r>
      <w:r>
        <w:br/>
      </w:r>
      <w:r>
        <w:rPr>
          <w:sz w:val="20"/>
        </w:rPr>
        <w:t>55:58  You say it is God's work. Spirituality really is God's work. But how did it happen in you? How does it happen?</w:t>
      </w:r>
      <w:r>
        <w:br/>
      </w:r>
      <w:r>
        <w:rPr>
          <w:sz w:val="20"/>
        </w:rPr>
        <w:t>56:09  Now what he's saying is that the cow culture or the rose culture that you told them. His question is: Who does it, or how does one do it?</w:t>
      </w:r>
      <w:r>
        <w:br/>
      </w:r>
      <w:r>
        <w:rPr>
          <w:sz w:val="20"/>
        </w:rPr>
        <w:t>56:17  What is the process of doing this?</w:t>
      </w:r>
      <w:r>
        <w:br/>
      </w:r>
      <w:r>
        <w:rPr>
          <w:sz w:val="20"/>
        </w:rPr>
        <w:t>56:24  How has Maulana done it? I think that God has given us a very, very special blessing that is mine.</w:t>
      </w:r>
      <w:r>
        <w:br/>
      </w:r>
      <w:r>
        <w:rPr>
          <w:sz w:val="20"/>
        </w:rPr>
        <w:t>56:35  Mine is unique.</w:t>
      </w:r>
      <w:r>
        <w:br/>
      </w:r>
      <w:r>
        <w:rPr>
          <w:sz w:val="20"/>
        </w:rPr>
        <w:t>56:37  You know, our world is a very vast, vast universe, but no one has this kind of mind. No galaxy, no black hole, no sun, no moon have this kind of mind.</w:t>
      </w:r>
      <w:r>
        <w:br/>
      </w:r>
      <w:r>
        <w:rPr>
          <w:sz w:val="20"/>
        </w:rPr>
        <w:t>56:53  Mine has enormous capacity.</w:t>
      </w:r>
      <w:r>
        <w:br/>
      </w:r>
      <w:r>
        <w:rPr>
          <w:sz w:val="20"/>
        </w:rPr>
        <w:t>56:58  If you, if you, if you think and save yourself from distraction, then you'll, you're, you're able to do this breaking.</w:t>
      </w:r>
      <w:r>
        <w:br/>
      </w:r>
      <w:r>
        <w:rPr>
          <w:sz w:val="20"/>
        </w:rPr>
        <w:t>57:17  Every moment you can perform that kind of breaking, which was performed by Moses by using this mind.</w:t>
      </w:r>
      <w:r>
        <w:br/>
      </w:r>
      <w:r>
        <w:rPr>
          <w:sz w:val="20"/>
        </w:rPr>
        <w:t>57:27  And I can say that I, I, I do that kind of breaking every day.</w:t>
      </w:r>
      <w:r>
        <w:br/>
      </w:r>
      <w:r>
        <w:rPr>
          <w:sz w:val="20"/>
        </w:rPr>
        <w:t>57:39  Why? For example, when someone provokes me and I am angry, then I remember a verse of the Quran:</w:t>
      </w:r>
      <w:r>
        <w:br/>
      </w:r>
      <w:r>
        <w:rPr>
          <w:sz w:val="20"/>
        </w:rPr>
        <w:t>57:54  Innama yuzaffaruna ujrahum bighayri hisab.</w:t>
      </w:r>
      <w:r>
        <w:br/>
      </w:r>
      <w:r>
        <w:rPr>
          <w:sz w:val="20"/>
        </w:rPr>
        <w:t>57:58  It means that those who keep patience, they will reward the greatest reward. So I believe, I remember according to this verse that forgiveness is the greatest worship</w:t>
      </w:r>
      <w:r>
        <w:br/>
      </w:r>
      <w:r>
        <w:rPr>
          <w:sz w:val="20"/>
        </w:rPr>
        <w:t>58:17  . If I avoid, if I tolerate, if I ignore this nuisance, then and keep patience, then I will be rewarded, greatest reward.</w:t>
      </w:r>
      <w:r>
        <w:br/>
      </w:r>
      <w:r>
        <w:rPr>
          <w:sz w:val="20"/>
        </w:rPr>
        <w:t>58:30  So I believe, I remember according to this verse that forgiveness is the greatest worship.</w:t>
      </w:r>
      <w:r>
        <w:br/>
      </w:r>
      <w:r>
        <w:rPr>
          <w:sz w:val="20"/>
        </w:rPr>
        <w:t>58:41  If I avoid, if I tolerate, if I ignore this nuisance, then and keep patience, then I will be rewarded, greatest reward.</w:t>
      </w:r>
      <w:r>
        <w:br/>
      </w:r>
      <w:r>
        <w:rPr>
          <w:sz w:val="20"/>
        </w:rPr>
        <w:t>58:55  So I'm happy that this person gave me this opportunity. By awakening my mind, I always think that this person is not my enemy.</w:t>
      </w:r>
      <w:r>
        <w:br/>
      </w:r>
      <w:r>
        <w:rPr>
          <w:sz w:val="20"/>
        </w:rPr>
        <w:t>59:10  He gave me an opportunity to worship God in such a way that gives me a greatest reward.</w:t>
      </w:r>
      <w:r>
        <w:br/>
      </w:r>
      <w:r>
        <w:rPr>
          <w:sz w:val="20"/>
        </w:rPr>
        <w:t>59:22  So it is, it is, it is the art of thought management. Develop in yourself the art of thought management, and you will be a superman.</w:t>
      </w:r>
      <w:r>
        <w:br/>
      </w:r>
      <w:r>
        <w:rPr>
          <w:sz w:val="20"/>
        </w:rPr>
        <w:t>59:37  Thought management, by adopting the art of thought management, a mind becomes a superman.</w:t>
      </w:r>
    </w:p>
    <w:p>
      <w:pPr>
        <w:pStyle w:val="Heading2"/>
      </w:pPr>
      <w:r>
        <w:t>Religion and spirituality are the same essence</w:t>
      </w:r>
    </w:p>
    <w:p>
      <w:r>
        <w:rPr>
          <w:color w:val="666666"/>
          <w:sz w:val="18"/>
        </w:rPr>
        <w:t>Spirituality in Simple Living, High Thinking October 27, 2019 Maulana Wahiduddin Khan · 1m 15s · at 48:29 · https://youtu.be/Kr28g15eFr8?t=2909</w:t>
      </w:r>
    </w:p>
    <w:p>
      <w:r>
        <w:rPr>
          <w:i/>
        </w:rPr>
        <w:t>“Is there any difference between religion and spirituality?”</w:t>
      </w:r>
    </w:p>
    <w:p>
      <w:r>
        <w:rPr>
          <w:sz w:val="20"/>
        </w:rPr>
        <w:t>48:29  maulana, agla sawal Muhammad Abdullah sahib ne bheja hai Kolkata se. unhon ne likha hai: "maulana, through your guidance of simple living, we can save us from lot of distractions to attain spirituality.</w:t>
      </w:r>
      <w:r>
        <w:br/>
      </w:r>
      <w:r>
        <w:rPr>
          <w:sz w:val="20"/>
        </w:rPr>
        <w:t>48:47  my question is, if there is any difference between religion and spirituality?" aap se mein dekhen, yani</w:t>
      </w:r>
      <w:r>
        <w:br/>
      </w:r>
      <w:r>
        <w:rPr>
          <w:sz w:val="20"/>
        </w:rPr>
        <w:t>49:01  ya to mein samajhta hoon ke essence to dono ka ek hai, essence lekin term fareeq farq hai.</w:t>
      </w:r>
      <w:r>
        <w:br/>
      </w:r>
      <w:r>
        <w:rPr>
          <w:sz w:val="20"/>
        </w:rPr>
        <w:t>49:15  religion term agar istemal karein aap to aap religion ka lafz istemal karenge,</w:t>
      </w:r>
      <w:r>
        <w:br/>
      </w:r>
      <w:r>
        <w:rPr>
          <w:sz w:val="20"/>
        </w:rPr>
        <w:t>49:25  aur secular term istemal karein aap to us ke liye aap ko secular term istemal karenge.</w:t>
      </w:r>
      <w:r>
        <w:br/>
      </w:r>
      <w:r>
        <w:rPr>
          <w:sz w:val="20"/>
        </w:rPr>
        <w:t>49:34  aap to essence dono ka ek hai lekin term different hai.</w:t>
      </w:r>
    </w:p>
    <w:p>
      <w:pPr>
        <w:pStyle w:val="Heading2"/>
      </w:pPr>
      <w:r>
        <w:t>Heart vs mind based spirituality</w:t>
      </w:r>
    </w:p>
    <w:p>
      <w:r>
        <w:rPr>
          <w:color w:val="666666"/>
          <w:sz w:val="18"/>
        </w:rPr>
        <w:t>IIC: How to Develop Spiritual Personality · 2m 32s · at 6:56 · https://youtu.be/-XrYpEYwk-Y?t=416</w:t>
      </w:r>
    </w:p>
    <w:p>
      <w:r>
        <w:rPr>
          <w:i/>
        </w:rPr>
        <w:t>“Spirituality school says heart contains everything”</w:t>
      </w:r>
    </w:p>
    <w:p>
      <w:r>
        <w:rPr>
          <w:sz w:val="20"/>
        </w:rPr>
        <w:t>6:56  ritualty ka jo school hai, is ke nazdeek insan ka jo dil hai, jo heart jo hai, isi</w:t>
      </w:r>
      <w:r>
        <w:br/>
      </w:r>
      <w:r>
        <w:rPr>
          <w:sz w:val="20"/>
        </w:rPr>
        <w:t>7:02  mein sab kuch hai.</w:t>
      </w:r>
      <w:r>
        <w:br/>
      </w:r>
      <w:r>
        <w:rPr>
          <w:sz w:val="20"/>
        </w:rPr>
        <w:t>7:08  is mein penetrate karo, is ko discover karo, is ko unfold karo, to tum sachai ko pa lo ge.</w:t>
      </w:r>
      <w:r>
        <w:br/>
      </w:r>
      <w:r>
        <w:rPr>
          <w:sz w:val="20"/>
        </w:rPr>
        <w:t>7:15  lekin main samajhta hoon ke scientific age mein yeh concept discard ho gaya hai.</w:t>
      </w:r>
      <w:r>
        <w:br/>
      </w:r>
      <w:r>
        <w:rPr>
          <w:sz w:val="20"/>
        </w:rPr>
        <w:t>7:21  jaise geo centric theory discard ho gayi, ab hum helio centric theory ko mante hain.</w:t>
      </w:r>
      <w:r>
        <w:br/>
      </w:r>
      <w:r>
        <w:rPr>
          <w:sz w:val="20"/>
        </w:rPr>
        <w:t>7:27  is liye ke dekhiye, medical science jo hai, is ne yeh establish kar diya hai ke hamara jo</w:t>
      </w:r>
      <w:r>
        <w:br/>
      </w:r>
      <w:r>
        <w:rPr>
          <w:sz w:val="20"/>
        </w:rPr>
        <w:t>7:32  dil hai, woh sirf circulation of blood ka source hai, bas.</w:t>
      </w:r>
      <w:r>
        <w:br/>
      </w:r>
      <w:r>
        <w:rPr>
          <w:sz w:val="20"/>
        </w:rPr>
        <w:t>7:37  dil mein kuch bhi nahi hai.</w:t>
      </w:r>
      <w:r>
        <w:br/>
      </w:r>
      <w:r>
        <w:rPr>
          <w:sz w:val="20"/>
        </w:rPr>
        <w:t>7:42  dil mein na koi feeling hai, na koi thinking hai, na koi is mein mind hai.</w:t>
      </w:r>
      <w:r>
        <w:br/>
      </w:r>
      <w:r>
        <w:rPr>
          <w:sz w:val="20"/>
        </w:rPr>
        <w:t>7:47  woh sirf blood ko pump karta hai.</w:t>
      </w:r>
      <w:r>
        <w:br/>
      </w:r>
      <w:r>
        <w:rPr>
          <w:sz w:val="20"/>
        </w:rPr>
        <w:t>7:52  to ab kahan wahan sachai mile gi aap ko? sachai is mein</w:t>
      </w:r>
      <w:r>
        <w:br/>
      </w:r>
      <w:r>
        <w:rPr>
          <w:sz w:val="20"/>
        </w:rPr>
        <w:t>7:57  hone ka jo soch thi pehle, ab woh superstition prove ho gayi hai.</w:t>
      </w:r>
      <w:r>
        <w:br/>
      </w:r>
      <w:r>
        <w:rPr>
          <w:sz w:val="20"/>
        </w:rPr>
        <w:t>8:03  woh superstition hai.</w:t>
      </w:r>
      <w:r>
        <w:br/>
      </w:r>
      <w:r>
        <w:rPr>
          <w:sz w:val="20"/>
        </w:rPr>
        <w:t>8:10  to main samajhta hoon ke is aspect se ab spirituality ka koi function nahi reh gaya hai ke</w:t>
      </w:r>
      <w:r>
        <w:br/>
      </w:r>
      <w:r>
        <w:rPr>
          <w:sz w:val="20"/>
        </w:rPr>
        <w:t>8:16  sachai ko discover karein hum apne dil mein penetrate kar ke, is mein murakba kar ke, ya meditate kar ke.</w:t>
      </w:r>
      <w:r>
        <w:br/>
      </w:r>
      <w:r>
        <w:rPr>
          <w:sz w:val="20"/>
        </w:rPr>
        <w:t>8:22  to is aitbar se spirituality itni</w:t>
      </w:r>
      <w:r>
        <w:br/>
      </w:r>
      <w:r>
        <w:rPr>
          <w:sz w:val="20"/>
        </w:rPr>
        <w:t>8:28  woh ho gayi, yaani discard ho chuki hai, isi tarah se jis tarah se geo centric theory discard</w:t>
      </w:r>
      <w:r>
        <w:br/>
      </w:r>
      <w:r>
        <w:rPr>
          <w:sz w:val="20"/>
        </w:rPr>
        <w:t>8:33  ho chuki hai.</w:t>
      </w:r>
      <w:r>
        <w:br/>
      </w:r>
      <w:r>
        <w:rPr>
          <w:sz w:val="20"/>
        </w:rPr>
        <w:t>8:38  is liye main is ko nahi manta.</w:t>
      </w:r>
      <w:r>
        <w:br/>
      </w:r>
      <w:r>
        <w:rPr>
          <w:sz w:val="20"/>
        </w:rPr>
        <w:t>8:43  main jis spirituality ko manta hoon, there is mind-based spirituality.</w:t>
      </w:r>
      <w:r>
        <w:br/>
      </w:r>
      <w:r>
        <w:rPr>
          <w:sz w:val="20"/>
        </w:rPr>
        <w:t>8:49  mind based spirituality.</w:t>
      </w:r>
      <w:r>
        <w:br/>
      </w:r>
      <w:r>
        <w:rPr>
          <w:sz w:val="20"/>
        </w:rPr>
        <w:t>8:54  yaani intellectual activities se hum woh cheez paate hain jis ko hum kehte hain spiritual item, spiritual content.</w:t>
      </w:r>
      <w:r>
        <w:br/>
      </w:r>
      <w:r>
        <w:rPr>
          <w:sz w:val="20"/>
        </w:rPr>
        <w:t>8:59  to mind par, yaani dimagh par ya zehan par base kar ke hum is spirituality ko paate hain. to main mind based spirituality ko manta hoon. isi sense mein main apne aap ko spiritual person samajhta hoon. ab dekhiye ke yeh kya cheez hai? yaani mind based spirituality kya cheez hai? main samajhta hoon ke bohat hi clear formula diya hai Jesus Christ ne. l</w:t>
      </w:r>
    </w:p>
    <w:p>
      <w:pPr>
        <w:pStyle w:val="Heading2"/>
      </w:pPr>
      <w:r>
        <w:t>Why people who have everything live in most tension</w:t>
      </w:r>
    </w:p>
    <w:p>
      <w:r>
        <w:rPr>
          <w:color w:val="666666"/>
          <w:sz w:val="18"/>
        </w:rPr>
        <w:t>Material Science and Spiritual Science 20 May 2012 · 2m 17s · at 1:06:49 · https://youtu.be/4K6CxjThlxQ?t=4009</w:t>
      </w:r>
    </w:p>
    <w:p>
      <w:r>
        <w:rPr>
          <w:i/>
        </w:rPr>
        <w:t>“Tajruba yeh batata hai ke jin logon ke pass sab kuch hai wo sabse zyada tension mein jeete hain”</w:t>
      </w:r>
    </w:p>
    <w:p>
      <w:r>
        <w:rPr>
          <w:sz w:val="20"/>
        </w:rPr>
        <w:t>1:06:49  unhon ne likha hai ke tajurba ye batata hai ke jin logon ke pas sab kuch hai wo sab se zyada tension mein zindagi guzarte hain kya insan is liye paida kiya gaya hai ke wo sari zindagi tension mein guzare aur phir mayoosi ki halat mein mar jaye Maulana sahab aaj ke insan ko is mohlik marz se nijat kis tarah dilai jaye is ke bare mein batayen</w:t>
      </w:r>
      <w:r>
        <w:br/>
      </w:r>
      <w:r>
        <w:rPr>
          <w:sz w:val="20"/>
        </w:rPr>
        <w:t>1:07:19  is ka formula sirf ye hai ke aap logon ko batayen ke qana'at ka tareeqa ikhtiyar karo hadith mein aata hai ke qad aflaha man aslama wa roze ka kafaafa wa kana Allah bima ata ye yahi yahi philosophy qana'at contentment kyunke aadmi ke andar unlimited khwahish hain</w:t>
      </w:r>
      <w:r>
        <w:br/>
      </w:r>
      <w:r>
        <w:rPr>
          <w:sz w:val="20"/>
        </w:rPr>
        <w:t>1:07:47  ke teh zyada mile phir aap ke liye kam rahega jab kam rahega to phir phir</w:t>
      </w:r>
      <w:r>
        <w:br/>
      </w:r>
      <w:r>
        <w:rPr>
          <w:sz w:val="20"/>
        </w:rPr>
        <w:t>1:07:53  bhi tension paida ho jayega</w:t>
      </w:r>
      <w:r>
        <w:br/>
      </w:r>
      <w:r>
        <w:rPr>
          <w:sz w:val="20"/>
        </w:rPr>
        <w:t>1:07:55  sab kuchh pa len aap tab bhi aap ko kam dikhai deta hai to sirf qanaat se</w:t>
      </w:r>
      <w:r>
        <w:br/>
      </w:r>
      <w:r>
        <w:rPr>
          <w:sz w:val="20"/>
        </w:rPr>
        <w:t>1:08:01  itminan hota hai aur kisi cheez se nahi</w:t>
      </w:r>
      <w:r>
        <w:br/>
      </w:r>
      <w:r>
        <w:rPr>
          <w:sz w:val="20"/>
        </w:rPr>
        <w:t>1:08:06  to logon ko yeh bataiye ke aur yani more and more takathur ki nafsiyat jo hai dekhen ek</w:t>
      </w:r>
      <w:r>
        <w:br/>
      </w:r>
      <w:r>
        <w:rPr>
          <w:sz w:val="20"/>
        </w:rPr>
        <w:t>1:08:13  hai takathur ki nafsiyat ek hai qanaat ki nafsiyat</w:t>
      </w:r>
      <w:r>
        <w:br/>
      </w:r>
      <w:r>
        <w:rPr>
          <w:sz w:val="20"/>
        </w:rPr>
        <w:t>1:08:19  takathur aur qana'at takathur ka matlab hai aur zyada aur zyada aur zyada to takathur ki nafsiyat mein log jeete hain to us waqt is ka is mein lazman tension un ko rahe ga to logon ko takathur se yani takathur culture se nikal kar qana'at culture parhaiye bas tab wo is burai se bach jayenge</w:t>
      </w:r>
      <w:r>
        <w:br/>
      </w:r>
      <w:r>
        <w:rPr>
          <w:sz w:val="20"/>
        </w:rPr>
        <w:t>1:08:46  Maulana agla sawal Tamil Nadu se hai Maulana Iqbal Ahmed Umri sahab ka unhon ne aap se poocha hai ke aaj ummat kis ke upar aaj aaj ummat kis ko apna khair khwah samajhta hai is ke bare mein batayen jo sabza badkhwah is ka ho aaj ki ummat Muslima is ko apna khair khwah samajhti</w:t>
      </w:r>
    </w:p>
    <w:p>
      <w:pPr>
        <w:pStyle w:val="Heading2"/>
      </w:pPr>
      <w:r>
        <w:t>Inner spirit and outer form combination</w:t>
      </w:r>
    </w:p>
    <w:p>
      <w:r>
        <w:rPr>
          <w:color w:val="666666"/>
          <w:sz w:val="18"/>
        </w:rPr>
        <w:t>Islamic Prayer (Part 2) (English) | February 27, 2007 | Maulana Wahiduddin Khan · 30s · at 15:41 · https://youtu.be/xoh_XiWwRlI?t=941</w:t>
      </w:r>
    </w:p>
    <w:p>
      <w:r>
        <w:rPr>
          <w:i/>
        </w:rPr>
        <w:t>“In its inner content, it is realization of God.”</w:t>
      </w:r>
    </w:p>
    <w:p>
      <w:r>
        <w:rPr>
          <w:sz w:val="20"/>
        </w:rPr>
        <w:t>15:41  of inner spirit and outer form. In its, in its inner content, in its inner content, it is realization of God. In its outer form, it is a natural w</w:t>
      </w:r>
    </w:p>
    <w:p>
      <w:pPr>
        <w:pStyle w:val="Heading2"/>
      </w:pPr>
      <w:r>
        <w:t>True shukr through intellectual base</w:t>
      </w:r>
    </w:p>
    <w:p>
      <w:r>
        <w:rPr>
          <w:color w:val="666666"/>
          <w:sz w:val="18"/>
        </w:rPr>
        <w:t>God and Man (In Conversation with Maulana) 01 04 07 · 1m 31s · at 0:29 · https://youtu.be/2HlIEnmDdPo?t=29</w:t>
      </w:r>
    </w:p>
    <w:p>
      <w:r>
        <w:rPr>
          <w:i/>
        </w:rPr>
        <w:t>“Shukr jo hai, ek to yeh hai”</w:t>
      </w:r>
    </w:p>
    <w:p>
      <w:r>
        <w:rPr>
          <w:sz w:val="20"/>
        </w:rPr>
        <w:t>0:29  Shukr jo hai, ek to yeh hai ke log munh se bolte rehte hain, "Alhamdulillah, Alhamdulillah, Alhamdulillah." to main sochta hoon ke yeh bhi Shukr hai, lekin yeh lip service hai. bada Shukr nahi hai.</w:t>
      </w:r>
      <w:r>
        <w:br/>
      </w:r>
      <w:r>
        <w:rPr>
          <w:sz w:val="20"/>
        </w:rPr>
        <w:t>0:45  Shukr ke liye dekhye, ek baat yeh arz karoon ke woh hadith mein hai, "Man lam yashkur al-nas lam yashkur Allah."</w:t>
      </w:r>
      <w:r>
        <w:br/>
      </w:r>
      <w:r>
        <w:rPr>
          <w:sz w:val="20"/>
        </w:rPr>
        <w:t>0:55  jo aadmi insaan ko acknowledge nahi karega, woh Khuda ko bhi acknowledge nahi karega. to Shukr karna</w:t>
      </w:r>
      <w:r>
        <w:br/>
      </w:r>
      <w:r>
        <w:rPr>
          <w:sz w:val="20"/>
        </w:rPr>
        <w:t>1:03  kya hai? Acknowledge karna hai. jitna bada aap ko badi aap ko blessing hai, utni hi badi aap ko acknowledge karna chahiye. Blessing to bahut badi ho, aap kahein, "Alhamdulillah," to yeh kya hua?</w:t>
      </w:r>
      <w:r>
        <w:br/>
      </w:r>
      <w:r>
        <w:rPr>
          <w:sz w:val="20"/>
        </w:rPr>
        <w:t>1:24  to zyada tar main samjhaoon ke us ke liye aap ko intellectual base apne andar banani padegi. tab bada Shukr niklega.</w:t>
      </w:r>
      <w:r>
        <w:br/>
      </w:r>
      <w:r>
        <w:rPr>
          <w:sz w:val="20"/>
        </w:rPr>
        <w:t>1:34  baghair intellectual base banaye hue, sirf "Alhamdulillah" yaad kar lein aap, to is se Shukr bada nahi nikal sakta. woh intellectual base kya hai?</w:t>
      </w:r>
      <w:r>
        <w:br/>
      </w:r>
      <w:r>
        <w:rPr>
          <w:sz w:val="20"/>
        </w:rPr>
        <w:t>1:48  ek taraf to aap yeh sochein ke Khuda ka jo life support system hai, Khuda ne jo banaya hai duniya mein, life support system jo kaha jata hai, woh kitna bada hai.</w:t>
      </w:r>
    </w:p>
    <w:p>
      <w:pPr>
        <w:pStyle w:val="Heading2"/>
      </w:pPr>
      <w:r>
        <w:t>How negative news about Islam sparked curiosity and conversions</w:t>
      </w:r>
    </w:p>
    <w:p>
      <w:r>
        <w:rPr>
          <w:color w:val="666666"/>
          <w:sz w:val="18"/>
        </w:rPr>
        <w:t>America A Case of Spiritual Starvaltion July 7, 2011 · 5m 47s · at 33:35 · https://youtu.be/N8JYD2P3QYE?t=2015</w:t>
      </w:r>
    </w:p>
    <w:p>
      <w:r>
        <w:rPr>
          <w:i/>
        </w:rPr>
        <w:t>“Today Islam is in the news, but negatively”</w:t>
      </w:r>
    </w:p>
    <w:p>
      <w:r>
        <w:rPr>
          <w:sz w:val="20"/>
        </w:rPr>
        <w:t>33:35  yeh lesson us ko de kar yeh lesson mila. ek aur bohat bari baat samajh aayi mujhe ke aaj kal dekhiye, America mein kafi log Islam qabool kar rahe hain.</w:t>
      </w:r>
      <w:r>
        <w:br/>
      </w:r>
      <w:r>
        <w:rPr>
          <w:sz w:val="20"/>
        </w:rPr>
        <w:t>33:51  mein kai aisay logon se mila, kai nau musalmanon se jinhon ne Islam qabool kiya. is se poocha yeh janne ke liye ke Islam kyun qabool kar rahe hain, kya wajah hai?</w:t>
      </w:r>
      <w:r>
        <w:br/>
      </w:r>
      <w:r>
        <w:rPr>
          <w:sz w:val="20"/>
        </w:rPr>
        <w:t>34:05  to mein jis nateejay pohancha, woh ek woh bhi ek law of nature tha, bohat bara. woh yeh hai, dekhiye, is waqt Islam jo hai, news mein hai lekin negative sense mein hai.</w:t>
      </w:r>
      <w:r>
        <w:br/>
      </w:r>
      <w:r>
        <w:rPr>
          <w:sz w:val="20"/>
        </w:rPr>
        <w:t>34:21  haan, hamesha yeh khabrein aati hain ke sahib musalman ne afraad society society bombing ki, musalman ne afraad jagah yeh tod phod kiya, musalman ne afraad jagah</w:t>
      </w:r>
      <w:r>
        <w:br/>
      </w:r>
      <w:r>
        <w:rPr>
          <w:sz w:val="20"/>
        </w:rPr>
        <w:t>34:33  larai larai ki aur tashaddud kiya waghera. to is mein shakk nahi ke Islam news mein hai lekin negative sense mein news mein hai. phir bhi kuch log Islam qabool kar rahe hain.</w:t>
      </w:r>
      <w:r>
        <w:br/>
      </w:r>
      <w:r>
        <w:rPr>
          <w:sz w:val="20"/>
        </w:rPr>
        <w:t>34:45  ek sawal tha mere mind mein</w:t>
      </w:r>
      <w:r>
        <w:br/>
      </w:r>
      <w:r>
        <w:rPr>
          <w:sz w:val="20"/>
        </w:rPr>
        <w:t>34:49  to logon se baat cheet kar ke maine andaza kiya, woh yeh ke har negative ka positive hota hai, yeh dunya ka law hai, har negative ka ek positive hota hai.</w:t>
      </w:r>
      <w:r>
        <w:br/>
      </w:r>
      <w:r>
        <w:rPr>
          <w:sz w:val="20"/>
        </w:rPr>
        <w:t>35:03  to dekhiye, yeh jo musalman kar rahe hain, bilashuba woh ghalat kar rahe hain, woh society bombing aur buildingon ko todna, logon ko marna, is mein koi shakk nahi ke ghalat kaam hai.</w:t>
      </w:r>
      <w:r>
        <w:br/>
      </w:r>
      <w:r>
        <w:rPr>
          <w:sz w:val="20"/>
        </w:rPr>
        <w:t>35:17  lekin is ka ek positive aspect yeh hai ke isi se Islam news mein aa gaya, news mein aa gaya. aur news kya karti hai?</w:t>
      </w:r>
      <w:r>
        <w:br/>
      </w:r>
      <w:r>
        <w:rPr>
          <w:sz w:val="20"/>
        </w:rPr>
        <w:t>35:30  curiosity paida karti hai.</w:t>
      </w:r>
      <w:r>
        <w:br/>
      </w:r>
      <w:r>
        <w:rPr>
          <w:sz w:val="20"/>
        </w:rPr>
        <w:t>35:35  in logon ko yeh logon ke andar yeh soch aa gayi ke bhai yeh Islam kya hai, yeh Quran kya hai?</w:t>
      </w:r>
      <w:r>
        <w:br/>
      </w:r>
      <w:r>
        <w:rPr>
          <w:sz w:val="20"/>
        </w:rPr>
        <w:t>35:43  yeh kaise log hain ke apne ko khud hi maar rahe hain, society bombing kar rahe hain aur jahaz takra rahe hain tower se, is ko tabah kar rahe hain? yeh kaun log hain?</w:t>
      </w:r>
      <w:r>
        <w:br/>
      </w:r>
      <w:r>
        <w:rPr>
          <w:sz w:val="20"/>
        </w:rPr>
        <w:t>35:53  kya in ke aqeeday hain? kya in ka mazhab hai? kya in ki kitab hai? to is cheez ne curiosity paida ki aur log logon ko shauq hua ke parhein Quran ko, parhein Islam ko.</w:t>
      </w:r>
      <w:r>
        <w:br/>
      </w:r>
      <w:r>
        <w:rPr>
          <w:sz w:val="20"/>
        </w:rPr>
        <w:t>36:13  parhein to is negative news ki wajah se dunya bhar mein logon ke andar yeh ek ek spirit of inquiry aa gayi Islam ke baray mein ke pata karo ke Islam hai kiya.</w:t>
      </w:r>
      <w:r>
        <w:br/>
      </w:r>
      <w:r>
        <w:rPr>
          <w:sz w:val="20"/>
        </w:rPr>
        <w:t>36:28  to bohat baray paimaanay par log Quran ka</w:t>
      </w:r>
      <w:r>
        <w:br/>
      </w:r>
      <w:r>
        <w:rPr>
          <w:sz w:val="20"/>
        </w:rPr>
        <w:t>36:33  mutalea karne ke shauq ho gaye.</w:t>
      </w:r>
      <w:r>
        <w:br/>
      </w:r>
      <w:r>
        <w:rPr>
          <w:sz w:val="20"/>
        </w:rPr>
        <w:t>36:38  hamaray saathi wahan America gaye thay jo bohat kafi le gaye thay Quran aur Islamic literature. baray shauq se unhon ne lete thay.</w:t>
      </w:r>
      <w:r>
        <w:br/>
      </w:r>
      <w:r>
        <w:rPr>
          <w:sz w:val="20"/>
        </w:rPr>
        <w:t>36:50  aur wahan jo Khwaja Kareemuddin sahib hain Philadelphia mein, unhon ne to gaya dawah industry khol di hai. un ka jo bohat bara ghar hai, wahan bohat dawah literature, Quran, Quran hai, dawah literature hai, Islamic literature, yahi sab sargarmian un ke haan hain.</w:t>
      </w:r>
      <w:r>
        <w:br/>
      </w:r>
      <w:r>
        <w:rPr>
          <w:sz w:val="20"/>
        </w:rPr>
        <w:t>37:07  bilkul wahan par agar aap dekhein to yeh lafz mujhe wahi samajh mein aaya. mere wahan baitha hua tha in ghar ke aur mein ne wahan jo activities dekhein, misaal ke taur par ek bohat bara truck aaya, hamaray jo truck hotay hain, is ka double truck.</w:t>
      </w:r>
      <w:r>
        <w:br/>
      </w:r>
      <w:r>
        <w:rPr>
          <w:sz w:val="20"/>
        </w:rPr>
        <w:t>37:24  mein socha ke woh khara hua in ghar ke aagay, mein ne kaha kya is ke andar aaya hoga? to yahan jo Quran chhupa hai, woh mangaya tha unhon ne India se,</w:t>
      </w:r>
      <w:r>
        <w:br/>
      </w:r>
      <w:r>
        <w:rPr>
          <w:sz w:val="20"/>
        </w:rPr>
        <w:t>37:34  800 is is ke bundle thay, 800 bundle. ab woh aaya to woh jo unloading ho rahi thi, woh to shaam ho gayi.</w:t>
      </w:r>
      <w:r>
        <w:br/>
      </w:r>
      <w:r>
        <w:rPr>
          <w:sz w:val="20"/>
        </w:rPr>
        <w:t>37:49  to ek ek to mein ne kaha ke to aap ne dawah industry khol di hai.</w:t>
      </w:r>
      <w:r>
        <w:br/>
      </w:r>
      <w:r>
        <w:rPr>
          <w:sz w:val="20"/>
        </w:rPr>
        <w:t>37:55  woh jatay hain jagah jagah aur bohat shauq se log Quran mangtay hain, bohat ziyada.</w:t>
      </w:r>
      <w:r>
        <w:br/>
      </w:r>
      <w:r>
        <w:rPr>
          <w:sz w:val="20"/>
        </w:rPr>
        <w:t>38:04  to yeh jo hua, yani jo musalmanon ne jihad ke naam par jo tashaddud kiya, wailens kiya, woh bilashubah galat tha.</w:t>
      </w:r>
      <w:r>
        <w:br/>
      </w:r>
      <w:r>
        <w:rPr>
          <w:sz w:val="20"/>
        </w:rPr>
        <w:t>38:18  lekin logon ke andar aik aik aik spirit of inquiry paida ho gayi islam ke bare mein ke bhai yeh aik mazhab kya hai? Lage parhne, lage parhne.</w:t>
      </w:r>
      <w:r>
        <w:br/>
      </w:r>
      <w:r>
        <w:rPr>
          <w:sz w:val="20"/>
        </w:rPr>
        <w:t>38:29  ab jab ise parha unhon ne is ayat ko misaal ke taur par ke "man qatal nafsan bighair nafs fasad fakan qatal naas jameeah"</w:t>
      </w:r>
      <w:r>
        <w:br/>
      </w:r>
      <w:r>
        <w:rPr>
          <w:sz w:val="20"/>
        </w:rPr>
        <w:t>38:43  ke agar koi shakhs aik insaan ko maar dale, kham nahq, to goya ke us ne saare insaanon ko maar dala.</w:t>
      </w:r>
      <w:r>
        <w:br/>
      </w:r>
      <w:r>
        <w:rPr>
          <w:sz w:val="20"/>
        </w:rPr>
        <w:t>38:52  ab yeh ayat parh kar woh chaunk gaye ke bhai yeh yeh toh quran toh kuch aur keh raha hai, quran toh kuch aur keh raha hai.</w:t>
      </w:r>
      <w:r>
        <w:br/>
      </w:r>
      <w:r>
        <w:rPr>
          <w:sz w:val="20"/>
        </w:rPr>
        <w:t>39:03  to yeh musalmanon ka apna fe'l hai, yeh quran ka hukum nahi hai. Yani kitni badi baat ho gayi</w:t>
      </w:r>
      <w:r>
        <w:br/>
      </w:r>
      <w:r>
        <w:rPr>
          <w:sz w:val="20"/>
        </w:rPr>
        <w:t>39:12  is tareeqe se.</w:t>
      </w:r>
      <w:r>
        <w:br/>
      </w:r>
      <w:r>
        <w:rPr>
          <w:sz w:val="20"/>
        </w:rPr>
        <w:t>39:15  to jo itna zyada log islam ki taraf aa rahe hain, is ka sabab yeh hai ke</w:t>
      </w:r>
    </w:p>
    <w:p>
      <w:pPr>
        <w:pStyle w:val="Heading2"/>
      </w:pPr>
      <w:r>
        <w:t>Islam's spirituality centers on God, not an inner treasure</w:t>
      </w:r>
    </w:p>
    <w:p>
      <w:r>
        <w:rPr>
          <w:color w:val="666666"/>
          <w:sz w:val="18"/>
        </w:rPr>
        <w:t>Islam and Sufism (Islam and Spirituality) (English) February 28, 2008 · 1m 42s · at 38:00 · https://youtu.be/6UGAPDfrS2w?t=2280</w:t>
      </w:r>
    </w:p>
    <w:p>
      <w:r>
        <w:rPr>
          <w:i/>
        </w:rPr>
        <w:t>“The greatest concern of Islam is Allah Himself”</w:t>
      </w:r>
    </w:p>
    <w:p>
      <w:r>
        <w:rPr>
          <w:sz w:val="20"/>
        </w:rPr>
        <w:t>38:00  so islamic spirituality is based in rabb, in god. one american author has rightly said that the greatest concern of islam is allah.</w:t>
      </w:r>
      <w:r>
        <w:br/>
      </w:r>
      <w:r>
        <w:rPr>
          <w:sz w:val="20"/>
        </w:rPr>
        <w:t>38:16  one american author studied islam in detail, then he says that after my detailed study, i found that the greatest concern of islam is allah.</w:t>
      </w:r>
      <w:r>
        <w:br/>
      </w:r>
      <w:r>
        <w:rPr>
          <w:sz w:val="20"/>
        </w:rPr>
        <w:t>38:35  in urdu words, the islamic spirituality is based on the concept of Allah. God based spirituality, or Rab based spirituality.</w:t>
      </w:r>
      <w:r>
        <w:br/>
      </w:r>
      <w:r>
        <w:rPr>
          <w:sz w:val="20"/>
        </w:rPr>
        <w:t>38:44  this is islamic spiritual</w:t>
      </w:r>
      <w:r>
        <w:br/>
      </w:r>
      <w:r>
        <w:rPr>
          <w:sz w:val="20"/>
        </w:rPr>
        <w:t>38:46  ity. why Islam gives so much importance in the concept of God? God is the oldest source of inspiration.</w:t>
      </w:r>
      <w:r>
        <w:br/>
      </w:r>
      <w:r>
        <w:rPr>
          <w:sz w:val="20"/>
        </w:rPr>
        <w:t>38:56  according to Islamic concept, there is no, there is no treasure here in our heart.</w:t>
      </w:r>
      <w:r>
        <w:br/>
      </w:r>
      <w:r>
        <w:rPr>
          <w:sz w:val="20"/>
        </w:rPr>
        <w:t>39:06  treasure is in the, in with God. God is the treasure, not our heart.</w:t>
      </w:r>
      <w:r>
        <w:br/>
      </w:r>
      <w:r>
        <w:rPr>
          <w:sz w:val="20"/>
        </w:rPr>
        <w:t>39:15  we are simply recipient. God is the give, God is the giver, we are the receiver.</w:t>
      </w:r>
      <w:r>
        <w:br/>
      </w:r>
      <w:r>
        <w:rPr>
          <w:sz w:val="20"/>
        </w:rPr>
        <w:t>39:26  we have no treasure. I don't believe that we have hidden treasure here in this heart. No such treasure.</w:t>
      </w:r>
      <w:r>
        <w:br/>
      </w:r>
      <w:r>
        <w:rPr>
          <w:sz w:val="20"/>
        </w:rPr>
        <w:t>39:38  God is giver, and we are receiver.</w:t>
      </w:r>
    </w:p>
    <w:p>
      <w:pPr>
        <w:pStyle w:val="Heading2"/>
      </w:pPr>
      <w:r>
        <w:t>Centrality of Allah in Islam</w:t>
      </w:r>
    </w:p>
    <w:p>
      <w:r>
        <w:rPr>
          <w:color w:val="666666"/>
          <w:sz w:val="18"/>
        </w:rPr>
        <w:t>Islam and Sufism, Islam and Spirituality (Group of Gothers) - Maulana Wahiduddin Khan · 34s · at 38:34 · https://youtu.be/yuxUUlOqZLM?t=2314</w:t>
      </w:r>
    </w:p>
    <w:p>
      <w:r>
        <w:rPr>
          <w:i/>
        </w:rPr>
        <w:t>“The greatest concern of Islam is Allah”</w:t>
      </w:r>
    </w:p>
    <w:p>
      <w:r>
        <w:rPr>
          <w:sz w:val="20"/>
        </w:rPr>
        <w:t>38:34  so islamic spirituality is based in rabb, in god. one american author has rightly said that the greatest concern of islam is allah.</w:t>
      </w:r>
      <w:r>
        <w:br/>
      </w:r>
      <w:r>
        <w:rPr>
          <w:sz w:val="20"/>
        </w:rPr>
        <w:t>38:50  one american author studied islam in detail. then he says that after my detailed study, i found that the greatest concern of islam is allah.</w:t>
      </w:r>
    </w:p>
    <w:p>
      <w:pPr>
        <w:pStyle w:val="Heading2"/>
      </w:pPr>
      <w:r>
        <w:t>The absurd rumor that America would nuke Mecca-Medina</w:t>
      </w:r>
    </w:p>
    <w:p>
      <w:r>
        <w:rPr>
          <w:color w:val="666666"/>
          <w:sz w:val="18"/>
        </w:rPr>
        <w:t>Material Science and Spiritual Science 20 May 2012 · 2m 52s · at 52:18 · https://youtu.be/4K6CxjThlxQ?t=3138</w:t>
      </w:r>
    </w:p>
    <w:p>
      <w:r>
        <w:rPr>
          <w:i/>
        </w:rPr>
        <w:t>“Ek khabar udi hai ke America Mecca Medina par atom bomb girayega”</w:t>
      </w:r>
    </w:p>
    <w:p>
      <w:r>
        <w:rPr>
          <w:sz w:val="20"/>
        </w:rPr>
        <w:t>52:18  abhi aj kal akhbaron mein ap parha hoga ap ne ke ke ek ek ek ek pata nahi kahan se ek khabar uri hai ke america jo hai chahta tha ke makkah madinah pe atom bomb bana de gira de ye khabar ap ne parhi hogi ke america mein ek training ho rahi thi ke jis tarah se hiroshima aur nagasaki par atom bomb giraya gaya waise hi ja kar makkah madinah pe atom bomb girate hain ab sare musalman is kharab ihtijaj kar rahe hain</w:t>
      </w:r>
      <w:r>
        <w:br/>
      </w:r>
      <w:r>
        <w:rPr>
          <w:sz w:val="20"/>
        </w:rPr>
        <w:t>52:47  yani bilkul ahmaqana khabar hai ye ap ko sunte hi kehna chahiye tha ke oraimah fishi it stands rejected yani agar ap par aqal hoti in musalmanon ko aqal hoti agar ye jo musalman hain hamare in ko aqal hoti to kehte hain ke ye to bidati nahi galat hai bidati nahi galat ye khabar prime of fishi it stands rejected</w:t>
      </w:r>
      <w:r>
        <w:br/>
      </w:r>
      <w:r>
        <w:rPr>
          <w:sz w:val="20"/>
        </w:rPr>
        <w:t>53:14  yani bilkul ahmaqana baat hai ke america jo hai ja kar makkah madinah pe atom bomb girayega kabhi nahi ho sakta aisa aise hi kahin kisi ne khabar banai aur kahin aa gayi leak ho kar ke aur wo muslim aqwam chhapp gayi ab sab dekho bhai america tabah dushman hai ke to makkah madinah ke upar atom bomb girana chahta hai</w:t>
      </w:r>
      <w:r>
        <w:br/>
      </w:r>
      <w:r>
        <w:rPr>
          <w:sz w:val="20"/>
        </w:rPr>
        <w:t>53:34  ye to be aqli ka shahkar hai ye yani koi bhi least chance nahi hai ke america atom bomb giraye makkah madinah par musalman ye bhi nahi jante ke atom bomb sirf ek bar giraya giraya jata hai ye bhi musalman nahi jante apni be aqli ki wajah se</w:t>
      </w:r>
      <w:r>
        <w:br/>
      </w:r>
      <w:r>
        <w:rPr>
          <w:sz w:val="20"/>
        </w:rPr>
        <w:t>53:53  yaad rakhiye insani zindagi mein ek ek usool yeh hai koi bhayanak waqea sirf ek bar hota hai</w:t>
      </w:r>
      <w:r>
        <w:br/>
      </w:r>
      <w:r>
        <w:rPr>
          <w:sz w:val="20"/>
        </w:rPr>
        <w:t>54:01  koi bhayanak waqea sirf ek bar hota hai mislan ek bhai agar farz kiya apne sage bhai ko</w:t>
      </w:r>
      <w:r>
        <w:br/>
      </w:r>
      <w:r>
        <w:rPr>
          <w:sz w:val="20"/>
        </w:rPr>
        <w:t>54:05  qatal kar de dobara kabhi nahi qatal karega kisi aur bhai ko</w:t>
      </w:r>
      <w:r>
        <w:br/>
      </w:r>
      <w:r>
        <w:rPr>
          <w:sz w:val="20"/>
        </w:rPr>
        <w:t>54:09  ek ek aadmī ke chaar bhāī farz kiye hain ek bhāī pe ghusse ho gaya us ko maar</w:t>
      </w:r>
      <w:r>
        <w:br/>
      </w:r>
      <w:r>
        <w:rPr>
          <w:sz w:val="20"/>
        </w:rPr>
        <w:t>54:14  ḍālā us ne to kabhi aisa nahīñ hogā ke baqīya bhāī ko maar ḍāle gā kyūñki bhīyānak vāqi'a</w:t>
      </w:r>
      <w:r>
        <w:br/>
      </w:r>
      <w:r>
        <w:rPr>
          <w:sz w:val="20"/>
        </w:rPr>
        <w:t>54:20  zindagī meñ sirf ek bār hotā hai</w:t>
      </w:r>
      <w:r>
        <w:br/>
      </w:r>
      <w:r>
        <w:rPr>
          <w:sz w:val="20"/>
        </w:rPr>
        <w:t>54:23  to jo atom bomb giraya gaya makkah madinah wahan hiroshima aur nagasaki mein wo pehla bhi tha aur aakhri bhi tha kyunke dekhiye america ko haar manni pari vietnam mein kya wahan atom bomb giraya use atom bomb america ko lotna pada iraq se afghanistan se kahan wahan use atom bomb giraya kitni ahmaqana baat ye hai</w:t>
      </w:r>
      <w:r>
        <w:br/>
      </w:r>
      <w:r>
        <w:rPr>
          <w:sz w:val="20"/>
        </w:rPr>
        <w:t>54:49  to ye jo aqeedah hai guaranteed salvation ka is ne musalmanon se kya chheen liya aqal chheen li dawat chheen li insani khair khwahi chheen li jannat ka shauq chheen liya allah ka khauf chheen liya jannat ka shauq aur allah ka khauf wo bhi chheen liya</w:t>
      </w:r>
    </w:p>
    <w:p>
      <w:pPr>
        <w:pStyle w:val="Heading2"/>
      </w:pPr>
      <w:r>
        <w:t>Discovering God's truth (Ma'rifat) and why it demands sharing</w:t>
      </w:r>
    </w:p>
    <w:p>
      <w:r>
        <w:rPr>
          <w:color w:val="666666"/>
          <w:sz w:val="18"/>
        </w:rPr>
        <w:t>Divine Personality April 2, 2014 Maulana Wahiduddin Khan · 5m 36s · at 6:19 · https://youtu.be/4F-V__KFzpA?t=379</w:t>
      </w:r>
    </w:p>
    <w:p>
      <w:r>
        <w:rPr>
          <w:i/>
        </w:rPr>
        <w:t>“When you develop the spirit of inquiry, you want to know what is truth.”</w:t>
      </w:r>
    </w:p>
    <w:p>
      <w:r>
        <w:rPr>
          <w:sz w:val="20"/>
        </w:rPr>
        <w:t>6:19  When</w:t>
      </w:r>
      <w:r>
        <w:br/>
      </w:r>
      <w:r>
        <w:rPr>
          <w:sz w:val="20"/>
        </w:rPr>
        <w:t>6:24  you develop the spirit of inquiry you want to know what is truth with a capital T.</w:t>
      </w:r>
      <w:r>
        <w:br/>
      </w:r>
      <w:r>
        <w:rPr>
          <w:sz w:val="20"/>
        </w:rPr>
        <w:t>6:38  What is the purpose of life? What is the scheme of the Creator</w:t>
      </w:r>
      <w:r>
        <w:br/>
      </w:r>
      <w:r>
        <w:rPr>
          <w:sz w:val="20"/>
        </w:rPr>
        <w:t>6:50  ? What is pre-death? What is post-death? So these are basic questions.</w:t>
      </w:r>
      <w:r>
        <w:br/>
      </w:r>
      <w:r>
        <w:rPr>
          <w:sz w:val="20"/>
        </w:rPr>
        <w:t>6:59  When you try to find the answer to these questions and you discover it that is Ma'rifat. Ma'rifat literally means realization or discovery.</w:t>
      </w:r>
      <w:r>
        <w:br/>
      </w:r>
      <w:r>
        <w:rPr>
          <w:sz w:val="20"/>
        </w:rPr>
        <w:t>7:19  This word you can find in the Qur'an in chapter Al-Ma'idah.</w:t>
      </w:r>
      <w:r>
        <w:br/>
      </w:r>
      <w:r>
        <w:rPr>
          <w:sz w:val="20"/>
        </w:rPr>
        <w:t>7:37  Here you can see that Ma'rifat is the beginning of Islam.</w:t>
      </w:r>
      <w:r>
        <w:br/>
      </w:r>
      <w:r>
        <w:rPr>
          <w:sz w:val="20"/>
        </w:rPr>
        <w:t>7:47  When you discover Islam, when you realize God is Almighty then you are an Arif.</w:t>
      </w:r>
      <w:r>
        <w:br/>
      </w:r>
      <w:r>
        <w:rPr>
          <w:sz w:val="20"/>
        </w:rPr>
        <w:t>7:58  Then you attain Ma'rifat. So here is the beginning. Now Ma'rifat is not simply to utter some words.</w:t>
      </w:r>
      <w:r>
        <w:br/>
      </w:r>
      <w:r>
        <w:rPr>
          <w:sz w:val="20"/>
        </w:rPr>
        <w:t>8:11  Ma'rifat is the greatest finding.</w:t>
      </w:r>
      <w:r>
        <w:br/>
      </w:r>
      <w:r>
        <w:rPr>
          <w:sz w:val="20"/>
        </w:rPr>
        <w:t>8:16  Ma'rifat is like brainstorming. When you discover the truth, when you discover the truth of Islam then it is like an earthquake.</w:t>
      </w:r>
      <w:r>
        <w:br/>
      </w:r>
      <w:r>
        <w:rPr>
          <w:sz w:val="20"/>
        </w:rPr>
        <w:t>8:40  Then you try to understand everything in the light of divine guidance.</w:t>
      </w:r>
      <w:r>
        <w:br/>
      </w:r>
      <w:r>
        <w:rPr>
          <w:sz w:val="20"/>
        </w:rPr>
        <w:t>8:54  This realization or discovery makes your personality a new personality, a new mind</w:t>
      </w:r>
      <w:r>
        <w:br/>
      </w:r>
      <w:r>
        <w:rPr>
          <w:sz w:val="20"/>
        </w:rPr>
        <w:t>9:06  . Then this Ma'rifat is not simply a mysterious rohaniyat.</w:t>
      </w:r>
      <w:r>
        <w:br/>
      </w:r>
      <w:r>
        <w:rPr>
          <w:sz w:val="20"/>
        </w:rPr>
        <w:t>9:17  No. It is a storm. Ma'rifat changes your way of thinking.</w:t>
      </w:r>
      <w:r>
        <w:br/>
      </w:r>
      <w:r>
        <w:rPr>
          <w:sz w:val="20"/>
        </w:rPr>
        <w:t>9:27  Ma'rifat changes your way of speaking. Ma'rifat changes your method of dealing.</w:t>
      </w:r>
      <w:r>
        <w:br/>
      </w:r>
      <w:r>
        <w:rPr>
          <w:sz w:val="20"/>
        </w:rPr>
        <w:t>9:38  Ma'rifat changes all the aspects of your life.</w:t>
      </w:r>
      <w:r>
        <w:br/>
      </w:r>
      <w:r>
        <w:rPr>
          <w:sz w:val="20"/>
        </w:rPr>
        <w:t>9:43  You become a new man. That is a believer. That is Arif.</w:t>
      </w:r>
      <w:r>
        <w:br/>
      </w:r>
      <w:r>
        <w:rPr>
          <w:sz w:val="20"/>
        </w:rPr>
        <w:t>9:55  So this kind of realization is bound to find expression in the occidental world.</w:t>
      </w:r>
      <w:r>
        <w:br/>
      </w:r>
      <w:r>
        <w:rPr>
          <w:sz w:val="20"/>
        </w:rPr>
        <w:t>10:04  Ma'rifat initially is an internal phenomenon, internal phenomenon.</w:t>
      </w:r>
      <w:r>
        <w:br/>
      </w:r>
      <w:r>
        <w:rPr>
          <w:sz w:val="20"/>
        </w:rPr>
        <w:t>10:15  But this internal phenomenon is so powerful that it is bound to find expression in the external world.</w:t>
      </w:r>
      <w:r>
        <w:br/>
      </w:r>
      <w:r>
        <w:rPr>
          <w:sz w:val="20"/>
        </w:rPr>
        <w:t>10:29  So this Ma'rifat when it translates into the outer aspects of your life then your whole life</w:t>
      </w:r>
      <w:r>
        <w:br/>
      </w:r>
      <w:r>
        <w:rPr>
          <w:sz w:val="20"/>
        </w:rPr>
        <w:t>10:46  becomes a new life.</w:t>
      </w:r>
      <w:r>
        <w:br/>
      </w:r>
      <w:r>
        <w:rPr>
          <w:sz w:val="20"/>
        </w:rPr>
        <w:t>10:50  So Ma'rifat is not simply a personal realization. It changes your whole personality.</w:t>
      </w:r>
      <w:r>
        <w:br/>
      </w:r>
      <w:r>
        <w:rPr>
          <w:sz w:val="20"/>
        </w:rPr>
        <w:t>11:01  It changes</w:t>
      </w:r>
      <w:r>
        <w:br/>
      </w:r>
      <w:r>
        <w:rPr>
          <w:sz w:val="20"/>
        </w:rPr>
        <w:t>11:10  every action.</w:t>
      </w:r>
      <w:r>
        <w:br/>
      </w:r>
      <w:r>
        <w:rPr>
          <w:sz w:val="20"/>
        </w:rPr>
        <w:t>11:15  Then</w:t>
      </w:r>
      <w:r>
        <w:br/>
      </w:r>
      <w:r>
        <w:rPr>
          <w:sz w:val="20"/>
        </w:rPr>
        <w:t>11:20  da'wah is also an expression of Ma'rifat.</w:t>
      </w:r>
      <w:r>
        <w:br/>
      </w:r>
      <w:r>
        <w:rPr>
          <w:sz w:val="20"/>
        </w:rPr>
        <w:t>11:25  When you discover God is Almighty</w:t>
      </w:r>
      <w:r>
        <w:br/>
      </w:r>
      <w:r>
        <w:rPr>
          <w:sz w:val="20"/>
        </w:rPr>
        <w:t>11:29  and you discover the importance of</w:t>
      </w:r>
      <w:r>
        <w:br/>
      </w:r>
      <w:r>
        <w:rPr>
          <w:sz w:val="20"/>
        </w:rPr>
        <w:t>11:33  Deen or Islam,</w:t>
      </w:r>
      <w:r>
        <w:br/>
      </w:r>
      <w:r>
        <w:rPr>
          <w:sz w:val="20"/>
        </w:rPr>
        <w:t>11:36  when you discover that the salvation of man depends upon</w:t>
      </w:r>
      <w:r>
        <w:br/>
      </w:r>
      <w:r>
        <w:rPr>
          <w:sz w:val="20"/>
        </w:rPr>
        <w:t>11:43  this divine guidance</w:t>
      </w:r>
      <w:r>
        <w:br/>
      </w:r>
      <w:r>
        <w:rPr>
          <w:sz w:val="20"/>
        </w:rPr>
        <w:t>11:46  then by nature you try to spread this message to all mankind.</w:t>
      </w:r>
    </w:p>
    <w:p>
      <w:pPr>
        <w:pStyle w:val="Heading2"/>
      </w:pPr>
      <w:r>
        <w:t>Spirituality demands sacrifice of concerns</w:t>
      </w:r>
    </w:p>
    <w:p>
      <w:r>
        <w:rPr>
          <w:color w:val="666666"/>
          <w:sz w:val="18"/>
        </w:rPr>
        <w:t>God and Man (In Conversation with Maulana) 01 04 07 · 32s · at 31:09 · https://youtu.be/2HlIEnmDdPo?t=1869</w:t>
      </w:r>
    </w:p>
    <w:p>
      <w:r>
        <w:rPr>
          <w:i/>
        </w:rPr>
        <w:t>“To spirituality jo hai woh sacrifice mangti hai”</w:t>
      </w:r>
    </w:p>
    <w:p>
      <w:r>
        <w:rPr>
          <w:sz w:val="20"/>
        </w:rPr>
        <w:t>31:09  to spirituality jo hai woh sacrifice mangti hai. woh sacrifice kis baat ki?</w:t>
      </w:r>
      <w:r>
        <w:br/>
      </w:r>
      <w:r>
        <w:rPr>
          <w:sz w:val="20"/>
        </w:rPr>
        <w:t>31:19  ke unfolding process jo hai not stop, chalta rahe. is ki sacrifice. Sacrif</w:t>
      </w:r>
      <w:r>
        <w:br/>
      </w:r>
      <w:r>
        <w:rPr>
          <w:sz w:val="20"/>
        </w:rPr>
        <w:t>31:25  ice kya hai? har doosre concern ko badan band khatam karna. koi doosra concern na rahe mera. aur bas is ke baad spirituality to apne aap jaise ubal hi par rahi hai, apne aap ubal rahi hai.</w:t>
      </w:r>
    </w:p>
    <w:p>
      <w:pPr>
        <w:pStyle w:val="Heading2"/>
      </w:pPr>
      <w:r>
        <w:t>Full story of leaving tasawwuf for Maulana's teachings</w:t>
      </w:r>
    </w:p>
    <w:p>
      <w:r>
        <w:rPr>
          <w:color w:val="666666"/>
          <w:sz w:val="18"/>
        </w:rPr>
        <w:t>Discussion on Marefat (Ulama Session- I) Peace Conference April 29-30, 2023 · 5m 14s · at 23:33 · https://youtu.be/c1NFCRXpYBQ?t=1413</w:t>
      </w:r>
    </w:p>
    <w:p>
      <w:r>
        <w:rPr>
          <w:i/>
        </w:rPr>
        <w:t>“I spent about fifteen years in tasawwuf in Gujarat.”</w:t>
      </w:r>
    </w:p>
    <w:p>
      <w:r>
        <w:rPr>
          <w:sz w:val="20"/>
        </w:rPr>
        <w:t>23:33  Gujarat maine tasawwuf ke raste mein lagbhag pandrah solah saal karsha tay kiya tha aur tasawwuf ki jitni jinhe umhaad ek khutub kaha jata hai, maine apni hesiyat ke mutabiq unka mutala bhi kiya tha.</w:t>
      </w:r>
      <w:r>
        <w:br/>
      </w:r>
      <w:r>
        <w:rPr>
          <w:sz w:val="20"/>
        </w:rPr>
        <w:t>23:57  main samajhta hoon ke aap mein bhi bahut sare aise hazrat honge jinko tasawwuf se shubuf raha hai aur tasawwuf ka mutala kya hai?to maine bhi is raste mein bahut tabeel safaltai kiya tha aur tasawwuf ke prasmurivaj ke mutabiq jo ibadat ke tareeqe hain, wazaif hain, tamam cheezon ko maine bhi kiya.</w:t>
      </w:r>
      <w:r>
        <w:br/>
      </w:r>
      <w:r>
        <w:rPr>
          <w:sz w:val="20"/>
        </w:rPr>
        <w:t>24:22  lekin jab usi dauran puran ka bhi sanjidgi se mutala karna shuru kiya, woh ek jhatka sa laga aur mehsoos hua ke kasoof ek alag duniya hai aur puran ek alag duniya hai. lekin iske bawajood kasoof ka safar gari raha.</w:t>
      </w:r>
      <w:r>
        <w:br/>
      </w:r>
      <w:r>
        <w:rPr>
          <w:sz w:val="20"/>
        </w:rPr>
        <w:t>24:41  lekin dil mein kalish hoti thi aur bahut sare sawalat bar bar samne aakar khade ho jate the</w:t>
      </w:r>
      <w:r>
        <w:br/>
      </w:r>
      <w:r>
        <w:rPr>
          <w:sz w:val="20"/>
        </w:rPr>
        <w:t>24:47  aur koi literature mere samne aisa nahi tha jo mere sawalat ka hal pesh karta ho aur musalsal</w:t>
      </w:r>
      <w:r>
        <w:br/>
      </w:r>
      <w:r>
        <w:rPr>
          <w:sz w:val="20"/>
        </w:rPr>
        <w:t>24:53  main talash karta tha aur sajde mein gir ke allah se dua karta tha ki meri jo yeh</w:t>
      </w:r>
      <w:r>
        <w:br/>
      </w:r>
      <w:r>
        <w:rPr>
          <w:sz w:val="20"/>
        </w:rPr>
        <w:t>24:59  confusion hai isko yeh allah door kar de aur usi ke sath har aitbar se main tasawwuf ki</w:t>
      </w:r>
      <w:r>
        <w:br/>
      </w:r>
      <w:r>
        <w:rPr>
          <w:sz w:val="20"/>
        </w:rPr>
        <w:t>25:05  kitabon ka jaiza leta tha, dhoondhta tha, padhta tha, lekin kahin mere liye tasalli bakhsh jawab jo hai</w:t>
      </w:r>
      <w:r>
        <w:br/>
      </w:r>
      <w:r>
        <w:rPr>
          <w:sz w:val="20"/>
        </w:rPr>
        <w:t>25:11  woh hasil nahi hua tha.</w:t>
      </w:r>
      <w:r>
        <w:br/>
      </w:r>
      <w:r>
        <w:rPr>
          <w:sz w:val="20"/>
        </w:rPr>
        <w:t>25:17  usmein sabse bada masla jo hai woh wahdat-e-wujood aur wahdat-e-shuhood ka masla tha. jo nihayat confusion ka masla tha. na sirf mere liye balki main samajhta hoon jitne bhi log tasawwuf se jude hue hain, unke liye ek bahut bada masla hai aur nakabile hal masla hai. aur jab main do hazar panch chhe ke baad phir se Maulana ki literature wagera ko padhna maine shuru kiya.</w:t>
      </w:r>
      <w:r>
        <w:br/>
      </w:r>
      <w:r>
        <w:rPr>
          <w:sz w:val="20"/>
        </w:rPr>
        <w:t>25:43  mere walid mohtaram marhoom, Noor Muhammad sahib, Arshala ke khari the. uske baad hamare yahan Arshala ka aana munqate ho gaya tha, jiski wajah se main bhi mahroom raha. uske baad jab Arshala se main juda aur Maulana ki kitabein padhne laga, to mere jitne sawalat the, sawalat ki ek bahut lambi fehrist thi tasawwuf ko lekar. to ek ek sawal hal hota chala gaya.</w:t>
      </w:r>
      <w:r>
        <w:br/>
      </w:r>
      <w:r>
        <w:rPr>
          <w:sz w:val="20"/>
        </w:rPr>
        <w:t>26:12  ismein main bataunga ki Maulana ki jo kitab, kitabein Maarifat hai, woh hamein padhna chahiye aur Maulana ne is kitab ko jo hai ek tasawwuf ke counter ke taur par likha hai. main kahunga ki tasawwuf se jo jo sawalat paida ho sakte hain, un tamam sawalat ka usmein bahut saleeqe se andaaz mein hal pesh kiya gaya.</w:t>
      </w:r>
      <w:r>
        <w:br/>
      </w:r>
      <w:r>
        <w:rPr>
          <w:sz w:val="20"/>
        </w:rPr>
        <w:t>26:35  to maulana ko padhne ke baad pehli bar jaisa ki hamare nayat ullamari sahab ne bhi mind based</w:t>
      </w:r>
      <w:r>
        <w:br/>
      </w:r>
      <w:r>
        <w:rPr>
          <w:sz w:val="20"/>
        </w:rPr>
        <w:t>26:45  marifat aur mind based spirituality ki baat ki, uska kahin door tak, na puran mein uska koi shaiba</w:t>
      </w:r>
      <w:r>
        <w:br/>
      </w:r>
      <w:r>
        <w:rPr>
          <w:sz w:val="20"/>
        </w:rPr>
        <w:t>26:55  milta hai, na hadith mein milta hai.</w:t>
      </w:r>
      <w:r>
        <w:br/>
      </w:r>
      <w:r>
        <w:rPr>
          <w:sz w:val="20"/>
        </w:rPr>
        <w:t>27:06  iske muqable mein Maulana ne jo Maarifat pesh kiya hai, woh bilkul puran aur hadith ke mutabiq hai aur hamare nature tak woh baat pahunchti hai, hamari fitrat usko manti hai. iske alawa bahut sari cheezein hain kyunki yeh tafseel ka mauka nahi hai. kitabein Maarifat mein jo ibtidai abwab hai, unmein Maulana ne ek ek pehlu ke pehlu ko lekar bahut tafseeli guftugu ki hai.</w:t>
      </w:r>
      <w:r>
        <w:br/>
      </w:r>
      <w:r>
        <w:rPr>
          <w:sz w:val="20"/>
        </w:rPr>
        <w:t>27:32  tazkiya chunki tasawwuf ke hazrat ke paas jo hai mabni bar fal tazkiya hota hai. usmein character ka koi door tak zikr nahi hota. aap bas muraqaba kijiye, mushahida kijiye, pass and pass ka zikr kijiye. is tarah ke bahut sari wirdishein hain jo aapko karte rehna hai, lekin character par kahin bhi comment nahi hai.</w:t>
      </w:r>
      <w:r>
        <w:br/>
      </w:r>
      <w:r>
        <w:rPr>
          <w:sz w:val="20"/>
        </w:rPr>
        <w:t>27:52  to Maulana ne musbat soch, manfi soch jaise istilaha ko istemal karke aur tazkiya ka bilkul ek naya zawiya Maulana ne apni kitabein Maarifat mein pesh kiya hai. sirf hum agar tazkiya hi ko padh lein to sara tasawwuf ka jo yani ruhaniyat jisko hum talash kar rahe hain woh usmein hamein mil jayega. to main aapse bhi guzarish karta hoon.</w:t>
      </w:r>
      <w:r>
        <w:br/>
      </w:r>
      <w:r>
        <w:rPr>
          <w:sz w:val="20"/>
        </w:rPr>
        <w:t>28:20  jo log tasawwuf ko jante hain, tasawwuf ka shauq rakhte hain, unko chahiye ki woh kitabein Maaruf, Maarifat ka takabul ke sath mutala karein. to main aaj gawahi deta hoon aur is majlis mein main aelan karta hoon ki jitne bhi tasawwuf ko lekar mere shubhat the, woh kitabein Maarifat jaisi kitab mein mere tamam shubhat ko door kar diya. main isi ke sath apni baat khatm karta hoon.</w:t>
      </w:r>
      <w:r>
        <w:br/>
      </w:r>
      <w:r>
        <w:rPr>
          <w:sz w:val="20"/>
        </w:rPr>
        <w:t>28:47  ji jazaakallah hamare Wajid Ali Sahab chunki tasawwuf se ke background ke hain, unhone ek baat badi achhi batai ki character building ki baat jo hoti hai woh shurua dariaft ke baad shurua changes ke baad tazkiya hota hai. to wahan jo hai insan ko ek wajdan ki kai fira ya kuch halon akhbar ki kai fira bazahir mil jati hai tasawwuf mein.</w:t>
      </w:r>
    </w:p>
    <w:p>
      <w:pPr>
        <w:pStyle w:val="Heading2"/>
      </w:pPr>
      <w:r>
        <w:t>Quran as scientific religion and framework</w:t>
      </w:r>
    </w:p>
    <w:p>
      <w:r>
        <w:rPr>
          <w:color w:val="666666"/>
          <w:sz w:val="18"/>
        </w:rPr>
        <w:t>Fragments of Broken Heart | December 01, 2006 | Maulana Wahiduddin Khan · 5m 05s · at 13:04 · https://youtu.be/4uW2kggXMI8?t=784</w:t>
      </w:r>
    </w:p>
    <w:p>
      <w:r>
        <w:rPr>
          <w:i/>
        </w:rPr>
        <w:t>“Inglistan mein ek bada philosopher paida hua”</w:t>
      </w:r>
    </w:p>
    <w:p>
      <w:r>
        <w:rPr>
          <w:sz w:val="20"/>
        </w:rPr>
        <w:t>13:04  hye masla kya hai? inglistan mein woh ek bara philosopher paida hua jis ka naam tha bradley.</w:t>
      </w:r>
      <w:r>
        <w:br/>
      </w:r>
      <w:r>
        <w:rPr>
          <w:sz w:val="20"/>
        </w:rPr>
        <w:t>13:12  is ki death hui hai 1924 mein.</w:t>
      </w:r>
      <w:r>
        <w:br/>
      </w:r>
      <w:r>
        <w:rPr>
          <w:sz w:val="20"/>
        </w:rPr>
        <w:t>13:19  is ki ek kitab hai, ek moti si kitab hai "appearance and reality".</w:t>
      </w:r>
      <w:r>
        <w:br/>
      </w:r>
      <w:r>
        <w:rPr>
          <w:sz w:val="20"/>
        </w:rPr>
        <w:t>13:27  is kitab ke aakhir mein woh kehta hai ke aaj ke zamane ko</w:t>
      </w:r>
      <w:r>
        <w:br/>
      </w:r>
      <w:r>
        <w:rPr>
          <w:sz w:val="20"/>
        </w:rPr>
        <w:t>13:35  ek scientific religion ki zaroorat hai.</w:t>
      </w:r>
      <w:r>
        <w:br/>
      </w:r>
      <w:r>
        <w:rPr>
          <w:sz w:val="20"/>
        </w:rPr>
        <w:t>13:40  scientific religion ki zaroorat hai.</w:t>
      </w:r>
      <w:r>
        <w:br/>
      </w:r>
      <w:r>
        <w:rPr>
          <w:sz w:val="20"/>
        </w:rPr>
        <w:t>13:45  agarche is ko nahi maloom ke scientific religion hai kiya.</w:t>
      </w:r>
      <w:r>
        <w:br/>
      </w:r>
      <w:r>
        <w:rPr>
          <w:sz w:val="20"/>
        </w:rPr>
        <w:t>13:50  woh mehsoos karta hai ke aaj ki generation, modern mind ek naya mazhab chahta hai.</w:t>
      </w:r>
      <w:r>
        <w:br/>
      </w:r>
      <w:r>
        <w:rPr>
          <w:sz w:val="20"/>
        </w:rPr>
        <w:t>13:55  isi naye mazhab ko is ne scientific mazhab ka naam diya hai.</w:t>
      </w:r>
      <w:r>
        <w:br/>
      </w:r>
      <w:r>
        <w:rPr>
          <w:sz w:val="20"/>
        </w:rPr>
        <w:t>14:00  yeh scientific mazhab kya hai</w:t>
      </w:r>
      <w:r>
        <w:br/>
      </w:r>
      <w:r>
        <w:rPr>
          <w:sz w:val="20"/>
        </w:rPr>
        <w:t>14:05  ? sach poochien to meri zindagi poori isi ki isi ki tehqeeq mein guzri hai.</w:t>
      </w:r>
      <w:r>
        <w:br/>
      </w:r>
      <w:r>
        <w:rPr>
          <w:sz w:val="20"/>
        </w:rPr>
        <w:t>14:10  mein samajhta hoon ke scientific mazhab is ke siwa kuch nahi ke woh islam hai.</w:t>
      </w:r>
      <w:r>
        <w:br/>
      </w:r>
      <w:r>
        <w:rPr>
          <w:sz w:val="20"/>
        </w:rPr>
        <w:t>14:15  islam bhi scientific mazhab hai jis ko log jante nahi.</w:t>
      </w:r>
      <w:r>
        <w:br/>
      </w:r>
      <w:r>
        <w:rPr>
          <w:sz w:val="20"/>
        </w:rPr>
        <w:t>14:20  har mazhab scientific mazhab hi tha.</w:t>
      </w:r>
      <w:r>
        <w:br/>
      </w:r>
      <w:r>
        <w:rPr>
          <w:sz w:val="20"/>
        </w:rPr>
        <w:t>14:25  mein yeh nahi keh raha hoon ke islam hi scientific mazhab hai.</w:t>
      </w:r>
      <w:r>
        <w:br/>
      </w:r>
      <w:r>
        <w:rPr>
          <w:sz w:val="20"/>
        </w:rPr>
        <w:t>14:30  asal mein qissa yeh hai</w:t>
      </w:r>
      <w:r>
        <w:br/>
      </w:r>
      <w:r>
        <w:rPr>
          <w:sz w:val="20"/>
        </w:rPr>
        <w:t>14:36  ke quran mein ek ayat hai "yudabbirul amra yufassilul ayati" ke khuda universe ki tadbeer amr kar raha hai.</w:t>
      </w:r>
      <w:r>
        <w:br/>
      </w:r>
      <w:r>
        <w:rPr>
          <w:sz w:val="20"/>
        </w:rPr>
        <w:t>14:43  yani direct control ke zariye is ko chala raha hai.</w:t>
      </w:r>
      <w:r>
        <w:br/>
      </w:r>
      <w:r>
        <w:rPr>
          <w:sz w:val="20"/>
        </w:rPr>
        <w:t>14:51  doosri taraf farmaya ke "yufassilul ayati" insano ke liye is ne ayaten utari hain.</w:t>
      </w:r>
      <w:r>
        <w:br/>
      </w:r>
      <w:r>
        <w:rPr>
          <w:sz w:val="20"/>
        </w:rPr>
        <w:t>14:59  is ayat mein ek bohat bari baat kahi gayi hai</w:t>
      </w:r>
      <w:r>
        <w:br/>
      </w:r>
      <w:r>
        <w:rPr>
          <w:sz w:val="20"/>
        </w:rPr>
        <w:t>15:07  ke yeh duniya jo hai other than human being ka ek mamla hai aur human being ka doosra mamla hai.</w:t>
      </w:r>
      <w:r>
        <w:br/>
      </w:r>
      <w:r>
        <w:rPr>
          <w:sz w:val="20"/>
        </w:rPr>
        <w:t>15:14  other than human being jo hai woh law of nature se control hoti hai.</w:t>
      </w:r>
      <w:r>
        <w:br/>
      </w:r>
      <w:r>
        <w:rPr>
          <w:sz w:val="20"/>
        </w:rPr>
        <w:t>15:22  is ko koi free will nahi mila hua hai.</w:t>
      </w:r>
      <w:r>
        <w:br/>
      </w:r>
      <w:r>
        <w:rPr>
          <w:sz w:val="20"/>
        </w:rPr>
        <w:t>15:29  stars, mountain, ocean jo bhi other than human being jo duniya hai is</w:t>
      </w:r>
      <w:r>
        <w:br/>
      </w:r>
      <w:r>
        <w:rPr>
          <w:sz w:val="20"/>
        </w:rPr>
        <w:t>15:37  ko koi free will nahi hasil hai. woh direct tor par Khuda ke control mein hai jis ko hum law of nature kehte hain. to jab insan is dunya mein yani other than human being jo dunya hai us mein explore karta hai, jab us mein janne ki koshish karta hai to wahan par aik compulsion us ko rehta hai. woh compulsion law of nature ka. wahan koi option, kai option</w:t>
      </w:r>
      <w:r>
        <w:br/>
      </w:r>
      <w:r>
        <w:rPr>
          <w:sz w:val="20"/>
        </w:rPr>
        <w:t>16:07  nahi hote.</w:t>
      </w:r>
      <w:r>
        <w:br/>
      </w:r>
      <w:r>
        <w:rPr>
          <w:sz w:val="20"/>
        </w:rPr>
        <w:t>16:11  wahan ek hi option hota hai.</w:t>
      </w:r>
      <w:r>
        <w:br/>
      </w:r>
      <w:r>
        <w:rPr>
          <w:sz w:val="20"/>
        </w:rPr>
        <w:t>16:16  yani pani ko garam kar ke agar steam power banana ho to ek hi option hai insan ke paas.</w:t>
      </w:r>
      <w:r>
        <w:br/>
      </w:r>
      <w:r>
        <w:rPr>
          <w:sz w:val="20"/>
        </w:rPr>
        <w:t>16:20  petrol ko energy mein convert karna ho to is ka ek hi option hai is ke paas.</w:t>
      </w:r>
      <w:r>
        <w:br/>
      </w:r>
      <w:r>
        <w:rPr>
          <w:sz w:val="20"/>
        </w:rPr>
        <w:t>16:25  aur koi steel banana hai to is ka ek hi option hai insan ke paas.</w:t>
      </w:r>
      <w:r>
        <w:br/>
      </w:r>
      <w:r>
        <w:rPr>
          <w:sz w:val="20"/>
        </w:rPr>
        <w:t>16:29  yani yeh ke jo law of nature inherently in ke andar maujood hai us ko janna aur us</w:t>
      </w:r>
      <w:r>
        <w:br/>
      </w:r>
      <w:r>
        <w:rPr>
          <w:sz w:val="20"/>
        </w:rPr>
        <w:t>16:34  ko apply kar ke apna maqsad hasil karna.</w:t>
      </w:r>
      <w:r>
        <w:br/>
      </w:r>
      <w:r>
        <w:rPr>
          <w:sz w:val="20"/>
        </w:rPr>
        <w:t>16:38  to yeh hai material science ka muamla. chounke material science mein option kai nahi tha is liye wahan khoob taraqqi hui. insan ko wahan bhagnay ka mauqa nahi mila. idhar udhar us ko jump karnay ka mauqa nahi mila. wahan us ko deviation ka mauqa nahi mila. compulsively woh law of nature ko follow karta raha hai aur phir aap jante hain ke bijli bani, engine bane, hawai jahaz bane, motor bane yeh sari cheezen banti chali</w:t>
      </w:r>
      <w:r>
        <w:br/>
      </w:r>
      <w:r>
        <w:rPr>
          <w:sz w:val="20"/>
        </w:rPr>
        <w:t>17:08  gaiyin.</w:t>
      </w:r>
      <w:r>
        <w:br/>
      </w:r>
      <w:r>
        <w:rPr>
          <w:sz w:val="20"/>
        </w:rPr>
        <w:t>17:13  lekin jahan tak insan ka mamla hai to yahan par insan ko khuda ne free will diya hai.</w:t>
      </w:r>
      <w:r>
        <w:br/>
      </w:r>
      <w:r>
        <w:rPr>
          <w:sz w:val="20"/>
        </w:rPr>
        <w:t>17:18  freedom diya hai.</w:t>
      </w:r>
      <w:r>
        <w:br/>
      </w:r>
      <w:r>
        <w:rPr>
          <w:sz w:val="20"/>
        </w:rPr>
        <w:t>17:23  is liye yahan choice kai ho jatay hain.</w:t>
      </w:r>
      <w:r>
        <w:br/>
      </w:r>
      <w:r>
        <w:rPr>
          <w:sz w:val="20"/>
        </w:rPr>
        <w:t>17:28  isi liye farmaya ke "yufassil al-ayat" yani khuda insan ke mamle mein ayatain utarta hai.</w:t>
      </w:r>
      <w:r>
        <w:br/>
      </w:r>
      <w:r>
        <w:rPr>
          <w:sz w:val="20"/>
        </w:rPr>
        <w:t>17:33  prophet ke zariye</w:t>
      </w:r>
      <w:r>
        <w:br/>
      </w:r>
      <w:r>
        <w:rPr>
          <w:sz w:val="20"/>
        </w:rPr>
        <w:t>17:38  apni wahi bhejta hai aur insan ko prophet bata deta hai ke dekho yeh hai tumhare liye guide book.</w:t>
      </w:r>
      <w:r>
        <w:br/>
      </w:r>
      <w:r>
        <w:rPr>
          <w:sz w:val="20"/>
        </w:rPr>
        <w:t>17:44  is ko follow karoge to tum kamyab ho ge.</w:t>
      </w:r>
      <w:r>
        <w:br/>
      </w:r>
      <w:r>
        <w:rPr>
          <w:sz w:val="20"/>
        </w:rPr>
        <w:t>17:49  to yahan option insan ke apne hath mein aa jata hai.</w:t>
      </w:r>
      <w:r>
        <w:br/>
      </w:r>
      <w:r>
        <w:rPr>
          <w:sz w:val="20"/>
        </w:rPr>
        <w:t>17:54  jabke material world mein option is ke apne hath mein nahi hota hai.</w:t>
      </w:r>
      <w:r>
        <w:br/>
      </w:r>
      <w:r>
        <w:rPr>
          <w:sz w:val="20"/>
        </w:rPr>
        <w:t>17:59  yahi waja hai ke wahan to taraqqi bare zor shor se hui aur yahan aaj tak koi taraqqi</w:t>
      </w:r>
      <w:r>
        <w:br/>
      </w:r>
      <w:r>
        <w:rPr>
          <w:sz w:val="20"/>
        </w:rPr>
        <w:t>18:05  nahi ho saki.</w:t>
      </w:r>
    </w:p>
    <w:p>
      <w:pPr>
        <w:pStyle w:val="Heading2"/>
      </w:pPr>
      <w:r>
        <w:t>Reason as the temple to convince atheists</w:t>
      </w:r>
    </w:p>
    <w:p>
      <w:r>
        <w:rPr>
          <w:color w:val="666666"/>
          <w:sz w:val="18"/>
        </w:rPr>
        <w:t>Spirituality in Daily Life October 4, 2008 · 2m 04s · at 43:50 · https://youtu.be/oeJR6tYqQVw?t=2630</w:t>
      </w:r>
    </w:p>
    <w:p>
      <w:r>
        <w:rPr>
          <w:i/>
        </w:rPr>
        <w:t>“Reason aaya to is tarah se temple ko pakarte hi”</w:t>
      </w:r>
    </w:p>
    <w:p>
      <w:r>
        <w:rPr>
          <w:sz w:val="20"/>
        </w:rPr>
        <w:t>43:50  reason aaya to is tarah se temple ko pakadte hi animal theher jata hai, aise hi insaan theher jayega. main aap ko ek example deta hoon apna, bahut sare, chuki main Khuda ke fazl se bahut hi, mere andar bias one percent bhi nahi hai, main jab bhi koi deta hoon to pure bilkul reason deta hoon.</w:t>
      </w:r>
      <w:r>
        <w:br/>
      </w:r>
      <w:r>
        <w:rPr>
          <w:sz w:val="20"/>
        </w:rPr>
        <w:t>44:11  reason</w:t>
      </w:r>
      <w:r>
        <w:br/>
      </w:r>
      <w:r>
        <w:rPr>
          <w:sz w:val="20"/>
        </w:rPr>
        <w:t>44:13  ek baar to aap yeh baat hai, Lucknow mein main tha, ek sahab jo atheist the, woh bahut padhe likhe the, woh afarsi mein unhone MA kiya tha aur bottle research kiya tha, unhone to woh Khuda ko nahi mante the,</w:t>
      </w:r>
      <w:r>
        <w:br/>
      </w:r>
      <w:r>
        <w:rPr>
          <w:sz w:val="20"/>
        </w:rPr>
        <w:t>44:35  to bahut hi intelligent aadmi the. to mujh se baat ho rahi thi Khuda ke bare mein,</w:t>
      </w:r>
      <w:r>
        <w:br/>
      </w:r>
      <w:r>
        <w:rPr>
          <w:sz w:val="20"/>
        </w:rPr>
        <w:t>44:43  to unhone ek question kiya mujh se ek sentence mein:</w:t>
      </w:r>
      <w:r>
        <w:br/>
      </w:r>
      <w:r>
        <w:rPr>
          <w:sz w:val="20"/>
        </w:rPr>
        <w:t>44:51  "what criterion do you have to prove the existence of God?"</w:t>
      </w:r>
      <w:r>
        <w:br/>
      </w:r>
      <w:r>
        <w:rPr>
          <w:sz w:val="20"/>
        </w:rPr>
        <w:t>45:00  Khuda ko saabit karne ke liye aap ke paas criterion kya hai?</w:t>
      </w:r>
      <w:r>
        <w:br/>
      </w:r>
      <w:r>
        <w:rPr>
          <w:sz w:val="20"/>
        </w:rPr>
        <w:t>45:07  main ne ek second socha aur meri munh se nikla: "the same criterion which you have to prove anything else." aap yaqeen kijiye ke is ke baad woh bilkul chup ho gaya, woh kyunke main ne us ki temple ko pakad liya tha, us ke reason ko main ne touch kar diya tha.</w:t>
      </w:r>
      <w:r>
        <w:br/>
      </w:r>
      <w:r>
        <w:rPr>
          <w:sz w:val="20"/>
        </w:rPr>
        <w:t>45:27  jo log jante hain philosophy ko aur is mamle ko, woh samajh rahe honge ke main, mera matlab kya tha.</w:t>
      </w:r>
      <w:r>
        <w:br/>
      </w:r>
      <w:r>
        <w:rPr>
          <w:sz w:val="20"/>
        </w:rPr>
        <w:t>45:36  us waqt main is ki detail mein, detail mein nahi jaunga, sirf yeh kahunga ke mera ek sentence jo hai, chuki un ka reason address ho gaya, ek dum woh chup ho gaya, bilkul jaise kehta hai: "dher pade!" yaani ek hi sentence: "the the same criterion which you have to prove anything else."</w:t>
      </w:r>
    </w:p>
    <w:p>
      <w:pPr>
        <w:pStyle w:val="Heading2"/>
      </w:pPr>
      <w:r>
        <w:t>spirituality as the cure for tension and stress</w:t>
      </w:r>
    </w:p>
    <w:p>
      <w:r>
        <w:rPr>
          <w:color w:val="666666"/>
          <w:sz w:val="18"/>
        </w:rPr>
        <w:t>Interview Session with Maulana Wahiduddin Khan January 30, 2008 · 2m 13s · at 7:05 · https://youtu.be/o8Gpe9YMuZc?t=425</w:t>
      </w:r>
    </w:p>
    <w:p>
      <w:r>
        <w:rPr>
          <w:i/>
        </w:rPr>
        <w:t>“Spirituality is the only tool for coping with stress.”</w:t>
      </w:r>
    </w:p>
    <w:p>
      <w:r>
        <w:rPr>
          <w:sz w:val="20"/>
        </w:rPr>
        <w:t>7:05  Maulana, how does spirituality help in coping up with adverse situations?</w:t>
      </w:r>
      <w:r>
        <w:br/>
      </w:r>
      <w:r>
        <w:rPr>
          <w:sz w:val="20"/>
        </w:rPr>
        <w:t>7:14  I think that spirituality is the only, only tool for this purpose.</w:t>
      </w:r>
      <w:r>
        <w:br/>
      </w:r>
      <w:r>
        <w:rPr>
          <w:sz w:val="20"/>
        </w:rPr>
        <w:t>7:23  why? because why we are perturb? why we are living in tension? why are there are so many stress?</w:t>
      </w:r>
      <w:r>
        <w:br/>
      </w:r>
      <w:r>
        <w:rPr>
          <w:sz w:val="20"/>
        </w:rPr>
        <w:t>7:34  all these things are by taking material reason. we are living in material things, in material goods, in material activities.</w:t>
      </w:r>
      <w:r>
        <w:br/>
      </w:r>
      <w:r>
        <w:rPr>
          <w:sz w:val="20"/>
        </w:rPr>
        <w:t>7:47  it is this material activities that creates tension and stress. and spirituality means living beyond materialism.</w:t>
      </w:r>
      <w:r>
        <w:br/>
      </w:r>
      <w:r>
        <w:rPr>
          <w:sz w:val="20"/>
        </w:rPr>
        <w:t>8:00  spirituality means living beyond material world.</w:t>
      </w:r>
      <w:r>
        <w:br/>
      </w:r>
      <w:r>
        <w:rPr>
          <w:sz w:val="20"/>
        </w:rPr>
        <w:t>8:05  so when you have adopt this kind of capacity, then you mean it means that material things have become secondary for you.</w:t>
      </w:r>
      <w:r>
        <w:br/>
      </w:r>
      <w:r>
        <w:rPr>
          <w:sz w:val="20"/>
        </w:rPr>
        <w:t>8:19  so when you adopt this kind of personality, this kind of thinking, that spirituality is for you primary things, and material, material things are secondary.</w:t>
      </w:r>
      <w:r>
        <w:br/>
      </w:r>
      <w:r>
        <w:rPr>
          <w:sz w:val="20"/>
        </w:rPr>
        <w:t>8:36  so this is the best solution, because all those problems, all those tension and stress are result of your involvement in materialism.</w:t>
      </w:r>
      <w:r>
        <w:br/>
      </w:r>
      <w:r>
        <w:rPr>
          <w:sz w:val="20"/>
        </w:rPr>
        <w:t>8:48  and when materialism is secondary, then you have no botheration. this is the best formula of destressing.</w:t>
      </w:r>
      <w:r>
        <w:br/>
      </w:r>
      <w:r>
        <w:rPr>
          <w:sz w:val="20"/>
        </w:rPr>
        <w:t>8:59  alleviate your self from material things, and then you will attain spirituality, and then you will be able to live in tension free life.</w:t>
      </w:r>
    </w:p>
    <w:p>
      <w:pPr>
        <w:pStyle w:val="Heading2"/>
      </w:pPr>
      <w:r>
        <w:t>Mind as precious asset with billions</w:t>
      </w:r>
    </w:p>
    <w:p>
      <w:r>
        <w:rPr>
          <w:color w:val="666666"/>
          <w:sz w:val="18"/>
        </w:rPr>
        <w:t>Science and Spirituality | April 25, 2007 | Maulana Wahiduddin Kha · 2m 34s · at 26:43 · https://youtu.be/cStp24Ri3ps?t=1603</w:t>
      </w:r>
    </w:p>
    <w:p>
      <w:r>
        <w:rPr>
          <w:i/>
        </w:rPr>
        <w:t>“Modern science tells us our mind is a very precious asset”</w:t>
      </w:r>
    </w:p>
    <w:p>
      <w:r>
        <w:rPr>
          <w:sz w:val="20"/>
        </w:rPr>
        <w:t>26:43  animal enjoys this kind of Spirituality.</w:t>
      </w:r>
      <w:r>
        <w:br/>
      </w:r>
      <w:r>
        <w:rPr>
          <w:sz w:val="20"/>
        </w:rPr>
        <w:t>26:49  Every animal is living in ecstasy.</w:t>
      </w:r>
      <w:r>
        <w:br/>
      </w:r>
      <w:r>
        <w:rPr>
          <w:sz w:val="20"/>
        </w:rPr>
        <w:t>26:55  So it is animalization of Spirituality.</w:t>
      </w:r>
      <w:r>
        <w:br/>
      </w:r>
      <w:r>
        <w:rPr>
          <w:sz w:val="20"/>
        </w:rPr>
        <w:t>27:02  It is a reduced form of Spirituality.</w:t>
      </w:r>
      <w:r>
        <w:br/>
      </w:r>
      <w:r>
        <w:rPr>
          <w:sz w:val="20"/>
        </w:rPr>
        <w:t>27:08  Now science has also proved a very important thing, very, very important thing.</w:t>
      </w:r>
      <w:r>
        <w:br/>
      </w:r>
      <w:r>
        <w:rPr>
          <w:sz w:val="20"/>
        </w:rPr>
        <w:t>27:14  Modern science tells us that our mind is a very, very precious asset of our personality. According to the scientific research, every individual mind, every individual mind has billion,</w:t>
      </w:r>
      <w:r>
        <w:br/>
      </w:r>
      <w:r>
        <w:rPr>
          <w:sz w:val="20"/>
        </w:rPr>
        <w:t>27:44  billion, billion particles.</w:t>
      </w:r>
      <w:r>
        <w:br/>
      </w:r>
      <w:r>
        <w:rPr>
          <w:sz w:val="20"/>
        </w:rPr>
        <w:t>27:49  Every individual mind, billion, billion, billion particles.</w:t>
      </w:r>
      <w:r>
        <w:br/>
      </w:r>
      <w:r>
        <w:rPr>
          <w:sz w:val="20"/>
        </w:rPr>
        <w:t>27:54  And what are these particles?</w:t>
      </w:r>
      <w:r>
        <w:br/>
      </w:r>
      <w:r>
        <w:rPr>
          <w:sz w:val="20"/>
        </w:rPr>
        <w:t>27:59  They are not simply a sign. No.</w:t>
      </w:r>
      <w:r>
        <w:br/>
      </w:r>
      <w:r>
        <w:rPr>
          <w:sz w:val="20"/>
        </w:rPr>
        <w:t>28:04  Mind is not a desert.</w:t>
      </w:r>
      <w:r>
        <w:br/>
      </w:r>
      <w:r>
        <w:rPr>
          <w:sz w:val="20"/>
        </w:rPr>
        <w:t>28:09  Mind is a mind, a living personality. So</w:t>
      </w:r>
      <w:r>
        <w:br/>
      </w:r>
      <w:r>
        <w:rPr>
          <w:sz w:val="20"/>
        </w:rPr>
        <w:t>28:14  these particles are living personal particles.</w:t>
      </w:r>
      <w:r>
        <w:br/>
      </w:r>
      <w:r>
        <w:rPr>
          <w:sz w:val="20"/>
        </w:rPr>
        <w:t>28:25  These particles are particles of information, particles of wisdom, particles of Gyana.</w:t>
      </w:r>
      <w:r>
        <w:br/>
      </w:r>
      <w:r>
        <w:rPr>
          <w:sz w:val="20"/>
        </w:rPr>
        <w:t>28:36  You can understand by this discovery that every human being has enormous capacity, unlimited capacity, unlimited capacity.</w:t>
      </w:r>
      <w:r>
        <w:br/>
      </w:r>
      <w:r>
        <w:rPr>
          <w:sz w:val="20"/>
        </w:rPr>
        <w:t>28:47  So you have, you have to, you have to avail this opportunity.</w:t>
      </w:r>
      <w:r>
        <w:br/>
      </w:r>
      <w:r>
        <w:rPr>
          <w:sz w:val="20"/>
        </w:rPr>
        <w:t>28:54  It is a, it is an opportunity.</w:t>
      </w:r>
      <w:r>
        <w:br/>
      </w:r>
      <w:r>
        <w:rPr>
          <w:sz w:val="20"/>
        </w:rPr>
        <w:t>29:00  You have to avail this opportunity.</w:t>
      </w:r>
      <w:r>
        <w:br/>
      </w:r>
      <w:r>
        <w:rPr>
          <w:sz w:val="20"/>
        </w:rPr>
        <w:t>29:06  You have to develop your mind.</w:t>
      </w:r>
      <w:r>
        <w:br/>
      </w:r>
      <w:r>
        <w:rPr>
          <w:sz w:val="20"/>
        </w:rPr>
        <w:t>29:12  But the traditional Spirituality says that stop the thinking process</w:t>
      </w:r>
    </w:p>
    <w:p>
      <w:pPr>
        <w:pStyle w:val="Heading2"/>
      </w:pPr>
      <w:r>
        <w:t>Personalizing humanity's struggle to invent your clothes</w:t>
      </w:r>
    </w:p>
    <w:p>
      <w:r>
        <w:rPr>
          <w:color w:val="666666"/>
          <w:sz w:val="18"/>
        </w:rPr>
        <w:t>Material Science and Spiritual Science 20 May 2012 · 2m 23s · at 16:42 · https://youtu.be/4K6CxjThlxQ?t=1002</w:t>
      </w:r>
    </w:p>
    <w:p>
      <w:r>
        <w:rPr>
          <w:i/>
        </w:rPr>
        <w:t>“Yeh kapra Adam nahi le kar aaye the”</w:t>
      </w:r>
    </w:p>
    <w:p>
      <w:r>
        <w:rPr>
          <w:sz w:val="20"/>
        </w:rPr>
        <w:t>16:42  woh kaise? aap jo kuch dunya mein aap dunya mein aap yeh rahen, aap aap ek ghar banate hain, ek kapra pehente hain, aap camera istemal karte hain.</w:t>
      </w:r>
      <w:r>
        <w:br/>
      </w:r>
      <w:r>
        <w:rPr>
          <w:sz w:val="20"/>
        </w:rPr>
        <w:t>16:53  yani hazaron hazar item rozana aap istemal karte hain. woh kaise mila aap ko? woh poori poori insaniyat ne kaam kiya tab mila.</w:t>
      </w:r>
      <w:r>
        <w:br/>
      </w:r>
      <w:r>
        <w:rPr>
          <w:sz w:val="20"/>
        </w:rPr>
        <w:t>17:04  poori poori insaniyat lagi hui thi ke aap ko yeh cheezen milen.</w:t>
      </w:r>
      <w:r>
        <w:br/>
      </w:r>
      <w:r>
        <w:rPr>
          <w:sz w:val="20"/>
        </w:rPr>
        <w:t>17:10  misal ke taur par yeh kapra Adam nahi le ke aaye the. insaan ne hazaron saal mein is kapre ko is ka daryaft kiya hai.</w:t>
      </w:r>
      <w:r>
        <w:br/>
      </w:r>
      <w:r>
        <w:rPr>
          <w:sz w:val="20"/>
        </w:rPr>
        <w:t>17:21  parhe kya karta hota tha ke woh Quran mein hai ke</w:t>
      </w:r>
      <w:r>
        <w:br/>
      </w:r>
      <w:r>
        <w:rPr>
          <w:sz w:val="20"/>
        </w:rPr>
        <w:t>17:29  ke Adam drakht ke paton se apne woh dhanpne lagay. dua ke drakht ke pate libas ka kaam karte the.</w:t>
      </w:r>
      <w:r>
        <w:br/>
      </w:r>
      <w:r>
        <w:rPr>
          <w:sz w:val="20"/>
        </w:rPr>
        <w:t>17:39  phir khal ya chamre se aadmi badan dhanpne laga. bohat dinon ke baad yeh mumkin hua ke aadmi yani cloth mill banaye aur is tarah kapre tayyar hon.</w:t>
      </w:r>
      <w:r>
        <w:br/>
      </w:r>
      <w:r>
        <w:rPr>
          <w:sz w:val="20"/>
        </w:rPr>
        <w:t>17:52  to jab aap yeh kapra orhen to aap yaad karen ke hazaron saal se insaan jo hai mashaqqat kar raha tha, daryaft kar raha tha, qurbaniyan de raha tha.</w:t>
      </w:r>
      <w:r>
        <w:br/>
      </w:r>
      <w:r>
        <w:rPr>
          <w:sz w:val="20"/>
        </w:rPr>
        <w:t>18:03  taake mere liye aisa kapra wajood mein aaye.</w:t>
      </w:r>
      <w:r>
        <w:br/>
      </w:r>
      <w:r>
        <w:rPr>
          <w:sz w:val="20"/>
        </w:rPr>
        <w:t>18:07  is ko personalize kijiye. insani daryafton ko personalize kijiye. ke sare insaan mil kar ke ek ek jud-o-jihad mein lage hue the.</w:t>
      </w:r>
      <w:r>
        <w:br/>
      </w:r>
      <w:r>
        <w:rPr>
          <w:sz w:val="20"/>
        </w:rPr>
        <w:t>18:19  ke mujh ko aisa kapra mile.</w:t>
      </w:r>
      <w:r>
        <w:br/>
      </w:r>
      <w:r>
        <w:rPr>
          <w:sz w:val="20"/>
        </w:rPr>
        <w:t>18:23  to kitna zyada aap ke dil mein aik be panah jazba lo ka aaye ga. sari insaniyat ke liye. kyunke aap jante hain ke atiya ki buniyad par</w:t>
      </w:r>
      <w:r>
        <w:br/>
      </w:r>
      <w:r>
        <w:rPr>
          <w:sz w:val="20"/>
        </w:rPr>
        <w:t>18:36  lo paida hoti hai. jab aap se aap ko kisi se kuch milta hai to us ke liye aap ke liye us ke response se mohabbat paida hoti hai. yaani jitna atiya utna hi lo.</w:t>
      </w:r>
      <w:r>
        <w:br/>
      </w:r>
      <w:r>
        <w:rPr>
          <w:sz w:val="20"/>
        </w:rPr>
        <w:t>18:48  jitna kisi se jis se aap milta hai aap ko utna hi zyada aap ke andar mohabbat ke jazbat ubharte hain. yeh hai. to aap daryaft kijiye.</w:t>
      </w:r>
      <w:r>
        <w:br/>
      </w:r>
      <w:r>
        <w:rPr>
          <w:sz w:val="20"/>
        </w:rPr>
        <w:t>19:01  yaani isi ko mein kehta hoon ideology of lo.</w:t>
      </w:r>
    </w:p>
    <w:p>
      <w:pPr>
        <w:pStyle w:val="Heading2"/>
      </w:pPr>
      <w:r>
        <w:t>World as nursery for believers</w:t>
      </w:r>
    </w:p>
    <w:p>
      <w:r>
        <w:rPr>
          <w:color w:val="666666"/>
          <w:sz w:val="18"/>
        </w:rPr>
        <w:t>Momin is like a tree | April 11, 2007 · 30s · at 27:25 · https://youtu.be/buv324nJoBk?t=1645</w:t>
      </w:r>
    </w:p>
    <w:p>
      <w:r>
        <w:rPr>
          <w:i/>
        </w:rPr>
        <w:t>“This world is like a nursery”</w:t>
      </w:r>
    </w:p>
    <w:p>
      <w:r>
        <w:rPr>
          <w:sz w:val="20"/>
        </w:rPr>
        <w:t>27:25  ول بی پلانٹڈ ان دس لینڈ۔ سو اکارڈنگ ٹو دس حدیث، ان دس پریزنٹ ورلڈ، ایوری مومن از لائک ا ٹری، اور یو کین سے دیٹ دس ورلڈ از لائک نرسری۔ پریزنٹ ورلڈ از لائک نرسری۔ ال دا م</w:t>
      </w:r>
    </w:p>
    <w:p>
      <w:pPr>
        <w:pStyle w:val="Heading2"/>
      </w:pPr>
      <w:r>
        <w:t>Spiritual growth depends on your own receptivity, not proximity</w:t>
      </w:r>
    </w:p>
    <w:p>
      <w:r>
        <w:rPr>
          <w:color w:val="666666"/>
          <w:sz w:val="18"/>
        </w:rPr>
        <w:t>Personality of A Believer February 2, 2014 · 1m 27s · at 58:55 · https://youtu.be/EiK_-O-Bjps?t=3535</w:t>
      </w:r>
    </w:p>
    <w:p>
      <w:r>
        <w:rPr>
          <w:i/>
        </w:rPr>
        <w:t>“Munafiq Rasool Allah ke pass baithte the, phir bhi munafiq rahe”</w:t>
      </w:r>
    </w:p>
    <w:p>
      <w:r>
        <w:rPr>
          <w:sz w:val="20"/>
        </w:rPr>
        <w:t>58:55  maulana, agla sawal raichur se hai zaheeruddin sahib ka. unhon ne likha hai: "tazkiya ke liye jo sohbat darkar hai, woh kya online bhi hasil ho sakti hai ya personally hi hasil hogi?"</w:t>
      </w:r>
      <w:r>
        <w:br/>
      </w:r>
      <w:r>
        <w:rPr>
          <w:sz w:val="20"/>
        </w:rPr>
        <w:t>59:13  dekhiye janab, personally hasil hoti hai, na kisi aur tareeqe se. rasool Allah ke zamane mein madine mein kai log the, rasool Allah ke paas baithte the, lekin munafiq reh gaye.</w:t>
      </w:r>
      <w:r>
        <w:br/>
      </w:r>
      <w:r>
        <w:rPr>
          <w:sz w:val="20"/>
        </w:rPr>
        <w:t>59:22  woh</w:t>
      </w:r>
      <w:r>
        <w:br/>
      </w:r>
      <w:r>
        <w:rPr>
          <w:sz w:val="20"/>
        </w:rPr>
        <w:t>59:26  yeh to sab log jante hain ke munafiq kyun baithte the rasool Allah ke paas, lekin phir bhi munafiq hi rahe. woh to sara mamla jo hai, aap ki apni receptivity ka hai,</w:t>
      </w:r>
      <w:r>
        <w:br/>
      </w:r>
      <w:r>
        <w:rPr>
          <w:sz w:val="20"/>
        </w:rPr>
        <w:t>59:40  apni akhaziyat ka hai,</w:t>
      </w:r>
      <w:r>
        <w:br/>
      </w:r>
      <w:r>
        <w:rPr>
          <w:sz w:val="20"/>
        </w:rPr>
        <w:t>59:43  khud apne andar kitna shaoori development aap ne kiya hai, us ka hai. agar aadmi ka zehan bohat zyada developed ho, us ke andar bohat zyada receptivity receptivity ho, to har cheez us ke liye sohbat ka faida degi.</w:t>
      </w:r>
      <w:r>
        <w:br/>
      </w:r>
      <w:r>
        <w:rPr>
          <w:sz w:val="20"/>
        </w:rPr>
        <w:t>1:00:01  har cheez, yani us ko koi us ka form nahi hai, form nahi hai.</w:t>
      </w:r>
      <w:r>
        <w:br/>
      </w:r>
      <w:r>
        <w:rPr>
          <w:sz w:val="20"/>
        </w:rPr>
        <w:t>1:00:12  har cheez hai. sara mamla depend karta hai is par ke intellectual development kisi ka kitna hua hai aur kitna receptive bana hai aadmi.</w:t>
      </w:r>
    </w:p>
    <w:p>
      <w:pPr>
        <w:pStyle w:val="Heading2"/>
      </w:pPr>
      <w:r>
        <w:t>Hadith of Death slaughtered between Paradise and Hell</w:t>
      </w:r>
    </w:p>
    <w:p>
      <w:r>
        <w:rPr>
          <w:color w:val="666666"/>
          <w:sz w:val="18"/>
        </w:rPr>
        <w:t>Tazkiya-e-Nafs Book by Maulana Wahiduddin Khan · 2m 02s · at 5:49 · https://youtu.be/LbGPnJWmj1A?t=349</w:t>
      </w:r>
    </w:p>
    <w:p>
      <w:r>
        <w:rPr>
          <w:i/>
        </w:rPr>
        <w:t>“Ek riwayat sahih Muslim mein aayi hai”</w:t>
      </w:r>
    </w:p>
    <w:p>
      <w:r>
        <w:rPr>
          <w:sz w:val="20"/>
        </w:rPr>
        <w:t>5:49  ek riwayat hadith ki mukhtalif kitabon mein</w:t>
      </w:r>
      <w:r>
        <w:br/>
      </w:r>
      <w:r>
        <w:rPr>
          <w:sz w:val="20"/>
        </w:rPr>
        <w:t>5:52  aai hai, sahih muslim ke alfaaz yeh hain: "jab ahl-e-jannat jannat mein dakhil honge aur ahl-e-jahannum jahannum mein</w:t>
      </w:r>
      <w:r>
        <w:br/>
      </w:r>
      <w:r>
        <w:rPr>
          <w:sz w:val="20"/>
        </w:rPr>
        <w:t>6:01  aur maut ko laaya jayega qayamat ke din, goya ke woh ek meda rang ka mendha hoga. Phir usay jannat aur jahannum ke darmiyan khada kiya jayega aur kaha jayega, ae ahl-e-jannat, kya tum jaante ho</w:t>
      </w:r>
      <w:r>
        <w:br/>
      </w:r>
      <w:r>
        <w:rPr>
          <w:sz w:val="20"/>
        </w:rPr>
        <w:t>6:13  aur woh khushi se dekhenge aur kahenge, haan, maut.</w:t>
      </w:r>
      <w:r>
        <w:br/>
      </w:r>
      <w:r>
        <w:rPr>
          <w:sz w:val="20"/>
        </w:rPr>
        <w:t>6:18  Phir kaha jayega, ae ahl-e-jahannum, kya tum jaante ho</w:t>
      </w:r>
      <w:r>
        <w:br/>
      </w:r>
      <w:r>
        <w:rPr>
          <w:sz w:val="20"/>
        </w:rPr>
        <w:t>6:23  aur woh khushi se dekhenge aur kahenge, haan, maut. Phir usay guzara jayega aur zabah kar diya jayega. Phir kaha jayega, ae ahl-e-jannat, hamesha rehne ke liye ho, maut nahi. Aur ae</w:t>
      </w:r>
      <w:r>
        <w:br/>
      </w:r>
      <w:r>
        <w:rPr>
          <w:sz w:val="20"/>
        </w:rPr>
        <w:t>6:36  ahl-e-jahannum</w:t>
      </w:r>
      <w:r>
        <w:br/>
      </w:r>
      <w:r>
        <w:rPr>
          <w:sz w:val="20"/>
        </w:rPr>
        <w:t>6:37  hamesha ke liye ho, ab maut nahi. Sahih Muslim, hadith number 2849. Yani qayamat mein jab jannat wale jannat mein dakhil ho jayenge aur jahannum wale jahannum mein dakhil ho jayenge to wahan maut ko laya jayega,</w:t>
      </w:r>
      <w:r>
        <w:br/>
      </w:r>
      <w:r>
        <w:rPr>
          <w:sz w:val="20"/>
        </w:rPr>
        <w:t>6:57  woh ek safed mendhe ki surat mein hogi, usko jannat aur jahannum ke darmiyan khada kiya jayega, phir kaha jayega ke ae jannat walon!</w:t>
      </w:r>
      <w:r>
        <w:br/>
      </w:r>
      <w:r>
        <w:rPr>
          <w:sz w:val="20"/>
        </w:rPr>
        <w:t>7:07  kya tum log isko pehante ho? Phir woh isko gardan utha kar dekhenge aur kahenge ke haan, yeh maut hai.</w:t>
      </w:r>
      <w:r>
        <w:br/>
      </w:r>
      <w:r>
        <w:rPr>
          <w:sz w:val="20"/>
        </w:rPr>
        <w:t>7:16  aap ne farmaya ke iske baad jahannum walon se kaha jayega ke ae jahannum walon! Kya tum log isko pehante ho? Phir woh sar utha kar isko dekhenge aur kahenge ke haan, yeh maut hai.</w:t>
      </w:r>
      <w:r>
        <w:br/>
      </w:r>
      <w:r>
        <w:rPr>
          <w:sz w:val="20"/>
        </w:rPr>
        <w:t>7:29  aap ne farmaya ke iske baad hukum diya jayega aur maut ko zabah kar diya jayega, phir kaha jayega ke ae jannat walon!</w:t>
      </w:r>
      <w:r>
        <w:br/>
      </w:r>
      <w:r>
        <w:rPr>
          <w:sz w:val="20"/>
        </w:rPr>
        <w:t>7:39  ab tumhare liye hamesha hai, ab tumhare liye maut nahi</w:t>
      </w:r>
      <w:r>
        <w:br/>
      </w:r>
      <w:r>
        <w:rPr>
          <w:sz w:val="20"/>
        </w:rPr>
        <w:t>7:43  . Ae jahannum walon! Ab tumhare liye hamesha hai, ab tumhare liye maut nahi. Tazkiya kya hai?</w:t>
      </w:r>
    </w:p>
    <w:p>
      <w:pPr>
        <w:pStyle w:val="Heading2"/>
      </w:pPr>
      <w:r>
        <w:t>Humility as fertile soil for purification</w:t>
      </w:r>
    </w:p>
    <w:p>
      <w:r>
        <w:rPr>
          <w:color w:val="666666"/>
          <w:sz w:val="18"/>
        </w:rPr>
        <w:t>Tazkiya-e-Nafs Book by Maulana Wahiduddin Khan · 2m 25s · at 47:30 · https://youtu.be/LbGPnJWmj1A?t=2850</w:t>
      </w:r>
    </w:p>
    <w:p>
      <w:r>
        <w:rPr>
          <w:i/>
        </w:rPr>
        <w:t>“Fasal ke liye muwafiq zameen darkar hai”</w:t>
      </w:r>
    </w:p>
    <w:p>
      <w:r>
        <w:rPr>
          <w:sz w:val="20"/>
        </w:rPr>
        <w:t>47:30  tazkiya aur tawazu. kitab "tazkiya nafs" Maulana Wahiduddin Khan, safha number 25.</w:t>
      </w:r>
      <w:r>
        <w:br/>
      </w:r>
      <w:r>
        <w:rPr>
          <w:sz w:val="20"/>
        </w:rPr>
        <w:t>47:42  fasal ke liye muafiq zameen darkar hai. fasal hamesha zar khez zameen par ugti hai. banjar zameen par kabhi fasal nahi ugti.</w:t>
      </w:r>
      <w:r>
        <w:br/>
      </w:r>
      <w:r>
        <w:rPr>
          <w:sz w:val="20"/>
        </w:rPr>
        <w:t>47:51  isi tarah tazkiye ke liye bhi muafiq zameen darkar hai. tawazu yani modesty tazkiye ke liye muafiq zameen hai. jis aadmi ke andar tawazu ki sifat hogi, us ke liye tazkiye ka husool aasan ho jayega.</w:t>
      </w:r>
      <w:r>
        <w:br/>
      </w:r>
      <w:r>
        <w:rPr>
          <w:sz w:val="20"/>
        </w:rPr>
        <w:t>48:06  is ke bar aks kibr yani arrogance tazkiye ke liye ek ghair muafiq zameen hai.</w:t>
      </w:r>
      <w:r>
        <w:br/>
      </w:r>
      <w:r>
        <w:rPr>
          <w:sz w:val="20"/>
        </w:rPr>
        <w:t>48:12  jis aadmi ke andar kibr ka mizaj ho, woh kabhi tazkiye ke maqam tak nahi pahunch sakta. is ka sabab yeh hai ke tawazu yani modesty se aadmi ke andar kami ka ehsas paida hota hai.</w:t>
      </w:r>
      <w:r>
        <w:br/>
      </w:r>
      <w:r>
        <w:rPr>
          <w:sz w:val="20"/>
        </w:rPr>
        <w:t>48:25  mutawazu insan ki nafsiyat yeh hoti hai ke mujhe kuch aur pana hai jo mere andar nahi hai. is ehsas ka nateeja yeh hota hai ke us ke samne jab sachai aati hai to woh kisi tahaffuz zehni yani reservation ke baghair</w:t>
      </w:r>
      <w:r>
        <w:br/>
      </w:r>
      <w:r>
        <w:rPr>
          <w:sz w:val="20"/>
        </w:rPr>
        <w:t>48:40  us ki taraf daud padta hai. woh be laag andaz mein is ka jaiza leta hai. woh bohat jald daryaft kar leta hai ke sachai us ke liye us ki kami ki talafi hai.</w:t>
      </w:r>
      <w:r>
        <w:br/>
      </w:r>
      <w:r>
        <w:rPr>
          <w:sz w:val="20"/>
        </w:rPr>
        <w:t>48:50  woh sachai ko khud apni cheez samajh kar us ko qabool kar leta hai. yahi sifat tazkiye ki rooh hai. is ke bar aks mamla mutakbir insan ka hai.</w:t>
      </w:r>
      <w:r>
        <w:br/>
      </w:r>
      <w:r>
        <w:rPr>
          <w:sz w:val="20"/>
        </w:rPr>
        <w:t>49:02  mutakbir insan ki nafsiyat yeh hoti hai ke mere paas pehle hi se sab kuch maujood hai. mujhe kisi se kuch aur lene ki zarorat nahi.</w:t>
      </w:r>
      <w:r>
        <w:br/>
      </w:r>
      <w:r>
        <w:rPr>
          <w:sz w:val="20"/>
        </w:rPr>
        <w:t>49:11  is nafsiyat ki bina par woh bahir ki kisi cheez ko lene ke liye tayyar nahi hota. woh musleh ki baat ko aasani ke sath radd kar deta hai.</w:t>
      </w:r>
      <w:r>
        <w:br/>
      </w:r>
      <w:r>
        <w:rPr>
          <w:sz w:val="20"/>
        </w:rPr>
        <w:t>49:21  us ka yeh mizaj us ke liye tazkiye ke husool mein rukawat ban jata hai. haqeeqat yeh hai ke tazkiya ek musalsal amal hai.</w:t>
      </w:r>
      <w:r>
        <w:br/>
      </w:r>
      <w:r>
        <w:rPr>
          <w:sz w:val="20"/>
        </w:rPr>
        <w:t>49:29  tazkiye ka yeh amal sirf us shakhs ke andar jari hota hai jo tawazu ka mizaj rakhta ho. tawazu ka mizaj aadmi ke andar qabooliyat ka mizaj paida karta hai.</w:t>
      </w:r>
      <w:r>
        <w:br/>
      </w:r>
      <w:r>
        <w:rPr>
          <w:sz w:val="20"/>
        </w:rPr>
        <w:t>49:40  aisa aadmi nafsiyati pecheedgi yani complex se azaad hoga. aur jo aadmi nafsiyati pecheedgi se azaad ho, wahi tazkiye ke darje tak pahunchne mein kamyabi hasil karta hai.</w:t>
      </w:r>
    </w:p>
    <w:p>
      <w:pPr>
        <w:pStyle w:val="Heading2"/>
      </w:pPr>
      <w:r>
        <w:t>From fear to admitting mistakes self purification</w:t>
      </w:r>
    </w:p>
    <w:p>
      <w:r>
        <w:rPr>
          <w:color w:val="666666"/>
          <w:sz w:val="18"/>
        </w:rPr>
        <w:t>Tazkiyah and Self Criticism April 13, 2020 Maulana Wahiduddin Khan · 4m 25s · at 13:05 · https://youtu.be/D4pMJtT4vDg?t=785</w:t>
      </w:r>
    </w:p>
    <w:p>
      <w:r>
        <w:rPr>
          <w:i/>
        </w:rPr>
        <w:t>“Starting point yeh hai ke aap”</w:t>
      </w:r>
    </w:p>
    <w:p>
      <w:r>
        <w:rPr>
          <w:sz w:val="20"/>
        </w:rPr>
        <w:t>13:05  ation . starting point yeh hai ke aap</w:t>
      </w:r>
      <w:r>
        <w:br/>
      </w:r>
      <w:r>
        <w:rPr>
          <w:sz w:val="20"/>
        </w:rPr>
        <w:t>13:10  afraid hona chhod den.</w:t>
      </w:r>
      <w:r>
        <w:br/>
      </w:r>
      <w:r>
        <w:rPr>
          <w:sz w:val="20"/>
        </w:rPr>
        <w:t>13:15  koi kuch bhi kahe, aap afraid na hon. jab afraid na honge aap to doosra jo aap ke andar jazba ya spirit paida hogi,</w:t>
      </w:r>
      <w:r>
        <w:br/>
      </w:r>
      <w:r>
        <w:rPr>
          <w:sz w:val="20"/>
        </w:rPr>
        <w:t>13:28  woh hai self correction.</w:t>
      </w:r>
      <w:r>
        <w:br/>
      </w:r>
      <w:r>
        <w:rPr>
          <w:sz w:val="20"/>
        </w:rPr>
        <w:t>13:39  to yeh yeh darasal tazkiya koi doosra nahi karta aap ka.</w:t>
      </w:r>
      <w:r>
        <w:br/>
      </w:r>
      <w:r>
        <w:rPr>
          <w:sz w:val="20"/>
        </w:rPr>
        <w:t>13:51  tazkiya aap khud apna karte hain.</w:t>
      </w:r>
      <w:r>
        <w:br/>
      </w:r>
      <w:r>
        <w:rPr>
          <w:sz w:val="20"/>
        </w:rPr>
        <w:t>13:59  to agar aap ke andar afraid hone ka jazba hai to phir aap kabhi aap ke andar tazkiya ka jazba paida nahi hoga.</w:t>
      </w:r>
      <w:r>
        <w:br/>
      </w:r>
      <w:r>
        <w:rPr>
          <w:sz w:val="20"/>
        </w:rPr>
        <w:t>14:19  apne ko aap</w:t>
      </w:r>
      <w:r>
        <w:br/>
      </w:r>
      <w:r>
        <w:rPr>
          <w:sz w:val="20"/>
        </w:rPr>
        <w:t>14:24  jab jab apne map par banayenge, tab kaise aap</w:t>
      </w:r>
      <w:r>
        <w:br/>
      </w:r>
      <w:r>
        <w:rPr>
          <w:sz w:val="20"/>
        </w:rPr>
        <w:t>14:41  tazkiya kar sakenge?</w:t>
      </w:r>
      <w:r>
        <w:br/>
      </w:r>
      <w:r>
        <w:rPr>
          <w:sz w:val="20"/>
        </w:rPr>
        <w:t>14:48  to main samajhta hoon ke tazkiya ka jo starting point hai, woh yeh hai ke aap apne andar</w:t>
      </w:r>
      <w:r>
        <w:br/>
      </w:r>
      <w:r>
        <w:rPr>
          <w:sz w:val="20"/>
        </w:rPr>
        <w:t>15:00  bra manna chhod den. is ko kehte hain afraid hona. jab tak aap is ko chhodenge nahi, tab tak aap apna tazkiya nahi kar sakte.</w:t>
      </w:r>
      <w:r>
        <w:br/>
      </w:r>
      <w:r>
        <w:rPr>
          <w:sz w:val="20"/>
        </w:rPr>
        <w:t>15:17  to tazkiya ka starting point hai</w:t>
      </w:r>
      <w:r>
        <w:br/>
      </w:r>
      <w:r>
        <w:rPr>
          <w:sz w:val="20"/>
        </w:rPr>
        <w:t>15:25  afraid na hona.</w:t>
      </w:r>
      <w:r>
        <w:br/>
      </w:r>
      <w:r>
        <w:rPr>
          <w:sz w:val="20"/>
        </w:rPr>
        <w:t>15:29  koi aap ko agar koi</w:t>
      </w:r>
      <w:r>
        <w:br/>
      </w:r>
      <w:r>
        <w:rPr>
          <w:sz w:val="20"/>
        </w:rPr>
        <w:t>15:35  batata hai koi ghalati to aap us ko bra na manen. is ko aap</w:t>
      </w:r>
      <w:r>
        <w:br/>
      </w:r>
      <w:r>
        <w:rPr>
          <w:sz w:val="20"/>
        </w:rPr>
        <w:t>15:47  apni islaah ke ma'ni mein le len. islaah. islaah. self correction.</w:t>
      </w:r>
      <w:r>
        <w:br/>
      </w:r>
      <w:r>
        <w:rPr>
          <w:sz w:val="20"/>
        </w:rPr>
        <w:t>15:59  maulana sahib isi par mein aap se poochungi ke aksar aisa hota hai ke log yeh samajh lete hain ke jo ghalati doosra bata raha hai, woh ghalati hamare andar nahi hai, is liye aur ghussa ho jatay hain.</w:t>
      </w:r>
      <w:r>
        <w:br/>
      </w:r>
      <w:r>
        <w:rPr>
          <w:sz w:val="20"/>
        </w:rPr>
        <w:t>16:12  yeh baat sahi hai.</w:t>
      </w:r>
      <w:r>
        <w:br/>
      </w:r>
      <w:r>
        <w:rPr>
          <w:sz w:val="20"/>
        </w:rPr>
        <w:t>16:16  kyunke apni ghalati ko dhoondna yeh idhar aisa honge idhar yaar hai. ziyada tar log doosron ki ghalati dhoondte hain.</w:t>
      </w:r>
      <w:r>
        <w:br/>
      </w:r>
      <w:r>
        <w:rPr>
          <w:sz w:val="20"/>
        </w:rPr>
        <w:t>16:32  apni ghalati ko discover karna aur is ka correction, yeh toh bohat hi rare hai.</w:t>
      </w:r>
      <w:r>
        <w:br/>
      </w:r>
      <w:r>
        <w:rPr>
          <w:sz w:val="20"/>
        </w:rPr>
        <w:t>16:44  lekin tazkiya ka aaghaz yahi hota hai. tazkiya ka aaghaz yahi hota hai ke aap ke andar self</w:t>
      </w:r>
      <w:r>
        <w:br/>
      </w:r>
      <w:r>
        <w:rPr>
          <w:sz w:val="20"/>
        </w:rPr>
        <w:t>16:54  f... self...</w:t>
      </w:r>
      <w:r>
        <w:br/>
      </w:r>
      <w:r>
        <w:rPr>
          <w:sz w:val="20"/>
        </w:rPr>
        <w:t>17:04  self humality ka jazba ho. apni ghalati ko manen poore tareeqay par. I was wrong .</w:t>
      </w:r>
      <w:r>
        <w:br/>
      </w:r>
      <w:r>
        <w:rPr>
          <w:sz w:val="20"/>
        </w:rPr>
        <w:t>17:14  yeh kahein.</w:t>
      </w:r>
      <w:r>
        <w:br/>
      </w:r>
      <w:r>
        <w:rPr>
          <w:sz w:val="20"/>
        </w:rPr>
        <w:t>17:19  koi ghalati ho jaye toh bilkul saaf tareeqay se kahein. I was wrong. I was wrong . yahi starting point hai.</w:t>
      </w:r>
    </w:p>
    <w:p>
      <w:pPr>
        <w:pStyle w:val="Heading2"/>
      </w:pPr>
      <w:r>
        <w:t>Jihad literally means struggle, not war, clarified</w:t>
      </w:r>
    </w:p>
    <w:p>
      <w:r>
        <w:rPr>
          <w:color w:val="666666"/>
          <w:sz w:val="18"/>
        </w:rPr>
        <w:t>Islam and Sufism (Islam and Spirituality) (English) February 28, 2008 · 50s · at 1:11:14 · https://youtu.be/6UGAPDfrS2w?t=4274</w:t>
      </w:r>
    </w:p>
    <w:p>
      <w:r>
        <w:rPr>
          <w:i/>
        </w:rPr>
        <w:t>“Literally, jihad means a struggle — nothing to do with war”</w:t>
      </w:r>
    </w:p>
    <w:p>
      <w:r>
        <w:rPr>
          <w:sz w:val="20"/>
        </w:rPr>
        <w:t>1:11:14  Literally, jihad means a struggle, to struggle, to strive. It has nothing to do with war.</w:t>
      </w:r>
      <w:r>
        <w:br/>
      </w:r>
      <w:r>
        <w:rPr>
          <w:sz w:val="20"/>
        </w:rPr>
        <w:t>1:11:24  Jihad doesn't mean war. It is simply a struggle. That is a peaceful struggle. There is a verse in the Quran, "Wajahid hum behijih jahadan kabira." This is the Quranic verse,</w:t>
      </w:r>
      <w:r>
        <w:br/>
      </w:r>
      <w:r>
        <w:rPr>
          <w:sz w:val="20"/>
        </w:rPr>
        <w:t>1:11:40  "Wajahid hum behijih jahadan kabira."</w:t>
      </w:r>
      <w:r>
        <w:br/>
      </w:r>
      <w:r>
        <w:rPr>
          <w:sz w:val="20"/>
        </w:rPr>
        <w:t>1:11:43  Do great jihad with the help of the Quran. You mean, you know, Quran is not a sword. It's not a gun.</w:t>
      </w:r>
      <w:r>
        <w:br/>
      </w:r>
      <w:r>
        <w:rPr>
          <w:sz w:val="20"/>
        </w:rPr>
        <w:t>1:11:51  Quran is not a bomb. So how can you do jihad with the help of the Quran? It means that jihad means a ideological campaign, a ideological effort in a peaceful manner.</w:t>
      </w:r>
    </w:p>
    <w:p>
      <w:pPr>
        <w:pStyle w:val="Heading2"/>
      </w:pPr>
      <w:r>
        <w:t>Democracy as norm of the age</w:t>
      </w:r>
    </w:p>
    <w:p>
      <w:r>
        <w:rPr>
          <w:color w:val="666666"/>
          <w:sz w:val="18"/>
        </w:rPr>
        <w:t>Life of the Companions of the Prophet | September 29, 2018 · 2m 35s · at 48:53 · https://youtu.be/pR5eJlLJtKE?t=2933</w:t>
      </w:r>
    </w:p>
    <w:p>
      <w:r>
        <w:rPr>
          <w:i/>
        </w:rPr>
        <w:t>“Ab jaise dekhen aaj ki baat mein karta hoon”</w:t>
      </w:r>
    </w:p>
    <w:p>
      <w:r>
        <w:rPr>
          <w:sz w:val="20"/>
        </w:rPr>
        <w:t>48:53  ab jaise dekhen aaj ki baat mein karta hoon aaj koi musalman se baat hui usne kaha</w:t>
      </w:r>
      <w:r>
        <w:br/>
      </w:r>
      <w:r>
        <w:rPr>
          <w:sz w:val="20"/>
        </w:rPr>
        <w:t>49:03  ke ab woh zamana aa raha hai ke miracle regime jo hai dobara jeetegi phir kya haal</w:t>
      </w:r>
      <w:r>
        <w:br/>
      </w:r>
      <w:r>
        <w:rPr>
          <w:sz w:val="20"/>
        </w:rPr>
        <w:t>49:13  haal hoga musalmanon ka to maine yeh kaha ke yahudi is zamane mein musalman the firoun unke khilaf</w:t>
      </w:r>
      <w:r>
        <w:br/>
      </w:r>
      <w:r>
        <w:rPr>
          <w:sz w:val="20"/>
        </w:rPr>
        <w:t>49:23  ho gaya tha to firoun ke zamane mein despotic woh is despotic king tha woh bilkul uska</w:t>
      </w:r>
      <w:r>
        <w:br/>
      </w:r>
      <w:r>
        <w:rPr>
          <w:sz w:val="20"/>
        </w:rPr>
        <w:t>49:30  hukm qanoon tha uska hukm qanoon tha is hukum diya gaya ke jitne bete paida hon is</w:t>
      </w:r>
      <w:r>
        <w:br/>
      </w:r>
      <w:r>
        <w:rPr>
          <w:sz w:val="20"/>
        </w:rPr>
        <w:t>49:38  ko zabah kar do betiyon ko chhoro wohi hone laga misr mein aaj koi yeh nahi kar sakta</w:t>
      </w:r>
      <w:r>
        <w:br/>
      </w:r>
      <w:r>
        <w:rPr>
          <w:sz w:val="20"/>
        </w:rPr>
        <w:t>49:46  daur badal gaya</w:t>
      </w:r>
      <w:r>
        <w:br/>
      </w:r>
      <w:r>
        <w:rPr>
          <w:sz w:val="20"/>
        </w:rPr>
        <w:t>49:53  to maine kaha ke ab jis daur mein aap hain is daur mein chahe koi bhi hukm</w:t>
      </w:r>
      <w:r>
        <w:br/>
      </w:r>
      <w:r>
        <w:rPr>
          <w:sz w:val="20"/>
        </w:rPr>
        <w:t>50:01  jeet gaya ho democracy is ka woh hoga yaani lagaam hogi lagaam bohat acha lafz hai jo bhi</w:t>
      </w:r>
      <w:r>
        <w:br/>
      </w:r>
      <w:r>
        <w:rPr>
          <w:sz w:val="20"/>
        </w:rPr>
        <w:t>50:09  aayega uska is is ke munh mein democracy ki lagaam hogi constitution ki lagaam hogi age</w:t>
      </w:r>
      <w:r>
        <w:br/>
      </w:r>
      <w:r>
        <w:rPr>
          <w:sz w:val="20"/>
        </w:rPr>
        <w:t>50:17  age ki lagaam hogi ab do woh daur thori hai woh</w:t>
      </w:r>
      <w:r>
        <w:br/>
      </w:r>
      <w:r>
        <w:rPr>
          <w:sz w:val="20"/>
        </w:rPr>
        <w:t>50:24  lekin is aadmi ne phir bhi socha nahi aise log hain na to khud padhte na bataya to</w:t>
      </w:r>
      <w:r>
        <w:br/>
      </w:r>
      <w:r>
        <w:rPr>
          <w:sz w:val="20"/>
        </w:rPr>
        <w:t>50:35  sochte sochte bhi nahi to sach much yeh to hamara mission jo hai is ka ek plway ke</w:t>
      </w:r>
      <w:r>
        <w:br/>
      </w:r>
      <w:r>
        <w:rPr>
          <w:sz w:val="20"/>
        </w:rPr>
        <w:t>50:46  log zyada padhen zyada padhen ab parh kar bolne wale banen parh kar bolne wale banen</w:t>
      </w:r>
      <w:r>
        <w:br/>
      </w:r>
      <w:r>
        <w:rPr>
          <w:sz w:val="20"/>
        </w:rPr>
        <w:t>50:57  maine adi kuch nahi chahe so saal tak bjp hukumat rahe kuch nahi hone wala</w:t>
      </w:r>
      <w:r>
        <w:br/>
      </w:r>
      <w:r>
        <w:rPr>
          <w:sz w:val="20"/>
        </w:rPr>
        <w:t>51:05  hai kyunke hamare desh mein constitution hai yahan par democracy hai yahan par ek naye age mein hum</w:t>
      </w:r>
      <w:r>
        <w:br/>
      </w:r>
      <w:r>
        <w:rPr>
          <w:sz w:val="20"/>
        </w:rPr>
        <w:t>51:13  ji rahe hain woh age khatm ho gaya koi bhi chahe donald trump ho ya koi ho yaad</w:t>
      </w:r>
      <w:r>
        <w:br/>
      </w:r>
      <w:r>
        <w:rPr>
          <w:sz w:val="20"/>
        </w:rPr>
        <w:t>51:21  rakhiye sab se bari pakad age ki hoti hai</w:t>
      </w:r>
    </w:p>
    <w:p>
      <w:pPr>
        <w:pStyle w:val="Heading2"/>
      </w:pPr>
      <w:r>
        <w:t>Gandhi's peace amidst fire</w:t>
      </w:r>
    </w:p>
    <w:p>
      <w:r>
        <w:rPr>
          <w:color w:val="666666"/>
          <w:sz w:val="18"/>
        </w:rPr>
        <w:t>Personality Building May 28, 2013 Maulana Wahiduddin Khan · 1m 36s · at 25:39 · https://youtu.be/8vNUoqGILmw?t=1539</w:t>
      </w:r>
    </w:p>
    <w:p>
      <w:r>
        <w:rPr>
          <w:i/>
        </w:rPr>
        <w:t>“Mahatma Gandhi ka ek waqea hai”</w:t>
      </w:r>
    </w:p>
    <w:p>
      <w:r>
        <w:rPr>
          <w:sz w:val="20"/>
        </w:rPr>
        <w:t>25:39  aise hi Mahatma Gandhi ka ek waqia hai. aap jante hain 1946 mein jab Noakhali mein bara fasad ho raha tha to Mahatma Gandhi wahan gaye to Noakhali se unhon ne ek chiṭṭhi likhi thi Gujarati zuban mein apne ek janne wale ko.</w:t>
      </w:r>
      <w:r>
        <w:br/>
      </w:r>
      <w:r>
        <w:rPr>
          <w:sz w:val="20"/>
        </w:rPr>
        <w:t>25:58  is mein yeh sentence tha ke "main jahan hoon wahan charon aur ag lagi hui hai lekin mere man mein shanti hai.</w:t>
      </w:r>
      <w:r>
        <w:br/>
      </w:r>
      <w:r>
        <w:rPr>
          <w:sz w:val="20"/>
        </w:rPr>
        <w:t>26:10  charon aur ag lagi hui hai lekin mere man mein shanti hai." to yeh hai yaani is ko main is tarah is is tarah nahi lunga ke ek insan ki baat hai, har insan ki baat hai.</w:t>
      </w:r>
      <w:r>
        <w:br/>
      </w:r>
      <w:r>
        <w:rPr>
          <w:sz w:val="20"/>
        </w:rPr>
        <w:t>26:23  yaani Mahatma Gandhi ne aisa kar ke bataya ke insan ke potential itne zyada hain ke woh charon taraf ag lagi hui ho tab bhi us ke man mein shanti rahegi.</w:t>
      </w:r>
      <w:r>
        <w:br/>
      </w:r>
      <w:r>
        <w:rPr>
          <w:sz w:val="20"/>
        </w:rPr>
        <w:t>26:35  woh ek insaan ke potential ko bataya unhon ne. aise hi swami vikrant ne insaan ke ek potential ko bataya "he is able to turn his minus to plus".</w:t>
      </w:r>
      <w:r>
        <w:br/>
      </w:r>
      <w:r>
        <w:rPr>
          <w:sz w:val="20"/>
        </w:rPr>
        <w:t>26:48  aise hi mahatma gandhi ne insaan ke potential ko bataya ke is ke andar khuda ne itni itni shakti di, itni shakti ke charon taraf aag lagi hui ho aur wahan khara hai aadmi tab bhi is ke man mein shanti hai.</w:t>
      </w:r>
      <w:r>
        <w:br/>
      </w:r>
      <w:r>
        <w:rPr>
          <w:sz w:val="20"/>
        </w:rPr>
        <w:t>27:02  to yeh hai insaan ka model, yeh hai insaan ka asal potential. main samajhta hoon.</w:t>
      </w:r>
    </w:p>
    <w:p>
      <w:pPr>
        <w:pStyle w:val="Heading2"/>
      </w:pPr>
      <w:r>
        <w:t>Session ends with tea and prayer</w:t>
      </w:r>
    </w:p>
    <w:p>
      <w:r>
        <w:rPr>
          <w:color w:val="666666"/>
          <w:sz w:val="18"/>
        </w:rPr>
        <w:t>Message of The Quran March 29, 2015 · 30s · at 59:37 · https://youtu.be/u57TpiO8A7Y?t=3577</w:t>
      </w:r>
    </w:p>
    <w:p>
      <w:r>
        <w:rPr>
          <w:i/>
        </w:rPr>
        <w:t>“It is really a very thrilling point”</w:t>
      </w:r>
    </w:p>
    <w:p>
      <w:r>
        <w:rPr>
          <w:sz w:val="20"/>
        </w:rPr>
        <w:t>59:37  It is really a very thrilling point. Thank you very much. Okay, so we will end this session now. We will break for tea and then after tea, we will have the namaz in the hall. Thank you.</w:t>
      </w:r>
    </w:p>
    <w:p>
      <w:pPr>
        <w:pStyle w:val="Heading2"/>
      </w:pPr>
      <w:r>
        <w:t>Prophet's teaching on modesty as spiritual sign</w:t>
      </w:r>
    </w:p>
    <w:p>
      <w:r>
        <w:rPr>
          <w:color w:val="666666"/>
          <w:sz w:val="18"/>
        </w:rPr>
        <w:t>Spirituality in Daily Life 13 Aug 2016 - Maulana Wahiduddin Khan · 2m 36s · at 19:45 · https://youtu.be/SB0AF0Q9aTE?t=1185</w:t>
      </w:r>
    </w:p>
    <w:p>
      <w:r>
        <w:rPr>
          <w:i/>
        </w:rPr>
        <w:t>“Rasoolallah ek waqt kisi raste par chal rahe the.”</w:t>
      </w:r>
    </w:p>
    <w:p>
      <w:r>
        <w:rPr>
          <w:sz w:val="20"/>
        </w:rPr>
        <w:t>19:45  jaise dekhiye, rasoolullah ek waqt kisi rastay par chal rahe thay aur aap ke sath kuch sahaba bhi thay. to koi podha zameen mein uga hua tha. chotay chotay podhay jo hotay hain,</w:t>
      </w:r>
      <w:r>
        <w:br/>
      </w:r>
      <w:r>
        <w:rPr>
          <w:sz w:val="20"/>
        </w:rPr>
        <w:t>20:03  aap ke rastay mein dikhai paray. to hawa chal rahi thi. to hawa mein kya hota tha? hawa chalti thi, to parda jhuk jata tha. idhar jhonka aaya, udhar jhuk gaya, udhar gaya, udhar jhuk gaya.</w:t>
      </w:r>
      <w:r>
        <w:br/>
      </w:r>
      <w:r>
        <w:rPr>
          <w:sz w:val="20"/>
        </w:rPr>
        <w:t>20:22  to aap ne kaha ke momin ki misaal aisi hai. momin aise hi hota hai ke idhar ka jhonka aaya, idhar jhuk gaya. idhar jhuk aaya, to idhar jhuk gaya. iska matlab kya hua?</w:t>
      </w:r>
      <w:r>
        <w:br/>
      </w:r>
      <w:r>
        <w:rPr>
          <w:sz w:val="20"/>
        </w:rPr>
        <w:t>20:39  iska matlab yeh hua ke level uska ooncha hota hai. usko akad nahi hoti, uske andar larne ka buzdar nahi hota. uske andar pride,</w:t>
      </w:r>
      <w:r>
        <w:br/>
      </w:r>
      <w:r>
        <w:rPr>
          <w:sz w:val="20"/>
        </w:rPr>
        <w:t>20:55  arrogance,</w:t>
      </w:r>
      <w:r>
        <w:br/>
      </w:r>
      <w:r>
        <w:rPr>
          <w:sz w:val="20"/>
        </w:rPr>
        <w:t>20:57  yeh sab nahi hota. kyunke podhay mein sab cheezain nahi hoti. to jiske andar spirituality aati hai, spirituality, to uske paas pehchan yeh hai ke uska andar modest ho. ek lafz mein agar main kahoon ke spirituality ki pehchan kya hai,</w:t>
      </w:r>
      <w:r>
        <w:br/>
      </w:r>
      <w:r>
        <w:rPr>
          <w:sz w:val="20"/>
        </w:rPr>
        <w:t>21:17  to main kahunga ke modesty. Modest ko kehte hain tawazu. Tawazu ya modesty pehchan hai spirituality ki.</w:t>
      </w:r>
      <w:r>
        <w:br/>
      </w:r>
      <w:r>
        <w:rPr>
          <w:sz w:val="20"/>
        </w:rPr>
        <w:t>21:30  jiske andar aap sachi modesty ho, to zaroor uske andar spirituality hogi. Spirituality aur modesty dono hum ek doosre se juray hue hotay hain. woh ek doosre se alag nahi hotay.</w:t>
      </w:r>
      <w:r>
        <w:br/>
      </w:r>
      <w:r>
        <w:rPr>
          <w:sz w:val="20"/>
        </w:rPr>
        <w:t>21:50  to aadmi agar ko judge karna hai ke uske andar spirituality aayi ya nahi aayi, to yeh dekhen ke uske andar modesty aayi ya nahi aayi. woh mind controlled bana ya nahi bana.</w:t>
      </w:r>
      <w:r>
        <w:br/>
      </w:r>
      <w:r>
        <w:rPr>
          <w:sz w:val="20"/>
        </w:rPr>
        <w:t>22:06  Maulana sahib, we received a question from Multan, Pakistan, from Mr Ali Darvesh sahib, and he wants to know from you that are there any upper or lower grades of spirituality.</w:t>
      </w:r>
    </w:p>
    <w:p>
      <w:pPr>
        <w:pStyle w:val="Heading2"/>
      </w:pPr>
      <w:r>
        <w:t>Spiritual light and converting negativity to positivity</w:t>
      </w:r>
    </w:p>
    <w:p>
      <w:r>
        <w:rPr>
          <w:color w:val="666666"/>
          <w:sz w:val="18"/>
        </w:rPr>
        <w:t>Spiritual Light Nov 26, 2006 Maulana Wahiduddin Khan · 5m 54s · at 20:54 · https://youtu.be/IhfHxIakZOw?t=1254</w:t>
      </w:r>
    </w:p>
    <w:p>
      <w:r>
        <w:rPr>
          <w:i/>
        </w:rPr>
        <w:t>“I explained using Quran and Hadith”</w:t>
      </w:r>
    </w:p>
    <w:p>
      <w:r>
        <w:rPr>
          <w:sz w:val="20"/>
        </w:rPr>
        <w:t>20:54  main ne to quran ki roshni mein kuch ayaton aur hadithon ko le kar ke isi ki tashreeh ki. mera jo speech thi woh koi interpretation nahi diya maine apna.</w:t>
      </w:r>
      <w:r>
        <w:br/>
      </w:r>
      <w:r>
        <w:rPr>
          <w:sz w:val="20"/>
        </w:rPr>
        <w:t>21:07  quran o hadith ko le kar ke bayan kiya. albata is mein maine ek baat yeh kahi ke islam mein jo light hai yani spiritual light woh khuda ki taraf se aati hai.</w:t>
      </w:r>
      <w:r>
        <w:br/>
      </w:r>
      <w:r>
        <w:rPr>
          <w:sz w:val="20"/>
        </w:rPr>
        <w:t>21:23  Allah noor al samawati wal ard. rasool Allah ne farmaya ke Allah fi qalbi noor. o god fill my heart with the spiritual light.</w:t>
      </w:r>
      <w:r>
        <w:br/>
      </w:r>
      <w:r>
        <w:rPr>
          <w:sz w:val="20"/>
        </w:rPr>
        <w:t>21:38  to Allah ki taraf se aati hai. to aadmi kya hai? taker hai aur khuda jo hai giver hai. light ka jo reservoir hai woh khuda hai.</w:t>
      </w:r>
      <w:r>
        <w:br/>
      </w:r>
      <w:r>
        <w:rPr>
          <w:sz w:val="20"/>
        </w:rPr>
        <w:t>21:55  to khuda deta hai, insaan paata hai. khuda inspire karta hai, hum us ko receive karte hain. to spiritual light khuda ki taraf se aati hai.</w:t>
      </w:r>
      <w:r>
        <w:br/>
      </w:r>
      <w:r>
        <w:rPr>
          <w:sz w:val="20"/>
        </w:rPr>
        <w:t>22:07  to is mein maine kaha ke kis ko milti hai light? khuda ki yeh light kis ko milti hai?</w:t>
      </w:r>
      <w:r>
        <w:br/>
      </w:r>
      <w:r>
        <w:rPr>
          <w:sz w:val="20"/>
        </w:rPr>
        <w:t>22:17  to maine kaha ke yeh jo electricity hamari hai woh bohat achhi tarah illustrate karti hai is mamle ko ke yeh yeh jo give and take ka mamla hota hai khuda aur bande ke beech mein woh kaise hota hai?</w:t>
      </w:r>
      <w:r>
        <w:br/>
      </w:r>
      <w:r>
        <w:rPr>
          <w:sz w:val="20"/>
        </w:rPr>
        <w:t>22:38  to electricity is ka ek demonstration hai. kyunke aap jante hain ke electricity aati hai power house se. power house hamare ghar se door hai.</w:t>
      </w:r>
      <w:r>
        <w:br/>
      </w:r>
      <w:r>
        <w:rPr>
          <w:sz w:val="20"/>
        </w:rPr>
        <w:t>22:50  wahan se wiring hoti hai jo hamare ghar tak pohnchti hai. to wire ke through electricity jo hai hamare ghar pohnchti hai.</w:t>
      </w:r>
      <w:r>
        <w:br/>
      </w:r>
      <w:r>
        <w:rPr>
          <w:sz w:val="20"/>
        </w:rPr>
        <w:t>23:00  lekin power house ka jo jo taar hai aur hamare ghar ka jo taar hai to jahan woh connect hota hai, jo connecting point hai wahan meri taraf good conductor hona chahiye.</w:t>
      </w:r>
      <w:r>
        <w:br/>
      </w:r>
      <w:r>
        <w:rPr>
          <w:sz w:val="20"/>
        </w:rPr>
        <w:t>23:19  agar maine apne taar ko bad conductor ko bana rakha hai, matlab lakri ka taar ho, wahan lakri fit kar rakhi ho maine, yani connecting point jo hai dono ke beech mein, wahan par meri taraf bad conductor ho to electricity aayegi lekin woh mere ghar mein nahi dakhil hogi.</w:t>
      </w:r>
      <w:r>
        <w:br/>
      </w:r>
      <w:r>
        <w:rPr>
          <w:sz w:val="20"/>
        </w:rPr>
        <w:t>23:47  mere bulb ko roshan nahi karegi.</w:t>
      </w:r>
      <w:r>
        <w:br/>
      </w:r>
      <w:r>
        <w:rPr>
          <w:sz w:val="20"/>
        </w:rPr>
        <w:t>23:52  jab tak hum, yeh tabhi hoga jab ke hum good conductor lagayen. yani connecting point par hamari taraf good conductor hona chahiye.</w:t>
      </w:r>
      <w:r>
        <w:br/>
      </w:r>
      <w:r>
        <w:rPr>
          <w:sz w:val="20"/>
        </w:rPr>
        <w:t>24:04  tab electricity pass hogi. yahi mamla hai khuda aur bande ka. ke mujhe good conductor hona chahiye.</w:t>
      </w:r>
      <w:r>
        <w:br/>
      </w:r>
      <w:r>
        <w:rPr>
          <w:sz w:val="20"/>
        </w:rPr>
        <w:t>24:16  tab khuda ki taraf se aanay wali jo spiritual light hai woh mujh tak pohnchegi. meri personality ko roshan karegi. mere soul ko roshan karegi.</w:t>
      </w:r>
      <w:r>
        <w:br/>
      </w:r>
      <w:r>
        <w:rPr>
          <w:sz w:val="20"/>
        </w:rPr>
        <w:t>24:29  to good conductor, good yani insaan ka good conductor hona kya hai? woh yeh hai ke maine wahan yeh baat kahi ke mere andar positivity ho,</w:t>
      </w:r>
      <w:r>
        <w:br/>
      </w:r>
      <w:r>
        <w:rPr>
          <w:sz w:val="20"/>
        </w:rPr>
        <w:t>24:45  negativity na ho. yani agar mera mind negative thinking ho mere mind mein to main bad conductor ban gaya.</w:t>
      </w:r>
      <w:r>
        <w:br/>
      </w:r>
      <w:r>
        <w:rPr>
          <w:sz w:val="20"/>
        </w:rPr>
        <w:t>24:59  aur mere mind mein positive thinking ho to main good conductor ban gaya. yeh hai raaz.</w:t>
      </w:r>
      <w:r>
        <w:br/>
      </w:r>
      <w:r>
        <w:rPr>
          <w:sz w:val="20"/>
        </w:rPr>
        <w:t>25:10  to mujhe agar main chahta hoon ke spiritual light mujhe mile to mujhe apne ko purify karna parega. purify karna parega.</w:t>
      </w:r>
      <w:r>
        <w:br/>
      </w:r>
      <w:r>
        <w:rPr>
          <w:sz w:val="20"/>
        </w:rPr>
        <w:t>25:24  purified soul hi yahan good conductor ka kaam karta hai.</w:t>
      </w:r>
      <w:r>
        <w:br/>
      </w:r>
      <w:r>
        <w:rPr>
          <w:sz w:val="20"/>
        </w:rPr>
        <w:t>25:32  to maine wahan par aksar mein misaal diya karta hoon gaaye ki. wahan bhi maine gaaye ki misaal di. ke yeh duniya jo hai yeh negative item se bhari hui hai.</w:t>
      </w:r>
      <w:r>
        <w:br/>
      </w:r>
      <w:r>
        <w:rPr>
          <w:sz w:val="20"/>
        </w:rPr>
        <w:t>25:45  har waqt yahan par, har waqt yahan par yani provocation hai.</w:t>
      </w:r>
      <w:r>
        <w:br/>
      </w:r>
      <w:r>
        <w:rPr>
          <w:sz w:val="20"/>
        </w:rPr>
        <w:t>25:55  har waqt yahan par kuch na kuch unwanted situation rehti hai hamare aas paas. to is ki wajah se hum kya hote hain?</w:t>
      </w:r>
      <w:r>
        <w:br/>
      </w:r>
      <w:r>
        <w:rPr>
          <w:sz w:val="20"/>
        </w:rPr>
        <w:t>26:04  hum negative thought mein par jatay hain. to hamein kya karna hai?</w:t>
      </w:r>
      <w:r>
        <w:br/>
      </w:r>
      <w:r>
        <w:rPr>
          <w:sz w:val="20"/>
        </w:rPr>
        <w:t>26:11  you have to learn the art of turning negativity into positivity. kyunke negativity ko aap khatm kar nahin sakte.</w:t>
      </w:r>
      <w:r>
        <w:br/>
      </w:r>
      <w:r>
        <w:rPr>
          <w:sz w:val="20"/>
        </w:rPr>
        <w:t>26:22  yeh mumkin nahin hai ke aap negative item ko dunya se khatm kar dein. yeh to mumkin nahin hai.</w:t>
      </w:r>
      <w:r>
        <w:br/>
      </w:r>
      <w:r>
        <w:rPr>
          <w:sz w:val="20"/>
        </w:rPr>
        <w:t>26:33  to aap ko khud apne andar yeh capacity develop karna chahiye ke jab negative item aap ke paas aayen to us ko aap convert kar saken positive item mein.</w:t>
      </w:r>
    </w:p>
    <w:p>
      <w:pPr>
        <w:pStyle w:val="Heading2"/>
      </w:pPr>
      <w:r>
        <w:t>Need for scientific religion</w:t>
      </w:r>
    </w:p>
    <w:p>
      <w:r>
        <w:rPr>
          <w:color w:val="666666"/>
          <w:sz w:val="18"/>
        </w:rPr>
        <w:t>Fragments of Broken Heart | December 01, 2006 | Maulana Wahiduddin Khan · 30s · at 13:35 · https://youtu.be/4uW2kggXMI8?t=815</w:t>
      </w:r>
    </w:p>
    <w:p>
      <w:r>
        <w:rPr>
          <w:i/>
        </w:rPr>
        <w:t>“Ek scientific religion ki zaroorat hai”</w:t>
      </w:r>
    </w:p>
    <w:p>
      <w:r>
        <w:rPr>
          <w:sz w:val="20"/>
        </w:rPr>
        <w:t>13:35  ek scientific religion ki zaroorat hai.</w:t>
      </w:r>
      <w:r>
        <w:br/>
      </w:r>
      <w:r>
        <w:rPr>
          <w:sz w:val="20"/>
        </w:rPr>
        <w:t>13:40  scientific religion ki zaroorat hai.</w:t>
      </w:r>
      <w:r>
        <w:br/>
      </w:r>
      <w:r>
        <w:rPr>
          <w:sz w:val="20"/>
        </w:rPr>
        <w:t>13:45  agarche is ko nahi maloom ke scientific religion hai kiya.</w:t>
      </w:r>
      <w:r>
        <w:br/>
      </w:r>
      <w:r>
        <w:rPr>
          <w:sz w:val="20"/>
        </w:rPr>
        <w:t>13:50  woh mehsoos karta hai ke aaj ki generation, modern mind ek naya mazhab chahta hai.</w:t>
      </w:r>
      <w:r>
        <w:br/>
      </w:r>
      <w:r>
        <w:rPr>
          <w:sz w:val="20"/>
        </w:rPr>
        <w:t>13:55  isi naye mazhab ko is ne scientific mazhab ka naam diya hai.</w:t>
      </w:r>
      <w:r>
        <w:br/>
      </w:r>
      <w:r>
        <w:rPr>
          <w:sz w:val="20"/>
        </w:rPr>
        <w:t>14:00  yeh scientific mazhab kya hai</w:t>
      </w:r>
    </w:p>
    <w:p>
      <w:pPr>
        <w:pStyle w:val="Heading2"/>
      </w:pPr>
      <w:r>
        <w:t>Realization of wasting life after message</w:t>
      </w:r>
    </w:p>
    <w:p>
      <w:r>
        <w:rPr>
          <w:color w:val="666666"/>
          <w:sz w:val="18"/>
        </w:rPr>
        <w:t>Experience Sharing Session of CPS Members 24 May 2008 - Maulana Wahiduddin Khan · 36s · at 2:29 · https://youtu.be/alVAkAnKiuM?t=149</w:t>
      </w:r>
    </w:p>
    <w:p>
      <w:r>
        <w:rPr>
          <w:i/>
        </w:rPr>
        <w:t>“विद रेफरेंस टू द क्लास, व्हिच हैपेंड इन द मॉर्निंग”</w:t>
      </w:r>
    </w:p>
    <w:p>
      <w:r>
        <w:rPr>
          <w:sz w:val="20"/>
        </w:rPr>
        <w:t>2:29  with reference to the class, which happened in the morning, and after attending the class in the morning, i have come to realize that i have been wasting my life so far, and that i,</w:t>
      </w:r>
      <w:r>
        <w:br/>
      </w:r>
      <w:r>
        <w:rPr>
          <w:sz w:val="20"/>
        </w:rPr>
        <w:t>2:53  after knowing this message, have no justification to waste my time.</w:t>
      </w:r>
    </w:p>
    <w:p>
      <w:pPr>
        <w:pStyle w:val="Heading2"/>
      </w:pPr>
      <w:r>
        <w:t>Turning anger into self-accountability and reform</w:t>
      </w:r>
    </w:p>
    <w:p>
      <w:r>
        <w:rPr>
          <w:color w:val="666666"/>
          <w:sz w:val="18"/>
        </w:rPr>
        <w:t>Tazkiya-e-Nafs Book by Maulana Wahiduddin Khan · 2m 30s · at 27:12 · https://youtu.be/LbGPnJWmj1A?t=1632</w:t>
      </w:r>
    </w:p>
    <w:p>
      <w:r>
        <w:rPr>
          <w:i/>
        </w:rPr>
        <w:t>“Tazkiya ka aik bara zariya muhasaba yani introspection hai”</w:t>
      </w:r>
    </w:p>
    <w:p>
      <w:r>
        <w:rPr>
          <w:sz w:val="20"/>
        </w:rPr>
        <w:t>27:12  ghalti ke baad muhasiba. kitaab "tazkiya-e-nafs" Maulana Wahiduddin Khan, safha number 14.</w:t>
      </w:r>
      <w:r>
        <w:br/>
      </w:r>
      <w:r>
        <w:rPr>
          <w:sz w:val="20"/>
        </w:rPr>
        <w:t>27:25  tazkiya ka aik bohat bara zariya muhasiba yaani introspection hai. muhasibe ke zariye aadmi ka zehn bedar hota hai, us ki shakhsiyat mein hulchal paida hoti hai, us ke andar apni islaah ka daaiya yaani incentive jaagta hai.</w:t>
      </w:r>
      <w:r>
        <w:br/>
      </w:r>
      <w:r>
        <w:rPr>
          <w:sz w:val="20"/>
        </w:rPr>
        <w:t>27:43  is tarah muhasiba aadmi ko zehn-o-rohani taraqqi ki taraf le jata hai. misaal ke taur par aik shakhs ne aap ke baray mein koi aisi baat keh di jo aap ko nagawar hui,</w:t>
      </w:r>
      <w:r>
        <w:br/>
      </w:r>
      <w:r>
        <w:rPr>
          <w:sz w:val="20"/>
        </w:rPr>
        <w:t>27:55  aap ke jazbat bhark uthay, aap ne manfi radd-e-amal ke andaaz mein is ka jawab diya, baat ko aap ke andar nadamat yaani repentance paida hui, aap ne apni rawish par nazar saani ki, aap ne socha ke is tarah mein apne andar aik manfi shakhsiyat bana raha hoon, aisi manfi shakhsiyat maut ke baad ki zindagi mein mere liye sakht tabah kun sabit hogi,</w:t>
      </w:r>
      <w:r>
        <w:br/>
      </w:r>
      <w:r>
        <w:rPr>
          <w:sz w:val="20"/>
        </w:rPr>
        <w:t>28:20  aisi manfi shakhsiyat mujh ko jannat mein dakhlay ke liye na-ahel bana de gi. aap ne socha ke quran ke mutabiq jannat walon ka culture aman culture hoga, wahan aisay log abad kiye jayen ge jo bahami zindagi mein aman aur mohabbat ke sath rehne ki salahiyat rakhte hain.</w:t>
      </w:r>
      <w:r>
        <w:br/>
      </w:r>
      <w:r>
        <w:rPr>
          <w:sz w:val="20"/>
        </w:rPr>
        <w:t>28:40  E</w:t>
      </w:r>
      <w:r>
        <w:br/>
      </w:r>
      <w:r>
        <w:rPr>
          <w:sz w:val="20"/>
        </w:rPr>
        <w:t>28:41  si halat mein agar maine apne andar aisi shakhsiyat banai jis ke andar tolerance na ho, jo mushtael ho janay wali ho, jis ke andar dostana rawish yaani friendly behaviour ki salahiyat na pai jati ho,</w:t>
      </w:r>
      <w:r>
        <w:br/>
      </w:r>
      <w:r>
        <w:rPr>
          <w:sz w:val="20"/>
        </w:rPr>
        <w:t>28:55  aisa shakhs jannat mein dakhlay ke liye na-ahel qarar paye ga. woh abadi taur par masarrat aur kamyabi se mahroom rahe ga.</w:t>
      </w:r>
      <w:r>
        <w:br/>
      </w:r>
      <w:r>
        <w:rPr>
          <w:sz w:val="20"/>
        </w:rPr>
        <w:t>29:04  yeh soch aap ke liye aik taameeri dhamaka sabit hogi.</w:t>
      </w:r>
      <w:r>
        <w:br/>
      </w:r>
      <w:r>
        <w:rPr>
          <w:sz w:val="20"/>
        </w:rPr>
        <w:t>29:09  aap khud apne nigran ban jayen gay. aap ke andar apni islaah ka shadeed jazba paida ho jaye ga. khud ihtisabi ka yahi mizaj tazkiye ka sab se bara zariya hai.</w:t>
      </w:r>
      <w:r>
        <w:br/>
      </w:r>
      <w:r>
        <w:rPr>
          <w:sz w:val="20"/>
        </w:rPr>
        <w:t>29:21  tazkiya hamesha dakhli soch ke zariye hasil hota hai, na ke kharji noiyat ki kisi karwai ke zariye. tazkiya woh amal hai jis mein aadmi khud apna mazka hota hai,</w:t>
      </w:r>
      <w:r>
        <w:br/>
      </w:r>
      <w:r>
        <w:rPr>
          <w:sz w:val="20"/>
        </w:rPr>
        <w:t>29:34  woh khud hi talib-e-ilm hota hai aur khud hi apna ustaad bhi.</w:t>
      </w:r>
    </w:p>
    <w:p>
      <w:pPr>
        <w:pStyle w:val="Heading2"/>
      </w:pPr>
      <w:r>
        <w:t>Dream of paradise gate - hatred blocks entry</w:t>
      </w:r>
    </w:p>
    <w:p>
      <w:r>
        <w:rPr>
          <w:color w:val="666666"/>
          <w:sz w:val="18"/>
        </w:rPr>
        <w:t>From the Spiritual Tree August 31, 2008 · 2m 35s · at 40:38 · https://youtu.be/yqFdYWdODM0?t=2438</w:t>
      </w:r>
    </w:p>
    <w:p>
      <w:r>
        <w:rPr>
          <w:i/>
        </w:rPr>
        <w:t>“A man had a dream, he told me the dream.”</w:t>
      </w:r>
    </w:p>
    <w:p>
      <w:r>
        <w:rPr>
          <w:sz w:val="20"/>
        </w:rPr>
        <w:t>40:38  ek sahab ne khwab dekha, mujhe bataya unhon ne khwab. ek sahab jo religious aadmi the, to unhon ne khwab dekha.</w:t>
      </w:r>
      <w:r>
        <w:br/>
      </w:r>
      <w:r>
        <w:rPr>
          <w:sz w:val="20"/>
        </w:rPr>
        <w:t>40:51  khwab dekha ke qayamat aa gayi hai aur kuch log hell mein bheje ja rahe hain, kuch paradise ki taraf chale ja rahe hain.</w:t>
      </w:r>
      <w:r>
        <w:br/>
      </w:r>
      <w:r>
        <w:rPr>
          <w:sz w:val="20"/>
        </w:rPr>
        <w:t>41:01  to yeh paradise wale group mein lag gaye. jaise gate tha paradise ka, idhar jaane lage. to jab woh gate ke paas pahunche to aur logon ko to angel ne gate se paar kar diya, unhein rok diya ke tum idhar jao.</w:t>
      </w:r>
      <w:r>
        <w:br/>
      </w:r>
      <w:r>
        <w:rPr>
          <w:sz w:val="20"/>
        </w:rPr>
        <w:t>41:23  yeh sacha khwab bata raha hoon aap ko, abhi shayad ek aadh saal ka khwab hai yeh. unhon ne dekha ke qayamat aayi hui hai aur saare insaan ekhatta hue hain aur sab ki grouping ho rahi hai.</w:t>
      </w:r>
      <w:r>
        <w:br/>
      </w:r>
      <w:r>
        <w:rPr>
          <w:sz w:val="20"/>
        </w:rPr>
        <w:t>41:35  kuch hell wale hain, kuch paradise wale hain. hell wale idhar chale ja rahe hain, paradise wale idhar ja rahe hain. wahan bohat bara gate hai. yeh jab pahunchte hain gate par to aur log jo the,</w:t>
      </w:r>
      <w:r>
        <w:br/>
      </w:r>
      <w:r>
        <w:rPr>
          <w:sz w:val="20"/>
        </w:rPr>
        <w:t>41:50  angels ne un ko paar kar diya, un ko rok diya aur kuch aur bhi logon ko rok diya tha. to yeh bohat pareshan hue ke mujhe to gate mein entry nahi mili.</w:t>
      </w:r>
      <w:r>
        <w:br/>
      </w:r>
      <w:r>
        <w:rPr>
          <w:sz w:val="20"/>
        </w:rPr>
        <w:t>42:04  aur phir un ki aankh khul gayi. phir mujh se unhon ne kaha to main ne kaha ke dekhiye, ab apne andar tatoliye, aap is ka reason daryaft kijiye.</w:t>
      </w:r>
      <w:r>
        <w:br/>
      </w:r>
      <w:r>
        <w:rPr>
          <w:sz w:val="20"/>
        </w:rPr>
        <w:t>42:16  to mein ne scrutiny ki isi aitbaar se ke kya un ke dil kisi ke liye hate hai? to maloom hua ke woh hate liye hue hain.</w:t>
      </w:r>
      <w:r>
        <w:br/>
      </w:r>
      <w:r>
        <w:rPr>
          <w:sz w:val="20"/>
        </w:rPr>
        <w:t>42:27  kisi ke liye hate un ke dil mein tha. to mein ne kaha ke aap ki ibadat, aap ka faith aur aap ki religious baatein, woh sab kaam nahi aayen aap ko.</w:t>
      </w:r>
      <w:r>
        <w:br/>
      </w:r>
      <w:r>
        <w:rPr>
          <w:sz w:val="20"/>
        </w:rPr>
        <w:t>42:42  kyun ke hate jab tha aap ka to wahan to nikaal diya jaye ga aap ko. hate free baniye, tab aap ko entry mile gi paradise mein, nahi to nahi.</w:t>
      </w:r>
      <w:r>
        <w:br/>
      </w:r>
      <w:r>
        <w:rPr>
          <w:sz w:val="20"/>
        </w:rPr>
        <w:t>42:53  is khwab ke zariye aap ko bataya gaya hai ke agar tum chahte ho paradise mein jana to apne andar se hate jo hai, ek ek particle hate ko nikaal daalo.</w:t>
      </w:r>
      <w:r>
        <w:br/>
      </w:r>
      <w:r>
        <w:rPr>
          <w:sz w:val="20"/>
        </w:rPr>
        <w:t>43:04  apne ko hate free banao, nahi to gate ke paas pahunch kar bhi tum ko lauta diya jaye ga.</w:t>
      </w:r>
    </w:p>
    <w:p>
      <w:pPr>
        <w:pStyle w:val="Heading2"/>
      </w:pPr>
      <w:r>
        <w:t>Spirituality and a personal example</w:t>
      </w:r>
    </w:p>
    <w:p>
      <w:r>
        <w:rPr>
          <w:color w:val="666666"/>
          <w:sz w:val="18"/>
        </w:rPr>
        <w:t>The Way of Spirituality July 7, 2019 Maulana Wahiduddin Khan · 3m 13s · at 0:14 · https://youtu.be/N_ejXO_o-Oo?t=14</w:t>
      </w:r>
    </w:p>
    <w:p>
      <w:r>
        <w:rPr>
          <w:i/>
        </w:rPr>
        <w:t>“Bismillah al-Rahman al-Rahim”</w:t>
      </w:r>
    </w:p>
    <w:p>
      <w:r>
        <w:rPr>
          <w:sz w:val="20"/>
        </w:rPr>
        <w:t>0:14  bismillah rahman rahim,</w:t>
      </w:r>
      <w:r>
        <w:br/>
      </w:r>
      <w:r>
        <w:rPr>
          <w:sz w:val="20"/>
        </w:rPr>
        <w:t>0:20  wasalli allah ala nabiyil karim. rab ishrah li sadri, wa yassir li amri, wahal uqdatan min lisani,</w:t>
      </w:r>
      <w:r>
        <w:br/>
      </w:r>
      <w:r>
        <w:rPr>
          <w:sz w:val="20"/>
        </w:rPr>
        <w:t>0:34  yakhul qawli.</w:t>
      </w:r>
      <w:r>
        <w:br/>
      </w:r>
      <w:r>
        <w:rPr>
          <w:sz w:val="20"/>
        </w:rPr>
        <w:t>0:40  ek sahab ne yeh sawal kiya</w:t>
      </w:r>
      <w:r>
        <w:br/>
      </w:r>
      <w:r>
        <w:rPr>
          <w:sz w:val="20"/>
        </w:rPr>
        <w:t>0:45  ke spirituality ko attend karne ke kitne tareeqe hain?</w:t>
      </w:r>
      <w:r>
        <w:br/>
      </w:r>
      <w:r>
        <w:rPr>
          <w:sz w:val="20"/>
        </w:rPr>
        <w:t>0:56  spirituality ko attend karne ke kitne tareeqe hain?</w:t>
      </w:r>
      <w:r>
        <w:br/>
      </w:r>
      <w:r>
        <w:rPr>
          <w:sz w:val="20"/>
        </w:rPr>
        <w:t>1:08  to main kahunga ke</w:t>
      </w:r>
      <w:r>
        <w:br/>
      </w:r>
      <w:r>
        <w:rPr>
          <w:sz w:val="20"/>
        </w:rPr>
        <w:t>1:15  is sawal ka matlab yeh hai ke aap spirituality ko understand kar rahe hain.</w:t>
      </w:r>
      <w:r>
        <w:br/>
      </w:r>
      <w:r>
        <w:rPr>
          <w:sz w:val="20"/>
        </w:rPr>
        <w:t>1:27  spirituality ko understand kar rahe hain. Kya koi ek do tareeqa hoga is mein? Spirituality mile aap ko?</w:t>
      </w:r>
      <w:r>
        <w:br/>
      </w:r>
      <w:r>
        <w:rPr>
          <w:sz w:val="20"/>
        </w:rPr>
        <w:t>1:39  Spirituality to naam hai Allah Rabbul Alameen ki marifat ka. To kya jo cheez Allah Rabbul Alameen ki marifat ka zariya ho, woh koi ek do ho sakta hai?</w:t>
      </w:r>
      <w:r>
        <w:br/>
      </w:r>
      <w:r>
        <w:rPr>
          <w:sz w:val="20"/>
        </w:rPr>
        <w:t>1:59  jo sari kainat hogi, har har lamha hoga,</w:t>
      </w:r>
      <w:r>
        <w:br/>
      </w:r>
      <w:r>
        <w:rPr>
          <w:sz w:val="20"/>
        </w:rPr>
        <w:t>2:08  har waqt aap ko koi na koi dhoondh milega, koi koi khurak milegi.</w:t>
      </w:r>
      <w:r>
        <w:br/>
      </w:r>
      <w:r>
        <w:rPr>
          <w:sz w:val="20"/>
        </w:rPr>
        <w:t>2:19  jaise main aap ko misaal deta hoon,</w:t>
      </w:r>
      <w:r>
        <w:br/>
      </w:r>
      <w:r>
        <w:rPr>
          <w:sz w:val="20"/>
        </w:rPr>
        <w:t>2:24  aaj kya tareekh hai</w:t>
      </w:r>
      <w:r>
        <w:br/>
      </w:r>
      <w:r>
        <w:rPr>
          <w:sz w:val="20"/>
        </w:rPr>
        <w:t>2:26  ? Saat July. Aaj saat July hai, July seven.</w:t>
      </w:r>
      <w:r>
        <w:br/>
      </w:r>
      <w:r>
        <w:rPr>
          <w:sz w:val="20"/>
        </w:rPr>
        <w:t>2:36  main jab apne office se</w:t>
      </w:r>
      <w:r>
        <w:br/>
      </w:r>
      <w:r>
        <w:rPr>
          <w:sz w:val="20"/>
        </w:rPr>
        <w:t>2:43  chala</w:t>
      </w:r>
      <w:r>
        <w:br/>
      </w:r>
      <w:r>
        <w:rPr>
          <w:sz w:val="20"/>
        </w:rPr>
        <w:t>2:49  to aap jante hain ke mujhe is se pehle stroke hua tha.</w:t>
      </w:r>
      <w:r>
        <w:br/>
      </w:r>
      <w:r>
        <w:rPr>
          <w:sz w:val="20"/>
        </w:rPr>
        <w:t>2:57  dono pa</w:t>
      </w:r>
    </w:p>
    <w:p>
      <w:pPr>
        <w:pStyle w:val="Heading2"/>
      </w:pPr>
      <w:r>
        <w:t>Wing commander story and tension management</w:t>
      </w:r>
    </w:p>
    <w:p>
      <w:r>
        <w:rPr>
          <w:color w:val="666666"/>
          <w:sz w:val="18"/>
        </w:rPr>
        <w:t>IIC: How to Develop Spiritual Personality · 2m 31s · at 45:02 · https://youtu.be/-XrYpEYwk-Y?t=2702</w:t>
      </w:r>
    </w:p>
    <w:p>
      <w:r>
        <w:rPr>
          <w:i/>
        </w:rPr>
        <w:t>“A wing commander in the air force”</w:t>
      </w:r>
    </w:p>
    <w:p>
      <w:r>
        <w:rPr>
          <w:sz w:val="20"/>
        </w:rPr>
        <w:t>45:02  ek sahib the wing commander, air force mein.</w:t>
      </w:r>
      <w:r>
        <w:br/>
      </w:r>
      <w:r>
        <w:rPr>
          <w:sz w:val="20"/>
        </w:rPr>
        <w:t>45:06  yeh sacha qissa bata raha hun aap ko.</w:t>
      </w:r>
      <w:r>
        <w:br/>
      </w:r>
      <w:r>
        <w:rPr>
          <w:sz w:val="20"/>
        </w:rPr>
        <w:t>45:10  air force mein wing commander the woh.</w:t>
      </w:r>
      <w:r>
        <w:br/>
      </w:r>
      <w:r>
        <w:rPr>
          <w:sz w:val="20"/>
        </w:rPr>
        <w:t>45:14  main aise waqiat jo batata hun is liye ke ek individual case nahin hai woh.</w:t>
      </w:r>
      <w:r>
        <w:br/>
      </w:r>
      <w:r>
        <w:rPr>
          <w:sz w:val="20"/>
        </w:rPr>
        <w:t>45:18  is ko aap generalize kar lijiye, sab ka case wahi hai.</w:t>
      </w:r>
      <w:r>
        <w:br/>
      </w:r>
      <w:r>
        <w:rPr>
          <w:sz w:val="20"/>
        </w:rPr>
        <w:t>45:21  with some differences.</w:t>
      </w:r>
      <w:r>
        <w:br/>
      </w:r>
      <w:r>
        <w:rPr>
          <w:sz w:val="20"/>
        </w:rPr>
        <w:t>45:25  to woh air force mein wing commander the.</w:t>
      </w:r>
      <w:r>
        <w:br/>
      </w:r>
      <w:r>
        <w:rPr>
          <w:sz w:val="20"/>
        </w:rPr>
        <w:t>45:29  to kya hua? Kisi wajah se un ko ground kar diya gaya.</w:t>
      </w:r>
      <w:r>
        <w:br/>
      </w:r>
      <w:r>
        <w:rPr>
          <w:sz w:val="20"/>
        </w:rPr>
        <w:t>45:33  yani hawai jahaz udate the, phir un ko office ka kaam de diya gaya.</w:t>
      </w:r>
      <w:r>
        <w:br/>
      </w:r>
      <w:r>
        <w:rPr>
          <w:sz w:val="20"/>
        </w:rPr>
        <w:t>45:36  unki salary wahi thi.</w:t>
      </w:r>
      <w:r>
        <w:br/>
      </w:r>
      <w:r>
        <w:rPr>
          <w:sz w:val="20"/>
        </w:rPr>
        <w:t>45:40  sare perks wahi the, woh sab kuch, facilities wahi thin.</w:t>
      </w:r>
      <w:r>
        <w:br/>
      </w:r>
      <w:r>
        <w:rPr>
          <w:sz w:val="20"/>
        </w:rPr>
        <w:t>45:43  lekin ground kar diya gaya.</w:t>
      </w:r>
      <w:r>
        <w:br/>
      </w:r>
      <w:r>
        <w:rPr>
          <w:sz w:val="20"/>
        </w:rPr>
        <w:t>45:46  to hawai jahaz udane ke bajaye office ka kaam.</w:t>
      </w:r>
      <w:r>
        <w:br/>
      </w:r>
      <w:r>
        <w:rPr>
          <w:sz w:val="20"/>
        </w:rPr>
        <w:t>45:50  ab bahut ghussa hue woh.</w:t>
      </w:r>
      <w:r>
        <w:br/>
      </w:r>
      <w:r>
        <w:rPr>
          <w:sz w:val="20"/>
        </w:rPr>
        <w:t>45:53  phir baad se unhon ne bahut jhanjhat kiya, yahan tak ke resign kar diya.</w:t>
      </w:r>
      <w:r>
        <w:br/>
      </w:r>
      <w:r>
        <w:rPr>
          <w:sz w:val="20"/>
        </w:rPr>
        <w:t>45:56  resign kar diya.</w:t>
      </w:r>
      <w:r>
        <w:br/>
      </w:r>
      <w:r>
        <w:rPr>
          <w:sz w:val="20"/>
        </w:rPr>
        <w:t>46:00  is ke baad kya hua? Unhon ne ek</w:t>
      </w:r>
      <w:r>
        <w:br/>
      </w:r>
      <w:r>
        <w:rPr>
          <w:sz w:val="20"/>
        </w:rPr>
        <w:t>46:03  business kiya.</w:t>
      </w:r>
      <w:r>
        <w:br/>
      </w:r>
      <w:r>
        <w:rPr>
          <w:sz w:val="20"/>
        </w:rPr>
        <w:t>46:06  woh business fail ho gaya woh.</w:t>
      </w:r>
      <w:r>
        <w:br/>
      </w:r>
      <w:r>
        <w:rPr>
          <w:sz w:val="20"/>
        </w:rPr>
        <w:t>46:09  sara paisa is mein doob gaya.</w:t>
      </w:r>
      <w:r>
        <w:br/>
      </w:r>
      <w:r>
        <w:rPr>
          <w:sz w:val="20"/>
        </w:rPr>
        <w:t>46:12  ab kya hua? super tension in ko ho gaya.</w:t>
      </w:r>
      <w:r>
        <w:br/>
      </w:r>
      <w:r>
        <w:rPr>
          <w:sz w:val="20"/>
        </w:rPr>
        <w:t>46:15  pehle tension tha job chhodne ka, phir tension hua ke jo paisa tha woh bhi chala gaya.</w:t>
      </w:r>
      <w:r>
        <w:br/>
      </w:r>
      <w:r>
        <w:rPr>
          <w:sz w:val="20"/>
        </w:rPr>
        <w:t>46:18  phir ek ke baad ek tension, ek ke baad ek tension.</w:t>
      </w:r>
      <w:r>
        <w:br/>
      </w:r>
      <w:r>
        <w:rPr>
          <w:sz w:val="20"/>
        </w:rPr>
        <w:t>46:21  yahan tak ke jab woh job mein thay, job mein, maine dekha hai in ko, bohat hi</w:t>
      </w:r>
      <w:r>
        <w:br/>
      </w:r>
      <w:r>
        <w:rPr>
          <w:sz w:val="20"/>
        </w:rPr>
        <w:t>46:24  healthy thay, bohat healthy.</w:t>
      </w:r>
      <w:r>
        <w:br/>
      </w:r>
      <w:r>
        <w:rPr>
          <w:sz w:val="20"/>
        </w:rPr>
        <w:t>46:27  baad ko bilkul woh beemar par gaye.</w:t>
      </w:r>
      <w:r>
        <w:br/>
      </w:r>
      <w:r>
        <w:rPr>
          <w:sz w:val="20"/>
        </w:rPr>
        <w:t>46:30  bohat hi in ko, yani aisi</w:t>
      </w:r>
      <w:r>
        <w:br/>
      </w:r>
      <w:r>
        <w:rPr>
          <w:sz w:val="20"/>
        </w:rPr>
        <w:t>46:33  bimari lag gayi jo curable nahi thi wo. yahan tak ke death ho gayi un ki. to main un ke funeral mein gaya tha. un ke funeral mein main shareek tha. jab un ko bury kiya gaya. aap jante hain, bury karne ka matlab underground dalna. zameen khod kar is mein dalte hain. to yaqeen kijiye ke main us waqt rone laga. maine socha ke</w:t>
      </w:r>
      <w:r>
        <w:br/>
      </w:r>
      <w:r>
        <w:rPr>
          <w:sz w:val="20"/>
        </w:rPr>
        <w:t>47:03  agar jis waqt un ko ground kiya gaya tha, agar wo yeh sochte, kabhi to compulsorily mujhe underground kiya jayega. abhi main ground kiye jaane par ghussa ho raha hoon, halanke bohat jald wo din aane wala hai jab ke compulsorily mujhe underground kar diya jayega. yeh tha un ke liye art of de-stressing. aisa sochte wo to isi waqt de-stress kar lete wo apne aap ko</w:t>
      </w:r>
    </w:p>
    <w:p>
      <w:pPr>
        <w:pStyle w:val="Heading2"/>
      </w:pPr>
      <w:r>
        <w:t>Misunderstanding spirituality</w:t>
      </w:r>
    </w:p>
    <w:p>
      <w:r>
        <w:rPr>
          <w:color w:val="666666"/>
          <w:sz w:val="18"/>
        </w:rPr>
        <w:t>The Way of Spirituality July 7, 2019 Maulana Wahiduddin Khan · 23s · at 1:15 · https://youtu.be/N_ejXO_o-Oo?t=75</w:t>
      </w:r>
    </w:p>
    <w:p>
      <w:r>
        <w:rPr>
          <w:i/>
        </w:rPr>
        <w:t>“This question means you are misunderstanding spirituality”</w:t>
      </w:r>
    </w:p>
    <w:p>
      <w:r>
        <w:rPr>
          <w:sz w:val="20"/>
        </w:rPr>
        <w:t>1:15  is sawal ka matlab yeh hai ke aap spirituality ko understand kar rahe hain.</w:t>
      </w:r>
      <w:r>
        <w:br/>
      </w:r>
      <w:r>
        <w:rPr>
          <w:sz w:val="20"/>
        </w:rPr>
        <w:t>1:27  spirituality ko understand kar rahe hain. Kya koi ek do tareeqa hoga is mein? Spirituality mile aap ko?</w:t>
      </w:r>
    </w:p>
    <w:p>
      <w:pPr>
        <w:pStyle w:val="Heading2"/>
      </w:pPr>
      <w:r>
        <w:t>Rejecting the need for a spiritual intermediary</w:t>
      </w:r>
    </w:p>
    <w:p>
      <w:r>
        <w:rPr>
          <w:color w:val="666666"/>
          <w:sz w:val="18"/>
        </w:rPr>
        <w:t>Tazkiya-e-Nafs Book by Maulana Wahiduddin Khan · 31s · at 39:31 · https://youtu.be/LbGPnJWmj1A?t=2371</w:t>
      </w:r>
    </w:p>
    <w:p>
      <w:r>
        <w:rPr>
          <w:i/>
        </w:rPr>
        <w:t>“Wasitay ka yeh tasawwur yaqeeni tor par bebuniyad hai”</w:t>
      </w:r>
    </w:p>
    <w:p>
      <w:r>
        <w:rPr>
          <w:sz w:val="20"/>
        </w:rPr>
        <w:t>39:31  wasitay ka yeh tasawwur yaqeeni taur par be-bunyad hai. tazkiyah bila wasitah Allah se ta'alluq ke zariye hasil hota hai. koi wasitah is mamlay mein hargiz karamad nahi.</w:t>
      </w:r>
      <w:r>
        <w:br/>
      </w:r>
      <w:r>
        <w:rPr>
          <w:sz w:val="20"/>
        </w:rPr>
        <w:t>39:45  haqeeqi tazkiyah hamesha Allah ki tofeeq se hota hai.</w:t>
      </w:r>
      <w:r>
        <w:br/>
      </w:r>
      <w:r>
        <w:rPr>
          <w:sz w:val="20"/>
        </w:rPr>
        <w:t>39:48  Allah ki tofeeq ke liye kisi wasitay ki zarurat nahi. Allah ki tofeeq har bande tak barah-e-raast pohnchti hai. is ki shart sirf aik hai, aur woh hai haqeeqi maanon mein tazkiyah ka talib ban jana.</w:t>
      </w:r>
    </w:p>
    <w:p>
      <w:pPr>
        <w:pStyle w:val="Heading2"/>
      </w:pPr>
      <w:r>
        <w:t>Jahangir's verse: is paradise really on earth?</w:t>
      </w:r>
    </w:p>
    <w:p>
      <w:r>
        <w:rPr>
          <w:color w:val="666666"/>
          <w:sz w:val="18"/>
        </w:rPr>
        <w:t>Discovery of Paradise March 22, 2015 · 30s · at 12:03 · https://youtu.be/2axrfd7sZkE?t=723</w:t>
      </w:r>
    </w:p>
    <w:p>
      <w:r>
        <w:rPr>
          <w:i/>
        </w:rPr>
        <w:t>“Agar firdaus bar-roo-e-zamin ast, hamin ast”</w:t>
      </w:r>
    </w:p>
    <w:p>
      <w:r>
        <w:rPr>
          <w:sz w:val="20"/>
        </w:rPr>
        <w:t>12:03  Jahangir jo Mughal badshah tha, woh gaya Kashmir. to Kashmir us ko bohat pasand aya.</w:t>
      </w:r>
      <w:r>
        <w:br/>
      </w:r>
      <w:r>
        <w:rPr>
          <w:sz w:val="20"/>
        </w:rPr>
        <w:t>12:14  to us ne kaha ke agar firdous bar rooye zameen ast, hameen ast o hameen ast o hameen ast. yani jannat agar dunya mein kahin hai to yehi yehi hai.</w:t>
      </w:r>
      <w:r>
        <w:br/>
      </w:r>
      <w:r>
        <w:rPr>
          <w:sz w:val="20"/>
        </w:rPr>
        <w:t>12:25  yani yani Kashmir, Kashmir, Kashmir.</w:t>
      </w:r>
    </w:p>
    <w:p>
      <w:pPr>
        <w:pStyle w:val="Heading2"/>
      </w:pPr>
      <w:r>
        <w:t>Cow culture as model for conversion</w:t>
      </w:r>
    </w:p>
    <w:p>
      <w:r>
        <w:rPr>
          <w:color w:val="666666"/>
          <w:sz w:val="18"/>
        </w:rPr>
        <w:t>Islam and Sufism, Islam and Spirituality (Group of Gothers) - Maulana Wahiduddin Khan · 1m 04s · at 27:13 · https://youtu.be/yuxUUlOqZLM?t=1633</w:t>
      </w:r>
    </w:p>
    <w:p>
      <w:r>
        <w:rPr>
          <w:i/>
        </w:rPr>
        <w:t>“God has created cow. Cow eats grass and returns milk”</w:t>
      </w:r>
    </w:p>
    <w:p>
      <w:r>
        <w:rPr>
          <w:sz w:val="20"/>
        </w:rPr>
        <w:t>27:13  so god has given a demonstration in, in for example, in the, in the form of cow, c, c o w cow.</w:t>
      </w:r>
      <w:r>
        <w:br/>
      </w:r>
      <w:r>
        <w:rPr>
          <w:sz w:val="20"/>
        </w:rPr>
        <w:t>27:24  god has created cow. what is cow? you know, cow eats grass and returns milk.</w:t>
      </w:r>
      <w:r>
        <w:br/>
      </w:r>
      <w:r>
        <w:rPr>
          <w:sz w:val="20"/>
        </w:rPr>
        <w:t>27:36  cow is an, cow is a divine industry. cow is a divine industry. able to convert grass into milk.</w:t>
      </w:r>
      <w:r>
        <w:br/>
      </w:r>
      <w:r>
        <w:rPr>
          <w:sz w:val="20"/>
        </w:rPr>
        <w:t>27:46  in other words, cow is able to convert non milk into milk. this is cow culture. so god has created cow culture.</w:t>
      </w:r>
      <w:r>
        <w:br/>
      </w:r>
      <w:r>
        <w:rPr>
          <w:sz w:val="20"/>
        </w:rPr>
        <w:t>27:57  and we have to imitate cow. this kind, we have to develop this kind of, of sub-consciousness.</w:t>
      </w:r>
      <w:r>
        <w:br/>
      </w:r>
      <w:r>
        <w:rPr>
          <w:sz w:val="20"/>
        </w:rPr>
        <w:t>28:07  how it is possible? it is possible through mind. there is a verse in the quran:</w:t>
      </w:r>
    </w:p>
    <w:p>
      <w:pPr>
        <w:pStyle w:val="Heading2"/>
      </w:pPr>
      <w:r>
        <w:t>Complete argument on inner struggle</w:t>
      </w:r>
    </w:p>
    <w:p>
      <w:r>
        <w:rPr>
          <w:color w:val="666666"/>
          <w:sz w:val="18"/>
        </w:rPr>
        <w:t>Life of the Companions of the Prophet | September 29, 2018 · 5m 44s · at 4:48 · https://youtu.be/pR5eJlLJtKE?t=288</w:t>
      </w:r>
    </w:p>
    <w:p>
      <w:r>
        <w:rPr>
          <w:i/>
        </w:rPr>
        <w:t>“Sahaba ka matlab kya hai?”</w:t>
      </w:r>
    </w:p>
    <w:p>
      <w:r>
        <w:rPr>
          <w:sz w:val="20"/>
        </w:rPr>
        <w:t>4:48  ke sahaba ka matlab kya hai? achha momin, achha momin. to achha momin woh hai jiske andar ek perpetual struggle jaari hota hai. ek lafz yaad rakhiye: perpetual struggle, an inner struggle.</w:t>
      </w:r>
      <w:r>
        <w:br/>
      </w:r>
      <w:r>
        <w:rPr>
          <w:sz w:val="20"/>
        </w:rPr>
        <w:t>5:18  yani is ke andar mustaqil taur par ek daakhili kashaa-kash jaari hoti hai.</w:t>
      </w:r>
      <w:r>
        <w:br/>
      </w:r>
      <w:r>
        <w:rPr>
          <w:sz w:val="20"/>
        </w:rPr>
        <w:t>5:35  woh kya? kabhi woh sochta hai Allah ko le kar, to is ko Allah ki rehmaten yaad aati hain.</w:t>
      </w:r>
      <w:r>
        <w:br/>
      </w:r>
      <w:r>
        <w:rPr>
          <w:sz w:val="20"/>
        </w:rPr>
        <w:t>5:52  aur rehmaten ke ma'ni yeh hain ke Allah ne aap ko paani diya, ghalla diya, phal paida kiya,</w:t>
      </w:r>
      <w:r>
        <w:br/>
      </w:r>
      <w:r>
        <w:rPr>
          <w:sz w:val="20"/>
        </w:rPr>
        <w:t>5:58  phir paani ka zariya machhli paida ki.</w:t>
      </w:r>
      <w:r>
        <w:br/>
      </w:r>
      <w:r>
        <w:rPr>
          <w:sz w:val="20"/>
        </w:rPr>
        <w:t>6:05  aap ke liye ek life support system dunya banaai.</w:t>
      </w:r>
      <w:r>
        <w:br/>
      </w:r>
      <w:r>
        <w:rPr>
          <w:sz w:val="20"/>
        </w:rPr>
        <w:t>6:11  Life support system کا ورڈ بڑا اچھا ہے، یہ میں جب انگلش پڑھی میں نے تب مجھے یہ لفظ ملا۔</w:t>
      </w:r>
      <w:r>
        <w:br/>
      </w:r>
      <w:r>
        <w:rPr>
          <w:sz w:val="20"/>
        </w:rPr>
        <w:t>6:17  pehlay mere paas yeh lafz nahi hua karta tha.</w:t>
      </w:r>
      <w:r>
        <w:br/>
      </w:r>
      <w:r>
        <w:rPr>
          <w:sz w:val="20"/>
        </w:rPr>
        <w:t>6:24  to jab mein dunya mein paida hua to mujhe ek life support system, aisi dunya mili jahan life</w:t>
      </w:r>
      <w:r>
        <w:br/>
      </w:r>
      <w:r>
        <w:rPr>
          <w:sz w:val="20"/>
        </w:rPr>
        <w:t>6:30  support system tha.</w:t>
      </w:r>
      <w:r>
        <w:br/>
      </w:r>
      <w:r>
        <w:rPr>
          <w:sz w:val="20"/>
        </w:rPr>
        <w:t>6:36  اور اپنے کا جب میں سوچتا ہوں تو آپ جانتے ہیں کہ twelve is human.</w:t>
      </w:r>
      <w:r>
        <w:br/>
      </w:r>
      <w:r>
        <w:rPr>
          <w:sz w:val="20"/>
        </w:rPr>
        <w:t>6:43  insan se ghalti hoti hai, insan se ghalti hoti hai.</w:t>
      </w:r>
      <w:r>
        <w:br/>
      </w:r>
      <w:r>
        <w:rPr>
          <w:sz w:val="20"/>
        </w:rPr>
        <w:t>6:49  koi insan ghalti se bachta nahin.</w:t>
      </w:r>
      <w:r>
        <w:br/>
      </w:r>
      <w:r>
        <w:rPr>
          <w:sz w:val="20"/>
        </w:rPr>
        <w:t>6:55  to apne ko le kar introspection, apni ghaltiyon ke yaad karna, aur Allah ko le kar sochna, to</w:t>
      </w:r>
      <w:r>
        <w:br/>
      </w:r>
      <w:r>
        <w:rPr>
          <w:sz w:val="20"/>
        </w:rPr>
        <w:t>7:01  Allah to har ghalti se upar hai.</w:t>
      </w:r>
      <w:r>
        <w:br/>
      </w:r>
      <w:r>
        <w:rPr>
          <w:sz w:val="20"/>
        </w:rPr>
        <w:t>7:08  to us ki rehmat yaad aati hai.</w:t>
      </w:r>
      <w:r>
        <w:br/>
      </w:r>
      <w:r>
        <w:rPr>
          <w:sz w:val="20"/>
        </w:rPr>
        <w:t>7:14  to Allah ko le kar sochne se aap hopeful hotay hain, hopeful.</w:t>
      </w:r>
      <w:r>
        <w:br/>
      </w:r>
      <w:r>
        <w:rPr>
          <w:sz w:val="20"/>
        </w:rPr>
        <w:t>7:20  aur apne aap ko le kar sochne se aap ke andar introspection jaagta hai.</w:t>
      </w:r>
      <w:r>
        <w:br/>
      </w:r>
      <w:r>
        <w:rPr>
          <w:sz w:val="20"/>
        </w:rPr>
        <w:t>7:27  yeh do qism ke trend jo aap ke andar jaagte hain, woh aap ke andar ek inner struggle</w:t>
      </w:r>
      <w:r>
        <w:br/>
      </w:r>
      <w:r>
        <w:rPr>
          <w:sz w:val="20"/>
        </w:rPr>
        <w:t>7:33  paida karte hain, inner struggle.</w:t>
      </w:r>
      <w:r>
        <w:br/>
      </w:r>
      <w:r>
        <w:rPr>
          <w:sz w:val="20"/>
        </w:rPr>
        <w:t>7:39  mustaqil tor par ek inner struggle.</w:t>
      </w:r>
      <w:r>
        <w:br/>
      </w:r>
      <w:r>
        <w:rPr>
          <w:sz w:val="20"/>
        </w:rPr>
        <w:t>7:46  aur mein sochta hoon ke yeh bohat bari nafsiati baat hai, bohat bari psychological baat hai.</w:t>
      </w:r>
      <w:r>
        <w:br/>
      </w:r>
      <w:r>
        <w:rPr>
          <w:sz w:val="20"/>
        </w:rPr>
        <w:t>7:52  kyun ke jis tarah hamari</w:t>
      </w:r>
      <w:r>
        <w:br/>
      </w:r>
      <w:r>
        <w:rPr>
          <w:sz w:val="20"/>
        </w:rPr>
        <w:t>7:59  physical health ke liye zaroorat hai ke hamare andar sari activities jo hamare organ hain, organ ke andar bohat zabardast activities jaari hoti hain, tab hamari health baqi rehti hai. tab hamari health baqi rehti hai. to isi tarah se hum inner health ke liye</w:t>
      </w:r>
      <w:r>
        <w:br/>
      </w:r>
      <w:r>
        <w:rPr>
          <w:sz w:val="20"/>
        </w:rPr>
        <w:t>8:29  ek inner struggle jo zaroori hai, to woh woh jo inner struggle jo hai, woh unhi do cheezon</w:t>
      </w:r>
      <w:r>
        <w:br/>
      </w:r>
      <w:r>
        <w:rPr>
          <w:sz w:val="20"/>
        </w:rPr>
        <w:t>8:35  ke kashakash se paida hoti hai.</w:t>
      </w:r>
      <w:r>
        <w:br/>
      </w:r>
      <w:r>
        <w:rPr>
          <w:sz w:val="20"/>
        </w:rPr>
        <w:t>8:41  kabhi is ka ghalba, kabhi is ka ghalba.</w:t>
      </w:r>
      <w:r>
        <w:br/>
      </w:r>
      <w:r>
        <w:rPr>
          <w:sz w:val="20"/>
        </w:rPr>
        <w:t>8:47  kabhi yeh ehsas chha jata hai aap ke upar, kabhi woh ehsas chha jata hai.</w:t>
      </w:r>
      <w:r>
        <w:br/>
      </w:r>
      <w:r>
        <w:rPr>
          <w:sz w:val="20"/>
        </w:rPr>
        <w:t>8:53  is tarah se ek ek struggle jaari rehti hai.</w:t>
      </w:r>
      <w:r>
        <w:br/>
      </w:r>
      <w:r>
        <w:rPr>
          <w:sz w:val="20"/>
        </w:rPr>
        <w:t>8:59  mein samajhta hoon ke jis ke andar yeh struggle na ho, yeh jo believer, yeh yeh nemat sirf</w:t>
      </w:r>
      <w:r>
        <w:br/>
      </w:r>
      <w:r>
        <w:rPr>
          <w:sz w:val="20"/>
        </w:rPr>
        <w:t>9:07  believer ko milti hai, non believer ko nahin.</w:t>
      </w:r>
      <w:r>
        <w:br/>
      </w:r>
      <w:r>
        <w:rPr>
          <w:sz w:val="20"/>
        </w:rPr>
        <w:t>9:14  isi liye aap paate hain ke non believer kha kha ke mota to ho sakta hai, lekin is</w:t>
      </w:r>
      <w:r>
        <w:br/>
      </w:r>
      <w:r>
        <w:rPr>
          <w:sz w:val="20"/>
        </w:rPr>
        <w:t>9:22  ki personality mein koi development</w:t>
      </w:r>
      <w:r>
        <w:br/>
      </w:r>
      <w:r>
        <w:rPr>
          <w:sz w:val="20"/>
        </w:rPr>
        <w:t>9:29  nahin.</w:t>
      </w:r>
      <w:r>
        <w:br/>
      </w:r>
      <w:r>
        <w:rPr>
          <w:sz w:val="20"/>
        </w:rPr>
        <w:t>9:37  kyun ke personality development hota hai isi inner struggle se, isi inner struggle se.</w:t>
      </w:r>
      <w:r>
        <w:br/>
      </w:r>
      <w:r>
        <w:rPr>
          <w:sz w:val="20"/>
        </w:rPr>
        <w:t>9:45  to mein samajhta hoon ke agar aadmi ko apne aap ko jaanchna ho ke mein kya hoon, apne</w:t>
      </w:r>
      <w:r>
        <w:br/>
      </w:r>
      <w:r>
        <w:rPr>
          <w:sz w:val="20"/>
        </w:rPr>
        <w:t>9:52  aap ko jaanchna ho ke mein kya hoon, to yahi yeh is ko dekhna chahiye</w:t>
      </w:r>
      <w:r>
        <w:br/>
      </w:r>
      <w:r>
        <w:rPr>
          <w:sz w:val="20"/>
        </w:rPr>
        <w:t>10:00  ke mere andar inner struggle jaari hai ke nahin.</w:t>
      </w:r>
      <w:r>
        <w:br/>
      </w:r>
      <w:r>
        <w:rPr>
          <w:sz w:val="20"/>
        </w:rPr>
        <w:t>10:06  mere andar inner struggle, jaise aap apni physical health ko jab jaanchna chahta hai doctor, to dekhta hai</w:t>
      </w:r>
      <w:r>
        <w:br/>
      </w:r>
      <w:r>
        <w:rPr>
          <w:sz w:val="20"/>
        </w:rPr>
        <w:t>10:13  ke aap ki dil ki harkat kahin chal rahi hai.</w:t>
      </w:r>
      <w:r>
        <w:br/>
      </w:r>
      <w:r>
        <w:rPr>
          <w:sz w:val="20"/>
        </w:rPr>
        <w:t>10:19  woh bhi ek struggle hai.</w:t>
      </w:r>
      <w:r>
        <w:br/>
      </w:r>
      <w:r>
        <w:rPr>
          <w:sz w:val="20"/>
        </w:rPr>
        <w:t>10:26  aap ki nabz kahin chal rahi hai.</w:t>
      </w:r>
    </w:p>
    <w:p>
      <w:pPr>
        <w:pStyle w:val="Heading2"/>
      </w:pPr>
      <w:r>
        <w:t>Khushuu and success in Salat</w:t>
      </w:r>
    </w:p>
    <w:p>
      <w:r>
        <w:rPr>
          <w:color w:val="666666"/>
          <w:sz w:val="18"/>
        </w:rPr>
        <w:t>Islamic Prayer (Part 2) (English) | February 27, 2007 | Maulana Wahiduddin Khan · 2m 33s · at 22:18 · https://youtu.be/xoh_XiWwRlI?t=1338</w:t>
      </w:r>
    </w:p>
    <w:p>
      <w:r>
        <w:rPr>
          <w:i/>
        </w:rPr>
        <w:t>“Then there is a verse in the Quran”</w:t>
      </w:r>
    </w:p>
    <w:p>
      <w:r>
        <w:rPr>
          <w:sz w:val="20"/>
        </w:rPr>
        <w:t>22:18  integral part to each other. Then there is a verse in the Quran, "qad aflaha almu'minun alladhina hum fi salatihim khashi'un" it means that successful are those who</w:t>
      </w:r>
      <w:r>
        <w:br/>
      </w:r>
      <w:r>
        <w:rPr>
          <w:sz w:val="20"/>
        </w:rPr>
        <w:t>22:50  observe khushuu in their Salat. Here you can see that khushuu, or God-fearing, is a very important part of Salat. Salat, khushuu is the inner spirit of Salat.</w:t>
      </w:r>
      <w:r>
        <w:br/>
      </w:r>
      <w:r>
        <w:rPr>
          <w:sz w:val="20"/>
        </w:rPr>
        <w:t>23:20  Khushuu means fear of God. So fear of God is the inner spirit of Namaaz, or Islamic prayer. So one who keeps fear of God in his Salat, he is a successful person.</w:t>
      </w:r>
      <w:r>
        <w:br/>
      </w:r>
      <w:r>
        <w:rPr>
          <w:sz w:val="20"/>
        </w:rPr>
        <w:t>23:51  Without khushuu, there is no true Salat. And without true Salat, there is no success. According to the Quran, Namaaz is the key to, to the paradise. "qalu lam nakum minal</w:t>
      </w:r>
      <w:r>
        <w:br/>
      </w:r>
      <w:r>
        <w:rPr>
          <w:sz w:val="20"/>
        </w:rPr>
        <w:t>24:21  musallin" it means that only those people will find entry into paradise who were performing their Salat in this world. But what kind of Salat?</w:t>
      </w:r>
    </w:p>
    <w:p>
      <w:pPr>
        <w:pStyle w:val="Heading2"/>
      </w:pPr>
      <w:r>
        <w:t>Role in organizing CPS mission</w:t>
      </w:r>
    </w:p>
    <w:p>
      <w:r>
        <w:rPr>
          <w:color w:val="666666"/>
          <w:sz w:val="18"/>
        </w:rPr>
        <w:t>Experience Sharing Session of CPS Members 24 May 2008 - Maulana Wahiduddin Khan · 1m 31s · at 6:53 · https://youtu.be/alVAkAnKiuM?t=413</w:t>
      </w:r>
    </w:p>
    <w:p>
      <w:r>
        <w:rPr>
          <w:i/>
        </w:rPr>
        <w:t>“आई वुड फर्स्ट लाइक टू स्टार्ट द टॉक”</w:t>
      </w:r>
    </w:p>
    <w:p>
      <w:r>
        <w:rPr>
          <w:sz w:val="20"/>
        </w:rPr>
        <w:t>6:53  i would first like to start the talk. i mean, i would like to pray to god first, that the team, the cps team, which has been that he helps the cps team to fulfill the mission of dawah. he helps all of us in fulfilling the job which we all have undertaken, which is dawah work. i feel that each one of us in the team has some special ability</w:t>
      </w:r>
      <w:r>
        <w:br/>
      </w:r>
      <w:r>
        <w:rPr>
          <w:sz w:val="20"/>
        </w:rPr>
        <w:t>7:22  . this team, if you if you look at if you look at this team as a whole, you will find that each one of us has some special ability, and we have been really handpicked to do our our job in this in this mission.</w:t>
      </w:r>
      <w:r>
        <w:br/>
      </w:r>
      <w:r>
        <w:rPr>
          <w:sz w:val="20"/>
        </w:rPr>
        <w:t>7:38  i feel that i could be useful in organizing things. that that's my forte, and i would be helpful. i mean, i would be very useful in organizing the office, the work in the office, as well as helping each other, helping the team to go forward in this mission.</w:t>
      </w:r>
      <w:r>
        <w:br/>
      </w:r>
      <w:r>
        <w:rPr>
          <w:sz w:val="20"/>
        </w:rPr>
        <w:t>7:58  this is what role this is the role which i feel i have for this mission at the moment. and rest, we should all put in our maximum efforts in fulfilling this mission.</w:t>
      </w:r>
    </w:p>
    <w:p>
      <w:pPr>
        <w:pStyle w:val="Heading2"/>
      </w:pPr>
      <w:r>
        <w:t>Flywheel teaches instant self-control</w:t>
      </w:r>
    </w:p>
    <w:p>
      <w:r>
        <w:rPr>
          <w:color w:val="666666"/>
          <w:sz w:val="18"/>
        </w:rPr>
        <w:t>Life of the Companions of the Prophet | September 29, 2018 · 2m 32s · at 53:31 · https://youtu.be/pR5eJlLJtKE?t=3211</w:t>
      </w:r>
    </w:p>
    <w:p>
      <w:r>
        <w:rPr>
          <w:i/>
        </w:rPr>
        <w:t>“To Gujarat mein ek mujhe ek mila ek factory owner”</w:t>
      </w:r>
    </w:p>
    <w:p>
      <w:r>
        <w:rPr>
          <w:sz w:val="20"/>
        </w:rPr>
        <w:t>53:31  to gujarat mein ek mujhe ek mila ek ek factory owner woh engineer tha engineer to us ne factory chalai thi us mein kuch bohat acha yani modern standard ki woh mangai thi machine to us ko le gaya apni factory mein dikhane ke liye to us ne</w:t>
      </w:r>
      <w:r>
        <w:br/>
      </w:r>
      <w:r>
        <w:rPr>
          <w:sz w:val="20"/>
        </w:rPr>
        <w:t>54:01  kaha dekhen iss machine mein kya khaas baat hai woh main dikhata hoon aap ko to aap jante</w:t>
      </w:r>
      <w:r>
        <w:br/>
      </w:r>
      <w:r>
        <w:rPr>
          <w:sz w:val="20"/>
        </w:rPr>
        <w:t>54:09  honge ke machineon mein ek woh hota hai woh ka kya kehte hain uss ko flying wheel</w:t>
      </w:r>
      <w:r>
        <w:br/>
      </w:r>
      <w:r>
        <w:rPr>
          <w:sz w:val="20"/>
        </w:rPr>
        <w:t>54:16  flying wheel flying wheel iss ka naam hota hai to uss ne dekha ke dekhen yeh flying wheel</w:t>
      </w:r>
      <w:r>
        <w:br/>
      </w:r>
      <w:r>
        <w:rPr>
          <w:sz w:val="20"/>
        </w:rPr>
        <w:t>54:24  hai yeh poora machine ko chalati hai to ek switch ko dabaya uss ne</w:t>
      </w:r>
      <w:r>
        <w:br/>
      </w:r>
      <w:r>
        <w:rPr>
          <w:sz w:val="20"/>
        </w:rPr>
        <w:t>54:32  touch nahi ki touch nahi ki ab to sir touch kiya jata hai uss waqt dabane ka zamana</w:t>
      </w:r>
      <w:r>
        <w:br/>
      </w:r>
      <w:r>
        <w:rPr>
          <w:sz w:val="20"/>
        </w:rPr>
        <w:t>54:40  tha ek switch ko uss waqt touch kiya to within second woh poori speed se chalne laga</w:t>
      </w:r>
      <w:r>
        <w:br/>
      </w:r>
      <w:r>
        <w:rPr>
          <w:sz w:val="20"/>
        </w:rPr>
        <w:t>54:47  shayad second ke fraction mein chalne laga to uss ne kaha phir dekhen ab do dobara dekhen aap</w:t>
      </w:r>
      <w:r>
        <w:br/>
      </w:r>
      <w:r>
        <w:rPr>
          <w:sz w:val="20"/>
        </w:rPr>
        <w:t>54:55  to ek aur switch dabai uss ne to</w:t>
      </w:r>
      <w:r>
        <w:br/>
      </w:r>
      <w:r>
        <w:rPr>
          <w:sz w:val="20"/>
        </w:rPr>
        <w:t>55:03  dobara aisa hua ke within second woh ek stop ho gayi dead stop ho gayi woh flying</w:t>
      </w:r>
      <w:r>
        <w:br/>
      </w:r>
      <w:r>
        <w:rPr>
          <w:sz w:val="20"/>
        </w:rPr>
        <w:t>55:10  wheel jo hai to aap yaqeen kijiye ke main laga rone uss ko dekh kar ke main ne</w:t>
      </w:r>
      <w:r>
        <w:br/>
      </w:r>
      <w:r>
        <w:rPr>
          <w:sz w:val="20"/>
        </w:rPr>
        <w:t>55:18  kaha ke agar machine ke andar ye taqat hai ke vid in second aap log stress stop kar</w:t>
      </w:r>
      <w:r>
        <w:br/>
      </w:r>
      <w:r>
        <w:rPr>
          <w:sz w:val="20"/>
        </w:rPr>
        <w:t>55:25  de to mere andar kyon nahin ek</w:t>
      </w:r>
      <w:r>
        <w:br/>
      </w:r>
      <w:r>
        <w:rPr>
          <w:sz w:val="20"/>
        </w:rPr>
        <w:t>55:33  engine jis machine ko ek engine chal raha hai mechanical engine agar mechanical engine mein ye taqat hai</w:t>
      </w:r>
      <w:r>
        <w:br/>
      </w:r>
      <w:r>
        <w:rPr>
          <w:sz w:val="20"/>
        </w:rPr>
        <w:t>55:39  ke vid in second wo apne ko stop kar sakta hai to mere andar kyon nahin to yaqin</w:t>
      </w:r>
      <w:r>
        <w:br/>
      </w:r>
      <w:r>
        <w:rPr>
          <w:sz w:val="20"/>
        </w:rPr>
        <w:t>55:45  kijiye iske baad se mera ye haal hoga ke is yaqin kijiye ke main waqeatan vid in</w:t>
      </w:r>
      <w:r>
        <w:br/>
      </w:r>
      <w:r>
        <w:rPr>
          <w:sz w:val="20"/>
        </w:rPr>
        <w:t>55:51  second mein apne ko rok sakta hoon aap ko agar agar tajurba karna ho to mujhe aap kabhi</w:t>
      </w:r>
      <w:r>
        <w:br/>
      </w:r>
      <w:r>
        <w:rPr>
          <w:sz w:val="20"/>
        </w:rPr>
        <w:t>55:57  aa ke ghussa dilai</w:t>
      </w:r>
    </w:p>
    <w:p>
      <w:pPr>
        <w:pStyle w:val="Heading2"/>
      </w:pPr>
      <w:r>
        <w:t>Anti-self-thinking leads to disease increase</w:t>
      </w:r>
    </w:p>
    <w:p>
      <w:r>
        <w:rPr>
          <w:color w:val="666666"/>
          <w:sz w:val="18"/>
        </w:rPr>
        <w:t>Dars-e-Quran, Chapter 2,  Vs 7-19 | July 26,  2015 · 1m 31s · at 17:33 · https://youtu.be/O71wvnrbnXU?t=1053</w:t>
      </w:r>
    </w:p>
    <w:p>
      <w:r>
        <w:rPr>
          <w:i/>
        </w:rPr>
        <w:t>“These are people who do not practice self-thinking.”</w:t>
      </w:r>
    </w:p>
    <w:p>
      <w:r>
        <w:rPr>
          <w:sz w:val="20"/>
        </w:rPr>
        <w:t>17:33  position hai aise aadmi ki jo anti self thinking na kare. fi quloobihim maradun fa zadahum Allahu maradun. un ke dil mein bimari hai to Allah ne un ki bimari ko badha diya. yahan qalb hamari aql hai, dimagh yani un ke zehen mein ek bimari hai to Allah ne is bimari ko badha diya hai. woh bimari kya hai? woh bimari hai nifaq hai. y'a</w:t>
      </w:r>
      <w:r>
        <w:br/>
      </w:r>
      <w:r>
        <w:rPr>
          <w:sz w:val="20"/>
        </w:rPr>
        <w:t>18:03  ni zahir daari is ko keh sakte hain aap.</w:t>
      </w:r>
      <w:r>
        <w:br/>
      </w:r>
      <w:r>
        <w:rPr>
          <w:sz w:val="20"/>
        </w:rPr>
        <w:t>18:08  nifaq ko aaj kal ki zuban mein main samajhta hoon kaha jaye ga zahir daari.</w:t>
      </w:r>
      <w:r>
        <w:br/>
      </w:r>
      <w:r>
        <w:rPr>
          <w:sz w:val="20"/>
        </w:rPr>
        <w:t>18:12  yani waza qata ke aitbaar se apna khoob musalman banaye rakhna.</w:t>
      </w:r>
      <w:r>
        <w:br/>
      </w:r>
      <w:r>
        <w:rPr>
          <w:sz w:val="20"/>
        </w:rPr>
        <w:t>18:16  to in ke andar aik zahir daari ka mizaj hai.</w:t>
      </w:r>
      <w:r>
        <w:br/>
      </w:r>
      <w:r>
        <w:rPr>
          <w:sz w:val="20"/>
        </w:rPr>
        <w:t>18:21  to Allah ne is ko aur barha diya.</w:t>
      </w:r>
      <w:r>
        <w:br/>
      </w:r>
      <w:r>
        <w:rPr>
          <w:sz w:val="20"/>
        </w:rPr>
        <w:t>18:25  to Allah barhanay ke baad nahi ke Allah khud barah e raast barha deta hai.</w:t>
      </w:r>
      <w:r>
        <w:br/>
      </w:r>
      <w:r>
        <w:rPr>
          <w:sz w:val="20"/>
        </w:rPr>
        <w:t>18:30  asal yeh hai ke aadmi mein koi cheez</w:t>
      </w:r>
      <w:r>
        <w:br/>
      </w:r>
      <w:r>
        <w:rPr>
          <w:sz w:val="20"/>
        </w:rPr>
        <w:t>18:34  aik aik haalat mein nahin rehti.</w:t>
      </w:r>
      <w:r>
        <w:br/>
      </w:r>
      <w:r>
        <w:rPr>
          <w:sz w:val="20"/>
        </w:rPr>
        <w:t>18:37  stand still nahin rehti.</w:t>
      </w:r>
      <w:r>
        <w:br/>
      </w:r>
      <w:r>
        <w:rPr>
          <w:sz w:val="20"/>
        </w:rPr>
        <w:t>18:40  ya to khatkega ya badhega.</w:t>
      </w:r>
      <w:r>
        <w:br/>
      </w:r>
      <w:r>
        <w:rPr>
          <w:sz w:val="20"/>
        </w:rPr>
        <w:t>18:42  khatkega ya badhega.</w:t>
      </w:r>
      <w:r>
        <w:br/>
      </w:r>
      <w:r>
        <w:rPr>
          <w:sz w:val="20"/>
        </w:rPr>
        <w:t>18:45  insaan mein kabhi bhi pathar ke tareeqe se aik haalat qaim nahin reh sakti.</w:t>
      </w:r>
      <w:r>
        <w:br/>
      </w:r>
      <w:r>
        <w:rPr>
          <w:sz w:val="20"/>
        </w:rPr>
        <w:t>18:48  to jab aadmi ke andar zahirdari hai woh sirf yeh dekhta hai ke logon ki nazar mein</w:t>
      </w:r>
      <w:r>
        <w:br/>
      </w:r>
      <w:r>
        <w:rPr>
          <w:sz w:val="20"/>
        </w:rPr>
        <w:t>18:51  mein acha bana raha hoon.</w:t>
      </w:r>
      <w:r>
        <w:br/>
      </w:r>
      <w:r>
        <w:rPr>
          <w:sz w:val="20"/>
        </w:rPr>
        <w:t>18:53  andar kassa hoon.</w:t>
      </w:r>
      <w:r>
        <w:br/>
      </w:r>
      <w:r>
        <w:rPr>
          <w:sz w:val="20"/>
        </w:rPr>
        <w:t>18:56  is par dhyan na uska ho.</w:t>
      </w:r>
      <w:r>
        <w:br/>
      </w:r>
      <w:r>
        <w:rPr>
          <w:sz w:val="20"/>
        </w:rPr>
        <w:t>18:59  to use pakhta hota hota chala jayega.</w:t>
      </w:r>
      <w:r>
        <w:br/>
      </w:r>
      <w:r>
        <w:rPr>
          <w:sz w:val="20"/>
        </w:rPr>
        <w:t>19:01  yani aik aisa insaan jo</w:t>
      </w:r>
    </w:p>
    <w:p>
      <w:pPr>
        <w:pStyle w:val="Heading2"/>
      </w:pPr>
      <w:r>
        <w:t>Admitting fault builds a believer's personality</w:t>
      </w:r>
    </w:p>
    <w:p>
      <w:r>
        <w:rPr>
          <w:color w:val="666666"/>
          <w:sz w:val="18"/>
        </w:rPr>
        <w:t>Personality of A Believer February 2, 2014 · 55s · at 22:08 · https://youtu.be/EiK_-O-Bjps?t=1328</w:t>
      </w:r>
    </w:p>
    <w:p>
      <w:r>
        <w:rPr>
          <w:i/>
        </w:rPr>
        <w:t>“Bat explain ho jaye to keh do: I was wrong”</w:t>
      </w:r>
    </w:p>
    <w:p>
      <w:r>
        <w:rPr>
          <w:sz w:val="20"/>
        </w:rPr>
        <w:t>22:08  ke baat ko agar explain kar diya jaye aur maloom ho ke ghalti meri thi to keh de ke I was wrong, I was wrong .</w:t>
      </w:r>
      <w:r>
        <w:br/>
      </w:r>
      <w:r>
        <w:rPr>
          <w:sz w:val="20"/>
        </w:rPr>
        <w:t>22:21  yeh yeh yeh quality hai momin ki personality, ek shakhsiyat ki quality hai ke jaise explain kar diya jaye to phir woh us ko</w:t>
      </w:r>
      <w:r>
        <w:br/>
      </w:r>
      <w:r>
        <w:rPr>
          <w:sz w:val="20"/>
        </w:rPr>
        <w:t>22:35  prestige show na banaye, ana ka sawal na banaye. woh keh de ke I was wrong, you areright,</w:t>
      </w:r>
      <w:r>
        <w:br/>
      </w:r>
      <w:r>
        <w:rPr>
          <w:sz w:val="20"/>
        </w:rPr>
        <w:t>22:48  I was wrong .</w:t>
      </w:r>
      <w:r>
        <w:br/>
      </w:r>
      <w:r>
        <w:rPr>
          <w:sz w:val="20"/>
        </w:rPr>
        <w:t>22:50  is se ek personality banti hai aap ke andar, yani etiraf ki personality, appreciate karne ki personality, acknowledge karne ki personality.</w:t>
      </w:r>
    </w:p>
    <w:p>
      <w:pPr>
        <w:pStyle w:val="Heading2"/>
      </w:pPr>
      <w:r>
        <w:t>Mocking a shallow passport-and-visa view of Islam</w:t>
      </w:r>
    </w:p>
    <w:p>
      <w:r>
        <w:rPr>
          <w:color w:val="666666"/>
          <w:sz w:val="18"/>
        </w:rPr>
        <w:t>Divine Personality April 2, 2014 Maulana Wahiduddin Khan · 2m 46s · at 0:11 · https://youtu.be/4F-V__KFzpA?t=11</w:t>
      </w:r>
    </w:p>
    <w:p>
      <w:r>
        <w:rPr>
          <w:i/>
        </w:rPr>
        <w:t>“Today I would like to say a few words about the teachings of Islam.”</w:t>
      </w:r>
    </w:p>
    <w:p>
      <w:r>
        <w:rPr>
          <w:sz w:val="20"/>
        </w:rPr>
        <w:t>0:11  Today I would like to say a few words about the teachings of Islam.</w:t>
      </w:r>
      <w:r>
        <w:br/>
      </w:r>
      <w:r>
        <w:rPr>
          <w:sz w:val="20"/>
        </w:rPr>
        <w:t>0:21  Yesterday I was listening to a talk given by a popular Muslim speak</w:t>
      </w:r>
      <w:r>
        <w:br/>
      </w:r>
      <w:r>
        <w:rPr>
          <w:sz w:val="20"/>
        </w:rPr>
        <w:t>0:37  er. During his speech he said that he used an analogy, an analogy of passport and visa.</w:t>
      </w:r>
      <w:r>
        <w:br/>
      </w:r>
      <w:r>
        <w:rPr>
          <w:sz w:val="20"/>
        </w:rPr>
        <w:t>0:55  He said that</w:t>
      </w:r>
      <w:r>
        <w:br/>
      </w:r>
      <w:r>
        <w:rPr>
          <w:sz w:val="20"/>
        </w:rPr>
        <w:t>0:59  there is a passport of Islam, also there is a visa of Islam.</w:t>
      </w:r>
      <w:r>
        <w:br/>
      </w:r>
      <w:r>
        <w:rPr>
          <w:sz w:val="20"/>
        </w:rPr>
        <w:t>1:04  So he said that La ilaha illallah is the passport of Islam and Muhammadur Rasulullah is its visa.</w:t>
      </w:r>
      <w:r>
        <w:br/>
      </w:r>
      <w:r>
        <w:rPr>
          <w:sz w:val="20"/>
        </w:rPr>
        <w:t>1:20  Then he said that every Muslim always has the passport.</w:t>
      </w:r>
      <w:r>
        <w:br/>
      </w:r>
      <w:r>
        <w:rPr>
          <w:sz w:val="20"/>
        </w:rPr>
        <w:t>1:29  Every Muslim when he is born he is</w:t>
      </w:r>
      <w:r>
        <w:br/>
      </w:r>
      <w:r>
        <w:rPr>
          <w:sz w:val="20"/>
        </w:rPr>
        <w:t>1:39  recited the Kalima, La ilaha illallah.</w:t>
      </w:r>
      <w:r>
        <w:br/>
      </w:r>
      <w:r>
        <w:rPr>
          <w:sz w:val="20"/>
        </w:rPr>
        <w:t>1:45  So already he has obtained the passport of Islam. Now the only thing that he must stamp the visa of Islam, that is following the Muhammad (صلى الله عليه وسلم).</w:t>
      </w:r>
      <w:r>
        <w:br/>
      </w:r>
      <w:r>
        <w:rPr>
          <w:sz w:val="20"/>
        </w:rPr>
        <w:t>2:10  This kind of presentation of Islam is like a joke.</w:t>
      </w:r>
      <w:r>
        <w:br/>
      </w:r>
      <w:r>
        <w:rPr>
          <w:sz w:val="20"/>
        </w:rPr>
        <w:t>2:16  I don't think that this kind of presentation has any impact upon the listeners. It is a kind of entertainment.</w:t>
      </w:r>
      <w:r>
        <w:br/>
      </w:r>
      <w:r>
        <w:rPr>
          <w:sz w:val="20"/>
        </w:rPr>
        <w:t>2:32  It is not a da'wah.</w:t>
      </w:r>
      <w:r>
        <w:br/>
      </w:r>
      <w:r>
        <w:rPr>
          <w:sz w:val="20"/>
        </w:rPr>
        <w:t>2:39  Then if you see the modern situation of Muslim countries you will find that every day in the media there are some</w:t>
      </w:r>
    </w:p>
    <w:p>
      <w:pPr>
        <w:pStyle w:val="Heading2"/>
      </w:pPr>
      <w:r>
        <w:t>Hypocrisy emerges from lack of self-correction</w:t>
      </w:r>
    </w:p>
    <w:p>
      <w:r>
        <w:rPr>
          <w:color w:val="666666"/>
          <w:sz w:val="18"/>
        </w:rPr>
        <w:t>Dars-e-Quran, Chapter 2,  Vs 7-19 | July 26,  2015 · 5m 05s · at 2:21 · https://youtu.be/O71wvnrbnXU?t=141</w:t>
      </w:r>
    </w:p>
    <w:p>
      <w:r>
        <w:rPr>
          <w:i/>
        </w:rPr>
        <w:t>“In Mecca there was only Islam or denial.”</w:t>
      </w:r>
    </w:p>
    <w:p>
      <w:r>
        <w:rPr>
          <w:sz w:val="20"/>
        </w:rPr>
        <w:t>2:21  fenomina nahi tha.</w:t>
      </w:r>
      <w:r>
        <w:br/>
      </w:r>
      <w:r>
        <w:rPr>
          <w:sz w:val="20"/>
        </w:rPr>
        <w:t>2:26  wahan ya to islam tha ya inkar tha.</w:t>
      </w:r>
      <w:r>
        <w:br/>
      </w:r>
      <w:r>
        <w:rPr>
          <w:sz w:val="20"/>
        </w:rPr>
        <w:t>2:31  lekin madine mein ek naya zahira paida hua.</w:t>
      </w:r>
      <w:r>
        <w:br/>
      </w:r>
      <w:r>
        <w:rPr>
          <w:sz w:val="20"/>
        </w:rPr>
        <w:t>2:36  wo is ko kehte hain munafiqat.</w:t>
      </w:r>
      <w:r>
        <w:br/>
      </w:r>
      <w:r>
        <w:rPr>
          <w:sz w:val="20"/>
        </w:rPr>
        <w:t>2:41  yani wahan par chounke mask corrosion ho raha tha to bohat se log islam mein dakhil ho gaye.</w:t>
      </w:r>
      <w:r>
        <w:br/>
      </w:r>
      <w:r>
        <w:rPr>
          <w:sz w:val="20"/>
        </w:rPr>
        <w:t>2:46  yani social compulsion ke tehat.</w:t>
      </w:r>
      <w:r>
        <w:br/>
      </w:r>
      <w:r>
        <w:rPr>
          <w:sz w:val="20"/>
        </w:rPr>
        <w:t>2:51  to lekin un ki ziyada tarbiyat to is se nahi hui thi jaise makke mein hui thi logon ki.</w:t>
      </w:r>
      <w:r>
        <w:br/>
      </w:r>
      <w:r>
        <w:rPr>
          <w:sz w:val="20"/>
        </w:rPr>
        <w:t>2:56  un ka imaan ziyada pakka nahi hua tha.</w:t>
      </w:r>
      <w:r>
        <w:br/>
      </w:r>
      <w:r>
        <w:rPr>
          <w:sz w:val="20"/>
        </w:rPr>
        <w:t>3:02  to dhire dhire un mein ek duality aa gayi.</w:t>
      </w:r>
      <w:r>
        <w:br/>
      </w:r>
      <w:r>
        <w:rPr>
          <w:sz w:val="20"/>
        </w:rPr>
        <w:t>3:07  yani bazahir to ye dikhana logon ko ke hum islam mein hain, islam mein hain, islam mein hain.</w:t>
      </w:r>
      <w:r>
        <w:br/>
      </w:r>
      <w:r>
        <w:rPr>
          <w:sz w:val="20"/>
        </w:rPr>
        <w:t>3:12  lekin andar se un ko islam se koi dilchaspi nahi thi.</w:t>
      </w:r>
      <w:r>
        <w:br/>
      </w:r>
      <w:r>
        <w:rPr>
          <w:sz w:val="20"/>
        </w:rPr>
        <w:t>3:17  to tarah tarah ke</w:t>
      </w:r>
      <w:r>
        <w:br/>
      </w:r>
      <w:r>
        <w:rPr>
          <w:sz w:val="20"/>
        </w:rPr>
        <w:t>3:22  fitne paida karte the, social paida karte the.</w:t>
      </w:r>
      <w:r>
        <w:br/>
      </w:r>
      <w:r>
        <w:rPr>
          <w:sz w:val="20"/>
        </w:rPr>
        <w:t>3:27  taake apne ko justify karen.</w:t>
      </w:r>
      <w:r>
        <w:br/>
      </w:r>
      <w:r>
        <w:rPr>
          <w:sz w:val="20"/>
        </w:rPr>
        <w:t>3:32  yani jo munafiqat koi anokhi cheez ka naam nahi hai.</w:t>
      </w:r>
      <w:r>
        <w:br/>
      </w:r>
      <w:r>
        <w:rPr>
          <w:sz w:val="20"/>
        </w:rPr>
        <w:t>3:37  wo har samaj mein hota hai.</w:t>
      </w:r>
      <w:r>
        <w:br/>
      </w:r>
      <w:r>
        <w:rPr>
          <w:sz w:val="20"/>
        </w:rPr>
        <w:t>3:42  aaj bhi hai.</w:t>
      </w:r>
      <w:r>
        <w:br/>
      </w:r>
      <w:r>
        <w:rPr>
          <w:sz w:val="20"/>
        </w:rPr>
        <w:t>3:47  yani jo log ke ikhlas ke sath islam par qaim na hon balki social compulsion ya material interest</w:t>
      </w:r>
      <w:r>
        <w:br/>
      </w:r>
      <w:r>
        <w:rPr>
          <w:sz w:val="20"/>
        </w:rPr>
        <w:t>3:52  jaise asbab se wo muslim society mein shamil hon aur un ka imaan kamzor ho chuka ho.</w:t>
      </w:r>
      <w:r>
        <w:br/>
      </w:r>
      <w:r>
        <w:rPr>
          <w:sz w:val="20"/>
        </w:rPr>
        <w:t>3:59  ye khaas taur par ye baad ke zamane mein to bohat hota hai jab jab degeneration ho</w:t>
      </w:r>
      <w:r>
        <w:br/>
      </w:r>
      <w:r>
        <w:rPr>
          <w:sz w:val="20"/>
        </w:rPr>
        <w:t>4:05  chuka hota hai.</w:t>
      </w:r>
      <w:r>
        <w:br/>
      </w:r>
      <w:r>
        <w:rPr>
          <w:sz w:val="20"/>
        </w:rPr>
        <w:t>4:11  to ye un ka zahira hai.</w:t>
      </w:r>
      <w:r>
        <w:br/>
      </w:r>
      <w:r>
        <w:rPr>
          <w:sz w:val="20"/>
        </w:rPr>
        <w:t>4:17  to ye jo farmaya ke un ka</w:t>
      </w:r>
      <w:r>
        <w:br/>
      </w:r>
      <w:r>
        <w:rPr>
          <w:sz w:val="20"/>
        </w:rPr>
        <w:t>4:24  un ka un ka wo dilon se samajhte nahi, wo kaan se sunte nahi, aankh se dekhte nahi,</w:t>
      </w:r>
      <w:r>
        <w:br/>
      </w:r>
      <w:r>
        <w:rPr>
          <w:sz w:val="20"/>
        </w:rPr>
        <w:t>4:30  yeh kya hai? bazoher teen lafz hain lekin haqeeqat aik hi hai.</w:t>
      </w:r>
      <w:r>
        <w:br/>
      </w:r>
      <w:r>
        <w:rPr>
          <w:sz w:val="20"/>
        </w:rPr>
        <w:t>4:36  woh hai conditioning.</w:t>
      </w:r>
      <w:r>
        <w:br/>
      </w:r>
      <w:r>
        <w:rPr>
          <w:sz w:val="20"/>
        </w:rPr>
        <w:t>4:43  کنڈیشننگ کیا ہے؟ جب آدمی ایک راستہ اختیار کرے اور اس پر وہ محاسبہ نہ کرے، introspection نہ</w:t>
      </w:r>
      <w:r>
        <w:br/>
      </w:r>
      <w:r>
        <w:rPr>
          <w:sz w:val="20"/>
        </w:rPr>
        <w:t>4:49  kare to dheere dheere woh pakhta ho jata hai.</w:t>
      </w:r>
      <w:r>
        <w:br/>
      </w:r>
      <w:r>
        <w:rPr>
          <w:sz w:val="20"/>
        </w:rPr>
        <w:t>4:56  محاسبہ یا introspection جو ہے اس سے آپ کے اندر self-correction کا پراسیس چلتا رہتا ہے۔ Self-correction.</w:t>
      </w:r>
      <w:r>
        <w:br/>
      </w:r>
      <w:r>
        <w:rPr>
          <w:sz w:val="20"/>
        </w:rPr>
        <w:t>5:06  لیکن جب آپ کے اندر محاسبہ نہ ہو، introspection نہ ہو تو self-correction کا process ختم ہو جاتا ہے۔</w:t>
      </w:r>
      <w:r>
        <w:br/>
      </w:r>
      <w:r>
        <w:rPr>
          <w:sz w:val="20"/>
        </w:rPr>
        <w:t>5:16  to phir kya hota hai? aadmi apne jis haal mein woh hai usi haal par woh kondi</w:t>
      </w:r>
      <w:r>
        <w:br/>
      </w:r>
      <w:r>
        <w:rPr>
          <w:sz w:val="20"/>
        </w:rPr>
        <w:t>5:26  conditioning hone lagti hai uski.</w:t>
      </w:r>
      <w:r>
        <w:br/>
      </w:r>
      <w:r>
        <w:rPr>
          <w:sz w:val="20"/>
        </w:rPr>
        <w:t>5:30  aur dheere dheere itna pakhta hota hai ke usi ko theek samajhta hai woh.</w:t>
      </w:r>
      <w:r>
        <w:br/>
      </w:r>
      <w:r>
        <w:rPr>
          <w:sz w:val="20"/>
        </w:rPr>
        <w:t>5:35  to koi baat kahi jaye to na us ke kaan sunenge, na us ki aqal sochegi,</w:t>
      </w:r>
      <w:r>
        <w:br/>
      </w:r>
      <w:r>
        <w:rPr>
          <w:sz w:val="20"/>
        </w:rPr>
        <w:t>5:39  na us ki aankh dekhegi.</w:t>
      </w:r>
      <w:r>
        <w:br/>
      </w:r>
      <w:r>
        <w:rPr>
          <w:sz w:val="20"/>
        </w:rPr>
        <w:t>5:43  to yeh hota hai haal.</w:t>
      </w:r>
      <w:r>
        <w:br/>
      </w:r>
      <w:r>
        <w:rPr>
          <w:sz w:val="20"/>
        </w:rPr>
        <w:t>5:47  kisi bhi shakhs ka yeh haal ho sakta hai jo apna muhasba na karta ho.</w:t>
      </w:r>
      <w:r>
        <w:br/>
      </w:r>
      <w:r>
        <w:rPr>
          <w:sz w:val="20"/>
        </w:rPr>
        <w:t>5:52  to munafiq koi anokhi makhlooq ka naam nahi</w:t>
      </w:r>
      <w:r>
        <w:br/>
      </w:r>
      <w:r>
        <w:rPr>
          <w:sz w:val="20"/>
        </w:rPr>
        <w:t>5:56  hai.</w:t>
      </w:r>
      <w:r>
        <w:br/>
      </w:r>
      <w:r>
        <w:rPr>
          <w:sz w:val="20"/>
        </w:rPr>
        <w:t>6:02  aik samaj mein log hote hain jaise madine mein thay aise aaj bhi.</w:t>
      </w:r>
      <w:r>
        <w:br/>
      </w:r>
      <w:r>
        <w:rPr>
          <w:sz w:val="20"/>
        </w:rPr>
        <w:t>6:08  ke jin logon ka sach poochein to munafiqat ka matlab yeh hai ke aadmi bazoher islam ko manta</w:t>
      </w:r>
      <w:r>
        <w:br/>
      </w:r>
      <w:r>
        <w:rPr>
          <w:sz w:val="20"/>
        </w:rPr>
        <w:t>6:14  ho lekin us ke andar introspection ka amal jari na ho.</w:t>
      </w:r>
      <w:r>
        <w:br/>
      </w:r>
      <w:r>
        <w:rPr>
          <w:sz w:val="20"/>
        </w:rPr>
        <w:t>6:20  muhasba ka amal jari na ho. kyon</w:t>
      </w:r>
      <w:r>
        <w:br/>
      </w:r>
      <w:r>
        <w:rPr>
          <w:sz w:val="20"/>
        </w:rPr>
        <w:t>6:26  ke rozana durood hoti hai ke rozana aadmi sochta hai, rozana, rozana.</w:t>
      </w:r>
      <w:r>
        <w:br/>
      </w:r>
      <w:r>
        <w:rPr>
          <w:sz w:val="20"/>
        </w:rPr>
        <w:t>6:30  har din aadmi ko shaitan hamla karta hai.</w:t>
      </w:r>
      <w:r>
        <w:br/>
      </w:r>
      <w:r>
        <w:rPr>
          <w:sz w:val="20"/>
        </w:rPr>
        <w:t>6:35  paighamber pe hamla karta hai.</w:t>
      </w:r>
      <w:r>
        <w:br/>
      </w:r>
      <w:r>
        <w:rPr>
          <w:sz w:val="20"/>
        </w:rPr>
        <w:t>6:39  koi aadmi is se exempted nahi hai.</w:t>
      </w:r>
      <w:r>
        <w:br/>
      </w:r>
      <w:r>
        <w:rPr>
          <w:sz w:val="20"/>
        </w:rPr>
        <w:t>6:43  to zaroori hai ke aadmi alert rahe.</w:t>
      </w:r>
      <w:r>
        <w:br/>
      </w:r>
      <w:r>
        <w:rPr>
          <w:sz w:val="20"/>
        </w:rPr>
        <w:t>6:48  woh apna introspection karta rahe.</w:t>
      </w:r>
      <w:r>
        <w:br/>
      </w:r>
      <w:r>
        <w:rPr>
          <w:sz w:val="20"/>
        </w:rPr>
        <w:t>6:52  to aik self correction ka process jari rehta hai to aadmi</w:t>
      </w:r>
      <w:r>
        <w:br/>
      </w:r>
      <w:r>
        <w:rPr>
          <w:sz w:val="20"/>
        </w:rPr>
        <w:t>6:56  ki conditioning ruki rehti hai.</w:t>
      </w:r>
      <w:r>
        <w:br/>
      </w:r>
      <w:r>
        <w:rPr>
          <w:sz w:val="20"/>
        </w:rPr>
        <w:t>7:01  lekin jab aadmi ke andar self correction ka process jari na ho to wahi dheere dheere nifaq ban jata hai.</w:t>
      </w:r>
      <w:r>
        <w:br/>
      </w:r>
      <w:r>
        <w:rPr>
          <w:sz w:val="20"/>
        </w:rPr>
        <w:t>7:05  to nifaq jab aa jata hai to log bazoher to masjidon mein namaz padhenge, bazoher roze bhi rakhenge.</w:t>
      </w:r>
      <w:r>
        <w:br/>
      </w:r>
      <w:r>
        <w:rPr>
          <w:sz w:val="20"/>
        </w:rPr>
        <w:t>7:09  lekin dil mein ikhlas nahi hoga.</w:t>
      </w:r>
      <w:r>
        <w:br/>
      </w:r>
      <w:r>
        <w:rPr>
          <w:sz w:val="20"/>
        </w:rPr>
        <w:t>7:13  dil mein Allah ka khauf nahi hoga.</w:t>
      </w:r>
      <w:r>
        <w:br/>
      </w:r>
      <w:r>
        <w:rPr>
          <w:sz w:val="20"/>
        </w:rPr>
        <w:t>7:18  dil mein akhirat ki pakad nahi hogi.</w:t>
      </w:r>
      <w:r>
        <w:br/>
      </w:r>
      <w:r>
        <w:rPr>
          <w:sz w:val="20"/>
        </w:rPr>
        <w:t>7:22  to phir kuch un ke siwa mil jayega. apne inter</w:t>
      </w:r>
    </w:p>
    <w:p>
      <w:pPr>
        <w:pStyle w:val="Heading2"/>
      </w:pPr>
      <w:r>
        <w:t>Maintaining spirituality in daily life through developed mind</w:t>
      </w:r>
    </w:p>
    <w:p>
      <w:r>
        <w:rPr>
          <w:color w:val="666666"/>
          <w:sz w:val="18"/>
        </w:rPr>
        <w:t>Spirituality in Daily Life 13 Aug 2016 - Maulana Wahiduddin Khan · 3m 18s · at 11:47 · https://youtu.be/SB0AF0Q9aTE?t=707</w:t>
      </w:r>
    </w:p>
    <w:p>
      <w:r>
        <w:rPr>
          <w:i/>
        </w:rPr>
        <w:t>“Dekhiye, woh heart-based spirituality mein aap maintain nahi kar sakte.”</w:t>
      </w:r>
    </w:p>
    <w:p>
      <w:r>
        <w:rPr>
          <w:sz w:val="20"/>
        </w:rPr>
        <w:t>11:47  dekhiye, wo heart based spirituality mein aap maintain nahi kar sakte. main khud pahadon mein gaya hoon, kashmir gaya hoon, shimla, mussoorie, nainital gaya hoon. to ek scene, ek ek natural scene ho wahan. wahan aap jayein to thodi der ke baad lagta hai.</w:t>
      </w:r>
      <w:r>
        <w:br/>
      </w:r>
      <w:r>
        <w:rPr>
          <w:sz w:val="20"/>
        </w:rPr>
        <w:t>12:11  ye dheere dheere aap bol rahe hote hain. kyunki physical sense mein to kuch le rahe hain aap, lekin intellectual sense mein aapko kuch nahi mil raha hai.</w:t>
      </w:r>
      <w:r>
        <w:br/>
      </w:r>
      <w:r>
        <w:rPr>
          <w:sz w:val="20"/>
        </w:rPr>
        <w:t>12:23  to chahe koi nature ka scene ho ya aap market mein ho ya aap kahin bhi ho, agar aap ek developed mind hain, to har jagah aapko spiritual</w:t>
      </w:r>
      <w:r>
        <w:br/>
      </w:r>
      <w:r>
        <w:rPr>
          <w:sz w:val="20"/>
        </w:rPr>
        <w:t>12:40  content milta rahega cheezon mein. har jagah. aur aap spiritually, aap developed mind nahi hain, to aapko spiritual content nahi milega. phir aapko starvation mein jaana padega.</w:t>
      </w:r>
      <w:r>
        <w:br/>
      </w:r>
      <w:r>
        <w:rPr>
          <w:sz w:val="20"/>
        </w:rPr>
        <w:t>13:01  to main bataoon ki pehla kaam hai mind ko, mind ko develop, develop karna. maslan, main ek, mere ghar ke saamne ek, ek, ek darakht hai. to usmein</w:t>
      </w:r>
      <w:r>
        <w:br/>
      </w:r>
      <w:r>
        <w:rPr>
          <w:sz w:val="20"/>
        </w:rPr>
        <w:t>13:18  phool khile hue the. kai phool ka ek, ek khosa tha. main utha hokar usko dekhne laga. to itni beauty thi, itni beauty thi, itni beauty thi. main hairaan tha</w:t>
      </w:r>
      <w:r>
        <w:br/>
      </w:r>
      <w:r>
        <w:rPr>
          <w:sz w:val="20"/>
        </w:rPr>
        <w:t>13:34  ki kya yeh beauty koi phool apne aap apne andar paida kar sakta hai. to mere saath possible nahin hai. to itni zabardast,</w:t>
      </w:r>
      <w:r>
        <w:br/>
      </w:r>
      <w:r>
        <w:rPr>
          <w:sz w:val="20"/>
        </w:rPr>
        <w:t>13:49  beautiful cheez apne aap kaise ban jayegi? to zaroor hai koi creator ho.</w:t>
      </w:r>
      <w:r>
        <w:br/>
      </w:r>
      <w:r>
        <w:rPr>
          <w:sz w:val="20"/>
        </w:rPr>
        <w:t>13:55  phir maine socha ki ye darakht shuru mein kya hai? tana hai, stem hai, phir branches hain, phir pattiyan hain. usi mein kaante bhi hain. in cheezon ke darmiyan ek cheez nikalti hai, phool,</w:t>
      </w:r>
      <w:r>
        <w:br/>
      </w:r>
      <w:r>
        <w:rPr>
          <w:sz w:val="20"/>
        </w:rPr>
        <w:t>14:13  jo bilkul differently, bahut hi zyada beautiful hoti hai. to kya us phool ke andar mere liye ek content tha, ek,</w:t>
      </w:r>
      <w:r>
        <w:br/>
      </w:r>
      <w:r>
        <w:rPr>
          <w:sz w:val="20"/>
        </w:rPr>
        <w:t>14:28  ek nectar tha,</w:t>
      </w:r>
      <w:r>
        <w:br/>
      </w:r>
      <w:r>
        <w:rPr>
          <w:sz w:val="20"/>
        </w:rPr>
        <w:t>14:30  jisne mujhe bataya ki duniya ka zaroor koi creator hai. agar creator na ho, to kaisi aisi beautiful cheez ban sakti hai?</w:t>
      </w:r>
      <w:r>
        <w:br/>
      </w:r>
      <w:r>
        <w:rPr>
          <w:sz w:val="20"/>
        </w:rPr>
        <w:t>14:42  to ye, ye jo aap develop karein, is tarah ka mind,</w:t>
      </w:r>
      <w:r>
        <w:br/>
      </w:r>
      <w:r>
        <w:rPr>
          <w:sz w:val="20"/>
        </w:rPr>
        <w:t>14:47  to phir aapko ek permanent life mil jati hai, spiritual life. phir kabhi boring nahin aati. ye mere liye sirf suni hui baat nahin hai, balki main daily iska</w:t>
      </w:r>
      <w:r>
        <w:br/>
      </w:r>
      <w:r>
        <w:rPr>
          <w:sz w:val="20"/>
        </w:rPr>
        <w:t>15:03  tazurba karta hoon.</w:t>
      </w:r>
    </w:p>
    <w:p>
      <w:pPr>
        <w:pStyle w:val="Heading2"/>
      </w:pPr>
      <w:r>
        <w:t>The heart is just a blood pump, nothing more</w:t>
      </w:r>
    </w:p>
    <w:p>
      <w:r>
        <w:rPr>
          <w:color w:val="666666"/>
          <w:sz w:val="18"/>
        </w:rPr>
        <w:t>Material Science and Spiritual Science 20 May 2012 · 23s · at 8:29 · https://youtu.be/4K6CxjThlxQ?t=509</w:t>
      </w:r>
    </w:p>
    <w:p>
      <w:r>
        <w:rPr>
          <w:i/>
        </w:rPr>
        <w:t>“Dil to khoon ko circulate karne ke liye ek pump hai bas”</w:t>
      </w:r>
    </w:p>
    <w:p>
      <w:r>
        <w:rPr>
          <w:sz w:val="20"/>
        </w:rPr>
        <w:t>8:29  d. to dil mein to kuch bhi nahin. dil to khoon ko circulate karne ke liye ek pump hai bas. is se ziyada kuch bhi nahin.</w:t>
      </w:r>
      <w:r>
        <w:br/>
      </w:r>
      <w:r>
        <w:rPr>
          <w:sz w:val="20"/>
        </w:rPr>
        <w:t>8:38  is mein na soch hai, na tadabbur hai, na aql hai, na fehm hai. to hazaron saal se log qalb mein dhyan de rahe hain aur milta kuch bhi nahin.</w:t>
      </w:r>
    </w:p>
    <w:p>
      <w:pPr>
        <w:pStyle w:val="Heading2"/>
      </w:pPr>
      <w:r>
        <w:t>Mind the Unknown quote</w:t>
      </w:r>
    </w:p>
    <w:p>
      <w:r>
        <w:rPr>
          <w:color w:val="666666"/>
          <w:sz w:val="18"/>
        </w:rPr>
        <w:t>Fragments of Broken Heart | December 01, 2006 | Maulana Wahiduddin Khan · 30s · at 10:00 · https://youtu.be/4uW2kggXMI8?t=600</w:t>
      </w:r>
    </w:p>
    <w:p>
      <w:r>
        <w:rPr>
          <w:i/>
        </w:rPr>
        <w:t>“Mashhoor kitaab hai Doctor Alexis Carrel ki”</w:t>
      </w:r>
    </w:p>
    <w:p>
      <w:r>
        <w:rPr>
          <w:sz w:val="20"/>
        </w:rPr>
        <w:t>10:00  mashhoor kitaab hai doctor elisus kiril ki "main da un noon".</w:t>
      </w:r>
      <w:r>
        <w:br/>
      </w:r>
      <w:r>
        <w:rPr>
          <w:sz w:val="20"/>
        </w:rPr>
        <w:t>10:06  aaj bhi main da un noni ki soorat-e-haal hai dunya mein.</w:t>
      </w:r>
      <w:r>
        <w:br/>
      </w:r>
      <w:r>
        <w:rPr>
          <w:sz w:val="20"/>
        </w:rPr>
        <w:t>10:12  jabke doosri taraf meter da noon ban chuka hai.</w:t>
      </w:r>
      <w:r>
        <w:br/>
      </w:r>
      <w:r>
        <w:rPr>
          <w:sz w:val="20"/>
        </w:rPr>
        <w:t>10:18  meter da noon ban chuka hai aur main abhi bhi un noon bana hua hai.</w:t>
      </w:r>
      <w:r>
        <w:br/>
      </w:r>
      <w:r>
        <w:rPr>
          <w:sz w:val="20"/>
        </w:rPr>
        <w:t>10:24  isi par mein is waqt kuch kehna chahta hoon</w:t>
      </w:r>
    </w:p>
    <w:p>
      <w:pPr>
        <w:pStyle w:val="Heading2"/>
      </w:pPr>
      <w:r>
        <w:t>Purpose of man is journey of realization</w:t>
      </w:r>
    </w:p>
    <w:p>
      <w:r>
        <w:rPr>
          <w:color w:val="666666"/>
          <w:sz w:val="18"/>
        </w:rPr>
        <w:t>AL RISALA JANUARY 2017 | AUDIO · 30s · at 8:07 · https://youtu.be/_nWm9Mixl-E?t=487</w:t>
      </w:r>
    </w:p>
    <w:p>
      <w:r>
        <w:rPr>
          <w:i/>
        </w:rPr>
        <w:t>“Mojooda duniya mein insaan ko aabaad karne ka asal maqsad”</w:t>
      </w:r>
    </w:p>
    <w:p>
      <w:r>
        <w:rPr>
          <w:sz w:val="20"/>
        </w:rPr>
        <w:t>8:07  ko daryaft kiya hai, woh deen-e-khudawandi ki haqaniyat ki tasdeeq karne wali hain. maujooda dunya mein insaan ko abad karne ka asal maqsad yeh hai ke woh marifat, ya realization, ka safar kare. woh apni shakhsiyat ko aala irtqa ke darjay tak pohnchaye. is tehzeeb ne insaan ke liye ghaur-o-fikr ka ek naya framework diya. is ne ghaur-o-fikr ke liye insaan</w:t>
      </w:r>
    </w:p>
    <w:p>
      <w:pPr>
        <w:pStyle w:val="Heading2"/>
      </w:pPr>
      <w:r>
        <w:t>Poetic description of universe teaching marifat</w:t>
      </w:r>
    </w:p>
    <w:p>
      <w:r>
        <w:rPr>
          <w:color w:val="666666"/>
          <w:sz w:val="18"/>
        </w:rPr>
        <w:t>Discussion on Marefat (Ulama Session- I) Peace Conference April 29-30, 2023 · 3m 10s · at 33:38 · https://youtu.be/c1NFCRXpYBQ?t=2018</w:t>
      </w:r>
    </w:p>
    <w:p>
      <w:r>
        <w:rPr>
          <w:i/>
        </w:rPr>
        <w:t>“Kainath marifat ka azeem daftar hai.”</w:t>
      </w:r>
    </w:p>
    <w:p>
      <w:r>
        <w:rPr>
          <w:sz w:val="20"/>
        </w:rPr>
        <w:t>33:38  to main misal ke taur par is program ke aakhri aakhri program ke aakhri baat ke taur par. kitabein Maarifat safa number 73 ka ek unwan hai Maarifat ki Tamseelat. yeh paragraph padhkar main apni baat ko khatm karta hoon. Maulana likhte hain Maarifat ki Tamseelat.</w:t>
      </w:r>
      <w:r>
        <w:br/>
      </w:r>
      <w:r>
        <w:rPr>
          <w:sz w:val="20"/>
        </w:rPr>
        <w:t>34:08  kaynat Maarifat ka ek azeem daftar hai. kaynat ke har cheez Maarifat ki ek dastan hai. kaynat ke har cheez Maarifat ko mujassam kiye hue hai. baqi kaynat mein jo cheez fitrat ke qanoon ke tehat zahir hui hai, wahi insan ki satah par shurua Maarifat ki surat mein zahir hoti hai.</w:t>
      </w:r>
      <w:r>
        <w:br/>
      </w:r>
      <w:r>
        <w:rPr>
          <w:sz w:val="20"/>
        </w:rPr>
        <w:t>34:31  insan agar war kare to kaynat ki har cheez usko Maarifat ka sabak deti hui nazar aayegi. suraj kamseel ki zaban mein bata raha hai ki Maarifat wahi hai, wahi Maarifat hai jo insan ke wajood ko andar se bahar tak roshan kar de.</w:t>
      </w:r>
      <w:r>
        <w:br/>
      </w:r>
      <w:r>
        <w:rPr>
          <w:sz w:val="20"/>
        </w:rPr>
        <w:t>34:52  baitha hua darya insan ko bata raha hai ki Maarifat ko is tarah hasil karo ki woh tumhari rooh mein chashma bankar jari ho jaye. dard ki hari bhari shaakhein, jab hawa isse hilati hain to insan ko yeh paigham deti hain ki Maarifat ko is tarah hasil karo ki woh tumhare liye ek pura itihas, tajaruba, thrilling experience ban jaye.</w:t>
      </w:r>
      <w:r>
        <w:br/>
      </w:r>
      <w:r>
        <w:rPr>
          <w:sz w:val="20"/>
        </w:rPr>
        <w:t>35:22  chidiya jab cheh chahti hain to woh insan se kehti hain ki Khuda ke kamalat is tarah dariaft karo ki tumhari zaban par hamde KhudaWandi ka naghma jari ho jaye. pahad ki bulandi khamosh zaban mein paigham de rahi hai ki Khuda ko iski aala azmaton ke sath dariaft karo wagera. yahi hal poori kaynat ka hai.</w:t>
      </w:r>
      <w:r>
        <w:br/>
      </w:r>
      <w:r>
        <w:rPr>
          <w:sz w:val="20"/>
        </w:rPr>
        <w:t>35:49  kaynat ki har cheez pitrat ki zubaan mein marifat ka paigham de rahi hai. goya ke kaynat marifat ki ek qazeem library hai. jis tarah ek scholar library mein dakhil hokar kitabon ke zariye maloomat akht karta hai. isi tarah ek saccha insaan kainat ki khudai library se marifat ki fikri giza intellectual food hasil karta hai. kainat ki library insaan ke liye marifat ka ek lah mahdood khazana hai.</w:t>
      </w:r>
      <w:r>
        <w:br/>
      </w:r>
      <w:r>
        <w:rPr>
          <w:sz w:val="20"/>
        </w:rPr>
        <w:t>36:19  kainat ka har zara marifat ke in saiklon pidhiya ki hasiyat rakhta hai. yahan drakht ka har patta apne andar marfat ka samandar samoye hue hain. goya ke ehsaan ki jo tareef batai gayi hai ke ant abdullah ka naktarah to mulala ne humko nature se itna zyada khareeb kiya hai. nature ko pehchano, khuda ko pehchan sakte ho.</w:t>
      </w:r>
      <w:r>
        <w:br/>
      </w:r>
      <w:r>
        <w:rPr>
          <w:sz w:val="20"/>
        </w:rPr>
        <w:t>36:48  allah taalaah se dua hai ke allah taalaah humko sahi maene mein allah taalaah ki marifat hasil karne ki aur us par istikhamaas se aage badhne ki taufeekh ata farmayein. allah taalaah mulana ko jaza e khair de. unhone phir se dobara marifat ki rediscovery karne ki humko renumai ki hai. waqurudawana nirhamdulillah blah bin musallah malik mahatullah.</w:t>
      </w:r>
    </w:p>
    <w:p>
      <w:pPr>
        <w:pStyle w:val="Heading2"/>
      </w:pPr>
      <w:r>
        <w:t>Natural disasters as reminders</w:t>
      </w:r>
    </w:p>
    <w:p>
      <w:r>
        <w:rPr>
          <w:color w:val="666666"/>
          <w:sz w:val="18"/>
        </w:rPr>
        <w:t>Nature as a Role Mode May 21, 2006 · 3m 02s · at 1:13:13 · https://youtu.be/ppaB1Z2zXL8?t=4393</w:t>
      </w:r>
    </w:p>
    <w:p>
      <w:r>
        <w:rPr>
          <w:i/>
        </w:rPr>
        <w:t>“Dus az ek common question asked by Nadeep, Vani and myself.”</w:t>
      </w:r>
    </w:p>
    <w:p>
      <w:r>
        <w:rPr>
          <w:sz w:val="20"/>
        </w:rPr>
        <w:t>1:13:13  this is a common question asked by navdeep, viney and myself. if nature does not provide any problem, then what should be called natural disasters like volcanic eruptions, earthquakes and tsunamis?</w:t>
      </w:r>
      <w:r>
        <w:br/>
      </w:r>
      <w:r>
        <w:rPr>
          <w:sz w:val="20"/>
        </w:rPr>
        <w:t>1:13:36  yeh bohat acha question hai aur yeh philosophers is ko problem of evil kehte hain.</w:t>
      </w:r>
      <w:r>
        <w:br/>
      </w:r>
      <w:r>
        <w:rPr>
          <w:sz w:val="20"/>
        </w:rPr>
        <w:t>1:13:46  dekhein, kisi bhi cheez ki jab study karein aap toh is ke saare aspect ko samne rakhna parta hai aur is usool ko bhi rakhna parta hai ke every rule has some exceptions.</w:t>
      </w:r>
      <w:r>
        <w:br/>
      </w:r>
      <w:r>
        <w:rPr>
          <w:sz w:val="20"/>
        </w:rPr>
        <w:t>1:14:04  main ne jo baat batai hai woh rule ki baat hai aur is mein exceptions bhi rehte hain. exception kyun hote hain? Khuda ne yeh duniya banai test ke liye</w:t>
      </w:r>
      <w:r>
        <w:br/>
      </w:r>
      <w:r>
        <w:rPr>
          <w:sz w:val="20"/>
        </w:rPr>
        <w:t>1:14:19  toh jo central theme hai woh base karti hai test par.</w:t>
      </w:r>
      <w:r>
        <w:br/>
      </w:r>
      <w:r>
        <w:rPr>
          <w:sz w:val="20"/>
        </w:rPr>
        <w:t>1:14:26  toh ek aspect is ka woh hai jo main ne arz kiya aap ki khidmat mein lekin test hi ka doosra aspect yeh hai ke Khuda bar bar warning deta hai.</w:t>
      </w:r>
      <w:r>
        <w:br/>
      </w:r>
      <w:r>
        <w:rPr>
          <w:sz w:val="20"/>
        </w:rPr>
        <w:t>1:14:36  warning yaad dilata hai ke duniya tumhare liye test ke liye hai. yeh nahin hai ke tum yahan par khoob aaram karo aur aaram karo, aaram karo aur chale jao.</w:t>
      </w:r>
      <w:r>
        <w:br/>
      </w:r>
      <w:r>
        <w:rPr>
          <w:sz w:val="20"/>
        </w:rPr>
        <w:t>1:14:49  tum accountable ho Khuda ke aage. day of judgement aanay wala hai.</w:t>
      </w:r>
      <w:r>
        <w:br/>
      </w:r>
      <w:r>
        <w:rPr>
          <w:sz w:val="20"/>
        </w:rPr>
        <w:t>1:14:54  day of judgement ka yeh reminder hota hai. quran mein bataya gaya hai ke chote chote waqeaat bare hone wale day of judgement ko yaad dilate hain.</w:t>
      </w:r>
      <w:r>
        <w:br/>
      </w:r>
      <w:r>
        <w:rPr>
          <w:sz w:val="20"/>
        </w:rPr>
        <w:t>1:15:08  is ko quran mein kaha gaya an-naba al-'azim, bari khabar. yeh choti news bari news ko batane ke liye aati hai. toh Khuda jhanjhodne ke liye aisa karta hai.</w:t>
      </w:r>
      <w:r>
        <w:br/>
      </w:r>
      <w:r>
        <w:rPr>
          <w:sz w:val="20"/>
        </w:rPr>
        <w:t>1:15:20  yeh hota hai shock treatment.</w:t>
      </w:r>
      <w:r>
        <w:br/>
      </w:r>
      <w:r>
        <w:rPr>
          <w:sz w:val="20"/>
        </w:rPr>
        <w:t>1:15:24  toh is ko samajhne ke liye jis ko philosophers kehte hain problem of evil toh woh God ko alag kar ke sochte hain. ke use plan ko alag kar ke sochte hain.</w:t>
      </w:r>
      <w:r>
        <w:br/>
      </w:r>
      <w:r>
        <w:rPr>
          <w:sz w:val="20"/>
        </w:rPr>
        <w:t>1:15:36  toh un ke samne yeh sawal aata hai. yeh duniya Khuda ne is liye nahin banai hai ke yahin par aap apne paradise bana lein. yeh testing ground hai.</w:t>
      </w:r>
      <w:r>
        <w:br/>
      </w:r>
      <w:r>
        <w:rPr>
          <w:sz w:val="20"/>
        </w:rPr>
        <w:t>1:15:45  toh Khuda ne ek taraf bataya ke is is test mein qualify karne ke liye kya condition hai.</w:t>
      </w:r>
      <w:r>
        <w:br/>
      </w:r>
      <w:r>
        <w:rPr>
          <w:sz w:val="20"/>
        </w:rPr>
        <w:t>1:15:53  saath sath Khuda ne yeh bhi karta rehta hai Khuda ke aap ko warning deta hai, aap ko remind karta hai. toh all these things are just reminder jis ko aap disaster kehte hain,</w:t>
      </w:r>
      <w:r>
        <w:br/>
      </w:r>
      <w:r>
        <w:rPr>
          <w:sz w:val="20"/>
        </w:rPr>
        <w:t>1:16:06  nechral disaster, woh woh disaster nahi hai, woh reminder hai Khuda ki taraf se.</w:t>
      </w:r>
    </w:p>
    <w:p>
      <w:pPr>
        <w:pStyle w:val="Heading2"/>
      </w:pPr>
      <w:r>
        <w:t>Believer free from negativity, master of anger management</w:t>
      </w:r>
    </w:p>
    <w:p>
      <w:r>
        <w:rPr>
          <w:color w:val="666666"/>
          <w:sz w:val="18"/>
        </w:rPr>
        <w:t>Momin is like a tree | April 11, 2007 · 30s · at 21:43 · https://youtu.be/buv324nJoBk?t=1303</w:t>
      </w:r>
    </w:p>
    <w:p>
      <w:r>
        <w:rPr>
          <w:i/>
        </w:rPr>
        <w:t>“Every tree is free of malice, revenge, anger”</w:t>
      </w:r>
    </w:p>
    <w:p>
      <w:r>
        <w:rPr>
          <w:sz w:val="20"/>
        </w:rPr>
        <w:t>21:43  every tree, tree is free of malice, free of revenge, free of anger. So is the case of momin. Momin is free of all these negative thoughts. Momin is, momin has, momin is master of the art of management, art of difference management, art of malice management</w:t>
      </w:r>
    </w:p>
    <w:p>
      <w:pPr>
        <w:pStyle w:val="Heading2"/>
      </w:pPr>
      <w:r>
        <w:t>American convert's 11-year research on Muslims</w:t>
      </w:r>
    </w:p>
    <w:p>
      <w:r>
        <w:rPr>
          <w:color w:val="666666"/>
          <w:sz w:val="18"/>
        </w:rPr>
        <w:t>The Case of Present Muslim Generation September 28, 2008 · 2m 58s · at 12:10 · https://youtu.be/yjSy2b7JPTw?t=730</w:t>
      </w:r>
    </w:p>
    <w:p>
      <w:r>
        <w:rPr>
          <w:i/>
        </w:rPr>
        <w:t>“Ek American neo-Muslim the mere paas kai baar aate the”</w:t>
      </w:r>
    </w:p>
    <w:p>
      <w:r>
        <w:rPr>
          <w:sz w:val="20"/>
        </w:rPr>
        <w:t>12:10  tab ki baat hai. ek american no muslim the mere paas kai bar aate the woh. idhar jab se main yahan aaya hoon tab se un se mulaqat nahi hui.</w:t>
      </w:r>
      <w:r>
        <w:br/>
      </w:r>
      <w:r>
        <w:rPr>
          <w:sz w:val="20"/>
        </w:rPr>
        <w:t>12:22  to un ka naam tha steve scolar. woh america ke achi parhe hue the woh. steve scolar.</w:t>
      </w:r>
      <w:r>
        <w:br/>
      </w:r>
      <w:r>
        <w:rPr>
          <w:sz w:val="20"/>
        </w:rPr>
        <w:t>12:35  unhon ne islam qabool kiya aur apna naam rakha unhon ne mustafa. mustafa. to unhon ne woh mere paas aaye to woh fluently arabic bolte the.</w:t>
      </w:r>
      <w:r>
        <w:br/>
      </w:r>
      <w:r>
        <w:rPr>
          <w:sz w:val="20"/>
        </w:rPr>
        <w:t>12:52  woh american aadmi. unhon ne poocha ke bhai aap mein arabic kaise aa gayi hai aap ko? unhon ne kaha ke islam qabool karne ke baad woh bohat hi sincere aadmi tha.</w:t>
      </w:r>
      <w:r>
        <w:br/>
      </w:r>
      <w:r>
        <w:rPr>
          <w:sz w:val="20"/>
        </w:rPr>
        <w:t>13:02  bohat ziyada sincere aadmi. waisa sincere aadmi main yaqeen kijiye ke abhi tak main ne ek bhi nahi dekha koi. apni zindagi mein sab se ziyada sincere aadmi jo maine paya hai kisi ko.</w:t>
      </w:r>
      <w:r>
        <w:br/>
      </w:r>
      <w:r>
        <w:rPr>
          <w:sz w:val="20"/>
        </w:rPr>
        <w:t>13:13  sincere, honest, bohat hi sanjeeda. jab mere paas aate the to kabhi kuch khate nahi the woh. har baat kehte the ke main to roze se hoon.</w:t>
      </w:r>
      <w:r>
        <w:br/>
      </w:r>
      <w:r>
        <w:rPr>
          <w:sz w:val="20"/>
        </w:rPr>
        <w:t>13:24  bar bar aaye woh mere paas. kabhi kuch nahi khaya unhon ne. na chai, na biscuit, na khana kuch nahi. hamesha kehte the main roze se hoon.</w:t>
      </w:r>
      <w:r>
        <w:br/>
      </w:r>
      <w:r>
        <w:rPr>
          <w:sz w:val="20"/>
        </w:rPr>
        <w:t>13:33  waisa sincere aadmi main ne apni zindagi mein doosra nahi dekha. ab suniye. unhon ne quran parha. quran parh kar unhon ne islam qabool kar liya.</w:t>
      </w:r>
      <w:r>
        <w:br/>
      </w:r>
      <w:r>
        <w:rPr>
          <w:sz w:val="20"/>
        </w:rPr>
        <w:t>13:45  translation parha. phir un ko shauq hua ke main arabic zaban seekhoon. to woh muslim countries mein chale gaye.</w:t>
      </w:r>
      <w:r>
        <w:br/>
      </w:r>
      <w:r>
        <w:rPr>
          <w:sz w:val="20"/>
        </w:rPr>
        <w:t>13:54  unhon ne bataya ke main gyarah saal tak muslim countries mein ghuma hoon. gyarah saal tak. arab countries mein. sare arab mulkon mein ja ja kar ke woh dekha unhon ne.</w:t>
      </w:r>
      <w:r>
        <w:br/>
      </w:r>
      <w:r>
        <w:rPr>
          <w:sz w:val="20"/>
        </w:rPr>
        <w:t>14:07  aur isi beech mein unhon ne arabi zaban seekh li. arabi zaban itni achhi seekhi to unhon ne bilkul fluently baat karte the arabi zaban mein.</w:t>
      </w:r>
      <w:r>
        <w:br/>
      </w:r>
      <w:r>
        <w:rPr>
          <w:sz w:val="20"/>
        </w:rPr>
        <w:t>14:18  aur english to zahir hai ke american lehje mein bolte the. main un se baat karta tha to kai baar kabhi english mein kabhi arabi mein. to english bolte the to bilkul wahi american lehje mein.</w:t>
      </w:r>
      <w:r>
        <w:br/>
      </w:r>
      <w:r>
        <w:rPr>
          <w:sz w:val="20"/>
        </w:rPr>
        <w:t>14:32  aur arabi bolte the to arabi bhi taqreeban arab lehje mein. itna keen tha woh aadmi, itna keen tha har baat ko janne ke liye islam ki.</w:t>
      </w:r>
      <w:r>
        <w:br/>
      </w:r>
      <w:r>
        <w:rPr>
          <w:sz w:val="20"/>
        </w:rPr>
        <w:t>14:41  to gyarah saal bitaye arab mein. arabi zaban seekhi aur kitabein padhein. yani direct source se kitabein padhi hui hain islam ki.</w:t>
      </w:r>
      <w:r>
        <w:br/>
      </w:r>
      <w:r>
        <w:rPr>
          <w:sz w:val="20"/>
        </w:rPr>
        <w:t>14:52  to unhon ne apni aakhri mulaqat mein yeh kaha tha ke itni sari research ke baad maine yeh jana hai ke ke aaj ki jo muslim generation hai is ka case hai paranoia ka case.</w:t>
      </w:r>
    </w:p>
    <w:p>
      <w:pPr>
        <w:pStyle w:val="Heading2"/>
      </w:pPr>
      <w:r>
        <w:t>Intercession is baseless</w:t>
      </w:r>
    </w:p>
    <w:p>
      <w:r>
        <w:rPr>
          <w:color w:val="666666"/>
          <w:sz w:val="18"/>
        </w:rPr>
        <w:t>God and Man (In Conversation with Maulana) 01 04 07 · 27s · at 9:49 · https://youtu.be/2HlIEnmDdPo?t=589</w:t>
      </w:r>
    </w:p>
    <w:p>
      <w:r>
        <w:rPr>
          <w:i/>
        </w:rPr>
        <w:t>“Achha, yeh bilkul baseless baat hai”</w:t>
      </w:r>
    </w:p>
    <w:p>
      <w:r>
        <w:rPr>
          <w:sz w:val="20"/>
        </w:rPr>
        <w:t>9:49  Achha, yeh bilkul baseless baat hai. Yeh baseless mein kahoon ke bilkul jhooti baat hai yeh. Yani is koi surprise ka nahi hai.</w:t>
      </w:r>
      <w:r>
        <w:br/>
      </w:r>
      <w:r>
        <w:rPr>
          <w:sz w:val="20"/>
        </w:rPr>
        <w:t>9:59  Koi surprise nahi hai. Yani aap jo dekhiye ke itni bari baat logon ne garh rakhi hai aur is ko speeches mein batate hain, halanke very first chapter of the Quran is against this kind of notion.</w:t>
      </w:r>
    </w:p>
    <w:p>
      <w:pPr>
        <w:pStyle w:val="Heading2"/>
      </w:pPr>
      <w:r>
        <w:t>Sabr integral to Salat concentration</w:t>
      </w:r>
    </w:p>
    <w:p>
      <w:r>
        <w:rPr>
          <w:color w:val="666666"/>
          <w:sz w:val="18"/>
        </w:rPr>
        <w:t>Islamic Prayer (Part 2) (English) | February 27, 2007 | Maulana Wahiduddin Khan · 2m 01s · at 17:12 · https://youtu.be/xoh_XiWwRlI?t=1032</w:t>
      </w:r>
    </w:p>
    <w:p>
      <w:r>
        <w:rPr>
          <w:i/>
        </w:rPr>
        <w:t>“Then there is a verse in the Quran”</w:t>
      </w:r>
    </w:p>
    <w:p>
      <w:r>
        <w:rPr>
          <w:sz w:val="20"/>
        </w:rPr>
        <w:t>17:12  "asta'inu bis-sabri was-salat" "asta'inu bis-sabri was-salat" seek help of God by Salat and Sabr, prayer and patience. This Quranic verse tells us that Sabr is also a part of</w:t>
      </w:r>
      <w:r>
        <w:br/>
      </w:r>
      <w:r>
        <w:rPr>
          <w:sz w:val="20"/>
        </w:rPr>
        <w:t>17:42  namaz. Sabr is also a part of namaz, or Islamic prayer. Why? Namaz, or Islamic prayer, requires great concentration. Great, great concentration. And without Sabr or patience,</w:t>
      </w:r>
      <w:r>
        <w:br/>
      </w:r>
      <w:r>
        <w:rPr>
          <w:sz w:val="20"/>
        </w:rPr>
        <w:t>18:13  you cannot attain this kind of concentration. You know, in this life, every time, in this life, every time there are distractions, distractions, distractions. Every time. So you have to save yourself from these</w:t>
      </w:r>
      <w:r>
        <w:br/>
      </w:r>
      <w:r>
        <w:rPr>
          <w:sz w:val="20"/>
        </w:rPr>
        <w:t>18:43  distractions. And it is Sabr or patience that gives you the strength by which you can restrain yourself from being a victim of those distractions. So</w:t>
      </w:r>
    </w:p>
    <w:p>
      <w:pPr>
        <w:pStyle w:val="Heading2"/>
      </w:pPr>
      <w:r>
        <w:t>Detached living versus detached thinking explained</w:t>
      </w:r>
    </w:p>
    <w:p>
      <w:r>
        <w:rPr>
          <w:color w:val="666666"/>
          <w:sz w:val="18"/>
        </w:rPr>
        <w:t>Spirituality in Islam January 1, 2006 Maulana Wahiduddin Khan · 27s · at 11:37 · https://youtu.be/XO4htFBEkV4?t=697</w:t>
      </w:r>
    </w:p>
    <w:p>
      <w:r>
        <w:rPr>
          <w:i/>
        </w:rPr>
        <w:t>“Doosri spirituality detach living par, Islam detach thinking par”</w:t>
      </w:r>
    </w:p>
    <w:p>
      <w:r>
        <w:rPr>
          <w:sz w:val="20"/>
        </w:rPr>
        <w:t>11:37  yani main agar aik lafz mein kahun to yeh kahunga ke doosri spirituality jo hai woh base karti hai detach living par aur islam ki spirituality base karti hai detach thinking par.</w:t>
      </w:r>
      <w:r>
        <w:br/>
      </w:r>
      <w:r>
        <w:rPr>
          <w:sz w:val="20"/>
        </w:rPr>
        <w:t>11:54  detach living aur detach thinking yeh do word mein poori story chupi hui hai.</w:t>
      </w:r>
    </w:p>
    <w:p>
      <w:pPr>
        <w:pStyle w:val="Heading2"/>
      </w:pPr>
      <w:r>
        <w:t>Quran and Hadith difference and criterion</w:t>
      </w:r>
    </w:p>
    <w:p>
      <w:r>
        <w:rPr>
          <w:color w:val="666666"/>
          <w:sz w:val="18"/>
        </w:rPr>
        <w:t>Islam and Peace (In Conversation with Maulana) 23 11 2008 · 4m 19s · at 5:03 · https://youtu.be/CyS3i4AlGfs?t=303</w:t>
      </w:r>
    </w:p>
    <w:p>
      <w:r>
        <w:rPr>
          <w:i/>
        </w:rPr>
        <w:t>“I think this is a very healthy question.”</w:t>
      </w:r>
    </w:p>
    <w:p>
      <w:r>
        <w:rPr>
          <w:sz w:val="20"/>
        </w:rPr>
        <w:t>5:03  mera khayal hai yeh question bohat hi healthy question hai. aur mein is se bari had tak agree karta hoon.</w:t>
      </w:r>
      <w:r>
        <w:br/>
      </w:r>
      <w:r>
        <w:rPr>
          <w:sz w:val="20"/>
        </w:rPr>
        <w:t>5:17  thoda sa mein is ko explain karoon ga. woh aap samajh leejiyay. dainkhay quran aur hadith jo hai. quran o hadith jo hai woh yani</w:t>
      </w:r>
      <w:r>
        <w:br/>
      </w:r>
      <w:r>
        <w:rPr>
          <w:sz w:val="20"/>
        </w:rPr>
        <w:t>5:33  jo jo difference maana jaata hai yani clergy jo difference maanti hai. orthodoxy jo difference maanti hai. woh yeh hai ke quran jo hai woh wohi wohi language mein preserve hai jo us language mein woh aaya tha.</w:t>
      </w:r>
      <w:r>
        <w:br/>
      </w:r>
      <w:r>
        <w:rPr>
          <w:sz w:val="20"/>
        </w:rPr>
        <w:t>5:50  angel ke zariye se. aur hadith jo hai woh rasool allah ki apni zuban mein hai. apni language mein hai. aur jo agar koi aadmi arabic language jaanta ho, achi.</w:t>
      </w:r>
      <w:r>
        <w:br/>
      </w:r>
      <w:r>
        <w:rPr>
          <w:sz w:val="20"/>
        </w:rPr>
        <w:t>6:05  to bohat aasani se samajh sakta hai is baat ko. kyunkay jab aap quran ko parhtay hain aur hadith ko parhtay hain. to bohat hi clear tor par dono ki language alag alag hoti hai.</w:t>
      </w:r>
      <w:r>
        <w:br/>
      </w:r>
      <w:r>
        <w:rPr>
          <w:sz w:val="20"/>
        </w:rPr>
        <w:t>6:15  aik dam clear tor par. yeh koi nahin keh sakta ke dono aik hi insan ka kalam hai. quran ki language aik dam alag hai.</w:t>
      </w:r>
      <w:r>
        <w:br/>
      </w:r>
      <w:r>
        <w:rPr>
          <w:sz w:val="20"/>
        </w:rPr>
        <w:t>6:26  aur hadith ki language bilkul alag hai. apnay style ke aitbar se. style ke aitbar se. to yeh aik haqeeqat hai ke quran jo hai woh preserve hai unhi shabdon mein jin shabdon mein utra tha woh.</w:t>
      </w:r>
      <w:r>
        <w:br/>
      </w:r>
      <w:r>
        <w:rPr>
          <w:sz w:val="20"/>
        </w:rPr>
        <w:t>6:43  aur hadith jo hai woh is tarah se preserve nahi hai. meaning mein toh preserve hai woh. lekin iske shabdon mein bahal farq aaya hai baat ko.</w:t>
      </w:r>
      <w:r>
        <w:br/>
      </w:r>
      <w:r>
        <w:rPr>
          <w:sz w:val="20"/>
        </w:rPr>
        <w:t>6:52  is wajah se iska darja secondary hai. primary darja quran ka hai. lekin quran quran mein sari baat nahi hai.</w:t>
      </w:r>
      <w:r>
        <w:br/>
      </w:r>
      <w:r>
        <w:rPr>
          <w:sz w:val="20"/>
        </w:rPr>
        <w:t>7:05  quran mein dekhein basics hain basics. aur bahut sari detail jo hai woh quran mein nahi hai. toh hadith ko hamein dekhna padta hai. yeh hai dono mein farq.</w:t>
      </w:r>
      <w:r>
        <w:br/>
      </w:r>
      <w:r>
        <w:rPr>
          <w:sz w:val="20"/>
        </w:rPr>
        <w:t>7:18  aur ek question kiya tha?</w:t>
      </w:r>
      <w:r>
        <w:br/>
      </w:r>
      <w:r>
        <w:rPr>
          <w:sz w:val="20"/>
        </w:rPr>
        <w:t>7:21  ah is there any conflict between teachings of quran and hadith? and since the prophet was only a messenger and no divine being, why should hadith be an example to be followed?</w:t>
      </w:r>
      <w:r>
        <w:br/>
      </w:r>
      <w:r>
        <w:rPr>
          <w:sz w:val="20"/>
        </w:rPr>
        <w:t>7:32  yeh aap ne bilkul sahi kaha ke prophet messenger thay. messenger of god. woh divine being nahi thay. bilkul nahi.</w:t>
      </w:r>
      <w:r>
        <w:br/>
      </w:r>
      <w:r>
        <w:rPr>
          <w:sz w:val="20"/>
        </w:rPr>
        <w:t>7:42  koi agar manta ho toh galat manta hai woh. woh insan thay. hal kuntu illa basharun rasoolan. insan thay aur messenger thay bas.</w:t>
      </w:r>
      <w:r>
        <w:br/>
      </w:r>
      <w:r>
        <w:rPr>
          <w:sz w:val="20"/>
        </w:rPr>
        <w:t>7:53  toh is wajah se</w:t>
      </w:r>
      <w:r>
        <w:br/>
      </w:r>
      <w:r>
        <w:rPr>
          <w:sz w:val="20"/>
        </w:rPr>
        <w:t>7:56  mein samajhta hoon ke jo scholars hain woh yeh nahi mante hain ke dono ka darja ek hai. isko secondary batate hain.</w:t>
      </w:r>
      <w:r>
        <w:br/>
      </w:r>
      <w:r>
        <w:rPr>
          <w:sz w:val="20"/>
        </w:rPr>
        <w:t>8:06  yani quran ko primary batate hain aur isko secondary batate hain. yani jo cheez quran se na nikle aur hadith se nikle toh usko nahi mana jayega. usko nahi mana jayega.</w:t>
      </w:r>
      <w:r>
        <w:br/>
      </w:r>
      <w:r>
        <w:rPr>
          <w:sz w:val="20"/>
        </w:rPr>
        <w:t>8:17  jise mein ek misaal ek example deta hoon aap ko. ke kuch log ek hadith sunate hain. mein ne dekhi woh fabricated hai.</w:t>
      </w:r>
      <w:r>
        <w:br/>
      </w:r>
      <w:r>
        <w:rPr>
          <w:sz w:val="20"/>
        </w:rPr>
        <w:t>8:27  ke as-salihu lil-lahu wat-talu hu li.</w:t>
      </w:r>
      <w:r>
        <w:br/>
      </w:r>
      <w:r>
        <w:rPr>
          <w:sz w:val="20"/>
        </w:rPr>
        <w:t>8:34  yani bure log jo hain unka ab mein salvation ka zimmedar hoon. achhe log jo hain unko khuda salvation dega. bilkul ek bilkul hi absurd baat hai yeh.</w:t>
      </w:r>
      <w:r>
        <w:br/>
      </w:r>
      <w:r>
        <w:rPr>
          <w:sz w:val="20"/>
        </w:rPr>
        <w:t>8:44  iska na hadith se koi taluq hai na na quran se koi taluq hai. toh hum mein yeh kahunga ke jo achhe scholars hain woh yeh mante hain ke hamesha judge kiya jayega quran se.</w:t>
      </w:r>
      <w:r>
        <w:br/>
      </w:r>
      <w:r>
        <w:rPr>
          <w:sz w:val="20"/>
        </w:rPr>
        <w:t>8:58  dono ko ekal darja nahi diya jayega. quran se judge kiya jayega. agar quran par poora utrega tabhi hum manenge ke yeh yeh sahi hai.</w:t>
      </w:r>
      <w:r>
        <w:br/>
      </w:r>
      <w:r>
        <w:rPr>
          <w:sz w:val="20"/>
        </w:rPr>
        <w:t>9:09  nahi toh usko discard kar denge. toh aap ka question jo hai mein samajhta hoon ke koi theek question hai aap ka. aur mein isko sirf mein ne isko thoda sa explain kiya hai aap ke question ko.</w:t>
      </w:r>
    </w:p>
    <w:p>
      <w:pPr>
        <w:pStyle w:val="Heading2"/>
      </w:pPr>
      <w:r>
        <w:t>Hypocrites cause corruption in Medina</w:t>
      </w:r>
    </w:p>
    <w:p>
      <w:r>
        <w:rPr>
          <w:color w:val="666666"/>
          <w:sz w:val="18"/>
        </w:rPr>
        <w:t>Dars-e-Quran, Chapter 2,  Vs 7-19 | July 26,  2015 · 1m 31s · at 24:08 · https://youtu.be/O71wvnrbnXU?t=1448</w:t>
      </w:r>
    </w:p>
    <w:p>
      <w:r>
        <w:rPr>
          <w:i/>
        </w:rPr>
        <w:t>“They are not what they appear.”</w:t>
      </w:r>
    </w:p>
    <w:p>
      <w:r>
        <w:rPr>
          <w:sz w:val="20"/>
        </w:rPr>
        <w:t>24:08  woh nahin hain woh zahir kar rahe hain apne aap ko.</w:t>
      </w:r>
      <w:r>
        <w:br/>
      </w:r>
      <w:r>
        <w:rPr>
          <w:sz w:val="20"/>
        </w:rPr>
        <w:t>24:12  to bohat hi risky position hai aise logon ki.</w:t>
      </w:r>
      <w:r>
        <w:br/>
      </w:r>
      <w:r>
        <w:rPr>
          <w:sz w:val="20"/>
        </w:rPr>
        <w:t>24:15  aur wa idha qeela lahum la tufsidū fil arḍ.</w:t>
      </w:r>
      <w:r>
        <w:br/>
      </w:r>
      <w:r>
        <w:rPr>
          <w:sz w:val="20"/>
        </w:rPr>
        <w:t>24:19  aur jab un se kaha jata hai ke zameen mein fasad na karo to woh kehte hain qālū</w:t>
      </w:r>
      <w:r>
        <w:br/>
      </w:r>
      <w:r>
        <w:rPr>
          <w:sz w:val="20"/>
        </w:rPr>
        <w:t>24:23  innamā naḥnu musliḥūn.</w:t>
      </w:r>
      <w:r>
        <w:br/>
      </w:r>
      <w:r>
        <w:rPr>
          <w:sz w:val="20"/>
        </w:rPr>
        <w:t>24:27  to woh kehte hain ke hum to islah islah karne wale log hain.</w:t>
      </w:r>
      <w:r>
        <w:br/>
      </w:r>
      <w:r>
        <w:rPr>
          <w:sz w:val="20"/>
        </w:rPr>
        <w:t>24:30  yeh ayat bohat zyada bohat zyada important ayat hai.</w:t>
      </w:r>
      <w:r>
        <w:br/>
      </w:r>
      <w:r>
        <w:rPr>
          <w:sz w:val="20"/>
        </w:rPr>
        <w:t>24:34  yeh jo fe'l woh kar rah</w:t>
      </w:r>
      <w:r>
        <w:br/>
      </w:r>
      <w:r>
        <w:rPr>
          <w:sz w:val="20"/>
        </w:rPr>
        <w:t>24:38  e the yaani madine ke munafiqeen is ko kaha gaya ke tum fasad kar rahe ho.</w:t>
      </w:r>
      <w:r>
        <w:br/>
      </w:r>
      <w:r>
        <w:rPr>
          <w:sz w:val="20"/>
        </w:rPr>
        <w:t>24:43  yani kisi door door ki baat kar rahe hain.</w:t>
      </w:r>
      <w:r>
        <w:br/>
      </w:r>
      <w:r>
        <w:rPr>
          <w:sz w:val="20"/>
        </w:rPr>
        <w:t>24:48  agar hum daryaft kar lein ke madine mein jo munafiq thay woh kya kar rahe thay to is</w:t>
      </w:r>
      <w:r>
        <w:br/>
      </w:r>
      <w:r>
        <w:rPr>
          <w:sz w:val="20"/>
        </w:rPr>
        <w:t>24:53  ko hum apply kar ke samajh sakte hain ke baad ke zamanay mein munafiqeen ka kya haal hoga.</w:t>
      </w:r>
      <w:r>
        <w:br/>
      </w:r>
      <w:r>
        <w:rPr>
          <w:sz w:val="20"/>
        </w:rPr>
        <w:t>24:58  ek ek ek wahan ek namoona set ho gaya hai jis ko hum har zamanay mein apply kar</w:t>
      </w:r>
      <w:r>
        <w:br/>
      </w:r>
      <w:r>
        <w:rPr>
          <w:sz w:val="20"/>
        </w:rPr>
        <w:t>25:04  ke samajh sakte hain.</w:t>
      </w:r>
      <w:r>
        <w:br/>
      </w:r>
      <w:r>
        <w:rPr>
          <w:sz w:val="20"/>
        </w:rPr>
        <w:t>25:09  to yeh madine ka jo samaj tha is mein ek koi feal aisa kar rahe thay jis ko</w:t>
      </w:r>
      <w:r>
        <w:br/>
      </w:r>
      <w:r>
        <w:rPr>
          <w:sz w:val="20"/>
        </w:rPr>
        <w:t>25:13  quran mein kaha ke yeh fasaad kar rahe hain.</w:t>
      </w:r>
      <w:r>
        <w:br/>
      </w:r>
      <w:r>
        <w:rPr>
          <w:sz w:val="20"/>
        </w:rPr>
        <w:t>25:17  fasaad kar rahe hain.</w:t>
      </w:r>
      <w:r>
        <w:br/>
      </w:r>
      <w:r>
        <w:rPr>
          <w:sz w:val="20"/>
        </w:rPr>
        <w:t>25:22  woh kya feal tha? ab dekhein jaise makkah walon ne ladaai ki maara peeta woh to nahi kar rahe thay.</w:t>
      </w:r>
      <w:r>
        <w:br/>
      </w:r>
      <w:r>
        <w:rPr>
          <w:sz w:val="20"/>
        </w:rPr>
        <w:t>25:26  woh makkah se nikalne par majboor kiya.</w:t>
      </w:r>
      <w:r>
        <w:br/>
      </w:r>
      <w:r>
        <w:rPr>
          <w:sz w:val="20"/>
        </w:rPr>
        <w:t>25:31  hajj umrah se roka yeh sab to nahi kar rahe thay woh.</w:t>
      </w:r>
      <w:r>
        <w:br/>
      </w:r>
      <w:r>
        <w:rPr>
          <w:sz w:val="20"/>
        </w:rPr>
        <w:t>25:35  to jo woh kar rahe thay wohi fasaad fi al arz hai.</w:t>
      </w:r>
    </w:p>
    <w:p>
      <w:pPr>
        <w:pStyle w:val="Heading2"/>
      </w:pPr>
      <w:r>
        <w:t>spiritual food, intellectual growth through reading and study</w:t>
      </w:r>
    </w:p>
    <w:p>
      <w:r>
        <w:rPr>
          <w:color w:val="666666"/>
          <w:sz w:val="18"/>
        </w:rPr>
        <w:t>Interview Session with Maulana Wahiduddin Khan January 30, 2008 · 1m 59s · at 0:40 · https://youtu.be/o8Gpe9YMuZc?t=40</w:t>
      </w:r>
    </w:p>
    <w:p>
      <w:r>
        <w:rPr>
          <w:i/>
        </w:rPr>
        <w:t>“Spirituality is inner discipline.”</w:t>
      </w:r>
    </w:p>
    <w:p>
      <w:r>
        <w:rPr>
          <w:sz w:val="20"/>
        </w:rPr>
        <w:t>0:40  spirituality is inner discipline.</w:t>
      </w:r>
      <w:r>
        <w:br/>
      </w:r>
      <w:r>
        <w:rPr>
          <w:sz w:val="20"/>
        </w:rPr>
        <w:t>0:50  for physical health, you need physical food, and for inner health, you need spiritual food.</w:t>
      </w:r>
      <w:r>
        <w:br/>
      </w:r>
      <w:r>
        <w:rPr>
          <w:sz w:val="20"/>
        </w:rPr>
        <w:t>1:01  both are equally required.</w:t>
      </w:r>
      <w:r>
        <w:br/>
      </w:r>
      <w:r>
        <w:rPr>
          <w:sz w:val="20"/>
        </w:rPr>
        <w:t>1:05  those people who are engaged to physical food, they are less like animal.</w:t>
      </w:r>
      <w:r>
        <w:br/>
      </w:r>
      <w:r>
        <w:rPr>
          <w:sz w:val="20"/>
        </w:rPr>
        <w:t>1:19  here, man and animal both are common. animals also want physical food.</w:t>
      </w:r>
      <w:r>
        <w:br/>
      </w:r>
      <w:r>
        <w:rPr>
          <w:sz w:val="20"/>
        </w:rPr>
        <w:t>1:27  so if you, if you confine yourself to physical food, that means that you have reduced yourself to the level of animal.</w:t>
      </w:r>
      <w:r>
        <w:br/>
      </w:r>
      <w:r>
        <w:rPr>
          <w:sz w:val="20"/>
        </w:rPr>
        <w:t>1:41  so you have to know this fact: you have to evolve the inner spirit.</w:t>
      </w:r>
      <w:r>
        <w:br/>
      </w:r>
      <w:r>
        <w:rPr>
          <w:sz w:val="20"/>
        </w:rPr>
        <w:t>1:50  you have to try to develop your mind</w:t>
      </w:r>
      <w:r>
        <w:br/>
      </w:r>
      <w:r>
        <w:rPr>
          <w:sz w:val="20"/>
        </w:rPr>
        <w:t>1:57  . so spiritual development, so spiritual development means intellectual development.</w:t>
      </w:r>
      <w:r>
        <w:br/>
      </w:r>
      <w:r>
        <w:rPr>
          <w:sz w:val="20"/>
        </w:rPr>
        <w:t>2:05  both are interlinked. according to my experience, spiritual development is based on intellectual development.</w:t>
      </w:r>
      <w:r>
        <w:br/>
      </w:r>
      <w:r>
        <w:rPr>
          <w:sz w:val="20"/>
        </w:rPr>
        <w:t>2:17  so you have to read, you have to study, you have to contemplate. all these things are helpful to intellectual development.</w:t>
      </w:r>
      <w:r>
        <w:br/>
      </w:r>
      <w:r>
        <w:rPr>
          <w:sz w:val="20"/>
        </w:rPr>
        <w:t>2:29  so through these devices, you can develop your spirituality. this is must for every human being.</w:t>
      </w:r>
    </w:p>
    <w:p>
      <w:pPr>
        <w:pStyle w:val="Heading2"/>
      </w:pPr>
      <w:r>
        <w:t>Book release opening and peace of mind concept</w:t>
      </w:r>
    </w:p>
    <w:p>
      <w:r>
        <w:rPr>
          <w:color w:val="666666"/>
          <w:sz w:val="18"/>
        </w:rPr>
        <w:t>Companions of The Prophet (3) 18 July, 2021 - Prof. Farida Khanam and Dr. Saniyasnain Khan · 2m 02s · at 0:12 · https://youtu.be/Kntz4s5FhlU?t=12</w:t>
      </w:r>
    </w:p>
    <w:p>
      <w:r>
        <w:rPr>
          <w:i/>
        </w:rPr>
        <w:t>“Assalamu alaikum everyone, before we start the today session.”</w:t>
      </w:r>
    </w:p>
    <w:p>
      <w:r>
        <w:rPr>
          <w:sz w:val="20"/>
        </w:rPr>
        <w:t>0:12  assalam walekum everyone. before we start the today session, we are very happy to announce that today we will be releasing four new books of Maulana Wahiduddin Khan sahib. the first book that we will be releasing is with the title "remembrance of god". this book is an english translation of</w:t>
      </w:r>
      <w:r>
        <w:br/>
      </w:r>
      <w:r>
        <w:rPr>
          <w:sz w:val="20"/>
        </w:rPr>
        <w:t>0:35  Maulana Wahiduddin Khan sahib book "kitabe marefat". one of the chapter has been translated into this new title. the book has been translated by professor farida khanam and has been edited by doctor nagma siddiqui and doctor mariya khan.</w:t>
      </w:r>
      <w:r>
        <w:br/>
      </w:r>
      <w:r>
        <w:rPr>
          <w:sz w:val="20"/>
        </w:rPr>
        <w:t>0:55  before i request doctor sani asan sahib to release this book, i would like to say that remembrance does not mean verbal repetition of gods name. remembrance means contemplation on gods creation and to achieve higher level of god realization.</w:t>
      </w:r>
      <w:r>
        <w:br/>
      </w:r>
      <w:r>
        <w:rPr>
          <w:sz w:val="20"/>
        </w:rPr>
        <w:t>1:15  now, you would all agree that today peace of mind is something that everybody wants. everybody is looking for peace of mind, but it eludes everyone. we can say that it is probably one of the greatest problem of human world, but quran gives a solution to this problem in unequivocal terms. it says in chapter 13</w:t>
      </w:r>
      <w:r>
        <w:br/>
      </w:r>
      <w:r>
        <w:rPr>
          <w:sz w:val="20"/>
        </w:rPr>
        <w:t>1:38  that sure in the remembrance of god, hearts can find comfort. so in this book, you will find great intellectual insights into various spiritual aspects of remembrance of god and how one must go about it. so with this, i will request doctor sani asan sahib to release this book "remembrance of god".</w:t>
      </w:r>
      <w:r>
        <w:br/>
      </w:r>
      <w:r>
        <w:rPr>
          <w:sz w:val="20"/>
        </w:rPr>
        <w:t>2:05  thank you.</w:t>
      </w:r>
    </w:p>
    <w:p>
      <w:pPr>
        <w:pStyle w:val="Heading2"/>
      </w:pPr>
      <w:r>
        <w:t>Islamic spirituality means detached thinking, not detached living</w:t>
      </w:r>
    </w:p>
    <w:p>
      <w:r>
        <w:rPr>
          <w:color w:val="666666"/>
          <w:sz w:val="18"/>
        </w:rPr>
        <w:t>Spirituality in Islam January 1, 2006 Maulana Wahiduddin Khan · 1m 36s · at 11:30 · https://youtu.be/XO4htFBEkV4?t=690</w:t>
      </w:r>
    </w:p>
    <w:p>
      <w:r>
        <w:rPr>
          <w:i/>
        </w:rPr>
        <w:t>“Islam ki spirituality ye nahi hai”</w:t>
      </w:r>
    </w:p>
    <w:p>
      <w:r>
        <w:rPr>
          <w:sz w:val="20"/>
        </w:rPr>
        <w:t>11:30  islam ki spirituality yeh nahi hai.</w:t>
      </w:r>
      <w:r>
        <w:br/>
      </w:r>
      <w:r>
        <w:rPr>
          <w:sz w:val="20"/>
        </w:rPr>
        <w:t>11:37  yani main agar aik lafz mein kahun to yeh kahunga ke doosri spirituality jo hai woh base karti hai detach living par aur islam ki spirituality base karti hai detach thinking par.</w:t>
      </w:r>
      <w:r>
        <w:br/>
      </w:r>
      <w:r>
        <w:rPr>
          <w:sz w:val="20"/>
        </w:rPr>
        <w:t>11:54  detach living aur detach thinking yeh do word mein poori story chupi hui hai.</w:t>
      </w:r>
      <w:r>
        <w:br/>
      </w:r>
      <w:r>
        <w:rPr>
          <w:sz w:val="20"/>
        </w:rPr>
        <w:t>12:04  yani society jo hai, society kaisi hai? society mein kya beet raha hai? kya ho raha hai? apne kuch se alag kar ke aap kisi jungle mein, kisi pahaar par, kisi khanqah mein, kisi ashram mein le jate hain.</w:t>
      </w:r>
      <w:r>
        <w:br/>
      </w:r>
      <w:r>
        <w:rPr>
          <w:sz w:val="20"/>
        </w:rPr>
        <w:t>12:20  isi ko main kehta hoon detach living, alag kar ke rehna.</w:t>
      </w:r>
      <w:r>
        <w:br/>
      </w:r>
      <w:r>
        <w:rPr>
          <w:sz w:val="20"/>
        </w:rPr>
        <w:t>12:27  to is mein applied spirituality ki kya jagah hai? aap ne agar koi ecstasy ka maqam attain kar liya to to is society ko kya mila?</w:t>
      </w:r>
      <w:r>
        <w:br/>
      </w:r>
      <w:r>
        <w:rPr>
          <w:sz w:val="20"/>
        </w:rPr>
        <w:t>12:41  society to wahin ki wahin rahi hai. to yeh detach living jo hai woh is mein applied spirituality ki koi jagah nahi hai.</w:t>
      </w:r>
      <w:r>
        <w:br/>
      </w:r>
      <w:r>
        <w:rPr>
          <w:sz w:val="20"/>
        </w:rPr>
        <w:t>12:55  is ke muqable mein islam ki spirituality kya hai? that is based on detach thinking.</w:t>
      </w:r>
    </w:p>
    <w:p>
      <w:pPr>
        <w:pStyle w:val="Heading2"/>
      </w:pPr>
      <w:r>
        <w:t>Rousseau and Marx incited class war through hate</w:t>
      </w:r>
    </w:p>
    <w:p>
      <w:r>
        <w:rPr>
          <w:color w:val="666666"/>
          <w:sz w:val="18"/>
        </w:rPr>
        <w:t>From the Spiritual Tree August 31, 2008 · 2m 42s · at 22:20 · https://youtu.be/yqFdYWdODM0?t=1340</w:t>
      </w:r>
    </w:p>
    <w:p>
      <w:r>
        <w:rPr>
          <w:i/>
        </w:rPr>
        <w:t>“Look at secular thinkers, Rousseau and Marx.”</w:t>
      </w:r>
    </w:p>
    <w:p>
      <w:r>
        <w:rPr>
          <w:sz w:val="20"/>
        </w:rPr>
        <w:t>22:20  yani jo secular log hain, jo religious log hain, sab ke sab. main aap ko chand naam arz karta hoon. secular thinker mein dekhiye, russo aur.</w:t>
      </w:r>
      <w:r>
        <w:br/>
      </w:r>
      <w:r>
        <w:rPr>
          <w:sz w:val="20"/>
        </w:rPr>
        <w:t>22:31  aur marx. bohat ziyada in ko popularity mili. secular thinkers mein. russo aur marx. in ka kya kya kaam kiya unhon ne sab se bara?</w:t>
      </w:r>
      <w:r>
        <w:br/>
      </w:r>
      <w:r>
        <w:rPr>
          <w:sz w:val="20"/>
        </w:rPr>
        <w:t>22:44  insan insan ko larwana. yani russo ne political</w:t>
      </w:r>
      <w:r>
        <w:br/>
      </w:r>
      <w:r>
        <w:rPr>
          <w:sz w:val="20"/>
        </w:rPr>
        <w:t>22:53  reference mein, political hawale se ruler aur ruled ko larwaya. is ne jo kaha tha ke "my by bond free".</w:t>
      </w:r>
      <w:r>
        <w:br/>
      </w:r>
      <w:r>
        <w:rPr>
          <w:sz w:val="20"/>
        </w:rPr>
        <w:t>23:03  "but i see him in chains". yeh kya hai? yani insan ko banta is ne. kuch woh log jo zanjeeron mein bandhe hue hain, halankeh koi zanjeeron mein bandha kabhi tha na aaj hai, us ko is ne exaggerated way mein bena.</w:t>
      </w:r>
      <w:r>
        <w:br/>
      </w:r>
      <w:r>
        <w:rPr>
          <w:sz w:val="20"/>
        </w:rPr>
        <w:t>23:20  aur kuch unhon ne baandh rakha hai. kuch baandhne wale hain, kuch bandhe hue hain. dono ko larwa diya is ne. aaj tak larai chal rahi hai. har democracy mein larai chal rahi hai aapas mein.</w:t>
      </w:r>
      <w:r>
        <w:br/>
      </w:r>
      <w:r>
        <w:rPr>
          <w:sz w:val="20"/>
        </w:rPr>
        <w:t>23:33  different ways mein. larai ki pehchan kya hai? hate. jahan hate ho, wahan larai ho rahi hai. chahe hathyar na chal rahe hon, tab bhi.</w:t>
      </w:r>
      <w:r>
        <w:br/>
      </w:r>
      <w:r>
        <w:rPr>
          <w:sz w:val="20"/>
        </w:rPr>
        <w:t>23:43  yaad rakhiye is ko. jis society mein hate ho, jis samaj mein hate ho, samajh lijiye ke wahan already larai chal rahi hai.</w:t>
      </w:r>
      <w:r>
        <w:br/>
      </w:r>
      <w:r>
        <w:rPr>
          <w:sz w:val="20"/>
        </w:rPr>
        <w:t>23:57  chahe aap wahan bandookon ki awaaz na aa rahi ho, bomon ke phatne ki awaaz na aa rahi ho. kyunke hate to sab se bara bomb hai.</w:t>
      </w:r>
      <w:r>
        <w:br/>
      </w:r>
      <w:r>
        <w:rPr>
          <w:sz w:val="20"/>
        </w:rPr>
        <w:t>24:09  sab se bara bomb jo hai, woh hate hai. to is waqt kya hai? shayad duniya mein hate hi hate to chal raha hai. to russo ne jis tarah se explain kiya history ko, is mein kya hua?</w:t>
      </w:r>
      <w:r>
        <w:br/>
      </w:r>
      <w:r>
        <w:rPr>
          <w:sz w:val="20"/>
        </w:rPr>
        <w:t>24:23  is mein yeh hua ke kuch logon ko is ne bataya ke political exploiters hain. kuch logon ka jo exploit kiye ja rahe hain. ab dono ko is ne do class bana diya.</w:t>
      </w:r>
      <w:r>
        <w:br/>
      </w:r>
      <w:r>
        <w:rPr>
          <w:sz w:val="20"/>
        </w:rPr>
        <w:t>24:34  do class. aur aapas mein lad rahe hain woh. ek ruling party hai, ek opposition party hai.</w:t>
      </w:r>
      <w:r>
        <w:br/>
      </w:r>
      <w:r>
        <w:rPr>
          <w:sz w:val="20"/>
        </w:rPr>
        <w:t>24:45  aur hate se hate ka jangla har taraf uga hua hai. yahi kaam marx ne kiya. karl marx.</w:t>
      </w:r>
      <w:r>
        <w:br/>
      </w:r>
      <w:r>
        <w:rPr>
          <w:sz w:val="20"/>
        </w:rPr>
        <w:t>24:55  is ne economic buniyad par logon ko do class banaye. yani class war jo chalai marx ne, woh kya thi?</w:t>
      </w:r>
    </w:p>
    <w:p>
      <w:pPr>
        <w:pStyle w:val="Heading2"/>
      </w:pPr>
      <w:r>
        <w:t>Two schools of spirituality and mind-based approach</w:t>
      </w:r>
    </w:p>
    <w:p>
      <w:r>
        <w:rPr>
          <w:color w:val="666666"/>
          <w:sz w:val="18"/>
        </w:rPr>
        <w:t>Spirituality in Daily Life 13 Aug 2016 - Maulana Wahiduddin Khan · 2m 01s · at 1:21 · https://youtu.be/SB0AF0Q9aTE?t=81</w:t>
      </w:r>
    </w:p>
    <w:p>
      <w:r>
        <w:rPr>
          <w:i/>
        </w:rPr>
        <w:t>“Spirituality ke do school hain.”</w:t>
      </w:r>
    </w:p>
    <w:p>
      <w:r>
        <w:rPr>
          <w:sz w:val="20"/>
        </w:rPr>
        <w:t>1:21  dekhiye, spirituality ke do school hain. zyada bada school to woh hai jo heart based spirituality ko manta hai.</w:t>
      </w:r>
      <w:r>
        <w:br/>
      </w:r>
      <w:r>
        <w:rPr>
          <w:sz w:val="20"/>
        </w:rPr>
        <w:t>1:39  ye sab kuch dil mein hai. spirituality, spirituality ka jo treasure house hai, woh dil hai. to dil mein dhyan lagaiye aur mysteriously aap</w:t>
      </w:r>
      <w:r>
        <w:br/>
      </w:r>
      <w:r>
        <w:rPr>
          <w:sz w:val="20"/>
        </w:rPr>
        <w:t>1:55  spirituality ke ko achieve kar lenge. lekin is spirituality mein jahan tak maine samjha hai, jo cheez milti hai, woh ecstasy hoti hai. spirituality ko,</w:t>
      </w:r>
      <w:r>
        <w:br/>
      </w:r>
      <w:r>
        <w:rPr>
          <w:sz w:val="20"/>
        </w:rPr>
        <w:t>2:14  woh ecstasy ko spiritually samajhte hain. ecstasy ko woh spirituality samajhte hain. lekin main isko nahi, woh mind based hai. mind based spirituality.</w:t>
      </w:r>
      <w:r>
        <w:br/>
      </w:r>
      <w:r>
        <w:rPr>
          <w:sz w:val="20"/>
        </w:rPr>
        <w:t>2:32  to mind based spirituality ka matlab yeh hai ki thinking se spirituality ko achieve karna. to jis tarah se heart based spirituality mein aakhri cheez ecstasy hoti hai,</w:t>
      </w:r>
      <w:r>
        <w:br/>
      </w:r>
      <w:r>
        <w:rPr>
          <w:sz w:val="20"/>
        </w:rPr>
        <w:t>2:49  aise hi mind based spirituality mein jo aakhri cheez hoti hai, woh intellectual development hai. intellectual development. to main jis spirituality ko manta hoon,</w:t>
      </w:r>
      <w:r>
        <w:br/>
      </w:r>
      <w:r>
        <w:rPr>
          <w:sz w:val="20"/>
        </w:rPr>
        <w:t>3:05  woh yahi hai jisme</w:t>
      </w:r>
      <w:r>
        <w:br/>
      </w:r>
      <w:r>
        <w:rPr>
          <w:sz w:val="20"/>
        </w:rPr>
        <w:t>3:11  mind ko active kiya jata hai. high thinking lai jati hai.</w:t>
      </w:r>
    </w:p>
    <w:p>
      <w:pPr>
        <w:pStyle w:val="Heading2"/>
      </w:pPr>
      <w:r>
        <w:t>Face mites as hidden blessings of God</w:t>
      </w:r>
    </w:p>
    <w:p>
      <w:r>
        <w:rPr>
          <w:color w:val="666666"/>
          <w:sz w:val="18"/>
        </w:rPr>
        <w:t>Discussion on Marefat (Ulama Session- I) Peace Conference April 29-30, 2023 · 1m 25s · at 31:20 · https://youtu.be/c1NFCRXpYBQ?t=1880</w:t>
      </w:r>
    </w:p>
    <w:p>
      <w:r>
        <w:rPr>
          <w:i/>
        </w:rPr>
        <w:t>“Jo insan ke pores mein rehte hain.”</w:t>
      </w:r>
    </w:p>
    <w:p>
      <w:r>
        <w:rPr>
          <w:sz w:val="20"/>
        </w:rPr>
        <w:t>31:20  jo insan ke pores mein rehte hain. insan ke jo surakh hain skin mein uske andar woh rehte hain. unke bare mein scientist yeh kehte hain ki yeh jo face mite jo hain, insan ke dead cell ko har waqt clean karte rehte hain. goya ke yeh aapke twenty four hours face cleaner ya skin cleaners hain.</w:t>
      </w:r>
      <w:r>
        <w:br/>
      </w:r>
      <w:r>
        <w:rPr>
          <w:sz w:val="20"/>
        </w:rPr>
        <w:t>31:38  wo musalsal yeh kaam karte hain jab nishal ke taur par scientist yeh kehte hain ki jab insan raat mein sota hai, to yeh mites jo hai face mites skin ke upar zahir hote hain aur dead cell ko yeh kar lete hain, consume kar lete hain aur phir woh unhi poren ke andar, unhi surakhon ke andar jo hai apni generation bhi woh continue karte rehte hain.</w:t>
      </w:r>
      <w:r>
        <w:br/>
      </w:r>
      <w:r>
        <w:rPr>
          <w:sz w:val="20"/>
        </w:rPr>
        <w:t>32:00  to is tarah jo hai insan paida hone se lekar marne tak musalsal uski body par ek cleaning</w:t>
      </w:r>
      <w:r>
        <w:br/>
      </w:r>
      <w:r>
        <w:rPr>
          <w:sz w:val="20"/>
        </w:rPr>
        <w:t>32:11  ka ek process chal raha hai lekin qadeem insan ne isko dekha nahi tha, jaana nahi tha ki</w:t>
      </w:r>
      <w:r>
        <w:br/>
      </w:r>
      <w:r>
        <w:rPr>
          <w:sz w:val="20"/>
        </w:rPr>
        <w:t>32:22  meri body par khuda ne jo hai aise civi purse aur aise cleaners rakh diye hain jo musalsal</w:t>
      </w:r>
      <w:r>
        <w:br/>
      </w:r>
      <w:r>
        <w:rPr>
          <w:sz w:val="20"/>
        </w:rPr>
        <w:t>32:33  meri khidmat kar rahe hain.</w:t>
      </w:r>
      <w:r>
        <w:br/>
      </w:r>
      <w:r>
        <w:rPr>
          <w:sz w:val="20"/>
        </w:rPr>
        <w:t>32:45  agar unko paighambar ki sohbat mili thi ashaab-e-Rasool ko, to hamein jo hai creation of god, Khuda ki makhluqat ki jo hai gehri observation mili hui hai. to main samajhta hoon ki jo hai yeh hamare liye bahut hi oonchi baat hai. hum is date se faida uthayein aur Maarifat ke naye naye windows hum jo hai open karte chale jayein taki jo hai Khuda ki khubrat hamein zyada se zyada milti rahe. Mashallah.</w:t>
      </w:r>
    </w:p>
    <w:p>
      <w:pPr>
        <w:pStyle w:val="Heading2"/>
      </w:pPr>
      <w:r>
        <w:t>Personal anger-management story rooted in a Quranic verse</w:t>
      </w:r>
    </w:p>
    <w:p>
      <w:r>
        <w:rPr>
          <w:color w:val="666666"/>
          <w:sz w:val="18"/>
        </w:rPr>
        <w:t>Islam and Sufism (Islam and Spirituality) (English) February 28, 2008 · 2m 09s · at 57:39 · https://youtu.be/6UGAPDfrS2w?t=3459</w:t>
      </w:r>
    </w:p>
    <w:p>
      <w:r>
        <w:rPr>
          <w:i/>
        </w:rPr>
        <w:t>“When someone provokes me and I am angry”</w:t>
      </w:r>
    </w:p>
    <w:p>
      <w:r>
        <w:rPr>
          <w:sz w:val="20"/>
        </w:rPr>
        <w:t>57:39  Why? For example, when someone provokes me and I am angry, then I remember a verse of the Quran:</w:t>
      </w:r>
      <w:r>
        <w:br/>
      </w:r>
      <w:r>
        <w:rPr>
          <w:sz w:val="20"/>
        </w:rPr>
        <w:t>57:54  Innama yuzaffaruna ujrahum bighayri hisab.</w:t>
      </w:r>
      <w:r>
        <w:br/>
      </w:r>
      <w:r>
        <w:rPr>
          <w:sz w:val="20"/>
        </w:rPr>
        <w:t>57:58  It means that those who keep patience, they will reward the greatest reward. So I believe, I remember according to this verse that forgiveness is the greatest worship</w:t>
      </w:r>
      <w:r>
        <w:br/>
      </w:r>
      <w:r>
        <w:rPr>
          <w:sz w:val="20"/>
        </w:rPr>
        <w:t>58:17  . If I avoid, if I tolerate, if I ignore this nuisance, then and keep patience, then I will be rewarded, greatest reward.</w:t>
      </w:r>
      <w:r>
        <w:br/>
      </w:r>
      <w:r>
        <w:rPr>
          <w:sz w:val="20"/>
        </w:rPr>
        <w:t>58:30  So I believe, I remember according to this verse that forgiveness is the greatest worship.</w:t>
      </w:r>
      <w:r>
        <w:br/>
      </w:r>
      <w:r>
        <w:rPr>
          <w:sz w:val="20"/>
        </w:rPr>
        <w:t>58:41  If I avoid, if I tolerate, if I ignore this nuisance, then and keep patience, then I will be rewarded, greatest reward.</w:t>
      </w:r>
      <w:r>
        <w:br/>
      </w:r>
      <w:r>
        <w:rPr>
          <w:sz w:val="20"/>
        </w:rPr>
        <w:t>58:55  So I'm happy that this person gave me this opportunity. By awakening my mind, I always think that this person is not my enemy.</w:t>
      </w:r>
      <w:r>
        <w:br/>
      </w:r>
      <w:r>
        <w:rPr>
          <w:sz w:val="20"/>
        </w:rPr>
        <w:t>59:10  He gave me an opportunity to worship God in such a way that gives me a greatest reward.</w:t>
      </w:r>
      <w:r>
        <w:br/>
      </w:r>
      <w:r>
        <w:rPr>
          <w:sz w:val="20"/>
        </w:rPr>
        <w:t>59:22  So it is, it is, it is the art of thought management. Develop in yourself the art of thought management, and you will be a superman.</w:t>
      </w:r>
      <w:r>
        <w:br/>
      </w:r>
      <w:r>
        <w:rPr>
          <w:sz w:val="20"/>
        </w:rPr>
        <w:t>59:37  Thought management, by adopting the art of thought management, a mind becomes a superman.</w:t>
      </w:r>
    </w:p>
    <w:p>
      <w:pPr>
        <w:pStyle w:val="Heading2"/>
      </w:pPr>
      <w:r>
        <w:t>Anger is root of all evil</w:t>
      </w:r>
    </w:p>
    <w:p>
      <w:r>
        <w:rPr>
          <w:color w:val="666666"/>
          <w:sz w:val="18"/>
        </w:rPr>
        <w:t>Personality Building May 28, 2013 Maulana Wahiduddin Khan · 3m 38s · at 14:26 · https://youtu.be/8vNUoqGILmw?t=866</w:t>
      </w:r>
    </w:p>
    <w:p>
      <w:r>
        <w:rPr>
          <w:i/>
        </w:rPr>
        <w:t>“Main ek prophet ka ek saink aap ko sunana chahta hoon”</w:t>
      </w:r>
    </w:p>
    <w:p>
      <w:r>
        <w:rPr>
          <w:sz w:val="20"/>
        </w:rPr>
        <w:t>14:26  main ek prophet ka ek saying aap ko sunana chahta hoon. ek aadmi aaya prophet (PBUH) ke paas, us ne kaha ke "mujhe koi ek master formula bataein zindagi ka." zindagi ka ek master formula.</w:t>
      </w:r>
      <w:r>
        <w:br/>
      </w:r>
      <w:r>
        <w:rPr>
          <w:sz w:val="20"/>
        </w:rPr>
        <w:t>14:46  aap ne master formula kya diya? "la taghzab." "la taghzab" ka matlab yeh hai ke tum ghussa mat karo, don't be angry, tum ghussa na karo.</w:t>
      </w:r>
      <w:r>
        <w:br/>
      </w:r>
      <w:r>
        <w:rPr>
          <w:sz w:val="20"/>
        </w:rPr>
        <w:t>15:01  main samajhta hoon ke aaj bhi yahi master formula hai insaan ke liye. dekhein, aadmi ghussa kyun karta hai?</w:t>
      </w:r>
      <w:r>
        <w:br/>
      </w:r>
      <w:r>
        <w:rPr>
          <w:sz w:val="20"/>
        </w:rPr>
        <w:t>15:13  ghussa nature mein hai insaan ke. to ghussa kyun karta hai? koi unwanted situation pesh aayi, kisi ne us ko provoke kar diya, kisi se us ka nuqsan ho gaya to ghussa aa gaya us ko.</w:t>
      </w:r>
      <w:r>
        <w:br/>
      </w:r>
      <w:r>
        <w:rPr>
          <w:sz w:val="20"/>
        </w:rPr>
        <w:t>15:30  achha dekhiye, ghussa kya doosre ke khilaaf? ghussa aadmi karta hai doosre ke khilaaf, lekin haqeeqat mein apne khilaaf hota hai.</w:t>
      </w:r>
      <w:r>
        <w:br/>
      </w:r>
      <w:r>
        <w:rPr>
          <w:sz w:val="20"/>
        </w:rPr>
        <w:t>15:41  kyun ke ghussa jab kiya aap ne to aap ne kya show kiya ke main ek weak personality ka aadmi hoon, main to strong personality nahi hoon, main apne aap ko control nahi kar sakta,</w:t>
      </w:r>
      <w:r>
        <w:br/>
      </w:r>
      <w:r>
        <w:rPr>
          <w:sz w:val="20"/>
        </w:rPr>
        <w:t>15:57  mein apne sentiment ko control nahi kar sakta. sahih keh yeh kis ke khilaaf gaya? apne khilaaf toh gaya yeh. toh doosra aadmi kya samjha aap ke baray mein keh aap achi planning nahi kar sakte,</w:t>
      </w:r>
      <w:r>
        <w:br/>
      </w:r>
      <w:r>
        <w:rPr>
          <w:sz w:val="20"/>
        </w:rPr>
        <w:t>16:12  positive tor par cheezon ko dekh nahi sakte, aap bohat ziyada right decision nahi le sakte? toh kitna bara yeh loss hai keh agar mein ghussa karoon.</w:t>
      </w:r>
      <w:r>
        <w:br/>
      </w:r>
      <w:r>
        <w:rPr>
          <w:sz w:val="20"/>
        </w:rPr>
        <w:t>16:26  toh samajhta hoon keh bohat hi master formula zindagi ka hai keh jis mahol mein aap hain, wahan agar aap logon ki image yeh ban rahay hain keh yeh toh aadmi ghussa nahi karta toh aap ke baray mein kya image banay gi?</w:t>
      </w:r>
      <w:r>
        <w:br/>
      </w:r>
      <w:r>
        <w:rPr>
          <w:sz w:val="20"/>
        </w:rPr>
        <w:t>16:41  yeh aadmi strong personality wala aadmi hai, yeh right decision le sakta hai, yeh positive planning kar sakta hai, is se hum ko right advice mile gi, is se is ko apna advisor banao.</w:t>
      </w:r>
      <w:r>
        <w:br/>
      </w:r>
      <w:r>
        <w:rPr>
          <w:sz w:val="20"/>
        </w:rPr>
        <w:t>16:59  toh kitni bari baat is ke andar chupi hui hai.</w:t>
      </w:r>
      <w:r>
        <w:br/>
      </w:r>
      <w:r>
        <w:rPr>
          <w:sz w:val="20"/>
        </w:rPr>
        <w:t>17:07  mein samajhta hoon keh dunya ke jo evils hain, woh is ki jar sach much ghussa hi hota hai. kyunkeh ghussa aik cheez nahi hai. ghussa aaya toh kya aaya?</w:t>
      </w:r>
      <w:r>
        <w:br/>
      </w:r>
      <w:r>
        <w:rPr>
          <w:sz w:val="20"/>
        </w:rPr>
        <w:t>17:17  hate aayi, revenge aaya, violence aaya, malice aaya. aik se aik baat cheez yahan ab chalay gi.</w:t>
      </w:r>
      <w:r>
        <w:br/>
      </w:r>
      <w:r>
        <w:rPr>
          <w:sz w:val="20"/>
        </w:rPr>
        <w:t>17:28  toh aik cheez se itni sari cheezain paida huin. toh ghussa sach much ki jar hai tamam evils ka. toh aap ghussay ko control kar lein.</w:t>
      </w:r>
      <w:r>
        <w:br/>
      </w:r>
      <w:r>
        <w:rPr>
          <w:sz w:val="20"/>
        </w:rPr>
        <w:t>17:37  agar ghussay ko control kar lein toh apne andar aap aik aik bohat hi strong personality develop karte hain. woh personality hai jo kisi situation ko bohat hi positively tackle kar sakti hai.</w:t>
      </w:r>
      <w:r>
        <w:br/>
      </w:r>
      <w:r>
        <w:rPr>
          <w:sz w:val="20"/>
        </w:rPr>
        <w:t>17:54  toh kitni bari cheez hai yeh. toh jin cheezon ko le kar ke log x x is ka woh banatay hain keh bhai aisa hoga toh kya karte hain?</w:t>
      </w:r>
    </w:p>
    <w:p>
      <w:pPr>
        <w:pStyle w:val="Heading2"/>
      </w:pPr>
      <w:r>
        <w:t>Natural method to activate mind</w:t>
      </w:r>
    </w:p>
    <w:p>
      <w:r>
        <w:rPr>
          <w:color w:val="666666"/>
          <w:sz w:val="18"/>
        </w:rPr>
        <w:t>Science and Spirituality | April 25, 2007 | Maulana Wahiduddin Kha · 30s · at 35:25 · https://youtu.be/cStp24Ri3ps?t=2125</w:t>
      </w:r>
    </w:p>
    <w:p>
      <w:r>
        <w:rPr>
          <w:i/>
        </w:rPr>
        <w:t>“It is a natural method to activate your mind”</w:t>
      </w:r>
    </w:p>
    <w:p>
      <w:r>
        <w:rPr>
          <w:sz w:val="20"/>
        </w:rPr>
        <w:t>35:25  all those particles, living particles.</w:t>
      </w:r>
      <w:r>
        <w:br/>
      </w:r>
      <w:r>
        <w:rPr>
          <w:sz w:val="20"/>
        </w:rPr>
        <w:t>35:33  So without brainstorming, your, your, your, your mind cannot, cannot be activated.</w:t>
      </w:r>
      <w:r>
        <w:br/>
      </w:r>
      <w:r>
        <w:rPr>
          <w:sz w:val="20"/>
        </w:rPr>
        <w:t>35:40  It lives in a dormant position.</w:t>
      </w:r>
      <w:r>
        <w:br/>
      </w:r>
      <w:r>
        <w:rPr>
          <w:sz w:val="20"/>
        </w:rPr>
        <w:t>35:48  So it is, it is the law of nature. It is</w:t>
      </w:r>
    </w:p>
    <w:p>
      <w:pPr>
        <w:pStyle w:val="Heading2"/>
      </w:pPr>
      <w:r>
        <w:t>Topic: Peace of Mind or Spiritual Peace</w:t>
      </w:r>
    </w:p>
    <w:p>
      <w:r>
        <w:rPr>
          <w:color w:val="666666"/>
          <w:sz w:val="18"/>
        </w:rPr>
        <w:t>Peace of Mind April 19, 2015 Maulana Wahiduddin Khan · 42m 27s · at 0:21 · https://youtu.be/bGLY0ALNtjw?t=21</w:t>
      </w:r>
    </w:p>
    <w:p>
      <w:r>
        <w:rPr>
          <w:i/>
        </w:rPr>
        <w:t>“Aaj ka topic hai: Peace of Mind, ya rohani sukoon”</w:t>
      </w:r>
    </w:p>
    <w:p>
      <w:r>
        <w:rPr>
          <w:sz w:val="20"/>
        </w:rPr>
        <w:t>0:21  bismillah rahman rahim,</w:t>
      </w:r>
      <w:r>
        <w:br/>
      </w:r>
      <w:r>
        <w:rPr>
          <w:sz w:val="20"/>
        </w:rPr>
        <w:t>0:25  wasalli Allahu ala nabiyil karim.</w:t>
      </w:r>
      <w:r>
        <w:br/>
      </w:r>
      <w:r>
        <w:rPr>
          <w:sz w:val="20"/>
        </w:rPr>
        <w:t>0:29  rab ishrah li sadri,</w:t>
      </w:r>
      <w:r>
        <w:br/>
      </w:r>
      <w:r>
        <w:rPr>
          <w:sz w:val="20"/>
        </w:rPr>
        <w:t>0:33  wassar li amri,</w:t>
      </w:r>
      <w:r>
        <w:br/>
      </w:r>
      <w:r>
        <w:rPr>
          <w:sz w:val="20"/>
        </w:rPr>
        <w:t>0:35  wahul uqdata min lisani</w:t>
      </w:r>
      <w:r>
        <w:br/>
      </w:r>
      <w:r>
        <w:rPr>
          <w:sz w:val="20"/>
        </w:rPr>
        <w:t>0:38  yafqa qawli. 19</w:t>
      </w:r>
      <w:r>
        <w:br/>
      </w:r>
      <w:r>
        <w:rPr>
          <w:sz w:val="20"/>
        </w:rPr>
        <w:t>0:43  april 2015. aaj ka topic hai:</w:t>
      </w:r>
      <w:r>
        <w:br/>
      </w:r>
      <w:r>
        <w:rPr>
          <w:sz w:val="20"/>
        </w:rPr>
        <w:t>0:52  peace of mind,</w:t>
      </w:r>
      <w:r>
        <w:br/>
      </w:r>
      <w:r>
        <w:rPr>
          <w:sz w:val="20"/>
        </w:rPr>
        <w:t>0:54  ya rohani sukoon.</w:t>
      </w:r>
      <w:r>
        <w:br/>
      </w:r>
      <w:r>
        <w:rPr>
          <w:sz w:val="20"/>
        </w:rPr>
        <w:t>0:56  meri zindagi ka aik</w:t>
      </w:r>
      <w:r>
        <w:br/>
      </w:r>
      <w:r>
        <w:rPr>
          <w:sz w:val="20"/>
        </w:rPr>
        <w:t>1:00  experience yeh hai</w:t>
      </w:r>
      <w:r>
        <w:br/>
      </w:r>
      <w:r>
        <w:rPr>
          <w:sz w:val="20"/>
        </w:rPr>
        <w:t>1:02  keh aadmi ko</w:t>
      </w:r>
      <w:r>
        <w:br/>
      </w:r>
      <w:r>
        <w:rPr>
          <w:sz w:val="20"/>
        </w:rPr>
        <w:t>1:05  har cheez parhna chahiye, har mazhab ko, har discipline ko.</w:t>
      </w:r>
      <w:r>
        <w:br/>
      </w:r>
      <w:r>
        <w:rPr>
          <w:sz w:val="20"/>
        </w:rPr>
        <w:t>1:11  Woh kisi ek discipline mein, kisi ek tradition mein yaqeen rakhta ho, tab bhi parhna chahiye.</w:t>
      </w:r>
      <w:r>
        <w:br/>
      </w:r>
      <w:r>
        <w:rPr>
          <w:sz w:val="20"/>
        </w:rPr>
        <w:t>1:20  Aur har cheez aap ko</w:t>
      </w:r>
      <w:r>
        <w:br/>
      </w:r>
      <w:r>
        <w:rPr>
          <w:sz w:val="20"/>
        </w:rPr>
        <w:t>1:24  faida degi.</w:t>
      </w:r>
      <w:r>
        <w:br/>
      </w:r>
      <w:r>
        <w:rPr>
          <w:sz w:val="20"/>
        </w:rPr>
        <w:t>1:27  Lekin ek condition hai, woh yeh keh aap empty mind ho kar</w:t>
      </w:r>
      <w:r>
        <w:br/>
      </w:r>
      <w:r>
        <w:rPr>
          <w:sz w:val="20"/>
        </w:rPr>
        <w:t>1:34  doosri cheezon ko parhein.</w:t>
      </w:r>
      <w:r>
        <w:br/>
      </w:r>
      <w:r>
        <w:rPr>
          <w:sz w:val="20"/>
        </w:rPr>
        <w:t>1:36  Agar aap ka andar</w:t>
      </w:r>
      <w:r>
        <w:br/>
      </w:r>
      <w:r>
        <w:rPr>
          <w:sz w:val="20"/>
        </w:rPr>
        <w:t>1:39  bias hoga toh aap ko aap ki study faida nahi degi.</w:t>
      </w:r>
      <w:r>
        <w:br/>
      </w:r>
      <w:r>
        <w:rPr>
          <w:sz w:val="20"/>
        </w:rPr>
        <w:t>1:49  Mujhe ek waqia yaad aata hai</w:t>
      </w:r>
      <w:r>
        <w:br/>
      </w:r>
      <w:r>
        <w:rPr>
          <w:sz w:val="20"/>
        </w:rPr>
        <w:t>1:51  keh Swami Vivekanand ek martaba</w:t>
      </w:r>
      <w:r>
        <w:br/>
      </w:r>
      <w:r>
        <w:rPr>
          <w:sz w:val="20"/>
        </w:rPr>
        <w:t>1:56  kisi conference mein thay,</w:t>
      </w:r>
      <w:r>
        <w:br/>
      </w:r>
      <w:r>
        <w:rPr>
          <w:sz w:val="20"/>
        </w:rPr>
        <w:t>2:03  toh un se poocha gaya keh Indian philosophy ka</w:t>
      </w:r>
      <w:r>
        <w:br/>
      </w:r>
      <w:r>
        <w:rPr>
          <w:sz w:val="20"/>
        </w:rPr>
        <w:t>2:08  khulasa kya hai.</w:t>
      </w:r>
      <w:r>
        <w:br/>
      </w:r>
      <w:r>
        <w:rPr>
          <w:sz w:val="20"/>
        </w:rPr>
        <w:t>2:11  Toh wahan blackboard tha, blackboard par unhon ne ek bohat bara zero laga diya, 0 likh</w:t>
      </w:r>
      <w:r>
        <w:br/>
      </w:r>
      <w:r>
        <w:rPr>
          <w:sz w:val="20"/>
        </w:rPr>
        <w:t>2:17  diya, keh Indian philosophy ka khulasa hai zero.</w:t>
      </w:r>
      <w:r>
        <w:br/>
      </w:r>
      <w:r>
        <w:rPr>
          <w:sz w:val="20"/>
        </w:rPr>
        <w:t>2:26  Dekhiye, main is ko manta hoon.</w:t>
      </w:r>
      <w:r>
        <w:br/>
      </w:r>
      <w:r>
        <w:rPr>
          <w:sz w:val="20"/>
        </w:rPr>
        <w:t>2:30  Zero ka matlab yeh nahi keh aap</w:t>
      </w:r>
      <w:r>
        <w:br/>
      </w:r>
      <w:r>
        <w:rPr>
          <w:sz w:val="20"/>
        </w:rPr>
        <w:t>2:34  apne mind ko</w:t>
      </w:r>
      <w:r>
        <w:br/>
      </w:r>
      <w:r>
        <w:rPr>
          <w:sz w:val="20"/>
        </w:rPr>
        <w:t>2:37  khali kar lein.</w:t>
      </w:r>
      <w:r>
        <w:br/>
      </w:r>
      <w:r>
        <w:rPr>
          <w:sz w:val="20"/>
        </w:rPr>
        <w:t>2:38  Nahi, mind ko empty karein is sense mein keh aap poore mani mein objective</w:t>
      </w:r>
      <w:r>
        <w:br/>
      </w:r>
      <w:r>
        <w:rPr>
          <w:sz w:val="20"/>
        </w:rPr>
        <w:t>2:47  ban jayein. Yani objective mind se cheezon ko parhna.</w:t>
      </w:r>
      <w:r>
        <w:br/>
      </w:r>
      <w:r>
        <w:rPr>
          <w:sz w:val="20"/>
        </w:rPr>
        <w:t>2:52  Tab har cheez mein faida hota hai aap ko.</w:t>
      </w:r>
      <w:r>
        <w:br/>
      </w:r>
      <w:r>
        <w:rPr>
          <w:sz w:val="20"/>
        </w:rPr>
        <w:t>2:56  Toh aaj ke ek misaal mein deta hoon, is silsile mein.</w:t>
      </w:r>
      <w:r>
        <w:br/>
      </w:r>
      <w:r>
        <w:rPr>
          <w:sz w:val="20"/>
        </w:rPr>
        <w:t>3:01  dekhiye, yeh aaj ka daily news paper hai.</w:t>
      </w:r>
      <w:r>
        <w:br/>
      </w:r>
      <w:r>
        <w:rPr>
          <w:sz w:val="20"/>
        </w:rPr>
        <w:t>3:08  is mein aik article chapa hai:</w:t>
      </w:r>
      <w:r>
        <w:br/>
      </w:r>
      <w:r>
        <w:rPr>
          <w:sz w:val="20"/>
        </w:rPr>
        <w:t>3:11  "why live a boring life".</w:t>
      </w:r>
      <w:r>
        <w:br/>
      </w:r>
      <w:r>
        <w:rPr>
          <w:sz w:val="20"/>
        </w:rPr>
        <w:t>3:17  why live a boring life.</w:t>
      </w:r>
      <w:r>
        <w:br/>
      </w:r>
      <w:r>
        <w:rPr>
          <w:sz w:val="20"/>
        </w:rPr>
        <w:t>3:23  yani kyun hum</w:t>
      </w:r>
      <w:r>
        <w:br/>
      </w:r>
      <w:r>
        <w:rPr>
          <w:sz w:val="20"/>
        </w:rPr>
        <w:t>3:26  boring zindagi guzarein?</w:t>
      </w:r>
      <w:r>
        <w:br/>
      </w:r>
      <w:r>
        <w:rPr>
          <w:sz w:val="20"/>
        </w:rPr>
        <w:t>3:29  is par mein sochne laga.</w:t>
      </w:r>
      <w:r>
        <w:br/>
      </w:r>
      <w:r>
        <w:rPr>
          <w:sz w:val="20"/>
        </w:rPr>
        <w:t>3:34  mein apne ghar ke bahir, hamare ghar ke bahir jo</w:t>
      </w:r>
      <w:r>
        <w:br/>
      </w:r>
      <w:r>
        <w:rPr>
          <w:sz w:val="20"/>
        </w:rPr>
        <w:t>3:41  jagah hai, khuli, wahan par baitha hua tha.</w:t>
      </w:r>
      <w:r>
        <w:br/>
      </w:r>
      <w:r>
        <w:rPr>
          <w:sz w:val="20"/>
        </w:rPr>
        <w:t>3:46  to mere samne se gaariyan guzar rahi theen.</w:t>
      </w:r>
      <w:r>
        <w:br/>
      </w:r>
      <w:r>
        <w:rPr>
          <w:sz w:val="20"/>
        </w:rPr>
        <w:t>3:49  carain, motor cycle.</w:t>
      </w:r>
      <w:r>
        <w:br/>
      </w:r>
      <w:r>
        <w:rPr>
          <w:sz w:val="20"/>
        </w:rPr>
        <w:t>3:53  wo bar bar wo horn baja rahe the, horn.</w:t>
      </w:r>
      <w:r>
        <w:br/>
      </w:r>
      <w:r>
        <w:rPr>
          <w:sz w:val="20"/>
        </w:rPr>
        <w:t>3:57  to horn mujh ko disturb kar raha tha.</w:t>
      </w:r>
      <w:r>
        <w:br/>
      </w:r>
      <w:r>
        <w:rPr>
          <w:sz w:val="20"/>
        </w:rPr>
        <w:t>4:00  to mein is waqt</w:t>
      </w:r>
      <w:r>
        <w:br/>
      </w:r>
      <w:r>
        <w:rPr>
          <w:sz w:val="20"/>
        </w:rPr>
        <w:t>4:03  boarding ke, boredom ke halat mein tha, bore ho raha tha.</w:t>
      </w:r>
      <w:r>
        <w:br/>
      </w:r>
      <w:r>
        <w:rPr>
          <w:sz w:val="20"/>
        </w:rPr>
        <w:t>4:10  to mein ne socha ke dunya to boring experience se bhari hui hai.</w:t>
      </w:r>
      <w:r>
        <w:br/>
      </w:r>
      <w:r>
        <w:rPr>
          <w:sz w:val="20"/>
        </w:rPr>
        <w:t>4:17  to kaise hum apne ko</w:t>
      </w:r>
      <w:r>
        <w:br/>
      </w:r>
      <w:r>
        <w:rPr>
          <w:sz w:val="20"/>
        </w:rPr>
        <w:t>4:21  boredom se bachayein?</w:t>
      </w:r>
      <w:r>
        <w:br/>
      </w:r>
      <w:r>
        <w:rPr>
          <w:sz w:val="20"/>
        </w:rPr>
        <w:t>4:24  is par sochne laga mein.</w:t>
      </w:r>
      <w:r>
        <w:br/>
      </w:r>
      <w:r>
        <w:rPr>
          <w:sz w:val="20"/>
        </w:rPr>
        <w:t>4:30  to meri samajh mein is waqt aik ayat, Quran Majeed ki aik ayat aayi:</w:t>
      </w:r>
      <w:r>
        <w:br/>
      </w:r>
      <w:r>
        <w:rPr>
          <w:sz w:val="20"/>
        </w:rPr>
        <w:t>4:35  "ala bi zikrillah tatmainnal quloob".</w:t>
      </w:r>
      <w:r>
        <w:br/>
      </w:r>
      <w:r>
        <w:rPr>
          <w:sz w:val="20"/>
        </w:rPr>
        <w:t>4:39  yaad rakho, Allah ki yaad se dilon ko itminan hasil hota hai.</w:t>
      </w:r>
      <w:r>
        <w:br/>
      </w:r>
      <w:r>
        <w:rPr>
          <w:sz w:val="20"/>
        </w:rPr>
        <w:t>4:51  phir mein ne socha ke Allah ko yaad karne se itminan kaise hasil hota hai? Kaise?</w:t>
      </w:r>
      <w:r>
        <w:br/>
      </w:r>
      <w:r>
        <w:rPr>
          <w:sz w:val="20"/>
        </w:rPr>
        <w:t>4:59  is ka matlab hai ke God ka jo creation hai,</w:t>
      </w:r>
      <w:r>
        <w:br/>
      </w:r>
      <w:r>
        <w:rPr>
          <w:sz w:val="20"/>
        </w:rPr>
        <w:t>5:04  God ne jo dunya banai hai, is mein sochna.</w:t>
      </w:r>
      <w:r>
        <w:br/>
      </w:r>
      <w:r>
        <w:rPr>
          <w:sz w:val="20"/>
        </w:rPr>
        <w:t>5:09  phir yeh sochte hue</w:t>
      </w:r>
      <w:r>
        <w:br/>
      </w:r>
      <w:r>
        <w:rPr>
          <w:sz w:val="20"/>
        </w:rPr>
        <w:t>5:12  mere mind mein yeh aaya</w:t>
      </w:r>
      <w:r>
        <w:br/>
      </w:r>
      <w:r>
        <w:rPr>
          <w:sz w:val="20"/>
        </w:rPr>
        <w:t>5:16  keh jis tarah hamare road</w:t>
      </w:r>
      <w:r>
        <w:br/>
      </w:r>
      <w:r>
        <w:rPr>
          <w:sz w:val="20"/>
        </w:rPr>
        <w:t>5:19  par gaariyan chal rahi hain, woh ek movement hai.</w:t>
      </w:r>
      <w:r>
        <w:br/>
      </w:r>
      <w:r>
        <w:rPr>
          <w:sz w:val="20"/>
        </w:rPr>
        <w:t>5:25  aise hi poore universe mein movement hai.</w:t>
      </w:r>
      <w:r>
        <w:br/>
      </w:r>
      <w:r>
        <w:rPr>
          <w:sz w:val="20"/>
        </w:rPr>
        <w:t>5:28  aap jante hain keh poori universe on the move hai.</w:t>
      </w:r>
      <w:r>
        <w:br/>
      </w:r>
      <w:r>
        <w:rPr>
          <w:sz w:val="20"/>
        </w:rPr>
        <w:t>5:33  yeh stars chal rahe hain,</w:t>
      </w:r>
      <w:r>
        <w:br/>
      </w:r>
      <w:r>
        <w:rPr>
          <w:sz w:val="20"/>
        </w:rPr>
        <w:t>5:37  planets chal rahe hain, suraj chand chal rahe hain.</w:t>
      </w:r>
      <w:r>
        <w:br/>
      </w:r>
      <w:r>
        <w:rPr>
          <w:sz w:val="20"/>
        </w:rPr>
        <w:t>5:42  aur unki jo speed hai, hamare hawa jahan se zyada tez hai.</w:t>
      </w:r>
      <w:r>
        <w:br/>
      </w:r>
      <w:r>
        <w:rPr>
          <w:sz w:val="20"/>
        </w:rPr>
        <w:t>5:49  magar wahan koi shor nahin.</w:t>
      </w:r>
      <w:r>
        <w:br/>
      </w:r>
      <w:r>
        <w:rPr>
          <w:sz w:val="20"/>
        </w:rPr>
        <w:t>5:52  wahan koi noise nahin.</w:t>
      </w:r>
      <w:r>
        <w:br/>
      </w:r>
      <w:r>
        <w:rPr>
          <w:sz w:val="20"/>
        </w:rPr>
        <w:t>5:57  wahan koi horn nahin bajata.</w:t>
      </w:r>
      <w:r>
        <w:br/>
      </w:r>
      <w:r>
        <w:rPr>
          <w:sz w:val="20"/>
        </w:rPr>
        <w:t>6:01  toh main ne socha keh yeh toh hamari bohat choti duniya hai.</w:t>
      </w:r>
      <w:r>
        <w:br/>
      </w:r>
      <w:r>
        <w:rPr>
          <w:sz w:val="20"/>
        </w:rPr>
        <w:t>6:04  yeh road hai, is par sawariyan guzar rahi hain, toh bohat choti duniya hai.</w:t>
      </w:r>
      <w:r>
        <w:br/>
      </w:r>
      <w:r>
        <w:rPr>
          <w:sz w:val="20"/>
        </w:rPr>
        <w:t>6:09  jo zyada bari duniya hai,</w:t>
      </w:r>
      <w:r>
        <w:br/>
      </w:r>
      <w:r>
        <w:rPr>
          <w:sz w:val="20"/>
        </w:rPr>
        <w:t>6:12  wahan bhi vehicle chal rahe hain,</w:t>
      </w:r>
      <w:r>
        <w:br/>
      </w:r>
      <w:r>
        <w:rPr>
          <w:sz w:val="20"/>
        </w:rPr>
        <w:t>6:15  koi shor nahin.</w:t>
      </w:r>
      <w:r>
        <w:br/>
      </w:r>
      <w:r>
        <w:rPr>
          <w:sz w:val="20"/>
        </w:rPr>
        <w:t>6:18  toh is par main ne daryaft kiya creator ko, keh creator kitna bara hai,</w:t>
      </w:r>
      <w:r>
        <w:br/>
      </w:r>
      <w:r>
        <w:rPr>
          <w:sz w:val="20"/>
        </w:rPr>
        <w:t>6:25  kitna zyada taqat wala hai,</w:t>
      </w:r>
      <w:r>
        <w:br/>
      </w:r>
      <w:r>
        <w:rPr>
          <w:sz w:val="20"/>
        </w:rPr>
        <w:t>6:31  keh itni bari duniya woh chala raha hai.</w:t>
      </w:r>
      <w:r>
        <w:br/>
      </w:r>
      <w:r>
        <w:rPr>
          <w:sz w:val="20"/>
        </w:rPr>
        <w:t>6:34  itni bari duniya mein har taraf harkat hai, har taraf movement hai.</w:t>
      </w:r>
      <w:r>
        <w:br/>
      </w:r>
      <w:r>
        <w:rPr>
          <w:sz w:val="20"/>
        </w:rPr>
        <w:t>6:39  magar kahin na koi horn bajata, na koi shor hota, koi noise pollution nahin.</w:t>
      </w:r>
      <w:r>
        <w:br/>
      </w:r>
      <w:r>
        <w:rPr>
          <w:sz w:val="20"/>
        </w:rPr>
        <w:t>6:47  toh Khuda ki azmat, Khuda ki badai</w:t>
      </w:r>
      <w:r>
        <w:br/>
      </w:r>
      <w:r>
        <w:rPr>
          <w:sz w:val="20"/>
        </w:rPr>
        <w:t>6:50  jab main sochne laga toh har cheez benoise ho gayi.</w:t>
      </w:r>
      <w:r>
        <w:br/>
      </w:r>
      <w:r>
        <w:rPr>
          <w:sz w:val="20"/>
        </w:rPr>
        <w:t>6:54  har cheez benoise ho gayi.</w:t>
      </w:r>
      <w:r>
        <w:br/>
      </w:r>
      <w:r>
        <w:rPr>
          <w:sz w:val="20"/>
        </w:rPr>
        <w:t>6:57  yeh hai peace of mind.</w:t>
      </w:r>
      <w:r>
        <w:br/>
      </w:r>
      <w:r>
        <w:rPr>
          <w:sz w:val="20"/>
        </w:rPr>
        <w:t>7:00  to mein samajhta hoon ke peace of mind jo hai, woh yeh hai</w:t>
      </w:r>
      <w:r>
        <w:br/>
      </w:r>
      <w:r>
        <w:rPr>
          <w:sz w:val="20"/>
        </w:rPr>
        <w:t>7:06  ke hum cheezon mein</w:t>
      </w:r>
      <w:r>
        <w:br/>
      </w:r>
      <w:r>
        <w:rPr>
          <w:sz w:val="20"/>
        </w:rPr>
        <w:t>7:09  ya creation mein creator ko discover karein.</w:t>
      </w:r>
      <w:r>
        <w:br/>
      </w:r>
      <w:r>
        <w:rPr>
          <w:sz w:val="20"/>
        </w:rPr>
        <w:t>7:14  isi se, isi se hamein peace of mind milega.</w:t>
      </w:r>
      <w:r>
        <w:br/>
      </w:r>
      <w:r>
        <w:rPr>
          <w:sz w:val="20"/>
        </w:rPr>
        <w:t>7:17  kyunke iske baad hamein ek, hamare andar ek creative thinking aayegi.</w:t>
      </w:r>
      <w:r>
        <w:br/>
      </w:r>
      <w:r>
        <w:rPr>
          <w:sz w:val="20"/>
        </w:rPr>
        <w:t>7:22  ek high thinking aayegi.</w:t>
      </w:r>
      <w:r>
        <w:br/>
      </w:r>
      <w:r>
        <w:rPr>
          <w:sz w:val="20"/>
        </w:rPr>
        <w:t>7:24  ek bade level par jeene ke qabil ho jayenge.</w:t>
      </w:r>
      <w:r>
        <w:br/>
      </w:r>
      <w:r>
        <w:rPr>
          <w:sz w:val="20"/>
        </w:rPr>
        <w:t>7:27  wohi hamein peace of mind dega.</w:t>
      </w:r>
      <w:r>
        <w:br/>
      </w:r>
      <w:r>
        <w:rPr>
          <w:sz w:val="20"/>
        </w:rPr>
        <w:t>7:32  phir mujhe yaad aaya,</w:t>
      </w:r>
      <w:r>
        <w:br/>
      </w:r>
      <w:r>
        <w:rPr>
          <w:sz w:val="20"/>
        </w:rPr>
        <w:t>7:35  Bertrand Russell ne, Bertrand Russell ki ek kitaab hai</w:t>
      </w:r>
      <w:r>
        <w:br/>
      </w:r>
      <w:r>
        <w:rPr>
          <w:sz w:val="20"/>
        </w:rPr>
        <w:t>7:41  "Human Knowledge". Is mein woh likhta hai ke knowledge ki do qismein hain:</w:t>
      </w:r>
      <w:r>
        <w:br/>
      </w:r>
      <w:r>
        <w:rPr>
          <w:sz w:val="20"/>
        </w:rPr>
        <w:t>7:49  knowledge of things, knowledge of truth.</w:t>
      </w:r>
      <w:r>
        <w:br/>
      </w:r>
      <w:r>
        <w:rPr>
          <w:sz w:val="20"/>
        </w:rPr>
        <w:t>7:53  cheezon ka ilm aur sachai ka ilm.</w:t>
      </w:r>
      <w:r>
        <w:br/>
      </w:r>
      <w:r>
        <w:rPr>
          <w:sz w:val="20"/>
        </w:rPr>
        <w:t>7:59  is par sochte hue, sochte hue, sochte hue mujhe samajh, mujhe samajh aaya</w:t>
      </w:r>
      <w:r>
        <w:br/>
      </w:r>
      <w:r>
        <w:rPr>
          <w:sz w:val="20"/>
        </w:rPr>
        <w:t>8:04  ke duniya mein har, jitne bhi things item hain, har cheez mein truth maujood hai.</w:t>
      </w:r>
      <w:r>
        <w:br/>
      </w:r>
      <w:r>
        <w:rPr>
          <w:sz w:val="20"/>
        </w:rPr>
        <w:t>8:15  hum agar hum sirf thing ko dekhenge to hamein,</w:t>
      </w:r>
      <w:r>
        <w:br/>
      </w:r>
      <w:r>
        <w:rPr>
          <w:sz w:val="20"/>
        </w:rPr>
        <w:t>8:20  hum bore ho jayenge.</w:t>
      </w:r>
      <w:r>
        <w:br/>
      </w:r>
      <w:r>
        <w:rPr>
          <w:sz w:val="20"/>
        </w:rPr>
        <w:t>8:22  lekin agar thing ko dekhte hue hum deeper sense mein lein usko, aur usko hum truth</w:t>
      </w:r>
      <w:r>
        <w:br/>
      </w:r>
      <w:r>
        <w:rPr>
          <w:sz w:val="20"/>
        </w:rPr>
        <w:t>8:27  tak pahunch jayein,</w:t>
      </w:r>
      <w:r>
        <w:br/>
      </w:r>
      <w:r>
        <w:rPr>
          <w:sz w:val="20"/>
        </w:rPr>
        <w:t>8:30  to wahan ek aisi badi duniya mil jayegi hamein jeene ke liye, ke wahan boredom bilkul minimize</w:t>
      </w:r>
      <w:r>
        <w:br/>
      </w:r>
      <w:r>
        <w:rPr>
          <w:sz w:val="20"/>
        </w:rPr>
        <w:t>8:37  ho jayega.</w:t>
      </w:r>
      <w:r>
        <w:br/>
      </w:r>
      <w:r>
        <w:rPr>
          <w:sz w:val="20"/>
        </w:rPr>
        <w:t>8:39  wahan har cheez minimize ho jayegi.</w:t>
      </w:r>
      <w:r>
        <w:br/>
      </w:r>
      <w:r>
        <w:rPr>
          <w:sz w:val="20"/>
        </w:rPr>
        <w:t>8:43  وہ اسی حالت کا نام ہے peace of mind.</w:t>
      </w:r>
      <w:r>
        <w:br/>
      </w:r>
      <w:r>
        <w:rPr>
          <w:sz w:val="20"/>
        </w:rPr>
        <w:t>8:48  peace of mind,</w:t>
      </w:r>
      <w:r>
        <w:br/>
      </w:r>
      <w:r>
        <w:rPr>
          <w:sz w:val="20"/>
        </w:rPr>
        <w:t>8:50  mein samajhta hoon ke ek, ek,</w:t>
      </w:r>
      <w:r>
        <w:br/>
      </w:r>
      <w:r>
        <w:rPr>
          <w:sz w:val="20"/>
        </w:rPr>
        <w:t>8:55  aik zehni halat, aik intellectual state ka naam hai.</w:t>
      </w:r>
      <w:r>
        <w:br/>
      </w:r>
      <w:r>
        <w:rPr>
          <w:sz w:val="20"/>
        </w:rPr>
        <w:t>9:00  wo ecstasy ka naam nahi hai.</w:t>
      </w:r>
      <w:r>
        <w:br/>
      </w:r>
      <w:r>
        <w:rPr>
          <w:sz w:val="20"/>
        </w:rPr>
        <w:t>9:04  ecstasy jo hai,</w:t>
      </w:r>
      <w:r>
        <w:br/>
      </w:r>
      <w:r>
        <w:rPr>
          <w:sz w:val="20"/>
        </w:rPr>
        <w:t>9:07  wo mein dekh, aik,</w:t>
      </w:r>
      <w:r>
        <w:br/>
      </w:r>
      <w:r>
        <w:rPr>
          <w:sz w:val="20"/>
        </w:rPr>
        <w:t>9:11  aik, aik tasawwurati</w:t>
      </w:r>
      <w:r>
        <w:br/>
      </w:r>
      <w:r>
        <w:rPr>
          <w:sz w:val="20"/>
        </w:rPr>
        <w:t>9:14  cheez hai. jaise maine aik kitaab parhi,</w:t>
      </w:r>
      <w:r>
        <w:br/>
      </w:r>
      <w:r>
        <w:rPr>
          <w:sz w:val="20"/>
        </w:rPr>
        <w:t>9:19  us ka title tha</w:t>
      </w:r>
      <w:r>
        <w:br/>
      </w:r>
      <w:r>
        <w:rPr>
          <w:sz w:val="20"/>
        </w:rPr>
        <w:t>9:22  "umang ho sood hiz friday".</w:t>
      </w:r>
      <w:r>
        <w:br/>
      </w:r>
      <w:r>
        <w:rPr>
          <w:sz w:val="20"/>
        </w:rPr>
        <w:t>9:25  تو میں یہ سمجھتا تھا پہلے کہ شاید وہاں کہتا ہے کہ کسی آدمی نے اپنی Friday کو</w:t>
      </w:r>
      <w:r>
        <w:br/>
      </w:r>
      <w:r>
        <w:rPr>
          <w:sz w:val="20"/>
        </w:rPr>
        <w:t>9:30  becha aur wo chala gaya paharon mein.</w:t>
      </w:r>
      <w:r>
        <w:br/>
      </w:r>
      <w:r>
        <w:rPr>
          <w:sz w:val="20"/>
        </w:rPr>
        <w:t>9:33  baat maloom hua ke yeh fiction hai.</w:t>
      </w:r>
      <w:r>
        <w:br/>
      </w:r>
      <w:r>
        <w:rPr>
          <w:sz w:val="20"/>
        </w:rPr>
        <w:t>9:37  yani is mein bataya gaya tha ke aik aadmi ke paas friday thi, jo bohat hi mehngi gaari</w:t>
      </w:r>
      <w:r>
        <w:br/>
      </w:r>
      <w:r>
        <w:rPr>
          <w:sz w:val="20"/>
        </w:rPr>
        <w:t>9:43  hoti hai. is ko becha, is ne bech ke chala gaya paharon mein.</w:t>
      </w:r>
      <w:r>
        <w:br/>
      </w:r>
      <w:r>
        <w:rPr>
          <w:sz w:val="20"/>
        </w:rPr>
        <w:t>9:48  اور وہاں پر اس کو peace of mind مل گیا۔</w:t>
      </w:r>
      <w:r>
        <w:br/>
      </w:r>
      <w:r>
        <w:rPr>
          <w:sz w:val="20"/>
        </w:rPr>
        <w:t>9:51  lekin yeh, yeh fiction tha, waqia nahi tha wo.</w:t>
      </w:r>
      <w:r>
        <w:br/>
      </w:r>
      <w:r>
        <w:rPr>
          <w:sz w:val="20"/>
        </w:rPr>
        <w:t>9:55  yani shuru mein title dekh kar mein samjha tha ke, samjha tha ke shayad yeh waqia ho.</w:t>
      </w:r>
      <w:r>
        <w:br/>
      </w:r>
      <w:r>
        <w:rPr>
          <w:sz w:val="20"/>
        </w:rPr>
        <w:t>10:00  isi liye maine kitaab ko parha.</w:t>
      </w:r>
      <w:r>
        <w:br/>
      </w:r>
      <w:r>
        <w:rPr>
          <w:sz w:val="20"/>
        </w:rPr>
        <w:t>10:03  baat maloom hui ke yeh to fiction hai.</w:t>
      </w:r>
      <w:r>
        <w:br/>
      </w:r>
      <w:r>
        <w:rPr>
          <w:sz w:val="20"/>
        </w:rPr>
        <w:t>10:06  تو یہ جو peace of mind ہے، یہ peace of mind ایک فکشن میں آپ دیکھ سکتے ہیں،</w:t>
      </w:r>
      <w:r>
        <w:br/>
      </w:r>
      <w:r>
        <w:rPr>
          <w:sz w:val="20"/>
        </w:rPr>
        <w:t>10:12  waqia mein nahi.</w:t>
      </w:r>
      <w:r>
        <w:br/>
      </w:r>
      <w:r>
        <w:rPr>
          <w:sz w:val="20"/>
        </w:rPr>
        <w:t>10:15  waqia mein nahi.</w:t>
      </w:r>
      <w:r>
        <w:br/>
      </w:r>
      <w:r>
        <w:rPr>
          <w:sz w:val="20"/>
        </w:rPr>
        <w:t>10:17  yani aap jayenge kahin janglon mein, kisi paharon mein, kisi seclusion mein,</w:t>
      </w:r>
      <w:r>
        <w:br/>
      </w:r>
      <w:r>
        <w:rPr>
          <w:sz w:val="20"/>
        </w:rPr>
        <w:t>10:25  تو جو چیز آپ کو ملے گی وہ کوئی peace of mind نہیں ہوگا۔</w:t>
      </w:r>
      <w:r>
        <w:br/>
      </w:r>
      <w:r>
        <w:rPr>
          <w:sz w:val="20"/>
        </w:rPr>
        <w:t>10:30  wo aik, aik bhalaawa hoga.</w:t>
      </w:r>
      <w:r>
        <w:br/>
      </w:r>
      <w:r>
        <w:rPr>
          <w:sz w:val="20"/>
        </w:rPr>
        <w:t>10:33  jaise aap haqeeqi life mein jo problem hai, jo bitterness hai, is ko bhulane ke liye kahin aap</w:t>
      </w:r>
      <w:r>
        <w:br/>
      </w:r>
      <w:r>
        <w:rPr>
          <w:sz w:val="20"/>
        </w:rPr>
        <w:t>10:41  چلے جائیں۔ تو دیکھیے، بھلاوا جو ہے وہ peace of mind نہیں ہے۔</w:t>
      </w:r>
      <w:r>
        <w:br/>
      </w:r>
      <w:r>
        <w:rPr>
          <w:sz w:val="20"/>
        </w:rPr>
        <w:t>10:48  peace of mind aik intellectual,</w:t>
      </w:r>
      <w:r>
        <w:br/>
      </w:r>
      <w:r>
        <w:rPr>
          <w:sz w:val="20"/>
        </w:rPr>
        <w:t>10:52  aik intellectual finding ka naam hai.</w:t>
      </w:r>
      <w:r>
        <w:br/>
      </w:r>
      <w:r>
        <w:rPr>
          <w:sz w:val="20"/>
        </w:rPr>
        <w:t>10:55  bhulane ka naam nahi hai.</w:t>
      </w:r>
      <w:r>
        <w:br/>
      </w:r>
      <w:r>
        <w:rPr>
          <w:sz w:val="20"/>
        </w:rPr>
        <w:t>10:57  bhula, agar bhulawa ho to phir to, phir to wo anesthesia</w:t>
      </w:r>
      <w:r>
        <w:br/>
      </w:r>
      <w:r>
        <w:rPr>
          <w:sz w:val="20"/>
        </w:rPr>
        <w:t>11:02  لے لیں آپ، اور آپ کو مل جائے گا peace of mind.</w:t>
      </w:r>
      <w:r>
        <w:br/>
      </w:r>
      <w:r>
        <w:rPr>
          <w:sz w:val="20"/>
        </w:rPr>
        <w:t>11:06  تو intellectual anesthesia نہیں، peace of mind.</w:t>
      </w:r>
      <w:r>
        <w:br/>
      </w:r>
      <w:r>
        <w:rPr>
          <w:sz w:val="20"/>
        </w:rPr>
        <w:t>11:10  Peace of mind کسی قسم کے intellectual anesthesia کا نام نہیں ہے۔</w:t>
      </w:r>
      <w:r>
        <w:br/>
      </w:r>
      <w:r>
        <w:rPr>
          <w:sz w:val="20"/>
        </w:rPr>
        <w:t>11:17  balkeh high, oonche, bohat hi oonche darje ke intellectual development ka naam hai.</w:t>
      </w:r>
      <w:r>
        <w:br/>
      </w:r>
      <w:r>
        <w:rPr>
          <w:sz w:val="20"/>
        </w:rPr>
        <w:t>11:26  woh development jahan aap things mein truth ko dekhne lage.</w:t>
      </w:r>
      <w:r>
        <w:br/>
      </w:r>
      <w:r>
        <w:rPr>
          <w:sz w:val="20"/>
        </w:rPr>
        <w:t>11:32  creation mein aap creator ko dekhne lage.</w:t>
      </w:r>
      <w:r>
        <w:br/>
      </w:r>
      <w:r>
        <w:rPr>
          <w:sz w:val="20"/>
        </w:rPr>
        <w:t>11:37  tab jo aap ko jo finding hogi, jo aap ki discovery hogi, jo aap ka realization hoga, us</w:t>
      </w:r>
      <w:r>
        <w:br/>
      </w:r>
      <w:r>
        <w:rPr>
          <w:sz w:val="20"/>
        </w:rPr>
        <w:t>11:44  se aap ko peace of mind milega.</w:t>
      </w:r>
      <w:r>
        <w:br/>
      </w:r>
      <w:r>
        <w:rPr>
          <w:sz w:val="20"/>
        </w:rPr>
        <w:t>11:48  jaise maine misaal di</w:t>
      </w:r>
      <w:r>
        <w:br/>
      </w:r>
      <w:r>
        <w:rPr>
          <w:sz w:val="20"/>
        </w:rPr>
        <w:t>11:51  ke road ke</w:t>
      </w:r>
      <w:r>
        <w:br/>
      </w:r>
      <w:r>
        <w:rPr>
          <w:sz w:val="20"/>
        </w:rPr>
        <w:t>11:54  par jo sawariyan, sawariyan chal rahi thin aur horn baja rahi thin aur shor kar rahi thin, to</w:t>
      </w:r>
      <w:r>
        <w:br/>
      </w:r>
      <w:r>
        <w:rPr>
          <w:sz w:val="20"/>
        </w:rPr>
        <w:t>12:01  is se ek noise pollution paida ho raha tha.</w:t>
      </w:r>
      <w:r>
        <w:br/>
      </w:r>
      <w:r>
        <w:rPr>
          <w:sz w:val="20"/>
        </w:rPr>
        <w:t>12:04  is, woh mujhe disturb kiye hue tha.</w:t>
      </w:r>
      <w:r>
        <w:br/>
      </w:r>
      <w:r>
        <w:rPr>
          <w:sz w:val="20"/>
        </w:rPr>
        <w:t>12:07  lekin jab main universal thinking mere andar aa gayi, universal thinking, ke poore universe mein</w:t>
      </w:r>
      <w:r>
        <w:br/>
      </w:r>
      <w:r>
        <w:rPr>
          <w:sz w:val="20"/>
        </w:rPr>
        <w:t>12:16  movement jaari hai,</w:t>
      </w:r>
      <w:r>
        <w:br/>
      </w:r>
      <w:r>
        <w:rPr>
          <w:sz w:val="20"/>
        </w:rPr>
        <w:t>12:19  ab wahan koi noise nahin, koi noise pollution nahin, to woh yeh, yeh finding itni zyada badi thi</w:t>
      </w:r>
      <w:r>
        <w:br/>
      </w:r>
      <w:r>
        <w:rPr>
          <w:sz w:val="20"/>
        </w:rPr>
        <w:t>12:28  mere liye ke har cheez minimize ho gayi.</w:t>
      </w:r>
      <w:r>
        <w:br/>
      </w:r>
      <w:r>
        <w:rPr>
          <w:sz w:val="20"/>
        </w:rPr>
        <w:t>12:32  jaise aap apne ghar se airport jayein</w:t>
      </w:r>
      <w:r>
        <w:br/>
      </w:r>
      <w:r>
        <w:rPr>
          <w:sz w:val="20"/>
        </w:rPr>
        <w:t>12:38  to raaste mein aap ko sawariyan milegi, horn ki awaaz sunai degi, tarah tarah ke notions,</w:t>
      </w:r>
      <w:r>
        <w:br/>
      </w:r>
      <w:r>
        <w:rPr>
          <w:sz w:val="20"/>
        </w:rPr>
        <w:t>12:46  ghar se airport tak tarah tarah ke notions se guzrenge aap.</w:t>
      </w:r>
      <w:r>
        <w:br/>
      </w:r>
      <w:r>
        <w:rPr>
          <w:sz w:val="20"/>
        </w:rPr>
        <w:t>12:50  lekin jab aap hawa jahaz badh jayenge aur 35,000 feet ki bulandi par jab jahaz udne lage</w:t>
      </w:r>
      <w:r>
        <w:br/>
      </w:r>
      <w:r>
        <w:rPr>
          <w:sz w:val="20"/>
        </w:rPr>
        <w:t>12:57  ga, to woh sab khatam ho chuka hoga.</w:t>
      </w:r>
      <w:r>
        <w:br/>
      </w:r>
      <w:r>
        <w:rPr>
          <w:sz w:val="20"/>
        </w:rPr>
        <w:t>13:01  woh sab minimize ho chuka hoga.</w:t>
      </w:r>
      <w:r>
        <w:br/>
      </w:r>
      <w:r>
        <w:rPr>
          <w:sz w:val="20"/>
        </w:rPr>
        <w:t>13:05  to main samajhta hoon ke yahi experience</w:t>
      </w:r>
      <w:r>
        <w:br/>
      </w:r>
      <w:r>
        <w:rPr>
          <w:sz w:val="20"/>
        </w:rPr>
        <w:t>13:08  roz, daily life mein agar aap kisi ko mil jaye to that is peace of mind.</w:t>
      </w:r>
      <w:r>
        <w:br/>
      </w:r>
      <w:r>
        <w:rPr>
          <w:sz w:val="20"/>
        </w:rPr>
        <w:t>13:13  to main samajhta hoon ke</w:t>
      </w:r>
      <w:r>
        <w:br/>
      </w:r>
      <w:r>
        <w:rPr>
          <w:sz w:val="20"/>
        </w:rPr>
        <w:t>13:16  is duniya ke har particle mein, har atom mein, har thing mein, har thing mein truth hai.</w:t>
      </w:r>
      <w:r>
        <w:br/>
      </w:r>
      <w:r>
        <w:rPr>
          <w:sz w:val="20"/>
        </w:rPr>
        <w:t>13:24  yaani har creation mein creator ka</w:t>
      </w:r>
      <w:r>
        <w:br/>
      </w:r>
      <w:r>
        <w:rPr>
          <w:sz w:val="20"/>
        </w:rPr>
        <w:t>13:30  jalwa hai. jab is tak pohnch jayen aap, tab aap ko sahi maano mein peace of mind milta</w:t>
      </w:r>
      <w:r>
        <w:br/>
      </w:r>
      <w:r>
        <w:rPr>
          <w:sz w:val="20"/>
        </w:rPr>
        <w:t>13:36  hai. warna nahin.</w:t>
      </w:r>
      <w:r>
        <w:br/>
      </w:r>
      <w:r>
        <w:rPr>
          <w:sz w:val="20"/>
        </w:rPr>
        <w:t>13:39  phir in baaton ko sochte hue,</w:t>
      </w:r>
      <w:r>
        <w:br/>
      </w:r>
      <w:r>
        <w:rPr>
          <w:sz w:val="20"/>
        </w:rPr>
        <w:t>13:42  dekhiye, maine is se pehle arz kiya tha yahan par ke aap ko itna prepared mind hona</w:t>
      </w:r>
      <w:r>
        <w:br/>
      </w:r>
      <w:r>
        <w:rPr>
          <w:sz w:val="20"/>
        </w:rPr>
        <w:t>13:48  chahiye ke aap ka mind cheezon ko dekh kar trigger ho jaye.</w:t>
      </w:r>
      <w:r>
        <w:br/>
      </w:r>
      <w:r>
        <w:rPr>
          <w:sz w:val="20"/>
        </w:rPr>
        <w:t>13:55  aap jante hain ke science mein jo discoveries hoti hain, woh isi liye hoti hain ke scientist</w:t>
      </w:r>
      <w:r>
        <w:br/>
      </w:r>
      <w:r>
        <w:rPr>
          <w:sz w:val="20"/>
        </w:rPr>
        <w:t>14:04  apni laboratory mein kaam kar raha hai, woh koi experiment kar raha hai, is beech mein koi cheez</w:t>
      </w:r>
      <w:r>
        <w:br/>
      </w:r>
      <w:r>
        <w:rPr>
          <w:sz w:val="20"/>
        </w:rPr>
        <w:t>14:09  flash hoti hai, is se uska mind trigger hota hai, phir woh ek discovery tak pohnchta hai.</w:t>
      </w:r>
      <w:r>
        <w:br/>
      </w:r>
      <w:r>
        <w:rPr>
          <w:sz w:val="20"/>
        </w:rPr>
        <w:t>14:15  jaise yeh bijli hai,</w:t>
      </w:r>
      <w:r>
        <w:br/>
      </w:r>
      <w:r>
        <w:rPr>
          <w:sz w:val="20"/>
        </w:rPr>
        <w:t>14:17  Faraday apne is pe kaam kar raha tha, to koi cheez flash hui, is se uska mind</w:t>
      </w:r>
      <w:r>
        <w:br/>
      </w:r>
      <w:r>
        <w:rPr>
          <w:sz w:val="20"/>
        </w:rPr>
        <w:t>14:23  trigger hua, phir woh is yahan tak pohncha ke is formula daryaft kiya us ne ke electricity means</w:t>
      </w:r>
      <w:r>
        <w:br/>
      </w:r>
      <w:r>
        <w:rPr>
          <w:sz w:val="20"/>
        </w:rPr>
        <w:t>14:31  flow of electron.</w:t>
      </w:r>
      <w:r>
        <w:br/>
      </w:r>
      <w:r>
        <w:rPr>
          <w:sz w:val="20"/>
        </w:rPr>
        <w:t>14:33  electricity means flow of electron.</w:t>
      </w:r>
      <w:r>
        <w:br/>
      </w:r>
      <w:r>
        <w:rPr>
          <w:sz w:val="20"/>
        </w:rPr>
        <w:t>14:36  to yahi muamla spiritual field ka bhi hai.</w:t>
      </w:r>
      <w:r>
        <w:br/>
      </w:r>
      <w:r>
        <w:rPr>
          <w:sz w:val="20"/>
        </w:rPr>
        <w:t>14:39  jo science mein hota hai, wahi spiritual field mein bhi hota hai.</w:t>
      </w:r>
      <w:r>
        <w:br/>
      </w:r>
      <w:r>
        <w:rPr>
          <w:sz w:val="20"/>
        </w:rPr>
        <w:t>14:45  aadmi ko chahiye ke woh itna zyada,</w:t>
      </w:r>
      <w:r>
        <w:br/>
      </w:r>
      <w:r>
        <w:rPr>
          <w:sz w:val="20"/>
        </w:rPr>
        <w:t>14:49  اس کا مائنڈ اتنا زیادہ پریپیئر ہو،</w:t>
      </w:r>
      <w:r>
        <w:br/>
      </w:r>
      <w:r>
        <w:rPr>
          <w:sz w:val="20"/>
        </w:rPr>
        <w:t>14:52  وہ اتنا زیادہ prepared mind ہو کہ جب وہ چیزوں کو دیکھے، جب وہ پڑھے، observe کرے، کوئی</w:t>
      </w:r>
      <w:r>
        <w:br/>
      </w:r>
      <w:r>
        <w:rPr>
          <w:sz w:val="20"/>
        </w:rPr>
        <w:t>15:01  experience میں گزرے، تو اس کا مائنڈ ٹریگر ہو جائے۔</w:t>
      </w:r>
      <w:r>
        <w:br/>
      </w:r>
      <w:r>
        <w:rPr>
          <w:sz w:val="20"/>
        </w:rPr>
        <w:t>15:06  is ka mind jab trigger hoga to bari bari cheezain daryaft hongi is ko.</w:t>
      </w:r>
      <w:r>
        <w:br/>
      </w:r>
      <w:r>
        <w:rPr>
          <w:sz w:val="20"/>
        </w:rPr>
        <w:t>15:12  bari bari cheezain daryaft hongi.</w:t>
      </w:r>
      <w:r>
        <w:br/>
      </w:r>
      <w:r>
        <w:rPr>
          <w:sz w:val="20"/>
        </w:rPr>
        <w:t>15:14  جیسے آج جو میں نے بتایا آپ کو، میرا mind trigger ہو گیا۔</w:t>
      </w:r>
      <w:r>
        <w:br/>
      </w:r>
      <w:r>
        <w:rPr>
          <w:sz w:val="20"/>
        </w:rPr>
        <w:t>15:19  تو trigger ہوا تو میرا مائنڈ لگا سوچنے، لگا سوچنے، لگا سوچنے۔</w:t>
      </w:r>
      <w:r>
        <w:br/>
      </w:r>
      <w:r>
        <w:rPr>
          <w:sz w:val="20"/>
        </w:rPr>
        <w:t>15:24  ek bari anokhi baat daryaft hui.</w:t>
      </w:r>
      <w:r>
        <w:br/>
      </w:r>
      <w:r>
        <w:rPr>
          <w:sz w:val="20"/>
        </w:rPr>
        <w:t>15:28  ek bohat hi anokhi baat</w:t>
      </w:r>
      <w:r>
        <w:br/>
      </w:r>
      <w:r>
        <w:rPr>
          <w:sz w:val="20"/>
        </w:rPr>
        <w:t>15:31  ke maine musalmanon ki kitabein parhi hain aur</w:t>
      </w:r>
      <w:r>
        <w:br/>
      </w:r>
      <w:r>
        <w:rPr>
          <w:sz w:val="20"/>
        </w:rPr>
        <w:t>15:37  muslim mulkon mein safar kar ke gaya hoon, aur yahan bhi daily musalmanon se mulaqatein hoti hain.</w:t>
      </w:r>
      <w:r>
        <w:br/>
      </w:r>
      <w:r>
        <w:rPr>
          <w:sz w:val="20"/>
        </w:rPr>
        <w:t>15:43  میں نے پایا ہے کہ تمام مسلمان، perhaps without exception،</w:t>
      </w:r>
      <w:r>
        <w:br/>
      </w:r>
      <w:r>
        <w:rPr>
          <w:sz w:val="20"/>
        </w:rPr>
        <w:t>15:50  West ke baray mein, Western world ke baray mein negative hain.</w:t>
      </w:r>
      <w:r>
        <w:br/>
      </w:r>
      <w:r>
        <w:rPr>
          <w:sz w:val="20"/>
        </w:rPr>
        <w:t>15:56  Western world ke bare mein negative hain.</w:t>
      </w:r>
      <w:r>
        <w:br/>
      </w:r>
      <w:r>
        <w:rPr>
          <w:sz w:val="20"/>
        </w:rPr>
        <w:t>15:58  woh Western civilization ke baray mein negative hain.</w:t>
      </w:r>
      <w:r>
        <w:br/>
      </w:r>
      <w:r>
        <w:rPr>
          <w:sz w:val="20"/>
        </w:rPr>
        <w:t>16:04  kyun? woh kuch baaton ko jante hain.</w:t>
      </w:r>
      <w:r>
        <w:br/>
      </w:r>
      <w:r>
        <w:rPr>
          <w:sz w:val="20"/>
        </w:rPr>
        <w:t>16:08  kuch baaton ko jante hain.</w:t>
      </w:r>
      <w:r>
        <w:br/>
      </w:r>
      <w:r>
        <w:rPr>
          <w:sz w:val="20"/>
        </w:rPr>
        <w:t>16:10  mislan yeh ke amreeka israel ko support kyun karta hai?</w:t>
      </w:r>
      <w:r>
        <w:br/>
      </w:r>
      <w:r>
        <w:rPr>
          <w:sz w:val="20"/>
        </w:rPr>
        <w:t>16:16  colonial powers ne kyun otman park ko khatam kiya? is tarah kuch cheezon ko jante hain.</w:t>
      </w:r>
      <w:r>
        <w:br/>
      </w:r>
      <w:r>
        <w:rPr>
          <w:sz w:val="20"/>
        </w:rPr>
        <w:t>16:25  lekin agar woh</w:t>
      </w:r>
      <w:r>
        <w:br/>
      </w:r>
      <w:r>
        <w:rPr>
          <w:sz w:val="20"/>
        </w:rPr>
        <w:t>16:28  prepared mind ہوں تو ایک بہت بڑی چیز دریافت کریں گے۔</w:t>
      </w:r>
      <w:r>
        <w:br/>
      </w:r>
      <w:r>
        <w:rPr>
          <w:sz w:val="20"/>
        </w:rPr>
        <w:t>16:33  kyunke unhon ne kaise, aisa, is tarah ke waqeat kaise hue? kaise woh kamyab hue aisa karne mein?</w:t>
      </w:r>
      <w:r>
        <w:br/>
      </w:r>
      <w:r>
        <w:rPr>
          <w:sz w:val="20"/>
        </w:rPr>
        <w:t>16:42  اس کا راز تھا کہ انہوں نے nature میں جو hidden treasure تھا، technology کی شکل میں، اس</w:t>
      </w:r>
      <w:r>
        <w:br/>
      </w:r>
      <w:r>
        <w:rPr>
          <w:sz w:val="20"/>
        </w:rPr>
        <w:t>16:49  ko daryaft kiya.</w:t>
      </w:r>
      <w:r>
        <w:br/>
      </w:r>
      <w:r>
        <w:rPr>
          <w:sz w:val="20"/>
        </w:rPr>
        <w:t>16:51  yeh technology jo hai, woh kya hai? nature mein chupi hui thi.</w:t>
      </w:r>
      <w:r>
        <w:br/>
      </w:r>
      <w:r>
        <w:rPr>
          <w:sz w:val="20"/>
        </w:rPr>
        <w:t>16:58  ٹیکنالوجی میں as a hidden treasure وہ چھپی ہوئی تھی۔</w:t>
      </w:r>
      <w:r>
        <w:br/>
      </w:r>
      <w:r>
        <w:rPr>
          <w:sz w:val="20"/>
        </w:rPr>
        <w:t>17:02  is ko daryaft kiya unhon ne.</w:t>
      </w:r>
      <w:r>
        <w:br/>
      </w:r>
      <w:r>
        <w:rPr>
          <w:sz w:val="20"/>
        </w:rPr>
        <w:t>17:04  toh sab cheezein banai unhon ne.</w:t>
      </w:r>
      <w:r>
        <w:br/>
      </w:r>
      <w:r>
        <w:rPr>
          <w:sz w:val="20"/>
        </w:rPr>
        <w:t>17:06  technology develop ki unhon ne.</w:t>
      </w:r>
      <w:r>
        <w:br/>
      </w:r>
      <w:r>
        <w:rPr>
          <w:sz w:val="20"/>
        </w:rPr>
        <w:t>17:09  unhon ne hawa jahaz banaye, car banai,</w:t>
      </w:r>
      <w:r>
        <w:br/>
      </w:r>
      <w:r>
        <w:rPr>
          <w:sz w:val="20"/>
        </w:rPr>
        <w:t>17:13  spaceship banaye, engine banaye, factoryan banai, industry lagai.</w:t>
      </w:r>
      <w:r>
        <w:br/>
      </w:r>
      <w:r>
        <w:rPr>
          <w:sz w:val="20"/>
        </w:rPr>
        <w:t>17:17  woh sab kya tha?</w:t>
      </w:r>
      <w:r>
        <w:br/>
      </w:r>
      <w:r>
        <w:rPr>
          <w:sz w:val="20"/>
        </w:rPr>
        <w:t>17:20  وہ سب تھا نیچر میں جو hidden technology تھی، اس کو دریافت کرنے کے نتیجے میں یہ ہوا۔</w:t>
      </w:r>
      <w:r>
        <w:br/>
      </w:r>
      <w:r>
        <w:rPr>
          <w:sz w:val="20"/>
        </w:rPr>
        <w:t>17:27  toh sara jo karishma hai, woh</w:t>
      </w:r>
      <w:r>
        <w:br/>
      </w:r>
      <w:r>
        <w:rPr>
          <w:sz w:val="20"/>
        </w:rPr>
        <w:t>17:31  nature mein chupi hui</w:t>
      </w:r>
      <w:r>
        <w:br/>
      </w:r>
      <w:r>
        <w:rPr>
          <w:sz w:val="20"/>
        </w:rPr>
        <w:t>17:35  technology ko daryaft karne ka.</w:t>
      </w:r>
      <w:r>
        <w:br/>
      </w:r>
      <w:r>
        <w:rPr>
          <w:sz w:val="20"/>
        </w:rPr>
        <w:t>17:39  toh maine socha ke yeh, yeh jo technology unhon ne daryaft ki hai,</w:t>
      </w:r>
      <w:r>
        <w:br/>
      </w:r>
      <w:r>
        <w:rPr>
          <w:sz w:val="20"/>
        </w:rPr>
        <w:t>17:46  mislan main yahan bol raha hoon dilli mein, aur potentially dunya bhar mein meri baat sun rahe hain</w:t>
      </w:r>
      <w:r>
        <w:br/>
      </w:r>
      <w:r>
        <w:rPr>
          <w:sz w:val="20"/>
        </w:rPr>
        <w:t>17:51  log. potentially. yani meri tasveer, meri awaz, sab kuch har jagah pahunch rahi hai.</w:t>
      </w:r>
      <w:r>
        <w:br/>
      </w:r>
      <w:r>
        <w:rPr>
          <w:sz w:val="20"/>
        </w:rPr>
        <w:t>18:00  potentially. toh yeh jo hai, agar musalmanon ke andar dawat ka mizaj ho, woh jante hon ke musalman</w:t>
      </w:r>
      <w:r>
        <w:br/>
      </w:r>
      <w:r>
        <w:rPr>
          <w:sz w:val="20"/>
        </w:rPr>
        <w:t>18:11  ka mission dawat ka mission hai,</w:t>
      </w:r>
      <w:r>
        <w:br/>
      </w:r>
      <w:r>
        <w:rPr>
          <w:sz w:val="20"/>
        </w:rPr>
        <w:t>18:14  toh woh kya sochenge?</w:t>
      </w:r>
      <w:r>
        <w:br/>
      </w:r>
      <w:r>
        <w:rPr>
          <w:sz w:val="20"/>
        </w:rPr>
        <w:t>18:17  woh yeh sochenge ke western civilization ka license share toh hum ko mil raha hai.</w:t>
      </w:r>
      <w:r>
        <w:br/>
      </w:r>
      <w:r>
        <w:rPr>
          <w:sz w:val="20"/>
        </w:rPr>
        <w:t>18:22  license share. kyunke agar hum un, is technology ko istemal karein dawat ke liye, dawat ka matlab hai,</w:t>
      </w:r>
      <w:r>
        <w:br/>
      </w:r>
      <w:r>
        <w:rPr>
          <w:sz w:val="20"/>
        </w:rPr>
        <w:t>18:32  yani god ke message ko sari dunya mein pahunchana, peaceful message ko pahunchana.</w:t>
      </w:r>
      <w:r>
        <w:br/>
      </w:r>
      <w:r>
        <w:rPr>
          <w:sz w:val="20"/>
        </w:rPr>
        <w:t>18:42  to aap jante hain ke</w:t>
      </w:r>
      <w:r>
        <w:br/>
      </w:r>
      <w:r>
        <w:rPr>
          <w:sz w:val="20"/>
        </w:rPr>
        <w:t>18:45  western civilization se pehle yeh possible nahi tha ke dunya bhar mein yeh message pohanchaya jaye.</w:t>
      </w:r>
      <w:r>
        <w:br/>
      </w:r>
      <w:r>
        <w:rPr>
          <w:sz w:val="20"/>
        </w:rPr>
        <w:t>18:51  jo divine message hai,</w:t>
      </w:r>
      <w:r>
        <w:br/>
      </w:r>
      <w:r>
        <w:rPr>
          <w:sz w:val="20"/>
        </w:rPr>
        <w:t>18:55  jo peaceful message hai creator ka, us ko sirf local level par hum pohancha sakte thay.</w:t>
      </w:r>
      <w:r>
        <w:br/>
      </w:r>
      <w:r>
        <w:rPr>
          <w:sz w:val="20"/>
        </w:rPr>
        <w:t>19:03  global level par nahi.</w:t>
      </w:r>
      <w:r>
        <w:br/>
      </w:r>
      <w:r>
        <w:rPr>
          <w:sz w:val="20"/>
        </w:rPr>
        <w:t>19:06  to yeh western civilization hai</w:t>
      </w:r>
      <w:r>
        <w:br/>
      </w:r>
      <w:r>
        <w:rPr>
          <w:sz w:val="20"/>
        </w:rPr>
        <w:t>19:11  jinhon ne is ko possible banaya.</w:t>
      </w:r>
      <w:r>
        <w:br/>
      </w:r>
      <w:r>
        <w:rPr>
          <w:sz w:val="20"/>
        </w:rPr>
        <w:t>19:13  misal aap jante hain ke</w:t>
      </w:r>
      <w:r>
        <w:br/>
      </w:r>
      <w:r>
        <w:rPr>
          <w:sz w:val="20"/>
        </w:rPr>
        <w:t>19:18  hawai jahaz ki sanat</w:t>
      </w:r>
      <w:r>
        <w:br/>
      </w:r>
      <w:r>
        <w:rPr>
          <w:sz w:val="20"/>
        </w:rPr>
        <w:t>19:21  develop hui zyada tar first world war ke darmiyan.</w:t>
      </w:r>
      <w:r>
        <w:br/>
      </w:r>
      <w:r>
        <w:rPr>
          <w:sz w:val="20"/>
        </w:rPr>
        <w:t>19:26  aise hi yeh jo communication hai,</w:t>
      </w:r>
      <w:r>
        <w:br/>
      </w:r>
      <w:r>
        <w:rPr>
          <w:sz w:val="20"/>
        </w:rPr>
        <w:t>19:31  yeh zyada tar develop hua second world war ke darmiyan.</w:t>
      </w:r>
      <w:r>
        <w:br/>
      </w:r>
      <w:r>
        <w:rPr>
          <w:sz w:val="20"/>
        </w:rPr>
        <w:t>19:36  yeh kal unhon ne kiya, western world ne kiya, unhon ne kiya apne maqsad ke liye, apne commercial</w:t>
      </w:r>
      <w:r>
        <w:br/>
      </w:r>
      <w:r>
        <w:rPr>
          <w:sz w:val="20"/>
        </w:rPr>
        <w:t>19:42  purpose ke liye ya worldly purpose ke liye.</w:t>
      </w:r>
      <w:r>
        <w:br/>
      </w:r>
      <w:r>
        <w:rPr>
          <w:sz w:val="20"/>
        </w:rPr>
        <w:t>19:45  lekin jo daai hai,</w:t>
      </w:r>
      <w:r>
        <w:br/>
      </w:r>
      <w:r>
        <w:rPr>
          <w:sz w:val="20"/>
        </w:rPr>
        <w:t>19:48  us ko istemal karta hai is technology ko, is communication ko,</w:t>
      </w:r>
      <w:r>
        <w:br/>
      </w:r>
      <w:r>
        <w:rPr>
          <w:sz w:val="20"/>
        </w:rPr>
        <w:t>19:56  God ke mission ke liye, God ke mission ko phailane ke liye.</w:t>
      </w:r>
      <w:r>
        <w:br/>
      </w:r>
      <w:r>
        <w:rPr>
          <w:sz w:val="20"/>
        </w:rPr>
        <w:t>20:00  yani ek aise kaam ke liye jis ka bohat bara reward is ko akhirat mein milega.</w:t>
      </w:r>
      <w:r>
        <w:br/>
      </w:r>
      <w:r>
        <w:rPr>
          <w:sz w:val="20"/>
        </w:rPr>
        <w:t>20:06  us ko paradise milegi.</w:t>
      </w:r>
      <w:r>
        <w:br/>
      </w:r>
      <w:r>
        <w:rPr>
          <w:sz w:val="20"/>
        </w:rPr>
        <w:t>20:10  yani ek believer</w:t>
      </w:r>
      <w:r>
        <w:br/>
      </w:r>
      <w:r>
        <w:rPr>
          <w:sz w:val="20"/>
        </w:rPr>
        <w:t>20:12  jo sacha daai ho, us ke dil mein logon ki khair khwahi ho,</w:t>
      </w:r>
      <w:r>
        <w:br/>
      </w:r>
      <w:r>
        <w:rPr>
          <w:sz w:val="20"/>
        </w:rPr>
        <w:t>20:18  aur logon ki khair khwahi ke liye peaceful andaaz mein</w:t>
      </w:r>
      <w:r>
        <w:br/>
      </w:r>
      <w:r>
        <w:rPr>
          <w:sz w:val="20"/>
        </w:rPr>
        <w:t>20:23  woh Khuda ke paigham ko pohanchaye,</w:t>
      </w:r>
      <w:r>
        <w:br/>
      </w:r>
      <w:r>
        <w:rPr>
          <w:sz w:val="20"/>
        </w:rPr>
        <w:t>20:27  divine mission ko phailaye,</w:t>
      </w:r>
      <w:r>
        <w:br/>
      </w:r>
      <w:r>
        <w:rPr>
          <w:sz w:val="20"/>
        </w:rPr>
        <w:t>20:33  to woh akhirat mein bohat hi bara eternal reward payega, eternal reward.</w:t>
      </w:r>
      <w:r>
        <w:br/>
      </w:r>
      <w:r>
        <w:rPr>
          <w:sz w:val="20"/>
        </w:rPr>
        <w:t>20:40  to istemal to karega yahi, yahi communication,</w:t>
      </w:r>
      <w:r>
        <w:br/>
      </w:r>
      <w:r>
        <w:rPr>
          <w:sz w:val="20"/>
        </w:rPr>
        <w:t>20:45  yahi technology. To western, west ke log jo is ko istemal kar rahe hain, wo apne worldly purpose</w:t>
      </w:r>
      <w:r>
        <w:br/>
      </w:r>
      <w:r>
        <w:rPr>
          <w:sz w:val="20"/>
        </w:rPr>
        <w:t>20:54  ke liye istemal kar rahe hain.</w:t>
      </w:r>
      <w:r>
        <w:br/>
      </w:r>
      <w:r>
        <w:rPr>
          <w:sz w:val="20"/>
        </w:rPr>
        <w:t>20:56  Aur daai istemal karega to is ko akhirat mein reward milega.</w:t>
      </w:r>
      <w:r>
        <w:br/>
      </w:r>
      <w:r>
        <w:rPr>
          <w:sz w:val="20"/>
        </w:rPr>
        <w:t>21:01  To isi ko main keh raha hoon ke licence share to isi ko milta hai.</w:t>
      </w:r>
      <w:r>
        <w:br/>
      </w:r>
      <w:r>
        <w:rPr>
          <w:sz w:val="20"/>
        </w:rPr>
        <w:t>21:06  In ko to bohat chota faida milta hai, aur daai ko bohat bara faida milta hai.</w:t>
      </w:r>
      <w:r>
        <w:br/>
      </w:r>
      <w:r>
        <w:rPr>
          <w:sz w:val="20"/>
        </w:rPr>
        <w:t>21:12  Aik ajeeb ghareeb khayal mere zehan mein aaya ke jo log west ke dushman ho gaye hain, wo</w:t>
      </w:r>
      <w:r>
        <w:br/>
      </w:r>
      <w:r>
        <w:rPr>
          <w:sz w:val="20"/>
        </w:rPr>
        <w:t>21:20  agar is jaan lein is baat ko, to west ko apna benefactor samjhein.</w:t>
      </w:r>
      <w:r>
        <w:br/>
      </w:r>
      <w:r>
        <w:rPr>
          <w:sz w:val="20"/>
        </w:rPr>
        <w:t>21:25  Benefactor. Ke west ki wajah se yeh mumkin hua ke hum Khuda ke message ko</w:t>
      </w:r>
      <w:r>
        <w:br/>
      </w:r>
      <w:r>
        <w:rPr>
          <w:sz w:val="20"/>
        </w:rPr>
        <w:t>21:34  global level pouncha sakein.</w:t>
      </w:r>
      <w:r>
        <w:br/>
      </w:r>
      <w:r>
        <w:rPr>
          <w:sz w:val="20"/>
        </w:rPr>
        <w:t>21:37  Kyunke aap dekhiye, predicate place unhon ne develop kiya,</w:t>
      </w:r>
      <w:r>
        <w:br/>
      </w:r>
      <w:r>
        <w:rPr>
          <w:sz w:val="20"/>
        </w:rPr>
        <w:t>21:42  camera unhon ne develop kiya, computer unhon ne develop kiya, hawai jahaz unhon ne develop kiya, modern communication</w:t>
      </w:r>
      <w:r>
        <w:br/>
      </w:r>
      <w:r>
        <w:rPr>
          <w:sz w:val="20"/>
        </w:rPr>
        <w:t>21:49  saara unhon ne develop kiya.</w:t>
      </w:r>
      <w:r>
        <w:br/>
      </w:r>
      <w:r>
        <w:rPr>
          <w:sz w:val="20"/>
        </w:rPr>
        <w:t>21:51  Is mein Muslim qaumon ka to koi dakhal nahi hai.</w:t>
      </w:r>
      <w:r>
        <w:br/>
      </w:r>
      <w:r>
        <w:rPr>
          <w:sz w:val="20"/>
        </w:rPr>
        <w:t>21:55  Koi bhi cheez nahi hai jo ke Muslim mulkon mein ya Arab mein develop hui ho.</w:t>
      </w:r>
      <w:r>
        <w:br/>
      </w:r>
      <w:r>
        <w:rPr>
          <w:sz w:val="20"/>
        </w:rPr>
        <w:t>22:00  Saari cheezein develop hui hain western world mein.</w:t>
      </w:r>
      <w:r>
        <w:br/>
      </w:r>
      <w:r>
        <w:rPr>
          <w:sz w:val="20"/>
        </w:rPr>
        <w:t>22:03  To unhon ne kiya is ko apne commercial purpose ke liye, worldly purpose ke liye.</w:t>
      </w:r>
      <w:r>
        <w:br/>
      </w:r>
      <w:r>
        <w:rPr>
          <w:sz w:val="20"/>
        </w:rPr>
        <w:t>22:10  Ab aik believer is ko istemal kare dawat ke liye,</w:t>
      </w:r>
      <w:r>
        <w:br/>
      </w:r>
      <w:r>
        <w:rPr>
          <w:sz w:val="20"/>
        </w:rPr>
        <w:t>22:14  to is ka matlab ke wo aik aisay mission ke liye is ko istemal kar raha hai jis</w:t>
      </w:r>
      <w:r>
        <w:br/>
      </w:r>
      <w:r>
        <w:rPr>
          <w:sz w:val="20"/>
        </w:rPr>
        <w:t>22:19  ka reward is ko eternal life mein milega, eternally.</w:t>
      </w:r>
      <w:r>
        <w:br/>
      </w:r>
      <w:r>
        <w:rPr>
          <w:sz w:val="20"/>
        </w:rPr>
        <w:t>22:25  To is ko, is ko main keh raha hoon ke licence share to isi ko hua.</w:t>
      </w:r>
      <w:r>
        <w:br/>
      </w:r>
      <w:r>
        <w:rPr>
          <w:sz w:val="20"/>
        </w:rPr>
        <w:t>22:31  Zyada bara in ko less than one percent mila, aur believers ko to more than ninety nine percent</w:t>
      </w:r>
      <w:r>
        <w:br/>
      </w:r>
      <w:r>
        <w:rPr>
          <w:sz w:val="20"/>
        </w:rPr>
        <w:t>22:39  mila. Agar yeh sochein to western world</w:t>
      </w:r>
      <w:r>
        <w:br/>
      </w:r>
      <w:r>
        <w:rPr>
          <w:sz w:val="20"/>
        </w:rPr>
        <w:t>22:45  ko hum samjhein ke yeh to benefactor hamara hai.</w:t>
      </w:r>
      <w:r>
        <w:br/>
      </w:r>
      <w:r>
        <w:rPr>
          <w:sz w:val="20"/>
        </w:rPr>
        <w:t>22:48  To main samajhta hoon ke insaan is liye paida nahi kiya gaya hai ke wo jungle mein chala</w:t>
      </w:r>
      <w:r>
        <w:br/>
      </w:r>
      <w:r>
        <w:rPr>
          <w:sz w:val="20"/>
        </w:rPr>
        <w:t>22:53  jaaye, ecstasy mein jiye.</w:t>
      </w:r>
      <w:r>
        <w:br/>
      </w:r>
      <w:r>
        <w:rPr>
          <w:sz w:val="20"/>
        </w:rPr>
        <w:t>22:57  nahin, woh is liye paida kiya hoga ke apne mind ko unfold kare.</w:t>
      </w:r>
      <w:r>
        <w:br/>
      </w:r>
      <w:r>
        <w:rPr>
          <w:sz w:val="20"/>
        </w:rPr>
        <w:t>23:02  yeh mind jo hai, is ke andar bohat ziyada capacity hai.</w:t>
      </w:r>
      <w:r>
        <w:br/>
      </w:r>
      <w:r>
        <w:rPr>
          <w:sz w:val="20"/>
        </w:rPr>
        <w:t>23:07  is mind ko unfold kar ke logon ne telescope banaya, microscope banaya, hawa jahaz banaya.</w:t>
      </w:r>
      <w:r>
        <w:br/>
      </w:r>
      <w:r>
        <w:rPr>
          <w:sz w:val="20"/>
        </w:rPr>
        <w:t>23:15  to hum is mind ko, yaani</w:t>
      </w:r>
      <w:r>
        <w:br/>
      </w:r>
      <w:r>
        <w:rPr>
          <w:sz w:val="20"/>
        </w:rPr>
        <w:t>23:19  le ke jangall mein koi chala jaaye,</w:t>
      </w:r>
      <w:r>
        <w:br/>
      </w:r>
      <w:r>
        <w:rPr>
          <w:sz w:val="20"/>
        </w:rPr>
        <w:t>23:22  to mein samajhta hoon ke creator ka jo plan hai, woh hai mind ko unfold karna,</w:t>
      </w:r>
      <w:r>
        <w:br/>
      </w:r>
      <w:r>
        <w:rPr>
          <w:sz w:val="20"/>
        </w:rPr>
        <w:t>23:30  taake is ke andar hidden treasure jo hai zahir ho.</w:t>
      </w:r>
      <w:r>
        <w:br/>
      </w:r>
      <w:r>
        <w:rPr>
          <w:sz w:val="20"/>
        </w:rPr>
        <w:t>23:32  yeh saara jo, jo nature mein jo technology thi, us ko daryaft kaise kiya gaya? Mind ke zariye</w:t>
      </w:r>
      <w:r>
        <w:br/>
      </w:r>
      <w:r>
        <w:rPr>
          <w:sz w:val="20"/>
        </w:rPr>
        <w:t>23:39  se. Mind ke zariye se.</w:t>
      </w:r>
      <w:r>
        <w:br/>
      </w:r>
      <w:r>
        <w:rPr>
          <w:sz w:val="20"/>
        </w:rPr>
        <w:t>23:43  agar mind ko istemal na karte to yeh technology poori ki poori nature mein chupi hui pari rehti.</w:t>
      </w:r>
      <w:r>
        <w:br/>
      </w:r>
      <w:r>
        <w:rPr>
          <w:sz w:val="20"/>
        </w:rPr>
        <w:t>23:53  to mein samajhta hoon ke sab se bara jo insaan ka</w:t>
      </w:r>
      <w:r>
        <w:br/>
      </w:r>
      <w:r>
        <w:rPr>
          <w:sz w:val="20"/>
        </w:rPr>
        <w:t>23:58  jo kaam hai, woh hai apne mind ko unfold karna.</w:t>
      </w:r>
      <w:r>
        <w:br/>
      </w:r>
      <w:r>
        <w:rPr>
          <w:sz w:val="20"/>
        </w:rPr>
        <w:t>24:04  aur unfold karne ke liye zaroori hai ke aap ke paas,</w:t>
      </w:r>
      <w:r>
        <w:br/>
      </w:r>
      <w:r>
        <w:rPr>
          <w:sz w:val="20"/>
        </w:rPr>
        <w:t>24:08  aap, aap ek, ek aur wisdom aap ke andar ho.</w:t>
      </w:r>
      <w:r>
        <w:br/>
      </w:r>
      <w:r>
        <w:rPr>
          <w:sz w:val="20"/>
        </w:rPr>
        <w:t>24:13  ek aur wisdom.</w:t>
      </w:r>
      <w:r>
        <w:br/>
      </w:r>
      <w:r>
        <w:rPr>
          <w:sz w:val="20"/>
        </w:rPr>
        <w:t>24:14  woh yeh hai ke aap kisi negative experience se disturb na hon.</w:t>
      </w:r>
      <w:r>
        <w:br/>
      </w:r>
      <w:r>
        <w:rPr>
          <w:sz w:val="20"/>
        </w:rPr>
        <w:t>24:20  negative experience se aap negative na ho jaayen.</w:t>
      </w:r>
      <w:r>
        <w:br/>
      </w:r>
      <w:r>
        <w:rPr>
          <w:sz w:val="20"/>
        </w:rPr>
        <w:t>24:23  reaction mein na pad jaayen.</w:t>
      </w:r>
      <w:r>
        <w:br/>
      </w:r>
      <w:r>
        <w:rPr>
          <w:sz w:val="20"/>
        </w:rPr>
        <w:t>24:28  jaise mein ne misaal di ke musalman saari duniya mein</w:t>
      </w:r>
      <w:r>
        <w:br/>
      </w:r>
      <w:r>
        <w:rPr>
          <w:sz w:val="20"/>
        </w:rPr>
        <w:t>24:36  west ke khilaaf ho rahe hain.</w:t>
      </w:r>
      <w:r>
        <w:br/>
      </w:r>
      <w:r>
        <w:rPr>
          <w:sz w:val="20"/>
        </w:rPr>
        <w:t>24:38  sab ke sab samajhte hain ke west hamara enemy hai.</w:t>
      </w:r>
      <w:r>
        <w:br/>
      </w:r>
      <w:r>
        <w:rPr>
          <w:sz w:val="20"/>
        </w:rPr>
        <w:t>24:44  is ki wajah se woh bohat bari baat</w:t>
      </w:r>
      <w:r>
        <w:br/>
      </w:r>
      <w:r>
        <w:rPr>
          <w:sz w:val="20"/>
        </w:rPr>
        <w:t>24:47  daryaft nahin kar paa rahe ke west un ka benefactor hai.</w:t>
      </w:r>
      <w:r>
        <w:br/>
      </w:r>
      <w:r>
        <w:rPr>
          <w:sz w:val="20"/>
        </w:rPr>
        <w:t>24:52  west ne un ko yeh mauqa diya ke woh apne mission ko,</w:t>
      </w:r>
      <w:r>
        <w:br/>
      </w:r>
      <w:r>
        <w:rPr>
          <w:sz w:val="20"/>
        </w:rPr>
        <w:t>24:59  apne mission ko global level par phailaa sakain.</w:t>
      </w:r>
      <w:r>
        <w:br/>
      </w:r>
      <w:r>
        <w:rPr>
          <w:sz w:val="20"/>
        </w:rPr>
        <w:t>25:02  is se pehle possible hi nahin tha.</w:t>
      </w:r>
      <w:r>
        <w:br/>
      </w:r>
      <w:r>
        <w:rPr>
          <w:sz w:val="20"/>
        </w:rPr>
        <w:t>25:05  is se pehle possible nahin tha.</w:t>
      </w:r>
      <w:r>
        <w:br/>
      </w:r>
      <w:r>
        <w:rPr>
          <w:sz w:val="20"/>
        </w:rPr>
        <w:t>25:11  misalan ek, ek tabai thay, woh arab se niklay.</w:t>
      </w:r>
      <w:r>
        <w:br/>
      </w:r>
      <w:r>
        <w:rPr>
          <w:sz w:val="20"/>
        </w:rPr>
        <w:t>25:16  un ka shauq yeh tha ke quran ke message ko sari dunya mein pahunchain.</w:t>
      </w:r>
      <w:r>
        <w:br/>
      </w:r>
      <w:r>
        <w:rPr>
          <w:sz w:val="20"/>
        </w:rPr>
        <w:t>25:21  is waqt un ko pata nahin tha dunya kitni bari hai.</w:t>
      </w:r>
      <w:r>
        <w:br/>
      </w:r>
      <w:r>
        <w:rPr>
          <w:sz w:val="20"/>
        </w:rPr>
        <w:t>25:26  to apne sathiyon ke sath woh arab se niklay.</w:t>
      </w:r>
      <w:r>
        <w:br/>
      </w:r>
      <w:r>
        <w:rPr>
          <w:sz w:val="20"/>
        </w:rPr>
        <w:t>25:29  phir woh hotay hotay africa mein pahunchay.</w:t>
      </w:r>
      <w:r>
        <w:br/>
      </w:r>
      <w:r>
        <w:rPr>
          <w:sz w:val="20"/>
        </w:rPr>
        <w:t>25:33  africa mein chalte hue ghoṛe par sawaar thay woh.</w:t>
      </w:r>
      <w:r>
        <w:br/>
      </w:r>
      <w:r>
        <w:rPr>
          <w:sz w:val="20"/>
        </w:rPr>
        <w:t>25:37  atlantic ke kinare pahunch gay.</w:t>
      </w:r>
      <w:r>
        <w:br/>
      </w:r>
      <w:r>
        <w:rPr>
          <w:sz w:val="20"/>
        </w:rPr>
        <w:t>25:39  jahan samandar tha.</w:t>
      </w:r>
      <w:r>
        <w:br/>
      </w:r>
      <w:r>
        <w:rPr>
          <w:sz w:val="20"/>
        </w:rPr>
        <w:t>25:41  ab un ko pata nahin ke atlantic is paar kya hai.</w:t>
      </w:r>
      <w:r>
        <w:br/>
      </w:r>
      <w:r>
        <w:rPr>
          <w:sz w:val="20"/>
        </w:rPr>
        <w:t>25:45  to wahan woh kharay ho gay.</w:t>
      </w:r>
      <w:r>
        <w:br/>
      </w:r>
      <w:r>
        <w:rPr>
          <w:sz w:val="20"/>
        </w:rPr>
        <w:t>25:48  aur is waqt unhon ne kaha tha ke khudaaya agar mujhe maloom hota ke is samandar ke is</w:t>
      </w:r>
      <w:r>
        <w:br/>
      </w:r>
      <w:r>
        <w:rPr>
          <w:sz w:val="20"/>
        </w:rPr>
        <w:t>25:53  paar bhi koi dunya hai to main apna ghoṛa samandar mein daal deta.</w:t>
      </w:r>
      <w:r>
        <w:br/>
      </w:r>
      <w:r>
        <w:rPr>
          <w:sz w:val="20"/>
        </w:rPr>
        <w:t>25:59  to yeh, to aaj woh, aaj woh cheez kis ne khatam ki?</w:t>
      </w:r>
      <w:r>
        <w:br/>
      </w:r>
      <w:r>
        <w:rPr>
          <w:sz w:val="20"/>
        </w:rPr>
        <w:t>26:04  geography ka ilm kis ne diya?</w:t>
      </w:r>
      <w:r>
        <w:br/>
      </w:r>
      <w:r>
        <w:rPr>
          <w:sz w:val="20"/>
        </w:rPr>
        <w:t>26:07  sawariyan kis ne din? communication kis ne diya? kis ne is ko possible banaya ke hum kitaben chhap</w:t>
      </w:r>
      <w:r>
        <w:br/>
      </w:r>
      <w:r>
        <w:rPr>
          <w:sz w:val="20"/>
        </w:rPr>
        <w:t>26:13  kar dunya mein pahunchayen? yeh west ne kiya.</w:t>
      </w:r>
      <w:r>
        <w:br/>
      </w:r>
      <w:r>
        <w:rPr>
          <w:sz w:val="20"/>
        </w:rPr>
        <w:t>26:17  to kya west hamara supporter ban gaya?</w:t>
      </w:r>
      <w:r>
        <w:br/>
      </w:r>
      <w:r>
        <w:rPr>
          <w:sz w:val="20"/>
        </w:rPr>
        <w:t>26:22  west jo hai woh hamara supporter ban gaya.</w:t>
      </w:r>
      <w:r>
        <w:br/>
      </w:r>
      <w:r>
        <w:rPr>
          <w:sz w:val="20"/>
        </w:rPr>
        <w:t>26:26  lekin chuna ke musalmanon par yeh wazeh nahin ke un ka mission kya hai,</w:t>
      </w:r>
      <w:r>
        <w:br/>
      </w:r>
      <w:r>
        <w:rPr>
          <w:sz w:val="20"/>
        </w:rPr>
        <w:t>26:33  kal ek bohat lamba maqala maine parha, is mein unhon ne bataya ke musalmanon ka mission hai</w:t>
      </w:r>
      <w:r>
        <w:br/>
      </w:r>
      <w:r>
        <w:rPr>
          <w:sz w:val="20"/>
        </w:rPr>
        <w:t>26:39  ke sari dunya mein islam ka hukm qaim karen.</w:t>
      </w:r>
      <w:r>
        <w:br/>
      </w:r>
      <w:r>
        <w:rPr>
          <w:sz w:val="20"/>
        </w:rPr>
        <w:t>26:42  bilkul treatable baat yeh hai.</w:t>
      </w:r>
      <w:r>
        <w:br/>
      </w:r>
      <w:r>
        <w:rPr>
          <w:sz w:val="20"/>
        </w:rPr>
        <w:t>26:45  mein ne socha ke sari dunya mein islam ki hukoomat to kabhi qaim nahi hui, aur na ho</w:t>
      </w:r>
      <w:r>
        <w:br/>
      </w:r>
      <w:r>
        <w:rPr>
          <w:sz w:val="20"/>
        </w:rPr>
        <w:t>26:50  سکتی ہے۔ تو کیا خدا ایک ایسا مشن دے گا اپنے ماننے والوں کو جو سرے سے achievable</w:t>
      </w:r>
      <w:r>
        <w:br/>
      </w:r>
      <w:r>
        <w:rPr>
          <w:sz w:val="20"/>
        </w:rPr>
        <w:t>26:58  na ho? agar mission yeh hai ke sari dunya mein islam ki hukoomat,</w:t>
      </w:r>
      <w:r>
        <w:br/>
      </w:r>
      <w:r>
        <w:rPr>
          <w:sz w:val="20"/>
        </w:rPr>
        <w:t>27:04  aur islam ki hukoomat ka lafz hi ghalat hai.</w:t>
      </w:r>
      <w:r>
        <w:br/>
      </w:r>
      <w:r>
        <w:rPr>
          <w:sz w:val="20"/>
        </w:rPr>
        <w:t>27:08  islam ko aadmi to aadmi to hai nahi.</w:t>
      </w:r>
      <w:r>
        <w:br/>
      </w:r>
      <w:r>
        <w:rPr>
          <w:sz w:val="20"/>
        </w:rPr>
        <w:t>27:11  islam to ek ideology hai.</w:t>
      </w:r>
      <w:r>
        <w:br/>
      </w:r>
      <w:r>
        <w:rPr>
          <w:sz w:val="20"/>
        </w:rPr>
        <w:t>27:13  hukoomat to insanon ki qaim hoti hai.</w:t>
      </w:r>
      <w:r>
        <w:br/>
      </w:r>
      <w:r>
        <w:rPr>
          <w:sz w:val="20"/>
        </w:rPr>
        <w:t>27:17  jo so called</w:t>
      </w:r>
      <w:r>
        <w:br/>
      </w:r>
      <w:r>
        <w:rPr>
          <w:sz w:val="20"/>
        </w:rPr>
        <w:t>27:20  Age hai Islami hukoomat ka, woh Islami hukoomat ka age nahin hai woh.</w:t>
      </w:r>
      <w:r>
        <w:br/>
      </w:r>
      <w:r>
        <w:rPr>
          <w:sz w:val="20"/>
        </w:rPr>
        <w:t>27:26  yani rasool Allah ke baad dunya mein jo</w:t>
      </w:r>
      <w:r>
        <w:br/>
      </w:r>
      <w:r>
        <w:rPr>
          <w:sz w:val="20"/>
        </w:rPr>
        <w:t>27:31  taqreeban ek hazar tak, ek hazar saal tak musalmanon ki hukoomatein qaim huin,</w:t>
      </w:r>
      <w:r>
        <w:br/>
      </w:r>
      <w:r>
        <w:rPr>
          <w:sz w:val="20"/>
        </w:rPr>
        <w:t>27:38  empire banaye musalmanon ne, jagah jagah un ki hukoomatein qaim huin.</w:t>
      </w:r>
      <w:r>
        <w:br/>
      </w:r>
      <w:r>
        <w:rPr>
          <w:sz w:val="20"/>
        </w:rPr>
        <w:t>27:42  تو وہ اسلامی حکومتیں تھیں، وہ تو dynasty تھی۔</w:t>
      </w:r>
      <w:r>
        <w:br/>
      </w:r>
      <w:r>
        <w:rPr>
          <w:sz w:val="20"/>
        </w:rPr>
        <w:t>27:46  yani muawiya ke baad jo dynasty ka daur shuru hua, to kabhi khatam nahi hua.</w:t>
      </w:r>
      <w:r>
        <w:br/>
      </w:r>
      <w:r>
        <w:rPr>
          <w:sz w:val="20"/>
        </w:rPr>
        <w:t>27:53  moghul hukoomat dynasty ki hukoomat thi.</w:t>
      </w:r>
      <w:r>
        <w:br/>
      </w:r>
      <w:r>
        <w:rPr>
          <w:sz w:val="20"/>
        </w:rPr>
        <w:t>27:56  ottoman empire dynasty ki thi.</w:t>
      </w:r>
      <w:r>
        <w:br/>
      </w:r>
      <w:r>
        <w:rPr>
          <w:sz w:val="20"/>
        </w:rPr>
        <w:t>27:58  jitne bhi hukoomatein hain, woh sab dynasty theen.</w:t>
      </w:r>
      <w:r>
        <w:br/>
      </w:r>
      <w:r>
        <w:rPr>
          <w:sz w:val="20"/>
        </w:rPr>
        <w:t>28:01  yani khandan ki hukoomat.</w:t>
      </w:r>
      <w:r>
        <w:br/>
      </w:r>
      <w:r>
        <w:rPr>
          <w:sz w:val="20"/>
        </w:rPr>
        <w:t>28:03  iska islami hukoomat kahan nahi ghalat hai?</w:t>
      </w:r>
      <w:r>
        <w:br/>
      </w:r>
      <w:r>
        <w:rPr>
          <w:sz w:val="20"/>
        </w:rPr>
        <w:t>28:07  yeh jo muddat hai, itni lambi,</w:t>
      </w:r>
      <w:r>
        <w:br/>
      </w:r>
      <w:r>
        <w:rPr>
          <w:sz w:val="20"/>
        </w:rPr>
        <w:t>28:12  isko yeh kehna ke islami hukoomat thi, yeh musalmanon ki hukoomat bhi nahi keh sakte aap is</w:t>
      </w:r>
      <w:r>
        <w:br/>
      </w:r>
      <w:r>
        <w:rPr>
          <w:sz w:val="20"/>
        </w:rPr>
        <w:t>28:19  ko. is ko kahein ke dynasty,</w:t>
      </w:r>
      <w:r>
        <w:br/>
      </w:r>
      <w:r>
        <w:rPr>
          <w:sz w:val="20"/>
        </w:rPr>
        <w:t>28:23  dynasty rule. تو اسلامی حکومت کا تصور ایک بالکل ہی ایک ridiculous تصور ہے، کیونکہ وہ کبھی achievable</w:t>
      </w:r>
      <w:r>
        <w:br/>
      </w:r>
      <w:r>
        <w:rPr>
          <w:sz w:val="20"/>
        </w:rPr>
        <w:t>28:32  nahi woh. to islam ki ideology ko phailana hai, na ke islam ke rule ko phailana hai.</w:t>
      </w:r>
      <w:r>
        <w:br/>
      </w:r>
      <w:r>
        <w:rPr>
          <w:sz w:val="20"/>
        </w:rPr>
        <w:t>28:41  yani hamara jo mission hai, woh yeh nahi ke hum</w:t>
      </w:r>
      <w:r>
        <w:br/>
      </w:r>
      <w:r>
        <w:rPr>
          <w:sz w:val="20"/>
        </w:rPr>
        <w:t>28:45  islami hukoomat ke naam par sari dunya se ladein.</w:t>
      </w:r>
      <w:r>
        <w:br/>
      </w:r>
      <w:r>
        <w:rPr>
          <w:sz w:val="20"/>
        </w:rPr>
        <w:t>28:48  yeh, yeh mission hi nahi hai.</w:t>
      </w:r>
      <w:r>
        <w:br/>
      </w:r>
      <w:r>
        <w:rPr>
          <w:sz w:val="20"/>
        </w:rPr>
        <w:t>28:50  hamara kaam hai ke islam ka jo paigham hai, tauheed ka jo paigham hai, oneness of god ka</w:t>
      </w:r>
      <w:r>
        <w:br/>
      </w:r>
      <w:r>
        <w:rPr>
          <w:sz w:val="20"/>
        </w:rPr>
        <w:t>28:56  jo paigham hai, us ko sari dunya tak pohnchayein.</w:t>
      </w:r>
      <w:r>
        <w:br/>
      </w:r>
      <w:r>
        <w:rPr>
          <w:sz w:val="20"/>
        </w:rPr>
        <w:t>29:04  تو اس لحاظ سے آپ سوچیے کہ پورے پچھلے ہزار سال کے دوران کبھی یہ possible نہیں ہوا</w:t>
      </w:r>
      <w:r>
        <w:br/>
      </w:r>
      <w:r>
        <w:rPr>
          <w:sz w:val="20"/>
        </w:rPr>
        <w:t>29:10  tha ke islam ke paigham ko ya tauheed ke paigham ko global level pohanchaya jaye.</w:t>
      </w:r>
      <w:r>
        <w:br/>
      </w:r>
      <w:r>
        <w:rPr>
          <w:sz w:val="20"/>
        </w:rPr>
        <w:t>29:20  wo to western civilization ke douran possible hua.</w:t>
      </w:r>
      <w:r>
        <w:br/>
      </w:r>
      <w:r>
        <w:rPr>
          <w:sz w:val="20"/>
        </w:rPr>
        <w:t>29:26  to western civilization jo hamari benefactor hai, us ne hum ko yeh mauqa diya.</w:t>
      </w:r>
      <w:r>
        <w:br/>
      </w:r>
      <w:r>
        <w:rPr>
          <w:sz w:val="20"/>
        </w:rPr>
        <w:t>29:35  to mein samajhta hoon ke peace of mind ka sab se bara formula yeh hai ke hum negative</w:t>
      </w:r>
      <w:r>
        <w:br/>
      </w:r>
      <w:r>
        <w:rPr>
          <w:sz w:val="20"/>
        </w:rPr>
        <w:t>29:40  thought ko, negative experience ko positive thought mein badal saken.</w:t>
      </w:r>
      <w:r>
        <w:br/>
      </w:r>
      <w:r>
        <w:rPr>
          <w:sz w:val="20"/>
        </w:rPr>
        <w:t>29:47  aur koi doosra nahin.</w:t>
      </w:r>
      <w:r>
        <w:br/>
      </w:r>
      <w:r>
        <w:rPr>
          <w:sz w:val="20"/>
        </w:rPr>
        <w:t>29:50  aap jungle chale jayen, tab bhi aap ko peace nahin milega.</w:t>
      </w:r>
      <w:r>
        <w:br/>
      </w:r>
      <w:r>
        <w:rPr>
          <w:sz w:val="20"/>
        </w:rPr>
        <w:t>29:53  aap secularism mein chale jayen, tab bhi peace nahin milne wala hai.</w:t>
      </w:r>
      <w:r>
        <w:br/>
      </w:r>
      <w:r>
        <w:rPr>
          <w:sz w:val="20"/>
        </w:rPr>
        <w:t>29:57  agar, agar, yani bil farz koi cheez milegi to woh ecstasy, ecstasy hogi.</w:t>
      </w:r>
      <w:r>
        <w:br/>
      </w:r>
      <w:r>
        <w:rPr>
          <w:sz w:val="20"/>
        </w:rPr>
        <w:t>30:06  ecstasy jo hai, wo to</w:t>
      </w:r>
      <w:r>
        <w:br/>
      </w:r>
      <w:r>
        <w:rPr>
          <w:sz w:val="20"/>
        </w:rPr>
        <w:t>30:10  bohat hi choti baat hai.</w:t>
      </w:r>
      <w:r>
        <w:br/>
      </w:r>
      <w:r>
        <w:rPr>
          <w:sz w:val="20"/>
        </w:rPr>
        <w:t>30:13  intellectual development milna chahiye.</w:t>
      </w:r>
      <w:r>
        <w:br/>
      </w:r>
      <w:r>
        <w:rPr>
          <w:sz w:val="20"/>
        </w:rPr>
        <w:t>30:16  insan ke level ki baat yeh hai ke us ko, us ko, us ke andar creative thinking aaye,</w:t>
      </w:r>
      <w:r>
        <w:br/>
      </w:r>
      <w:r>
        <w:rPr>
          <w:sz w:val="20"/>
        </w:rPr>
        <w:t>30:23  us ke andar intellectual development ho,</w:t>
      </w:r>
      <w:r>
        <w:br/>
      </w:r>
      <w:r>
        <w:rPr>
          <w:sz w:val="20"/>
        </w:rPr>
        <w:t>30:27  us ke andar high thinking aaye.</w:t>
      </w:r>
      <w:r>
        <w:br/>
      </w:r>
      <w:r>
        <w:rPr>
          <w:sz w:val="20"/>
        </w:rPr>
        <w:t>30:30  ecstasy to ek animal ki bhi ho sakti hai.</w:t>
      </w:r>
      <w:r>
        <w:br/>
      </w:r>
      <w:r>
        <w:rPr>
          <w:sz w:val="20"/>
        </w:rPr>
        <w:t>30:35  to hamara goal ecstasy nahin hai, hamara goal intellectual development hai.</w:t>
      </w:r>
      <w:r>
        <w:br/>
      </w:r>
      <w:r>
        <w:rPr>
          <w:sz w:val="20"/>
        </w:rPr>
        <w:t>30:41  to intellectual development ke zariye se jo peace mile, wahi real peace hai.</w:t>
      </w:r>
      <w:r>
        <w:br/>
      </w:r>
      <w:r>
        <w:rPr>
          <w:sz w:val="20"/>
        </w:rPr>
        <w:t>30:47  is peace ka raaz kya hai? thing mein truth ko discover karna.</w:t>
      </w:r>
      <w:r>
        <w:br/>
      </w:r>
      <w:r>
        <w:rPr>
          <w:sz w:val="20"/>
        </w:rPr>
        <w:t>30:54  thing mein truth ko discover karna.</w:t>
      </w:r>
      <w:r>
        <w:br/>
      </w:r>
      <w:r>
        <w:rPr>
          <w:sz w:val="20"/>
        </w:rPr>
        <w:t>30:56  creation mein creator ko discover karna.</w:t>
      </w:r>
      <w:r>
        <w:br/>
      </w:r>
      <w:r>
        <w:rPr>
          <w:sz w:val="20"/>
        </w:rPr>
        <w:t>31:01  aur yeh is waqt mumkin hoga jab ke aap negative experience ko positive thought mein convert kar saken.</w:t>
      </w:r>
      <w:r>
        <w:br/>
      </w:r>
      <w:r>
        <w:rPr>
          <w:sz w:val="20"/>
        </w:rPr>
        <w:t>31:08  is ke baghair nahin ho sakta.</w:t>
      </w:r>
      <w:r>
        <w:br/>
      </w:r>
      <w:r>
        <w:rPr>
          <w:sz w:val="20"/>
        </w:rPr>
        <w:t>31:10  mein samajhta hoon ke is duniya mein</w:t>
      </w:r>
      <w:r>
        <w:br/>
      </w:r>
      <w:r>
        <w:rPr>
          <w:sz w:val="20"/>
        </w:rPr>
        <w:t>31:14  sab kuch jo hai, wo intellectual level par hota hai.</w:t>
      </w:r>
      <w:r>
        <w:br/>
      </w:r>
      <w:r>
        <w:rPr>
          <w:sz w:val="20"/>
        </w:rPr>
        <w:t>31:19  intelectual level par.</w:t>
      </w:r>
      <w:r>
        <w:br/>
      </w:r>
      <w:r>
        <w:rPr>
          <w:sz w:val="20"/>
        </w:rPr>
        <w:t>31:20  unesco ka dictum hai ke wallace begins from mind.</w:t>
      </w:r>
      <w:r>
        <w:br/>
      </w:r>
      <w:r>
        <w:rPr>
          <w:sz w:val="20"/>
        </w:rPr>
        <w:t>31:28  main kehta hoon har cheez mind se shuru hoti hai.</w:t>
      </w:r>
      <w:r>
        <w:br/>
      </w:r>
      <w:r>
        <w:rPr>
          <w:sz w:val="20"/>
        </w:rPr>
        <w:t>31:30  wallace ki baat nahi hai.</w:t>
      </w:r>
      <w:r>
        <w:br/>
      </w:r>
      <w:r>
        <w:rPr>
          <w:sz w:val="20"/>
        </w:rPr>
        <w:t>31:33  yani agar aap chahte hain ke aap ko</w:t>
      </w:r>
      <w:r>
        <w:br/>
      </w:r>
      <w:r>
        <w:rPr>
          <w:sz w:val="20"/>
        </w:rPr>
        <w:t>31:38  peace ho, peaceful mind aap ke andar ho, tab bhi woh soch ki satah se shuru hoga.</w:t>
      </w:r>
      <w:r>
        <w:br/>
      </w:r>
      <w:r>
        <w:rPr>
          <w:sz w:val="20"/>
        </w:rPr>
        <w:t>31:43  apni soch ko aap peaceful banayenge, tab aap ko peace milega.</w:t>
      </w:r>
      <w:r>
        <w:br/>
      </w:r>
      <w:r>
        <w:rPr>
          <w:sz w:val="20"/>
        </w:rPr>
        <w:t>31:49  sab kuch milti hai aap ko peace ki satah par.</w:t>
      </w:r>
      <w:r>
        <w:br/>
      </w:r>
      <w:r>
        <w:rPr>
          <w:sz w:val="20"/>
        </w:rPr>
        <w:t>31:56  aur sab se bara, main samajhta hoon ke jo kaam karna hai kisi insan ko, woh yeh hai</w:t>
      </w:r>
      <w:r>
        <w:br/>
      </w:r>
      <w:r>
        <w:rPr>
          <w:sz w:val="20"/>
        </w:rPr>
        <w:t>32:06  ke woh negative,</w:t>
      </w:r>
      <w:r>
        <w:br/>
      </w:r>
      <w:r>
        <w:rPr>
          <w:sz w:val="20"/>
        </w:rPr>
        <w:t>32:10  dekhiye, is dunya mein negative experience to hoga hi.</w:t>
      </w:r>
      <w:r>
        <w:br/>
      </w:r>
      <w:r>
        <w:rPr>
          <w:sz w:val="20"/>
        </w:rPr>
        <w:t>32:13  yeh mumkin nahi ke negative experience na ho.</w:t>
      </w:r>
      <w:r>
        <w:br/>
      </w:r>
      <w:r>
        <w:rPr>
          <w:sz w:val="20"/>
        </w:rPr>
        <w:t>32:16  lekin is ko aap positivity mein convert kar saken.</w:t>
      </w:r>
      <w:r>
        <w:br/>
      </w:r>
      <w:r>
        <w:rPr>
          <w:sz w:val="20"/>
        </w:rPr>
        <w:t>32:20  misalan ek, abhi ek sahab mujh se mile, woh ek,</w:t>
      </w:r>
      <w:r>
        <w:br/>
      </w:r>
      <w:r>
        <w:rPr>
          <w:sz w:val="20"/>
        </w:rPr>
        <w:t>32:25  ek multinational company mein kaam,</w:t>
      </w:r>
      <w:r>
        <w:br/>
      </w:r>
      <w:r>
        <w:rPr>
          <w:sz w:val="20"/>
        </w:rPr>
        <w:t>32:29  un ko job karte hain.</w:t>
      </w:r>
      <w:r>
        <w:br/>
      </w:r>
      <w:r>
        <w:rPr>
          <w:sz w:val="20"/>
        </w:rPr>
        <w:t>32:31  to lage shikayat karne.</w:t>
      </w:r>
      <w:r>
        <w:br/>
      </w:r>
      <w:r>
        <w:rPr>
          <w:sz w:val="20"/>
        </w:rPr>
        <w:t>32:33  unhone shikayat kiya, kya thi? ke sahab, promotion mein mujhe, mere sath discrimination hua.</w:t>
      </w:r>
      <w:r>
        <w:br/>
      </w:r>
      <w:r>
        <w:rPr>
          <w:sz w:val="20"/>
        </w:rPr>
        <w:t>32:42  promotion mein mere sath discrimination hua.</w:t>
      </w:r>
      <w:r>
        <w:br/>
      </w:r>
      <w:r>
        <w:rPr>
          <w:sz w:val="20"/>
        </w:rPr>
        <w:t>32:44  aur falan ko promote kar diya gaya, mujhe nahi kiya gaya.</w:t>
      </w:r>
      <w:r>
        <w:br/>
      </w:r>
      <w:r>
        <w:rPr>
          <w:sz w:val="20"/>
        </w:rPr>
        <w:t>32:49  to main ne kaha ke yeh bataiye</w:t>
      </w:r>
      <w:r>
        <w:br/>
      </w:r>
      <w:r>
        <w:rPr>
          <w:sz w:val="20"/>
        </w:rPr>
        <w:t>32:51  ke aap company mein job milne se pehle aap ki jo economic position thi, us se aaj better</w:t>
      </w:r>
      <w:r>
        <w:br/>
      </w:r>
      <w:r>
        <w:rPr>
          <w:sz w:val="20"/>
        </w:rPr>
        <w:t>32:59  hai ke nahi? us se kharab hai aap ki? kaha is se to bohat better hai.</w:t>
      </w:r>
      <w:r>
        <w:br/>
      </w:r>
      <w:r>
        <w:rPr>
          <w:sz w:val="20"/>
        </w:rPr>
        <w:t>33:03  yani company mein job milne se pehle jo un ki halat thi, maashi,</w:t>
      </w:r>
      <w:r>
        <w:br/>
      </w:r>
      <w:r>
        <w:rPr>
          <w:sz w:val="20"/>
        </w:rPr>
        <w:t>33:10  to aaj us se hum bohat better hain.</w:t>
      </w:r>
      <w:r>
        <w:br/>
      </w:r>
      <w:r>
        <w:rPr>
          <w:sz w:val="20"/>
        </w:rPr>
        <w:t>33:12  unho ne kaha is par shor kyon nahin karte?</w:t>
      </w:r>
      <w:r>
        <w:br/>
      </w:r>
      <w:r>
        <w:rPr>
          <w:sz w:val="20"/>
        </w:rPr>
        <w:t>33:15  is par shor kyon nahin karte?</w:t>
      </w:r>
      <w:r>
        <w:br/>
      </w:r>
      <w:r>
        <w:rPr>
          <w:sz w:val="20"/>
        </w:rPr>
        <w:t>33:19  isi ko main kehta hoon thing mein truth ko daryaft karna.</w:t>
      </w:r>
      <w:r>
        <w:br/>
      </w:r>
      <w:r>
        <w:rPr>
          <w:sz w:val="20"/>
        </w:rPr>
        <w:t>33:23  nashukri mein shukr ke item ko daryaft karna.</w:t>
      </w:r>
      <w:r>
        <w:br/>
      </w:r>
      <w:r>
        <w:rPr>
          <w:sz w:val="20"/>
        </w:rPr>
        <w:t>33:28  hamesha aadmi kya karta hai?</w:t>
      </w:r>
      <w:r>
        <w:br/>
      </w:r>
      <w:r>
        <w:rPr>
          <w:sz w:val="20"/>
        </w:rPr>
        <w:t>33:32  ke yeh main yeh kahunga ke sara muamla angle of vision ka hai.</w:t>
      </w:r>
      <w:r>
        <w:br/>
      </w:r>
      <w:r>
        <w:rPr>
          <w:sz w:val="20"/>
        </w:rPr>
        <w:t>33:38  angle of vision.</w:t>
      </w:r>
      <w:r>
        <w:br/>
      </w:r>
      <w:r>
        <w:rPr>
          <w:sz w:val="20"/>
        </w:rPr>
        <w:t>33:40  agar aap ka angle of vision aik ho to aap ko idhar shukr aayega, peace aayega.</w:t>
      </w:r>
      <w:r>
        <w:br/>
      </w:r>
      <w:r>
        <w:rPr>
          <w:sz w:val="20"/>
        </w:rPr>
        <w:t>33:47  angle of vision, angle of vision doosra ho to aap ke andar negative thought aayenge, nafrat aaye</w:t>
      </w:r>
      <w:r>
        <w:br/>
      </w:r>
      <w:r>
        <w:rPr>
          <w:sz w:val="20"/>
        </w:rPr>
        <w:t>33:52  gi. aur aap</w:t>
      </w:r>
      <w:r>
        <w:br/>
      </w:r>
      <w:r>
        <w:rPr>
          <w:sz w:val="20"/>
        </w:rPr>
        <w:t>33:55  ghussa, ghusse mein jeene lagenge.</w:t>
      </w:r>
      <w:r>
        <w:br/>
      </w:r>
      <w:r>
        <w:rPr>
          <w:sz w:val="20"/>
        </w:rPr>
        <w:t>33:58  to apne angle of vision ko sahi karna chahiye.</w:t>
      </w:r>
      <w:r>
        <w:br/>
      </w:r>
      <w:r>
        <w:rPr>
          <w:sz w:val="20"/>
        </w:rPr>
        <w:t>34:02  cheezon ko sahi angle se dekhna seekhein.</w:t>
      </w:r>
      <w:r>
        <w:br/>
      </w:r>
      <w:r>
        <w:rPr>
          <w:sz w:val="20"/>
        </w:rPr>
        <w:t>34:08  cheezon ko sahi angle se dekhna seekhein.</w:t>
      </w:r>
      <w:r>
        <w:br/>
      </w:r>
      <w:r>
        <w:rPr>
          <w:sz w:val="20"/>
        </w:rPr>
        <w:t>34:12  is ke baad aap ko</w:t>
      </w:r>
      <w:r>
        <w:br/>
      </w:r>
      <w:r>
        <w:rPr>
          <w:sz w:val="20"/>
        </w:rPr>
        <w:t>34:15  peace of mind hasil ho jayega.</w:t>
      </w:r>
      <w:r>
        <w:br/>
      </w:r>
      <w:r>
        <w:rPr>
          <w:sz w:val="20"/>
        </w:rPr>
        <w:t>34:18  to main boredom ko, main samajhta hoon ke aik,</w:t>
      </w:r>
      <w:r>
        <w:br/>
      </w:r>
      <w:r>
        <w:rPr>
          <w:sz w:val="20"/>
        </w:rPr>
        <w:t>34:23  aap boredom jis ko hum kehte hain, woh kya hai?</w:t>
      </w:r>
      <w:r>
        <w:br/>
      </w:r>
      <w:r>
        <w:rPr>
          <w:sz w:val="20"/>
        </w:rPr>
        <w:t>34:27  yani failure, fail, yani</w:t>
      </w:r>
      <w:r>
        <w:br/>
      </w:r>
      <w:r>
        <w:rPr>
          <w:sz w:val="20"/>
        </w:rPr>
        <w:t>34:33  zindagi ki jo creation plan Allah taala ka hai, us ko daryaft na karna.</w:t>
      </w:r>
      <w:r>
        <w:br/>
      </w:r>
      <w:r>
        <w:rPr>
          <w:sz w:val="20"/>
        </w:rPr>
        <w:t>34:40  creation plan ko aap daryaft na karenge to kahin boredom aayega, kahin aap react karenge</w:t>
      </w:r>
      <w:r>
        <w:br/>
      </w:r>
      <w:r>
        <w:rPr>
          <w:sz w:val="20"/>
        </w:rPr>
        <w:t>34:45  ge, kahin aap negative ho jayenge.</w:t>
      </w:r>
      <w:r>
        <w:br/>
      </w:r>
      <w:r>
        <w:rPr>
          <w:sz w:val="20"/>
        </w:rPr>
        <w:t>34:49  to sara muamla yeh hai ke, woh yeh hai ke aap</w:t>
      </w:r>
      <w:r>
        <w:br/>
      </w:r>
      <w:r>
        <w:rPr>
          <w:sz w:val="20"/>
        </w:rPr>
        <w:t>34:52  creation plan of God ko daryaft kar saken.</w:t>
      </w:r>
      <w:r>
        <w:br/>
      </w:r>
      <w:r>
        <w:rPr>
          <w:sz w:val="20"/>
        </w:rPr>
        <w:t>35:00  misal ke taur par aik misal main deta hoon</w:t>
      </w:r>
      <w:r>
        <w:br/>
      </w:r>
      <w:r>
        <w:rPr>
          <w:sz w:val="20"/>
        </w:rPr>
        <w:t>35:03  keh aksar philosopher yeh mante hain keh dunya mein evil hai, jis ko problem evil kehte hain.</w:t>
      </w:r>
      <w:r>
        <w:br/>
      </w:r>
      <w:r>
        <w:rPr>
          <w:sz w:val="20"/>
        </w:rPr>
        <w:t>35:15  to problem evil kya hai? main kehta hoon problem evil nahi, woh hai problem of challenge.</w:t>
      </w:r>
      <w:r>
        <w:br/>
      </w:r>
      <w:r>
        <w:rPr>
          <w:sz w:val="20"/>
        </w:rPr>
        <w:t>35:22  yani is ko aik ghalat naam de rakha hai.</w:t>
      </w:r>
      <w:r>
        <w:br/>
      </w:r>
      <w:r>
        <w:rPr>
          <w:sz w:val="20"/>
        </w:rPr>
        <w:t>35:26  bad naam de rakha hai keh problem of challenge ko kehte hain problem of evil.</w:t>
      </w:r>
      <w:r>
        <w:br/>
      </w:r>
      <w:r>
        <w:rPr>
          <w:sz w:val="20"/>
        </w:rPr>
        <w:t>35:34  jo creator hai, us ne dunya ka jo banaya hai, naqsha, woh base karta hai competition par, challenge</w:t>
      </w:r>
      <w:r>
        <w:br/>
      </w:r>
      <w:r>
        <w:rPr>
          <w:sz w:val="20"/>
        </w:rPr>
        <w:t>35:43  par. to jab azadi par, jab logon ko azadi hogi to dunya mein competition hoga, aik se doosre</w:t>
      </w:r>
      <w:r>
        <w:br/>
      </w:r>
      <w:r>
        <w:rPr>
          <w:sz w:val="20"/>
        </w:rPr>
        <w:t>35:53  ko challenge hoga.</w:t>
      </w:r>
      <w:r>
        <w:br/>
      </w:r>
      <w:r>
        <w:rPr>
          <w:sz w:val="20"/>
        </w:rPr>
        <w:t>35:55  to zahir hai keh kahin kisi ke baad banegi, kisi ki bigregi.</w:t>
      </w:r>
      <w:r>
        <w:br/>
      </w:r>
      <w:r>
        <w:rPr>
          <w:sz w:val="20"/>
        </w:rPr>
        <w:t>35:59  kahin, kahin kisi ko kuch hoga, kahin kisi ko kuch hoga.</w:t>
      </w:r>
      <w:r>
        <w:br/>
      </w:r>
      <w:r>
        <w:rPr>
          <w:sz w:val="20"/>
        </w:rPr>
        <w:t>36:02  to that is due to,</w:t>
      </w:r>
      <w:r>
        <w:br/>
      </w:r>
      <w:r>
        <w:rPr>
          <w:sz w:val="20"/>
        </w:rPr>
        <w:t>36:05  is baat ka nateeja hai keh dunya mein, dunya ka nizam challenge par qaim hai.</w:t>
      </w:r>
      <w:r>
        <w:br/>
      </w:r>
      <w:r>
        <w:rPr>
          <w:sz w:val="20"/>
        </w:rPr>
        <w:t>36:11  agar aap yeh samajh lein keh dunya ka nizam challenge par qaim hai, aur challenge se hi taraqqi</w:t>
      </w:r>
      <w:r>
        <w:br/>
      </w:r>
      <w:r>
        <w:rPr>
          <w:sz w:val="20"/>
        </w:rPr>
        <w:t>36:17  ہوتی ہے۔ No challenge, no development.</w:t>
      </w:r>
      <w:r>
        <w:br/>
      </w:r>
      <w:r>
        <w:rPr>
          <w:sz w:val="20"/>
        </w:rPr>
        <w:t>36:22  no competition, no development.</w:t>
      </w:r>
      <w:r>
        <w:br/>
      </w:r>
      <w:r>
        <w:rPr>
          <w:sz w:val="20"/>
        </w:rPr>
        <w:t>36:24  تو آپ بالکل، آپ کو peace، آپ کے مائنڈ میں peace آ جائے گا۔</w:t>
      </w:r>
      <w:r>
        <w:br/>
      </w:r>
      <w:r>
        <w:rPr>
          <w:sz w:val="20"/>
        </w:rPr>
        <w:t>36:29  agar, lekin agar aap is tarah na sochein,</w:t>
      </w:r>
      <w:r>
        <w:br/>
      </w:r>
      <w:r>
        <w:rPr>
          <w:sz w:val="20"/>
        </w:rPr>
        <w:t>36:33  یعنی اس کو چیلنج کے اینگل سے نہ دیکھیں، تو آپ کو evil, evil نظر آئے گا، evil.</w:t>
      </w:r>
      <w:r>
        <w:br/>
      </w:r>
      <w:r>
        <w:rPr>
          <w:sz w:val="20"/>
        </w:rPr>
        <w:t>36:41  تو میں سمجھتا ہوں کہ جو لوگ یہ کہتے ہیں کہ دنیا میں problem of evil ہے، وہ</w:t>
      </w:r>
      <w:r>
        <w:br/>
      </w:r>
      <w:r>
        <w:rPr>
          <w:sz w:val="20"/>
        </w:rPr>
        <w:t>36:46  wrong angle say dekh rahe hain duniya ko.</w:t>
      </w:r>
      <w:r>
        <w:br/>
      </w:r>
      <w:r>
        <w:rPr>
          <w:sz w:val="20"/>
        </w:rPr>
        <w:t>36:50  jo log kehte hain keh dunya mein,</w:t>
      </w:r>
      <w:r>
        <w:br/>
      </w:r>
      <w:r>
        <w:rPr>
          <w:sz w:val="20"/>
        </w:rPr>
        <w:t>36:54  aise jo human rights activist hain, woh bhi isi ghalati karte hain keh woh</w:t>
      </w:r>
      <w:r>
        <w:br/>
      </w:r>
      <w:r>
        <w:rPr>
          <w:sz w:val="20"/>
        </w:rPr>
        <w:t>37:00  right ko dekhte hain, duty ko nahi dekhte.</w:t>
      </w:r>
      <w:r>
        <w:br/>
      </w:r>
      <w:r>
        <w:rPr>
          <w:sz w:val="20"/>
        </w:rPr>
        <w:t>37:04  aur jitne human rights activist</w:t>
      </w:r>
      <w:r>
        <w:br/>
      </w:r>
      <w:r>
        <w:rPr>
          <w:sz w:val="20"/>
        </w:rPr>
        <w:t>37:07  کو میں جانتا ہوں، وہ سب negative، سب protestant ہوتے ہیں۔</w:t>
      </w:r>
      <w:r>
        <w:br/>
      </w:r>
      <w:r>
        <w:rPr>
          <w:sz w:val="20"/>
        </w:rPr>
        <w:t>37:13  یعنی human rights کو لے کر پروٹیسٹنٹ بنے رہتے ہیں وہ۔</w:t>
      </w:r>
      <w:r>
        <w:br/>
      </w:r>
      <w:r>
        <w:rPr>
          <w:sz w:val="20"/>
        </w:rPr>
        <w:t>37:17  critic bane rehte hain.</w:t>
      </w:r>
      <w:r>
        <w:br/>
      </w:r>
      <w:r>
        <w:rPr>
          <w:sz w:val="20"/>
        </w:rPr>
        <w:t>37:20  to human rights ka violation jis ko kehte hain log, woh haqeeqatan competition ka phenomenon hai, challenge ka</w:t>
      </w:r>
      <w:r>
        <w:br/>
      </w:r>
      <w:r>
        <w:rPr>
          <w:sz w:val="20"/>
        </w:rPr>
        <w:t>37:28  phenomena ہے۔ تو لوگوں کے اندر یہ مزاج بنائیں کہ وہ چیلنج کو beat کرنا سیکھیں۔</w:t>
      </w:r>
      <w:r>
        <w:br/>
      </w:r>
      <w:r>
        <w:rPr>
          <w:sz w:val="20"/>
        </w:rPr>
        <w:t>37:36  اپنے آپ کو competition میں stand کر سکیں، یہ ان کے اندر مزاج پیدا کیجیے۔</w:t>
      </w:r>
      <w:r>
        <w:br/>
      </w:r>
      <w:r>
        <w:rPr>
          <w:sz w:val="20"/>
        </w:rPr>
        <w:t>37:46  main samajhta hoon keh sab se bara reformer woh nahi hai jo dunya mein</w:t>
      </w:r>
      <w:r>
        <w:br/>
      </w:r>
      <w:r>
        <w:rPr>
          <w:sz w:val="20"/>
        </w:rPr>
        <w:t>37:53  zulm ka point out kare keh dekho yeh zulm ho raha hai, dekho yeh</w:t>
      </w:r>
      <w:r>
        <w:br/>
      </w:r>
      <w:r>
        <w:rPr>
          <w:sz w:val="20"/>
        </w:rPr>
        <w:t>38:03  Rights, human rights ka violation ho raha hai.</w:t>
      </w:r>
      <w:r>
        <w:br/>
      </w:r>
      <w:r>
        <w:rPr>
          <w:sz w:val="20"/>
        </w:rPr>
        <w:t>38:06  main nahi samajhta woh bara reformer hai.</w:t>
      </w:r>
      <w:r>
        <w:br/>
      </w:r>
      <w:r>
        <w:rPr>
          <w:sz w:val="20"/>
        </w:rPr>
        <w:t>38:11  bara reformer woh hai jo bataye keh yeh to creation plan of God hai, is mein tum apna</w:t>
      </w:r>
      <w:r>
        <w:br/>
      </w:r>
      <w:r>
        <w:rPr>
          <w:sz w:val="20"/>
        </w:rPr>
        <w:t>38:15  rasta banao. apne ko is qabil banao keh tum challenge ko meet kar sako.</w:t>
      </w:r>
      <w:r>
        <w:br/>
      </w:r>
      <w:r>
        <w:rPr>
          <w:sz w:val="20"/>
        </w:rPr>
        <w:t>38:20  woh hai, woh hai reformer.</w:t>
      </w:r>
      <w:r>
        <w:br/>
      </w:r>
      <w:r>
        <w:rPr>
          <w:sz w:val="20"/>
        </w:rPr>
        <w:t>38:25  yeh wajah hai ke jitne bhi human right activist hotay hain, sab negative hotay hain, sab protestant hotay</w:t>
      </w:r>
      <w:r>
        <w:br/>
      </w:r>
      <w:r>
        <w:rPr>
          <w:sz w:val="20"/>
        </w:rPr>
        <w:t>38:30  hain, sab sirf complaint karte rehte hain.</w:t>
      </w:r>
      <w:r>
        <w:br/>
      </w:r>
      <w:r>
        <w:rPr>
          <w:sz w:val="20"/>
        </w:rPr>
        <w:t>38:33  complaint, complaint, complaint.</w:t>
      </w:r>
      <w:r>
        <w:br/>
      </w:r>
      <w:r>
        <w:rPr>
          <w:sz w:val="20"/>
        </w:rPr>
        <w:t>38:39  toh cheezon ko</w:t>
      </w:r>
      <w:r>
        <w:br/>
      </w:r>
      <w:r>
        <w:rPr>
          <w:sz w:val="20"/>
        </w:rPr>
        <w:t>38:41  right angle se dekhna</w:t>
      </w:r>
      <w:r>
        <w:br/>
      </w:r>
      <w:r>
        <w:rPr>
          <w:sz w:val="20"/>
        </w:rPr>
        <w:t>38:44  seekh leejie, toh aap ko peace of mind ho jaye ga.</w:t>
      </w:r>
      <w:r>
        <w:br/>
      </w:r>
      <w:r>
        <w:rPr>
          <w:sz w:val="20"/>
        </w:rPr>
        <w:t>38:49  agar right angle se na dekhen ge toh, toh aap ko peace of mind nahi rahe ga.</w:t>
      </w:r>
      <w:r>
        <w:br/>
      </w:r>
      <w:r>
        <w:rPr>
          <w:sz w:val="20"/>
        </w:rPr>
        <w:t>38:58  toh mein samajhta hoon ke jitni bhi cheezen hain ke boredom hai, negative thinking hai, anger hai, hate</w:t>
      </w:r>
      <w:r>
        <w:br/>
      </w:r>
      <w:r>
        <w:rPr>
          <w:sz w:val="20"/>
        </w:rPr>
        <w:t>39:06  hai, yeh jitni bhi negative cheezen hain, sab ke sab mere nazdeek nateeja hain wrong angle se cheezon</w:t>
      </w:r>
      <w:r>
        <w:br/>
      </w:r>
      <w:r>
        <w:rPr>
          <w:sz w:val="20"/>
        </w:rPr>
        <w:t>39:17  ko dekhna. agar aap right angle se cheezon ko dekhen toh yeh sab apne aap dis, disappear</w:t>
      </w:r>
      <w:r>
        <w:br/>
      </w:r>
      <w:r>
        <w:rPr>
          <w:sz w:val="20"/>
        </w:rPr>
        <w:t>39:23  ho jayen gi.</w:t>
      </w:r>
      <w:r>
        <w:br/>
      </w:r>
      <w:r>
        <w:rPr>
          <w:sz w:val="20"/>
        </w:rPr>
        <w:t>39:26  aur apne aap ko, aap, apne aap ko, aap ko peace of mind hasil ho jaye ga.</w:t>
      </w:r>
      <w:r>
        <w:br/>
      </w:r>
      <w:r>
        <w:rPr>
          <w:sz w:val="20"/>
        </w:rPr>
        <w:t>39:36  yehi woh raaz hai jis ko</w:t>
      </w:r>
      <w:r>
        <w:br/>
      </w:r>
      <w:r>
        <w:rPr>
          <w:sz w:val="20"/>
        </w:rPr>
        <w:t>39:40  janne ka naam wisdom hai.</w:t>
      </w:r>
      <w:r>
        <w:br/>
      </w:r>
      <w:r>
        <w:rPr>
          <w:sz w:val="20"/>
        </w:rPr>
        <w:t>39:44  wisdom. jaise muslim mulkon mein aap akhbar mein parhte hon ge ke, ke log bomb marte hain aur</w:t>
      </w:r>
      <w:r>
        <w:br/>
      </w:r>
      <w:r>
        <w:rPr>
          <w:sz w:val="20"/>
        </w:rPr>
        <w:t>39:55  tarah tarah ki violence karte hain.</w:t>
      </w:r>
      <w:r>
        <w:br/>
      </w:r>
      <w:r>
        <w:rPr>
          <w:sz w:val="20"/>
        </w:rPr>
        <w:t>39:57  kyunke kuch shikayatein un ko hain.</w:t>
      </w:r>
      <w:r>
        <w:br/>
      </w:r>
      <w:r>
        <w:rPr>
          <w:sz w:val="20"/>
        </w:rPr>
        <w:t>39:59  lekin woh shikayatein kya hain? mere nazdeek woh shikayatein nahi hain, woh challenge ke waqiyat hain.</w:t>
      </w:r>
      <w:r>
        <w:br/>
      </w:r>
      <w:r>
        <w:rPr>
          <w:sz w:val="20"/>
        </w:rPr>
        <w:t>40:07  mere nazdeek yahan na koi zalim hai na koi mazloom hai.</w:t>
      </w:r>
      <w:r>
        <w:br/>
      </w:r>
      <w:r>
        <w:rPr>
          <w:sz w:val="20"/>
        </w:rPr>
        <w:t>40:12  yeh duniya challenge par base karti hai.</w:t>
      </w:r>
      <w:r>
        <w:br/>
      </w:r>
      <w:r>
        <w:rPr>
          <w:sz w:val="20"/>
        </w:rPr>
        <w:t>40:15  challenge hai, competition hai, freedom hai.</w:t>
      </w:r>
      <w:r>
        <w:br/>
      </w:r>
      <w:r>
        <w:rPr>
          <w:sz w:val="20"/>
        </w:rPr>
        <w:t>40:18  is liye yeh sab waqiyat ho rahe hain.</w:t>
      </w:r>
      <w:r>
        <w:br/>
      </w:r>
      <w:r>
        <w:rPr>
          <w:sz w:val="20"/>
        </w:rPr>
        <w:t>40:25  toh khulasa yeh hai ke agar aap duniya ko positive angle se dekhen toh aap ke andar peace</w:t>
      </w:r>
      <w:r>
        <w:br/>
      </w:r>
      <w:r>
        <w:rPr>
          <w:sz w:val="20"/>
        </w:rPr>
        <w:t>40:31  ful mind banega.</w:t>
      </w:r>
      <w:r>
        <w:br/>
      </w:r>
      <w:r>
        <w:rPr>
          <w:sz w:val="20"/>
        </w:rPr>
        <w:t>40:33  negative angle se dekhen, dekhen ge to aap ka peace of mind jo hai bhang ho jayega.</w:t>
      </w:r>
      <w:r>
        <w:br/>
      </w:r>
      <w:r>
        <w:rPr>
          <w:sz w:val="20"/>
        </w:rPr>
        <w:t>40:41  yeh main samjha hoon zindagi ka khulasa.</w:t>
      </w:r>
      <w:r>
        <w:br/>
      </w:r>
      <w:r>
        <w:rPr>
          <w:sz w:val="20"/>
        </w:rPr>
        <w:t>40:45  aur isi ko main wisdom samajhta hoon.</w:t>
      </w:r>
      <w:r>
        <w:br/>
      </w:r>
      <w:r>
        <w:rPr>
          <w:sz w:val="20"/>
        </w:rPr>
        <w:t>40:51  ek hadith hai ke riyaz al hikmat makhafat allah,</w:t>
      </w:r>
      <w:r>
        <w:br/>
      </w:r>
      <w:r>
        <w:rPr>
          <w:sz w:val="20"/>
        </w:rPr>
        <w:t>40:56  is ka literal translation yeh hai ke sab se bari wisdom hai allah ka dar.</w:t>
      </w:r>
      <w:r>
        <w:br/>
      </w:r>
      <w:r>
        <w:rPr>
          <w:sz w:val="20"/>
        </w:rPr>
        <w:t>41:04  sab se bari wisdom hai allah ka dar.</w:t>
      </w:r>
      <w:r>
        <w:br/>
      </w:r>
      <w:r>
        <w:rPr>
          <w:sz w:val="20"/>
        </w:rPr>
        <w:t>41:06  to dar yahan par, is ko literal mani mein na lijie.</w:t>
      </w:r>
      <w:r>
        <w:br/>
      </w:r>
      <w:r>
        <w:rPr>
          <w:sz w:val="20"/>
        </w:rPr>
        <w:t>41:12  dar ka matlab hai, yani divine angle se cheezon ko dekhna.</w:t>
      </w:r>
      <w:r>
        <w:br/>
      </w:r>
      <w:r>
        <w:rPr>
          <w:sz w:val="20"/>
        </w:rPr>
        <w:t>41:18  divine angle se cheezon ko dekhna.</w:t>
      </w:r>
      <w:r>
        <w:br/>
      </w:r>
      <w:r>
        <w:rPr>
          <w:sz w:val="20"/>
        </w:rPr>
        <w:t>41:20  yeh, yeh agar paida ho jaye to aadmi bilkul positive ho jayega.</w:t>
      </w:r>
      <w:r>
        <w:br/>
      </w:r>
      <w:r>
        <w:rPr>
          <w:sz w:val="20"/>
        </w:rPr>
        <w:t>41:30  to yeh us waqt hota hai jab aap bohat zyada sochen,</w:t>
      </w:r>
      <w:r>
        <w:br/>
      </w:r>
      <w:r>
        <w:rPr>
          <w:sz w:val="20"/>
        </w:rPr>
        <w:t>41:35  bohat zyada, sirf akhbar mein ek cheez parha aur us ke baad aap ghussa ho gaye ke dekho</w:t>
      </w:r>
      <w:r>
        <w:br/>
      </w:r>
      <w:r>
        <w:rPr>
          <w:sz w:val="20"/>
        </w:rPr>
        <w:t>41:41  aisa ho raha hai.</w:t>
      </w:r>
      <w:r>
        <w:br/>
      </w:r>
      <w:r>
        <w:rPr>
          <w:sz w:val="20"/>
        </w:rPr>
        <w:t>41:42  is ki teh tak jaiye.</w:t>
      </w:r>
      <w:r>
        <w:br/>
      </w:r>
      <w:r>
        <w:rPr>
          <w:sz w:val="20"/>
        </w:rPr>
        <w:t>41:45  is ki teh tak jaiye.</w:t>
      </w:r>
      <w:r>
        <w:br/>
      </w:r>
      <w:r>
        <w:rPr>
          <w:sz w:val="20"/>
        </w:rPr>
        <w:t>41:48  misalan ek jagah ek company right hua, bohat zyada khabron mein chapa.</w:t>
      </w:r>
      <w:r>
        <w:br/>
      </w:r>
      <w:r>
        <w:rPr>
          <w:sz w:val="20"/>
        </w:rPr>
        <w:t>41:52  to main wahan gaya,</w:t>
      </w:r>
      <w:r>
        <w:br/>
      </w:r>
      <w:r>
        <w:rPr>
          <w:sz w:val="20"/>
        </w:rPr>
        <w:t>41:54  tahqeeq ki. to maloom hua ke company right jo tha, woh right nahi tha, woh retaliation tha.</w:t>
      </w:r>
      <w:r>
        <w:br/>
      </w:r>
      <w:r>
        <w:rPr>
          <w:sz w:val="20"/>
        </w:rPr>
        <w:t>42:02  yani ek committee ne kuch kiya, doosri committee ne retaliate kiya.</w:t>
      </w:r>
      <w:r>
        <w:br/>
      </w:r>
      <w:r>
        <w:rPr>
          <w:sz w:val="20"/>
        </w:rPr>
        <w:t>42:08  tumhare logon ko samjhaya ke tum, tum apni taraf se jo tum ne kiya woh na karte to</w:t>
      </w:r>
      <w:r>
        <w:br/>
      </w:r>
      <w:r>
        <w:rPr>
          <w:sz w:val="20"/>
        </w:rPr>
        <w:t>42:13  retaliation bhi na hota.</w:t>
      </w:r>
      <w:r>
        <w:br/>
      </w:r>
      <w:r>
        <w:rPr>
          <w:sz w:val="20"/>
        </w:rPr>
        <w:t>42:15  is ko right kyun kehte ho?</w:t>
      </w:r>
      <w:r>
        <w:br/>
      </w:r>
      <w:r>
        <w:rPr>
          <w:sz w:val="20"/>
        </w:rPr>
        <w:t>42:20  yeh isi ka naam wisdom hai.</w:t>
      </w:r>
      <w:r>
        <w:br/>
      </w:r>
      <w:r>
        <w:rPr>
          <w:sz w:val="20"/>
        </w:rPr>
        <w:t>42:22  to jab khuda ke angle se hum cheezon ko dekhen ge to hamare wisdom ho jayegi hamare</w:t>
      </w:r>
      <w:r>
        <w:br/>
      </w:r>
      <w:r>
        <w:rPr>
          <w:sz w:val="20"/>
        </w:rPr>
        <w:t>42:27  andar. main samajhta hoon ke yahi</w:t>
      </w:r>
      <w:r>
        <w:br/>
      </w:r>
      <w:r>
        <w:rPr>
          <w:sz w:val="20"/>
        </w:rPr>
        <w:t>42:32  hikmat ka sira hai, yahi wisdom ki baat hai.</w:t>
      </w:r>
      <w:r>
        <w:br/>
      </w:r>
      <w:r>
        <w:rPr>
          <w:sz w:val="20"/>
        </w:rPr>
        <w:t>42:36  to meri dua hai ke Allah taala hum sab ko tofeeq de ke hum cheezon ko right angle</w:t>
      </w:r>
      <w:r>
        <w:br/>
      </w:r>
      <w:r>
        <w:rPr>
          <w:sz w:val="20"/>
        </w:rPr>
        <w:t>42:41  se dekhen. Assalam o alaikum wa rehmatullah.</w:t>
      </w:r>
      <w:r>
        <w:br/>
      </w:r>
      <w:r>
        <w:rPr>
          <w:sz w:val="20"/>
        </w:rPr>
        <w:t>42:45  Okay, we will start with the question answer session now</w:t>
      </w:r>
      <w:r>
        <w:br/>
      </w:r>
      <w:r>
        <w:rPr>
          <w:sz w:val="20"/>
        </w:rPr>
        <w:t>42:48  All the online viewers are requested to send their questions on info@cpsglobal.org.</w:t>
      </w:r>
    </w:p>
    <w:p>
      <w:pPr>
        <w:pStyle w:val="Heading2"/>
      </w:pPr>
      <w:r>
        <w:t>Novel reader fails to give wisdom</w:t>
      </w:r>
    </w:p>
    <w:p>
      <w:r>
        <w:rPr>
          <w:color w:val="666666"/>
          <w:sz w:val="18"/>
        </w:rPr>
        <w:t>How to Build a Strong Personality June 14, 2008 Maulana Wahiduddin Khan · 52s · at 10:52 · https://youtu.be/bRWn96tpOIM?t=652</w:t>
      </w:r>
    </w:p>
    <w:p>
      <w:r>
        <w:rPr>
          <w:i/>
        </w:rPr>
        <w:t>“You read a hundred novels, give me one wisdom.”</w:t>
      </w:r>
    </w:p>
    <w:p>
      <w:r>
        <w:rPr>
          <w:sz w:val="20"/>
        </w:rPr>
        <w:t>10:52  to main ne kaha theek hai. un ki baaton se main ne yeh bhi samjha ke kam az kam 100 novel to unhone zaroor padhe honge, 100 mote mote novel.</w:t>
      </w:r>
      <w:r>
        <w:br/>
      </w:r>
      <w:r>
        <w:rPr>
          <w:sz w:val="20"/>
        </w:rPr>
        <w:t>11:04  to main ne kaha ke itne saare novel padhe hain aap ne, to kam az kam ek wisdom ki baat ab mujhe bataiye. sirf ek wisdom ki baat, koi meaningful baat, koi aisi baat jis mein lesson ho,</w:t>
      </w:r>
      <w:r>
        <w:br/>
      </w:r>
      <w:r>
        <w:rPr>
          <w:sz w:val="20"/>
        </w:rPr>
        <w:t>11:23  koi aisi baat jis mein meri bhi learning ho. to unhone kaha ke bahut baatein hain, bahut baatein.</w:t>
      </w:r>
      <w:r>
        <w:br/>
      </w:r>
      <w:r>
        <w:rPr>
          <w:sz w:val="20"/>
        </w:rPr>
        <w:t>11:33  main ne kaha ke dekhiye, main bahut baat aap se nahi pooch raha hoon, main yeh kar raha hoon ke sirf ek wisdom ki baat aap mujhe bataiye.</w:t>
      </w:r>
    </w:p>
    <w:p>
      <w:pPr>
        <w:pStyle w:val="Heading2"/>
      </w:pPr>
      <w:r>
        <w:t>The real problem is not fear of expenses</w:t>
      </w:r>
    </w:p>
    <w:p>
      <w:r>
        <w:rPr>
          <w:color w:val="666666"/>
          <w:sz w:val="18"/>
        </w:rPr>
        <w:t>Peace of Mind April 19, 2015 Maulana Wahiduddin Khan · 8m 06s · at 43:29 · https://youtu.be/bGLY0ALNtjw?t=2609</w:t>
      </w:r>
    </w:p>
    <w:p>
      <w:r>
        <w:rPr>
          <w:i/>
        </w:rPr>
        <w:t>“Bhai mera toh tajurba yeh nahi hai”</w:t>
      </w:r>
    </w:p>
    <w:p>
      <w:r>
        <w:rPr>
          <w:sz w:val="20"/>
        </w:rPr>
        <w:t>43:29  ars, as these days from medicines to food to everything is very expensive, and if you don't</w:t>
      </w:r>
      <w:r>
        <w:br/>
      </w:r>
      <w:r>
        <w:rPr>
          <w:sz w:val="20"/>
        </w:rPr>
        <w:t>43:36  have money then one can get into serious trouble?</w:t>
      </w:r>
      <w:r>
        <w:br/>
      </w:r>
      <w:r>
        <w:rPr>
          <w:sz w:val="20"/>
        </w:rPr>
        <w:t>43:41  Bhai mera to tajurba yeh nahi hai.</w:t>
      </w:r>
      <w:r>
        <w:br/>
      </w:r>
      <w:r>
        <w:rPr>
          <w:sz w:val="20"/>
        </w:rPr>
        <w:t>43:44  Mera experience yeh hai ke</w:t>
      </w:r>
      <w:r>
        <w:br/>
      </w:r>
      <w:r>
        <w:rPr>
          <w:sz w:val="20"/>
        </w:rPr>
        <w:t>43:48  asal masla yeh hai ke log apni income se apna kharch barhaye rehte hain.</w:t>
      </w:r>
      <w:r>
        <w:br/>
      </w:r>
      <w:r>
        <w:rPr>
          <w:sz w:val="20"/>
        </w:rPr>
        <w:t>43:54  Income ke hisab se kharch nahi karte.</w:t>
      </w:r>
      <w:r>
        <w:br/>
      </w:r>
      <w:r>
        <w:rPr>
          <w:sz w:val="20"/>
        </w:rPr>
        <w:t>43:59  Poverty mere nazdeek ek relative term hai.</w:t>
      </w:r>
      <w:r>
        <w:br/>
      </w:r>
      <w:r>
        <w:rPr>
          <w:sz w:val="20"/>
        </w:rPr>
        <w:t>44:02  Relative term bhi yeh hai.</w:t>
      </w:r>
      <w:r>
        <w:br/>
      </w:r>
      <w:r>
        <w:rPr>
          <w:sz w:val="20"/>
        </w:rPr>
        <w:t>44:07  Agar aap apne kharch ko</w:t>
      </w:r>
      <w:r>
        <w:br/>
      </w:r>
      <w:r>
        <w:rPr>
          <w:sz w:val="20"/>
        </w:rPr>
        <w:t>44:10  hote hi rakhen itna ke</w:t>
      </w:r>
      <w:r>
        <w:br/>
      </w:r>
      <w:r>
        <w:rPr>
          <w:sz w:val="20"/>
        </w:rPr>
        <w:t>44:13  aap ne, aap ki earning ho rahi hai, to koi masla nahi paida hoga.</w:t>
      </w:r>
      <w:r>
        <w:br/>
      </w:r>
      <w:r>
        <w:rPr>
          <w:sz w:val="20"/>
        </w:rPr>
        <w:t>44:21  Main ek qissa batata hoon.</w:t>
      </w:r>
      <w:r>
        <w:br/>
      </w:r>
      <w:r>
        <w:rPr>
          <w:sz w:val="20"/>
        </w:rPr>
        <w:t>44:22  Main jab Wadi e Gun mein tha</w:t>
      </w:r>
      <w:r>
        <w:br/>
      </w:r>
      <w:r>
        <w:rPr>
          <w:sz w:val="20"/>
        </w:rPr>
        <w:t>44:25  to ek sahib</w:t>
      </w:r>
      <w:r>
        <w:br/>
      </w:r>
      <w:r>
        <w:rPr>
          <w:sz w:val="20"/>
        </w:rPr>
        <w:t>44:29  mujh se milte the, to un ko ek job mila.</w:t>
      </w:r>
      <w:r>
        <w:br/>
      </w:r>
      <w:r>
        <w:rPr>
          <w:sz w:val="20"/>
        </w:rPr>
        <w:t>44:34  yeh bohat pehle ki baat hai.</w:t>
      </w:r>
      <w:r>
        <w:br/>
      </w:r>
      <w:r>
        <w:rPr>
          <w:sz w:val="20"/>
        </w:rPr>
        <w:t>44:35  is waqt in ke job mein in ko 300 per month paisa milta tha.</w:t>
      </w:r>
      <w:r>
        <w:br/>
      </w:r>
      <w:r>
        <w:rPr>
          <w:sz w:val="20"/>
        </w:rPr>
        <w:t>44:40  300 per month.</w:t>
      </w:r>
      <w:r>
        <w:br/>
      </w:r>
      <w:r>
        <w:rPr>
          <w:sz w:val="20"/>
        </w:rPr>
        <w:t>44:43  to maine in ko mashwara diya ke aap apni aab bandi ko aadha samjhein.</w:t>
      </w:r>
      <w:r>
        <w:br/>
      </w:r>
      <w:r>
        <w:rPr>
          <w:sz w:val="20"/>
        </w:rPr>
        <w:t>44:48  aap samjhein ke aap ko derh so rupay mil raha hai.</w:t>
      </w:r>
      <w:r>
        <w:br/>
      </w:r>
      <w:r>
        <w:rPr>
          <w:sz w:val="20"/>
        </w:rPr>
        <w:t>44:51  isi mein apna kharch chalayein.</w:t>
      </w:r>
      <w:r>
        <w:br/>
      </w:r>
      <w:r>
        <w:rPr>
          <w:sz w:val="20"/>
        </w:rPr>
        <w:t>44:52  aur derh so rupay aap saving mein rakhein.</w:t>
      </w:r>
      <w:r>
        <w:br/>
      </w:r>
      <w:r>
        <w:rPr>
          <w:sz w:val="20"/>
        </w:rPr>
        <w:t>44:56  to baat ko, to is par amal kiya unhone.</w:t>
      </w:r>
      <w:r>
        <w:br/>
      </w:r>
      <w:r>
        <w:rPr>
          <w:sz w:val="20"/>
        </w:rPr>
        <w:t>45:01  to yeh bohat pehle ki baat hai.</w:t>
      </w:r>
      <w:r>
        <w:br/>
      </w:r>
      <w:r>
        <w:rPr>
          <w:sz w:val="20"/>
        </w:rPr>
        <w:t>45:03  is waqt 300 bhi bari raqam hoti thi.</w:t>
      </w:r>
      <w:r>
        <w:br/>
      </w:r>
      <w:r>
        <w:rPr>
          <w:sz w:val="20"/>
        </w:rPr>
        <w:t>45:08  to itna saving kar liya ke unhone ek acha business shuru kiya is ke baad.</w:t>
      </w:r>
      <w:r>
        <w:br/>
      </w:r>
      <w:r>
        <w:rPr>
          <w:sz w:val="20"/>
        </w:rPr>
        <w:t>45:13  aur kafi kamai ki unhone.</w:t>
      </w:r>
      <w:r>
        <w:br/>
      </w:r>
      <w:r>
        <w:rPr>
          <w:sz w:val="20"/>
        </w:rPr>
        <w:t>45:16  to log apne kharch ko barhaye rehte hain.</w:t>
      </w:r>
      <w:r>
        <w:br/>
      </w:r>
      <w:r>
        <w:rPr>
          <w:sz w:val="20"/>
        </w:rPr>
        <w:t>45:22  aab bandi ke hisab se kharch nahi karte.</w:t>
      </w:r>
      <w:r>
        <w:br/>
      </w:r>
      <w:r>
        <w:rPr>
          <w:sz w:val="20"/>
        </w:rPr>
        <w:t>45:24  is ke baad kehte hain ke hum, hum, hamein problem hai.</w:t>
      </w:r>
      <w:r>
        <w:br/>
      </w:r>
      <w:r>
        <w:rPr>
          <w:sz w:val="20"/>
        </w:rPr>
        <w:t>45:29  dekhein har problem jo hai kisi apni,</w:t>
      </w:r>
      <w:r>
        <w:br/>
      </w:r>
      <w:r>
        <w:rPr>
          <w:sz w:val="20"/>
        </w:rPr>
        <w:t>45:36  kisi apni kami, apni kami ki wajah se hota hai.</w:t>
      </w:r>
      <w:r>
        <w:br/>
      </w:r>
      <w:r>
        <w:rPr>
          <w:sz w:val="20"/>
        </w:rPr>
        <w:t>45:40  mera tajurba to yahi hai.</w:t>
      </w:r>
      <w:r>
        <w:br/>
      </w:r>
      <w:r>
        <w:rPr>
          <w:sz w:val="20"/>
        </w:rPr>
        <w:t>45:42  main bhi isi dunya mein</w:t>
      </w:r>
      <w:r>
        <w:br/>
      </w:r>
      <w:r>
        <w:rPr>
          <w:sz w:val="20"/>
        </w:rPr>
        <w:t>45:45  jeeta hoon. isi dunya mein mujhe bhi tarah tarah ke halaat pesh aaye hain.</w:t>
      </w:r>
      <w:r>
        <w:br/>
      </w:r>
      <w:r>
        <w:rPr>
          <w:sz w:val="20"/>
        </w:rPr>
        <w:t>45:51  to hamesha maine yahi paya hai ke meri kami hai jo problem barh jati hai.</w:t>
      </w:r>
      <w:r>
        <w:br/>
      </w:r>
      <w:r>
        <w:rPr>
          <w:sz w:val="20"/>
        </w:rPr>
        <w:t>45:57  meri apni ghalti hai jo problem barh jati hai.</w:t>
      </w:r>
      <w:r>
        <w:br/>
      </w:r>
      <w:r>
        <w:rPr>
          <w:sz w:val="20"/>
        </w:rPr>
        <w:t>46:00  agar main apne, apne aap ko manage karna seekh loon to koi problem, problem nahi.</w:t>
      </w:r>
      <w:r>
        <w:br/>
      </w:r>
      <w:r>
        <w:rPr>
          <w:sz w:val="20"/>
        </w:rPr>
        <w:t>46:08  aur doosri baat yeh hai ke poverty koi, koi eternal halat nahi hai.</w:t>
      </w:r>
      <w:r>
        <w:br/>
      </w:r>
      <w:r>
        <w:rPr>
          <w:sz w:val="20"/>
        </w:rPr>
        <w:t>46:15  eternal halat nahi, poverty hai.</w:t>
      </w:r>
      <w:r>
        <w:br/>
      </w:r>
      <w:r>
        <w:rPr>
          <w:sz w:val="20"/>
        </w:rPr>
        <w:t>46:17  aaj aadmi ghareeb hai, kaamyaab hai, badalta rehta hai.</w:t>
      </w:r>
      <w:r>
        <w:br/>
      </w:r>
      <w:r>
        <w:rPr>
          <w:sz w:val="20"/>
        </w:rPr>
        <w:t>46:20  jaise hamare office mein ek saahab kaam karte the,</w:t>
      </w:r>
      <w:r>
        <w:br/>
      </w:r>
      <w:r>
        <w:rPr>
          <w:sz w:val="20"/>
        </w:rPr>
        <w:t>46:25  kuch saal pehle ki baat hai.</w:t>
      </w:r>
      <w:r>
        <w:br/>
      </w:r>
      <w:r>
        <w:rPr>
          <w:sz w:val="20"/>
        </w:rPr>
        <w:t>46:28  to woh oopar se chhat mein se gir pade, aur woh itne sakht choot aayi ke mar gaye</w:t>
      </w:r>
      <w:r>
        <w:br/>
      </w:r>
      <w:r>
        <w:rPr>
          <w:sz w:val="20"/>
        </w:rPr>
        <w:t>46:37  woh. un ke bachche the.</w:t>
      </w:r>
      <w:r>
        <w:br/>
      </w:r>
      <w:r>
        <w:rPr>
          <w:sz w:val="20"/>
        </w:rPr>
        <w:t>46:40  to hum sab log bohat pareshan the ke bachche chhod kar un ka death ho gayi, kya hoga?</w:t>
      </w:r>
      <w:r>
        <w:br/>
      </w:r>
      <w:r>
        <w:rPr>
          <w:sz w:val="20"/>
        </w:rPr>
        <w:t>46:46  aaj un ke bachche jo hain hero bane hue hain.</w:t>
      </w:r>
      <w:r>
        <w:br/>
      </w:r>
      <w:r>
        <w:rPr>
          <w:sz w:val="20"/>
        </w:rPr>
        <w:t>46:49  yaani is baap ki death se un ke andar ek incentive aaya, incentive ke humein karna hai, humein</w:t>
      </w:r>
      <w:r>
        <w:br/>
      </w:r>
      <w:r>
        <w:rPr>
          <w:sz w:val="20"/>
        </w:rPr>
        <w:t>46:56  karna hai, humein karna hai.</w:t>
      </w:r>
      <w:r>
        <w:br/>
      </w:r>
      <w:r>
        <w:rPr>
          <w:sz w:val="20"/>
        </w:rPr>
        <w:t>46:59  baap ke zamane mein woh ek chhote se rented ghar mein rehte the.</w:t>
      </w:r>
      <w:r>
        <w:br/>
      </w:r>
      <w:r>
        <w:rPr>
          <w:sz w:val="20"/>
        </w:rPr>
        <w:t>47:05  aaj woh apna ghar khareed liya unhon ne.</w:t>
      </w:r>
      <w:r>
        <w:br/>
      </w:r>
      <w:r>
        <w:rPr>
          <w:sz w:val="20"/>
        </w:rPr>
        <w:t>47:08  aur sab kama rahe hain aur sab aaraam kar rahe hain.</w:t>
      </w:r>
      <w:r>
        <w:br/>
      </w:r>
      <w:r>
        <w:rPr>
          <w:sz w:val="20"/>
        </w:rPr>
        <w:t>47:11  to yeh poverty koi, koi aisi cheez hai jo eternally baaqi rahe.</w:t>
      </w:r>
      <w:r>
        <w:br/>
      </w:r>
      <w:r>
        <w:rPr>
          <w:sz w:val="20"/>
        </w:rPr>
        <w:t>47:17  aaj aisi haalat hai, kal doosri haalat hai.</w:t>
      </w:r>
      <w:r>
        <w:br/>
      </w:r>
      <w:r>
        <w:rPr>
          <w:sz w:val="20"/>
        </w:rPr>
        <w:t>47:21  to poverty ko main leta hoon incentive ke maamle mein.</w:t>
      </w:r>
      <w:r>
        <w:br/>
      </w:r>
      <w:r>
        <w:rPr>
          <w:sz w:val="20"/>
        </w:rPr>
        <w:t>47:25  lekin log, log jo poverty ko bas ek burai ke roop mein batate hain logon ko, wahi sab</w:t>
      </w:r>
      <w:r>
        <w:br/>
      </w:r>
      <w:r>
        <w:rPr>
          <w:sz w:val="20"/>
        </w:rPr>
        <w:t>47:30  سے بڑا، یعنی responsible ہیں اس کے۔</w:t>
      </w:r>
      <w:r>
        <w:br/>
      </w:r>
      <w:r>
        <w:rPr>
          <w:sz w:val="20"/>
        </w:rPr>
        <w:t>47:35  aap un ko incentive badhaiye, un ke andar, un ke kahiye ke tum mehnat karo, padho.</w:t>
      </w:r>
      <w:r>
        <w:br/>
      </w:r>
      <w:r>
        <w:rPr>
          <w:sz w:val="20"/>
        </w:rPr>
        <w:t>47:41  to apni zindagi mein bohat mein ne dekha logon ko ke kal woh ghareeb the, aaj ameer ho</w:t>
      </w:r>
      <w:r>
        <w:br/>
      </w:r>
      <w:r>
        <w:rPr>
          <w:sz w:val="20"/>
        </w:rPr>
        <w:t>47:48  gaye. kal ko un ke paas kuch nahi tha, aaj un ke paas sab kuch hai.</w:t>
      </w:r>
      <w:r>
        <w:br/>
      </w:r>
      <w:r>
        <w:rPr>
          <w:sz w:val="20"/>
        </w:rPr>
        <w:t>47:51  to poverty koi eternal haalat nahi hai.</w:t>
      </w:r>
      <w:r>
        <w:br/>
      </w:r>
      <w:r>
        <w:rPr>
          <w:sz w:val="20"/>
        </w:rPr>
        <w:t>47:53  ke jo poverty mein paida hua to bas zindagi mein is ke muqaddar hai ke poverty mein rahe.</w:t>
      </w:r>
      <w:r>
        <w:br/>
      </w:r>
      <w:r>
        <w:rPr>
          <w:sz w:val="20"/>
        </w:rPr>
        <w:t>47:59  yeh is, is theory se main agree nahi karta.</w:t>
      </w:r>
      <w:r>
        <w:br/>
      </w:r>
      <w:r>
        <w:rPr>
          <w:sz w:val="20"/>
        </w:rPr>
        <w:t>48:06  maulana, maulana agla sawaal Chennai se hai.</w:t>
      </w:r>
      <w:r>
        <w:br/>
      </w:r>
      <w:r>
        <w:rPr>
          <w:sz w:val="20"/>
        </w:rPr>
        <w:t>48:10  aur maulana Iqbal Umri ne kiya hai.</w:t>
      </w:r>
      <w:r>
        <w:br/>
      </w:r>
      <w:r>
        <w:rPr>
          <w:sz w:val="20"/>
        </w:rPr>
        <w:t>48:12  انہوں نے لکھا ہے: جب بھی آپ Western development کا positive response دیتے ہیں، اور اس کو دعوت</w:t>
      </w:r>
      <w:r>
        <w:br/>
      </w:r>
      <w:r>
        <w:rPr>
          <w:sz w:val="20"/>
        </w:rPr>
        <w:t>48:20  aur marifat se relate karte hain, to kyun ulama yeh kehte hain ke agar ulama aur madaris na</w:t>
      </w:r>
      <w:r>
        <w:br/>
      </w:r>
      <w:r>
        <w:rPr>
          <w:sz w:val="20"/>
        </w:rPr>
        <w:t>48:27  rehte to na islam rehta, na dawat rehti.</w:t>
      </w:r>
      <w:r>
        <w:br/>
      </w:r>
      <w:r>
        <w:rPr>
          <w:sz w:val="20"/>
        </w:rPr>
        <w:t>48:32  maazi mein islam sar buland tha, ab kahan hai?</w:t>
      </w:r>
      <w:r>
        <w:br/>
      </w:r>
      <w:r>
        <w:rPr>
          <w:sz w:val="20"/>
        </w:rPr>
        <w:t>48:38  yeh to kehne ki baat hai.</w:t>
      </w:r>
      <w:r>
        <w:br/>
      </w:r>
      <w:r>
        <w:rPr>
          <w:sz w:val="20"/>
        </w:rPr>
        <w:t>48:41  yeh to kehne ki baat hai.</w:t>
      </w:r>
      <w:r>
        <w:br/>
      </w:r>
      <w:r>
        <w:rPr>
          <w:sz w:val="20"/>
        </w:rPr>
        <w:t>48:43  agar madaris se sara kaam ho raha hai to yahi, yahi ulma shikayat kyun karte hain? inhi ulma</w:t>
      </w:r>
      <w:r>
        <w:br/>
      </w:r>
      <w:r>
        <w:rPr>
          <w:sz w:val="20"/>
        </w:rPr>
        <w:t>48:49  ki taqreerein suniye aap.</w:t>
      </w:r>
      <w:r>
        <w:br/>
      </w:r>
      <w:r>
        <w:rPr>
          <w:sz w:val="20"/>
        </w:rPr>
        <w:t>48:51  yeh to musalmanon ka bura haal batayenge, zulm batayenge logon ka, tarah tarah ke masle bayan</w:t>
      </w:r>
      <w:r>
        <w:br/>
      </w:r>
      <w:r>
        <w:rPr>
          <w:sz w:val="20"/>
        </w:rPr>
        <w:t>48:58  karenge. to madaris se agar sare masle hal ho rahe hain to yahi ulma aisi taqreerein kyun</w:t>
      </w:r>
      <w:r>
        <w:br/>
      </w:r>
      <w:r>
        <w:rPr>
          <w:sz w:val="20"/>
        </w:rPr>
        <w:t>49:03  karte hain? mislan sare ulma yeh taqreerein karte hain ke musalmanon mein ittehad nahi hai.</w:t>
      </w:r>
      <w:r>
        <w:br/>
      </w:r>
      <w:r>
        <w:rPr>
          <w:sz w:val="20"/>
        </w:rPr>
        <w:t>49:08  sare ulma, sare ulma karte hain ke musalman aapas mein lad rahe hain.</w:t>
      </w:r>
      <w:r>
        <w:br/>
      </w:r>
      <w:r>
        <w:rPr>
          <w:sz w:val="20"/>
        </w:rPr>
        <w:t>49:12  to yeh sab kyun hai?</w:t>
      </w:r>
      <w:r>
        <w:br/>
      </w:r>
      <w:r>
        <w:rPr>
          <w:sz w:val="20"/>
        </w:rPr>
        <w:t>49:15  yahi ulma ittehad conference karte hain aur is mein shikayatein karte hain ke musalmanon mein ittehad nahi hai.</w:t>
      </w:r>
      <w:r>
        <w:br/>
      </w:r>
      <w:r>
        <w:rPr>
          <w:sz w:val="20"/>
        </w:rPr>
        <w:t>49:22  to kyun, kyun yeh hai? agar madarse se sab kuch ho raha hai to aisa kyun hai?</w:t>
      </w:r>
      <w:r>
        <w:br/>
      </w:r>
      <w:r>
        <w:rPr>
          <w:sz w:val="20"/>
        </w:rPr>
        <w:t>49:28  to yeh mein samajhta hoon ke, yani deep thinking na hone ka nateeja hai.</w:t>
      </w:r>
      <w:r>
        <w:br/>
      </w:r>
      <w:r>
        <w:rPr>
          <w:sz w:val="20"/>
        </w:rPr>
        <w:t>49:38  maulana unka ek aur sawal hai.</w:t>
      </w:r>
      <w:r>
        <w:br/>
      </w:r>
      <w:r>
        <w:rPr>
          <w:sz w:val="20"/>
        </w:rPr>
        <w:t>49:40  unhon ne aap se poocha hai ke aalami conversion matloob hai ya aalami taur par khuda ke word</w:t>
      </w:r>
      <w:r>
        <w:br/>
      </w:r>
      <w:r>
        <w:rPr>
          <w:sz w:val="20"/>
        </w:rPr>
        <w:t>49:47  ko convey karna? is ko wazeh karen.</w:t>
      </w:r>
      <w:r>
        <w:br/>
      </w:r>
      <w:r>
        <w:rPr>
          <w:sz w:val="20"/>
        </w:rPr>
        <w:t>49:52  conversion hai hi nahi.</w:t>
      </w:r>
      <w:r>
        <w:br/>
      </w:r>
      <w:r>
        <w:rPr>
          <w:sz w:val="20"/>
        </w:rPr>
        <w:t>49:54  conversion ka tasawwur hi nahi hai</w:t>
      </w:r>
      <w:r>
        <w:br/>
      </w:r>
      <w:r>
        <w:rPr>
          <w:sz w:val="20"/>
        </w:rPr>
        <w:t>49:58  mere nazdeek. kyunke mazhab mere nazdeek, jo maine samjha hai, woh personal choice ka naam hai.</w:t>
      </w:r>
      <w:r>
        <w:br/>
      </w:r>
      <w:r>
        <w:rPr>
          <w:sz w:val="20"/>
        </w:rPr>
        <w:t>50:05  conversion to ek koi doosra hai jo aap ko convert karta hai.</w:t>
      </w:r>
      <w:r>
        <w:br/>
      </w:r>
      <w:r>
        <w:rPr>
          <w:sz w:val="20"/>
        </w:rPr>
        <w:t>50:09  woh hai hi nahi.</w:t>
      </w:r>
      <w:r>
        <w:br/>
      </w:r>
      <w:r>
        <w:rPr>
          <w:sz w:val="20"/>
        </w:rPr>
        <w:t>50:11  yeh aap ka personal choice hai.</w:t>
      </w:r>
      <w:r>
        <w:br/>
      </w:r>
      <w:r>
        <w:rPr>
          <w:sz w:val="20"/>
        </w:rPr>
        <w:t>50:13  aap study karen, aap mutala karen, aur jis cheez ko aap sachai samjhen us ko maan len.</w:t>
      </w:r>
      <w:r>
        <w:br/>
      </w:r>
      <w:r>
        <w:rPr>
          <w:sz w:val="20"/>
        </w:rPr>
        <w:t>50:22  to yeh personal choice ka naam hai.</w:t>
      </w:r>
      <w:r>
        <w:br/>
      </w:r>
      <w:r>
        <w:rPr>
          <w:sz w:val="20"/>
        </w:rPr>
        <w:t>50:25  aur jahan tak dawat hai, mere nazdeek dawat naam hai pounchanay ka, pounchanay ka, pounchanay ka.</w:t>
      </w:r>
      <w:r>
        <w:br/>
      </w:r>
      <w:r>
        <w:rPr>
          <w:sz w:val="20"/>
        </w:rPr>
        <w:t>50:30  yeh logon ka apna kaam hai ke woh</w:t>
      </w:r>
      <w:r>
        <w:br/>
      </w:r>
      <w:r>
        <w:rPr>
          <w:sz w:val="20"/>
        </w:rPr>
        <w:t>50:34  apne liye kis cheez ka</w:t>
      </w:r>
      <w:r>
        <w:br/>
      </w:r>
      <w:r>
        <w:rPr>
          <w:sz w:val="20"/>
        </w:rPr>
        <w:t>50:37  intekhab karte hain.</w:t>
      </w:r>
      <w:r>
        <w:br/>
      </w:r>
      <w:r>
        <w:rPr>
          <w:sz w:val="20"/>
        </w:rPr>
        <w:t>50:41  maulana agla sawal lene se pehle ek comment parhna chahenge jo miss shabana ne bheja hai rai</w:t>
      </w:r>
      <w:r>
        <w:br/>
      </w:r>
      <w:r>
        <w:rPr>
          <w:sz w:val="20"/>
        </w:rPr>
        <w:t>50:47  پور سے۔ اور انہوں نے لکھا ہے کہ مولانا صاحب، I always get peace of mind after listening</w:t>
      </w:r>
      <w:r>
        <w:br/>
      </w:r>
      <w:r>
        <w:rPr>
          <w:sz w:val="20"/>
        </w:rPr>
        <w:t>50:54  to your program every sunday.</w:t>
      </w:r>
      <w:r>
        <w:br/>
      </w:r>
      <w:r>
        <w:rPr>
          <w:sz w:val="20"/>
        </w:rPr>
        <w:t>50:57  jazak Allah. Maulana agla sawal dilli se aya hai, naam nahi likha hai question karne wale ne.</w:t>
      </w:r>
      <w:r>
        <w:br/>
      </w:r>
      <w:r>
        <w:rPr>
          <w:sz w:val="20"/>
        </w:rPr>
        <w:t>51:06  unka sawal yeh hai:</w:t>
      </w:r>
      <w:r>
        <w:br/>
      </w:r>
      <w:r>
        <w:rPr>
          <w:sz w:val="20"/>
        </w:rPr>
        <w:t>51:08  مولانا صاحب، you say that human rights activists take a negative approach by criticizing or protesting against human</w:t>
      </w:r>
      <w:r>
        <w:br/>
      </w:r>
      <w:r>
        <w:rPr>
          <w:sz w:val="20"/>
        </w:rPr>
        <w:t>51:17  rights violation. I have a question in this regard: If innocent people are killed, does it mean that one</w:t>
      </w:r>
      <w:r>
        <w:br/>
      </w:r>
      <w:r>
        <w:rPr>
          <w:sz w:val="20"/>
        </w:rPr>
        <w:t>51:27  should remain silent and not demand justice, that the perpetrators of the crime be brought to justice?</w:t>
      </w:r>
      <w:r>
        <w:br/>
      </w:r>
      <w:r>
        <w:rPr>
          <w:sz w:val="20"/>
        </w:rPr>
        <w:t>51:35  Secondly, it can also be argued that if one keeps silent on such persecution, it would only further legitimize operation and embolden people to violate other rights. What is your view on this?"</w:t>
      </w:r>
    </w:p>
    <w:p>
      <w:pPr>
        <w:pStyle w:val="Heading2"/>
      </w:pPr>
      <w:r>
        <w:t>Heart-based vs mind-based religions</w:t>
      </w:r>
    </w:p>
    <w:p>
      <w:r>
        <w:rPr>
          <w:color w:val="666666"/>
          <w:sz w:val="18"/>
        </w:rPr>
        <w:t>Discussion on Marefat (Ulama Session- I) Peace Conference April 29-30, 2023 · 27s · at 12:10 · https://youtu.be/c1NFCRXpYBQ?t=730</w:t>
      </w:r>
    </w:p>
    <w:p>
      <w:r>
        <w:rPr>
          <w:i/>
        </w:rPr>
        <w:t>“Doosre jitne mazahib hain woh heart based hain.”</w:t>
      </w:r>
    </w:p>
    <w:p>
      <w:r>
        <w:rPr>
          <w:sz w:val="20"/>
        </w:rPr>
        <w:t>12:10  Ab sawal yeh hai ke kyun aisa waqia hoga ke sari millatein kamzor ho jayengi aur Islam apni position par baqi rahega? Iski wajah yeh hai ke doosre jitne mazahib hain woh heart based hain. Yaani heart based ka matlab yeh hai ke aadmi ko bas mazhab ko aik qasaddusat ka mauzu banakar usko maan lena hai.</w:t>
      </w:r>
      <w:r>
        <w:br/>
      </w:r>
      <w:r>
        <w:rPr>
          <w:sz w:val="20"/>
        </w:rPr>
        <w:t>12:37  us par use sawalat nahi karna hai. Lekin mind based ka matlab yeh hai ke aap sawal kar sakte hain, sawal utha sakte hain, baaton ko samajh sakte hain, baaton ko samjha ja sakta hai. Iska matlab yeh hai ke jo zamana aakhri zamana hoga, woh mukammal mano mein rational argument ka zamana hoga.</w:t>
      </w:r>
    </w:p>
    <w:p>
      <w:pPr>
        <w:pStyle w:val="Heading2"/>
      </w:pPr>
      <w:r>
        <w:t>Science's corrective role</w:t>
      </w:r>
    </w:p>
    <w:p>
      <w:r>
        <w:rPr>
          <w:color w:val="666666"/>
          <w:sz w:val="18"/>
        </w:rPr>
        <w:t>Science and Spirituality | April 25, 2007 | Maulana Wahiduddin Kha · 30s · at 24:13 · https://youtu.be/cStp24Ri3ps?t=1453</w:t>
      </w:r>
    </w:p>
    <w:p>
      <w:r>
        <w:rPr>
          <w:i/>
        </w:rPr>
        <w:t>“This is the relationship of science and spirituality”</w:t>
      </w:r>
    </w:p>
    <w:p>
      <w:r>
        <w:rPr>
          <w:sz w:val="20"/>
        </w:rPr>
        <w:t>24:13  This is the relationship of science.</w:t>
      </w:r>
      <w:r>
        <w:br/>
      </w:r>
      <w:r>
        <w:rPr>
          <w:sz w:val="20"/>
        </w:rPr>
        <w:t>24:17  This is the relationship of science and Spirituality.</w:t>
      </w:r>
      <w:r>
        <w:br/>
      </w:r>
      <w:r>
        <w:rPr>
          <w:sz w:val="20"/>
        </w:rPr>
        <w:t>24:21  Science itself is not Spirituality.</w:t>
      </w:r>
      <w:r>
        <w:br/>
      </w:r>
      <w:r>
        <w:rPr>
          <w:sz w:val="20"/>
        </w:rPr>
        <w:t>24:26  Science is not a Spiritual discipline.</w:t>
      </w:r>
      <w:r>
        <w:br/>
      </w:r>
      <w:r>
        <w:rPr>
          <w:sz w:val="20"/>
        </w:rPr>
        <w:t>24:30  But science has a corrective role.</w:t>
      </w:r>
      <w:r>
        <w:br/>
      </w:r>
      <w:r>
        <w:rPr>
          <w:sz w:val="20"/>
        </w:rPr>
        <w:t>24:35  And following this corrective role, we can restruct.</w:t>
      </w:r>
      <w:r>
        <w:br/>
      </w:r>
      <w:r>
        <w:rPr>
          <w:sz w:val="20"/>
        </w:rPr>
        <w:t>24:39  We have to restruct our Spiritual thought</w:t>
      </w:r>
    </w:p>
    <w:p>
      <w:pPr>
        <w:pStyle w:val="Heading2"/>
      </w:pPr>
      <w:r>
        <w:t>Sacrifice for building a team</w:t>
      </w:r>
    </w:p>
    <w:p>
      <w:r>
        <w:rPr>
          <w:color w:val="666666"/>
          <w:sz w:val="18"/>
        </w:rPr>
        <w:t>Spiritual Light Nov 26, 2006 Maulana Wahiduddin Khan · 39s · at 27:49 · https://youtu.be/IhfHxIakZOw?t=1669</w:t>
      </w:r>
    </w:p>
    <w:p>
      <w:r>
        <w:rPr>
          <w:i/>
        </w:rPr>
        <w:t>“Do you think we are joking”</w:t>
      </w:r>
    </w:p>
    <w:p>
      <w:r>
        <w:rPr>
          <w:sz w:val="20"/>
        </w:rPr>
        <w:t>27:49  aap samajhte hain ke hum koi mazak kar rahe hain yeh? yeh jo hum kar rahe hain. main ne is ke liye woh sacrifice kiya jo dunya mein kisi ne ki nahin hai.</w:t>
      </w:r>
      <w:r>
        <w:br/>
      </w:r>
      <w:r>
        <w:rPr>
          <w:sz w:val="20"/>
        </w:rPr>
        <w:t>27:59  aap kisi ke naam nahin bata sakte. main ne international stage ko sacrifice kiya. international stage ko main ne chhora.</w:t>
      </w:r>
      <w:r>
        <w:br/>
      </w:r>
      <w:r>
        <w:rPr>
          <w:sz w:val="20"/>
        </w:rPr>
        <w:t>28:09  main ne shohrat ko chhora. paisa bohat idhar udhar mil raha tha main ne us ko chhora. sirf is liye ke main aik team bana sakoon. warna aaj main yahan baitha hua na hota.</w:t>
      </w:r>
      <w:r>
        <w:br/>
      </w:r>
      <w:r>
        <w:rPr>
          <w:sz w:val="20"/>
        </w:rPr>
        <w:t>28:20  main international stage par hota. beshumar sacrifices ke baad yeh mumkin hua hai ke hum yahan aik team banayen.</w:t>
      </w:r>
    </w:p>
    <w:p>
      <w:pPr>
        <w:pStyle w:val="Heading2"/>
      </w:pPr>
      <w:r>
        <w:t>Women's rights and leadership in Islam</w:t>
      </w:r>
    </w:p>
    <w:p>
      <w:r>
        <w:rPr>
          <w:color w:val="666666"/>
          <w:sz w:val="18"/>
        </w:rPr>
        <w:t>Interaction with German Delegation January 4, 2020 · 3m 12s · at 18:19 · https://youtu.be/eWcszNLZK1U?t=1099</w:t>
      </w:r>
    </w:p>
    <w:p>
      <w:r>
        <w:rPr>
          <w:i/>
        </w:rPr>
        <w:t>“Islam. There is a lot of freedom for the woman.”</w:t>
      </w:r>
    </w:p>
    <w:p>
      <w:r>
        <w:rPr>
          <w:sz w:val="20"/>
        </w:rPr>
        <w:t>18:19  Islam. There is a lot of freedom for the woman. But as your question is, but then in a Christian religion also, there is a lot of freedom for the woman.</w:t>
      </w:r>
      <w:r>
        <w:br/>
      </w:r>
      <w:r>
        <w:rPr>
          <w:sz w:val="20"/>
        </w:rPr>
        <w:t>18:34  But how do you? Rights.</w:t>
      </w:r>
      <w:r>
        <w:br/>
      </w:r>
      <w:r>
        <w:rPr>
          <w:sz w:val="20"/>
        </w:rPr>
        <w:t>18:37  Rights. Yeah, rights. Freedom for the rights and freedom. Correct. But how do you explain the position of the woman now?</w:t>
      </w:r>
      <w:r>
        <w:br/>
      </w:r>
      <w:r>
        <w:rPr>
          <w:sz w:val="20"/>
        </w:rPr>
        <w:t>19:01  Can a woman an imam? An imam in wh</w:t>
      </w:r>
      <w:r>
        <w:br/>
      </w:r>
      <w:r>
        <w:rPr>
          <w:sz w:val="20"/>
        </w:rPr>
        <w:t>19:05  y not? So that is the some of the rights of this woman. Is this not then? Yes. A woman can lead.</w:t>
      </w:r>
      <w:r>
        <w:br/>
      </w:r>
      <w:r>
        <w:rPr>
          <w:sz w:val="20"/>
        </w:rPr>
        <w:t>19:19  A woman can lead prayers when only women are praying. This is the jurist's stand.</w:t>
      </w:r>
      <w:r>
        <w:br/>
      </w:r>
      <w:r>
        <w:rPr>
          <w:sz w:val="20"/>
        </w:rPr>
        <w:t>19:27  Because when men are praying, then the imam should be man. But when women are praying, the woman can pray now.</w:t>
      </w:r>
      <w:r>
        <w:br/>
      </w:r>
      <w:r>
        <w:rPr>
          <w:sz w:val="20"/>
        </w:rPr>
        <w:t>19:38  But now these days, there are some mosques that have also been built in which women are in charge, and they lead the prayer.</w:t>
      </w:r>
      <w:r>
        <w:br/>
      </w:r>
      <w:r>
        <w:rPr>
          <w:sz w:val="20"/>
        </w:rPr>
        <w:t>19:49  But this is not the Islamic stand.</w:t>
      </w:r>
      <w:r>
        <w:br/>
      </w:r>
      <w:r>
        <w:rPr>
          <w:sz w:val="20"/>
        </w:rPr>
        <w:t>19:53  In Islamic stand, when only women are praying, then a woman can lead the prayer.</w:t>
      </w:r>
      <w:r>
        <w:br/>
      </w:r>
      <w:r>
        <w:rPr>
          <w:sz w:val="20"/>
        </w:rPr>
        <w:t>20:03  I wanted to say that she has freedom in all other activities like business activity, job activity, and other activities.</w:t>
      </w:r>
      <w:r>
        <w:br/>
      </w:r>
      <w:r>
        <w:rPr>
          <w:sz w:val="20"/>
        </w:rPr>
        <w:t>20:15  matlab in religious activities. lekin</w:t>
      </w:r>
      <w:r>
        <w:br/>
      </w:r>
      <w:r>
        <w:rPr>
          <w:sz w:val="20"/>
        </w:rPr>
        <w:t>20:19  there are some ritual acts which are usually attributed to men. It is usual.</w:t>
      </w:r>
      <w:r>
        <w:br/>
      </w:r>
      <w:r>
        <w:rPr>
          <w:sz w:val="20"/>
        </w:rPr>
        <w:t>20:28  The men won't accept women.</w:t>
      </w:r>
      <w:r>
        <w:br/>
      </w:r>
      <w:r>
        <w:rPr>
          <w:sz w:val="20"/>
        </w:rPr>
        <w:t>20:34  This is the problem. It is not permitted in Islam, in the Quran. But it is only with the acceptance of men.</w:t>
      </w:r>
      <w:r>
        <w:br/>
      </w:r>
      <w:r>
        <w:rPr>
          <w:sz w:val="20"/>
        </w:rPr>
        <w:t>20:43  Only then women can lead the prayer.</w:t>
      </w:r>
      <w:r>
        <w:br/>
      </w:r>
      <w:r>
        <w:rPr>
          <w:sz w:val="20"/>
        </w:rPr>
        <w:t>20:47  I just want to add one thing. In CPS International, the status of woman is greater than men. Well, on this stage, there are four CPS members.</w:t>
      </w:r>
      <w:r>
        <w:br/>
      </w:r>
      <w:r>
        <w:rPr>
          <w:sz w:val="20"/>
        </w:rPr>
        <w:t>20:57  There is only one man and three women. And interestingly, if you meet the CPS, I would say departmental heads, whether it is editorial or printing, publishing, in most of their roles, it is the woman who is at the forefront</w:t>
      </w:r>
      <w:r>
        <w:br/>
      </w:r>
      <w:r>
        <w:rPr>
          <w:sz w:val="20"/>
        </w:rPr>
        <w:t>21:12  . So men follow the women. So it's a</w:t>
      </w:r>
      <w:r>
        <w:br/>
      </w:r>
      <w:r>
        <w:rPr>
          <w:sz w:val="20"/>
        </w:rPr>
        <w:t>21:20  okay. So I think we've had a wonderful session with all of you. Thank you so much. I think the environment is completely spiritual.</w:t>
      </w:r>
    </w:p>
    <w:p>
      <w:pPr>
        <w:pStyle w:val="Heading2"/>
      </w:pPr>
      <w:r>
        <w:t>Rain parable: opportunity must be discovered, not announced</w:t>
      </w:r>
    </w:p>
    <w:p>
      <w:r>
        <w:rPr>
          <w:color w:val="666666"/>
          <w:sz w:val="18"/>
        </w:rPr>
        <w:t>America A Case of Spiritual Starvaltion July 7, 2011 · 43s · at 48:01 · https://youtu.be/N8JYD2P3QYE?t=2881</w:t>
      </w:r>
    </w:p>
    <w:p>
      <w:r>
        <w:rPr>
          <w:i/>
        </w:rPr>
        <w:t>“When rain comes, it never announces itself”</w:t>
      </w:r>
    </w:p>
    <w:p>
      <w:r>
        <w:rPr>
          <w:sz w:val="20"/>
        </w:rPr>
        <w:t>48:01  jab barish hoti hai barsaat ke zamane mein to barish khamoshi se hoti hai, ailaan nahi hota barish ke saath saath. Ae kisaanon, waqt aa gaya hai fasal lagane ka, apne khet bajao.</w:t>
      </w:r>
      <w:r>
        <w:br/>
      </w:r>
      <w:r>
        <w:rPr>
          <w:sz w:val="20"/>
        </w:rPr>
        <w:t>48:18  Yeh koi koi barish ailaan nahi karti, aisa yeh kisan ko khud janna parta hai.</w:t>
      </w:r>
      <w:r>
        <w:br/>
      </w:r>
      <w:r>
        <w:rPr>
          <w:sz w:val="20"/>
        </w:rPr>
        <w:t>48:26  Barish aayegi, pani idhar udhar ho jayega, lekin yeh kisan ko khud daryaft karna hai ke mausam aa gaya agriculture ka, mausam aa gaya khet ki tayari karne ka, khud aap ko daryaft karna hai.</w:t>
      </w:r>
    </w:p>
    <w:p>
      <w:pPr>
        <w:pStyle w:val="Heading2"/>
      </w:pPr>
      <w:r>
        <w:t>why self-doubt is actually a good sign</w:t>
      </w:r>
    </w:p>
    <w:p>
      <w:r>
        <w:rPr>
          <w:color w:val="666666"/>
          <w:sz w:val="18"/>
        </w:rPr>
        <w:t>Discovery of Paradise March 22, 2015 · 1m 55s · at 56:10 · https://youtu.be/2axrfd7sZkE?t=3370</w:t>
      </w:r>
    </w:p>
    <w:p>
      <w:r>
        <w:rPr>
          <w:i/>
        </w:rPr>
        <w:t>“Sawal: self-doubt intellectual development mein rukawat hai, kaise nikalen?”</w:t>
      </w:r>
    </w:p>
    <w:p>
      <w:r>
        <w:rPr>
          <w:sz w:val="20"/>
        </w:rPr>
        <w:t>56:10  "dekhein, self doubt ka jo term use kiya hai unhon ne, woh mujhe bohat clear nahi lagta. shayad unka matlab yeh ho ke confidence ki kami.</w:t>
      </w:r>
      <w:r>
        <w:br/>
      </w:r>
      <w:r>
        <w:rPr>
          <w:sz w:val="20"/>
        </w:rPr>
        <w:t>56:23  shayad to dekhein, confidence ki kami jo hai, woh to aap ke liye bohat achi cheez hai ke aur ziyada aap ke andar seekhne ki spirit paida hoti hai.</w:t>
      </w:r>
      <w:r>
        <w:br/>
      </w:r>
      <w:r>
        <w:rPr>
          <w:sz w:val="20"/>
        </w:rPr>
        <w:t>56:36  agar hamare andar chunache dekhein, jo log arrogant hote hain, un mein seekhne ki spirit nahi hoti. jo arrogant hote hain, woh samajhte hain hum ne to pa liya, hum ko kya paana hai?</w:t>
      </w:r>
      <w:r>
        <w:br/>
      </w:r>
      <w:r>
        <w:rPr>
          <w:sz w:val="20"/>
        </w:rPr>
        <w:t>56:48  lekin jinke andar modesty hoti hai, ya jis ko yeh keh rahe hain self doubt, to un ke andar ek seekhne ki spirit paida hot</w:t>
      </w:r>
      <w:r>
        <w:br/>
      </w:r>
      <w:r>
        <w:rPr>
          <w:sz w:val="20"/>
        </w:rPr>
        <w:t>56:58  i hai. mujhe aur jaanna hai, jo mein abhi jaana nahi hai. maine to mein to samajhta hoon ke yeh positive sign hai. yeh theek kiya khayal hai aap ka?</w:t>
      </w:r>
      <w:r>
        <w:br/>
      </w:r>
      <w:r>
        <w:rPr>
          <w:sz w:val="20"/>
        </w:rPr>
        <w:t>57:08  ji maulana, ji sahi hai. maulana, positive sign hai. ji</w:t>
      </w:r>
      <w:r>
        <w:br/>
      </w:r>
      <w:r>
        <w:rPr>
          <w:sz w:val="20"/>
        </w:rPr>
        <w:t>57:15  chalein, self doubt se aap ke andar self thinking aur badhegi, ghategi nahi, ghategi nahi.</w:t>
      </w:r>
      <w:r>
        <w:br/>
      </w:r>
      <w:r>
        <w:rPr>
          <w:sz w:val="20"/>
        </w:rPr>
        <w:t>57:25  jaise maine apna qissa bataya tha aap ko is se pehle ke mein bohat pehle jab mein ek seeker ke roop mein tha, to ek din achanak mere zuban se yeh nikla ke khuda wand to kab aayega?</w:t>
      </w:r>
      <w:r>
        <w:br/>
      </w:r>
      <w:r>
        <w:rPr>
          <w:sz w:val="20"/>
        </w:rPr>
        <w:t>57:42  mein kab tak tere aane ka intezar karoon? yeh cheez meri seekhne ki spirit ko badhane wali ban gayi.</w:t>
      </w:r>
      <w:r>
        <w:br/>
      </w:r>
      <w:r>
        <w:rPr>
          <w:sz w:val="20"/>
        </w:rPr>
        <w:t>57:50  to jis cheez ko woh self doubt keh rahe hain, mein samajhta hoon ke woh goods, woh acha sign hai, woh aur woh seekhne ki spirit ko badhane wala hai. bashart ke aadmi sincere ho.</w:t>
      </w:r>
    </w:p>
    <w:p>
      <w:pPr>
        <w:pStyle w:val="Heading2"/>
      </w:pPr>
      <w:r>
        <w:t>Hadith on rust of the heart and its cure</w:t>
      </w:r>
    </w:p>
    <w:p>
      <w:r>
        <w:rPr>
          <w:color w:val="666666"/>
          <w:sz w:val="18"/>
        </w:rPr>
        <w:t>Tazkiya-e-Nafs Book by Maulana Wahiduddin Khan · 2m 32s · at 16:31 · https://youtu.be/LbGPnJWmj1A?t=991</w:t>
      </w:r>
    </w:p>
    <w:p>
      <w:r>
        <w:rPr>
          <w:i/>
        </w:rPr>
        <w:t>“Tazkiya aik musalsal amal hai, har subah o sham jari rehta hai”</w:t>
      </w:r>
    </w:p>
    <w:p>
      <w:r>
        <w:rPr>
          <w:sz w:val="20"/>
        </w:rPr>
        <w:t>16:31  deconditioning ka amal. kitaab "tazkiya e nafs" Maulana Wahiduddin Khan, safha number 9.</w:t>
      </w:r>
      <w:r>
        <w:br/>
      </w:r>
      <w:r>
        <w:rPr>
          <w:sz w:val="20"/>
        </w:rPr>
        <w:t>16:43  tazkiya ek musalsal amal hai, woh har subah o shaam jaari rehta hai. is maamle ko hadith mein ek misaal ke zariye is tarah bataya gaya hai: "innal qulooba kama yusaddu al hadeeda al ma" qeela: "ya Rasool Allah!</w:t>
      </w:r>
      <w:r>
        <w:br/>
      </w:r>
      <w:r>
        <w:rPr>
          <w:sz w:val="20"/>
        </w:rPr>
        <w:t>17:00  wa ma jalaa'uha?" qaala: "kasrat zikr al maut wa tilawat al quran" al bayhaqi bi hawala mishkat al masabeeh raqam al hadith</w:t>
      </w:r>
      <w:r>
        <w:br/>
      </w:r>
      <w:r>
        <w:rPr>
          <w:sz w:val="20"/>
        </w:rPr>
        <w:t>17:10  2168 yaani dilon mein zaang lagta hai jaise ke lohe mein zaang lagta hai jab ke is par paani pad jaye.</w:t>
      </w:r>
      <w:r>
        <w:br/>
      </w:r>
      <w:r>
        <w:rPr>
          <w:sz w:val="20"/>
        </w:rPr>
        <w:t>17:20  poochha gaya ke: "ae Khuda ke Rasool! is ko saaf karne ka tareeqa kya hai?" aap ne farmaya ke: "maut ko bohat zyada yaad karna aur Quran ka mutala karna." is hadith rasool mein tamseel ke zariye ek nafsiyati haqeeqat ko bataya gaya hai,</w:t>
      </w:r>
      <w:r>
        <w:br/>
      </w:r>
      <w:r>
        <w:rPr>
          <w:sz w:val="20"/>
        </w:rPr>
        <w:t>17:36  woh yeh ke samaaj ke andar rehte hue insaan baar baar aise</w:t>
      </w:r>
      <w:r>
        <w:br/>
      </w:r>
      <w:r>
        <w:rPr>
          <w:sz w:val="20"/>
        </w:rPr>
        <w:t>17:40  haalaat se guzarta hai jo is ke andar manfi jazbaat paida karte hain, maslan ghussa, nafrat, tashaddud, intiqam waghera.</w:t>
      </w:r>
      <w:r>
        <w:br/>
      </w:r>
      <w:r>
        <w:rPr>
          <w:sz w:val="20"/>
        </w:rPr>
        <w:t>17:51  aadmi ko chahiye ke woh in jazbaat ko foran khatam kare. agar aisa na kiya jaye to yeh manfi jazbaat insani zehn ka mustaqil hissa ban jayenge, yahan tak ke un ko door karna amalan namumkin ho jayega.</w:t>
      </w:r>
      <w:r>
        <w:br/>
      </w:r>
      <w:r>
        <w:rPr>
          <w:sz w:val="20"/>
        </w:rPr>
        <w:t>18:05  insani dimagh ke do barhe hisse hain: shaoor yaani conscious mind aur la-shaoor yaani unconscious mind. fitri nizaam ke tehat koi manfi ehsaas pehle zehn ke shaoori hisse mein dakhil hota hai.</w:t>
      </w:r>
      <w:r>
        <w:br/>
      </w:r>
      <w:r>
        <w:rPr>
          <w:sz w:val="20"/>
        </w:rPr>
        <w:t>18:20  agar is ko foran zehn se nikala na jaye to woh dheere dheere zehn ke la-shaoori hisse mein pahunch jata hai, jahan se is ko nikalna sakht mushkil ho jata hai.</w:t>
      </w:r>
      <w:r>
        <w:br/>
      </w:r>
      <w:r>
        <w:rPr>
          <w:sz w:val="20"/>
        </w:rPr>
        <w:t>18:31  insaan ko chahiye ke woh har lamha apna nigran bana rahe.</w:t>
      </w:r>
      <w:r>
        <w:br/>
      </w:r>
      <w:r>
        <w:rPr>
          <w:sz w:val="20"/>
        </w:rPr>
        <w:t>18:35  woh har lamha apne manfi ehsaas ko process kar ke musbat ehsaas mein tabdeel karta rahe, yaani woh apne conditioned mind ki deconditioning kare.</w:t>
      </w:r>
      <w:r>
        <w:br/>
      </w:r>
      <w:r>
        <w:rPr>
          <w:sz w:val="20"/>
        </w:rPr>
        <w:t>18:45  woh apne zehn ki tatheer kar ke is ki aloodgi ko khatam karta rahe. is tatheer ya deconditioning ka zariya hai apni maut ko baar baar yaad karna aur Quran ki roshni mein zindagi ke anjaam par ghor o fikr karte rehna.</w:t>
      </w:r>
    </w:p>
    <w:p>
      <w:pPr>
        <w:pStyle w:val="Heading2"/>
      </w:pPr>
      <w:r>
        <w:t>Peace and spirituality in Islam</w:t>
      </w:r>
    </w:p>
    <w:p>
      <w:r>
        <w:rPr>
          <w:color w:val="666666"/>
          <w:sz w:val="18"/>
        </w:rPr>
        <w:t>Islam and Sufism, Islam and Spirituality (Group of Gothers) - Maulana Wahiduddin Khan · 24s · at 48:11 · https://youtu.be/yuxUUlOqZLM?t=2891</w:t>
      </w:r>
    </w:p>
    <w:p>
      <w:r>
        <w:rPr>
          <w:i/>
        </w:rPr>
        <w:t>“The just of Islam is spirituality. Peace is the sumum bonum”</w:t>
      </w:r>
    </w:p>
    <w:p>
      <w:r>
        <w:rPr>
          <w:sz w:val="20"/>
        </w:rPr>
        <w:t>48:11  i can see with conviction that the gist of islam is spirituality. in islam, peace is the summum bonum.</w:t>
      </w:r>
      <w:r>
        <w:br/>
      </w:r>
      <w:r>
        <w:rPr>
          <w:sz w:val="20"/>
        </w:rPr>
        <w:t>48:24  so there are two most important aspects of islam: peace and spirituality. peace and spirituality.</w:t>
      </w:r>
    </w:p>
    <w:p>
      <w:pPr>
        <w:pStyle w:val="Heading2"/>
      </w:pPr>
      <w:r>
        <w:t>Glass example shows love for humanity</w:t>
      </w:r>
    </w:p>
    <w:p>
      <w:r>
        <w:rPr>
          <w:color w:val="666666"/>
          <w:sz w:val="18"/>
        </w:rPr>
        <w:t>IIC: How to Develop Spiritual Personality · 2m 36s · at 11:01 · https://youtu.be/-XrYpEYwk-Y?t=661</w:t>
      </w:r>
    </w:p>
    <w:p>
      <w:r>
        <w:rPr>
          <w:i/>
        </w:rPr>
        <w:t>“I will give an example to illustrate this point”</w:t>
      </w:r>
    </w:p>
    <w:p>
      <w:r>
        <w:rPr>
          <w:sz w:val="20"/>
        </w:rPr>
        <w:t>11:01  jab hum ek ideology pa lein ge, tabhi hum aisa kar sakte hain, hum apne enemy se mohabbat kar sakein. ab main is ko, is ke liye, is ko illustrate karne ke liye, to illustrate this point, i will give an example. dekhiye, yeh glass hai pani ka. yeh pani ka ek glass hai. aam aadmi sochta hai ke maine is ko chand rupay mein glass ja ke pani khareed liya. lekin main jab glass ko dekhta</w:t>
      </w:r>
      <w:r>
        <w:br/>
      </w:r>
      <w:r>
        <w:rPr>
          <w:sz w:val="20"/>
        </w:rPr>
        <w:t>11:31  hoon, yani isprichual eye se, to mujhe yeh glass jo hai, ek encyclopedia dikhai deta hai.</w:t>
      </w:r>
      <w:r>
        <w:br/>
      </w:r>
      <w:r>
        <w:rPr>
          <w:sz w:val="20"/>
        </w:rPr>
        <w:t>11:40  woh kaise? civilization ki ek lambi journey hai, tab ja kar hamein yeh glass mila hai.</w:t>
      </w:r>
      <w:r>
        <w:br/>
      </w:r>
      <w:r>
        <w:rPr>
          <w:sz w:val="20"/>
        </w:rPr>
        <w:t>11:48  aap dekhiye, pehle insan pani kaise peeta tha? bohat pehle.</w:t>
      </w:r>
      <w:r>
        <w:br/>
      </w:r>
      <w:r>
        <w:rPr>
          <w:sz w:val="20"/>
        </w:rPr>
        <w:t>11:57  pehle insan pani peeta tha by joining his</w:t>
      </w:r>
      <w:r>
        <w:br/>
      </w:r>
      <w:r>
        <w:rPr>
          <w:sz w:val="20"/>
        </w:rPr>
        <w:t>12:05  palms. yaani apne hath ko is tarah se kar ke us se pani peeta tha woh. main bachpan mein, yaani 80 saal pehle, jab main gaon mein tha, ab se 80 years pehle, bachpan mein, main ne dekha hai ke log kis tarah se is tarah se hath se pani peete the. phir kya hua? phir insan ne lakri ke banaye</w:t>
      </w:r>
      <w:r>
        <w:br/>
      </w:r>
      <w:r>
        <w:rPr>
          <w:sz w:val="20"/>
        </w:rPr>
        <w:t>12:35  woh pot, lakri ke.</w:t>
      </w:r>
      <w:r>
        <w:br/>
      </w:r>
      <w:r>
        <w:rPr>
          <w:sz w:val="20"/>
        </w:rPr>
        <w:t>12:40  phir insan ne mitti ka pot banaya.</w:t>
      </w:r>
      <w:r>
        <w:br/>
      </w:r>
      <w:r>
        <w:rPr>
          <w:sz w:val="20"/>
        </w:rPr>
        <w:t>12:45  woh bhi mein ne dekha hai apni aankh se.</w:t>
      </w:r>
      <w:r>
        <w:br/>
      </w:r>
      <w:r>
        <w:rPr>
          <w:sz w:val="20"/>
        </w:rPr>
        <w:t>12:49  lakri ka bhi dekha hai, mitti ka bhi dekha hai.</w:t>
      </w:r>
      <w:r>
        <w:br/>
      </w:r>
      <w:r>
        <w:rPr>
          <w:sz w:val="20"/>
        </w:rPr>
        <w:t>12:54  phir kaise kaise tin ke bane, kis lohe ke bane, hote hote stainless steel ke bane, yeh glass bana.</w:t>
      </w:r>
      <w:r>
        <w:br/>
      </w:r>
      <w:r>
        <w:rPr>
          <w:sz w:val="20"/>
        </w:rPr>
        <w:t>12:58  jo itna beautiful hai.</w:t>
      </w:r>
      <w:r>
        <w:br/>
      </w:r>
      <w:r>
        <w:rPr>
          <w:sz w:val="20"/>
        </w:rPr>
        <w:t>13:03  is ke peechay civilization ki ek lambi history hai. yani</w:t>
      </w:r>
      <w:r>
        <w:br/>
      </w:r>
      <w:r>
        <w:rPr>
          <w:sz w:val="20"/>
        </w:rPr>
        <w:t>13:07  hazaron hazar insanon ne apne aap ko dedicate kiya is ko janne ke liye ke kaise pani hum</w:t>
      </w:r>
      <w:r>
        <w:br/>
      </w:r>
      <w:r>
        <w:rPr>
          <w:sz w:val="20"/>
        </w:rPr>
        <w:t>13:12  piyein, is tarah se peene ke bajaye.</w:t>
      </w:r>
      <w:r>
        <w:br/>
      </w:r>
      <w:r>
        <w:rPr>
          <w:sz w:val="20"/>
        </w:rPr>
        <w:t>13:17  is tarah se hamara animal peeta hai.</w:t>
      </w:r>
      <w:r>
        <w:br/>
      </w:r>
      <w:r>
        <w:rPr>
          <w:sz w:val="20"/>
        </w:rPr>
        <w:t>13:22  is tarah se pani peena, yeh, yeh, yeh animal style hai.</w:t>
      </w:r>
      <w:r>
        <w:br/>
      </w:r>
      <w:r>
        <w:rPr>
          <w:sz w:val="20"/>
        </w:rPr>
        <w:t>13:28  to insan kaise pani piye? is ke liye unhon ne bohat dinon tak research ki.</w:t>
      </w:r>
      <w:r>
        <w:br/>
      </w:r>
      <w:r>
        <w:rPr>
          <w:sz w:val="20"/>
        </w:rPr>
        <w:t>13:33  phir mitti ka banaya, aur, aur lakri ka banaya,</w:t>
      </w:r>
    </w:p>
    <w:p>
      <w:pPr>
        <w:pStyle w:val="Heading2"/>
      </w:pPr>
      <w:r>
        <w:t>Nature's silence as a model</w:t>
      </w:r>
    </w:p>
    <w:p>
      <w:r>
        <w:rPr>
          <w:color w:val="666666"/>
          <w:sz w:val="18"/>
        </w:rPr>
        <w:t>Nature as a Role Mode May 21, 2006 · 2m 25s · at 23:38 · https://youtu.be/ppaB1Z2zXL8?t=1418</w:t>
      </w:r>
    </w:p>
    <w:p>
      <w:r>
        <w:rPr>
          <w:i/>
        </w:rPr>
        <w:t>“Fitra mein aap baithein, kabhi jungle mein parhiye, dariya kinare baithein.”</w:t>
      </w:r>
    </w:p>
    <w:p>
      <w:r>
        <w:rPr>
          <w:sz w:val="20"/>
        </w:rPr>
        <w:t>23:38  dekhiye! fitrat mein aap baithiye, kabhi jangl mein parhiye, darya kinare baithiye.</w:t>
      </w:r>
      <w:r>
        <w:br/>
      </w:r>
      <w:r>
        <w:rPr>
          <w:sz w:val="20"/>
        </w:rPr>
        <w:t>23:46  aap ko shor sunai nahi dega. aap ko dhuan nahi kahin milega. yaani poori kainat jo hai aaloodgi se pak kainat hai.</w:t>
      </w:r>
      <w:r>
        <w:br/>
      </w:r>
      <w:r>
        <w:rPr>
          <w:sz w:val="20"/>
        </w:rPr>
        <w:t>23:55  yahan koi shor aaloodgi nahi hai. aur insani basti mein aap aa jaiye to wahan shor aaloodgi hai.</w:t>
      </w:r>
      <w:r>
        <w:br/>
      </w:r>
      <w:r>
        <w:rPr>
          <w:sz w:val="20"/>
        </w:rPr>
        <w:t>24:06  wahan hawa aaloodgi hai.</w:t>
      </w:r>
      <w:r>
        <w:br/>
      </w:r>
      <w:r>
        <w:rPr>
          <w:sz w:val="20"/>
        </w:rPr>
        <w:t>24:09  fitrat yahan bhi sabak de rahi hai. ke jis tarah se kainat jee rahi hai,</w:t>
      </w:r>
      <w:r>
        <w:br/>
      </w:r>
      <w:r>
        <w:rPr>
          <w:sz w:val="20"/>
        </w:rPr>
        <w:t>24:19  ek aisi zindagi jee rahi hai jahan dhuan nahi, jahan aaloodgi nahi, jahan shor nahi. tum bhi isi tarah jeena seekho. tum bhi isi qism ka tamaddun banao.</w:t>
      </w:r>
      <w:r>
        <w:br/>
      </w:r>
      <w:r>
        <w:rPr>
          <w:sz w:val="20"/>
        </w:rPr>
        <w:t>24:28  tum bhi isi qism ka saqafat banao.</w:t>
      </w:r>
      <w:r>
        <w:br/>
      </w:r>
      <w:r>
        <w:rPr>
          <w:sz w:val="20"/>
        </w:rPr>
        <w:t>24:34  yaani fitrat jo hai hamare liye role model hai. role model hai. aap dekhiye ke kainat mein beshumar jism hain.</w:t>
      </w:r>
      <w:r>
        <w:br/>
      </w:r>
      <w:r>
        <w:rPr>
          <w:sz w:val="20"/>
        </w:rPr>
        <w:t>24:50  beshumar.</w:t>
      </w:r>
      <w:r>
        <w:br/>
      </w:r>
      <w:r>
        <w:rPr>
          <w:sz w:val="20"/>
        </w:rPr>
        <w:t>24:54  ek scientist ne kaha ke sare sahra mein aur sare samundaron ke kinare jitne zarre hain, utne hi jism hain kainat mein.</w:t>
      </w:r>
      <w:r>
        <w:br/>
      </w:r>
      <w:r>
        <w:rPr>
          <w:sz w:val="20"/>
        </w:rPr>
        <w:t>25:05  khala, space mein.</w:t>
      </w:r>
      <w:r>
        <w:br/>
      </w:r>
      <w:r>
        <w:rPr>
          <w:sz w:val="20"/>
        </w:rPr>
        <w:t>25:08  suraj, chand, sayare, sitare beshumar tadad mein phailay hue hain is space ke andar. aur is mein se koi thehra hua nahi hai.</w:t>
      </w:r>
      <w:r>
        <w:br/>
      </w:r>
      <w:r>
        <w:rPr>
          <w:sz w:val="20"/>
        </w:rPr>
        <w:t>25:19  har ek daur laga raha hai. hamari zameen bhi thehri hui nahi hai.</w:t>
      </w:r>
      <w:r>
        <w:br/>
      </w:r>
      <w:r>
        <w:rPr>
          <w:sz w:val="20"/>
        </w:rPr>
        <w:t>25:25  aam taur par jo raftaar hoti hai hawai jahaz ki, us se zyada tez raftaar hai zameen ki. yaani ek hazar mile fi ghanta. ek ghante mein ek hazar mile ki raftaar se zameen daud rahi hai.</w:t>
      </w:r>
      <w:r>
        <w:br/>
      </w:r>
      <w:r>
        <w:rPr>
          <w:sz w:val="20"/>
        </w:rPr>
        <w:t>25:37  lekin koi shor nahi. aap dekhiye. koi shor nahi. hum shehron mein rehte hain. har waqt carain daudti hain shor karti hui.</w:t>
      </w:r>
      <w:r>
        <w:br/>
      </w:r>
      <w:r>
        <w:rPr>
          <w:sz w:val="20"/>
        </w:rPr>
        <w:t>25:49  chalne ka shor aur is mein music laga rakhi hai, is ka shor. horn ka shor. is kainat mein itne sare jism jo daud rahe hain, daud rahe hain, daud rahe hain.</w:t>
      </w:r>
    </w:p>
    <w:p>
      <w:pPr>
        <w:pStyle w:val="Heading2"/>
      </w:pPr>
      <w:r>
        <w:t>Reality of life and being God's witness</w:t>
      </w:r>
    </w:p>
    <w:p>
      <w:r>
        <w:rPr>
          <w:color w:val="666666"/>
          <w:sz w:val="18"/>
        </w:rPr>
        <w:t>The Case of Present Muslim Generation September 28, 2008 · 5m 41s · at 35:30 · https://youtu.be/yjSy2b7JPTw?t=2130</w:t>
      </w:r>
    </w:p>
    <w:p>
      <w:r>
        <w:rPr>
          <w:i/>
        </w:rPr>
        <w:t>“Ek taraf wahan stage par yeh elaan kiya ja raha tha”</w:t>
      </w:r>
    </w:p>
    <w:p>
      <w:r>
        <w:rPr>
          <w:sz w:val="20"/>
        </w:rPr>
        <w:t>35:30  yeh hamari jo team thi yeh daud daud kar har ek ko pohncha rahi thi yeh "reality of life". doosra islamic literature. yaani dilli ka mind jo tha wahan ikattha tha wahan.</w:t>
      </w:r>
      <w:r>
        <w:br/>
      </w:r>
      <w:r>
        <w:rPr>
          <w:sz w:val="20"/>
        </w:rPr>
        <w:t>35:44  sara bhara hua tha bilkul. aur wahan par stage se yeh kaha ja raha tha ke zindagi mein achhi cheezein hain un ko enjoy karo. is waqt hamari team wahan pohncha rahi thi ke tum enjoy kar nahin sakte.</w:t>
      </w:r>
      <w:r>
        <w:br/>
      </w:r>
      <w:r>
        <w:rPr>
          <w:sz w:val="20"/>
        </w:rPr>
        <w:t>35:57  enjoy karne ki jagah post death period hai, pre death period nahin hai. is waqt mujhe quran ki ek ayat yaad aayi.</w:t>
      </w:r>
      <w:r>
        <w:br/>
      </w:r>
      <w:r>
        <w:rPr>
          <w:sz w:val="20"/>
        </w:rPr>
        <w:t>36:09  lanansur rusulana wal-ladheena aamanu fil-hayati-d-dunya wa yawma yaqum-ul-ash-hadu</w:t>
      </w:r>
      <w:r>
        <w:br/>
      </w:r>
      <w:r>
        <w:rPr>
          <w:sz w:val="20"/>
        </w:rPr>
        <w:t>36:22  is mein ek bari ajeeb baat ke jab Day of Judgment aaye ga</w:t>
      </w:r>
      <w:r>
        <w:br/>
      </w:r>
      <w:r>
        <w:rPr>
          <w:sz w:val="20"/>
        </w:rPr>
        <w:t>36:31  jab rab-ul-alameen zahir ho kar wahan khud judge ban kar baithe ga</w:t>
      </w:r>
      <w:r>
        <w:br/>
      </w:r>
      <w:r>
        <w:rPr>
          <w:sz w:val="20"/>
        </w:rPr>
        <w:t>36:42  to is is lamhe ka tasawwur kijiye. itni bari duniya jis ne banai. zameen, aasman, suraj, chand, samandar, pahaar.</w:t>
      </w:r>
      <w:r>
        <w:br/>
      </w:r>
      <w:r>
        <w:rPr>
          <w:sz w:val="20"/>
        </w:rPr>
        <w:t>36:56  sab kuch jis ne banaya. to yeh duniya jahan par log rakhe gaye the test ke liye.</w:t>
      </w:r>
      <w:r>
        <w:br/>
      </w:r>
      <w:r>
        <w:rPr>
          <w:sz w:val="20"/>
        </w:rPr>
        <w:t>37:06  to woh jab period khatam ho jaye ga aur day of judgment aaye ga to sare log wahan ikattha kiye jayenge. aur rab-ul-alameen khud samne aaye ga wahan.</w:t>
      </w:r>
      <w:r>
        <w:br/>
      </w:r>
      <w:r>
        <w:rPr>
          <w:sz w:val="20"/>
        </w:rPr>
        <w:t>37:20  woh judge ki kursi par wahan maujood ho ga. is waqt kya ho ga? wa yawma yaqum-ul-ash-hadu yaani gawahi dene wale wahan khuda ke darbar mein khade kiye jayenge.</w:t>
      </w:r>
      <w:r>
        <w:br/>
      </w:r>
      <w:r>
        <w:rPr>
          <w:sz w:val="20"/>
        </w:rPr>
        <w:t>37:36  yaani woh log jinhon ne gawahi di thi</w:t>
      </w:r>
      <w:r>
        <w:br/>
      </w:r>
      <w:r>
        <w:rPr>
          <w:sz w:val="20"/>
        </w:rPr>
        <w:t>37:41  ke zindagi kya hai? yeh duniya kya hai? khuda ki is scheme of things kya hai? creation plan of god kya hai?</w:t>
      </w:r>
      <w:r>
        <w:br/>
      </w:r>
      <w:r>
        <w:rPr>
          <w:sz w:val="20"/>
        </w:rPr>
        <w:t>37:52  pre death period kya hai? post death period kya hai? sachai kya hai aur jhoot kya hai? jinhon ne yeh baaton ko bataya tha un ko quran mein kaha gaya hai shahid.</w:t>
      </w:r>
      <w:r>
        <w:br/>
      </w:r>
      <w:r>
        <w:rPr>
          <w:sz w:val="20"/>
        </w:rPr>
        <w:t>38:05  gawahi dene wala. witness. to da'i quran mein da'i ke liye witness ka lafz aaya hai. da'i bhi aaya hai, witness bhi aaya hai.</w:t>
      </w:r>
      <w:r>
        <w:br/>
      </w:r>
      <w:r>
        <w:rPr>
          <w:sz w:val="20"/>
        </w:rPr>
        <w:t>38:19  to yeh sare log jinhon ne duniya mein sachay sachay dawat le kar uthe. khuda ka sachha paigham ko le kar uthe.</w:t>
      </w:r>
      <w:r>
        <w:br/>
      </w:r>
      <w:r>
        <w:rPr>
          <w:sz w:val="20"/>
        </w:rPr>
        <w:t>38:28  sacha mein is liye bol raha hoon ke quran mein nabiyon ke baray mein hai ke do sifatain hoti thi Nabi mein. logon ka wel o shar hona.</w:t>
      </w:r>
      <w:r>
        <w:br/>
      </w:r>
      <w:r>
        <w:rPr>
          <w:sz w:val="20"/>
        </w:rPr>
        <w:t>38:39  aur ameen hona. ameen ka mani yeh hai ke intehai honasti ke sath wahi baat dunya ko batana jo khuda ne batayi hai un ko.</w:t>
      </w:r>
      <w:r>
        <w:br/>
      </w:r>
      <w:r>
        <w:rPr>
          <w:sz w:val="20"/>
        </w:rPr>
        <w:t>38:50  zara bhi is mein na kami na beshi. to jo log is tarah se gawahi dein. insan ke welisher ban kar ke kharay hon.</w:t>
      </w:r>
      <w:r>
        <w:br/>
      </w:r>
      <w:r>
        <w:rPr>
          <w:sz w:val="20"/>
        </w:rPr>
        <w:t>39:02  aur khuda ka jo deen hai as it is as it is as it is pesh karein logon ke samnay. khuda ki jo creation plan khuda ka hai us ko batayein logon ko.</w:t>
      </w:r>
      <w:r>
        <w:br/>
      </w:r>
      <w:r>
        <w:rPr>
          <w:sz w:val="20"/>
        </w:rPr>
        <w:t>39:13  woh hai gawah. witness. to kya sochiye ke woh is is is lamhay ko sochiye. jab khuda ke darbar mein yeh log shahid bana kar kharay kiye jayen gay.</w:t>
      </w:r>
      <w:r>
        <w:br/>
      </w:r>
      <w:r>
        <w:rPr>
          <w:sz w:val="20"/>
        </w:rPr>
        <w:t>39:27  yani aaj kal ki zaban mein kehte hain sarkari gawah. witness. khuda ki ki taraf se witness hon gay ke hum ne in logon ko pohanchaya.</w:t>
      </w:r>
      <w:r>
        <w:br/>
      </w:r>
      <w:r>
        <w:rPr>
          <w:sz w:val="20"/>
        </w:rPr>
        <w:t>39:39  agarche khuda janta hai kis ko pohancha, kis ko nahi pohancha. lekin is ne is dunya ko banaya hai bilkul principle of cause aiation ke usool par.</w:t>
      </w:r>
      <w:r>
        <w:br/>
      </w:r>
      <w:r>
        <w:rPr>
          <w:sz w:val="20"/>
        </w:rPr>
        <w:t>39:48  cause and effect ke usool par. isi liye khuda khara karta hai witness ke tor par logon ko. to anbiya ke ka darja ho ga daaiyon ka.</w:t>
      </w:r>
      <w:r>
        <w:br/>
      </w:r>
      <w:r>
        <w:rPr>
          <w:sz w:val="20"/>
        </w:rPr>
        <w:t>40:01  witness ka. kyun ke anbiya bhi witness hain. anbiya bhi daai hain. to aap ghore kijiye ke jo jinhon ne sachi dawat di.</w:t>
      </w:r>
      <w:r>
        <w:br/>
      </w:r>
      <w:r>
        <w:rPr>
          <w:sz w:val="20"/>
        </w:rPr>
        <w:t>40:11  jo sachi dawat ke liye kharay hue dunya mein. jo khuda ke witness bane, witness.</w:t>
      </w:r>
      <w:r>
        <w:br/>
      </w:r>
      <w:r>
        <w:rPr>
          <w:sz w:val="20"/>
        </w:rPr>
        <w:t>40:19  jo khuda ke witness bane. kaisa ajeeb ho ga un ka yeh honor. ke woh kharay kiye jayen gay aur khuda kahe ga dekho.</w:t>
      </w:r>
      <w:r>
        <w:br/>
      </w:r>
      <w:r>
        <w:rPr>
          <w:sz w:val="20"/>
        </w:rPr>
        <w:t>40:30  batao in ko. to logon ke samnay elan karein gay woh.</w:t>
      </w:r>
      <w:r>
        <w:br/>
      </w:r>
      <w:r>
        <w:rPr>
          <w:sz w:val="20"/>
        </w:rPr>
        <w:t>40:38  aur batayein gay ke hum ne pohanchaya. to mujhe aisa laga ke wahi yeh wahi angels hain jo yahan par kaam kar rahe hain.</w:t>
      </w:r>
      <w:r>
        <w:br/>
      </w:r>
      <w:r>
        <w:rPr>
          <w:sz w:val="20"/>
        </w:rPr>
        <w:t>40:52  hamari jo team hai mein samajhta hoon ke yeh dunya mein anokhi cheez hai ke woh kaam kar rahi hai jis ke liye quran mein witness ka lafz aaya hai. shahid ka lafz aaya hai.</w:t>
      </w:r>
      <w:r>
        <w:br/>
      </w:r>
      <w:r>
        <w:rPr>
          <w:sz w:val="20"/>
        </w:rPr>
        <w:t>41:01  sachi dawat karne walay log. aur yahi log hain jo qayamat mein day of judgment mein khuda ke darbar mein kharay kiye jayen gay bator witness ke.</w:t>
      </w:r>
    </w:p>
    <w:p>
      <w:pPr>
        <w:pStyle w:val="Heading2"/>
      </w:pPr>
      <w:r>
        <w:t>America's old policy: the business of America is business</w:t>
      </w:r>
    </w:p>
    <w:p>
      <w:r>
        <w:rPr>
          <w:color w:val="666666"/>
          <w:sz w:val="18"/>
        </w:rPr>
        <w:t>America A Case of Spiritual Starvaltion July 7, 2011 · 41s · at 2:28 · https://youtu.be/N8JYD2P3QYE?t=148</w:t>
      </w:r>
    </w:p>
    <w:p>
      <w:r>
        <w:rPr>
          <w:i/>
        </w:rPr>
        <w:t>“Between the wars, America's policy was business only”</w:t>
      </w:r>
    </w:p>
    <w:p>
      <w:r>
        <w:rPr>
          <w:sz w:val="20"/>
        </w:rPr>
        <w:t>2:28  dekhiye, first world war aur second world war ke beech mein america ki policy thi: "the business of america is business".</w:t>
      </w:r>
      <w:r>
        <w:br/>
      </w:r>
      <w:r>
        <w:rPr>
          <w:sz w:val="20"/>
        </w:rPr>
        <w:t>2:41  lekin second world war ke baad unhon ne aik aur target rakha apna: "the business of america is global leadership".</w:t>
      </w:r>
      <w:r>
        <w:br/>
      </w:r>
      <w:r>
        <w:rPr>
          <w:sz w:val="20"/>
        </w:rPr>
        <w:t>2:55  main samajhta hoon ke yeh koi wisdom ki baat nahin thi, kyunke dekhiye, main aksar kaha karta hoon ke "politics is art of the possible".</w:t>
      </w:r>
    </w:p>
    <w:p>
      <w:pPr>
        <w:pStyle w:val="Heading2"/>
      </w:pPr>
      <w:r>
        <w:t>Convert your mistakes into self development</w:t>
      </w:r>
    </w:p>
    <w:p>
      <w:r>
        <w:rPr>
          <w:color w:val="666666"/>
          <w:sz w:val="18"/>
        </w:rPr>
        <w:t>Tazkiyah and Self Criticism April 13, 2020 Maulana Wahiduddin Khan · 2m 00s · at 5:25 · https://youtu.be/D4pMJtT4vDg?t=325</w:t>
      </w:r>
    </w:p>
    <w:p>
      <w:r>
        <w:rPr>
          <w:i/>
        </w:rPr>
        <w:t>“Allah ne insaan ko mauka diya hai”</w:t>
      </w:r>
    </w:p>
    <w:p>
      <w:r>
        <w:rPr>
          <w:sz w:val="20"/>
        </w:rPr>
        <w:t>5:25  Allah rab ul aalameen ne insaan ko mauqa diya hai ke woh agar koi ghalti kar jaye to us ghalti ko apne liye</w:t>
      </w:r>
      <w:r>
        <w:br/>
      </w:r>
      <w:r>
        <w:rPr>
          <w:sz w:val="20"/>
        </w:rPr>
        <w:t>5:46  convert karne ka zariya bana le.</w:t>
      </w:r>
      <w:r>
        <w:br/>
      </w:r>
      <w:r>
        <w:rPr>
          <w:sz w:val="20"/>
        </w:rPr>
        <w:t>5:51  yaani apne negative ko positive banane mein woh istemaal kar sake.</w:t>
      </w:r>
      <w:r>
        <w:br/>
      </w:r>
      <w:r>
        <w:rPr>
          <w:sz w:val="20"/>
        </w:rPr>
        <w:t>6:00  tab se mujhe yeh humri abhi aadat ban gayi. aadat. woh ke agar main kisi se koi sakht baat keh doon, kisi ko koi sakht baat keh doon,</w:t>
      </w:r>
      <w:r>
        <w:br/>
      </w:r>
      <w:r>
        <w:rPr>
          <w:sz w:val="20"/>
        </w:rPr>
        <w:t>6:17  to us ke baad mere andar bohat jald</w:t>
      </w:r>
      <w:r>
        <w:br/>
      </w:r>
      <w:r>
        <w:rPr>
          <w:sz w:val="20"/>
        </w:rPr>
        <w:t>6:24  yeh repentance aata hai. repentance. repentance.</w:t>
      </w:r>
      <w:r>
        <w:br/>
      </w:r>
      <w:r>
        <w:rPr>
          <w:sz w:val="20"/>
        </w:rPr>
        <w:t>6:33  yaani apni ko...</w:t>
      </w:r>
      <w:r>
        <w:br/>
      </w:r>
      <w:r>
        <w:rPr>
          <w:sz w:val="20"/>
        </w:rPr>
        <w:t>6:42  yaani self humri.</w:t>
      </w:r>
      <w:r>
        <w:br/>
      </w:r>
      <w:r>
        <w:rPr>
          <w:sz w:val="20"/>
        </w:rPr>
        <w:t>6:50  to Hazrat Abu Darda ka qissa jab maine parha to us waqt se mere baray mein barh gaya ke Allah ki rehmat jo hai, rehmat ke agar insaan se koi ghalti ho jaye to Allah us ko mauqa deta hai, mauqa</w:t>
      </w:r>
      <w:r>
        <w:br/>
      </w:r>
      <w:r>
        <w:rPr>
          <w:sz w:val="20"/>
        </w:rPr>
        <w:t>7:10  ke woh apni ghalti ko karwat kar ke achhai bana bana le. yeh bohat ajeeb o ghareeb rehmat hai Allah taala ki.</w:t>
      </w:r>
    </w:p>
    <w:p>
      <w:pPr>
        <w:pStyle w:val="Heading2"/>
      </w:pPr>
      <w:r>
        <w:t>Self-correction leads to strong personality</w:t>
      </w:r>
    </w:p>
    <w:p>
      <w:r>
        <w:rPr>
          <w:color w:val="666666"/>
          <w:sz w:val="18"/>
        </w:rPr>
        <w:t>How to Build a Strong Personality June 14, 2008 Maulana Wahiduddin Khan · 29s · at 15:55 · https://youtu.be/bRWn96tpOIM?t=955</w:t>
      </w:r>
    </w:p>
    <w:p>
      <w:r>
        <w:rPr>
          <w:i/>
        </w:rPr>
        <w:t>“Self-correction leads to strong personality.”</w:t>
      </w:r>
    </w:p>
    <w:p>
      <w:r>
        <w:rPr>
          <w:sz w:val="20"/>
        </w:rPr>
        <w:t>15:55  us ke andar weak personality banegi. aur jo aadmi apne andar self correction ka process jaari kare, us ke liye tayyar rahe, to us ke andar strong personality banegi.</w:t>
      </w:r>
      <w:r>
        <w:br/>
      </w:r>
      <w:r>
        <w:rPr>
          <w:sz w:val="20"/>
        </w:rPr>
        <w:t>16:11  yani bahut hi simple way mein ye hai is ka answer.</w:t>
      </w:r>
    </w:p>
    <w:p>
      <w:pPr>
        <w:pStyle w:val="Heading2"/>
      </w:pPr>
      <w:r>
        <w:t>Do young Muslim-Americans truly love America?</w:t>
      </w:r>
    </w:p>
    <w:p>
      <w:r>
        <w:rPr>
          <w:color w:val="666666"/>
          <w:sz w:val="18"/>
        </w:rPr>
        <w:t>America A Case of Spiritual Starvaltion July 7, 2011 · 1m 51s · at 55:43 · https://youtu.be/N8JYD2P3QYE?t=3343</w:t>
      </w:r>
    </w:p>
    <w:p>
      <w:r>
        <w:rPr>
          <w:i/>
        </w:rPr>
        <w:t>“Do you love America? I asked the young man”</w:t>
      </w:r>
    </w:p>
    <w:p>
      <w:r>
        <w:rPr>
          <w:sz w:val="20"/>
        </w:rPr>
        <w:t>55:43  to yeh maine to unhone kaha ke yeh purane logon mein yeh baat hai, lekin naye logon mein nahi, nayi nasal mein. to maine kaha acha laiye. to ek ek naujawan jo hai milaya gaya mujhse, jo wahin paida hua hai, american accent mein bolta hai.</w:t>
      </w:r>
      <w:r>
        <w:br/>
      </w:r>
      <w:r>
        <w:rPr>
          <w:sz w:val="20"/>
        </w:rPr>
        <w:t>55:58  wo</w:t>
      </w:r>
      <w:r>
        <w:br/>
      </w:r>
      <w:r>
        <w:rPr>
          <w:sz w:val="20"/>
        </w:rPr>
        <w:t>56:01  to mein ne is se poocha ke "do you love america?" to kaha "yes".</w:t>
      </w:r>
      <w:r>
        <w:br/>
      </w:r>
      <w:r>
        <w:rPr>
          <w:sz w:val="20"/>
        </w:rPr>
        <w:t>56:11  phir mein ne poocha ke aap bataiye ke love ka matlab kya hai? to us ne kaha ke "feeling". mein ne kaha ke "no, love ka matlab hai strong affection".</w:t>
      </w:r>
      <w:r>
        <w:br/>
      </w:r>
      <w:r>
        <w:rPr>
          <w:sz w:val="20"/>
        </w:rPr>
        <w:t>56:22  to mein ne poocha ke kya strong affection ke sense mein aap love karte hain america se? to woh laga sochne.</w:t>
      </w:r>
      <w:r>
        <w:br/>
      </w:r>
      <w:r>
        <w:rPr>
          <w:sz w:val="20"/>
        </w:rPr>
        <w:t>56:29  phir kehta hai "yes, but with some reservation". with some reservation. to mein ne kaha kya hai bhai woh? to bhai ke america jo hai, woh kyun woh intervene karta hai muslim countries mein?</w:t>
      </w:r>
      <w:r>
        <w:br/>
      </w:r>
      <w:r>
        <w:rPr>
          <w:sz w:val="20"/>
        </w:rPr>
        <w:t>56:44  woh kyun favor karta hai israel ko? kyun woh embarrassment karta hai iraq mein waghera? to mein ne kaha phir phir phir patriot to kaha hai,</w:t>
      </w:r>
      <w:r>
        <w:br/>
      </w:r>
      <w:r>
        <w:rPr>
          <w:sz w:val="20"/>
        </w:rPr>
        <w:t>56:54  patriotism naam hai unconditional taluq ka, conditional ka taluq ka aur patriotism naam nahi hai.</w:t>
      </w:r>
      <w:r>
        <w:br/>
      </w:r>
      <w:r>
        <w:rPr>
          <w:sz w:val="20"/>
        </w:rPr>
        <w:t>57:05  to yeh kyun hai? kyunke amriki muslim job ke liye jata hai, office mein parhne ke liye jata hai, college mein, lekin is ke taluqat sab rehte hain apni family ke sath.</w:t>
      </w:r>
      <w:r>
        <w:br/>
      </w:r>
      <w:r>
        <w:rPr>
          <w:sz w:val="20"/>
        </w:rPr>
        <w:t>57:22  mein ne wahan kisi ko nahi paya jis ke taluqat american society se hon. wohi aap aap aapas mein uthein baithein ge, aapas mein hua karein ge, aapas mein telephone par baatein hoti hain.</w:t>
      </w:r>
    </w:p>
    <w:p>
      <w:pPr>
        <w:pStyle w:val="Heading2"/>
      </w:pPr>
      <w:r>
        <w:t>Political empires vulnerable, non-political empire stable</w:t>
      </w:r>
    </w:p>
    <w:p>
      <w:r>
        <w:rPr>
          <w:color w:val="666666"/>
          <w:sz w:val="18"/>
        </w:rPr>
        <w:t>Five Pillars of Islam | July 30, 2007 · 3m 34s · at 21:40 · https://youtu.be/f31xU7hWLWI?t=1300</w:t>
      </w:r>
    </w:p>
    <w:p>
      <w:r>
        <w:rPr>
          <w:i/>
        </w:rPr>
        <w:t>“Political empires are very vulnerable.”</w:t>
      </w:r>
    </w:p>
    <w:p>
      <w:r>
        <w:rPr>
          <w:sz w:val="20"/>
        </w:rPr>
        <w:t>21:40  this empire, that is a non-political empire or a spiritual empire of Islam, is so stable that no one can demolish it. And you know it persists since 1,400 years ago. So you know the Prophet of Islam, when reached, when the Prophet of Islam, when the Prophet</w:t>
      </w:r>
      <w:r>
        <w:br/>
      </w:r>
      <w:r>
        <w:rPr>
          <w:sz w:val="20"/>
        </w:rPr>
        <w:t>22:10  of Islam migrated from Makkah and settled in Madinah. So all the biographers of the Prophet of Islam proudly say that he established Islamic state in Madinah. So according to the biographers, according to the Islamic historians, the greatest work done by Islam, by the proph</w:t>
      </w:r>
      <w:r>
        <w:br/>
      </w:r>
      <w:r>
        <w:rPr>
          <w:sz w:val="20"/>
        </w:rPr>
        <w:t>22:40  et, was to establish a state in Madinah.</w:t>
      </w:r>
      <w:r>
        <w:br/>
      </w:r>
      <w:r>
        <w:rPr>
          <w:sz w:val="20"/>
        </w:rPr>
        <w:t>22:48  But I would like to say that the greatest task was to establish a mosque.</w:t>
      </w:r>
      <w:r>
        <w:br/>
      </w:r>
      <w:r>
        <w:rPr>
          <w:sz w:val="20"/>
        </w:rPr>
        <w:t>22:56  You know when the Prophet of Islam entered, when the Prophet of Islam settled in Madinah, first of</w:t>
      </w:r>
      <w:r>
        <w:br/>
      </w:r>
      <w:r>
        <w:rPr>
          <w:sz w:val="20"/>
        </w:rPr>
        <w:t>23:04  all, he built a mosque, that is masjid-e-nabwi.</w:t>
      </w:r>
      <w:r>
        <w:br/>
      </w:r>
      <w:r>
        <w:rPr>
          <w:sz w:val="20"/>
        </w:rPr>
        <w:t>23:12  It is still there.</w:t>
      </w:r>
      <w:r>
        <w:br/>
      </w:r>
      <w:r>
        <w:rPr>
          <w:sz w:val="20"/>
        </w:rPr>
        <w:t>23:20  So political empire, political empire is every time in a vulnerable condition.</w:t>
      </w:r>
      <w:r>
        <w:br/>
      </w:r>
      <w:r>
        <w:rPr>
          <w:sz w:val="20"/>
        </w:rPr>
        <w:t>23:28  Political empire is a very, very weak empire.</w:t>
      </w:r>
      <w:r>
        <w:br/>
      </w:r>
      <w:r>
        <w:rPr>
          <w:sz w:val="20"/>
        </w:rPr>
        <w:t>23:36  But you see that this empire is alive since 400 years ago.</w:t>
      </w:r>
      <w:r>
        <w:br/>
      </w:r>
      <w:r>
        <w:rPr>
          <w:sz w:val="20"/>
        </w:rPr>
        <w:t>23:44  No one was able to destroy this empire.</w:t>
      </w:r>
      <w:r>
        <w:br/>
      </w:r>
      <w:r>
        <w:rPr>
          <w:sz w:val="20"/>
        </w:rPr>
        <w:t>23:51  You know the Tatar tribes destroyed the Abbasid Empire, Abbasid political empire.</w:t>
      </w:r>
      <w:r>
        <w:br/>
      </w:r>
      <w:r>
        <w:rPr>
          <w:sz w:val="20"/>
        </w:rPr>
        <w:t>23:59  And British and Britishers destroyed the Mughal Empire in India.</w:t>
      </w:r>
      <w:r>
        <w:br/>
      </w:r>
      <w:r>
        <w:rPr>
          <w:sz w:val="20"/>
        </w:rPr>
        <w:t>24:07  Then European empires</w:t>
      </w:r>
      <w:r>
        <w:br/>
      </w:r>
      <w:r>
        <w:rPr>
          <w:sz w:val="20"/>
        </w:rPr>
        <w:t>24:14  destroyed the Ottoman Empire in Turkey. So political empires are always in a vulnerable position. But the non-political empire of Islam is so strong that no one was able to destroy this empire. So masjid is the</w:t>
      </w:r>
      <w:r>
        <w:br/>
      </w:r>
      <w:r>
        <w:rPr>
          <w:sz w:val="20"/>
        </w:rPr>
        <w:t>24:44  base of this non-political empire.</w:t>
      </w:r>
      <w:r>
        <w:br/>
      </w:r>
      <w:r>
        <w:rPr>
          <w:sz w:val="20"/>
        </w:rPr>
        <w:t>24:52  So kaba is in the center.</w:t>
      </w:r>
      <w:r>
        <w:br/>
      </w:r>
      <w:r>
        <w:rPr>
          <w:sz w:val="20"/>
        </w:rPr>
        <w:t>24:59  And all these mosques in the world, near about 50 million mosques, are like an international network.</w:t>
      </w:r>
      <w:r>
        <w:br/>
      </w:r>
      <w:r>
        <w:rPr>
          <w:sz w:val="20"/>
        </w:rPr>
        <w:t>25:07  So this is the real strength of Islam</w:t>
      </w:r>
    </w:p>
    <w:p>
      <w:pPr>
        <w:pStyle w:val="Heading2"/>
      </w:pPr>
      <w:r>
        <w:t>True spirituality isn't anesthesia, it deconditions you daily</w:t>
      </w:r>
    </w:p>
    <w:p>
      <w:r>
        <w:rPr>
          <w:color w:val="666666"/>
          <w:sz w:val="18"/>
        </w:rPr>
        <w:t>Spirituality in Islam January 1, 2006 Maulana Wahiduddin Khan · 45s · at 21:58 · https://youtu.be/XO4htFBEkV4?t=1318</w:t>
      </w:r>
    </w:p>
    <w:p>
      <w:r>
        <w:rPr>
          <w:i/>
        </w:rPr>
        <w:t>“Jis ki goal ecstasy hai, wo just like anesthesia hai”</w:t>
      </w:r>
    </w:p>
    <w:p>
      <w:r>
        <w:rPr>
          <w:sz w:val="20"/>
        </w:rPr>
        <w:t>21:58  to woh spirituality jo hai, ek jis mein jis ka goal ecstasy hai, woh to just like anesthesia hai. kabhi bhi aap pachas saal ke ho, 60 saal, 70 saal ke ho, aap anesthesia ka woh le lijiye, treatment,</w:t>
      </w:r>
      <w:r>
        <w:br/>
      </w:r>
      <w:r>
        <w:rPr>
          <w:sz w:val="20"/>
        </w:rPr>
        <w:t>22:14  aap bekhabar ho jayenge kisi bhi mauqe par. lekin yeh jo spirituality hai jo sath sath chalti hai, woh har din aap ko decondition karti rehti hai.</w:t>
      </w:r>
    </w:p>
    <w:p>
      <w:pPr>
        <w:pStyle w:val="Heading2"/>
      </w:pPr>
      <w:r>
        <w:t>why 'right here, right now' philosophy fails</w:t>
      </w:r>
    </w:p>
    <w:p>
      <w:r>
        <w:rPr>
          <w:color w:val="666666"/>
          <w:sz w:val="18"/>
        </w:rPr>
        <w:t>Discovery of Paradise March 22, 2015 · 59s · at 10:04 · https://youtu.be/2axrfd7sZkE?t=604</w:t>
      </w:r>
    </w:p>
    <w:p>
      <w:r>
        <w:rPr>
          <w:i/>
        </w:rPr>
        <w:t>“Aaj kal chalta hai nazariya: 'right here right now'”</w:t>
      </w:r>
    </w:p>
    <w:p>
      <w:r>
        <w:rPr>
          <w:sz w:val="20"/>
        </w:rPr>
        <w:t>10:04  to logon ne yeh nazariya banaya ke isi dunya mein hamein paana hai. aaj kal aam taur par yeh yeh nazariya chala hua hai ke "right here right now".</w:t>
      </w:r>
      <w:r>
        <w:br/>
      </w:r>
      <w:r>
        <w:rPr>
          <w:sz w:val="20"/>
        </w:rPr>
        <w:t>10:21  yehi yehi hamein paana hai, yehi hamein chahiye, isi dunya mein chahiye. to har aadmi aaj ke peeche, yani today ke peeche daud raha hai.</w:t>
      </w:r>
      <w:r>
        <w:br/>
      </w:r>
      <w:r>
        <w:rPr>
          <w:sz w:val="20"/>
        </w:rPr>
        <w:t>10:32  today.</w:t>
      </w:r>
      <w:r>
        <w:br/>
      </w:r>
      <w:r>
        <w:rPr>
          <w:sz w:val="20"/>
        </w:rPr>
        <w:t>10:35  lekin koi paata nahi. masla yeh hai ke today kya milta hai kisi ko? daud raha hai, daud raha hai, daud raha hai, lekin jab milta hai to maloom hota hai ke is se kam tha yeh jo mein mein ne chaha tha.</w:t>
      </w:r>
      <w:r>
        <w:br/>
      </w:r>
      <w:r>
        <w:rPr>
          <w:sz w:val="20"/>
        </w:rPr>
        <w:t>10:54  to "right here right now" ka sab se bara minus point yeh hai ke woh workable nahi hai.</w:t>
      </w:r>
    </w:p>
    <w:p>
      <w:pPr>
        <w:pStyle w:val="Heading2"/>
      </w:pPr>
      <w:r>
        <w:t>Believer's seed is kalima</w:t>
      </w:r>
    </w:p>
    <w:p>
      <w:r>
        <w:rPr>
          <w:color w:val="666666"/>
          <w:sz w:val="18"/>
        </w:rPr>
        <w:t>Momin is like a tree | April 11, 2007 · 2m 05s · at 4:45 · https://youtu.be/buv324nJoBk?t=285</w:t>
      </w:r>
    </w:p>
    <w:p>
      <w:r>
        <w:rPr>
          <w:i/>
        </w:rPr>
        <w:t>“God has demonstrated a momin in the form of a tree”</w:t>
      </w:r>
    </w:p>
    <w:p>
      <w:r>
        <w:rPr>
          <w:sz w:val="20"/>
        </w:rPr>
        <w:t>4:45  you. I can say that God has demonstrated a momin or ایمان in the form of a tree. Momin or believer, or true believer, begins from a small seed, that is kalma.</w:t>
      </w:r>
      <w:r>
        <w:br/>
      </w:r>
      <w:r>
        <w:rPr>
          <w:sz w:val="20"/>
        </w:rPr>
        <w:t>5:20  Kalma, kalma is the starting point of momin. Now, kalma is not simply a recitation, kalma is not simply a kind of lip service. Kalma means realization, kalma means معرفہ, realization, kalma means discovery. When one discovers the truth, with capital T</w:t>
      </w:r>
      <w:r>
        <w:br/>
      </w:r>
      <w:r>
        <w:rPr>
          <w:sz w:val="20"/>
        </w:rPr>
        <w:t>5:50  he discovers God as supreme truth. When he discovers Muhammad as a supreme guide for mankind. When one discovers Quran as a word of God, and then he say, then he sees la</w:t>
      </w:r>
      <w:r>
        <w:br/>
      </w:r>
      <w:r>
        <w:rPr>
          <w:sz w:val="20"/>
        </w:rPr>
        <w:t>6:20  ilah ila Allah Muhammad Rasul Allah. This kalma. So معرفہ or realization or ایمان is like a seed, like a seed. So the personality of a momin begins from this seed, then it grows, grows, grows, like a tree, until it reaches</w:t>
      </w:r>
    </w:p>
    <w:p>
      <w:pPr>
        <w:pStyle w:val="Heading2"/>
      </w:pPr>
      <w:r>
        <w:t>Real religion is spirit not rituals</w:t>
      </w:r>
    </w:p>
    <w:p>
      <w:r>
        <w:rPr>
          <w:color w:val="666666"/>
          <w:sz w:val="18"/>
        </w:rPr>
        <w:t>IIC: How to Develop Spiritual Personality · 4m 31s · at 1:02:50 · https://youtu.be/-XrYpEYwk-Y?t=3770</w:t>
      </w:r>
    </w:p>
    <w:p>
      <w:r>
        <w:rPr>
          <w:i/>
        </w:rPr>
        <w:t>“What do people think religion is? A set of rituals”</w:t>
      </w:r>
    </w:p>
    <w:p>
      <w:r>
        <w:rPr>
          <w:sz w:val="20"/>
        </w:rPr>
        <w:t>1:02:50  mein parh pa raha hoon.</w:t>
      </w:r>
      <w:r>
        <w:br/>
      </w:r>
      <w:r>
        <w:rPr>
          <w:sz w:val="20"/>
        </w:rPr>
        <w:t>1:02:54  یہ لوگ جو ہیں ریلیجن کو کیا سمجھتے ہیں؟ set of rituals.</w:t>
      </w:r>
      <w:r>
        <w:br/>
      </w:r>
      <w:r>
        <w:rPr>
          <w:sz w:val="20"/>
        </w:rPr>
        <w:t>1:02:58  aaj jo religion hai woh set of rituals bana hua hai.</w:t>
      </w:r>
      <w:r>
        <w:br/>
      </w:r>
      <w:r>
        <w:rPr>
          <w:sz w:val="20"/>
        </w:rPr>
        <w:t>1:03:03  kisi ne bahut sahi kaha hai ke religion begins from, from an ideology.</w:t>
      </w:r>
      <w:r>
        <w:br/>
      </w:r>
      <w:r>
        <w:rPr>
          <w:sz w:val="20"/>
        </w:rPr>
        <w:t>1:03:07  Then it reduces to set of rituals. Rituals, custom.</w:t>
      </w:r>
      <w:r>
        <w:br/>
      </w:r>
      <w:r>
        <w:rPr>
          <w:sz w:val="20"/>
        </w:rPr>
        <w:t>1:03:12  yeh aaj sar har mazhab ka haal hai. including Islam.</w:t>
      </w:r>
      <w:r>
        <w:br/>
      </w:r>
      <w:r>
        <w:rPr>
          <w:sz w:val="20"/>
        </w:rPr>
        <w:t>1:03:16  abhi jo existing Islam hai</w:t>
      </w:r>
      <w:r>
        <w:br/>
      </w:r>
      <w:r>
        <w:rPr>
          <w:sz w:val="20"/>
        </w:rPr>
        <w:t>1:03:20  woh bas rituals aur custom ka naam hai. spirit ghayab hai. poori Muslim duniya mein spirit ghayab hai. abhi aap dekhenge Ramadan aa raha hai, bohat shor machega masjidon mein. haalanke Ramadan hai, silence ka mahina hai. khamoshi, chup rehna. aur yahan dekhenge aap kitna shor machega loudspeaker ka. to without the spirit of Ramadan. to har mazhab mein, chahe, chahe koi bhi maz</w:t>
      </w:r>
      <w:r>
        <w:br/>
      </w:r>
      <w:r>
        <w:rPr>
          <w:sz w:val="20"/>
        </w:rPr>
        <w:t>1:03:50  hub ho, har mazhab mein is waqt yeh haal hai ke spirit ghayab hai.</w:t>
      </w:r>
      <w:r>
        <w:br/>
      </w:r>
      <w:r>
        <w:rPr>
          <w:sz w:val="20"/>
        </w:rPr>
        <w:t>1:03:53  aur rituals hain, customs hain.</w:t>
      </w:r>
      <w:r>
        <w:br/>
      </w:r>
      <w:r>
        <w:rPr>
          <w:sz w:val="20"/>
        </w:rPr>
        <w:t>1:03:56  isi ko log mazhab samajh rahe hain.</w:t>
      </w:r>
      <w:r>
        <w:br/>
      </w:r>
      <w:r>
        <w:rPr>
          <w:sz w:val="20"/>
        </w:rPr>
        <w:t>1:03:59  log samajhte hain ke bhai aise mazhab ki humein zaroorat kya hai? woh mazhab toh mazhab hi nahi hai.</w:t>
      </w:r>
      <w:r>
        <w:br/>
      </w:r>
      <w:r>
        <w:rPr>
          <w:sz w:val="20"/>
        </w:rPr>
        <w:t>1:04:02  mazhab jo true sense mein mazhab hai woh spirit par base karta hai.</w:t>
      </w:r>
      <w:r>
        <w:br/>
      </w:r>
      <w:r>
        <w:rPr>
          <w:sz w:val="20"/>
        </w:rPr>
        <w:t>1:04:05  اسی کو میں نے spirituality کہا ہے میں نے۔</w:t>
      </w:r>
      <w:r>
        <w:br/>
      </w:r>
      <w:r>
        <w:rPr>
          <w:sz w:val="20"/>
        </w:rPr>
        <w:t>1:04:08  real mazhab jo hai woh spirit par base karta hai.</w:t>
      </w:r>
      <w:r>
        <w:br/>
      </w:r>
      <w:r>
        <w:rPr>
          <w:sz w:val="20"/>
        </w:rPr>
        <w:t>1:04:11  spirituality par base karta hai.</w:t>
      </w:r>
      <w:r>
        <w:br/>
      </w:r>
      <w:r>
        <w:rPr>
          <w:sz w:val="20"/>
        </w:rPr>
        <w:t>1:04:14  toh woh toh insaan ke liye blessing hai.</w:t>
      </w:r>
      <w:r>
        <w:br/>
      </w:r>
      <w:r>
        <w:rPr>
          <w:sz w:val="20"/>
        </w:rPr>
        <w:t>1:04:17  iske baghair</w:t>
      </w:r>
      <w:r>
        <w:br/>
      </w:r>
      <w:r>
        <w:rPr>
          <w:sz w:val="20"/>
        </w:rPr>
        <w:t>1:04:20  toh, yani zindagi jo hai aisi ho jayegi jaise pani ke baghair hamara planet.</w:t>
      </w:r>
      <w:r>
        <w:br/>
      </w:r>
      <w:r>
        <w:rPr>
          <w:sz w:val="20"/>
        </w:rPr>
        <w:t>1:04:25  toh aap rituals ko le kar ke ya customs ko le kar ke mat samjhiye ke yeh mazhab hai.</w:t>
      </w:r>
      <w:r>
        <w:br/>
      </w:r>
      <w:r>
        <w:rPr>
          <w:sz w:val="20"/>
        </w:rPr>
        <w:t>1:04:30  woh toh, woh toh reduced form hai mazhab ka.</w:t>
      </w:r>
      <w:r>
        <w:br/>
      </w:r>
      <w:r>
        <w:rPr>
          <w:sz w:val="20"/>
        </w:rPr>
        <w:t>1:04:36  mazhab ka reduced form hai.</w:t>
      </w:r>
      <w:r>
        <w:br/>
      </w:r>
      <w:r>
        <w:rPr>
          <w:sz w:val="20"/>
        </w:rPr>
        <w:t>1:04:41  sacha mazhab jo hai woh spirit par base karta hai.</w:t>
      </w:r>
      <w:r>
        <w:br/>
      </w:r>
      <w:r>
        <w:rPr>
          <w:sz w:val="20"/>
        </w:rPr>
        <w:t>1:04:46  jaise mein aap ko ek qissa arz karoon.</w:t>
      </w:r>
      <w:r>
        <w:br/>
      </w:r>
      <w:r>
        <w:rPr>
          <w:sz w:val="20"/>
        </w:rPr>
        <w:t>1:04:51  Hinduism, mein Hinduism ko parhta hoon, Christianity ko parhta hoon, mein Judaism ko parhta hoon.</w:t>
      </w:r>
      <w:r>
        <w:br/>
      </w:r>
      <w:r>
        <w:rPr>
          <w:sz w:val="20"/>
        </w:rPr>
        <w:t>1:04:54  Yahudiyon ke liye mere dil mein koi nafrat nahi hai.</w:t>
      </w:r>
      <w:r>
        <w:br/>
      </w:r>
      <w:r>
        <w:rPr>
          <w:sz w:val="20"/>
        </w:rPr>
        <w:t>1:04:58  saare musalman Yahudi se nafrat karte hain.</w:t>
      </w:r>
      <w:r>
        <w:br/>
      </w:r>
      <w:r>
        <w:rPr>
          <w:sz w:val="20"/>
        </w:rPr>
        <w:t>1:05:02  mere dil mein kuch bhi nafrat nahi hai.</w:t>
      </w:r>
      <w:r>
        <w:br/>
      </w:r>
      <w:r>
        <w:rPr>
          <w:sz w:val="20"/>
        </w:rPr>
        <w:t>1:05:06  ek aaitah ke barabar bhi mein yahoodi se nafrat nahi karta.</w:t>
      </w:r>
      <w:r>
        <w:br/>
      </w:r>
      <w:r>
        <w:rPr>
          <w:sz w:val="20"/>
        </w:rPr>
        <w:t>1:05:09  na kisi se karta hoon mein.</w:t>
      </w:r>
      <w:r>
        <w:br/>
      </w:r>
      <w:r>
        <w:rPr>
          <w:sz w:val="20"/>
        </w:rPr>
        <w:t>1:05:13  to swami vivekanand jo hain, aap jante hain ke bohat bade aadmi thay.</w:t>
      </w:r>
      <w:r>
        <w:br/>
      </w:r>
      <w:r>
        <w:rPr>
          <w:sz w:val="20"/>
        </w:rPr>
        <w:t>1:05:17  ek aadmi ne chaha ke un ko test par le,</w:t>
      </w:r>
      <w:r>
        <w:br/>
      </w:r>
      <w:r>
        <w:rPr>
          <w:sz w:val="20"/>
        </w:rPr>
        <w:t>1:05:21  janchay un ko.</w:t>
      </w:r>
      <w:r>
        <w:br/>
      </w:r>
      <w:r>
        <w:rPr>
          <w:sz w:val="20"/>
        </w:rPr>
        <w:t>1:05:24  ke un ka kitna sehan shilta, kitna un ke andar hai.</w:t>
      </w:r>
      <w:r>
        <w:br/>
      </w:r>
      <w:r>
        <w:rPr>
          <w:sz w:val="20"/>
        </w:rPr>
        <w:t>1:05:27  spirituality kitni un ke andar hai.</w:t>
      </w:r>
      <w:r>
        <w:br/>
      </w:r>
      <w:r>
        <w:rPr>
          <w:sz w:val="20"/>
        </w:rPr>
        <w:t>1:05:31  apnay aap bulaya.</w:t>
      </w:r>
      <w:r>
        <w:br/>
      </w:r>
      <w:r>
        <w:rPr>
          <w:sz w:val="20"/>
        </w:rPr>
        <w:t>1:05:34  to jis room mein un ko bulaya gaya tha wahan par ek table par bohat si book rakhi hui theen. dharmik book. sacred books.</w:t>
      </w:r>
      <w:r>
        <w:br/>
      </w:r>
      <w:r>
        <w:rPr>
          <w:sz w:val="20"/>
        </w:rPr>
        <w:t>1:05:38  is mein kya tha ke sab se neeche gita, gita rakhi hui thi.</w:t>
      </w:r>
      <w:r>
        <w:br/>
      </w:r>
      <w:r>
        <w:rPr>
          <w:sz w:val="20"/>
        </w:rPr>
        <w:t>1:05:41  is ke oopar doosri doosri kitabein jaisay quran aur bible aur doosri kitabein.</w:t>
      </w:r>
      <w:r>
        <w:br/>
      </w:r>
      <w:r>
        <w:rPr>
          <w:sz w:val="20"/>
        </w:rPr>
        <w:t>1:05:44  to gita neeche aur doosri kitabein oopar.</w:t>
      </w:r>
      <w:r>
        <w:br/>
      </w:r>
      <w:r>
        <w:rPr>
          <w:sz w:val="20"/>
        </w:rPr>
        <w:t>1:05:48  woh samajhta tha aadmi ke jab</w:t>
      </w:r>
      <w:r>
        <w:br/>
      </w:r>
      <w:r>
        <w:rPr>
          <w:sz w:val="20"/>
        </w:rPr>
        <w:t>1:05:51  dekhein ge yeh to ghussa hon ge woh.</w:t>
      </w:r>
      <w:r>
        <w:br/>
      </w:r>
      <w:r>
        <w:rPr>
          <w:sz w:val="20"/>
        </w:rPr>
        <w:t>1:05:55  It is humiliation.</w:t>
      </w:r>
      <w:r>
        <w:br/>
      </w:r>
      <w:r>
        <w:rPr>
          <w:sz w:val="20"/>
        </w:rPr>
        <w:t>1:05:59  to phir isi, isi liye mujhe bulaya tha ke mujhe humiliate karo ke meri book neeche rakh di.</w:t>
      </w:r>
      <w:r>
        <w:br/>
      </w:r>
      <w:r>
        <w:rPr>
          <w:sz w:val="20"/>
        </w:rPr>
        <w:t>1:06:02  aur sab ko oopar kar diya.</w:t>
      </w:r>
      <w:r>
        <w:br/>
      </w:r>
      <w:r>
        <w:rPr>
          <w:sz w:val="20"/>
        </w:rPr>
        <w:t>1:06:06  to swami vivekanand was a true spiritual person.</w:t>
      </w:r>
      <w:r>
        <w:br/>
      </w:r>
      <w:r>
        <w:rPr>
          <w:sz w:val="20"/>
        </w:rPr>
        <w:t>1:06:10  jab dekha unhon ne to kuch bhi ghussa nahi hue woh.</w:t>
      </w:r>
      <w:r>
        <w:br/>
      </w:r>
      <w:r>
        <w:rPr>
          <w:sz w:val="20"/>
        </w:rPr>
        <w:t>1:06:14  muskura diye woh.</w:t>
      </w:r>
      <w:r>
        <w:br/>
      </w:r>
      <w:r>
        <w:rPr>
          <w:sz w:val="20"/>
        </w:rPr>
        <w:t>1:06:18  muskura ke unhon ne kaha the foundation is really good.</w:t>
      </w:r>
      <w:r>
        <w:br/>
      </w:r>
      <w:r>
        <w:rPr>
          <w:sz w:val="20"/>
        </w:rPr>
        <w:t>1:06:22  The foundation is really good. to, yaani Swami Vivekananda was able to convert his negative experience into positive feeling. isi ka naam spirituality hai. isi ka naam mazhab. yeh true mazhab yeh hai. aur jo aap, jo Kabir ne bohat sahi kaha hai ke, woh, woh kya kaha unhon ne? mathe tilak hath balban, logan Ram khilona jaana. is ko aap</w:t>
      </w:r>
      <w:r>
        <w:br/>
      </w:r>
      <w:r>
        <w:rPr>
          <w:sz w:val="20"/>
        </w:rPr>
        <w:t>1:06:52  mazhab samajhte hain jis se aap react kar rahe hain. yeh mazhab hai hi nahin. mathe tilak hath balban, logan Ram khilona jaana. woh mazhab hi nahin hai woh. woh reduced form hai mazhab ka. mazhab woh hai jo spirit par base kare. jis ke andar sachi mohabbat ho, sachi insaniyat ho, sachi spirituality ho. yaani form bhi rahega wahan par lekin asal cheez to spirit hoti hai. to chunke aaj jo mazhab hai jagah jagah woh sab form reh gaya, spirit</w:t>
      </w:r>
    </w:p>
    <w:p>
      <w:pPr>
        <w:pStyle w:val="Heading2"/>
      </w:pPr>
      <w:r>
        <w:t>Understanding Islam for first time through mission</w:t>
      </w:r>
    </w:p>
    <w:p>
      <w:r>
        <w:rPr>
          <w:color w:val="666666"/>
          <w:sz w:val="18"/>
        </w:rPr>
        <w:t>Experience Sharing Session of CPS Members 24 May 2008 - Maulana Wahiduddin Khan · 1m 16s · at 3:52 · https://youtu.be/alVAkAnKiuM?t=232</w:t>
      </w:r>
    </w:p>
    <w:p>
      <w:r>
        <w:rPr>
          <w:i/>
        </w:rPr>
        <w:t>“प्रीति सर। आफ्टर कमिंग टू दिस मिशन”</w:t>
      </w:r>
    </w:p>
    <w:p>
      <w:r>
        <w:rPr>
          <w:sz w:val="20"/>
        </w:rPr>
        <w:t>3:52  preest? hum. preeti sir. after coming to this mission, i feel i have understood islam for the first time</w:t>
      </w:r>
      <w:r>
        <w:br/>
      </w:r>
      <w:r>
        <w:rPr>
          <w:sz w:val="20"/>
        </w:rPr>
        <w:t>4:06  . although i felt i knew islam before, but only after coming here have i really understood it. and daily i am trying to get a deeper understanding of it. but the one thing that is clear is that through this mission, i have found a purpose of life and a direction in which i can lead my life till i die.</w:t>
      </w:r>
      <w:r>
        <w:br/>
      </w:r>
      <w:r>
        <w:rPr>
          <w:sz w:val="20"/>
        </w:rPr>
        <w:t>4:33  and i just thank god that he helped us to become part of this mission.</w:t>
      </w:r>
      <w:r>
        <w:br/>
      </w:r>
      <w:r>
        <w:rPr>
          <w:sz w:val="20"/>
        </w:rPr>
        <w:t>4:44  and hope we can fulfill our responsibilities. inshallah.</w:t>
      </w:r>
    </w:p>
    <w:p>
      <w:pPr>
        <w:pStyle w:val="Heading2"/>
      </w:pPr>
      <w:r>
        <w:t>Prophecies about Islam's future</w:t>
      </w:r>
    </w:p>
    <w:p>
      <w:r>
        <w:rPr>
          <w:color w:val="666666"/>
          <w:sz w:val="18"/>
        </w:rPr>
        <w:t>AL RISALA JANUARY 2017 | AUDIO · 1m 30s · at 1:25:34 · https://youtu.be/_nWm9Mixl-E?t=5134</w:t>
      </w:r>
    </w:p>
    <w:p>
      <w:r>
        <w:rPr>
          <w:i/>
        </w:rPr>
        <w:t>“Islam ke mustaqbil ke baare mein aisi peshgoiyan”</w:t>
      </w:r>
    </w:p>
    <w:p>
      <w:r>
        <w:rPr>
          <w:sz w:val="20"/>
        </w:rPr>
        <w:t>1:25:34  ahad islam quran o hadees mein islam ke mustaqbil ke baray mein aisi peshangoiyaan ya predictions maujood hain</w:t>
      </w:r>
      <w:r>
        <w:br/>
      </w:r>
      <w:r>
        <w:rPr>
          <w:sz w:val="20"/>
        </w:rPr>
        <w:t>1:25:40  jo batati hain ke rasool Allah sal Allah alaihi wasallam ke baad jo zamana aanay wala hai woh</w:t>
      </w:r>
      <w:r>
        <w:br/>
      </w:r>
      <w:r>
        <w:rPr>
          <w:sz w:val="20"/>
        </w:rPr>
        <w:t>1:25:46  islam ka zamana hoga mislan ek riwayat yeh hai sahaba kehte hain ke hum ne rasool Allah se</w:t>
      </w:r>
      <w:r>
        <w:br/>
      </w:r>
      <w:r>
        <w:rPr>
          <w:sz w:val="20"/>
        </w:rPr>
        <w:t>1:25:52  shikayat ki is waqt aap kaba ke saaye mein apni chadar ko takiya banaye hue lete thay hum</w:t>
      </w:r>
      <w:r>
        <w:br/>
      </w:r>
      <w:r>
        <w:rPr>
          <w:sz w:val="20"/>
        </w:rPr>
        <w:t>1:25:58  ne kaha ke kya aap hamare liye Allah se mad</w:t>
      </w:r>
      <w:r>
        <w:br/>
      </w:r>
      <w:r>
        <w:rPr>
          <w:sz w:val="20"/>
        </w:rPr>
        <w:t>1:26:04  d nahin mangte kya aap hamare liye Allah se dua nahin karte aap ne farmaya tum se pehle</w:t>
      </w:r>
      <w:r>
        <w:br/>
      </w:r>
      <w:r>
        <w:rPr>
          <w:sz w:val="20"/>
        </w:rPr>
        <w:t>1:26:09  jo log thay un ka haal yeh tha ke aadmi ko pakda jata us ke liye zameen mein</w:t>
      </w:r>
      <w:r>
        <w:br/>
      </w:r>
      <w:r>
        <w:rPr>
          <w:sz w:val="20"/>
        </w:rPr>
        <w:t>1:26:14  gadha khoda jata phir us ko us mein daal diya jata phir aara laya jata tha aur us</w:t>
      </w:r>
      <w:r>
        <w:br/>
      </w:r>
      <w:r>
        <w:rPr>
          <w:sz w:val="20"/>
        </w:rPr>
        <w:t>1:26:19  ke sar par chalaya jata tha aur us ko do tukde kar diya jata tha aur kabhi aisa</w:t>
      </w:r>
      <w:r>
        <w:br/>
      </w:r>
      <w:r>
        <w:rPr>
          <w:sz w:val="20"/>
        </w:rPr>
        <w:t>1:26:24  hota ke kisi aadmi ke jism par lohe ki kanghi ki jati yahan tak ke woh us ke</w:t>
      </w:r>
      <w:r>
        <w:br/>
      </w:r>
      <w:r>
        <w:rPr>
          <w:sz w:val="20"/>
        </w:rPr>
        <w:t>1:26:29  gosht se barh kar us ki haddi</w:t>
      </w:r>
      <w:r>
        <w:br/>
      </w:r>
      <w:r>
        <w:rPr>
          <w:sz w:val="20"/>
        </w:rPr>
        <w:t>1:26:34  tak pahunch jati thi magar yeh cheez us ko us ke deen se rokne wali nahin banti thi</w:t>
      </w:r>
      <w:r>
        <w:br/>
      </w:r>
      <w:r>
        <w:rPr>
          <w:sz w:val="20"/>
        </w:rPr>
        <w:t>1:26:49  phir aap ne farmaya wallah mun la ila illallah yani Khuda ki qasam yeh amr takmeel tak pahunchega yahan</w:t>
      </w:r>
    </w:p>
    <w:p>
      <w:pPr>
        <w:pStyle w:val="Heading2"/>
      </w:pPr>
      <w:r>
        <w:t>Muslims lack acceptance of true leader</w:t>
      </w:r>
    </w:p>
    <w:p>
      <w:r>
        <w:rPr>
          <w:color w:val="666666"/>
          <w:sz w:val="18"/>
        </w:rPr>
        <w:t>The Case of Present Muslim Generation September 28, 2008 · 22s · at 49:18 · https://youtu.be/yjSy2b7JPTw?t=2958</w:t>
      </w:r>
    </w:p>
    <w:p>
      <w:r>
        <w:rPr>
          <w:i/>
        </w:rPr>
        <w:t>“Jis cheez ki kami hai wo leader ka acceptance hai”</w:t>
      </w:r>
    </w:p>
    <w:p>
      <w:r>
        <w:rPr>
          <w:sz w:val="20"/>
        </w:rPr>
        <w:t>49:18  aam taur par maine dekha hai ke log jo hain is ki shikayat karte hain ke musalmanon ko leader nahin. nahin, leader ka acceptance nahin, asal baat yeh hai.</w:t>
      </w:r>
      <w:r>
        <w:br/>
      </w:r>
      <w:r>
        <w:rPr>
          <w:sz w:val="20"/>
        </w:rPr>
        <w:t>49:30  jis cheez ki kami hai woh leader ka acceptance hai, na ke khud leader.</w:t>
      </w:r>
    </w:p>
    <w:p>
      <w:pPr>
        <w:pStyle w:val="Heading2"/>
      </w:pPr>
      <w:r>
        <w:t>Critique of ecstasy as mere unconsciousness, not spirituality</w:t>
      </w:r>
    </w:p>
    <w:p>
      <w:r>
        <w:rPr>
          <w:color w:val="666666"/>
          <w:sz w:val="18"/>
        </w:rPr>
        <w:t>Islam and Sufism (Islam and Spirituality) (English) February 28, 2008 · 28s · at 7:41 · https://youtu.be/6UGAPDfrS2w?t=461</w:t>
      </w:r>
    </w:p>
    <w:p>
      <w:r>
        <w:rPr>
          <w:i/>
        </w:rPr>
        <w:t>“What is ecstasy? Going into a state of unconsciousness”</w:t>
      </w:r>
    </w:p>
    <w:p>
      <w:r>
        <w:rPr>
          <w:sz w:val="20"/>
        </w:rPr>
        <w:t>7:41  what is ecstasy? what is ecstasy? ecstasy is going into the state of unconsciousness</w:t>
      </w:r>
      <w:r>
        <w:br/>
      </w:r>
      <w:r>
        <w:rPr>
          <w:sz w:val="20"/>
        </w:rPr>
        <w:t>7:56  . it is like. like every animal lives in this kind of ecstasy. so i dont think that this is this is the true spirituality.</w:t>
      </w:r>
    </w:p>
    <w:p>
      <w:pPr>
        <w:pStyle w:val="Heading2"/>
      </w:pPr>
      <w:r>
        <w:t>Guaranteed salvation stopped Muslim creative thinking for 1000 years</w:t>
      </w:r>
    </w:p>
    <w:p>
      <w:r>
        <w:rPr>
          <w:color w:val="666666"/>
          <w:sz w:val="18"/>
        </w:rPr>
        <w:t>Material Science and Spiritual Science 20 May 2012 · 1m 46s · at 42:33 · https://youtu.be/4K6CxjThlxQ?t=2553</w:t>
      </w:r>
    </w:p>
    <w:p>
      <w:r>
        <w:rPr>
          <w:i/>
        </w:rPr>
        <w:t>“Musalmanon mein sahaba ke baad bohot jald shafa'at ka aqeeda aa gaya”</w:t>
      </w:r>
    </w:p>
    <w:p>
      <w:r>
        <w:rPr>
          <w:sz w:val="20"/>
        </w:rPr>
        <w:t>42:33  shafaat ke aqide mein phir mein aap ko aik bohat hi zyada aisi sakht baat kehta hoon jis jo sun kar logon ko bohat dhakka lagega woh yeh hai ke musalmanon mein sahaba ke baad bohat jald sahafiat ka aqida aa gaya tamam sahaba yani darte the ke kahin mujhe jahannum mein khoon na jana pade tamam sahaba ke bare mein aata hai</w:t>
      </w:r>
      <w:r>
        <w:br/>
      </w:r>
      <w:r>
        <w:rPr>
          <w:sz w:val="20"/>
        </w:rPr>
        <w:t>43:02  aap padh lein sahaba ke halaat ko tamam sahaba har waqt kanpte the ke kya hone wala tha mujhe jahannum mein daal de kya hoga mera anjam is se un ki brain starting hoti rehti thi lekin is ke baad jab shafaat ka nazariya aa gaya to kya guaranteed salvation ka daur aa gaya nijat pakki ho gayi musalmanon ki to brain storming khatam ho gayi jante hain kya hua</w:t>
      </w:r>
      <w:r>
        <w:br/>
      </w:r>
      <w:r>
        <w:rPr>
          <w:sz w:val="20"/>
        </w:rPr>
        <w:t>43:31  poore hazar saal ki tareekh mein aik bhi mein mujhe ab nahin bata sakte aap koi creative thinker paida hua ho siwa ibn khaldun ke jo secular tha ibn khaldun secular tha hazar saal ki poori tareekh mein aap samajhte hain ke falan bade bade log paida hue koi bade log koi un mein se koi creative writer nahin tha creative thinker nahin tha</w:t>
      </w:r>
      <w:r>
        <w:br/>
      </w:r>
      <w:r>
        <w:rPr>
          <w:sz w:val="20"/>
        </w:rPr>
        <w:t>43:54  yani hazar saal mein musalmanon ne aik bhi creative thinker paida nahin kiya siwaye ibn khaldun ke woh is ka wajah kya hai yeh shafaat ka aqida hai shafaat ke aqide ne brain storming ko rok diya aap aap ko tiqan mein jeena sikhaya hai tiqan mein ke hamari jannat to pakki hai</w:t>
      </w:r>
    </w:p>
    <w:p>
      <w:pPr>
        <w:pStyle w:val="Heading2"/>
      </w:pPr>
      <w:r>
        <w:t>How Muslims' own violence built Islam's bad image</w:t>
      </w:r>
    </w:p>
    <w:p>
      <w:r>
        <w:rPr>
          <w:color w:val="666666"/>
          <w:sz w:val="18"/>
        </w:rPr>
        <w:t>Spirituality in Islam January 1, 2006 Maulana Wahiduddin Khan · 2m 07s · at 2:07 · https://youtu.be/XO4htFBEkV4?t=127</w:t>
      </w:r>
    </w:p>
    <w:p>
      <w:r>
        <w:rPr>
          <w:i/>
        </w:rPr>
        <w:t>“Ye impression jo bana hai, blame khud musalmano par jata hai”</w:t>
      </w:r>
    </w:p>
    <w:p>
      <w:r>
        <w:rPr>
          <w:sz w:val="20"/>
        </w:rPr>
        <w:t>2:07  yeh jo impression bana hai, mein is ka blame doosron ko nahi doonga. Is ka blame khud musalmanon par jata hai.</w:t>
      </w:r>
      <w:r>
        <w:br/>
      </w:r>
      <w:r>
        <w:rPr>
          <w:sz w:val="20"/>
        </w:rPr>
        <w:t>2:19  pichhle 200 saal mein aisa hua hai ke islam ke naam par sab se zyada jo activities ki gayi hain saari hi duniya mein,</w:t>
      </w:r>
      <w:r>
        <w:br/>
      </w:r>
      <w:r>
        <w:rPr>
          <w:sz w:val="20"/>
        </w:rPr>
        <w:t>2:35  wo artist ko le kar ki gayi hain.</w:t>
      </w:r>
      <w:r>
        <w:br/>
      </w:r>
      <w:r>
        <w:rPr>
          <w:sz w:val="20"/>
        </w:rPr>
        <w:t>2:42  political activities ko islamic activities bana diya gaya hai. Aur musalman chuki apni political activities mein kuch gain nahi kar sake to wo phir chale gaye violence tak.</w:t>
      </w:r>
      <w:r>
        <w:br/>
      </w:r>
      <w:r>
        <w:rPr>
          <w:sz w:val="20"/>
        </w:rPr>
        <w:t>3:00  yani pehle political activity shuru hui ek peaceful activity ke taur par, lekin jab peaceful taur par political gain unhein nahi hua kisi bhi country mein to unhon ne violence shuru kar diya, gun aur bomb culture.</w:t>
      </w:r>
      <w:r>
        <w:br/>
      </w:r>
      <w:r>
        <w:rPr>
          <w:sz w:val="20"/>
        </w:rPr>
        <w:t>3:22  to unfortunately yahi 200 saal hain jabke sab se zyada media ko phailaao mila duniya mein.</w:t>
      </w:r>
      <w:r>
        <w:br/>
      </w:r>
      <w:r>
        <w:rPr>
          <w:sz w:val="20"/>
        </w:rPr>
        <w:t>3:34  yani yeh waqea agar aaj se 800 saal pehle hua hota mislan to duniya mein yeh impression na jata.</w:t>
      </w:r>
      <w:r>
        <w:br/>
      </w:r>
      <w:r>
        <w:rPr>
          <w:sz w:val="20"/>
        </w:rPr>
        <w:t>3:45  kyunki media tha nahi us zamane mein jo logon ko bataye.</w:t>
      </w:r>
      <w:r>
        <w:br/>
      </w:r>
      <w:r>
        <w:rPr>
          <w:sz w:val="20"/>
        </w:rPr>
        <w:t>3:52  to ab jab ke media ka zamana aa chuka tha, us zamane mein yeh violent activities jihad ke naam par, islami jihad ke naam par ki gayeen.</w:t>
      </w:r>
      <w:r>
        <w:br/>
      </w:r>
      <w:r>
        <w:rPr>
          <w:sz w:val="20"/>
        </w:rPr>
        <w:t>4:07  to it was but natural ke logon ke saamne islam ki jo tasweer bane wo yahi ho.</w:t>
      </w:r>
    </w:p>
    <w:p>
      <w:pPr>
        <w:pStyle w:val="Heading2"/>
      </w:pPr>
      <w:r>
        <w:t>Moses' miracle proves the whole universe is an act of conversion</w:t>
      </w:r>
    </w:p>
    <w:p>
      <w:r>
        <w:rPr>
          <w:color w:val="666666"/>
          <w:sz w:val="18"/>
        </w:rPr>
        <w:t>Islam and Sufism (Islam and Spirituality) (English) February 28, 2008 · 5m 49s · at 9:42 · https://youtu.be/6UGAPDfrS2w?t=582</w:t>
      </w:r>
    </w:p>
    <w:p>
      <w:r>
        <w:rPr>
          <w:i/>
        </w:rPr>
        <w:t>“Prophet Moses showed the whole world is a miracle”</w:t>
      </w:r>
    </w:p>
    <w:p>
      <w:r>
        <w:rPr>
          <w:sz w:val="20"/>
        </w:rPr>
        <w:t>9:42  . i will give some examples. let us take the first kind of spirituality. i will give an example. you know, moses was a prophet of god.</w:t>
      </w:r>
      <w:r>
        <w:br/>
      </w:r>
      <w:r>
        <w:rPr>
          <w:sz w:val="20"/>
        </w:rPr>
        <w:t>9:55  he was born in ancient egypt. he performed a miracle before the king of, before the egyptian king pharaoh.</w:t>
      </w:r>
      <w:r>
        <w:br/>
      </w:r>
      <w:r>
        <w:rPr>
          <w:sz w:val="20"/>
        </w:rPr>
        <w:t>10:10  what was the miracle</w:t>
      </w:r>
      <w:r>
        <w:br/>
      </w:r>
      <w:r>
        <w:rPr>
          <w:sz w:val="20"/>
        </w:rPr>
        <w:t>10:13  ? he threw his staff, and suddenly that staff he converted into a serpent.</w:t>
      </w:r>
      <w:r>
        <w:br/>
      </w:r>
      <w:r>
        <w:rPr>
          <w:sz w:val="20"/>
        </w:rPr>
        <w:t>10:22  this was a miracle. but i would like to say that this was not a single miracle. moreover, it was a demonstration, a universal demonstration.</w:t>
      </w:r>
      <w:r>
        <w:br/>
      </w:r>
      <w:r>
        <w:rPr>
          <w:sz w:val="20"/>
        </w:rPr>
        <w:t>10:36  prophet moses show that the whole world is a miracle of conversion. here you can see that a wood, a part of, here you see that</w:t>
      </w:r>
      <w:r>
        <w:br/>
      </w:r>
      <w:r>
        <w:rPr>
          <w:sz w:val="20"/>
        </w:rPr>
        <w:t>10:54  a wood was converted into serpent. so is the case of whole universe. in this universe, everything is a, is an act of, act of conversion.</w:t>
      </w:r>
      <w:r>
        <w:br/>
      </w:r>
      <w:r>
        <w:rPr>
          <w:sz w:val="20"/>
        </w:rPr>
        <w:t>11:07  conversion. why? you see the whole world was built by, by atom.</w:t>
      </w:r>
      <w:r>
        <w:br/>
      </w:r>
      <w:r>
        <w:rPr>
          <w:sz w:val="20"/>
        </w:rPr>
        <w:t>11:17  atom is the, is the first part of the universe, basic unit of the universe. now, what is atom?</w:t>
      </w:r>
      <w:r>
        <w:br/>
      </w:r>
      <w:r>
        <w:rPr>
          <w:sz w:val="20"/>
        </w:rPr>
        <w:t>11:26  atom is a combination of some electronic particles, some electric particles.</w:t>
      </w:r>
      <w:r>
        <w:br/>
      </w:r>
      <w:r>
        <w:rPr>
          <w:sz w:val="20"/>
        </w:rPr>
        <w:t>11:34  by combining these electric particles,</w:t>
      </w:r>
      <w:r>
        <w:br/>
      </w:r>
      <w:r>
        <w:rPr>
          <w:sz w:val="20"/>
        </w:rPr>
        <w:t>11:40  everything was, came into existence. sun, moon, planets, everything is a, everything is, is a,</w:t>
      </w:r>
      <w:r>
        <w:br/>
      </w:r>
      <w:r>
        <w:rPr>
          <w:sz w:val="20"/>
        </w:rPr>
        <w:t>11:56  was made out of conversion.</w:t>
      </w:r>
      <w:r>
        <w:br/>
      </w:r>
      <w:r>
        <w:rPr>
          <w:sz w:val="20"/>
        </w:rPr>
        <w:t>11:58  when electric particles converted in, in, in sun, there was a light.</w:t>
      </w:r>
      <w:r>
        <w:br/>
      </w:r>
      <w:r>
        <w:rPr>
          <w:sz w:val="20"/>
        </w:rPr>
        <w:t>12:10  then you see the water. what is water? water is comprised of two gas, two atoms: hydrogen and oxygen.</w:t>
      </w:r>
      <w:r>
        <w:br/>
      </w:r>
      <w:r>
        <w:rPr>
          <w:sz w:val="20"/>
        </w:rPr>
        <w:t>12:22  both are gases.</w:t>
      </w:r>
      <w:r>
        <w:br/>
      </w:r>
      <w:r>
        <w:rPr>
          <w:sz w:val="20"/>
        </w:rPr>
        <w:t>12:25  two gases, when combined, they, they are converted into water. so water means conversion of gas to atom of,</w:t>
      </w:r>
      <w:r>
        <w:br/>
      </w:r>
      <w:r>
        <w:rPr>
          <w:sz w:val="20"/>
        </w:rPr>
        <w:t>12:42  of two gases. were converted, and then we see water. so water is a miracle of conversion.</w:t>
      </w:r>
      <w:r>
        <w:br/>
      </w:r>
      <w:r>
        <w:rPr>
          <w:sz w:val="20"/>
        </w:rPr>
        <w:t>12:51  so is the case of tree. what is</w:t>
      </w:r>
      <w:r>
        <w:br/>
      </w:r>
      <w:r>
        <w:rPr>
          <w:sz w:val="20"/>
        </w:rPr>
        <w:t>12:54  tree? tree is a conversion of seeds. initially, it was a seed, small seed. but when it was converted, we see a big tree.</w:t>
      </w:r>
      <w:r>
        <w:br/>
      </w:r>
      <w:r>
        <w:rPr>
          <w:sz w:val="20"/>
        </w:rPr>
        <w:t>13:05  so prophet moses, when performed this miracle, it was not a single miracle. it was a demonstration that whole world is an act of conversion.</w:t>
      </w:r>
      <w:r>
        <w:br/>
      </w:r>
      <w:r>
        <w:rPr>
          <w:sz w:val="20"/>
        </w:rPr>
        <w:t>13:19  here you find the, what is the, what is the source of spirituality.</w:t>
      </w:r>
      <w:r>
        <w:br/>
      </w:r>
      <w:r>
        <w:rPr>
          <w:sz w:val="20"/>
        </w:rPr>
        <w:t>13:25  when we live in this world, with opened eye, opened mind, we see this conversion in everything, from grass up to mountain, from ocean up to galaxy.</w:t>
      </w:r>
      <w:r>
        <w:br/>
      </w:r>
      <w:r>
        <w:rPr>
          <w:sz w:val="20"/>
        </w:rPr>
        <w:t>13:40  everything is, is an act of conversion, from myself up to the whole material world, the whole nature.</w:t>
      </w:r>
      <w:r>
        <w:br/>
      </w:r>
      <w:r>
        <w:rPr>
          <w:sz w:val="20"/>
        </w:rPr>
        <w:t>13:50  is, is a miraculous conversion.</w:t>
      </w:r>
      <w:r>
        <w:br/>
      </w:r>
      <w:r>
        <w:rPr>
          <w:sz w:val="20"/>
        </w:rPr>
        <w:t>13:55  so we have to develop that kind of eye, which can see this miraculous conversion every where in the world.</w:t>
      </w:r>
      <w:r>
        <w:br/>
      </w:r>
      <w:r>
        <w:rPr>
          <w:sz w:val="20"/>
        </w:rPr>
        <w:t>14:05  this is the source of spirituality. when you develop this kind of eye, you will find the presence of god every where in the world.</w:t>
      </w:r>
      <w:r>
        <w:br/>
      </w:r>
      <w:r>
        <w:rPr>
          <w:sz w:val="20"/>
        </w:rPr>
        <w:t>14:16  every where, every where, every where. there is a hadith: "kabah allahu qatara".</w:t>
      </w:r>
      <w:r>
        <w:br/>
      </w:r>
      <w:r>
        <w:rPr>
          <w:sz w:val="20"/>
        </w:rPr>
        <w:t>14:25  it means that worship god as if you are seeing him. it means that you have to feel the presence of god every time.</w:t>
      </w:r>
      <w:r>
        <w:br/>
      </w:r>
      <w:r>
        <w:rPr>
          <w:sz w:val="20"/>
        </w:rPr>
        <w:t>14:38  you have to feel the presence of god in every time. now, what is the source of this kind of feeling?</w:t>
      </w:r>
      <w:r>
        <w:br/>
      </w:r>
      <w:r>
        <w:rPr>
          <w:sz w:val="20"/>
        </w:rPr>
        <w:t>14:46  it comes through thinking.</w:t>
      </w:r>
      <w:r>
        <w:br/>
      </w:r>
      <w:r>
        <w:rPr>
          <w:sz w:val="20"/>
        </w:rPr>
        <w:t>14:49  When you develop your mind, when you are able to convert things into spiritual items, when you are able to see that the whole world is a, is the same kind of miracle, which was performed by Moses.</w:t>
      </w:r>
      <w:r>
        <w:br/>
      </w:r>
      <w:r>
        <w:rPr>
          <w:sz w:val="20"/>
        </w:rPr>
        <w:t>15:08  dat iz akt of kanvartan.</w:t>
      </w:r>
      <w:r>
        <w:br/>
      </w:r>
      <w:r>
        <w:rPr>
          <w:sz w:val="20"/>
        </w:rPr>
        <w:t>15:11  then you will be able to draw, draw spirituality in from everything, from water, from grass, from everything.</w:t>
      </w:r>
      <w:r>
        <w:br/>
      </w:r>
      <w:r>
        <w:rPr>
          <w:sz w:val="20"/>
        </w:rPr>
        <w:t>15:22  So I can say that heart-based spirituality leads you to ecstasy.</w:t>
      </w:r>
    </w:p>
    <w:p>
      <w:pPr>
        <w:pStyle w:val="Heading2"/>
      </w:pPr>
      <w:r>
        <w:t>Guru Nanak legend of the Kaaba following his feet</w:t>
      </w:r>
    </w:p>
    <w:p>
      <w:r>
        <w:rPr>
          <w:color w:val="666666"/>
          <w:sz w:val="18"/>
        </w:rPr>
        <w:t>Material Science and Spiritual Science 20 May 2012 · 55s · at 10:38 · https://youtu.be/4K6CxjThlxQ?t=638</w:t>
      </w:r>
    </w:p>
    <w:p>
      <w:r>
        <w:rPr>
          <w:i/>
        </w:rPr>
        <w:t>“Guru Nanak Mecca gaye, haram mein paanv phaila kar lete the”</w:t>
      </w:r>
    </w:p>
    <w:p>
      <w:r>
        <w:rPr>
          <w:sz w:val="20"/>
        </w:rPr>
        <w:t>10:38  aise hi dekhen india mein ek guru guzre hain aap jante hain guru nanak. to guru nanak ke bare mein kya qissa bataya jaata hai?</w:t>
      </w:r>
      <w:r>
        <w:br/>
      </w:r>
      <w:r>
        <w:rPr>
          <w:sz w:val="20"/>
        </w:rPr>
        <w:t>10:48  ke woh makka gaye to wahan par unhon ne jo haram hai, jis ke andar kaba hai, wahan woh paon phaila kar lete hue thay.</w:t>
      </w:r>
      <w:r>
        <w:br/>
      </w:r>
      <w:r>
        <w:rPr>
          <w:sz w:val="20"/>
        </w:rPr>
        <w:t>10:58  to un ka paon tha kaba ki taraf. yani kaba ki taraf paon phaila kar woh lete hue thay.</w:t>
      </w:r>
      <w:r>
        <w:br/>
      </w:r>
      <w:r>
        <w:rPr>
          <w:sz w:val="20"/>
        </w:rPr>
        <w:t>11:05  kisi ne eteraz kiya ke kaba to ek muqaddas cheez hai, is par aap paon phaila rahe hain is ki taraf. to unhon ne apna paon ulti taraf ghuma liya.</w:t>
      </w:r>
      <w:r>
        <w:br/>
      </w:r>
      <w:r>
        <w:rPr>
          <w:sz w:val="20"/>
        </w:rPr>
        <w:t>11:15  to kaba bhi ulti taraf idhar hi chala gaya. to jidhar woh paon karte thay idhar kaba chala chala jaata. yeh sab bilkul be sarwe ki kahaniyan hain.</w:t>
      </w:r>
      <w:r>
        <w:br/>
      </w:r>
      <w:r>
        <w:rPr>
          <w:sz w:val="20"/>
        </w:rPr>
        <w:t>11:26  hasan basri ki bhi aur guru nanak ki bhi. lekin baghair sawal kiye hue saare log is ko maante hain.</w:t>
      </w:r>
    </w:p>
    <w:p>
      <w:pPr>
        <w:pStyle w:val="Heading2"/>
      </w:pPr>
      <w:r>
        <w:t>Whole universe praises Allah</w:t>
      </w:r>
    </w:p>
    <w:p>
      <w:r>
        <w:rPr>
          <w:color w:val="666666"/>
          <w:sz w:val="18"/>
        </w:rPr>
        <w:t>The Importance of Education, Feb. 15, 2014 - Maulana Wahiduddin Khan · 50s · at 4:01 · https://youtu.be/Ln1FQfOWyzo?t=241</w:t>
      </w:r>
    </w:p>
    <w:p>
      <w:r>
        <w:rPr>
          <w:i/>
        </w:rPr>
        <w:t>“دیکھیں، آپ قرآن کو پڑھیں تو آپ اس میں دیکھیں گے”</w:t>
      </w:r>
    </w:p>
    <w:p>
      <w:r>
        <w:rPr>
          <w:sz w:val="20"/>
        </w:rPr>
        <w:t>4:01  Allah ki hamd karti hai. goya ke sari kainat ka mamla yahi hai ke is ne Allah ko discover kar rakha hai aur is ke mukammal tor par hamd culture mein jee raha hai poora universe.</w:t>
      </w:r>
      <w:r>
        <w:br/>
      </w:r>
      <w:r>
        <w:rPr>
          <w:sz w:val="20"/>
        </w:rPr>
        <w:t>4:18  phir insan ka mamla kya hai? insan jo kehta hai ke Alhamdulillah Rabb al-Alameen, wahi to wo bhi keh rahe hain. poori universe keh rahi hai Alhamdulillah Rabb al-Alameen.</w:t>
      </w:r>
      <w:r>
        <w:br/>
      </w:r>
      <w:r>
        <w:rPr>
          <w:sz w:val="20"/>
        </w:rPr>
        <w:t>4:39  phir insan ka mamla kya hai? ye ek bohat bari cheez hai is ko samajhna chahiye ke jo rest of the universe hai, wo is ki jo marifat hai,</w:t>
      </w:r>
    </w:p>
    <w:p>
      <w:pPr>
        <w:pStyle w:val="Heading2"/>
      </w:pPr>
      <w:r>
        <w:t>Understanding the message of Quran</w:t>
      </w:r>
    </w:p>
    <w:p>
      <w:r>
        <w:rPr>
          <w:color w:val="666666"/>
          <w:sz w:val="18"/>
        </w:rPr>
        <w:t>Message of The Quran March 29, 2015 · 14m 10s · at 45:57 · https://youtu.be/u57TpiO8A7Y?t=2757</w:t>
      </w:r>
    </w:p>
    <w:p>
      <w:r>
        <w:rPr>
          <w:i/>
        </w:rPr>
        <w:t>“Muslimon tumhara farz ye hai”</w:t>
      </w:r>
    </w:p>
    <w:p>
      <w:r>
        <w:rPr>
          <w:sz w:val="20"/>
        </w:rPr>
        <w:t>45:57  lmanon tmhara farz yeh hai ke tum system ko qaim karo nizam ko qaim karo yeh kahan quran</w:t>
      </w:r>
      <w:r>
        <w:br/>
      </w:r>
      <w:r>
        <w:rPr>
          <w:sz w:val="20"/>
        </w:rPr>
        <w:t>46:03  mein hai to kahin bhi nahin hai quran mein to hai ke Allah se daro Allah se mohabbat</w:t>
      </w:r>
      <w:r>
        <w:br/>
      </w:r>
      <w:r>
        <w:rPr>
          <w:sz w:val="20"/>
        </w:rPr>
        <w:t>46:08  karo Allah ke upar ghor o fikr karo yani sab isprit ki baaten hain tadabbur ki baaten hain</w:t>
      </w:r>
      <w:r>
        <w:br/>
      </w:r>
      <w:r>
        <w:rPr>
          <w:sz w:val="20"/>
        </w:rPr>
        <w:t>46:16  to jab tak aap quran se koi dalil na dein yeh baat qabil e ghor nahin hogi apne apne</w:t>
      </w:r>
      <w:r>
        <w:br/>
      </w:r>
      <w:r>
        <w:rPr>
          <w:sz w:val="20"/>
        </w:rPr>
        <w:t>46:23  mind se jo baat kahein woh quran ki baat kaise ho sakti hai</w:t>
      </w:r>
      <w:r>
        <w:br/>
      </w:r>
      <w:r>
        <w:rPr>
          <w:sz w:val="20"/>
        </w:rPr>
        <w:t>46:30  molana agla sawal dilli se kya hai molana farhad ahmad sahab ne aur unhon ne likha hai ke</w:t>
      </w:r>
      <w:r>
        <w:br/>
      </w:r>
      <w:r>
        <w:rPr>
          <w:sz w:val="20"/>
        </w:rPr>
        <w:t>46:38  it is said that to become a creative man is a very very difficult task</w:t>
      </w:r>
      <w:r>
        <w:br/>
      </w:r>
      <w:r>
        <w:rPr>
          <w:sz w:val="20"/>
        </w:rPr>
        <w:t>46:45  then how quran says that deen is easy and still wants to make a man creative</w:t>
      </w:r>
      <w:r>
        <w:br/>
      </w:r>
      <w:r>
        <w:rPr>
          <w:sz w:val="20"/>
        </w:rPr>
        <w:t>46:52  what is your comment on this</w:t>
      </w:r>
      <w:r>
        <w:br/>
      </w:r>
      <w:r>
        <w:rPr>
          <w:sz w:val="20"/>
        </w:rPr>
        <w:t>46:57  dekhiye quran mein hai woh hadith mein hai ke deen yusr</w:t>
      </w:r>
      <w:r>
        <w:br/>
      </w:r>
      <w:r>
        <w:rPr>
          <w:sz w:val="20"/>
        </w:rPr>
        <w:t>47:02  deen asan hai to asan kyun hai hadith mein yeh hai ke deen yusr</w:t>
      </w:r>
      <w:r>
        <w:br/>
      </w:r>
      <w:r>
        <w:rPr>
          <w:sz w:val="20"/>
        </w:rPr>
        <w:t>47:09  yeh kyun hai kyunke</w:t>
      </w:r>
      <w:r>
        <w:br/>
      </w:r>
      <w:r>
        <w:rPr>
          <w:sz w:val="20"/>
        </w:rPr>
        <w:t>47:13  quran mein yeh bhi bataya gaya hai ke yeh jo islam hai yeh deen fitrat hai fitrat</w:t>
      </w:r>
      <w:r>
        <w:br/>
      </w:r>
      <w:r>
        <w:rPr>
          <w:sz w:val="20"/>
        </w:rPr>
        <w:t>47:22  alnas alaiha to creative banne ke maane kya hain apne nature ko unfold karna to is se zyada</w:t>
      </w:r>
      <w:r>
        <w:br/>
      </w:r>
      <w:r>
        <w:rPr>
          <w:sz w:val="20"/>
        </w:rPr>
        <w:t>47:27  asan kya ho sakta hai</w:t>
      </w:r>
      <w:r>
        <w:br/>
      </w:r>
      <w:r>
        <w:rPr>
          <w:sz w:val="20"/>
        </w:rPr>
        <w:t>47:30  creative ko use export nahin karte aap balkeh apne andar jo khazana hai jo farmaya quran ne ke</w:t>
      </w:r>
      <w:r>
        <w:br/>
      </w:r>
      <w:r>
        <w:rPr>
          <w:sz w:val="20"/>
        </w:rPr>
        <w:t>47:40  Allah sab kuch Allah taala ne aap ke andar</w:t>
      </w:r>
      <w:r>
        <w:br/>
      </w:r>
      <w:r>
        <w:rPr>
          <w:sz w:val="20"/>
        </w:rPr>
        <w:t>47:45  ان کا مائنڈ میں رکھ دیا ہے اس کو conscious مائنڈ میں لانا یہ ہے creativity یہ تو</w:t>
      </w:r>
      <w:r>
        <w:br/>
      </w:r>
      <w:r>
        <w:rPr>
          <w:sz w:val="20"/>
        </w:rPr>
        <w:t>47:50  sab se asan kaam hai</w:t>
      </w:r>
      <w:r>
        <w:br/>
      </w:r>
      <w:r>
        <w:rPr>
          <w:sz w:val="20"/>
        </w:rPr>
        <w:t>47:53  is mein sirf ek hi rukawat hai distraction</w:t>
      </w:r>
      <w:r>
        <w:br/>
      </w:r>
      <w:r>
        <w:rPr>
          <w:sz w:val="20"/>
        </w:rPr>
        <w:t>47:57  agar aap nature par rahein agar aap ko distract na karein idhar udhar</w:t>
      </w:r>
      <w:r>
        <w:br/>
      </w:r>
      <w:r>
        <w:rPr>
          <w:sz w:val="20"/>
        </w:rPr>
        <w:t>48:03  aur waqeatan aap jaane ke mujhe unfold karna hai apni fitrat ko is se zyada asan kaam aur</w:t>
      </w:r>
      <w:r>
        <w:br/>
      </w:r>
      <w:r>
        <w:rPr>
          <w:sz w:val="20"/>
        </w:rPr>
        <w:t>48:08  koi nahin molana yeh sawal aaya hai moradabad se fawad sahab ka aur unhon ne likha hai</w:t>
      </w:r>
      <w:r>
        <w:br/>
      </w:r>
      <w:r>
        <w:rPr>
          <w:sz w:val="20"/>
        </w:rPr>
        <w:t>48:18  کہ مولانا in the Quran God Almighty is being referred as we and sometimes as he. Non-Muslims</w:t>
      </w:r>
      <w:r>
        <w:br/>
      </w:r>
      <w:r>
        <w:rPr>
          <w:sz w:val="20"/>
        </w:rPr>
        <w:t>48:29  often ask us why the gender is sometimes plural and sometimes male for God</w:t>
      </w:r>
      <w:r>
        <w:br/>
      </w:r>
      <w:r>
        <w:rPr>
          <w:sz w:val="20"/>
        </w:rPr>
        <w:t>48:36  please guide us how to address this question during our daawa interaction</w:t>
      </w:r>
      <w:r>
        <w:br/>
      </w:r>
      <w:r>
        <w:rPr>
          <w:sz w:val="20"/>
        </w:rPr>
        <w:t>48:41  yeh koi sawal hi nahin hai yeh to insani zaban mein yeh usloob ki baat hai</w:t>
      </w:r>
      <w:r>
        <w:br/>
      </w:r>
      <w:r>
        <w:rPr>
          <w:sz w:val="20"/>
        </w:rPr>
        <w:t>48:50  insani zaban ka usloob hai</w:t>
      </w:r>
      <w:r>
        <w:br/>
      </w:r>
      <w:r>
        <w:rPr>
          <w:sz w:val="20"/>
        </w:rPr>
        <w:t>48:54  yani jab tak aap yani ginti mein na ho ke quran mein kahin likha hua khuda ek hai</w:t>
      </w:r>
      <w:r>
        <w:br/>
      </w:r>
      <w:r>
        <w:rPr>
          <w:sz w:val="20"/>
        </w:rPr>
        <w:t>49:01  kahin likha hua khuda kai hai to sirf is tarah ki baaton se aap koi to shosha hai</w:t>
      </w:r>
      <w:r>
        <w:br/>
      </w:r>
      <w:r>
        <w:rPr>
          <w:sz w:val="20"/>
        </w:rPr>
        <w:t>49:07  is se koi masla nahi paida hota ye usloob e kalam hai kabhi hum kehte hain main kabhi hum</w:t>
      </w:r>
      <w:r>
        <w:br/>
      </w:r>
      <w:r>
        <w:rPr>
          <w:sz w:val="20"/>
        </w:rPr>
        <w:t>49:13  kehte hain hum kabhi kehte hain hum log ye usloob e kalam hai jo cheez aap sabit karna chahte</w:t>
      </w:r>
      <w:r>
        <w:br/>
      </w:r>
      <w:r>
        <w:rPr>
          <w:sz w:val="20"/>
        </w:rPr>
        <w:t>49:20  hain us ke liye us ko yani ginti ke zaban mein hona chahiye yani kahin quran mein ye</w:t>
      </w:r>
      <w:r>
        <w:br/>
      </w:r>
      <w:r>
        <w:rPr>
          <w:sz w:val="20"/>
        </w:rPr>
        <w:t>49:26  ho ke khuda ek hai kahin ho ke khuda kai hai tab ye sawal paida hota hai warna</w:t>
      </w:r>
      <w:r>
        <w:br/>
      </w:r>
      <w:r>
        <w:rPr>
          <w:sz w:val="20"/>
        </w:rPr>
        <w:t>49:31  ye usloob e kalam kaha jaye ga is ko aur kuch nahi maulana agla ek comment hai aur sawal</w:t>
      </w:r>
      <w:r>
        <w:br/>
      </w:r>
      <w:r>
        <w:rPr>
          <w:sz w:val="20"/>
        </w:rPr>
        <w:t>49:36  hai jo toseef sahab ne kiya hai pune se aur un ka pehle comment parhte hain unho ne</w:t>
      </w:r>
      <w:r>
        <w:br/>
      </w:r>
      <w:r>
        <w:rPr>
          <w:sz w:val="20"/>
        </w:rPr>
        <w:t>49:44  likha hai maulana today's talk was wonderful</w:t>
      </w:r>
      <w:r>
        <w:br/>
      </w:r>
      <w:r>
        <w:rPr>
          <w:sz w:val="20"/>
        </w:rPr>
        <w:t>49:48  Many ulemas don't let us think or question the understanding behind verses of the Quran, whereas you explain Quran as a book which wants mankind to think, contemplate, and question. This is the right way and fits in the framework. Maulana, my question is: can these ulemas be changed so that they stop promoting closed-mindedness?</w:t>
      </w:r>
      <w:r>
        <w:br/>
      </w:r>
      <w:r>
        <w:rPr>
          <w:sz w:val="20"/>
        </w:rPr>
        <w:t>50:14  Should we all take it as a task to give all the madrasas and the so-called leaders your books, including Al-Risalah and Spirit of Islam?</w:t>
      </w:r>
      <w:r>
        <w:br/>
      </w:r>
      <w:r>
        <w:rPr>
          <w:sz w:val="20"/>
        </w:rPr>
        <w:t>50:23  of islam dekhiye main bhi ek aalim hoon main bhi madrase ka product hoon</w:t>
      </w:r>
      <w:r>
        <w:br/>
      </w:r>
      <w:r>
        <w:rPr>
          <w:sz w:val="20"/>
        </w:rPr>
        <w:t>50:31  to ye main kehta hoon ke har har aalim</w:t>
      </w:r>
      <w:r>
        <w:br/>
      </w:r>
      <w:r>
        <w:rPr>
          <w:sz w:val="20"/>
        </w:rPr>
        <w:t>50:35  isi tarah se</w:t>
      </w:r>
      <w:r>
        <w:br/>
      </w:r>
      <w:r>
        <w:rPr>
          <w:sz w:val="20"/>
        </w:rPr>
        <w:t>50:39  samajh sakta hai baaton ko jis ko maine samjha</w:t>
      </w:r>
      <w:r>
        <w:br/>
      </w:r>
      <w:r>
        <w:rPr>
          <w:sz w:val="20"/>
        </w:rPr>
        <w:t>50:42  to aap hamari kitabon mein logon ko pahunchaiye</w:t>
      </w:r>
      <w:r>
        <w:br/>
      </w:r>
      <w:r>
        <w:rPr>
          <w:sz w:val="20"/>
        </w:rPr>
        <w:t>50:46  aur logon ke liye duaen kijiye</w:t>
      </w:r>
      <w:r>
        <w:br/>
      </w:r>
      <w:r>
        <w:rPr>
          <w:sz w:val="20"/>
        </w:rPr>
        <w:t>50:49  aur bohat se ulama hamare mission mein lage hue hain aisa nahi ke ulama nahi lage hue hain</w:t>
      </w:r>
      <w:r>
        <w:br/>
      </w:r>
      <w:r>
        <w:rPr>
          <w:sz w:val="20"/>
        </w:rPr>
        <w:t>50:57  bohat se ulama lage hue hain jinho ne mutala kiya</w:t>
      </w:r>
      <w:r>
        <w:br/>
      </w:r>
      <w:r>
        <w:rPr>
          <w:sz w:val="20"/>
        </w:rPr>
        <w:t>51:01  asal cheez kya hai ke madarison mein</w:t>
      </w:r>
      <w:r>
        <w:br/>
      </w:r>
      <w:r>
        <w:rPr>
          <w:sz w:val="20"/>
        </w:rPr>
        <w:t>51:05  sirf mazi ki baat padhai jati hai aaj ki baat nahi padhai jati</w:t>
      </w:r>
      <w:r>
        <w:br/>
      </w:r>
      <w:r>
        <w:rPr>
          <w:sz w:val="20"/>
        </w:rPr>
        <w:t>51:12  hadith mein aata hai ke yani</w:t>
      </w:r>
      <w:r>
        <w:br/>
      </w:r>
      <w:r>
        <w:rPr>
          <w:sz w:val="20"/>
        </w:rPr>
        <w:t>51:16  apne zamane se apne zamane ko janna</w:t>
      </w:r>
      <w:r>
        <w:br/>
      </w:r>
      <w:r>
        <w:rPr>
          <w:sz w:val="20"/>
        </w:rPr>
        <w:t>51:22  to main madrase walon se kehta hoon ke aap ne</w:t>
      </w:r>
      <w:r>
        <w:br/>
      </w:r>
      <w:r>
        <w:rPr>
          <w:sz w:val="20"/>
        </w:rPr>
        <w:t>51:28  yani qadeem ko bharpoor tor par jaan liya madrase mein ab daur jadeed ko samajhne ke liye hamari</w:t>
      </w:r>
      <w:r>
        <w:br/>
      </w:r>
      <w:r>
        <w:rPr>
          <w:sz w:val="20"/>
        </w:rPr>
        <w:t>51:36  kitaben padhiye dono mein koi takrao nahi hai madrase aap ko qadeem se ba khabar karta hai aur hamari</w:t>
      </w:r>
      <w:r>
        <w:br/>
      </w:r>
      <w:r>
        <w:rPr>
          <w:sz w:val="20"/>
        </w:rPr>
        <w:t>51:43  kitaben jo hain wo jadeed se ba khabar karti hain aur ye wahi hadith ki taameel hai is mein</w:t>
      </w:r>
      <w:r>
        <w:br/>
      </w:r>
      <w:r>
        <w:rPr>
          <w:sz w:val="20"/>
        </w:rPr>
        <w:t>51:49  keh to aap</w:t>
      </w:r>
      <w:r>
        <w:br/>
      </w:r>
      <w:r>
        <w:rPr>
          <w:sz w:val="20"/>
        </w:rPr>
        <w:t>51:54  purey hope ke sath logon ke parhwai kitaben kyunke madarson mein fanniyat pai jati hain darsiyat pai jati</w:t>
      </w:r>
      <w:r>
        <w:br/>
      </w:r>
      <w:r>
        <w:rPr>
          <w:sz w:val="20"/>
        </w:rPr>
        <w:t>52:04  hain door jadeed wahan nahi parha jata to ye</w:t>
      </w:r>
      <w:r>
        <w:br/>
      </w:r>
      <w:r>
        <w:rPr>
          <w:sz w:val="20"/>
        </w:rPr>
        <w:t>52:09  in ko alag se aap batana parega ke door jadeed hai kia</w:t>
      </w:r>
      <w:r>
        <w:br/>
      </w:r>
      <w:r>
        <w:rPr>
          <w:sz w:val="20"/>
        </w:rPr>
        <w:t>52:14  yehi hum kar rahe hain aur inshallah bohat se ulama hamare mishre mein jud chuke hain</w:t>
      </w:r>
      <w:r>
        <w:br/>
      </w:r>
      <w:r>
        <w:rPr>
          <w:sz w:val="20"/>
        </w:rPr>
        <w:t>52:23  molana agla sawal kia hai mumbai se shakeel sahab ne aur unhon ne likha hai</w:t>
      </w:r>
      <w:r>
        <w:br/>
      </w:r>
      <w:r>
        <w:rPr>
          <w:sz w:val="20"/>
        </w:rPr>
        <w:t>52:31  molana believe in god is also a need of every human being just like any other thing if</w:t>
      </w:r>
      <w:r>
        <w:br/>
      </w:r>
      <w:r>
        <w:rPr>
          <w:sz w:val="20"/>
        </w:rPr>
        <w:t>52:39  people do not believe in god then their life becomes purposeless</w:t>
      </w:r>
      <w:r>
        <w:br/>
      </w:r>
      <w:r>
        <w:rPr>
          <w:sz w:val="20"/>
        </w:rPr>
        <w:t>52:44  how do we make others realize this thing please guide us dekhiye quran mein ek ayat hai</w:t>
      </w:r>
      <w:r>
        <w:br/>
      </w:r>
      <w:r>
        <w:rPr>
          <w:sz w:val="20"/>
        </w:rPr>
        <w:t>52:58  yani apne aap par ghor kar ke aap Allah ko daryaft kar sakte hain</w:t>
      </w:r>
      <w:r>
        <w:br/>
      </w:r>
      <w:r>
        <w:rPr>
          <w:sz w:val="20"/>
        </w:rPr>
        <w:t>53:03  isi liye bukhari mein ye riwayat hai ke</w:t>
      </w:r>
      <w:r>
        <w:br/>
      </w:r>
      <w:r>
        <w:rPr>
          <w:sz w:val="20"/>
        </w:rPr>
        <w:t>53:08  Allah ne insan ko apni surat par paida kiya</w:t>
      </w:r>
      <w:r>
        <w:br/>
      </w:r>
      <w:r>
        <w:rPr>
          <w:sz w:val="20"/>
        </w:rPr>
        <w:t>53:12  apni surat par apni surat mani nahi ke wo aisi jaise hamare hath paon waise Allah ke hath</w:t>
      </w:r>
      <w:r>
        <w:br/>
      </w:r>
      <w:r>
        <w:rPr>
          <w:sz w:val="20"/>
        </w:rPr>
        <w:t>53:18  paon naoozubillah nahi Allah ne insan ko is tarah banaya hai ke agar aap ghor karen apne</w:t>
      </w:r>
      <w:r>
        <w:br/>
      </w:r>
      <w:r>
        <w:rPr>
          <w:sz w:val="20"/>
        </w:rPr>
        <w:t>53:24  bare mein to aap apne khalq ko daryaft kar sakte hain aap ek makhlooq hain is makhlooq ko</w:t>
      </w:r>
      <w:r>
        <w:br/>
      </w:r>
      <w:r>
        <w:rPr>
          <w:sz w:val="20"/>
        </w:rPr>
        <w:t>53:32  daryaft karen aap to</w:t>
      </w:r>
      <w:r>
        <w:br/>
      </w:r>
      <w:r>
        <w:rPr>
          <w:sz w:val="20"/>
        </w:rPr>
        <w:t>53:34  aap yaqeeni taur par khalq ko daryaft kar sakte hain ye matlab hai is ka</w:t>
      </w:r>
      <w:r>
        <w:br/>
      </w:r>
      <w:r>
        <w:rPr>
          <w:sz w:val="20"/>
        </w:rPr>
        <w:t>53:39  to har insan apne aap mein ek Khuda ki dalil hai har insan apne aap mein Khuda ki</w:t>
      </w:r>
      <w:r>
        <w:br/>
      </w:r>
      <w:r>
        <w:rPr>
          <w:sz w:val="20"/>
        </w:rPr>
        <w:t>53:47  ma'rifat ka saman rakhta hai sirf zaroorat hai ghor o fikr ki</w:t>
      </w:r>
      <w:r>
        <w:br/>
      </w:r>
      <w:r>
        <w:rPr>
          <w:sz w:val="20"/>
        </w:rPr>
        <w:t>53:56  molana agla sawal lene se pehle ek comment parhna chahenge jo molana abdul basit umri ne bheji hai</w:t>
      </w:r>
      <w:r>
        <w:br/>
      </w:r>
      <w:r>
        <w:rPr>
          <w:sz w:val="20"/>
        </w:rPr>
        <w:t>54:03  doha qatar se aur unhon ne likha hai</w:t>
      </w:r>
      <w:r>
        <w:br/>
      </w:r>
      <w:r>
        <w:rPr>
          <w:sz w:val="20"/>
        </w:rPr>
        <w:t>54:07  molana aaj pehli bar mujhe clearly ye wazeh hua ke quran ka maqsad mere zehan ko kholna hai</w:t>
      </w:r>
      <w:r>
        <w:br/>
      </w:r>
      <w:r>
        <w:rPr>
          <w:sz w:val="20"/>
        </w:rPr>
        <w:t>54:15  mujhe creative insan banana hai ye mere liye bohat zyada thrilling wali baat hai Allah aap ko lambi</w:t>
      </w:r>
      <w:r>
        <w:br/>
      </w:r>
      <w:r>
        <w:rPr>
          <w:sz w:val="20"/>
        </w:rPr>
        <w:t>54:23  umar de taake aap se zyada se zyada istifada kar saken</w:t>
      </w:r>
      <w:r>
        <w:br/>
      </w:r>
      <w:r>
        <w:rPr>
          <w:sz w:val="20"/>
        </w:rPr>
        <w:t>54:31  molana agla sawal dilli se kia hai miss naghma siddiqui ne aur unhon ne likha hai it is</w:t>
      </w:r>
      <w:r>
        <w:br/>
      </w:r>
      <w:r>
        <w:rPr>
          <w:sz w:val="20"/>
        </w:rPr>
        <w:t>54:38  quite reasonable that قرآن addresses individuals to develop their mind towards creativity</w:t>
      </w:r>
      <w:r>
        <w:br/>
      </w:r>
      <w:r>
        <w:rPr>
          <w:sz w:val="20"/>
        </w:rPr>
        <w:t>54:47  then why has the system become so prevalent</w:t>
      </w:r>
      <w:r>
        <w:br/>
      </w:r>
      <w:r>
        <w:rPr>
          <w:sz w:val="20"/>
        </w:rPr>
        <w:t>54:51  what is your comment on this dekhiye yeh wahi cheez hai jisko قرآن mein mazahamat kaha gaya</w:t>
      </w:r>
      <w:r>
        <w:br/>
      </w:r>
      <w:r>
        <w:rPr>
          <w:sz w:val="20"/>
        </w:rPr>
        <w:t>54:56  hai mazahamat kehte hain</w:t>
      </w:r>
      <w:r>
        <w:br/>
      </w:r>
      <w:r>
        <w:rPr>
          <w:sz w:val="20"/>
        </w:rPr>
        <w:t>55:00  imitate karna to pehle zamane mein log imitate karte the yahood o nasara ki ab imitate karte hain</w:t>
      </w:r>
      <w:r>
        <w:br/>
      </w:r>
      <w:r>
        <w:rPr>
          <w:sz w:val="20"/>
        </w:rPr>
        <w:t>55:10  door jadeed ke philosopher ki yeh system ka jo yeh</w:t>
      </w:r>
      <w:r>
        <w:br/>
      </w:r>
      <w:r>
        <w:rPr>
          <w:sz w:val="20"/>
        </w:rPr>
        <w:t>55:17  nazariya hai yeh basically aaya hai democracy aur socialism ki tehreekon ke baad is se pehle system ko</w:t>
      </w:r>
      <w:r>
        <w:br/>
      </w:r>
      <w:r>
        <w:rPr>
          <w:sz w:val="20"/>
        </w:rPr>
        <w:t>55:25  le kar sochta tha nahi tha insan</w:t>
      </w:r>
      <w:r>
        <w:br/>
      </w:r>
      <w:r>
        <w:rPr>
          <w:sz w:val="20"/>
        </w:rPr>
        <w:t>55:28  yeh democracy aur socialism ka naam banaya</w:t>
      </w:r>
      <w:r>
        <w:br/>
      </w:r>
      <w:r>
        <w:rPr>
          <w:sz w:val="20"/>
        </w:rPr>
        <w:t>55:33  to is ki wazahat mein musalmanon ne bhi kehna shuru kiya ke islam ek system hai</w:t>
      </w:r>
      <w:r>
        <w:br/>
      </w:r>
      <w:r>
        <w:rPr>
          <w:sz w:val="20"/>
        </w:rPr>
        <w:t>55:39  system ka system based thinking</w:t>
      </w:r>
      <w:r>
        <w:br/>
      </w:r>
      <w:r>
        <w:rPr>
          <w:sz w:val="20"/>
        </w:rPr>
        <w:t>55:44  system based thinking pehle thi hi nahi dunya mein nahi thi system based thinking yeh to democracy aur</w:t>
      </w:r>
      <w:r>
        <w:br/>
      </w:r>
      <w:r>
        <w:rPr>
          <w:sz w:val="20"/>
        </w:rPr>
        <w:t>55:52  socialism ka jo</w:t>
      </w:r>
      <w:r>
        <w:br/>
      </w:r>
      <w:r>
        <w:rPr>
          <w:sz w:val="20"/>
        </w:rPr>
        <w:t>55:54  jo nazariyat phailay to system based thinking shuru hui</w:t>
      </w:r>
      <w:r>
        <w:br/>
      </w:r>
      <w:r>
        <w:rPr>
          <w:sz w:val="20"/>
        </w:rPr>
        <w:t>56:00  to musalmanon ne samjha ke yani</w:t>
      </w:r>
      <w:r>
        <w:br/>
      </w:r>
      <w:r>
        <w:rPr>
          <w:sz w:val="20"/>
        </w:rPr>
        <w:t>56:06  hamare قرآن mein bhi yeh hona chahiye to unhon ne sabit karna shuru kiya ke قرآن bhi ek</w:t>
      </w:r>
      <w:r>
        <w:br/>
      </w:r>
      <w:r>
        <w:rPr>
          <w:sz w:val="20"/>
        </w:rPr>
        <w:t>56:10  system deta hai halanke قرآن ka maqsad system dena hi nahi hai</w:t>
      </w:r>
      <w:r>
        <w:br/>
      </w:r>
      <w:r>
        <w:rPr>
          <w:sz w:val="20"/>
        </w:rPr>
        <w:t>56:17  is par maine bohat likha hai apni kitabon mein aap is ko parh sakte hain</w:t>
      </w:r>
      <w:r>
        <w:br/>
      </w:r>
      <w:r>
        <w:rPr>
          <w:sz w:val="20"/>
        </w:rPr>
        <w:t>56:24  yeh door jadeed ki wazahat hai woh wazahat jo pehle kiya tha logon ne woh door qadeem ki</w:t>
      </w:r>
      <w:r>
        <w:br/>
      </w:r>
      <w:r>
        <w:rPr>
          <w:sz w:val="20"/>
        </w:rPr>
        <w:t>56:32  wazahat thi yeh door jadeed ki wazahat hai system based</w:t>
      </w:r>
      <w:r>
        <w:br/>
      </w:r>
      <w:r>
        <w:rPr>
          <w:sz w:val="20"/>
        </w:rPr>
        <w:t>56:39  islam pesh karna</w:t>
      </w:r>
      <w:r>
        <w:br/>
      </w:r>
      <w:r>
        <w:rPr>
          <w:sz w:val="20"/>
        </w:rPr>
        <w:t>56:44  maulana agla sawal chandi garh se kiya hai aftab sahib ne aur unhon ne likha hai</w:t>
      </w:r>
      <w:r>
        <w:br/>
      </w:r>
      <w:r>
        <w:rPr>
          <w:sz w:val="20"/>
        </w:rPr>
        <w:t>56:52  maulana how can we establish discipline in our daily life</w:t>
      </w:r>
      <w:r>
        <w:br/>
      </w:r>
      <w:r>
        <w:rPr>
          <w:sz w:val="20"/>
        </w:rPr>
        <w:t>56:57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r>
        <w:br/>
      </w:r>
      <w:r>
        <w:rPr>
          <w:sz w:val="20"/>
        </w:rPr>
        <w:t>57:24  dekhiye jahan tak maine samjha hai</w:t>
      </w:r>
      <w:r>
        <w:br/>
      </w:r>
      <w:r>
        <w:rPr>
          <w:sz w:val="20"/>
        </w:rPr>
        <w:t>57:27  woh yeh hai ke log</w:t>
      </w:r>
      <w:r>
        <w:br/>
      </w:r>
      <w:r>
        <w:rPr>
          <w:sz w:val="20"/>
        </w:rPr>
        <w:t>57:31  hamesha distraction mein phanse rehte hain</w:t>
      </w:r>
      <w:r>
        <w:br/>
      </w:r>
      <w:r>
        <w:rPr>
          <w:sz w:val="20"/>
        </w:rPr>
        <w:t>57:35  mera tajurba yahi hai mukhtalif qism ki distraction koi doston mein phansa hua hai koi shopping mein phansa</w:t>
      </w:r>
      <w:r>
        <w:br/>
      </w:r>
      <w:r>
        <w:rPr>
          <w:sz w:val="20"/>
        </w:rPr>
        <w:t>57:42  hua hai koi kahin phansa hua hai to yeh distraction jo mein phanse hote hain log is ki</w:t>
      </w:r>
      <w:r>
        <w:br/>
      </w:r>
      <w:r>
        <w:rPr>
          <w:sz w:val="20"/>
        </w:rPr>
        <w:t>57:49  wajah se in ka focus</w:t>
      </w:r>
      <w:r>
        <w:br/>
      </w:r>
      <w:r>
        <w:rPr>
          <w:sz w:val="20"/>
        </w:rPr>
        <w:t>57:53  sahi banta nahi jo asal focus jahan parhna chahiye wahan se hat jata hai hat jata hai</w:t>
      </w:r>
      <w:r>
        <w:br/>
      </w:r>
      <w:r>
        <w:rPr>
          <w:sz w:val="20"/>
        </w:rPr>
        <w:t>58:02  to mere nazdeek yeh sab cheezein jo hain</w:t>
      </w:r>
      <w:r>
        <w:br/>
      </w:r>
      <w:r>
        <w:rPr>
          <w:sz w:val="20"/>
        </w:rPr>
        <w:t>58:07  is waqt paida hoti hain jab aap apni zindagi mein</w:t>
      </w:r>
      <w:r>
        <w:br/>
      </w:r>
      <w:r>
        <w:rPr>
          <w:sz w:val="20"/>
        </w:rPr>
        <w:t>58:12  distraction se apne aap ko bachayein to agar aap ko apne aap se mohabbat hai agar aap ko</w:t>
      </w:r>
      <w:r>
        <w:br/>
      </w:r>
      <w:r>
        <w:rPr>
          <w:sz w:val="20"/>
        </w:rPr>
        <w:t>58:18  chahte hain ke aap masjid insan ke apne ko develop karein to aap ko</w:t>
      </w:r>
      <w:r>
        <w:br/>
      </w:r>
      <w:r>
        <w:rPr>
          <w:sz w:val="20"/>
        </w:rPr>
        <w:t>58:24  soch soch kar apne ko distraction se nikalna hoga</w:t>
      </w:r>
      <w:r>
        <w:br/>
      </w:r>
      <w:r>
        <w:rPr>
          <w:sz w:val="20"/>
        </w:rPr>
        <w:t>58:28  kyun ke distraction mein hota yeh hai ke aadmi condition ho jata hai</w:t>
      </w:r>
      <w:r>
        <w:br/>
      </w:r>
      <w:r>
        <w:rPr>
          <w:sz w:val="20"/>
        </w:rPr>
        <w:t>58:33  conditioning ki wajah se is ko distraction distraction nazar nahi aata to sochna parta hai</w:t>
      </w:r>
      <w:r>
        <w:br/>
      </w:r>
      <w:r>
        <w:rPr>
          <w:sz w:val="20"/>
        </w:rPr>
        <w:t>58:40  aap ko apni condition ko todna hoga</w:t>
      </w:r>
      <w:r>
        <w:br/>
      </w:r>
      <w:r>
        <w:rPr>
          <w:sz w:val="20"/>
        </w:rPr>
        <w:t>58:43  aur condition ko tod kar ke apni distraction ko discover karna hoga phir apne aap ko focus par</w:t>
      </w:r>
      <w:r>
        <w:br/>
      </w:r>
      <w:r>
        <w:rPr>
          <w:sz w:val="20"/>
        </w:rPr>
        <w:t>58:50  lana hoga aur koi doosra tareeqa is ke liye hai nahi Maulana agla comment aaya hai Khwaja Kaleem</w:t>
      </w:r>
      <w:r>
        <w:br/>
      </w:r>
      <w:r>
        <w:rPr>
          <w:sz w:val="20"/>
        </w:rPr>
        <w:t>58:58  uddin sahib ka Pennsylvania USA se aur unhon ne likha hai</w:t>
      </w:r>
      <w:r>
        <w:br/>
      </w:r>
      <w:r>
        <w:rPr>
          <w:sz w:val="20"/>
        </w:rPr>
        <w:t>59:04  Maulana Saheb, you have already abundantly proved in your number of books that Quran does not either advise</w:t>
      </w:r>
      <w:r>
        <w:br/>
      </w:r>
      <w:r>
        <w:rPr>
          <w:sz w:val="20"/>
        </w:rPr>
        <w:t>59:12  you to establish a system or gives you a well defined system of society but in today's lecture</w:t>
      </w:r>
      <w:r>
        <w:br/>
      </w:r>
      <w:r>
        <w:rPr>
          <w:sz w:val="20"/>
        </w:rPr>
        <w:t>59:20  i have learned a new point that is Quran invites you to be a creative thinker and also</w:t>
      </w:r>
      <w:r>
        <w:br/>
      </w:r>
      <w:r>
        <w:rPr>
          <w:sz w:val="20"/>
        </w:rPr>
        <w:t>59:27  you gave us the details what it means to be a creative thinker and being creative it opens</w:t>
      </w:r>
      <w:r>
        <w:br/>
      </w:r>
      <w:r>
        <w:rPr>
          <w:sz w:val="20"/>
        </w:rPr>
        <w:t>59:34  the door for intellectual development</w:t>
      </w:r>
      <w:r>
        <w:br/>
      </w:r>
      <w:r>
        <w:rPr>
          <w:sz w:val="20"/>
        </w:rPr>
        <w:t>59:37  It is really a very thrilling point. Thank you very much. Okay, so we will end this session now. We will break for tea and then after tea, we will have the namaz in the hall. Thank you.</w:t>
      </w:r>
    </w:p>
    <w:p>
      <w:pPr>
        <w:pStyle w:val="Heading2"/>
      </w:pPr>
      <w:r>
        <w:t>Salat as a living practice</w:t>
      </w:r>
    </w:p>
    <w:p>
      <w:r>
        <w:rPr>
          <w:color w:val="666666"/>
          <w:sz w:val="18"/>
        </w:rPr>
        <w:t>Islamic Prayer (Part 2) (English) | February 27, 2007 | Maulana Wahiduddin Khan · 33s · at 3:15 · https://youtu.be/xoh_XiWwRlI?t=195</w:t>
      </w:r>
    </w:p>
    <w:p>
      <w:r>
        <w:rPr>
          <w:i/>
        </w:rPr>
        <w:t>“But Salat is not simply a set of rituals.”</w:t>
      </w:r>
    </w:p>
    <w:p>
      <w:r>
        <w:rPr>
          <w:sz w:val="20"/>
        </w:rPr>
        <w:t>3:15  But Salat is not simply a set of rituals. No. Namaaz is a living practice. Namaaz is an intellectual worship with complete consciousness</w:t>
      </w:r>
    </w:p>
    <w:p>
      <w:pPr>
        <w:pStyle w:val="Heading2"/>
      </w:pPr>
      <w:r>
        <w:t>Heart-based spirituality gives temporary ecstasy</w:t>
      </w:r>
    </w:p>
    <w:p>
      <w:r>
        <w:rPr>
          <w:color w:val="666666"/>
          <w:sz w:val="18"/>
        </w:rPr>
        <w:t>Spirituality in Daily Life 13 Aug 2016 - Maulana Wahiduddin Khan · 34s · at 6:04 · https://youtu.be/SB0AF0Q9aTE?t=364</w:t>
      </w:r>
    </w:p>
    <w:p>
      <w:r>
        <w:rPr>
          <w:i/>
        </w:rPr>
        <w:t>“Mai isi nateeje pahuncha hun ki heart-based spirituality mein ecstasy milti hai.”</w:t>
      </w:r>
    </w:p>
    <w:p>
      <w:r>
        <w:rPr>
          <w:sz w:val="20"/>
        </w:rPr>
        <w:t>6:04  dekhiye, main bahut se logon se mila hoon jo is line ke the. kitabein padhi hain. badi mashhoor kitab hai "the monk who sold his priory". to main to isi nateeje pahuncha hoon ki</w:t>
      </w:r>
      <w:r>
        <w:br/>
      </w:r>
      <w:r>
        <w:rPr>
          <w:sz w:val="20"/>
        </w:rPr>
        <w:t>6:21  heart based spirituality mein aadmi ko jo cheez milti hai, wo bekhudi kahiye, usko ecstasy kahiye. to usmein aadmi ko thodi der ke liye zaroor milta hai. zaroor.</w:t>
      </w:r>
    </w:p>
    <w:p>
      <w:pPr>
        <w:pStyle w:val="Heading2"/>
      </w:pPr>
      <w:r>
        <w:t>The core formula of spirituality: love your enemy</w:t>
      </w:r>
    </w:p>
    <w:p>
      <w:r>
        <w:rPr>
          <w:color w:val="666666"/>
          <w:sz w:val="18"/>
        </w:rPr>
        <w:t>Material Science and Spiritual Science 20 May 2012 · 38s · at 13:19 · https://youtu.be/4K6CxjThlxQ?t=799</w:t>
      </w:r>
    </w:p>
    <w:p>
      <w:r>
        <w:rPr>
          <w:i/>
        </w:rPr>
        <w:t>“Bunyadi formula wahi hai jo Hasan Basri ne kaha tha: love your enemy”</w:t>
      </w:r>
    </w:p>
    <w:p>
      <w:r>
        <w:rPr>
          <w:sz w:val="20"/>
        </w:rPr>
        <w:t>13:19  yeh hai raaz. ab mein aap ko ek misaal deta hoon. dekhen rohaniyat ka</w:t>
      </w:r>
      <w:r>
        <w:br/>
      </w:r>
      <w:r>
        <w:rPr>
          <w:sz w:val="20"/>
        </w:rPr>
        <w:t>13:28  buniyadi formula kya hai? buniyadi formula wahi hai jo hazrat basri ne kaha tha: "love your enemy".</w:t>
      </w:r>
      <w:r>
        <w:br/>
      </w:r>
      <w:r>
        <w:rPr>
          <w:sz w:val="20"/>
        </w:rPr>
        <w:t>13:39  apne dushman se mohabbat karo. yahi baat khud quran mein hai chapter 41 mein: "haamim as</w:t>
      </w:r>
      <w:r>
        <w:br/>
      </w:r>
      <w:r>
        <w:rPr>
          <w:sz w:val="20"/>
        </w:rPr>
        <w:t>13:48  jidda". dushman ko dushman na samjho balke dushman ko dost samjho. to kitab mein yahi usool bataya jayega.</w:t>
      </w:r>
    </w:p>
    <w:p>
      <w:pPr>
        <w:pStyle w:val="Heading2"/>
      </w:pPr>
      <w:r>
        <w:t>Managing a mob with water instead of force</w:t>
      </w:r>
    </w:p>
    <w:p>
      <w:r>
        <w:rPr>
          <w:color w:val="666666"/>
          <w:sz w:val="18"/>
        </w:rPr>
        <w:t>Spirituality in Daily Life October 4, 2008 · 2m 28s · at 20:39 · https://youtu.be/oeJR6tYqQVw?t=1239</w:t>
      </w:r>
    </w:p>
    <w:p>
      <w:r>
        <w:rPr>
          <w:i/>
        </w:rPr>
        <w:t>“To unhon ne, woh aadmi bahut achhe the, unhon ne react nahi kiya”</w:t>
      </w:r>
    </w:p>
    <w:p>
      <w:r>
        <w:rPr>
          <w:sz w:val="20"/>
        </w:rPr>
        <w:t>20:39  to unhon ne, woh aadmi bohat achhe thay, unhon ne react nahi kiya, aisa koi order nahi diya, apne ek aadmi ko bheja ja ke report lao ke yeh kaun log hain, kya halat un ki hai, sab baat pata kar ke aao.</w:t>
      </w:r>
      <w:r>
        <w:br/>
      </w:r>
      <w:r>
        <w:rPr>
          <w:sz w:val="20"/>
        </w:rPr>
        <w:t>20:54  ek samajhdar aadmi ko</w:t>
      </w:r>
      <w:r>
        <w:br/>
      </w:r>
      <w:r>
        <w:rPr>
          <w:sz w:val="20"/>
        </w:rPr>
        <w:t>20:57  woh gaya to yeh garmai, garmi ka zamana tha, May June ka zamana tha. woh gaya to aa ke report di is ne ke woh log thay, yani jitna gala sookh raha hai un ka ke bol nahi nikal rahi hai, nara laga rahe hain lekin gala sookh raha hai ek bilkul garmi ki wajah se.</w:t>
      </w:r>
      <w:r>
        <w:br/>
      </w:r>
      <w:r>
        <w:rPr>
          <w:sz w:val="20"/>
        </w:rPr>
        <w:t>21:18  to is tarah se paseene paseene ho rahe hain, gala sookh raha hai aur chale aa rahe hain. to kya kiya</w:t>
      </w:r>
      <w:r>
        <w:br/>
      </w:r>
      <w:r>
        <w:rPr>
          <w:sz w:val="20"/>
        </w:rPr>
        <w:t>21:25  unhon ne? unhon ne kaha ke foran order diya ke pani ka intezam karo, thande pani ka. hamare haan ek cheez jis ko kehte hain naad, just like balti ya tub mitti ka hota hai,</w:t>
      </w:r>
      <w:r>
        <w:br/>
      </w:r>
      <w:r>
        <w:rPr>
          <w:sz w:val="20"/>
        </w:rPr>
        <w:t>21:39  us ko hum log naad kehte hain. yeh mitti ka tub samajh lijiye aap. to unhon ne kaha ke bohat sara woh le aao, is mein barf dalo aur pani bhar do.</w:t>
      </w:r>
      <w:r>
        <w:br/>
      </w:r>
      <w:r>
        <w:rPr>
          <w:sz w:val="20"/>
        </w:rPr>
        <w:t>21:49  pani se pani se bhar ke barf dalo, thanda pani,</w:t>
      </w:r>
      <w:r>
        <w:br/>
      </w:r>
      <w:r>
        <w:rPr>
          <w:sz w:val="20"/>
        </w:rPr>
        <w:t>21:53  yani un ki kothi ke bahar sab rakhwa do. sab dhara dhara dhara dhara is ka intezam kiya gaya. ab jab woh log pahunche wahan aur is mein kooda bhi rakh do peene ke liye pani ka, jab dekha ke yahan pe pani ka thande pani ka intezam hai to toot pade pani ke upar, khoob khoob pani piya.</w:t>
      </w:r>
      <w:r>
        <w:br/>
      </w:r>
      <w:r>
        <w:rPr>
          <w:sz w:val="20"/>
        </w:rPr>
        <w:t>22:15  ab yahan par dekhiye, nature ne work kiya. nature,</w:t>
      </w:r>
      <w:r>
        <w:br/>
      </w:r>
      <w:r>
        <w:rPr>
          <w:sz w:val="20"/>
        </w:rPr>
        <w:t>22:20  nature ne work yeh kiya ke thanda pani pi kar woh thande ho gaye, ghussa thanda ho gaya un ka, ghamand shant ho gaya.</w:t>
      </w:r>
      <w:r>
        <w:br/>
      </w:r>
      <w:r>
        <w:rPr>
          <w:sz w:val="20"/>
        </w:rPr>
        <w:t>22:31  to slogan band, pathar pathrao karo, sab band, ghussa khatam. itni si baat par baat khatam ho gayi ke leader sahib jo thay,</w:t>
      </w:r>
      <w:r>
        <w:br/>
      </w:r>
      <w:r>
        <w:rPr>
          <w:sz w:val="20"/>
        </w:rPr>
        <w:t>22:42  ek momentum le kar aaye thay, woh to unhon ne kaha ke hamein permit kar dijiye ke hum aap ko momentum aap ke hath mein pesh kar dein. to zahir hai ke magistrate ne happy li, us ko agree kiya, us se kaha jaiye.</w:t>
      </w:r>
      <w:r>
        <w:br/>
      </w:r>
      <w:r>
        <w:rPr>
          <w:sz w:val="20"/>
        </w:rPr>
        <w:t>22:57  andar gaye, momentum pesh kar diya aur loot gaye. woh yeh hai management, art of management.</w:t>
      </w:r>
    </w:p>
    <w:p>
      <w:pPr>
        <w:pStyle w:val="Heading2"/>
      </w:pPr>
      <w:r>
        <w:t>Satan diverts man vs Satan to man vs man</w:t>
      </w:r>
    </w:p>
    <w:p>
      <w:r>
        <w:rPr>
          <w:color w:val="666666"/>
          <w:sz w:val="18"/>
        </w:rPr>
        <w:t>From the Spiritual Tree August 31, 2008 · 1m 48s · at 15:31 · https://youtu.be/yqFdYWdODM0?t=931</w:t>
      </w:r>
    </w:p>
    <w:p>
      <w:r>
        <w:rPr>
          <w:i/>
        </w:rPr>
        <w:t>“What will Satan do in the world?”</w:t>
      </w:r>
    </w:p>
    <w:p>
      <w:r>
        <w:rPr>
          <w:sz w:val="20"/>
        </w:rPr>
        <w:t>15:31  kya karega duniya mein? insan ke sath duniya mein kya karega woh? woh yeh karega ke woh jo insan ke andar jo enmity hai satan ke liye, us ko divert kar dega.</w:t>
      </w:r>
      <w:r>
        <w:br/>
      </w:r>
      <w:r>
        <w:rPr>
          <w:sz w:val="20"/>
        </w:rPr>
        <w:t>15:50  us ko bohat samjhiye aap. bohat samajhne ki baat hai. insan ke andar khuda ne rakha tha ke woh satan ko apna dushman samjhe.</w:t>
      </w:r>
      <w:r>
        <w:br/>
      </w:r>
      <w:r>
        <w:rPr>
          <w:sz w:val="20"/>
        </w:rPr>
        <w:t>16:02  kyun ke wohi behkayega, wohi mislead karega. to satan ke liye insan ke andar pehle din se dushmani thi, enmity thi.</w:t>
      </w:r>
      <w:r>
        <w:br/>
      </w:r>
      <w:r>
        <w:rPr>
          <w:sz w:val="20"/>
        </w:rPr>
        <w:t>16:17  lekin satan kya karega? yeh kya kar raha hai? us ko woh divert kar raha hai insan ki taraf. yani man versus satan jo cheez thi, us ko woh man versus man bana raha hai.</w:t>
      </w:r>
      <w:r>
        <w:br/>
      </w:r>
      <w:r>
        <w:rPr>
          <w:sz w:val="20"/>
        </w:rPr>
        <w:t>16:32  yeh poori history mein zoroastrianism ne jo kaha tha ke "the world is a perpetual background".</w:t>
      </w:r>
      <w:r>
        <w:br/>
      </w:r>
      <w:r>
        <w:rPr>
          <w:sz w:val="20"/>
        </w:rPr>
        <w:t>16:41  battlefield. "the world is a perpetual battlefield between good and evil forces". to woh is silsile mein sahi hai. to jo insan ke andar jo jazba rakha gaya tha satan ke against mein,</w:t>
      </w:r>
      <w:r>
        <w:br/>
      </w:r>
      <w:r>
        <w:rPr>
          <w:sz w:val="20"/>
        </w:rPr>
        <w:t>16:56  to satan ne kya kar diya? us ko insan ke against mein bana diya.</w:t>
      </w:r>
      <w:r>
        <w:br/>
      </w:r>
      <w:r>
        <w:rPr>
          <w:sz w:val="20"/>
        </w:rPr>
        <w:t>17:02  yani man versus satan tha.</w:t>
      </w:r>
      <w:r>
        <w:br/>
      </w:r>
      <w:r>
        <w:rPr>
          <w:sz w:val="20"/>
        </w:rPr>
        <w:t>17:08  aur is ko shaitan ne kar diya man versus man bana diya. bohat hi successful tareeqay se bana diya. yahan tak ke habel qabil se le kar ab tak saare insaan lad rahe hain aapas mein.</w:t>
      </w:r>
    </w:p>
    <w:p>
      <w:pPr>
        <w:pStyle w:val="Heading2"/>
      </w:pPr>
      <w:r>
        <w:t>Prophetic prayer for truth</w:t>
      </w:r>
    </w:p>
    <w:p>
      <w:r>
        <w:rPr>
          <w:color w:val="666666"/>
          <w:sz w:val="18"/>
        </w:rPr>
        <w:t>Science and Spirituality | April 25, 2007 | Maulana Wahiduddin Kha · 30s · at 9:54 · https://youtu.be/cStp24Ri3ps?t=594</w:t>
      </w:r>
    </w:p>
    <w:p>
      <w:r>
        <w:rPr>
          <w:i/>
        </w:rPr>
        <w:t>“O God show me things as it is”</w:t>
      </w:r>
    </w:p>
    <w:p>
      <w:r>
        <w:rPr>
          <w:sz w:val="20"/>
        </w:rPr>
        <w:t>9:54  O God, show me things as it is wa arinal ashiya kamaahya.</w:t>
      </w:r>
      <w:r>
        <w:br/>
      </w:r>
      <w:r>
        <w:rPr>
          <w:sz w:val="20"/>
        </w:rPr>
        <w:t>10:04  O God, show me things as it is." This is the essence of Spirituality.</w:t>
      </w:r>
      <w:r>
        <w:br/>
      </w:r>
      <w:r>
        <w:rPr>
          <w:sz w:val="20"/>
        </w:rPr>
        <w:t>10:14  This is the</w:t>
      </w:r>
    </w:p>
    <w:p>
      <w:pPr>
        <w:pStyle w:val="Heading2"/>
      </w:pPr>
      <w:r>
        <w:t>Snake fear silences all talk</w:t>
      </w:r>
    </w:p>
    <w:p>
      <w:r>
        <w:rPr>
          <w:color w:val="666666"/>
          <w:sz w:val="18"/>
        </w:rPr>
        <w:t>Spiritual Light Nov 26, 2006 Maulana Wahiduddin Khan · 50s · at 13:46 · https://youtu.be/IhfHxIakZOw?t=826</w:t>
      </w:r>
    </w:p>
    <w:p>
      <w:r>
        <w:rPr>
          <w:i/>
        </w:rPr>
        <w:t>“Then he said snake all fell silent”</w:t>
      </w:r>
    </w:p>
    <w:p>
      <w:r>
        <w:rPr>
          <w:sz w:val="20"/>
        </w:rPr>
        <w:t>13:46  toh jaise us ne kaha ke saanp, sab ki bol band ho gayi. sab ke sab bhool gaye. yani kisi ko is ki sari memory fail ho gayi.</w:t>
      </w:r>
      <w:r>
        <w:br/>
      </w:r>
      <w:r>
        <w:rPr>
          <w:sz w:val="20"/>
        </w:rPr>
        <w:t>13:59  aisa lagta tha. aur bhage idhar, bhage idhar, bhage idhar, bhage idhar, bhage. waqai woh kala saanp tha woh ek. toh gaon mein aisa hota hai.</w:t>
      </w:r>
      <w:r>
        <w:br/>
      </w:r>
      <w:r>
        <w:rPr>
          <w:sz w:val="20"/>
        </w:rPr>
        <w:t>14:10  toh aap sochiye ke wahi log jo shabdon ka bhandar bane hue thay, aisa lagta tha ke poori dictionary unhon ne memorize kar rakhi hai.</w:t>
      </w:r>
      <w:r>
        <w:br/>
      </w:r>
      <w:r>
        <w:rPr>
          <w:sz w:val="20"/>
        </w:rPr>
        <w:t>14:24  un ke sab gum ho gaye. woh speechless ho gaye. yeh hai fear. fear ka phenomena.</w:t>
      </w:r>
    </w:p>
    <w:p>
      <w:pPr>
        <w:pStyle w:val="Heading2"/>
      </w:pPr>
      <w:r>
        <w:t>Managing father's death through patience</w:t>
      </w:r>
    </w:p>
    <w:p>
      <w:r>
        <w:rPr>
          <w:color w:val="666666"/>
          <w:sz w:val="18"/>
        </w:rPr>
        <w:t>Spirituality in Daily Life October 4, 2008 · 3m 25s · at 27:36 · https://youtu.be/oeJR6tYqQVw?t=1656</w:t>
      </w:r>
    </w:p>
    <w:p>
      <w:r>
        <w:rPr>
          <w:i/>
        </w:rPr>
        <w:t>“Main wahan tha, kuch dinon Lucknow mein tha”</w:t>
      </w:r>
    </w:p>
    <w:p>
      <w:r>
        <w:rPr>
          <w:sz w:val="20"/>
        </w:rPr>
        <w:t>27:36  mein wahan tha, kuch dino Lucknow mein tha, mein to Lucknow mein Nadwa ek bahut bada madrasa hai, is mein ek sahab wahan padhte the, yani student the woh.</w:t>
      </w:r>
      <w:r>
        <w:br/>
      </w:r>
      <w:r>
        <w:rPr>
          <w:sz w:val="20"/>
        </w:rPr>
        <w:t>27:49  to mere paas woh aaya karte the. ek din aaye to bahut hi gham mein the aur bahut hi chehra unka murjhaya hua tha, bahut hi afsos mein lagte the woh</w:t>
      </w:r>
      <w:r>
        <w:br/>
      </w:r>
      <w:r>
        <w:rPr>
          <w:sz w:val="20"/>
        </w:rPr>
        <w:t>28:00  ۔ to maine kaha, bhai kya hua? aaj kuch aap badle hue dikhai pad rahe hain. to unhone kaha ke mein ghar ja raha hoon, padhai padhai chhod kar ke.</w:t>
      </w:r>
      <w:r>
        <w:br/>
      </w:r>
      <w:r>
        <w:rPr>
          <w:sz w:val="20"/>
        </w:rPr>
        <w:t>28:12  mein ne kaha, kya baat hai? to kaha, mere baap mar gaye hain, ghar par koi doosra hai nahi sambhalne wala. wahan unka agriculture tha, kuch kheti baadi.</w:t>
      </w:r>
      <w:r>
        <w:br/>
      </w:r>
      <w:r>
        <w:rPr>
          <w:sz w:val="20"/>
        </w:rPr>
        <w:t>28:25  to ja raha hoon, ab wohin rahoon ga gaon mein, kya karoon ga?</w:t>
      </w:r>
      <w:r>
        <w:br/>
      </w:r>
      <w:r>
        <w:rPr>
          <w:sz w:val="20"/>
        </w:rPr>
        <w:t>28:29  to unhon ne kaha ke baap mar gaye hain, to ab is liye mujhe jaana hai. instantly mere munh se nikla, aap bhi mar jayen to. jaise unhon ne kaha ke mere baap mar gaye hain, ab mujhe jaana hai,</w:t>
      </w:r>
      <w:r>
        <w:br/>
      </w:r>
      <w:r>
        <w:rPr>
          <w:sz w:val="20"/>
        </w:rPr>
        <w:t>28:42  to instantly mere munh se nikla, aap bhi mar jayen to.</w:t>
      </w:r>
      <w:r>
        <w:br/>
      </w:r>
      <w:r>
        <w:rPr>
          <w:sz w:val="20"/>
        </w:rPr>
        <w:t>28:50  ab ghar kaun dekhe ga?</w:t>
      </w:r>
      <w:r>
        <w:br/>
      </w:r>
      <w:r>
        <w:rPr>
          <w:sz w:val="20"/>
        </w:rPr>
        <w:t>28:54  khair, maine un ko samjhaya, woh maan gaye aur woh nahi gaye. maine kaha, ek ek letter likh diya, ek chithi likh di hai, bas koi jaana mana nahi hai.</w:t>
      </w:r>
      <w:r>
        <w:br/>
      </w:r>
      <w:r>
        <w:rPr>
          <w:sz w:val="20"/>
        </w:rPr>
        <w:t>29:06  ab woh bahar rehte hain, ek bahar ki country mein, unhon ne parha wahan, phir woh arab gaye, wahan parha unhon ne. to unhon ne achhi education li,</w:t>
      </w:r>
      <w:r>
        <w:br/>
      </w:r>
      <w:r>
        <w:rPr>
          <w:sz w:val="20"/>
        </w:rPr>
        <w:t>29:17  ab woh bohat achhi hesiyat mein bahar rehte hain. aur ek baar is ke baad meri mulaqat un se hui hai, yahan delhi mein, woh aaye thay.</w:t>
      </w:r>
      <w:r>
        <w:br/>
      </w:r>
      <w:r>
        <w:rPr>
          <w:sz w:val="20"/>
        </w:rPr>
        <w:t>29:29  to unhon ne kaha ke aap ke is sentence ne meri zindagi badal di, balkeh main bhool chuka tha is qisse ko. unhon ne bataya ke aap ne kaha tha, aap bhi mar jayen to.</w:t>
      </w:r>
      <w:r>
        <w:br/>
      </w:r>
      <w:r>
        <w:rPr>
          <w:sz w:val="20"/>
        </w:rPr>
        <w:t>29:41  unhon ne kaha ke jab maine kaha ke mere baap mar gaye hain, main ghar ja raha hoon, to aap kaha ke aap bhi mar jayen to.</w:t>
      </w:r>
      <w:r>
        <w:br/>
      </w:r>
      <w:r>
        <w:rPr>
          <w:sz w:val="20"/>
        </w:rPr>
        <w:t>29:49  to unhon ne kaha ke is sentence ne meri zindagi badal di. main bahar gaya, bahar maine kafi paisa kamaya, kafi paisa kamaya.</w:t>
      </w:r>
      <w:r>
        <w:br/>
      </w:r>
      <w:r>
        <w:rPr>
          <w:sz w:val="20"/>
        </w:rPr>
        <w:t>30:02  aur phir kya hua? maine ghar banwaya, pakka ghar, kacha ghar tha. mere baap jab maray thay, kacha ghar tha.</w:t>
      </w:r>
      <w:r>
        <w:br/>
      </w:r>
      <w:r>
        <w:rPr>
          <w:sz w:val="20"/>
        </w:rPr>
        <w:t>30:11  maine pakka ghar banwaya, bhai bhaiyon ko parhwaya, behnon ki shadi ki.</w:t>
      </w:r>
      <w:r>
        <w:br/>
      </w:r>
      <w:r>
        <w:rPr>
          <w:sz w:val="20"/>
        </w:rPr>
        <w:t>30:19  agar dekhen, rishtedaron ko bhi maine faida pohanchaya. agar main chala gaya hota to kuch bhi nahi kar sakta tha. yeh hai management, yani ek bohat hi sad news milti hai aap ko, mera baap mar gaya, tab bhi aap manage kijiye.</w:t>
      </w:r>
      <w:r>
        <w:br/>
      </w:r>
      <w:r>
        <w:rPr>
          <w:sz w:val="20"/>
        </w:rPr>
        <w:t>30:39  zahir hai ke sad news hai, yeh ek naujawan bachay ko yeh khabar mile ke mera baap mar gaya hai,</w:t>
      </w:r>
      <w:r>
        <w:br/>
      </w:r>
      <w:r>
        <w:rPr>
          <w:sz w:val="20"/>
        </w:rPr>
        <w:t>30:49  to zahir hai ke us se ziyada sad news aur kya ho sakti hai? lekin tab bhi aap manage kijiye, tab bhi manage kijiye.</w:t>
      </w:r>
      <w:r>
        <w:br/>
      </w:r>
      <w:r>
        <w:rPr>
          <w:sz w:val="20"/>
        </w:rPr>
        <w:t>30:57  to yeh hai farq jo maine kaha ke</w:t>
      </w:r>
    </w:p>
    <w:p>
      <w:pPr>
        <w:pStyle w:val="Heading2"/>
      </w:pPr>
      <w:r>
        <w:t>Prescribed prayers reflect inner states, not words</w:t>
      </w:r>
    </w:p>
    <w:p>
      <w:r>
        <w:rPr>
          <w:color w:val="666666"/>
          <w:sz w:val="18"/>
        </w:rPr>
        <w:t>Tazkiya-e-Nafs Book by Maulana Wahiduddin Khan · 26s · at 52:24 · https://youtu.be/LbGPnJWmj1A?t=3144</w:t>
      </w:r>
    </w:p>
    <w:p>
      <w:r>
        <w:rPr>
          <w:i/>
        </w:rPr>
        <w:t>“Log samajhte hain masnoon azkar muqaddas alfaz hain”</w:t>
      </w:r>
    </w:p>
    <w:p>
      <w:r>
        <w:rPr>
          <w:sz w:val="20"/>
        </w:rPr>
        <w:t>52:24  log shaoori ya ghair shaoori tor par yeh samajhte hain ke masnoon azkar zikr ke muqaddas alf</w:t>
      </w:r>
      <w:r>
        <w:br/>
      </w:r>
      <w:r>
        <w:rPr>
          <w:sz w:val="20"/>
        </w:rPr>
        <w:t>52:31  az hain. un alfaz mein purasrar tor par kuch khawas chhpe hue hain magar yeh durust nahi. haqeeqat yeh hai ke masnoon azkar darasal masnoon kaifiyat ko batane wale alfaz hain na ke mujarrad tor par sirf masnoon alfaz.</w:t>
      </w:r>
    </w:p>
    <w:p>
      <w:pPr>
        <w:pStyle w:val="Heading2"/>
      </w:pPr>
      <w:r>
        <w:t>Hadith on caution and two personality layers</w:t>
      </w:r>
    </w:p>
    <w:p>
      <w:r>
        <w:rPr>
          <w:color w:val="666666"/>
          <w:sz w:val="18"/>
        </w:rPr>
        <w:t>How to Build a Strong Personality June 14, 2008 Maulana Wahiduddin Khan · 5m 44s · at 1:00 · https://youtu.be/bRWn96tpOIM?t=60</w:t>
      </w:r>
    </w:p>
    <w:p>
      <w:r>
        <w:rPr>
          <w:i/>
        </w:rPr>
        <w:t>“There is a hadith with a very important point.”</w:t>
      </w:r>
    </w:p>
    <w:p>
      <w:r>
        <w:rPr>
          <w:sz w:val="20"/>
        </w:rPr>
        <w:t>1:00  yeh theme mujhe is tarah, yeh theme is tarah mere mind mein aayi ke maine ek hadith padhi.</w:t>
      </w:r>
      <w:r>
        <w:br/>
      </w:r>
      <w:r>
        <w:rPr>
          <w:sz w:val="20"/>
        </w:rPr>
        <w:t>1:12  ek hadith hai, is mein bohat important baat kahi gayi hai, aur is ka ta'alluq isi theme se hai. woh hadith, yaani peghambar e islam ka</w:t>
      </w:r>
      <w:r>
        <w:br/>
      </w:r>
      <w:r>
        <w:rPr>
          <w:sz w:val="20"/>
        </w:rPr>
        <w:t>1:26  qawl, is tarah hai ke: "la yablugh al-abd an yakoon min al-muttaqeen hattaida malaa baasbah, hadharmaa bah baas".</w:t>
      </w:r>
      <w:r>
        <w:br/>
      </w:r>
      <w:r>
        <w:rPr>
          <w:sz w:val="20"/>
        </w:rPr>
        <w:t>1:43  yaani koi insaan</w:t>
      </w:r>
      <w:r>
        <w:br/>
      </w:r>
      <w:r>
        <w:rPr>
          <w:sz w:val="20"/>
        </w:rPr>
        <w:t>1:50  baais insaan nahi ban sakta,</w:t>
      </w:r>
      <w:r>
        <w:br/>
      </w:r>
      <w:r>
        <w:rPr>
          <w:sz w:val="20"/>
        </w:rPr>
        <w:t>1:55  koi insaan mutqi insaan nahi ban sakta, yahan tak ke is ka yeh haal ho jaye ke woh</w:t>
      </w:r>
      <w:r>
        <w:br/>
      </w:r>
      <w:r>
        <w:rPr>
          <w:sz w:val="20"/>
        </w:rPr>
        <w:t>2:08  aisi cheezon ko bhi chhod de jis mein bazahir koi kharabi nahi hai, is dar se ke shayad is mein koi kharabi ho.</w:t>
      </w:r>
      <w:r>
        <w:br/>
      </w:r>
      <w:r>
        <w:rPr>
          <w:sz w:val="20"/>
        </w:rPr>
        <w:t>2:23  yaani itna kaishs ho, kaishs. to ek insaan woh hota hai jo careless ho, be parwahi ke sath har tarah ka kaam karta rahe,</w:t>
      </w:r>
      <w:r>
        <w:br/>
      </w:r>
      <w:r>
        <w:rPr>
          <w:sz w:val="20"/>
        </w:rPr>
        <w:t>2:42  jhoot bhi bole, sach bhi bole, yeh bhi kare, woh bhi kare. to yeh hai carelessness. doosra insaan woh hai jo bohat kaishs ho.</w:t>
      </w:r>
      <w:r>
        <w:br/>
      </w:r>
      <w:r>
        <w:rPr>
          <w:sz w:val="20"/>
        </w:rPr>
        <w:t>2:55  kaishs ka matlab hota hai muhtat, yaani koi bhi baat bolna ho, koi kaam karna ho to woh bohat zyada soche,</w:t>
      </w:r>
      <w:r>
        <w:br/>
      </w:r>
      <w:r>
        <w:rPr>
          <w:sz w:val="20"/>
        </w:rPr>
        <w:t>3:11  is ka har response well considered response ho.</w:t>
      </w:r>
      <w:r>
        <w:br/>
      </w:r>
      <w:r>
        <w:rPr>
          <w:sz w:val="20"/>
        </w:rPr>
        <w:t>3:19  woh ek responsible aadmi ki tarah behave kare.</w:t>
      </w:r>
      <w:r>
        <w:br/>
      </w:r>
      <w:r>
        <w:rPr>
          <w:sz w:val="20"/>
        </w:rPr>
        <w:t>3:27  to is hadith se maloom hua ke jo log kaishs honge, bohat zyada care karenge cheezon ka, to woh sirf yahi nahi karenge ke khuli khuli buraiyon se bachenge,</w:t>
      </w:r>
      <w:r>
        <w:br/>
      </w:r>
      <w:r>
        <w:rPr>
          <w:sz w:val="20"/>
        </w:rPr>
        <w:t>3:43  balkeh aisi cheezon se bhi bachenge jo dekhne mein bazahir, apparently, buri na dikhai deti hon, lekin phir bhi is mein koi shubah ho.</w:t>
      </w:r>
      <w:r>
        <w:br/>
      </w:r>
      <w:r>
        <w:rPr>
          <w:sz w:val="20"/>
        </w:rPr>
        <w:t>4:00  is shubah se bachne ke liye woh is se bhi door rahe.</w:t>
      </w:r>
      <w:r>
        <w:br/>
      </w:r>
      <w:r>
        <w:rPr>
          <w:sz w:val="20"/>
        </w:rPr>
        <w:t>4:08  yeh bohat hi important baat hai, kyunke dekhiye, zindagi mein do moral layers hain, yaani hamara character, hamara behaviour jo hota hai,</w:t>
      </w:r>
      <w:r>
        <w:br/>
      </w:r>
      <w:r>
        <w:rPr>
          <w:sz w:val="20"/>
        </w:rPr>
        <w:t>4:24  is ke do layers hain, do satahain hain. ek hai haram aur halaal ki satah, yaani well known cheezein, jaise ke sab log jante hain ke Islam mein sharab haram hai,</w:t>
      </w:r>
      <w:r>
        <w:br/>
      </w:r>
      <w:r>
        <w:rPr>
          <w:sz w:val="20"/>
        </w:rPr>
        <w:t>4:44  sab log jante hain ke Islam mein khanzir khana haram hai. to aadmi is se bache, woh sharab na piye, woh khanzir na khaye,</w:t>
      </w:r>
      <w:r>
        <w:br/>
      </w:r>
      <w:r>
        <w:rPr>
          <w:sz w:val="20"/>
        </w:rPr>
        <w:t>5:00  to woh ek darje ka hua. is ke bar aks agar woh sharab piye, khanzir khaye, to jo aisa kare to is ke andar haram personality banegi.</w:t>
      </w:r>
      <w:r>
        <w:br/>
      </w:r>
      <w:r>
        <w:rPr>
          <w:sz w:val="20"/>
        </w:rPr>
        <w:t>5:14  yaani jo khuli khuli haram cheezein hain, sab jante hain ke Islam mein sharab haram hai, Islam mein khanzir khana haram hai. to jo aadmi jante boojhte in cheezon ko kare,</w:t>
      </w:r>
      <w:r>
        <w:br/>
      </w:r>
      <w:r>
        <w:rPr>
          <w:sz w:val="20"/>
        </w:rPr>
        <w:t>5:27  to is ke andar kya hoga?</w:t>
      </w:r>
      <w:r>
        <w:br/>
      </w:r>
      <w:r>
        <w:rPr>
          <w:sz w:val="20"/>
        </w:rPr>
        <w:t>5:32  haram personality banegi. yeh bohat hi buri personality hai. lekin yahi ek satah nahi hai, yahi ek level nahi hai.</w:t>
      </w:r>
      <w:r>
        <w:br/>
      </w:r>
      <w:r>
        <w:rPr>
          <w:sz w:val="20"/>
        </w:rPr>
        <w:t>5:47  is ke sawab bhi ek level hain, aur wahi hai jo hadith mein bataya gaya hai. is ko main apne shabdon mein kahunga ke weak personality, yaani apne aap ko is se bachana ke apne andar weak personality develop kare.</w:t>
      </w:r>
      <w:r>
        <w:br/>
      </w:r>
      <w:r>
        <w:rPr>
          <w:sz w:val="20"/>
        </w:rPr>
        <w:t>6:09  to jahan tak main dekhta hoon, log aise to bohat milenge, bohat milenge jo haram cheezon se bachen, yaani haram personality apne andar na banayein.</w:t>
      </w:r>
      <w:r>
        <w:br/>
      </w:r>
      <w:r>
        <w:rPr>
          <w:sz w:val="20"/>
        </w:rPr>
        <w:t>6:24  to aise to bohat milenge, lekin aise log bohat hi kam, bohat hi kam, yaani rarest among the rare hain jo apne aap ko weak personality ki burai ko jante hon aur apne aap ko is se bachate hon.</w:t>
      </w:r>
    </w:p>
    <w:p>
      <w:pPr>
        <w:pStyle w:val="Heading2"/>
      </w:pPr>
      <w:r>
        <w:t>Critiquing ecstasy as spirituality's ultimate goal</w:t>
      </w:r>
    </w:p>
    <w:p>
      <w:r>
        <w:rPr>
          <w:color w:val="666666"/>
          <w:sz w:val="18"/>
        </w:rPr>
        <w:t>Spirituality in Islam January 1, 2006 Maulana Wahiduddin Khan · 2m 03s · at 9:26 · https://youtu.be/XO4htFBEkV4?t=566</w:t>
      </w:r>
    </w:p>
    <w:p>
      <w:r>
        <w:rPr>
          <w:i/>
        </w:rPr>
        <w:t>“Spirituality ke har school ka goal ecstasy hota hai”</w:t>
      </w:r>
    </w:p>
    <w:p>
      <w:r>
        <w:rPr>
          <w:sz w:val="20"/>
        </w:rPr>
        <w:t>9:26  spirituality ke jitne bhi schools hain, aap un ko parhiye to sab mein aap painge ke un ka jo goal hai woh kya hai?</w:t>
      </w:r>
      <w:r>
        <w:br/>
      </w:r>
      <w:r>
        <w:rPr>
          <w:sz w:val="20"/>
        </w:rPr>
        <w:t>9:38  ecstasy, wajd ya ecstasy.</w:t>
      </w:r>
      <w:r>
        <w:br/>
      </w:r>
      <w:r>
        <w:rPr>
          <w:sz w:val="20"/>
        </w:rPr>
        <w:t>9:44  jahan tak main janta hoon, spirituality ke har school ka yahi hai mamla ke un ke haan ecstasy jo hai yeh aakhri goal hai.</w:t>
      </w:r>
      <w:r>
        <w:br/>
      </w:r>
      <w:r>
        <w:rPr>
          <w:sz w:val="20"/>
        </w:rPr>
        <w:t>10:00  ecstasy kya hai? apne aap ko aik aisi state mein le jana jahan aap tension free hon, jahan koi stress na ho, jahan koi aap ko gham na ho.</w:t>
      </w:r>
      <w:r>
        <w:br/>
      </w:r>
      <w:r>
        <w:rPr>
          <w:sz w:val="20"/>
        </w:rPr>
        <w:t>10:14  yani yeh hai is ka matlab. main main aap se arz karta hoon ke aisi spirituality kis kaam ki?</w:t>
      </w:r>
      <w:r>
        <w:br/>
      </w:r>
      <w:r>
        <w:rPr>
          <w:sz w:val="20"/>
        </w:rPr>
        <w:t>10:24  aisi spirituality se society ko kya mila? insaniyat ko kya mila?</w:t>
      </w:r>
      <w:r>
        <w:br/>
      </w:r>
      <w:r>
        <w:rPr>
          <w:sz w:val="20"/>
        </w:rPr>
        <w:t>10:33  kuch bhi nahi mila. isi liye is spirituality mein applied spirituality ki koi jagah nahi hai.</w:t>
      </w:r>
      <w:r>
        <w:br/>
      </w:r>
      <w:r>
        <w:rPr>
          <w:sz w:val="20"/>
        </w:rPr>
        <w:t>10:43  yani logically applied spirituality has no room in this kind of spirituality, which is prevalent among other people.</w:t>
      </w:r>
      <w:r>
        <w:br/>
      </w:r>
      <w:r>
        <w:rPr>
          <w:sz w:val="20"/>
        </w:rPr>
        <w:t>10:55  kyun? yeh spirituality jo hai society se apne ko detach kar ke hasil ki jati hai.</w:t>
      </w:r>
      <w:r>
        <w:br/>
      </w:r>
      <w:r>
        <w:rPr>
          <w:sz w:val="20"/>
        </w:rPr>
        <w:t>11:06  society se apne ko detach kar ke, society mein kya ho raha hai is se alag kar ke, apne ko aik individual level par tension free mind banana.</w:t>
      </w:r>
      <w:r>
        <w:br/>
      </w:r>
      <w:r>
        <w:rPr>
          <w:sz w:val="20"/>
        </w:rPr>
        <w:t>11:21  tension free apne ko banaya jata hai, jis ko ecstasy kehte hain.</w:t>
      </w:r>
    </w:p>
    <w:p>
      <w:pPr>
        <w:pStyle w:val="Heading2"/>
      </w:pPr>
      <w:r>
        <w:t>Fasting is not just hunger</w:t>
      </w:r>
    </w:p>
    <w:p>
      <w:r>
        <w:rPr>
          <w:color w:val="666666"/>
          <w:sz w:val="18"/>
        </w:rPr>
        <w:t>Fasting A Source of Spiritual Empowerment 21 Aug, 2011 - Maulana Wahiduddin Khan · 34s · at 1:41 · https://youtu.be/b19V3pD-tbQ?t=101</w:t>
      </w:r>
    </w:p>
    <w:p>
      <w:r>
        <w:rPr>
          <w:i/>
        </w:rPr>
        <w:t>“To iska matlab sirf bhuka rehna nahi hai.”</w:t>
      </w:r>
    </w:p>
    <w:p>
      <w:r>
        <w:rPr>
          <w:sz w:val="20"/>
        </w:rPr>
        <w:t>1:41  to is ka matlab sirf bhooka rehna nahi hai.</w:t>
      </w:r>
      <w:r>
        <w:br/>
      </w:r>
      <w:r>
        <w:rPr>
          <w:sz w:val="20"/>
        </w:rPr>
        <w:t>1:52  yeh koi ek ritual nahi hai ke ritual ke taur par aap bhooke rahein mahine bhar, din ke auqat mein.</w:t>
      </w:r>
      <w:r>
        <w:br/>
      </w:r>
      <w:r>
        <w:rPr>
          <w:sz w:val="20"/>
        </w:rPr>
        <w:t>2:06  to roze ki ibadat poori ho jayegi. aisa nahi hai.</w:t>
      </w:r>
    </w:p>
    <w:p>
      <w:pPr>
        <w:pStyle w:val="Heading2"/>
      </w:pPr>
      <w:r>
        <w:t>Self-corruption stops, hypocrisy grows</w:t>
      </w:r>
    </w:p>
    <w:p>
      <w:r>
        <w:rPr>
          <w:color w:val="666666"/>
          <w:sz w:val="18"/>
        </w:rPr>
        <w:t>Dars-e-Quran, Chapter 2,  Vs 7-19 | July 26,  2015 · 30s · at 6:56 · https://youtu.be/O71wvnrbnXU?t=416</w:t>
      </w:r>
    </w:p>
    <w:p>
      <w:r>
        <w:rPr>
          <w:i/>
        </w:rPr>
        <w:t>“When self-correction stops, it gradually becomes hypocrisy.”</w:t>
      </w:r>
    </w:p>
    <w:p>
      <w:r>
        <w:rPr>
          <w:sz w:val="20"/>
        </w:rPr>
        <w:t>6:56  ki conditioning ruki rehti hai.</w:t>
      </w:r>
      <w:r>
        <w:br/>
      </w:r>
      <w:r>
        <w:rPr>
          <w:sz w:val="20"/>
        </w:rPr>
        <w:t>7:01  lekin jab aadmi ke andar self correction ka process jari na ho to wahi dheere dheere nifaq ban jata hai.</w:t>
      </w:r>
      <w:r>
        <w:br/>
      </w:r>
      <w:r>
        <w:rPr>
          <w:sz w:val="20"/>
        </w:rPr>
        <w:t>7:05  to nifaq jab aa jata hai to log bazoher to masjidon mein namaz padhenge, bazoher roze bhi rakhenge.</w:t>
      </w:r>
      <w:r>
        <w:br/>
      </w:r>
      <w:r>
        <w:rPr>
          <w:sz w:val="20"/>
        </w:rPr>
        <w:t>7:09  lekin dil mein ikhlas nahi hoga.</w:t>
      </w:r>
      <w:r>
        <w:br/>
      </w:r>
      <w:r>
        <w:rPr>
          <w:sz w:val="20"/>
        </w:rPr>
        <w:t>7:13  dil mein Allah ka khauf nahi hoga.</w:t>
      </w:r>
      <w:r>
        <w:br/>
      </w:r>
      <w:r>
        <w:rPr>
          <w:sz w:val="20"/>
        </w:rPr>
        <w:t>7:18  dil mein akhirat ki pakad nahi hogi.</w:t>
      </w:r>
      <w:r>
        <w:br/>
      </w:r>
      <w:r>
        <w:rPr>
          <w:sz w:val="20"/>
        </w:rPr>
        <w:t>7:22  to phir kuch un ke siwa mil jayega. apne inter</w:t>
      </w:r>
    </w:p>
    <w:p>
      <w:pPr>
        <w:pStyle w:val="Heading2"/>
      </w:pPr>
      <w:r>
        <w:t>Spirituality is extracting spiritual content</w:t>
      </w:r>
    </w:p>
    <w:p>
      <w:r>
        <w:rPr>
          <w:color w:val="666666"/>
          <w:sz w:val="18"/>
        </w:rPr>
        <w:t>Fasting A Source of Spiritual Empowerment 21 Aug, 2011 - Maulana Wahiduddin Khan · 19s · at 34:13 · https://youtu.be/b19V3pD-tbQ?t=2053</w:t>
      </w:r>
    </w:p>
    <w:p>
      <w:r>
        <w:rPr>
          <w:i/>
        </w:rPr>
        <w:t>“Spirituality nam hai material chizon se spiritual content ko extract karna.”</w:t>
      </w:r>
    </w:p>
    <w:p>
      <w:r>
        <w:rPr>
          <w:sz w:val="20"/>
        </w:rPr>
        <w:t>34:13  spirituality naam hai material cheezon se spiritual content ko extract karna.</w:t>
      </w:r>
      <w:r>
        <w:br/>
      </w:r>
      <w:r>
        <w:rPr>
          <w:sz w:val="20"/>
        </w:rPr>
        <w:t>34:23  extract. har material cheez mein ek inner contact content hota hai. har material cheez mein.</w:t>
      </w:r>
    </w:p>
    <w:p>
      <w:pPr>
        <w:pStyle w:val="Heading2"/>
      </w:pPr>
      <w:r>
        <w:t>modern civilization never delivered real happiness</w:t>
      </w:r>
    </w:p>
    <w:p>
      <w:r>
        <w:rPr>
          <w:color w:val="666666"/>
          <w:sz w:val="18"/>
        </w:rPr>
        <w:t>Discovery of Paradise March 22, 2015 · 44s · at 59:06 · https://youtu.be/2axrfd7sZkE?t=3546</w:t>
      </w:r>
    </w:p>
    <w:p>
      <w:r>
        <w:rPr>
          <w:i/>
        </w:rPr>
        <w:t>“Lord Bertrand Russell ne kaha, khushi shayad achievable nahi”</w:t>
      </w:r>
    </w:p>
    <w:p>
      <w:r>
        <w:rPr>
          <w:sz w:val="20"/>
        </w:rPr>
        <w:t>59:05  تو کوئی بھی نہیں کلیم کر</w:t>
      </w:r>
      <w:r>
        <w:br/>
      </w:r>
      <w:r>
        <w:rPr>
          <w:sz w:val="20"/>
        </w:rPr>
        <w:t>59:06  تا۔ جیسے مثال کے طور پر دیکھیں، لارڈ بارڈن رسل، جو برٹش پلاسفر ہے، کچھ کتاب ہے ہیپینس، اسی پر ہے۔</w:t>
      </w:r>
      <w:r>
        <w:br/>
      </w:r>
      <w:r>
        <w:rPr>
          <w:sz w:val="20"/>
        </w:rPr>
        <w:t>59:15  اس نے کہا کہ ہیپینس جو ہے، ہم نہیں پا سکے۔ ہیپینس شاید اچیوبلی نہیں ہے۔ تو ماڈرن سویلائزیشن نے انسان کے لیے کچھ نئی اپرچونیٹیز دی ہیں، یہ صحیح ہے۔</w:t>
      </w:r>
      <w:r>
        <w:br/>
      </w:r>
      <w:r>
        <w:rPr>
          <w:sz w:val="20"/>
        </w:rPr>
        <w:t>59:29  مثلاً، یہ جو ہے کمیونیکیشن پہلے نہیں تھا، لیکن یہ کہنا صحیح نہیں ہے کہ اس نے ہیپینس بھی دے دی۔</w:t>
      </w:r>
      <w:r>
        <w:br/>
      </w:r>
      <w:r>
        <w:rPr>
          <w:sz w:val="20"/>
        </w:rPr>
        <w:t>59:39  دے دی ہے، یہ تو کوئی بھی کلیم نہیں کرتا۔ میرے خیال سے چاہا تھا کہ ہیپینس دے دے سکے وہ، لیکن وہ یعنی پیکٹلی دے دیا انہوں نے۔</w:t>
      </w:r>
    </w:p>
    <w:p>
      <w:pPr>
        <w:pStyle w:val="Heading2"/>
      </w:pPr>
      <w:r>
        <w:t>Why interest-based economies cause real economic loss</w:t>
      </w:r>
    </w:p>
    <w:p>
      <w:r>
        <w:rPr>
          <w:color w:val="666666"/>
          <w:sz w:val="18"/>
        </w:rPr>
        <w:t>America A Case of Spiritual Starvaltion July 7, 2011 · 1m 32s · at 11:06 · https://youtu.be/N8JYD2P3QYE?t=666</w:t>
      </w:r>
    </w:p>
    <w:p>
      <w:r>
        <w:rPr>
          <w:i/>
        </w:rPr>
        <w:t>“Every book says riba destroys the economy”</w:t>
      </w:r>
    </w:p>
    <w:p>
      <w:r>
        <w:rPr>
          <w:sz w:val="20"/>
        </w:rPr>
        <w:t>11:06  to sari tafseeron mein jo likha rehta hai, woh sirf likha rehta hai, woh yani is mein economic term mein to matlab economy flush nahi kare gi, economy tabah ho jaye gi,</w:t>
      </w:r>
      <w:r>
        <w:br/>
      </w:r>
      <w:r>
        <w:rPr>
          <w:sz w:val="20"/>
        </w:rPr>
        <w:t>11:19  yeh likha rehta hai. to jab mein logon se baat karta tha to koi is ko mannay ko tayyar nahi hota tha. aaj ka insan</w:t>
      </w:r>
      <w:r>
        <w:br/>
      </w:r>
      <w:r>
        <w:rPr>
          <w:sz w:val="20"/>
        </w:rPr>
        <w:t>11:28  woh kehta tha ke aap kehtay hain ke riba jo hai, is mein nuqsan hai, is mein eqtissadiyat ghatati hain, is mein maashi, maashi zindagi tabah hoti hai.</w:t>
      </w:r>
      <w:r>
        <w:br/>
      </w:r>
      <w:r>
        <w:rPr>
          <w:sz w:val="20"/>
        </w:rPr>
        <w:t>11:39  to aisa ho kahan raha hai? hum dekhiye, khoob taraqqi kar rahay hain, hamari cities ko dekhiye, hamaray sharon ko dekhiye, hamara infrastructure dekhiye, sab bankon par chalta hai,</w:t>
      </w:r>
      <w:r>
        <w:br/>
      </w:r>
      <w:r>
        <w:rPr>
          <w:sz w:val="20"/>
        </w:rPr>
        <w:t>11:54  bankon par chalta hai.</w:t>
      </w:r>
      <w:r>
        <w:br/>
      </w:r>
      <w:r>
        <w:rPr>
          <w:sz w:val="20"/>
        </w:rPr>
        <w:t>11:56  agar bank na ho to yeh, yeh, yeh taraqqi hi na ho, kyunke in taraqqiyon ke liye bohat bara investment chahiye.</w:t>
      </w:r>
      <w:r>
        <w:br/>
      </w:r>
      <w:r>
        <w:rPr>
          <w:sz w:val="20"/>
        </w:rPr>
        <w:t>12:09  car ki factory ya aviation ki factory, aap apnay ghar ke paisay nahi chala saktay, is ke liye aap bohat phir amount chahiye. to woh, woh bank deta hai aap ko, woh, woh riba par deta hai, interest par.</w:t>
      </w:r>
      <w:r>
        <w:br/>
      </w:r>
      <w:r>
        <w:rPr>
          <w:sz w:val="20"/>
        </w:rPr>
        <w:t>12:22  to khair, yeh baat kisi ke samajh mein nahi aati thi ke riba ka jo nizam hai, woh yeh eqtissadi aitbar se is mein nuqsan hai.</w:t>
      </w:r>
    </w:p>
    <w:p>
      <w:pPr>
        <w:pStyle w:val="Heading2"/>
      </w:pPr>
      <w:r>
        <w:t>Universe as the office of marifat</w:t>
      </w:r>
    </w:p>
    <w:p>
      <w:r>
        <w:rPr>
          <w:color w:val="666666"/>
          <w:sz w:val="18"/>
        </w:rPr>
        <w:t>Discussion on Marefat (Ulama Session- I) Peace Conference April 29-30, 2023 · 30s · at 33:38 · https://youtu.be/c1NFCRXpYBQ?t=2018</w:t>
      </w:r>
    </w:p>
    <w:p>
      <w:r>
        <w:rPr>
          <w:i/>
        </w:rPr>
        <w:t>“Kainath marifat ka azeem daftar hai.”</w:t>
      </w:r>
    </w:p>
    <w:p>
      <w:r>
        <w:rPr>
          <w:sz w:val="20"/>
        </w:rPr>
        <w:t>33:38  to main misal ke taur par is program ke aakhri aakhri program ke aakhri baat ke taur par. kitabein Maarifat safa number 73 ka ek unwan hai Maarifat ki Tamseelat. yeh paragraph padhkar main apni baat ko khatm karta hoon. Maulana likhte hain Maarifat ki Tamseelat.</w:t>
      </w:r>
      <w:r>
        <w:br/>
      </w:r>
      <w:r>
        <w:rPr>
          <w:sz w:val="20"/>
        </w:rPr>
        <w:t>34:08  kaynat Maarifat ka ek azeem daftar hai. kaynat ke har cheez Maarifat ki ek dastan hai. kaynat ke har cheez Maarifat ko mujassam kiye hue hai. baqi kaynat mein jo cheez fitrat ke qanoon ke tehat zahir hui hai, wahi insan ki satah par shurua Maarifat ki surat mein zahir hoti hai.</w:t>
      </w:r>
    </w:p>
    <w:p>
      <w:pPr>
        <w:pStyle w:val="Heading2"/>
      </w:pPr>
      <w:r>
        <w:t>distraction as the only real obstacle to spiritual growth</w:t>
      </w:r>
    </w:p>
    <w:p>
      <w:r>
        <w:rPr>
          <w:color w:val="666666"/>
          <w:sz w:val="18"/>
        </w:rPr>
        <w:t>Interview Session with Maulana Wahiduddin Khan January 30, 2008 · 1m 41s · at 23:13 · https://youtu.be/o8Gpe9YMuZc?t=1393</w:t>
      </w:r>
    </w:p>
    <w:p>
      <w:r>
        <w:rPr>
          <w:i/>
        </w:rPr>
        <w:t>“There is only one obstacle: distraction.”</w:t>
      </w:r>
    </w:p>
    <w:p>
      <w:r>
        <w:rPr>
          <w:sz w:val="20"/>
        </w:rPr>
        <w:t>23:13  What do you think are the obstacles which one faces in his or her spiritual growth, and how can they be avoided?</w:t>
      </w:r>
      <w:r>
        <w:br/>
      </w:r>
      <w:r>
        <w:rPr>
          <w:sz w:val="20"/>
        </w:rPr>
        <w:t>23:24  I think that only one obstacle, no two or three, that is distraction.</w:t>
      </w:r>
      <w:r>
        <w:br/>
      </w:r>
      <w:r>
        <w:rPr>
          <w:sz w:val="20"/>
        </w:rPr>
        <w:t>23:36  Distraction is the only optic obstacle in this way. And what is distraction?</w:t>
      </w:r>
      <w:r>
        <w:br/>
      </w:r>
      <w:r>
        <w:rPr>
          <w:sz w:val="20"/>
        </w:rPr>
        <w:t>23:46  distraction means living with things that are superficial, that are result less, that are simply entertainment, that is simply enjoy.</w:t>
      </w:r>
      <w:r>
        <w:br/>
      </w:r>
      <w:r>
        <w:rPr>
          <w:sz w:val="20"/>
        </w:rPr>
        <w:t>24:01  people are engaged in those things that are distractions. If you are true, if you are secure into sense of the world, then you have no time to watch movies, to go to outing and shopping.</w:t>
      </w:r>
      <w:r>
        <w:br/>
      </w:r>
      <w:r>
        <w:rPr>
          <w:sz w:val="20"/>
        </w:rPr>
        <w:t>24:23  al diz thingz ar distrekhsn.</w:t>
      </w:r>
      <w:r>
        <w:br/>
      </w:r>
      <w:r>
        <w:rPr>
          <w:sz w:val="20"/>
        </w:rPr>
        <w:t>24:27  So I think that the only thing which is an obstacle in this, in this spiritual path, is distraction.</w:t>
      </w:r>
      <w:r>
        <w:br/>
      </w:r>
      <w:r>
        <w:rPr>
          <w:sz w:val="20"/>
        </w:rPr>
        <w:t>24:38  save yourself from distractions, and you will attain the goal of spirituality. Maulana, more in a personal front, what was the toughest thing that you faced in your spiritual quest?</w:t>
      </w:r>
    </w:p>
    <w:p>
      <w:pPr>
        <w:pStyle w:val="Heading2"/>
      </w:pPr>
      <w:r>
        <w:t>Science-based argument against heart-based traditional Sufi practice</w:t>
      </w:r>
    </w:p>
    <w:p>
      <w:r>
        <w:rPr>
          <w:color w:val="666666"/>
          <w:sz w:val="18"/>
        </w:rPr>
        <w:t>Islam and Sufism (Islam and Spirituality) (English) February 28, 2008 · 2m 08s · at 6:17 · https://youtu.be/6UGAPDfrS2w?t=377</w:t>
      </w:r>
    </w:p>
    <w:p>
      <w:r>
        <w:rPr>
          <w:i/>
        </w:rPr>
        <w:t>“I don't believe in heart-based spirituality — here's why”</w:t>
      </w:r>
    </w:p>
    <w:p>
      <w:r>
        <w:rPr>
          <w:sz w:val="20"/>
        </w:rPr>
        <w:t>6:17  bat I don't believe this kind of spirituality. why? you know, in our modern age, science has corrected so many notions.</w:t>
      </w:r>
      <w:r>
        <w:br/>
      </w:r>
      <w:r>
        <w:rPr>
          <w:sz w:val="20"/>
        </w:rPr>
        <w:t>6:31  for example, in previous centuries, people were believing in geocentric theory.</w:t>
      </w:r>
      <w:r>
        <w:br/>
      </w:r>
      <w:r>
        <w:rPr>
          <w:sz w:val="20"/>
        </w:rPr>
        <w:t>6:40  now, it is discarded. now, we believe in heliocentric theory.</w:t>
      </w:r>
      <w:r>
        <w:br/>
      </w:r>
      <w:r>
        <w:rPr>
          <w:sz w:val="20"/>
        </w:rPr>
        <w:t>6:46  So is the case of spirituality. You know, scientific studies show that heart is nothing but a center of circulation of blood.</w:t>
      </w:r>
      <w:r>
        <w:br/>
      </w:r>
      <w:r>
        <w:rPr>
          <w:sz w:val="20"/>
        </w:rPr>
        <w:t>7:00  thats all. there is no thinking in heart. the center of thinking is our mind.</w:t>
      </w:r>
      <w:r>
        <w:br/>
      </w:r>
      <w:r>
        <w:rPr>
          <w:sz w:val="20"/>
        </w:rPr>
        <w:t>7:10  so i believe that the true spirituality is mind based spirituality. now, if you practice heart based spirituality,</w:t>
      </w:r>
      <w:r>
        <w:br/>
      </w:r>
      <w:r>
        <w:rPr>
          <w:sz w:val="20"/>
        </w:rPr>
        <w:t>7:24  the end is ecstasy or wajd.</w:t>
      </w:r>
      <w:r>
        <w:br/>
      </w:r>
      <w:r>
        <w:rPr>
          <w:sz w:val="20"/>
        </w:rPr>
        <w:t>7:30  through this kind of practices, you reach to a state that is called wajd or is ecstasy.</w:t>
      </w:r>
      <w:r>
        <w:br/>
      </w:r>
      <w:r>
        <w:rPr>
          <w:sz w:val="20"/>
        </w:rPr>
        <w:t>7:41  what is ecstasy? what is ecstasy? ecstasy is going into the state of unconsciousness</w:t>
      </w:r>
      <w:r>
        <w:br/>
      </w:r>
      <w:r>
        <w:rPr>
          <w:sz w:val="20"/>
        </w:rPr>
        <w:t>7:56  . it is like. like every animal lives in this kind of ecstasy. so i dont think that this is this is the true spirituality.</w:t>
      </w:r>
      <w:r>
        <w:br/>
      </w:r>
      <w:r>
        <w:rPr>
          <w:sz w:val="20"/>
        </w:rPr>
        <w:t>8:09  this is</w:t>
      </w:r>
      <w:r>
        <w:br/>
      </w:r>
      <w:r>
        <w:rPr>
          <w:sz w:val="20"/>
        </w:rPr>
        <w:t>8:13  reduced form of spirituality. so i believe in in that kind of spirituality, there is based in mind. mind based spirituality.</w:t>
      </w:r>
    </w:p>
    <w:p>
      <w:pPr>
        <w:pStyle w:val="Heading2"/>
      </w:pPr>
      <w:r>
        <w:t>Islam targets non-political spiritual empire</w:t>
      </w:r>
    </w:p>
    <w:p>
      <w:r>
        <w:rPr>
          <w:color w:val="666666"/>
          <w:sz w:val="18"/>
        </w:rPr>
        <w:t>Five Pillars of Islam | July 30, 2007 · 30s · at 4:47 · https://youtu.be/f31xU7hWLWI?t=287</w:t>
      </w:r>
    </w:p>
    <w:p>
      <w:r>
        <w:rPr>
          <w:i/>
        </w:rPr>
        <w:t>“The target of Islam is to establish a non-political empire”</w:t>
      </w:r>
    </w:p>
    <w:p>
      <w:r>
        <w:rPr>
          <w:sz w:val="20"/>
        </w:rPr>
        <w:t>4:47  No.</w:t>
      </w:r>
      <w:r>
        <w:br/>
      </w:r>
      <w:r>
        <w:rPr>
          <w:sz w:val="20"/>
        </w:rPr>
        <w:t>4:53  The target of Islam is to establish a non-political empire or spiritual empire.</w:t>
      </w:r>
      <w:r>
        <w:br/>
      </w:r>
      <w:r>
        <w:rPr>
          <w:sz w:val="20"/>
        </w:rPr>
        <w:t>4:59  Political empire is not a target of Islam.</w:t>
      </w:r>
      <w:r>
        <w:br/>
      </w:r>
      <w:r>
        <w:rPr>
          <w:sz w:val="20"/>
        </w:rPr>
        <w:t>5:05  It is simply ukhra, secondary thing.</w:t>
      </w:r>
      <w:r>
        <w:br/>
      </w:r>
      <w:r>
        <w:rPr>
          <w:sz w:val="20"/>
        </w:rPr>
        <w:t>5:11  The target of Islam is to establish a non-political emp</w:t>
      </w:r>
    </w:p>
    <w:p>
      <w:pPr>
        <w:pStyle w:val="Heading2"/>
      </w:pPr>
      <w:r>
        <w:t>Geocentric to heliocentric correction</w:t>
      </w:r>
    </w:p>
    <w:p>
      <w:r>
        <w:rPr>
          <w:color w:val="666666"/>
          <w:sz w:val="18"/>
        </w:rPr>
        <w:t>Science and Spirituality | April 25, 2007 | Maulana Wahiduddin Kha · 2m 31s · at 16:33 · https://youtu.be/cStp24Ri3ps?t=993</w:t>
      </w:r>
    </w:p>
    <w:p>
      <w:r>
        <w:rPr>
          <w:i/>
        </w:rPr>
        <w:t>“For two thousand years man believed the Earth is the center”</w:t>
      </w:r>
    </w:p>
    <w:p>
      <w:r>
        <w:rPr>
          <w:sz w:val="20"/>
        </w:rPr>
        <w:t>16:33  s, man was believing that the Earth is the center of the solar system.</w:t>
      </w:r>
      <w:r>
        <w:br/>
      </w:r>
      <w:r>
        <w:rPr>
          <w:sz w:val="20"/>
        </w:rPr>
        <w:t>16:41  Some people were believing that the Earth is the center of the whole cosmos.</w:t>
      </w:r>
      <w:r>
        <w:br/>
      </w:r>
      <w:r>
        <w:rPr>
          <w:sz w:val="20"/>
        </w:rPr>
        <w:t>16:49  So it was this thinking, according to this, that developed the geocentric theory.</w:t>
      </w:r>
      <w:r>
        <w:br/>
      </w:r>
      <w:r>
        <w:rPr>
          <w:sz w:val="20"/>
        </w:rPr>
        <w:t>16:56  Aristotle was believing in this the</w:t>
      </w:r>
      <w:r>
        <w:br/>
      </w:r>
      <w:r>
        <w:rPr>
          <w:sz w:val="20"/>
        </w:rPr>
        <w:t>17:04  ory, geocentric theory, that the Earth is in the center and the sun and all the other planets</w:t>
      </w:r>
      <w:r>
        <w:br/>
      </w:r>
      <w:r>
        <w:rPr>
          <w:sz w:val="20"/>
        </w:rPr>
        <w:t>17:10  are revolving around the Earth.</w:t>
      </w:r>
      <w:r>
        <w:br/>
      </w:r>
      <w:r>
        <w:rPr>
          <w:sz w:val="20"/>
        </w:rPr>
        <w:t>17:16  This was the geocentric theory.</w:t>
      </w:r>
      <w:r>
        <w:br/>
      </w:r>
      <w:r>
        <w:rPr>
          <w:sz w:val="20"/>
        </w:rPr>
        <w:t>17:22  It was completely wrong.</w:t>
      </w:r>
      <w:r>
        <w:br/>
      </w:r>
      <w:r>
        <w:rPr>
          <w:sz w:val="20"/>
        </w:rPr>
        <w:t>17:28  Then science discovered that</w:t>
      </w:r>
      <w:r>
        <w:br/>
      </w:r>
      <w:r>
        <w:rPr>
          <w:sz w:val="20"/>
        </w:rPr>
        <w:t>17:34  this is not correct.</w:t>
      </w:r>
      <w:r>
        <w:br/>
      </w:r>
      <w:r>
        <w:rPr>
          <w:sz w:val="20"/>
        </w:rPr>
        <w:t>17:39  The Earth is a satellite.</w:t>
      </w:r>
      <w:r>
        <w:br/>
      </w:r>
      <w:r>
        <w:rPr>
          <w:sz w:val="20"/>
        </w:rPr>
        <w:t>17:43  It is the central body.</w:t>
      </w:r>
      <w:r>
        <w:br/>
      </w:r>
      <w:r>
        <w:rPr>
          <w:sz w:val="20"/>
        </w:rPr>
        <w:t>17:47  In the solar system, the sun is the center.</w:t>
      </w:r>
      <w:r>
        <w:br/>
      </w:r>
      <w:r>
        <w:rPr>
          <w:sz w:val="20"/>
        </w:rPr>
        <w:t>17:52  The sun is in the center.</w:t>
      </w:r>
      <w:r>
        <w:br/>
      </w:r>
      <w:r>
        <w:rPr>
          <w:sz w:val="20"/>
        </w:rPr>
        <w:t>17:56  So all these planets revolve around this sun.</w:t>
      </w:r>
      <w:r>
        <w:br/>
      </w:r>
      <w:r>
        <w:rPr>
          <w:sz w:val="20"/>
        </w:rPr>
        <w:t>18:01  So it was science that proved</w:t>
      </w:r>
      <w:r>
        <w:br/>
      </w:r>
      <w:r>
        <w:rPr>
          <w:sz w:val="20"/>
        </w:rPr>
        <w:t>18:05  after long, long research that the Earth-centered theory of the solar system was wrong.</w:t>
      </w:r>
      <w:r>
        <w:br/>
      </w:r>
      <w:r>
        <w:rPr>
          <w:sz w:val="20"/>
        </w:rPr>
        <w:t>18:20  And science established that the sun-centered, sun-oriented system of the sun-oriented solar system or sun-centered sol</w:t>
      </w:r>
      <w:r>
        <w:br/>
      </w:r>
      <w:r>
        <w:rPr>
          <w:sz w:val="20"/>
        </w:rPr>
        <w:t>18:35  ar system isright.</w:t>
      </w:r>
      <w:r>
        <w:br/>
      </w:r>
      <w:r>
        <w:rPr>
          <w:sz w:val="20"/>
        </w:rPr>
        <w:t>18:40  That is the heliocentric theory.</w:t>
      </w:r>
      <w:r>
        <w:br/>
      </w:r>
      <w:r>
        <w:rPr>
          <w:sz w:val="20"/>
        </w:rPr>
        <w:t>18:45  So this was the corrective role of science.</w:t>
      </w:r>
      <w:r>
        <w:br/>
      </w:r>
      <w:r>
        <w:rPr>
          <w:sz w:val="20"/>
        </w:rPr>
        <w:t>18:50  The corrective role of science.</w:t>
      </w:r>
      <w:r>
        <w:br/>
      </w:r>
      <w:r>
        <w:rPr>
          <w:sz w:val="20"/>
        </w:rPr>
        <w:t>18:55  There are thousands and thousands of such examples.</w:t>
      </w:r>
      <w:r>
        <w:br/>
      </w:r>
      <w:r>
        <w:rPr>
          <w:sz w:val="20"/>
        </w:rPr>
        <w:t>19:00  And I think that in Spirituality also, there is</w:t>
      </w:r>
    </w:p>
    <w:p>
      <w:pPr>
        <w:pStyle w:val="Heading2"/>
      </w:pPr>
      <w:r>
        <w:t>Curiosity and discontent, the trait of Nobel laureates</w:t>
      </w:r>
    </w:p>
    <w:p>
      <w:r>
        <w:rPr>
          <w:color w:val="666666"/>
          <w:sz w:val="18"/>
        </w:rPr>
        <w:t>Spirituality in Simple Living, High Thinking October 27, 2019 Maulana Wahiduddin Khan · 2m 06s · at 38:31 · https://youtu.be/Kr28g15eFr8?t=2311</w:t>
      </w:r>
    </w:p>
    <w:p>
      <w:r>
        <w:rPr>
          <w:i/>
        </w:rPr>
        <w:t>“Why do I feel dejected even though I keep working?”</w:t>
      </w:r>
    </w:p>
    <w:p>
      <w:r>
        <w:rPr>
          <w:sz w:val="20"/>
        </w:rPr>
        <w:t>38:31  maulana, agla sawal bijnor, up se kya hai mehtab ali nandro sahib ne. unhon ne likha hai: "halankeh mein daawa work karta hoon magar hamesha dejected feeling mein rehta hoon jaise maine kuch nahi kiya." yeh kya hai maulana?</w:t>
      </w:r>
      <w:r>
        <w:br/>
      </w:r>
      <w:r>
        <w:rPr>
          <w:sz w:val="20"/>
        </w:rPr>
        <w:t>38:49  is ko wazeh karen. dekhen, yeh koi negative baat nahi hai,</w:t>
      </w:r>
      <w:r>
        <w:br/>
      </w:r>
      <w:r>
        <w:rPr>
          <w:sz w:val="20"/>
        </w:rPr>
        <w:t>38:56  yeh to bohat achi baat hai. aur dobara mein aap ko readers digest ka ek ek effort deta hoon.</w:t>
      </w:r>
      <w:r>
        <w:br/>
      </w:r>
      <w:r>
        <w:rPr>
          <w:sz w:val="20"/>
        </w:rPr>
        <w:t>39:07  is zamane ki baat hai jab mein parhta tha to is mein ek article chha tha, ek shakhs ne likha tha ke nobel prize jo jin ko milta hai un ki quality kya hoti hai.</w:t>
      </w:r>
      <w:r>
        <w:br/>
      </w:r>
      <w:r>
        <w:rPr>
          <w:sz w:val="20"/>
        </w:rPr>
        <w:t>39:22  yeh ek shakhs ne research kiya, ek kitaab se bhi thi ke is ne kuch selected log jo jin ko nobel prize mila tha un ka study ki ke un ke andar common sifat kya thi.</w:t>
      </w:r>
      <w:r>
        <w:br/>
      </w:r>
      <w:r>
        <w:rPr>
          <w:sz w:val="20"/>
        </w:rPr>
        <w:t>39:42  common</w:t>
      </w:r>
      <w:r>
        <w:br/>
      </w:r>
      <w:r>
        <w:rPr>
          <w:sz w:val="20"/>
        </w:rPr>
        <w:t>39:44  to is ne likha tha ke ke in logon mein common sifat yeh thi ke har ek ne do, har ek mein do sifat pai jati thi, woh thi curiosity and discontent.</w:t>
      </w:r>
      <w:r>
        <w:br/>
      </w:r>
      <w:r>
        <w:rPr>
          <w:sz w:val="20"/>
        </w:rPr>
        <w:t>40:01  yeh to bari achi baat hai,</w:t>
      </w:r>
      <w:r>
        <w:br/>
      </w:r>
      <w:r>
        <w:rPr>
          <w:sz w:val="20"/>
        </w:rPr>
        <w:t>40:06  ehsas kami jo hai to bari achi baat hai.</w:t>
      </w:r>
      <w:r>
        <w:br/>
      </w:r>
      <w:r>
        <w:rPr>
          <w:sz w:val="20"/>
        </w:rPr>
        <w:t>40:11  hum hamesha aur se better se better, better se better banane ki fikr karte rahenge. curiosity and discontent mein yeh aisi koi negative baat hi nahi hai,</w:t>
      </w:r>
      <w:r>
        <w:br/>
      </w:r>
      <w:r>
        <w:rPr>
          <w:sz w:val="20"/>
        </w:rPr>
        <w:t>40:29  yeh to positive baat hai.</w:t>
      </w:r>
    </w:p>
    <w:p>
      <w:pPr>
        <w:pStyle w:val="Heading2"/>
      </w:pPr>
      <w:r>
        <w:t>Judge Muslims by Islam's teachings, not the reverse</w:t>
      </w:r>
    </w:p>
    <w:p>
      <w:r>
        <w:rPr>
          <w:color w:val="666666"/>
          <w:sz w:val="18"/>
        </w:rPr>
        <w:t>Islam and Sufism (Islam and Spirituality) (English) February 28, 2008 · 29s · at 50:11 · https://youtu.be/6UGAPDfrS2w?t=3011</w:t>
      </w:r>
    </w:p>
    <w:p>
      <w:r>
        <w:rPr>
          <w:i/>
        </w:rPr>
        <w:t>“Don't see the Muslims — study the scripture instead”</w:t>
      </w:r>
    </w:p>
    <w:p>
      <w:r>
        <w:rPr>
          <w:sz w:val="20"/>
        </w:rPr>
        <w:t>50:11  don't see the Muslims.</w:t>
      </w:r>
      <w:r>
        <w:br/>
      </w:r>
      <w:r>
        <w:rPr>
          <w:sz w:val="20"/>
        </w:rPr>
        <w:t>50:16  you have to differentiate</w:t>
      </w:r>
      <w:r>
        <w:br/>
      </w:r>
      <w:r>
        <w:rPr>
          <w:sz w:val="20"/>
        </w:rPr>
        <w:t>50:22  between Islam and Muslims.</w:t>
      </w:r>
      <w:r>
        <w:br/>
      </w:r>
      <w:r>
        <w:rPr>
          <w:sz w:val="20"/>
        </w:rPr>
        <w:t>50:25  you have to judge Muslims in the light of Islamic teachings, and not vice versa. You know, Islam has a scripture, and authentic scripture, that is Quran.</w:t>
      </w:r>
    </w:p>
    <w:p>
      <w:pPr>
        <w:pStyle w:val="Heading2"/>
      </w:pPr>
      <w:r>
        <w:t>Dictionary definition of spirituality</w:t>
      </w:r>
    </w:p>
    <w:p>
      <w:r>
        <w:rPr>
          <w:color w:val="666666"/>
          <w:sz w:val="18"/>
        </w:rPr>
        <w:t>Science and Spirituality | April 25, 2007 | Maulana Wahiduddin Kha · 30s · at 2:44 · https://youtu.be/cStp24Ri3ps?t=164</w:t>
      </w:r>
    </w:p>
    <w:p>
      <w:r>
        <w:rPr>
          <w:i/>
        </w:rPr>
        <w:t>“Spirituality means opposed to worldliness”</w:t>
      </w:r>
    </w:p>
    <w:p>
      <w:r>
        <w:rPr>
          <w:sz w:val="20"/>
        </w:rPr>
        <w:t>2:44  Spirituality means opposed to worldliness, opposed to worldliness, or opposed to material.</w:t>
      </w:r>
      <w:r>
        <w:br/>
      </w:r>
      <w:r>
        <w:rPr>
          <w:sz w:val="20"/>
        </w:rPr>
        <w:t>2:54  This is the definition given by dictionaries.</w:t>
      </w:r>
      <w:r>
        <w:br/>
      </w:r>
      <w:r>
        <w:rPr>
          <w:sz w:val="20"/>
        </w:rPr>
        <w:t>3:04  I would like to say that</w:t>
      </w:r>
    </w:p>
    <w:p>
      <w:pPr>
        <w:pStyle w:val="Heading2"/>
      </w:pPr>
      <w:r>
        <w:t>Paradise as an endless journey of discovery</w:t>
      </w:r>
    </w:p>
    <w:p>
      <w:r>
        <w:rPr>
          <w:color w:val="666666"/>
          <w:sz w:val="18"/>
        </w:rPr>
        <w:t>Tazkiya-e-Nafs Book by Maulana Wahiduddin Khan · 5m 49s · at 1:55:28 · https://youtu.be/LbGPnJWmj1A?t=6928</w:t>
      </w:r>
    </w:p>
    <w:p>
      <w:r>
        <w:rPr>
          <w:i/>
        </w:rPr>
        <w:t>“Quran ki surah Zumar mein ahl-e-jannat ke maamle ko is tarah bataya”</w:t>
      </w:r>
    </w:p>
    <w:p>
      <w:r>
        <w:rPr>
          <w:sz w:val="20"/>
        </w:rPr>
        <w:t>1:55:28  tazkiye ka maqsad. kitab "tazkiya e nafs" maulana wahiduddin khan, safha number 59.</w:t>
      </w:r>
      <w:r>
        <w:br/>
      </w:r>
      <w:r>
        <w:rPr>
          <w:sz w:val="20"/>
        </w:rPr>
        <w:t>1:55:42  quran ki surah al zumar mein ahle jannat ke muamle ko is tarah bataya gaya hai: "aur jo log apne rab se dare, woh giroh dar giroh jannat ki taraf le jayen ge.</w:t>
      </w:r>
      <w:r>
        <w:br/>
      </w:r>
      <w:r>
        <w:rPr>
          <w:sz w:val="20"/>
        </w:rPr>
        <w:t>1:55:53  yahan tak ke jab woh wahan pohnchen ge to jannat ke darwaze khol diye jayen ge aur jannat ke muhafiz un se kahenge ke salam ho tum par, khushhal raho, pas tum jannat mein dakhil ho jao hamesha ke liye.</w:t>
      </w:r>
      <w:r>
        <w:br/>
      </w:r>
      <w:r>
        <w:rPr>
          <w:sz w:val="20"/>
        </w:rPr>
        <w:t>1:56:07  aur woh kahenge ke shukr hai us allah ka jis ne hamare sath apna wada sach kar dikhaya aur us ne hum ko is zameen ka waris bana diya.</w:t>
      </w:r>
      <w:r>
        <w:br/>
      </w:r>
      <w:r>
        <w:rPr>
          <w:sz w:val="20"/>
        </w:rPr>
        <w:t>1:56:16  hum jannat mein jahan chahen maqam karen, pas kiya khoob badla hai amal karne walon ka. aur</w:t>
      </w:r>
      <w:r>
        <w:br/>
      </w:r>
      <w:r>
        <w:rPr>
          <w:sz w:val="20"/>
        </w:rPr>
        <w:t>1:56:23  tum farishton ko dekhoge ke woh arsh ke gird halqa banaye hue apne rab ki hamd o tasbeeh karte honge aur logon ke darmiyan theek theek faisla kar diya jayega aur kaha jayega ke sari hamd allah ke liye hai,</w:t>
      </w:r>
      <w:r>
        <w:br/>
      </w:r>
      <w:r>
        <w:rPr>
          <w:sz w:val="20"/>
        </w:rPr>
        <w:t>1:56:38  aalim ka rab" surah number 39 ayat 73 to 75.</w:t>
      </w:r>
      <w:r>
        <w:br/>
      </w:r>
      <w:r>
        <w:rPr>
          <w:sz w:val="20"/>
        </w:rPr>
        <w:t>1:56:46  alhamdulillah rabbil alameen ki ayat surah al fatiha mein maujood dunya ki nisbat se aayi hai. surah al zumar ke mazkoora iqtibas mein yeh ayat dobara akhirat ki dunya ke liye aayi hai.</w:t>
      </w:r>
      <w:r>
        <w:br/>
      </w:r>
      <w:r>
        <w:rPr>
          <w:sz w:val="20"/>
        </w:rPr>
        <w:t>1:57:01  is se maloom hota hai ke insaan se asal cheez jo matloob hai, woh hamd e ilahi hai. yahi cheez maujooda dunya mein bhi matloob hai aur akhirat mein bhi yahi cheez matloob hogi.</w:t>
      </w:r>
      <w:r>
        <w:br/>
      </w:r>
      <w:r>
        <w:rPr>
          <w:sz w:val="20"/>
        </w:rPr>
        <w:t>1:57:14  tazkiye ka asal maqsad yeh hai ke aisi pak roohein yaani purified souls wajood mein aayen jo akhirat mein mabni bar rahm nizam e hayat ka hissa ban saken.</w:t>
      </w:r>
      <w:r>
        <w:br/>
      </w:r>
      <w:r>
        <w:rPr>
          <w:sz w:val="20"/>
        </w:rPr>
        <w:t>1:57:27  maujooda dunya mein insaan ka ek kaam yeh tha ke woh ek tehzeeb yaani civilization ko wajood mein laye. insaan ne bare paimane par yeh kaam anjam diya.</w:t>
      </w:r>
      <w:r>
        <w:br/>
      </w:r>
      <w:r>
        <w:rPr>
          <w:sz w:val="20"/>
        </w:rPr>
        <w:t>1:57:39  hajri daur yaani stone age se aaghaz kar ke us ne is ko electronic daur yaani electronic age tak pohncha diya. yeh kaam fitrat ke qawaneen ko daryaft karne ke zariye anjam paya lekin amal an yeh hua ke insaan ne ek sahi kaam mein galat kaam ko mila diya.</w:t>
      </w:r>
      <w:r>
        <w:br/>
      </w:r>
      <w:r>
        <w:rPr>
          <w:sz w:val="20"/>
        </w:rPr>
        <w:t>1:57:58  fitrat ki taqaton par qabu paane ke baad woh sarkash ban gaya. us ne istibdadi nizam yaani despotic system qaim kiya.</w:t>
      </w:r>
      <w:r>
        <w:br/>
      </w:r>
      <w:r>
        <w:rPr>
          <w:sz w:val="20"/>
        </w:rPr>
        <w:t>1:58:08  us ne azadi ke naam par anarchy phailayi. us ne fashion ke naam par uryaniyat yaani nudity ko riwaj diya waghera.</w:t>
      </w:r>
      <w:r>
        <w:br/>
      </w:r>
      <w:r>
        <w:rPr>
          <w:sz w:val="20"/>
        </w:rPr>
        <w:t>1:58:19  is liye qayamat mein yeh hoga ke saleh logon ko muntakhib kar ke un ko yeh mauqa diya jayega ke woh rabbani tehzeeb ko zyada behtar taur par qaim karen.</w:t>
      </w:r>
      <w:r>
        <w:br/>
      </w:r>
      <w:r>
        <w:rPr>
          <w:sz w:val="20"/>
        </w:rPr>
        <w:t>1:58:29  yahi woh haqeeqat hai jis ko quran ki aik ayat mein is tarah bayan kiya gaya hai:</w:t>
      </w:r>
      <w:r>
        <w:br/>
      </w:r>
      <w:r>
        <w:rPr>
          <w:sz w:val="20"/>
        </w:rPr>
        <w:t>1:58:34  "innal ardh yerisuha ibadiyas salihun" surah number 22 ayat 105. haqEEQAT yeh hai ke insani zindagi ma'rifat ka aik safar hai.</w:t>
      </w:r>
      <w:r>
        <w:br/>
      </w:r>
      <w:r>
        <w:rPr>
          <w:sz w:val="20"/>
        </w:rPr>
        <w:t>1:58:46  yeh safar dunya se le kar akhirat tak chala ja raha hai. dunya mein ma'rifat ka safar mahdood tor par anjam pata hai. akhirat mein ma'rifat ka safar la mahdood tor par jaari rahe ga.</w:t>
      </w:r>
      <w:r>
        <w:br/>
      </w:r>
      <w:r>
        <w:rPr>
          <w:sz w:val="20"/>
        </w:rPr>
        <w:t>1:58:59  is safar ko kamyabi ke sath wahi shakhs tay kar sakta hai jo apna tazkiya kar ke apne aap ko is ka ahal banaye.</w:t>
      </w:r>
      <w:r>
        <w:br/>
      </w:r>
      <w:r>
        <w:rPr>
          <w:sz w:val="20"/>
        </w:rPr>
        <w:t>1:59:07  quran mein bataya gaya hai ke Allah ke kalmaat itne zyada hain ke agar dunya ke tamam samundaron</w:t>
      </w:r>
      <w:r>
        <w:br/>
      </w:r>
      <w:r>
        <w:rPr>
          <w:sz w:val="20"/>
        </w:rPr>
        <w:t>1:59:13  ko aur unke barabar mazeed samundaron ko siyahi yani ink bana diya jaye aur dunya ke tamam</w:t>
      </w:r>
      <w:r>
        <w:br/>
      </w:r>
      <w:r>
        <w:rPr>
          <w:sz w:val="20"/>
        </w:rPr>
        <w:t>1:59:21  darakhton ko qalam bana diya jaye aur phir Allah ke kalmaat ko likhna shuru kiya jaye to tamam</w:t>
      </w:r>
      <w:r>
        <w:br/>
      </w:r>
      <w:r>
        <w:rPr>
          <w:sz w:val="20"/>
        </w:rPr>
        <w:t>1:59:27  samundaron ki siyahi khatm ho jayegi magar Allah ke kalmaat khatm na honge. Surah number 31</w:t>
      </w:r>
      <w:r>
        <w:br/>
      </w:r>
      <w:r>
        <w:rPr>
          <w:sz w:val="20"/>
        </w:rPr>
        <w:t>1:59:34  Aayat 27.</w:t>
      </w:r>
      <w:r>
        <w:br/>
      </w:r>
      <w:r>
        <w:rPr>
          <w:sz w:val="20"/>
        </w:rPr>
        <w:t>1:59:37  yeh baat jo quran mein kahi gayi hai woh khabar nahi hai balke woh insha hai yaani is ka matlab yeh hai ke ahl-e-iman ko chahiye ke woh Allah ke in kalmat ko daryaft karen aur is tarah woh apni ma'rifat ko musalsal barhate rahen.</w:t>
      </w:r>
      <w:r>
        <w:br/>
      </w:r>
      <w:r>
        <w:rPr>
          <w:sz w:val="20"/>
        </w:rPr>
        <w:t>1:59:53  quran ki pehli ayat yeh hai: "alhamdulillah rabbil alamin" surah number aik ayat number aik. yeh ayat bhi khabar nahi hai balke woh insha</w:t>
      </w:r>
      <w:r>
        <w:br/>
      </w:r>
      <w:r>
        <w:rPr>
          <w:sz w:val="20"/>
        </w:rPr>
        <w:t>2:00:03  hai. yeh ayat daryaft ma'rifat ke dunyavi aghaz ko batati hai. doosri jagah quran mein akhirat ke hawale se yahi ayat is tarah aayi hai: "wa qeel alhamdulillah rabbil alamin" surah number 39 ayat number 75.</w:t>
      </w:r>
      <w:r>
        <w:br/>
      </w:r>
      <w:r>
        <w:rPr>
          <w:sz w:val="20"/>
        </w:rPr>
        <w:t>2:00:19  yeh doosri ayat daryaft ma'rifat ke agle marhale ko batati hai jo akhirat ke ziyada behtar mahol mein abad tak jaari rahe ga.</w:t>
      </w:r>
      <w:r>
        <w:br/>
      </w:r>
      <w:r>
        <w:rPr>
          <w:sz w:val="20"/>
        </w:rPr>
        <w:t>2:00:28  aik hadith mein bataya gaya hai ke: "inna allaha yudinnu bir rajulil fajir" sahih al bukhari. is hadith mein jis deeni taeed ka zikr hai us ka sab se bara misdaq ghaleban unniswin sadi aur beeswin sadi ke science danon ka amal hai.</w:t>
      </w:r>
      <w:r>
        <w:br/>
      </w:r>
      <w:r>
        <w:rPr>
          <w:sz w:val="20"/>
        </w:rPr>
        <w:t>2:00:46  unhon ne ma'rifat ke husool ke liye aik scientific framework diya.</w:t>
      </w:r>
      <w:r>
        <w:br/>
      </w:r>
      <w:r>
        <w:rPr>
          <w:sz w:val="20"/>
        </w:rPr>
        <w:t>2:00:51  akhirat mein is safar ma'rifat ko jaari rakhne ke liye ahl-e-iman ko ziyada aala darje ke mu'eedin hasil honge. yeh malaika honge jaisa ke quran mein aaya hai: "nahnu awliya'u fid dunya wa fil akhirah" surah number 41 ayat 31.</w:t>
      </w:r>
    </w:p>
    <w:p>
      <w:pPr>
        <w:pStyle w:val="Heading2"/>
      </w:pPr>
      <w:r>
        <w:t>What Ma'rifat really means: discovering ultimate truth</w:t>
      </w:r>
    </w:p>
    <w:p>
      <w:r>
        <w:rPr>
          <w:color w:val="666666"/>
          <w:sz w:val="18"/>
        </w:rPr>
        <w:t>Divine Personality April 2, 2014 Maulana Wahiduddin Khan · 2m 21s · at 6:19 · https://youtu.be/4F-V__KFzpA?t=379</w:t>
      </w:r>
    </w:p>
    <w:p>
      <w:r>
        <w:rPr>
          <w:i/>
        </w:rPr>
        <w:t>“When you develop the spirit of inquiry, you want to know what is truth.”</w:t>
      </w:r>
    </w:p>
    <w:p>
      <w:r>
        <w:rPr>
          <w:sz w:val="20"/>
        </w:rPr>
        <w:t>6:19  When</w:t>
      </w:r>
      <w:r>
        <w:br/>
      </w:r>
      <w:r>
        <w:rPr>
          <w:sz w:val="20"/>
        </w:rPr>
        <w:t>6:24  you develop the spirit of inquiry you want to know what is truth with a capital T.</w:t>
      </w:r>
      <w:r>
        <w:br/>
      </w:r>
      <w:r>
        <w:rPr>
          <w:sz w:val="20"/>
        </w:rPr>
        <w:t>6:38  What is the purpose of life? What is the scheme of the Creator</w:t>
      </w:r>
      <w:r>
        <w:br/>
      </w:r>
      <w:r>
        <w:rPr>
          <w:sz w:val="20"/>
        </w:rPr>
        <w:t>6:50  ? What is pre-death? What is post-death? So these are basic questions.</w:t>
      </w:r>
      <w:r>
        <w:br/>
      </w:r>
      <w:r>
        <w:rPr>
          <w:sz w:val="20"/>
        </w:rPr>
        <w:t>6:59  When you try to find the answer to these questions and you discover it that is Ma'rifat. Ma'rifat literally means realization or discovery.</w:t>
      </w:r>
      <w:r>
        <w:br/>
      </w:r>
      <w:r>
        <w:rPr>
          <w:sz w:val="20"/>
        </w:rPr>
        <w:t>7:19  This word you can find in the Qur'an in chapter Al-Ma'idah.</w:t>
      </w:r>
      <w:r>
        <w:br/>
      </w:r>
      <w:r>
        <w:rPr>
          <w:sz w:val="20"/>
        </w:rPr>
        <w:t>7:37  Here you can see that Ma'rifat is the beginning of Islam.</w:t>
      </w:r>
      <w:r>
        <w:br/>
      </w:r>
      <w:r>
        <w:rPr>
          <w:sz w:val="20"/>
        </w:rPr>
        <w:t>7:47  When you discover Islam, when you realize God is Almighty then you are an Arif.</w:t>
      </w:r>
      <w:r>
        <w:br/>
      </w:r>
      <w:r>
        <w:rPr>
          <w:sz w:val="20"/>
        </w:rPr>
        <w:t>7:58  Then you attain Ma'rifat. So here is the beginning. Now Ma'rifat is not simply to utter some words.</w:t>
      </w:r>
      <w:r>
        <w:br/>
      </w:r>
      <w:r>
        <w:rPr>
          <w:sz w:val="20"/>
        </w:rPr>
        <w:t>8:11  Ma'rifat is the greatest finding.</w:t>
      </w:r>
      <w:r>
        <w:br/>
      </w:r>
      <w:r>
        <w:rPr>
          <w:sz w:val="20"/>
        </w:rPr>
        <w:t>8:16  Ma'rifat is like brainstorming. When you discover the truth, when you discover the truth of Islam then it is like an earthquake.</w:t>
      </w:r>
    </w:p>
    <w:p>
      <w:pPr>
        <w:pStyle w:val="Heading2"/>
      </w:pPr>
      <w:r>
        <w:t>Man's purpose is realization and self-made</w:t>
      </w:r>
    </w:p>
    <w:p>
      <w:r>
        <w:rPr>
          <w:color w:val="666666"/>
          <w:sz w:val="18"/>
        </w:rPr>
        <w:t>AL RISALA JANUARY 2017 | AUDIO · 1m 30s · at 8:07 · https://youtu.be/_nWm9Mixl-E?t=487</w:t>
      </w:r>
    </w:p>
    <w:p>
      <w:r>
        <w:rPr>
          <w:i/>
        </w:rPr>
        <w:t>“Mojooda duniya mein insaan ko aabaad karne ka asal maqsad”</w:t>
      </w:r>
    </w:p>
    <w:p>
      <w:r>
        <w:rPr>
          <w:sz w:val="20"/>
        </w:rPr>
        <w:t>8:07  ko daryaft kiya hai, woh deen-e-khudawandi ki haqaniyat ki tasdeeq karne wali hain. maujooda dunya mein insaan ko abad karne ka asal maqsad yeh hai ke woh marifat, ya realization, ka safar kare. woh apni shakhsiyat ko aala irtqa ke darjay tak pohnchaye. is tehzeeb ne insaan ke liye ghaur-o-fikr ka ek naya framework diya. is ne ghaur-o-fikr ke liye insaan</w:t>
      </w:r>
      <w:r>
        <w:br/>
      </w:r>
      <w:r>
        <w:rPr>
          <w:sz w:val="20"/>
        </w:rPr>
        <w:t>8:37  ko nayi maloomat, ya data, diya.</w:t>
      </w:r>
      <w:r>
        <w:br/>
      </w:r>
      <w:r>
        <w:rPr>
          <w:sz w:val="20"/>
        </w:rPr>
        <w:t>8:43  is ne insan ko naye wasail, ya resources diye.</w:t>
      </w:r>
      <w:r>
        <w:br/>
      </w:r>
      <w:r>
        <w:rPr>
          <w:sz w:val="20"/>
        </w:rPr>
        <w:t>8:49  yeh tamam cheezein is liye hain ke insan apne safar-e-ma'rifat ko zyada kamyabi ke sath jari rakh</w:t>
      </w:r>
      <w:r>
        <w:br/>
      </w:r>
      <w:r>
        <w:rPr>
          <w:sz w:val="20"/>
        </w:rPr>
        <w:t>8:55  sake, aur apne aap ko ek self-made man ki hesiyat se develop kare.</w:t>
      </w:r>
      <w:r>
        <w:br/>
      </w:r>
      <w:r>
        <w:rPr>
          <w:sz w:val="20"/>
        </w:rPr>
        <w:t>9:01  makhlooq-e-kamil: insan ko ek mukammal makhlooq ki hesiyat se paida kiya gaya hai. In</w:t>
      </w:r>
      <w:r>
        <w:br/>
      </w:r>
      <w:r>
        <w:rPr>
          <w:sz w:val="20"/>
        </w:rPr>
        <w:t>9:07  san ko beshumar salahiyatein di gayi hain, magar yeh salahiyatein us ko bil-quwwa, ya potential, ki surat</w:t>
      </w:r>
      <w:r>
        <w:br/>
      </w:r>
      <w:r>
        <w:rPr>
          <w:sz w:val="20"/>
        </w:rPr>
        <w:t>9:12  mein di gayi hain.</w:t>
      </w:r>
      <w:r>
        <w:br/>
      </w:r>
      <w:r>
        <w:rPr>
          <w:sz w:val="20"/>
        </w:rPr>
        <w:t>9:18  in bil-quwwa salahiyaton ko bil-fi'l, ya actual mein, baro-e-kar lana insan ka apna kaam hai.</w:t>
      </w:r>
      <w:r>
        <w:br/>
      </w:r>
      <w:r>
        <w:rPr>
          <w:sz w:val="20"/>
        </w:rPr>
        <w:t>9:23  insan se yeh matloob hai ke wo apne aap ko khud ta'meer kardah insan, ya self-made man</w:t>
      </w:r>
      <w:r>
        <w:br/>
      </w:r>
      <w:r>
        <w:rPr>
          <w:sz w:val="20"/>
        </w:rPr>
        <w:t>9:28  ki surat mein develop kare.</w:t>
      </w:r>
      <w:r>
        <w:br/>
      </w:r>
      <w:r>
        <w:rPr>
          <w:sz w:val="20"/>
        </w:rPr>
        <w:t>9:33  self development ke is amal, ya process mein, insan</w:t>
      </w:r>
    </w:p>
    <w:p>
      <w:pPr>
        <w:pStyle w:val="Heading2"/>
      </w:pPr>
      <w:r>
        <w:t>Ma'rifat is a brainstorming, earthquake-like discovery</w:t>
      </w:r>
    </w:p>
    <w:p>
      <w:r>
        <w:rPr>
          <w:color w:val="666666"/>
          <w:sz w:val="18"/>
        </w:rPr>
        <w:t>Divine Personality April 2, 2014 Maulana Wahiduddin Khan · 29s · at 8:11 · https://youtu.be/4F-V__KFzpA?t=491</w:t>
      </w:r>
    </w:p>
    <w:p>
      <w:r>
        <w:rPr>
          <w:i/>
        </w:rPr>
        <w:t>“Ma'rifat is the greatest finding.”</w:t>
      </w:r>
    </w:p>
    <w:p>
      <w:r>
        <w:rPr>
          <w:sz w:val="20"/>
        </w:rPr>
        <w:t>8:11  Ma'rifat is the greatest finding.</w:t>
      </w:r>
      <w:r>
        <w:br/>
      </w:r>
      <w:r>
        <w:rPr>
          <w:sz w:val="20"/>
        </w:rPr>
        <w:t>8:16  Ma'rifat is like brainstorming. When you discover the truth, when you discover the truth of Islam then it is like an earthquake.</w:t>
      </w:r>
    </w:p>
    <w:p>
      <w:pPr>
        <w:pStyle w:val="Heading2"/>
      </w:pPr>
      <w:r>
        <w:t>Patience in nature's pace</w:t>
      </w:r>
    </w:p>
    <w:p>
      <w:r>
        <w:rPr>
          <w:color w:val="666666"/>
          <w:sz w:val="18"/>
        </w:rPr>
        <w:t>Nature as a Role Mode May 21, 2006 · 5m 27s · at 58:58 · https://youtu.be/ppaB1Z2zXL8?t=3538</w:t>
      </w:r>
    </w:p>
    <w:p>
      <w:r>
        <w:rPr>
          <w:i/>
        </w:rPr>
        <w:t>“Mujhe shauq hua ek baar, humara baagh tha wahan, ghar ke bahar.”</w:t>
      </w:r>
    </w:p>
    <w:p>
      <w:r>
        <w:rPr>
          <w:sz w:val="20"/>
        </w:rPr>
        <w:t>58:58  isi tarah se ek sabak jo gaon mein mujh par guzra wo batata hoon aap ko. ke mujhe shauq hua ek baar, hamara bagh tha wahan, ghar ke bahar.</w:t>
      </w:r>
      <w:r>
        <w:br/>
      </w:r>
      <w:r>
        <w:rPr>
          <w:sz w:val="20"/>
        </w:rPr>
        <w:t>59:10  to mujhe shauq hua ke main apne ghar mein ek pead lagaoon aam ka. yaani bahar to bagh tha hamara aam ka. to ghar ke andar ek aam mein dekhna chahta tha.</w:t>
      </w:r>
      <w:r>
        <w:br/>
      </w:r>
      <w:r>
        <w:rPr>
          <w:sz w:val="20"/>
        </w:rPr>
        <w:t>59:24  to ab woh is zamane ki baat hai, nojovani ke zamane ki baat hai.</w:t>
      </w:r>
      <w:r>
        <w:br/>
      </w:r>
      <w:r>
        <w:rPr>
          <w:sz w:val="20"/>
        </w:rPr>
        <w:t>59:27  to mein samjha ke agar mein koi bara sa peir le aaon to pehle din mere ghar mein bara sa peir ho jayega. Agar chhota drakht lagaon ga to mujhe das saal intezar karna parega.</w:t>
      </w:r>
      <w:r>
        <w:br/>
      </w:r>
      <w:r>
        <w:rPr>
          <w:sz w:val="20"/>
        </w:rPr>
        <w:t>59:39  to ek peir jo paanch saal ka tha hamare bagh mein.</w:t>
      </w:r>
      <w:r>
        <w:br/>
      </w:r>
      <w:r>
        <w:rPr>
          <w:sz w:val="20"/>
        </w:rPr>
        <w:t>59:46  paanch saal ka.</w:t>
      </w:r>
      <w:r>
        <w:br/>
      </w:r>
      <w:r>
        <w:rPr>
          <w:sz w:val="20"/>
        </w:rPr>
        <w:t>59:48  to yeh us waqt ki baat hai jab ke azadi se pehle ki baat hai, jab wahan zamindari ka daur tha. To hum ne kai mazdoor lagaye. Aur ghar wale jo hai, chunke mujh se kuch kehte nahi thay,</w:t>
      </w:r>
      <w:r>
        <w:br/>
      </w:r>
      <w:r>
        <w:rPr>
          <w:sz w:val="20"/>
        </w:rPr>
        <w:t>1:00:02  to unhone mujhe azadi de di ke jo chahe karo. To kai mazdoor laga kar maine ek peir khodwaya jo taqreeban paanch saal ka tha.</w:t>
      </w:r>
      <w:r>
        <w:br/>
      </w:r>
      <w:r>
        <w:rPr>
          <w:sz w:val="20"/>
        </w:rPr>
        <w:t>1:00:12  bara sa.</w:t>
      </w:r>
      <w:r>
        <w:br/>
      </w:r>
      <w:r>
        <w:rPr>
          <w:sz w:val="20"/>
        </w:rPr>
        <w:t>1:00:13  ab din bhar khoda gaya. Khod kar ke us ko bandha gaya, us ki jo hoti hai neeche, jo pindi kehte hain. Phir ek ek charpai par rakha gaya us ko.</w:t>
      </w:r>
      <w:r>
        <w:br/>
      </w:r>
      <w:r>
        <w:rPr>
          <w:sz w:val="20"/>
        </w:rPr>
        <w:t>1:00:24  aur rakh kar ke laya gaya woh ghar ke andar. Aur us ko hamare aangan mein bo diya gaya. Yani subah se sham tak yeh kaam hua.</w:t>
      </w:r>
      <w:r>
        <w:br/>
      </w:r>
      <w:r>
        <w:rPr>
          <w:sz w:val="20"/>
        </w:rPr>
        <w:t>1:00:34  ab mein bohat khush tha ke maine paanch saal ka safar ek din mein tay kar liya hai. Aur mein khushi khushi so gaya.</w:t>
      </w:r>
      <w:r>
        <w:br/>
      </w:r>
      <w:r>
        <w:rPr>
          <w:sz w:val="20"/>
        </w:rPr>
        <w:t>1:00:43  jab subah utha to us ke patte kuch murjhay hue se thay. To maine socha ke aaj murjhay hue hain, kal phir theek ho jayenge.</w:t>
      </w:r>
      <w:r>
        <w:br/>
      </w:r>
      <w:r>
        <w:rPr>
          <w:sz w:val="20"/>
        </w:rPr>
        <w:t>1:00:53  khoob pani waani diya maine is mein. Kal aur murjha gaye, parson aur murjha gaye. Yahan tak ke saare patte sookh gaye. Is waqeye se pehle hi din mujhe, yani bohat pehle, nojawani ki umar mein mujhe ek sabak mila ke paanch saal ka safar ek din mein tay nahi ho sakta hai.</w:t>
      </w:r>
      <w:r>
        <w:br/>
      </w:r>
      <w:r>
        <w:rPr>
          <w:sz w:val="20"/>
        </w:rPr>
        <w:t>1:01:11  fitrat ne jo course rakha hai zindagi ka, us course ko humein follow karna parega. Is course ke siwa doosra koi tareeqa nahi hai. Baad ko maine aise hi qissa parha ek padri ka,</w:t>
      </w:r>
      <w:r>
        <w:br/>
      </w:r>
      <w:r>
        <w:rPr>
          <w:sz w:val="20"/>
        </w:rPr>
        <w:t>1:01:25  leaders georges mein. Us ne bhi aise hi kiya ke ek bara sa peir khod kar ke laya apne ghar mein aur laga diya. Lekin woh bhi zahir hai sookh gaya.</w:t>
      </w:r>
      <w:r>
        <w:br/>
      </w:r>
      <w:r>
        <w:rPr>
          <w:sz w:val="20"/>
        </w:rPr>
        <w:t>1:01:36  to</w:t>
      </w:r>
      <w:r>
        <w:br/>
      </w:r>
      <w:r>
        <w:rPr>
          <w:sz w:val="20"/>
        </w:rPr>
        <w:t>1:01:37  do teen din ke baad us ka ek dost baali ke liye aaya us ko. To bohat pareshan tha, bohat pareshan dikhai parta tha. To us dost ne poocha bhai kya baat hai, bohat pareshan nazar aate ho?</w:t>
      </w:r>
      <w:r>
        <w:br/>
      </w:r>
      <w:r>
        <w:rPr>
          <w:sz w:val="20"/>
        </w:rPr>
        <w:t>1:01:49  to us ne kaha ke "I am in a hurry but God isn't". "I am in a hurry but God isn't".</w:t>
      </w:r>
      <w:r>
        <w:br/>
      </w:r>
      <w:r>
        <w:rPr>
          <w:sz w:val="20"/>
        </w:rPr>
        <w:t>1:01:58  mein jaldi mein hoon magar Khuda jaldi nahi chahta. To us ne ek qissa bataya.</w:t>
      </w:r>
      <w:r>
        <w:br/>
      </w:r>
      <w:r>
        <w:rPr>
          <w:sz w:val="20"/>
        </w:rPr>
        <w:t>1:02:04  to behal is se maine yeh nateeja nikla, poori zindagi par yeh chha gaya yeh sabak mera. Ke aap ko koi bhi taraqqi lena hai to jo fitrat ka course hai us ko follow karna parega.</w:t>
      </w:r>
      <w:r>
        <w:br/>
      </w:r>
      <w:r>
        <w:rPr>
          <w:sz w:val="20"/>
        </w:rPr>
        <w:t>1:02:21  namumkin hai ke aap khud se koi course banayein, khud se koi rasta banayein, us par dorna shuru kar dein aur aap manzil tak pahunch jayein.</w:t>
      </w:r>
      <w:r>
        <w:br/>
      </w:r>
      <w:r>
        <w:rPr>
          <w:sz w:val="20"/>
        </w:rPr>
        <w:t>1:02:31  yeh namumkin hai.</w:t>
      </w:r>
      <w:r>
        <w:br/>
      </w:r>
      <w:r>
        <w:rPr>
          <w:sz w:val="20"/>
        </w:rPr>
        <w:t>1:02:33  jo drakht banne wala hai paanch saal mein ya das saal mein, to itni hi muddat le ga us ko. Aap us ki muddat ghata nahi sakte.</w:t>
      </w:r>
      <w:r>
        <w:br/>
      </w:r>
      <w:r>
        <w:rPr>
          <w:sz w:val="20"/>
        </w:rPr>
        <w:t>1:02:45  aise maine ek qissa parha ke</w:t>
      </w:r>
      <w:r>
        <w:br/>
      </w:r>
      <w:r>
        <w:rPr>
          <w:sz w:val="20"/>
        </w:rPr>
        <w:t>1:02:51  ek ek sahib gaye, ek ek sahib ka beta parhta tha ek kisi college mein, kisi school mein.</w:t>
      </w:r>
      <w:r>
        <w:br/>
      </w:r>
      <w:r>
        <w:rPr>
          <w:sz w:val="20"/>
        </w:rPr>
        <w:t>1:03:01  to woh gaye principal se mile. Principal se unhone kaha ke bhai aap ka yeh jo course hai, bohat time lagta hai is mein.</w:t>
      </w:r>
      <w:r>
        <w:br/>
      </w:r>
      <w:r>
        <w:rPr>
          <w:sz w:val="20"/>
        </w:rPr>
        <w:t>1:03:12  yani school mein itna time, phir college mein itna time, phir university mein itna time. koi shortcut banaiye ke kam muddat mein, ab mera beta padhta hai aap ke haan, aadhi zindagi to parhne mein beet jayegi, to kaam kya karega woh?</w:t>
      </w:r>
      <w:r>
        <w:br/>
      </w:r>
      <w:r>
        <w:rPr>
          <w:sz w:val="20"/>
        </w:rPr>
        <w:t>1:03:27  to principal ne kaha ke dekhiye, fitrat do qism ke pearh ugati hai. kakkri aur oak.</w:t>
      </w:r>
      <w:r>
        <w:br/>
      </w:r>
      <w:r>
        <w:rPr>
          <w:sz w:val="20"/>
        </w:rPr>
        <w:t>1:03:37  oak aik ke, jis ko urdu mein kehte hain shah baloot, english mein kehte hain oak. to unhon ne kaha ke do qism ke pearh hote hain, aik kakkri aur oak.</w:t>
      </w:r>
      <w:r>
        <w:br/>
      </w:r>
      <w:r>
        <w:rPr>
          <w:sz w:val="20"/>
        </w:rPr>
        <w:t>1:03:49  kakkri chhe mahine ke liye hoti hai. aur oak ka darakht paanch sau saal tak khara rehta hai.</w:t>
      </w:r>
      <w:r>
        <w:br/>
      </w:r>
      <w:r>
        <w:rPr>
          <w:sz w:val="20"/>
        </w:rPr>
        <w:t>1:03:56  to agar aap ko kakkri ka bail chahiye to theek hai, uga lijiye aur paanch aur chhe mahine ke baad woh sookh jayegi woh.</w:t>
      </w:r>
      <w:r>
        <w:br/>
      </w:r>
      <w:r>
        <w:rPr>
          <w:sz w:val="20"/>
        </w:rPr>
        <w:t>1:04:06  lekin agar aap ko oak chahiye jo sankaron saal tak khara rahe, to phir to aap ko intezar karna parega.</w:t>
      </w:r>
      <w:r>
        <w:br/>
      </w:r>
      <w:r>
        <w:rPr>
          <w:sz w:val="20"/>
        </w:rPr>
        <w:t>1:04:15  kakkri ka bail do chaar mahine mein ban sakta hai, lekin oak ka pearh do chaar mahine mein nahi ban sakta hai. yeh hai fitrat ka qanoon.</w:t>
      </w:r>
    </w:p>
    <w:p>
      <w:pPr>
        <w:pStyle w:val="Heading2"/>
      </w:pPr>
      <w:r>
        <w:t>spirituality is inner discipline, both foods needed</w:t>
      </w:r>
    </w:p>
    <w:p>
      <w:r>
        <w:rPr>
          <w:color w:val="666666"/>
          <w:sz w:val="18"/>
        </w:rPr>
        <w:t>Interview Session with Maulana Wahiduddin Khan January 30, 2008 · 24s · at 0:40 · https://youtu.be/o8Gpe9YMuZc?t=40</w:t>
      </w:r>
    </w:p>
    <w:p>
      <w:r>
        <w:rPr>
          <w:i/>
        </w:rPr>
        <w:t>“Spirituality is inner discipline.”</w:t>
      </w:r>
    </w:p>
    <w:p>
      <w:r>
        <w:rPr>
          <w:sz w:val="20"/>
        </w:rPr>
        <w:t>0:40  spirituality is inner discipline.</w:t>
      </w:r>
      <w:r>
        <w:br/>
      </w:r>
      <w:r>
        <w:rPr>
          <w:sz w:val="20"/>
        </w:rPr>
        <w:t>0:50  for physical health, you need physical food, and for inner health, you need spiritual food.</w:t>
      </w:r>
      <w:r>
        <w:br/>
      </w:r>
      <w:r>
        <w:rPr>
          <w:sz w:val="20"/>
        </w:rPr>
        <w:t>1:01  both are equally required.</w:t>
      </w:r>
    </w:p>
    <w:p>
      <w:pPr>
        <w:pStyle w:val="Heading2"/>
      </w:pPr>
      <w:r>
        <w:t>Preparing for akhirat like preparing for a career</w:t>
      </w:r>
    </w:p>
    <w:p>
      <w:r>
        <w:rPr>
          <w:color w:val="666666"/>
          <w:sz w:val="18"/>
        </w:rPr>
        <w:t>Tazkiya-e-Nafs Book by Maulana Wahiduddin Khan · 2m 47s · at 1:44:47 · https://youtu.be/LbGPnJWmj1A?t=6287</w:t>
      </w:r>
    </w:p>
    <w:p>
      <w:r>
        <w:rPr>
          <w:i/>
        </w:rPr>
        <w:t>“Maujooda maadi duniya mein har aadmi ko rozgar ki zaroorat hoti hai”</w:t>
      </w:r>
    </w:p>
    <w:p>
      <w:r>
        <w:rPr>
          <w:sz w:val="20"/>
        </w:rPr>
        <w:t>1:44:47  tazkiya tayyari ka amal. kitab "tazkiya-e-nafs" Maulana Wahiduddin Khan, safha number 54.</w:t>
      </w:r>
      <w:r>
        <w:br/>
      </w:r>
      <w:r>
        <w:rPr>
          <w:sz w:val="20"/>
        </w:rPr>
        <w:t>1:45:02  maujooda madi duniya mein har aadmi ko rozgar ki zaroorat hoti hai jis ko job kaha jata hai. har aadmi chahta hai ke is ko ek achha job milay.</w:t>
      </w:r>
      <w:r>
        <w:br/>
      </w:r>
      <w:r>
        <w:rPr>
          <w:sz w:val="20"/>
        </w:rPr>
        <w:t>1:45:13  is ke liye har aadmi apne aap ko job market ke taqaze ke mutabiq ek tayyar insan yaani professionally prepared person banata hai.</w:t>
      </w:r>
      <w:r>
        <w:br/>
      </w:r>
      <w:r>
        <w:rPr>
          <w:sz w:val="20"/>
        </w:rPr>
        <w:t>1:45:22  jo aadmi is aitbar se apne aap ko tayyar na kar sake woh sari umar ke liye ek nakaam insan ban kar reh jata hai. yahi muamla shadeed tar andaaz mein aakhirat ki duniya ka hai.</w:t>
      </w:r>
      <w:r>
        <w:br/>
      </w:r>
      <w:r>
        <w:rPr>
          <w:sz w:val="20"/>
        </w:rPr>
        <w:t>1:45:36  aakhirat ki duniya nihayat aala qism ki rabbani sargarmiyon ki duniya hai.</w:t>
      </w:r>
      <w:r>
        <w:br/>
      </w:r>
      <w:r>
        <w:rPr>
          <w:sz w:val="20"/>
        </w:rPr>
        <w:t>1:45:42  aakhirat ki duniya mein wahi shakhs kamyab hoga jo maujooda duniya mein is ke mutabiq tayyari kare. jo maujooda duniya mein apne aap ko rohani aitbar se ek tayyar insan yaani spiritually prepared person banaye.</w:t>
      </w:r>
      <w:r>
        <w:br/>
      </w:r>
      <w:r>
        <w:rPr>
          <w:sz w:val="20"/>
        </w:rPr>
        <w:t>1:45:58  jo aadmi maujooda duniya mein apne aap ko is pehlu se tayyar na kar sake woh aakhirat mein ek nakaam insan ban kar reh jayega.</w:t>
      </w:r>
      <w:r>
        <w:br/>
      </w:r>
      <w:r>
        <w:rPr>
          <w:sz w:val="20"/>
        </w:rPr>
        <w:t>1:46:08  yeh sara muamla لیاقت yaani competence ka muamla hai. ek qism ki لیاقت duniya mein kaam aati hai aur doosri qism ki لیاقت aakhirat mein kaam aayegi.</w:t>
      </w:r>
      <w:r>
        <w:br/>
      </w:r>
      <w:r>
        <w:rPr>
          <w:sz w:val="20"/>
        </w:rPr>
        <w:t>1:46:20  duniya mein bazahir shirk kaam aata hai, aakhirat mein tauheed kaam aayegi. duniya mein apne aap ko consern banana kaam aata hai, aakhirat mein Khuda ko consern banana kaam aayega.</w:t>
      </w:r>
      <w:r>
        <w:br/>
      </w:r>
      <w:r>
        <w:rPr>
          <w:sz w:val="20"/>
        </w:rPr>
        <w:t>1:46:33  duniya mein cheezon ko madi angle yaani material angle se dekhna kaam aata hai, aakhirat mein cheezon ko spiritual angle se dekhna kaam aayega.</w:t>
      </w:r>
      <w:r>
        <w:br/>
      </w:r>
      <w:r>
        <w:rPr>
          <w:sz w:val="20"/>
        </w:rPr>
        <w:t>1:46:44  duniya mein mafad parasti kaam aati hai, aakhirat mein woh shakhs kamyab hoga jo apne aap ko ek usool pasand insan sabit kare. duniya mein bazahir bad-diyanti yaani dishonesty kaam aati hai,</w:t>
      </w:r>
      <w:r>
        <w:br/>
      </w:r>
      <w:r>
        <w:rPr>
          <w:sz w:val="20"/>
        </w:rPr>
        <w:t>1:46:59  aakhirat mein diyanatdari yaani honesty kaam aayegi.</w:t>
      </w:r>
      <w:r>
        <w:br/>
      </w:r>
      <w:r>
        <w:rPr>
          <w:sz w:val="20"/>
        </w:rPr>
        <w:t>1:47:04  duniya mein hub-e-ajila yaani immediate interest ka mizaj kaam aata hai, aakhirat mein woh shakhs kamyab hoga jis ne hub-e-aakhirat ki buniyad par apni zindagi ki taameer ki ho.</w:t>
      </w:r>
      <w:r>
        <w:br/>
      </w:r>
      <w:r>
        <w:rPr>
          <w:sz w:val="20"/>
        </w:rPr>
        <w:t>1:47:17  tazkiya ka matlab apne aap ko aakhirat ke aitbar se tayyar karna hai yaani apne andar woh awsaf paida karna jo maut ke baad aanay wali duniya mein aadmi ke kaam ayen.</w:t>
      </w:r>
    </w:p>
    <w:p>
      <w:pPr>
        <w:pStyle w:val="Heading2"/>
      </w:pPr>
      <w:r>
        <w:t>Universe provides spiritual food</w:t>
      </w:r>
    </w:p>
    <w:p>
      <w:r>
        <w:rPr>
          <w:color w:val="666666"/>
          <w:sz w:val="18"/>
        </w:rPr>
        <w:t>The Way of Spirituality July 7, 2019 Maulana Wahiduddin Khan · 20s · at 1:59 · https://youtu.be/N_ejXO_o-Oo?t=119</w:t>
      </w:r>
    </w:p>
    <w:p>
      <w:r>
        <w:rPr>
          <w:i/>
        </w:rPr>
        <w:t>“The whole universe, every moment”</w:t>
      </w:r>
    </w:p>
    <w:p>
      <w:r>
        <w:rPr>
          <w:sz w:val="20"/>
        </w:rPr>
        <w:t>1:59  jo sari kainat hogi, har har lamha hoga,</w:t>
      </w:r>
      <w:r>
        <w:br/>
      </w:r>
      <w:r>
        <w:rPr>
          <w:sz w:val="20"/>
        </w:rPr>
        <w:t>2:08  har waqt aap ko koi na koi dhoondh milega, koi koi khurak milegi.</w:t>
      </w:r>
    </w:p>
    <w:p>
      <w:pPr>
        <w:pStyle w:val="Heading2"/>
      </w:pPr>
      <w:r>
        <w:t>Self-blame not blame authority</w:t>
      </w:r>
    </w:p>
    <w:p>
      <w:r>
        <w:rPr>
          <w:color w:val="666666"/>
          <w:sz w:val="18"/>
        </w:rPr>
        <w:t>The Case of Present Muslim Generation September 28, 2008 · 24s · at 4:17 · https://youtu.be/yjSy2b7JPTw?t=257</w:t>
      </w:r>
    </w:p>
    <w:p>
      <w:r>
        <w:rPr>
          <w:i/>
        </w:rPr>
        <w:t>“Quran mein aap padhiye to aap payenge ke”</w:t>
      </w:r>
    </w:p>
    <w:p>
      <w:r>
        <w:rPr>
          <w:sz w:val="20"/>
        </w:rPr>
        <w:t>4:17  quran mein aap parhiye to aap payein ge ke quran mein blame others ka concept nahi hai. lomo anfusakum ka concept hai.</w:t>
      </w:r>
      <w:r>
        <w:br/>
      </w:r>
      <w:r>
        <w:rPr>
          <w:sz w:val="20"/>
        </w:rPr>
        <w:t>4:28  apne aap ko blame do. blame the as self.</w:t>
      </w:r>
      <w:r>
        <w:br/>
      </w:r>
      <w:r>
        <w:rPr>
          <w:sz w:val="20"/>
        </w:rPr>
        <w:t>4:34  blame others ka concept nahi hai quran mein.</w:t>
      </w:r>
    </w:p>
    <w:p>
      <w:pPr>
        <w:pStyle w:val="Heading2"/>
      </w:pPr>
      <w:r>
        <w:t>Why shallow, violent, or ritual-only Islam misses the point</w:t>
      </w:r>
    </w:p>
    <w:p>
      <w:r>
        <w:rPr>
          <w:color w:val="666666"/>
          <w:sz w:val="18"/>
        </w:rPr>
        <w:t>Divine Personality April 2, 2014 Maulana Wahiduddin Khan · 5m 35s · at 0:11 · https://youtu.be/4F-V__KFzpA?t=11</w:t>
      </w:r>
    </w:p>
    <w:p>
      <w:r>
        <w:rPr>
          <w:i/>
        </w:rPr>
        <w:t>“Today I would like to say a few words about the teachings of Islam.”</w:t>
      </w:r>
    </w:p>
    <w:p>
      <w:r>
        <w:rPr>
          <w:sz w:val="20"/>
        </w:rPr>
        <w:t>0:11  Today I would like to say a few words about the teachings of Islam.</w:t>
      </w:r>
      <w:r>
        <w:br/>
      </w:r>
      <w:r>
        <w:rPr>
          <w:sz w:val="20"/>
        </w:rPr>
        <w:t>0:21  Yesterday I was listening to a talk given by a popular Muslim speak</w:t>
      </w:r>
      <w:r>
        <w:br/>
      </w:r>
      <w:r>
        <w:rPr>
          <w:sz w:val="20"/>
        </w:rPr>
        <w:t>0:37  er. During his speech he said that he used an analogy, an analogy of passport and visa.</w:t>
      </w:r>
      <w:r>
        <w:br/>
      </w:r>
      <w:r>
        <w:rPr>
          <w:sz w:val="20"/>
        </w:rPr>
        <w:t>0:55  He said that</w:t>
      </w:r>
      <w:r>
        <w:br/>
      </w:r>
      <w:r>
        <w:rPr>
          <w:sz w:val="20"/>
        </w:rPr>
        <w:t>0:59  there is a passport of Islam, also there is a visa of Islam.</w:t>
      </w:r>
      <w:r>
        <w:br/>
      </w:r>
      <w:r>
        <w:rPr>
          <w:sz w:val="20"/>
        </w:rPr>
        <w:t>1:04  So he said that La ilaha illallah is the passport of Islam and Muhammadur Rasulullah is its visa.</w:t>
      </w:r>
      <w:r>
        <w:br/>
      </w:r>
      <w:r>
        <w:rPr>
          <w:sz w:val="20"/>
        </w:rPr>
        <w:t>1:20  Then he said that every Muslim always has the passport.</w:t>
      </w:r>
      <w:r>
        <w:br/>
      </w:r>
      <w:r>
        <w:rPr>
          <w:sz w:val="20"/>
        </w:rPr>
        <w:t>1:29  Every Muslim when he is born he is</w:t>
      </w:r>
      <w:r>
        <w:br/>
      </w:r>
      <w:r>
        <w:rPr>
          <w:sz w:val="20"/>
        </w:rPr>
        <w:t>1:39  recited the Kalima, La ilaha illallah.</w:t>
      </w:r>
      <w:r>
        <w:br/>
      </w:r>
      <w:r>
        <w:rPr>
          <w:sz w:val="20"/>
        </w:rPr>
        <w:t>1:45  So already he has obtained the passport of Islam. Now the only thing that he must stamp the visa of Islam, that is following the Muhammad (صلى الله عليه وسلم).</w:t>
      </w:r>
      <w:r>
        <w:br/>
      </w:r>
      <w:r>
        <w:rPr>
          <w:sz w:val="20"/>
        </w:rPr>
        <w:t>2:10  This kind of presentation of Islam is like a joke.</w:t>
      </w:r>
      <w:r>
        <w:br/>
      </w:r>
      <w:r>
        <w:rPr>
          <w:sz w:val="20"/>
        </w:rPr>
        <w:t>2:16  I don't think that this kind of presentation has any impact upon the listeners. It is a kind of entertainment.</w:t>
      </w:r>
      <w:r>
        <w:br/>
      </w:r>
      <w:r>
        <w:rPr>
          <w:sz w:val="20"/>
        </w:rPr>
        <w:t>2:32  It is not a da'wah.</w:t>
      </w:r>
      <w:r>
        <w:br/>
      </w:r>
      <w:r>
        <w:rPr>
          <w:sz w:val="20"/>
        </w:rPr>
        <w:t>2:39  Then if you see the modern situation of Muslim countries you will find that every day in the media there are some</w:t>
      </w:r>
      <w:r>
        <w:br/>
      </w:r>
      <w:r>
        <w:rPr>
          <w:sz w:val="20"/>
        </w:rPr>
        <w:t>2:58  hard news in the Muslim countries.</w:t>
      </w:r>
      <w:r>
        <w:br/>
      </w:r>
      <w:r>
        <w:rPr>
          <w:sz w:val="20"/>
        </w:rPr>
        <w:t>3:04  Every day they are killing in the name of Islam, in the name of jihad.</w:t>
      </w:r>
      <w:r>
        <w:br/>
      </w:r>
      <w:r>
        <w:rPr>
          <w:sz w:val="20"/>
        </w:rPr>
        <w:t>3:14  So if you analyze you will find that</w:t>
      </w:r>
      <w:r>
        <w:br/>
      </w:r>
      <w:r>
        <w:rPr>
          <w:sz w:val="20"/>
        </w:rPr>
        <w:t>3:23  these are the two basic forms of Islam</w:t>
      </w:r>
      <w:r>
        <w:br/>
      </w:r>
      <w:r>
        <w:rPr>
          <w:sz w:val="20"/>
        </w:rPr>
        <w:t>3:30  . There may be dozens of sects among Muslims. Maybe there are 73 sects.</w:t>
      </w:r>
      <w:r>
        <w:br/>
      </w:r>
      <w:r>
        <w:rPr>
          <w:sz w:val="20"/>
        </w:rPr>
        <w:t>3:43  But if you categorize these sects you can sum up these sects in two sects.</w:t>
      </w:r>
      <w:r>
        <w:br/>
      </w:r>
      <w:r>
        <w:rPr>
          <w:sz w:val="20"/>
        </w:rPr>
        <w:t>3:57  That is culture of rituals, culture of rituals.</w:t>
      </w:r>
      <w:r>
        <w:br/>
      </w:r>
      <w:r>
        <w:rPr>
          <w:sz w:val="20"/>
        </w:rPr>
        <w:t>4:06  Then culture of violence.</w:t>
      </w:r>
      <w:r>
        <w:br/>
      </w:r>
      <w:r>
        <w:rPr>
          <w:sz w:val="20"/>
        </w:rPr>
        <w:t>4:10  Some people are engaged in violence in the name of Islam. They believe that they are doing the greatest ibadah.</w:t>
      </w:r>
      <w:r>
        <w:br/>
      </w:r>
      <w:r>
        <w:rPr>
          <w:sz w:val="20"/>
        </w:rPr>
        <w:t>4:28  Then the other group has based its concept on f</w:t>
      </w:r>
      <w:r>
        <w:br/>
      </w:r>
      <w:r>
        <w:rPr>
          <w:sz w:val="20"/>
        </w:rPr>
        <w:t>4:34  azail. According to them Islam is a set of rituals and these rituals are very absurd.</w:t>
      </w:r>
      <w:r>
        <w:br/>
      </w:r>
      <w:r>
        <w:rPr>
          <w:sz w:val="20"/>
        </w:rPr>
        <w:t>4:46  And if you perform these rituals you will surely find entry into paradise. But both the groups are living in false paradise.</w:t>
      </w:r>
      <w:r>
        <w:br/>
      </w:r>
      <w:r>
        <w:rPr>
          <w:sz w:val="20"/>
        </w:rPr>
        <w:t>5:02  This is not Islam</w:t>
      </w:r>
      <w:r>
        <w:br/>
      </w:r>
      <w:r>
        <w:rPr>
          <w:sz w:val="20"/>
        </w:rPr>
        <w:t>5:05  . I have studied Islam with these original sources. I have studied the Qur'an. I have studied the Sira of the Prophet.</w:t>
      </w:r>
      <w:r>
        <w:br/>
      </w:r>
      <w:r>
        <w:rPr>
          <w:sz w:val="20"/>
        </w:rPr>
        <w:t>5:18  I have studied books of Hadith.</w:t>
      </w:r>
      <w:r>
        <w:br/>
      </w:r>
      <w:r>
        <w:rPr>
          <w:sz w:val="20"/>
        </w:rPr>
        <w:t>5:23  I can say with conviction that there are two basic aspects of Islam,</w:t>
      </w:r>
      <w:r>
        <w:br/>
      </w:r>
      <w:r>
        <w:rPr>
          <w:sz w:val="20"/>
        </w:rPr>
        <w:t>5:35  two basic aspects of Islam. That is Ma'rifat and da'wah. Ma'rifat and da'wah.</w:t>
      </w:r>
    </w:p>
    <w:p>
      <w:pPr>
        <w:pStyle w:val="Heading2"/>
      </w:pPr>
      <w:r>
        <w:t>Anger completely eliminated</w:t>
      </w:r>
    </w:p>
    <w:p>
      <w:r>
        <w:rPr>
          <w:color w:val="666666"/>
          <w:sz w:val="18"/>
        </w:rPr>
        <w:t>Life of the Companions of the Prophet | September 29, 2018 · 30s · at 18:10 · https://youtu.be/pR5eJlLJtKE?t=1090</w:t>
      </w:r>
    </w:p>
    <w:p>
      <w:r>
        <w:rPr>
          <w:i/>
        </w:rPr>
        <w:t>“Mujhe ab ghusa khatam hogaya”</w:t>
      </w:r>
    </w:p>
    <w:p>
      <w:r>
        <w:rPr>
          <w:sz w:val="20"/>
        </w:rPr>
        <w:t>18:10  la ek baat mein arz karunga ke is se pehle mujhe bohat ghussa aata tha bohat ziyada</w:t>
      </w:r>
      <w:r>
        <w:br/>
      </w:r>
      <w:r>
        <w:rPr>
          <w:sz w:val="20"/>
        </w:rPr>
        <w:t>18:17  ghussa aata tha mujhe ab ghussa khatm hogaya aaj bhi ek waqea aisa hua ke mujhe ghussa aa</w:t>
      </w:r>
      <w:r>
        <w:br/>
      </w:r>
      <w:r>
        <w:rPr>
          <w:sz w:val="20"/>
        </w:rPr>
        <w:t>18:25  sakta tha lekin nahi aaya bilkul mein thanda rehta hoon ek dam thanda rehta hoon to is ka</w:t>
      </w:r>
      <w:r>
        <w:br/>
      </w:r>
      <w:r>
        <w:rPr>
          <w:sz w:val="20"/>
        </w:rPr>
        <w:t>18:32  faida kya hua ghussa hone ki wajah se mera int</w:t>
      </w:r>
    </w:p>
    <w:p>
      <w:pPr>
        <w:pStyle w:val="Heading2"/>
      </w:pPr>
      <w:r>
        <w:t>Dream and hadith on forgiveness</w:t>
      </w:r>
    </w:p>
    <w:p>
      <w:r>
        <w:rPr>
          <w:color w:val="666666"/>
          <w:sz w:val="18"/>
        </w:rPr>
        <w:t>The Case of Present Muslim Generation September 28, 2008 · 2m 31s · at 24:24 · https://youtu.be/yjSy2b7JPTw?t=1464</w:t>
      </w:r>
    </w:p>
    <w:p>
      <w:r>
        <w:rPr>
          <w:i/>
        </w:rPr>
        <w:t>“Chabis September ki raat ko kya hua?”</w:t>
      </w:r>
    </w:p>
    <w:p>
      <w:r>
        <w:rPr>
          <w:sz w:val="20"/>
        </w:rPr>
        <w:t>24:24  abhi mein aik waqia arz karoon. Hamari team ki aik senior member hain, Naghma. Aap sab log jante hain in ko.</w:t>
      </w:r>
      <w:r>
        <w:br/>
      </w:r>
      <w:r>
        <w:rPr>
          <w:sz w:val="20"/>
        </w:rPr>
        <w:t>24:36  to chhabees September ki raat ko kya hua?</w:t>
      </w:r>
      <w:r>
        <w:br/>
      </w:r>
      <w:r>
        <w:rPr>
          <w:sz w:val="20"/>
        </w:rPr>
        <w:t>24:44  maine aik khwab dekha. Unhon ne nahi, maine aik khwab dekha in ke baray mein.</w:t>
      </w:r>
      <w:r>
        <w:br/>
      </w:r>
      <w:r>
        <w:rPr>
          <w:sz w:val="20"/>
        </w:rPr>
        <w:t>24:51  chhabees September ki raat jo Ramzan ki pachis tareekh thi woh. To maine dekha ke Naghma baithi hui hain, un ke paas kuch log hain.</w:t>
      </w:r>
      <w:r>
        <w:br/>
      </w:r>
      <w:r>
        <w:rPr>
          <w:sz w:val="20"/>
        </w:rPr>
        <w:t>25:02  aur Naghma un se keh rahi hain ke maine unilateral tor par sab ko maaf kar diya. Maine unilateral tor par sab ko forgive kar diya.</w:t>
      </w:r>
      <w:r>
        <w:br/>
      </w:r>
      <w:r>
        <w:rPr>
          <w:sz w:val="20"/>
        </w:rPr>
        <w:t>25:16  yeh raat ko barah bajay aik khwab dekh kar woh utha mein. Khwab dekhta hai aadmi to neend khul jati hai. To us waqt raat ke barah bajay thay.</w:t>
      </w:r>
      <w:r>
        <w:br/>
      </w:r>
      <w:r>
        <w:rPr>
          <w:sz w:val="20"/>
        </w:rPr>
        <w:t>25:27  aadha ghantay ke andar mein telephone ghanti baji. Yani saaray barah bajay raat ko telephone ghanti baji. Saaray barah bajay ya aik bajay aisa kuch qareeb ka hota hai.</w:t>
      </w:r>
      <w:r>
        <w:br/>
      </w:r>
      <w:r>
        <w:rPr>
          <w:sz w:val="20"/>
        </w:rPr>
        <w:t>25:38  yani unusual tor par us waqt ghantiyan bajnay ka koi matlab hi nahi hai. To awaz aai ke mein Pakistan se bol raha hoon. Mera naam Adil hai.</w:t>
      </w:r>
      <w:r>
        <w:br/>
      </w:r>
      <w:r>
        <w:rPr>
          <w:sz w:val="20"/>
        </w:rPr>
        <w:t>25:48  aur mein aap ka magazine parhta hoon. To aaj pachis tareekh hai. Ho sakta hai ke aaj Shab-e-Qadr ho. To kya karna chahiye?</w:t>
      </w:r>
      <w:r>
        <w:br/>
      </w:r>
      <w:r>
        <w:rPr>
          <w:sz w:val="20"/>
        </w:rPr>
        <w:t>26:00  to maine un ko kaha ke aik hadith mein aata hai ke Aisha ne Rasool Allah se poocha ke agar mein Shab-e-Qadr ko paoon to kya karoon mein?</w:t>
      </w:r>
      <w:r>
        <w:br/>
      </w:r>
      <w:r>
        <w:rPr>
          <w:sz w:val="20"/>
        </w:rPr>
        <w:t>26:11  to aap ne farmaya ke yeh kaho: "Allahumma anta afuwwun tuhibbul afwa faghfir li" . Aye Kh</w:t>
      </w:r>
      <w:r>
        <w:br/>
      </w:r>
      <w:r>
        <w:rPr>
          <w:sz w:val="20"/>
        </w:rPr>
        <w:t>26:19  uda! To maaf karne wala hai. To mafi ko pasand karta hai. To mujhe maaf farma. Isi din yeh hadith meri samajh mein aai ke to mafi ko pasand karta hai kya matlab hui hai?</w:t>
      </w:r>
      <w:r>
        <w:br/>
      </w:r>
      <w:r>
        <w:rPr>
          <w:sz w:val="20"/>
        </w:rPr>
        <w:t>26:36  yani aisay logon ko pasand karta hai jo maaf kar dain. Jaise ke hamare saathi ne maine khwab mein jo dekha ke woh keh rahi hain logon se ke maine unilateral tor par sab ko maaf kar diya.</w:t>
      </w:r>
      <w:r>
        <w:br/>
      </w:r>
      <w:r>
        <w:rPr>
          <w:sz w:val="20"/>
        </w:rPr>
        <w:t>26:50  yeh hai jo Khuda ko pasand hai.</w:t>
      </w:r>
    </w:p>
    <w:p>
      <w:pPr>
        <w:pStyle w:val="Heading2"/>
      </w:pPr>
      <w:r>
        <w:t>Two-point formula: giver or no problem</w:t>
      </w:r>
    </w:p>
    <w:p>
      <w:r>
        <w:rPr>
          <w:color w:val="666666"/>
          <w:sz w:val="18"/>
        </w:rPr>
        <w:t>Personality Building May 28, 2013 Maulana Wahiduddin Khan · 39s · at 20:49 · https://youtu.be/8vNUoqGILmw?t=1249</w:t>
      </w:r>
    </w:p>
    <w:p>
      <w:r>
        <w:rPr>
          <w:i/>
        </w:rPr>
        <w:t>“Prophet alaihi salam ne ek bahut hi simple formula diya”</w:t>
      </w:r>
    </w:p>
    <w:p>
      <w:r>
        <w:rPr>
          <w:sz w:val="20"/>
        </w:rPr>
        <w:t>20:49  yeh "it is a two point formula". unhon ne kaha keh "in lam tanfa'u fala tadurru". is ka literal translation yeh hai keh agar tum logon ko faida nahi pohncha sakte toh nuqsan hi mat pohnchaao.</w:t>
      </w:r>
      <w:r>
        <w:br/>
      </w:r>
      <w:r>
        <w:rPr>
          <w:sz w:val="20"/>
        </w:rPr>
        <w:t>21:08  is ka matlab kya hua? ke duniya mein ya to giver ban kar raho, giver, ya no problem person ban kar raho.</w:t>
      </w:r>
      <w:r>
        <w:br/>
      </w:r>
      <w:r>
        <w:rPr>
          <w:sz w:val="20"/>
        </w:rPr>
        <w:t>21:18  ya to giver person ya no problem person. kitna simple formula yeh hai. yaani ek hai minimum, minimum, maximum.</w:t>
      </w:r>
    </w:p>
    <w:p>
      <w:pPr>
        <w:pStyle w:val="Heading2"/>
      </w:pPr>
      <w:r>
        <w:t>Debate over Sufi rituals as religious innovation</w:t>
      </w:r>
    </w:p>
    <w:p>
      <w:r>
        <w:rPr>
          <w:color w:val="666666"/>
          <w:sz w:val="18"/>
        </w:rPr>
        <w:t>Tazkiya-e-Nafs Book by Maulana Wahiduddin Khan · 3m 05s · at 21:29 · https://youtu.be/LbGPnJWmj1A?t=1289</w:t>
      </w:r>
    </w:p>
    <w:p>
      <w:r>
        <w:rPr>
          <w:i/>
        </w:rPr>
        <w:t>“Aik aalim aik mashhoor sufi buzurg ki khanqah mein gaye”</w:t>
      </w:r>
    </w:p>
    <w:p>
      <w:r>
        <w:rPr>
          <w:sz w:val="20"/>
        </w:rPr>
        <w:t>21:29  ibadat mein ijtihad nahi. kitab "tazkiya-e-nafs" Maulana Wahiduddin Khan, safha number 12.</w:t>
      </w:r>
      <w:r>
        <w:br/>
      </w:r>
      <w:r>
        <w:rPr>
          <w:sz w:val="20"/>
        </w:rPr>
        <w:t>21:42  ek aalim ek mashhoor soofi buzurg ki khangah mein gaye. wahan unhon ne dekha ke log zikr-e-bajhar aur doosre mutasawwifana aamal mein masroof hain.</w:t>
      </w:r>
      <w:r>
        <w:br/>
      </w:r>
      <w:r>
        <w:rPr>
          <w:sz w:val="20"/>
        </w:rPr>
        <w:t>21:53  muzakara aalim ne kaha ke hadith mein aaya hai: "man ahdatha fi amrina ma laysa minhu fahuwa radd" sahih al-bukhari raqam al-hadith 2697 y</w:t>
      </w:r>
      <w:r>
        <w:br/>
      </w:r>
      <w:r>
        <w:rPr>
          <w:sz w:val="20"/>
        </w:rPr>
        <w:t>22:08  yani jo shakhs hamare deen mein koi nayi baat nikale jo is mein na ho to woh qabil-e-radd hai. aalim ne kaha ke yeh mutasawwifana aamal jo aap ke yahan raaij hain, woh rasool aur ashaab-e-rasool ke zamane mein nahi thay, is liye woh ahdath yani innovation ka darja rakhte hain.</w:t>
      </w:r>
      <w:r>
        <w:br/>
      </w:r>
      <w:r>
        <w:rPr>
          <w:sz w:val="20"/>
        </w:rPr>
        <w:t>22:28  muzakara buzurg ne jawab diya ke hadith mein ahdath fil amr yani deen mein bid'at ki mamaniyat hai.</w:t>
      </w:r>
      <w:r>
        <w:br/>
      </w:r>
      <w:r>
        <w:rPr>
          <w:sz w:val="20"/>
        </w:rPr>
        <w:t>22:36  is mein ahdath lil amr yani deen ke liye bid'at ki mamaniyat nahi hai aur tasawwuf ke yeh tareeqe ahdath lil amr ki hesiyat rakhte hain.</w:t>
      </w:r>
      <w:r>
        <w:br/>
      </w:r>
      <w:r>
        <w:rPr>
          <w:sz w:val="20"/>
        </w:rPr>
        <w:t>22:48  muzakara hadith-e-rasool ki yeh tawjeeh ghair-elmi tawjeeh hai. woh hadith ke alfaaz se har giz nahi nikalti. hadith mein yeh lafz aaya hai ke "ma laysa minhu" yani jo is mein na ho,</w:t>
      </w:r>
      <w:r>
        <w:br/>
      </w:r>
      <w:r>
        <w:rPr>
          <w:sz w:val="20"/>
        </w:rPr>
        <w:t>23:02  yani rasool Allah sal Allah alaihi wasallam ne jo deen chhoda hai, us deen mein woh maujood na ho. aisi halat mein asal masla fi ya lam ke sille yani preposition ka nahi hai,</w:t>
      </w:r>
      <w:r>
        <w:br/>
      </w:r>
      <w:r>
        <w:rPr>
          <w:sz w:val="20"/>
        </w:rPr>
        <w:t>23:17  balkeh asal masla yeh hai ke rasool Allah sal Allah alaihi wasallam se jo deen hum ko mila hai, us mein baat ka yeh izafa maujood tha ya maujood nahi tha.</w:t>
      </w:r>
      <w:r>
        <w:br/>
      </w:r>
      <w:r>
        <w:rPr>
          <w:sz w:val="20"/>
        </w:rPr>
        <w:t>23:29  yeh ek sabit shuda haqeeqat hai ke zikr-e-bajhar jaisi cheezein rasool Allah sal Allah alaihi wasallam ke chhode hue deen mein maujood nahi, aur jab woh rasool Allah ke chhode hue deen mein maujood nahi hain to fi aur lam jaise nuqton ke zariye is ko deen-e-muhammadi mein shamil karna sirf ek mubtadiyana jasarat hai.</w:t>
      </w:r>
      <w:r>
        <w:br/>
      </w:r>
      <w:r>
        <w:rPr>
          <w:sz w:val="20"/>
        </w:rPr>
        <w:t>23:52  is qism ka nuqta aise azafon ke liye koi qabil-e-qubool wajh-e-jawaz nahi. ulama ka ittifaqi maslak hai ke ibadat mein qiyas nahi, la qiyas fil ibadat yani ta'abbudi umoor mein sirf taqleed hai, is mein koi ijtihad nahi.</w:t>
      </w:r>
      <w:r>
        <w:br/>
      </w:r>
      <w:r>
        <w:rPr>
          <w:sz w:val="20"/>
        </w:rPr>
        <w:t>24:10  ta'abbudi umoor mein koi istidlal sirf sareeh nass par qaim ho sakta hai, is ko lafzi nuqton ki buniyad par qaim nahi kiya ja sakta.</w:t>
      </w:r>
      <w:r>
        <w:br/>
      </w:r>
      <w:r>
        <w:rPr>
          <w:sz w:val="20"/>
        </w:rPr>
        <w:t>24:20  ta'abbudi umoor mein lafzi nuqton ki buniyad par ijtihad karna aqli aitbar se ghair-elmi hai aur deeni aitbar se na qabil-e-qubool jasarat.</w:t>
      </w:r>
    </w:p>
    <w:p>
      <w:pPr>
        <w:pStyle w:val="Heading2"/>
      </w:pPr>
      <w:r>
        <w:t>animals get satisfied, humans never are</w:t>
      </w:r>
    </w:p>
    <w:p>
      <w:r>
        <w:rPr>
          <w:color w:val="666666"/>
          <w:sz w:val="18"/>
        </w:rPr>
        <w:t>Discovery of Paradise March 22, 2015 · 46s · at 21:53 · https://youtu.be/2axrfd7sZkE?t=1313</w:t>
      </w:r>
    </w:p>
    <w:p>
      <w:r>
        <w:rPr>
          <w:i/>
        </w:rPr>
        <w:t>“Main Chambal ki wadi mein gaya, ek chashma tha”</w:t>
      </w:r>
    </w:p>
    <w:p>
      <w:r>
        <w:rPr>
          <w:sz w:val="20"/>
        </w:rPr>
        <w:t>21:53  haiwan chahta hai ke is ko hari bhari ghaas ho, to is ko mil rahi hai. woh</w:t>
      </w:r>
      <w:r>
        <w:br/>
      </w:r>
      <w:r>
        <w:rPr>
          <w:sz w:val="20"/>
        </w:rPr>
        <w:t>22:00  mein aik martaba chambal ki wadi mein gaya, to chambal ki wadi mein jo hai bohat bara jangal hai. to is mein mein gaya to jangal ke darmiyan aik aik chashma tha.</w:t>
      </w:r>
      <w:r>
        <w:br/>
      </w:r>
      <w:r>
        <w:rPr>
          <w:sz w:val="20"/>
        </w:rPr>
        <w:t>22:13  to mein ne dekha ke wahan par animal atay thay, pani peetay thay. to jangal mein patiyan hain un ke liye, jangal mein ghaas hai un ke liye, woh khaya unhon ne, wahan aa ke pani pi liya.</w:t>
      </w:r>
      <w:r>
        <w:br/>
      </w:r>
      <w:r>
        <w:rPr>
          <w:sz w:val="20"/>
        </w:rPr>
        <w:t>22:26  to bilkul un ko koi pareshani nahi. animal jo chahta hai, woh is ko mil raha hai. animal jo chahta hai, woh is ko mil raha hai.</w:t>
      </w:r>
      <w:r>
        <w:br/>
      </w:r>
      <w:r>
        <w:rPr>
          <w:sz w:val="20"/>
        </w:rPr>
        <w:t>22:36  insan jo chahta hai, is ko nahi milta.</w:t>
      </w:r>
    </w:p>
    <w:p>
      <w:pPr>
        <w:pStyle w:val="Heading2"/>
      </w:pPr>
      <w:r>
        <w:t>Unique Islamic studies master's degree</w:t>
      </w:r>
    </w:p>
    <w:p>
      <w:r>
        <w:rPr>
          <w:color w:val="666666"/>
          <w:sz w:val="18"/>
        </w:rPr>
        <w:t>The Importance of Education, Feb. 15, 2014 - Maulana Wahiduddin Khan · 54s · at 0:36 · https://youtu.be/Ln1FQfOWyzo?t=36</w:t>
      </w:r>
    </w:p>
    <w:p>
      <w:r>
        <w:rPr>
          <w:i/>
        </w:rPr>
        <w:t>“یہ ایک خوشی کی بات ہے کہ ہماری ٹیم کے ایک فرد”</w:t>
      </w:r>
    </w:p>
    <w:p>
      <w:r>
        <w:rPr>
          <w:sz w:val="20"/>
        </w:rPr>
        <w:t>0:36  to dunya mein bohat log master degree lete hain, lekin ye ek anokha waqea hai kyunke ek shakhs ne sirf dawat ke jazbe ke tehat,</w:t>
      </w:r>
      <w:r>
        <w:br/>
      </w:r>
      <w:r>
        <w:rPr>
          <w:sz w:val="20"/>
        </w:rPr>
        <w:t>0:57  dawat mission ke jazbe ke tehat aisa kiya. warna unka subject alag hai. unka subject jo hai wo business administration hai, lekin dawat ke jazbe ke tehat unhon ne aisa kiya aur bohat zyada mehnat ki.</w:t>
      </w:r>
      <w:r>
        <w:br/>
      </w:r>
      <w:r>
        <w:rPr>
          <w:sz w:val="20"/>
        </w:rPr>
        <w:t>1:14  zahire, bohat zyada mehnat ke baghair koi shakhs ek alag subject mein first class nahi aa sakta.</w:t>
      </w:r>
    </w:p>
    <w:p>
      <w:pPr>
        <w:pStyle w:val="Heading2"/>
      </w:pPr>
      <w:r>
        <w:t>Thinking freely and avoiding imitation</w:t>
      </w:r>
    </w:p>
    <w:p>
      <w:r>
        <w:rPr>
          <w:color w:val="666666"/>
          <w:sz w:val="18"/>
        </w:rPr>
        <w:t>Message of The Quran March 29, 2015 · 9m 49s · at 49:48 · https://youtu.be/u57TpiO8A7Y?t=2988</w:t>
      </w:r>
    </w:p>
    <w:p>
      <w:r>
        <w:rPr>
          <w:i/>
        </w:rPr>
        <w:t>“Many ulemas don't let us think or question”</w:t>
      </w:r>
    </w:p>
    <w:p>
      <w:r>
        <w:rPr>
          <w:sz w:val="20"/>
        </w:rPr>
        <w:t>49:48  Many ulemas don't let us think or question the understanding behind verses of the Quran, whereas you explain Quran as a book which wants mankind to think, contemplate, and question. This is the right way and fits in the framework. Maulana, my question is: can these ulemas be changed so that they stop promoting closed-mindedness?</w:t>
      </w:r>
      <w:r>
        <w:br/>
      </w:r>
      <w:r>
        <w:rPr>
          <w:sz w:val="20"/>
        </w:rPr>
        <w:t>50:14  Should we all take it as a task to give all the madrasas and the so-called leaders your books, including Al-Risalah and Spirit of Islam?</w:t>
      </w:r>
      <w:r>
        <w:br/>
      </w:r>
      <w:r>
        <w:rPr>
          <w:sz w:val="20"/>
        </w:rPr>
        <w:t>50:23  of islam dekhiye main bhi ek aalim hoon main bhi madrase ka product hoon</w:t>
      </w:r>
      <w:r>
        <w:br/>
      </w:r>
      <w:r>
        <w:rPr>
          <w:sz w:val="20"/>
        </w:rPr>
        <w:t>50:31  to ye main kehta hoon ke har har aalim</w:t>
      </w:r>
      <w:r>
        <w:br/>
      </w:r>
      <w:r>
        <w:rPr>
          <w:sz w:val="20"/>
        </w:rPr>
        <w:t>50:35  isi tarah se</w:t>
      </w:r>
      <w:r>
        <w:br/>
      </w:r>
      <w:r>
        <w:rPr>
          <w:sz w:val="20"/>
        </w:rPr>
        <w:t>50:39  samajh sakta hai baaton ko jis ko maine samjha</w:t>
      </w:r>
      <w:r>
        <w:br/>
      </w:r>
      <w:r>
        <w:rPr>
          <w:sz w:val="20"/>
        </w:rPr>
        <w:t>50:42  to aap hamari kitabon mein logon ko pahunchaiye</w:t>
      </w:r>
      <w:r>
        <w:br/>
      </w:r>
      <w:r>
        <w:rPr>
          <w:sz w:val="20"/>
        </w:rPr>
        <w:t>50:46  aur logon ke liye duaen kijiye</w:t>
      </w:r>
      <w:r>
        <w:br/>
      </w:r>
      <w:r>
        <w:rPr>
          <w:sz w:val="20"/>
        </w:rPr>
        <w:t>50:49  aur bohat se ulama hamare mission mein lage hue hain aisa nahi ke ulama nahi lage hue hain</w:t>
      </w:r>
      <w:r>
        <w:br/>
      </w:r>
      <w:r>
        <w:rPr>
          <w:sz w:val="20"/>
        </w:rPr>
        <w:t>50:57  bohat se ulama lage hue hain jinho ne mutala kiya</w:t>
      </w:r>
      <w:r>
        <w:br/>
      </w:r>
      <w:r>
        <w:rPr>
          <w:sz w:val="20"/>
        </w:rPr>
        <w:t>51:01  asal cheez kya hai ke madarison mein</w:t>
      </w:r>
      <w:r>
        <w:br/>
      </w:r>
      <w:r>
        <w:rPr>
          <w:sz w:val="20"/>
        </w:rPr>
        <w:t>51:05  sirf mazi ki baat padhai jati hai aaj ki baat nahi padhai jati</w:t>
      </w:r>
      <w:r>
        <w:br/>
      </w:r>
      <w:r>
        <w:rPr>
          <w:sz w:val="20"/>
        </w:rPr>
        <w:t>51:12  hadith mein aata hai ke yani</w:t>
      </w:r>
      <w:r>
        <w:br/>
      </w:r>
      <w:r>
        <w:rPr>
          <w:sz w:val="20"/>
        </w:rPr>
        <w:t>51:16  apne zamane se apne zamane ko janna</w:t>
      </w:r>
      <w:r>
        <w:br/>
      </w:r>
      <w:r>
        <w:rPr>
          <w:sz w:val="20"/>
        </w:rPr>
        <w:t>51:22  to main madrase walon se kehta hoon ke aap ne</w:t>
      </w:r>
      <w:r>
        <w:br/>
      </w:r>
      <w:r>
        <w:rPr>
          <w:sz w:val="20"/>
        </w:rPr>
        <w:t>51:28  yani qadeem ko bharpoor tor par jaan liya madrase mein ab daur jadeed ko samajhne ke liye hamari</w:t>
      </w:r>
      <w:r>
        <w:br/>
      </w:r>
      <w:r>
        <w:rPr>
          <w:sz w:val="20"/>
        </w:rPr>
        <w:t>51:36  kitaben padhiye dono mein koi takrao nahi hai madrase aap ko qadeem se ba khabar karta hai aur hamari</w:t>
      </w:r>
      <w:r>
        <w:br/>
      </w:r>
      <w:r>
        <w:rPr>
          <w:sz w:val="20"/>
        </w:rPr>
        <w:t>51:43  kitaben jo hain wo jadeed se ba khabar karti hain aur ye wahi hadith ki taameel hai is mein</w:t>
      </w:r>
      <w:r>
        <w:br/>
      </w:r>
      <w:r>
        <w:rPr>
          <w:sz w:val="20"/>
        </w:rPr>
        <w:t>51:49  keh to aap</w:t>
      </w:r>
      <w:r>
        <w:br/>
      </w:r>
      <w:r>
        <w:rPr>
          <w:sz w:val="20"/>
        </w:rPr>
        <w:t>51:54  purey hope ke sath logon ke parhwai kitaben kyunke madarson mein fanniyat pai jati hain darsiyat pai jati</w:t>
      </w:r>
      <w:r>
        <w:br/>
      </w:r>
      <w:r>
        <w:rPr>
          <w:sz w:val="20"/>
        </w:rPr>
        <w:t>52:04  hain door jadeed wahan nahi parha jata to ye</w:t>
      </w:r>
      <w:r>
        <w:br/>
      </w:r>
      <w:r>
        <w:rPr>
          <w:sz w:val="20"/>
        </w:rPr>
        <w:t>52:09  in ko alag se aap batana parega ke door jadeed hai kia</w:t>
      </w:r>
      <w:r>
        <w:br/>
      </w:r>
      <w:r>
        <w:rPr>
          <w:sz w:val="20"/>
        </w:rPr>
        <w:t>52:14  yehi hum kar rahe hain aur inshallah bohat se ulama hamare mishre mein jud chuke hain</w:t>
      </w:r>
      <w:r>
        <w:br/>
      </w:r>
      <w:r>
        <w:rPr>
          <w:sz w:val="20"/>
        </w:rPr>
        <w:t>52:23  molana agla sawal kia hai mumbai se shakeel sahab ne aur unhon ne likha hai</w:t>
      </w:r>
      <w:r>
        <w:br/>
      </w:r>
      <w:r>
        <w:rPr>
          <w:sz w:val="20"/>
        </w:rPr>
        <w:t>52:31  molana believe in god is also a need of every human being just like any other thing if</w:t>
      </w:r>
      <w:r>
        <w:br/>
      </w:r>
      <w:r>
        <w:rPr>
          <w:sz w:val="20"/>
        </w:rPr>
        <w:t>52:39  people do not believe in god then their life becomes purposeless</w:t>
      </w:r>
      <w:r>
        <w:br/>
      </w:r>
      <w:r>
        <w:rPr>
          <w:sz w:val="20"/>
        </w:rPr>
        <w:t>52:44  how do we make others realize this thing please guide us dekhiye quran mein ek ayat hai</w:t>
      </w:r>
      <w:r>
        <w:br/>
      </w:r>
      <w:r>
        <w:rPr>
          <w:sz w:val="20"/>
        </w:rPr>
        <w:t>52:58  yani apne aap par ghor kar ke aap Allah ko daryaft kar sakte hain</w:t>
      </w:r>
      <w:r>
        <w:br/>
      </w:r>
      <w:r>
        <w:rPr>
          <w:sz w:val="20"/>
        </w:rPr>
        <w:t>53:03  isi liye bukhari mein ye riwayat hai ke</w:t>
      </w:r>
      <w:r>
        <w:br/>
      </w:r>
      <w:r>
        <w:rPr>
          <w:sz w:val="20"/>
        </w:rPr>
        <w:t>53:08  Allah ne insan ko apni surat par paida kiya</w:t>
      </w:r>
      <w:r>
        <w:br/>
      </w:r>
      <w:r>
        <w:rPr>
          <w:sz w:val="20"/>
        </w:rPr>
        <w:t>53:12  apni surat par apni surat mani nahi ke wo aisi jaise hamare hath paon waise Allah ke hath</w:t>
      </w:r>
      <w:r>
        <w:br/>
      </w:r>
      <w:r>
        <w:rPr>
          <w:sz w:val="20"/>
        </w:rPr>
        <w:t>53:18  paon naoozubillah nahi Allah ne insan ko is tarah banaya hai ke agar aap ghor karen apne</w:t>
      </w:r>
      <w:r>
        <w:br/>
      </w:r>
      <w:r>
        <w:rPr>
          <w:sz w:val="20"/>
        </w:rPr>
        <w:t>53:24  bare mein to aap apne khalq ko daryaft kar sakte hain aap ek makhlooq hain is makhlooq ko</w:t>
      </w:r>
      <w:r>
        <w:br/>
      </w:r>
      <w:r>
        <w:rPr>
          <w:sz w:val="20"/>
        </w:rPr>
        <w:t>53:32  daryaft karen aap to</w:t>
      </w:r>
      <w:r>
        <w:br/>
      </w:r>
      <w:r>
        <w:rPr>
          <w:sz w:val="20"/>
        </w:rPr>
        <w:t>53:34  aap yaqeeni taur par khalq ko daryaft kar sakte hain ye matlab hai is ka</w:t>
      </w:r>
      <w:r>
        <w:br/>
      </w:r>
      <w:r>
        <w:rPr>
          <w:sz w:val="20"/>
        </w:rPr>
        <w:t>53:39  to har insan apne aap mein ek Khuda ki dalil hai har insan apne aap mein Khuda ki</w:t>
      </w:r>
      <w:r>
        <w:br/>
      </w:r>
      <w:r>
        <w:rPr>
          <w:sz w:val="20"/>
        </w:rPr>
        <w:t>53:47  ma'rifat ka saman rakhta hai sirf zaroorat hai ghor o fikr ki</w:t>
      </w:r>
      <w:r>
        <w:br/>
      </w:r>
      <w:r>
        <w:rPr>
          <w:sz w:val="20"/>
        </w:rPr>
        <w:t>53:56  molana agla sawal lene se pehle ek comment parhna chahenge jo molana abdul basit umri ne bheji hai</w:t>
      </w:r>
      <w:r>
        <w:br/>
      </w:r>
      <w:r>
        <w:rPr>
          <w:sz w:val="20"/>
        </w:rPr>
        <w:t>54:03  doha qatar se aur unhon ne likha hai</w:t>
      </w:r>
      <w:r>
        <w:br/>
      </w:r>
      <w:r>
        <w:rPr>
          <w:sz w:val="20"/>
        </w:rPr>
        <w:t>54:07  molana aaj pehli bar mujhe clearly ye wazeh hua ke quran ka maqsad mere zehan ko kholna hai</w:t>
      </w:r>
      <w:r>
        <w:br/>
      </w:r>
      <w:r>
        <w:rPr>
          <w:sz w:val="20"/>
        </w:rPr>
        <w:t>54:15  mujhe creative insan banana hai ye mere liye bohat zyada thrilling wali baat hai Allah aap ko lambi</w:t>
      </w:r>
      <w:r>
        <w:br/>
      </w:r>
      <w:r>
        <w:rPr>
          <w:sz w:val="20"/>
        </w:rPr>
        <w:t>54:23  umar de taake aap se zyada se zyada istifada kar saken</w:t>
      </w:r>
      <w:r>
        <w:br/>
      </w:r>
      <w:r>
        <w:rPr>
          <w:sz w:val="20"/>
        </w:rPr>
        <w:t>54:31  molana agla sawal dilli se kia hai miss naghma siddiqui ne aur unhon ne likha hai it is</w:t>
      </w:r>
      <w:r>
        <w:br/>
      </w:r>
      <w:r>
        <w:rPr>
          <w:sz w:val="20"/>
        </w:rPr>
        <w:t>54:38  quite reasonable that قرآن addresses individuals to develop their mind towards creativity</w:t>
      </w:r>
      <w:r>
        <w:br/>
      </w:r>
      <w:r>
        <w:rPr>
          <w:sz w:val="20"/>
        </w:rPr>
        <w:t>54:47  then why has the system become so prevalent</w:t>
      </w:r>
      <w:r>
        <w:br/>
      </w:r>
      <w:r>
        <w:rPr>
          <w:sz w:val="20"/>
        </w:rPr>
        <w:t>54:51  what is your comment on this dekhiye yeh wahi cheez hai jisko قرآن mein mazahamat kaha gaya</w:t>
      </w:r>
      <w:r>
        <w:br/>
      </w:r>
      <w:r>
        <w:rPr>
          <w:sz w:val="20"/>
        </w:rPr>
        <w:t>54:56  hai mazahamat kehte hain</w:t>
      </w:r>
      <w:r>
        <w:br/>
      </w:r>
      <w:r>
        <w:rPr>
          <w:sz w:val="20"/>
        </w:rPr>
        <w:t>55:00  imitate karna to pehle zamane mein log imitate karte the yahood o nasara ki ab imitate karte hain</w:t>
      </w:r>
      <w:r>
        <w:br/>
      </w:r>
      <w:r>
        <w:rPr>
          <w:sz w:val="20"/>
        </w:rPr>
        <w:t>55:10  door jadeed ke philosopher ki yeh system ka jo yeh</w:t>
      </w:r>
      <w:r>
        <w:br/>
      </w:r>
      <w:r>
        <w:rPr>
          <w:sz w:val="20"/>
        </w:rPr>
        <w:t>55:17  nazariya hai yeh basically aaya hai democracy aur socialism ki tehreekon ke baad is se pehle system ko</w:t>
      </w:r>
      <w:r>
        <w:br/>
      </w:r>
      <w:r>
        <w:rPr>
          <w:sz w:val="20"/>
        </w:rPr>
        <w:t>55:25  le kar sochta tha nahi tha insan</w:t>
      </w:r>
      <w:r>
        <w:br/>
      </w:r>
      <w:r>
        <w:rPr>
          <w:sz w:val="20"/>
        </w:rPr>
        <w:t>55:28  yeh democracy aur socialism ka naam banaya</w:t>
      </w:r>
      <w:r>
        <w:br/>
      </w:r>
      <w:r>
        <w:rPr>
          <w:sz w:val="20"/>
        </w:rPr>
        <w:t>55:33  to is ki wazahat mein musalmanon ne bhi kehna shuru kiya ke islam ek system hai</w:t>
      </w:r>
      <w:r>
        <w:br/>
      </w:r>
      <w:r>
        <w:rPr>
          <w:sz w:val="20"/>
        </w:rPr>
        <w:t>55:39  system ka system based thinking</w:t>
      </w:r>
      <w:r>
        <w:br/>
      </w:r>
      <w:r>
        <w:rPr>
          <w:sz w:val="20"/>
        </w:rPr>
        <w:t>55:44  system based thinking pehle thi hi nahi dunya mein nahi thi system based thinking yeh to democracy aur</w:t>
      </w:r>
      <w:r>
        <w:br/>
      </w:r>
      <w:r>
        <w:rPr>
          <w:sz w:val="20"/>
        </w:rPr>
        <w:t>55:52  socialism ka jo</w:t>
      </w:r>
      <w:r>
        <w:br/>
      </w:r>
      <w:r>
        <w:rPr>
          <w:sz w:val="20"/>
        </w:rPr>
        <w:t>55:54  jo nazariyat phailay to system based thinking shuru hui</w:t>
      </w:r>
      <w:r>
        <w:br/>
      </w:r>
      <w:r>
        <w:rPr>
          <w:sz w:val="20"/>
        </w:rPr>
        <w:t>56:00  to musalmanon ne samjha ke yani</w:t>
      </w:r>
      <w:r>
        <w:br/>
      </w:r>
      <w:r>
        <w:rPr>
          <w:sz w:val="20"/>
        </w:rPr>
        <w:t>56:06  hamare قرآن mein bhi yeh hona chahiye to unhon ne sabit karna shuru kiya ke قرآن bhi ek</w:t>
      </w:r>
      <w:r>
        <w:br/>
      </w:r>
      <w:r>
        <w:rPr>
          <w:sz w:val="20"/>
        </w:rPr>
        <w:t>56:10  system deta hai halanke قرآن ka maqsad system dena hi nahi hai</w:t>
      </w:r>
      <w:r>
        <w:br/>
      </w:r>
      <w:r>
        <w:rPr>
          <w:sz w:val="20"/>
        </w:rPr>
        <w:t>56:17  is par maine bohat likha hai apni kitabon mein aap is ko parh sakte hain</w:t>
      </w:r>
      <w:r>
        <w:br/>
      </w:r>
      <w:r>
        <w:rPr>
          <w:sz w:val="20"/>
        </w:rPr>
        <w:t>56:24  yeh door jadeed ki wazahat hai woh wazahat jo pehle kiya tha logon ne woh door qadeem ki</w:t>
      </w:r>
      <w:r>
        <w:br/>
      </w:r>
      <w:r>
        <w:rPr>
          <w:sz w:val="20"/>
        </w:rPr>
        <w:t>56:32  wazahat thi yeh door jadeed ki wazahat hai system based</w:t>
      </w:r>
      <w:r>
        <w:br/>
      </w:r>
      <w:r>
        <w:rPr>
          <w:sz w:val="20"/>
        </w:rPr>
        <w:t>56:39  islam pesh karna</w:t>
      </w:r>
      <w:r>
        <w:br/>
      </w:r>
      <w:r>
        <w:rPr>
          <w:sz w:val="20"/>
        </w:rPr>
        <w:t>56:44  maulana agla sawal chandi garh se kiya hai aftab sahib ne aur unhon ne likha hai</w:t>
      </w:r>
      <w:r>
        <w:br/>
      </w:r>
      <w:r>
        <w:rPr>
          <w:sz w:val="20"/>
        </w:rPr>
        <w:t>56:52  maulana how can we establish discipline in our daily life</w:t>
      </w:r>
      <w:r>
        <w:br/>
      </w:r>
      <w:r>
        <w:rPr>
          <w:sz w:val="20"/>
        </w:rPr>
        <w:t>56:57  Often most of the people, including me, get involved in day to day things, missing out on intellectual development like reading and thinking. I try hard but I am still not able to do my intellectual development like I should do. Maulana, what formula should I adopt to change myself and also advise others like myself?</w:t>
      </w:r>
      <w:r>
        <w:br/>
      </w:r>
      <w:r>
        <w:rPr>
          <w:sz w:val="20"/>
        </w:rPr>
        <w:t>57:24  dekhiye jahan tak maine samjha hai</w:t>
      </w:r>
      <w:r>
        <w:br/>
      </w:r>
      <w:r>
        <w:rPr>
          <w:sz w:val="20"/>
        </w:rPr>
        <w:t>57:27  woh yeh hai ke log</w:t>
      </w:r>
      <w:r>
        <w:br/>
      </w:r>
      <w:r>
        <w:rPr>
          <w:sz w:val="20"/>
        </w:rPr>
        <w:t>57:31  hamesha distraction mein phanse rehte hain</w:t>
      </w:r>
      <w:r>
        <w:br/>
      </w:r>
      <w:r>
        <w:rPr>
          <w:sz w:val="20"/>
        </w:rPr>
        <w:t>57:35  mera tajurba yahi hai mukhtalif qism ki distraction koi doston mein phansa hua hai koi shopping mein phansa</w:t>
      </w:r>
      <w:r>
        <w:br/>
      </w:r>
      <w:r>
        <w:rPr>
          <w:sz w:val="20"/>
        </w:rPr>
        <w:t>57:42  hua hai koi kahin phansa hua hai to yeh distraction jo mein phanse hote hain log is ki</w:t>
      </w:r>
      <w:r>
        <w:br/>
      </w:r>
      <w:r>
        <w:rPr>
          <w:sz w:val="20"/>
        </w:rPr>
        <w:t>57:49  wajah se in ka focus</w:t>
      </w:r>
      <w:r>
        <w:br/>
      </w:r>
      <w:r>
        <w:rPr>
          <w:sz w:val="20"/>
        </w:rPr>
        <w:t>57:53  sahi banta nahi jo asal focus jahan parhna chahiye wahan se hat jata hai hat jata hai</w:t>
      </w:r>
      <w:r>
        <w:br/>
      </w:r>
      <w:r>
        <w:rPr>
          <w:sz w:val="20"/>
        </w:rPr>
        <w:t>58:02  to mere nazdeek yeh sab cheezein jo hain</w:t>
      </w:r>
      <w:r>
        <w:br/>
      </w:r>
      <w:r>
        <w:rPr>
          <w:sz w:val="20"/>
        </w:rPr>
        <w:t>58:07  is waqt paida hoti hain jab aap apni zindagi mein</w:t>
      </w:r>
      <w:r>
        <w:br/>
      </w:r>
      <w:r>
        <w:rPr>
          <w:sz w:val="20"/>
        </w:rPr>
        <w:t>58:12  distraction se apne aap ko bachayein to agar aap ko apne aap se mohabbat hai agar aap ko</w:t>
      </w:r>
      <w:r>
        <w:br/>
      </w:r>
      <w:r>
        <w:rPr>
          <w:sz w:val="20"/>
        </w:rPr>
        <w:t>58:18  chahte hain ke aap masjid insan ke apne ko develop karein to aap ko</w:t>
      </w:r>
      <w:r>
        <w:br/>
      </w:r>
      <w:r>
        <w:rPr>
          <w:sz w:val="20"/>
        </w:rPr>
        <w:t>58:24  soch soch kar apne ko distraction se nikalna hoga</w:t>
      </w:r>
      <w:r>
        <w:br/>
      </w:r>
      <w:r>
        <w:rPr>
          <w:sz w:val="20"/>
        </w:rPr>
        <w:t>58:28  kyun ke distraction mein hota yeh hai ke aadmi condition ho jata hai</w:t>
      </w:r>
      <w:r>
        <w:br/>
      </w:r>
      <w:r>
        <w:rPr>
          <w:sz w:val="20"/>
        </w:rPr>
        <w:t>58:33  conditioning ki wajah se is ko distraction distraction nazar nahi aata to sochna parta hai</w:t>
      </w:r>
      <w:r>
        <w:br/>
      </w:r>
      <w:r>
        <w:rPr>
          <w:sz w:val="20"/>
        </w:rPr>
        <w:t>58:40  aap ko apni condition ko todna hoga</w:t>
      </w:r>
      <w:r>
        <w:br/>
      </w:r>
      <w:r>
        <w:rPr>
          <w:sz w:val="20"/>
        </w:rPr>
        <w:t>58:43  aur condition ko tod kar ke apni distraction ko discover karna hoga phir apne aap ko focus par</w:t>
      </w:r>
      <w:r>
        <w:br/>
      </w:r>
      <w:r>
        <w:rPr>
          <w:sz w:val="20"/>
        </w:rPr>
        <w:t>58:50  lana hoga aur koi doosra tareeqa is ke liye hai nahi Maulana agla comment aaya hai Khwaja Kaleem</w:t>
      </w:r>
      <w:r>
        <w:br/>
      </w:r>
      <w:r>
        <w:rPr>
          <w:sz w:val="20"/>
        </w:rPr>
        <w:t>58:58  uddin sahib ka Pennsylvania USA se aur unhon ne likha hai</w:t>
      </w:r>
      <w:r>
        <w:br/>
      </w:r>
      <w:r>
        <w:rPr>
          <w:sz w:val="20"/>
        </w:rPr>
        <w:t>59:04  Maulana Saheb, you have already abundantly proved in your number of books that Quran does not either advise</w:t>
      </w:r>
      <w:r>
        <w:br/>
      </w:r>
      <w:r>
        <w:rPr>
          <w:sz w:val="20"/>
        </w:rPr>
        <w:t>59:12  you to establish a system or gives you a well defined system of society but in today's lecture</w:t>
      </w:r>
      <w:r>
        <w:br/>
      </w:r>
      <w:r>
        <w:rPr>
          <w:sz w:val="20"/>
        </w:rPr>
        <w:t>59:20  i have learned a new point that is Quran invites you to be a creative thinker and also</w:t>
      </w:r>
      <w:r>
        <w:br/>
      </w:r>
      <w:r>
        <w:rPr>
          <w:sz w:val="20"/>
        </w:rPr>
        <w:t>59:27  you gave us the details what it means to be a creative thinker and being creative it opens</w:t>
      </w:r>
      <w:r>
        <w:br/>
      </w:r>
      <w:r>
        <w:rPr>
          <w:sz w:val="20"/>
        </w:rPr>
        <w:t>59:34  the door for intellectual development</w:t>
      </w:r>
      <w:r>
        <w:br/>
      </w:r>
      <w:r>
        <w:rPr>
          <w:sz w:val="20"/>
        </w:rPr>
        <w:t>59:37  It is really a very thrilling point. Thank you very much. Okay, so we will end this session now. We will break for tea and then after tea, we will have the namaz in the hall. Thank you.</w:t>
      </w:r>
    </w:p>
    <w:p>
      <w:pPr>
        <w:pStyle w:val="Heading2"/>
      </w:pPr>
      <w:r>
        <w:t>Thirst experience at Hindu conference</w:t>
      </w:r>
    </w:p>
    <w:p>
      <w:r>
        <w:rPr>
          <w:color w:val="666666"/>
          <w:sz w:val="18"/>
        </w:rPr>
        <w:t>Fasting A Source of Spiritual Empowerment 21 Aug, 2011 - Maulana Wahiduddin Khan · 2m 17s · at 23:22 · https://youtu.be/b19V3pD-tbQ?t=1402</w:t>
      </w:r>
    </w:p>
    <w:p>
      <w:r>
        <w:rPr>
          <w:i/>
        </w:rPr>
        <w:t>“Aise hi ek baar Dilli mein jab main aaya.”</w:t>
      </w:r>
    </w:p>
    <w:p>
      <w:r>
        <w:rPr>
          <w:sz w:val="20"/>
        </w:rPr>
        <w:t>23:22  aise hi ek bar dilli mein jab main aya to dilli mein ek bar ramzan ke mahine mein hindu logon ki ek conference thi.</w:t>
      </w:r>
      <w:r>
        <w:br/>
      </w:r>
      <w:r>
        <w:rPr>
          <w:sz w:val="20"/>
        </w:rPr>
        <w:t>23:34  hindu logon ki conference thi isi dilli mein. mujhe bulaya gaya. ab wo thi ramzan ke mahine mein sham ke waqt.</w:t>
      </w:r>
      <w:r>
        <w:br/>
      </w:r>
      <w:r>
        <w:rPr>
          <w:sz w:val="20"/>
        </w:rPr>
        <w:t>23:45  wahan main chala gaya.</w:t>
      </w:r>
      <w:r>
        <w:br/>
      </w:r>
      <w:r>
        <w:rPr>
          <w:sz w:val="20"/>
        </w:rPr>
        <w:t>23:51  to wahan par sab hindu log the. un ko pata hi nahi tha ke iftar chahiye musalman ko. to beharhal main shareek hua is mein.</w:t>
      </w:r>
      <w:r>
        <w:br/>
      </w:r>
      <w:r>
        <w:rPr>
          <w:sz w:val="20"/>
        </w:rPr>
        <w:t>24:04  aur sham ka waqt aya to wahan kuch khana peena nahi. ab mujhe iftar to karna tha. sirf pani wahan tha, sirf pani.</w:t>
      </w:r>
      <w:r>
        <w:br/>
      </w:r>
      <w:r>
        <w:rPr>
          <w:sz w:val="20"/>
        </w:rPr>
        <w:t>24:17  yahi Asafri Road ka waqia ye hai. to sahib sham ko, acha wo garmi May June ka mahina tha.</w:t>
      </w:r>
      <w:r>
        <w:br/>
      </w:r>
      <w:r>
        <w:rPr>
          <w:sz w:val="20"/>
        </w:rPr>
        <w:t>24:27  aur sham ko bohat pyas lag rahi thi mujhe. to khana to kuch tha nahi. pani tha. to main ne pani piya. ek glass, do glass, teen glass, char glass, pata nahi shayad das glass pi gaya main.</w:t>
      </w:r>
      <w:r>
        <w:br/>
      </w:r>
      <w:r>
        <w:rPr>
          <w:sz w:val="20"/>
        </w:rPr>
        <w:t>24:42  kyun ke bhook ki jagah pe shayad mujhe pani peena tha.</w:t>
      </w:r>
      <w:r>
        <w:br/>
      </w:r>
      <w:r>
        <w:rPr>
          <w:sz w:val="20"/>
        </w:rPr>
        <w:t>24:48  pani peeta hi gaya main. is waqt andaza hua ke ye pani kya cheez hai. abhi to aap ke pas pani har waqt maujood rehta hai.</w:t>
      </w:r>
      <w:r>
        <w:br/>
      </w:r>
      <w:r>
        <w:rPr>
          <w:sz w:val="20"/>
        </w:rPr>
        <w:t>25:00  jab chahen pi lijiyey.</w:t>
      </w:r>
      <w:r>
        <w:br/>
      </w:r>
      <w:r>
        <w:rPr>
          <w:sz w:val="20"/>
        </w:rPr>
        <w:t>25:05  jab din bhar pani nahi mila to pyas ka bura hal tha. bura hal tha pyas ka. to pani peeta chala gaya main.</w:t>
      </w:r>
      <w:r>
        <w:br/>
      </w:r>
      <w:r>
        <w:rPr>
          <w:sz w:val="20"/>
        </w:rPr>
        <w:t>25:18  to dekhiye ramzan ka mahina ye sab tajrube karvata hai. ye sab tajrube karvata hai. ramzan ka mahina Full of Experiences yani Month of Experiences hai.</w:t>
      </w:r>
      <w:r>
        <w:br/>
      </w:r>
      <w:r>
        <w:rPr>
          <w:sz w:val="20"/>
        </w:rPr>
        <w:t>25:35  Event Full Month hai.</w:t>
      </w:r>
    </w:p>
    <w:p>
      <w:pPr>
        <w:pStyle w:val="Heading2"/>
      </w:pPr>
      <w:r>
        <w:t>New Gandhism as reapplied guardian philosophy</w:t>
      </w:r>
    </w:p>
    <w:p>
      <w:r>
        <w:rPr>
          <w:color w:val="666666"/>
          <w:sz w:val="18"/>
        </w:rPr>
        <w:t>Islam and Peace (In Conversation with Maulana) 23 11 2008 · 4m 13s · at 0:25 · https://youtu.be/CyS3i4AlGfs?t=25</w:t>
      </w:r>
    </w:p>
    <w:p>
      <w:r>
        <w:rPr>
          <w:i/>
        </w:rPr>
        <w:t>“Yesterday, Musharraf Siddharth came from Times of India.”</w:t>
      </w:r>
    </w:p>
    <w:p>
      <w:r>
        <w:rPr>
          <w:sz w:val="20"/>
        </w:rPr>
        <w:t>0:25  Kal aaye thay Musharraf Siddharth, a types of India ke. Un se main ne baat karte hue kaha ke yeh lafz use kiya tha maine, New Gandhism.</w:t>
      </w:r>
      <w:r>
        <w:br/>
      </w:r>
      <w:r>
        <w:rPr>
          <w:sz w:val="20"/>
        </w:rPr>
        <w:t>0:38  To bas main samajhta hoon ke hamara jo mission hai woh New Gandhism hai.</w:t>
      </w:r>
      <w:r>
        <w:br/>
      </w:r>
      <w:r>
        <w:rPr>
          <w:sz w:val="20"/>
        </w:rPr>
        <w:t>0:45  Main ne kai baar Mahatma Gandhi ko dream mein dekha.</w:t>
      </w:r>
      <w:r>
        <w:br/>
      </w:r>
      <w:r>
        <w:rPr>
          <w:sz w:val="20"/>
        </w:rPr>
        <w:t>0:52  Main ne ek baar dekha ke main ek road hai, us par walk kar raha hoon, paidal. Phir ek darakht hai, ek peed.</w:t>
      </w:r>
      <w:r>
        <w:br/>
      </w:r>
      <w:r>
        <w:rPr>
          <w:sz w:val="20"/>
        </w:rPr>
        <w:t>1:04  Us ke neeche Mahatma Gandhi akele baithe hue hain. Ek dum wahi haliya hai jo un ka hota tha. Bohat hi sad.</w:t>
      </w:r>
      <w:r>
        <w:br/>
      </w:r>
      <w:r>
        <w:rPr>
          <w:sz w:val="20"/>
        </w:rPr>
        <w:t>1:15  To main un ke paas jata hoon. To mujh ko ek pin dete hain. Mahatma Gandhi ek pin dete hain.</w:t>
      </w:r>
      <w:r>
        <w:br/>
      </w:r>
      <w:r>
        <w:rPr>
          <w:sz w:val="20"/>
        </w:rPr>
        <w:t>1:25  Aur kehte hain ke Maulana sahib, aap jo kar rahe hain us ko karte rahiye.</w:t>
      </w:r>
      <w:r>
        <w:br/>
      </w:r>
      <w:r>
        <w:rPr>
          <w:sz w:val="20"/>
        </w:rPr>
        <w:t>1:36  bas itna hi bolay woh ke maulana sahib, aap jo kar rahay hain us ko kartay rahay. aur pin diya unhon nay. to bas mein samajhta hoon ke mein mahatma gandhi ka reincarnation hoon.</w:t>
      </w:r>
      <w:r>
        <w:br/>
      </w:r>
      <w:r>
        <w:rPr>
          <w:sz w:val="20"/>
        </w:rPr>
        <w:t>1:49  ya kam az kam yeh keh sakta hoon ke mahatma gandhi ke ideas jo hain un ka mein embodiment hoon. aap yeh na dainkhay ke mera term of reference kya hota hai.</w:t>
      </w:r>
      <w:r>
        <w:br/>
      </w:r>
      <w:r>
        <w:rPr>
          <w:sz w:val="20"/>
        </w:rPr>
        <w:t>1:59  matlab mahatma gandhi ka term of reference geeta hota tha. agar mera term of reference quran hai to us mein bharkiyay nahin aap. kaha mahatma gandhi khud kehtay thay ke ram rahim aik hai.</w:t>
      </w:r>
      <w:r>
        <w:br/>
      </w:r>
      <w:r>
        <w:rPr>
          <w:sz w:val="20"/>
        </w:rPr>
        <w:t>2:12  mahatma gandhi ke haan gaaya jaata tha gaana, baqayda. daily. ram rahim aik hai. to jo cheez unhein jo boltay thay woh geeta ke reference mein, usi ko agar boloon quran ke reference mein to baat aik hi hui, do nahin hui.</w:t>
      </w:r>
      <w:r>
        <w:br/>
      </w:r>
      <w:r>
        <w:rPr>
          <w:sz w:val="20"/>
        </w:rPr>
        <w:t>2:31  to mein to baharhal yeh samajhta hoon ke mein mahatma gandhi ke ideas ka embodiment hoon. aur waqia hai ke is waqt india mein agar koi mahatma gandhi ko represent kar raha hai to mein akela hoon.</w:t>
      </w:r>
      <w:r>
        <w:br/>
      </w:r>
      <w:r>
        <w:rPr>
          <w:sz w:val="20"/>
        </w:rPr>
        <w:t>2:44  koi doosra aadmi nahin hai. dainkhay mahatma gandhi ke jo saathi thay woh un ke successor nahin ban sakay.</w:t>
      </w:r>
      <w:r>
        <w:br/>
      </w:r>
      <w:r>
        <w:rPr>
          <w:sz w:val="20"/>
        </w:rPr>
        <w:t>2:53  sab ke sab un ke revolution ke political beneficiary thay. yani un ka jo revolution aaya us se political faiday uthaye logon nay.</w:t>
      </w:r>
      <w:r>
        <w:br/>
      </w:r>
      <w:r>
        <w:rPr>
          <w:sz w:val="20"/>
        </w:rPr>
        <w:t>3:03  mein nay koi faida nahin uthaya. mein bhi aik freedom fighter hoon. mein bhi bohat se faiday lay sakta tha. mujhe offer bhi kai diye gaye. koi faida mein nay nahin liya.</w:t>
      </w:r>
      <w:r>
        <w:br/>
      </w:r>
      <w:r>
        <w:rPr>
          <w:sz w:val="20"/>
        </w:rPr>
        <w:t>3:14  to mein apnay aap ko mahatma gandhi ka true successor manta hoon. is se koi na bharkaye ke woh agar geeta ka reference detay thay aur mein quran ka reference deta hoon to yeh to yeh to khud woh kehtay thay ke ram rahim aik hai.</w:t>
      </w:r>
      <w:r>
        <w:br/>
      </w:r>
      <w:r>
        <w:rPr>
          <w:sz w:val="20"/>
        </w:rPr>
        <w:t>3:30  is ko lay kar koi koi bharkna nahin chahiye kisi ko. aur waqia yeh hai ke mahatma gandhi ke mission ko mein revive kar raha hoon. yeh mein nay musharraf siddharth se kaha.</w:t>
      </w:r>
      <w:r>
        <w:br/>
      </w:r>
      <w:r>
        <w:rPr>
          <w:sz w:val="20"/>
        </w:rPr>
        <w:t>3:41  aur yahan tak mein samajhta hoon ke unhon nay maana is cheez ko. is ke wazan ko, is ke weight ko unhon nay tasleem kiya.</w:t>
      </w:r>
      <w:r>
        <w:br/>
      </w:r>
      <w:r>
        <w:rPr>
          <w:sz w:val="20"/>
        </w:rPr>
        <w:t>3:49  to new gandhi-ism jo hai woh naam hai guardian philosophy ka naye situation mein application.</w:t>
      </w:r>
      <w:r>
        <w:br/>
      </w:r>
      <w:r>
        <w:rPr>
          <w:sz w:val="20"/>
        </w:rPr>
        <w:t>3:59  woh mein kar raha hoon khuda ke fazal se.</w:t>
      </w:r>
      <w:r>
        <w:br/>
      </w:r>
      <w:r>
        <w:rPr>
          <w:sz w:val="20"/>
        </w:rPr>
        <w:t>4:05  logon ka mamla hai ke kuch kuch oopri cheezon ko lay kar bharktay hain. gehrai gehrai mein ja kar nahin dainkhtay. gehrai mein ja kar nahin dainkhtay.</w:t>
      </w:r>
      <w:r>
        <w:br/>
      </w:r>
      <w:r>
        <w:rPr>
          <w:sz w:val="20"/>
        </w:rPr>
        <w:t>4:16  gehrai mein ja kar aap dainkhay to lagay ke waqai yeh aadmi revive kar raha hai guardian philosophy ko. inshallah mein is par aik aik poora aik lecture inshallah hum rakhein gay india international center mein.</w:t>
      </w:r>
      <w:r>
        <w:br/>
      </w:r>
      <w:r>
        <w:rPr>
          <w:sz w:val="20"/>
        </w:rPr>
        <w:t>4:29  isi par. what is new gandhi-ism. to us mein aap sun sakain gay poori baat.</w:t>
      </w:r>
    </w:p>
    <w:p>
      <w:pPr>
        <w:pStyle w:val="Heading2"/>
      </w:pPr>
      <w:r>
        <w:t>Dawah work only mission without frustration</w:t>
      </w:r>
    </w:p>
    <w:p>
      <w:r>
        <w:rPr>
          <w:color w:val="666666"/>
          <w:sz w:val="18"/>
        </w:rPr>
        <w:t>Message on Eid Al-Adha October 27, 2012 · 2m 05s · at 45:49 · https://youtu.be/eGzAlyVEafc?t=2749</w:t>
      </w:r>
    </w:p>
    <w:p>
      <w:r>
        <w:rPr>
          <w:i/>
        </w:rPr>
        <w:t>“Hamara jo mission hai woh insaan ki bekhbari ko todna hai”</w:t>
      </w:r>
    </w:p>
    <w:p>
      <w:r>
        <w:rPr>
          <w:sz w:val="20"/>
        </w:rPr>
        <w:t>45:49  to hamara jo mission hai, woh insaan ki bekhabari ko todna hai. yaad rakhiye, insaan ko badalna nahi hai. kal mein kisi se keh raha tha ke ek hi mission hai jis mein aap ke liye kahin frustration nahi aata, kahin tension nahi aata.</w:t>
      </w:r>
      <w:r>
        <w:br/>
      </w:r>
      <w:r>
        <w:rPr>
          <w:sz w:val="20"/>
        </w:rPr>
        <w:t>46:11  doosre jitne hain mission, sab mein tension aata hai. kahin ke</w:t>
      </w:r>
      <w:r>
        <w:br/>
      </w:r>
      <w:r>
        <w:rPr>
          <w:sz w:val="20"/>
        </w:rPr>
        <w:t>46:17  ein jaise mere paas ek telephone aaya, london se ek sahab ka, unhon ne bataya ke mein social work karta hoon aur community work karta hoon, yaani musalmanon mein milli work.</w:t>
      </w:r>
      <w:r>
        <w:br/>
      </w:r>
      <w:r>
        <w:rPr>
          <w:sz w:val="20"/>
        </w:rPr>
        <w:t>46:30  lekin in ko bari shikayatein theen, bohat tension mein thay woh ke social work karein, tab bhi aap ko kuch na kuch problem doosre ki taraf se paish aate hain.</w:t>
      </w:r>
      <w:r>
        <w:br/>
      </w:r>
      <w:r>
        <w:rPr>
          <w:sz w:val="20"/>
        </w:rPr>
        <w:t>46:43  milli work karein, tab bhi kuch na kuch paish aate hain kyunke doosre se aap kuch expectation karte hain aur woh aap se kuch expect karta hai.</w:t>
      </w:r>
      <w:r>
        <w:br/>
      </w:r>
      <w:r>
        <w:rPr>
          <w:sz w:val="20"/>
        </w:rPr>
        <w:t>46:54  to kahin na kahin dono mein takrao ho jata hai. lekin yeh jo dawah work hai, dawah work to bilkul alag dhang ka kaam hai, yaani Allah ki ek duty hai jo aap anjaam de rahe hain, is umeed mein ke Allah is ka hum ko reward de ga.</w:t>
      </w:r>
      <w:r>
        <w:br/>
      </w:r>
      <w:r>
        <w:rPr>
          <w:sz w:val="20"/>
        </w:rPr>
        <w:t>47:11  insaan se koi lena dena nahi.</w:t>
      </w:r>
      <w:r>
        <w:br/>
      </w:r>
      <w:r>
        <w:rPr>
          <w:sz w:val="20"/>
        </w:rPr>
        <w:t>47:14  social work mein aur milli work mein, political work mein, har ek mein aap insaan se kuch expectations hoti hain, aap ki woh na poori hon to aap tension mein pad jaate hain.</w:t>
      </w:r>
      <w:r>
        <w:br/>
      </w:r>
      <w:r>
        <w:rPr>
          <w:sz w:val="20"/>
        </w:rPr>
        <w:t>47:26  lekin dawah work mein aisa nahi. dawah work mein aap ki saari umeedain juri hui hain Allah taala se. to duniya mein aap Allah ki duty poori kar rahe hain aur umeed yeh rakhte hain ke akhirat mein Allah taala hamein is ka ajr de ga.</w:t>
      </w:r>
      <w:r>
        <w:br/>
      </w:r>
      <w:r>
        <w:rPr>
          <w:sz w:val="20"/>
        </w:rPr>
        <w:t>47:43  to dawah work wahid ek aisa kaam hai jis mein tension nahi, jis mein koi complaint nahi, koi negativity nahi.</w:t>
      </w:r>
    </w:p>
    <w:p>
      <w:pPr>
        <w:pStyle w:val="Heading2"/>
      </w:pPr>
      <w:r>
        <w:t>Questioning religion purpose without morality</w:t>
      </w:r>
    </w:p>
    <w:p>
      <w:r>
        <w:rPr>
          <w:color w:val="666666"/>
          <w:sz w:val="18"/>
        </w:rPr>
        <w:t>Spiritual Light Nov 26, 2006 Maulana Wahiduddin Khan · 37s · at 4:12 · https://youtu.be/IhfHxIakZOw?t=252</w:t>
      </w:r>
    </w:p>
    <w:p>
      <w:r>
        <w:rPr>
          <w:i/>
        </w:rPr>
        <w:t>“If religion no moral values what need”</w:t>
      </w:r>
    </w:p>
    <w:p>
      <w:r>
        <w:rPr>
          <w:sz w:val="20"/>
        </w:rPr>
        <w:t>4:12  Aap sochiye ke yeh kaisi anokhi baat hai. Agar mazhab hum ko moral values nahi de sakta to mazhab ki zaroorat hi kya hai?</w:t>
      </w:r>
      <w:r>
        <w:br/>
      </w:r>
      <w:r>
        <w:rPr>
          <w:sz w:val="20"/>
        </w:rPr>
        <w:t>4:23  Phir to is ko letter bin mein daal diye.</w:t>
      </w:r>
      <w:r>
        <w:br/>
      </w:r>
      <w:r>
        <w:rPr>
          <w:sz w:val="20"/>
        </w:rPr>
        <w:t>4:27  phir to yeh aik appendix hai insaan ki life mein. appendix ko aap jantay hain, kaat kar phenk diya jata hai. appendix yani zameema.</w:t>
      </w:r>
      <w:r>
        <w:br/>
      </w:r>
      <w:r>
        <w:rPr>
          <w:sz w:val="20"/>
        </w:rPr>
        <w:t>4:40  to mazhab agar sirf aik zameema hai, aik appendix hai, is se humain koi kaam ki cheez na mili.</w:t>
      </w:r>
    </w:p>
    <w:p>
      <w:pPr>
        <w:pStyle w:val="Heading2"/>
      </w:pPr>
      <w:r>
        <w:t>Religion reduced to rituals spirit missing</w:t>
      </w:r>
    </w:p>
    <w:p>
      <w:r>
        <w:rPr>
          <w:color w:val="666666"/>
          <w:sz w:val="18"/>
        </w:rPr>
        <w:t>IIC: How to Develop Spiritual Personality · 2m 01s · at 1:02:50 · https://youtu.be/-XrYpEYwk-Y?t=3770</w:t>
      </w:r>
    </w:p>
    <w:p>
      <w:r>
        <w:rPr>
          <w:i/>
        </w:rPr>
        <w:t>“What do people think religion is? A set of rituals”</w:t>
      </w:r>
    </w:p>
    <w:p>
      <w:r>
        <w:rPr>
          <w:sz w:val="20"/>
        </w:rPr>
        <w:t>1:02:50  mein parh pa raha hoon.</w:t>
      </w:r>
      <w:r>
        <w:br/>
      </w:r>
      <w:r>
        <w:rPr>
          <w:sz w:val="20"/>
        </w:rPr>
        <w:t>1:02:54  یہ لوگ جو ہیں ریلیجن کو کیا سمجھتے ہیں؟ set of rituals.</w:t>
      </w:r>
      <w:r>
        <w:br/>
      </w:r>
      <w:r>
        <w:rPr>
          <w:sz w:val="20"/>
        </w:rPr>
        <w:t>1:02:58  aaj jo religion hai woh set of rituals bana hua hai.</w:t>
      </w:r>
      <w:r>
        <w:br/>
      </w:r>
      <w:r>
        <w:rPr>
          <w:sz w:val="20"/>
        </w:rPr>
        <w:t>1:03:03  kisi ne bahut sahi kaha hai ke religion begins from, from an ideology.</w:t>
      </w:r>
      <w:r>
        <w:br/>
      </w:r>
      <w:r>
        <w:rPr>
          <w:sz w:val="20"/>
        </w:rPr>
        <w:t>1:03:07  Then it reduces to set of rituals. Rituals, custom.</w:t>
      </w:r>
      <w:r>
        <w:br/>
      </w:r>
      <w:r>
        <w:rPr>
          <w:sz w:val="20"/>
        </w:rPr>
        <w:t>1:03:12  yeh aaj sar har mazhab ka haal hai. including Islam.</w:t>
      </w:r>
      <w:r>
        <w:br/>
      </w:r>
      <w:r>
        <w:rPr>
          <w:sz w:val="20"/>
        </w:rPr>
        <w:t>1:03:16  abhi jo existing Islam hai</w:t>
      </w:r>
      <w:r>
        <w:br/>
      </w:r>
      <w:r>
        <w:rPr>
          <w:sz w:val="20"/>
        </w:rPr>
        <w:t>1:03:20  woh bas rituals aur custom ka naam hai. spirit ghayab hai. poori Muslim duniya mein spirit ghayab hai. abhi aap dekhenge Ramadan aa raha hai, bohat shor machega masjidon mein. haalanke Ramadan hai, silence ka mahina hai. khamoshi, chup rehna. aur yahan dekhenge aap kitna shor machega loudspeaker ka. to without the spirit of Ramadan. to har mazhab mein, chahe, chahe koi bhi maz</w:t>
      </w:r>
      <w:r>
        <w:br/>
      </w:r>
      <w:r>
        <w:rPr>
          <w:sz w:val="20"/>
        </w:rPr>
        <w:t>1:03:50  hub ho, har mazhab mein is waqt yeh haal hai ke spirit ghayab hai.</w:t>
      </w:r>
      <w:r>
        <w:br/>
      </w:r>
      <w:r>
        <w:rPr>
          <w:sz w:val="20"/>
        </w:rPr>
        <w:t>1:03:53  aur rituals hain, customs hain.</w:t>
      </w:r>
      <w:r>
        <w:br/>
      </w:r>
      <w:r>
        <w:rPr>
          <w:sz w:val="20"/>
        </w:rPr>
        <w:t>1:03:56  isi ko log mazhab samajh rahe hain.</w:t>
      </w:r>
      <w:r>
        <w:br/>
      </w:r>
      <w:r>
        <w:rPr>
          <w:sz w:val="20"/>
        </w:rPr>
        <w:t>1:03:59  log samajhte hain ke bhai aise mazhab ki humein zaroorat kya hai? woh mazhab toh mazhab hi nahi hai.</w:t>
      </w:r>
      <w:r>
        <w:br/>
      </w:r>
      <w:r>
        <w:rPr>
          <w:sz w:val="20"/>
        </w:rPr>
        <w:t>1:04:02  mazhab jo true sense mein mazhab hai woh spirit par base karta hai.</w:t>
      </w:r>
      <w:r>
        <w:br/>
      </w:r>
      <w:r>
        <w:rPr>
          <w:sz w:val="20"/>
        </w:rPr>
        <w:t>1:04:05  اسی کو میں نے spirituality کہا ہے میں نے۔</w:t>
      </w:r>
      <w:r>
        <w:br/>
      </w:r>
      <w:r>
        <w:rPr>
          <w:sz w:val="20"/>
        </w:rPr>
        <w:t>1:04:08  real mazhab jo hai woh spirit par base karta hai.</w:t>
      </w:r>
      <w:r>
        <w:br/>
      </w:r>
      <w:r>
        <w:rPr>
          <w:sz w:val="20"/>
        </w:rPr>
        <w:t>1:04:11  spirituality par base karta hai.</w:t>
      </w:r>
      <w:r>
        <w:br/>
      </w:r>
      <w:r>
        <w:rPr>
          <w:sz w:val="20"/>
        </w:rPr>
        <w:t>1:04:14  toh woh toh insaan ke liye blessing hai.</w:t>
      </w:r>
      <w:r>
        <w:br/>
      </w:r>
      <w:r>
        <w:rPr>
          <w:sz w:val="20"/>
        </w:rPr>
        <w:t>1:04:17  iske baghair</w:t>
      </w:r>
      <w:r>
        <w:br/>
      </w:r>
      <w:r>
        <w:rPr>
          <w:sz w:val="20"/>
        </w:rPr>
        <w:t>1:04:20  toh, yani zindagi jo hai aisi ho jayegi jaise pani ke baghair hamara planet.</w:t>
      </w:r>
      <w:r>
        <w:br/>
      </w:r>
      <w:r>
        <w:rPr>
          <w:sz w:val="20"/>
        </w:rPr>
        <w:t>1:04:25  toh aap rituals ko le kar ke ya customs ko le kar ke mat samjhiye ke yeh mazhab hai.</w:t>
      </w:r>
      <w:r>
        <w:br/>
      </w:r>
      <w:r>
        <w:rPr>
          <w:sz w:val="20"/>
        </w:rPr>
        <w:t>1:04:30  woh toh, woh toh reduced form hai mazhab ka.</w:t>
      </w:r>
      <w:r>
        <w:br/>
      </w:r>
      <w:r>
        <w:rPr>
          <w:sz w:val="20"/>
        </w:rPr>
        <w:t>1:04:36  mazhab ka reduced form hai.</w:t>
      </w:r>
      <w:r>
        <w:br/>
      </w:r>
      <w:r>
        <w:rPr>
          <w:sz w:val="20"/>
        </w:rPr>
        <w:t>1:04:41  sacha mazhab jo hai woh spirit par base karta hai.</w:t>
      </w:r>
      <w:r>
        <w:br/>
      </w:r>
      <w:r>
        <w:rPr>
          <w:sz w:val="20"/>
        </w:rPr>
        <w:t>1:04:46  jaise mein aap ko ek qissa arz karoon.</w:t>
      </w:r>
    </w:p>
    <w:p>
      <w:pPr>
        <w:pStyle w:val="Heading2"/>
      </w:pPr>
      <w:r>
        <w:t>Manage even when father dies</w:t>
      </w:r>
    </w:p>
    <w:p>
      <w:r>
        <w:rPr>
          <w:color w:val="666666"/>
          <w:sz w:val="18"/>
        </w:rPr>
        <w:t>Spirituality in Daily Life October 4, 2008 · 2m 49s · at 27:49 · https://youtu.be/oeJR6tYqQVw?t=1669</w:t>
      </w:r>
    </w:p>
    <w:p>
      <w:r>
        <w:rPr>
          <w:i/>
        </w:rPr>
        <w:t>“To mere paas woh aaya karte the.”</w:t>
      </w:r>
    </w:p>
    <w:p>
      <w:r>
        <w:rPr>
          <w:sz w:val="20"/>
        </w:rPr>
        <w:t>27:49  to mere paas woh aaya karte the. ek din aaye to bahut hi gham mein the aur bahut hi chehra unka murjhaya hua tha, bahut hi afsos mein lagte the woh</w:t>
      </w:r>
      <w:r>
        <w:br/>
      </w:r>
      <w:r>
        <w:rPr>
          <w:sz w:val="20"/>
        </w:rPr>
        <w:t>28:00  ۔ to maine kaha, bhai kya hua? aaj kuch aap badle hue dikhai pad rahe hain. to unhone kaha ke mein ghar ja raha hoon, padhai padhai chhod kar ke.</w:t>
      </w:r>
      <w:r>
        <w:br/>
      </w:r>
      <w:r>
        <w:rPr>
          <w:sz w:val="20"/>
        </w:rPr>
        <w:t>28:12  mein ne kaha, kya baat hai? to kaha, mere baap mar gaye hain, ghar par koi doosra hai nahi sambhalne wala. wahan unka agriculture tha, kuch kheti baadi.</w:t>
      </w:r>
      <w:r>
        <w:br/>
      </w:r>
      <w:r>
        <w:rPr>
          <w:sz w:val="20"/>
        </w:rPr>
        <w:t>28:25  to ja raha hoon, ab wohin rahoon ga gaon mein, kya karoon ga?</w:t>
      </w:r>
      <w:r>
        <w:br/>
      </w:r>
      <w:r>
        <w:rPr>
          <w:sz w:val="20"/>
        </w:rPr>
        <w:t>28:29  to unhon ne kaha ke baap mar gaye hain, to ab is liye mujhe jaana hai. instantly mere munh se nikla, aap bhi mar jayen to. jaise unhon ne kaha ke mere baap mar gaye hain, ab mujhe jaana hai,</w:t>
      </w:r>
      <w:r>
        <w:br/>
      </w:r>
      <w:r>
        <w:rPr>
          <w:sz w:val="20"/>
        </w:rPr>
        <w:t>28:42  to instantly mere munh se nikla, aap bhi mar jayen to.</w:t>
      </w:r>
      <w:r>
        <w:br/>
      </w:r>
      <w:r>
        <w:rPr>
          <w:sz w:val="20"/>
        </w:rPr>
        <w:t>28:50  ab ghar kaun dekhe ga?</w:t>
      </w:r>
      <w:r>
        <w:br/>
      </w:r>
      <w:r>
        <w:rPr>
          <w:sz w:val="20"/>
        </w:rPr>
        <w:t>28:54  khair, maine un ko samjhaya, woh maan gaye aur woh nahi gaye. maine kaha, ek ek letter likh diya, ek chithi likh di hai, bas koi jaana mana nahi hai.</w:t>
      </w:r>
      <w:r>
        <w:br/>
      </w:r>
      <w:r>
        <w:rPr>
          <w:sz w:val="20"/>
        </w:rPr>
        <w:t>29:06  ab woh bahar rehte hain, ek bahar ki country mein, unhon ne parha wahan, phir woh arab gaye, wahan parha unhon ne. to unhon ne achhi education li,</w:t>
      </w:r>
      <w:r>
        <w:br/>
      </w:r>
      <w:r>
        <w:rPr>
          <w:sz w:val="20"/>
        </w:rPr>
        <w:t>29:17  ab woh bohat achhi hesiyat mein bahar rehte hain. aur ek baar is ke baad meri mulaqat un se hui hai, yahan delhi mein, woh aaye thay.</w:t>
      </w:r>
      <w:r>
        <w:br/>
      </w:r>
      <w:r>
        <w:rPr>
          <w:sz w:val="20"/>
        </w:rPr>
        <w:t>29:29  to unhon ne kaha ke aap ke is sentence ne meri zindagi badal di, balkeh main bhool chuka tha is qisse ko. unhon ne bataya ke aap ne kaha tha, aap bhi mar jayen to.</w:t>
      </w:r>
      <w:r>
        <w:br/>
      </w:r>
      <w:r>
        <w:rPr>
          <w:sz w:val="20"/>
        </w:rPr>
        <w:t>29:41  unhon ne kaha ke jab maine kaha ke mere baap mar gaye hain, main ghar ja raha hoon, to aap kaha ke aap bhi mar jayen to.</w:t>
      </w:r>
      <w:r>
        <w:br/>
      </w:r>
      <w:r>
        <w:rPr>
          <w:sz w:val="20"/>
        </w:rPr>
        <w:t>29:49  to unhon ne kaha ke is sentence ne meri zindagi badal di. main bahar gaya, bahar maine kafi paisa kamaya, kafi paisa kamaya.</w:t>
      </w:r>
      <w:r>
        <w:br/>
      </w:r>
      <w:r>
        <w:rPr>
          <w:sz w:val="20"/>
        </w:rPr>
        <w:t>30:02  aur phir kya hua? maine ghar banwaya, pakka ghar, kacha ghar tha. mere baap jab maray thay, kacha ghar tha.</w:t>
      </w:r>
      <w:r>
        <w:br/>
      </w:r>
      <w:r>
        <w:rPr>
          <w:sz w:val="20"/>
        </w:rPr>
        <w:t>30:11  maine pakka ghar banwaya, bhai bhaiyon ko parhwaya, behnon ki shadi ki.</w:t>
      </w:r>
      <w:r>
        <w:br/>
      </w:r>
      <w:r>
        <w:rPr>
          <w:sz w:val="20"/>
        </w:rPr>
        <w:t>30:19  agar dekhen, rishtedaron ko bhi maine faida pohanchaya. agar main chala gaya hota to kuch bhi nahi kar sakta tha. yeh hai management, yani ek bohat hi sad news milti hai aap ko, mera baap mar gaya, tab bhi aap manage kijiye.</w:t>
      </w:r>
    </w:p>
    <w:p>
      <w:pPr>
        <w:pStyle w:val="Heading2"/>
      </w:pPr>
      <w:r>
        <w:t>Personal story value of food and gratitude</w:t>
      </w:r>
    </w:p>
    <w:p>
      <w:r>
        <w:rPr>
          <w:color w:val="666666"/>
          <w:sz w:val="18"/>
        </w:rPr>
        <w:t>Fasting A Source of Spiritual Empowerment 21 Aug, 2011 - Maulana Wahiduddin Khan · 2m 56s · at 18:52 · https://youtu.be/b19V3pD-tbQ?t=1132</w:t>
      </w:r>
    </w:p>
    <w:p>
      <w:r>
        <w:rPr>
          <w:i/>
        </w:rPr>
        <w:t>“Ek baar aisa hua jab main UP mein tha.”</w:t>
      </w:r>
    </w:p>
    <w:p>
      <w:r>
        <w:rPr>
          <w:sz w:val="20"/>
        </w:rPr>
        <w:t>18:52  ek baar aisa hua jab mein UP mein tha. to subah ko neend nahi khuli.</w:t>
      </w:r>
      <w:r>
        <w:br/>
      </w:r>
      <w:r>
        <w:rPr>
          <w:sz w:val="20"/>
        </w:rPr>
        <w:t>19:02  yaani subah ko dawn se pehle neend khulna chahiye. tab aap kha bhi sakte hain.</w:t>
      </w:r>
      <w:r>
        <w:br/>
      </w:r>
      <w:r>
        <w:rPr>
          <w:sz w:val="20"/>
        </w:rPr>
        <w:t>19:11  dawn ke baad agar neend khulegi to nahi kha sakte aap. to meri neend nahi khuli. to mein sehri nahi kha saka. is din mujhe sehri ke baghair roza rakhna pada.</w:t>
      </w:r>
      <w:r>
        <w:br/>
      </w:r>
      <w:r>
        <w:rPr>
          <w:sz w:val="20"/>
        </w:rPr>
        <w:t>19:26  kyun ke sehri na khana yeh aadmi ka excuse nahi hai. agar aap sehri na kha sake to aisa nahi ke ab excuse mil gaya aap ko. aap sehri roza na rakhein aap.</w:t>
      </w:r>
      <w:r>
        <w:br/>
      </w:r>
      <w:r>
        <w:rPr>
          <w:sz w:val="20"/>
        </w:rPr>
        <w:t>19:37  to roza rakhna pada mujhe. ab is din jo hai laga ke ek din ka khana jo chhoota hai mujh se, sirf ek din ka.</w:t>
      </w:r>
      <w:r>
        <w:br/>
      </w:r>
      <w:r>
        <w:rPr>
          <w:sz w:val="20"/>
        </w:rPr>
        <w:t>19:50  to kitna sakht hai woh. to maine socha ke agar umar bhar ke khana chhoot jaye,</w:t>
      </w:r>
      <w:r>
        <w:br/>
      </w:r>
      <w:r>
        <w:rPr>
          <w:sz w:val="20"/>
        </w:rPr>
        <w:t>20:00  hamesha ke liye chhoot jaye khana, yaani maut ke baad Khuda agar hum ko ek aisi chattan par chhod de, farishta maut ke baad le aap ko aur le aa kar ke ek chattan par daal de jahan khana pani na ho,</w:t>
      </w:r>
      <w:r>
        <w:br/>
      </w:r>
      <w:r>
        <w:rPr>
          <w:sz w:val="20"/>
        </w:rPr>
        <w:t>20:17  to kahe ke bas pade raho yahin aa jao. koi takleef, doosri neend nahi de aayegi tum ko. koi tum ko maarne nahi aayega. tum ko jalane nahi aayega.</w:t>
      </w:r>
      <w:r>
        <w:br/>
      </w:r>
      <w:r>
        <w:rPr>
          <w:sz w:val="20"/>
        </w:rPr>
        <w:t>20:28  kuch bhi karne nahi aayega tum ko. bas khali yeh hai ke khana peena nahi milega.</w:t>
      </w:r>
      <w:r>
        <w:br/>
      </w:r>
      <w:r>
        <w:rPr>
          <w:sz w:val="20"/>
        </w:rPr>
        <w:t>20:36  to kya aalam hoga? hatta ke phir maine socha ke farz kiye ke mujh ko dunya ka sab se achha mahal mil jaye. lekin is mein khana peena na ho.</w:t>
      </w:r>
      <w:r>
        <w:br/>
      </w:r>
      <w:r>
        <w:rPr>
          <w:sz w:val="20"/>
        </w:rPr>
        <w:t>20:49  sab se achha palace,</w:t>
      </w:r>
      <w:r>
        <w:br/>
      </w:r>
      <w:r>
        <w:rPr>
          <w:sz w:val="20"/>
        </w:rPr>
        <w:t>20:55  jaise emperor ke palace hua karte the, sab se achha palace mil jaye to bilkul tumhare disposal par hai yeh palace. lekin wahan khana peena nahi hai.</w:t>
      </w:r>
      <w:r>
        <w:br/>
      </w:r>
      <w:r>
        <w:rPr>
          <w:sz w:val="20"/>
        </w:rPr>
        <w:t>21:07  to ek din ka jo mujhe khana chhoota to sab cheez bekar lagne lagi. palace bhi bekar.</w:t>
      </w:r>
      <w:r>
        <w:br/>
      </w:r>
      <w:r>
        <w:rPr>
          <w:sz w:val="20"/>
        </w:rPr>
        <w:t>21:20  sab kuch bekar.</w:t>
      </w:r>
      <w:r>
        <w:br/>
      </w:r>
      <w:r>
        <w:rPr>
          <w:sz w:val="20"/>
        </w:rPr>
        <w:t>21:25  to qadar o qeemat maloom hui khane ki ke Allah taala ne</w:t>
      </w:r>
      <w:r>
        <w:br/>
      </w:r>
      <w:r>
        <w:rPr>
          <w:sz w:val="20"/>
        </w:rPr>
        <w:t>21:32  insan ko paida kiya to kaisi ajeeb baat hai ke hum ne Allah taala se dua nahi ki thi ke hamein khana bhi de de.</w:t>
      </w:r>
      <w:r>
        <w:br/>
      </w:r>
      <w:r>
        <w:rPr>
          <w:sz w:val="20"/>
        </w:rPr>
        <w:t>21:43  baghair dua ke khana yahan maujood kar gaya.</w:t>
      </w:r>
    </w:p>
    <w:p>
      <w:pPr>
        <w:pStyle w:val="Heading2"/>
      </w:pPr>
      <w:r>
        <w:t>Fear of God transforms character</w:t>
      </w:r>
    </w:p>
    <w:p>
      <w:r>
        <w:rPr>
          <w:color w:val="666666"/>
          <w:sz w:val="18"/>
        </w:rPr>
        <w:t>Spiritual Light Nov 26, 2006 Maulana Wahiduddin Khan · 2m 38s · at 13:04 · https://youtu.be/IhfHxIakZOw?t=784</w:t>
      </w:r>
    </w:p>
    <w:p>
      <w:r>
        <w:rPr>
          <w:i/>
        </w:rPr>
        <w:t>“We were in a village people were talking”</w:t>
      </w:r>
    </w:p>
    <w:p>
      <w:r>
        <w:rPr>
          <w:sz w:val="20"/>
        </w:rPr>
        <w:t>13:04  ek gaon mein hum thay toh log tarah tarah ki baatein kar rahe thay, yeh baat, woh baat, yeh baat, woh baat. har aadmi ke paas goya ek poori dictionary yaad ki hui thi woh.</w:t>
      </w:r>
      <w:r>
        <w:br/>
      </w:r>
      <w:r>
        <w:rPr>
          <w:sz w:val="20"/>
        </w:rPr>
        <w:t>13:19  is ke shabd khatam nahi hotay thay. ek ki baat khatam nahi hoti ke doosra bolna shuru kar deta hai. is ko yani shabdon ka bhandar tha har ek ke paas.</w:t>
      </w:r>
      <w:r>
        <w:br/>
      </w:r>
      <w:r>
        <w:rPr>
          <w:sz w:val="20"/>
        </w:rPr>
        <w:t>13:32  har ek ke paas shabdon ka bhandar tha. lekin kya hua? achaanak ek aadmi ne notice kiya ke yahan toh saanp aa gaya hai. gaon mein aap jante hain ke saanp waghera aa jatay hain.</w:t>
      </w:r>
      <w:r>
        <w:br/>
      </w:r>
      <w:r>
        <w:rPr>
          <w:sz w:val="20"/>
        </w:rPr>
        <w:t>13:46  toh jaise us ne kaha ke saanp, sab ki bol band ho gayi. sab ke sab bhool gaye. yani kisi ko is ki sari memory fail ho gayi.</w:t>
      </w:r>
      <w:r>
        <w:br/>
      </w:r>
      <w:r>
        <w:rPr>
          <w:sz w:val="20"/>
        </w:rPr>
        <w:t>13:59  aisa lagta tha. aur bhage idhar, bhage idhar, bhage idhar, bhage idhar, bhage. waqai woh kala saanp tha woh ek. toh gaon mein aisa hota hai.</w:t>
      </w:r>
      <w:r>
        <w:br/>
      </w:r>
      <w:r>
        <w:rPr>
          <w:sz w:val="20"/>
        </w:rPr>
        <w:t>14:10  toh aap sochiye ke wahi log jo shabdon ka bhandar bane hue thay, aisa lagta tha ke poori dictionary unhon ne memorize kar rakhi hai.</w:t>
      </w:r>
      <w:r>
        <w:br/>
      </w:r>
      <w:r>
        <w:rPr>
          <w:sz w:val="20"/>
        </w:rPr>
        <w:t>14:24  un ke sab gum ho gaye. woh speechless ho gaye. yeh hai fear. fear ka phenomena.</w:t>
      </w:r>
      <w:r>
        <w:br/>
      </w:r>
      <w:r>
        <w:rPr>
          <w:sz w:val="20"/>
        </w:rPr>
        <w:t>14:37  jab tak woh fearless thay, jab tak woh fearless thay toh un ko speech hi speech thi.</w:t>
      </w:r>
      <w:r>
        <w:br/>
      </w:r>
      <w:r>
        <w:rPr>
          <w:sz w:val="20"/>
        </w:rPr>
        <w:t>14:48  un ki kisi ki zuban band nahi hoti thi. kisi ke shabd khatam nahi hotay thay. jab tak fearless thay. aur jab un ke dil mein fear aa gaya toh ek dum badal gaye.</w:t>
      </w:r>
      <w:r>
        <w:br/>
      </w:r>
      <w:r>
        <w:rPr>
          <w:sz w:val="20"/>
        </w:rPr>
        <w:t>15:02  wohi kuch ke kuch ho gaye woh. to mein yeh kehta hoon ke quran kholain aap aur shuru hi mein jab is aayat ko parhain ke hudall mutaqeen ke sachay religion walay to woh hain jin ke andar khuda ka fear ho, khuda ka dar ho.</w:t>
      </w:r>
      <w:r>
        <w:br/>
      </w:r>
      <w:r>
        <w:rPr>
          <w:sz w:val="20"/>
        </w:rPr>
        <w:t>15:23  to kya aap samajhte hain ke saanp ka dar logon ko itna bhonchal ban jata hai aur khuda ka dar jo creator hai sare saanpon ka, sare universe ka,</w:t>
      </w:r>
      <w:r>
        <w:br/>
      </w:r>
      <w:r>
        <w:rPr>
          <w:sz w:val="20"/>
        </w:rPr>
        <w:t>15:36  is ke andar kuch nahi hoga? kuch bhonchal nahi aye ga is ke andar?</w:t>
      </w:r>
    </w:p>
    <w:p>
      <w:pPr>
        <w:pStyle w:val="Heading2"/>
      </w:pPr>
      <w:r>
        <w:t>Mind-based spirituality versus heart-based</w:t>
      </w:r>
    </w:p>
    <w:p>
      <w:r>
        <w:rPr>
          <w:color w:val="666666"/>
          <w:sz w:val="18"/>
        </w:rPr>
        <w:t>Science And Spirituality-25th April 07 · 44s · at 20:43 · https://youtu.be/v5j9QVMgQq0?t=1243</w:t>
      </w:r>
    </w:p>
    <w:p>
      <w:r>
        <w:rPr>
          <w:i/>
        </w:rPr>
        <w:t>“Develop a new spirituality that is mind-based.”</w:t>
      </w:r>
    </w:p>
    <w:p>
      <w:r>
        <w:rPr>
          <w:sz w:val="20"/>
        </w:rPr>
        <w:t>20:43  It is to develop a new spirituality that is, according to my word, mind-based spirituality rather than heart-based spirituality.</w:t>
      </w:r>
      <w:r>
        <w:br/>
      </w:r>
      <w:r>
        <w:rPr>
          <w:sz w:val="20"/>
        </w:rPr>
        <w:t>20:54  Previously, people have adopted—previous people have adopted heart-based spirituality.</w:t>
      </w:r>
      <w:r>
        <w:br/>
      </w:r>
      <w:r>
        <w:rPr>
          <w:sz w:val="20"/>
        </w:rPr>
        <w:t>21:05  Now, science has disproved this notion.</w:t>
      </w:r>
      <w:r>
        <w:br/>
      </w:r>
      <w:r>
        <w:rPr>
          <w:sz w:val="20"/>
        </w:rPr>
        <w:t>21:16  So this is the corrective role of science.</w:t>
      </w:r>
      <w:r>
        <w:br/>
      </w:r>
      <w:r>
        <w:rPr>
          <w:sz w:val="20"/>
        </w:rPr>
        <w:t>21:27  According to modern science, according to modern discoveries, we have to adopt a new kind of spirituality that is mind-based spirituality. This is the relationship of science.</w:t>
      </w:r>
    </w:p>
    <w:p>
      <w:pPr>
        <w:pStyle w:val="Heading2"/>
      </w:pPr>
      <w:r>
        <w:t>Love enemy as positivity and superachievement</w:t>
      </w:r>
    </w:p>
    <w:p>
      <w:r>
        <w:rPr>
          <w:color w:val="666666"/>
          <w:sz w:val="18"/>
        </w:rPr>
        <w:t>Science and Spirituality | April 25, 2007 | Maulana Wahiduddin Kha · 2m 31s · at 55:25 · https://youtu.be/cStp24Ri3ps?t=3325</w:t>
      </w:r>
    </w:p>
    <w:p>
      <w:r>
        <w:rPr>
          <w:i/>
        </w:rPr>
        <w:t>“When Jesus Christ said love your enemy it means live without hate”</w:t>
      </w:r>
    </w:p>
    <w:p>
      <w:r>
        <w:rPr>
          <w:sz w:val="20"/>
        </w:rPr>
        <w:t>55:25  When Jesus Christ said, "Love your enemy," it means that live without negativity, live without hate, live without</w:t>
      </w:r>
      <w:r>
        <w:br/>
      </w:r>
      <w:r>
        <w:rPr>
          <w:sz w:val="20"/>
        </w:rPr>
        <w:t>55:41  complaint, live without protest. This is</w:t>
      </w:r>
      <w:r>
        <w:br/>
      </w:r>
      <w:r>
        <w:rPr>
          <w:sz w:val="20"/>
        </w:rPr>
        <w:t>55:56  "Love your enemy." It is a culture, a culture of positivity.</w:t>
      </w:r>
      <w:r>
        <w:br/>
      </w:r>
      <w:r>
        <w:rPr>
          <w:sz w:val="20"/>
        </w:rPr>
        <w:t>56:06  The prophets of Islam and the prophet Jesus both tell us this secret of life, that if you</w:t>
      </w:r>
      <w:r>
        <w:br/>
      </w:r>
      <w:r>
        <w:rPr>
          <w:sz w:val="20"/>
        </w:rPr>
        <w:t>56:16  are able to live in positivity, then you are able to turn your minus into a plus. Otherwise, no.</w:t>
      </w:r>
      <w:r>
        <w:br/>
      </w:r>
      <w:r>
        <w:rPr>
          <w:sz w:val="20"/>
        </w:rPr>
        <w:t>56:26  Otherwise, no.</w:t>
      </w:r>
      <w:r>
        <w:br/>
      </w:r>
      <w:r>
        <w:rPr>
          <w:sz w:val="20"/>
        </w:rPr>
        <w:t>56:32  This is the secret of life.</w:t>
      </w:r>
      <w:r>
        <w:br/>
      </w:r>
      <w:r>
        <w:rPr>
          <w:sz w:val="20"/>
        </w:rPr>
        <w:t>56:38  And only a spiritual person can avail this opportunity.</w:t>
      </w:r>
      <w:r>
        <w:br/>
      </w:r>
      <w:r>
        <w:rPr>
          <w:sz w:val="20"/>
        </w:rPr>
        <w:t>56:44  This is the formula of superachievement.</w:t>
      </w:r>
      <w:r>
        <w:br/>
      </w:r>
      <w:r>
        <w:rPr>
          <w:sz w:val="20"/>
        </w:rPr>
        <w:t>56:50  What is Spiritual</w:t>
      </w:r>
      <w:r>
        <w:br/>
      </w:r>
      <w:r>
        <w:rPr>
          <w:sz w:val="20"/>
        </w:rPr>
        <w:t>56:56  ity?</w:t>
      </w:r>
      <w:r>
        <w:br/>
      </w:r>
      <w:r>
        <w:rPr>
          <w:sz w:val="20"/>
        </w:rPr>
        <w:t>57:01  Spirituality gives you the formula of superachievement.</w:t>
      </w:r>
      <w:r>
        <w:br/>
      </w:r>
      <w:r>
        <w:rPr>
          <w:sz w:val="20"/>
        </w:rPr>
        <w:t>57:07  Here is the formula of superachievement.</w:t>
      </w:r>
      <w:r>
        <w:br/>
      </w:r>
      <w:r>
        <w:rPr>
          <w:sz w:val="20"/>
        </w:rPr>
        <w:t>57:12  All those formulas are false.</w:t>
      </w:r>
      <w:r>
        <w:br/>
      </w:r>
      <w:r>
        <w:rPr>
          <w:sz w:val="20"/>
        </w:rPr>
        <w:t>57:17  I think that only Spirituality gives you the formula of superachievement.</w:t>
      </w:r>
      <w:r>
        <w:br/>
      </w:r>
      <w:r>
        <w:rPr>
          <w:sz w:val="20"/>
        </w:rPr>
        <w:t>57:22  If you follow this formula, you will become a superachiever, super</w:t>
      </w:r>
      <w:r>
        <w:br/>
      </w:r>
      <w:r>
        <w:rPr>
          <w:sz w:val="20"/>
        </w:rPr>
        <w:t>57:27  achiever.</w:t>
      </w:r>
      <w:r>
        <w:br/>
      </w:r>
      <w:r>
        <w:rPr>
          <w:sz w:val="20"/>
        </w:rPr>
        <w:t>57:34  Because it is Spirituality that enables you.</w:t>
      </w:r>
      <w:r>
        <w:br/>
      </w:r>
      <w:r>
        <w:rPr>
          <w:sz w:val="20"/>
        </w:rPr>
        <w:t>57:42  It is Spirituality that enables you to turn your minus into a plus.</w:t>
      </w:r>
      <w:r>
        <w:br/>
      </w:r>
      <w:r>
        <w:rPr>
          <w:sz w:val="20"/>
        </w:rPr>
        <w:t>57:50  And this is the highest—this is the highest form of humanity.</w:t>
      </w:r>
    </w:p>
    <w:p>
      <w:pPr>
        <w:pStyle w:val="Heading2"/>
      </w:pPr>
      <w:r>
        <w:t>Spirituality means loving your enemy</w:t>
      </w:r>
    </w:p>
    <w:p>
      <w:r>
        <w:rPr>
          <w:color w:val="666666"/>
          <w:sz w:val="18"/>
        </w:rPr>
        <w:t>Islam and Peace (In Conversation with Maulana) 23 11 2008 · 31s · at 15:22 · https://youtu.be/CyS3i4AlGfs?t=922</w:t>
      </w:r>
    </w:p>
    <w:p>
      <w:r>
        <w:rPr>
          <w:i/>
        </w:rPr>
        <w:t>“Spirituality means living as a human being.”</w:t>
      </w:r>
    </w:p>
    <w:p>
      <w:r>
        <w:rPr>
          <w:sz w:val="20"/>
        </w:rPr>
        <w:t>15:22  jo apni community mein jeeta ho woh spirituality ka naam leta hai to galat naam leta hai. insan mein jeena parta hai. spirituality ka matlab hota hai insan mein jeena parta hai.</w:t>
      </w:r>
      <w:r>
        <w:br/>
      </w:r>
      <w:r>
        <w:rPr>
          <w:sz w:val="20"/>
        </w:rPr>
        <w:t>15:32  jab insan ko apna concern banayen aap. sare insan aap ke liye ek ho jayen. best jo hai spirituality ka jo principle woh hai love your enemy.</w:t>
      </w:r>
      <w:r>
        <w:br/>
      </w:r>
      <w:r>
        <w:rPr>
          <w:sz w:val="20"/>
        </w:rPr>
        <w:t>15:44  yani lo all including your enemy. main samajhta hoon ke best formula spirituality ka yeh hai. Mahatma Gandhi is ko bohat ziyada mante thay is cheez ko.</w:t>
      </w:r>
      <w:r>
        <w:br/>
      </w:r>
      <w:r>
        <w:rPr>
          <w:sz w:val="20"/>
        </w:rPr>
        <w:t>15:54  bohat ziyada mante thay. to main samajhta hoon ke spirituality jo hai is ka expression love ki shakal mein hota hai. saare insanon se mohabbat. main keh sakta hoon jo mere saath rehte hain woh gawahi gawahi denge ke mere dil mein har ek ke liye pyar hai.</w:t>
      </w:r>
    </w:p>
    <w:p>
      <w:pPr>
        <w:pStyle w:val="Heading2"/>
      </w:pPr>
      <w:r>
        <w:t>World is only responsibility, fear</w:t>
      </w:r>
    </w:p>
    <w:p>
      <w:r>
        <w:rPr>
          <w:color w:val="666666"/>
          <w:sz w:val="18"/>
        </w:rPr>
        <w:t>Experience Sharing Session of CPS Members 24 May 2008 - Maulana Wahiduddin Khan · 47s · at 18:09 · https://youtu.be/alVAkAnKiuM?t=1089</w:t>
      </w:r>
    </w:p>
    <w:p>
      <w:r>
        <w:rPr>
          <w:i/>
        </w:rPr>
        <w:t>“एंड आई थॉट दैट इफ इफ एट ऑल, आई हैव टू डाई”</w:t>
      </w:r>
    </w:p>
    <w:p>
      <w:r>
        <w:rPr>
          <w:sz w:val="20"/>
        </w:rPr>
        <w:t>18:09  and i thought that if if at all, i have to die. i have to die doing dawa work and not taking joy ride. so, i think for a believer, this world is only a responsibility. and we cannot afford to be non serious about life now.</w:t>
      </w:r>
      <w:r>
        <w:br/>
      </w:r>
      <w:r>
        <w:rPr>
          <w:sz w:val="20"/>
        </w:rPr>
        <w:t>18:32  and i really fear that i don't see that day when i fall astre or the angels do not let me in the gates of paradise. so, now, my mission is to communicate to others about the truth and help them cross over.</w:t>
      </w:r>
    </w:p>
    <w:p>
      <w:pPr>
        <w:pStyle w:val="Heading2"/>
      </w:pPr>
      <w:r>
        <w:t>Definition of spirituality beyond materiality</w:t>
      </w:r>
    </w:p>
    <w:p>
      <w:r>
        <w:rPr>
          <w:color w:val="666666"/>
          <w:sz w:val="18"/>
        </w:rPr>
        <w:t>IIC: How to Develop Spiritual Personality · 1m 00s · at 2:55 · https://youtu.be/-XrYpEYwk-Y?t=175</w:t>
      </w:r>
    </w:p>
    <w:p>
      <w:r>
        <w:rPr>
          <w:i/>
        </w:rPr>
        <w:t>“Spirituality is living beyond materiality”</w:t>
      </w:r>
    </w:p>
    <w:p>
      <w:r>
        <w:rPr>
          <w:sz w:val="20"/>
        </w:rPr>
        <w:t>2:55  hamare subject ke hisab se spirituality ka definition hai: living beyond materiality.</w:t>
      </w:r>
      <w:r>
        <w:br/>
      </w:r>
      <w:r>
        <w:rPr>
          <w:sz w:val="20"/>
        </w:rPr>
        <w:t>3:01  Material cheezon se upar uth kar jeena.</w:t>
      </w:r>
      <w:r>
        <w:br/>
      </w:r>
      <w:r>
        <w:rPr>
          <w:sz w:val="20"/>
        </w:rPr>
        <w:t>3:07  Living beyond materiality.</w:t>
      </w:r>
      <w:r>
        <w:br/>
      </w:r>
      <w:r>
        <w:rPr>
          <w:sz w:val="20"/>
        </w:rPr>
        <w:t>3:13  Yeh hai mere nazdeek definition spirituality ka.</w:t>
      </w:r>
      <w:r>
        <w:br/>
      </w:r>
      <w:r>
        <w:rPr>
          <w:sz w:val="20"/>
        </w:rPr>
        <w:t>3:19  Dekhiye, is duniya mein hum do cheezon ke beech mein jeete hain,</w:t>
      </w:r>
      <w:r>
        <w:br/>
      </w:r>
      <w:r>
        <w:rPr>
          <w:sz w:val="20"/>
        </w:rPr>
        <w:t>3:25  hamara bhi dekhiye, body hai aur soul hai.</w:t>
      </w:r>
      <w:r>
        <w:br/>
      </w:r>
      <w:r>
        <w:rPr>
          <w:sz w:val="20"/>
        </w:rPr>
        <w:t>3:31  cheezain hain aur cheezon ki meaning bhi hai.</w:t>
      </w:r>
      <w:r>
        <w:br/>
      </w:r>
      <w:r>
        <w:rPr>
          <w:sz w:val="20"/>
        </w:rPr>
        <w:t>3:37  toh is dunya mein har cheez ke do aspect hotay hain.</w:t>
      </w:r>
      <w:r>
        <w:br/>
      </w:r>
      <w:r>
        <w:rPr>
          <w:sz w:val="20"/>
        </w:rPr>
        <w:t>3:43  jab aap jeetay hain material cheezon mein, then you are living in materiality.</w:t>
      </w:r>
      <w:r>
        <w:br/>
      </w:r>
      <w:r>
        <w:rPr>
          <w:sz w:val="20"/>
        </w:rPr>
        <w:t>3:49  aur jab aap jeetay hain maadi cheezon se oopar uth kar, then you are living</w:t>
      </w:r>
    </w:p>
    <w:p>
      <w:pPr>
        <w:pStyle w:val="Heading2"/>
      </w:pPr>
      <w:r>
        <w:t>Why preachers must stay hate-free, even toward the West</w:t>
      </w:r>
    </w:p>
    <w:p>
      <w:r>
        <w:rPr>
          <w:color w:val="666666"/>
          <w:sz w:val="18"/>
        </w:rPr>
        <w:t>Divine Personality April 2, 2014 Maulana Wahiduddin Khan · 4m 00s · at 13:30 · https://youtu.be/4F-V__KFzpA?t=810</w:t>
      </w:r>
    </w:p>
    <w:p>
      <w:r>
        <w:rPr>
          <w:i/>
        </w:rPr>
        <w:t>“If you are living in the West you will find things you dislike.”</w:t>
      </w:r>
    </w:p>
    <w:p>
      <w:r>
        <w:rPr>
          <w:sz w:val="20"/>
        </w:rPr>
        <w:t>13:30  . It involves so many other things. For example, if you are living in the West, in the Western world you will find that there are a number of things that you dislike.</w:t>
      </w:r>
      <w:r>
        <w:br/>
      </w:r>
      <w:r>
        <w:rPr>
          <w:sz w:val="20"/>
        </w:rPr>
        <w:t>13:53  That is against the Islamic religion of Islam.</w:t>
      </w:r>
      <w:r>
        <w:br/>
      </w:r>
      <w:r>
        <w:rPr>
          <w:sz w:val="20"/>
        </w:rPr>
        <w:t>13:59  All the Due to this all the Muslims are negative towards the West. Even they say that the West is the enemy of Islam.</w:t>
      </w:r>
      <w:r>
        <w:br/>
      </w:r>
      <w:r>
        <w:rPr>
          <w:sz w:val="20"/>
        </w:rPr>
        <w:t>14:12  But your Ma'rifat,</w:t>
      </w:r>
      <w:r>
        <w:br/>
      </w:r>
      <w:r>
        <w:rPr>
          <w:sz w:val="20"/>
        </w:rPr>
        <w:t>14:18  your Ma'rifat is not ready to accept this kind of hateful psychology</w:t>
      </w:r>
      <w:r>
        <w:br/>
      </w:r>
      <w:r>
        <w:rPr>
          <w:sz w:val="20"/>
        </w:rPr>
        <w:t>14:28  y. You discover that da'wah and hate both cannot go together.</w:t>
      </w:r>
      <w:r>
        <w:br/>
      </w:r>
      <w:r>
        <w:rPr>
          <w:sz w:val="20"/>
        </w:rPr>
        <w:t>14:37  If you are a da'ee then you cannot afford to hate against Madh'u. You discover that every businessman knows that he cannot afford hate against his customers.</w:t>
      </w:r>
      <w:r>
        <w:br/>
      </w:r>
      <w:r>
        <w:rPr>
          <w:sz w:val="20"/>
        </w:rPr>
        <w:t>14:59  So among the business community there is a saying that customer-friendly, there is a term that is customer-friendly behavior.</w:t>
      </w:r>
      <w:r>
        <w:br/>
      </w:r>
      <w:r>
        <w:rPr>
          <w:sz w:val="20"/>
        </w:rPr>
        <w:t>15:12  So every businessman adopts customer-friendly behavior.</w:t>
      </w:r>
      <w:r>
        <w:br/>
      </w:r>
      <w:r>
        <w:rPr>
          <w:sz w:val="20"/>
        </w:rPr>
        <w:t>15:17  So you feel that I also must adopt Madhu-friendly behavior,</w:t>
      </w:r>
      <w:r>
        <w:br/>
      </w:r>
      <w:r>
        <w:rPr>
          <w:sz w:val="20"/>
        </w:rPr>
        <w:t>15:28  Madhu-friendly behavior. But it is not easy. Madhu-friendly behavior is not very easy because every time there are some unpleasant situations,</w:t>
      </w:r>
      <w:r>
        <w:br/>
      </w:r>
      <w:r>
        <w:rPr>
          <w:sz w:val="20"/>
        </w:rPr>
        <w:t>15:44  there are some sad experiences.</w:t>
      </w:r>
      <w:r>
        <w:br/>
      </w:r>
      <w:r>
        <w:rPr>
          <w:sz w:val="20"/>
        </w:rPr>
        <w:t>15:48  So you discover, you decide that I will adopt Madhu-friendly behavior in spite of all those atrocities, right or wrong.</w:t>
      </w:r>
      <w:r>
        <w:br/>
      </w:r>
      <w:r>
        <w:rPr>
          <w:sz w:val="20"/>
        </w:rPr>
        <w:t>16:11  So you feel that if I want to achieve that kind of reward which</w:t>
      </w:r>
      <w:r>
        <w:br/>
      </w:r>
      <w:r>
        <w:rPr>
          <w:sz w:val="20"/>
        </w:rPr>
        <w:t>16:25  will be given to diey for da'wah work</w:t>
      </w:r>
      <w:r>
        <w:br/>
      </w:r>
      <w:r>
        <w:rPr>
          <w:sz w:val="20"/>
        </w:rPr>
        <w:t>16:29  then you have to change your mind. Then you have to</w:t>
      </w:r>
      <w:r>
        <w:br/>
      </w:r>
      <w:r>
        <w:rPr>
          <w:sz w:val="20"/>
        </w:rPr>
        <w:t>16:38  make yourself hate-free. Then you have to adopt Madhu-friendly behavior. Otherwise you will fail to do da'wah work and also you will fail to achieve that reward which is</w:t>
      </w:r>
      <w:r>
        <w:br/>
      </w:r>
      <w:r>
        <w:rPr>
          <w:sz w:val="20"/>
        </w:rPr>
        <w:t>17:01  destined for those people who have done da'wah work in this world.</w:t>
      </w:r>
      <w:r>
        <w:br/>
      </w:r>
      <w:r>
        <w:rPr>
          <w:sz w:val="20"/>
        </w:rPr>
        <w:t>17:10  So this is da'wah culture.</w:t>
      </w:r>
      <w:r>
        <w:br/>
      </w:r>
      <w:r>
        <w:rPr>
          <w:sz w:val="20"/>
        </w:rPr>
        <w:t>17:16  So this is the two basic principles, Ma'rifat and da'wah. All other things that are part of Islam like ibadah,</w:t>
      </w:r>
    </w:p>
    <w:p>
      <w:pPr>
        <w:pStyle w:val="Heading2"/>
      </w:pPr>
      <w:r>
        <w:t>You must be hate-free to do real da'wah</w:t>
      </w:r>
    </w:p>
    <w:p>
      <w:r>
        <w:rPr>
          <w:color w:val="666666"/>
          <w:sz w:val="18"/>
        </w:rPr>
        <w:t>Divine Personality April 2, 2014 Maulana Wahiduddin Khan · 54s · at 29:24 · https://youtu.be/4F-V__KFzpA?t=1764</w:t>
      </w:r>
    </w:p>
    <w:p>
      <w:r>
        <w:rPr>
          <w:i/>
        </w:rPr>
        <w:t>“Those living in the West must abandon all kinds of hate.”</w:t>
      </w:r>
    </w:p>
    <w:p>
      <w:r>
        <w:rPr>
          <w:sz w:val="20"/>
        </w:rPr>
        <w:t>29:24  especially those people who are living in the West they must abandon all kinds of hate. Without making yourself free of hate you cannot do da'wah work.</w:t>
      </w:r>
      <w:r>
        <w:br/>
      </w:r>
      <w:r>
        <w:rPr>
          <w:sz w:val="20"/>
        </w:rPr>
        <w:t>29:39  Because all the Muslims hate Western people. These people cannot do da'wah work. Because you have to be well-wisher you have to make da'wah.</w:t>
      </w:r>
      <w:r>
        <w:br/>
      </w:r>
      <w:r>
        <w:rPr>
          <w:sz w:val="20"/>
        </w:rPr>
        <w:t>29:52  You have to listen to their point with patience.</w:t>
      </w:r>
      <w:r>
        <w:br/>
      </w:r>
      <w:r>
        <w:rPr>
          <w:sz w:val="20"/>
        </w:rPr>
        <w:t>29:59  All these things require compassion, well-wishing. So this is a very important condition that you must be hate-free towards your Madhu.</w:t>
      </w:r>
    </w:p>
    <w:p>
      <w:pPr>
        <w:pStyle w:val="Heading2"/>
      </w:pPr>
      <w:r>
        <w:t>turning suffering into a lesson through contentment</w:t>
      </w:r>
    </w:p>
    <w:p>
      <w:r>
        <w:rPr>
          <w:color w:val="666666"/>
          <w:sz w:val="18"/>
        </w:rPr>
        <w:t>Interview Session with Maulana Wahiduddin Khan January 30, 2008 · 1m 55s · at 46:47 · https://youtu.be/o8Gpe9YMuZc?t=2807</w:t>
      </w:r>
    </w:p>
    <w:p>
      <w:r>
        <w:rPr>
          <w:i/>
        </w:rPr>
        <w:t>“Adverse situations are part of our life — no exception.”</w:t>
      </w:r>
    </w:p>
    <w:p>
      <w:r>
        <w:rPr>
          <w:sz w:val="20"/>
        </w:rPr>
        <w:t>46:47  how does spirituality help in coping up with adverse situations? you see, adverse situation is part of our life.</w:t>
      </w:r>
      <w:r>
        <w:br/>
      </w:r>
      <w:r>
        <w:rPr>
          <w:sz w:val="20"/>
        </w:rPr>
        <w:t>46:58  there is no exception. everyone faces such kind of situation.</w:t>
      </w:r>
      <w:r>
        <w:br/>
      </w:r>
      <w:r>
        <w:rPr>
          <w:sz w:val="20"/>
        </w:rPr>
        <w:t>47:11  in everyone's life, there are some moments like this. but what is required?</w:t>
      </w:r>
      <w:r>
        <w:br/>
      </w:r>
      <w:r>
        <w:rPr>
          <w:sz w:val="20"/>
        </w:rPr>
        <w:t>47:20  that is spiritual thinking, spiritual mind. and what is spiritual mind</w:t>
      </w:r>
      <w:r>
        <w:br/>
      </w:r>
      <w:r>
        <w:rPr>
          <w:sz w:val="20"/>
        </w:rPr>
        <w:t>47:27  that is contentment. in Arabic is qanaat. without contentment, there is no other way</w:t>
      </w:r>
      <w:r>
        <w:br/>
      </w:r>
      <w:r>
        <w:rPr>
          <w:sz w:val="20"/>
        </w:rPr>
        <w:t>47:41  because you are destined to live in problems, in difficulties, in losses.</w:t>
      </w:r>
      <w:r>
        <w:br/>
      </w:r>
      <w:r>
        <w:rPr>
          <w:sz w:val="20"/>
        </w:rPr>
        <w:t>47:52  so you have to be patient. you have to keep</w:t>
      </w:r>
      <w:r>
        <w:br/>
      </w:r>
      <w:r>
        <w:rPr>
          <w:sz w:val="20"/>
        </w:rPr>
        <w:t>47:56  patience. you have to keep contentment. otherwise, you will go to tension and stress.</w:t>
      </w:r>
      <w:r>
        <w:br/>
      </w:r>
      <w:r>
        <w:rPr>
          <w:sz w:val="20"/>
        </w:rPr>
        <w:t>48:10  everyone suffers. suffering is a part of life. so you have to take sufferings as a lesson.</w:t>
      </w:r>
      <w:r>
        <w:br/>
      </w:r>
      <w:r>
        <w:rPr>
          <w:sz w:val="20"/>
        </w:rPr>
        <w:t>48:22  and in every suffering, there are lessons.</w:t>
      </w:r>
      <w:r>
        <w:br/>
      </w:r>
      <w:r>
        <w:rPr>
          <w:sz w:val="20"/>
        </w:rPr>
        <w:t>48:26  so if you, if you extract lessons from suffering, then suffering is not evil, but suffering becomes a good experience.</w:t>
      </w:r>
    </w:p>
    <w:p>
      <w:pPr>
        <w:pStyle w:val="Heading2"/>
      </w:pPr>
      <w:r>
        <w:t>Low profile not popular with Muslims</w:t>
      </w:r>
    </w:p>
    <w:p>
      <w:r>
        <w:rPr>
          <w:color w:val="666666"/>
          <w:sz w:val="18"/>
        </w:rPr>
        <w:t>The Case of Present Muslim Generation September 28, 2008 · 24s · at 44:17 · https://youtu.be/yjSy2b7JPTw?t=2657</w:t>
      </w:r>
    </w:p>
    <w:p>
      <w:r>
        <w:rPr>
          <w:i/>
        </w:rPr>
        <w:t>“Aap ko kabhi bhi popularity nahi milegi”</w:t>
      </w:r>
    </w:p>
    <w:p>
      <w:r>
        <w:rPr>
          <w:sz w:val="20"/>
        </w:rPr>
        <w:t>44:17  jo aap mission aap chala rahe hain musalmanon mein. bohat pehle ki baat hai. mein ne kaha kyun? unhon ne kaha ke aap low profile mein baat karte hain.</w:t>
      </w:r>
      <w:r>
        <w:br/>
      </w:r>
      <w:r>
        <w:rPr>
          <w:sz w:val="20"/>
        </w:rPr>
        <w:t>44:31  aur aaj ka musalman high profile ko pasand karta hai. kaun sune ga aap ki baat?</w:t>
      </w:r>
    </w:p>
    <w:p>
      <w:pPr>
        <w:pStyle w:val="Heading2"/>
      </w:pPr>
      <w:r>
        <w:t>Paranoia is delusion of greatness</w:t>
      </w:r>
    </w:p>
    <w:p>
      <w:r>
        <w:rPr>
          <w:color w:val="666666"/>
          <w:sz w:val="18"/>
        </w:rPr>
        <w:t>The Case of Present Muslim Generation September 28, 2008 · 21s · at 11:34 · https://youtu.be/yjSy2b7JPTw?t=694</w:t>
      </w:r>
    </w:p>
    <w:p>
      <w:r>
        <w:rPr>
          <w:i/>
        </w:rPr>
        <w:t>“Paranoia kya kehte hain? Paranoia kehte hain yani”</w:t>
      </w:r>
    </w:p>
    <w:p>
      <w:r>
        <w:rPr>
          <w:sz w:val="20"/>
        </w:rPr>
        <w:t>11:34  woh hai paranoia case. paranoia. paranoia kya kehte hain? paranoia kehte hain yani</w:t>
      </w:r>
      <w:r>
        <w:br/>
      </w:r>
      <w:r>
        <w:rPr>
          <w:sz w:val="20"/>
        </w:rPr>
        <w:t>11:44  delusion hona aadmi ke andar. delusion of greatness. ke main bara hoon. yani false ground par apne ko bara samajh lena. aap keh sakte hain ke false pride.</w:t>
      </w:r>
    </w:p>
    <w:p>
      <w:pPr>
        <w:pStyle w:val="Heading2"/>
      </w:pPr>
      <w:r>
        <w:t>Spirituality is not mysterious, it's a known discipline</w:t>
      </w:r>
    </w:p>
    <w:p>
      <w:r>
        <w:rPr>
          <w:color w:val="666666"/>
          <w:sz w:val="18"/>
        </w:rPr>
        <w:t>Spirituality in Simple Living, High Thinking October 27, 2019 Maulana Wahiduddin Khan · 1m 53s · at 12:15 · https://youtu.be/Kr28g15eFr8?t=735</w:t>
      </w:r>
    </w:p>
    <w:p>
      <w:r>
        <w:rPr>
          <w:i/>
        </w:rPr>
        <w:t>“Spirituality is not the name of some mysterious thing”</w:t>
      </w:r>
    </w:p>
    <w:p>
      <w:r>
        <w:rPr>
          <w:sz w:val="20"/>
        </w:rPr>
        <w:t>12:15  mere nazdeek spirituality isi ka naam hai. spirituality log sochte hain ke koi koi woh</w:t>
      </w:r>
      <w:r>
        <w:br/>
      </w:r>
      <w:r>
        <w:rPr>
          <w:sz w:val="20"/>
        </w:rPr>
        <w:t>12:28  mysterious cheez ka naam nahi hai, mysterious cheez ka naam hai.</w:t>
      </w:r>
      <w:r>
        <w:br/>
      </w:r>
      <w:r>
        <w:rPr>
          <w:sz w:val="20"/>
        </w:rPr>
        <w:t>12:35  mere nazdeek spirituality kisi mysterious cheez ka naam nahi hai,</w:t>
      </w:r>
      <w:r>
        <w:br/>
      </w:r>
      <w:r>
        <w:rPr>
          <w:sz w:val="20"/>
        </w:rPr>
        <w:t>12:42  woh aik well known discipline hai.</w:t>
      </w:r>
      <w:r>
        <w:br/>
      </w:r>
      <w:r>
        <w:rPr>
          <w:sz w:val="20"/>
        </w:rPr>
        <w:t>12:54  spirituality ko mein ne convert kiya doosre alfaaz mein to spirituality mujhe laga ke spirituality to naam hai simple living high technique ka,</w:t>
      </w:r>
      <w:r>
        <w:br/>
      </w:r>
      <w:r>
        <w:rPr>
          <w:sz w:val="20"/>
        </w:rPr>
        <w:t>13:09  yahi spirituality hai.</w:t>
      </w:r>
      <w:r>
        <w:br/>
      </w:r>
      <w:r>
        <w:rPr>
          <w:sz w:val="20"/>
        </w:rPr>
        <w:t>13:12  chounke spirituality</w:t>
      </w:r>
      <w:r>
        <w:br/>
      </w:r>
      <w:r>
        <w:rPr>
          <w:sz w:val="20"/>
        </w:rPr>
        <w:t>13:17  result result ko nateeje ko batata hai, method ko, technique ko nahi, is liye samajh nahi paate log.</w:t>
      </w:r>
      <w:r>
        <w:br/>
      </w:r>
      <w:r>
        <w:rPr>
          <w:sz w:val="20"/>
        </w:rPr>
        <w:t>13:29  jab log bolte hain lafz spirituality to pehla un ka mind chahta hai jaanna ke what is the technique of spirituality,</w:t>
      </w:r>
      <w:r>
        <w:br/>
      </w:r>
      <w:r>
        <w:rPr>
          <w:sz w:val="20"/>
        </w:rPr>
        <w:t>13:40  how to attain spirituality. to technique jaanna chahte hain woh,</w:t>
      </w:r>
      <w:r>
        <w:br/>
      </w:r>
      <w:r>
        <w:rPr>
          <w:sz w:val="20"/>
        </w:rPr>
        <w:t>13:54  is waja se samajh nahi paate in ko. aur chuki poori history se chala raha hai, chala raha hai ke spirituality</w:t>
      </w:r>
    </w:p>
    <w:p>
      <w:pPr>
        <w:pStyle w:val="Heading2"/>
      </w:pPr>
      <w:r>
        <w:t>Companions discovered Islam; born Muslims must rediscover it</w:t>
      </w:r>
    </w:p>
    <w:p>
      <w:r>
        <w:rPr>
          <w:color w:val="666666"/>
          <w:sz w:val="18"/>
        </w:rPr>
        <w:t>Personality of A Believer February 2, 2014 · 1m 09s · at 1:02:40 · https://youtu.be/EiK_-O-Bjps?t=3760</w:t>
      </w:r>
    </w:p>
    <w:p>
      <w:r>
        <w:rPr>
          <w:i/>
        </w:rPr>
        <w:t>“Sahaba ke liye Islam ek dariyaft tha, rediscovery nahi”</w:t>
      </w:r>
    </w:p>
    <w:p>
      <w:r>
        <w:rPr>
          <w:sz w:val="20"/>
        </w:rPr>
        <w:t>1:02:40  . unhon ne likha hai: "maulana sahab, please tell me, was sahaba iman a re-discovery for them?" nahi, mein aisa kehta hoon ke jo already momin hain, paida hue hain musalman, un ke liye un ki zaroorat hai ke woh islam ko re-discovery banayein.</w:t>
      </w:r>
      <w:r>
        <w:br/>
      </w:r>
      <w:r>
        <w:rPr>
          <w:sz w:val="20"/>
        </w:rPr>
        <w:t>1:03:00  mein paida hone ko kafi na samjhein,</w:t>
      </w:r>
      <w:r>
        <w:br/>
      </w:r>
      <w:r>
        <w:rPr>
          <w:sz w:val="20"/>
        </w:rPr>
        <w:t>1:03:04  yani paida hone se aadmi</w:t>
      </w:r>
      <w:r>
        <w:br/>
      </w:r>
      <w:r>
        <w:rPr>
          <w:sz w:val="20"/>
        </w:rPr>
        <w:t>1:03:09  momin ban gaye, aisa na samjhein, balkeh woh islam ko re-discover karein. yeh yani paidaishi musalmanon ke bare mein aisa mein kehta hoon, lekin sahaba to woh to paida hue the ghair islam mein.</w:t>
      </w:r>
      <w:r>
        <w:br/>
      </w:r>
      <w:r>
        <w:rPr>
          <w:sz w:val="20"/>
        </w:rPr>
        <w:t>1:03:27  unhon ne to islam in ka case discovery ka case hai,</w:t>
      </w:r>
      <w:r>
        <w:br/>
      </w:r>
      <w:r>
        <w:rPr>
          <w:sz w:val="20"/>
        </w:rPr>
        <w:t>1:03:32  in ka case re-discovery case nahi hai. re-discovery case to paidaishi musalmanon ke liye hai. sahaba ke liye islam in ki discovery tha.</w:t>
      </w:r>
      <w:r>
        <w:br/>
      </w:r>
      <w:r>
        <w:rPr>
          <w:sz w:val="20"/>
        </w:rPr>
        <w:t>1:03:43  pehli baar daryaft kiya unhon ne?</w:t>
      </w:r>
    </w:p>
    <w:p>
      <w:pPr>
        <w:pStyle w:val="Heading2"/>
      </w:pPr>
      <w:r>
        <w:t>Misguidance of terrorists, not Quranic teaching</w:t>
      </w:r>
    </w:p>
    <w:p>
      <w:r>
        <w:rPr>
          <w:color w:val="666666"/>
          <w:sz w:val="18"/>
        </w:rPr>
        <w:t>Spirituality in Daily Life October 4, 2008 · 3m 04s · at 1:20:46 · https://youtu.be/oeJR6tYqQVw?t=4846</w:t>
      </w:r>
    </w:p>
    <w:p>
      <w:r>
        <w:rPr>
          <w:i/>
        </w:rPr>
        <w:t>“The question is from Mr. Khalid Ansari.”</w:t>
      </w:r>
    </w:p>
    <w:p>
      <w:r>
        <w:rPr>
          <w:sz w:val="20"/>
        </w:rPr>
        <w:t>1:20:46  how is islamic goal different from the one that terrorist have? haan sahib, yeh dekhiye, abhi jo miss ajmal ko pakra gaya hai bombay mein, us ne bohat acha is ka jawab de diya hai.</w:t>
      </w:r>
      <w:r>
        <w:br/>
      </w:r>
      <w:r>
        <w:rPr>
          <w:sz w:val="20"/>
        </w:rPr>
        <w:t>1:21:01  abhi mein aik yahan pe seminar tha delhi mein, to us mein kai log thay. nahi, woh final discussion tha tv par.</w:t>
      </w:r>
      <w:r>
        <w:br/>
      </w:r>
      <w:r>
        <w:rPr>
          <w:sz w:val="20"/>
        </w:rPr>
        <w:t>1:21:10  to aik professor sahib ne kaha ke yeh log quran se peredna le kar aaye thay bombay.</w:t>
      </w:r>
      <w:r>
        <w:br/>
      </w:r>
      <w:r>
        <w:rPr>
          <w:sz w:val="20"/>
        </w:rPr>
        <w:t>1:21:17  yeh bombay mein jo bomb blast hua, to quran se peredna le kar ke aaye thay, aur quran ne sikhaya tha ke bomb maro. to mein ne kaha ke dekhiye, aap shayad paper nahi parhte hain, aap kisi cell mein rehte honge.</w:t>
      </w:r>
      <w:r>
        <w:br/>
      </w:r>
      <w:r>
        <w:rPr>
          <w:sz w:val="20"/>
        </w:rPr>
        <w:t>1:21:33  daily aa raha hai in ka statement, interrogation jo ho raha hai miss ajmal se, aur aaj ke paper jis din unhone kaha, usi din ki baat hai. us ne kaha tha ke i was miss led, i was miss</w:t>
      </w:r>
      <w:r>
        <w:br/>
      </w:r>
      <w:r>
        <w:rPr>
          <w:sz w:val="20"/>
        </w:rPr>
        <w:t>1:21:46  led. us ne bataya ke mein, us ne kaha hum ko utha le gaye hamare gaon se, aur char saal tak hum ko rakha aik aik camp mein.</w:t>
      </w:r>
      <w:r>
        <w:br/>
      </w:r>
      <w:r>
        <w:rPr>
          <w:sz w:val="20"/>
        </w:rPr>
        <w:t>1:21:56  to mein ne kaha ke aap parhiye is ko ke us ne char saal kiya kiya. us ne kuch bhi nahi kaha ke mujhe char saal tak quran parhaya gaya. yeh nahi kaha us ne ke mujh ko aur mere sab sathiyon ko.</w:t>
      </w:r>
      <w:r>
        <w:br/>
      </w:r>
      <w:r>
        <w:rPr>
          <w:sz w:val="20"/>
        </w:rPr>
        <w:t>1:22:08  yeh dason aadmi aik camp mein thay, char saal tak under training.</w:t>
      </w:r>
      <w:r>
        <w:br/>
      </w:r>
      <w:r>
        <w:rPr>
          <w:sz w:val="20"/>
        </w:rPr>
        <w:t>1:22:13  to is ne yeh nahi kaha ke mujhe chaar saal tak quran padhaya gaya. nahi, is ne kaha mujhe hum logon ko video film dikhai gayi. woh kya video film thi?</w:t>
      </w:r>
      <w:r>
        <w:br/>
      </w:r>
      <w:r>
        <w:rPr>
          <w:sz w:val="20"/>
        </w:rPr>
        <w:t>1:22:23  idhar udhar se kuch scene le liya unhon ne. kya ghar jal raha hai, wahan right ho raha hai, wahan koi aise kuch ho raha hai. to main ne kaha jab chahe aisi video film bana lijiye aap kisi bhi country ke bare mein, USA ke bare mein, Britain ke bare mein, France ke bare mein, bana lijiye.</w:t>
      </w:r>
      <w:r>
        <w:br/>
      </w:r>
      <w:r>
        <w:rPr>
          <w:sz w:val="20"/>
        </w:rPr>
        <w:t>1:22:38  idhar udhar ki cheezon ko le kar ke ek video film bana lijiye aap.</w:t>
      </w:r>
      <w:r>
        <w:br/>
      </w:r>
      <w:r>
        <w:rPr>
          <w:sz w:val="20"/>
        </w:rPr>
        <w:t>1:22:42  is ka quran se kya talluq hai? woh khud yeh nahi keh raha hai ke mujhe quran padhaya gaya, quran ne mujhe inspire kiya, tab main ne yeh yeh planning ki.</w:t>
      </w:r>
      <w:r>
        <w:br/>
      </w:r>
      <w:r>
        <w:rPr>
          <w:sz w:val="20"/>
        </w:rPr>
        <w:t>1:22:53  to woh khud kehta hai ke i was just led, mujhe behkaya gaya.</w:t>
      </w:r>
      <w:r>
        <w:br/>
      </w:r>
      <w:r>
        <w:rPr>
          <w:sz w:val="20"/>
        </w:rPr>
        <w:t>1:22:59  to yeh log jo hain, in ke bare mein yeh manna, jo log mante hain ke quran ki teaching se unhon ne aisa kiya hai, to yeh bilkul baseless baat hai.</w:t>
      </w:r>
      <w:r>
        <w:br/>
      </w:r>
      <w:r>
        <w:rPr>
          <w:sz w:val="20"/>
        </w:rPr>
        <w:t>1:23:09  aur mis eligible ne is is baat ko aakhri had tak sabit kar diya ke yeh baseless baat hai.</w:t>
      </w:r>
      <w:r>
        <w:br/>
      </w:r>
      <w:r>
        <w:rPr>
          <w:sz w:val="20"/>
        </w:rPr>
        <w:t>1:23:14  woh khud bol raha hai ke hamein chaar saal tak jo cheezein sikhai gayi, woh yaani khud ka banaya hua video tha, khud ka banaya hua quran nahi tha woh.</w:t>
      </w:r>
      <w:r>
        <w:br/>
      </w:r>
      <w:r>
        <w:rPr>
          <w:sz w:val="20"/>
        </w:rPr>
        <w:t>1:23:28  aur woh khud kehta hai ke ab main jo dunya mein, bahir ki dunya mein aaya hoon, India mein aaya hoon, bahir ki dunya mein, tab main ne discover kiya ke main to behka hua insan tha, i was misled.</w:t>
      </w:r>
      <w:r>
        <w:br/>
      </w:r>
      <w:r>
        <w:rPr>
          <w:sz w:val="20"/>
        </w:rPr>
        <w:t>1:23:40  to main samajhta hoon ke yeh ab full stop lag jana chahiye, lag jana chahiye aisi baaton par jo kehte rahe hain log. okay, we'll end the session now.</w:t>
      </w:r>
    </w:p>
    <w:p>
      <w:pPr>
        <w:pStyle w:val="Heading2"/>
      </w:pPr>
      <w:r>
        <w:t>Mind-based spirituality leads to intellectual development</w:t>
      </w:r>
    </w:p>
    <w:p>
      <w:r>
        <w:rPr>
          <w:color w:val="666666"/>
          <w:sz w:val="18"/>
        </w:rPr>
        <w:t>Spirituality in Daily Life 13 Aug 2016 - Maulana Wahiduddin Khan · 33s · at 2:32 · https://youtu.be/SB0AF0Q9aTE?t=152</w:t>
      </w:r>
    </w:p>
    <w:p>
      <w:r>
        <w:rPr>
          <w:i/>
        </w:rPr>
        <w:t>“Mind-based spirituality ka matlab hai thinking se spirituality achieve karna.”</w:t>
      </w:r>
    </w:p>
    <w:p>
      <w:r>
        <w:rPr>
          <w:sz w:val="20"/>
        </w:rPr>
        <w:t>2:32  to mind based spirituality ka matlab yeh hai ki thinking se spirituality ko achieve karna. to jis tarah se heart based spirituality mein aakhri cheez ecstasy hoti hai,</w:t>
      </w:r>
      <w:r>
        <w:br/>
      </w:r>
      <w:r>
        <w:rPr>
          <w:sz w:val="20"/>
        </w:rPr>
        <w:t>2:49  aise hi mind based spirituality mein jo aakhri cheez hoti hai, woh intellectual development hai. intellectual development. to main jis spirituality ko manta hoon,</w:t>
      </w:r>
    </w:p>
    <w:p>
      <w:pPr>
        <w:pStyle w:val="Heading2"/>
      </w:pPr>
      <w:r>
        <w:t>Namaaz as culture of discipline</w:t>
      </w:r>
    </w:p>
    <w:p>
      <w:r>
        <w:rPr>
          <w:color w:val="666666"/>
          <w:sz w:val="18"/>
        </w:rPr>
        <w:t>Islamic Prayer (Part 2) (English) | February 27, 2007 | Maulana Wahiduddin Khan · 30s · at 12:36 · https://youtu.be/xoh_XiWwRlI?t=756</w:t>
      </w:r>
    </w:p>
    <w:p>
      <w:r>
        <w:rPr>
          <w:i/>
        </w:rPr>
        <w:t>“Namaaz is a culture of discipline.”</w:t>
      </w:r>
    </w:p>
    <w:p>
      <w:r>
        <w:rPr>
          <w:sz w:val="20"/>
        </w:rPr>
        <w:t>12:36  I can say that namaz is a culture of discipline. Namaz is a, a complete system of ethics. Salat ethics, you can say it, Salat ethics,</w:t>
      </w:r>
    </w:p>
    <w:p>
      <w:pPr>
        <w:pStyle w:val="Heading2"/>
      </w:pPr>
      <w:r>
        <w:t>Believer like a healthy tree</w:t>
      </w:r>
    </w:p>
    <w:p>
      <w:r>
        <w:rPr>
          <w:color w:val="666666"/>
          <w:sz w:val="18"/>
        </w:rPr>
        <w:t>Momin is like a tree | April 11, 2007 · 1m 00s · at 1:12 · https://youtu.be/buv324nJoBk?t=72</w:t>
      </w:r>
    </w:p>
    <w:p>
      <w:r>
        <w:rPr>
          <w:i/>
        </w:rPr>
        <w:t>“A true believer is like a tree”</w:t>
      </w:r>
    </w:p>
    <w:p>
      <w:r>
        <w:rPr>
          <w:sz w:val="20"/>
        </w:rPr>
        <w:t>1:12  kadhālika yadribullāhu al-amthāla, la'allahum yatafakkarūn. it means that the example of a true believer, momin or true believer, is that he is like a</w:t>
      </w:r>
      <w:r>
        <w:br/>
      </w:r>
      <w:r>
        <w:rPr>
          <w:sz w:val="20"/>
        </w:rPr>
        <w:t>1:42  tree, like a healthy tree. Its roots are firm in the earth, and its branches are in the heaven. It gives its fruit at all times.</w:t>
      </w:r>
    </w:p>
    <w:p>
      <w:pPr>
        <w:pStyle w:val="Heading2"/>
      </w:pPr>
      <w:r>
        <w:t>Adopting cow and rose culture to convert hate into love</w:t>
      </w:r>
    </w:p>
    <w:p>
      <w:r>
        <w:rPr>
          <w:color w:val="666666"/>
          <w:sz w:val="18"/>
        </w:rPr>
        <w:t>Islam and Sufism (Islam and Spirituality) (English) February 28, 2008 · 2m 13s · at 30:31 · https://youtu.be/6UGAPDfrS2w?t=1831</w:t>
      </w:r>
    </w:p>
    <w:p>
      <w:r>
        <w:rPr>
          <w:i/>
        </w:rPr>
        <w:t>“You have to adopt the culture of the cow”</w:t>
      </w:r>
    </w:p>
    <w:p>
      <w:r>
        <w:rPr>
          <w:sz w:val="20"/>
        </w:rPr>
        <w:t>30:31  here is the test: you have to perform the same culture, which is already perform by cow. you have to adopt the cow culture.</w:t>
      </w:r>
      <w:r>
        <w:br/>
      </w:r>
      <w:r>
        <w:rPr>
          <w:sz w:val="20"/>
        </w:rPr>
        <w:t>30:42  that is, you have to ability to turn non milk into milk. you have evolve, you have develop that kind of ability to convert negativity into positivity,</w:t>
      </w:r>
      <w:r>
        <w:br/>
      </w:r>
      <w:r>
        <w:rPr>
          <w:sz w:val="20"/>
        </w:rPr>
        <w:t>30:57  to convert hate into love. this is the test. only those people can stand in this test who have the quality of spirituality.</w:t>
      </w:r>
      <w:r>
        <w:br/>
      </w:r>
      <w:r>
        <w:rPr>
          <w:sz w:val="20"/>
        </w:rPr>
        <w:t>31:13  otherwise, it is not possible. god has given demonstration of all this things in this nature.</w:t>
      </w:r>
      <w:r>
        <w:br/>
      </w:r>
      <w:r>
        <w:rPr>
          <w:sz w:val="20"/>
        </w:rPr>
        <w:t>31:23  you see, there is a rose plant</w:t>
      </w:r>
      <w:r>
        <w:br/>
      </w:r>
      <w:r>
        <w:rPr>
          <w:sz w:val="20"/>
        </w:rPr>
        <w:t>31:26  what is rose plant? in every branch of rose plant, you see a beautiful flower. at the same time, there are thorns.</w:t>
      </w:r>
      <w:r>
        <w:br/>
      </w:r>
      <w:r>
        <w:rPr>
          <w:sz w:val="20"/>
        </w:rPr>
        <w:t>31:39  at the same time, there are thoughts. it means that rose plant is able to live.</w:t>
      </w:r>
      <w:r>
        <w:br/>
      </w:r>
      <w:r>
        <w:rPr>
          <w:sz w:val="20"/>
        </w:rPr>
        <w:t>31:47  rose plant, although has beautiful flowers, but it has the ability to live with thoughts.</w:t>
      </w:r>
      <w:r>
        <w:br/>
      </w:r>
      <w:r>
        <w:rPr>
          <w:sz w:val="20"/>
        </w:rPr>
        <w:t>31:55  so we have to prove this kind of culture, this kind of capacity, this kind of ability. if you are like a flower, if you are beautiful, you are very good in character, then you are a flower.</w:t>
      </w:r>
      <w:r>
        <w:br/>
      </w:r>
      <w:r>
        <w:rPr>
          <w:sz w:val="20"/>
        </w:rPr>
        <w:t>32:12  but you have to live with thoughts. you are not allowed to react. don't go to reaction.</w:t>
      </w:r>
      <w:r>
        <w:br/>
      </w:r>
      <w:r>
        <w:rPr>
          <w:sz w:val="20"/>
        </w:rPr>
        <w:t>32:22  so adopt the culture of rose plant. try to live with thoughts, even you are a flower.</w:t>
      </w:r>
      <w:r>
        <w:br/>
      </w:r>
      <w:r>
        <w:rPr>
          <w:sz w:val="20"/>
        </w:rPr>
        <w:t>32:35  so this is the social spirituality. this is the social spirituality or applied spirituality.</w:t>
      </w:r>
    </w:p>
    <w:p>
      <w:pPr>
        <w:pStyle w:val="Heading2"/>
      </w:pPr>
      <w:r>
        <w:t>Destroying a building can't destroy an idea</w:t>
      </w:r>
    </w:p>
    <w:p>
      <w:r>
        <w:rPr>
          <w:color w:val="666666"/>
          <w:sz w:val="18"/>
        </w:rPr>
        <w:t>America A Case of Spiritual Starvaltion July 7, 2011 · 46s · at 29:03 · https://youtu.be/N8JYD2P3QYE?t=1743</w:t>
      </w:r>
    </w:p>
    <w:p>
      <w:r>
        <w:rPr>
          <w:i/>
        </w:rPr>
        <w:t>“American Glory is destroyed, long live American Glory”</w:t>
      </w:r>
    </w:p>
    <w:p>
      <w:r>
        <w:rPr>
          <w:sz w:val="20"/>
        </w:rPr>
        <w:t>29:03  dekhein, chicago tower phir bhi khara hua hai, isi shan o shaukat ke sath, is se bhi ooncha hai. woh</w:t>
      </w:r>
      <w:r>
        <w:br/>
      </w:r>
      <w:r>
        <w:rPr>
          <w:sz w:val="20"/>
        </w:rPr>
        <w:t>29:09  to mein ne kaha ke ke american yani isi ko le kar mein ne kaha ke "American glory is destroyed, American glory is demolished, long live the American glory"</w:t>
      </w:r>
      <w:r>
        <w:br/>
      </w:r>
      <w:r>
        <w:rPr>
          <w:sz w:val="20"/>
        </w:rPr>
        <w:t>29:29  yani "American glory is demolished, long live the American glory". is se mein ne aik bohat bari cheez daryaft ki,</w:t>
      </w:r>
      <w:r>
        <w:br/>
      </w:r>
      <w:r>
        <w:rPr>
          <w:sz w:val="20"/>
        </w:rPr>
        <w:t>29:38  woh yeh hai ke kisi ko aap material nuqsan pohncha kar is ko destroy nahi kar sakte, impossible hai.</w:t>
      </w:r>
    </w:p>
    <w:p>
      <w:pPr>
        <w:pStyle w:val="Heading2"/>
      </w:pPr>
      <w:r>
        <w:t>Turning minus to plus: Vivekananda</w:t>
      </w:r>
    </w:p>
    <w:p>
      <w:r>
        <w:rPr>
          <w:color w:val="666666"/>
          <w:sz w:val="18"/>
        </w:rPr>
        <w:t>Personality Building May 28, 2013 Maulana Wahiduddin Khan · 2m 15s · at 23:23 · https://youtu.be/8vNUoqGILmw?t=1403</w:t>
      </w:r>
    </w:p>
    <w:p>
      <w:r>
        <w:rPr>
          <w:i/>
        </w:rPr>
        <w:t>“Maine Swami Vivekanand ka ek qissa padha”</w:t>
      </w:r>
    </w:p>
    <w:p>
      <w:r>
        <w:rPr>
          <w:sz w:val="20"/>
        </w:rPr>
        <w:t>23:23  is ke baad maine Swami Vivekanand ka ek qissa parha to main samajhta hoon ke bohat achhi tarah illustrate karta hai is baat ko. woh yaani jo baat kahi thi Adler ne ke "there power to turn a minus into a plus" is ka illustration mujhe mila Swami Vivekanand ka.</w:t>
      </w:r>
      <w:r>
        <w:br/>
      </w:r>
      <w:r>
        <w:rPr>
          <w:sz w:val="20"/>
        </w:rPr>
        <w:t>23:42  un ka ek qissa hai ke un ke friend ne un ko ek martaba invite kiya apne ghar par aur jis room mein un ko bithana tha wahan ek table tha.</w:t>
      </w:r>
      <w:r>
        <w:br/>
      </w:r>
      <w:r>
        <w:rPr>
          <w:sz w:val="20"/>
        </w:rPr>
        <w:t>23:55  is table par dharmik books theen. dharmik books aap jante hain ke aaj kal major religion hain, woh taqreeban 12 hain.</w:t>
      </w:r>
      <w:r>
        <w:br/>
      </w:r>
      <w:r>
        <w:rPr>
          <w:sz w:val="20"/>
        </w:rPr>
        <w:t>24:04  to sab religion ki books theen. lekin is mein is ka is order mein rakha gaya tha ke sab se neeche Gita thi, Hind Gita, aur us ke upar aur doosri kitab hai.</w:t>
      </w:r>
      <w:r>
        <w:br/>
      </w:r>
      <w:r>
        <w:rPr>
          <w:sz w:val="20"/>
        </w:rPr>
        <w:t>24:20  to woh jo un ke jinhon ne bulaya tha, woh samajhte thay ke is ko dekh kar woh ghussa ho jayenge kyun ke yeh "it was obviously it was a provocative situation, provocative scene" ke jis kitab ko woh bohat regard dete thay as a Hindu, woh neeche rakhi hui hai aur sab upar hain.</w:t>
      </w:r>
      <w:r>
        <w:br/>
      </w:r>
      <w:r>
        <w:rPr>
          <w:sz w:val="20"/>
        </w:rPr>
        <w:t>24:40  agarche main Swami Vivekanand ko sirf Hindu nahi manta, un ko ek insan manta hoon. India ke main samajhta hoon ke jo bohat hi kam log jo India mein paida hue honge, un mein se ek thay Swami Vivekanand ka jo hamare liye example hain.</w:t>
      </w:r>
      <w:r>
        <w:br/>
      </w:r>
      <w:r>
        <w:rPr>
          <w:sz w:val="20"/>
        </w:rPr>
        <w:t>24:57  to dekhen, unhon ne kaha jinhon ne bulaya tha ke Swami ji is par kya reward rakha hai aap ka? to woh samajhte thay ghussa honge woh ke tum ne humiliate karne ke liye bulaya mujh ko.</w:t>
      </w:r>
      <w:r>
        <w:br/>
      </w:r>
      <w:r>
        <w:rPr>
          <w:sz w:val="20"/>
        </w:rPr>
        <w:t>25:10  dekhen, Swami ji ne he he simply smile and said "the foundation is really good, the foundation is really good" yaani Gita jo neeche thi, sab kitaben upar theen.</w:t>
      </w:r>
      <w:r>
        <w:br/>
      </w:r>
      <w:r>
        <w:rPr>
          <w:sz w:val="20"/>
        </w:rPr>
        <w:t>25:27  to is ko le kar unhon ne kaha ke "the foundation is really good" to best example hai ke kis tarah unhon ne apne minus ko plus bana diya.</w:t>
      </w:r>
    </w:p>
    <w:p>
      <w:pPr>
        <w:pStyle w:val="Heading2"/>
      </w:pPr>
      <w:r>
        <w:t>Definition of God fearing in Quran</w:t>
      </w:r>
    </w:p>
    <w:p>
      <w:r>
        <w:rPr>
          <w:color w:val="666666"/>
          <w:sz w:val="18"/>
        </w:rPr>
        <w:t>Spiritual Light Nov 26, 2006 Maulana Wahiduddin Khan · 46s · at 11:35 · https://youtu.be/IhfHxIakZOw?t=695</w:t>
      </w:r>
    </w:p>
    <w:p>
      <w:r>
        <w:rPr>
          <w:i/>
        </w:rPr>
        <w:t>“Here you get a definition of religion”</w:t>
      </w:r>
    </w:p>
    <w:p>
      <w:r>
        <w:rPr>
          <w:sz w:val="20"/>
        </w:rPr>
        <w:t>11:35  god fearing people. ab yahan aap ko ek definition mil raha hai mazhab ka. mazhab ka ek clear cut definition ke agar woh god mazhab ko agar sach much liya hoga is ne toh woh god fearing person ban gaya hoga.</w:t>
      </w:r>
      <w:r>
        <w:br/>
      </w:r>
      <w:r>
        <w:rPr>
          <w:sz w:val="20"/>
        </w:rPr>
        <w:t>11:57  aur agar woh god fearing person nahi bana hai toh phir samajh lijiye ke is ko mazhab bhi nahi mila, woh kahin aur atka hua hai.</w:t>
      </w:r>
      <w:r>
        <w:br/>
      </w:r>
      <w:r>
        <w:rPr>
          <w:sz w:val="20"/>
        </w:rPr>
        <w:t>12:08  kitna clear cut definition hai. aap sochiye, fear of god toh ek spirit hai. kisi ke andar agar aa jaye toh kya hoga?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