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wisdom · full transcripts with timestamps · exported 2026-09-21</w:t>
      </w:r>
    </w:p>
    <w:p>
      <w:pPr>
        <w:pStyle w:val="Heading2"/>
      </w:pPr>
      <w:r>
        <w:t>Scholars' false criterion led to Qadianism</w:t>
      </w:r>
    </w:p>
    <w:p>
      <w:r>
        <w:rPr>
          <w:color w:val="666666"/>
          <w:sz w:val="18"/>
        </w:rPr>
        <w:t>The Importance of Wisdom 22 Feb, 2009 - Maulana Wahiduddin Khan · 4m 36s · at 24:55 · https://youtu.be/Lmtn_duWJP0?t=1495</w:t>
      </w:r>
    </w:p>
    <w:p>
      <w:r>
        <w:rPr>
          <w:i/>
        </w:rPr>
        <w:t>“Khud Musalmanon ki ek bohat bhayank ghalti ke nateeje mein paida hui”</w:t>
      </w:r>
    </w:p>
    <w:p>
      <w:r>
        <w:rPr>
          <w:sz w:val="20"/>
        </w:rPr>
        <w:t>24:55  khud musalmanon ki aik bohat bhayanak ghalti ke nateejay mein paida hui. jaisa ke aap jante hain ke hum rasool Allah sal-lal-lahu alaihi wasallam ko aakhri nabi mantay hain.</w:t>
      </w:r>
      <w:r>
        <w:br/>
      </w:r>
      <w:r>
        <w:rPr>
          <w:sz w:val="20"/>
        </w:rPr>
        <w:t>25:06  khatam-un-nabiyyin mantay hain. yeh sahi hai. to yeh sawal tha logon ki taraf se ke bhai rasool Allah khatam kyun hain?</w:t>
      </w:r>
      <w:r>
        <w:br/>
      </w:r>
      <w:r>
        <w:rPr>
          <w:sz w:val="20"/>
        </w:rPr>
        <w:t>25:18  khatm-e-nabuwat kyun? nabuwat khatam kyun ho gayi? nabuwat jaisa pehlay thi ab bhi chal rehana chahiye. is sawal ka jawab denay ke liye kya kiya unhon ne?</w:t>
      </w:r>
      <w:r>
        <w:br/>
      </w:r>
      <w:r>
        <w:rPr>
          <w:sz w:val="20"/>
        </w:rPr>
        <w:t>25:29  taqreeban saaray ulama ne ghalti ki hai. mujhe kisi aalim ka istisni nahin maloom is mamlay mein. unhon ne jawab diya ke yeh diya ke rasool Allah ka jo yani jab dunya mein aap tashreef laye jo zamana tha aap ka woh seven century ka first quarter tha.</w:t>
      </w:r>
      <w:r>
        <w:br/>
      </w:r>
      <w:r>
        <w:rPr>
          <w:sz w:val="20"/>
        </w:rPr>
        <w:t>25:51  seven century AD ka first quarter. to yeh kaha gaya hai ke is waqt insaniyat mein buloogh ko puhanch chuki thi. buloogh ka matlab hai maturity.</w:t>
      </w:r>
      <w:r>
        <w:br/>
      </w:r>
      <w:r>
        <w:rPr>
          <w:sz w:val="20"/>
        </w:rPr>
        <w:t>26:02  yani seven century ka first quarter jab ke aap dunya mein bashar-e-nabbi ke tashreef laye. is waqt insaniyat apne buloogh ko puhanch chuki thi.</w:t>
      </w:r>
      <w:r>
        <w:br/>
      </w:r>
      <w:r>
        <w:rPr>
          <w:sz w:val="20"/>
        </w:rPr>
        <w:t>26:13  to is se pehlay buloogh ko nahin puhanchi thi. immature thi. to pehlay jo nabi aaye is mein kamil deen nahin aaya aaya tha.</w:t>
      </w:r>
      <w:r>
        <w:br/>
      </w:r>
      <w:r>
        <w:rPr>
          <w:sz w:val="20"/>
        </w:rPr>
        <w:t>26:22  kamil nabi bhi nahin aaya tha. lekin jab insaniyat jo hai buloogh ko puhanch gayi. maturity tak puhanch gayi. to ab zaroorat thi aik kamil deen aaye.</w:t>
      </w:r>
      <w:r>
        <w:br/>
      </w:r>
      <w:r>
        <w:rPr>
          <w:sz w:val="20"/>
        </w:rPr>
        <w:t>26:31  kamil nabi aaye. to woh aa gaye. yeh bilkul false agreement hai. false. koi bhi aadmi jo parha likha ho yeh nahin manay ga is ko.</w:t>
      </w:r>
      <w:r>
        <w:br/>
      </w:r>
      <w:r>
        <w:rPr>
          <w:sz w:val="20"/>
        </w:rPr>
        <w:t>26:41  kyun? dekhiye seven century kya thi? that was traditional age. aaj hum jee rahe hain scientific age mein.</w:t>
      </w:r>
      <w:r>
        <w:br/>
      </w:r>
      <w:r>
        <w:rPr>
          <w:sz w:val="20"/>
        </w:rPr>
        <w:t>26:52  seven century mein insaan samajhta tha ke zameen beech mein hai suraj ke gird ghoomta hai. geo centric theory mein believe karta tha.</w:t>
      </w:r>
      <w:r>
        <w:br/>
      </w:r>
      <w:r>
        <w:rPr>
          <w:sz w:val="20"/>
        </w:rPr>
        <w:t>27:05  saari baatein us waqt tak jo hain theen woh la-maloom theen. to pre civilization age tha woh. ab hum post civilization age mein jee rahe hain.</w:t>
      </w:r>
      <w:r>
        <w:br/>
      </w:r>
      <w:r>
        <w:rPr>
          <w:sz w:val="20"/>
        </w:rPr>
        <w:t>27:17  to saari taraqqiyan kuch bhi nahin hui theen. na science ko na philosophy ko na technology ko kisi cheez ko bhi nahin. to maturity kahan se aa gayi woh? maturity kahan se aa gayi?</w:t>
      </w:r>
      <w:r>
        <w:br/>
      </w:r>
      <w:r>
        <w:rPr>
          <w:sz w:val="20"/>
        </w:rPr>
        <w:t>27:30  yani seven century AD jo tha woh to superstition ka daur tha. insaan superstition mein jeeta tha.</w:t>
      </w:r>
      <w:r>
        <w:br/>
      </w:r>
      <w:r>
        <w:rPr>
          <w:sz w:val="20"/>
        </w:rPr>
        <w:t>27:41  yani us waqt chemistry nahin aayi thi. bas alchemy thi us waqt. us waqt astronomy nahin aayi thi. us waqt astrology thi us waqt.</w:t>
      </w:r>
      <w:r>
        <w:br/>
      </w:r>
      <w:r>
        <w:rPr>
          <w:sz w:val="20"/>
        </w:rPr>
        <w:t>27:51  us waqt heliocentric theory nahin aayi thi. us waqt geo centric theory thi us waqt. aap ghor kijiye. woh buloogh aa gaya hai woh. abhi yeh jo brier criterion woh criterion galat tha woh.</w:t>
      </w:r>
      <w:r>
        <w:br/>
      </w:r>
      <w:r>
        <w:rPr>
          <w:sz w:val="20"/>
        </w:rPr>
        <w:t>28:08  woh criterion galat tha. koi bhi aadmi jo parha likha hai woh kahay ga bhai is waqt kahan se buloogh aa jaye ga? maturity kahan se aa jaye gi?</w:t>
      </w:r>
      <w:r>
        <w:br/>
      </w:r>
      <w:r>
        <w:rPr>
          <w:sz w:val="20"/>
        </w:rPr>
        <w:t>28:19  woh to superstition tha saari dunya mein. pre scientific age tha woh. ab hum jee rahe hain scientific age mein.</w:t>
      </w:r>
      <w:r>
        <w:br/>
      </w:r>
      <w:r>
        <w:rPr>
          <w:sz w:val="20"/>
        </w:rPr>
        <w:t>28:28  ab har cheez ko taraqqi ho chuki hai. is waqt printing press nahi tha. is waqt communication nahi tha. is waqt city planning city planning nahi thi.</w:t>
      </w:r>
      <w:r>
        <w:br/>
      </w:r>
      <w:r>
        <w:rPr>
          <w:sz w:val="20"/>
        </w:rPr>
        <w:t>28:42  hata ke water supply system bhi nahi tha. aaj jo aap tap kholte hain pani dulate hain nikalta hai. is waqt kahan tha yeh? koi janta bhi nahi tha aisa ho sakta hai.</w:t>
      </w:r>
      <w:r>
        <w:br/>
      </w:r>
      <w:r>
        <w:rPr>
          <w:sz w:val="20"/>
        </w:rPr>
        <w:t>28:53  aap shower ke neeche nahate hain. idhar kaun jata tha ke shower ke neeche bhi nahana paas bhule? badshah ke bathroom mein shower nahi hua karta tha. aisi hazaron hazaron cheezen.</w:t>
      </w:r>
      <w:r>
        <w:br/>
      </w:r>
      <w:r>
        <w:rPr>
          <w:sz w:val="20"/>
        </w:rPr>
        <w:t>29:05  to yeh bilkul hi illogical hai. ghair scientific hai. yeh kehna ke seven century AD mein insan balogh ke darje ko pahunch chuka tha.</w:t>
      </w:r>
      <w:r>
        <w:br/>
      </w:r>
      <w:r>
        <w:rPr>
          <w:sz w:val="20"/>
        </w:rPr>
        <w:t>29:17  to criterion galat hai. is se kya hua? ke is zamane mein kuch log paida hue. dekhiye ek baat ko aap ne socha nahi ke jamaat ahmadi mein qadiyani mein top ke log kaise aa gaye?</w:t>
      </w:r>
    </w:p>
    <w:p>
      <w:pPr>
        <w:pStyle w:val="Heading2"/>
      </w:pPr>
      <w:r>
        <w:t>Essence of modesty and nearness to God</w:t>
      </w:r>
    </w:p>
    <w:p>
      <w:r>
        <w:rPr>
          <w:color w:val="666666"/>
          <w:sz w:val="18"/>
        </w:rPr>
        <w:t>Simple Living and High Thinking November 03, 2018 · 2m 22s · at 2:11 · https://youtu.be/6O7ebJVVRII?t=131</w:t>
      </w:r>
    </w:p>
    <w:p>
      <w:r>
        <w:rPr>
          <w:i/>
        </w:rPr>
        <w:t>“Modesty ke baghair Khaliq se qurbat milna impossible hai.”</w:t>
      </w:r>
    </w:p>
    <w:p>
      <w:r>
        <w:rPr>
          <w:sz w:val="20"/>
        </w:rPr>
        <w:t>2:11  modesty ke baghair khalq se qurbat milna impossible hai. Kyun ke yeh sirf modesty hai jo insaan aur khalq ke darmiyan nisbat qaim karti hai.</w:t>
      </w:r>
      <w:r>
        <w:br/>
      </w:r>
      <w:r>
        <w:rPr>
          <w:sz w:val="20"/>
        </w:rPr>
        <w:t>2:34  dekhiye, khalq jo hai woh all powerful hai. Is ke muqable mein modest insaan ka muamla yeh hota hai ke woh is baat ko discover karta hai ke woh all powerless hai.</w:t>
      </w:r>
      <w:r>
        <w:br/>
      </w:r>
      <w:r>
        <w:rPr>
          <w:sz w:val="20"/>
        </w:rPr>
        <w:t>2:56  modesty jis aadmi ki qadar hogi real cheez mein, to woh discover karega is nisbat ko ke khalq all powerful hai aur woh is ke muqable mein all powerless hai.</w:t>
      </w:r>
      <w:r>
        <w:br/>
      </w:r>
      <w:r>
        <w:rPr>
          <w:sz w:val="20"/>
        </w:rPr>
        <w:t>3:17  yahi woh maqam hai jis ko quran mein kaha gaya hai: "wa-sjud wa-qtarib". Yani</w:t>
      </w:r>
      <w:r>
        <w:br/>
      </w:r>
      <w:r>
        <w:rPr>
          <w:sz w:val="20"/>
        </w:rPr>
        <w:t>3:27  apni modesty ko daryaft karo. Modest insaan bano real cheez mein, to tum ko khalq se qurbat hasil ho jayegi.</w:t>
      </w:r>
      <w:r>
        <w:br/>
      </w:r>
      <w:r>
        <w:rPr>
          <w:sz w:val="20"/>
        </w:rPr>
        <w:t>3:45  zahir hai ke is se bari to koi cheez ho nahi sakti. Insaan apne rab se qurbat hasil kar le to is se bari cheez kya ho sakti hai?</w:t>
      </w:r>
      <w:r>
        <w:br/>
      </w:r>
      <w:r>
        <w:rPr>
          <w:sz w:val="20"/>
        </w:rPr>
        <w:t>4:01  aur yeh sirf is insaan ko milti hai jo yeh discovery ke darje mein yeh baat jaan le ke khalq all powerful hai aur main is ke muqable mein all powerless hoon.</w:t>
      </w:r>
      <w:r>
        <w:br/>
      </w:r>
      <w:r>
        <w:rPr>
          <w:sz w:val="20"/>
        </w:rPr>
        <w:t>4:21  yahi essence hai modesty ka. Yahi essence hai modesty ka.</w:t>
      </w:r>
    </w:p>
    <w:p>
      <w:pPr>
        <w:pStyle w:val="Heading2"/>
      </w:pPr>
      <w:r>
        <w:t>Political decentralization opens new fields</w:t>
      </w:r>
    </w:p>
    <w:p>
      <w:r>
        <w:rPr>
          <w:color w:val="666666"/>
          <w:sz w:val="18"/>
        </w:rPr>
        <w:t>Muslims in the Present World | November 24, 2007 · 2m 33s · at 29:05 · https://youtu.be/2TrLMGJNHLs?t=1745</w:t>
      </w:r>
    </w:p>
    <w:p>
      <w:r>
        <w:rPr>
          <w:i/>
        </w:rPr>
        <w:t>“Land ke bahar industry aa gayi.”</w:t>
      </w:r>
    </w:p>
    <w:p>
      <w:r>
        <w:rPr>
          <w:sz w:val="20"/>
        </w:rPr>
        <w:t>29:05  land ke bahir industry aa gayi.</w:t>
      </w:r>
      <w:r>
        <w:br/>
      </w:r>
      <w:r>
        <w:rPr>
          <w:sz w:val="20"/>
        </w:rPr>
        <w:t>29:11  ab jo industry aayi hai woh land ke bahir, yani sab se bari jo source hai economy ka</w:t>
      </w:r>
      <w:r>
        <w:br/>
      </w:r>
      <w:r>
        <w:rPr>
          <w:sz w:val="20"/>
        </w:rPr>
        <w:t>29:16  woh ab industry hai.</w:t>
      </w:r>
      <w:r>
        <w:br/>
      </w:r>
      <w:r>
        <w:rPr>
          <w:sz w:val="20"/>
        </w:rPr>
        <w:t>29:21  to woh kya hua? yeh "political decentralization" ho gaya.</w:t>
      </w:r>
      <w:r>
        <w:br/>
      </w:r>
      <w:r>
        <w:rPr>
          <w:sz w:val="20"/>
        </w:rPr>
        <w:t>29:27  kyunke industry jo hai woh aap jo chahen industry lagayen.</w:t>
      </w:r>
      <w:r>
        <w:br/>
      </w:r>
      <w:r>
        <w:rPr>
          <w:sz w:val="20"/>
        </w:rPr>
        <w:t>29:32  industry par government ka control to ho nahi sakta hai.</w:t>
      </w:r>
      <w:r>
        <w:br/>
      </w:r>
      <w:r>
        <w:rPr>
          <w:sz w:val="20"/>
        </w:rPr>
        <w:t>29:38  Russia mein kya gaya tha to woh sab toot phoot gaya. Kyun ke unnatural tha woh. Industry par control karna yeh unnatural hai, woh chal nahi sakta hai woh. Russia mein toot phoot gaya. To is ka matlab kya hai? Ke government ka jo jo jo daira hai, jo us ka domain hai, us ke bahar sari cheezein aa gayi. Isi liye is zamane mein dekhiye aap kehte hain "US administration</w:t>
      </w:r>
      <w:r>
        <w:br/>
      </w:r>
      <w:r>
        <w:rPr>
          <w:sz w:val="20"/>
        </w:rPr>
        <w:t>30:08  .</w:t>
      </w:r>
      <w:r>
        <w:br/>
      </w:r>
      <w:r>
        <w:rPr>
          <w:sz w:val="20"/>
        </w:rPr>
        <w:t>30:11  yeh nahi kehte ke "US empire".</w:t>
      </w:r>
      <w:r>
        <w:br/>
      </w:r>
      <w:r>
        <w:rPr>
          <w:sz w:val="20"/>
        </w:rPr>
        <w:t>30:14  "US government" bhi nahi kehte.</w:t>
      </w:r>
      <w:r>
        <w:br/>
      </w:r>
      <w:r>
        <w:rPr>
          <w:sz w:val="20"/>
        </w:rPr>
        <w:t>30:18  kehte hain "US administration".</w:t>
      </w:r>
      <w:r>
        <w:br/>
      </w:r>
      <w:r>
        <w:rPr>
          <w:sz w:val="20"/>
        </w:rPr>
        <w:t>30:21  kyunke ab government jo kiya hai woh reduce ho kar administration ban gai.</w:t>
      </w:r>
      <w:r>
        <w:br/>
      </w:r>
      <w:r>
        <w:rPr>
          <w:sz w:val="20"/>
        </w:rPr>
        <w:t>30:24  jisko kehte hain "hindia prashasan" ya "intizamiya".</w:t>
      </w:r>
      <w:r>
        <w:br/>
      </w:r>
      <w:r>
        <w:rPr>
          <w:sz w:val="20"/>
        </w:rPr>
        <w:t>30:28  yani government jo hai ab sirf intizamiya ban gai hai.</w:t>
      </w:r>
      <w:r>
        <w:br/>
      </w:r>
      <w:r>
        <w:rPr>
          <w:sz w:val="20"/>
        </w:rPr>
        <w:t>30:31  Administration ban gai hai bas.</w:t>
      </w:r>
      <w:r>
        <w:br/>
      </w:r>
      <w:r>
        <w:rPr>
          <w:sz w:val="20"/>
        </w:rPr>
        <w:t>30:34  baqi sare jo jo jo zindagi ke jo</w:t>
      </w:r>
      <w:r>
        <w:br/>
      </w:r>
      <w:r>
        <w:rPr>
          <w:sz w:val="20"/>
        </w:rPr>
        <w:t>30:38  department hain woh sab government se bahar aa gaye.</w:t>
      </w:r>
      <w:r>
        <w:br/>
      </w:r>
      <w:r>
        <w:rPr>
          <w:sz w:val="20"/>
        </w:rPr>
        <w:t>30:44  jaise education hai industry hai business hai tourism hai.</w:t>
      </w:r>
      <w:r>
        <w:br/>
      </w:r>
      <w:r>
        <w:rPr>
          <w:sz w:val="20"/>
        </w:rPr>
        <w:t>30:50  aur agar aap isko shamil karen to daao work hai.</w:t>
      </w:r>
      <w:r>
        <w:br/>
      </w:r>
      <w:r>
        <w:rPr>
          <w:sz w:val="20"/>
        </w:rPr>
        <w:t>30:56  yani sankron sankron zindagi ke maidan hain.</w:t>
      </w:r>
      <w:r>
        <w:br/>
      </w:r>
      <w:r>
        <w:rPr>
          <w:sz w:val="20"/>
        </w:rPr>
        <w:t>31:02  woh sab government ke bahar hain.</w:t>
      </w:r>
      <w:r>
        <w:br/>
      </w:r>
      <w:r>
        <w:rPr>
          <w:sz w:val="20"/>
        </w:rPr>
        <w:t>31:08  toh government kya hai government yahi hai ke iske paas police hoti hai iske paas fauj</w:t>
      </w:r>
      <w:r>
        <w:br/>
      </w:r>
      <w:r>
        <w:rPr>
          <w:sz w:val="20"/>
        </w:rPr>
        <w:t>31:13  hoti hai agar beshart karti hai woh intizam karti hai.</w:t>
      </w:r>
      <w:r>
        <w:br/>
      </w:r>
      <w:r>
        <w:rPr>
          <w:sz w:val="20"/>
        </w:rPr>
        <w:t>31:19  isi liye aap dekhiye is zamane mein logon ne bahut si communities hain jinke paas political power nahi hai.</w:t>
      </w:r>
      <w:r>
        <w:br/>
      </w:r>
      <w:r>
        <w:rPr>
          <w:sz w:val="20"/>
        </w:rPr>
        <w:t>31:24  lekin unhon ne bahut bade bade woh bana rakhe hain.</w:t>
      </w:r>
      <w:r>
        <w:br/>
      </w:r>
      <w:r>
        <w:rPr>
          <w:sz w:val="20"/>
        </w:rPr>
        <w:t>31:29  jaise United States mein yahudi jo hain woh chhaye hue hain.</w:t>
      </w:r>
      <w:r>
        <w:br/>
      </w:r>
      <w:r>
        <w:rPr>
          <w:sz w:val="20"/>
        </w:rPr>
        <w:t>31:34  kyunke unke paas banking hai</w:t>
      </w:r>
    </w:p>
    <w:p>
      <w:pPr>
        <w:pStyle w:val="Heading2"/>
      </w:pPr>
      <w:r>
        <w:t>Identity is what you make, not boundaries</w:t>
      </w:r>
    </w:p>
    <w:p>
      <w:r>
        <w:rPr>
          <w:color w:val="666666"/>
          <w:sz w:val="18"/>
        </w:rPr>
        <w:t>Discussions on the impact of Maulana Wahiduddin Khan's Thought June 28, 2020 · 3m 47s · at 14:23 · https://youtu.be/tOuo9f842fI?t=863</w:t>
      </w:r>
    </w:p>
    <w:p>
      <w:r>
        <w:rPr>
          <w:i/>
        </w:rPr>
        <w:t>“I have been through it, but it was external pressure.”</w:t>
      </w:r>
    </w:p>
    <w:p>
      <w:r>
        <w:rPr>
          <w:sz w:val="20"/>
        </w:rPr>
        <w:t>14:23  ilar. So I have been through it. Uh, but, uh, it was not internal. Uh, it was, like, an external pressure that, you know, you'll have to maintain your identity.</w:t>
      </w:r>
      <w:r>
        <w:br/>
      </w:r>
      <w:r>
        <w:rPr>
          <w:sz w:val="20"/>
        </w:rPr>
        <w:t>14:33  Uh, so, uh, I think, uh, from, uh, I was exposed like, I had many Muslim friends, Muslim friends. And of I often find found myself actually interacting with them more, uh, than my, uh, Hindu pe uh, friends.</w:t>
      </w:r>
      <w:r>
        <w:br/>
      </w:r>
      <w:r>
        <w:rPr>
          <w:sz w:val="20"/>
        </w:rPr>
        <w:t>14:47  Uh, I don't know why is that. But that was the case since the very beginning, okay?</w:t>
      </w:r>
      <w:r>
        <w:br/>
      </w:r>
      <w:r>
        <w:rPr>
          <w:sz w:val="20"/>
        </w:rPr>
        <w:t>14:52  I, uh, during my, uh, higher secondary schooling I had a very close Muslim friend. Again, in my college I had a very close Mus</w:t>
      </w:r>
      <w:r>
        <w:br/>
      </w:r>
      <w:r>
        <w:rPr>
          <w:sz w:val="20"/>
        </w:rPr>
        <w:t>14:59  lim friend. And I always found them, uh, uh, you know, more, uh, interested in religion. And actually, uh, ha they actually have had that dialogue internally as well that what their religion represents for to them, uh, they kind of are more aware, okay, than others.</w:t>
      </w:r>
      <w:r>
        <w:br/>
      </w:r>
      <w:r>
        <w:rPr>
          <w:sz w:val="20"/>
        </w:rPr>
        <w:t>15:19  And, uh, I always find found them very intriguing. And, uh, like, uh, with them I kind of had, uh, you know, uh, really interesting times.</w:t>
      </w:r>
      <w:r>
        <w:br/>
      </w:r>
      <w:r>
        <w:rPr>
          <w:sz w:val="20"/>
        </w:rPr>
        <w:t>15:30  So I was, uh, internally I didn't have I never had that identity conflict,</w:t>
      </w:r>
      <w:r>
        <w:br/>
      </w:r>
      <w:r>
        <w:rPr>
          <w:sz w:val="20"/>
        </w:rPr>
        <w:t>15:37  okay? And, uh, externally, uh, I used to feel that as, like, my, uh, other friends or probably the society that's around you, uh, tells you that, you know, you should not be doing this.</w:t>
      </w:r>
      <w:r>
        <w:br/>
      </w:r>
      <w:r>
        <w:rPr>
          <w:sz w:val="20"/>
        </w:rPr>
        <w:t>15:48  And I wasn't sure that why, you know? Like, uh, I it's, it's about interaction. It's about, uh, making connections and actually, actually getting to know, uh, more about yourself, the other person, and probably, you know, something higher.</w:t>
      </w:r>
      <w:r>
        <w:br/>
      </w:r>
      <w:r>
        <w:rPr>
          <w:sz w:val="20"/>
        </w:rPr>
        <w:t>16:02  And that was happening. Uh, and that was happening with other Hindu friends as well. U</w:t>
      </w:r>
      <w:r>
        <w:br/>
      </w:r>
      <w:r>
        <w:rPr>
          <w:sz w:val="20"/>
        </w:rPr>
        <w:t>16:07  h, uh, it's not something that is very exclusive to, uh, Muslim friends. But at the same time I found that very, uh, you know, conflicting with my own self.</w:t>
      </w:r>
      <w:r>
        <w:br/>
      </w:r>
      <w:r>
        <w:rPr>
          <w:sz w:val="20"/>
        </w:rPr>
        <w:t>16:16  And, uh, that I think kind of helped me, uh like, I was lucky enough to have that, like, have those friends which basically, uh, taught me that identity is something that you make and not something is posed upon you.</w:t>
      </w:r>
      <w:r>
        <w:br/>
      </w:r>
      <w:r>
        <w:rPr>
          <w:sz w:val="20"/>
        </w:rPr>
        <w:t>16:29  Uh, you know, when you, uh, go out and, uh, take stuff that you relate to, uh, be it from anywhere, that's your identity that you know?</w:t>
      </w:r>
      <w:r>
        <w:br/>
      </w:r>
      <w:r>
        <w:rPr>
          <w:sz w:val="20"/>
        </w:rPr>
        <w:t>16:40  Because you think that that's, uh, correct according to you or, uh, you know, you kind of relate to it, that becomes a part of your identity now.</w:t>
      </w:r>
      <w:r>
        <w:br/>
      </w:r>
      <w:r>
        <w:rPr>
          <w:sz w:val="20"/>
        </w:rPr>
        <w:t>16:49  Uh, it's more of, like, fetching those things and making your identity than actually, uh, you know, conforming to certain, uh, you know, boundaries that somebody else has actually, uh, set for you.</w:t>
      </w:r>
      <w:r>
        <w:br/>
      </w:r>
      <w:r>
        <w:rPr>
          <w:sz w:val="20"/>
        </w:rPr>
        <w:t>17:02  And then you have that dialogue, "Okay, am I compromising anything?" Or, you know, "Am I not</w:t>
      </w:r>
      <w:r>
        <w:br/>
      </w:r>
      <w:r>
        <w:rPr>
          <w:sz w:val="20"/>
        </w:rPr>
        <w:t>17:08  ?" I think that's been the case for me. And, uh, coming to Maulana it was, you know, very similar. Uh, I already had that, uh, uh, what does it what does it I already had that acceptance that, you know, good can be found anywhere.</w:t>
      </w:r>
      <w:r>
        <w:br/>
      </w:r>
      <w:r>
        <w:rPr>
          <w:sz w:val="20"/>
        </w:rPr>
        <w:t>17:24  Uh, and, uh, I should be looking for it across. Uh, it's not specific to. So I was actually, uh, interested in other religions as well.</w:t>
      </w:r>
      <w:r>
        <w:br/>
      </w:r>
      <w:r>
        <w:rPr>
          <w:sz w:val="20"/>
        </w:rPr>
        <w:t>17:32  Uh, I follow Buddhism. I kind of read Zen philosophy as</w:t>
      </w:r>
      <w:r>
        <w:br/>
      </w:r>
      <w:r>
        <w:rPr>
          <w:sz w:val="20"/>
        </w:rPr>
        <w:t>17:37  well. So it's, it's not just, uh, Muslims or it's not just Hinduism that I follow. Uh, and I think everything has a lot to offer,right?</w:t>
      </w:r>
      <w:r>
        <w:br/>
      </w:r>
      <w:r>
        <w:rPr>
          <w:sz w:val="20"/>
        </w:rPr>
        <w:t>17:46  And, uh, a lot to a lot of things which you won't be able to connect because you haven't been in those circumstances. And you won't be able to understand</w:t>
      </w:r>
      <w:r>
        <w:br/>
      </w:r>
      <w:r>
        <w:rPr>
          <w:sz w:val="20"/>
        </w:rPr>
        <w:t>17:54  . But I think it's, uh, like, the at least what this is what I feel that, you know, you have to go across. Like, you have to, uh, you know, uh, open your doors to everything and then kind of let in, uh, whatever you think makes sense with you.</w:t>
      </w:r>
    </w:p>
    <w:p>
      <w:pPr>
        <w:pStyle w:val="Heading2"/>
      </w:pPr>
      <w:r>
        <w:t>man is a thinking animal, unlike instinct-driven creatures</w:t>
      </w:r>
    </w:p>
    <w:p>
      <w:r>
        <w:rPr>
          <w:color w:val="666666"/>
          <w:sz w:val="18"/>
        </w:rPr>
        <w:t>Fragments of a CPS Mind April 24, 2011 Maulana Wahiduddin Khan · 44s · at 28:10 · https://youtu.be/kn1KfE--rug?t=1690</w:t>
      </w:r>
    </w:p>
    <w:p>
      <w:r>
        <w:rPr>
          <w:i/>
        </w:rPr>
        <w:t>“Insaan ke baare mein kaha jaata hai: a thinking animal”</w:t>
      </w:r>
    </w:p>
    <w:p>
      <w:r>
        <w:rPr>
          <w:sz w:val="20"/>
        </w:rPr>
        <w:t>28:10  sochne se aap bari bari cheezen daryaft karenge. nahi sochenge to kuch samajh mein nahi aayega. insan ke bare mein kaha jata hai ke man as a thinking animal.</w:t>
      </w:r>
      <w:r>
        <w:br/>
      </w:r>
      <w:r>
        <w:rPr>
          <w:sz w:val="20"/>
        </w:rPr>
        <w:t>28:23  dekhen aur jo animal hain, doosre, wo apni instinct ke tehat chalte hain, apni jabalat ke tehat chalte hain.</w:t>
      </w:r>
      <w:r>
        <w:br/>
      </w:r>
      <w:r>
        <w:rPr>
          <w:sz w:val="20"/>
        </w:rPr>
        <w:t>28:31  wo bilkul jaise kisi ko, kyunke un ki ek programming hai nature se, wo isi par chalte rehte hain. un ki apni koi apni koi soch nahi hoti hai.</w:t>
      </w:r>
      <w:r>
        <w:br/>
      </w:r>
      <w:r>
        <w:rPr>
          <w:sz w:val="20"/>
        </w:rPr>
        <w:t>28:43  insan ka mamla alag hai. insan ko khuda ne mind diya hai, thinking power diya hai. wo soch kar apni planning karta hai. aur yeh bohat hi bari baat</w:t>
      </w:r>
    </w:p>
    <w:p>
      <w:pPr>
        <w:pStyle w:val="Heading2"/>
      </w:pPr>
      <w:r>
        <w:t>Heart-based spirituality temporary relief</w:t>
      </w:r>
    </w:p>
    <w:p>
      <w:r>
        <w:rPr>
          <w:color w:val="666666"/>
          <w:sz w:val="18"/>
        </w:rPr>
        <w:t>Role of Spirituality in Stress Management 29 Dec 2007 - Maulana Wahiduddin Khan · 43s · at 6:12 · https://youtu.be/RA0sg_c57mI?t=372</w:t>
      </w:r>
    </w:p>
    <w:p>
      <w:r>
        <w:rPr>
          <w:i/>
        </w:rPr>
        <w:t>“That is just like a painkiller”</w:t>
      </w:r>
    </w:p>
    <w:p>
      <w:r>
        <w:rPr>
          <w:sz w:val="20"/>
        </w:rPr>
        <w:t>6:12  to woh to just like pain killer hai aap pain killer lete hain to itne time mein jab tak is ka asar hai aap thoda relief mehsoos karte hain lekin jaise is ka asar khatam hua phir wahi kabhi</w:t>
      </w:r>
      <w:r>
        <w:br/>
      </w:r>
      <w:r>
        <w:rPr>
          <w:sz w:val="20"/>
        </w:rPr>
        <w:t>6:32  main ne kai logon se baat ki jo is ka is line mein hain to unhone bhi yahi baat kahi ke bhai yeh to temporary relief hai phir hum jaate hain jahan apne business mein apne job mein to phir wahi kabhi ho jata hai is liye to mujhe is mein zyada interest nahi aaya ke main temporary relief par bas karoon</w:t>
      </w:r>
    </w:p>
    <w:p>
      <w:pPr>
        <w:pStyle w:val="Heading2"/>
      </w:pPr>
      <w:r>
        <w:t>Human rights activists ignore root causes</w:t>
      </w:r>
    </w:p>
    <w:p>
      <w:r>
        <w:rPr>
          <w:color w:val="666666"/>
          <w:sz w:val="18"/>
        </w:rPr>
        <w:t>Gujrat Riots | May 23, 2009 - Maulana Wahiduddin Khan · 2m 00s · at 33:26 · https://youtu.be/QO70zMFtXGY?t=2006</w:t>
      </w:r>
    </w:p>
    <w:p>
      <w:r>
        <w:rPr>
          <w:i/>
        </w:rPr>
        <w:t>“In every situation there are root cause.”</w:t>
      </w:r>
    </w:p>
    <w:p>
      <w:r>
        <w:rPr>
          <w:sz w:val="20"/>
        </w:rPr>
        <w:t>33:26  In every situation there are root cause, root cause. So these human rights activists don't go to the root cause. Don't go to the root cause. They always speak about the, the, the present situation. Every present, every present situation is result of some, some, some factors that lie in past. So no human rights, human rig</w:t>
      </w:r>
      <w:r>
        <w:br/>
      </w:r>
      <w:r>
        <w:rPr>
          <w:sz w:val="20"/>
        </w:rPr>
        <w:t>33:56  hts, no human rights activists speak about the past. Also, you know, journalists, people, the definition of journalism is writing the instant, instant history. It is journalism. Journalism means to write the instant history. So journalists, people only know the instant history that is present.</w:t>
      </w:r>
      <w:r>
        <w:br/>
      </w:r>
      <w:r>
        <w:rPr>
          <w:sz w:val="20"/>
        </w:rPr>
        <w:t>34:26  Detaching the past, if you detach the past, you can understand the present. And all human rights activists and all journalists always, they are used to detach the past and try to understand the problem simply by seeing the present. This is, this is great injustice. I think that we are victim of human rights activists. Previously we were victim of British rulers.</w:t>
      </w:r>
      <w:r>
        <w:br/>
      </w:r>
      <w:r>
        <w:rPr>
          <w:sz w:val="20"/>
        </w:rPr>
        <w:t>34:57  Now we are victim of this kind of human rights activists. They, they due to their activities, now the whole society isright conscious society. Every day there is strike, Bharat Bandh, and, and so many disturbances every day. No one speaks about duty. How you can build a better society with, with such members, with such</w:t>
      </w:r>
    </w:p>
    <w:p>
      <w:pPr>
        <w:pStyle w:val="Heading2"/>
      </w:pPr>
      <w:r>
        <w:t>Prophet's prediction of following Jews</w:t>
      </w:r>
    </w:p>
    <w:p>
      <w:r>
        <w:rPr>
          <w:color w:val="666666"/>
          <w:sz w:val="18"/>
        </w:rPr>
        <w:t>Dars-e-Quran, Chapter 2, Verses 67-73, May 6, 2018 · 1m 24s · at 6:35 · https://youtu.be/JAsg4SpiVDU?t=395</w:t>
      </w:r>
    </w:p>
    <w:p>
      <w:r>
        <w:rPr>
          <w:i/>
        </w:rPr>
        <w:t>“A hadith says: You will follow the ways of those before you”</w:t>
      </w:r>
    </w:p>
    <w:p>
      <w:r>
        <w:rPr>
          <w:sz w:val="20"/>
        </w:rPr>
        <w:t>6:35  bahut bahut pooch guchh ke baad raazi hue hue, lekin sab se zyada important baat is silsile mein jo hai, woh doosri hai. Dekhiye, ek hadith kitabon aksar kitabon mein aayi hai, ek riwayat hadith ki aksar kitabon mein aayi hai,</w:t>
      </w:r>
      <w:r>
        <w:br/>
      </w:r>
      <w:r>
        <w:rPr>
          <w:sz w:val="20"/>
        </w:rPr>
        <w:t>6:56  woh yeh ke: "latatba'unanna sunana man kana qablakum shibran bishibrin, dhira'an bidhira'in, hatta wa la dakhloo thababan ladakhaltumhu".</w:t>
      </w:r>
      <w:r>
        <w:br/>
      </w:r>
      <w:r>
        <w:rPr>
          <w:sz w:val="20"/>
        </w:rPr>
        <w:t>7:14  bilkul yeh dekhiye, yeh hadith jo hai, woh sahih hadith hai. Is mein Rasool Allah ne farmaya</w:t>
      </w:r>
      <w:r>
        <w:br/>
      </w:r>
      <w:r>
        <w:rPr>
          <w:sz w:val="20"/>
        </w:rPr>
        <w:t>7:23  taakeed ki zabaan mein ke tum zaroor</w:t>
      </w:r>
      <w:r>
        <w:br/>
      </w:r>
      <w:r>
        <w:rPr>
          <w:sz w:val="20"/>
        </w:rPr>
        <w:t>7:30  follow karoge, tum zaroor follow karoge Yahood ke tareeqe ko. Jo jo Yahood ne kiya, woh woh sab tum zaroor karoge.</w:t>
      </w:r>
      <w:r>
        <w:br/>
      </w:r>
      <w:r>
        <w:rPr>
          <w:sz w:val="20"/>
        </w:rPr>
        <w:t>7:48  toh zahir hai ke Rasool Allah ki yeh baat ek peshangoi hai, woh peshangoi zaroor sahih honi chahiye, kyunke double taakeed hai.</w:t>
      </w:r>
    </w:p>
    <w:p>
      <w:pPr>
        <w:pStyle w:val="Heading2"/>
      </w:pPr>
      <w:r>
        <w:t>Obligation and method of da'wah</w:t>
      </w:r>
    </w:p>
    <w:p>
      <w:r>
        <w:rPr>
          <w:color w:val="666666"/>
          <w:sz w:val="18"/>
        </w:rPr>
        <w:t>Principle of Talif al-Qalb (English) May 2, 2009 Maulana Wahiduddin Khan · 1m 15s · at 19:49 · https://youtu.be/rDs0yh-Nsig?t=1189</w:t>
      </w:r>
    </w:p>
    <w:p>
      <w:r>
        <w:rPr>
          <w:i/>
        </w:rPr>
        <w:t>“Every Muslim, every believer has to do the work.”</w:t>
      </w:r>
    </w:p>
    <w:p>
      <w:r>
        <w:rPr>
          <w:sz w:val="20"/>
        </w:rPr>
        <w:t>19:49  evri muslim, evri momn hiz to du da work. der iz no, daawa iz nat, daawa fr as iz nat optional, iz abligtry.</w:t>
      </w:r>
      <w:r>
        <w:br/>
      </w:r>
      <w:r>
        <w:rPr>
          <w:sz w:val="20"/>
        </w:rPr>
        <w:t>20:04  daawa fr as iz nat optional, nat valntry, but it iz, it iz abligtry. evri muslim hev to du da work.</w:t>
      </w:r>
      <w:r>
        <w:br/>
      </w:r>
      <w:r>
        <w:rPr>
          <w:sz w:val="20"/>
        </w:rPr>
        <w:t>20:15  Some scholars believe that it is, it is for the kifaya. No, it is not for the kifaya. It is for the ain. You have to do the work, otherwise you are not a complete Muslim.</w:t>
      </w:r>
      <w:r>
        <w:br/>
      </w:r>
      <w:r>
        <w:rPr>
          <w:sz w:val="20"/>
        </w:rPr>
        <w:t>20:30  so</w:t>
      </w:r>
      <w:r>
        <w:br/>
      </w:r>
      <w:r>
        <w:rPr>
          <w:sz w:val="20"/>
        </w:rPr>
        <w:t>20:33  wn aspekt of dis iz dat da work iz or, da work iz abligtry fr as.</w:t>
      </w:r>
      <w:r>
        <w:br/>
      </w:r>
      <w:r>
        <w:rPr>
          <w:sz w:val="20"/>
        </w:rPr>
        <w:t>20:42  and then the best way to do the work is doing it by following the principle of talab, talal aql.</w:t>
      </w:r>
      <w:r>
        <w:br/>
      </w:r>
      <w:r>
        <w:rPr>
          <w:sz w:val="20"/>
        </w:rPr>
        <w:t>20:54  That is when you are invited to some conference, you have to deliver a speech or there by following this principle.</w:t>
      </w:r>
    </w:p>
    <w:p>
      <w:pPr>
        <w:pStyle w:val="Heading2"/>
      </w:pPr>
      <w:r>
        <w:t>secret formula: simple living, high thinking</w:t>
      </w:r>
    </w:p>
    <w:p>
      <w:r>
        <w:rPr>
          <w:color w:val="666666"/>
          <w:sz w:val="18"/>
        </w:rPr>
        <w:t>My Life and Experience April 8, 2007 · 34s · at 1:01:44 · https://youtu.be/HbJzX4PJdR8?t=3704</w:t>
      </w:r>
    </w:p>
    <w:p>
      <w:r>
        <w:rPr>
          <w:i/>
        </w:rPr>
        <w:t>“Simple living high thinking”</w:t>
      </w:r>
    </w:p>
    <w:p>
      <w:r>
        <w:rPr>
          <w:sz w:val="20"/>
        </w:rPr>
        <w:t>1:01:44  jo aap nahi bardasht kar sakte. jo aap bardasht nahi kar sakte. woh hai. woh woh woh saada formula hai.</w:t>
      </w:r>
      <w:r>
        <w:br/>
      </w:r>
      <w:r>
        <w:rPr>
          <w:sz w:val="20"/>
        </w:rPr>
        <w:t>1:01:55  Simple living high thinking. Simple living high thinking.</w:t>
      </w:r>
      <w:r>
        <w:br/>
      </w:r>
      <w:r>
        <w:rPr>
          <w:sz w:val="20"/>
        </w:rPr>
        <w:t>1:02:03  mein apnay pasand ki cheez nahi khata. meri beti yahan maujood hai, un se pooch li jiye.</w:t>
      </w:r>
      <w:r>
        <w:br/>
      </w:r>
      <w:r>
        <w:rPr>
          <w:sz w:val="20"/>
        </w:rPr>
        <w:t>1:02:12  bohat hi saada jo hogi, sab se saada jo cheez hogi, woh khaunga.</w:t>
      </w:r>
    </w:p>
    <w:p>
      <w:pPr>
        <w:pStyle w:val="Heading2"/>
      </w:pPr>
      <w:r>
        <w:t>lawful things can be deadlier than forbidden ones</w:t>
      </w:r>
    </w:p>
    <w:p>
      <w:r>
        <w:rPr>
          <w:color w:val="666666"/>
          <w:sz w:val="18"/>
        </w:rPr>
        <w:t>Fragments of a CPS Mind April 24, 2011 Maulana Wahiduddin Khan · 55s · at 5:13 · https://youtu.be/kn1KfE--rug?t=313</w:t>
      </w:r>
    </w:p>
    <w:p>
      <w:r>
        <w:rPr>
          <w:i/>
        </w:rPr>
        <w:t>“Insaan ke liye fatal cheezein sirf haram nahi hoteen”</w:t>
      </w:r>
    </w:p>
    <w:p>
      <w:r>
        <w:rPr>
          <w:sz w:val="20"/>
        </w:rPr>
        <w:t>5:13  is mein kya baat hai? is mein baat yeh hai ke insan ke liye jo fatal cheezen hain, jo halakat wali cheezen hain, woh sirf woh nahi hain jo haram hain.</w:t>
      </w:r>
      <w:r>
        <w:br/>
      </w:r>
      <w:r>
        <w:rPr>
          <w:sz w:val="20"/>
        </w:rPr>
        <w:t>5:26  haram to do char hain, khinzir haram hai, sharab haram hai.</w:t>
      </w:r>
      <w:r>
        <w:br/>
      </w:r>
      <w:r>
        <w:rPr>
          <w:sz w:val="20"/>
        </w:rPr>
        <w:t>5:34  woh cheez sab se bari halakat nahi hai. sab se bari halakat woh cheezen hain jo bazahir haram nahi hain.</w:t>
      </w:r>
      <w:r>
        <w:br/>
      </w:r>
      <w:r>
        <w:rPr>
          <w:sz w:val="20"/>
        </w:rPr>
        <w:t>5:43  aur insan subah o sham is mein phansta rehta hai.</w:t>
      </w:r>
      <w:r>
        <w:br/>
      </w:r>
      <w:r>
        <w:rPr>
          <w:sz w:val="20"/>
        </w:rPr>
        <w:t>5:49  aur woh jo cheezen haram nahi hain bazahir, woh itna zyada mohlik ho sakti hain, zyada fatal ho sakti hain ke aadmi jannati se mahroom ho jaye.</w:t>
      </w:r>
    </w:p>
    <w:p>
      <w:pPr>
        <w:pStyle w:val="Heading2"/>
      </w:pPr>
      <w:r>
        <w:t>Two types of misunderstanding</w:t>
      </w:r>
    </w:p>
    <w:p>
      <w:r>
        <w:rPr>
          <w:color w:val="666666"/>
          <w:sz w:val="18"/>
        </w:rPr>
        <w:t>The Problem of Misunderstanding January 1, 2008 · 45s · at 2:04 · https://youtu.be/_dPjEE4bIKE?t=124</w:t>
      </w:r>
    </w:p>
    <w:p>
      <w:r>
        <w:rPr>
          <w:i/>
        </w:rPr>
        <w:t>“Among them is misunderstanding”</w:t>
      </w:r>
    </w:p>
    <w:p>
      <w:r>
        <w:rPr>
          <w:sz w:val="20"/>
        </w:rPr>
        <w:t>2:04  isi mein se ek hai misunderstanding</w:t>
      </w:r>
      <w:r>
        <w:br/>
      </w:r>
      <w:r>
        <w:rPr>
          <w:sz w:val="20"/>
        </w:rPr>
        <w:t>2:08  isko parh kar andaza hota hai ke misunderstanding jo hai woh do qism ki hoti hai</w:t>
      </w:r>
      <w:r>
        <w:br/>
      </w:r>
      <w:r>
        <w:rPr>
          <w:sz w:val="20"/>
        </w:rPr>
        <w:t>2:16  ek to woh jis ke peeche shararat ho</w:t>
      </w:r>
      <w:r>
        <w:br/>
      </w:r>
      <w:r>
        <w:rPr>
          <w:sz w:val="20"/>
        </w:rPr>
        <w:t>2:20  yaani aadmi jaan boojh kar ke ghalat</w:t>
      </w:r>
      <w:r>
        <w:br/>
      </w:r>
      <w:r>
        <w:rPr>
          <w:sz w:val="20"/>
        </w:rPr>
        <w:t>2:25  andaz se baat ko torh morh kar pesh kare</w:t>
      </w:r>
      <w:r>
        <w:br/>
      </w:r>
      <w:r>
        <w:rPr>
          <w:sz w:val="20"/>
        </w:rPr>
        <w:t>2:30  ek yeh hai ke sach much aadmi ko ghalat fehmi ho gayi ho</w:t>
      </w:r>
      <w:r>
        <w:br/>
      </w:r>
      <w:r>
        <w:rPr>
          <w:sz w:val="20"/>
        </w:rPr>
        <w:t>2:35  to mein samajhta hoon ke dono hi qism ki misalein is is ibtedai waqe mein maujood hain</w:t>
      </w:r>
      <w:r>
        <w:br/>
      </w:r>
      <w:r>
        <w:rPr>
          <w:sz w:val="20"/>
        </w:rPr>
        <w:t>2:43  misal dekhiye Allah taala ne insaan ko yaani Adam ko paida</w:t>
      </w:r>
    </w:p>
    <w:p>
      <w:pPr>
        <w:pStyle w:val="Heading2"/>
      </w:pPr>
      <w:r>
        <w:t>Collective repentance is not a stage-show ritual</w:t>
      </w:r>
    </w:p>
    <w:p>
      <w:r>
        <w:rPr>
          <w:color w:val="666666"/>
          <w:sz w:val="18"/>
        </w:rPr>
        <w:t>Collective Repentance 24th February 2013 · 2m 14s · at 10:43 · https://youtu.be/TNw6muKhfpU?t=643</w:t>
      </w:r>
    </w:p>
    <w:p>
      <w:r>
        <w:rPr>
          <w:i/>
        </w:rPr>
        <w:t>“Ab isko samjhiye aap ke ijtimai tauba kya hai”</w:t>
      </w:r>
    </w:p>
    <w:p>
      <w:r>
        <w:rPr>
          <w:sz w:val="20"/>
        </w:rPr>
        <w:t>10:43  ab us ko samjhiye aap ke ijtima'i toba ya collective repentance kiya hai?</w:t>
      </w:r>
      <w:r>
        <w:br/>
      </w:r>
      <w:r>
        <w:rPr>
          <w:sz w:val="20"/>
        </w:rPr>
        <w:t>10:55  jab koi cheez aik aam par waisi evil ke taur par phail jaye logon ke andar, yeh sab log us se mutasir ho jayen.</w:t>
      </w:r>
      <w:r>
        <w:br/>
      </w:r>
      <w:r>
        <w:rPr>
          <w:sz w:val="20"/>
        </w:rPr>
        <w:t>11:10  aik aam par waisi mentality ban jaye logon ki. us waqt us ki zaroorat paish aati hai ke log ijtima'i toba karen.</w:t>
      </w:r>
      <w:r>
        <w:br/>
      </w:r>
      <w:r>
        <w:rPr>
          <w:sz w:val="20"/>
        </w:rPr>
        <w:t>11:20  to ijtima'i toba jo hai us ka matlab kiya hai? us ka matlab yeh nahi ke aik buzurg stage par aayein, loudspeaker par woh alfaaz bolen aur sab log aameen aameen karen, aik bhirh jama ho wahan par.</w:t>
      </w:r>
      <w:r>
        <w:br/>
      </w:r>
      <w:r>
        <w:rPr>
          <w:sz w:val="20"/>
        </w:rPr>
        <w:t>11:36  harghiz harghiz yeh ijtima'i toba nahi hai.</w:t>
      </w:r>
      <w:r>
        <w:br/>
      </w:r>
      <w:r>
        <w:rPr>
          <w:sz w:val="20"/>
        </w:rPr>
        <w:t>11:43  yeh to aik aur, aik aur hai koi qissa hai jis ko jo jo chahen naam de dijiye. yeh harghiz ijtima'i toba nahi hai.</w:t>
      </w:r>
      <w:r>
        <w:br/>
      </w:r>
      <w:r>
        <w:rPr>
          <w:sz w:val="20"/>
        </w:rPr>
        <w:t>11:53  aur nah wohan aesa bhi hua. madine mein aesa nahin hua ke sab madine wale jama hon aur rasool Allah kuch alfaaz bolen, sab kahen aameen aameen.</w:t>
      </w:r>
      <w:r>
        <w:br/>
      </w:r>
      <w:r>
        <w:rPr>
          <w:sz w:val="20"/>
        </w:rPr>
        <w:t>12:02  yeh to wahan hua nah. aesa nahin hua wahan par.</w:t>
      </w:r>
      <w:r>
        <w:br/>
      </w:r>
      <w:r>
        <w:rPr>
          <w:sz w:val="20"/>
        </w:rPr>
        <w:t>12:09  to ab agar aap aesa karen to aap aik bid'at karenge, aap ijtimai tauba nahin karenge. to ismein dekhiye jo baat samajh mein aati hai wohi yeh hai ke is yeh jo quran mein ijtimai tauba ki baat kahi gayi hai woh kahi gayi hai negative thinking ke muamle mein.</w:t>
      </w:r>
      <w:r>
        <w:br/>
      </w:r>
      <w:r>
        <w:rPr>
          <w:sz w:val="20"/>
        </w:rPr>
        <w:t>12:31  ke saare madine ke log negative mentality mein mubtala ho gaye Hazrat Aisha ke bare mein.</w:t>
      </w:r>
      <w:r>
        <w:br/>
      </w:r>
      <w:r>
        <w:rPr>
          <w:sz w:val="20"/>
        </w:rPr>
        <w:t>12:39  to barah e raast taur par is ayat ka talluq jis cheez se hai woh isi soorat e haal se hai ke jab aam o me'yar par aal parwaisi andaz mein log negative mentality mein pad jayen us waqt zaroorat hoti hai ke ijtimai tauba kiya jaye.</w:t>
      </w:r>
    </w:p>
    <w:p>
      <w:pPr>
        <w:pStyle w:val="Heading2"/>
      </w:pPr>
      <w:r>
        <w:t>Break in history is poison</w:t>
      </w:r>
    </w:p>
    <w:p>
      <w:r>
        <w:rPr>
          <w:color w:val="666666"/>
          <w:sz w:val="18"/>
        </w:rPr>
        <w:t>Distraction is the Source of Destruction August 5, 2007 · 39s · at 21:25 · https://youtu.be/E5Xo0_emjIs?t=1285</w:t>
      </w:r>
    </w:p>
    <w:p>
      <w:r>
        <w:rPr>
          <w:i/>
        </w:rPr>
        <w:t>“Break in history is poison”</w:t>
      </w:r>
    </w:p>
    <w:p>
      <w:r>
        <w:rPr>
          <w:sz w:val="20"/>
        </w:rPr>
        <w:t>21:25  break in service. mein samajhta hoon ke ek aur is se bhi ziyada bari baat hai, break in history. break in history yaani mein apni tareekh mein break na hone doon.</w:t>
      </w:r>
      <w:r>
        <w:br/>
      </w:r>
      <w:r>
        <w:rPr>
          <w:sz w:val="20"/>
        </w:rPr>
        <w:t>21:38  agar ek aadmi jo hai kuch din karobar kare, phir chala jaye woh university mein kaam karne lage, phir us ko chhod kar chala jaye kisi factory mein, to us ne bar bar apni tareekh mein break kiya.</w:t>
      </w:r>
      <w:r>
        <w:br/>
      </w:r>
      <w:r>
        <w:rPr>
          <w:sz w:val="20"/>
        </w:rPr>
        <w:t>21:51  break in history jo hai woh zehar hai aap ke liye. zehar. jis tarah se break in service jo hai, aap ki service ko bohat bara masla paida karti hai.</w:t>
      </w:r>
    </w:p>
    <w:p>
      <w:pPr>
        <w:pStyle w:val="Heading2"/>
      </w:pPr>
      <w:r>
        <w:t>I am in a hurry but God is not</w:t>
      </w:r>
    </w:p>
    <w:p>
      <w:r>
        <w:rPr>
          <w:color w:val="666666"/>
          <w:sz w:val="18"/>
        </w:rPr>
        <w:t>Wisdom September 20, 2015 · 52s · at 57:01 · https://youtu.be/Xgk_3YvTkSQ?t=3421</w:t>
      </w:r>
    </w:p>
    <w:p>
      <w:r>
        <w:rPr>
          <w:i/>
        </w:rPr>
        <w:t>“آئی ایم ان ہیری بٹ گاڈ ازنٹ”</w:t>
      </w:r>
    </w:p>
    <w:p>
      <w:r>
        <w:rPr>
          <w:sz w:val="20"/>
        </w:rPr>
        <w:t>57:01  to us ne kaha tha us waqt yeh chupa tha qissa, ek dafa exactly mere sath hua: "I am in hurry but God isn't".</w:t>
      </w:r>
      <w:r>
        <w:br/>
      </w:r>
      <w:r>
        <w:rPr>
          <w:sz w:val="20"/>
        </w:rPr>
        <w:t>57:11  main jaldi hoon magar Khuda jaldi mein nahin.</w:t>
      </w:r>
      <w:r>
        <w:br/>
      </w:r>
      <w:r>
        <w:rPr>
          <w:sz w:val="20"/>
        </w:rPr>
        <w:t>57:15  "I am in hurry but God isn't" matlab Khuda chahta hai ke peir jo hai, beej dala jaye, dheere dheere barhe, das saal, bees saal mein, aur main chahta hoon ke ek hi din mein ho jaye jaldi.</w:t>
      </w:r>
      <w:r>
        <w:br/>
      </w:r>
      <w:r>
        <w:rPr>
          <w:sz w:val="20"/>
        </w:rPr>
        <w:t>57:31  to yeh Khuda ki scheme of thinking se mutabiq nahin, Khuda ka naqsha takhleeq ke mutabiq nahin. to us ne kaha tha: "I am in hurry but God isn't".</w:t>
      </w:r>
      <w:r>
        <w:br/>
      </w:r>
      <w:r>
        <w:rPr>
          <w:sz w:val="20"/>
        </w:rPr>
        <w:t>57:43  to hum sab log kahin na kahin isi ke shikar ho jate hain, kahin na kahin. aur wahan farishta kehta hai ke tum jaldi ho, Khuda koi jaldi nahin hai.</w:t>
      </w:r>
    </w:p>
    <w:p>
      <w:pPr>
        <w:pStyle w:val="Heading2"/>
      </w:pPr>
      <w:r>
        <w:t>Being Muslim comes from realization, not birth</w:t>
      </w:r>
    </w:p>
    <w:p>
      <w:r>
        <w:rPr>
          <w:color w:val="666666"/>
          <w:sz w:val="18"/>
        </w:rPr>
        <w:t>Take it as A Challenge April 29, 2007 · 2m 31s · at 1:31:38 · https://youtu.be/pONW5UkRZ_M?t=5498</w:t>
      </w:r>
    </w:p>
    <w:p>
      <w:r>
        <w:rPr>
          <w:i/>
        </w:rPr>
        <w:t>“Who are Muslims, and will only Muslims go to paradise?”</w:t>
      </w:r>
    </w:p>
    <w:p>
      <w:r>
        <w:rPr>
          <w:sz w:val="20"/>
        </w:rPr>
        <w:t>1:31:38  maulana, who are muslims and well muslims only go to paradise? muslim yani yeh yeh jo paida hone wale yeh muslim nahin hain, muslim nahin ke kisi musalman ghar mein paida ho jayen.</w:t>
      </w:r>
      <w:r>
        <w:br/>
      </w:r>
      <w:r>
        <w:rPr>
          <w:sz w:val="20"/>
        </w:rPr>
        <w:t>1:31:55  dekhein, islam begins from realization, jis ko is mein shakk ho woh parh le, wada sam'u jo quran majeed mein hai, wada sam'u ma'u al-rasul, tafreeh min al-damm, min ma'rif min al-haqq.</w:t>
      </w:r>
      <w:r>
        <w:br/>
      </w:r>
      <w:r>
        <w:rPr>
          <w:sz w:val="20"/>
        </w:rPr>
        <w:t>1:32:10  yeh para saat surah ma'idah ko parh le aadmi. islam begins from realization, islam begins from discovery. janam se aaghaz nahin hota ke janam ho gaya to ab aaghaz shuru ho gaya.</w:t>
      </w:r>
      <w:r>
        <w:br/>
      </w:r>
      <w:r>
        <w:rPr>
          <w:sz w:val="20"/>
        </w:rPr>
        <w:t>1:32:23  aap par</w:t>
      </w:r>
      <w:r>
        <w:br/>
      </w:r>
      <w:r>
        <w:rPr>
          <w:sz w:val="20"/>
        </w:rPr>
        <w:t>1:32:25  beginning jo hai janam se nahin hai, beginning realization se hai. jab sachai aap islam ko discover karein as a truth, tab islam ki shuruaat hoti hai.</w:t>
      </w:r>
      <w:r>
        <w:br/>
      </w:r>
      <w:r>
        <w:rPr>
          <w:sz w:val="20"/>
        </w:rPr>
        <w:t>1:32:38  warna shuruaat hi nahin hoti.</w:t>
      </w:r>
      <w:r>
        <w:br/>
      </w:r>
      <w:r>
        <w:rPr>
          <w:sz w:val="20"/>
        </w:rPr>
        <w:t>1:32:43  is mein mujhe koi shakk nahin hai. islam begins from realization, islam begins from discovery. arabic mein kahunga ke ma'rifat se aaghaz hota hai, ma'rifat se shuru hota hai.</w:t>
      </w:r>
      <w:r>
        <w:br/>
      </w:r>
      <w:r>
        <w:rPr>
          <w:sz w:val="20"/>
        </w:rPr>
        <w:t>1:32:55  woh</w:t>
      </w:r>
      <w:r>
        <w:br/>
      </w:r>
      <w:r>
        <w:rPr>
          <w:sz w:val="20"/>
        </w:rPr>
        <w:t>1:33:00  yeh is mein mujhe zara bhi shakk nahin hai. is maamle mein what is the concept of god in islam? dekhein, is se pehle maine baat batai aap ko ke god ke do concept hain: monism aur monotheism.</w:t>
      </w:r>
      <w:r>
        <w:br/>
      </w:r>
      <w:r>
        <w:rPr>
          <w:sz w:val="20"/>
        </w:rPr>
        <w:t>1:33:16  monism mein god jo hai woh just like gravity hai, cosmic rays hai ke woh ek preceding spirit hai. woh yeh concept islam mein nahin hai.</w:t>
      </w:r>
      <w:r>
        <w:br/>
      </w:r>
      <w:r>
        <w:rPr>
          <w:sz w:val="20"/>
        </w:rPr>
        <w:t>1:33:28  islam mein concept monotheism ka, yani god as a person, islam mein personal god ka concept hai, woh concept nahin hai islam mein.</w:t>
      </w:r>
      <w:r>
        <w:br/>
      </w:r>
      <w:r>
        <w:rPr>
          <w:sz w:val="20"/>
        </w:rPr>
        <w:t>1:33:39  to hum jo mante hain god ko to woh as a person, matlab woh ek us ki ek hasti hai, us ka existence hai, woh dekhta hai, woh sochta hai, woh pakadta hai, woh punishment deta hai, woh reward deta hai,</w:t>
      </w:r>
      <w:r>
        <w:br/>
      </w:r>
      <w:r>
        <w:rPr>
          <w:sz w:val="20"/>
        </w:rPr>
        <w:t>1:33:54  woh control kiye hue hai, woh creator hai. yeh god ka concept yeh hai. monotheism, us ka qaa'ida monotheism, woh jo concept hai, woh monism hai.</w:t>
      </w:r>
      <w:r>
        <w:br/>
      </w:r>
      <w:r>
        <w:rPr>
          <w:sz w:val="20"/>
        </w:rPr>
        <w:t>1:34:05  islam mein monism nahin hai.</w:t>
      </w:r>
    </w:p>
    <w:p>
      <w:pPr>
        <w:pStyle w:val="Heading2"/>
      </w:pPr>
      <w:r>
        <w:t>Real issue is religious extremism versus rational extremism</w:t>
      </w:r>
    </w:p>
    <w:p>
      <w:r>
        <w:rPr>
          <w:color w:val="666666"/>
          <w:sz w:val="18"/>
        </w:rPr>
        <w:t>Religious Extremism and Rational Extremism November 27, 2005 Maulana Wahiduddin Khan · 58s · at 5:20 · https://youtu.be/o-EF-I_SE_M?t=320</w:t>
      </w:r>
    </w:p>
    <w:p>
      <w:r>
        <w:rPr>
          <w:i/>
        </w:rPr>
        <w:t>“Main khud is fundamentalism ki muwafiqat mein nahi hoon”</w:t>
      </w:r>
    </w:p>
    <w:p>
      <w:r>
        <w:rPr>
          <w:sz w:val="20"/>
        </w:rPr>
        <w:t>5:20  to agarche main khud is ke muwafiqat mein nahin hoon, main yeh kahoon ga ke yeh darasal religious extremism hai jis ko fundamentalism kaha jata hai.</w:t>
      </w:r>
      <w:r>
        <w:br/>
      </w:r>
      <w:r>
        <w:rPr>
          <w:sz w:val="20"/>
        </w:rPr>
        <w:t>5:37  zyada sahi naam is ka religious extremism hai. to dono taraf extremism hai.</w:t>
      </w:r>
      <w:r>
        <w:br/>
      </w:r>
      <w:r>
        <w:rPr>
          <w:sz w:val="20"/>
        </w:rPr>
        <w:t>5:44  to sach poochhein to yeh masla jo hai religious extremism versus rational extremism, dono taraf aisa hi hai.</w:t>
      </w:r>
      <w:r>
        <w:br/>
      </w:r>
      <w:r>
        <w:rPr>
          <w:sz w:val="20"/>
        </w:rPr>
        <w:t>5:55  jis cheez ko yeh enlightenment keh rahe hain ya scientific thought keh rahe hain woh bhi extremism hai.</w:t>
      </w:r>
      <w:r>
        <w:br/>
      </w:r>
      <w:r>
        <w:rPr>
          <w:sz w:val="20"/>
        </w:rPr>
        <w:t>6:02  to behr-haal meri samajh ke mutabiq ya meri study ke mutabiq yeh mamla jo hai woh religious extremism versus rational extremism ka mamla hai.</w:t>
      </w:r>
    </w:p>
    <w:p>
      <w:pPr>
        <w:pStyle w:val="Heading2"/>
      </w:pPr>
      <w:r>
        <w:t>Historical background of Gujarat riots</w:t>
      </w:r>
    </w:p>
    <w:p>
      <w:r>
        <w:rPr>
          <w:color w:val="666666"/>
          <w:sz w:val="18"/>
        </w:rPr>
        <w:t>Gujrat Riots | May 23, 2009 - Maulana Wahiduddin Khan · 4m 05s · at 2:06 · https://youtu.be/QO70zMFtXGY?t=126</w:t>
      </w:r>
    </w:p>
    <w:p>
      <w:r>
        <w:rPr>
          <w:i/>
        </w:rPr>
        <w:t>“The history of Gujarat begins from a very strange fact.”</w:t>
      </w:r>
    </w:p>
    <w:p>
      <w:r>
        <w:rPr>
          <w:sz w:val="20"/>
        </w:rPr>
        <w:t>2:06  episode. According to my experience, the history of Gujarat begins from—from a very strange fact. You know, in 1992, in December 1992, the Babri Masjid of Ayodhya was demolished by Hindus.</w:t>
      </w:r>
      <w:r>
        <w:br/>
      </w:r>
      <w:r>
        <w:rPr>
          <w:sz w:val="20"/>
        </w:rPr>
        <w:t>2:38  It is very strange that all those car sev- sevaks were recruited from Gujarat. From here begins the story. And Ayodhya is a part of district Faizabad, so naturally the car sevaks must be routed, must be recruited from Ay</w:t>
      </w:r>
      <w:r>
        <w:br/>
      </w:r>
      <w:r>
        <w:rPr>
          <w:sz w:val="20"/>
        </w:rPr>
        <w:t>3:08  odhya, from Faizabad, from UP, or other adjacent areas. So why they were recruited from Gujarat? Here, from here begins the story. The fact is that in 100—in 1001, one ruler</w:t>
      </w:r>
      <w:r>
        <w:br/>
      </w:r>
      <w:r>
        <w:rPr>
          <w:sz w:val="20"/>
        </w:rPr>
        <w:t>3:38  from Afghanistan, his name was Mahmud Ghaznavi, he—he came to India via Gujarat, and it is a well-known story that he, at that time, there was a great mandir at Somnath. Somnath mandir was a very well-known mandir, an historical mandir.</w:t>
      </w:r>
      <w:r>
        <w:br/>
      </w:r>
      <w:r>
        <w:rPr>
          <w:sz w:val="20"/>
        </w:rPr>
        <w:t>4:08  So Mahmud Ghaznavi looted Somnath mandir. There were some, uh, gold and jewelry, so he looted the mandir. It is an established fact. And also he demolished the mandir. Unfortunately, no one was to rebuild that mandir.</w:t>
      </w:r>
      <w:r>
        <w:br/>
      </w:r>
      <w:r>
        <w:rPr>
          <w:sz w:val="20"/>
        </w:rPr>
        <w:t>4:39  It is very strange that this mandir, this mandir was like a ruin, a cuddle, up to 1947. Over a long period. So it was a source of hate, source of anger, source of revenge among Hindus throughout the long period of histor</w:t>
      </w:r>
      <w:r>
        <w:br/>
      </w:r>
      <w:r>
        <w:rPr>
          <w:sz w:val="20"/>
        </w:rPr>
        <w:t>5:09  y. There were so many rumors. In such case, you know, always there are—there are rumors. The spread of rumor is quite usual. So there were some rumors or so many things. Among Gujarati Hindus, there were a spirit of hate and revenge.</w:t>
      </w:r>
      <w:r>
        <w:br/>
      </w:r>
      <w:r>
        <w:rPr>
          <w:sz w:val="20"/>
        </w:rPr>
        <w:t>5:40  So Gujarat was a very good place to recruit car sevaks and take revenge of Somnath mandir in Ayodhya. So what happened in Ayodhya in 1992? It was just a revenge, action of revenge of that event which happened in 1001</w:t>
      </w:r>
    </w:p>
    <w:p>
      <w:pPr>
        <w:pStyle w:val="Heading2"/>
      </w:pPr>
      <w:r>
        <w:t>Sulh Hudaybiyyah peace treaty brought wisdom</w:t>
      </w:r>
    </w:p>
    <w:p>
      <w:r>
        <w:rPr>
          <w:color w:val="666666"/>
          <w:sz w:val="18"/>
        </w:rPr>
        <w:t>The Secret of Divine Wisdom I September 2,. 2012 Maulana Wahiduddin Khan · 3m 00s · at 20:29 · https://youtu.be/Y-UdfIX33As?t=1229</w:t>
      </w:r>
    </w:p>
    <w:p>
      <w:r>
        <w:rPr>
          <w:i/>
        </w:rPr>
        <w:t>“Islam ki tareekh se dekhiye Rasool Allah ne Mecca mein mission shuru kiya”</w:t>
      </w:r>
    </w:p>
    <w:p>
      <w:r>
        <w:rPr>
          <w:sz w:val="20"/>
        </w:rPr>
        <w:t>20:29  islam ki tareekh se aap dekhiye. rasool Allah ne 610 isvi mein makka mein apne mission ka aaghaz kiya.</w:t>
      </w:r>
      <w:r>
        <w:br/>
      </w:r>
      <w:r>
        <w:rPr>
          <w:sz w:val="20"/>
        </w:rPr>
        <w:t>20:39  to woh zamana tha woh tribal age tha. aap jante hain ke tribal age mein qabail jo thay qabeelay un ka kaam tha kya?</w:t>
      </w:r>
      <w:r>
        <w:br/>
      </w:r>
      <w:r>
        <w:rPr>
          <w:sz w:val="20"/>
        </w:rPr>
        <w:t>20:48  ladna bhirna. ladna bhirna. yahi un ka culture tha.</w:t>
      </w:r>
      <w:r>
        <w:br/>
      </w:r>
      <w:r>
        <w:rPr>
          <w:sz w:val="20"/>
        </w:rPr>
        <w:t>20:51  ladna hi un ka culture tha. isi qabail hi mein se nikal nikal kar ke sahaba bhi aaye thay.</w:t>
      </w:r>
      <w:r>
        <w:br/>
      </w:r>
      <w:r>
        <w:rPr>
          <w:sz w:val="20"/>
        </w:rPr>
        <w:t>21:02  to rasool Allah sal Allah alaihi wasallam ne yeh koshish ki ke kisi tareeqay se un se aik aik woh ho jaye peace treaty ho jaye.</w:t>
      </w:r>
      <w:r>
        <w:br/>
      </w:r>
      <w:r>
        <w:rPr>
          <w:sz w:val="20"/>
        </w:rPr>
        <w:t>21:13  ke hum larai bhirayi nahi karengay. hum dono fareeq aman ke sath rahengay.</w:t>
      </w:r>
      <w:r>
        <w:br/>
      </w:r>
      <w:r>
        <w:rPr>
          <w:sz w:val="20"/>
        </w:rPr>
        <w:t>21:19  bohat mushkil se taqreeban bees saal lag gaye is ko. kyunke woh zamana tha tribal age tha ladna bhirna yahi kaam tha un ka.</w:t>
      </w:r>
      <w:r>
        <w:br/>
      </w:r>
      <w:r>
        <w:rPr>
          <w:sz w:val="20"/>
        </w:rPr>
        <w:t>21:31  pachas saal so saal tak ladte rehte thay. aik aik qissay par.</w:t>
      </w:r>
      <w:r>
        <w:br/>
      </w:r>
      <w:r>
        <w:rPr>
          <w:sz w:val="20"/>
        </w:rPr>
        <w:t>21:37  makay mein bhi larai thi madinay mein bhi larai thi sare arab mein larai thi. woh daur tha larai ka. to rasool Allah sal Allah alaihi wasallam ko woh bohat dinon ke baad yeh moqa mila ke aap sulah hudaybiya karein aap.</w:t>
      </w:r>
      <w:r>
        <w:br/>
      </w:r>
      <w:r>
        <w:rPr>
          <w:sz w:val="20"/>
        </w:rPr>
        <w:t>21:52  sulah hudaybiya ka</w:t>
      </w:r>
      <w:r>
        <w:br/>
      </w:r>
      <w:r>
        <w:rPr>
          <w:sz w:val="20"/>
        </w:rPr>
        <w:t>21:54  peace treaty tha woh. aik taraf rasool Allah thay. doosri taraf quraish ke qabail thay. to woh razi nahi hote thay peace par kisi qeemat par.</w:t>
      </w:r>
      <w:r>
        <w:br/>
      </w:r>
      <w:r>
        <w:rPr>
          <w:sz w:val="20"/>
        </w:rPr>
        <w:t>22:08  rasool Allah ko kya karna para?</w:t>
      </w:r>
      <w:r>
        <w:br/>
      </w:r>
      <w:r>
        <w:rPr>
          <w:sz w:val="20"/>
        </w:rPr>
        <w:t>22:11  unki sari condition ko unilaterally manna para. jis ki aakhri had yeh thi aakhri had ke paper par muahida likha gaya us ki condition likhi gayi.</w:t>
      </w:r>
      <w:r>
        <w:br/>
      </w:r>
      <w:r>
        <w:rPr>
          <w:sz w:val="20"/>
        </w:rPr>
        <w:t>22:26  jo jo woh kehte gaye yani is muahiday ko dictate kiya tha fareeqe sani ne.</w:t>
      </w:r>
      <w:r>
        <w:br/>
      </w:r>
      <w:r>
        <w:rPr>
          <w:sz w:val="20"/>
        </w:rPr>
        <w:t>22:31  rasool Allah ne nahi dictate kiya. un ke dictation ke mutabiq muahida tayyar hua. to is mein yeh lafz likha gaya tha ke Muhammad rasool Allah yani aik fareeq is ke hain Muhammad rasool Allah.</w:t>
      </w:r>
      <w:r>
        <w:br/>
      </w:r>
      <w:r>
        <w:rPr>
          <w:sz w:val="20"/>
        </w:rPr>
        <w:t>22:49  unhon ne kaha ke yeh kaise ho sakta hai?</w:t>
      </w:r>
      <w:r>
        <w:br/>
      </w:r>
      <w:r>
        <w:rPr>
          <w:sz w:val="20"/>
        </w:rPr>
        <w:t>22:52  hum aap ko rasool mante hi nahi. is ko mitaiye. aur bajaye Muhammad rasool Allah ke likhiye Muhammad bin Abdullah.</w:t>
      </w:r>
      <w:r>
        <w:br/>
      </w:r>
      <w:r>
        <w:rPr>
          <w:sz w:val="20"/>
        </w:rPr>
        <w:t>23:05  aaj koi musalman is ke liye tayyar ho sakta hai?</w:t>
      </w:r>
      <w:r>
        <w:br/>
      </w:r>
      <w:r>
        <w:rPr>
          <w:sz w:val="20"/>
        </w:rPr>
        <w:t>23:10  rasool Allah ne kaha hum mita do.</w:t>
      </w:r>
      <w:r>
        <w:br/>
      </w:r>
      <w:r>
        <w:rPr>
          <w:sz w:val="20"/>
        </w:rPr>
        <w:t>23:15  aur rasool Allah ne israr kar ke lafz rasool Allah ko mita diya. aur wahan par likhwaya Muhammad bin Abdullah. is tarah se woh peace treaty tay hua.</w:t>
      </w:r>
    </w:p>
    <w:p>
      <w:pPr>
        <w:pStyle w:val="Heading2"/>
      </w:pPr>
      <w:r>
        <w:t>Signs of Dajjal have begun</w:t>
      </w:r>
    </w:p>
    <w:p>
      <w:r>
        <w:rPr>
          <w:color w:val="666666"/>
          <w:sz w:val="18"/>
        </w:rPr>
        <w:t>Dajjal and Dajjalism | July 26, 2009 · 1m 00s · at 24:25 · https://youtu.be/CrB6NhxHfTI?t=1465</w:t>
      </w:r>
    </w:p>
    <w:p>
      <w:r>
        <w:rPr>
          <w:i/>
        </w:rPr>
        <w:t>“Qayamat ke hadithon mein aaye woh to shuru ho chuke hain”</w:t>
      </w:r>
    </w:p>
    <w:p>
      <w:r>
        <w:rPr>
          <w:sz w:val="20"/>
        </w:rPr>
        <w:t>24:25  qayamat ke hadeeson mein aaye woh to shuru ho chuke hain.</w:t>
      </w:r>
      <w:r>
        <w:br/>
      </w:r>
      <w:r>
        <w:rPr>
          <w:sz w:val="20"/>
        </w:rPr>
        <w:t>24:29  to main samajhta hoon ke woh jo ayat Quran majeed mein hai, surah anbiya mein yani chapter number 21 mein.</w:t>
      </w:r>
      <w:r>
        <w:br/>
      </w:r>
      <w:r>
        <w:rPr>
          <w:sz w:val="20"/>
        </w:rPr>
        <w:t>24:33  iqtarab lillahi hisab fi ghaflat mawroon.</w:t>
      </w:r>
      <w:r>
        <w:br/>
      </w:r>
      <w:r>
        <w:rPr>
          <w:sz w:val="20"/>
        </w:rPr>
        <w:t>24:38  is tarah ki bohat si ayatein Quran majeed mein hain.</w:t>
      </w:r>
      <w:r>
        <w:br/>
      </w:r>
      <w:r>
        <w:rPr>
          <w:sz w:val="20"/>
        </w:rPr>
        <w:t>24:42  iqtarab lillahi hisab fi ghaflat mawroon.</w:t>
      </w:r>
      <w:r>
        <w:br/>
      </w:r>
      <w:r>
        <w:rPr>
          <w:sz w:val="20"/>
        </w:rPr>
        <w:t>24:46  yani doomsday is very near.</w:t>
      </w:r>
      <w:r>
        <w:br/>
      </w:r>
      <w:r>
        <w:rPr>
          <w:sz w:val="20"/>
        </w:rPr>
        <w:t>24:51  and and and</w:t>
      </w:r>
      <w:r>
        <w:br/>
      </w:r>
      <w:r>
        <w:rPr>
          <w:sz w:val="20"/>
        </w:rPr>
        <w:t>24:55  aur koi sun koi sunne wala nahi hai.</w:t>
      </w:r>
      <w:r>
        <w:br/>
      </w:r>
      <w:r>
        <w:rPr>
          <w:sz w:val="20"/>
        </w:rPr>
        <w:t>25:00  qayamat qareeb aa gayi aur koi sun nahi raha, sab araz kar rahe hain is se.</w:t>
      </w:r>
      <w:r>
        <w:br/>
      </w:r>
      <w:r>
        <w:rPr>
          <w:sz w:val="20"/>
        </w:rPr>
        <w:t>25:05  to main samajhta hoon ke agar aap gahaak ke sath dekhen to dajjal ka zamana aa chuka, dajjal</w:t>
      </w:r>
      <w:r>
        <w:br/>
      </w:r>
      <w:r>
        <w:rPr>
          <w:sz w:val="20"/>
        </w:rPr>
        <w:t>25:10  zahil ho chuka.</w:t>
      </w:r>
      <w:r>
        <w:br/>
      </w:r>
      <w:r>
        <w:rPr>
          <w:sz w:val="20"/>
        </w:rPr>
        <w:t>25:15  us ne insaan ko is tareeqe se aisi ideology mein phansaya ke woh Khuda se door ho gaya.</w:t>
      </w:r>
      <w:r>
        <w:br/>
      </w:r>
      <w:r>
        <w:rPr>
          <w:sz w:val="20"/>
        </w:rPr>
        <w:t>25:20  jannat is ke liye soch</w:t>
      </w:r>
    </w:p>
    <w:p>
      <w:pPr>
        <w:pStyle w:val="Heading2"/>
      </w:pPr>
      <w:r>
        <w:t>Reaction vs positive response</w:t>
      </w:r>
    </w:p>
    <w:p>
      <w:r>
        <w:rPr>
          <w:color w:val="666666"/>
          <w:sz w:val="18"/>
        </w:rPr>
        <w:t>Importance of Creative Thinking I December 11, 2011 Maulana Wahiduddin Khan · 21s · at 11:38 · https://youtu.be/GsnxvBYTj8w?t=698</w:t>
      </w:r>
    </w:p>
    <w:p>
      <w:r>
        <w:rPr>
          <w:i/>
        </w:rPr>
        <w:t>“Agar react kare to creative thinking nahi, positive response de to hai.”</w:t>
      </w:r>
    </w:p>
    <w:p>
      <w:r>
        <w:rPr>
          <w:sz w:val="20"/>
        </w:rPr>
        <w:t>11:38  ek bohat hi achi alamat yeh hai janne ki ke aadmi react kar raha hai ke positive response de raha hai.</w:t>
      </w:r>
      <w:r>
        <w:br/>
      </w:r>
      <w:r>
        <w:rPr>
          <w:sz w:val="20"/>
        </w:rPr>
        <w:t>11:49  agar react kare to us ke andar creative thinking nahi hai, aur positive response de to us ke andar creative thinking hai.</w:t>
      </w:r>
    </w:p>
    <w:p>
      <w:pPr>
        <w:pStyle w:val="Heading2"/>
      </w:pPr>
      <w:r>
        <w:t>hadith story explains conscience versus ego</w:t>
      </w:r>
    </w:p>
    <w:p>
      <w:r>
        <w:rPr>
          <w:color w:val="666666"/>
          <w:sz w:val="18"/>
        </w:rPr>
        <w:t>My Life and Experience April 8, 2007 · 2m 35s · at 1:11:12 · https://youtu.be/HbJzX4PJdR8?t=4272</w:t>
      </w:r>
    </w:p>
    <w:p>
      <w:r>
        <w:rPr>
          <w:i/>
        </w:rPr>
        <w:t>“Main aapko ek waqia arz karunga hadith ka”</w:t>
      </w:r>
    </w:p>
    <w:p>
      <w:r>
        <w:rPr>
          <w:sz w:val="20"/>
        </w:rPr>
        <w:t>1:11:12  to nature wahan par, dekhiye mein aap ko ek waqia arz karunga hadees ka.</w:t>
      </w:r>
      <w:r>
        <w:br/>
      </w:r>
      <w:r>
        <w:rPr>
          <w:sz w:val="20"/>
        </w:rPr>
        <w:t>1:11:18  rasool Allah Salallaho Alaihe Wasallam ka waqia suniye. ek baar to aisa hua ke ek aadmi ne, aap ke jo saathi the Hazrat Abu Bakr, un ko bura bura kehna shuru kiya.</w:t>
      </w:r>
      <w:r>
        <w:br/>
      </w:r>
      <w:r>
        <w:rPr>
          <w:sz w:val="20"/>
        </w:rPr>
        <w:t>1:11:29  to Hazrat Abu Bakr jo the woh chup chap suntay rahe. jab bohat kaha, usay bohat kaha, to unhein bhi ghussa aa gaya aur bol diye woh.</w:t>
      </w:r>
      <w:r>
        <w:br/>
      </w:r>
      <w:r>
        <w:rPr>
          <w:sz w:val="20"/>
        </w:rPr>
        <w:t>1:11:39  jab bol diye woh to Rasool Allah wahan se chal diye. woh bhi khare thay lekin chal diye.</w:t>
      </w:r>
      <w:r>
        <w:br/>
      </w:r>
      <w:r>
        <w:rPr>
          <w:sz w:val="20"/>
        </w:rPr>
        <w:t>1:11:47  to baad ko Hazrat Abu Bakr un se mile, Rasool Allah se. ke bhai aap jab tak woh bol raha tha tab khare thay aap. mein bola to aap chal diye. to aap ne kya kaha?</w:t>
      </w:r>
      <w:r>
        <w:br/>
      </w:r>
      <w:r>
        <w:rPr>
          <w:sz w:val="20"/>
        </w:rPr>
        <w:t>1:11:57  yeh zuban jo hoti hai, yeh mazhabi zuban hai, is ko aap ko dhalna parta hai doosri zuban mein. aap ne kaha ke jab tak tum chup thay tab tak farishta wahan tha jo tumhari taraf se bol raha tha woh.</w:t>
      </w:r>
      <w:r>
        <w:br/>
      </w:r>
      <w:r>
        <w:rPr>
          <w:sz w:val="20"/>
        </w:rPr>
        <w:t>1:12:11  jab tum bolay to farishta chala gaya. farishta chala gaya to mein bhi chala gaya.</w:t>
      </w:r>
      <w:r>
        <w:br/>
      </w:r>
      <w:r>
        <w:rPr>
          <w:sz w:val="20"/>
        </w:rPr>
        <w:t>1:12:17  is ko dekhiye, yeh koi purasrar baat nahi hai. koi purasrar baat nahi hai yeh. bas yahi hai ke jo mein ne arz kiya ke ek mechanism hai aap ke andar.</w:t>
      </w:r>
      <w:r>
        <w:br/>
      </w:r>
      <w:r>
        <w:rPr>
          <w:sz w:val="20"/>
        </w:rPr>
        <w:t>1:12:30  ek mechanism hai aap ke andar. well equipped mechanism hai woh. phaila karne ke liye.</w:t>
      </w:r>
      <w:r>
        <w:br/>
      </w:r>
      <w:r>
        <w:rPr>
          <w:sz w:val="20"/>
        </w:rPr>
        <w:t>1:12:37  lekin aap ko thora sa is mein, thirty second aap ka role hota hai is mein. thirty second. us waqt aap kis tareeqay se apne ko rok lein?</w:t>
      </w:r>
      <w:r>
        <w:br/>
      </w:r>
      <w:r>
        <w:rPr>
          <w:sz w:val="20"/>
        </w:rPr>
        <w:t>1:12:48  chup kar lein, apne ko bardasht kar lein. to foran kya hoga ke woh aa jayega woh. nature ka jo mechanism hai.</w:t>
      </w:r>
      <w:r>
        <w:br/>
      </w:r>
      <w:r>
        <w:rPr>
          <w:sz w:val="20"/>
        </w:rPr>
        <w:t>1:12:57  is tareeqay se is case mein kya hai? ke jab tak woh aadmi bura bura keh raha tha, Hazrat Abu Bakr chup rahay thay, to us ka andar ka mechanism jo tha us ko woh kar raha tha.</w:t>
      </w:r>
      <w:r>
        <w:br/>
      </w:r>
      <w:r>
        <w:rPr>
          <w:sz w:val="20"/>
        </w:rPr>
        <w:t>1:13:08  us ka conscience jo hai bura bata raha tha. tum kaise aadmi ho? woh becharay chup chap khare hain aur tum bolay chalay ja rahay ho, bolay chalay ja rahay ho. to us ka andar ka jo mechanism hai jo hum conscience kehtay hain, woh us ko bol raha tha.</w:t>
      </w:r>
      <w:r>
        <w:br/>
      </w:r>
      <w:r>
        <w:rPr>
          <w:sz w:val="20"/>
        </w:rPr>
        <w:t>1:13:23  ab jab Hazrat Abu Bakr bol diye tab to phir woh mechanism jo hai khatam ho gaya. disturb ho gaya. ab to ego jaag pada, ego. yaani jab tak yeh chup thay tab tak conscience jaaga hua tha.</w:t>
      </w:r>
      <w:r>
        <w:br/>
      </w:r>
      <w:r>
        <w:rPr>
          <w:sz w:val="20"/>
        </w:rPr>
        <w:t>1:13:36  jab Hazrat Abu Bakr chup thay na to un ka conscience jaaga hua tha. aur jab yeh bol paray to us ka ego jaag pada. yeh hai is ka matlab.</w:t>
      </w:r>
    </w:p>
    <w:p>
      <w:pPr>
        <w:pStyle w:val="Heading2"/>
      </w:pPr>
      <w:r>
        <w:t>Quran as Book of Wisdom</w:t>
      </w:r>
    </w:p>
    <w:p>
      <w:r>
        <w:rPr>
          <w:color w:val="666666"/>
          <w:sz w:val="18"/>
        </w:rPr>
        <w:t>Studying The Quran with Open Mind October 20, 2019 Maulana Wahiduddin Khan · 22s · at 2:36 · https://youtu.be/OPyJO5TP_wI?t=156</w:t>
      </w:r>
    </w:p>
    <w:p>
      <w:r>
        <w:rPr>
          <w:i/>
        </w:rPr>
        <w:t>“Quran is a Book of Wisdom”</w:t>
      </w:r>
    </w:p>
    <w:p>
      <w:r>
        <w:rPr>
          <w:sz w:val="20"/>
        </w:rPr>
        <w:t>2:36  main samajhta hoon ke yeh sab ziyada ba-maani nahi hai. ziyada ba-maani baat yeh hai ke quran book of wisdom hai.</w:t>
      </w:r>
      <w:r>
        <w:br/>
      </w:r>
      <w:r>
        <w:rPr>
          <w:sz w:val="20"/>
        </w:rPr>
        <w:t>2:50  kahin se bhi parhiye to aap ko wisdom ki koi baat mile gi.</w:t>
      </w:r>
    </w:p>
    <w:p>
      <w:pPr>
        <w:pStyle w:val="Heading2"/>
      </w:pPr>
      <w:r>
        <w:t>Positive response as natural personality development process</w:t>
      </w:r>
    </w:p>
    <w:p>
      <w:r>
        <w:rPr>
          <w:color w:val="666666"/>
          <w:sz w:val="18"/>
        </w:rPr>
        <w:t>Positive Response August 11, 2018 · 5m 34s · at 5:45 · https://youtu.be/W9oH8kJHTWg?t=345</w:t>
      </w:r>
    </w:p>
    <w:p>
      <w:r>
        <w:rPr>
          <w:i/>
        </w:rPr>
        <w:t>“Agar aap ne negative response diya”</w:t>
      </w:r>
    </w:p>
    <w:p>
      <w:r>
        <w:rPr>
          <w:sz w:val="20"/>
        </w:rPr>
        <w:t>5:45  agar aap ne negative response diya to aap ki personality ka development negative andaaz mein hoga.</w:t>
      </w:r>
      <w:r>
        <w:br/>
      </w:r>
      <w:r>
        <w:rPr>
          <w:sz w:val="20"/>
        </w:rPr>
        <w:t>5:56  agar aap ne positive response diya to aap ki personality ka ka development positive andaaz mein hoga.</w:t>
      </w:r>
      <w:r>
        <w:br/>
      </w:r>
      <w:r>
        <w:rPr>
          <w:sz w:val="20"/>
        </w:rPr>
        <w:t>6:08  to har cheez par insaan ka koi response hota hai. isi response se</w:t>
      </w:r>
      <w:r>
        <w:br/>
      </w:r>
      <w:r>
        <w:rPr>
          <w:sz w:val="20"/>
        </w:rPr>
        <w:t>6:23  yeh maloom hota hai ke aap ne apni personality ko kya food diya,</w:t>
      </w:r>
      <w:r>
        <w:br/>
      </w:r>
      <w:r>
        <w:rPr>
          <w:sz w:val="20"/>
        </w:rPr>
        <w:t>6:34  kis qism ka</w:t>
      </w:r>
      <w:r>
        <w:br/>
      </w:r>
      <w:r>
        <w:rPr>
          <w:sz w:val="20"/>
        </w:rPr>
        <w:t>6:39  process dala aap ne apni personality mein.</w:t>
      </w:r>
      <w:r>
        <w:br/>
      </w:r>
      <w:r>
        <w:rPr>
          <w:sz w:val="20"/>
        </w:rPr>
        <w:t>6:46  yeh ek daily process hai. daily daily daily.</w:t>
      </w:r>
      <w:r>
        <w:br/>
      </w:r>
      <w:r>
        <w:rPr>
          <w:sz w:val="20"/>
        </w:rPr>
        <w:t>6:57  misalan dekhiye, aap ek company mein job karte hain,</w:t>
      </w:r>
      <w:r>
        <w:br/>
      </w:r>
      <w:r>
        <w:rPr>
          <w:sz w:val="20"/>
        </w:rPr>
        <w:t>7:08  wahan aap ko koi</w:t>
      </w:r>
      <w:r>
        <w:br/>
      </w:r>
      <w:r>
        <w:rPr>
          <w:sz w:val="20"/>
        </w:rPr>
        <w:t>7:15  koi experience guzra</w:t>
      </w:r>
      <w:r>
        <w:br/>
      </w:r>
      <w:r>
        <w:rPr>
          <w:sz w:val="20"/>
        </w:rPr>
        <w:t>7:22  to aap is experience ko positive andaaz mein liya, negative andaaz mein nahin liya.</w:t>
      </w:r>
      <w:r>
        <w:br/>
      </w:r>
      <w:r>
        <w:rPr>
          <w:sz w:val="20"/>
        </w:rPr>
        <w:t>7:32  aise aap rasta chal rahe hain, aap business karte hain, kuch bhi kar rahe hain, har mauqa par aap ko</w:t>
      </w:r>
      <w:r>
        <w:br/>
      </w:r>
      <w:r>
        <w:rPr>
          <w:sz w:val="20"/>
        </w:rPr>
        <w:t>7:43  kuch na kuch pesh aata hai.</w:t>
      </w:r>
      <w:r>
        <w:br/>
      </w:r>
      <w:r>
        <w:rPr>
          <w:sz w:val="20"/>
        </w:rPr>
        <w:t>7:51  misalan farz keejiye keh aap ko chheenk aa gayi.</w:t>
      </w:r>
      <w:r>
        <w:br/>
      </w:r>
      <w:r>
        <w:rPr>
          <w:sz w:val="20"/>
        </w:rPr>
        <w:t>7:58  chheenk aa gayi to chheenk ek reminder hai keh aap ke body mein ek mechanism hai jo jis se chheenk aati hai aap ko.</w:t>
      </w:r>
      <w:r>
        <w:br/>
      </w:r>
      <w:r>
        <w:rPr>
          <w:sz w:val="20"/>
        </w:rPr>
        <w:t>8:18  to chheenk ek healthy healthy phenomena hai.</w:t>
      </w:r>
      <w:r>
        <w:br/>
      </w:r>
      <w:r>
        <w:rPr>
          <w:sz w:val="20"/>
        </w:rPr>
        <w:t>8:28  is par bhi aap ne Alhamdulillah kaha keh body ka jo mechanism hai, us ne aisa rakha gaya hai, creator ne is tarah rakha hai keh aap ke andar</w:t>
      </w:r>
      <w:r>
        <w:br/>
      </w:r>
      <w:r>
        <w:rPr>
          <w:sz w:val="20"/>
        </w:rPr>
        <w:t>8:43  chheenk ka waqea pesh aaye aur aap ke body mein healthy process jo hai, theek tareeqe se chalta rahe.</w:t>
      </w:r>
      <w:r>
        <w:br/>
      </w:r>
      <w:r>
        <w:rPr>
          <w:sz w:val="20"/>
        </w:rPr>
        <w:t>8:54  to kuch bhi aap ke paas, aap ke saath ho</w:t>
      </w:r>
      <w:r>
        <w:br/>
      </w:r>
      <w:r>
        <w:rPr>
          <w:sz w:val="20"/>
        </w:rPr>
        <w:t>9:00  to woh hamesha ek reminder hota hai. hamesha ek ek reminder hota hai. is reminder ko aap positive andaaz mein len,</w:t>
      </w:r>
      <w:r>
        <w:br/>
      </w:r>
      <w:r>
        <w:rPr>
          <w:sz w:val="20"/>
        </w:rPr>
        <w:t>9:14  negative andaaz mein na len.</w:t>
      </w:r>
      <w:r>
        <w:br/>
      </w:r>
      <w:r>
        <w:rPr>
          <w:sz w:val="20"/>
        </w:rPr>
        <w:t>9:22  to yahi aap ki personality development ka ka process hai. yeh saare waqeaat jo aap ki zindagi mein pesh aate hain, us ko process ke roop mein leejiye.</w:t>
      </w:r>
      <w:r>
        <w:br/>
      </w:r>
      <w:r>
        <w:rPr>
          <w:sz w:val="20"/>
        </w:rPr>
        <w:t>9:38  is process ko avail keejiye.</w:t>
      </w:r>
      <w:r>
        <w:br/>
      </w:r>
      <w:r>
        <w:rPr>
          <w:sz w:val="20"/>
        </w:rPr>
        <w:t>9:45  is ko avail keejiye, yani is ko aap badal deejiye</w:t>
      </w:r>
      <w:r>
        <w:br/>
      </w:r>
      <w:r>
        <w:rPr>
          <w:sz w:val="20"/>
        </w:rPr>
        <w:t>9:52  opportunity mein. koi bhi jo waqea pesh aaya, us ko aap ek opportunity ke roop mein leejiye.</w:t>
      </w:r>
      <w:r>
        <w:br/>
      </w:r>
      <w:r>
        <w:rPr>
          <w:sz w:val="20"/>
        </w:rPr>
        <w:t>10:03  is opportunity ko avail keejiye apni personality development ke liye.</w:t>
      </w:r>
      <w:r>
        <w:br/>
      </w:r>
      <w:r>
        <w:rPr>
          <w:sz w:val="20"/>
        </w:rPr>
        <w:t>10:14  main samajhta hoon keh yeh is ki koi list nahin hai, is ki koi ginti nahin hai. har lamha, subah shaam ka har tajurba, har waqea aap ko remind karta hai kuch na kuch.</w:t>
      </w:r>
      <w:r>
        <w:br/>
      </w:r>
      <w:r>
        <w:rPr>
          <w:sz w:val="20"/>
        </w:rPr>
        <w:t>10:36  is is reminder ko suniye, is reminder se sabak leejiye.</w:t>
      </w:r>
      <w:r>
        <w:br/>
      </w:r>
      <w:r>
        <w:rPr>
          <w:sz w:val="20"/>
        </w:rPr>
        <w:t>10:50  is reminder se sabak leejiye aur is ko positive response mein</w:t>
      </w:r>
      <w:r>
        <w:br/>
      </w:r>
      <w:r>
        <w:rPr>
          <w:sz w:val="20"/>
        </w:rPr>
        <w:t>11:01  badal deejiye, positive response mein.</w:t>
      </w:r>
      <w:r>
        <w:br/>
      </w:r>
      <w:r>
        <w:rPr>
          <w:sz w:val="20"/>
        </w:rPr>
        <w:t>11:09  main samajhta hoon keh yahi natural course hai personality development ka.</w:t>
      </w:r>
    </w:p>
    <w:p>
      <w:pPr>
        <w:pStyle w:val="Heading2"/>
      </w:pPr>
      <w:r>
        <w:t>story of Adam eating the forbidden fruit in paradise</w:t>
      </w:r>
    </w:p>
    <w:p>
      <w:r>
        <w:rPr>
          <w:color w:val="666666"/>
          <w:sz w:val="18"/>
        </w:rPr>
        <w:t>Fragments of a CPS Mind April 24, 2011 Maulana Wahiduddin Khan · 2m 15s · at 2:01 · https://youtu.be/kn1KfE--rug?t=121</w:t>
      </w:r>
    </w:p>
    <w:p>
      <w:r>
        <w:rPr>
          <w:i/>
        </w:rPr>
        <w:t>“Aap jaante hain ke pehla insaan Adam thay”</w:t>
      </w:r>
    </w:p>
    <w:p>
      <w:r>
        <w:rPr>
          <w:sz w:val="20"/>
        </w:rPr>
        <w:t>2:01  dekhiye aap jante hain ke pehla insan jo hai woh Adam thay.</w:t>
      </w:r>
      <w:r>
        <w:br/>
      </w:r>
      <w:r>
        <w:rPr>
          <w:sz w:val="20"/>
        </w:rPr>
        <w:t>2:09  Adam se insan ki history shuru hoti hai.</w:t>
      </w:r>
      <w:r>
        <w:br/>
      </w:r>
      <w:r>
        <w:rPr>
          <w:sz w:val="20"/>
        </w:rPr>
        <w:t>2:14  to Quran mein bataya gaya hai aur Bible mein bhi yahi kahani hai, thore farq ke sath. ke Adam ko jab Allah taala ne paida kiya to unko jannat mein rakha aur kaha ke jannat mein tum aaram se raho.</w:t>
      </w:r>
      <w:r>
        <w:br/>
      </w:r>
      <w:r>
        <w:rPr>
          <w:sz w:val="20"/>
        </w:rPr>
        <w:t>2:33  aur yahan jo tumhare liye sab cheezen hain rahat ki, un se enjoy karo.</w:t>
      </w:r>
      <w:r>
        <w:br/>
      </w:r>
      <w:r>
        <w:rPr>
          <w:sz w:val="20"/>
        </w:rPr>
        <w:t>2:43  lekin un par sirf ek restriction tha. woh tha "wala taqrab ahad al shajar". don't approach to this tree.</w:t>
      </w:r>
      <w:r>
        <w:br/>
      </w:r>
      <w:r>
        <w:rPr>
          <w:sz w:val="20"/>
        </w:rPr>
        <w:t>2:55  don't approach this tree. wahan par ek darakht tha jis ko kaha jata hai "shajar mamnooa" ya "forbidden tree".</w:t>
      </w:r>
      <w:r>
        <w:br/>
      </w:r>
      <w:r>
        <w:rPr>
          <w:sz w:val="20"/>
        </w:rPr>
        <w:t>3:05  to is ke pas mat jana, is ka phal na khana.</w:t>
      </w:r>
      <w:r>
        <w:br/>
      </w:r>
      <w:r>
        <w:rPr>
          <w:sz w:val="20"/>
        </w:rPr>
        <w:t>3:10  Quran mein yeh nahi bataya gaya hai ke woh phal woh darakht kis cheez ka tha. albatta Christian tradition ke mutabiq woh gehoon ka darakht tha.</w:t>
      </w:r>
      <w:r>
        <w:br/>
      </w:r>
      <w:r>
        <w:rPr>
          <w:sz w:val="20"/>
        </w:rPr>
        <w:t>3:23  main nahi keh sakta ke kon sa darakht tha woh. lekin beharhal woh ek forbidden tree tha.</w:t>
      </w:r>
      <w:r>
        <w:br/>
      </w:r>
      <w:r>
        <w:rPr>
          <w:sz w:val="20"/>
        </w:rPr>
        <w:t>3:33  to kya hua ke kuch din tak to Adam is se door rahe. phir</w:t>
      </w:r>
      <w:r>
        <w:br/>
      </w:r>
      <w:r>
        <w:rPr>
          <w:sz w:val="20"/>
        </w:rPr>
        <w:t>3:47  un ko khayal aaya ke shayad yeh koi bohat khaas cheez hai jis se mujhe roka gaya hai. agar main is darakht ka phal kha loon to mujhe koi bohat bari cheez jo abhi mujhe nahi mili hai woh mil jayegi.</w:t>
      </w:r>
      <w:r>
        <w:br/>
      </w:r>
      <w:r>
        <w:rPr>
          <w:sz w:val="20"/>
        </w:rPr>
        <w:t>4:05  chunancha woh gaye, woh darakht ka phal kha liya unhon ne. is ke baad kya hua? woh jannat se nikal diye gaye.</w:t>
      </w:r>
    </w:p>
    <w:p>
      <w:pPr>
        <w:pStyle w:val="Heading2"/>
      </w:pPr>
      <w:r>
        <w:t>False lion bravery, need thinking</w:t>
      </w:r>
    </w:p>
    <w:p>
      <w:r>
        <w:rPr>
          <w:color w:val="666666"/>
          <w:sz w:val="18"/>
        </w:rPr>
        <w:t>Q&amp;A 29 Mar 2009 Maulana Wahiduddin Khan · 2m 37s · at 33:56 · https://youtu.be/pr358S6nndo?t=2036</w:t>
      </w:r>
    </w:p>
    <w:p>
      <w:r>
        <w:rPr>
          <w:i/>
        </w:rPr>
        <w:t>“सुल्तान टेबू का एक कौल आज तक लोग फख्र से दोहराते हैं”</w:t>
      </w:r>
    </w:p>
    <w:p>
      <w:r>
        <w:rPr>
          <w:sz w:val="20"/>
        </w:rPr>
        <w:t>33:56  janta bhi ho. ye agar janta to ye jo 200 saal se hamari barbadi ho rahi hai, to wo na hoti. har jagah barbadi, har jagah barbadi, har jagah barbadi. sultan tebu ka ek qaul aaj tak log fakhr se dohrate hain</w:t>
      </w:r>
      <w:r>
        <w:br/>
      </w:r>
      <w:r>
        <w:rPr>
          <w:sz w:val="20"/>
        </w:rPr>
        <w:t>34:15  ki jab angrez aaye india mein, unse ladai pesh aa gayi. aayi to sultan tebu ne kaha tha ki unke upar fauj bahut kam thi. pehle se pata tha ki main ladkar mar jaunga. phir bhi lad gaye wo aur kaha ki</w:t>
      </w:r>
      <w:r>
        <w:br/>
      </w:r>
      <w:r>
        <w:rPr>
          <w:sz w:val="20"/>
        </w:rPr>
        <w:t>34:33  sher ki ek din ki zindagi giner ke 100 saal ki zindagi se behtar hai.</w:t>
      </w:r>
      <w:r>
        <w:br/>
      </w:r>
      <w:r>
        <w:rPr>
          <w:sz w:val="20"/>
        </w:rPr>
        <w:t>34:42  sab log isko dohrate hain. ab ye ye qaul hi jhootha hai. bilkul khuda ne aisa sher paida nahi kiya.</w:t>
      </w:r>
      <w:r>
        <w:br/>
      </w:r>
      <w:r>
        <w:rPr>
          <w:sz w:val="20"/>
        </w:rPr>
        <w:t>34:51  aisa sher khuda ne paida hi nahi kiya. tumhara, tumhara ek apne mind ka ek sher hai. ye mujhe tab khula. yeh baat main khud isi mein pada hua tha. ne jo america ka ek wo hai,</w:t>
      </w:r>
      <w:r>
        <w:br/>
      </w:r>
      <w:r>
        <w:rPr>
          <w:sz w:val="20"/>
        </w:rPr>
        <w:t>35:07  national geography, usne ek film banayi hai. teen saal lage usko banane mein. sher ko natural habitat mein jaakar ke unhone usko film banayi. uski bilkul real film natural habitat mein. usmein wo dikhate hain ki sher to kabhi ladte hi nahi.</w:t>
      </w:r>
      <w:r>
        <w:br/>
      </w:r>
      <w:r>
        <w:rPr>
          <w:sz w:val="20"/>
        </w:rPr>
        <w:t>35:25  ye angrez ladkar mar gaye. sher ladte hi nahi the aur taqatwar se hamesha avoid karta hai. sher usmein bahut se scene dikhaye unhone ki ek sher idhar ja raha hai. udhar kai hathi aa rahe hain. to ek sher ke muqable kai hathi zyada strong hain. to sher kya hai?</w:t>
      </w:r>
      <w:r>
        <w:br/>
      </w:r>
      <w:r>
        <w:rPr>
          <w:sz w:val="20"/>
        </w:rPr>
        <w:t>35:45  idhar se</w:t>
      </w:r>
      <w:r>
        <w:br/>
      </w:r>
      <w:r>
        <w:rPr>
          <w:sz w:val="20"/>
        </w:rPr>
        <w:t>35:46  nikal ke chala gaya. idhar se ya udhar se chala gaya. samne ek rasta chhod diya usne ki hathiyon ke liye. yaad hai kya? jangli bhaise jo hoti hain, badi seeng unmein hoti hai. ek baar maine dekha ki wo aa raha hai. tab bhi sher idhar se hat ke udhar nikal gaya. to sher to ladte hi nahi.</w:t>
      </w:r>
      <w:r>
        <w:br/>
      </w:r>
      <w:r>
        <w:rPr>
          <w:sz w:val="20"/>
        </w:rPr>
        <w:t>36:04  jo khuda ne banaya sher, wo nahi ladta. koi jhoothe sher khud bana rakhe logon ne, wo ladte hain. to bina soche samjhe bolna, bina soche samjhe kitabein likhna, bina soche takre karna,</w:t>
      </w:r>
      <w:r>
        <w:br/>
      </w:r>
      <w:r>
        <w:rPr>
          <w:sz w:val="20"/>
        </w:rPr>
        <w:t>36:19  ye ho raha hai hamare qaum-qaum mein.</w:t>
      </w:r>
      <w:r>
        <w:br/>
      </w:r>
      <w:r>
        <w:rPr>
          <w:sz w:val="20"/>
        </w:rPr>
        <w:t>36:22  aur jab barbadi hoti hai, to kehte hain ki doosron ke conspiracy hai, doosron ka zulm hai, doosron ke discrimination hai. yeh hai hamari kahani.</w:t>
      </w:r>
    </w:p>
    <w:p>
      <w:pPr>
        <w:pStyle w:val="Heading2"/>
      </w:pPr>
      <w:r>
        <w:t>Discover your own helplessness to grow close to God</w:t>
      </w:r>
    </w:p>
    <w:p>
      <w:r>
        <w:rPr>
          <w:color w:val="666666"/>
          <w:sz w:val="18"/>
        </w:rPr>
        <w:t>Realistic Approach 30 March, 2014 · 58s · at 54:39 · https://youtu.be/HIFxmWWiEG4?t=3279</w:t>
      </w:r>
    </w:p>
    <w:p>
      <w:r>
        <w:rPr>
          <w:i/>
        </w:rPr>
        <w:t>“In desperation, a person feels true helplessness before God.”</w:t>
      </w:r>
    </w:p>
    <w:p>
      <w:r>
        <w:rPr>
          <w:sz w:val="20"/>
        </w:rPr>
        <w:t>54:39  Dekhein, jab aadmi iztirari ki halat mein hota hai to apne helplessness ka tajurba karta hai. Woh ajz ka,</w:t>
      </w:r>
      <w:r>
        <w:br/>
      </w:r>
      <w:r>
        <w:rPr>
          <w:sz w:val="20"/>
        </w:rPr>
        <w:t>54:51  ajz ka tajurba aur ajz ka tajurba haqeeqatan kisi ko ho jaye to Allah se bohat qurbat ho jati hai. Bas waqt yani apne ajz ko daryaft karo aur Allah se qareeb ho jao.</w:t>
      </w:r>
      <w:r>
        <w:br/>
      </w:r>
      <w:r>
        <w:rPr>
          <w:sz w:val="20"/>
        </w:rPr>
        <w:t>55:06  Musalamanon mein to mein ne kisi ko paya nahi jis ne apne ajz ko daryaft kiya ho, chahe mustar ho ya molvi. Koi mujhe nahi mila, ek bhi nahi mila.</w:t>
      </w:r>
      <w:r>
        <w:br/>
      </w:r>
      <w:r>
        <w:rPr>
          <w:sz w:val="20"/>
        </w:rPr>
        <w:t>55:15  Agar kahin hai to mujhe us ki khabar nahi. Choonke ajz ki daryaft hi nahi hui to qurbat-e-khudawandi kahan se hogi? Ajz ek qabil-e-daryaft cheez hai, yaad rakhiye.</w:t>
      </w:r>
      <w:r>
        <w:br/>
      </w:r>
      <w:r>
        <w:rPr>
          <w:sz w:val="20"/>
        </w:rPr>
        <w:t>55:28  Jis tarah doosri cheezein qabil-e-daryaft hain, ajz bhi qabil-e-daryaft hai. Logon ko maloom hi nahi ke ajz kya cheez hai.</w:t>
      </w:r>
    </w:p>
    <w:p>
      <w:pPr>
        <w:pStyle w:val="Heading2"/>
      </w:pPr>
      <w:r>
        <w:t>Avoid cheap entertainment distractions</w:t>
      </w:r>
    </w:p>
    <w:p>
      <w:r>
        <w:rPr>
          <w:color w:val="666666"/>
          <w:sz w:val="18"/>
        </w:rPr>
        <w:t>Distraction is the Source of Destruction August 5, 2007 Maulana Wahiduddin Khan · 38s · at 48:00 · https://youtu.be/IeiijTFDVH8?t=2880</w:t>
      </w:r>
    </w:p>
    <w:p>
      <w:r>
        <w:rPr>
          <w:i/>
        </w:rPr>
        <w:t>“Zindagi mein dekhiye cheap cheap entertainment”</w:t>
      </w:r>
    </w:p>
    <w:p>
      <w:r>
        <w:rPr>
          <w:sz w:val="20"/>
        </w:rPr>
        <w:t>48:00  to zindagi mein dekhiye cheap cheap qism ki entertainment, cheap qism ki activities apne ko bachaiye.</w:t>
      </w:r>
      <w:r>
        <w:br/>
      </w:r>
      <w:r>
        <w:rPr>
          <w:sz w:val="20"/>
        </w:rPr>
        <w:t>48:12  woh bhi distraction hai. aaj kal kya hai dekhiye? aaj kal kya hai? shopping. shopping aur fashion aur beauty parlor aur daawatein khana idhar udhar jisko kehte hain woh party.</w:t>
      </w:r>
      <w:r>
        <w:br/>
      </w:r>
      <w:r>
        <w:rPr>
          <w:sz w:val="20"/>
        </w:rPr>
        <w:t>48:30  yeh sab kya hai? yeh sab distraction hai. mujhe ek aadmi mila Dilli mein unka naam tha Dr. Professor Pritam Kumar.</w:t>
      </w:r>
    </w:p>
    <w:p>
      <w:pPr>
        <w:pStyle w:val="Heading2"/>
      </w:pPr>
      <w:r>
        <w:t>Story of man learning from Surah</w:t>
      </w:r>
    </w:p>
    <w:p>
      <w:r>
        <w:rPr>
          <w:color w:val="666666"/>
          <w:sz w:val="18"/>
        </w:rPr>
        <w:t>The Doomsday is Coming | November 26, 2007 · 3m 32s · at 44:21 · https://youtu.be/AkOKuzwv1HI?t=2661</w:t>
      </w:r>
    </w:p>
    <w:p>
      <w:r>
        <w:rPr>
          <w:i/>
        </w:rPr>
        <w:t>“Ek aadmi ko dhundh kar laya gaya”</w:t>
      </w:r>
    </w:p>
    <w:p>
      <w:r>
        <w:rPr>
          <w:sz w:val="20"/>
        </w:rPr>
        <w:t>44:21  to khair ek aadmi ko woh kahin mil gaya, woh le aaya rasool Allah ke paas.</w:t>
      </w:r>
      <w:r>
        <w:br/>
      </w:r>
      <w:r>
        <w:rPr>
          <w:sz w:val="20"/>
        </w:rPr>
        <w:t>44:27  to aap ne poocha ke maine tum ko kaha tha ke ali ke paas deen seekho to</w:t>
      </w:r>
      <w:r>
        <w:br/>
      </w:r>
      <w:r>
        <w:rPr>
          <w:sz w:val="20"/>
        </w:rPr>
        <w:t>44:33  tum kahan chale gaye? to unhon ne us aadmi ne kaha ke ali ne mujhe yeh surah ki taleem di.</w:t>
      </w:r>
      <w:r>
        <w:br/>
      </w:r>
      <w:r>
        <w:rPr>
          <w:sz w:val="20"/>
        </w:rPr>
        <w:t>44:39  isi mein mujhe sari baat mil gayi.</w:t>
      </w:r>
      <w:r>
        <w:br/>
      </w:r>
      <w:r>
        <w:rPr>
          <w:sz w:val="20"/>
        </w:rPr>
        <w:t>44:45  woh yahi surah jo maine padhi aap ke samne ke zalzalt al arzu zalzalah wa</w:t>
      </w:r>
      <w:r>
        <w:br/>
      </w:r>
      <w:r>
        <w:rPr>
          <w:sz w:val="20"/>
        </w:rPr>
        <w:t>44:51  kharat al arzu asqalah yani chapter number 99.</w:t>
      </w:r>
      <w:r>
        <w:br/>
      </w:r>
      <w:r>
        <w:rPr>
          <w:sz w:val="20"/>
        </w:rPr>
        <w:t>44:57  to us ne kaha ke is surah mein yeh tha ke is mein yeh surah tha ke ke</w:t>
      </w:r>
      <w:r>
        <w:br/>
      </w:r>
      <w:r>
        <w:rPr>
          <w:sz w:val="20"/>
        </w:rPr>
        <w:t>45:03  aadmi ne agar ek zarre ke barabar bhi neki ki hai to us din us ko dekh woh</w:t>
      </w:r>
      <w:r>
        <w:br/>
      </w:r>
      <w:r>
        <w:rPr>
          <w:sz w:val="20"/>
        </w:rPr>
        <w:t>45:09  dekh lega.</w:t>
      </w:r>
      <w:r>
        <w:br/>
      </w:r>
      <w:r>
        <w:rPr>
          <w:sz w:val="20"/>
        </w:rPr>
        <w:t>45:15  aur ek zarre ke barabar burai ki hai to woh bhi us ko bhi woh dekh lega. wa man ya'mal</w:t>
      </w:r>
      <w:r>
        <w:br/>
      </w:r>
      <w:r>
        <w:rPr>
          <w:sz w:val="20"/>
        </w:rPr>
        <w:t>45:21  misqal zarra khairayr wa man ya'mal misqal zarra sharir us ne kaha ke isi mein mujhe sara deen mil gaya.</w:t>
      </w:r>
      <w:r>
        <w:br/>
      </w:r>
      <w:r>
        <w:rPr>
          <w:sz w:val="20"/>
        </w:rPr>
        <w:t>45:27  دیکھیں دین آپ already inborn ہے آپ کے اندر۔</w:t>
      </w:r>
      <w:r>
        <w:br/>
      </w:r>
      <w:r>
        <w:rPr>
          <w:sz w:val="20"/>
        </w:rPr>
        <w:t>45:33  آپ کے unconscious mind میں سب کچھ موجود ہے already.</w:t>
      </w:r>
      <w:r>
        <w:br/>
      </w:r>
      <w:r>
        <w:rPr>
          <w:sz w:val="20"/>
        </w:rPr>
        <w:t>45:39  صرف ضرورت ہے honesty کی۔ honesty کی۔</w:t>
      </w:r>
      <w:r>
        <w:br/>
      </w:r>
      <w:r>
        <w:rPr>
          <w:sz w:val="20"/>
        </w:rPr>
        <w:t>45:45  agar honest ho aap</w:t>
      </w:r>
      <w:r>
        <w:br/>
      </w:r>
      <w:r>
        <w:rPr>
          <w:sz w:val="20"/>
        </w:rPr>
        <w:t>45:52  تو آپ کا conscience، آپ کا nature ہی آپ کو guide کرنے کے لیے کافی ہو جاتا ہے۔</w:t>
      </w:r>
      <w:r>
        <w:br/>
      </w:r>
      <w:r>
        <w:rPr>
          <w:sz w:val="20"/>
        </w:rPr>
        <w:t>45:56  to us ne kaha ke jab maine yeh padha ke woh din aanay wala hai jab main</w:t>
      </w:r>
      <w:r>
        <w:br/>
      </w:r>
      <w:r>
        <w:rPr>
          <w:sz w:val="20"/>
        </w:rPr>
        <w:t>46:00  Khuda ke samne khada hoonga aur ek zarre ke barabar bhi maine achhai ki hai to</w:t>
      </w:r>
      <w:r>
        <w:br/>
      </w:r>
      <w:r>
        <w:rPr>
          <w:sz w:val="20"/>
        </w:rPr>
        <w:t>46:05  wahan par khul jayegi.</w:t>
      </w:r>
      <w:r>
        <w:br/>
      </w:r>
      <w:r>
        <w:rPr>
          <w:sz w:val="20"/>
        </w:rPr>
        <w:t>46:09  ek zarre ke barabar burai ki hai to woh bhi wahan khul jayegi.</w:t>
      </w:r>
      <w:r>
        <w:br/>
      </w:r>
      <w:r>
        <w:rPr>
          <w:sz w:val="20"/>
        </w:rPr>
        <w:t>46:13  to bas bas bas chowkna ho gaya.</w:t>
      </w:r>
      <w:r>
        <w:br/>
      </w:r>
      <w:r>
        <w:rPr>
          <w:sz w:val="20"/>
        </w:rPr>
        <w:t>46:18  main alert ho gaya.</w:t>
      </w:r>
      <w:r>
        <w:br/>
      </w:r>
      <w:r>
        <w:rPr>
          <w:sz w:val="20"/>
        </w:rPr>
        <w:t>46:22  ab kya hai mamlat jab parhte hain, dealing hoti hai logon ke sath rehta hoon to jab bhi koi aisa mamla paṛta hai ke mera conscience bolta hai ke yeh to galat kaam hai to main apne conscience ki awaz ko follow kar ke us se door chala jata hoon. aur jab yeh mera conscience bolta hai ke yeh to sahi kaam hai to main us ko follow karta hoon. to us ne kaha ke jab</w:t>
      </w:r>
      <w:r>
        <w:br/>
      </w:r>
      <w:r>
        <w:rPr>
          <w:sz w:val="20"/>
        </w:rPr>
        <w:t>46:52  bhi main dekhta hoon ke yeh nek kaam hai to us ki taraf daurta hoon.</w:t>
      </w:r>
      <w:r>
        <w:br/>
      </w:r>
      <w:r>
        <w:rPr>
          <w:sz w:val="20"/>
        </w:rPr>
        <w:t>46:56  jab main dekhta hoon ke bura kaam hai to us ke bhagta hoon.</w:t>
      </w:r>
      <w:r>
        <w:br/>
      </w:r>
      <w:r>
        <w:rPr>
          <w:sz w:val="20"/>
        </w:rPr>
        <w:t>47:00  to hua kya? Islam qabool karne ke baad aur kuch baatein sunne ke baad us ke fitrat ke</w:t>
      </w:r>
      <w:r>
        <w:br/>
      </w:r>
      <w:r>
        <w:rPr>
          <w:sz w:val="20"/>
        </w:rPr>
        <w:t>47:03  darwaze khul gaye.</w:t>
      </w:r>
      <w:r>
        <w:br/>
      </w:r>
      <w:r>
        <w:rPr>
          <w:sz w:val="20"/>
        </w:rPr>
        <w:t>47:07  us ke nature ke sare window jo thi khul gayi woh.</w:t>
      </w:r>
      <w:r>
        <w:br/>
      </w:r>
      <w:r>
        <w:rPr>
          <w:sz w:val="20"/>
        </w:rPr>
        <w:t>47:11  us ka conscience jaag pada.</w:t>
      </w:r>
      <w:r>
        <w:br/>
      </w:r>
      <w:r>
        <w:rPr>
          <w:sz w:val="20"/>
        </w:rPr>
        <w:t>47:15  us ka conscience jaag pada.</w:t>
      </w:r>
      <w:r>
        <w:br/>
      </w:r>
      <w:r>
        <w:rPr>
          <w:sz w:val="20"/>
        </w:rPr>
        <w:t>47:18  is ke andar ka jo</w:t>
      </w:r>
      <w:r>
        <w:br/>
      </w:r>
      <w:r>
        <w:rPr>
          <w:sz w:val="20"/>
        </w:rPr>
        <w:t>47:22  allah ta'ala ne jo rakha hai fa'alamahu fujoorahu wa taqwahu woh sab roshan ho gaya is ke samne.</w:t>
      </w:r>
      <w:r>
        <w:br/>
      </w:r>
      <w:r>
        <w:rPr>
          <w:sz w:val="20"/>
        </w:rPr>
        <w:t>47:27  toh is ki light mein woh chalne laga.</w:t>
      </w:r>
      <w:r>
        <w:br/>
      </w:r>
      <w:r>
        <w:rPr>
          <w:sz w:val="20"/>
        </w:rPr>
        <w:t>47:33  یہ کون انسان ہوتا ہے؟ یہ وہ انسان ہے جو سچ مچ sincere انسان ہو۔</w:t>
      </w:r>
      <w:r>
        <w:br/>
      </w:r>
      <w:r>
        <w:rPr>
          <w:sz w:val="20"/>
        </w:rPr>
        <w:t>47:38  جو سچ مچ serious طریقے سے ہر چیزوں کو لے۔</w:t>
      </w:r>
      <w:r>
        <w:br/>
      </w:r>
      <w:r>
        <w:rPr>
          <w:sz w:val="20"/>
        </w:rPr>
        <w:t>47:43  jo sach much honest insaan ho.</w:t>
      </w:r>
      <w:r>
        <w:br/>
      </w:r>
      <w:r>
        <w:rPr>
          <w:sz w:val="20"/>
        </w:rPr>
        <w:t>47:48  jis ke dil mein khuda ka darr sama gaya ho.</w:t>
      </w:r>
    </w:p>
    <w:p>
      <w:pPr>
        <w:pStyle w:val="Heading2"/>
      </w:pPr>
      <w:r>
        <w:t>Prophet's wisdom in ignoring idols</w:t>
      </w:r>
    </w:p>
    <w:p>
      <w:r>
        <w:rPr>
          <w:color w:val="666666"/>
          <w:sz w:val="18"/>
        </w:rPr>
        <w:t>Quranic Wisdom | September 10, 2016 · 2m 44s · at 6:23 · https://youtu.be/hNTKraIhmeQ?t=383</w:t>
      </w:r>
    </w:p>
    <w:p>
      <w:r>
        <w:rPr>
          <w:i/>
        </w:rPr>
        <w:t>“Dekhiye, Rasool Allah jo the, unka mission tha tauheed ka mission.”</w:t>
      </w:r>
    </w:p>
    <w:p>
      <w:r>
        <w:rPr>
          <w:sz w:val="20"/>
        </w:rPr>
        <w:t>6:23  Dekhiye, Rasool Allah jo thay, un ka mission tha tauheed ka mission, oneness of God. Yahi aap ka mission tha. To aap 610 AD mein Makkah mein aap nay apna mission shuru kiya. Is kay baad bazahir, yaani apparently, wahan sab se bara problem yeh tha ke Ka'aba jo muqaddas ghar tha tauheed ka, usi mein 3</w:t>
      </w:r>
      <w:r>
        <w:br/>
      </w:r>
      <w:r>
        <w:rPr>
          <w:sz w:val="20"/>
        </w:rPr>
        <w:t>6:53  60 but rakhay hue hain. jis ko Hazrat Ibrahim nay 4000 saal pehlay banaya tha tauheed kay liye, us ko logon nay baad kay zamanay mein butoon se bhar diya. to bazahir sab se bara masla yeh tha aik aisay paighambar kay liye jo tauheed kay liye utha hai. lekin aap dekhiye, Rasool Allah nay kabhi bhi yeh sawal nahi uthaya wahan. koi protest nahi</w:t>
      </w:r>
      <w:r>
        <w:br/>
      </w:r>
      <w:r>
        <w:rPr>
          <w:sz w:val="20"/>
        </w:rPr>
        <w:t>7:23  kiya. butoon ko tora phora nahi. aap nay us ko ignore kar kay apna mission chalaya. That's wisdom. to us mein dekhiye, aik tha butoon ka presence Ka'aba mein, aur doosra tha unhi butoon ki wajah se gathering. Makkah mein unhi butoon ki wajah se daily gathering hoti thi. un kay jo worshipper thay, woh atay thay wahan un ka blessing lainay kay liye, kuch charhawa charh</w:t>
      </w:r>
      <w:r>
        <w:br/>
      </w:r>
      <w:r>
        <w:rPr>
          <w:sz w:val="20"/>
        </w:rPr>
        <w:t>7:53  anay kay liye. to aap nay kiya kiya? aap nay butoon kay presence ko ignore kiya, aur aap nay gathering ko as an audience istemal kiya. That's wisdom. yahi alag karna. yaani is case mein, is case mein practically yeh cheez irrelevant ban gayi thi, butoon ka presence. aur relevant ban gaya tha gather</w:t>
      </w:r>
      <w:r>
        <w:br/>
      </w:r>
      <w:r>
        <w:rPr>
          <w:sz w:val="20"/>
        </w:rPr>
        <w:t>8:23  ing. kyunkay woh gathering ko aap ko avail karna tha. Gathering was an opportunity. to bohat zabardast misaal hai ke aap nay jo aap kay mission kay lihaaz se us waqt irrelevant baat thi, us ko aap nay ignore kiya. aur jo us waqt jo baat relevant thi, yaani gathering, kyunkay woh free ka audience</w:t>
      </w:r>
      <w:r>
        <w:br/>
      </w:r>
      <w:r>
        <w:rPr>
          <w:sz w:val="20"/>
        </w:rPr>
        <w:t>8:53  tha, aap bulana nahi tha, baghair bulaye wahan atay thay log daily. yeh hai irrelevant ko ignore kar kay relevant ki buniyad par apni planning karna.</w:t>
      </w:r>
    </w:p>
    <w:p>
      <w:pPr>
        <w:pStyle w:val="Heading2"/>
      </w:pPr>
      <w:r>
        <w:t>stone-and-water poem sparks change of heart</w:t>
      </w:r>
    </w:p>
    <w:p>
      <w:r>
        <w:rPr>
          <w:color w:val="666666"/>
          <w:sz w:val="18"/>
        </w:rPr>
        <w:t>The Secret of Success June 26, 2008 Maulana Wahiduddin Khan · 35s · at 47:59 · https://youtu.be/_vqfB9XcpPs?t=2879</w:t>
      </w:r>
    </w:p>
    <w:p>
      <w:r>
        <w:rPr>
          <w:i/>
        </w:rPr>
        <w:t>“جو پتھر پر پانی پڑے متصل، گھس جائے پتھر کے سل”</w:t>
      </w:r>
    </w:p>
    <w:p>
      <w:r>
        <w:rPr>
          <w:sz w:val="20"/>
        </w:rPr>
        <w:t>47:59  to us ko ek shair yaad aaya: "jo pathar par pani pade mutasil, ghus jaye be shubah pathar ke sil."</w:t>
      </w:r>
      <w:r>
        <w:br/>
      </w:r>
      <w:r>
        <w:rPr>
          <w:sz w:val="20"/>
        </w:rPr>
        <w:t>48:11  ab is ka dimagh jo hai hil gaya. us ne kaha ke pathar ghus sakta hai, to mera bhi muqaddar kyun nahi badal sakta?</w:t>
      </w:r>
      <w:r>
        <w:br/>
      </w:r>
      <w:r>
        <w:rPr>
          <w:sz w:val="20"/>
        </w:rPr>
        <w:t>48:23  ab woh laut aaya. us ne kaha ke main phir se padhunga, main kyun jaan doon? main kyun jaan doon?</w:t>
      </w:r>
    </w:p>
    <w:p>
      <w:pPr>
        <w:pStyle w:val="Heading2"/>
      </w:pPr>
      <w:r>
        <w:t>Story of old lady teaches positive response</w:t>
      </w:r>
    </w:p>
    <w:p>
      <w:r>
        <w:rPr>
          <w:color w:val="666666"/>
          <w:sz w:val="18"/>
        </w:rPr>
        <w:t>Religion and The Modern Age | February 26, 2006 | Maulana Wahidduin Khan · 5m 36s · at 5:08 · https://youtu.be/KJmEtnm_SpE?t=308</w:t>
      </w:r>
    </w:p>
    <w:p>
      <w:r>
        <w:rPr>
          <w:i/>
        </w:rPr>
        <w:t>“30، 2005 کو جو کارٹون چھپا تھا”</w:t>
      </w:r>
    </w:p>
    <w:p>
      <w:r>
        <w:rPr>
          <w:sz w:val="20"/>
        </w:rPr>
        <w:t>5:08  30, 2005 ko jo cartoon chhapa tha, to us ke jawab mein unhon ne ek aur cartoon banaya. is cartoon mein dikhaya gaya tha ke prophet of islam jab madina mein the to wahan par ek budhiya thi, ghaliban ek jewish lady thi woh, woh aap ke sar par kooda daal det</w:t>
      </w:r>
      <w:r>
        <w:br/>
      </w:r>
      <w:r>
        <w:rPr>
          <w:sz w:val="20"/>
        </w:rPr>
        <w:t>5:38  i thi, ghar ka kooda. to jab tak woh dalti rahi, aap kuch bole nahi. ek din aisa hua ke kooda upar se nahi aaya. to aap ne poocha to pata chala ke woh budhiya jo hai, woh bimar ho gayi hai. to aap us ki halat janne ke liye us ke ghar gaye, us ko</w:t>
      </w:r>
      <w:r>
        <w:br/>
      </w:r>
      <w:r>
        <w:rPr>
          <w:sz w:val="20"/>
        </w:rPr>
        <w:t>6:08  dua ki. yeh jo story hai, us ki authenticity par mein nahi jata. woh authentic hai ya nahi, yeh ek alag issue hai. baharhal, is story ko le kar aap prophet ke character ko samjhiye. ek shayar ne isi par ek sher bhi kaha hai: "raah mein jis ne kaante bichhaye, gaali di</w:t>
      </w:r>
      <w:r>
        <w:br/>
      </w:r>
      <w:r>
        <w:rPr>
          <w:sz w:val="20"/>
        </w:rPr>
        <w:t>6:38  , patthar barsaye, us par chhidki pyar ki shabnam, sallallahu alaihi wasallam." ab aap is ko sochiye, is story par sochiye. is story ke do hisse hain. ek hai us old lady ka aap ke upar kooda dalna, aur doosra hai us ka ke aap ne us par response kiya tha.</w:t>
      </w:r>
      <w:r>
        <w:br/>
      </w:r>
      <w:r>
        <w:rPr>
          <w:sz w:val="20"/>
        </w:rPr>
        <w:t>7:10  do alag alag part hain is story ke. ab aap dekhiye ke woh budhiya, old lady, madine mein aap ke sar par kooda dalti hai, jahan aap head of the state the. madine mein aap jante hain ke islam ki pehli state state bani, aur prophet khud us ke head the. to head of the state par kooda daal rahi hai, accor</w:t>
      </w:r>
      <w:r>
        <w:br/>
      </w:r>
      <w:r>
        <w:rPr>
          <w:sz w:val="20"/>
        </w:rPr>
        <w:t>7:40  ding to the story. aur is par na to prophet yeh kehte hain ke us ko pakad kar maro, us ko jail mein band karo, aur na aap ke companion. jabke sara madina 99 percent islam ke fold mein aa chuka tha. to na to jo muslims the wahan par, woh is par koi procession nikalte, na koi us ke khilaf koi aur karwai karte.</w:t>
      </w:r>
      <w:r>
        <w:br/>
      </w:r>
      <w:r>
        <w:rPr>
          <w:sz w:val="20"/>
        </w:rPr>
        <w:t>8:14  albata jis din woh nahi daal pati, to ja kar us ko dua karte hain us ke liye. is mein kya baat nikli? islam mein asal importance action ki nahi hai, reaction ki hai. is tarah ke waqeye mein aap ne response diya, yeh asal us ki importance hai. doosre ne kya kiya, us ki importance nahi hai. yaani doosre log to kooda dalenge.</w:t>
      </w:r>
      <w:r>
        <w:br/>
      </w:r>
      <w:r>
        <w:rPr>
          <w:sz w:val="20"/>
        </w:rPr>
        <w:t>8:44  jab tak doosra kooda dal raha hai, aap ko kisi action ka hukum nahi diya gaya. balki yeh diya gaya ke tumhara response hona chahiye positive. yaani us ke liye dua karna, tolerate karna, sabr karna, yeh hona chahiye. to gaya ek yeh hai ke insaan kooda dalega. doosri baat is se yeh nikalti hai ke aap</w:t>
      </w:r>
      <w:r>
        <w:br/>
      </w:r>
      <w:r>
        <w:rPr>
          <w:sz w:val="20"/>
        </w:rPr>
        <w:t>9:15  islamic character yeh hai ke phir bhi aap patience par qaim rahen, tolerate karen, ignore karen. aur us ke liye dil mein aap ke burai bhi na aaye. kyunke dil mein agar burai hoti to rasool Allah ja kar us ke liye dua na karte. yeh hai islam ka character. doosron ke character ke reaction mein islam character nahi ban</w:t>
      </w:r>
      <w:r>
        <w:br/>
      </w:r>
      <w:r>
        <w:rPr>
          <w:sz w:val="20"/>
        </w:rPr>
        <w:t>9:45  ta. doosre kooda dalen to aap ghussa ho jayen. doosre cartoon chhapen to aap procession nikale. doosre koi burai karen to aap waris par utar aayen. yeh islam ka character nahi hai. is se yeh baat nikalti hai. agarche cartoonist ne yeh likha nahi is ke andar. is point ko cartoonist ne flash nahi kiya.</w:t>
      </w:r>
      <w:r>
        <w:br/>
      </w:r>
      <w:r>
        <w:rPr>
          <w:sz w:val="20"/>
        </w:rPr>
        <w:t>10:15  us ne simply ek story bata di wahan par. lekin jo niklta hai is mein se yeh niklta hai ke muslim ka response negative nahi hona chahiye, balki muslim ka response positive hona chahiye. ab sochiye ke aisa kyun hai? yeh koi passivity nahi hai, yeh koi buzdiili nahi hai, yeh koi inaction nahi hai. yeh sab se bada</w:t>
      </w:r>
    </w:p>
    <w:p>
      <w:pPr>
        <w:pStyle w:val="Heading2"/>
      </w:pPr>
      <w:r>
        <w:t>Quranic lesson of accepting incompleteness</w:t>
      </w:r>
    </w:p>
    <w:p>
      <w:r>
        <w:rPr>
          <w:color w:val="666666"/>
          <w:sz w:val="18"/>
        </w:rPr>
        <w:t>Lessons from Kabah October 6, 2019 - Maulana Wahiduddin Khan · 1m 18s · at 6:00 · https://youtu.be/pDZ22V5Tk0g?t=360</w:t>
      </w:r>
    </w:p>
    <w:p>
      <w:r>
        <w:rPr>
          <w:i/>
        </w:rPr>
        <w:t>“Now in the light of this, I understand a Quranic verse”</w:t>
      </w:r>
    </w:p>
    <w:p>
      <w:r>
        <w:rPr>
          <w:sz w:val="20"/>
        </w:rPr>
        <w:t>6:00  ab is is is is ki roshni mein mujhe quran ki woh ayat samajh aati hai, jo hai ke surah hajj mein ke hajj ke liye aao, wahan tumhare liye faida hai,</w:t>
      </w:r>
      <w:r>
        <w:br/>
      </w:r>
      <w:r>
        <w:rPr>
          <w:sz w:val="20"/>
        </w:rPr>
        <w:t>6:17  faida. kaisi ajeeb baat hai, liyashrahu wa manaf'al lahum, taake log dekhen apne benefit ko.</w:t>
      </w:r>
      <w:r>
        <w:br/>
      </w:r>
      <w:r>
        <w:rPr>
          <w:sz w:val="20"/>
        </w:rPr>
        <w:t>6:30  to kaun sa benefit hai wahan jis ko log dekhenge? kaun sa?</w:t>
      </w:r>
      <w:r>
        <w:br/>
      </w:r>
      <w:r>
        <w:rPr>
          <w:sz w:val="20"/>
        </w:rPr>
        <w:t>6:38  zahiri hai ke yeh ke unfinished agenda jo hai woh isi ko dekhenge, wahi to un ko dikhai dega.</w:t>
      </w:r>
      <w:r>
        <w:br/>
      </w:r>
      <w:r>
        <w:rPr>
          <w:sz w:val="20"/>
        </w:rPr>
        <w:t>6:48  to zindagi ke, zindagi ko</w:t>
      </w:r>
      <w:r>
        <w:br/>
      </w:r>
      <w:r>
        <w:rPr>
          <w:sz w:val="20"/>
        </w:rPr>
        <w:t>6:56  mukammal karne mein laga rehna, yeh is ka sabaq nahin hai. sabaq yeh hai ke namukammal par raazi ho jao,</w:t>
      </w:r>
      <w:r>
        <w:br/>
      </w:r>
      <w:r>
        <w:rPr>
          <w:sz w:val="20"/>
        </w:rPr>
        <w:t>7:09  unfinished agenda par raazi ho jao, kyunke yeh hone wala hai.</w:t>
      </w:r>
    </w:p>
    <w:p>
      <w:pPr>
        <w:pStyle w:val="Heading2"/>
      </w:pPr>
      <w:r>
        <w:t>Negative thinking is unwritten haram</w:t>
      </w:r>
    </w:p>
    <w:p>
      <w:r>
        <w:rPr>
          <w:color w:val="666666"/>
          <w:sz w:val="18"/>
        </w:rPr>
        <w:t>Positive Thinking July 8, 2017 Maulana Wahiduddin Khan · 29s · at 12:01 · https://youtu.be/6Q1DKj8srt4?t=721</w:t>
      </w:r>
    </w:p>
    <w:p>
      <w:r>
        <w:rPr>
          <w:i/>
        </w:rPr>
        <w:t>“Negative thinking Islam mein ek ghair muharram haraam hai.”</w:t>
      </w:r>
    </w:p>
    <w:p>
      <w:r>
        <w:rPr>
          <w:sz w:val="20"/>
        </w:rPr>
        <w:t>12:01  negative thinking islam mein ek ghair mehram haram hai. chahe kitne hi aap ko kaante hon, aap ke aas paas kitne hi negative experiences hon, aap ko insanon ki taraf se kuch bhi aap ko trouble pesh aa raha ho,</w:t>
      </w:r>
    </w:p>
    <w:p>
      <w:pPr>
        <w:pStyle w:val="Heading2"/>
      </w:pPr>
      <w:r>
        <w:t>Double standard discovered</w:t>
      </w:r>
    </w:p>
    <w:p>
      <w:r>
        <w:rPr>
          <w:color w:val="666666"/>
          <w:sz w:val="18"/>
        </w:rPr>
        <w:t>Double Standards of Present-Day Muslims August 6, 2017 · 29s · at 8:31 · https://youtu.be/k1NcZQpHTyg?t=511</w:t>
      </w:r>
    </w:p>
    <w:p>
      <w:r>
        <w:rPr>
          <w:i/>
        </w:rPr>
        <w:t>“Har aadmi ke paas taraqqi ke qisse hain”</w:t>
      </w:r>
    </w:p>
    <w:p>
      <w:r>
        <w:rPr>
          <w:sz w:val="20"/>
        </w:rPr>
        <w:t>8:31  har aadmi ke paas taraqqi ke qisse hain. to fard taraqqi mein khoob taraqqi kar raha hai fard aur qaum mazloom hai, yeh kya cheez hai?</w:t>
      </w:r>
      <w:r>
        <w:br/>
      </w:r>
      <w:r>
        <w:rPr>
          <w:sz w:val="20"/>
        </w:rPr>
        <w:t>8:47  yeh aaj mein sochta raha to mujhe aik ajeeb cheez discover hui, woh yeh hai ke saari qaum ba-hazo majmooi double standard culture ka shikaar hai.</w:t>
      </w:r>
    </w:p>
    <w:p>
      <w:pPr>
        <w:pStyle w:val="Heading2"/>
      </w:pPr>
      <w:r>
        <w:t>Why ideal society is impossible in this world</w:t>
      </w:r>
    </w:p>
    <w:p>
      <w:r>
        <w:rPr>
          <w:color w:val="666666"/>
          <w:sz w:val="18"/>
        </w:rPr>
        <w:t>Human Knowledge and Divine Knowledge 17 Feb, 2008 - Maulana Wahiduddin Khan · 4m 52s · at 38:55 · https://youtu.be/YbylPFaoAp4?t=2335</w:t>
      </w:r>
    </w:p>
    <w:p>
      <w:r>
        <w:rPr>
          <w:i/>
        </w:rPr>
        <w:t>“Philosophers, thinkers, leaders all had one obsession.”</w:t>
      </w:r>
    </w:p>
    <w:p>
      <w:r>
        <w:rPr>
          <w:sz w:val="20"/>
        </w:rPr>
        <w:t>38:55  jo philosophers hain, jo thinkers hain, jo leaders hain, un ko mein ne padhaya khuda ke fazal se. mein keh sakta hoon ke saare philosophers, saare thinkers, saare leaders ek hi obsession mein thay.</w:t>
      </w:r>
      <w:r>
        <w:br/>
      </w:r>
      <w:r>
        <w:rPr>
          <w:sz w:val="20"/>
        </w:rPr>
        <w:t>39:10  ek single obsession. woh kya? ideal state banana, ideal society banana, ideal samaj banana.</w:t>
      </w:r>
      <w:r>
        <w:br/>
      </w:r>
      <w:r>
        <w:rPr>
          <w:sz w:val="20"/>
        </w:rPr>
        <w:t>39:19  sab ke sab one to all. yaani greek period mein dekhiye, Socrates tha, Plato tha, Aristotle tha.</w:t>
      </w:r>
      <w:r>
        <w:br/>
      </w:r>
      <w:r>
        <w:rPr>
          <w:sz w:val="20"/>
        </w:rPr>
        <w:t>39:29  woh isi obsession mein jeetay thay woh log. phir dekhiye, baad ke zamanay mein Karl Marx tha, Bertrand Russell tha, hamare Mahatma Gandhi thay.</w:t>
      </w:r>
      <w:r>
        <w:br/>
      </w:r>
      <w:r>
        <w:rPr>
          <w:sz w:val="20"/>
        </w:rPr>
        <w:t>39:41  isi obsession mein jeetay thay woh. sab ke sab. woh samajhte thay ke hum is zameen par ideal society bana sakte hain. ideal state bana sakte hain.</w:t>
      </w:r>
      <w:r>
        <w:br/>
      </w:r>
      <w:r>
        <w:rPr>
          <w:sz w:val="20"/>
        </w:rPr>
        <w:t>39:53  yeh poori history jahan se wahan tak jo hai paanch hazar saal ki jo known history hai, har ek isi obsession mein jeeta raha. prophet ne pehli baar bataya ke yeh to possible nahi hai.</w:t>
      </w:r>
      <w:r>
        <w:br/>
      </w:r>
      <w:r>
        <w:rPr>
          <w:sz w:val="20"/>
        </w:rPr>
        <w:t>40:06  kaise banaoge tum? kyun? is duniya ko khuda ne banaya hai test ke liye. aur test ke liye logon ko freedom diya hai.</w:t>
      </w:r>
      <w:r>
        <w:br/>
      </w:r>
      <w:r>
        <w:rPr>
          <w:sz w:val="20"/>
        </w:rPr>
        <w:t>40:18  jab freedom diya hai to woh misuse karega freedom. ek insaan ne agar misuse kiya freedom ko to saara jeopardize ho jayega.</w:t>
      </w:r>
      <w:r>
        <w:br/>
      </w:r>
      <w:r>
        <w:rPr>
          <w:sz w:val="20"/>
        </w:rPr>
        <w:t>40:29  Socrates ko aap jantay hain ke poison diya gaya. us ko majboor kiya gaya ke woh poison ko munh mein dale. woh mar gaya poison le kar ke.</w:t>
      </w:r>
      <w:r>
        <w:br/>
      </w:r>
      <w:r>
        <w:rPr>
          <w:sz w:val="20"/>
        </w:rPr>
        <w:t>40:38  wo mahatma gandhi ko jante hain aap ke un ko goli mari gai. isi nation ne goli mari jis nation ko samajhte the ke main ideal nation banane ja raha hoon.</w:t>
      </w:r>
      <w:r>
        <w:br/>
      </w:r>
      <w:r>
        <w:rPr>
          <w:sz w:val="20"/>
        </w:rPr>
        <w:t>40:51  to prophet ne bataya hai ke khuda ne jab is dunya ko banaya hai test ke liye aur jab insan ko di hai azadi, azadi ke mani kia hain?</w:t>
      </w:r>
      <w:r>
        <w:br/>
      </w:r>
      <w:r>
        <w:rPr>
          <w:sz w:val="20"/>
        </w:rPr>
        <w:t>41:01  is abad ki azadi ke wo misuse bhi kar sakta hai. to kis ke pas yeh power hai ke insan ko roka hai misuse karne se?</w:t>
      </w:r>
      <w:r>
        <w:br/>
      </w:r>
      <w:r>
        <w:rPr>
          <w:sz w:val="20"/>
        </w:rPr>
        <w:t>41:13  jab aap rok nahi sakte to aap ideal society bhi nahi bana sakte. aap</w:t>
      </w:r>
      <w:r>
        <w:br/>
      </w:r>
      <w:r>
        <w:rPr>
          <w:sz w:val="20"/>
        </w:rPr>
        <w:t>41:19  isi liye quran mein kaha gaya hai ke yeh maal test hai, aulad test hai, yahan tak ke political power bhi test hai.</w:t>
      </w:r>
      <w:r>
        <w:br/>
      </w:r>
      <w:r>
        <w:rPr>
          <w:sz w:val="20"/>
        </w:rPr>
        <w:t>41:30  yeh test papers hain. yeh</w:t>
      </w:r>
      <w:r>
        <w:br/>
      </w:r>
      <w:r>
        <w:rPr>
          <w:sz w:val="20"/>
        </w:rPr>
        <w:t>41:34  ideal world banane ke liye zarori hai ke aap in logon ko rok saken jo misuse kar ke baat ko bigad dete hain. to aap kaise rokein ge?</w:t>
      </w:r>
      <w:r>
        <w:br/>
      </w:r>
      <w:r>
        <w:rPr>
          <w:sz w:val="20"/>
        </w:rPr>
        <w:t>41:44  kaise rok sakte hain aap? kaise aap rok sakte hain? koi aadmi indira gandhi ko goli na mare, rajiv gandhi ko na mare, mahatma gandhi ko goli na mare.</w:t>
      </w:r>
      <w:r>
        <w:br/>
      </w:r>
      <w:r>
        <w:rPr>
          <w:sz w:val="20"/>
        </w:rPr>
        <w:t>41:55  abhi aaj pakistan mein bomb blast hue hain. kal aaj mein ne paper mein dekha, taqreeban pachas aadmi mar gaye aur derh so se zyada zakhmi ho gaye.</w:t>
      </w:r>
      <w:r>
        <w:br/>
      </w:r>
      <w:r>
        <w:rPr>
          <w:sz w:val="20"/>
        </w:rPr>
        <w:t>42:08  dono marne wale musalman aur marne wale musalman. to jab tak aap rok na saken un ko misuse karne se to aap kaise ideal samajh banayein ge?</w:t>
      </w:r>
      <w:r>
        <w:br/>
      </w:r>
      <w:r>
        <w:rPr>
          <w:sz w:val="20"/>
        </w:rPr>
        <w:t>42:19  kaise banayein ge aap? bataiye. pakistan bana tha ideal state banane ke liye. india bana tha ideal state banane ke liye. na yahan ideal samajh banana hai, wahan ideal samajh banana hai.</w:t>
      </w:r>
      <w:r>
        <w:br/>
      </w:r>
      <w:r>
        <w:rPr>
          <w:sz w:val="20"/>
        </w:rPr>
        <w:t>42:31  na kabhi dunya mein bana. aap jante hain ke plato ne bari mehnat se alexander ko tayyar kiya tha, jo ke us waqt prince tha greece mein,</w:t>
      </w:r>
      <w:r>
        <w:br/>
      </w:r>
      <w:r>
        <w:rPr>
          <w:sz w:val="20"/>
        </w:rPr>
        <w:t>42:45  aur samajhta tha ke yeh philosopher king banega aur aur yeh karega, wo karega. lekin jab bara hua to jante hain kia kiya is ne? is ne exploiter king ban gaya wo,</w:t>
      </w:r>
      <w:r>
        <w:br/>
      </w:r>
      <w:r>
        <w:rPr>
          <w:sz w:val="20"/>
        </w:rPr>
        <w:t>42:59  aur dunya ko fateh karna is ka target ho gaya. aur chala fateh karte karte karte india tak aa gaya tha.</w:t>
      </w:r>
      <w:r>
        <w:br/>
      </w:r>
      <w:r>
        <w:rPr>
          <w:sz w:val="20"/>
        </w:rPr>
        <w:t>43:08  phir yahan se lauta wo. wo iraq mein pahunch kar ke is ne apna is ka anjam kia hua? sirf thirty years, thirty three years mein mar gaya wo.</w:t>
      </w:r>
      <w:r>
        <w:br/>
      </w:r>
      <w:r>
        <w:rPr>
          <w:sz w:val="20"/>
        </w:rPr>
        <w:t>43:16  kaise? is ne fateh ki khushi manai, raat bhar khata peeta raha, sharab peeta raha. yani over eating kardi, over drinking, over eating.</w:t>
      </w:r>
      <w:r>
        <w:br/>
      </w:r>
      <w:r>
        <w:rPr>
          <w:sz w:val="20"/>
        </w:rPr>
        <w:t>43:29  is ne bimar ho ke mar gaya. yeh hai insan ka haal</w:t>
      </w:r>
      <w:r>
        <w:br/>
      </w:r>
      <w:r>
        <w:rPr>
          <w:sz w:val="20"/>
        </w:rPr>
        <w:t>43:35  ke is ne fateh ki, mulkon ko fateh kiya to to is ko aa gaya arrogance, apni barhai ka ehsas is ko aa gaya, aur is ke is ne just manaya.</w:t>
      </w:r>
    </w:p>
    <w:p>
      <w:pPr>
        <w:pStyle w:val="Heading2"/>
      </w:pPr>
      <w:r>
        <w:t>Turn every event into an opportunity</w:t>
      </w:r>
    </w:p>
    <w:p>
      <w:r>
        <w:rPr>
          <w:color w:val="666666"/>
          <w:sz w:val="18"/>
        </w:rPr>
        <w:t>Positive Response August 11, 2018 · 22s · at 9:52 · https://youtu.be/W9oH8kJHTWg?t=592</w:t>
      </w:r>
    </w:p>
    <w:p>
      <w:r>
        <w:rPr>
          <w:i/>
        </w:rPr>
        <w:t>“Koi bhi jo waqea pesh aaya, us ko opportunity ke roop mein lijiye”</w:t>
      </w:r>
    </w:p>
    <w:p>
      <w:r>
        <w:rPr>
          <w:sz w:val="20"/>
        </w:rPr>
        <w:t>9:52  opportunity mein. koi bhi jo waqea pesh aaya, us ko aap ek opportunity ke roop mein leejiye.</w:t>
      </w:r>
      <w:r>
        <w:br/>
      </w:r>
      <w:r>
        <w:rPr>
          <w:sz w:val="20"/>
        </w:rPr>
        <w:t>10:03  is opportunity ko avail keejiye apni personality development ke liye.</w:t>
      </w:r>
    </w:p>
    <w:p>
      <w:pPr>
        <w:pStyle w:val="Heading2"/>
      </w:pPr>
      <w:r>
        <w:t>Good and evil always mixed</w:t>
      </w:r>
    </w:p>
    <w:p>
      <w:r>
        <w:rPr>
          <w:color w:val="666666"/>
          <w:sz w:val="18"/>
        </w:rPr>
        <w:t>Divine Crusades December 14, 2014 · 1m 08s · at 47:44 · https://youtu.be/qZhY00S5LQg?t=2864</w:t>
      </w:r>
    </w:p>
    <w:p>
      <w:r>
        <w:rPr>
          <w:i/>
        </w:rPr>
        <w:t>“In the world, good is never pure.”</w:t>
      </w:r>
    </w:p>
    <w:p>
      <w:r>
        <w:rPr>
          <w:sz w:val="20"/>
        </w:rPr>
        <w:t>47:44  dunya mein kabhi bhi aisa nahi hoga ke khair jo hai, pure shakal mein hoga. impossible hai.</w:t>
      </w:r>
      <w:r>
        <w:br/>
      </w:r>
      <w:r>
        <w:rPr>
          <w:sz w:val="20"/>
        </w:rPr>
        <w:t>47:49  hamesha khair ke sath kuch na kuch shar mila raha hai, mila rahega.</w:t>
      </w:r>
      <w:r>
        <w:br/>
      </w:r>
      <w:r>
        <w:rPr>
          <w:sz w:val="20"/>
        </w:rPr>
        <w:t>47:54  musalman jo shar ko dekh paate hain, khair ko nahi dekh paate.</w:t>
      </w:r>
      <w:r>
        <w:br/>
      </w:r>
      <w:r>
        <w:rPr>
          <w:sz w:val="20"/>
        </w:rPr>
        <w:t>47:59  yeh toh blindness hai.</w:t>
      </w:r>
      <w:r>
        <w:br/>
      </w:r>
      <w:r>
        <w:rPr>
          <w:sz w:val="20"/>
        </w:rPr>
        <w:t>48:04  hazrat umar ne kaha tha ke aqalmand woh hai jo yeh jaane ke shar mein khair kya hai.</w:t>
      </w:r>
      <w:r>
        <w:br/>
      </w:r>
      <w:r>
        <w:rPr>
          <w:sz w:val="20"/>
        </w:rPr>
        <w:t>48:10  allazi ya'rifu khaira ash-sharrain balkeh yeh kaha do shar dunya mein hain, us mein se lisar shar kaun</w:t>
      </w:r>
      <w:r>
        <w:br/>
      </w:r>
      <w:r>
        <w:rPr>
          <w:sz w:val="20"/>
        </w:rPr>
        <w:t>48:15  sa hai, yeh jaane.</w:t>
      </w:r>
      <w:r>
        <w:br/>
      </w:r>
      <w:r>
        <w:rPr>
          <w:sz w:val="20"/>
        </w:rPr>
        <w:t>48:20  yeh yeh hai islam ka mayar.</w:t>
      </w:r>
      <w:r>
        <w:br/>
      </w:r>
      <w:r>
        <w:rPr>
          <w:sz w:val="20"/>
        </w:rPr>
        <w:t>48:25  aaj kal ke jo musalman hain, jo bas be pardagi, duty, perseverance jante hain, woh toh bilkul blind</w:t>
      </w:r>
      <w:r>
        <w:br/>
      </w:r>
      <w:r>
        <w:rPr>
          <w:sz w:val="20"/>
        </w:rPr>
        <w:t>48:31  log hain, blind.</w:t>
      </w:r>
      <w:r>
        <w:br/>
      </w:r>
      <w:r>
        <w:rPr>
          <w:sz w:val="20"/>
        </w:rPr>
        <w:t>48:36  maulana, agla sawal doctor safina ne kiya hai, ajmer se.</w:t>
      </w:r>
      <w:r>
        <w:br/>
      </w:r>
      <w:r>
        <w:rPr>
          <w:sz w:val="20"/>
        </w:rPr>
        <w:t>48:41  unhon ne aap se poocha hai ke what should be the approach of a believer towards mis-happening that</w:t>
      </w:r>
      <w:r>
        <w:br/>
      </w:r>
      <w:r>
        <w:rPr>
          <w:sz w:val="20"/>
        </w:rPr>
        <w:t>48:46  occurs in daily life?</w:t>
      </w:r>
      <w:r>
        <w:br/>
      </w:r>
      <w:r>
        <w:rPr>
          <w:sz w:val="20"/>
        </w:rPr>
        <w:t>48:52  do point formula hai.</w:t>
      </w:r>
    </w:p>
    <w:p>
      <w:pPr>
        <w:pStyle w:val="Heading2"/>
      </w:pPr>
      <w:r>
        <w:t>Hardship is good: it activates potential</w:t>
      </w:r>
    </w:p>
    <w:p>
      <w:r>
        <w:rPr>
          <w:color w:val="666666"/>
          <w:sz w:val="18"/>
        </w:rPr>
        <w:t>Challenge Activates Potential March 7, 2009 Maulana Wahiduddin Khan · 1m 45s · at 14:25 · https://youtu.be/fINKWi2aYzo?t=865</w:t>
      </w:r>
    </w:p>
    <w:p>
      <w:r>
        <w:rPr>
          <w:i/>
        </w:rPr>
        <w:t>“If someone was born in some palace, there was no hardship.”</w:t>
      </w:r>
    </w:p>
    <w:p>
      <w:r>
        <w:rPr>
          <w:sz w:val="20"/>
        </w:rPr>
        <w:t>14:25  if some one is, if some one was born in some palace, there was no hardship, there are no problem.</w:t>
      </w:r>
      <w:r>
        <w:br/>
      </w:r>
      <w:r>
        <w:rPr>
          <w:sz w:val="20"/>
        </w:rPr>
        <w:t>14:38  it means that this person will live without challenge and die without challenge. and he can't do anything.</w:t>
      </w:r>
      <w:r>
        <w:br/>
      </w:r>
      <w:r>
        <w:rPr>
          <w:sz w:val="20"/>
        </w:rPr>
        <w:t>14:49  you know, no prince, no prince was able to to author a great book, great discovery, great invention.</w:t>
      </w:r>
      <w:r>
        <w:br/>
      </w:r>
      <w:r>
        <w:rPr>
          <w:sz w:val="20"/>
        </w:rPr>
        <w:t>15:03  those princes who are born in palaces, their boost. yani unfortunate people. it is said that mr so and so was born with a silver spoon in his mouth.</w:t>
      </w:r>
      <w:r>
        <w:br/>
      </w:r>
      <w:r>
        <w:rPr>
          <w:sz w:val="20"/>
        </w:rPr>
        <w:t>15:19  it is general saying that mr so and so was born with a silver spoon in his mouth. but is not pleasing.</w:t>
      </w:r>
      <w:r>
        <w:br/>
      </w:r>
      <w:r>
        <w:rPr>
          <w:sz w:val="20"/>
        </w:rPr>
        <w:t>15:29  i don't take this as a pleasing, because when he was with with a silver spoon in his mouth, it means that he had no challenge, no problem.</w:t>
      </w:r>
      <w:r>
        <w:br/>
      </w:r>
      <w:r>
        <w:rPr>
          <w:sz w:val="20"/>
        </w:rPr>
        <w:t>15:42  so his potential, his potential will will not activate.</w:t>
      </w:r>
      <w:r>
        <w:br/>
      </w:r>
      <w:r>
        <w:rPr>
          <w:sz w:val="20"/>
        </w:rPr>
        <w:t>15:53  he is not in position to to turn his potential to actual.</w:t>
      </w:r>
      <w:r>
        <w:br/>
      </w:r>
      <w:r>
        <w:rPr>
          <w:sz w:val="20"/>
        </w:rPr>
        <w:t>16:00  so if was, if we are facing some problem, that is good, is not bad. there is not evil.</w:t>
      </w:r>
    </w:p>
    <w:p>
      <w:pPr>
        <w:pStyle w:val="Heading2"/>
      </w:pPr>
      <w:r>
        <w:t>Failure temporary success permanent</w:t>
      </w:r>
    </w:p>
    <w:p>
      <w:r>
        <w:rPr>
          <w:color w:val="666666"/>
          <w:sz w:val="18"/>
        </w:rPr>
        <w:t>Realization of God May 07, 2017 Maulana Wahiduddin Khan · 30s · at 33:35 · https://youtu.be/sXmJShRfWKs?t=2015</w:t>
      </w:r>
    </w:p>
    <w:p>
      <w:r>
        <w:rPr>
          <w:i/>
        </w:rPr>
        <w:t>“Failure temporary, success permanent”</w:t>
      </w:r>
    </w:p>
    <w:p>
      <w:r>
        <w:rPr>
          <w:sz w:val="20"/>
        </w:rPr>
        <w:t>33:35  ke andhera temporary hai ujala permanent hai</w:t>
      </w:r>
      <w:r>
        <w:br/>
      </w:r>
      <w:r>
        <w:rPr>
          <w:sz w:val="20"/>
        </w:rPr>
        <w:t>33:44  failure temporary hai success permanent hai</w:t>
      </w:r>
      <w:r>
        <w:br/>
      </w:r>
      <w:r>
        <w:rPr>
          <w:sz w:val="20"/>
        </w:rPr>
        <w:t>33:52  har din subah ko suraj nikal kar bolta hai scientist language mein ke aye insan dekho</w:t>
      </w:r>
    </w:p>
    <w:p>
      <w:pPr>
        <w:pStyle w:val="Heading2"/>
      </w:pPr>
      <w:r>
        <w:t>Freedom ends where nose begins</w:t>
      </w:r>
    </w:p>
    <w:p>
      <w:r>
        <w:rPr>
          <w:color w:val="666666"/>
          <w:sz w:val="18"/>
        </w:rPr>
        <w:t>Human History in Light of the Creation Plan of God 11 May, 2007 - Maulana Wahiduddin Khan · 26s · at 34:30 · https://youtu.be/8m_jiYlUZ0c?t=2070</w:t>
      </w:r>
    </w:p>
    <w:p>
      <w:r>
        <w:rPr>
          <w:i/>
        </w:rPr>
        <w:t>“Today I am free, I can do whatever I want.”</w:t>
      </w:r>
    </w:p>
    <w:p>
      <w:r>
        <w:rPr>
          <w:sz w:val="20"/>
        </w:rPr>
        <w:t>34:30  ? Why you hit my nose?" usne kaha ke aaj mein aazad hoon, aazad hoon, mein jo chahoon karoon.</w:t>
      </w:r>
      <w:r>
        <w:br/>
      </w:r>
      <w:r>
        <w:rPr>
          <w:sz w:val="20"/>
        </w:rPr>
        <w:t>34:39  to us aadmi ne kaha ke theek hai, aap aazad hain, lekin "But your freedom ends where my nose begins." "But your freedom ends where my nose begins."</w:t>
      </w:r>
    </w:p>
    <w:p>
      <w:pPr>
        <w:pStyle w:val="Heading2"/>
      </w:pPr>
      <w:r>
        <w:t>Why this lady is different - no complaints</w:t>
      </w:r>
    </w:p>
    <w:p>
      <w:r>
        <w:rPr>
          <w:color w:val="666666"/>
          <w:sz w:val="18"/>
        </w:rPr>
        <w:t>Faith March 30, 2019 · 44s · at 8:45 · https://youtu.be/zcqo87p7uks?t=525</w:t>
      </w:r>
    </w:p>
    <w:p>
      <w:r>
        <w:rPr>
          <w:i/>
        </w:rPr>
        <w:t>“Dusre shikayatein hi likhte hain”</w:t>
      </w:r>
    </w:p>
    <w:p>
      <w:r>
        <w:rPr>
          <w:sz w:val="20"/>
        </w:rPr>
        <w:t>8:45  doosre shikayatein hi likhte hain, koi na koi complaint, koi na koi shikayat. unhon ne 14 saal mein ek baar bhi koi shikayat ki baat boli nahi.</w:t>
      </w:r>
      <w:r>
        <w:br/>
      </w:r>
      <w:r>
        <w:rPr>
          <w:sz w:val="20"/>
        </w:rPr>
        <w:t>8:57  to yeh jo in ka behavior hai, that creates a question: why this lady is different?</w:t>
      </w:r>
      <w:r>
        <w:br/>
      </w:r>
      <w:r>
        <w:rPr>
          <w:sz w:val="20"/>
        </w:rPr>
        <w:t>9:08  why this lady is different? to phir aap se woh poochege, aap ko Quran denge to Quran ko padhega.</w:t>
      </w:r>
      <w:r>
        <w:br/>
      </w:r>
      <w:r>
        <w:rPr>
          <w:sz w:val="20"/>
        </w:rPr>
        <w:t>9:19  to is se ek discussion chal sakta hai, koi bhi further development ho sakta hai.</w:t>
      </w:r>
    </w:p>
    <w:p>
      <w:pPr>
        <w:pStyle w:val="Heading2"/>
      </w:pPr>
      <w:r>
        <w:t>History of takfir from Khawarij to Ibn Taymiyyah</w:t>
      </w:r>
    </w:p>
    <w:p>
      <w:r>
        <w:rPr>
          <w:color w:val="666666"/>
          <w:sz w:val="18"/>
        </w:rPr>
        <w:t>A Matter of 30 Seconds | February 07, 2016 · 6m 09s · at 10:21 · https://youtu.be/_p-F9fi8yaA?t=621</w:t>
      </w:r>
    </w:p>
    <w:p>
      <w:r>
        <w:rPr>
          <w:i/>
        </w:rPr>
        <w:t>“Takfir aaj tak jari hai. Kaise aisa hua?”</w:t>
      </w:r>
    </w:p>
    <w:p>
      <w:r>
        <w:rPr>
          <w:sz w:val="20"/>
        </w:rPr>
        <w:t>10:21  kare ke yeh aisa hai, woh waisa hai. takfeer ke ma'ne hain ke aap Allah ke— Allah ke domain mein dakhil ho rahe hain. Allah ke qalb ko apne haath mein le rahe hain. to takfeer aaj tak jaari hai. kaise aise hua? Musalmanon mein aaj tak takfeer ka silsila jaari hai, halanke takfeer bila-shakk Islam ke khilaaf hai. to hua kya? Hazrat Ali ke zamane mein kuch log paida hue</w:t>
      </w:r>
      <w:r>
        <w:br/>
      </w:r>
      <w:r>
        <w:rPr>
          <w:sz w:val="20"/>
        </w:rPr>
        <w:t>10:51  jin ko doosre logon ne un ka title diya hai Khawarij. unhone apne ko Khawarij nahin kaha kabhi. Khawarij doosron ka diya hua title hai. to Khawarij jo hain, unhone kuch galat raaye banai, aur unhone Hazrat Ali se ladaai chhod di. to halanke woh paanch waqt baqayda namaz padhte the. poore deendar, poori— poore ma'non mein deendar the. to us waqt</w:t>
      </w:r>
      <w:r>
        <w:br/>
      </w:r>
      <w:r>
        <w:rPr>
          <w:sz w:val="20"/>
        </w:rPr>
        <w:t>11:22  ke jo ulama the, us waqt jo top ke log the, unhone un ko keh diya ke yeh kafir hain. Khawarij jo hain kafir hain. mein samajhta hoon yahin se Khawarij, yahin se takfeer ka silsila shuru hua. is se pehle takfeer Muslim world mein thi nahin. is se pehle thi nahin thi takfeer. is se pehle tableegh hoti thi, tableegh, naseehat, da'wah.</w:t>
      </w:r>
      <w:r>
        <w:br/>
      </w:r>
      <w:r>
        <w:rPr>
          <w:sz w:val="20"/>
        </w:rPr>
        <w:t>11:54  to takfeer to tableegh ke bajaye, tableegh ke bajaye takfeer ka jo silsila chal pada, that was innovation aur bid'at. yeh kab shuru hua? Hazrat Ali ke zamane mein, jo Khawarij— Khawarij ke ko le kar. ke jin logon ne us waqt Khawarij ko kafir bataya tha, woh bade bade log the. to woh ban gaye translator. woh transla</w:t>
      </w:r>
      <w:r>
        <w:br/>
      </w:r>
      <w:r>
        <w:rPr>
          <w:sz w:val="20"/>
        </w:rPr>
        <w:t>12:25  tor ban gaye. aur phir poori tareekh mein takfeer chal padi, aur aaj tak chali ja rahi hai. yeh kafir, woh kafir, yeh kafir. halanke Islam mein takfeer koi choice hee nahin hai. no choice at all. aap ko sirf karna hai ke aap tableegh karein, da'wah dein, naseehat karein, samjhayein, bujhayein. bas isi ka choice aap ko hai. aap ko yeh choice hai hee nahin ke aap kisi ko takfeer karein. yaani</w:t>
      </w:r>
      <w:r>
        <w:br/>
      </w:r>
      <w:r>
        <w:rPr>
          <w:sz w:val="20"/>
        </w:rPr>
        <w:t>12:55  siray se nahin choice hai. kisi ek shakhs ko bhi aap nahin keh sakte, keh sakte ke yeh kafir hai. nahin keh sakte aap. woh haq nahin hai. kyun? is liye ke dekhiye, hadees mein aata hai ke innallaha yaqbalu at-tawbata ma'al-mawt. marne ke aakhri lamhe tak Allah taubah qubool karta hai. to aaj aap ko dikhai de raha hai woh kafir, aur marte waqt woh momin ban jaye to aap kya karenge? Allah ke haan aap ka kya excuse hoga</w:t>
      </w:r>
      <w:r>
        <w:br/>
      </w:r>
      <w:r>
        <w:rPr>
          <w:sz w:val="20"/>
        </w:rPr>
        <w:t>13:27  ? to takfeer koi option hee nahin hai. kisi ke liye bhi, chahe kitni hee bada 'alim ho woh. lekin Khawarij ke zamane mein jin logon ne takfeer ka silsila shuru kiya, woh ban gaye translator. ab yeh jo mein keh raha hoon ke ek lamhe ki galati ne poori tareekh ko bigaad diya. ek lamhe ki galati. ke log us waqt sochte hain ke Khawarij bigde hue log hain.</w:t>
      </w:r>
      <w:r>
        <w:br/>
      </w:r>
      <w:r>
        <w:rPr>
          <w:sz w:val="20"/>
        </w:rPr>
        <w:t>13:57  lekin bigde hain to hamein naseehat karna hai, manna nahin hai humein. hamein un ki tableegh karni hai, da'wah karni hai, un ko Quran o Hadees batana hai. to translator ban gaye. to kai log aise Islam ki tareekh mein translator ban gaye. woh top ke the, ek galati un se ho gayi, ek momin ki galati, ek lamhe ki galati. jis ki galati mein bahut badi un ke upar resp</w:t>
      </w:r>
      <w:r>
        <w:br/>
      </w:r>
      <w:r>
        <w:rPr>
          <w:sz w:val="20"/>
        </w:rPr>
        <w:t>14:27  onsibility aa gayi. ke woh galat, woh wrong translator ban gaye. isi mein itna bada naam jo hai Allama Ibn Taymiyyah ka, unhone— unhone kuch cheezon par jo ke, yaani qatl ka fatwa diya, qatl. ek Arab 'alim ne un ke fatwe ko</w:t>
      </w:r>
      <w:r>
        <w:br/>
      </w:r>
      <w:r>
        <w:rPr>
          <w:sz w:val="20"/>
        </w:rPr>
        <w:t>14:59  survey kar ke bataya hai ke 422 baar unhone kaha ke falan aadmi ko qatl kar diya, qatl kar diya. woh sab aqeeday ki galati. woh koi crime par nahin. 422 baar unhone kaha ke qatl kar do. woh criminal aadmi nahin tha. us ne ek baat kahi thi jo Ibn Taymiyyah ke nazdeek galat thi. yaani thought crime ko Islam mein shamil kiya kis ne? Ibn Taymiyyah ne</w:t>
      </w:r>
      <w:r>
        <w:br/>
      </w:r>
      <w:r>
        <w:rPr>
          <w:sz w:val="20"/>
        </w:rPr>
        <w:t>15:29  . thought crime, jo Islam mein tha hee nahin. thought crime par Islam mein tableegh hai, da'wah hai, samjhana hai. thought crime par, yeh nahin ke maar dalo. to unhone fatwe diye, aur 422 baar unhone yeh baat kahi, jo ek Arab 'alim ne us ko survey kar ke bataya hai.</w:t>
      </w:r>
      <w:r>
        <w:br/>
      </w:r>
      <w:r>
        <w:rPr>
          <w:sz w:val="20"/>
        </w:rPr>
        <w:t>16:00  so Ibn Taymiyyah became a translator. ke qatl jo hai sirf crime par nahin hai, physical crime par nahin, balke thought crime par bhi. yeh jo include kar diya unhone, yaani physical crime par saza thi Islam mein. Islam mein punishment jo hai woh physical crime par hai. unhone wahan comma laga diya. aur kaha ke thought crime par bhi saza hai.</w:t>
      </w:r>
    </w:p>
    <w:p>
      <w:pPr>
        <w:pStyle w:val="Heading2"/>
      </w:pPr>
      <w:r>
        <w:t>Ijtihad at any cost</w:t>
      </w:r>
    </w:p>
    <w:p>
      <w:r>
        <w:rPr>
          <w:color w:val="666666"/>
          <w:sz w:val="18"/>
        </w:rPr>
        <w:t>The Importance of Ijtihad 1 Aug, 2010 - Maulana Wahiduddin Khan · 37s · at 39:09 · https://youtu.be/KeTyYnDmeFU?t=2349</w:t>
      </w:r>
    </w:p>
    <w:p>
      <w:r>
        <w:rPr>
          <w:i/>
        </w:rPr>
        <w:t>“You have to exercise ijtihad at any cost.”</w:t>
      </w:r>
    </w:p>
    <w:p>
      <w:r>
        <w:rPr>
          <w:sz w:val="20"/>
        </w:rPr>
        <w:t>39:09  is ka matlab yeh hai ke you have to exercise ijtihad at any cost.</w:t>
      </w:r>
      <w:r>
        <w:br/>
      </w:r>
      <w:r>
        <w:rPr>
          <w:sz w:val="20"/>
        </w:rPr>
        <w:t>39:19  kitni ahem baat hai yeh!</w:t>
      </w:r>
      <w:r>
        <w:br/>
      </w:r>
      <w:r>
        <w:rPr>
          <w:sz w:val="20"/>
        </w:rPr>
        <w:t>39:25  yaani exercise ijtihad even at the risk of wrong ijtihad.</w:t>
      </w:r>
      <w:r>
        <w:br/>
      </w:r>
      <w:r>
        <w:rPr>
          <w:sz w:val="20"/>
        </w:rPr>
        <w:t>39:33  ghalat ijtihad ka khatra ho tab bhi ijtihad karo. wahan hamare scholar logon ne kya kar kiya ke chounke ijtihad mutlaq ki salahiyat ab logon mein nahi hai, ijtihad pe ghalti kar jayenge to ijtihad darwaza band.</w:t>
      </w:r>
    </w:p>
    <w:p>
      <w:pPr>
        <w:pStyle w:val="Heading2"/>
      </w:pPr>
      <w:r>
        <w:t>Discovery of Hudaybiyyah model</w:t>
      </w:r>
    </w:p>
    <w:p>
      <w:r>
        <w:rPr>
          <w:color w:val="666666"/>
          <w:sz w:val="18"/>
        </w:rPr>
        <w:t>Man with A Mission 5 June 2007 - Maulana Wahiduddin Khan · 2m 14s · at 48:49 · https://youtu.be/SZ2xjZjGOhE?t=2929</w:t>
      </w:r>
    </w:p>
    <w:p>
      <w:r>
        <w:rPr>
          <w:i/>
        </w:rPr>
        <w:t>“رسول اللہ صلی اللہ علیہ وسلم نے جو کامیابی حاصل کی تھی عرب میں”</w:t>
      </w:r>
    </w:p>
    <w:p>
      <w:r>
        <w:rPr>
          <w:sz w:val="20"/>
        </w:rPr>
        <w:t>48:49  Rasool Allah salallahu alaihi wasallam ne jo kamyabi hasil ki thi Arab mein, to Quran mein bataya gaya hai ke yeh kamyabi aap ko mili Hudaybiyah ke zariye.</w:t>
      </w:r>
      <w:r>
        <w:br/>
      </w:r>
      <w:r>
        <w:rPr>
          <w:sz w:val="20"/>
        </w:rPr>
        <w:t>49:02  "Inna fatahna laka fathan mubeena". yeh Hudaybiyah ek method hai,</w:t>
      </w:r>
      <w:r>
        <w:br/>
      </w:r>
      <w:r>
        <w:rPr>
          <w:sz w:val="20"/>
        </w:rPr>
        <w:t>49:09  is method ko apnane se aap ko fatah mubeen mili. yani poori Rasool Allah ki poori zindagi mein sab se bada waqea jo aap ko fatah mubeen diya, jis ne woh tha Hazrat Hudaybiyah.</w:t>
      </w:r>
      <w:r>
        <w:br/>
      </w:r>
      <w:r>
        <w:rPr>
          <w:sz w:val="20"/>
        </w:rPr>
        <w:t>49:28  aap jante hain ke doctor Michael Hart ne likha hai ke Rasool Allah poori history ke sab se zyada successful aadmi the. "He was he was supremely successful man in history".</w:t>
      </w:r>
      <w:r>
        <w:br/>
      </w:r>
      <w:r>
        <w:rPr>
          <w:sz w:val="20"/>
        </w:rPr>
        <w:t>49:45  to woh kaise hue? Hudaybiyah ke zariye hue. Quran is ka roop hai, kyunke jaise hi Hudaybiyah ka agreement hua tha,</w:t>
      </w:r>
      <w:r>
        <w:br/>
      </w:r>
      <w:r>
        <w:rPr>
          <w:sz w:val="20"/>
        </w:rPr>
        <w:t>49:53  to Quran mein ayat utri thi "Inna fatahna laka fat-han mubeena". Hum ne de diya tum ko woh open victory, sab se bari victory.</w:t>
      </w:r>
      <w:r>
        <w:br/>
      </w:r>
      <w:r>
        <w:rPr>
          <w:sz w:val="20"/>
        </w:rPr>
        <w:t>50:05  aur ek ek bohat bare muhaddis aur jo tabi'i yeh kehte hain</w:t>
      </w:r>
      <w:r>
        <w:br/>
      </w:r>
      <w:r>
        <w:rPr>
          <w:sz w:val="20"/>
        </w:rPr>
        <w:t>50:12  ke Islam ki tareekh mein sab se bari fatah jo thi, woh wohi hai jo Hudaybiyah ke zariye hasil hui. To poori poori tareekh mein hazar saal mein Hudaybiyah ka jo model hai, woh gum ho gaya tha.</w:t>
      </w:r>
      <w:r>
        <w:br/>
      </w:r>
      <w:r>
        <w:rPr>
          <w:sz w:val="20"/>
        </w:rPr>
        <w:t>50:29  koi kitab nahi hai jis mein bataya gaya ho baat ko ke Hudaybiyah ka model kitna successful model hai. To ek hazar saal ka parda pad chuka tha Hudaybiyah ke model par.</w:t>
      </w:r>
      <w:r>
        <w:br/>
      </w:r>
      <w:r>
        <w:rPr>
          <w:sz w:val="20"/>
        </w:rPr>
        <w:t>50:42  is ko bohat hi dinon ki koshish ke baad, mutala, tajruba aur fikr ke baad maine is ko discover kiya, Hudaybiyah model.</w:t>
      </w:r>
      <w:r>
        <w:br/>
      </w:r>
      <w:r>
        <w:rPr>
          <w:sz w:val="20"/>
        </w:rPr>
        <w:t>50:51  aur jab maine discover kiya, tab bhi woh itna ajnabi tha ke saare log is ke khilaf ho gaye. Tamam ulama, kaisi ajib baat hai ke saare ulama is ke khilaf ho gaye.</w:t>
      </w:r>
    </w:p>
    <w:p>
      <w:pPr>
        <w:pStyle w:val="Heading2"/>
      </w:pPr>
      <w:r>
        <w:t>Hazrat Umar: life is a choice between two evils</w:t>
      </w:r>
    </w:p>
    <w:p>
      <w:r>
        <w:rPr>
          <w:color w:val="666666"/>
          <w:sz w:val="18"/>
        </w:rPr>
        <w:t>What is Wisdom CPS Women Session · 47s · at 8:33 · https://youtu.be/l73-Js3cVkc?t=513</w:t>
      </w:r>
    </w:p>
    <w:p>
      <w:r>
        <w:rPr>
          <w:i/>
        </w:rPr>
        <w:t>“Hazrat Umar: man always lives between two evils”</w:t>
      </w:r>
    </w:p>
    <w:p>
      <w:r>
        <w:rPr>
          <w:sz w:val="20"/>
        </w:rPr>
        <w:t>8:33  yeh farq jaanna bohat zaroori hai ke possible kya hai aur hamare liye impossible goal kya hai. yahan pe mujhe Hazrat Umar R.A. ka ek qol yaad aa raha hai, unhone kaha ke insaan hamesha do mein se ek shar ke darmiyan rehta hai.</w:t>
      </w:r>
      <w:r>
        <w:br/>
      </w:r>
      <w:r>
        <w:rPr>
          <w:sz w:val="20"/>
        </w:rPr>
        <w:t>8:50  yaani insaan ke paas choice yeh nahi ke woh sahi ya galat ko ch</w:t>
      </w:r>
      <w:r>
        <w:br/>
      </w:r>
      <w:r>
        <w:rPr>
          <w:sz w:val="20"/>
        </w:rPr>
        <w:t>8:54  ne. insaan ke paas hamesha yeh do shar ki, do evil ki choice hoti hai ke woh chote evil ko chune ga ya bade evil. jis ko aksar Maulana sahib greater evil aur lesser evil ki tarah hamein samjhate thay.</w:t>
      </w:r>
      <w:r>
        <w:br/>
      </w:r>
      <w:r>
        <w:rPr>
          <w:sz w:val="20"/>
        </w:rPr>
        <w:t>9:06  to insaan ko hamesha chote shar ko chunna chahiye, yahi practical wisdom hai. aur is is cheez ke examples Muhammad (SAW) ki zindagi mein aur Sahaba ki zindagi mein bohat zyada bhare bhare hue hain.</w:t>
      </w:r>
    </w:p>
    <w:p>
      <w:pPr>
        <w:pStyle w:val="Heading2"/>
      </w:pPr>
      <w:r>
        <w:t>Distraction is biggest killer</w:t>
      </w:r>
    </w:p>
    <w:p>
      <w:r>
        <w:rPr>
          <w:color w:val="666666"/>
          <w:sz w:val="18"/>
        </w:rPr>
        <w:t>Q&amp;A 29 Mar 2009 Maulana Wahiduddin Khan · 23s · at 1:19 · https://youtu.be/pr358S6nndo?t=79</w:t>
      </w:r>
    </w:p>
    <w:p>
      <w:r>
        <w:rPr>
          <w:i/>
        </w:rPr>
        <w:t>“Every moment we live in distractions.”</w:t>
      </w:r>
    </w:p>
    <w:p>
      <w:r>
        <w:rPr>
          <w:sz w:val="20"/>
        </w:rPr>
        <w:t>1:19  Every moment we live in distractions.</w:t>
      </w:r>
      <w:r>
        <w:br/>
      </w:r>
      <w:r>
        <w:rPr>
          <w:sz w:val="20"/>
        </w:rPr>
        <w:t>1:26  sabse bada reason jo hai wo distraction hai.</w:t>
      </w:r>
      <w:r>
        <w:br/>
      </w:r>
      <w:r>
        <w:rPr>
          <w:sz w:val="20"/>
        </w:rPr>
        <w:t>1:33  to aap agar chahte hain strong personality banana, to ye kijiye.</w:t>
      </w:r>
    </w:p>
    <w:p>
      <w:pPr>
        <w:pStyle w:val="Heading2"/>
      </w:pPr>
      <w:r>
        <w:t>The secret of life: freedom without confrontation</w:t>
      </w:r>
    </w:p>
    <w:p>
      <w:r>
        <w:rPr>
          <w:color w:val="666666"/>
          <w:sz w:val="18"/>
        </w:rPr>
        <w:t>Non Confrontational Method May 04, 2014 Maulana Wahiduddin Khan · 2m 01s · at 6:14 · https://youtu.be/uioEZUeFxLg?t=374</w:t>
      </w:r>
    </w:p>
    <w:p>
      <w:r>
        <w:rPr>
          <w:i/>
        </w:rPr>
        <w:t>“God made this world for everyone — humans and birds alike.”</w:t>
      </w:r>
    </w:p>
    <w:p>
      <w:r>
        <w:rPr>
          <w:sz w:val="20"/>
        </w:rPr>
        <w:t>6:14  to Khuda ne yeh dunya sab ke liye banai hai, insan ke liye bhi, chidiyon ke liye bhi.</w:t>
      </w:r>
      <w:r>
        <w:br/>
      </w:r>
      <w:r>
        <w:rPr>
          <w:sz w:val="20"/>
        </w:rPr>
        <w:t>6:21  lekin agar aap confrontation karenge doosre se, to azadi aap ki khatm ho jayegi. to aap ki jo planning hai jadeed ke bare mein,</w:t>
      </w:r>
      <w:r>
        <w:br/>
      </w:r>
      <w:r>
        <w:rPr>
          <w:sz w:val="20"/>
        </w:rPr>
        <w:t>6:34  wo confrontation ko avoid kar ke banna chahiye. main samajhta hoon ke yahi secret of life hai.</w:t>
      </w:r>
      <w:r>
        <w:br/>
      </w:r>
      <w:r>
        <w:rPr>
          <w:sz w:val="20"/>
        </w:rPr>
        <w:t>6:48  there is the</w:t>
      </w:r>
      <w:r>
        <w:br/>
      </w:r>
      <w:r>
        <w:rPr>
          <w:sz w:val="20"/>
        </w:rPr>
        <w:t>6:52  greatest principle of life.</w:t>
      </w:r>
      <w:r>
        <w:br/>
      </w:r>
      <w:r>
        <w:rPr>
          <w:sz w:val="20"/>
        </w:rPr>
        <w:t>6:59  if you want to enjoy freedom, then you have to avoid all kind of confrontation.</w:t>
      </w:r>
      <w:r>
        <w:br/>
      </w:r>
      <w:r>
        <w:rPr>
          <w:sz w:val="20"/>
        </w:rPr>
        <w:t>7:08  kyun ke aap dunya mein rehte hain, to wahan doosre hazaron aur lakhon log hain. un ki apni apni planning hai, apni apni desire hai, apne apne apne apne tareeqe se wo apni freedom ko use karega.</w:t>
      </w:r>
      <w:r>
        <w:br/>
      </w:r>
      <w:r>
        <w:rPr>
          <w:sz w:val="20"/>
        </w:rPr>
        <w:t>7:26  aap apne tareeqe se karenge, wo apne tareeqe se karega.</w:t>
      </w:r>
      <w:r>
        <w:br/>
      </w:r>
      <w:r>
        <w:rPr>
          <w:sz w:val="20"/>
        </w:rPr>
        <w:t>7:31  to it is bound to create problem, bound to create. yani problem ayega, ayega. kyun ke wo apne thehr chalenge, aap apne thehr chalenge.</w:t>
      </w:r>
      <w:r>
        <w:br/>
      </w:r>
      <w:r>
        <w:rPr>
          <w:sz w:val="20"/>
        </w:rPr>
        <w:t>7:49  to agar aap chahte hain ke doosron ki freedom ko aap abalish kar dein, to that is correct impossible.</w:t>
      </w:r>
      <w:r>
        <w:br/>
      </w:r>
      <w:r>
        <w:rPr>
          <w:sz w:val="20"/>
        </w:rPr>
        <w:t>8:00  aap doosron ki freedom ko abalish nahi kar sakte, sirf apne aap ko takrao se bacha sakte hain. yeh sochate hue mujhe Quran ki ek ayat yaad aayi.</w:t>
      </w:r>
    </w:p>
    <w:p>
      <w:pPr>
        <w:pStyle w:val="Heading2"/>
      </w:pPr>
      <w:r>
        <w:t>Islam as history vs ideology</w:t>
      </w:r>
    </w:p>
    <w:p>
      <w:r>
        <w:rPr>
          <w:color w:val="666666"/>
          <w:sz w:val="18"/>
        </w:rPr>
        <w:t>The Importance of Ijtihad 1 Aug, 2010 - Maulana Wahiduddin Khan · 1m 20s · at 15:14 · https://youtu.be/KeTyYnDmeFU?t=914</w:t>
      </w:r>
    </w:p>
    <w:p>
      <w:r>
        <w:rPr>
          <w:i/>
        </w:rPr>
        <w:t>“Ab main aap ko, sab se bunyadi sawal kya hai?”</w:t>
      </w:r>
    </w:p>
    <w:p>
      <w:r>
        <w:rPr>
          <w:sz w:val="20"/>
        </w:rPr>
        <w:t>15:14  ab main aap ko, yani sab se buniyadi jo sawal hai, basic wo kya hai? is hadith ke le kar ke, wo yeh hai</w:t>
      </w:r>
      <w:r>
        <w:br/>
      </w:r>
      <w:r>
        <w:rPr>
          <w:sz w:val="20"/>
        </w:rPr>
        <w:t>15:26  ke islam ki jo ideology thi, wo ab background mein chali gayi hai. ab history jo hai, usi ko usi ko hum jante hain. aaj jo islam hai logon ka, wo drive from their history and not from their original ideology.</w:t>
      </w:r>
      <w:r>
        <w:br/>
      </w:r>
      <w:r>
        <w:rPr>
          <w:sz w:val="20"/>
        </w:rPr>
        <w:t>15:43  wo kaise? aap rasool Allah ke zamane mein jo islam tha, wo tha ek dawati mission. ek dawati mission.</w:t>
      </w:r>
      <w:r>
        <w:br/>
      </w:r>
      <w:r>
        <w:rPr>
          <w:sz w:val="20"/>
        </w:rPr>
        <w:t>15:56  us ke baad abbasi daur tak pounchate pounchate, wo ek political, yani mission ban gaya ke hukumat qaim karo, expansion, political expansion karo, sari duniya mein islamic rule qaim karo.</w:t>
      </w:r>
      <w:r>
        <w:br/>
      </w:r>
      <w:r>
        <w:rPr>
          <w:sz w:val="20"/>
        </w:rPr>
        <w:t>16:10  yeh mission ban gaya. but it was history, it was a part of ideology directly. ab jo log jante hain, woh kya jante hain?</w:t>
      </w:r>
      <w:r>
        <w:br/>
      </w:r>
      <w:r>
        <w:rPr>
          <w:sz w:val="20"/>
        </w:rPr>
        <w:t>16:20  bas yahi political role, political role, political role. yani Islam as a dawah mission, woh bhool gaye log. ab Islam as a political role jante hain log.</w:t>
      </w:r>
    </w:p>
    <w:p>
      <w:pPr>
        <w:pStyle w:val="Heading2"/>
      </w:pPr>
      <w:r>
        <w:t>Fitna as test in everything</w:t>
      </w:r>
    </w:p>
    <w:p>
      <w:r>
        <w:rPr>
          <w:color w:val="666666"/>
          <w:sz w:val="18"/>
        </w:rPr>
        <w:t>Deeper Meaning of Quran 17 05 2015 · 1m 54s · at 52:33 · https://youtu.be/_Cj6gds7nWI?t=3153</w:t>
      </w:r>
    </w:p>
    <w:p>
      <w:r>
        <w:rPr>
          <w:i/>
        </w:rPr>
        <w:t>“Dekhiye, fitna ke lafzi ma'ni hain azmaish”</w:t>
      </w:r>
    </w:p>
    <w:p>
      <w:r>
        <w:rPr>
          <w:sz w:val="20"/>
        </w:rPr>
        <w:t>52:33  " dekhen, fitna ke lafzi maani hain azmaish, test.</w:t>
      </w:r>
      <w:r>
        <w:br/>
      </w:r>
      <w:r>
        <w:rPr>
          <w:sz w:val="20"/>
        </w:rPr>
        <w:t>52:39  to har cheez dunya mein jo paida ki gayi hai, us mein fitne ka aspect hota hai.</w:t>
      </w:r>
      <w:r>
        <w:br/>
      </w:r>
      <w:r>
        <w:rPr>
          <w:sz w:val="20"/>
        </w:rPr>
        <w:t>52:46  har cheez, misaal ke tor par, aap ko kamyabi mile, aap ko paisa mile, aap ko building mile,</w:t>
      </w:r>
      <w:r>
        <w:br/>
      </w:r>
      <w:r>
        <w:rPr>
          <w:sz w:val="20"/>
        </w:rPr>
        <w:t>52:53  woh bhi fitna hai.</w:t>
      </w:r>
      <w:r>
        <w:br/>
      </w:r>
      <w:r>
        <w:rPr>
          <w:sz w:val="20"/>
        </w:rPr>
        <w:t>52:59  kyun ke woh pa kar ke aap ke andar agar pride aa jaye, fakhar aa jaye, gharoor aa jaye,</w:t>
      </w:r>
      <w:r>
        <w:br/>
      </w:r>
      <w:r>
        <w:rPr>
          <w:sz w:val="20"/>
        </w:rPr>
        <w:t>53:06  kisi bande ka fitne mein fail ho gaye.</w:t>
      </w:r>
      <w:r>
        <w:br/>
      </w:r>
      <w:r>
        <w:rPr>
          <w:sz w:val="20"/>
        </w:rPr>
        <w:t>53:13  aise hi agar koi musibat pad jaye, aap lagen aag wala karne, mayos ho jayen, to wahan bhi</w:t>
      </w:r>
      <w:r>
        <w:br/>
      </w:r>
      <w:r>
        <w:rPr>
          <w:sz w:val="20"/>
        </w:rPr>
        <w:t>53:19  fail ho gaye.</w:t>
      </w:r>
      <w:r>
        <w:br/>
      </w:r>
      <w:r>
        <w:rPr>
          <w:sz w:val="20"/>
        </w:rPr>
        <w:t>53:26  kyunke aap ko dua karna chahiye tha, Allah se umeed rakhna chahiye thi, ke aaj nahi to kal</w:t>
      </w:r>
      <w:r>
        <w:br/>
      </w:r>
      <w:r>
        <w:rPr>
          <w:sz w:val="20"/>
        </w:rPr>
        <w:t>53:33  Allah meri madad farmayega.</w:t>
      </w:r>
      <w:r>
        <w:br/>
      </w:r>
      <w:r>
        <w:rPr>
          <w:sz w:val="20"/>
        </w:rPr>
        <w:t>53:40  to har cheez fitna hai, chahe aap kamyabi ho ya nakami, milna ho ya khona.</w:t>
      </w:r>
      <w:r>
        <w:br/>
      </w:r>
      <w:r>
        <w:rPr>
          <w:sz w:val="20"/>
        </w:rPr>
        <w:t>53:46  kyunke is mein jo response hai, wahi response batata hai ke aap ne fitne par aap thehre ke nahi thehre.</w:t>
      </w:r>
      <w:r>
        <w:br/>
      </w:r>
      <w:r>
        <w:rPr>
          <w:sz w:val="20"/>
        </w:rPr>
        <w:t>53:53  jab bhi koi waqea ho, to us waqt aap ka response kya ho, us par depend karta hai.</w:t>
      </w:r>
      <w:r>
        <w:br/>
      </w:r>
      <w:r>
        <w:rPr>
          <w:sz w:val="20"/>
        </w:rPr>
        <w:t>54:00  response agar positive ho to aap fitne mein poore utre, response agar negative ho to aap fitne mein</w:t>
      </w:r>
      <w:r>
        <w:br/>
      </w:r>
      <w:r>
        <w:rPr>
          <w:sz w:val="20"/>
        </w:rPr>
        <w:t>54:06  poore nahi, azmaish mein poore nahi utre.</w:t>
      </w:r>
      <w:r>
        <w:br/>
      </w:r>
      <w:r>
        <w:rPr>
          <w:sz w:val="20"/>
        </w:rPr>
        <w:t>54:13  Everything depends upon response.</w:t>
      </w:r>
      <w:r>
        <w:br/>
      </w:r>
      <w:r>
        <w:rPr>
          <w:sz w:val="20"/>
        </w:rPr>
        <w:t>54:20  Maulana, agla sawal Dilli se hai Miss Naghma Siddiqui ka aur unhon ne likha hai: "Contemplation requires a focused mind.</w:t>
      </w:r>
      <w:r>
        <w:br/>
      </w:r>
      <w:r>
        <w:rPr>
          <w:sz w:val="20"/>
        </w:rPr>
        <w:t>54:27  How can we stay away from distraction to get a focused mind?"</w:t>
      </w:r>
    </w:p>
    <w:p>
      <w:pPr>
        <w:pStyle w:val="Heading2"/>
      </w:pPr>
      <w:r>
        <w:t>Consumerism replacing Buddhism in Thailand</w:t>
      </w:r>
    </w:p>
    <w:p>
      <w:r>
        <w:rPr>
          <w:color w:val="666666"/>
          <w:sz w:val="18"/>
        </w:rPr>
        <w:t>Age of Consumerism January 6, 2013 · 25s · at 1:46 · https://youtu.be/zJRZ1OKUhgA?t=106</w:t>
      </w:r>
    </w:p>
    <w:p>
      <w:r>
        <w:rPr>
          <w:i/>
        </w:rPr>
        <w:t>“Practically, what dominates is consumerism.”</w:t>
      </w:r>
    </w:p>
    <w:p>
      <w:r>
        <w:rPr>
          <w:sz w:val="20"/>
        </w:rPr>
        <w:t>1:46  yani eitqadi tor par abhi bhi log Buddhist hain wahan, lekin practical tor par wahan jo cheez dominate kar rahi hai woh hai consumerism.</w:t>
      </w:r>
      <w:r>
        <w:br/>
      </w:r>
      <w:r>
        <w:rPr>
          <w:sz w:val="20"/>
        </w:rPr>
        <w:t>2:00  yani aaj Thailand ka religion Buddhism nahi hai balkeh consumerism hai. yeh is ka khulasa hai.</w:t>
      </w:r>
    </w:p>
    <w:p>
      <w:pPr>
        <w:pStyle w:val="Heading2"/>
      </w:pPr>
      <w:r>
        <w:t>Real patience means holding emotions to see the world clearly</w:t>
      </w:r>
    </w:p>
    <w:p>
      <w:r>
        <w:rPr>
          <w:color w:val="666666"/>
          <w:sz w:val="18"/>
        </w:rPr>
        <w:t>Realistic Approach 30 March, 2014 · 4m 05s · at 13:49 · https://youtu.be/HIFxmWWiEG4?t=829</w:t>
      </w:r>
    </w:p>
    <w:p>
      <w:r>
        <w:rPr>
          <w:i/>
        </w:rPr>
        <w:t>“This is the way of life, this is the way of patience.”</w:t>
      </w:r>
    </w:p>
    <w:p>
      <w:r>
        <w:rPr>
          <w:sz w:val="20"/>
        </w:rPr>
        <w:t>13:49  yeh hai zindagi ka tareeqa, yeh hai sabr ka tareeqa. is dunya mein sabr ke baghair aap ko kuch nahin mil sakta,</w:t>
      </w:r>
      <w:r>
        <w:br/>
      </w:r>
      <w:r>
        <w:rPr>
          <w:sz w:val="20"/>
        </w:rPr>
        <w:t>14:01  sabr ke baghair aap ko kuch nahin mil sakta. to musalman sabr karne ke liye tayyar nahin hain. sabr ke mani kya hain?</w:t>
      </w:r>
      <w:r>
        <w:br/>
      </w:r>
      <w:r>
        <w:rPr>
          <w:sz w:val="20"/>
        </w:rPr>
        <w:t>14:13  yaani sabr ke mani hain ke apnay jazbat ko thaam kar ke aap daryaft karen dunya ko, apnay jazbat mein na jeeyen. aap log jeete hain apnay jazbat mein, apnay emotions mein, apnay sentiment mein.</w:t>
      </w:r>
      <w:r>
        <w:br/>
      </w:r>
      <w:r>
        <w:rPr>
          <w:sz w:val="20"/>
        </w:rPr>
        <w:t>14:28  nahin, is ke bahir aaiye,</w:t>
      </w:r>
      <w:r>
        <w:br/>
      </w:r>
      <w:r>
        <w:rPr>
          <w:sz w:val="20"/>
        </w:rPr>
        <w:t>14:31  empty mind banaiye apnay aap ko aur daryaft karen ke dunya ki requirement kya hain, dunya kya cheez hai. qul log fi anfus qaul baligha, dunya aisi baat kahe jis se dunya ka mind address ho.</w:t>
      </w:r>
      <w:r>
        <w:br/>
      </w:r>
      <w:r>
        <w:rPr>
          <w:sz w:val="20"/>
        </w:rPr>
        <w:t>14:46  yeh karte nahin hain musalman, phir shikayat karte hain. yahan se le kar America tak mein keh sakta hoon ke koi aik bhi aadmi nahin, aik bhi aadmi nahin jo aisi cheez likh sake jis ko aaj ka insaan parhe.</w:t>
      </w:r>
      <w:r>
        <w:br/>
      </w:r>
      <w:r>
        <w:rPr>
          <w:sz w:val="20"/>
        </w:rPr>
        <w:t>14:59  khud hi likhte hain, khud hi parhte hain, khud hi likhte hain, khud hi parhte hain. mujhe yaad aata hai aik sahab ka qissa, woh aik amriki thay.</w:t>
      </w:r>
      <w:r>
        <w:br/>
      </w:r>
      <w:r>
        <w:rPr>
          <w:sz w:val="20"/>
        </w:rPr>
        <w:t>15:12  main jo sakht bolta hoon, koi aik aadmi nahin. to kisi ko shakk ho to mujhe batayen, woh aadmi woh kaun aadmi hai? us ki kitab lao, mujhe dikhao.</w:t>
      </w:r>
      <w:r>
        <w:br/>
      </w:r>
      <w:r>
        <w:rPr>
          <w:sz w:val="20"/>
        </w:rPr>
        <w:t>15:21  jis ko takleef hoti ho, jo offend hota ho, to mujhe us aadmi ka naam batao, us ki kitab do. main aisa nahin manunga</w:t>
      </w:r>
      <w:r>
        <w:br/>
      </w:r>
      <w:r>
        <w:rPr>
          <w:sz w:val="20"/>
        </w:rPr>
        <w:t>15:29  baghair kitab dekhe hue.</w:t>
      </w:r>
      <w:r>
        <w:br/>
      </w:r>
      <w:r>
        <w:rPr>
          <w:sz w:val="20"/>
        </w:rPr>
        <w:t>15:34  to amreeka mein ek shakhs tha, uska naam tha steve asklar. steve asklar, usne islam qubool kiya, apna naam usne rakha mustafa.</w:t>
      </w:r>
      <w:r>
        <w:br/>
      </w:r>
      <w:r>
        <w:rPr>
          <w:sz w:val="20"/>
        </w:rPr>
        <w:t>15:47  mustafa! to jab mein purani dilli mein hua karta tha, jameed building mein, to mere paas chand baar aaye thay. woh yahan aanay ke baad to un se mulaqaat nahi hui.</w:t>
      </w:r>
      <w:r>
        <w:br/>
      </w:r>
      <w:r>
        <w:rPr>
          <w:sz w:val="20"/>
        </w:rPr>
        <w:t>15:58  to wahan unhon ne mujh se kaha tha ke islam qubool karne ke baad mein arab mulkon mein gaya, arab mulkon mein yaani muslim countries mein, aur gyarah saal tak mein un ke darmiyan raha,</w:t>
      </w:r>
      <w:r>
        <w:br/>
      </w:r>
      <w:r>
        <w:rPr>
          <w:sz w:val="20"/>
        </w:rPr>
        <w:t>16:13  gyarah saal tak. aur us ne arabi seekh li, yaani baqaida arabi bolta tha.</w:t>
      </w:r>
      <w:r>
        <w:br/>
      </w:r>
      <w:r>
        <w:rPr>
          <w:sz w:val="20"/>
        </w:rPr>
        <w:t>16:21  woh</w:t>
      </w:r>
      <w:r>
        <w:br/>
      </w:r>
      <w:r>
        <w:rPr>
          <w:sz w:val="20"/>
        </w:rPr>
        <w:t>16:24  to us ne ek mulaqaat mein kaha tha, us ki aankhon mein aansu aa gaye thay ke gyarah saal tak musalmanon ke tajrubay ke baad mein itna ghamgeen hua, itna ghamgeen hua ke mera jee chaha ke mein islam chhod doon.</w:t>
      </w:r>
      <w:r>
        <w:br/>
      </w:r>
      <w:r>
        <w:rPr>
          <w:sz w:val="20"/>
        </w:rPr>
        <w:t>16:41  ab tak us ke alfaaz mein yaad hain, us ne kaha tha: "kunt mahzuna jiddan, hatta min al-islam.</w:t>
      </w:r>
      <w:r>
        <w:br/>
      </w:r>
      <w:r>
        <w:rPr>
          <w:sz w:val="20"/>
        </w:rPr>
        <w:t>16:53  " "kunt mahzuna jiddan, hatta min al-islam." yaani mein bohat zyada ghamgeen hua, yahan tak ke mujhe khayal hua ke mein islam hi chhod doon.</w:t>
      </w:r>
      <w:r>
        <w:br/>
      </w:r>
      <w:r>
        <w:rPr>
          <w:sz w:val="20"/>
        </w:rPr>
        <w:t>17:10  to islam ko text mein padha, us ne quran aur hadith mein, to islam ne us ko attract kiya. aur jab woh musalmanon mein gaya to woh bohat zyada bad-dil ho gaya.</w:t>
      </w:r>
      <w:r>
        <w:br/>
      </w:r>
      <w:r>
        <w:rPr>
          <w:sz w:val="20"/>
        </w:rPr>
        <w:t>17:24  to saara jo raaz hai musalmanon ki pasti ka, woh yeh hai ke musalmanon ne is asal taleem ko chhod diya jo islam ki taleem hai: sabr.</w:t>
      </w:r>
      <w:r>
        <w:br/>
      </w:r>
      <w:r>
        <w:rPr>
          <w:sz w:val="20"/>
        </w:rPr>
        <w:t>17:36  sabr ka matlab kya hai? apne jazbaaton ko thaam kar, apne sentiment ko rok kar, jaiza lena ke dunya kya hai, log kya hain, logon ki soch kya hai.</w:t>
      </w:r>
      <w:r>
        <w:br/>
      </w:r>
      <w:r>
        <w:rPr>
          <w:sz w:val="20"/>
        </w:rPr>
        <w:t>17:47  ise kaha jata hai realistic approach, haqeeqat pasandi.</w:t>
      </w:r>
    </w:p>
    <w:p>
      <w:pPr>
        <w:pStyle w:val="Heading2"/>
      </w:pPr>
      <w:r>
        <w:t>Master formula: avoid confrontation, do peaceful work</w:t>
      </w:r>
    </w:p>
    <w:p>
      <w:r>
        <w:rPr>
          <w:color w:val="666666"/>
          <w:sz w:val="18"/>
        </w:rPr>
        <w:t>Non Confrontational Method May 04, 2014 Maulana Wahiduddin Khan · 22s · at 31:58 · https://youtu.be/uioEZUeFxLg?t=1918</w:t>
      </w:r>
    </w:p>
    <w:p>
      <w:r>
        <w:rPr>
          <w:i/>
        </w:rPr>
        <w:t>“Avoid confrontation, and do the work — peacefully.”</w:t>
      </w:r>
    </w:p>
    <w:p>
      <w:r>
        <w:rPr>
          <w:sz w:val="20"/>
        </w:rPr>
        <w:t>31:58  yaani avoid confrontation and do the work, peaceful the work.</w:t>
      </w:r>
      <w:r>
        <w:br/>
      </w:r>
      <w:r>
        <w:rPr>
          <w:sz w:val="20"/>
        </w:rPr>
        <w:t>32:08  avoid confrontation, avoid confrontation and do peaceful the work. yeh mein samajhta hoon ke master formula hai jadeed ka, master formula.</w:t>
      </w:r>
      <w:r>
        <w:br/>
      </w:r>
      <w:r>
        <w:rPr>
          <w:sz w:val="20"/>
        </w:rPr>
        <w:t>32:21  dekhein, dawat mein sab cheez</w:t>
      </w:r>
    </w:p>
    <w:p>
      <w:pPr>
        <w:pStyle w:val="Heading2"/>
      </w:pPr>
      <w:r>
        <w:t>Every problem brings opportunities</w:t>
      </w:r>
    </w:p>
    <w:p>
      <w:r>
        <w:rPr>
          <w:color w:val="666666"/>
          <w:sz w:val="18"/>
        </w:rPr>
        <w:t>Human History in Light of the Creation Plan of God 11 May, 2007 - Maulana Wahiduddin Khan · 26s · at 11:49 · https://youtu.be/8m_jiYlUZ0c?t=709</w:t>
      </w:r>
    </w:p>
    <w:p>
      <w:r>
        <w:rPr>
          <w:i/>
        </w:rPr>
        <w:t>“With every problem there are opportunities.”</w:t>
      </w:r>
    </w:p>
    <w:p>
      <w:r>
        <w:rPr>
          <w:sz w:val="20"/>
        </w:rPr>
        <w:t>11:49  With every problem there are opportunities.</w:t>
      </w:r>
      <w:r>
        <w:br/>
      </w:r>
      <w:r>
        <w:rPr>
          <w:sz w:val="20"/>
        </w:rPr>
        <w:t>11:54  Aik kitne koi good timing hai, kitni bari khushkhabri hai ke hum in advance yeh jante hain ke with every problem there is opportunities.</w:t>
      </w:r>
      <w:r>
        <w:br/>
      </w:r>
      <w:r>
        <w:rPr>
          <w:sz w:val="20"/>
        </w:rPr>
        <w:t>12:05  So the best formula kya hai? Avoid the problem or avail the opportunities.</w:t>
      </w:r>
    </w:p>
    <w:p>
      <w:pPr>
        <w:pStyle w:val="Heading2"/>
      </w:pPr>
      <w:r>
        <w:t>Modern man has everything yet still isn't happy</w:t>
      </w:r>
    </w:p>
    <w:p>
      <w:r>
        <w:rPr>
          <w:color w:val="666666"/>
          <w:sz w:val="18"/>
        </w:rPr>
        <w:t>Man and Paradise August 18, 2013 · 2m 14s · at 16:17 · https://youtu.be/v7eX25YAjDU?t=977</w:t>
      </w:r>
    </w:p>
    <w:p>
      <w:r>
        <w:rPr>
          <w:i/>
        </w:rPr>
        <w:t>“What does 'cast down to the lowest of the low' mean?”</w:t>
      </w:r>
    </w:p>
    <w:p>
      <w:r>
        <w:rPr>
          <w:sz w:val="20"/>
        </w:rPr>
        <w:t>16:17  is ke bawajood is ko daal diya bohat hi nichle tabqe mein. ab yeh sawal hai ke nichle tabqe se murad kya hai? jab is ko paida kiya Allah taala ne, ek bohat hi unique qism ka planet diya.</w:t>
      </w:r>
      <w:r>
        <w:br/>
      </w:r>
      <w:r>
        <w:rPr>
          <w:sz w:val="20"/>
        </w:rPr>
        <w:t>16:32  zameen aap jante hain ke poori universe mein unique hai, exception hai. yahan par pani hai, yahan par sabza hai, yahan par life support system hai.</w:t>
      </w:r>
      <w:r>
        <w:br/>
      </w:r>
      <w:r>
        <w:rPr>
          <w:sz w:val="20"/>
        </w:rPr>
        <w:t>16:43  phir bhi kyun aisa hai ke is ko nichle tabqe mein keh diya Allah taala ne?</w:t>
      </w:r>
      <w:r>
        <w:br/>
      </w:r>
      <w:r>
        <w:rPr>
          <w:sz w:val="20"/>
        </w:rPr>
        <w:t>16:51  yeh abhi qadeem zamane mein insaan is ko samajh nahi paya tha. aaj hamein, ab hamein yeh cheez khul chuki hai. woh yeh ke maujooda zamane mein bohat taraqqi hui, bohat taraqqi hui.</w:t>
      </w:r>
      <w:r>
        <w:br/>
      </w:r>
      <w:r>
        <w:rPr>
          <w:sz w:val="20"/>
        </w:rPr>
        <w:t>17:06  pehlay zamane mein sirf kisi khandan ka ek ek aadmi badshah ban sakta tha. ab to har aadmi badshahi ka khwab dekhta hai kyunke democracy hai.</w:t>
      </w:r>
      <w:r>
        <w:br/>
      </w:r>
      <w:r>
        <w:rPr>
          <w:sz w:val="20"/>
        </w:rPr>
        <w:t>17:17  ab har aadmi ke paas paisa hai, har aadmi ke paas bare bare shandar makaan hain, har aadmi ke paas car hai, har aadmi hawa jahaz mein sawari karta hai.</w:t>
      </w:r>
      <w:r>
        <w:br/>
      </w:r>
      <w:r>
        <w:rPr>
          <w:sz w:val="20"/>
        </w:rPr>
        <w:t>17:28  to itna zyada samaan e hayat mila insaan ko maujooda zamane mein. lekin is ke bawajood kya hai? khushi nahi mili is ko.</w:t>
      </w:r>
      <w:r>
        <w:br/>
      </w:r>
      <w:r>
        <w:rPr>
          <w:sz w:val="20"/>
        </w:rPr>
        <w:t>17:40  Bertrand Russell ki ek kitaab hai, is ka naam "Happiness". is mein batata hai ke happiness is duniya mein unachievable hai.</w:t>
      </w:r>
      <w:r>
        <w:br/>
      </w:r>
      <w:r>
        <w:rPr>
          <w:sz w:val="20"/>
        </w:rPr>
        <w:t>17:50  jabke woh khud Nobel Prize winner tha, woh is ke paas kisi cheez ki kami nahi thi. lekin woh kehta hai ke happiness is duniya mein achievable hai nahi.</w:t>
      </w:r>
      <w:r>
        <w:br/>
      </w:r>
      <w:r>
        <w:rPr>
          <w:sz w:val="20"/>
        </w:rPr>
        <w:t>18:05  to is is surah mein, yani surah number 95 mein, ek bohat badi baat kahi gayi hai ke insaan ko yeh sochna chahiye ke tujh ko behtareen body diya gaya, tujh ko behtareen planet diya gaya,</w:t>
      </w:r>
      <w:r>
        <w:br/>
      </w:r>
      <w:r>
        <w:rPr>
          <w:sz w:val="20"/>
        </w:rPr>
        <w:t>18:21  tujh ko behtareen life support system diya gaya. yeh sara samaan e hayat tum ko diya gaya. phir bhi kya wajah hai ke tum sad rehte ho?</w:t>
      </w:r>
    </w:p>
    <w:p>
      <w:pPr>
        <w:pStyle w:val="Heading2"/>
      </w:pPr>
      <w:r>
        <w:t>Maulana's lifelong spirit of enquiry, from lecture to science</w:t>
      </w:r>
    </w:p>
    <w:p>
      <w:r>
        <w:rPr>
          <w:color w:val="666666"/>
          <w:sz w:val="18"/>
        </w:rPr>
        <w:t>What is Right Thinking June 23, 2024 · 5m 22s · at 51:52 · https://youtu.be/ZOxcATnAqNs?t=3112</w:t>
      </w:r>
    </w:p>
    <w:p>
      <w:r>
        <w:rPr>
          <w:i/>
        </w:rPr>
        <w:t>“Ek waqiya woh likhte hain, bahut hi important waqiya hai yeh”</w:t>
      </w:r>
    </w:p>
    <w:p>
      <w:r>
        <w:rPr>
          <w:sz w:val="20"/>
        </w:rPr>
        <w:t>51:52  aik waqia woh likhtay hain, bohat hi important waqia hai yeh. kehtay hain kay is waqia nay meri poori zindagi ka rukh mor diya. to yeh jab madrasa satl islam mein parhtay thay to wahan par aik unkay teacher thay Maulana Ameen Ahsan Islahi. un ki tafseer bhi hai Tadabbur e Quran baad mein Pakistan chalay gaye thay. to unho nay aik baar bohat ziyada intelligent thay.</w:t>
      </w:r>
      <w:r>
        <w:br/>
      </w:r>
      <w:r>
        <w:rPr>
          <w:sz w:val="20"/>
        </w:rPr>
        <w:t>52:21  तो उन्होंने एक बार well, "able to kick" Quran mein hai na?</w:t>
      </w:r>
      <w:r>
        <w:br/>
      </w:r>
      <w:r>
        <w:rPr>
          <w:sz w:val="20"/>
        </w:rPr>
        <w:t>52:26  to aisa wahan woh us mother se ki khal baat yeh thi ke poora quran padhaya jata tha.</w:t>
      </w:r>
      <w:r>
        <w:br/>
      </w:r>
      <w:r>
        <w:rPr>
          <w:sz w:val="20"/>
        </w:rPr>
        <w:t>52:31  kisi bhi mother se poora quran nahi padhaya jata hai.</w:t>
      </w:r>
      <w:r>
        <w:br/>
      </w:r>
      <w:r>
        <w:rPr>
          <w:sz w:val="20"/>
        </w:rPr>
        <w:t>52:36  to wahan par kahin ek uska zikr aaya oont ka.</w:t>
      </w:r>
      <w:r>
        <w:br/>
      </w:r>
      <w:r>
        <w:rPr>
          <w:sz w:val="20"/>
        </w:rPr>
        <w:t>52:41  तो उन्होंने student से पुछ लिया कि ऊंट के सुम, hoof h double o f ऊंट के सुम</w:t>
      </w:r>
      <w:r>
        <w:br/>
      </w:r>
      <w:r>
        <w:rPr>
          <w:sz w:val="20"/>
        </w:rPr>
        <w:t>52:46  phate hote hain ya jude?</w:t>
      </w:r>
      <w:r>
        <w:br/>
      </w:r>
      <w:r>
        <w:rPr>
          <w:sz w:val="20"/>
        </w:rPr>
        <w:t>52:52  to yani bail kay sum ki tarah phatay ya ghore kay sum ki tarah juray. to chobees talib-e-ilm thay kisi ko matlab yaqeen kay sath kisi nay nahi bataya. koi tarah phatay hotay hain koi tarah juray hotay hain.</w:t>
      </w:r>
      <w:r>
        <w:br/>
      </w:r>
      <w:r>
        <w:rPr>
          <w:sz w:val="20"/>
        </w:rPr>
        <w:t>53:06  to jab unho nay yeh dekha halat student ki to unho nay aik zabardast takhreer ki kay dekho uska base woh tha agar tum jantay kay tum nahi jantay to tum apnay na janany ko janana bana letay. ji. to unho nay kaha kay dekho tum saada say aik sawal tha. uska jawab nahi day pay. uska sawal yeh tha kay tum yeh nahi jantay thay kay tum nahi jantay.</w:t>
      </w:r>
      <w:r>
        <w:br/>
      </w:r>
      <w:r>
        <w:rPr>
          <w:sz w:val="20"/>
        </w:rPr>
        <w:t>53:36  to ladri nisf ilmi matlab tum main main nahi janta yeh aadha ilm hai. aadha ilm is liye kay agar hum yeh jaan jayen to hum foran puch puch kar parh kar puch kar apnay na janany ko janana bana len gay. to unho nay kaha kay agar tum yeh jantay to tumharay andar curiosity ati thi to jaisay hota aur tum apnay na janany ko janana bana letay.</w:t>
      </w:r>
      <w:r>
        <w:br/>
      </w:r>
      <w:r>
        <w:rPr>
          <w:sz w:val="20"/>
        </w:rPr>
        <w:t>54:05  to aur dekho oont to aisa hai kahin na kahin aadmi ko dekhnay ko mil hi jata hai. to usko dekh letay hain lekin na janany ki wajah say woh bekhabar rahay. to yeh Maulana ko itna yeh baat lag gayi itni ziyada kay woh har baat ko har baat par tasdeeq karna shuru kar diya unho nay. yani to koi baat ko woh mantay hi nahi thay jab tak kay uskay upar tasdeeq na kar lein.</w:t>
      </w:r>
      <w:r>
        <w:br/>
      </w:r>
      <w:r>
        <w:rPr>
          <w:sz w:val="20"/>
        </w:rPr>
        <w:t>54:32  balkay hum log kehtay thay yeh to matlab aik aam baat hai sab log jantay hain uski bhi tehkeek kar detay thay. to unho nay bataya kay yeh jo lecture unho nay suna tha na woh unkay zehan nasheen ho gaya tha. ji. aur yehi chukay log logon kay andar hamaray hamaray mulk mein to yeh spirit of enquiry bohat kam thi. to log kuch jantay nahi thay science ki taraqqi nahi ho pati thi.</w:t>
      </w:r>
      <w:r>
        <w:br/>
      </w:r>
      <w:r>
        <w:rPr>
          <w:sz w:val="20"/>
        </w:rPr>
        <w:t>54:57  kyun kay science ki sari taraqqi spirit of enquiry hi say related hai. kyun kay aadmi sochta hai kay aisa kyun hota hai? aisa kyun hota hai? to phir aadmi uskay upar tehqeeq karta hai. to ab kahanaat to lakhon saal say hamaray samnay thi. lekin uskay saray raaz ab aaj pata chalay kyun kay woh unkay andar jo european comedy thi comedy thi unkay andar yeh bohat ziyada tha tehkeek ka mizaj.</w:t>
      </w:r>
      <w:r>
        <w:br/>
      </w:r>
      <w:r>
        <w:rPr>
          <w:sz w:val="20"/>
        </w:rPr>
        <w:t>55:25  jo is inko spirit of enquiry kehtay hain to bohat ziyada tha. to is wajah say unho nay har har mamlay mein tehqeeq ki. to yeh main aik dilchasp waqai say khatam karti hoon. yeh is tareeqay say matlab yeh to aik waqai say beshumar aisi thay kay aadmi bejanay boojhay bila tehqeeq baat ko maan leta tha. ab misal kay tor par suraj giran hai. to suraj giran hota hi rehta tha.</w:t>
      </w:r>
      <w:r>
        <w:br/>
      </w:r>
      <w:r>
        <w:rPr>
          <w:sz w:val="20"/>
        </w:rPr>
        <w:t>55:55  ab tehqeeq hui kay kyun suraj giran hota hai? to pehlay zamanay mein cheen mein aik mashoor tha. to jab koi asdha jo hai bara saap ko asdha kehtay hain. ji. serpent. to woh usko nigal leta hai suraj ko. nigal leta hai. to wahan par aik bohat bara sa maidan tha. wahan saray log jama ho kar kay shor macha detay hain.</w:t>
      </w:r>
      <w:r>
        <w:br/>
      </w:r>
      <w:r>
        <w:rPr>
          <w:sz w:val="20"/>
        </w:rPr>
        <w:t>56:19  kehtay thay shor machanay say woh dar jata hai asdha to suraj ko nikal deta apno say. to aur hamesha aur woh kamyab hotay thay kyun kay uska to aik muddat hoti hai garam chhootnay ki to kehtay thay woh sab samajhtay thay hamaray shor machanay ki wajah say suraj garam khatam hua hai. to aisay hi har mamlay mein tha. is is zameen ko samajh rahay thay kay koi woh hai turtle kya kehtay hain kachhua? ji.</w:t>
      </w:r>
      <w:r>
        <w:br/>
      </w:r>
      <w:r>
        <w:rPr>
          <w:sz w:val="20"/>
        </w:rPr>
        <w:t>56:48  uskay upar zameen tiki hui hai. isi liye kay woh koi cheez research nahi kartay thay. to yeh spirit of enquiry zaroori hai. har aadmi ko is par amal karna chahiye. masha allah. bohat acha apa jaza kalla. humain apnay na janany ko janana banana chahiye and this all comes with the spirit of inquiry, spirit of learning.</w:t>
      </w:r>
      <w:r>
        <w:br/>
      </w:r>
      <w:r>
        <w:rPr>
          <w:sz w:val="20"/>
        </w:rPr>
        <w:t>57:14  so if you want to download Maulana Wahiduddin Khan sahib's book Taameer e Eht, it is available on CPA's website. we will be we'll be ending the session now. we'll be back next Sunday at 10:30AM. thank you.</w:t>
      </w:r>
    </w:p>
    <w:p>
      <w:pPr>
        <w:pStyle w:val="Heading2"/>
      </w:pPr>
      <w:r>
        <w:t>Da'wah work in Calcutta</w:t>
      </w:r>
    </w:p>
    <w:p>
      <w:r>
        <w:rPr>
          <w:color w:val="666666"/>
          <w:sz w:val="18"/>
        </w:rPr>
        <w:t>Spirit of the Age Nov 6, 2016 · 48s · at 1:04:13 · https://youtu.be/QAW9LP53xQk?t=3853</w:t>
      </w:r>
    </w:p>
    <w:p>
      <w:r>
        <w:rPr>
          <w:i/>
        </w:rPr>
        <w:t>“The voice is very clear, Alhamdulillah.”</w:t>
      </w:r>
    </w:p>
    <w:p>
      <w:r>
        <w:rPr>
          <w:sz w:val="20"/>
        </w:rPr>
        <w:t>1:04:13  The voice is very clear, alhamdulillah. Here I addressed in Calcutta University and Bishops College. They greatly appreciated the peaceful message of Islam. They also want honestly to meet Maulana sahib.</w:t>
      </w:r>
      <w:r>
        <w:br/>
      </w:r>
      <w:r>
        <w:rPr>
          <w:sz w:val="20"/>
        </w:rPr>
        <w:t>1:04:31  The Calcutta CPS team is mashallah very strong and they are doing dawah work on a very big scale. Maulana sahib, please pray for them so that they may work more and more. "Allah taala madad farmaye in hazraat ki. Allah taala unka hami o nasir ho. Hum bhi dua karte hain. Maulana, agla comment bheja hai Maulana Farhad Ahmed sahib ne Delhi se, aur unhone likha hai: "Molana, for many days there was a question in my mind that what is the origin of the principle 'ignore the problem and avail the opportunities' which is mentioned in Quran. But your today's interpretation of 'رجز' that is 'ignore the problem' answered my question." Mashallah. Okay, so we will end this session today. We will be back next Sunday same time. Thank you.</w:t>
      </w:r>
    </w:p>
    <w:p>
      <w:pPr>
        <w:pStyle w:val="Heading2"/>
      </w:pPr>
      <w:r>
        <w:t>Face value vs deep sense of Quran verse</w:t>
      </w:r>
    </w:p>
    <w:p>
      <w:r>
        <w:rPr>
          <w:color w:val="666666"/>
          <w:sz w:val="18"/>
        </w:rPr>
        <w:t>Replanning in the Changed Age January 13, 2019 · 4m 58s · at 1:59 · https://youtu.be/pDniYg5aJlg?t=119</w:t>
      </w:r>
    </w:p>
    <w:p>
      <w:r>
        <w:rPr>
          <w:i/>
        </w:rPr>
        <w:t>“Dikhiye, ye jo ayat hai, ye koi mysterious ayat nahi hai”</w:t>
      </w:r>
    </w:p>
    <w:p>
      <w:r>
        <w:rPr>
          <w:sz w:val="20"/>
        </w:rPr>
        <w:t>1:59  dekhiye, yeh jo ayat hai, yeh koi mysterious ayat nahi hai. hamari rozmarra zindagi ka aik hissa hai.</w:t>
      </w:r>
      <w:r>
        <w:br/>
      </w:r>
      <w:r>
        <w:rPr>
          <w:sz w:val="20"/>
        </w:rPr>
        <w:t>2:16  woh yeh ke woh us ko mein agar lafz buzurg kahunga toh yeh hoga ke logon ko Allah ne aqal diya, sochne ki taqat di,</w:t>
      </w:r>
      <w:r>
        <w:br/>
      </w:r>
      <w:r>
        <w:rPr>
          <w:sz w:val="20"/>
        </w:rPr>
        <w:t>2:32  baaton ko gehrai mein samajhne ki</w:t>
      </w:r>
      <w:r>
        <w:br/>
      </w:r>
      <w:r>
        <w:rPr>
          <w:sz w:val="20"/>
        </w:rPr>
        <w:t>2:37  salahiyat di. lekin woh cheezon ko bas face value lete hain.</w:t>
      </w:r>
      <w:r>
        <w:br/>
      </w:r>
      <w:r>
        <w:rPr>
          <w:sz w:val="20"/>
        </w:rPr>
        <w:t>2:45  un alfaz ko badliye, tab matlab samajh mein ayega. koi andha nahi hota. is ka matlab nahi ke log andhe hote hain.</w:t>
      </w:r>
      <w:r>
        <w:br/>
      </w:r>
      <w:r>
        <w:rPr>
          <w:sz w:val="20"/>
        </w:rPr>
        <w:t>2:58  is ka matlab yeh bhi nahi ke jo log jahannami hote hain. yeh sab alfaz jo hain,</w:t>
      </w:r>
      <w:r>
        <w:br/>
      </w:r>
      <w:r>
        <w:rPr>
          <w:sz w:val="20"/>
        </w:rPr>
        <w:t>3:07  apne in ko face value badliye, gehrai mein sochiye. toh mein aap ko aik misaal deta hoon, is se yeh baat wazeh ho jayegi ke face value bhi lena kya hai aur deep sense bhi lena kya hai.</w:t>
      </w:r>
      <w:r>
        <w:br/>
      </w:r>
      <w:r>
        <w:rPr>
          <w:sz w:val="20"/>
        </w:rPr>
        <w:t>3:31  is ayat mein jo do taqabli andaaz bataya gaya hai, woh yahi hai ke aik woh log hain jo face value par le lete hain aur aaj sahi nahi bana paate.</w:t>
      </w:r>
      <w:r>
        <w:br/>
      </w:r>
      <w:r>
        <w:rPr>
          <w:sz w:val="20"/>
        </w:rPr>
        <w:t>3:47  aik woh hain jo deep sense mein lete hain, gehrai mein sochte hain, door tak un ko samajhne ki koshish karte hain.</w:t>
      </w:r>
      <w:r>
        <w:br/>
      </w:r>
      <w:r>
        <w:rPr>
          <w:sz w:val="20"/>
        </w:rPr>
        <w:t>3:59  yeh dekhiye,</w:t>
      </w:r>
      <w:r>
        <w:br/>
      </w:r>
      <w:r>
        <w:rPr>
          <w:sz w:val="20"/>
        </w:rPr>
        <w:t>4:02  kal</w:t>
      </w:r>
      <w:r>
        <w:br/>
      </w:r>
      <w:r>
        <w:rPr>
          <w:sz w:val="20"/>
        </w:rPr>
        <w:t>4:06  kal subah mein c 29 mein neeche baitha hua tha ke neeche dhoop aati hai. to dhoop mein baitha hua tha mein.</w:t>
      </w:r>
      <w:r>
        <w:br/>
      </w:r>
      <w:r>
        <w:rPr>
          <w:sz w:val="20"/>
        </w:rPr>
        <w:t>4:22  to ek sahab milne ke liye aaye to woh kya kehte hain</w:t>
      </w:r>
      <w:r>
        <w:br/>
      </w:r>
      <w:r>
        <w:rPr>
          <w:sz w:val="20"/>
        </w:rPr>
        <w:t>4:32  ke ab to aap safar nahi karte ho ge.</w:t>
      </w:r>
      <w:r>
        <w:br/>
      </w:r>
      <w:r>
        <w:rPr>
          <w:sz w:val="20"/>
        </w:rPr>
        <w:t>4:38  ab to aap safar nahi karte ho ge. dekhiye, yeh hai cheezon ko face value par lena ke mein boorha ho gaya hoon, daadhi safed ho gayi hai.</w:t>
      </w:r>
      <w:r>
        <w:br/>
      </w:r>
      <w:r>
        <w:rPr>
          <w:sz w:val="20"/>
        </w:rPr>
        <w:t>4:53  to unhon ne samajh liya ke bas mein safar nahi karta hoon ga. to face value par lena lene wale log bekhabri mein jeete hain, unaware, unaware ho jate hain.</w:t>
      </w:r>
      <w:r>
        <w:br/>
      </w:r>
      <w:r>
        <w:rPr>
          <w:sz w:val="20"/>
        </w:rPr>
        <w:t>5:14  agar woh apni aankh se, apni aql se soch to sochte</w:t>
      </w:r>
      <w:r>
        <w:br/>
      </w:r>
      <w:r>
        <w:rPr>
          <w:sz w:val="20"/>
        </w:rPr>
        <w:t>5:22  to un ko pata hota ke yeh to zamana hi khatam ho gaya</w:t>
      </w:r>
      <w:r>
        <w:br/>
      </w:r>
      <w:r>
        <w:rPr>
          <w:sz w:val="20"/>
        </w:rPr>
        <w:t>5:28  ke boorha aadmi kuch chal na chal chal chal na sake, boorha aadmi safar na kar sake. woh to zamana khatam ho gaya.</w:t>
      </w:r>
      <w:r>
        <w:br/>
      </w:r>
      <w:r>
        <w:rPr>
          <w:sz w:val="20"/>
        </w:rPr>
        <w:t>5:39  kyunke aaj ka jo boorha insaan hai, woh kya karta hai? woh apne ghar par bithaye ga, wheelchair par, wheelchair par baithe ga.</w:t>
      </w:r>
      <w:r>
        <w:br/>
      </w:r>
      <w:r>
        <w:rPr>
          <w:sz w:val="20"/>
        </w:rPr>
        <w:t>5:54  phir woh lift par baithe ga, lift par baith kar neeche utre ga. agar woh upar ke matlab rehta hai, woh</w:t>
      </w:r>
      <w:r>
        <w:br/>
      </w:r>
      <w:r>
        <w:rPr>
          <w:sz w:val="20"/>
        </w:rPr>
        <w:t>6:04  phir neeche utar kar ke woh car mein baithe ga, phir jaye ga airport, phir hawa jahaz mein baithe ga, aur hawa jahaz us ko urr kar ke har jagah pohncha de ga, jahan chahe ga jaye ga.</w:t>
      </w:r>
      <w:r>
        <w:br/>
      </w:r>
      <w:r>
        <w:rPr>
          <w:sz w:val="20"/>
        </w:rPr>
        <w:t>6:18  yeh to zamane ka zamana doosra ho chuka hai.</w:t>
      </w:r>
      <w:r>
        <w:br/>
      </w:r>
      <w:r>
        <w:rPr>
          <w:sz w:val="20"/>
        </w:rPr>
        <w:t>6:24  to sari duniya ka jo masla hai, woh masla jo hai, woh kya hai?</w:t>
      </w:r>
      <w:r>
        <w:br/>
      </w:r>
      <w:r>
        <w:rPr>
          <w:sz w:val="20"/>
        </w:rPr>
        <w:t>6:31  log zamane ke badlao ko nahi jaan paate, kisi aur soch mein jeete hain, past ki soch mein, kisi aur soch mein.</w:t>
      </w:r>
      <w:r>
        <w:br/>
      </w:r>
      <w:r>
        <w:rPr>
          <w:sz w:val="20"/>
        </w:rPr>
        <w:t>6:41  zamane se bekhabar hote hain. to sara masla yeh hai ke log zamane se unaware hote hain, to soch nahi paate sahi andaaz mein, sahi raah kaam nahi kar paate.</w:t>
      </w:r>
    </w:p>
    <w:p>
      <w:pPr>
        <w:pStyle w:val="Heading2"/>
      </w:pPr>
      <w:r>
        <w:t>Muslim leaders' anti-West rhetoric found all over the internet</w:t>
      </w:r>
    </w:p>
    <w:p>
      <w:r>
        <w:rPr>
          <w:color w:val="666666"/>
          <w:sz w:val="18"/>
        </w:rPr>
        <w:t>Collective Repentance 24th February 2013 · 5m 22s · at 14:13 · https://youtu.be/TNw6muKhfpU?t=853</w:t>
      </w:r>
    </w:p>
    <w:p>
      <w:r>
        <w:rPr>
          <w:i/>
        </w:rPr>
        <w:t>“Aaj kal communication ki wajah se aap ko kahin jaane ki zarurat nahin”</w:t>
      </w:r>
    </w:p>
    <w:p>
      <w:r>
        <w:rPr>
          <w:sz w:val="20"/>
        </w:rPr>
        <w:t>14:13  to maujooda zamane mein maujooda zamane ke musalman jo hain bahut bade peimane par isi tarah ki soorat e haal mein mubtala hain.</w:t>
      </w:r>
      <w:r>
        <w:br/>
      </w:r>
      <w:r>
        <w:rPr>
          <w:sz w:val="20"/>
        </w:rPr>
        <w:t>14:25  yani saare musalman aik taraf se negative thinking mein mubtala ho gaye hain. kis ke khilaf? west ke khilaf, maghrib ke khilaf</w:t>
      </w:r>
      <w:r>
        <w:br/>
      </w:r>
      <w:r>
        <w:rPr>
          <w:sz w:val="20"/>
        </w:rPr>
        <w:t>14:35  . jisse baat kijiye arab se ajam tak, india se le kar america tak, jisse baat kijiye, jisko kitab padhiye, jisko taqreer suniye, aapko kahin jaane ki zaroorat nahin hai.</w:t>
      </w:r>
      <w:r>
        <w:br/>
      </w:r>
      <w:r>
        <w:rPr>
          <w:sz w:val="20"/>
        </w:rPr>
        <w:t>14:49  aap baith jayen computer ke samne aur internet par logon ki website kholiye. har aadmi ne apni website dollar khata hai. jitni jama'atein hain, jitne idare hain, sab ki website maujood hai.</w:t>
      </w:r>
      <w:r>
        <w:br/>
      </w:r>
      <w:r>
        <w:rPr>
          <w:sz w:val="20"/>
        </w:rPr>
        <w:t>15:03  aap usko kholiye.</w:t>
      </w:r>
      <w:r>
        <w:br/>
      </w:r>
      <w:r>
        <w:rPr>
          <w:sz w:val="20"/>
        </w:rPr>
        <w:t>15:06  jaise maine khola. yani kal parson maine aesa kiya ke maine internet par kuch logon ki taqreerein nikali, kuch top ke leaderon, muslim leaderon ki jo abhi zinda hain,</w:t>
      </w:r>
      <w:r>
        <w:br/>
      </w:r>
      <w:r>
        <w:rPr>
          <w:sz w:val="20"/>
        </w:rPr>
        <w:t>15:22  to sab ke sab anti west bol rahe the. sab ke sab. main do misaal deta hoon aapko.</w:t>
      </w:r>
      <w:r>
        <w:br/>
      </w:r>
      <w:r>
        <w:rPr>
          <w:sz w:val="20"/>
        </w:rPr>
        <w:t>15:33  aap tajurba kar sakte hain. yani aap aaj ki duniya mein communication ki wajah se aesa ho gaya hai ke aap ko kahin jaane ki zaroorat nahin hai.</w:t>
      </w:r>
      <w:r>
        <w:br/>
      </w:r>
      <w:r>
        <w:rPr>
          <w:sz w:val="20"/>
        </w:rPr>
        <w:t>15:43  hata ke aap ko library bhi nahin jaana hai. apne kamre mein aap baith jayen, apne computer ke samne, apne laptop ke samne. ab to sab kuch aa gaya hai sab is mein, mobile mein aa gaya hai.</w:t>
      </w:r>
      <w:r>
        <w:br/>
      </w:r>
      <w:r>
        <w:rPr>
          <w:sz w:val="20"/>
        </w:rPr>
        <w:t>15:56  mobile mein check kar lijiye. to bahar haal maine laptop par check kiya.</w:t>
      </w:r>
      <w:r>
        <w:br/>
      </w:r>
      <w:r>
        <w:rPr>
          <w:sz w:val="20"/>
        </w:rPr>
        <w:t>16:03  to main do misaal deta hoon aapko. aik misaal yeh hai ke aik mashhoor muslim aalim, jo ke baqayda aalim hain aur mashhoor hain,</w:t>
      </w:r>
      <w:r>
        <w:br/>
      </w:r>
      <w:r>
        <w:rPr>
          <w:sz w:val="20"/>
        </w:rPr>
        <w:t>16:19  woh gaye bahar ke aik mulk mein. wahan unhone taqreer ki. yeh taqreer urdu mein thi. woh aap sun sakte hain, internet par maujood hai.</w:t>
      </w:r>
      <w:r>
        <w:br/>
      </w:r>
      <w:r>
        <w:rPr>
          <w:sz w:val="20"/>
        </w:rPr>
        <w:t>16:30  mainne suna,</w:t>
      </w:r>
      <w:r>
        <w:br/>
      </w:r>
      <w:r>
        <w:rPr>
          <w:sz w:val="20"/>
        </w:rPr>
        <w:t>16:31  taqreeban poori taqreer suna. mainne</w:t>
      </w:r>
      <w:r>
        <w:br/>
      </w:r>
      <w:r>
        <w:rPr>
          <w:sz w:val="20"/>
        </w:rPr>
        <w:t>16:36  poori taqreer anti west thi, bas maghrib ke khilaf, maghrib ke khilaf. woh lafz maghrib bol rahe the. unhonne kaha ke maujooda zamaney mein tamam muslim mulkon mein islami tehreekein chal rahi hain, islam ka ehya, islam ki iqamat,</w:t>
      </w:r>
      <w:r>
        <w:br/>
      </w:r>
      <w:r>
        <w:rPr>
          <w:sz w:val="20"/>
        </w:rPr>
        <w:t>16:54  iski tehreekein chal rahi hain.</w:t>
      </w:r>
      <w:r>
        <w:br/>
      </w:r>
      <w:r>
        <w:rPr>
          <w:sz w:val="20"/>
        </w:rPr>
        <w:t>17:01  lekin west jo hai, jo dushman hai hamara, jo dushman lafz nahin bole, woh hareef bole, hareef yaani rival hai hamara. west jo hamara hareef hai, woh in tehreekon ko chahta hai ke isko kamyab na hone de</w:t>
      </w:r>
      <w:r>
        <w:br/>
      </w:r>
      <w:r>
        <w:rPr>
          <w:sz w:val="20"/>
        </w:rPr>
        <w:t>17:19  har jagah. yaani saari muslim duniya mein jo islami tehreekein hain, west chahta hai jo hamara rival hai ke yeh tehreekein kamyab na hon.</w:t>
      </w:r>
      <w:r>
        <w:br/>
      </w:r>
      <w:r>
        <w:rPr>
          <w:sz w:val="20"/>
        </w:rPr>
        <w:t>17:29  iske khilaf woh sazishain karta hai, isko isko rukawatein dalta hai. to hamein west ka muqabla karna hai. west ka muqabla karke inki design ko nakam banana hai.</w:t>
      </w:r>
      <w:r>
        <w:br/>
      </w:r>
      <w:r>
        <w:rPr>
          <w:sz w:val="20"/>
        </w:rPr>
        <w:t>17:43  yeh ek taqreer thi. doosri taqreer jo thi woh english mein thi.</w:t>
      </w:r>
      <w:r>
        <w:br/>
      </w:r>
      <w:r>
        <w:rPr>
          <w:sz w:val="20"/>
        </w:rPr>
        <w:t>17:50  woh bhi ek sahib bahar ke mulk mein gaye. wahan par ek woh turkey gaye. wahan par ek seminar tha, international seminar.</w:t>
      </w:r>
      <w:r>
        <w:br/>
      </w:r>
      <w:r>
        <w:rPr>
          <w:sz w:val="20"/>
        </w:rPr>
        <w:t>18:00  wahan par bole woh. to wahan par media bhi</w:t>
      </w:r>
      <w:r>
        <w:br/>
      </w:r>
      <w:r>
        <w:rPr>
          <w:sz w:val="20"/>
        </w:rPr>
        <w:t>18:06  tha. media ne in se sawal kiya. to woh phir jawab dete hue unhonne kaha ke jo inka wording thi wohi yeh thi: "it is very good that turkey has started looking east instead of west.</w:t>
      </w:r>
      <w:r>
        <w:br/>
      </w:r>
      <w:r>
        <w:rPr>
          <w:sz w:val="20"/>
        </w:rPr>
        <w:t>18:28  "yeh bahut achha hai ke turkey ne mashriq ki taraf dekhna shuru kar diya hai bajaye iske ke maghrib ki taraf dekhe.</w:t>
      </w:r>
      <w:r>
        <w:br/>
      </w:r>
      <w:r>
        <w:rPr>
          <w:sz w:val="20"/>
        </w:rPr>
        <w:t>18:40  to yeh ek bar accepted hai ke maghrib ko bura cheese hai. maghrib hamara rival hai, hamara dushman hai, hamara mukhalif hai.</w:t>
      </w:r>
      <w:r>
        <w:br/>
      </w:r>
      <w:r>
        <w:rPr>
          <w:sz w:val="20"/>
        </w:rPr>
        <w:t>18:49  aur eastern muslim mumalik jo hain woh hamare dost hain. yeh poori muslim duniya mein agenda chhaya hua hai.</w:t>
      </w:r>
      <w:r>
        <w:br/>
      </w:r>
      <w:r>
        <w:rPr>
          <w:sz w:val="20"/>
        </w:rPr>
        <w:t>19:01  to yehi hai woh cheez jis ko mein kahunga ke ijtima'i toobah ka waqt aa gaya hai.</w:t>
      </w:r>
      <w:r>
        <w:br/>
      </w:r>
      <w:r>
        <w:rPr>
          <w:sz w:val="20"/>
        </w:rPr>
        <w:t>19:09  aur iska saboot dekhiye isiki ayat se milta hai: "لَلَّكُمْتَفْلُحُونَ".</w:t>
      </w:r>
      <w:r>
        <w:br/>
      </w:r>
      <w:r>
        <w:rPr>
          <w:sz w:val="20"/>
        </w:rPr>
        <w:t>19:16  jab aap ki tehreekein, aap ki woh movement, aap ki sargharmiyan, aap ki activities, aap ke idare apne nishane ko achieve karne mein fail ho jayein to samajh lijiye ke woh "لَلَّكُمْتَفْلُحُونَ " ki nusrat unko nahin mili.</w:t>
      </w:r>
    </w:p>
    <w:p>
      <w:pPr>
        <w:pStyle w:val="Heading2"/>
      </w:pPr>
      <w:r>
        <w:t>Surah Al-Asr mentions gain not loss</w:t>
      </w:r>
    </w:p>
    <w:p>
      <w:r>
        <w:rPr>
          <w:color w:val="666666"/>
          <w:sz w:val="18"/>
        </w:rPr>
        <w:t>Surah Al-'Asr I November 23, 2014 · 42s · at 25:40 · https://youtu.be/K1G2YJVBE5U?t=1540</w:t>
      </w:r>
    </w:p>
    <w:p>
      <w:r>
        <w:rPr>
          <w:i/>
        </w:rPr>
        <w:t>“Is surah mein ghaate ka zikr nahi hai, nafa ka zikr hai”</w:t>
      </w:r>
    </w:p>
    <w:p>
      <w:r>
        <w:rPr>
          <w:sz w:val="20"/>
        </w:rPr>
        <w:t>25:40  to is is surah mein ghaate ka zikr nahi hai, nafe ka zikr hai. is surah mein kisi ghazab ka zikr nahi, rehmat ka zikr hai.</w:t>
      </w:r>
      <w:r>
        <w:br/>
      </w:r>
      <w:r>
        <w:rPr>
          <w:sz w:val="20"/>
        </w:rPr>
        <w:t>25:54  yani ghaate ke istilaah mein, ghaate ke term mein paane ka raaz bataya gaya hai.</w:t>
      </w:r>
      <w:r>
        <w:br/>
      </w:r>
      <w:r>
        <w:rPr>
          <w:sz w:val="20"/>
        </w:rPr>
        <w:t>26:08  aur sachi baat hai ke yeh jo dunya mein nizaam hai ke yahan sachi khushi kisi ko milti nahin. sab kuch pa kar bhi</w:t>
      </w:r>
    </w:p>
    <w:p>
      <w:pPr>
        <w:pStyle w:val="Heading2"/>
      </w:pPr>
      <w:r>
        <w:t>Deconditioning as starting point</w:t>
      </w:r>
    </w:p>
    <w:p>
      <w:r>
        <w:rPr>
          <w:color w:val="666666"/>
          <w:sz w:val="18"/>
        </w:rPr>
        <w:t>Man with A Mission 5 June 2007 - Maulana Wahiduddin Khan · 2m 45s · at 40:51 · https://youtu.be/SZ2xjZjGOhE?t=2451</w:t>
      </w:r>
    </w:p>
    <w:p>
      <w:r>
        <w:rPr>
          <w:i/>
        </w:rPr>
        <w:t>“سب سے پہلے ضرورت تھی ڈی کنڈیشننگ کی”</w:t>
      </w:r>
    </w:p>
    <w:p>
      <w:r>
        <w:rPr>
          <w:sz w:val="20"/>
        </w:rPr>
        <w:t>40:51  toh maine kaha tha ke sab se pehle zaroorat thi deconditioning ki.</w:t>
      </w:r>
      <w:r>
        <w:br/>
      </w:r>
      <w:r>
        <w:rPr>
          <w:sz w:val="20"/>
        </w:rPr>
        <w:t>40:57  dekhein, hadith mein hai ke "kul mauloodi yulad ala al fitra, fa abawaahu wa yuwawwidaanuhu wa yuwawwidaanuhu wa yuwawwidaanuhu" ke har aadmi paida hota hai</w:t>
      </w:r>
      <w:r>
        <w:br/>
      </w:r>
      <w:r>
        <w:rPr>
          <w:sz w:val="20"/>
        </w:rPr>
        <w:t>41:13  nature par, fitrat par, phir us ke maa baap us ko yahoodi, nasrani aur majoosi bana dete hain.</w:t>
      </w:r>
      <w:r>
        <w:br/>
      </w:r>
      <w:r>
        <w:rPr>
          <w:sz w:val="20"/>
        </w:rPr>
        <w:t>41:25  is hadith mein bataya gaya hai ke har aadmi ki conditioning hoti rehti hai,</w:t>
      </w:r>
      <w:r>
        <w:br/>
      </w:r>
      <w:r>
        <w:rPr>
          <w:sz w:val="20"/>
        </w:rPr>
        <w:t>41:32  har aadmi ki conditioning hoti rehti hai. toh yeh Rasool Allah ne bohat pehle yeh baat batai thi lekin America ka professor Watson ne bohat lambe tajrube ke baad bataya ke har aadmi misconditioned hota hai.</w:t>
      </w:r>
      <w:r>
        <w:br/>
      </w:r>
      <w:r>
        <w:rPr>
          <w:sz w:val="20"/>
        </w:rPr>
        <w:t>41:48  toh Watson toh adhi baat kar saka</w:t>
      </w:r>
      <w:r>
        <w:br/>
      </w:r>
      <w:r>
        <w:rPr>
          <w:sz w:val="20"/>
        </w:rPr>
        <w:t>41:51  ke har aadmi misconditioned hota hai lekin deconditioning woh nahi daryaft kar saka ke apni conditioning ki aadmi deconditioning kar sakta hai, yeh Watson nahi bata saka.</w:t>
      </w:r>
      <w:r>
        <w:br/>
      </w:r>
      <w:r>
        <w:rPr>
          <w:sz w:val="20"/>
        </w:rPr>
        <w:t>42:05  toh behal</w:t>
      </w:r>
      <w:r>
        <w:br/>
      </w:r>
      <w:r>
        <w:rPr>
          <w:sz w:val="20"/>
        </w:rPr>
        <w:t>42:07  yeh sab se pehla marhala tha mere liye ke main apni conditioning ko todun aur aur objective way mein cheezon ko jaan sakun.</w:t>
      </w:r>
      <w:r>
        <w:br/>
      </w:r>
      <w:r>
        <w:rPr>
          <w:sz w:val="20"/>
        </w:rPr>
        <w:t>42:21  toh yeh ek lamba process tha, apni conditioning ko todna itna mushkil kaam hai ke main keh sakta hoon ke shayad poori history mein main akela ek insaan hoon jo poore maanon mein apni deconditioning kar saka.</w:t>
      </w:r>
      <w:r>
        <w:br/>
      </w:r>
      <w:r>
        <w:rPr>
          <w:sz w:val="20"/>
        </w:rPr>
        <w:t>42:35  mujhe kisi ka pata nahi,</w:t>
      </w:r>
      <w:r>
        <w:br/>
      </w:r>
      <w:r>
        <w:rPr>
          <w:sz w:val="20"/>
        </w:rPr>
        <w:t>42:39  yaani agar isi par mujhe bolna ho toh main inshallah naam bana bata sakta hoon kis tarah se log conditioning mein rahe aur conditioning mar gaye, apni conditioning se bahar aa kar soch nahi sake.</w:t>
      </w:r>
      <w:r>
        <w:br/>
      </w:r>
      <w:r>
        <w:rPr>
          <w:sz w:val="20"/>
        </w:rPr>
        <w:t>42:50  woh khud Watson bhi itna bara professor tha, apni conditioning se bahar aa kar woh soch nahi saka, woh mar gaya.</w:t>
      </w:r>
      <w:r>
        <w:br/>
      </w:r>
      <w:r>
        <w:rPr>
          <w:sz w:val="20"/>
        </w:rPr>
        <w:t>43:00  toh mujhe apni conditioning ko deconditioning karna tha, us ko todna tha. yeh bilkul jaise piyaz hoti hai, piyaz ke upar layer hote hain, layer hote hain, layer hote hain, ek ek layer hatana padta hai,</w:t>
      </w:r>
      <w:r>
        <w:br/>
      </w:r>
      <w:r>
        <w:rPr>
          <w:sz w:val="20"/>
        </w:rPr>
        <w:t>43:15  tab ja kar us ka magz milta hai.</w:t>
      </w:r>
      <w:r>
        <w:br/>
      </w:r>
      <w:r>
        <w:rPr>
          <w:sz w:val="20"/>
        </w:rPr>
        <w:t>43:18  yeh maamla hai deconditioning ka. yeh ek anokha mere saath Allah taala ne maamla kiya ke maine is is haqeeqat ko jaana ke deconditioning ke baghair aadmi ka safar hi shuru nahi hota.</w:t>
      </w:r>
      <w:r>
        <w:br/>
      </w:r>
      <w:r>
        <w:rPr>
          <w:sz w:val="20"/>
        </w:rPr>
        <w:t>43:33  yeh "here is the starting point"</w:t>
      </w:r>
    </w:p>
    <w:p>
      <w:pPr>
        <w:pStyle w:val="Heading2"/>
      </w:pPr>
      <w:r>
        <w:t>Man's purpose and the law of conversion in nature</w:t>
      </w:r>
    </w:p>
    <w:p>
      <w:r>
        <w:rPr>
          <w:color w:val="666666"/>
          <w:sz w:val="18"/>
        </w:rPr>
        <w:t>Man and Paradise May 5, 2013 Maulana Wahiduddin Khan · 5m 23s · at 0:38 · https://youtu.be/AAn7EW096nI?t=38</w:t>
      </w:r>
    </w:p>
    <w:p>
      <w:r>
        <w:rPr>
          <w:i/>
        </w:rPr>
        <w:t>“Aaj ka topic hai: Man and the Paradise”</w:t>
      </w:r>
    </w:p>
    <w:p>
      <w:r>
        <w:rPr>
          <w:sz w:val="20"/>
        </w:rPr>
        <w:t>0:38  aaj ka topic hai:</w:t>
      </w:r>
      <w:r>
        <w:br/>
      </w:r>
      <w:r>
        <w:rPr>
          <w:sz w:val="20"/>
        </w:rPr>
        <w:t>0:45  "man and the paradise"—insaan aur jannat.</w:t>
      </w:r>
      <w:r>
        <w:br/>
      </w:r>
      <w:r>
        <w:rPr>
          <w:sz w:val="20"/>
        </w:rPr>
        <w:t>0:56  dekhiye,</w:t>
      </w:r>
      <w:r>
        <w:br/>
      </w:r>
      <w:r>
        <w:rPr>
          <w:sz w:val="20"/>
        </w:rPr>
        <w:t>1:00  poori tareekh mein main samajhta hoon ke knowingly ya unknowingly, consciously ya unconsciously, sab ka</w:t>
      </w:r>
      <w:r>
        <w:br/>
      </w:r>
      <w:r>
        <w:rPr>
          <w:sz w:val="20"/>
        </w:rPr>
        <w:t>1:14  sawal yahi raha hai ke "what is the purpose of my life?" "what is the goal of my life?" mera goal kya hai?</w:t>
      </w:r>
      <w:r>
        <w:br/>
      </w:r>
      <w:r>
        <w:rPr>
          <w:sz w:val="20"/>
        </w:rPr>
        <w:t>1:27  mera maqsad kya hai? kya cheez mujhe paana hai? lekin main samajhta hoon ke poori tareekh mein</w:t>
      </w:r>
      <w:r>
        <w:br/>
      </w:r>
      <w:r>
        <w:rPr>
          <w:sz w:val="20"/>
        </w:rPr>
        <w:t>1:38  is mamle mein bohat hi kam log the jo pahunche apne sahi jawab tak.</w:t>
      </w:r>
      <w:r>
        <w:br/>
      </w:r>
      <w:r>
        <w:rPr>
          <w:sz w:val="20"/>
        </w:rPr>
        <w:t>1:54  abhi main ek report padh raha tha, America ka ek wealthy aadmi, uska interview tha.</w:t>
      </w:r>
      <w:r>
        <w:br/>
      </w:r>
      <w:r>
        <w:rPr>
          <w:sz w:val="20"/>
        </w:rPr>
        <w:t>2:07  us ne kaha ke main ne apna nishana banaya tha ke main dolat kamau, aur aap jante hain ke USA mein bohat ziyada opportunities hoti hain,</w:t>
      </w:r>
      <w:r>
        <w:br/>
      </w:r>
      <w:r>
        <w:rPr>
          <w:sz w:val="20"/>
        </w:rPr>
        <w:t>2:22  to us ne kafi dolat kamai.</w:t>
      </w:r>
      <w:r>
        <w:br/>
      </w:r>
      <w:r>
        <w:rPr>
          <w:sz w:val="20"/>
        </w:rPr>
        <w:t>2:27  lekin woh kehta hai ke jab mera nishana poora ho gaya to main ne dekha ke mujhe peace of mind nahi, mere paas fulfillment nahi, mujhe mila.</w:t>
      </w:r>
      <w:r>
        <w:br/>
      </w:r>
      <w:r>
        <w:rPr>
          <w:sz w:val="20"/>
        </w:rPr>
        <w:t>2:44  to yeh batate hue us ne ek jumla kaha ke "success can give you achievement, but success can not give you fulfillment".</w:t>
      </w:r>
      <w:r>
        <w:br/>
      </w:r>
      <w:r>
        <w:rPr>
          <w:sz w:val="20"/>
        </w:rPr>
        <w:t>3:03  yani kamyabi is mani mein to aap ko ho sakti hai ke aap dolat kama lein, palt kar power mil jaye, magar fulfillment jo hai woh phir bhi nahi milta aap ko.</w:t>
      </w:r>
      <w:r>
        <w:br/>
      </w:r>
      <w:r>
        <w:rPr>
          <w:sz w:val="20"/>
        </w:rPr>
        <w:t>3:16  yeh kya cheez hai?</w:t>
      </w:r>
      <w:r>
        <w:br/>
      </w:r>
      <w:r>
        <w:rPr>
          <w:sz w:val="20"/>
        </w:rPr>
        <w:t>3:21  yani super achievers bhi fulfillment ke ehsas mein nahi jeete. Yeh poori tareekh ka ajeeb zahira hai.</w:t>
      </w:r>
      <w:r>
        <w:br/>
      </w:r>
      <w:r>
        <w:rPr>
          <w:sz w:val="20"/>
        </w:rPr>
        <w:t>3:36  to aisa hai kyun? Aisa hai kyun?</w:t>
      </w:r>
      <w:r>
        <w:br/>
      </w:r>
      <w:r>
        <w:rPr>
          <w:sz w:val="20"/>
        </w:rPr>
        <w:t>3:47  to yeh sochte hue mujhe ek hadith yaad aayi.</w:t>
      </w:r>
      <w:r>
        <w:br/>
      </w:r>
      <w:r>
        <w:rPr>
          <w:sz w:val="20"/>
        </w:rPr>
        <w:t>3:53  ek hadith ke alfaaz hain, woh Albaiqi mein hai, woh hadith. Is hadith ke alfaaz yeh hain:</w:t>
      </w:r>
      <w:r>
        <w:br/>
      </w:r>
      <w:r>
        <w:rPr>
          <w:sz w:val="20"/>
        </w:rPr>
        <w:t>4:03  "Al dunya khuliqat lakum wa antum khuliqatun lil akhirah".</w:t>
      </w:r>
      <w:r>
        <w:br/>
      </w:r>
      <w:r>
        <w:rPr>
          <w:sz w:val="20"/>
        </w:rPr>
        <w:t>4:13  yani paida karne wale ne duniya ko tumhare liye paida kiya hai aur tum ko akhirat ke liye paida kiya hai. Dekhiye, yeh alfaaz bohat sada se is hadith mein hain, lekin is ko samajhna tab mumkin hai jab aap alfaaz badal sakein.</w:t>
      </w:r>
      <w:r>
        <w:br/>
      </w:r>
      <w:r>
        <w:rPr>
          <w:sz w:val="20"/>
        </w:rPr>
        <w:t>4:37  jab tak aap alfaaz badal na sakein, aap is ki haqeeqat ko samajh nahi sakte.</w:t>
      </w:r>
      <w:r>
        <w:br/>
      </w:r>
      <w:r>
        <w:rPr>
          <w:sz w:val="20"/>
        </w:rPr>
        <w:t>4:47  main yahan aap ko ek law of nature yaad dilaoonga. Is duniya mein Allah taala ne principle of conversion rakha hai.</w:t>
      </w:r>
      <w:r>
        <w:br/>
      </w:r>
      <w:r>
        <w:rPr>
          <w:sz w:val="20"/>
        </w:rPr>
        <w:t>5:00  har cheez jab woh convert hoti hai, tab woh bari cheez banti hai.</w:t>
      </w:r>
      <w:r>
        <w:br/>
      </w:r>
      <w:r>
        <w:rPr>
          <w:sz w:val="20"/>
        </w:rPr>
        <w:t>5:08  yeh hai principle of conversion.</w:t>
      </w:r>
      <w:r>
        <w:br/>
      </w:r>
      <w:r>
        <w:rPr>
          <w:sz w:val="20"/>
        </w:rPr>
        <w:t>5:13  har cheez ibtida mein crude halat mein hoti hai, crude. Phir jab woh convert hoti hai, tab woh bohat hi precious cheez ban jati hai.</w:t>
      </w:r>
      <w:r>
        <w:br/>
      </w:r>
      <w:r>
        <w:rPr>
          <w:sz w:val="20"/>
        </w:rPr>
        <w:t>5:24  misalan, main ek sada misal deta hoon aap ko.</w:t>
      </w:r>
      <w:r>
        <w:br/>
      </w:r>
      <w:r>
        <w:rPr>
          <w:sz w:val="20"/>
        </w:rPr>
        <w:t>5:31  dekhiye, yeh yeh glass hai, is mein pani hai. Pani kya hai? Do gases ka majmooa, yani oxygen aur hydrogen.</w:t>
      </w:r>
      <w:r>
        <w:br/>
      </w:r>
      <w:r>
        <w:rPr>
          <w:sz w:val="20"/>
        </w:rPr>
        <w:t>5:46  do gases jab convert huin to pani ban gaya. Kaisi ajeeb cheez hai pani!</w:t>
      </w:r>
      <w:r>
        <w:br/>
      </w:r>
      <w:r>
        <w:rPr>
          <w:sz w:val="20"/>
        </w:rPr>
        <w:t>5:54  pani ke baghair hamari zindagi nahi.</w:t>
      </w:r>
    </w:p>
    <w:p>
      <w:pPr>
        <w:pStyle w:val="Heading2"/>
      </w:pPr>
      <w:r>
        <w:t>Mother's resilience after husband death</w:t>
      </w:r>
    </w:p>
    <w:p>
      <w:r>
        <w:rPr>
          <w:color w:val="666666"/>
          <w:sz w:val="18"/>
        </w:rPr>
        <w:t>How to Remove Tension February 11, 2007 Maulana Wahiduddin Khan · 3m 13s · at 20:18 · https://youtu.be/_PB2YOm8cV8?t=1218</w:t>
      </w:r>
    </w:p>
    <w:p>
      <w:r>
        <w:rPr>
          <w:i/>
        </w:rPr>
        <w:t>“Meri walida jo thein log sab log kehte thein”</w:t>
      </w:r>
    </w:p>
    <w:p>
      <w:r>
        <w:rPr>
          <w:sz w:val="20"/>
        </w:rPr>
        <w:t>20:18  meri walida jo thin log sab log kehte the ke bohat khoobsoorat thin woh. aur hamare baap bohat mante the un ko.</w:t>
      </w:r>
      <w:r>
        <w:br/>
      </w:r>
      <w:r>
        <w:rPr>
          <w:sz w:val="20"/>
        </w:rPr>
        <w:t>20:27  abhi woh zyada umar nahi hui thi un ki. ke december unees so chhappan mein mere baap ka inteqal ho gaya.</w:t>
      </w:r>
      <w:r>
        <w:br/>
      </w:r>
      <w:r>
        <w:rPr>
          <w:sz w:val="20"/>
        </w:rPr>
        <w:t>20:40  december unees so chhappan mein.</w:t>
      </w:r>
      <w:r>
        <w:br/>
      </w:r>
      <w:r>
        <w:rPr>
          <w:sz w:val="20"/>
        </w:rPr>
        <w:t>20:45  to abhi un ki umar itni zyada nahi thi. rishte aate the un ke doosri shadi ke liye. lekin un ke paas paanch bachhe the. hum log jo the paanch bachhe.</w:t>
      </w:r>
      <w:r>
        <w:br/>
      </w:r>
      <w:r>
        <w:rPr>
          <w:sz w:val="20"/>
        </w:rPr>
        <w:t>20:54  do behnein, teen bhai. to unhon ne yeh faisla kiya ke mujhe doosri shadi nahi karna hai. kyunke in bachhon ko mujhe paalna hai.</w:t>
      </w:r>
      <w:r>
        <w:br/>
      </w:r>
      <w:r>
        <w:rPr>
          <w:sz w:val="20"/>
        </w:rPr>
        <w:t>21:04  lekin masla kya tha?</w:t>
      </w:r>
      <w:r>
        <w:br/>
      </w:r>
      <w:r>
        <w:rPr>
          <w:sz w:val="20"/>
        </w:rPr>
        <w:t>21:07  ke baap ke marne ke baad</w:t>
      </w:r>
      <w:r>
        <w:br/>
      </w:r>
      <w:r>
        <w:rPr>
          <w:sz w:val="20"/>
        </w:rPr>
        <w:t>21:12  aap logon ko ek baat ka pata nahi hoga ke zarai zamane mein kya hota tha hamare gaon mein. ke sab kuch base karta tha zameen par.</w:t>
      </w:r>
      <w:r>
        <w:br/>
      </w:r>
      <w:r>
        <w:rPr>
          <w:sz w:val="20"/>
        </w:rPr>
        <w:t>21:21  to zameen ko log girift kiya karte thay. ab zameen ki ahmiyat number do par chali gayi hai. ab log karobar mein, sanat mein aur naukri mein yahan wahan milian chezen khuli hui hain aap paisa kama sakte hain ja kar ke</w:t>
      </w:r>
      <w:r>
        <w:br/>
      </w:r>
      <w:r>
        <w:rPr>
          <w:sz w:val="20"/>
        </w:rPr>
        <w:t>21:35  wahan. kyunke pehle to sirf ek hi cheez thi zameen bas. to sara jhagda hota tha zameen ke upar le kar ke. koi aur logon ko dikhai nahi padta tha zariya aamdani.</w:t>
      </w:r>
      <w:r>
        <w:br/>
      </w:r>
      <w:r>
        <w:rPr>
          <w:sz w:val="20"/>
        </w:rPr>
        <w:t>21:45  to kya hua ke hamare baap jab mare to sari hamari zameen aur bagh aur yeh sab logon ne le liya. hamari maan jo hai un ko ek jagah de di jo hospital, istbal thi yani wahan ghoda rehta tha.</w:t>
      </w:r>
      <w:r>
        <w:br/>
      </w:r>
      <w:r>
        <w:rPr>
          <w:sz w:val="20"/>
        </w:rPr>
        <w:t>22:03  h</w:t>
      </w:r>
      <w:r>
        <w:br/>
      </w:r>
      <w:r>
        <w:rPr>
          <w:sz w:val="20"/>
        </w:rPr>
        <w:t>22:04  mare ghorey paley rehte thay to woh ghoda wahan rehta tha. to kafi bara compound tha wohi de diya rani ke liye. to hum log ghar ki bajaye istbal bhi rakh le.</w:t>
      </w:r>
      <w:r>
        <w:br/>
      </w:r>
      <w:r>
        <w:rPr>
          <w:sz w:val="20"/>
        </w:rPr>
        <w:t>22:16  ab dekhen ke meri maan jo hai khudkushi kar sakti thi ya doosri shadi kar leti hai hum log bilkul yani woh ho kar rehte yani bigad kar reh jatay.</w:t>
      </w:r>
      <w:r>
        <w:br/>
      </w:r>
      <w:r>
        <w:rPr>
          <w:sz w:val="20"/>
        </w:rPr>
        <w:t>22:29  bila maan, bila baap ke jo bachay hotay hain woh kharab ho jatay hain aap jantay hain.</w:t>
      </w:r>
      <w:r>
        <w:br/>
      </w:r>
      <w:r>
        <w:rPr>
          <w:sz w:val="20"/>
        </w:rPr>
        <w:t>22:34  lekin unhon ne kya faisla kiya ke mujhe ek nai zindagi banani hai. ek khushhal kisan ke ghar ki larki thi woh.</w:t>
      </w:r>
      <w:r>
        <w:br/>
      </w:r>
      <w:r>
        <w:rPr>
          <w:sz w:val="20"/>
        </w:rPr>
        <w:t>22:45  aur hamare baap bhi achi halat mein thay. hum log zamindar thay. achank zamindar ho gaye hum log. to unhon ne kya kiya? unhon ne yeh faisla kiya ke mere pas sehat hai.</w:t>
      </w:r>
      <w:r>
        <w:br/>
      </w:r>
      <w:r>
        <w:rPr>
          <w:sz w:val="20"/>
        </w:rPr>
        <w:t>22:56  mere pas taqat hai. is ko mujhe istemal karna hai.</w:t>
      </w:r>
      <w:r>
        <w:br/>
      </w:r>
      <w:r>
        <w:rPr>
          <w:sz w:val="20"/>
        </w:rPr>
        <w:t>23:00  to is ghar mein jo bara sa compound tha us mein unhon ne bakri paali. bakri se aamdani hoti thi. uska doodh milta tha.</w:t>
      </w:r>
      <w:r>
        <w:br/>
      </w:r>
      <w:r>
        <w:rPr>
          <w:sz w:val="20"/>
        </w:rPr>
        <w:t>23:09  murghi paali. usey anda milta tha. us ko bechti thi woh. us ke andar woh sabzi boti thi. us se sabzi milti thi. to is zamane mein yeh dekh kar ke maine ek sher banaya tha ke bakri, murghi, sabzi, phal yeh hai momin ki maash ka hal.</w:t>
      </w:r>
    </w:p>
    <w:p>
      <w:pPr>
        <w:pStyle w:val="Heading2"/>
      </w:pPr>
      <w:r>
        <w:t>Adding a small shark kept fish fresh and lively</w:t>
      </w:r>
    </w:p>
    <w:p>
      <w:r>
        <w:rPr>
          <w:color w:val="666666"/>
          <w:sz w:val="18"/>
        </w:rPr>
        <w:t>Take it as A Challenge April 29, 2007 · 2m 22s · at 7:36 · https://youtu.be/pONW5UkRZ_M?t=456</w:t>
      </w:r>
    </w:p>
    <w:p>
      <w:r>
        <w:rPr>
          <w:i/>
        </w:rPr>
        <w:t>“Ek aadmi tha, iska naam L. Ron Hubbard”</w:t>
      </w:r>
    </w:p>
    <w:p>
      <w:r>
        <w:rPr>
          <w:sz w:val="20"/>
        </w:rPr>
        <w:t>7:36  is ka naam bhi is mein likha hai, el ron hubbard, h u double b a r d, el ron, a r o n,</w:t>
      </w:r>
      <w:r>
        <w:br/>
      </w:r>
      <w:r>
        <w:rPr>
          <w:sz w:val="20"/>
        </w:rPr>
        <w:t>7:49  el ron hubbard. 1950 mein, 1950 mein is ne is par research ki.</w:t>
      </w:r>
      <w:r>
        <w:br/>
      </w:r>
      <w:r>
        <w:rPr>
          <w:sz w:val="20"/>
        </w:rPr>
        <w:t>8:00  is ne yeh nikala ke machhliyan jo dal rehti hain, to un ka test jo hai kharab ho jata hai, aur woh chheenp doudti hain, kyunke har chhori machhli ko bari machhli doudati hai.</w:t>
      </w:r>
      <w:r>
        <w:br/>
      </w:r>
      <w:r>
        <w:rPr>
          <w:sz w:val="20"/>
        </w:rPr>
        <w:t>8:17  to har waqt machhliyan har waqt doudti rehti hain pani mein.</w:t>
      </w:r>
      <w:r>
        <w:br/>
      </w:r>
      <w:r>
        <w:rPr>
          <w:sz w:val="20"/>
        </w:rPr>
        <w:t>8:22  to is ne yeh idea nikala ke bara tank banaya jaye, is mein pani ho, aur wahan par deep water mein aap ja kar ke wahan par fishing karen, aur machhliyan pakar ke is is pani mein dal dein.</w:t>
      </w:r>
      <w:r>
        <w:br/>
      </w:r>
      <w:r>
        <w:rPr>
          <w:sz w:val="20"/>
        </w:rPr>
        <w:t>8:42  pani, aur sath sath unhon ne is ke andar ek choti shark dal di.</w:t>
      </w:r>
      <w:r>
        <w:br/>
      </w:r>
      <w:r>
        <w:rPr>
          <w:sz w:val="20"/>
        </w:rPr>
        <w:t>8:47  shark jo hai woh hunting fish hai, machhliyon ko khati hai. to woh to shark bohat bari bari hoti hain, choti shark unhon ne dal di.</w:t>
      </w:r>
      <w:r>
        <w:br/>
      </w:r>
      <w:r>
        <w:rPr>
          <w:sz w:val="20"/>
        </w:rPr>
        <w:t>8:59  ab kya hua ke jo chand din tak lagte thay wahan se, yani deep water se coast tak anay mein, to is mein machhliyon ke peechhe shark rehti thi.</w:t>
      </w:r>
      <w:r>
        <w:br/>
      </w:r>
      <w:r>
        <w:rPr>
          <w:sz w:val="20"/>
        </w:rPr>
        <w:t>9:14  machhliyan khoob doudti theen isi mein,</w:t>
      </w:r>
      <w:r>
        <w:br/>
      </w:r>
      <w:r>
        <w:rPr>
          <w:sz w:val="20"/>
        </w:rPr>
        <w:t>9:17  is water tank mein machhliyan dal nahin rehti theen, doudti rehti theen har waqt, kyunke har waqt doudati thi woh. to agarchay kuch thori si machhliyan woh kha bhi jati theen woh, lekin majority to bach jati thi.</w:t>
      </w:r>
      <w:r>
        <w:br/>
      </w:r>
      <w:r>
        <w:rPr>
          <w:sz w:val="20"/>
        </w:rPr>
        <w:t>9:29  phir bhi ek shark kitni machhli khaye gi, kyunke doudati khoob thi woh.</w:t>
      </w:r>
      <w:r>
        <w:br/>
      </w:r>
      <w:r>
        <w:rPr>
          <w:sz w:val="20"/>
        </w:rPr>
        <w:t>9:36  to jab yeh yeh lai gayi, yeh machhli lai gayi market mein, to japanese ne khoob pasand kiya is ko, khoob pasand kiya.</w:t>
      </w:r>
      <w:r>
        <w:br/>
      </w:r>
      <w:r>
        <w:rPr>
          <w:sz w:val="20"/>
        </w:rPr>
        <w:t>9:47  to aaj kal japan mein aisa kiya ja raha hai, is mein dekhiye kitna bara is mein lesson hai</w:t>
      </w:r>
    </w:p>
    <w:p>
      <w:pPr>
        <w:pStyle w:val="Heading2"/>
      </w:pPr>
      <w:r>
        <w:t>Helping is enmity, not kindness</w:t>
      </w:r>
    </w:p>
    <w:p>
      <w:r>
        <w:rPr>
          <w:color w:val="666666"/>
          <w:sz w:val="18"/>
        </w:rPr>
        <w:t>The Concept of Help Feb 9, 2020—Maulana Wahiduddin Khan · 43s · at 3:51 · https://youtu.be/WScXmduh1AQ?t=231</w:t>
      </w:r>
    </w:p>
    <w:p>
      <w:r>
        <w:rPr>
          <w:i/>
        </w:rPr>
        <w:t>“دوسروں کی مدد کرنا، دوسروں کے ساتھ دشمنی کرنا ہے”</w:t>
      </w:r>
    </w:p>
    <w:p>
      <w:r>
        <w:rPr>
          <w:sz w:val="20"/>
        </w:rPr>
        <w:t>3:51  lekin yeh mere nazdeek, main bohat lambe tajrube ke baad yeh arz kar raha hoon ke doosron ki madad karna, doosron ke sath dushmani karna hai, is ki wajah yeh hai ke aadmi ke andar Allah Rab ul Alameen ne potential rakhe hain, potential bohat hi zyada,</w:t>
      </w:r>
      <w:r>
        <w:br/>
      </w:r>
      <w:r>
        <w:rPr>
          <w:sz w:val="20"/>
        </w:rPr>
        <w:t>4:15  unlimited, unlimited potential.</w:t>
      </w:r>
      <w:r>
        <w:br/>
      </w:r>
      <w:r>
        <w:rPr>
          <w:sz w:val="20"/>
        </w:rPr>
        <w:t>4:22  to agar aap kisi ki khoob baat karen, koi bachcha aap ka hai, khoob us ko sab cheez den, to kya hoga jante hain?</w:t>
      </w:r>
    </w:p>
    <w:p>
      <w:pPr>
        <w:pStyle w:val="Heading2"/>
      </w:pPr>
      <w:r>
        <w:t>Give your best to God not to others</w:t>
      </w:r>
    </w:p>
    <w:p>
      <w:r>
        <w:rPr>
          <w:color w:val="666666"/>
          <w:sz w:val="18"/>
        </w:rPr>
        <w:t>Islam and Peace (In Conversation with Maulana) April 5, 2009 · 2m 43s · at 4:45 · https://youtu.be/-1Bnl6dYkrg?t=285</w:t>
      </w:r>
    </w:p>
    <w:p>
      <w:r>
        <w:rPr>
          <w:i/>
        </w:rPr>
        <w:t>“I think that everyone is giving his best to someone”</w:t>
      </w:r>
    </w:p>
    <w:p>
      <w:r>
        <w:rPr>
          <w:sz w:val="20"/>
        </w:rPr>
        <w:t>4:45  i think that everyone is giving his best to to to someone. for example, his to his children, to his family.</w:t>
      </w:r>
      <w:r>
        <w:br/>
      </w:r>
      <w:r>
        <w:rPr>
          <w:sz w:val="20"/>
        </w:rPr>
        <w:t>4:56  so in islam, it is it is it is shirk.</w:t>
      </w:r>
      <w:r>
        <w:br/>
      </w:r>
      <w:r>
        <w:rPr>
          <w:sz w:val="20"/>
        </w:rPr>
        <w:t>5:04  shirk khafiya, shirk jali, direct ya indirect.</w:t>
      </w:r>
      <w:r>
        <w:br/>
      </w:r>
      <w:r>
        <w:rPr>
          <w:sz w:val="20"/>
        </w:rPr>
        <w:t>5:10  so already you know, already everyone knows what is my best on how i can give my best</w:t>
      </w:r>
      <w:r>
        <w:br/>
      </w:r>
      <w:r>
        <w:rPr>
          <w:sz w:val="20"/>
        </w:rPr>
        <w:t>5:19  to someone. everyone is giving his best to someone, especially for his family, his children,</w:t>
      </w:r>
      <w:r>
        <w:br/>
      </w:r>
      <w:r>
        <w:rPr>
          <w:sz w:val="20"/>
        </w:rPr>
        <w:t>5:27  his relatives. so you have to you have to you have to divert distance from from your family to to god.</w:t>
      </w:r>
      <w:r>
        <w:br/>
      </w:r>
      <w:r>
        <w:rPr>
          <w:sz w:val="20"/>
        </w:rPr>
        <w:t>5:44  it are very very it are it is not very ambiguous. it is very clear.</w:t>
      </w:r>
      <w:r>
        <w:br/>
      </w:r>
      <w:r>
        <w:rPr>
          <w:sz w:val="20"/>
        </w:rPr>
        <w:t>5:58  giving the best means making your supreme concern.</w:t>
      </w:r>
      <w:r>
        <w:br/>
      </w:r>
      <w:r>
        <w:rPr>
          <w:sz w:val="20"/>
        </w:rPr>
        <w:t>6:05  so a momin is one who makes god his his soul concern.</w:t>
      </w:r>
      <w:r>
        <w:br/>
      </w:r>
      <w:r>
        <w:rPr>
          <w:sz w:val="20"/>
        </w:rPr>
        <w:t>6:12  he is a believer.</w:t>
      </w:r>
      <w:r>
        <w:br/>
      </w:r>
      <w:r>
        <w:rPr>
          <w:sz w:val="20"/>
        </w:rPr>
        <w:t>6:13  he is a momin.</w:t>
      </w:r>
      <w:r>
        <w:br/>
      </w:r>
      <w:r>
        <w:rPr>
          <w:sz w:val="20"/>
        </w:rPr>
        <w:t>6:16  simply doing some rituals, some</w:t>
      </w:r>
      <w:r>
        <w:br/>
      </w:r>
      <w:r>
        <w:rPr>
          <w:sz w:val="20"/>
        </w:rPr>
        <w:t>6:21  some some form,</w:t>
      </w:r>
      <w:r>
        <w:br/>
      </w:r>
      <w:r>
        <w:rPr>
          <w:sz w:val="20"/>
        </w:rPr>
        <w:t>6:24  there is nothing.</w:t>
      </w:r>
      <w:r>
        <w:br/>
      </w:r>
      <w:r>
        <w:rPr>
          <w:sz w:val="20"/>
        </w:rPr>
        <w:t>6:27  you have to change your mind.</w:t>
      </w:r>
      <w:r>
        <w:br/>
      </w:r>
      <w:r>
        <w:rPr>
          <w:sz w:val="20"/>
        </w:rPr>
        <w:t>6:30  you have to change your heart.</w:t>
      </w:r>
      <w:r>
        <w:br/>
      </w:r>
      <w:r>
        <w:rPr>
          <w:sz w:val="20"/>
        </w:rPr>
        <w:t>6:33  here from here begins the faith.</w:t>
      </w:r>
      <w:r>
        <w:br/>
      </w:r>
      <w:r>
        <w:rPr>
          <w:sz w:val="20"/>
        </w:rPr>
        <w:t>6:36  from here begins the religion.</w:t>
      </w:r>
      <w:r>
        <w:br/>
      </w:r>
      <w:r>
        <w:rPr>
          <w:sz w:val="20"/>
        </w:rPr>
        <w:t>6:38  from here begins the divine pattern of life.</w:t>
      </w:r>
      <w:r>
        <w:br/>
      </w:r>
      <w:r>
        <w:rPr>
          <w:sz w:val="20"/>
        </w:rPr>
        <w:t>6:46  so everyone</w:t>
      </w:r>
      <w:r>
        <w:br/>
      </w:r>
      <w:r>
        <w:rPr>
          <w:sz w:val="20"/>
        </w:rPr>
        <w:t>6:50  everyone</w:t>
      </w:r>
      <w:r>
        <w:br/>
      </w:r>
      <w:r>
        <w:rPr>
          <w:sz w:val="20"/>
        </w:rPr>
        <w:t>6:55  knows what is his best. the only thing that he is giving his best to someone else and not god, who is creator. god is creator. god has created you, your children, your family. everything is created was created by god.</w:t>
      </w:r>
      <w:r>
        <w:br/>
      </w:r>
      <w:r>
        <w:rPr>
          <w:sz w:val="20"/>
        </w:rPr>
        <w:t>7:18  so you have to give your best to god and not to someone else. this is dishonesty.</w:t>
      </w:r>
    </w:p>
    <w:p>
      <w:pPr>
        <w:pStyle w:val="Heading2"/>
      </w:pPr>
      <w:r>
        <w:t>Robber story and lesson on greed and trust</w:t>
      </w:r>
    </w:p>
    <w:p>
      <w:r>
        <w:rPr>
          <w:color w:val="666666"/>
          <w:sz w:val="18"/>
        </w:rPr>
        <w:t>The Problem of Misunderstanding January 1, 2008 · 3m 13s · at 36:47 · https://youtu.be/_dPjEE4bIKE?t=2207</w:t>
      </w:r>
    </w:p>
    <w:p>
      <w:r>
        <w:rPr>
          <w:i/>
        </w:rPr>
        <w:t>“Just like I once met a robber”</w:t>
      </w:r>
    </w:p>
    <w:p>
      <w:r>
        <w:rPr>
          <w:sz w:val="20"/>
        </w:rPr>
        <w:t>36:47  jaise mein ek bar ek ek dako se mila</w:t>
      </w:r>
      <w:r>
        <w:br/>
      </w:r>
      <w:r>
        <w:rPr>
          <w:sz w:val="20"/>
        </w:rPr>
        <w:t>36:52  woh bohat hi zabardast qism ka dako tha</w:t>
      </w:r>
      <w:r>
        <w:br/>
      </w:r>
      <w:r>
        <w:rPr>
          <w:sz w:val="20"/>
        </w:rPr>
        <w:t>36:56  to ittefaq se mulaqat ho gayi to mujhe Allah ke fazal se kisi se bhi nafrat hoti nahi</w:t>
      </w:r>
      <w:r>
        <w:br/>
      </w:r>
      <w:r>
        <w:rPr>
          <w:sz w:val="20"/>
        </w:rPr>
        <w:t>37:02  to normal tareeqe se mein har waqt se baat karta hoon har ek se to is se mein</w:t>
      </w:r>
      <w:r>
        <w:br/>
      </w:r>
      <w:r>
        <w:rPr>
          <w:sz w:val="20"/>
        </w:rPr>
        <w:t>37:06  ne poocha ke aap apne koi bataiye aap ka jo culture hai is culture ki kuch baatein</w:t>
      </w:r>
      <w:r>
        <w:br/>
      </w:r>
      <w:r>
        <w:rPr>
          <w:sz w:val="20"/>
        </w:rPr>
        <w:t>37:15  to us ne kaha ke hamare haan jhoot ko bardasht nahi bardasht kiya jata koi jhoot bolay to</w:t>
      </w:r>
      <w:r>
        <w:br/>
      </w:r>
      <w:r>
        <w:rPr>
          <w:sz w:val="20"/>
        </w:rPr>
        <w:t>37:21  hum is ko goli maar dete hain kyunke hamara jo business hai hamara jo hamara jo kaam hai</w:t>
      </w:r>
      <w:r>
        <w:br/>
      </w:r>
      <w:r>
        <w:rPr>
          <w:sz w:val="20"/>
        </w:rPr>
        <w:t>37:28  is kaam mein jhoot nahi chal sakta jhoot chalenge to yeh kaam khatam jhoot bolenge to</w:t>
      </w:r>
      <w:r>
        <w:br/>
      </w:r>
      <w:r>
        <w:rPr>
          <w:sz w:val="20"/>
        </w:rPr>
        <w:t>37:33  yeh kaam khatam</w:t>
      </w:r>
      <w:r>
        <w:br/>
      </w:r>
      <w:r>
        <w:rPr>
          <w:sz w:val="20"/>
        </w:rPr>
        <w:t>37:35  kyunke bohat se log mil kar ke daka</w:t>
      </w:r>
      <w:r>
        <w:br/>
      </w:r>
      <w:r>
        <w:rPr>
          <w:sz w:val="20"/>
        </w:rPr>
        <w:t>37:38  dalte hain sab ek doosre par trust karna parta hai trust ek poori community hoti hai woh trust karti hai ek doosre par tab woh poori unity ke sath woh kaam kar paate hain to mein ne us ko ek sabak le liya is se ke dekhiye in ke haan bhi ke sachai ke baghair koi kaam nahi ho sakta dunya mein</w:t>
      </w:r>
      <w:r>
        <w:br/>
      </w:r>
      <w:r>
        <w:rPr>
          <w:sz w:val="20"/>
        </w:rPr>
        <w:t>38:02  sachai ke baghair koi kaam nahi ho sakta dunya mein</w:t>
      </w:r>
      <w:r>
        <w:br/>
      </w:r>
      <w:r>
        <w:rPr>
          <w:sz w:val="20"/>
        </w:rPr>
        <w:t>38:07  is tarah is ne ek qissa bataya</w:t>
      </w:r>
      <w:r>
        <w:br/>
      </w:r>
      <w:r>
        <w:rPr>
          <w:sz w:val="20"/>
        </w:rPr>
        <w:t>38:10  ke ek ghar mein dako log ghase</w:t>
      </w:r>
      <w:r>
        <w:br/>
      </w:r>
      <w:r>
        <w:rPr>
          <w:sz w:val="20"/>
        </w:rPr>
        <w:t>38:15  pese wala ghar tha koi aur wahan notes sameti unhon ne note sumat kar ke bori mein bhara</w:t>
      </w:r>
      <w:r>
        <w:br/>
      </w:r>
      <w:r>
        <w:rPr>
          <w:sz w:val="20"/>
        </w:rPr>
        <w:t>38:23  aur bori bharkar ke woh nikle lekin is se pehle ghar ke malik ne police ko tele</w:t>
      </w:r>
      <w:r>
        <w:br/>
      </w:r>
      <w:r>
        <w:rPr>
          <w:sz w:val="20"/>
        </w:rPr>
        <w:t>38:29  phone kar diya tha to jab yeh nikle noton ki bori le kar bahar yeh dako log to</w:t>
      </w:r>
      <w:r>
        <w:br/>
      </w:r>
      <w:r>
        <w:rPr>
          <w:sz w:val="20"/>
        </w:rPr>
        <w:t>38:38  police achuki thi</w:t>
      </w:r>
      <w:r>
        <w:br/>
      </w:r>
      <w:r>
        <w:rPr>
          <w:sz w:val="20"/>
        </w:rPr>
        <w:t>38:40  police achuki thi</w:t>
      </w:r>
      <w:r>
        <w:br/>
      </w:r>
      <w:r>
        <w:rPr>
          <w:sz w:val="20"/>
        </w:rPr>
        <w:t>38:43  ab jante hain kya kya is ne police wale ne woh yeh dako logon ne kiya kiya</w:t>
      </w:r>
      <w:r>
        <w:br/>
      </w:r>
      <w:r>
        <w:rPr>
          <w:sz w:val="20"/>
        </w:rPr>
        <w:t>38:49  sare noten bikher dein police walon ke aage</w:t>
      </w:r>
      <w:r>
        <w:br/>
      </w:r>
      <w:r>
        <w:rPr>
          <w:sz w:val="20"/>
        </w:rPr>
        <w:t>38:53  yani</w:t>
      </w:r>
      <w:r>
        <w:br/>
      </w:r>
      <w:r>
        <w:rPr>
          <w:sz w:val="20"/>
        </w:rPr>
        <w:t>38:53  bajaye pathar marne ke in ke pas goli bhi thi pathar bhi tha goli nahi mari unho ne</w:t>
      </w:r>
      <w:r>
        <w:br/>
      </w:r>
      <w:r>
        <w:rPr>
          <w:sz w:val="20"/>
        </w:rPr>
        <w:t>39:00  dako logon ke pas ap jante hain ke goli bhi hoti hai</w:t>
      </w:r>
      <w:r>
        <w:br/>
      </w:r>
      <w:r>
        <w:rPr>
          <w:sz w:val="20"/>
        </w:rPr>
        <w:t>39:06  to police walon ko goli goli nahi mari unho ne</w:t>
      </w:r>
      <w:r>
        <w:br/>
      </w:r>
      <w:r>
        <w:rPr>
          <w:sz w:val="20"/>
        </w:rPr>
        <w:t>39:10  sare note jo the woh aise uchal kar un ki taraf phenk diye ab kya hua police wale</w:t>
      </w:r>
      <w:r>
        <w:br/>
      </w:r>
      <w:r>
        <w:rPr>
          <w:sz w:val="20"/>
        </w:rPr>
        <w:t>39:16  isi waqt toot pade</w:t>
      </w:r>
      <w:r>
        <w:br/>
      </w:r>
      <w:r>
        <w:rPr>
          <w:sz w:val="20"/>
        </w:rPr>
        <w:t>39:20  noton par toot pade aur yeh tezi se bhag gaye yeh log</w:t>
      </w:r>
      <w:r>
        <w:br/>
      </w:r>
      <w:r>
        <w:rPr>
          <w:sz w:val="20"/>
        </w:rPr>
        <w:t>39:26  yani agar woh police par goli chalate tab na bhag pate woh</w:t>
      </w:r>
      <w:r>
        <w:br/>
      </w:r>
      <w:r>
        <w:rPr>
          <w:sz w:val="20"/>
        </w:rPr>
        <w:t>39:32  idhar se bhi goli ati hota hai ek ke badle do ati goli un ki taraf se lekin</w:t>
      </w:r>
      <w:r>
        <w:br/>
      </w:r>
      <w:r>
        <w:rPr>
          <w:sz w:val="20"/>
        </w:rPr>
        <w:t>39:37  jab note bikher</w:t>
      </w:r>
      <w:r>
        <w:br/>
      </w:r>
      <w:r>
        <w:rPr>
          <w:sz w:val="20"/>
        </w:rPr>
        <w:t>39:38  diya unhon ne aage to noton ko lene ke liye toot pade sab ke sab police wale aur yeh khamoshi se bhag gaye to jab aap dekhiye is mein bhi ek sabak liya mein ne</w:t>
      </w:r>
    </w:p>
    <w:p>
      <w:pPr>
        <w:pStyle w:val="Heading2"/>
      </w:pPr>
      <w:r>
        <w:t>wisdom is seeing things from the right angle</w:t>
      </w:r>
    </w:p>
    <w:p>
      <w:r>
        <w:rPr>
          <w:color w:val="666666"/>
          <w:sz w:val="18"/>
        </w:rPr>
        <w:t>Wisdom September 20, 2015 · 25s · at 6:19 · https://youtu.be/Xgk_3YvTkSQ?t=379</w:t>
      </w:r>
    </w:p>
    <w:p>
      <w:r>
        <w:rPr>
          <w:i/>
        </w:rPr>
        <w:t>“چیزوں کو رائٹ اینگل میں دیکھنا، یہ وزڈم ہے”</w:t>
      </w:r>
    </w:p>
    <w:p>
      <w:r>
        <w:rPr>
          <w:sz w:val="20"/>
        </w:rPr>
        <w:t>6:19  cheezon ko right angle mein dekhna, yeh wisdom hai. har cheez ko dekhne ke</w:t>
      </w:r>
      <w:r>
        <w:br/>
      </w:r>
      <w:r>
        <w:rPr>
          <w:sz w:val="20"/>
        </w:rPr>
        <w:t>6:30  do angle hotay hain: ghalat angle, sahi angle.</w:t>
      </w:r>
      <w:r>
        <w:br/>
      </w:r>
      <w:r>
        <w:rPr>
          <w:sz w:val="20"/>
        </w:rPr>
        <w:t>6:36  wisdom yeh hai ke aap cheezon ko sahi angle se dekh saken. yeh wisdom hai.</w:t>
      </w:r>
    </w:p>
    <w:p>
      <w:pPr>
        <w:pStyle w:val="Heading2"/>
      </w:pPr>
      <w:r>
        <w:t>Quran lays emphasis on Tafkir</w:t>
      </w:r>
    </w:p>
    <w:p>
      <w:r>
        <w:rPr>
          <w:color w:val="666666"/>
          <w:sz w:val="18"/>
        </w:rPr>
        <w:t>The Concept of Tafkeer in Islam | August 9, 2007 · 31s · at 12:56 · https://youtu.be/6PhlvUwQygQ?t=776</w:t>
      </w:r>
    </w:p>
    <w:p>
      <w:r>
        <w:rPr>
          <w:i/>
        </w:rPr>
        <w:t>“So the Quran lays great emphasis on Tafkir”</w:t>
      </w:r>
    </w:p>
    <w:p>
      <w:r>
        <w:rPr>
          <w:sz w:val="20"/>
        </w:rPr>
        <w:t>12:56  So the Quran lays great emphasis on Tafkir so that people think in theright way.</w:t>
      </w:r>
      <w:r>
        <w:br/>
      </w:r>
      <w:r>
        <w:rPr>
          <w:sz w:val="20"/>
        </w:rPr>
        <w:t>13:07  In theright way.</w:t>
      </w:r>
      <w:r>
        <w:br/>
      </w:r>
      <w:r>
        <w:rPr>
          <w:sz w:val="20"/>
        </w:rPr>
        <w:t>13:17  If you are engaged in Tafkir, if you are engaged in contemplation, then you can</w:t>
      </w:r>
    </w:p>
    <w:p>
      <w:pPr>
        <w:pStyle w:val="Heading2"/>
      </w:pPr>
      <w:r>
        <w:t>Quaker Center visit, interview, and books in library</w:t>
      </w:r>
    </w:p>
    <w:p>
      <w:r>
        <w:rPr>
          <w:color w:val="666666"/>
          <w:sz w:val="18"/>
        </w:rPr>
        <w:t>Lessons from My Journey to the US September 13, 2015 · 1m 45s · at 4:15 · https://youtu.be/RgXmKX1PxQc?t=255</w:t>
      </w:r>
    </w:p>
    <w:p>
      <w:r>
        <w:rPr>
          <w:i/>
        </w:rPr>
        <w:t>“The Quaker Center invited us and wanted to interview Maulana”</w:t>
      </w:r>
    </w:p>
    <w:p>
      <w:r>
        <w:rPr>
          <w:sz w:val="20"/>
        </w:rPr>
        <w:t>4:15  so, after that, then we went to the Quaker Center, which is based in Pennsylvania.</w:t>
      </w:r>
      <w:r>
        <w:br/>
      </w:r>
      <w:r>
        <w:rPr>
          <w:sz w:val="20"/>
        </w:rPr>
        <w:t>4:25  it is a Christian organization, and they invited us over to interact and also requested Maulana to give a short talk to their members.</w:t>
      </w:r>
      <w:r>
        <w:br/>
      </w:r>
      <w:r>
        <w:rPr>
          <w:sz w:val="20"/>
        </w:rPr>
        <w:t>4:36  And its basically run by the Intelligentsia, and they invite groups every year who come from all over the world, and they conduct study workshops, basically for interfaith, peace, spirituality, conflict resolution.</w:t>
      </w:r>
      <w:r>
        <w:br/>
      </w:r>
      <w:r>
        <w:rPr>
          <w:sz w:val="20"/>
        </w:rPr>
        <w:t>4:54  So, it was a very important interaction. And when Maulana spoke at the Quaker Center for Peace, they got so excited that they said that, "We would like to interview you." So, in the evening, you know, the Director of Education and Director of Advancement, Steve Chase and Anne Harper, they came over where Maulana was staying,</w:t>
      </w:r>
      <w:r>
        <w:br/>
      </w:r>
      <w:r>
        <w:rPr>
          <w:sz w:val="20"/>
        </w:rPr>
        <w:t>5:15  and they interviewed Maulana as to, you know, what his thought process is on peace and how peace can be obtained.</w:t>
      </w:r>
      <w:r>
        <w:br/>
      </w:r>
      <w:r>
        <w:rPr>
          <w:sz w:val="20"/>
        </w:rPr>
        <w:t>5:22  And most importantly, they agreed to keep all the books of Maulana in their library. And interestingly, they sent a mail yesterday saying that, "We have kept the books in the library for inquisitive visitors who would come to our retreat, and they can use Maulana's thought process and also understand what peaceful work Maulana Wahiduddin Khan is doing globally."</w:t>
      </w:r>
      <w:r>
        <w:br/>
      </w:r>
      <w:r>
        <w:rPr>
          <w:sz w:val="20"/>
        </w:rPr>
        <w:t>5:52  So, it was a very result-oriented interaction that happened in the Quaker Center.</w:t>
      </w:r>
    </w:p>
    <w:p>
      <w:pPr>
        <w:pStyle w:val="Heading2"/>
      </w:pPr>
      <w:r>
        <w:t>Builder interest dispute, stop blaming others, find your own fault</w:t>
      </w:r>
    </w:p>
    <w:p>
      <w:r>
        <w:rPr>
          <w:color w:val="666666"/>
          <w:sz w:val="18"/>
        </w:rPr>
        <w:t>Collective Repentance 24th February 2013 · 3m 56s · at 1:08:30 · https://youtu.be/TNw6muKhfpU?t=4110</w:t>
      </w:r>
    </w:p>
    <w:p>
      <w:r>
        <w:rPr>
          <w:i/>
        </w:rPr>
        <w:t>“Maine flat khareeda tha installment plan par builder se”</w:t>
      </w:r>
    </w:p>
    <w:p>
      <w:r>
        <w:rPr>
          <w:sz w:val="20"/>
        </w:rPr>
        <w:t>1:08:30  unhone likha hai: "maulana, when i was a child, i had attended some of your classes. i had a question. my question is: i had bought a flat in gaon on an installment plan from builder.</w:t>
      </w:r>
      <w:r>
        <w:br/>
      </w:r>
      <w:r>
        <w:rPr>
          <w:sz w:val="20"/>
        </w:rPr>
        <w:t>1:08:45  i could not pay the third installment on time, as my money got stuck due to somebody cheating me and bye. due to the delayed payment, the builder has put a lien on me amounting to rupees 20 thousand.</w:t>
      </w:r>
      <w:r>
        <w:br/>
      </w:r>
      <w:r>
        <w:rPr>
          <w:sz w:val="20"/>
        </w:rPr>
        <w:t>1:09:01  i requested them to cancel the interest, but they refused. in the other hand, the bank where i hold my account have paid me an interest of rupees 13 thousand.</w:t>
      </w:r>
      <w:r>
        <w:br/>
      </w:r>
      <w:r>
        <w:rPr>
          <w:sz w:val="20"/>
        </w:rPr>
        <w:t>1:09:13  the biller's admit to collect the interest from me. would that be permissible to use the interest earned from a bank to pay the interest penalty to the biller?</w:t>
      </w:r>
      <w:r>
        <w:br/>
      </w:r>
      <w:r>
        <w:rPr>
          <w:sz w:val="20"/>
        </w:rPr>
        <w:t>1:09:25  or should i must use my fresh salary money to pay the interest to the biller? i understand that interest is haram, paying as well as receiving, but because i am a traitor, please let me know what to do the right way in the light of islam.</w:t>
      </w:r>
      <w:r>
        <w:br/>
      </w:r>
      <w:r>
        <w:rPr>
          <w:sz w:val="20"/>
        </w:rPr>
        <w:t>1:09:43  dekhen, yeh islam ka masla nahi hai,</w:t>
      </w:r>
      <w:r>
        <w:br/>
      </w:r>
      <w:r>
        <w:rPr>
          <w:sz w:val="20"/>
        </w:rPr>
        <w:t>1:09:49  yeh aap apni hi ghalti ki price de rahe hain. yeh jo aap ne bataya, yeh ghalti saari aap ki hai.</w:t>
      </w:r>
      <w:r>
        <w:br/>
      </w:r>
      <w:r>
        <w:rPr>
          <w:sz w:val="20"/>
        </w:rPr>
        <w:t>1:09:58  yeh zamaney dekhiye, bohat hi zyada yani mukhtalif zamaney hain. aap ne bohat zyada law ke mutabiq kaam nahi kiya,</w:t>
      </w:r>
      <w:r>
        <w:br/>
      </w:r>
      <w:r>
        <w:rPr>
          <w:sz w:val="20"/>
        </w:rPr>
        <w:t>1:10:12  leg framework ke mutabiq kaam nahi kiya. aap ke is mein loopholes thay, is ki wajah se yeh sab gadbad hua. to you have to discover your own wrong policies.</w:t>
      </w:r>
      <w:r>
        <w:br/>
      </w:r>
      <w:r>
        <w:rPr>
          <w:sz w:val="20"/>
        </w:rPr>
        <w:t>1:10:24  yeh sab mat sochiye aap ke yeh yeh sab sochna hi galat hai. aap ki dobara aap ek nayi ghalti kar rahe hain, dobara aap ek nayi ghalti kar rahe hain.</w:t>
      </w:r>
      <w:r>
        <w:br/>
      </w:r>
      <w:r>
        <w:rPr>
          <w:sz w:val="20"/>
        </w:rPr>
        <w:t>1:10:34  aap sirf yeh sochiye ke maine kahan kahan ghalti ki, jis ki wajah se woh is ki price deni pad rahi hai. mujhe</w:t>
      </w:r>
      <w:r>
        <w:br/>
      </w:r>
      <w:r>
        <w:rPr>
          <w:sz w:val="20"/>
        </w:rPr>
        <w:t>1:10:40  where i was wrong, where i was wrong, is ko daryaft kijiye. aap mat yeh sab sochiye, sirf yeh sochiye, ek hi baat sochiye aur object ke taur par sochiye.</w:t>
      </w:r>
      <w:r>
        <w:br/>
      </w:r>
      <w:r>
        <w:rPr>
          <w:sz w:val="20"/>
        </w:rPr>
        <w:t>1:10:51  kisi ko blame mat dijiye ke falan ne cheat kiya, yeh mat kahiye. falan ne aap ki weakness se faida uthaya, kisi ne cheat nahi kiya aap ko.</w:t>
      </w:r>
      <w:r>
        <w:br/>
      </w:r>
      <w:r>
        <w:rPr>
          <w:sz w:val="20"/>
        </w:rPr>
        <w:t>1:11:04  to apni is is soch ko badliye aur is is ko rab ke term mein mat sochiye. aap sirf yeh sochiye ke where i was wrong, kahan maine ghalti ki ke doosron ko mauqa mila ke mujhe aisi pareshani mein daal dein.</w:t>
      </w:r>
      <w:r>
        <w:br/>
      </w:r>
      <w:r>
        <w:rPr>
          <w:sz w:val="20"/>
        </w:rPr>
        <w:t>1:11:21  bas ek hi point hai aap ke liye, where i was wrong, is ko daryaft kijiye aur kuch nahi.</w:t>
      </w:r>
      <w:r>
        <w:br/>
      </w:r>
      <w:r>
        <w:rPr>
          <w:sz w:val="20"/>
        </w:rPr>
        <w:t>1:11:30  dekhen, yeh duniya competition ki duniya hai.</w:t>
      </w:r>
      <w:r>
        <w:br/>
      </w:r>
      <w:r>
        <w:rPr>
          <w:sz w:val="20"/>
        </w:rPr>
        <w:t>1:11:33  yaad rakhiye, har aadmi doosre ki weakness se faida uthata hai. achi tarah samajh lijiye, yeh duniya koi ideal duniya nahi hai, koi perfect duniya nahi hai.</w:t>
      </w:r>
      <w:r>
        <w:br/>
      </w:r>
      <w:r>
        <w:rPr>
          <w:sz w:val="20"/>
        </w:rPr>
        <w:t>1:11:47  is poorani duniya ka jo jo culture hai, woh that is based on competition. jab aap ghalti karenge, doosra is ka exploit karega.</w:t>
      </w:r>
      <w:r>
        <w:br/>
      </w:r>
      <w:r>
        <w:rPr>
          <w:sz w:val="20"/>
        </w:rPr>
        <w:t>1:12:01  bas to yeh ghalti dobara mat kijiye ke aap ne ghalti ki wajah se jo paida hui situation, dobara is ko kahiye ke is ne cheat kiya. mujhe koi cheat nahi karta, aap ki weakness ko woh exploit karta hai.</w:t>
      </w:r>
      <w:r>
        <w:br/>
      </w:r>
      <w:r>
        <w:rPr>
          <w:sz w:val="20"/>
        </w:rPr>
        <w:t>1:12:15  to mera mashwara sirf yahi hai ke you have to discover your own mistake, bas aur kuch nahi.</w:t>
      </w:r>
    </w:p>
    <w:p>
      <w:pPr>
        <w:pStyle w:val="Heading2"/>
      </w:pPr>
      <w:r>
        <w:t>Mind as computer, and Dale Carnegie's tragic counterexample</w:t>
      </w:r>
    </w:p>
    <w:p>
      <w:r>
        <w:rPr>
          <w:color w:val="666666"/>
          <w:sz w:val="18"/>
        </w:rPr>
        <w:t>The Problem of Misunderstanding January 1, 2008 · 5m 17s · at 11:47 · https://youtu.be/CTmUoJ714fg?t=707</w:t>
      </w:r>
    </w:p>
    <w:p>
      <w:r>
        <w:rPr>
          <w:i/>
        </w:rPr>
        <w:t>“If you type a matter in your computer but it's not good”</w:t>
      </w:r>
    </w:p>
    <w:p>
      <w:r>
        <w:rPr>
          <w:sz w:val="20"/>
        </w:rPr>
        <w:t>11:47  if you are using computer, let us take the example of computer. y</w:t>
      </w:r>
      <w:r>
        <w:br/>
      </w:r>
      <w:r>
        <w:rPr>
          <w:sz w:val="20"/>
        </w:rPr>
        <w:t>11:53  ou know, if you type up matter in your computer, but then you, then you feel that it is not good.</w:t>
      </w:r>
      <w:r>
        <w:br/>
      </w:r>
      <w:r>
        <w:rPr>
          <w:sz w:val="20"/>
        </w:rPr>
        <w:t>12:04  you want to, you want to delete it from the computer memory. then you touch a button.</w:t>
      </w:r>
      <w:r>
        <w:br/>
      </w:r>
      <w:r>
        <w:rPr>
          <w:sz w:val="20"/>
        </w:rPr>
        <w:t>12:14  simply, simple by touching a button, it is instantly deleted from the computer.</w:t>
      </w:r>
      <w:r>
        <w:br/>
      </w:r>
      <w:r>
        <w:rPr>
          <w:sz w:val="20"/>
        </w:rPr>
        <w:t>12:24  so is the case your mind that your mind is super computer. your mind is super computer.</w:t>
      </w:r>
      <w:r>
        <w:br/>
      </w:r>
      <w:r>
        <w:rPr>
          <w:sz w:val="20"/>
        </w:rPr>
        <w:t>12:36  if you know, every, every stress and tension is based on some kind of seed memory.</w:t>
      </w:r>
      <w:r>
        <w:br/>
      </w:r>
      <w:r>
        <w:rPr>
          <w:sz w:val="20"/>
        </w:rPr>
        <w:t>12:47  seed memory about past, about present, about future. seed memory, unwanted memory.</w:t>
      </w:r>
      <w:r>
        <w:br/>
      </w:r>
      <w:r>
        <w:rPr>
          <w:sz w:val="20"/>
        </w:rPr>
        <w:t>12:54  so if you, if you find some, some this kind of worry, this kind of, this kind of seed memory.</w:t>
      </w:r>
      <w:r>
        <w:br/>
      </w:r>
      <w:r>
        <w:rPr>
          <w:sz w:val="20"/>
        </w:rPr>
        <w:t>13:07  so it is very easy. delete it by touching a button. then mind is a super computer. mind has double capacity.</w:t>
      </w:r>
      <w:r>
        <w:br/>
      </w:r>
      <w:r>
        <w:rPr>
          <w:sz w:val="20"/>
        </w:rPr>
        <w:t>13:19  double capacity.</w:t>
      </w:r>
      <w:r>
        <w:br/>
      </w:r>
      <w:r>
        <w:rPr>
          <w:sz w:val="20"/>
        </w:rPr>
        <w:t>13:22  if you delete a matter in your, in your, if you delete a matter from your computer, it is deleted for ever.</w:t>
      </w:r>
      <w:r>
        <w:br/>
      </w:r>
      <w:r>
        <w:rPr>
          <w:sz w:val="20"/>
        </w:rPr>
        <w:t>13:33  it deleted for ever. but your memory has very strange type of quality. if you delete a matter from your memory.</w:t>
      </w:r>
      <w:r>
        <w:br/>
      </w:r>
      <w:r>
        <w:rPr>
          <w:sz w:val="20"/>
        </w:rPr>
        <w:t>13:43  so mind can delete it or forget it. at the same time, it can preserve it.</w:t>
      </w:r>
      <w:r>
        <w:br/>
      </w:r>
      <w:r>
        <w:rPr>
          <w:sz w:val="20"/>
        </w:rPr>
        <w:t>13:52  your mind has double capacity to preserve a memory in your, in your, in your subconscious mind.</w:t>
      </w:r>
      <w:r>
        <w:br/>
      </w:r>
      <w:r>
        <w:rPr>
          <w:sz w:val="20"/>
        </w:rPr>
        <w:t>14:03  at the same time, delete it from your conscious mind. so mind is a very strange capacity.</w:t>
      </w:r>
      <w:r>
        <w:br/>
      </w:r>
      <w:r>
        <w:rPr>
          <w:sz w:val="20"/>
        </w:rPr>
        <w:t>14:15  then i will give you an example</w:t>
      </w:r>
      <w:r>
        <w:br/>
      </w:r>
      <w:r>
        <w:rPr>
          <w:sz w:val="20"/>
        </w:rPr>
        <w:t>14:18  l. you know, dale carnegie was, was a well known expert in this issue.</w:t>
      </w:r>
      <w:r>
        <w:br/>
      </w:r>
      <w:r>
        <w:rPr>
          <w:sz w:val="20"/>
        </w:rPr>
        <w:t>14:31  he published a book, stop worry and start living. it is well known book.</w:t>
      </w:r>
      <w:r>
        <w:br/>
      </w:r>
      <w:r>
        <w:rPr>
          <w:sz w:val="20"/>
        </w:rPr>
        <w:t>14:42  and also, carnegie was well</w:t>
      </w:r>
      <w:r>
        <w:br/>
      </w:r>
      <w:r>
        <w:rPr>
          <w:sz w:val="20"/>
        </w:rPr>
        <w:t>14:44  known author. millions and billions copy was sold everywhere in the world. but you know, what happened with the, with the author?</w:t>
      </w:r>
      <w:r>
        <w:br/>
      </w:r>
      <w:r>
        <w:rPr>
          <w:sz w:val="20"/>
        </w:rPr>
        <w:t>14:56  with the author, it is said that he committed suicide in very early age, perhaps 66 years of old.</w:t>
      </w:r>
      <w:r>
        <w:br/>
      </w:r>
      <w:r>
        <w:rPr>
          <w:sz w:val="20"/>
        </w:rPr>
        <w:t>15:08  so why this happened?</w:t>
      </w:r>
      <w:r>
        <w:br/>
      </w:r>
      <w:r>
        <w:rPr>
          <w:sz w:val="20"/>
        </w:rPr>
        <w:t>15:12  he prepared a book on this subject, stop worry and start living. but his formula was wrong.</w:t>
      </w:r>
      <w:r>
        <w:br/>
      </w:r>
      <w:r>
        <w:rPr>
          <w:sz w:val="20"/>
        </w:rPr>
        <w:t>15:25  his formula was not natural formula. his formula was based on unnatural formula.</w:t>
      </w:r>
      <w:r>
        <w:br/>
      </w:r>
      <w:r>
        <w:rPr>
          <w:sz w:val="20"/>
        </w:rPr>
        <w:t>15:36  so unnatural formula</w:t>
      </w:r>
      <w:r>
        <w:br/>
      </w:r>
      <w:r>
        <w:rPr>
          <w:sz w:val="20"/>
        </w:rPr>
        <w:t>15:41  is. you cannot follow unnatural formula forever. maybe and unnatural formula is good for temporary period.</w:t>
      </w:r>
      <w:r>
        <w:br/>
      </w:r>
      <w:r>
        <w:rPr>
          <w:sz w:val="20"/>
        </w:rPr>
        <w:t>15:54  for temporary period. but and unnatural formula cannot give souls forever. so his formula was unnatural formula.</w:t>
      </w:r>
      <w:r>
        <w:br/>
      </w:r>
      <w:r>
        <w:rPr>
          <w:sz w:val="20"/>
        </w:rPr>
        <w:t>16:07  so unnatural formula failed to give him, give him rescue, give him stress free mind, attention free mind.</w:t>
      </w:r>
      <w:r>
        <w:br/>
      </w:r>
      <w:r>
        <w:rPr>
          <w:sz w:val="20"/>
        </w:rPr>
        <w:t>16:19  so he himself was living in, in worry and intention. and finally, he committed suicide, perhaps.</w:t>
      </w:r>
      <w:r>
        <w:br/>
      </w:r>
      <w:r>
        <w:rPr>
          <w:sz w:val="20"/>
        </w:rPr>
        <w:t>16:33  so i think that any formula based on</w:t>
      </w:r>
      <w:r>
        <w:br/>
      </w:r>
      <w:r>
        <w:rPr>
          <w:sz w:val="20"/>
        </w:rPr>
        <w:t>16:41  removal concept. any formula based on this concept that remove your stress, remove your, your problem, remove your tension.</w:t>
      </w:r>
      <w:r>
        <w:br/>
      </w:r>
      <w:r>
        <w:rPr>
          <w:sz w:val="20"/>
        </w:rPr>
        <w:t>16:52  is doomed to failure. because when it is part of nature, then you are, we have no, you it is beyond your capacity to remove it.</w:t>
      </w:r>
    </w:p>
    <w:p>
      <w:pPr>
        <w:pStyle w:val="Heading2"/>
      </w:pPr>
      <w:r>
        <w:t>Wrong interpretation of Hadith</w:t>
      </w:r>
    </w:p>
    <w:p>
      <w:r>
        <w:rPr>
          <w:color w:val="666666"/>
          <w:sz w:val="18"/>
        </w:rPr>
        <w:t>The History of Islamic Learning | May 14, 2006 | Maulana Wahiduddin Khan · 30s · at 52:28 · https://youtu.be/E-4EdNARtdk?t=3148</w:t>
      </w:r>
    </w:p>
    <w:p>
      <w:r>
        <w:rPr>
          <w:i/>
        </w:rPr>
        <w:t>“This is completely baseless wrong interpretation.”</w:t>
      </w:r>
    </w:p>
    <w:p>
      <w:r>
        <w:rPr>
          <w:sz w:val="20"/>
        </w:rPr>
        <w:t>52:28  yeh bilkul baseless baat hai yeh hai wrong interpretation to islam mein jo text hai woh to waise ka waise hi raha lekin khud se logon ne aisi aisi baatein nikal kar jod diya jinko main keh raha hoon ke wrong interpretation to is interpretation mein bahut sari galat baatein aa gayeen aur sara jo bigad aaya hai baad ke zamane mein jisko rasool Allah ne farmaya tha woh sab bigad aaya through interpretation</w:t>
      </w:r>
    </w:p>
    <w:p>
      <w:pPr>
        <w:pStyle w:val="Heading2"/>
      </w:pPr>
      <w:r>
        <w:t>Death is not our choice, suicide haram</w:t>
      </w:r>
    </w:p>
    <w:p>
      <w:r>
        <w:rPr>
          <w:color w:val="666666"/>
          <w:sz w:val="18"/>
        </w:rPr>
        <w:t>The Importance of Realistic Approach January 2, 2011 Maulana Wahiduddin Khan · 29s · at 3:16 · https://youtu.be/rRO_EtMRJ2g?t=196</w:t>
      </w:r>
    </w:p>
    <w:p>
      <w:r>
        <w:rPr>
          <w:i/>
        </w:rPr>
        <w:t>“Remember, death cannot be our choice, never.”</w:t>
      </w:r>
    </w:p>
    <w:p>
      <w:r>
        <w:rPr>
          <w:sz w:val="20"/>
        </w:rPr>
        <w:t>3:16  yeh is liye hai ke is ko hum istemal karen, koi kaam karen. to yaad rakhiye, death hamara choice nahin ho sakta, kabhi bhi nahin.</w:t>
      </w:r>
      <w:r>
        <w:br/>
      </w:r>
      <w:r>
        <w:rPr>
          <w:sz w:val="20"/>
        </w:rPr>
        <w:t>3:32  isi ko kehte hain suicide, isi ko kehte hain khudkushi. aur Islam mein khudkushi bilashuba haram hai, kyunke woh choice nahin hai.</w:t>
      </w:r>
    </w:p>
    <w:p>
      <w:pPr>
        <w:pStyle w:val="Heading2"/>
      </w:pPr>
      <w:r>
        <w:t>Satan tempts Adam with the forbidden tree</w:t>
      </w:r>
    </w:p>
    <w:p>
      <w:r>
        <w:rPr>
          <w:color w:val="666666"/>
          <w:sz w:val="18"/>
        </w:rPr>
        <w:t>Right Man at Wrong Place May 18, 2008 · 2m 06s · at 9:04 · https://youtu.be/sKwAjR3OAGo?t=544</w:t>
      </w:r>
    </w:p>
    <w:p>
      <w:r>
        <w:rPr>
          <w:i/>
        </w:rPr>
        <w:t>“شیطان نے آدم کے دل میں بار بار ڈالا”</w:t>
      </w:r>
    </w:p>
    <w:p>
      <w:r>
        <w:rPr>
          <w:sz w:val="20"/>
        </w:rPr>
        <w:t>9:04  don't approach to this tree. ab shaitan ne, shaitan ki reach Adam tak thi.</w:t>
      </w:r>
      <w:r>
        <w:br/>
      </w:r>
      <w:r>
        <w:rPr>
          <w:sz w:val="20"/>
        </w:rPr>
        <w:t>9:13  to shaitan ne kaha, kaha Adam ko. bar bar is ko kaha, bar bar is ke dil mein dala. ke yeh jo roka hai Khuda ne tum ko, to yeh roka hai kis liye?</w:t>
      </w:r>
      <w:r>
        <w:br/>
      </w:r>
      <w:r>
        <w:rPr>
          <w:sz w:val="20"/>
        </w:rPr>
        <w:t>9:28  quran mein aata hai ke ya Adam hal adulluka ala shaitil khuldi wa mulkil lahi yablaghu</w:t>
      </w:r>
      <w:r>
        <w:br/>
      </w:r>
      <w:r>
        <w:rPr>
          <w:sz w:val="20"/>
        </w:rPr>
        <w:t>9:38  yeh jo darakht hai, yeh to bohat bari cheez hai. yeh eternity ka darakht hai.</w:t>
      </w:r>
      <w:r>
        <w:br/>
      </w:r>
      <w:r>
        <w:rPr>
          <w:sz w:val="20"/>
        </w:rPr>
        <w:t>9:47  aur yeh abadi iqtadar ka darakht hai. to yeh ayat jo hai quran ki, yeh hai surah number, chapter twenty, verse one twenty.</w:t>
      </w:r>
      <w:r>
        <w:br/>
      </w:r>
      <w:r>
        <w:rPr>
          <w:sz w:val="20"/>
        </w:rPr>
        <w:t>10:01  twenty, one hundred twenty.</w:t>
      </w:r>
      <w:r>
        <w:br/>
      </w:r>
      <w:r>
        <w:rPr>
          <w:sz w:val="20"/>
        </w:rPr>
        <w:t>10:06  to</w:t>
      </w:r>
      <w:r>
        <w:br/>
      </w:r>
      <w:r>
        <w:rPr>
          <w:sz w:val="20"/>
        </w:rPr>
        <w:t>10:07  is ayat ka translation yeh hai ke o Adam, shall I lead you to the tree of eternity and to a kingdom that never declines?</w:t>
      </w:r>
      <w:r>
        <w:br/>
      </w:r>
      <w:r>
        <w:rPr>
          <w:sz w:val="20"/>
        </w:rPr>
        <w:t>10:32  yeh is ne kaha.</w:t>
      </w:r>
      <w:r>
        <w:br/>
      </w:r>
      <w:r>
        <w:rPr>
          <w:sz w:val="20"/>
        </w:rPr>
        <w:t>10:34  to Adam ko dikhai diya ke abhi jo mujhe mila hua hai, woh to yaani woh hai kam hai. aur agar main darakht ka phal kha loon to mujhe zyada mil jayega.</w:t>
      </w:r>
      <w:r>
        <w:br/>
      </w:r>
      <w:r>
        <w:rPr>
          <w:sz w:val="20"/>
        </w:rPr>
        <w:t>10:49  unhon ne aisa kiya. aur is ke baad kya hua? ke woh paradise se nikal diye gaye. aur hum sab paida hue, yaani nasal chali, nasal chali, nasal chali.</w:t>
      </w:r>
      <w:r>
        <w:br/>
      </w:r>
      <w:r>
        <w:rPr>
          <w:sz w:val="20"/>
        </w:rPr>
        <w:t>11:01  isi ka hum sab log un ke bete aur betiyan hain. to yeh kya hai?</w:t>
      </w:r>
    </w:p>
    <w:p>
      <w:pPr>
        <w:pStyle w:val="Heading2"/>
      </w:pPr>
      <w:r>
        <w:t>Deliver Quran to every nation</w:t>
      </w:r>
    </w:p>
    <w:p>
      <w:r>
        <w:rPr>
          <w:color w:val="666666"/>
          <w:sz w:val="18"/>
        </w:rPr>
        <w:t>Replanning | February 26, 2017 · 2m 35s · at 38:11 · https://youtu.be/E120hwMH9x8?t=2291</w:t>
      </w:r>
    </w:p>
    <w:p>
      <w:r>
        <w:rPr>
          <w:i/>
        </w:rPr>
        <w:t>“Dawat ke itne zyada mauqe khule huye hain saari duniya mein.”</w:t>
      </w:r>
    </w:p>
    <w:p>
      <w:r>
        <w:rPr>
          <w:sz w:val="20"/>
        </w:rPr>
        <w:t>38:11  ki rehmat aap ki taraf lotegi dawat ke itne zyada mawaqe khule hue hain sari dunya mein</w:t>
      </w:r>
      <w:r>
        <w:br/>
      </w:r>
      <w:r>
        <w:rPr>
          <w:sz w:val="20"/>
        </w:rPr>
        <w:t>38:17  ab musalmanon ka haal yeh hai ke dawat ke mawaqe ko istemal nahi karte aur shor kar rahe</w:t>
      </w:r>
      <w:r>
        <w:br/>
      </w:r>
      <w:r>
        <w:rPr>
          <w:sz w:val="20"/>
        </w:rPr>
        <w:t>38:23  hain ke dushman dushman dushman jin ko aap dushman kehte hain woh aap ke dost madu hain jin</w:t>
      </w:r>
      <w:r>
        <w:br/>
      </w:r>
      <w:r>
        <w:rPr>
          <w:sz w:val="20"/>
        </w:rPr>
        <w:t>38:29  ko aap dushman batate hain woh aap ke madu hain un se mohabbat kijiye un ke liye dua</w:t>
      </w:r>
      <w:r>
        <w:br/>
      </w:r>
      <w:r>
        <w:rPr>
          <w:sz w:val="20"/>
        </w:rPr>
        <w:t>38:35  kijiye un ko</w:t>
      </w:r>
      <w:r>
        <w:br/>
      </w:r>
      <w:r>
        <w:rPr>
          <w:sz w:val="20"/>
        </w:rPr>
        <w:t>38:41  quran pahunchaiye sari qaumon ki zaban mein quran ka tarjuma kijiye aur un ko sare logon tak pahunchaiye</w:t>
      </w:r>
      <w:r>
        <w:br/>
      </w:r>
      <w:r>
        <w:rPr>
          <w:sz w:val="20"/>
        </w:rPr>
        <w:t>38:49  yeh karna hai kaam un ko pathar marne se ya un ko bomb marne se kuch hone wala</w:t>
      </w:r>
      <w:r>
        <w:br/>
      </w:r>
      <w:r>
        <w:rPr>
          <w:sz w:val="20"/>
        </w:rPr>
        <w:t>38:57  nahi hai yani apni qaum ko aap pathar marein apne apne madu ko aap pathar marein apne madu</w:t>
      </w:r>
      <w:r>
        <w:br/>
      </w:r>
      <w:r>
        <w:rPr>
          <w:sz w:val="20"/>
        </w:rPr>
        <w:t>39:04  ko aap bomb marein is se kuch ho sakta hai</w:t>
      </w:r>
      <w:r>
        <w:br/>
      </w:r>
      <w:r>
        <w:rPr>
          <w:sz w:val="20"/>
        </w:rPr>
        <w:t>39:12  yeh to Allah ke ghazab ko bharkane wali baat hai ke jo log aap ke madu hain un ko aap pathar marain jo log aap ke madu hain un ko bomb marain is se Allah ki rehmat mile gi aap ko to behal mein dua karta hoon ke Allah taala hum ko aur hamari team</w:t>
      </w:r>
      <w:r>
        <w:br/>
      </w:r>
      <w:r>
        <w:rPr>
          <w:sz w:val="20"/>
        </w:rPr>
        <w:t>39:42  ko aur sare musalmanon ko tofeeq de hum sehat mustaqeem ki taraf dobara loten dawat ke kaam ko</w:t>
      </w:r>
      <w:r>
        <w:br/>
      </w:r>
      <w:r>
        <w:rPr>
          <w:sz w:val="20"/>
        </w:rPr>
        <w:t>39:53  aage badhayen quran ka le kar sari dunya mein paigham pahunchayen quran ka yahi rasta hai yahi rasta</w:t>
      </w:r>
      <w:r>
        <w:br/>
      </w:r>
      <w:r>
        <w:rPr>
          <w:sz w:val="20"/>
        </w:rPr>
        <w:t>40:04  pehlay bhi tha yahi aaj bhi hai</w:t>
      </w:r>
      <w:r>
        <w:br/>
      </w:r>
      <w:r>
        <w:rPr>
          <w:sz w:val="20"/>
        </w:rPr>
        <w:t>40:15  jo hum ko reporten milti hain idhar udhar se hamare saathi quran pahuncha rahe hain har jagah log</w:t>
      </w:r>
      <w:r>
        <w:br/>
      </w:r>
      <w:r>
        <w:rPr>
          <w:sz w:val="20"/>
        </w:rPr>
        <w:t>40:22  quran ko is tarah lete hain jaise ke isi ke intezar mein thay woh yani sari dunya intezar</w:t>
      </w:r>
      <w:r>
        <w:br/>
      </w:r>
      <w:r>
        <w:rPr>
          <w:sz w:val="20"/>
        </w:rPr>
        <w:t>40:28  kar rahi hai ke quran un ki apni zaban mein un ko pahunchaya jaye aap un ko pathar</w:t>
      </w:r>
      <w:r>
        <w:br/>
      </w:r>
      <w:r>
        <w:rPr>
          <w:sz w:val="20"/>
        </w:rPr>
        <w:t>40:34  mar rahe hain un ko enemy bata rahe hain to aap ghor kijiye ke Allah ki rehmat kaise</w:t>
      </w:r>
      <w:r>
        <w:br/>
      </w:r>
      <w:r>
        <w:rPr>
          <w:sz w:val="20"/>
        </w:rPr>
        <w:t>40:40  aayegi aap ki taraf</w:t>
      </w:r>
    </w:p>
    <w:p>
      <w:pPr>
        <w:pStyle w:val="Heading2"/>
      </w:pPr>
      <w:r>
        <w:t>Sun message night comma despair kufr</w:t>
      </w:r>
    </w:p>
    <w:p>
      <w:r>
        <w:rPr>
          <w:color w:val="666666"/>
          <w:sz w:val="18"/>
        </w:rPr>
        <w:t>Realization of God May 07, 2017 Maulana Wahiduddin Khan · 5m 46s · at 33:16 · https://youtu.be/sXmJShRfWKs?t=1996</w:t>
      </w:r>
    </w:p>
    <w:p>
      <w:r>
        <w:rPr>
          <w:i/>
        </w:rPr>
        <w:t>“Aaj subah main jab bahar baitha tha”</w:t>
      </w:r>
    </w:p>
    <w:p>
      <w:r>
        <w:rPr>
          <w:sz w:val="20"/>
        </w:rPr>
        <w:t>33:16  aaj subah mein jab bahar baitha tha suraj nikla yeh mere mind mein aya ke suraj har din nikalta hai ek message le kar ek le kar</w:t>
      </w:r>
      <w:r>
        <w:br/>
      </w:r>
      <w:r>
        <w:rPr>
          <w:sz w:val="20"/>
        </w:rPr>
        <w:t>33:35  ke andhera temporary hai ujala permanent hai</w:t>
      </w:r>
      <w:r>
        <w:br/>
      </w:r>
      <w:r>
        <w:rPr>
          <w:sz w:val="20"/>
        </w:rPr>
        <w:t>33:44  failure temporary hai success permanent hai</w:t>
      </w:r>
      <w:r>
        <w:br/>
      </w:r>
      <w:r>
        <w:rPr>
          <w:sz w:val="20"/>
        </w:rPr>
        <w:t>33:52  har din subah ko suraj nikal kar bolta hai scientist language mein ke aye insan dekho</w:t>
      </w:r>
      <w:r>
        <w:br/>
      </w:r>
      <w:r>
        <w:rPr>
          <w:sz w:val="20"/>
        </w:rPr>
        <w:t>34:05  raat full stop nahi hai koi bhi raat full stop nahi hai har raat ke baad kaba laga hua hai har subah ko suraj yahi paigham deta hai aye insan</w:t>
      </w:r>
      <w:r>
        <w:br/>
      </w:r>
      <w:r>
        <w:rPr>
          <w:sz w:val="20"/>
        </w:rPr>
        <w:t>34:21  isi raat koi raat aisi nahi jo full stop ho har raat par kaba hai har raat par kaba laga hua hai</w:t>
      </w:r>
      <w:r>
        <w:br/>
      </w:r>
      <w:r>
        <w:rPr>
          <w:sz w:val="20"/>
        </w:rPr>
        <w:t>34:31  kaisa ajeeb paigham hai suraj ka lekin</w:t>
      </w:r>
      <w:r>
        <w:br/>
      </w:r>
      <w:r>
        <w:rPr>
          <w:sz w:val="20"/>
        </w:rPr>
        <w:t>34:37  koi is ko janta nahi</w:t>
      </w:r>
      <w:r>
        <w:br/>
      </w:r>
      <w:r>
        <w:rPr>
          <w:sz w:val="20"/>
        </w:rPr>
        <w:t>34:42  sooraj bohat zabardast roshni ka</w:t>
      </w:r>
      <w:r>
        <w:br/>
      </w:r>
      <w:r>
        <w:rPr>
          <w:sz w:val="20"/>
        </w:rPr>
        <w:t>34:49  bhandaar hai woh hamare saamne</w:t>
      </w:r>
      <w:r>
        <w:br/>
      </w:r>
      <w:r>
        <w:rPr>
          <w:sz w:val="20"/>
        </w:rPr>
        <w:t>34:54  woh nikalta hai aur saare</w:t>
      </w:r>
      <w:r>
        <w:br/>
      </w:r>
      <w:r>
        <w:rPr>
          <w:sz w:val="20"/>
        </w:rPr>
        <w:t>34:58  aakash ko roshan karta hai</w:t>
      </w:r>
      <w:r>
        <w:br/>
      </w:r>
      <w:r>
        <w:rPr>
          <w:sz w:val="20"/>
        </w:rPr>
        <w:t>35:01  is tarah yeh batata hai keh is se pehle raat thi ab din aagaya is ka matlab hai</w:t>
      </w:r>
      <w:r>
        <w:br/>
      </w:r>
      <w:r>
        <w:rPr>
          <w:sz w:val="20"/>
        </w:rPr>
        <w:t>35:07  keh raat par full stop nahi hai</w:t>
      </w:r>
      <w:r>
        <w:br/>
      </w:r>
      <w:r>
        <w:rPr>
          <w:sz w:val="20"/>
        </w:rPr>
        <w:t>35:11  raat par kaba hai</w:t>
      </w:r>
      <w:r>
        <w:br/>
      </w:r>
      <w:r>
        <w:rPr>
          <w:sz w:val="20"/>
        </w:rPr>
        <w:t>35:15  is ko jano matam mat karo matam karna chodo</w:t>
      </w:r>
      <w:r>
        <w:br/>
      </w:r>
      <w:r>
        <w:rPr>
          <w:sz w:val="20"/>
        </w:rPr>
        <w:t>35:22  shikayat karna chodo doosre ko blame dena chodo</w:t>
      </w:r>
      <w:r>
        <w:br/>
      </w:r>
      <w:r>
        <w:rPr>
          <w:sz w:val="20"/>
        </w:rPr>
        <w:t>35:31  apni aqal ko barhao apni samajh ko barhao</w:t>
      </w:r>
      <w:r>
        <w:br/>
      </w:r>
      <w:r>
        <w:rPr>
          <w:sz w:val="20"/>
        </w:rPr>
        <w:t>35:39  raat agar khoi gayi toh din toh hai din ko avail karo</w:t>
      </w:r>
      <w:r>
        <w:br/>
      </w:r>
      <w:r>
        <w:rPr>
          <w:sz w:val="20"/>
        </w:rPr>
        <w:t>35:44  sooraj har din yeh bata raha hai keh raat agar khoi gayi toh kho jaane do phir toh</w:t>
      </w:r>
      <w:r>
        <w:br/>
      </w:r>
      <w:r>
        <w:rPr>
          <w:sz w:val="20"/>
        </w:rPr>
        <w:t>35:50  din aagaya din ko avail karo</w:t>
      </w:r>
      <w:r>
        <w:br/>
      </w:r>
      <w:r>
        <w:rPr>
          <w:sz w:val="20"/>
        </w:rPr>
        <w:t>35:53  thought of this day yeh tha keh sooraj jab buland hua aur roshni phail gayi</w:t>
      </w:r>
      <w:r>
        <w:br/>
      </w:r>
      <w:r>
        <w:rPr>
          <w:sz w:val="20"/>
        </w:rPr>
        <w:t>36:00  toh maine suna keh scientist language mein ek ailaan kar raha hai</w:t>
      </w:r>
      <w:r>
        <w:br/>
      </w:r>
      <w:r>
        <w:rPr>
          <w:sz w:val="20"/>
        </w:rPr>
        <w:t>36:06  ae insaan</w:t>
      </w:r>
      <w:r>
        <w:br/>
      </w:r>
      <w:r>
        <w:rPr>
          <w:sz w:val="20"/>
        </w:rPr>
        <w:t>36:13  raat aayi thi aayi thi lekin ab to raat to nahi hai woh ek message de gayi ke koi bhi raat full stop nahi hai har raat par kaba laga hua hai phir se replanning karo</w:t>
      </w:r>
      <w:r>
        <w:br/>
      </w:r>
      <w:r>
        <w:rPr>
          <w:sz w:val="20"/>
        </w:rPr>
        <w:t>36:32  aur replanning ki shart yeh hai ke yeh mano ke</w:t>
      </w:r>
      <w:r>
        <w:br/>
      </w:r>
      <w:r>
        <w:rPr>
          <w:sz w:val="20"/>
        </w:rPr>
        <w:t>36:38  tum ne raat ko raat nahi samjha raat ko din samajh liya</w:t>
      </w:r>
      <w:r>
        <w:br/>
      </w:r>
      <w:r>
        <w:rPr>
          <w:sz w:val="20"/>
        </w:rPr>
        <w:t>36:46  ab phir se jano ke raat raat hai din din hai</w:t>
      </w:r>
      <w:r>
        <w:br/>
      </w:r>
      <w:r>
        <w:rPr>
          <w:sz w:val="20"/>
        </w:rPr>
        <w:t>36:54  to meri dua hai ke Allah taala hum ko aur aap ko tofeeq de ke hum fitrat ke is raaz ko samjhein is laf nature ko samjhein</w:t>
      </w:r>
      <w:r>
        <w:br/>
      </w:r>
      <w:r>
        <w:rPr>
          <w:sz w:val="20"/>
        </w:rPr>
        <w:t>37:10  nechar mein chupi hui is wisdom ko samjhein</w:t>
      </w:r>
      <w:r>
        <w:br/>
      </w:r>
      <w:r>
        <w:rPr>
          <w:sz w:val="20"/>
        </w:rPr>
        <w:t>37:15  aur is ko avail karein is ke mutabiq apni zindagi ki planning karein</w:t>
      </w:r>
      <w:r>
        <w:br/>
      </w:r>
      <w:r>
        <w:rPr>
          <w:sz w:val="20"/>
        </w:rPr>
        <w:t>37:24  to meri dua hai ke Allah taala hum ko aur aap ko tofeeq de ke hum</w:t>
      </w:r>
      <w:r>
        <w:br/>
      </w:r>
      <w:r>
        <w:rPr>
          <w:sz w:val="20"/>
        </w:rPr>
        <w:t>37:34  isi raat ko full stop na samjhein har raat ko kaba samjhein</w:t>
      </w:r>
      <w:r>
        <w:br/>
      </w:r>
      <w:r>
        <w:rPr>
          <w:sz w:val="20"/>
        </w:rPr>
        <w:t>37:43  yeh is the beginning jab aap. yeh baat individuals ke liye bhi hai qomon ke liye bhi hai poori nation ke liye bhi hai individual ke liye community ke liye poori nation ke liye yeh baat hai sab ke liye yeh yeh universal wisdom hai yeh ek universal wisdom hai</w:t>
      </w:r>
      <w:r>
        <w:br/>
      </w:r>
      <w:r>
        <w:rPr>
          <w:sz w:val="20"/>
        </w:rPr>
        <w:t>38:13  sectarial wisdom nahi hai universal wisdom</w:t>
      </w:r>
      <w:r>
        <w:br/>
      </w:r>
      <w:r>
        <w:rPr>
          <w:sz w:val="20"/>
        </w:rPr>
        <w:t>38:22  is baat ko janiye is baat ko pakriye aur is baat ke advocate baniye logon ko bataiye taake log niklein andhere se aur ujale mein apna safar shuru karein</w:t>
      </w:r>
      <w:r>
        <w:br/>
      </w:r>
      <w:r>
        <w:rPr>
          <w:sz w:val="20"/>
        </w:rPr>
        <w:t>38:43  to meri dua hai ke Allah taala hum ko aur aap ko tofeeq de ke hum zindagi ke is raaz ko zindagi ke is secret ko samjhein</w:t>
      </w:r>
    </w:p>
    <w:p>
      <w:pPr>
        <w:pStyle w:val="Heading2"/>
      </w:pPr>
      <w:r>
        <w:t>Root cause and result-oriented formula</w:t>
      </w:r>
    </w:p>
    <w:p>
      <w:r>
        <w:rPr>
          <w:color w:val="666666"/>
          <w:sz w:val="18"/>
        </w:rPr>
        <w:t>Result Oriented Life 23 Jan, 08 - Maulana Wahiduddin Khan · 1m 07s · at 6:35 · https://youtu.be/eA6rtcPn-rY?t=395</w:t>
      </w:r>
    </w:p>
    <w:p>
      <w:r>
        <w:rPr>
          <w:i/>
        </w:rPr>
        <w:t>“Why you are so negative?”</w:t>
      </w:r>
    </w:p>
    <w:p>
      <w:r>
        <w:rPr>
          <w:sz w:val="20"/>
        </w:rPr>
        <w:t>6:35  why you are saying like this? i said that you have to go to the root cause. root cause.</w:t>
      </w:r>
      <w:r>
        <w:br/>
      </w:r>
      <w:r>
        <w:rPr>
          <w:sz w:val="20"/>
        </w:rPr>
        <w:t>6:46  then first of all, you have to know that the prophet of Islam had said, "man hasan islam mar'u, taraka mala ya'ni." it means that your actions will be result in direction.</w:t>
      </w:r>
      <w:r>
        <w:br/>
      </w:r>
      <w:r>
        <w:rPr>
          <w:sz w:val="20"/>
        </w:rPr>
        <w:t>7:03  if there is no result, then you have to keep patience.</w:t>
      </w:r>
      <w:r>
        <w:br/>
      </w:r>
      <w:r>
        <w:rPr>
          <w:sz w:val="20"/>
        </w:rPr>
        <w:t>7:14  this is the basic formula of life. basic formula of life is that your every action, your every behavior, everything must be result oriented.</w:t>
      </w:r>
      <w:r>
        <w:br/>
      </w:r>
      <w:r>
        <w:rPr>
          <w:sz w:val="20"/>
        </w:rPr>
        <w:t>7:32  then i said that what is the root cause behind this perversion?</w:t>
      </w:r>
    </w:p>
    <w:p>
      <w:pPr>
        <w:pStyle w:val="Heading2"/>
      </w:pPr>
      <w:r>
        <w:t>Gujarat story starts with Babri demolition</w:t>
      </w:r>
    </w:p>
    <w:p>
      <w:r>
        <w:rPr>
          <w:color w:val="666666"/>
          <w:sz w:val="18"/>
        </w:rPr>
        <w:t>Gujrat Riots | May 23, 2009 - Maulana Wahiduddin Khan · 1m 02s · at 2:06 · https://youtu.be/QO70zMFtXGY?t=126</w:t>
      </w:r>
    </w:p>
    <w:p>
      <w:r>
        <w:rPr>
          <w:i/>
        </w:rPr>
        <w:t>“The history of Gujarat begins from a very strange fact.”</w:t>
      </w:r>
    </w:p>
    <w:p>
      <w:r>
        <w:rPr>
          <w:sz w:val="20"/>
        </w:rPr>
        <w:t>2:06  episode. According to my experience, the history of Gujarat begins from—from a very strange fact. You know, in 1992, in December 1992, the Babri Masjid of Ayodhya was demolished by Hindus.</w:t>
      </w:r>
      <w:r>
        <w:br/>
      </w:r>
      <w:r>
        <w:rPr>
          <w:sz w:val="20"/>
        </w:rPr>
        <w:t>2:38  It is very strange that all those car sev- sevaks were recruited from Gujarat. From here begins the story. And Ayodhya is a part of district Faizabad, so naturally the car sevaks must be routed, must be recruited from Ay</w:t>
      </w:r>
    </w:p>
    <w:p>
      <w:pPr>
        <w:pStyle w:val="Heading2"/>
      </w:pPr>
      <w:r>
        <w:t>Iblis chose hellfire over admitting he was wrong</w:t>
      </w:r>
    </w:p>
    <w:p>
      <w:r>
        <w:rPr>
          <w:color w:val="666666"/>
          <w:sz w:val="18"/>
        </w:rPr>
        <w:t>The Importance of Thinking November 10, 2013 Maulana Wahiduddin Khan · 47s · at 21:06 · https://youtu.be/dM9yTT9UlCs?t=1266</w:t>
      </w:r>
    </w:p>
    <w:p>
      <w:r>
        <w:rPr>
          <w:i/>
        </w:rPr>
        <w:t>“Allah asked: why did you refuse to bow?”</w:t>
      </w:r>
    </w:p>
    <w:p>
      <w:r>
        <w:rPr>
          <w:sz w:val="20"/>
        </w:rPr>
        <w:t>21:06  Woh to is ne inkar kiya. To Allah ne poocha ke tum ne kyun inkar kiya</w:t>
      </w:r>
      <w:r>
        <w:br/>
      </w:r>
      <w:r>
        <w:rPr>
          <w:sz w:val="20"/>
        </w:rPr>
        <w:t>21:14  ? Kyun nahin jhuka tu? To is ne kya kaha? "Ana khairun minh". Main is se behtar hoon.</w:t>
      </w:r>
      <w:r>
        <w:br/>
      </w:r>
      <w:r>
        <w:rPr>
          <w:sz w:val="20"/>
        </w:rPr>
        <w:t>21:25  Aap ghore kijiye, Allah ne kaha ke main tum ko jahannum mein daalunga, lekin shaitan phir bhi qaim raha apne us par.</w:t>
      </w:r>
      <w:r>
        <w:br/>
      </w:r>
      <w:r>
        <w:rPr>
          <w:sz w:val="20"/>
        </w:rPr>
        <w:t>21:39  Main is se behtar hoon, main superior hoon.</w:t>
      </w:r>
      <w:r>
        <w:br/>
      </w:r>
      <w:r>
        <w:rPr>
          <w:sz w:val="20"/>
        </w:rPr>
        <w:t>21:44  Is ke maani hain ke superiority ka ehsas mein itni lazzat hai, itni lazzat hai ke jahannum ka khatra mol le sakta aadmi. Kaisi ajeeb baat hai!</w:t>
      </w:r>
    </w:p>
    <w:p>
      <w:pPr>
        <w:pStyle w:val="Heading2"/>
      </w:pPr>
      <w:r>
        <w:t>Darul Insan replaces Darul Islam</w:t>
      </w:r>
    </w:p>
    <w:p>
      <w:r>
        <w:rPr>
          <w:color w:val="666666"/>
          <w:sz w:val="18"/>
        </w:rPr>
        <w:t>On World Religion Diversity not Dissension I March 9, 2013 · 21s · at 47:23 · https://youtu.be/TyMv28ALMHk?t=2843</w:t>
      </w:r>
    </w:p>
    <w:p>
      <w:r>
        <w:rPr>
          <w:i/>
        </w:rPr>
        <w:t>“The real term is Darul Insan”</w:t>
      </w:r>
    </w:p>
    <w:p>
      <w:r>
        <w:rPr>
          <w:sz w:val="20"/>
        </w:rPr>
        <w:t>47:23  The real term is Darul Insan, Darul Insan, Darul Insan. The whole world is Darul Insan. So in this world, there is only one equation. There is man and God and not man and not Muslim and non-Muslim.</w:t>
      </w:r>
      <w:r>
        <w:br/>
      </w:r>
      <w:r>
        <w:rPr>
          <w:sz w:val="20"/>
        </w:rPr>
        <w:t>47:44  There is no equation. The true equation, the right equation is creator or God or man. I'm a great believer in God.</w:t>
      </w:r>
    </w:p>
    <w:p>
      <w:pPr>
        <w:pStyle w:val="Heading2"/>
      </w:pPr>
      <w:r>
        <w:t>closing Quran verse on wisdom as abundant wealth</w:t>
      </w:r>
    </w:p>
    <w:p>
      <w:r>
        <w:rPr>
          <w:color w:val="666666"/>
          <w:sz w:val="18"/>
        </w:rPr>
        <w:t>What is Wisdom CPS Women Session · 41s · at 10:12 · https://youtu.be/l73-Js3cVkc?t=612</w:t>
      </w:r>
    </w:p>
    <w:p>
      <w:r>
        <w:rPr>
          <w:i/>
        </w:rPr>
        <w:t>“Whoever is granted wisdom has been granted abundant wealth”</w:t>
      </w:r>
    </w:p>
    <w:p>
      <w:r>
        <w:rPr>
          <w:sz w:val="20"/>
        </w:rPr>
        <w:t>10:12  aakhir mein Quran ki chapter 2 ki verse 269 ko parh kar is ko khatam karte hain. woh jis ko chahta hai hikmat de deta hai, aur jis ko hikmat mili us ko bari daulat mil gayi, aur naseehat wahi hasil karte hain jo aqal wale hain.</w:t>
      </w:r>
      <w:r>
        <w:br/>
      </w:r>
      <w:r>
        <w:rPr>
          <w:sz w:val="20"/>
        </w:rPr>
        <w:t>10:31  bohat achha aap ne. is ka main English translation parhti hoon</w:t>
      </w:r>
      <w:r>
        <w:br/>
      </w:r>
      <w:r>
        <w:rPr>
          <w:sz w:val="20"/>
        </w:rPr>
        <w:t>10:34  . He grants wisdom to whom He will, and whoever is granted wisdom has indeed been granted abundant wealth.</w:t>
      </w:r>
      <w:r>
        <w:br/>
      </w:r>
      <w:r>
        <w:rPr>
          <w:sz w:val="20"/>
        </w:rPr>
        <w:t>10:43  Yet none bear this in mind except those endowed with understanding. bohat important verse aap aap ne is ko batai.</w:t>
      </w:r>
    </w:p>
    <w:p>
      <w:pPr>
        <w:pStyle w:val="Heading2"/>
      </w:pPr>
      <w:r>
        <w:t>Ice seller metaphor for life's urgency</w:t>
      </w:r>
    </w:p>
    <w:p>
      <w:r>
        <w:rPr>
          <w:color w:val="666666"/>
          <w:sz w:val="18"/>
        </w:rPr>
        <w:t>Maulana Wahiduddin Khan's Earlier Association with Jamaat e Islami 19 Sept 2020 · 35s · at 22:40 · https://youtu.be/_89eYamI9v4?t=1360</w:t>
      </w:r>
    </w:p>
    <w:p>
      <w:r>
        <w:rPr>
          <w:i/>
        </w:rPr>
        <w:t>“Jiska asasa har lamha pighalta rehta hai”</w:t>
      </w:r>
    </w:p>
    <w:p>
      <w:r>
        <w:rPr>
          <w:sz w:val="20"/>
        </w:rPr>
        <w:t>22:40  jiska asasa har lamha pighalta rehta hai, aur uski kamyabi ki shakal yahi hai ke waqt</w:t>
      </w:r>
      <w:r>
        <w:br/>
      </w:r>
      <w:r>
        <w:rPr>
          <w:sz w:val="20"/>
        </w:rPr>
        <w:t>22:47  guzarne se pehle hi woh apna saman bech dale, warna aakhir mein uske paas kuch bhi nahi hoga, aur usko apni dukaan se khali haath jana padega uthkar.</w:t>
      </w:r>
      <w:r>
        <w:br/>
      </w:r>
      <w:r>
        <w:rPr>
          <w:sz w:val="20"/>
        </w:rPr>
        <w:t>23:00  To isse yeh is mein yeh batate hain ke hum hum ko is duniya mein bahut hi kam muddat ke liye humein time mila hai, aur isi kam muddat mein humein apni salahiyaton ko, apni quwaton ka sahi istemal kar lena hai.</w:t>
      </w:r>
    </w:p>
    <w:p>
      <w:pPr>
        <w:pStyle w:val="Heading2"/>
      </w:pPr>
      <w:r>
        <w:t>Ship story child's conviction</w:t>
      </w:r>
    </w:p>
    <w:p>
      <w:r>
        <w:rPr>
          <w:color w:val="666666"/>
          <w:sz w:val="18"/>
        </w:rPr>
        <w:t>The Ideology of Truth July 15, 2007 · 2m 58s · at 30:19 · https://youtu.be/w3OkX5xvqTI?t=1819</w:t>
      </w:r>
    </w:p>
    <w:p>
      <w:r>
        <w:rPr>
          <w:i/>
        </w:rPr>
        <w:t>“Ek ship chala America se Africa ki taraf”</w:t>
      </w:r>
    </w:p>
    <w:p>
      <w:r>
        <w:rPr>
          <w:sz w:val="20"/>
        </w:rPr>
        <w:t>30:19  ek ship jo hai,</w:t>
      </w:r>
      <w:r>
        <w:br/>
      </w:r>
      <w:r>
        <w:rPr>
          <w:sz w:val="20"/>
        </w:rPr>
        <w:t>30:23  jab steam ship ka zamana aa gaya, tab ka qissa hai yeh ke ek ship chala America se Africa ki taraf.</w:t>
      </w:r>
      <w:r>
        <w:br/>
      </w:r>
      <w:r>
        <w:rPr>
          <w:sz w:val="20"/>
        </w:rPr>
        <w:t>30:33  aap jante hain ke beech mein Atlantic Ocean hai, to woh Atlantic Ocean mein dakhil hua.</w:t>
      </w:r>
      <w:r>
        <w:br/>
      </w:r>
      <w:r>
        <w:rPr>
          <w:sz w:val="20"/>
        </w:rPr>
        <w:t>30:43  beech mein jab pahuncha to storm aa gaya.</w:t>
      </w:r>
      <w:r>
        <w:br/>
      </w:r>
      <w:r>
        <w:rPr>
          <w:sz w:val="20"/>
        </w:rPr>
        <w:t>30:47  aap jante hain ke storm to aate hi rehte hain. ab jahaz storm mein ghar gaya.</w:t>
      </w:r>
      <w:r>
        <w:br/>
      </w:r>
      <w:r>
        <w:rPr>
          <w:sz w:val="20"/>
        </w:rPr>
        <w:t>30:57  yeh qissa main is liye bata raha hoon ke yeh bachche ka qissa hai. bachcha nature par hota hai, koi provision nahin hota. bada hone ke baad insan mein provision aa jata hai, lekin bachcha nature par hota hai.</w:t>
      </w:r>
      <w:r>
        <w:br/>
      </w:r>
      <w:r>
        <w:rPr>
          <w:sz w:val="20"/>
        </w:rPr>
        <w:t>31:09  woh bachcha bahut hi acha example hai is baat ka.</w:t>
      </w:r>
      <w:r>
        <w:br/>
      </w:r>
      <w:r>
        <w:rPr>
          <w:sz w:val="20"/>
        </w:rPr>
        <w:t>31:15  to jahaz jo tha, woh storm aa gaya, bahut zabardast. is mein woh hil jhol taane laga, hilne julne laga, ult palat ya doob jayega.</w:t>
      </w:r>
      <w:r>
        <w:br/>
      </w:r>
      <w:r>
        <w:rPr>
          <w:sz w:val="20"/>
        </w:rPr>
        <w:t>31:31  is waqt ek aadmi kehta hai ke main, aap jante hain ke jahaz bahut bada hota hai, hawai jahaz ki tarah to hota nahin. hawai jahaz chhota sa hota hai, lekin samundar ke jahaz bahut bade hote hain.</w:t>
      </w:r>
      <w:r>
        <w:br/>
      </w:r>
      <w:r>
        <w:rPr>
          <w:sz w:val="20"/>
        </w:rPr>
        <w:t>31:44  to woh aadmi idhar se udhar, woh bhi bhaag raha tha ke dekhen kya hai haal logon ka. to ek corner mein us ne dekha ke ek bachcha, ek bachchi, ek chhoti bachchi,</w:t>
      </w:r>
      <w:r>
        <w:br/>
      </w:r>
      <w:r>
        <w:rPr>
          <w:sz w:val="20"/>
        </w:rPr>
        <w:t>31:59  woh dor se khel rahi hai, godiye se khel rahi hai. chhoti bachchi,</w:t>
      </w:r>
      <w:r>
        <w:br/>
      </w:r>
      <w:r>
        <w:rPr>
          <w:sz w:val="20"/>
        </w:rPr>
        <w:t>32:06  woh kisi European captain tha, us ki bachchi thi. woh</w:t>
      </w:r>
      <w:r>
        <w:br/>
      </w:r>
      <w:r>
        <w:rPr>
          <w:sz w:val="20"/>
        </w:rPr>
        <w:t>32:14  to woh aadmi us ke paas jata hai, woh kehta hai ke tum ko pata hai ke abhi kya ho raha hai? us ne kaha, "kya kya ho raha hai?" us ne kaha, "ke hamara jahaz doobne wala hai,</w:t>
      </w:r>
      <w:r>
        <w:br/>
      </w:r>
      <w:r>
        <w:rPr>
          <w:sz w:val="20"/>
        </w:rPr>
        <w:t>32:29  hum storm mein phans gaye hain." woh bachchi jo abhi nature par thi, nature par, uska provision nahin hua tha.</w:t>
      </w:r>
      <w:r>
        <w:br/>
      </w:r>
      <w:r>
        <w:rPr>
          <w:sz w:val="20"/>
        </w:rPr>
        <w:t>32:42  to bahut hi peace ke sath woh bolti hai, "you know,</w:t>
      </w:r>
      <w:r>
        <w:br/>
      </w:r>
      <w:r>
        <w:rPr>
          <w:sz w:val="20"/>
        </w:rPr>
        <w:t>32:55  you know, the captain of the ship is my father. my father is the captain of the ship, and he is not going to let it sink.</w:t>
      </w:r>
      <w:r>
        <w:br/>
      </w:r>
      <w:r>
        <w:rPr>
          <w:sz w:val="20"/>
        </w:rPr>
        <w:t>33:09  my father is captain of the ship, and he is not going to let it sink.</w:t>
      </w:r>
    </w:p>
    <w:p>
      <w:pPr>
        <w:pStyle w:val="Heading2"/>
      </w:pPr>
      <w:r>
        <w:t>Gender cooperation not equality</w:t>
      </w:r>
    </w:p>
    <w:p>
      <w:r>
        <w:rPr>
          <w:color w:val="666666"/>
          <w:sz w:val="18"/>
        </w:rPr>
        <w:t>Place of Women in Islam | March 5, 2006 | Maulana Wahiduddin Khan · 30s · at 30:59 · https://youtu.be/1Ti4skvf7UA?t=1859</w:t>
      </w:r>
    </w:p>
    <w:p>
      <w:r>
        <w:rPr>
          <w:i/>
        </w:rPr>
        <w:t>“Gender equality nahi hai, balke gender cooperation.”</w:t>
      </w:r>
    </w:p>
    <w:p>
      <w:r>
        <w:rPr>
          <w:sz w:val="20"/>
        </w:rPr>
        <w:t>30:59  Woh yeh hai ke aurat aur mard ke darmiyan equality nahi hai, balke inequality hai. Yani gender equality jo hai, yeh ulta qanoon hai. Sahi baat hai ke gender inequality. Is ka matlab kya hua? Ke aap yeh koshish agar karein gender equality qaim karne mein, to aap hamesha nakaam rahenge. Sahi, sahi formula hai</w:t>
      </w:r>
    </w:p>
    <w:p>
      <w:pPr>
        <w:pStyle w:val="Heading2"/>
      </w:pPr>
      <w:r>
        <w:t>Father's death taught me re-planning with examples</w:t>
      </w:r>
    </w:p>
    <w:p>
      <w:r>
        <w:rPr>
          <w:color w:val="666666"/>
          <w:sz w:val="18"/>
        </w:rPr>
        <w:t>Replanning | April 01, 2017 · 5m 35s · at 5:49 · https://youtu.be/pQx9iopKnEY?t=349</w:t>
      </w:r>
    </w:p>
    <w:p>
      <w:r>
        <w:rPr>
          <w:i/>
        </w:rPr>
        <w:t>“My father died suddenly, but I learned to re-plan.”</w:t>
      </w:r>
    </w:p>
    <w:p>
      <w:r>
        <w:rPr>
          <w:sz w:val="20"/>
        </w:rPr>
        <w:t>5:49  achanak. un ko stroke hua. yeh baat hai december 1929 ki. toh main bohat zyada attach tha apne baap se, bohat zyada. har waqt baap ke sath rehta tha. jab achanak un ko aik hi raat mein mar gaye woh. usi raat ko stroke hua, usi raat ko mar gaye. maine ab tak mujhe yaad hai, yani bed par un ki body aise l</w:t>
      </w:r>
      <w:r>
        <w:br/>
      </w:r>
      <w:r>
        <w:rPr>
          <w:sz w:val="20"/>
        </w:rPr>
        <w:t>6:19  ty hui thi.</w:t>
      </w:r>
      <w:r>
        <w:br/>
      </w:r>
      <w:r>
        <w:rPr>
          <w:sz w:val="20"/>
        </w:rPr>
        <w:t>6:24  rastay mein un ko track hua tha.</w:t>
      </w:r>
      <w:r>
        <w:br/>
      </w:r>
      <w:r>
        <w:rPr>
          <w:sz w:val="20"/>
        </w:rPr>
        <w:t>6:28  woh hamari chaawni hua karti thi, wahan se aa rahe the woh.</w:t>
      </w:r>
      <w:r>
        <w:br/>
      </w:r>
      <w:r>
        <w:rPr>
          <w:sz w:val="20"/>
        </w:rPr>
        <w:t>6:32  utha kar laye gaye aur bed par litaya gaya un ko.</w:t>
      </w:r>
      <w:r>
        <w:br/>
      </w:r>
      <w:r>
        <w:rPr>
          <w:sz w:val="20"/>
        </w:rPr>
        <w:t>6:37  toh ab tak mujhe yaad hai ke kaise maine dekha tha un ko is bed par.</w:t>
      </w:r>
      <w:r>
        <w:br/>
      </w:r>
      <w:r>
        <w:rPr>
          <w:sz w:val="20"/>
        </w:rPr>
        <w:t>6:41  تو میری زندگی میں سوچ کر تو نہیں، unconsciously replanning ہوئی۔</w:t>
      </w:r>
      <w:r>
        <w:br/>
      </w:r>
      <w:r>
        <w:rPr>
          <w:sz w:val="20"/>
        </w:rPr>
        <w:t>6:46  meri maa batati thi ke is baat mein ek bilkul chup ho rehne laga, bilkul chup.</w:t>
      </w:r>
      <w:r>
        <w:br/>
      </w:r>
      <w:r>
        <w:rPr>
          <w:sz w:val="20"/>
        </w:rPr>
        <w:t>6:50  bolta hi nahi tha.</w:t>
      </w:r>
      <w:r>
        <w:br/>
      </w:r>
      <w:r>
        <w:rPr>
          <w:sz w:val="20"/>
        </w:rPr>
        <w:t>6:54  لیکن دیکھئے mind ایسا ہے کہ آپ ایسا ہے کہ آپ چپ نہیں رہ سکتے۔</w:t>
      </w:r>
      <w:r>
        <w:br/>
      </w:r>
      <w:r>
        <w:rPr>
          <w:sz w:val="20"/>
        </w:rPr>
        <w:t>6:57  mind sochega.</w:t>
      </w:r>
      <w:r>
        <w:br/>
      </w:r>
      <w:r>
        <w:rPr>
          <w:sz w:val="20"/>
        </w:rPr>
        <w:t>7:01  یہ impossible ہے کہ mind ڈیڈلی چپ ہو جائے۔</w:t>
      </w:r>
      <w:r>
        <w:br/>
      </w:r>
      <w:r>
        <w:rPr>
          <w:sz w:val="20"/>
        </w:rPr>
        <w:t>7:05  woh sochta hai, sochta hai, sochta hai.</w:t>
      </w:r>
      <w:r>
        <w:br/>
      </w:r>
      <w:r>
        <w:rPr>
          <w:sz w:val="20"/>
        </w:rPr>
        <w:t>7:09  toh mera mind sochne laga.</w:t>
      </w:r>
      <w:r>
        <w:br/>
      </w:r>
      <w:r>
        <w:rPr>
          <w:sz w:val="20"/>
        </w:rPr>
        <w:t>7:13  yani pehle bolta tha, ab sochne laga.</w:t>
      </w:r>
      <w:r>
        <w:br/>
      </w:r>
      <w:r>
        <w:rPr>
          <w:sz w:val="20"/>
        </w:rPr>
        <w:t>7:16  pehlay mujhe shauq tha is ka, woh shauq khatam ho gaya toh sochte</w:t>
      </w:r>
      <w:r>
        <w:br/>
      </w:r>
      <w:r>
        <w:rPr>
          <w:sz w:val="20"/>
        </w:rPr>
        <w:t>7:20  sochte mere mind ne replanning ki. pehle unconsciously, us ke baad consciously. toh maine parha, urdu parha, farsi parha, arabi parhi, english parhi. yahan tak ke yeh masla shuru hua. toh yeh jo formula hai, replanning, yeh hai surah wal asr mein. ke last hota hai toh it is not natural, is ko normal way</w:t>
      </w:r>
      <w:r>
        <w:br/>
      </w:r>
      <w:r>
        <w:rPr>
          <w:sz w:val="20"/>
        </w:rPr>
        <w:t>7:50  mein lo, aur phir tum re-planning karo.</w:t>
      </w:r>
      <w:r>
        <w:br/>
      </w:r>
      <w:r>
        <w:rPr>
          <w:sz w:val="20"/>
        </w:rPr>
        <w:t>7:55  phir mujhe yaad aata hai apne jahan mein rehta tha wahan ka qissa.</w:t>
      </w:r>
      <w:r>
        <w:br/>
      </w:r>
      <w:r>
        <w:rPr>
          <w:sz w:val="20"/>
        </w:rPr>
        <w:t>8:00  ek sahib jo mein un ko mein jaanta tha achhe tareeqay se, abhi bhi meri yaadon mein hain woh.</w:t>
      </w:r>
      <w:r>
        <w:br/>
      </w:r>
      <w:r>
        <w:rPr>
          <w:sz w:val="20"/>
        </w:rPr>
        <w:t>8:05  to wo zindagi mein kamyab nahi hua.</w:t>
      </w:r>
      <w:r>
        <w:br/>
      </w:r>
      <w:r>
        <w:rPr>
          <w:sz w:val="20"/>
        </w:rPr>
        <w:t>8:10  bohat ghareebi ki halat thi un ki.</w:t>
      </w:r>
      <w:r>
        <w:br/>
      </w:r>
      <w:r>
        <w:rPr>
          <w:sz w:val="20"/>
        </w:rPr>
        <w:t>8:16  to ek din kya hua ke unhon ne apne aap ko</w:t>
      </w:r>
      <w:r>
        <w:br/>
      </w:r>
      <w:r>
        <w:rPr>
          <w:sz w:val="20"/>
        </w:rPr>
        <w:t>8:21  suiside kar liya, yani zehar kha liya.</w:t>
      </w:r>
      <w:r>
        <w:br/>
      </w:r>
      <w:r>
        <w:rPr>
          <w:sz w:val="20"/>
        </w:rPr>
        <w:t>8:27  mein ab tak mujhe yaad hai un ka ke body un ki pari hui thi, aur marne se pehle.</w:t>
      </w:r>
      <w:r>
        <w:br/>
      </w:r>
      <w:r>
        <w:rPr>
          <w:sz w:val="20"/>
        </w:rPr>
        <w:t>8:33  to lekin foran ke foran kuch koi doctor mil gaya, us ne us ko kiya kiya kiya kiya</w:t>
      </w:r>
      <w:r>
        <w:br/>
      </w:r>
      <w:r>
        <w:rPr>
          <w:sz w:val="20"/>
        </w:rPr>
        <w:t>8:39  ke wo theek ho gaya.</w:t>
      </w:r>
      <w:r>
        <w:br/>
      </w:r>
      <w:r>
        <w:rPr>
          <w:sz w:val="20"/>
        </w:rPr>
        <w:t>8:45  wohi same aadmi is ke baad kya hua hero ban gaya. Same aadmi. Aur bohat</w:t>
      </w:r>
      <w:r>
        <w:br/>
      </w:r>
      <w:r>
        <w:rPr>
          <w:sz w:val="20"/>
        </w:rPr>
        <w:t>8:51  paisah kamaya us ne.</w:t>
      </w:r>
      <w:r>
        <w:br/>
      </w:r>
      <w:r>
        <w:rPr>
          <w:sz w:val="20"/>
        </w:rPr>
        <w:t>8:54  company banai us ne.</w:t>
      </w:r>
      <w:r>
        <w:br/>
      </w:r>
      <w:r>
        <w:rPr>
          <w:sz w:val="20"/>
        </w:rPr>
        <w:t>8:58  bara ghar banaya.</w:t>
      </w:r>
      <w:r>
        <w:br/>
      </w:r>
      <w:r>
        <w:rPr>
          <w:sz w:val="20"/>
        </w:rPr>
        <w:t>9:01  aur yani har aitbar se wo taraqqi ki us ne.</w:t>
      </w:r>
      <w:r>
        <w:br/>
      </w:r>
      <w:r>
        <w:rPr>
          <w:sz w:val="20"/>
        </w:rPr>
        <w:t>9:05  apne bachon ko parhaya.</w:t>
      </w:r>
      <w:r>
        <w:br/>
      </w:r>
      <w:r>
        <w:rPr>
          <w:sz w:val="20"/>
        </w:rPr>
        <w:t>9:08  wohi same aadmi.</w:t>
      </w:r>
      <w:r>
        <w:br/>
      </w:r>
      <w:r>
        <w:rPr>
          <w:sz w:val="20"/>
        </w:rPr>
        <w:t>9:12  تو that was miracle of replanning.</w:t>
      </w:r>
      <w:r>
        <w:br/>
      </w:r>
      <w:r>
        <w:rPr>
          <w:sz w:val="20"/>
        </w:rPr>
        <w:t>9:15  to re planning ka scope itna zyada hai, itna zyada hai, itna zyada hai ke unlimited hai.</w:t>
      </w:r>
      <w:r>
        <w:br/>
      </w:r>
      <w:r>
        <w:rPr>
          <w:sz w:val="20"/>
        </w:rPr>
        <w:t>9:19  aur given ne likha hai,</w:t>
      </w:r>
      <w:r>
        <w:br/>
      </w:r>
      <w:r>
        <w:rPr>
          <w:sz w:val="20"/>
        </w:rPr>
        <w:t>9:22  historian givan, keh history ka sab se bara waqea replanning ka heracles herqul ko tha. yani roman empire ka jo aakhri badshah tha, uska naam hai heracles herqul. to us zamane mein do empire theen, roman empire aur sasani empire. yeh bohat detail ke sath likha hai yeh qissa, givan ne. apni</w:t>
      </w:r>
      <w:r>
        <w:br/>
      </w:r>
      <w:r>
        <w:rPr>
          <w:sz w:val="20"/>
        </w:rPr>
        <w:t>9:52  . to sasani empire ne attack kiya, aur destroy kar diya usne roman empire ko. destroy kar diya. yahan tak keh jo king tha woh ab bhag kar ke ja kar jis ko kehte hain aaj qastuntuniya, yani constantinople, sirf isi ek shehar mein ja kar rehne laga woh. to usne likha hai keh iske baad herqul mein ek miracle change aaya. woh</w:t>
      </w:r>
      <w:r>
        <w:br/>
      </w:r>
      <w:r>
        <w:rPr>
          <w:sz w:val="20"/>
        </w:rPr>
        <w:t>10:22  sharab peeta tha, sharab chhod di.</w:t>
      </w:r>
      <w:r>
        <w:br/>
      </w:r>
      <w:r>
        <w:rPr>
          <w:sz w:val="20"/>
        </w:rPr>
        <w:t>10:25  auraton ke paas bhagta tha, auraten chhod diya us ne.</w:t>
      </w:r>
      <w:r>
        <w:br/>
      </w:r>
      <w:r>
        <w:rPr>
          <w:sz w:val="20"/>
        </w:rPr>
        <w:t>10:29  sab ice par chhod diya.</w:t>
      </w:r>
      <w:r>
        <w:br/>
      </w:r>
      <w:r>
        <w:rPr>
          <w:sz w:val="20"/>
        </w:rPr>
        <w:t>10:32  aur achaanak bohat hi serious aadmi ban gaya.</w:t>
      </w:r>
      <w:r>
        <w:br/>
      </w:r>
      <w:r>
        <w:rPr>
          <w:sz w:val="20"/>
        </w:rPr>
        <w:t>10:36  aur bohat hi secret planning ki us ne, secret planning.</w:t>
      </w:r>
      <w:r>
        <w:br/>
      </w:r>
      <w:r>
        <w:rPr>
          <w:sz w:val="20"/>
        </w:rPr>
        <w:t>10:39  bohat detail ke sath likha hai us ne.</w:t>
      </w:r>
      <w:r>
        <w:br/>
      </w:r>
      <w:r>
        <w:rPr>
          <w:sz w:val="20"/>
        </w:rPr>
        <w:t>10:42  aur us ne bohat zabardast planning kar ke dobara attack kiya to dobara us ne sasani empire ko</w:t>
      </w:r>
      <w:r>
        <w:br/>
      </w:r>
      <w:r>
        <w:rPr>
          <w:sz w:val="20"/>
        </w:rPr>
        <w:t>10:46  destroy kar diya.</w:t>
      </w:r>
      <w:r>
        <w:br/>
      </w:r>
      <w:r>
        <w:rPr>
          <w:sz w:val="20"/>
        </w:rPr>
        <w:t>10:49  to is tarah ki tareekh mein bohat se waqeat</w:t>
      </w:r>
      <w:r>
        <w:br/>
      </w:r>
      <w:r>
        <w:rPr>
          <w:sz w:val="20"/>
        </w:rPr>
        <w:t>10:52  mujhe yaad aate hain.</w:t>
      </w:r>
      <w:r>
        <w:br/>
      </w:r>
      <w:r>
        <w:rPr>
          <w:sz w:val="20"/>
        </w:rPr>
        <w:t>10:58  to surah al-asr jo hai, yeh yeh masla deti hai ke kuch bhi last ho tum ko, kuch</w:t>
      </w:r>
      <w:r>
        <w:br/>
      </w:r>
      <w:r>
        <w:rPr>
          <w:sz w:val="20"/>
        </w:rPr>
        <w:t>11:03  bhi tum se khoya jaye, tum hopeless mat bano.</w:t>
      </w:r>
      <w:r>
        <w:br/>
      </w:r>
      <w:r>
        <w:rPr>
          <w:sz w:val="20"/>
        </w:rPr>
        <w:t>11:08  replanning karo, replanning karo, replanning karo.</w:t>
      </w:r>
      <w:r>
        <w:br/>
      </w:r>
      <w:r>
        <w:rPr>
          <w:sz w:val="20"/>
        </w:rPr>
        <w:t>11:14  misalan jo jis jo film actress jo mar gayi, uska naam tha Meena Kumari.</w:t>
      </w:r>
      <w:r>
        <w:br/>
      </w:r>
      <w:r>
        <w:rPr>
          <w:sz w:val="20"/>
        </w:rPr>
        <w:t>11:19  to agar us waqt koi is ko</w:t>
      </w:r>
    </w:p>
    <w:p>
      <w:pPr>
        <w:pStyle w:val="Heading2"/>
      </w:pPr>
      <w:r>
        <w:t>customer is always right applied to dawah</w:t>
      </w:r>
    </w:p>
    <w:p>
      <w:r>
        <w:rPr>
          <w:color w:val="666666"/>
          <w:sz w:val="18"/>
        </w:rPr>
        <w:t>Principle of Avoidance in Islam December 12, 2010 · 55s · at 56:11 · https://youtu.be/W5DQnHPN1y4?t=3371</w:t>
      </w:r>
    </w:p>
    <w:p>
      <w:r>
        <w:rPr>
          <w:i/>
        </w:rPr>
        <w:t>“کسٹمر از آلویز رائٹ، مدعو از آلویز رائٹ”</w:t>
      </w:r>
    </w:p>
    <w:p>
      <w:r>
        <w:rPr>
          <w:sz w:val="20"/>
        </w:rPr>
        <w:t>56:11  yani normal taluq ko baqi rakhne ke liye hamein avoid karna parta hai. woh kuch bhi kare, madu kuch bhi kare. unilaterally karna parta hai aap ko.</w:t>
      </w:r>
      <w:r>
        <w:br/>
      </w:r>
      <w:r>
        <w:rPr>
          <w:sz w:val="20"/>
        </w:rPr>
        <w:t>56:21  jise kehte hain na customer is always right. to business mein kaha jata hai customer is always right. kyun? agar customer se hum avoid na karen to business nahi hoga.</w:t>
      </w:r>
      <w:r>
        <w:br/>
      </w:r>
      <w:r>
        <w:rPr>
          <w:sz w:val="20"/>
        </w:rPr>
        <w:t>56:34  customer ki baaton ko agar avoid na karein to business nahi hoga.</w:t>
      </w:r>
      <w:r>
        <w:br/>
      </w:r>
      <w:r>
        <w:rPr>
          <w:sz w:val="20"/>
        </w:rPr>
        <w:t>56:39  aisi madu ki baaton par agar avoid na karein to dawat nahi hogi.</w:t>
      </w:r>
      <w:r>
        <w:br/>
      </w:r>
      <w:r>
        <w:rPr>
          <w:sz w:val="20"/>
        </w:rPr>
        <w:t>56:45  same principle yahan bhi apply hota hai. yani jis tarah se woh kehta hai businessman ke customer is always right, aap ko bhi kehna chahiye ke madu is always right.</w:t>
      </w:r>
    </w:p>
    <w:p>
      <w:pPr>
        <w:pStyle w:val="Heading2"/>
      </w:pPr>
      <w:r>
        <w:t>Cow culture: turning negativity into something good</w:t>
      </w:r>
    </w:p>
    <w:p>
      <w:r>
        <w:rPr>
          <w:color w:val="666666"/>
          <w:sz w:val="18"/>
        </w:rPr>
        <w:t>From Anger to Awareness A Journey with Maulana Wahiduddin Khan · 1m 32s · at 16:41 · https://youtu.be/EmHNgq0Iq1w?t=1001</w:t>
      </w:r>
    </w:p>
    <w:p>
      <w:r>
        <w:rPr>
          <w:i/>
        </w:rPr>
        <w:t>“I witnessed an interesting interaction at Geneva airport.”</w:t>
      </w:r>
    </w:p>
    <w:p>
      <w:r>
        <w:rPr>
          <w:sz w:val="20"/>
        </w:rPr>
        <w:t>16:41  tion. I was traveling with Maulana Wahiduddin Khan Sahib, uh, and we were at the Geneva airport. So there was an Indian lady, uh, who had, uh, been in Switzerland, uh, for a couple of months on some social project, and she was returning back.</w:t>
      </w:r>
      <w:r>
        <w:br/>
      </w:r>
      <w:r>
        <w:rPr>
          <w:sz w:val="20"/>
        </w:rPr>
        <w:t>16:57  So when she saw Maulana at the airport, uh, she came to him and she began interacting. She was very happy to see Maulana, Maulana Sahib.</w:t>
      </w:r>
      <w:r>
        <w:br/>
      </w:r>
      <w:r>
        <w:rPr>
          <w:sz w:val="20"/>
        </w:rPr>
        <w:t>17:05  And</w:t>
      </w:r>
      <w:r>
        <w:br/>
      </w:r>
      <w:r>
        <w:rPr>
          <w:sz w:val="20"/>
        </w:rPr>
        <w:t>17:06  , uh, in the conversation I was witnessing, she began complaining about many things. So Maulana gave her a patient hearing, and then Maulana said that, uh, the solution to your problem is that you should adopt cow culture.</w:t>
      </w:r>
      <w:r>
        <w:br/>
      </w:r>
      <w:r>
        <w:rPr>
          <w:sz w:val="20"/>
        </w:rPr>
        <w:t>17:23  And she was, uh, very curious. She said, "What is this, uh, cow culture?" So Maulana said that, uh, if you see a cow, it converts non-milk to milk.</w:t>
      </w:r>
      <w:r>
        <w:br/>
      </w:r>
      <w:r>
        <w:rPr>
          <w:sz w:val="20"/>
        </w:rPr>
        <w:t>17:34  It takes grass, twigs, leaves, and through a divine process that goes about in its belly, it returns something very healthy, something good to humanity, which is milk.</w:t>
      </w:r>
      <w:r>
        <w:br/>
      </w:r>
      <w:r>
        <w:rPr>
          <w:sz w:val="20"/>
        </w:rPr>
        <w:t>17:45  So he said to that lady that you will always have, uh, negative, provocative, unexpected experiences.</w:t>
      </w:r>
      <w:r>
        <w:br/>
      </w:r>
      <w:r>
        <w:rPr>
          <w:sz w:val="20"/>
        </w:rPr>
        <w:t>17:54  Convert them into positive experiences and return back to humanity something which is good</w:t>
      </w:r>
      <w:r>
        <w:br/>
      </w:r>
      <w:r>
        <w:rPr>
          <w:sz w:val="20"/>
        </w:rPr>
        <w:t>17:59  . She liked this analogy so much that she said, "Maulana Sahib, I'm really going to try to change myself." So Maulana's idea was to, uh, be positive in every scenario, make the other person also positive.</w:t>
      </w:r>
    </w:p>
    <w:p>
      <w:pPr>
        <w:pStyle w:val="Heading2"/>
      </w:pPr>
      <w:r>
        <w:t>Living with what you can't change: the mind's delete button</w:t>
      </w:r>
    </w:p>
    <w:p>
      <w:r>
        <w:rPr>
          <w:color w:val="666666"/>
          <w:sz w:val="18"/>
        </w:rPr>
        <w:t>The Problem of Misunderstanding January 1, 2008 · 5m 52s · at 45:19 · https://youtu.be/CTmUoJ714fg?t=2719</w:t>
      </w:r>
    </w:p>
    <w:p>
      <w:r>
        <w:rPr>
          <w:i/>
        </w:rPr>
        <w:t>“Only immature people are living in tension and stress”</w:t>
      </w:r>
    </w:p>
    <w:p>
      <w:r>
        <w:rPr>
          <w:sz w:val="20"/>
        </w:rPr>
        <w:t>45:19  at least bad effect of all these problems. so i would like to say that, destressing is the ability to live with things you cannot change.</w:t>
      </w:r>
      <w:r>
        <w:br/>
      </w:r>
      <w:r>
        <w:rPr>
          <w:sz w:val="20"/>
        </w:rPr>
        <w:t>45:36  this also formula, destressing is the art of destressing, is the ability to live with things you cannot change.</w:t>
      </w:r>
      <w:r>
        <w:br/>
      </w:r>
      <w:r>
        <w:rPr>
          <w:sz w:val="20"/>
        </w:rPr>
        <w:t>45:51  there are so many things you cannot change. you can, you cannot change the darkness of a night.</w:t>
      </w:r>
      <w:r>
        <w:br/>
      </w:r>
      <w:r>
        <w:rPr>
          <w:sz w:val="20"/>
        </w:rPr>
        <w:t>46:00  you cannot change so many. there are so many things you cannot remove the thoughts in the branch of a rose plant.</w:t>
      </w:r>
      <w:r>
        <w:br/>
      </w:r>
      <w:r>
        <w:rPr>
          <w:sz w:val="20"/>
        </w:rPr>
        <w:t>46:11  so there are so many things you cannot eliminate, you cannot remove it.</w:t>
      </w:r>
      <w:r>
        <w:br/>
      </w:r>
      <w:r>
        <w:rPr>
          <w:sz w:val="20"/>
        </w:rPr>
        <w:t>46:17  so it is said that maturity is the ability to live with things you cannot change. so art of these stressing also like this.</w:t>
      </w:r>
      <w:r>
        <w:br/>
      </w:r>
      <w:r>
        <w:rPr>
          <w:sz w:val="20"/>
        </w:rPr>
        <w:t>46:30  art of the stressing is the ability to live with things you cannot change. this my formula.</w:t>
      </w:r>
      <w:r>
        <w:br/>
      </w:r>
      <w:r>
        <w:rPr>
          <w:sz w:val="20"/>
        </w:rPr>
        <w:t>46:41  i adopted this formula.</w:t>
      </w:r>
      <w:r>
        <w:br/>
      </w:r>
      <w:r>
        <w:rPr>
          <w:sz w:val="20"/>
        </w:rPr>
        <w:t>46:44  i always try to live with normal life, with those things i cannot change.</w:t>
      </w:r>
      <w:r>
        <w:br/>
      </w:r>
      <w:r>
        <w:rPr>
          <w:sz w:val="20"/>
        </w:rPr>
        <w:t>46:54  there are so many things in my life. i am unable to change it in my family, in my society, in my country, also in the world.</w:t>
      </w:r>
      <w:r>
        <w:br/>
      </w:r>
      <w:r>
        <w:rPr>
          <w:sz w:val="20"/>
        </w:rPr>
        <w:t>47:06  there are so many things that bothers me when i think that i cannot change it.</w:t>
      </w:r>
      <w:r>
        <w:br/>
      </w:r>
      <w:r>
        <w:rPr>
          <w:sz w:val="20"/>
        </w:rPr>
        <w:t>47:14  so i try to live with a normal. so it is a well known formula that maturity is the ability to live with things you cannot change. so</w:t>
      </w:r>
      <w:r>
        <w:br/>
      </w:r>
      <w:r>
        <w:rPr>
          <w:sz w:val="20"/>
        </w:rPr>
        <w:t>47:30  so is the case of destressing. art of destressing, art of destressing is the ability to live with things you cannot change.</w:t>
      </w:r>
      <w:r>
        <w:br/>
      </w:r>
      <w:r>
        <w:rPr>
          <w:sz w:val="20"/>
        </w:rPr>
        <w:t>47:46  i am not saying this as a left service. is my life. i adopted this formula. i live with this formula.</w:t>
      </w:r>
      <w:r>
        <w:br/>
      </w:r>
      <w:r>
        <w:rPr>
          <w:sz w:val="20"/>
        </w:rPr>
        <w:t>48:00  so i have found this formula very simple and very practicable also.</w:t>
      </w:r>
      <w:r>
        <w:br/>
      </w:r>
      <w:r>
        <w:rPr>
          <w:sz w:val="20"/>
        </w:rPr>
        <w:t>48:10  i always say that if there is no physical problem, there is no problem. intellectual problem is not a problem.</w:t>
      </w:r>
      <w:r>
        <w:br/>
      </w:r>
      <w:r>
        <w:rPr>
          <w:sz w:val="20"/>
        </w:rPr>
        <w:t>48:22  if there is physical problem, for example fracture, then it is a problem. then you have to go to hospital. but if the problem is intellectual nature, it is mental nature, it is psychological nature, then it is not a problem.</w:t>
      </w:r>
      <w:r>
        <w:br/>
      </w:r>
      <w:r>
        <w:rPr>
          <w:sz w:val="20"/>
        </w:rPr>
        <w:t>48:40  you have to delete it by touching a button.</w:t>
      </w:r>
      <w:r>
        <w:br/>
      </w:r>
      <w:r>
        <w:rPr>
          <w:sz w:val="20"/>
        </w:rPr>
        <w:t>48:46  i would repeat that, if your problem, if your problem is physical problem, like fracture or any fatal disease, then you have to consult a doctor.</w:t>
      </w:r>
      <w:r>
        <w:br/>
      </w:r>
      <w:r>
        <w:rPr>
          <w:sz w:val="20"/>
        </w:rPr>
        <w:t>49:01  then you have to go to some hospital.</w:t>
      </w:r>
      <w:r>
        <w:br/>
      </w:r>
      <w:r>
        <w:rPr>
          <w:sz w:val="20"/>
        </w:rPr>
        <w:t>49:05  but if the problem is simply a mental problem, a psychological problem, then don't bother.</w:t>
      </w:r>
      <w:r>
        <w:br/>
      </w:r>
      <w:r>
        <w:rPr>
          <w:sz w:val="20"/>
        </w:rPr>
        <w:t>49:15  simply touch a button and delete it from your mind.</w:t>
      </w:r>
      <w:r>
        <w:br/>
      </w:r>
      <w:r>
        <w:rPr>
          <w:sz w:val="20"/>
        </w:rPr>
        <w:t>49:23  you have no other option. there is no other option.</w:t>
      </w:r>
      <w:r>
        <w:br/>
      </w:r>
      <w:r>
        <w:rPr>
          <w:sz w:val="20"/>
        </w:rPr>
        <w:t>49:28  either you have to delete it or you have to live with this, with all kind of sadness, all kind of stress. and you know, tension or stress are nothing but intellectual suicide.</w:t>
      </w:r>
      <w:r>
        <w:br/>
      </w:r>
      <w:r>
        <w:rPr>
          <w:sz w:val="20"/>
        </w:rPr>
        <w:t>49:43  it is like, it is intellectual suicide. tension is intellectual suicide, stress is intellectual suicide, sadness is intellectual suicide.</w:t>
      </w:r>
      <w:r>
        <w:br/>
      </w:r>
      <w:r>
        <w:rPr>
          <w:sz w:val="20"/>
        </w:rPr>
        <w:t>49:55  so you have only two option: suicide or delete it from your memory. either you have to go to, either you have to cover suicide,</w:t>
      </w:r>
      <w:r>
        <w:br/>
      </w:r>
      <w:r>
        <w:rPr>
          <w:sz w:val="20"/>
        </w:rPr>
        <w:t>50:09  either delete it from your, from your memory. so there is lesser evil.</w:t>
      </w:r>
      <w:r>
        <w:br/>
      </w:r>
      <w:r>
        <w:rPr>
          <w:sz w:val="20"/>
        </w:rPr>
        <w:t>50:22  to delete it is lesser evil.</w:t>
      </w:r>
      <w:r>
        <w:br/>
      </w:r>
      <w:r>
        <w:rPr>
          <w:sz w:val="20"/>
        </w:rPr>
        <w:t>50:26  to why up the greater evil? no third option is possible. the real question is that no third option is possible.</w:t>
      </w:r>
      <w:r>
        <w:br/>
      </w:r>
      <w:r>
        <w:rPr>
          <w:sz w:val="20"/>
        </w:rPr>
        <w:t>50:38  you are, if you are facing some tension, some stress, some problem, then you have only two option: either commit psychological suicide or delete it from your mind.</w:t>
      </w:r>
      <w:r>
        <w:br/>
      </w:r>
      <w:r>
        <w:rPr>
          <w:sz w:val="20"/>
        </w:rPr>
        <w:t>50:52  no third option is possible at all.</w:t>
      </w:r>
      <w:r>
        <w:br/>
      </w:r>
      <w:r>
        <w:rPr>
          <w:sz w:val="20"/>
        </w:rPr>
        <w:t>50:58  this my simple formula. i have adopted this formula of myself. i am not saying this as a left service, but it is my personal culture.</w:t>
      </w:r>
    </w:p>
    <w:p>
      <w:pPr>
        <w:pStyle w:val="Heading2"/>
      </w:pPr>
      <w:r>
        <w:t>Historical cooperation between Muslims and Jews</w:t>
      </w:r>
    </w:p>
    <w:p>
      <w:r>
        <w:rPr>
          <w:color w:val="666666"/>
          <w:sz w:val="18"/>
        </w:rPr>
        <w:t>Distraction is the Source of Destruction August 5, 2007 · 5m 38s · at 24:17 · https://youtu.be/E5Xo0_emjIs?t=1457</w:t>
      </w:r>
    </w:p>
    <w:p>
      <w:r>
        <w:rPr>
          <w:i/>
        </w:rPr>
        <w:t>“Arabs should have cooperated with Jews like in Baghdad”</w:t>
      </w:r>
    </w:p>
    <w:p>
      <w:r>
        <w:rPr>
          <w:sz w:val="20"/>
        </w:rPr>
        <w:t>24:17  ke doosray log jo hain un ki taraqqi mein rokk bani hui hai. jaisay aap jain agar falasteen arabon se milein, to one to all sara arab yeh kahega ke israel jo hai hamara dushman number one hai.</w:t>
      </w:r>
      <w:r>
        <w:br/>
      </w:r>
      <w:r>
        <w:rPr>
          <w:sz w:val="20"/>
        </w:rPr>
        <w:t>24:33  america hamara dushman number one hai jo support karta hai israel ko. to saaray log yeh samajhtay hain ke israel ne hamein hamari taraqqi ko rokk rakha hai.</w:t>
      </w:r>
      <w:r>
        <w:br/>
      </w:r>
      <w:r>
        <w:rPr>
          <w:sz w:val="20"/>
        </w:rPr>
        <w:t>24:44  main samajhta hoon ke bilkul be buniyad baat hai. be buniyad baat hai.</w:t>
      </w:r>
      <w:r>
        <w:br/>
      </w:r>
      <w:r>
        <w:rPr>
          <w:sz w:val="20"/>
        </w:rPr>
        <w:t>24:52  aap ne apnay potential ko le jana aur doosron se larnay lagay khwamkhwah. jaisay aap dekhein, main wahan gaya do baar, falasteen do baar gaya hoon main.</w:t>
      </w:r>
      <w:r>
        <w:br/>
      </w:r>
      <w:r>
        <w:rPr>
          <w:sz w:val="20"/>
        </w:rPr>
        <w:t>25:05  main ne baatein logon ko bataein. lekin log itnay sharti ho jatay hain ke bohat jaldi baaton ko pakar nahin paatay. itnay sharti ho jatay hain. dekhein 1948 mein balfour commission ke tehat israel bana tha.</w:t>
      </w:r>
      <w:r>
        <w:br/>
      </w:r>
      <w:r>
        <w:rPr>
          <w:sz w:val="20"/>
        </w:rPr>
        <w:t>25:26  i can see ke yeh aik bone tha arabon ke liye. bone. b double o n bone. for arab. kaisay? jadeed daur mein arab log jadeed taleem mein peechay ho gaye thay.</w:t>
      </w:r>
      <w:r>
        <w:br/>
      </w:r>
      <w:r>
        <w:rPr>
          <w:sz w:val="20"/>
        </w:rPr>
        <w:t>25:42  aur aur aur yeh yahoodi log jadeed taleem mein bohat aagay barh gaye thay. bohat aagay barh gaye thay. due to some reason.</w:t>
      </w:r>
      <w:r>
        <w:br/>
      </w:r>
      <w:r>
        <w:rPr>
          <w:sz w:val="20"/>
        </w:rPr>
        <w:t>25:54  to aik taraf arab thay jo peechay thay jadeed taleem mein, jadeed science mein. doosri taraf yahoodi thay jo jadeed taleem mein bohat aagay barh gaye.</w:t>
      </w:r>
      <w:r>
        <w:br/>
      </w:r>
      <w:r>
        <w:rPr>
          <w:sz w:val="20"/>
        </w:rPr>
        <w:t>26:04  to yeh to ta'ammul tha. balfour commission ne jo kiya, us ko agar misbat mani mein letay, misbat mani mein, to kya hota?</w:t>
      </w:r>
      <w:r>
        <w:br/>
      </w:r>
      <w:r>
        <w:rPr>
          <w:sz w:val="20"/>
        </w:rPr>
        <w:t>26:16  ke kuan khud piyasay ke paas aa gaya. yani hamein zaroorat thi ke hamein jadeed taleem milay hamein.</w:t>
      </w:r>
      <w:r>
        <w:br/>
      </w:r>
      <w:r>
        <w:rPr>
          <w:sz w:val="20"/>
        </w:rPr>
        <w:t>26:25  hum jadeed soch ko jaanein. to woh log jo us ke mahir hain, woh khud hamari mulk mein aagaye. un se ta'ammul karo. that was a time of interaction between old and and modern.</w:t>
      </w:r>
      <w:r>
        <w:br/>
      </w:r>
      <w:r>
        <w:rPr>
          <w:sz w:val="20"/>
        </w:rPr>
        <w:t>26:45  agar yeh zehan hota arabon mein, to kya hota? wohi hota jo is se pehlay ho chuka hai. jab musalman zinda thay, jab musalmanon mein woh thay, yani aaj kal ki tarah se zawal nahin hua tha,</w:t>
      </w:r>
      <w:r>
        <w:br/>
      </w:r>
      <w:r>
        <w:rPr>
          <w:sz w:val="20"/>
        </w:rPr>
        <w:t>27:06  to baghdad, aap jantay hain ke baghdad mein aur spain mein, dono jagah musalmanon ne bohat taraqqi ki, bohat taraqqi ki. lekin kaisay taraqqi hui?</w:t>
      </w:r>
      <w:r>
        <w:br/>
      </w:r>
      <w:r>
        <w:rPr>
          <w:sz w:val="20"/>
        </w:rPr>
        <w:t>27:17  aap un ki kitaab parh lijiyay, philip ke hatti ki kitaab jo hai, booti si hai, the history of the arabs. saaray modern, saaray jo yahoodi zehan thay, us ko unhon ne bharti kar liya.</w:t>
      </w:r>
      <w:r>
        <w:br/>
      </w:r>
      <w:r>
        <w:rPr>
          <w:sz w:val="20"/>
        </w:rPr>
        <w:t>27:28  jo isai zehan thay, is ko bhi bharti kar lia unhon ne. yani baghdad ka jo bait ul hikmat tha, wahan sare yahoodi zehan aur isai zehan kaam karte thay.</w:t>
      </w:r>
      <w:r>
        <w:br/>
      </w:r>
      <w:r>
        <w:rPr>
          <w:sz w:val="20"/>
        </w:rPr>
        <w:t>27:42  yahi spain mein hua tha. to baghdad mein aur spain mein dono jagah muslim zehan aur yahoodi zehan aur isai zehan mil kar kaam karte thay.</w:t>
      </w:r>
      <w:r>
        <w:br/>
      </w:r>
      <w:r>
        <w:rPr>
          <w:sz w:val="20"/>
        </w:rPr>
        <w:t>27:54  that was a point of interaction. is ki waja se itna taraqqi pa saka musalman. is tareekh ko bohat se logon ne likha hai, lekin yeh ek bohat achi kitab hai, philip ke hatti ki,</w:t>
      </w:r>
      <w:r>
        <w:br/>
      </w:r>
      <w:r>
        <w:rPr>
          <w:sz w:val="20"/>
        </w:rPr>
        <w:t>28:10  jo ek lubnani scholar hai, the history of the arabs. kis tarah se yahoodi zehan aur isai zehan aur muslim zehan, yeh sab mil kar ke kaam karte thay wahan par, baghdad mein.</w:t>
      </w:r>
      <w:r>
        <w:br/>
      </w:r>
      <w:r>
        <w:rPr>
          <w:sz w:val="20"/>
        </w:rPr>
        <w:t>28:24  aur spain mein bhi. woh cordoba mein aur woh granada mein har jagah. is zamanay mein musalmanon ne jo taraqqi ki, jis ke baray mein ek ek ek ek european scholar ne likha hai ke ke but for the arabs,</w:t>
      </w:r>
      <w:r>
        <w:br/>
      </w:r>
      <w:r>
        <w:rPr>
          <w:sz w:val="20"/>
        </w:rPr>
        <w:t>28:46  but for the arabs, western industrial civilization will never have arisen at all.</w:t>
      </w:r>
      <w:r>
        <w:br/>
      </w:r>
      <w:r>
        <w:rPr>
          <w:sz w:val="20"/>
        </w:rPr>
        <w:t>28:58  arabon ke baghair modern taraqqi mumkin hi nahi hoti. but for the arabs, modern industrial civilization will never have arisen at all.</w:t>
      </w:r>
      <w:r>
        <w:br/>
      </w:r>
      <w:r>
        <w:rPr>
          <w:sz w:val="20"/>
        </w:rPr>
        <w:t>29:10  lekin yeh kaise hua? is liye hua ke is waqt ke jo zehan thay, muslim zehan, yahoodi zehan, isai zehan, sab mil kar kaam kiya unhon ne.</w:t>
      </w:r>
      <w:r>
        <w:br/>
      </w:r>
      <w:r>
        <w:rPr>
          <w:sz w:val="20"/>
        </w:rPr>
        <w:t>29:21  baghdad mein bhi aur aur spain mein bhi, dono jagah. ab kya ho gaya? ab woh ab woh logon ke andar woh woh woh hosla nahi, woh woh shauq nahi.</w:t>
      </w:r>
      <w:r>
        <w:br/>
      </w:r>
      <w:r>
        <w:rPr>
          <w:sz w:val="20"/>
        </w:rPr>
        <w:t>29:34  ab ab kya nafrat karte hain? ab nafrat karte hain isaiyon se, nafrat karte hain yahudiyon se. tab nafrat nahi thi to.</w:t>
      </w:r>
      <w:r>
        <w:br/>
      </w:r>
      <w:r>
        <w:rPr>
          <w:sz w:val="20"/>
        </w:rPr>
        <w:t>29:45  top ke yahoodi zehan, top ke isai zehan wahan rehte thay, khoob aapas mein mil kar kaam karte thay. nafrat ka naam o nishan nahi tha wahan par.</w:t>
      </w:r>
    </w:p>
    <w:p>
      <w:pPr>
        <w:pStyle w:val="Heading2"/>
      </w:pPr>
      <w:r>
        <w:t>Two formulas for managing problems</w:t>
      </w:r>
    </w:p>
    <w:p>
      <w:r>
        <w:rPr>
          <w:color w:val="666666"/>
          <w:sz w:val="18"/>
        </w:rPr>
        <w:t>How to Deal with Problems December 7, 2008 · 4m 35s · at 10:59 · https://youtu.be/03Wx7Ydxf84?t=659</w:t>
      </w:r>
    </w:p>
    <w:p>
      <w:r>
        <w:rPr>
          <w:i/>
        </w:rPr>
        <w:t>“Yani problem ko manage karne ke do formula hain”</w:t>
      </w:r>
    </w:p>
    <w:p>
      <w:r>
        <w:rPr>
          <w:sz w:val="20"/>
        </w:rPr>
        <w:t>10:59  yani problem ko manage karne ke do formula hain. ek hai layman's formula aur ek hai intellectual's formula.</w:t>
      </w:r>
      <w:r>
        <w:br/>
      </w:r>
      <w:r>
        <w:rPr>
          <w:sz w:val="20"/>
        </w:rPr>
        <w:t>11:11  ye aam aadmi jo bahut zyada sochna hi bahut zyada soch nahi pata hai, is ka ek formula hai.</w:t>
      </w:r>
      <w:r>
        <w:br/>
      </w:r>
      <w:r>
        <w:rPr>
          <w:sz w:val="20"/>
        </w:rPr>
        <w:t>11:19  is ke liye bhi ek formula hai. aur ke woh aadmi jo jis ka parha likha hai, jo intellectual hai, us ka formula.</w:t>
      </w:r>
      <w:r>
        <w:br/>
      </w:r>
      <w:r>
        <w:rPr>
          <w:sz w:val="20"/>
        </w:rPr>
        <w:t>11:33  to mein aap ko donon ka batana chahunga. layman's ka formula kya hai?</w:t>
      </w:r>
      <w:r>
        <w:br/>
      </w:r>
      <w:r>
        <w:rPr>
          <w:sz w:val="20"/>
        </w:rPr>
        <w:t>11:43  dekhiye, jab partition hua ninety forty seven mein to ek aadmi Pakistan se aaya. aap jante hain ke bahut log idhar se udhar udhar se hue the partition mein.</w:t>
      </w:r>
      <w:r>
        <w:br/>
      </w:r>
      <w:r>
        <w:rPr>
          <w:sz w:val="20"/>
        </w:rPr>
        <w:t>11:57  to us waqt woh aaya wahan se to woh bilkul penniless tha woh. us ke paas kuch nahi tha. to Dilli ke ek Muslim family ne us ko apne han rakha.</w:t>
      </w:r>
      <w:r>
        <w:br/>
      </w:r>
      <w:r>
        <w:rPr>
          <w:sz w:val="20"/>
        </w:rPr>
        <w:t>12:11  us ko paisa diya. us ko establish karne mein madad di. kafi unhon ne us ko support diya.</w:t>
      </w:r>
      <w:r>
        <w:br/>
      </w:r>
      <w:r>
        <w:rPr>
          <w:sz w:val="20"/>
        </w:rPr>
        <w:t>12:20  Muslim family ne. to woh aadmi jo tha, us ne business kiya yahan par Dilli mein. aur business bahut barha us ka. yahan tak ke Muslim family se bahut zyada us ka business ho gaya.</w:t>
      </w:r>
      <w:r>
        <w:br/>
      </w:r>
      <w:r>
        <w:rPr>
          <w:sz w:val="20"/>
        </w:rPr>
        <w:t>12:37  yani Muslim family ke paas chhota ghar tha to us ka bada ghar ho gaya. Muslim family ke paas bicycle thi to us ke paas car ho gayi.</w:t>
      </w:r>
      <w:r>
        <w:br/>
      </w:r>
      <w:r>
        <w:rPr>
          <w:sz w:val="20"/>
        </w:rPr>
        <w:t>12:48  Muslim family ke paas chhota karobar tha, us ne bada karobar kar liya. yani har lehaz se woh Muslim family se bada ho gaya.</w:t>
      </w:r>
      <w:r>
        <w:br/>
      </w:r>
      <w:r>
        <w:rPr>
          <w:sz w:val="20"/>
        </w:rPr>
        <w:t>12:58  to Muslim family ke ek member ne kaha ek baar ke hum se dekha nahi jata.</w:t>
      </w:r>
      <w:r>
        <w:br/>
      </w:r>
      <w:r>
        <w:rPr>
          <w:sz w:val="20"/>
        </w:rPr>
        <w:t>13:08  hum se dekha nahi jata. yani jis aadmi ko hum ne support diya tha, woh hum se aage barh gaya. is ko kahte hain jalan, malice, hasad.</w:t>
      </w:r>
      <w:r>
        <w:br/>
      </w:r>
      <w:r>
        <w:rPr>
          <w:sz w:val="20"/>
        </w:rPr>
        <w:t>13:21  to jab tak woh kuch nahi tha to un ko sympathy thi. out of philanthropy unhon ne us ki madad ki. lekin jab bada ho gaya to un ko jalan aa gayi.</w:t>
      </w:r>
      <w:r>
        <w:br/>
      </w:r>
      <w:r>
        <w:rPr>
          <w:sz w:val="20"/>
        </w:rPr>
        <w:t>13:37  to us aadmi ko jo Pakistan se aaya tha, jo sharnarthi tha, us se kaha gaya ke dekho, tumhare tum se un ko hasad aur jalan hai, woh tumhare khilaf bolte rahte hain woh.</w:t>
      </w:r>
      <w:r>
        <w:br/>
      </w:r>
      <w:r>
        <w:rPr>
          <w:sz w:val="20"/>
        </w:rPr>
        <w:t>13:52  to us ne sharnarthi ne kya jawab diya? us refugee ne. ye in ka problem hai, mera problem to nahi.</w:t>
      </w:r>
      <w:r>
        <w:br/>
      </w:r>
      <w:r>
        <w:rPr>
          <w:sz w:val="20"/>
        </w:rPr>
        <w:t>14:05  ye hai layman's formula. ye har jagah apply ho jayega. ek hi formula har jagah apply ho jayega. is ko mein kahunga ke ye layman's formula.</w:t>
      </w:r>
      <w:r>
        <w:br/>
      </w:r>
      <w:r>
        <w:rPr>
          <w:sz w:val="20"/>
        </w:rPr>
        <w:t>14:16  ke in ka problem hai, mera problem to nahi.</w:t>
      </w:r>
      <w:r>
        <w:br/>
      </w:r>
      <w:r>
        <w:rPr>
          <w:sz w:val="20"/>
        </w:rPr>
        <w:t>14:21  agar aadmi bahut zyada sochna nahi chahta, bahut zyada educated nahi hai woh, tab bhi uske liye ek ek ek layman's formula hai. jab bhi koi baat aisi ho to uske mind mein na rakh le woh.</w:t>
      </w:r>
      <w:r>
        <w:br/>
      </w:r>
      <w:r>
        <w:rPr>
          <w:sz w:val="20"/>
        </w:rPr>
        <w:t>14:35  keh de, bhai in ka in ka problem hai, mera problem to nahi. yani within second woh apne ko us se alag kar le.</w:t>
      </w:r>
      <w:r>
        <w:br/>
      </w:r>
      <w:r>
        <w:rPr>
          <w:sz w:val="20"/>
        </w:rPr>
        <w:t>14:45  apne ko normal bana le. basic baat hai normal banana.</w:t>
      </w:r>
      <w:r>
        <w:br/>
      </w:r>
      <w:r>
        <w:rPr>
          <w:sz w:val="20"/>
        </w:rPr>
        <w:t>14:50  basic baat hai normal banana apne aap ko. to woh jo thi family, woh normal nahi rakh saki apne aap ko. unko jalan aa gayi, hasad aa gayi.</w:t>
      </w:r>
      <w:r>
        <w:br/>
      </w:r>
      <w:r>
        <w:rPr>
          <w:sz w:val="20"/>
        </w:rPr>
        <w:t>15:01  to jab dekhte the ki woh zyada bade ghar mein hai, zyada badi gaadi pe chalta hai, zyada bada business hai, to unhon ne kaha ki dekha nahi jata uski taraqqi ko hum.</w:t>
      </w:r>
      <w:r>
        <w:br/>
      </w:r>
      <w:r>
        <w:rPr>
          <w:sz w:val="20"/>
        </w:rPr>
        <w:t>15:12  hum peeche reh gaye, woh aage badh gaya. lekin usne kaise manage kiya? usne kaha, yeh in ka problem hai, mera problem to nahi.</w:t>
      </w:r>
      <w:r>
        <w:br/>
      </w:r>
      <w:r>
        <w:rPr>
          <w:sz w:val="20"/>
        </w:rPr>
        <w:t>15:21  to yeh hai layman's formula. problem ko solve karne ka. aur doosri misaal jo di maine aap ko, woh hai intellectual's formula.</w:t>
      </w:r>
    </w:p>
    <w:p>
      <w:pPr>
        <w:pStyle w:val="Heading2"/>
      </w:pPr>
      <w:r>
        <w:t>World distraction team building</w:t>
      </w:r>
    </w:p>
    <w:p>
      <w:r>
        <w:rPr>
          <w:color w:val="666666"/>
          <w:sz w:val="18"/>
        </w:rPr>
        <w:t>Islam Ideology, Team and Method 9 Oct, 2011 - Maulana Wahiduddin Khan · 5m 13s · at 23:07 · https://youtu.be/gEd027DIDw8?t=1387</w:t>
      </w:r>
    </w:p>
    <w:p>
      <w:r>
        <w:rPr>
          <w:i/>
        </w:rPr>
        <w:t>“World of distraction mein team kaise banaye?”</w:t>
      </w:r>
    </w:p>
    <w:p>
      <w:r>
        <w:rPr>
          <w:sz w:val="20"/>
        </w:rPr>
        <w:t>23:07  aadmi akela nahin rehta. to ek cheez yeh hai ke distraction, dis world of distraction mein kis tarah team banai jaye.</w:t>
      </w:r>
      <w:r>
        <w:br/>
      </w:r>
      <w:r>
        <w:rPr>
          <w:sz w:val="20"/>
        </w:rPr>
        <w:t>23:24  world of distraction mein kis tarah woh team banai jaye jo Islam ke mission ko le ke aage badhe. to is ka jo example hai, us ko jo model hai, woh qaim hua Hazrat Ismail, Hazrat Hajra, Hazrat Ismail, Hazrat Ibrahim ke zariye se.</w:t>
      </w:r>
      <w:r>
        <w:br/>
      </w:r>
      <w:r>
        <w:rPr>
          <w:sz w:val="20"/>
        </w:rPr>
        <w:t>23:44  to jaisa ke maine arz kiya, woh model apni haqeeqat ke aitbar se matloob hai na ke apni shakal ke aitbar se.</w:t>
      </w:r>
      <w:r>
        <w:br/>
      </w:r>
      <w:r>
        <w:rPr>
          <w:sz w:val="20"/>
        </w:rPr>
        <w:t>23:53  is model ki jo spirit hai, woh aaj matloob hai. is ki jo shakal hai, woh aaj matloob nahin hai. aur spirit yahi hai ke kuch log apne aap ko Allah ke bharose par daal dein ke woh apne ko train karein, apne ko tayyar karein, apne ko prepare karein team banne ke liye.</w:t>
      </w:r>
      <w:r>
        <w:br/>
      </w:r>
      <w:r>
        <w:rPr>
          <w:sz w:val="20"/>
        </w:rPr>
        <w:t>24:20  to ek yeh cheez hai ke world of distraction mein kis tarah se aisi team banai jaye jo Islam ki dawat mission ko le kar aage badhe.</w:t>
      </w:r>
      <w:r>
        <w:br/>
      </w:r>
      <w:r>
        <w:rPr>
          <w:sz w:val="20"/>
        </w:rPr>
        <w:t>24:33  team bahut hi zaruri hai. team ke baghair kaam nahin ho sakta. Allah ke fazl se hamare mission mein yeh sari baaten wajood mein aa chuki hain.</w:t>
      </w:r>
      <w:r>
        <w:br/>
      </w:r>
      <w:r>
        <w:rPr>
          <w:sz w:val="20"/>
        </w:rPr>
        <w:t>24:44  hamari koi is mein plan nahin hai. Allah ki madad ki wajah se aisa hua ke team ban rahi hai yahan se le kar America tak, aur isi lihaz mein ban rahi hai ke woh log fi waqe wadi ghair zar mein jump kar rahe hain.</w:t>
      </w:r>
      <w:r>
        <w:br/>
      </w:r>
      <w:r>
        <w:rPr>
          <w:sz w:val="20"/>
        </w:rPr>
        <w:t>25:02  yani ab dunya bhaag rahi hai material taraqqi ke liye, aur more aur more money ke money ke liye.</w:t>
      </w:r>
      <w:r>
        <w:br/>
      </w:r>
      <w:r>
        <w:rPr>
          <w:sz w:val="20"/>
        </w:rPr>
        <w:t>25:12  in logon ne apne ko dala hai ke more aur more nusrat Khuda, yani bajaye is ke ke aur zyada, aur zyada paisa, aur zyada, is ke bajaye aur zyada, aur zyada Allah ki madad is rah par dala hai.</w:t>
      </w:r>
      <w:r>
        <w:br/>
      </w:r>
      <w:r>
        <w:rPr>
          <w:sz w:val="20"/>
        </w:rPr>
        <w:t>25:28  to allah ke fazl se hamare liye ye mustaqbil ki baat nahi, aaj ki baat hai. yani ab ye cheez waqe ho chuki hai ke pehle islam ki ideology samne aai,</w:t>
      </w:r>
      <w:r>
        <w:br/>
      </w:r>
      <w:r>
        <w:rPr>
          <w:sz w:val="20"/>
        </w:rPr>
        <w:t>25:42  Quran ka transition hua, Quran ki commentary likhi gayi dawat ki buniyad par, aur ab Allah ke fazl</w:t>
      </w:r>
      <w:r>
        <w:br/>
      </w:r>
      <w:r>
        <w:rPr>
          <w:sz w:val="20"/>
        </w:rPr>
        <w:t>25:50  se aise afraad ikhatta ho gaye hain jo apne aap ko prepare kar rahe hain, apne aap ko</w:t>
      </w:r>
      <w:r>
        <w:br/>
      </w:r>
      <w:r>
        <w:rPr>
          <w:sz w:val="20"/>
        </w:rPr>
        <w:t>25:58  taiyar kar rahe hain ke woh team ban kar</w:t>
      </w:r>
      <w:r>
        <w:br/>
      </w:r>
      <w:r>
        <w:rPr>
          <w:sz w:val="20"/>
        </w:rPr>
        <w:t>26:01  Islam ka jo aalmi</w:t>
      </w:r>
      <w:r>
        <w:br/>
      </w:r>
      <w:r>
        <w:rPr>
          <w:sz w:val="20"/>
        </w:rPr>
        <w:t>26:07  mission hai, us ko</w:t>
      </w:r>
      <w:r>
        <w:br/>
      </w:r>
      <w:r>
        <w:rPr>
          <w:sz w:val="20"/>
        </w:rPr>
        <w:t>26:10  is mein apna hissa ada karein.</w:t>
      </w:r>
      <w:r>
        <w:br/>
      </w:r>
      <w:r>
        <w:rPr>
          <w:sz w:val="20"/>
        </w:rPr>
        <w:t>26:14  dusri cheez jo main kehna chahta hoon, wo hai methodology ko le kar ke, method ko le kar ke. ye ek bahut mushkil sawal hai ke aap ek ideology ko le kar jab aate hain society mein to doosre logon ki alag ideology hai, doosre logon ke alag interest hain.</w:t>
      </w:r>
      <w:r>
        <w:br/>
      </w:r>
      <w:r>
        <w:rPr>
          <w:sz w:val="20"/>
        </w:rPr>
        <w:t>26:33  har aadmi apni azadi ko istemal kar raha hai. to qadam bad qadam par rukawat. is lihaz se main kahunga ke ye masla jo hai, agar world of conflict mein, world of conflict mein ye talash karna ke kaise apne mission ko aap chalayen,</w:t>
      </w:r>
      <w:r>
        <w:br/>
      </w:r>
      <w:r>
        <w:rPr>
          <w:sz w:val="20"/>
        </w:rPr>
        <w:t>26:56  wahan jo tha ke world of distraction mein kaise aap ek team banayen, ye wahan ye sawal tha. yahan ye sawal hai ke world of conflict mein kaise aap apne liye rasta nikalein,</w:t>
      </w:r>
      <w:r>
        <w:br/>
      </w:r>
      <w:r>
        <w:rPr>
          <w:sz w:val="20"/>
        </w:rPr>
        <w:t>27:11  kaise aap apne mission ko aage badhayen. to is ka namuna dekhiye, paighambaron ka hai, khud rasool allah ka hai, lekin ek bahut hi zabardast namuna quran mein wo hai jo surah yusuf mein hai.</w:t>
      </w:r>
      <w:r>
        <w:br/>
      </w:r>
      <w:r>
        <w:rPr>
          <w:sz w:val="20"/>
        </w:rPr>
        <w:t>27:29  isi namune ki wajah se is ko asal al qasas kaha gaya hai ke hazrat yusuf ke ke namuno ko kaha gaya asal al qasas, best story.</w:t>
      </w:r>
      <w:r>
        <w:br/>
      </w:r>
      <w:r>
        <w:rPr>
          <w:sz w:val="20"/>
        </w:rPr>
        <w:t>27:42  ye lafz quran mein kahin aur kisi aur ke liye nahi aaya hai, hazrat ibrahim ke liye aaya hai, uswa hasna, uswa hasna.</w:t>
      </w:r>
      <w:r>
        <w:br/>
      </w:r>
      <w:r>
        <w:rPr>
          <w:sz w:val="20"/>
        </w:rPr>
        <w:t>27:52  yahan hazrat yusuf ke liye lafz aaya hai, asal al qasas, best story. to hazrat yusuf ki zindagi mein best story hai, yani best example hai.</w:t>
      </w:r>
      <w:r>
        <w:br/>
      </w:r>
      <w:r>
        <w:rPr>
          <w:sz w:val="20"/>
        </w:rPr>
        <w:t>28:06  ye bahut hi ajib baat hai, aur quran ki ek hi aisi ek hi aisi surah hai ke poori surah mein ek hi paighambar ka zikr hai, hazrat yusuf ka, wo surah yusuf.</w:t>
      </w:r>
    </w:p>
    <w:p>
      <w:pPr>
        <w:pStyle w:val="Heading2"/>
      </w:pPr>
      <w:r>
        <w:t>Japan earthquake and tsunami impact</w:t>
      </w:r>
    </w:p>
    <w:p>
      <w:r>
        <w:rPr>
          <w:color w:val="666666"/>
          <w:sz w:val="18"/>
        </w:rPr>
        <w:t>Islamic Way of Thinking March 20, 2011 - Maulana Wahiduddin Khan · 1m 05s · at 2:02 · https://youtu.be/pyN_pmWQyp8?t=122</w:t>
      </w:r>
    </w:p>
    <w:p>
      <w:r>
        <w:rPr>
          <w:i/>
        </w:rPr>
        <w:t>“Aaj kal Japan ko le kar bahut zyada batein hain”</w:t>
      </w:r>
    </w:p>
    <w:p>
      <w:r>
        <w:rPr>
          <w:sz w:val="20"/>
        </w:rPr>
        <w:t>2:02  to aaj ka jo title hai woh hai "Islamic way of thinking". yeh title mere dimagh, mere zehan mein is tarah aaya ke aaj kal aap jante hain ke Japan ko le kar bohat ziyada baatein ho rahi hain,</w:t>
      </w:r>
      <w:r>
        <w:br/>
      </w:r>
      <w:r>
        <w:rPr>
          <w:sz w:val="20"/>
        </w:rPr>
        <w:t>2:26  pichle ek hafte se</w:t>
      </w:r>
      <w:r>
        <w:br/>
      </w:r>
      <w:r>
        <w:rPr>
          <w:sz w:val="20"/>
        </w:rPr>
        <w:t>2:31  ya is se ziyada muddat se. aap jante hain ke Japan mein earthquake aaya, bohat hi shadeed qism ka, y</w:t>
      </w:r>
      <w:r>
        <w:br/>
      </w:r>
      <w:r>
        <w:rPr>
          <w:sz w:val="20"/>
        </w:rPr>
        <w:t>2:40  ani 8.9 tak pahunch gaya. tsunami aaya, bohat zabardast,</w:t>
      </w:r>
      <w:r>
        <w:br/>
      </w:r>
      <w:r>
        <w:rPr>
          <w:sz w:val="20"/>
        </w:rPr>
        <w:t>2:50  aur wahan par atomic reactor jo hain, is mein bohat ziyada problem paida ho gaya waghera. to Japan ki life bohat ziyada disturb ho gayi, disrupt ho gayi.</w:t>
      </w:r>
    </w:p>
    <w:p>
      <w:pPr>
        <w:pStyle w:val="Heading2"/>
      </w:pPr>
      <w:r>
        <w:t>No forest, ocean, or government can block your voice today</w:t>
      </w:r>
    </w:p>
    <w:p>
      <w:r>
        <w:rPr>
          <w:color w:val="666666"/>
          <w:sz w:val="18"/>
        </w:rPr>
        <w:t>Realistic Approach 30 March, 2014 · 49s · at 37:02 · https://youtu.be/HIFxmWWiEG4?t=2222</w:t>
      </w:r>
    </w:p>
    <w:p>
      <w:r>
        <w:rPr>
          <w:i/>
        </w:rPr>
        <w:t>“Once forests and seas blocked the message — not anymore.”</w:t>
      </w:r>
    </w:p>
    <w:p>
      <w:r>
        <w:rPr>
          <w:sz w:val="20"/>
        </w:rPr>
        <w:t>37:02  aise hi dekhiye, aap jab nikle duniya mein Islam phailane ke liye to kahin jangla ha'il tha, kahin samandar rukawat tha, kahin koi mulk rukawat tha.</w:t>
      </w:r>
      <w:r>
        <w:br/>
      </w:r>
      <w:r>
        <w:rPr>
          <w:sz w:val="20"/>
        </w:rPr>
        <w:t>37:15  aaj modern communication ke zamane mein hum yahan bol rahe hain aur sari duniya mein log sun rahe hain. Kaisa ajeeb hai, kabhi is se pehle mumkin nahi tha ke ek da'i ek maqam par bole aur sari duniya us ko suna jaye.</w:t>
      </w:r>
      <w:r>
        <w:br/>
      </w:r>
      <w:r>
        <w:rPr>
          <w:sz w:val="20"/>
        </w:rPr>
        <w:t>37:31  yeh kis ne kiya? Yeh daur kaun laya? Yeh ahl-e-maghrib laye.</w:t>
      </w:r>
      <w:r>
        <w:br/>
      </w:r>
      <w:r>
        <w:rPr>
          <w:sz w:val="20"/>
        </w:rPr>
        <w:t>37:38  ahl-e-maghrib yeh laye, yeh daur ke ab na jangla rukawat hai, na samandar rukawat hai, na koi hukumat rukawat hai. Deewarein sab toot gayin, sari deewarein toot chuki hain.</w:t>
      </w:r>
    </w:p>
    <w:p>
      <w:pPr>
        <w:pStyle w:val="Heading2"/>
      </w:pPr>
      <w:r>
        <w:t>Israf spending on desires wasteful</w:t>
      </w:r>
    </w:p>
    <w:p>
      <w:r>
        <w:rPr>
          <w:color w:val="666666"/>
          <w:sz w:val="18"/>
        </w:rPr>
        <w:t>Understanding Islam (In Conversation with Maulan) 15.5.2008 · 3m 50s · at 9:10 · https://youtu.be/0SGSOPSun0E?t=550</w:t>
      </w:r>
    </w:p>
    <w:p>
      <w:r>
        <w:rPr>
          <w:i/>
        </w:rPr>
        <w:t>“This question is from Maulana Zakwan. What is اسناف?”</w:t>
      </w:r>
    </w:p>
    <w:p>
      <w:r>
        <w:rPr>
          <w:sz w:val="20"/>
        </w:rPr>
        <w:t>9:10  This question is from Maulana Zikraan. What is asnaaf? Kindly elaborate and explain. Kya?</w:t>
      </w:r>
      <w:r>
        <w:br/>
      </w:r>
      <w:r>
        <w:rPr>
          <w:sz w:val="20"/>
        </w:rPr>
        <w:t>9:18  What is asnaaf? Hmm, asnaaf kya cheez hai? Asnaaf aur isراف. As isراف. Okay, isراف.</w:t>
      </w:r>
      <w:r>
        <w:br/>
      </w:r>
      <w:r>
        <w:rPr>
          <w:sz w:val="20"/>
        </w:rPr>
        <w:t>9:27  Achha, isراف. What is isراف? Kindly elaborate and explain. Is spending money extravagantly isراف?</w:t>
      </w:r>
      <w:r>
        <w:br/>
      </w:r>
      <w:r>
        <w:rPr>
          <w:sz w:val="20"/>
        </w:rPr>
        <w:t>9:42  Dekhiye, isراف ke literal meaning tha waste karna, paise ko waste karna. To paise ko waste karna kya hai?</w:t>
      </w:r>
      <w:r>
        <w:br/>
      </w:r>
      <w:r>
        <w:rPr>
          <w:sz w:val="20"/>
        </w:rPr>
        <w:t>9:55  Dekhiye, paisa jo aap kharch karte hain to do tarike se kharch karte hain. Ek yeh hai ki aap apni need ke liye kharch karein, ek apni desire ke liye kharch karein.</w:t>
      </w:r>
      <w:r>
        <w:br/>
      </w:r>
      <w:r>
        <w:rPr>
          <w:sz w:val="20"/>
        </w:rPr>
        <w:t>10:10  To main jahan tak samajh paya hoon ki basic need jo hai, basic need is mein jab aap kharch karte hain to woh isراف nahi hai.</w:t>
      </w:r>
      <w:r>
        <w:br/>
      </w:r>
      <w:r>
        <w:rPr>
          <w:sz w:val="20"/>
        </w:rPr>
        <w:t>10:21  Yaani money ko waste karna nahi hai woh. Aur jab aap desire par chalte hain aur desire ko le kar ke kharch karte hain to main samajhta hoon ki woh hai isراف.</w:t>
      </w:r>
      <w:r>
        <w:br/>
      </w:r>
      <w:r>
        <w:rPr>
          <w:sz w:val="20"/>
        </w:rPr>
        <w:t>10:34  Aur isراف ke bare mein Quran mein aur Hadees mein bahut bahut hi kade shabdon mein is ko condemn kiya gaya hai. Jaise Quran mein hai ki aise log shaitan ke bhai hain.</w:t>
      </w:r>
      <w:r>
        <w:br/>
      </w:r>
      <w:r>
        <w:rPr>
          <w:sz w:val="20"/>
        </w:rPr>
        <w:t>10:46  Innal-budh-zireena ikhwaana shayaateen. Aise logon ko shaitan ke bhai bataya gaya hai. To main samajhta hoon ki is ko hum bilkul do do chaar ki tarah nahi bata sakte ki basic need kya hai aur khwahish wali baat kya hai.</w:t>
      </w:r>
      <w:r>
        <w:br/>
      </w:r>
      <w:r>
        <w:rPr>
          <w:sz w:val="20"/>
        </w:rPr>
        <w:t>11:03  Bahut mushkil hai. Aadmi khud hi is ko judge kar sakta hai. Kyunki basic need ka koi ek hi yaani naap nahi ho sakta hai.</w:t>
      </w:r>
      <w:r>
        <w:br/>
      </w:r>
      <w:r>
        <w:rPr>
          <w:sz w:val="20"/>
        </w:rPr>
        <w:t>11:19  To main samajhta hoon ki har aadmi ko sochna chahiye ki woh Khuda ke haan jaane wala hai. Aur Hadees mein aata hai ki insaan ke qadam Khuda ke saamne se nahi hatenge jab tak woh do baaton ka jawab na de lete:</w:t>
      </w:r>
      <w:r>
        <w:br/>
      </w:r>
      <w:r>
        <w:rPr>
          <w:sz w:val="20"/>
        </w:rPr>
        <w:t>11:33  Minka tasbah fi munfaqah. Kahan se kamaya aur kahan kharch kiya. Yeh soch rahe hain ki Khuda ke saamne mujhe batana hai ki maine kahan se kamaya, kahan kharch kiya.</w:t>
      </w:r>
      <w:r>
        <w:br/>
      </w:r>
      <w:r>
        <w:rPr>
          <w:sz w:val="20"/>
        </w:rPr>
        <w:t>11:45  To yeh soche to woh apne aap hi is ke andar yeh baat aa jayegi ki woh jaan lega ki basic need kya hai aur desire ke peeche chalna kya hai.</w:t>
      </w:r>
      <w:r>
        <w:br/>
      </w:r>
      <w:r>
        <w:rPr>
          <w:sz w:val="20"/>
        </w:rPr>
        <w:t>11:55  Aur koi is ka koi yaani main samajhta hoon ki do do chaar ki tarah se hum nahi bata sakte ki yeh hai basic need aur yeh hai desire.</w:t>
      </w:r>
      <w:r>
        <w:br/>
      </w:r>
      <w:r>
        <w:rPr>
          <w:sz w:val="20"/>
        </w:rPr>
        <w:t>12:09  To</w:t>
      </w:r>
      <w:r>
        <w:br/>
      </w:r>
      <w:r>
        <w:rPr>
          <w:sz w:val="20"/>
        </w:rPr>
        <w:t>12:12  Har aadmi ko khud hi sochna hai aur yeh dhyan mein rakhte hue ki Khuda ke saamne mujhe khada hona hai. To hamare baap jo the woh kaha karte the har har baat mein ki Khuda ko munh dikhana hai.</w:t>
      </w:r>
      <w:r>
        <w:br/>
      </w:r>
      <w:r>
        <w:rPr>
          <w:sz w:val="20"/>
        </w:rPr>
        <w:t>12:29  Bahut hi nek aadmi the. To har baat mein kehte the ki Khuda ko munh dikhana hai. To Khuda ko saamne jo khada hona hai hum sab ko us ko soch kar ke hum apne aap hi yeh tay karein ki yeh hai basic need aur yeh hai desire.</w:t>
      </w:r>
      <w:r>
        <w:br/>
      </w:r>
      <w:r>
        <w:rPr>
          <w:sz w:val="20"/>
        </w:rPr>
        <w:t>12:49  To desire mein kharch karega to samjhe ki main isراف kar raha hoon. Aur basic need mein agar kharch karega to woh Khuda ke nazdeek jaayaz hai.</w:t>
      </w:r>
    </w:p>
    <w:p>
      <w:pPr>
        <w:pStyle w:val="Heading2"/>
      </w:pPr>
      <w:r>
        <w:t>Ignore difficulties, see opportunities</w:t>
      </w:r>
    </w:p>
    <w:p>
      <w:r>
        <w:rPr>
          <w:color w:val="666666"/>
          <w:sz w:val="18"/>
        </w:rPr>
        <w:t>Present Muslims Mind 14 April, 2013 Maulana Wahiduddin Khan · 37s · at 5:39 · https://youtu.be/Gb545Y17vSI?t=339</w:t>
      </w:r>
    </w:p>
    <w:p>
      <w:r>
        <w:rPr>
          <w:i/>
        </w:rPr>
        <w:t>“Hum usr ko ignore kar ke yusr ko dekhein”</w:t>
      </w:r>
    </w:p>
    <w:p>
      <w:r>
        <w:rPr>
          <w:sz w:val="20"/>
        </w:rPr>
        <w:t>5:39  mushkilat bhi aur mawaqe bhi, dono cheezein pai jayengi. toh humein karna kya hai? hum usr ko ignore kar ke yusr ko dekhein.</w:t>
      </w:r>
      <w:r>
        <w:br/>
      </w:r>
      <w:r>
        <w:rPr>
          <w:sz w:val="20"/>
        </w:rPr>
        <w:t>5:56  mushkilat ko minus kar ke mawaqe ko dekhein.</w:t>
      </w:r>
      <w:r>
        <w:br/>
      </w:r>
      <w:r>
        <w:rPr>
          <w:sz w:val="20"/>
        </w:rPr>
        <w:t>6:07  yeh ek bohat bari wisdom hai jo Quran mein batai gayi hai. aur Rasool Allah Salallahu Alaihi Wasallam ne is ko amalan kar ke dikhaya hai.</w:t>
      </w:r>
    </w:p>
    <w:p>
      <w:pPr>
        <w:pStyle w:val="Heading2"/>
      </w:pPr>
      <w:r>
        <w:t>Modern age is a supportive age for Islam</w:t>
      </w:r>
    </w:p>
    <w:p>
      <w:r>
        <w:rPr>
          <w:color w:val="666666"/>
          <w:sz w:val="18"/>
        </w:rPr>
        <w:t>Al Risala July 2017 - Audio Version · 4m 36s · at 0:17 · https://youtu.be/L0pnijKjluo?t=17</w:t>
      </w:r>
    </w:p>
    <w:p>
      <w:r>
        <w:rPr>
          <w:i/>
        </w:rPr>
        <w:t>“Emergency of Islam. Modern age is a supportive age for Islam.”</w:t>
      </w:r>
    </w:p>
    <w:p>
      <w:r>
        <w:rPr>
          <w:sz w:val="20"/>
        </w:rPr>
        <w:t>0:17  emergency of islam. jadeed daur aik mu'eed-e-islam daur hai. yeh daur, agarche aam taur par maghrib ki taraf mansoob hai, lekin haqeeqat yeh hai ke poori insaniyat ki majmooi koshish se yeh daur zahoor mein aaya hai.</w:t>
      </w:r>
      <w:r>
        <w:br/>
      </w:r>
      <w:r>
        <w:rPr>
          <w:sz w:val="20"/>
        </w:rPr>
        <w:t>0:38  tahum maghribi qaumon ka hissa is daur ko laane mein sab se zyada hai. doosri qaumein, agar is amal yaani process ka hissa hain to maghribi duniya is ke nuqta-e-inteha ka maqam.</w:t>
      </w:r>
      <w:r>
        <w:br/>
      </w:r>
      <w:r>
        <w:rPr>
          <w:sz w:val="20"/>
        </w:rPr>
        <w:t>0:54  yeh daur, jis ka numayan pehlu jadeed tehzeeb yaani modern civilization hai, is ne qadeem rawayati daur ko yakasar badal diya hai.</w:t>
      </w:r>
      <w:r>
        <w:br/>
      </w:r>
      <w:r>
        <w:rPr>
          <w:sz w:val="20"/>
        </w:rPr>
        <w:t>1:05  yeh har aitbaar se aik naya daur hai. yeh wohi daur hai jis ki peshangoi peghambar-e-islam ne apne zamane mein wazeh taur par kar di thi.</w:t>
      </w:r>
      <w:r>
        <w:br/>
      </w:r>
      <w:r>
        <w:rPr>
          <w:sz w:val="20"/>
        </w:rPr>
        <w:t>1:18  is silsile mein aik hadees mukhtalif kitabon mein aayi hai. aik riwayat ke alfaaz yeh hain: "in allaha azza wa jalla la yu'ayyidul islama birijalin ma hum min ahlihi,</w:t>
      </w:r>
      <w:r>
        <w:br/>
      </w:r>
      <w:r>
        <w:rPr>
          <w:sz w:val="20"/>
        </w:rPr>
        <w:t>1:34  al mu'jam al kabir lil tabarani". beshak Allah azza wa jalla islam ki ta'eed un logon ke zariye karega jo ahle-e-islam mein se na honge.</w:t>
      </w:r>
      <w:r>
        <w:br/>
      </w:r>
      <w:r>
        <w:rPr>
          <w:sz w:val="20"/>
        </w:rPr>
        <w:t>1:46  asal yeh hai ke islam ki tehreek pichhle zamane mein rawayati buniyad par chalti thi, lekin fitrat yaani nature ke andar khaliq ne apne azeem kalimat chhupa diye the.</w:t>
      </w:r>
      <w:r>
        <w:br/>
      </w:r>
      <w:r>
        <w:rPr>
          <w:sz w:val="20"/>
        </w:rPr>
        <w:t>2:00  khaliq ko matloob tha ke yeh kalimat daryaft kiye jayen aur un ko kitabon ki soorat mein madawwan kiya jaye, taake islam ki sadaqat ko mubrahan karne ke liye scientific framework hasil ho, aur aala satah par deen-e-khudawandi ki ma'rifat mumkin ho sake.</w:t>
      </w:r>
      <w:r>
        <w:br/>
      </w:r>
      <w:r>
        <w:rPr>
          <w:sz w:val="20"/>
        </w:rPr>
        <w:t>2:22  jadeed tehzeeb ke baad, 21veen sadi mein yeh imkaan poori tarah waqe ban chuka hai. yahi woh waqe hai jis ki peshangoi quran mein in alfaaz mein ki gayi thi:</w:t>
      </w:r>
      <w:r>
        <w:br/>
      </w:r>
      <w:r>
        <w:rPr>
          <w:sz w:val="20"/>
        </w:rPr>
        <w:t>2:35  "sanurihim ayatina fil afaqi wa fi anfusihim hatta yatabayyana lahum annahul haqq, wa lam yakfi birabbika annahu 'ala kulli shay'in shaheed".</w:t>
      </w:r>
      <w:r>
        <w:br/>
      </w:r>
      <w:r>
        <w:rPr>
          <w:sz w:val="20"/>
        </w:rPr>
        <w:t>2:52  fitrat ke raazon ki daryaft ke baad yeh sab kuch ab waqe ban chuka hai. yeh daur imkani taur par zahoor-e-islam ka daur hai.</w:t>
      </w:r>
      <w:r>
        <w:br/>
      </w:r>
      <w:r>
        <w:rPr>
          <w:sz w:val="20"/>
        </w:rPr>
        <w:t>3:03  yeh daur galileo galile ki tehqiqat se shuru hua aur ab stephen hawking paidaish 1942 ki tehqiqat ke sath woh apni takmeel tak pahunch chuka hai.</w:t>
      </w:r>
      <w:r>
        <w:br/>
      </w:r>
      <w:r>
        <w:rPr>
          <w:sz w:val="20"/>
        </w:rPr>
        <w:t>3:16  ab waqt aa gaya hai ke daryaft kardah haqaa'iq ko le kar Khuda ke deen ko tabyeen-e-kamil ke darje tak pahuncha diya jaye.</w:t>
      </w:r>
      <w:r>
        <w:br/>
      </w:r>
      <w:r>
        <w:rPr>
          <w:sz w:val="20"/>
        </w:rPr>
        <w:t>3:26  isi ke sath communication ke jadeed zraa'e ko istemal karte hue khaliq ke paigham ko zameen ke har chhote bade ghar mein pahuncha diya jaye.</w:t>
      </w:r>
      <w:r>
        <w:br/>
      </w:r>
      <w:r>
        <w:rPr>
          <w:sz w:val="20"/>
        </w:rPr>
        <w:t>3:38  jaisa ke peghambar ne peshangoi ki hai: "la yabqa 'ala zahril ardi baytun madrin wa la ghabrin illa adkhalallahu kalimatal islami" (musnad ahmad).</w:t>
      </w:r>
      <w:r>
        <w:br/>
      </w:r>
      <w:r>
        <w:rPr>
          <w:sz w:val="20"/>
        </w:rPr>
        <w:t>3:53  islam har daur mein peghambaron ke zariye zahoor hota raha hai. koi daur is waqe se khali nahi. lekin islam ke zahoor ka aik aur darja tha, jis ko quran mein tabyeen-e-haq ke alfaaz mein bayan kiya gaya hai.</w:t>
      </w:r>
      <w:r>
        <w:br/>
      </w:r>
      <w:r>
        <w:rPr>
          <w:sz w:val="20"/>
        </w:rPr>
        <w:t>4:10  hadees mein zahoor-e-islam ke is waqe ko shahadat-e-a'zam ke alfaaz mein bayan kiya gaya hai. islam ke is aala zahoor ke liye aala mawaqe darkaar the.</w:t>
      </w:r>
      <w:r>
        <w:br/>
      </w:r>
      <w:r>
        <w:rPr>
          <w:sz w:val="20"/>
        </w:rPr>
        <w:t>4:23  aik taraf ma'rifat-e-rabb ke dalail aur doosri taraf dawat ke aala mawaqe. yeh dono cheezein jadeed scientific daur mein apni kamil soorat mein zahoor mein aa chuki hain.</w:t>
      </w:r>
      <w:r>
        <w:br/>
      </w:r>
      <w:r>
        <w:rPr>
          <w:sz w:val="20"/>
        </w:rPr>
        <w:t>4:37  ab aik aese giroh ki zaroorat hai jo in mawaqe ko pehchane aur un ko istemal karte hue islam ke is aakhri zahoor ko waqe banaye, jis ko hadees mein shahadat-e-a'zam kaha gaya hai.</w:t>
      </w:r>
    </w:p>
    <w:p>
      <w:pPr>
        <w:pStyle w:val="Heading2"/>
      </w:pPr>
      <w:r>
        <w:t>stars move without colliding, a universal avoidance principle</w:t>
      </w:r>
    </w:p>
    <w:p>
      <w:r>
        <w:rPr>
          <w:color w:val="666666"/>
          <w:sz w:val="18"/>
        </w:rPr>
        <w:t>Principle of Avoidance in Islam December 12, 2010 · 1m 36s · at 13:11 · https://youtu.be/W5DQnHPN1y4?t=791</w:t>
      </w:r>
    </w:p>
    <w:p>
      <w:r>
        <w:rPr>
          <w:i/>
        </w:rPr>
        <w:t>“سب ستارے موو کر رہے ہیں، کوئی بھی اسٹیشنری نہیں ہے”</w:t>
      </w:r>
    </w:p>
    <w:p>
      <w:r>
        <w:rPr>
          <w:sz w:val="20"/>
        </w:rPr>
        <w:t>13:11  lekin itna hum ko maloom hai ke sab sitare move kar rahe hain, harkat mein hain. koi bhi stationary nahi hai.</w:t>
      </w:r>
      <w:r>
        <w:br/>
      </w:r>
      <w:r>
        <w:rPr>
          <w:sz w:val="20"/>
        </w:rPr>
        <w:t>13:20  sab daud rahe hain, sab daud rahe hain, sab daud rahe hain. billion billion years se daud rahe hain lekin in mein takrao nahi hota. kyun?</w:t>
      </w:r>
      <w:r>
        <w:br/>
      </w:r>
      <w:r>
        <w:rPr>
          <w:sz w:val="20"/>
        </w:rPr>
        <w:t>13:31  woh principle of avoidance par qaim rehte hain hamesha. ek sitara doosre sitare se takraye baghair apni movement ko jaari karta hai.</w:t>
      </w:r>
      <w:r>
        <w:br/>
      </w:r>
      <w:r>
        <w:rPr>
          <w:sz w:val="20"/>
        </w:rPr>
        <w:t>13:46  yahan tak ke maine ek kitaab mein padha ek baar ke ek galaxy hai jis mein billion sitare hote hain. woh move karti karti hai doosre galaxy mein dakhil hoti hai.</w:t>
      </w:r>
      <w:r>
        <w:br/>
      </w:r>
      <w:r>
        <w:rPr>
          <w:sz w:val="20"/>
        </w:rPr>
        <w:t>13:58  idhar se udhar nikal jati hai aur phir takrao nahi hota. kaisi anokhi baat hai. karoron sitaron ka ek majmooa jis ko hum galaxy kehte hain, kakshan.</w:t>
      </w:r>
      <w:r>
        <w:br/>
      </w:r>
      <w:r>
        <w:rPr>
          <w:sz w:val="20"/>
        </w:rPr>
        <w:t>14:13  sab ke sab move kar rahe hain.</w:t>
      </w:r>
      <w:r>
        <w:br/>
      </w:r>
      <w:r>
        <w:rPr>
          <w:sz w:val="20"/>
        </w:rPr>
        <w:t>14:16  aur move karte hue doosre galaxy mein dakhil hote hain. idhar se udhar nikal gaye aur takrao nahi hua. yeh sab kyun?</w:t>
      </w:r>
      <w:r>
        <w:br/>
      </w:r>
      <w:r>
        <w:rPr>
          <w:sz w:val="20"/>
        </w:rPr>
        <w:t>14:27  sab ke sab principle of avoidance par qaim hain. bana takrao kiye chalna. bana takrao kiye daudna.</w:t>
      </w:r>
      <w:r>
        <w:br/>
      </w:r>
      <w:r>
        <w:rPr>
          <w:sz w:val="20"/>
        </w:rPr>
        <w:t>14:38  bana takrao kiye apni activities ko jaari rakhna. yeh hai avoidance.</w:t>
      </w:r>
    </w:p>
    <w:p>
      <w:pPr>
        <w:pStyle w:val="Heading2"/>
      </w:pPr>
      <w:r>
        <w:t>Time to abandon personal agendas</w:t>
      </w:r>
    </w:p>
    <w:p>
      <w:r>
        <w:rPr>
          <w:color w:val="666666"/>
          <w:sz w:val="18"/>
        </w:rPr>
        <w:t>Doomsday Knocking at the Door April 18, 2010 Maulana Wahiduddin Khan · 47s · at 10:18 · https://youtu.be/-kau2ZHfsXc?t=618</w:t>
      </w:r>
    </w:p>
    <w:p>
      <w:r>
        <w:rPr>
          <w:i/>
        </w:rPr>
        <w:t>“To ab woh waqt aa gaya hai”</w:t>
      </w:r>
    </w:p>
    <w:p>
      <w:r>
        <w:rPr>
          <w:sz w:val="20"/>
        </w:rPr>
        <w:t>10:18  sab ka agenda ek ho jayega ke saanp se apne aap ko bachao. to ab woh waqt aa gaya hai ke log apna agenda phenk dein,</w:t>
      </w:r>
      <w:r>
        <w:br/>
      </w:r>
      <w:r>
        <w:rPr>
          <w:sz w:val="20"/>
        </w:rPr>
        <w:t>10:32  dustbin mein phenk dein, dustbin mein. aur jo Khuda ka agenda hai, usi ajenday ko le kar ke zindagi phir se shuru karein.</w:t>
      </w:r>
      <w:r>
        <w:br/>
      </w:r>
      <w:r>
        <w:rPr>
          <w:sz w:val="20"/>
        </w:rPr>
        <w:t>10:47  zindagi phir se shuru karein.</w:t>
      </w:r>
      <w:r>
        <w:br/>
      </w:r>
      <w:r>
        <w:rPr>
          <w:sz w:val="20"/>
        </w:rPr>
        <w:t>10:52  waqt. time is very short.</w:t>
      </w:r>
      <w:r>
        <w:br/>
      </w:r>
      <w:r>
        <w:rPr>
          <w:sz w:val="20"/>
        </w:rPr>
        <w:t>10:58  doomsday is knocking at the door. to time, time hai hi nahi. time hai kahan?</w:t>
      </w:r>
    </w:p>
    <w:p>
      <w:pPr>
        <w:pStyle w:val="Heading2"/>
      </w:pPr>
      <w:r>
        <w:t>how habits quietly take root in the mind</w:t>
      </w:r>
    </w:p>
    <w:p>
      <w:r>
        <w:rPr>
          <w:color w:val="666666"/>
          <w:sz w:val="18"/>
        </w:rPr>
        <w:t>Fragments of a CPS Mind April 24, 2011 Maulana Wahiduddin Khan · 41s · at 6:49 · https://youtu.be/kn1KfE--rug?t=409</w:t>
      </w:r>
    </w:p>
    <w:p>
      <w:r>
        <w:rPr>
          <w:i/>
        </w:rPr>
        <w:t>“Maine samjha hai iska matlab hai aadatein”</w:t>
      </w:r>
    </w:p>
    <w:p>
      <w:r>
        <w:rPr>
          <w:sz w:val="20"/>
        </w:rPr>
        <w:t>6:49  main ne yeh samjha hai ke is se murad hai</w:t>
      </w:r>
      <w:r>
        <w:br/>
      </w:r>
      <w:r>
        <w:rPr>
          <w:sz w:val="20"/>
        </w:rPr>
        <w:t>6:55  aadatein. Aadatein aadmi ko distract karti hain.</w:t>
      </w:r>
      <w:r>
        <w:br/>
      </w:r>
      <w:r>
        <w:rPr>
          <w:sz w:val="20"/>
        </w:rPr>
        <w:t>7:03  kam az kam yahi agar kal pehlu na ho to is ka ek pehlu yeh hai.</w:t>
      </w:r>
      <w:r>
        <w:br/>
      </w:r>
      <w:r>
        <w:rPr>
          <w:sz w:val="20"/>
        </w:rPr>
        <w:t>7:09  har aadmi ki kuch aadatein hoti hain, wohi aadatein us ko tabah karti hain. Ke aadaton ka mamla kya hai? Kuch dinon ke baad woh aadatein aadmi ko itna ziyada dimagh mein rach bas jati hain ke woh sochta bhi nahi ke is se mera koi nuqsan ho raha hai.</w:t>
      </w:r>
    </w:p>
    <w:p>
      <w:pPr>
        <w:pStyle w:val="Heading2"/>
      </w:pPr>
      <w:r>
        <w:t>Blaming others is easy but wrong</w:t>
      </w:r>
    </w:p>
    <w:p>
      <w:r>
        <w:rPr>
          <w:color w:val="666666"/>
          <w:sz w:val="18"/>
        </w:rPr>
        <w:t>Positive Thinking December 30, 2016 · 53s · at 37:53 · https://youtu.be/y6r5Pk3HT9w?t=2273</w:t>
      </w:r>
    </w:p>
    <w:p>
      <w:r>
        <w:rPr>
          <w:i/>
        </w:rPr>
        <w:t>“Blaming others is very easy”</w:t>
      </w:r>
    </w:p>
    <w:p>
      <w:r>
        <w:rPr>
          <w:sz w:val="20"/>
        </w:rPr>
        <w:t>37:53  dekhen, baat yeh hai ke blame doosre par daalna bara aasan hai.</w:t>
      </w:r>
      <w:r>
        <w:br/>
      </w:r>
      <w:r>
        <w:rPr>
          <w:sz w:val="20"/>
        </w:rPr>
        <w:t>37:58  to dhar se log aasan course pakar lete hain, blame daal lete hain doosre par.</w:t>
      </w:r>
      <w:r>
        <w:br/>
      </w:r>
      <w:r>
        <w:rPr>
          <w:sz w:val="20"/>
        </w:rPr>
        <w:t>38:04  halankeh hamesha blame apne upar aata hai, apni ghalti ke nateejay mein hota hai.</w:t>
      </w:r>
      <w:r>
        <w:br/>
      </w:r>
      <w:r>
        <w:rPr>
          <w:sz w:val="20"/>
        </w:rPr>
        <w:t>38:10  doosre par blame daalna ek bilkul hi yani irrational baat hai.</w:t>
      </w:r>
      <w:r>
        <w:br/>
      </w:r>
      <w:r>
        <w:rPr>
          <w:sz w:val="20"/>
        </w:rPr>
        <w:t>38:16  kisi cheez ka blame doosre par jata hi nahi, blame jata hai apne upar.</w:t>
      </w:r>
      <w:r>
        <w:br/>
      </w:r>
      <w:r>
        <w:rPr>
          <w:sz w:val="20"/>
        </w:rPr>
        <w:t>38:22  to mera to yeh manna hai ke blame daai self ka formula har insaan ko pakadna chahiye, blame</w:t>
      </w:r>
      <w:r>
        <w:br/>
      </w:r>
      <w:r>
        <w:rPr>
          <w:sz w:val="20"/>
        </w:rPr>
        <w:t>38:28  address ka formula bilkul chhod dena chahiye.</w:t>
      </w:r>
      <w:r>
        <w:br/>
      </w:r>
      <w:r>
        <w:rPr>
          <w:sz w:val="20"/>
        </w:rPr>
        <w:t>38:34  kyunke woh factual nahi hota.</w:t>
      </w:r>
      <w:r>
        <w:br/>
      </w:r>
      <w:r>
        <w:rPr>
          <w:sz w:val="20"/>
        </w:rPr>
        <w:t>38:40  factual blame daai self hai, blame address yeh factual hai hi nahi.</w:t>
      </w:r>
      <w:r>
        <w:br/>
      </w:r>
      <w:r>
        <w:rPr>
          <w:sz w:val="20"/>
        </w:rPr>
        <w:t>38:46  ji molana sahib, in all your talks, in all your advice, in your books, writings, you who always talked about positivity. we would all like to know that how do you maintain your positivity? what is your formula of being positive all the time?</w:t>
      </w:r>
    </w:p>
    <w:p>
      <w:pPr>
        <w:pStyle w:val="Heading2"/>
      </w:pPr>
      <w:r>
        <w:t>Army officer admits mistake learns humility</w:t>
      </w:r>
    </w:p>
    <w:p>
      <w:r>
        <w:rPr>
          <w:color w:val="666666"/>
          <w:sz w:val="18"/>
        </w:rPr>
        <w:t>Art of Thinking (In Conversation with Maulana) 05 8 07 · 3m 02s · at 24:10 · https://youtu.be/cP0z8o_50Zc?t=1450</w:t>
      </w:r>
    </w:p>
    <w:p>
      <w:r>
        <w:rPr>
          <w:i/>
        </w:rPr>
        <w:t>“I have only one example in my life.”</w:t>
      </w:r>
    </w:p>
    <w:p>
      <w:r>
        <w:rPr>
          <w:sz w:val="20"/>
        </w:rPr>
        <w:t>24:10  mujhe ek udaharan sirf mila hai ab tak zindagi mein.</w:t>
      </w:r>
      <w:r>
        <w:br/>
      </w:r>
      <w:r>
        <w:rPr>
          <w:sz w:val="20"/>
        </w:rPr>
        <w:t>24:15  main bulandshahar gaya to wahan par ek sahab the, ab unka death ho chuki hai.</w:t>
      </w:r>
      <w:r>
        <w:br/>
      </w:r>
      <w:r>
        <w:rPr>
          <w:sz w:val="20"/>
        </w:rPr>
        <w:t>24:20  wo british period mein wo army mein service karte the.</w:t>
      </w:r>
      <w:r>
        <w:br/>
      </w:r>
      <w:r>
        <w:rPr>
          <w:sz w:val="20"/>
        </w:rPr>
        <w:t>24:25  yani wo office mein the army mein.</w:t>
      </w:r>
      <w:r>
        <w:br/>
      </w:r>
      <w:r>
        <w:rPr>
          <w:sz w:val="20"/>
        </w:rPr>
        <w:t>24:30  to us waqt retire ho chuke the.</w:t>
      </w:r>
      <w:r>
        <w:br/>
      </w:r>
      <w:r>
        <w:rPr>
          <w:sz w:val="20"/>
        </w:rPr>
        <w:t>24:35  to main aksar jab milta hoon kisi se to kehta hoon ki apni zindagi ka koi bataiye, koi koi</w:t>
      </w:r>
      <w:r>
        <w:br/>
      </w:r>
      <w:r>
        <w:rPr>
          <w:sz w:val="20"/>
        </w:rPr>
        <w:t>24:40  experience bataiye, kuch.</w:t>
      </w:r>
      <w:r>
        <w:br/>
      </w:r>
      <w:r>
        <w:rPr>
          <w:sz w:val="20"/>
        </w:rPr>
        <w:t>24:44  hamesha poochta hoon logon se.</w:t>
      </w:r>
      <w:r>
        <w:br/>
      </w:r>
      <w:r>
        <w:rPr>
          <w:sz w:val="20"/>
        </w:rPr>
        <w:t>24:47  to unhon ne kaha ke main dilli kya, dilli mein the wo.</w:t>
      </w:r>
      <w:r>
        <w:br/>
      </w:r>
      <w:r>
        <w:rPr>
          <w:sz w:val="20"/>
        </w:rPr>
        <w:t>24:51  wahan main office mein tha, army head quarter mein.</w:t>
      </w:r>
      <w:r>
        <w:br/>
      </w:r>
      <w:r>
        <w:rPr>
          <w:sz w:val="20"/>
        </w:rPr>
        <w:t>24:55  to angrez afsar tha, us ne mujh se ek paper manga.</w:t>
      </w:r>
      <w:r>
        <w:br/>
      </w:r>
      <w:r>
        <w:rPr>
          <w:sz w:val="20"/>
        </w:rPr>
        <w:t>24:59  yani ek file manga jis mein ek paper tha, jis ko us ko dekhna tha.</w:t>
      </w:r>
      <w:r>
        <w:br/>
      </w:r>
      <w:r>
        <w:rPr>
          <w:sz w:val="20"/>
        </w:rPr>
        <w:t>25:03  kaha, mujhe ab falan paper dekhna hai, us ka file bhejo.</w:t>
      </w:r>
      <w:r>
        <w:br/>
      </w:r>
      <w:r>
        <w:rPr>
          <w:sz w:val="20"/>
        </w:rPr>
        <w:t>25:07  to inhone wo file jo hai, us ko bhej diya.</w:t>
      </w:r>
      <w:r>
        <w:br/>
      </w:r>
      <w:r>
        <w:rPr>
          <w:sz w:val="20"/>
        </w:rPr>
        <w:t>25:10  ab us ne us ko dekha file ko to us mein wo paper nahin mila.</w:t>
      </w:r>
      <w:r>
        <w:br/>
      </w:r>
      <w:r>
        <w:rPr>
          <w:sz w:val="20"/>
        </w:rPr>
        <w:t>25:14  to wo khud aaya, us ne us ko patka file ko.</w:t>
      </w:r>
      <w:r>
        <w:br/>
      </w:r>
      <w:r>
        <w:rPr>
          <w:sz w:val="20"/>
        </w:rPr>
        <w:t>25:18  kaha ke tum doosra file tum ne bhej diya mere paas.</w:t>
      </w:r>
      <w:r>
        <w:br/>
      </w:r>
      <w:r>
        <w:rPr>
          <w:sz w:val="20"/>
        </w:rPr>
        <w:t>25:22  kaisa aadmi tum ho.</w:t>
      </w:r>
      <w:r>
        <w:br/>
      </w:r>
      <w:r>
        <w:rPr>
          <w:sz w:val="20"/>
        </w:rPr>
        <w:t>25:26  to us ke mez par patak kar chala gaya.</w:t>
      </w:r>
      <w:r>
        <w:br/>
      </w:r>
      <w:r>
        <w:rPr>
          <w:sz w:val="20"/>
        </w:rPr>
        <w:t>25:30  aur asal mein kya tha, inhone dekha to wo bilkul sahi file bheja tha unhon ne.</w:t>
      </w:r>
      <w:r>
        <w:br/>
      </w:r>
      <w:r>
        <w:rPr>
          <w:sz w:val="20"/>
        </w:rPr>
        <w:t>25:33  usi mein wo paper tha wo.</w:t>
      </w:r>
      <w:r>
        <w:br/>
      </w:r>
      <w:r>
        <w:rPr>
          <w:sz w:val="20"/>
        </w:rPr>
        <w:t>25:37  to unhon ne kya kiya ke</w:t>
      </w:r>
      <w:r>
        <w:br/>
      </w:r>
      <w:r>
        <w:rPr>
          <w:sz w:val="20"/>
        </w:rPr>
        <w:t>25:41  us ko phir se aise hi ek paper bark rakh kar ke usi same file ko bhej diya.</w:t>
      </w:r>
      <w:r>
        <w:br/>
      </w:r>
      <w:r>
        <w:rPr>
          <w:sz w:val="20"/>
        </w:rPr>
        <w:t>25:45  ab us ke baad jab us ne dekha to us mein wo paper tha.</w:t>
      </w:r>
      <w:r>
        <w:br/>
      </w:r>
      <w:r>
        <w:rPr>
          <w:sz w:val="20"/>
        </w:rPr>
        <w:t>25:48  to us zamane mein ek red pencil hua karti thi.</w:t>
      </w:r>
      <w:r>
        <w:br/>
      </w:r>
      <w:r>
        <w:rPr>
          <w:sz w:val="20"/>
        </w:rPr>
        <w:t>25:51  ab shayad wo nahin hoti.</w:t>
      </w:r>
      <w:r>
        <w:br/>
      </w:r>
      <w:r>
        <w:rPr>
          <w:sz w:val="20"/>
        </w:rPr>
        <w:t>25:55  ab to red ball pen chalta hai zyada.</w:t>
      </w:r>
      <w:r>
        <w:br/>
      </w:r>
      <w:r>
        <w:rPr>
          <w:sz w:val="20"/>
        </w:rPr>
        <w:t>25:58  moti si hoti thi, boti si.</w:t>
      </w:r>
      <w:r>
        <w:br/>
      </w:r>
      <w:r>
        <w:rPr>
          <w:sz w:val="20"/>
        </w:rPr>
        <w:t>26:01  bota se likhti thi wo red pencil.</w:t>
      </w:r>
      <w:r>
        <w:br/>
      </w:r>
      <w:r>
        <w:rPr>
          <w:sz w:val="20"/>
        </w:rPr>
        <w:t>26:05  hamare bachpan mein hota tha aisa.</w:t>
      </w:r>
      <w:r>
        <w:br/>
      </w:r>
      <w:r>
        <w:rPr>
          <w:sz w:val="20"/>
        </w:rPr>
        <w:t>26:08  us par us ne likha,</w:t>
      </w:r>
      <w:r>
        <w:br/>
      </w:r>
      <w:r>
        <w:rPr>
          <w:sz w:val="20"/>
        </w:rPr>
        <w:t>26:11  "I was blind then." "I was blind then." ye karke usne wo likhwaya. Ye tha.</w:t>
      </w:r>
      <w:r>
        <w:br/>
      </w:r>
      <w:r>
        <w:rPr>
          <w:sz w:val="20"/>
        </w:rPr>
        <w:t>26:19  yani admit karna.</w:t>
      </w:r>
      <w:r>
        <w:br/>
      </w:r>
      <w:r>
        <w:rPr>
          <w:sz w:val="20"/>
        </w:rPr>
        <w:t>26:27  میں سمجھتا ہوں کہ اگر کوئی آدمی چاہتا ہے spiritual development, intellectual development یا distraction سے بچا کرکے</w:t>
      </w:r>
      <w:r>
        <w:br/>
      </w:r>
      <w:r>
        <w:rPr>
          <w:sz w:val="20"/>
        </w:rPr>
        <w:t>26:34  अपने आप को unfold करना, अपने mind को और जो highest जो</w:t>
      </w:r>
      <w:r>
        <w:br/>
      </w:r>
      <w:r>
        <w:rPr>
          <w:sz w:val="20"/>
        </w:rPr>
        <w:t>26:42  peak hai, wahan pahunchna. to ek hi shart, ek hi condition hai. aap seekhiye yeh kehna, "i was wrong, i was wrong." yahi starting point hai aur yeh final point hai. mere tajurbe ke mutabiq. maine history mein ek hi insaan ko paya hai jo bahut zyada jaanta tha is haqeeqat ko. wo the islam ke history mein, yaani second caliph, umar ibn khat</w:t>
      </w:r>
    </w:p>
    <w:p>
      <w:pPr>
        <w:pStyle w:val="Heading2"/>
      </w:pPr>
      <w:r>
        <w:t>Text preserved, interpretation corrupted</w:t>
      </w:r>
    </w:p>
    <w:p>
      <w:r>
        <w:rPr>
          <w:color w:val="666666"/>
          <w:sz w:val="18"/>
        </w:rPr>
        <w:t>The History of Islamic Learning | May 14, 2006 | Maulana Wahiduddin Khan · 2m 05s · at 41:07 · https://youtu.be/E-4EdNARtdk?t=2467</w:t>
      </w:r>
    </w:p>
    <w:p>
      <w:r>
        <w:rPr>
          <w:i/>
        </w:rPr>
        <w:t>“The Prophet said you will follow the ways of previous people.”</w:t>
      </w:r>
    </w:p>
    <w:p>
      <w:r>
        <w:rPr>
          <w:sz w:val="20"/>
        </w:rPr>
        <w:t>41:07  original form mein aaj bhi preserve hai to phir islam mein bigad kahan se aaya yeh main clear karna chahta hoon is baat ko lekin ek hai text aur ek hai interpretation doosre religion mein aur islam mein yeh farq hai ke doosre religion mein khud text hi mein milawat ho gayi khud text mein ab un ka text jo hai woh original form mein baqi nahi raha</w:t>
      </w:r>
      <w:r>
        <w:br/>
      </w:r>
      <w:r>
        <w:rPr>
          <w:sz w:val="20"/>
        </w:rPr>
        <w:t>41:38  misal ke taur par bible jo hai woh bohat sari books likhi gayi hain aur ek is tarah ka discipline ban gaya hai woh higher criticism higher criticism bola jata hai in kitabon ke mutale ke liye yani yani critical study ke liye yeh baat scholars ke darmiyan sabit ho chuki hai prove ho chuki hai ke bible mein is ke text mein bohat si baatein shamil ho gayeen yani original text jo tha pehle</w:t>
      </w:r>
      <w:r>
        <w:br/>
      </w:r>
      <w:r>
        <w:rPr>
          <w:sz w:val="20"/>
        </w:rPr>
        <w:t>42:08  woh ab baqi nahi raha hai yeh sab mazhabi kitabon mein hua ke khud text hi mein milawat ho gayi lekin islam mein kya hua hai ke text to intact intact hai interpretation mein logon ne bohat zyada gadbad kiya yeh farq hai is ka matlab yeh hai ke agar aap doosre mazhabon ko un ke original form mein jana janna chahein to aap jaan nahi sakte kyun ke jab text hi mein milawat ho gayi ho to aap kya karenge</w:t>
      </w:r>
      <w:r>
        <w:br/>
      </w:r>
      <w:r>
        <w:rPr>
          <w:sz w:val="20"/>
        </w:rPr>
        <w:t>42:38  aap nahi kar sakte lekin islam mein yeh possible hai ke aap is ke text ko parh kar ke us pe study kar ke jaan sakein ke islam kya hai islam mein jo bigad aaya hai woh bigad aaya hai interpretation mein text mein koi bigad nahi aaya hai is pehlu se main kuch baatein arz karna chahta hoon</w:t>
      </w:r>
    </w:p>
    <w:p>
      <w:pPr>
        <w:pStyle w:val="Heading2"/>
      </w:pPr>
      <w:r>
        <w:t>Hadith about best and worst places</w:t>
      </w:r>
    </w:p>
    <w:p>
      <w:r>
        <w:rPr>
          <w:color w:val="666666"/>
          <w:sz w:val="18"/>
        </w:rPr>
        <w:t>Age of Consumerism January 6, 2013 · 2m 22s · at 10:11 · https://youtu.be/zJRZ1OKUhgA?t=611</w:t>
      </w:r>
    </w:p>
    <w:p>
      <w:r>
        <w:rPr>
          <w:i/>
        </w:rPr>
        <w:t>“A man asked the Prophet about the best and worst places.”</w:t>
      </w:r>
    </w:p>
    <w:p>
      <w:r>
        <w:rPr>
          <w:sz w:val="20"/>
        </w:rPr>
        <w:t>10:11  is mein yeh hai ke ek shakhs ne rasool Allah sallallahu alayhi wa sallam se jab ke aap madina mein thay, aap se ek sawal kiya. aur sawal yeh tha ke zameen par sab se bura spot konsa hai, sab se acha spot konsa hai?</w:t>
      </w:r>
      <w:r>
        <w:br/>
      </w:r>
      <w:r>
        <w:rPr>
          <w:sz w:val="20"/>
        </w:rPr>
        <w:t>10:30  sab se achi jagah konsi hai, sab se buri jagah konsi hai?</w:t>
      </w:r>
      <w:r>
        <w:br/>
      </w:r>
      <w:r>
        <w:rPr>
          <w:sz w:val="20"/>
        </w:rPr>
        <w:t>10:36  to rasool Allah sallallahu alayhi wa sallam ne farmaya ke yeh mujhe nahi maloom. to aap ne farmaya ke jab jibril aayenge to mein un se pooch ke bataunga.</w:t>
      </w:r>
      <w:r>
        <w:br/>
      </w:r>
      <w:r>
        <w:rPr>
          <w:sz w:val="20"/>
        </w:rPr>
        <w:t>10:48  to jibril farishta aap ke pas aya, us se aap ne poocha is sawal ke baray mein.</w:t>
      </w:r>
      <w:r>
        <w:br/>
      </w:r>
      <w:r>
        <w:rPr>
          <w:sz w:val="20"/>
        </w:rPr>
        <w:t>10:58  to jibril ne kaha ke mujhe bhi is ke baray mein nahi maloom.</w:t>
      </w:r>
      <w:r>
        <w:br/>
      </w:r>
      <w:r>
        <w:rPr>
          <w:sz w:val="20"/>
        </w:rPr>
        <w:t>11:07  to unhon ne kaha ke mein Allah rab al-alameen se poochta hoon, phir bataunga aap ko.</w:t>
      </w:r>
      <w:r>
        <w:br/>
      </w:r>
      <w:r>
        <w:rPr>
          <w:sz w:val="20"/>
        </w:rPr>
        <w:t>11:17  to</w:t>
      </w:r>
      <w:r>
        <w:br/>
      </w:r>
      <w:r>
        <w:rPr>
          <w:sz w:val="20"/>
        </w:rPr>
        <w:t>11:18  hadith mein hai ke hazrat jibril</w:t>
      </w:r>
      <w:r>
        <w:br/>
      </w:r>
      <w:r>
        <w:rPr>
          <w:sz w:val="20"/>
        </w:rPr>
        <w:t>11:23  ne parwaz kiya aur Allah ke qareeb pohanchay aur poocha.</w:t>
      </w:r>
      <w:r>
        <w:br/>
      </w:r>
      <w:r>
        <w:rPr>
          <w:sz w:val="20"/>
        </w:rPr>
        <w:t>11:34  to woh batatay hain ke main itna itna ziyada qareeb hua ke mere aur Allah ke darmiyan 70 hazar noori parde waqe thay.</w:t>
      </w:r>
      <w:r>
        <w:br/>
      </w:r>
      <w:r>
        <w:rPr>
          <w:sz w:val="20"/>
        </w:rPr>
        <w:t>11:43  yani aaj kal ki zaban mein aap keh sakte hain ke 70 hazar light years.</w:t>
      </w:r>
      <w:r>
        <w:br/>
      </w:r>
      <w:r>
        <w:rPr>
          <w:sz w:val="20"/>
        </w:rPr>
        <w:t>11:57  to hazrat jibril ko jo jawab mila Allah taala ki taraf se, woh aa kar unhon ne rasool Allah ko bataya.</w:t>
      </w:r>
      <w:r>
        <w:br/>
      </w:r>
      <w:r>
        <w:rPr>
          <w:sz w:val="20"/>
        </w:rPr>
        <w:t>12:05  to Allah taala ne farmaya ke "shar maqam aswaqah,</w:t>
      </w:r>
      <w:r>
        <w:br/>
      </w:r>
      <w:r>
        <w:rPr>
          <w:sz w:val="20"/>
        </w:rPr>
        <w:t>12:14  wa khair maqam masajidah"</w:t>
      </w:r>
      <w:r>
        <w:br/>
      </w:r>
      <w:r>
        <w:rPr>
          <w:sz w:val="20"/>
        </w:rPr>
        <w:t>12:19  ke zameen ka sab se bura spot jo hai woh is ke bazaar hain. Zameen ka sab se acha spot jo hai woh is ke masjidain hain.</w:t>
      </w:r>
    </w:p>
    <w:p>
      <w:pPr>
        <w:pStyle w:val="Heading2"/>
      </w:pPr>
      <w:r>
        <w:t>Hazrat Umar on knowing the lesser evil</w:t>
      </w:r>
    </w:p>
    <w:p>
      <w:r>
        <w:rPr>
          <w:color w:val="666666"/>
          <w:sz w:val="18"/>
        </w:rPr>
        <w:t>The Art of Thinking January 28, 2024 · 19s · at 46:03 · https://youtu.be/lpUsTrs0ulo?t=2763</w:t>
      </w:r>
    </w:p>
    <w:p>
      <w:r>
        <w:rPr>
          <w:i/>
        </w:rPr>
        <w:t>“The wise man is one who knows the lesser evil”</w:t>
      </w:r>
    </w:p>
    <w:p>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p>
    <w:p>
      <w:pPr>
        <w:pStyle w:val="Heading2"/>
      </w:pPr>
      <w:r>
        <w:t>Islam's outlook is peace and spirituality, not violence</w:t>
      </w:r>
    </w:p>
    <w:p>
      <w:r>
        <w:rPr>
          <w:color w:val="666666"/>
          <w:sz w:val="18"/>
        </w:rPr>
        <w:t>Islamic Outlook on Life August 26, 2007 · 49s · at 13:07 · https://youtu.be/QCAHPg3_G_M?t=787</w:t>
      </w:r>
    </w:p>
    <w:p>
      <w:r>
        <w:rPr>
          <w:i/>
        </w:rPr>
        <w:t>“Islam gives us an outlook on human life based on peace”</w:t>
      </w:r>
    </w:p>
    <w:p>
      <w:r>
        <w:rPr>
          <w:sz w:val="20"/>
        </w:rPr>
        <w:t>13:07  to mein yeh kahoon ga ke zara sahi baat yeh hai, zara correct baat yeh hai ke "Islam gives us an outlook on human life based on peace and spirituality" .</w:t>
      </w:r>
      <w:r>
        <w:br/>
      </w:r>
      <w:r>
        <w:rPr>
          <w:sz w:val="20"/>
        </w:rPr>
        <w:t>13:30  "Islam hum ko ek outlook deta hai zindagi ke baray mein. Aur yeh outlook base karta hai peace par aur spirituality par.</w:t>
      </w:r>
      <w:r>
        <w:br/>
      </w:r>
      <w:r>
        <w:rPr>
          <w:sz w:val="20"/>
        </w:rPr>
        <w:t>13:43  yeh hai Islam ka khulasa. Islam ek outlook ka naam hai. Islam killing ka naam nahi hai. Islam suit ka naam nahi hai.</w:t>
      </w:r>
    </w:p>
    <w:p>
      <w:pPr>
        <w:pStyle w:val="Heading2"/>
      </w:pPr>
      <w:r>
        <w:t>Historical intolerance monotheism</w:t>
      </w:r>
    </w:p>
    <w:p>
      <w:r>
        <w:rPr>
          <w:color w:val="666666"/>
          <w:sz w:val="18"/>
        </w:rPr>
        <w:t>Islam Ideology, Team and Method 9 Oct, 2011 - Maulana Wahiduddin Khan · 33s · at 51:56 · https://youtu.be/gEd027DIDw8?t=3116</w:t>
      </w:r>
    </w:p>
    <w:p>
      <w:r>
        <w:rPr>
          <w:i/>
        </w:rPr>
        <w:t>“Khuda ek hai kehne par maar daalte the.”</w:t>
      </w:r>
    </w:p>
    <w:p>
      <w:r>
        <w:rPr>
          <w:sz w:val="20"/>
        </w:rPr>
        <w:t>51:56  yeh kaisi ajeeb cheez hui hai kyunke is se pehle aap jante hain ke duniya mein aisa tha ke sirf yeh kehne par ke khuda ek hai, woh maar dalte the.</w:t>
      </w:r>
      <w:r>
        <w:br/>
      </w:r>
      <w:r>
        <w:rPr>
          <w:sz w:val="20"/>
        </w:rPr>
        <w:t>52:10  sirf khuda ek hai kehne par ashab e kahf ko shehar chhod kar ke kho mein ja ke panah lena pari. woh zamana tha.</w:t>
      </w:r>
      <w:r>
        <w:br/>
      </w:r>
      <w:r>
        <w:rPr>
          <w:sz w:val="20"/>
        </w:rPr>
        <w:t>52:20  is zamane mein mana jata tha ke state jo hai woh political power bhi hai aur state hi ka mazhab bhi chalega.</w:t>
      </w:r>
    </w:p>
    <w:p>
      <w:pPr>
        <w:pStyle w:val="Heading2"/>
      </w:pPr>
      <w:r>
        <w:t>Law of nature: every hardship is a challenge</w:t>
      </w:r>
    </w:p>
    <w:p>
      <w:r>
        <w:rPr>
          <w:color w:val="666666"/>
          <w:sz w:val="18"/>
        </w:rPr>
        <w:t>Challenge Activates Potential March 7, 2009 Maulana Wahiduddin Khan · 5m 32s · at 13:46 · https://youtu.be/fINKWi2aYzo?t=826</w:t>
      </w:r>
    </w:p>
    <w:p>
      <w:r>
        <w:rPr>
          <w:i/>
        </w:rPr>
        <w:t>“Every one is born with great potential.”</w:t>
      </w:r>
    </w:p>
    <w:p>
      <w:r>
        <w:rPr>
          <w:sz w:val="20"/>
        </w:rPr>
        <w:t>13:46  everyone is born with great potential. every man and woman are born with great potential.</w:t>
      </w:r>
      <w:r>
        <w:br/>
      </w:r>
      <w:r>
        <w:rPr>
          <w:sz w:val="20"/>
        </w:rPr>
        <w:t>13:55  but this potential is in a dormant situation. dormant, dormant in our nature.</w:t>
      </w:r>
      <w:r>
        <w:br/>
      </w:r>
      <w:r>
        <w:rPr>
          <w:sz w:val="20"/>
        </w:rPr>
        <w:t>14:05  initially, it is dormant. it is in dormant position. so challenge only activate your potential.</w:t>
      </w:r>
      <w:r>
        <w:br/>
      </w:r>
      <w:r>
        <w:rPr>
          <w:sz w:val="20"/>
        </w:rPr>
        <w:t>14:18  without potential, no intellectual awakening.</w:t>
      </w:r>
      <w:r>
        <w:br/>
      </w:r>
      <w:r>
        <w:rPr>
          <w:sz w:val="20"/>
        </w:rPr>
        <w:t>14:25  if some one is, if some one was born in some palace, there was no hardship, there are no problem.</w:t>
      </w:r>
      <w:r>
        <w:br/>
      </w:r>
      <w:r>
        <w:rPr>
          <w:sz w:val="20"/>
        </w:rPr>
        <w:t>14:38  it means that this person will live without challenge and die without challenge. and he can't do anything.</w:t>
      </w:r>
      <w:r>
        <w:br/>
      </w:r>
      <w:r>
        <w:rPr>
          <w:sz w:val="20"/>
        </w:rPr>
        <w:t>14:49  you know, no prince, no prince was able to to author a great book, great discovery, great invention.</w:t>
      </w:r>
      <w:r>
        <w:br/>
      </w:r>
      <w:r>
        <w:rPr>
          <w:sz w:val="20"/>
        </w:rPr>
        <w:t>15:03  those princes who are born in palaces, their boost. yani unfortunate people. it is said that mr so and so was born with a silver spoon in his mouth.</w:t>
      </w:r>
      <w:r>
        <w:br/>
      </w:r>
      <w:r>
        <w:rPr>
          <w:sz w:val="20"/>
        </w:rPr>
        <w:t>15:19  it is general saying that mr so and so was born with a silver spoon in his mouth. but is not pleasing.</w:t>
      </w:r>
      <w:r>
        <w:br/>
      </w:r>
      <w:r>
        <w:rPr>
          <w:sz w:val="20"/>
        </w:rPr>
        <w:t>15:29  i don't take this as a pleasing, because when he was with with a silver spoon in his mouth, it means that he had no challenge, no problem.</w:t>
      </w:r>
      <w:r>
        <w:br/>
      </w:r>
      <w:r>
        <w:rPr>
          <w:sz w:val="20"/>
        </w:rPr>
        <w:t>15:42  so his potential, his potential will will not activate.</w:t>
      </w:r>
      <w:r>
        <w:br/>
      </w:r>
      <w:r>
        <w:rPr>
          <w:sz w:val="20"/>
        </w:rPr>
        <w:t>15:53  he is not in position to to turn his potential to actual.</w:t>
      </w:r>
      <w:r>
        <w:br/>
      </w:r>
      <w:r>
        <w:rPr>
          <w:sz w:val="20"/>
        </w:rPr>
        <w:t>16:00  so if was, if we are facing some problem, that is good, is not bad. there is not evil.</w:t>
      </w:r>
      <w:r>
        <w:br/>
      </w:r>
      <w:r>
        <w:rPr>
          <w:sz w:val="20"/>
        </w:rPr>
        <w:t>16:11  it is general concept that people take problem as an evil. they want to remove all those evils.</w:t>
      </w:r>
      <w:r>
        <w:br/>
      </w:r>
      <w:r>
        <w:rPr>
          <w:sz w:val="20"/>
        </w:rPr>
        <w:t>16:21  i can see ke all the philosophers, all the reformers, all the leaders were obstinate with some notion.</w:t>
      </w:r>
      <w:r>
        <w:br/>
      </w:r>
      <w:r>
        <w:rPr>
          <w:sz w:val="20"/>
        </w:rPr>
        <w:t>16:29  perhaps there is no exception except Muhammad sallallahu alaihi wasallam. all the philosophers of history, all the reformers of history, all the leaders of history were obstinate with this notion that we have to remove this problem.</w:t>
      </w:r>
      <w:r>
        <w:br/>
      </w:r>
      <w:r>
        <w:rPr>
          <w:sz w:val="20"/>
        </w:rPr>
        <w:t>16:48  they wanted to establish a society where there is no problem, problem free society. this was against the law.</w:t>
      </w:r>
      <w:r>
        <w:br/>
      </w:r>
      <w:r>
        <w:rPr>
          <w:sz w:val="20"/>
        </w:rPr>
        <w:t>16:57  this planning was against the law of nature.</w:t>
      </w:r>
      <w:r>
        <w:br/>
      </w:r>
      <w:r>
        <w:rPr>
          <w:sz w:val="20"/>
        </w:rPr>
        <w:t>17:00  this kind of planning was against the law of nature. but all the, all the, all the, all the reformers were obstinate with this emotion.</w:t>
      </w:r>
      <w:r>
        <w:br/>
      </w:r>
      <w:r>
        <w:rPr>
          <w:sz w:val="20"/>
        </w:rPr>
        <w:t>17:14  perhaps a kind of my study, Muhammad sallallahu alaihi wasallam was the first in human history, first who was able to disclose this law of nature.</w:t>
      </w:r>
      <w:r>
        <w:br/>
      </w:r>
      <w:r>
        <w:rPr>
          <w:sz w:val="20"/>
        </w:rPr>
        <w:t>17:26  that problem were not problem, problem were placing.</w:t>
      </w:r>
      <w:r>
        <w:br/>
      </w:r>
      <w:r>
        <w:rPr>
          <w:sz w:val="20"/>
        </w:rPr>
        <w:t>17:32  inna ma'al usri yusra, inna ma'al usri yusra. so we have to take guidance from the prophet sallallahu alaihi wasallam, and we have to welcome all those,</w:t>
      </w:r>
      <w:r>
        <w:br/>
      </w:r>
      <w:r>
        <w:rPr>
          <w:sz w:val="20"/>
        </w:rPr>
        <w:t>17:50  all those negative propaganda, all those kind of harshship, any kind of, any kind of negative response.</w:t>
      </w:r>
      <w:r>
        <w:br/>
      </w:r>
      <w:r>
        <w:rPr>
          <w:sz w:val="20"/>
        </w:rPr>
        <w:t>18:06  we have to to welcome it, we have to take it as a blessing. there is well known saying blessing and is guide.</w:t>
      </w:r>
      <w:r>
        <w:br/>
      </w:r>
      <w:r>
        <w:rPr>
          <w:sz w:val="20"/>
        </w:rPr>
        <w:t>18:17  so blessing is guide is not an exceptional kind of events. all those things which are apparently evil, they are blessing in this life.</w:t>
      </w:r>
      <w:r>
        <w:br/>
      </w:r>
      <w:r>
        <w:rPr>
          <w:sz w:val="20"/>
        </w:rPr>
        <w:t>18:36  the only thing is that you have to tell people that don't take it as a negative thing.</w:t>
      </w:r>
      <w:r>
        <w:br/>
      </w:r>
      <w:r>
        <w:rPr>
          <w:sz w:val="20"/>
        </w:rPr>
        <w:t>18:47  in this world, nothing is negative in in complete sense of the world. only 50 percent in everything.</w:t>
      </w:r>
      <w:r>
        <w:br/>
      </w:r>
      <w:r>
        <w:rPr>
          <w:sz w:val="20"/>
        </w:rPr>
        <w:t>18:59  there are two different aspect, negative and positive.</w:t>
      </w:r>
      <w:r>
        <w:br/>
      </w:r>
      <w:r>
        <w:rPr>
          <w:sz w:val="20"/>
        </w:rPr>
        <w:t>19:05  so nothing is evil. no, every evil accompanies some some kind of positivity.</w:t>
      </w:r>
    </w:p>
    <w:p>
      <w:pPr>
        <w:pStyle w:val="Heading2"/>
      </w:pPr>
      <w:r>
        <w:t>I have discovered You though I never saw You</w:t>
      </w:r>
    </w:p>
    <w:p>
      <w:r>
        <w:rPr>
          <w:color w:val="666666"/>
          <w:sz w:val="18"/>
        </w:rPr>
        <w:t>Religious Extremism and Rational Extremism November 27, 2005 Maulana Wahiduddin Khan · 47s · at 1:32:54 · https://youtu.be/o-EF-I_SE_M?t=5574</w:t>
      </w:r>
    </w:p>
    <w:p>
      <w:r>
        <w:rPr>
          <w:i/>
        </w:rPr>
        <w:t>“Khudaya, main ne tujh ko dariyaft kiya”</w:t>
      </w:r>
    </w:p>
    <w:p>
      <w:r>
        <w:rPr>
          <w:sz w:val="20"/>
        </w:rPr>
        <w:t>1:32:54  to Khuda ko aik aisi makhlooq darkar thi jo apni soch se Khuda ke bare mein marifat tak pahunche. apni soch se yeh bohat bari baat hai ke is universe mein aik aisa insan ho jo yeh keh sake ke Khuda hai, mein ne tujh ko daryaft kiya.</w:t>
      </w:r>
      <w:r>
        <w:br/>
      </w:r>
      <w:r>
        <w:rPr>
          <w:sz w:val="20"/>
        </w:rPr>
        <w:t>1:33:14  agarche mein ne tujh ko apni aankhon se nahi dekha, yeh kon keh sakta hai? koi suraj nahi keh sakta, koi galaxy nahi keh sakti, koi sher aur hathi nahi keh sakta.</w:t>
      </w:r>
      <w:r>
        <w:br/>
      </w:r>
      <w:r>
        <w:rPr>
          <w:sz w:val="20"/>
        </w:rPr>
        <w:t>1:33:25  yeh sirf insan ki sifat hai ke yeh zameen par khada ho kar yeh kehta hai ke Khuda ya, mein ne tujh ko daryaft kiya. Khuda ya, tu meri discovery hai.</w:t>
      </w:r>
      <w:r>
        <w:br/>
      </w:r>
      <w:r>
        <w:rPr>
          <w:sz w:val="20"/>
        </w:rPr>
        <w:t>1:33:35  agarche mein ne tujh ko dekha nahi, magar mein janta hoon ke tu hai. itni bari baat hai.</w:t>
      </w:r>
    </w:p>
    <w:p>
      <w:pPr>
        <w:pStyle w:val="Heading2"/>
      </w:pPr>
      <w:r>
        <w:t>Slaughter the Dajjal within</w:t>
      </w:r>
    </w:p>
    <w:p>
      <w:r>
        <w:rPr>
          <w:color w:val="666666"/>
          <w:sz w:val="18"/>
        </w:rPr>
        <w:t>Dars-e-Quran, Chapter 2, Verses 67-73, May 6, 2018 · 27s · at 30:27 · https://youtu.be/JAsg4SpiVDU?t=1827</w:t>
      </w:r>
    </w:p>
    <w:p>
      <w:r>
        <w:rPr>
          <w:i/>
        </w:rPr>
        <w:t>“Time to slaughter the Dajjal, eliminate your own fault”</w:t>
      </w:r>
    </w:p>
    <w:p>
      <w:r>
        <w:rPr>
          <w:sz w:val="20"/>
        </w:rPr>
        <w:t>30:27  to kyun qubool nahi ho rahi hai? waqt hai dajjal ko zibah karein, apnay apnay apni ghalati ko khatam karein aur bad dua karein doosray ke khilaf.</w:t>
      </w:r>
      <w:r>
        <w:br/>
      </w:r>
      <w:r>
        <w:rPr>
          <w:sz w:val="20"/>
        </w:rPr>
        <w:t>30:42  yani blame others ki mentality ko khatam karo, blame dai self ki soch ko ikhtiyar karo.</w:t>
      </w:r>
    </w:p>
    <w:p>
      <w:pPr>
        <w:pStyle w:val="Heading2"/>
      </w:pPr>
      <w:r>
        <w:t>Creative vs uncreative minds: Japan vs Pakistan compared</w:t>
      </w:r>
    </w:p>
    <w:p>
      <w:r>
        <w:rPr>
          <w:color w:val="666666"/>
          <w:sz w:val="18"/>
        </w:rPr>
        <w:t>Untold Story of Islam January 28, 2007 · 4m 20s · at 12:47 · https://youtu.be/SoBrn4U1jyw?t=767</w:t>
      </w:r>
    </w:p>
    <w:p>
      <w:r>
        <w:rPr>
          <w:i/>
        </w:rPr>
        <w:t>“Creative mind woh hai jo situation se alag hoke soche”</w:t>
      </w:r>
    </w:p>
    <w:p>
      <w:r>
        <w:rPr>
          <w:sz w:val="20"/>
        </w:rPr>
        <w:t>12:47  mujhe do yaani evidence do. daleel do. ke yeh un creative nahi thay yeh. dekhen creative mind aur un creative mind mein kya farq hai?</w:t>
      </w:r>
      <w:r>
        <w:br/>
      </w:r>
      <w:r>
        <w:rPr>
          <w:sz w:val="20"/>
        </w:rPr>
        <w:t>13:01  creative mind woh hai jo ab jis situation mein woh ghira hua hai us se alag ho kar soch sake. jis ko main kaha karta hoon big bird thinker.</w:t>
      </w:r>
      <w:r>
        <w:br/>
      </w:r>
      <w:r>
        <w:rPr>
          <w:sz w:val="20"/>
        </w:rPr>
        <w:t>13:13  aur un creative mind woh hai jo jis situation mein ghira hua hai usi mein soche woh. jaise main aap ko example deta hoon.</w:t>
      </w:r>
      <w:r>
        <w:br/>
      </w:r>
      <w:r>
        <w:rPr>
          <w:sz w:val="20"/>
        </w:rPr>
        <w:t>13:22  comparative example. is ko samajhnay ke liye.</w:t>
      </w:r>
      <w:r>
        <w:br/>
      </w:r>
      <w:r>
        <w:rPr>
          <w:sz w:val="20"/>
        </w:rPr>
        <w:t>13:28  dekhen 1945 mein america ne japan ke ooper atom bomb giraya.</w:t>
      </w:r>
      <w:r>
        <w:br/>
      </w:r>
      <w:r>
        <w:rPr>
          <w:sz w:val="20"/>
        </w:rPr>
        <w:t>13:40  zahir hai ke sare japan mein ek hangama khara hua. ghusse aur rage ki baatein hone lagin. is waqt wahan kuch intellectuals uthe.</w:t>
      </w:r>
      <w:r>
        <w:br/>
      </w:r>
      <w:r>
        <w:rPr>
          <w:sz w:val="20"/>
        </w:rPr>
        <w:t>13:50  unhon ne kaha ke ghusse ki kya baat hai?</w:t>
      </w:r>
      <w:r>
        <w:br/>
      </w:r>
      <w:r>
        <w:rPr>
          <w:sz w:val="20"/>
        </w:rPr>
        <w:t>13:54  hum ne 1941 mein america ke pearl harbor ko destroy kiya tha. bombardment kar ke. unhon ne 1945 mein hamare hiroshima ko destroy kar diya.</w:t>
      </w:r>
      <w:r>
        <w:br/>
      </w:r>
      <w:r>
        <w:rPr>
          <w:sz w:val="20"/>
        </w:rPr>
        <w:t>14:06  to mamla barabar ho gaya. ab aage barho. to is ke baad unhon ne kaha positive planning hui. education ki field mein, science ki field mein, technology ki field mein.</w:t>
      </w:r>
      <w:r>
        <w:br/>
      </w:r>
      <w:r>
        <w:rPr>
          <w:sz w:val="20"/>
        </w:rPr>
        <w:t>14:19  aage badh gaye.</w:t>
      </w:r>
      <w:r>
        <w:br/>
      </w:r>
      <w:r>
        <w:rPr>
          <w:sz w:val="20"/>
        </w:rPr>
        <w:t>14:21  ab aap dekhein pakistan ko. 1971 mein bangladesh bana jis mein hamari government involve ho gayi thi.</w:t>
      </w:r>
      <w:r>
        <w:br/>
      </w:r>
      <w:r>
        <w:rPr>
          <w:sz w:val="20"/>
        </w:rPr>
        <w:t>14:33  main is ko sahi nahi samajhta yani is involvement ko.</w:t>
      </w:r>
      <w:r>
        <w:br/>
      </w:r>
      <w:r>
        <w:rPr>
          <w:sz w:val="20"/>
        </w:rPr>
        <w:t>14:39  lekin behal hamari government is mein involve hui. aur ban gaya woh bangladesh</w:t>
      </w:r>
      <w:r>
        <w:br/>
      </w:r>
      <w:r>
        <w:rPr>
          <w:sz w:val="20"/>
        </w:rPr>
        <w:t>14:46  . bangladesh banne ke baad pure pakistan mein zabardast india hate ki yani hate india campaign chal padi.</w:t>
      </w:r>
      <w:r>
        <w:br/>
      </w:r>
      <w:r>
        <w:rPr>
          <w:sz w:val="20"/>
        </w:rPr>
        <w:t>14:55  hate india campaign. wahan ka press, wahan ka radio, wahan ka television jo tha 71 ke baad hate india campaign se bhar gaya.</w:t>
      </w:r>
      <w:r>
        <w:br/>
      </w:r>
      <w:r>
        <w:rPr>
          <w:sz w:val="20"/>
        </w:rPr>
        <w:t>15:06  ab wahan par dekhein koi aadmi nahi utha pakistan ka koi intellectual jo yeh kahe ke is par ghusse ki kya baat hai?</w:t>
      </w:r>
      <w:r>
        <w:br/>
      </w:r>
      <w:r>
        <w:rPr>
          <w:sz w:val="20"/>
        </w:rPr>
        <w:t>15:19  agar unhon ne 1971 mein hamare desh ke do tukde kiye hain to is se pehle 1947 mein hum bhi un ke mulk ke do tukde kar chuke the.</w:t>
      </w:r>
      <w:r>
        <w:br/>
      </w:r>
      <w:r>
        <w:rPr>
          <w:sz w:val="20"/>
        </w:rPr>
        <w:t>15:35  1947 mein hum ne tukde kiye india ke. to 1971 mein unhon ne tukde kar diye hamare pakistan ke. to mamla barabar ho gaya. ab aage barho.</w:t>
      </w:r>
      <w:r>
        <w:br/>
      </w:r>
      <w:r>
        <w:rPr>
          <w:sz w:val="20"/>
        </w:rPr>
        <w:t>15:47  koi sochne ko tayar nahi. main gaya tha ittefaq se isi bangladesh banne ke foran baad pakistan. yeh baat wahan ne kahi maine. to logon ne kya kaha?</w:t>
      </w:r>
      <w:r>
        <w:br/>
      </w:r>
      <w:r>
        <w:rPr>
          <w:sz w:val="20"/>
        </w:rPr>
        <w:t>15:58  tum india government ke agent ho.</w:t>
      </w:r>
      <w:r>
        <w:br/>
      </w:r>
      <w:r>
        <w:rPr>
          <w:sz w:val="20"/>
        </w:rPr>
        <w:t>16:03  to dekhein japan mein aise creative mind the jo yeh keh sake. aur logon ne is ko accept kiya. muslim world mein koi bhi nahi utha yeh kehne wala.</w:t>
      </w:r>
      <w:r>
        <w:br/>
      </w:r>
      <w:r>
        <w:rPr>
          <w:sz w:val="20"/>
        </w:rPr>
        <w:t>16:13  na pakistan mein na pakistan ke bahar. mujh ko chhod kar. jo yeh kahe ke bhai is mein itna dhoom kyun machate ho? hate india campaign kyun chalate ho?</w:t>
      </w:r>
      <w:r>
        <w:br/>
      </w:r>
      <w:r>
        <w:rPr>
          <w:sz w:val="20"/>
        </w:rPr>
        <w:t>16:26  ab to wohi kaam tum ne kiya tha pehle ke tum ne 1947 mein india ko do tukde kiye. to unhon ne 1971 mein tumhare mulk ke do tukde kar diye.</w:t>
      </w:r>
      <w:r>
        <w:br/>
      </w:r>
      <w:r>
        <w:rPr>
          <w:sz w:val="20"/>
        </w:rPr>
        <w:t>16:39  to mamla barabar ho gaya. agar pakistan mein yeh thinking aayi hoti hai jo japan mein aayi to aaj pakistan bohat zabardast mazboot country ban chuka hota.</w:t>
      </w:r>
      <w:r>
        <w:br/>
      </w:r>
      <w:r>
        <w:rPr>
          <w:sz w:val="20"/>
        </w:rPr>
        <w:t>16:56  bohat mazboot ban chuka hota. bohat development wahan hota. bohat kuch ho chuka hota. to dekhein main jo keh raha hoon woh is ki detail mein nahi jaunga main.</w:t>
      </w:r>
    </w:p>
    <w:p>
      <w:pPr>
        <w:pStyle w:val="Heading2"/>
      </w:pPr>
      <w:r>
        <w:t>Life depends on accepting unfinished agenda</w:t>
      </w:r>
    </w:p>
    <w:p>
      <w:r>
        <w:rPr>
          <w:color w:val="666666"/>
          <w:sz w:val="18"/>
        </w:rPr>
        <w:t>Lessons from Kabah October 6, 2019 - Maulana Wahiduddin Khan · 32s · at 22:03 · https://youtu.be/pDZ22V5Tk0g?t=1323</w:t>
      </w:r>
    </w:p>
    <w:p>
      <w:r>
        <w:rPr>
          <w:i/>
        </w:rPr>
        <w:t>“Zindagi sach puchiye to ussi par taki hui hai”</w:t>
      </w:r>
    </w:p>
    <w:p>
      <w:r>
        <w:rPr>
          <w:sz w:val="20"/>
        </w:rPr>
        <w:t>22:03  kaba ka jo waqia hai, woh ek bahut hi bara sabak hai. zindagi sach poochhiye to isi par tiki hui hai ke dunya ke bare mein unfinished agenda par razi ho jao, razi ho jao, razi ho jao,</w:t>
      </w:r>
      <w:r>
        <w:br/>
      </w:r>
      <w:r>
        <w:rPr>
          <w:sz w:val="20"/>
        </w:rPr>
        <w:t>22:21  tahke tum zyada se zyada akhirat ke liye kaam kar sako. to akhirat ka agenda to unfinished rehta hai, aur dunya ka bhi unfinished rehta hai, na idhar ka hua, na idhar ka hua,</w:t>
      </w:r>
    </w:p>
    <w:p>
      <w:pPr>
        <w:pStyle w:val="Heading2"/>
      </w:pPr>
      <w:r>
        <w:t>God's law of replacing nations through history</w:t>
      </w:r>
    </w:p>
    <w:p>
      <w:r>
        <w:rPr>
          <w:color w:val="666666"/>
          <w:sz w:val="18"/>
        </w:rPr>
        <w:t>The Importance of Positive Thinking | June 13, 2010 | Maulana Wahiduddin Khan · 5m 01s · at 11:52 · https://youtu.be/81MIy8VqzYU?t=712</w:t>
      </w:r>
    </w:p>
    <w:p>
      <w:r>
        <w:rPr>
          <w:i/>
        </w:rPr>
        <w:t>“Romans were given two thousand years by God”</w:t>
      </w:r>
    </w:p>
    <w:p>
      <w:r>
        <w:rPr>
          <w:sz w:val="20"/>
        </w:rPr>
        <w:t>11:52  Romans jo hain, do hazar saal tak in ko Allah taala ne mauqa diya.</w:t>
      </w:r>
      <w:r>
        <w:br/>
      </w:r>
      <w:r>
        <w:rPr>
          <w:sz w:val="20"/>
        </w:rPr>
        <w:t>11:57  Romans ne kya kiya? ek bohat bara kaam kiya: unity.</w:t>
      </w:r>
      <w:r>
        <w:br/>
      </w:r>
      <w:r>
        <w:rPr>
          <w:sz w:val="20"/>
        </w:rPr>
        <w:t>12:02  Romans se pehle dunya mein log qabail mein bikhre hue the, aapas mein koi unity nahi thi.</w:t>
      </w:r>
      <w:r>
        <w:br/>
      </w:r>
      <w:r>
        <w:rPr>
          <w:sz w:val="20"/>
        </w:rPr>
        <w:t>12:07  to Romans ne ek unity paida ki.</w:t>
      </w:r>
      <w:r>
        <w:br/>
      </w:r>
      <w:r>
        <w:rPr>
          <w:sz w:val="20"/>
        </w:rPr>
        <w:t>12:12  unity se kya hua? interaction barha.</w:t>
      </w:r>
      <w:r>
        <w:br/>
      </w:r>
      <w:r>
        <w:rPr>
          <w:sz w:val="20"/>
        </w:rPr>
        <w:t>12:17  to yeh Romans ka ek karname aaj Roman empire banaya tha jinho ne aur kaha jata hai ke Pax Romana.</w:t>
      </w:r>
      <w:r>
        <w:br/>
      </w:r>
      <w:r>
        <w:rPr>
          <w:sz w:val="20"/>
        </w:rPr>
        <w:t>12:22  to Pax Romana jo tha, is ka ek bohat bara yeh hua ke pichle daur, jo ke tribal</w:t>
      </w:r>
      <w:r>
        <w:br/>
      </w:r>
      <w:r>
        <w:rPr>
          <w:sz w:val="20"/>
        </w:rPr>
        <w:t>12:27  age tha, qabaili daur, mutfarriq, sab mutfarriq, sab mutfarriq, is mein inhone unity paida ki.</w:t>
      </w:r>
      <w:r>
        <w:br/>
      </w:r>
      <w:r>
        <w:rPr>
          <w:sz w:val="20"/>
        </w:rPr>
        <w:t>12:32  ek hi empire ki tarah sab ko laye aur interaction barhne laga.</w:t>
      </w:r>
      <w:r>
        <w:br/>
      </w:r>
      <w:r>
        <w:rPr>
          <w:sz w:val="20"/>
        </w:rPr>
        <w:t>12:37  yeh tha karname Romans ka.</w:t>
      </w:r>
      <w:r>
        <w:br/>
      </w:r>
      <w:r>
        <w:rPr>
          <w:sz w:val="20"/>
        </w:rPr>
        <w:t>12:42  is ke baad saatvi sadi mein in ko hata kar Allah taala ne Musalmanon ko laya, Musalmanon ne</w:t>
      </w:r>
      <w:r>
        <w:br/>
      </w:r>
      <w:r>
        <w:rPr>
          <w:sz w:val="20"/>
        </w:rPr>
        <w:t>12:47  empire qaim kiya jo</w:t>
      </w:r>
      <w:r>
        <w:br/>
      </w:r>
      <w:r>
        <w:rPr>
          <w:sz w:val="20"/>
        </w:rPr>
        <w:t>12:52  taqreeban aath so saal tak raha.</w:t>
      </w:r>
      <w:r>
        <w:br/>
      </w:r>
      <w:r>
        <w:rPr>
          <w:sz w:val="20"/>
        </w:rPr>
        <w:t>12:58  Roman empire ko hata kar Muslim empire aaya.</w:t>
      </w:r>
      <w:r>
        <w:br/>
      </w:r>
      <w:r>
        <w:rPr>
          <w:sz w:val="20"/>
        </w:rPr>
        <w:t>13:04  Musalmanon ne ek bohat bara kaam kiya, woh tha nature worship ka khatma, jo Romans nahi kar saken the.</w:t>
      </w:r>
      <w:r>
        <w:br/>
      </w:r>
      <w:r>
        <w:rPr>
          <w:sz w:val="20"/>
        </w:rPr>
        <w:t>13:10  Romans ne unity laye, Romans ne interaction barhaya inhone, lekin nature worship jo thi woh baqi rahi phir bhi.</w:t>
      </w:r>
      <w:r>
        <w:br/>
      </w:r>
      <w:r>
        <w:rPr>
          <w:sz w:val="20"/>
        </w:rPr>
        <w:t>13:16  aur nature worship jo thi woh rukawat thi science mein</w:t>
      </w:r>
      <w:r>
        <w:br/>
      </w:r>
      <w:r>
        <w:rPr>
          <w:sz w:val="20"/>
        </w:rPr>
        <w:t>13:22  jab ke nature ko explore karne se to science nikli hai.</w:t>
      </w:r>
      <w:r>
        <w:br/>
      </w:r>
      <w:r>
        <w:rPr>
          <w:sz w:val="20"/>
        </w:rPr>
        <w:t>13:27  What is science?</w:t>
      </w:r>
      <w:r>
        <w:br/>
      </w:r>
      <w:r>
        <w:rPr>
          <w:sz w:val="20"/>
        </w:rPr>
        <w:t>13:32  Science is nothing but exploration of nature.</w:t>
      </w:r>
      <w:r>
        <w:br/>
      </w:r>
      <w:r>
        <w:rPr>
          <w:sz w:val="20"/>
        </w:rPr>
        <w:t>13:37  nature ko explore kiya, nature ko ke hidden secret ko discover kiya to science ban gai.</w:t>
      </w:r>
      <w:r>
        <w:br/>
      </w:r>
      <w:r>
        <w:rPr>
          <w:sz w:val="20"/>
        </w:rPr>
        <w:t>13:42  to musalmanon ne apne empire jo qaim kiya, un ka is ka aik bohat bara kaam yeh kiya</w:t>
      </w:r>
      <w:r>
        <w:br/>
      </w:r>
      <w:r>
        <w:rPr>
          <w:sz w:val="20"/>
        </w:rPr>
        <w:t>13:47  ke nature ko unhon ne worship ke maqam se hataya.</w:t>
      </w:r>
      <w:r>
        <w:br/>
      </w:r>
      <w:r>
        <w:rPr>
          <w:sz w:val="20"/>
        </w:rPr>
        <w:t>13:52  to phir exploration shuru hua, science ka daur shuru hua, lekin bohat aage nahi barha sakay woh, yahan</w:t>
      </w:r>
      <w:r>
        <w:br/>
      </w:r>
      <w:r>
        <w:rPr>
          <w:sz w:val="20"/>
        </w:rPr>
        <w:t>13:57  tak ke un ko zawal aa gaya.</w:t>
      </w:r>
      <w:r>
        <w:br/>
      </w:r>
      <w:r>
        <w:rPr>
          <w:sz w:val="20"/>
        </w:rPr>
        <w:t>14:02  jab zawal aa gaya to Allah taala ne un ko bhi hataya, un ko hataya.</w:t>
      </w:r>
      <w:r>
        <w:br/>
      </w:r>
      <w:r>
        <w:rPr>
          <w:sz w:val="20"/>
        </w:rPr>
        <w:t>14:07  phir Europeans aaye, British Empire aaya.</w:t>
      </w:r>
      <w:r>
        <w:br/>
      </w:r>
      <w:r>
        <w:rPr>
          <w:sz w:val="20"/>
        </w:rPr>
        <w:t>14:13  British Empire ne aik bohat bara kaam kiya, ya European Empire keh saktay hain ya British Empire keh</w:t>
      </w:r>
      <w:r>
        <w:br/>
      </w:r>
      <w:r>
        <w:rPr>
          <w:sz w:val="20"/>
        </w:rPr>
        <w:t>14:18  saktay hain, ke unhon ne nature worship</w:t>
      </w:r>
      <w:r>
        <w:br/>
      </w:r>
      <w:r>
        <w:rPr>
          <w:sz w:val="20"/>
        </w:rPr>
        <w:t>14:23  ko jo hataya tha musalmanon ne, is ka agla jo marhala hai unhon ne pura kiya.</w:t>
      </w:r>
      <w:r>
        <w:br/>
      </w:r>
      <w:r>
        <w:rPr>
          <w:sz w:val="20"/>
        </w:rPr>
        <w:t>14:29  yani unhon ne mechanization of power hum keh saktay hain is ko.</w:t>
      </w:r>
      <w:r>
        <w:br/>
      </w:r>
      <w:r>
        <w:rPr>
          <w:sz w:val="20"/>
        </w:rPr>
        <w:t>14:35  musalman jahan tak puhnchay thay, bas woh ghoray aur oont tak puhnchay thay.</w:t>
      </w:r>
      <w:r>
        <w:br/>
      </w:r>
      <w:r>
        <w:rPr>
          <w:sz w:val="20"/>
        </w:rPr>
        <w:t>14:41  yani ghora taqat tha un ke zamanay mein, lekin angrezon ke zamanay mein yeh hua ke pani ko</w:t>
      </w:r>
      <w:r>
        <w:br/>
      </w:r>
      <w:r>
        <w:rPr>
          <w:sz w:val="20"/>
        </w:rPr>
        <w:t>14:47  unhon ne discover kiya ke is ke andar taqat hai,</w:t>
      </w:r>
      <w:r>
        <w:br/>
      </w:r>
      <w:r>
        <w:rPr>
          <w:sz w:val="20"/>
        </w:rPr>
        <w:t>14:53  steam power hai.</w:t>
      </w:r>
      <w:r>
        <w:br/>
      </w:r>
      <w:r>
        <w:rPr>
          <w:sz w:val="20"/>
        </w:rPr>
        <w:t>14:58  pani ko steam power mein convert kiya unhon ne, yeh musalman nahi kar sakay thay.</w:t>
      </w:r>
      <w:r>
        <w:br/>
      </w:r>
      <w:r>
        <w:rPr>
          <w:sz w:val="20"/>
        </w:rPr>
        <w:t>15:03  musalman ghoray tak puhnchay thay, oont tak puhnchay thay, yani animal power tak puhnchay thay.</w:t>
      </w:r>
      <w:r>
        <w:br/>
      </w:r>
      <w:r>
        <w:rPr>
          <w:sz w:val="20"/>
        </w:rPr>
        <w:t>15:08  woh animal power, mechanical power tak musalman nahi puhnch sakay aur zawal aa gaya un ko.</w:t>
      </w:r>
      <w:r>
        <w:br/>
      </w:r>
      <w:r>
        <w:rPr>
          <w:sz w:val="20"/>
        </w:rPr>
        <w:t>15:13  jab zawal aa gaya to aage kuch imkan nahi tha un ka.</w:t>
      </w:r>
      <w:r>
        <w:br/>
      </w:r>
      <w:r>
        <w:rPr>
          <w:sz w:val="20"/>
        </w:rPr>
        <w:t>15:18  to Allah taala ne Europeans ko khara kiya. British Empire</w:t>
      </w:r>
      <w:r>
        <w:br/>
      </w:r>
      <w:r>
        <w:rPr>
          <w:sz w:val="20"/>
        </w:rPr>
        <w:t>15:23  ko aik lamba arsa mila, unhon ne steam power ijad kiya.</w:t>
      </w:r>
      <w:r>
        <w:br/>
      </w:r>
      <w:r>
        <w:rPr>
          <w:sz w:val="20"/>
        </w:rPr>
        <w:t>15:28  steam power ka matlab kya tha? steam ship bnnay lagay, rail gariyan dornay lagin, machinein bnnay lagin waghera,</w:t>
      </w:r>
      <w:r>
        <w:br/>
      </w:r>
      <w:r>
        <w:rPr>
          <w:sz w:val="20"/>
        </w:rPr>
        <w:t>15:33  aur phir communication bhi unhi ke zamanay mein shuru hua.</w:t>
      </w:r>
      <w:r>
        <w:br/>
      </w:r>
      <w:r>
        <w:rPr>
          <w:sz w:val="20"/>
        </w:rPr>
        <w:t>15:38  to yeh tha British Empire ka contribution, lekin is ko bhi zawal aaya.</w:t>
      </w:r>
      <w:r>
        <w:br/>
      </w:r>
      <w:r>
        <w:rPr>
          <w:sz w:val="20"/>
        </w:rPr>
        <w:t>15:43  yani British Empire bhi do sau saal ke baad is ko zawal aa gaya.</w:t>
      </w:r>
      <w:r>
        <w:br/>
      </w:r>
      <w:r>
        <w:rPr>
          <w:sz w:val="20"/>
        </w:rPr>
        <w:t>15:48  tu allah taala ne</w:t>
      </w:r>
      <w:r>
        <w:br/>
      </w:r>
      <w:r>
        <w:rPr>
          <w:sz w:val="20"/>
        </w:rPr>
        <w:t>15:53  americans ko khara kiya.</w:t>
      </w:r>
      <w:r>
        <w:br/>
      </w:r>
      <w:r>
        <w:rPr>
          <w:sz w:val="20"/>
        </w:rPr>
        <w:t>15:57  americans ne dekhiye, bohat bara kaam kiya hai communication ke daire mein.</w:t>
      </w:r>
      <w:r>
        <w:br/>
      </w:r>
      <w:r>
        <w:rPr>
          <w:sz w:val="20"/>
        </w:rPr>
        <w:t>16:02  americans ki research aur americans ke contribution ki waja se aisa hua ke global village ban gayi duniya mein.</w:t>
      </w:r>
      <w:r>
        <w:br/>
      </w:r>
      <w:r>
        <w:rPr>
          <w:sz w:val="20"/>
        </w:rPr>
        <w:t>16:06  kaisi ajeeb baat hai ke aap yahan baith kar bol rahe hain aur sari duniya sun rahi hai.</w:t>
      </w:r>
      <w:r>
        <w:br/>
      </w:r>
      <w:r>
        <w:rPr>
          <w:sz w:val="20"/>
        </w:rPr>
        <w:t>16:10  kaisi ajeeb baat hai yeh ke kisi bhi goshe mein aap ki awaz pahunch rahi hai.</w:t>
      </w:r>
      <w:r>
        <w:br/>
      </w:r>
      <w:r>
        <w:rPr>
          <w:sz w:val="20"/>
        </w:rPr>
        <w:t>16:15  that is globalization.</w:t>
      </w:r>
      <w:r>
        <w:br/>
      </w:r>
      <w:r>
        <w:rPr>
          <w:sz w:val="20"/>
        </w:rPr>
        <w:t>16:19  tu globalization jis ko hum kehte hain,</w:t>
      </w:r>
      <w:r>
        <w:br/>
      </w:r>
      <w:r>
        <w:rPr>
          <w:sz w:val="20"/>
        </w:rPr>
        <w:t>16:23  wo americans ne paida kiya.</w:t>
      </w:r>
      <w:r>
        <w:br/>
      </w:r>
      <w:r>
        <w:rPr>
          <w:sz w:val="20"/>
        </w:rPr>
        <w:t>16:27  yeh bohat hi bara karname americans ka hai.</w:t>
      </w:r>
      <w:r>
        <w:br/>
      </w:r>
      <w:r>
        <w:rPr>
          <w:sz w:val="20"/>
        </w:rPr>
        <w:t>16:31  ab americans ko bhi zawal shuru hogaya hai.</w:t>
      </w:r>
      <w:r>
        <w:br/>
      </w:r>
      <w:r>
        <w:rPr>
          <w:sz w:val="20"/>
        </w:rPr>
        <w:t>16:35  ab ek naya daur aaya hai jabke siyasat se nikal kar ke ek economic power jo hai, ek</w:t>
      </w:r>
      <w:r>
        <w:br/>
      </w:r>
      <w:r>
        <w:rPr>
          <w:sz w:val="20"/>
        </w:rPr>
        <w:t>16:38  is mein aa gayi hai iqtisadiyat mein.</w:t>
      </w:r>
      <w:r>
        <w:br/>
      </w:r>
      <w:r>
        <w:rPr>
          <w:sz w:val="20"/>
        </w:rPr>
        <w:t>16:42  ab zamana aa gaya hai multinationals ka.</w:t>
      </w:r>
      <w:r>
        <w:br/>
      </w:r>
      <w:r>
        <w:rPr>
          <w:sz w:val="20"/>
        </w:rPr>
        <w:t>16:46  multinationals ne ek bohat bara kaam kiya hai, kai kai kaam kiye hain.</w:t>
      </w:r>
      <w:r>
        <w:br/>
      </w:r>
      <w:r>
        <w:rPr>
          <w:sz w:val="20"/>
        </w:rPr>
        <w:t>16:50  is mein se ek wo hai jis ko hum kehte hain outs</w:t>
      </w:r>
      <w:r>
        <w:br/>
      </w:r>
      <w:r>
        <w:rPr>
          <w:sz w:val="20"/>
        </w:rPr>
        <w:t>16:54  ourcing. yeh ek bohat hi naya idea hai outsourcing. to yeh sari cheezein jo ek ke baad ek history mein aati chali ja rahi hain, lekin musalman kuch samajhte nahi. yani unhon ne na to romans ke contribution ko jana, apne bare mein to fakhar karte hain bohat, lekin romans ke contribution ko nahi jana unhon ne. british ke contribution ko nahi jana unhon ne. americans ke contribution ko nahi jana unhon ne. ab multinational</w:t>
      </w:r>
    </w:p>
    <w:p>
      <w:pPr>
        <w:pStyle w:val="Heading2"/>
      </w:pPr>
      <w:r>
        <w:t>Thorns are for human lesson</w:t>
      </w:r>
    </w:p>
    <w:p>
      <w:r>
        <w:rPr>
          <w:color w:val="666666"/>
          <w:sz w:val="18"/>
        </w:rPr>
        <w:t>Positive Thinking July 8, 2017 Maulana Wahiduddin Khan · 41s · at 20:47 · https://youtu.be/6Q1DKj8srt4?t=1247</w:t>
      </w:r>
    </w:p>
    <w:p>
      <w:r>
        <w:rPr>
          <w:i/>
        </w:rPr>
        <w:t>“Kaanta kyun? Kaanta hai insaan ke liye.”</w:t>
      </w:r>
    </w:p>
    <w:p>
      <w:r>
        <w:rPr>
          <w:sz w:val="20"/>
        </w:rPr>
        <w:t>20:47  to kaanta kyun? kaanta hai insan ke liye, khud darakht ke liye nahin hai. woh phool mein jo kaanta hai, woh aap ke liye hai, darakht ke liye nahin hai.</w:t>
      </w:r>
      <w:r>
        <w:br/>
      </w:r>
      <w:r>
        <w:rPr>
          <w:sz w:val="20"/>
        </w:rPr>
        <w:t>21:03  darakht ke patte to darakht ke liye hain, kaanta aap ke liye. darakht ki jo patti hoti hai, woh bohat bara uske andar karkhana hota hai.</w:t>
      </w:r>
      <w:r>
        <w:br/>
      </w:r>
      <w:r>
        <w:rPr>
          <w:sz w:val="20"/>
        </w:rPr>
        <w:t>21:17  woh karkhana hota hai peir ke liye. lekin jo kaanta hai, kaanta yeh to aap ke liye hai.</w:t>
      </w:r>
    </w:p>
    <w:p>
      <w:pPr>
        <w:pStyle w:val="Heading2"/>
      </w:pPr>
      <w:r>
        <w:t>Everyone must question the culture they were born into</w:t>
      </w:r>
    </w:p>
    <w:p>
      <w:r>
        <w:rPr>
          <w:color w:val="666666"/>
          <w:sz w:val="18"/>
        </w:rPr>
        <w:t>Man and Paradise August 18, 2013 · 1m 52s · at 49:28 · https://youtu.be/v7eX25YAjDU?t=2968</w:t>
      </w:r>
    </w:p>
    <w:p>
      <w:r>
        <w:rPr>
          <w:i/>
        </w:rPr>
        <w:t>“Every person lives inside a cultural conditioning”</w:t>
      </w:r>
    </w:p>
    <w:p>
      <w:r>
        <w:rPr>
          <w:sz w:val="20"/>
        </w:rPr>
        <w:t>49:28  maulana, agla sawal dilli se hai ans sahib ka. unhon ne likha hai: "tajurba batata hai ke har har aadmi cultural conditioning mein jeeta hai.</w:t>
      </w:r>
      <w:r>
        <w:br/>
      </w:r>
      <w:r>
        <w:rPr>
          <w:sz w:val="20"/>
        </w:rPr>
        <w:t>49:40  is cultural conditioning ka nuqsan kya hai, aur is cultural conditioning se aadmi apne aap ko kaise nikale?"</w:t>
      </w:r>
      <w:r>
        <w:br/>
      </w:r>
      <w:r>
        <w:rPr>
          <w:sz w:val="20"/>
        </w:rPr>
        <w:t>49:51  yeh baat sahi hai ke har aadmi cultural conditioning mein jeeta hai, kyunke jab paida hua to aik culture mein paida hua.</w:t>
      </w:r>
      <w:r>
        <w:br/>
      </w:r>
      <w:r>
        <w:rPr>
          <w:sz w:val="20"/>
        </w:rPr>
        <w:t>49:59  paida hote hi us ko aik culture mil jata hai. paida hote hi us ko aik culture mil jata hai. samajhta hoon ke har insan, har insan, har insan ka pehla kaam yeh hai ke woh daryaft kare ke jis culture ko maine unhen inherit kiya hai,</w:t>
      </w:r>
      <w:r>
        <w:br/>
      </w:r>
      <w:r>
        <w:rPr>
          <w:sz w:val="20"/>
        </w:rPr>
        <w:t>50:17  woh sacha culture hai ya jhoota culture hai. sahi culture hai, ghalat culture hai.</w:t>
      </w:r>
      <w:r>
        <w:br/>
      </w:r>
      <w:r>
        <w:rPr>
          <w:sz w:val="20"/>
        </w:rPr>
        <w:t>50:23  pehla kaam, kyunke daikhen, jab jo culture aap ko paida hote hi mile, us mein aap ki conditioning ho jati hai.</w:t>
      </w:r>
      <w:r>
        <w:br/>
      </w:r>
      <w:r>
        <w:rPr>
          <w:sz w:val="20"/>
        </w:rPr>
        <w:t>50:35  to bila soche samjhe us us ke aadi ban jaate hain aap.</w:t>
      </w:r>
      <w:r>
        <w:br/>
      </w:r>
      <w:r>
        <w:rPr>
          <w:sz w:val="20"/>
        </w:rPr>
        <w:t>50:42  to main samajhta hoon ke har insan ka pehla kaam yeh hai ke woh is baat ko daryaft kare ke jis culture mein parha barha, jis culture mein us ki conditioning ho gayi, jo culture us ki aadat ban gayi, us ka mizaj ban gaya,</w:t>
      </w:r>
      <w:r>
        <w:br/>
      </w:r>
      <w:r>
        <w:rPr>
          <w:sz w:val="20"/>
        </w:rPr>
        <w:t>50:57  woh sahi tha ya ghalat. aur apni is aitbar se apni deconditioning kare. jo aadmi aisa nahin karega, to phir us ko kabhi bhi sachai nahin milegi.</w:t>
      </w:r>
      <w:r>
        <w:br/>
      </w:r>
      <w:r>
        <w:rPr>
          <w:sz w:val="20"/>
        </w:rPr>
        <w:t>51:13  woh hamesha haqeeqaton se bekhabar rahega.</w:t>
      </w:r>
    </w:p>
    <w:p>
      <w:pPr>
        <w:pStyle w:val="Heading2"/>
      </w:pPr>
      <w:r>
        <w:t>True power is peaceful replanning</w:t>
      </w:r>
    </w:p>
    <w:p>
      <w:r>
        <w:rPr>
          <w:color w:val="666666"/>
          <w:sz w:val="18"/>
        </w:rPr>
        <w:t>Replanning in the Changed Age January 13, 2019 · 2m 12s · at 17:20 · https://youtu.be/pDniYg5aJlg?t=1040</w:t>
      </w:r>
    </w:p>
    <w:p>
      <w:r>
        <w:rPr>
          <w:i/>
        </w:rPr>
        <w:t>“Aaj ka jo sab se bada message hai”</w:t>
      </w:r>
    </w:p>
    <w:p>
      <w:r>
        <w:rPr>
          <w:sz w:val="20"/>
        </w:rPr>
        <w:t>17:20  to aaj ka jo sab se bara message hai dunya ko, woh yeh hai ke kuch ho, kuch bhi ho jaye, re-planning karo.</w:t>
      </w:r>
      <w:r>
        <w:br/>
      </w:r>
      <w:r>
        <w:rPr>
          <w:sz w:val="20"/>
        </w:rPr>
        <w:t>17:32  tumhare sar par bomb gira diya jaye, atom bomb, atom bomb se tumhare sar tabah kar diye jayein, tab bhi kuch gaya nahi hai. re-planning karo.</w:t>
      </w:r>
      <w:r>
        <w:br/>
      </w:r>
      <w:r>
        <w:rPr>
          <w:sz w:val="20"/>
        </w:rPr>
        <w:t>17:43  to naya zamana jo hai, yeh batata hai ke re-planning mein power hai. ab na atom bomb mein hai, na na gun mein hai, aur na talwar mein hai.</w:t>
      </w:r>
      <w:r>
        <w:br/>
      </w:r>
      <w:r>
        <w:rPr>
          <w:sz w:val="20"/>
        </w:rPr>
        <w:t>18:00  aaj ke daur ka yaad rakhiye, jo sab se bara message hai dunya ko ke talwar mein koi taqat nahi, pathar marne mein koi taqat nahi,</w:t>
      </w:r>
      <w:r>
        <w:br/>
      </w:r>
      <w:r>
        <w:rPr>
          <w:sz w:val="20"/>
        </w:rPr>
        <w:t>18:18  gun aur bomb mein koi taqat nahi, hatta ke nuclear bomb mein bhi koi taqat nahi. sari taqat jo hai, woh re-planning, re-planning, re-planning.</w:t>
      </w:r>
      <w:r>
        <w:br/>
      </w:r>
      <w:r>
        <w:rPr>
          <w:sz w:val="20"/>
        </w:rPr>
        <w:t>18:31  yani aap ke paas agar ek chota ilaaqa hai, jaise west germany ke paas tha, to usi ko le kar re-planning kiye to aap ko sab kuch mil jayega.</w:t>
      </w:r>
      <w:r>
        <w:br/>
      </w:r>
      <w:r>
        <w:rPr>
          <w:sz w:val="20"/>
        </w:rPr>
        <w:t>18:49  to now taqat hai in the re-planning. ab jo log abhi bhi pathar marte hain, bomb banate hain, talwar ki baatein karte hain, kitne kitne zyada be khabar hain.</w:t>
      </w:r>
      <w:r>
        <w:br/>
      </w:r>
      <w:r>
        <w:rPr>
          <w:sz w:val="20"/>
        </w:rPr>
        <w:t>19:06  ab peace mein taqat hai, jang mein taqat nahi hai.</w:t>
      </w:r>
      <w:r>
        <w:br/>
      </w:r>
      <w:r>
        <w:rPr>
          <w:sz w:val="20"/>
        </w:rPr>
        <w:t>19:11  aap bhi jo log jang ki baaten karte hain, woh sirf apni in awareness ka ailaan kar rahe hain. aaj jo 21 century mein jo log jang ki baaten karte hain,</w:t>
      </w:r>
      <w:r>
        <w:br/>
      </w:r>
      <w:r>
        <w:rPr>
          <w:sz w:val="20"/>
        </w:rPr>
        <w:t>19:26  hathiyaar ki baaten karte hain, woh sirf</w:t>
      </w:r>
    </w:p>
    <w:p>
      <w:pPr>
        <w:pStyle w:val="Heading2"/>
      </w:pPr>
      <w:r>
        <w:t>Managing Distraction to Develop Prepared Mind</w:t>
      </w:r>
    </w:p>
    <w:p>
      <w:r>
        <w:rPr>
          <w:color w:val="666666"/>
          <w:sz w:val="18"/>
        </w:rPr>
        <w:t>Studying The Quran with Open Mind October 20, 2019 Maulana Wahiduddin Khan · 3m 54s · at 39:21 · https://youtu.be/OPyJO5TP_wI?t=2361</w:t>
      </w:r>
    </w:p>
    <w:p>
      <w:r>
        <w:rPr>
          <w:i/>
        </w:rPr>
        <w:t>“Begin by saving yourself from distraction”</w:t>
      </w:r>
    </w:p>
    <w:p>
      <w:r>
        <w:rPr>
          <w:sz w:val="20"/>
        </w:rPr>
        <w:t>39:21  yeh hai ke aap jannay ke kahan kahan aap distract ho rahe hain ghar mein ghar ke bahar to pehli cheez yeh hai ke aap apne ko distraction se bachayein distraction se bachayein</w:t>
      </w:r>
      <w:r>
        <w:br/>
      </w:r>
      <w:r>
        <w:rPr>
          <w:sz w:val="20"/>
        </w:rPr>
        <w:t>39:42  yeh beginning hai jab distance se bachane ka art aap jaan lenge to apne aap hi right planning aa jayegi aap ko</w:t>
      </w:r>
      <w:r>
        <w:br/>
      </w:r>
      <w:r>
        <w:rPr>
          <w:sz w:val="20"/>
        </w:rPr>
        <w:t>40:03  Maulana agla sawal lete hain</w:t>
      </w:r>
      <w:r>
        <w:br/>
      </w:r>
      <w:r>
        <w:rPr>
          <w:sz w:val="20"/>
        </w:rPr>
        <w:t>40:07  yeh sawal abhi jo aap ne jawab diya isi se isi ko le ke hai aur jinhon ne sawal kiya un ka naam hai Muhammad Akram sahib Kanpur se hain unhon ne likha hai Maulana how can creativity be developed</w:t>
      </w:r>
      <w:r>
        <w:br/>
      </w:r>
      <w:r>
        <w:rPr>
          <w:sz w:val="20"/>
        </w:rPr>
        <w:t>40:23  I have heard your earlier lectures where you said save yourself from distraction but Maulana sahib in today's competitive world you cannot be hundred percent distraction free so does that mean that developing creativity is not possible</w:t>
      </w:r>
      <w:r>
        <w:br/>
      </w:r>
      <w:r>
        <w:rPr>
          <w:sz w:val="20"/>
        </w:rPr>
        <w:t>40:41  please elaborate on your guidance to all of us</w:t>
      </w:r>
      <w:r>
        <w:br/>
      </w:r>
      <w:r>
        <w:rPr>
          <w:sz w:val="20"/>
        </w:rPr>
        <w:t>40:48  dekhen koi baat bhi</w:t>
      </w:r>
      <w:r>
        <w:br/>
      </w:r>
      <w:r>
        <w:rPr>
          <w:sz w:val="20"/>
        </w:rPr>
        <w:t>40:54  total stress mein nahi kahi jati</w:t>
      </w:r>
      <w:r>
        <w:br/>
      </w:r>
      <w:r>
        <w:rPr>
          <w:sz w:val="20"/>
        </w:rPr>
        <w:t>40:57  koi bhi baat nahi</w:t>
      </w:r>
      <w:r>
        <w:br/>
      </w:r>
      <w:r>
        <w:rPr>
          <w:sz w:val="20"/>
        </w:rPr>
        <w:t>40:59  hata ke agar koi aadmi aap ko bataye ke namaz mein khushbakhata karo is ka matlab yeh</w:t>
      </w:r>
      <w:r>
        <w:br/>
      </w:r>
      <w:r>
        <w:rPr>
          <w:sz w:val="20"/>
        </w:rPr>
        <w:t>41:06  nahi hai ke total stress mein khasha ban jao yeh hota hi nahi</w:t>
      </w:r>
      <w:r>
        <w:br/>
      </w:r>
      <w:r>
        <w:rPr>
          <w:sz w:val="20"/>
        </w:rPr>
        <w:t>41:12  to distraction se bachana</w:t>
      </w:r>
      <w:r>
        <w:br/>
      </w:r>
      <w:r>
        <w:rPr>
          <w:sz w:val="20"/>
        </w:rPr>
        <w:t>41:16  qabil-e-amal daira mein hota hai</w:t>
      </w:r>
      <w:r>
        <w:br/>
      </w:r>
      <w:r>
        <w:rPr>
          <w:sz w:val="20"/>
        </w:rPr>
        <w:t>41:22  jahan jahan aap</w:t>
      </w:r>
      <w:r>
        <w:br/>
      </w:r>
      <w:r>
        <w:rPr>
          <w:sz w:val="20"/>
        </w:rPr>
        <w:t>41:25  ke bas mein hai aap ke ikhtiyar mein hai wahan wahan bachaiye</w:t>
      </w:r>
      <w:r>
        <w:br/>
      </w:r>
      <w:r>
        <w:rPr>
          <w:sz w:val="20"/>
        </w:rPr>
        <w:t>41:31  jahan aap ke bas mein nahi hai</w:t>
      </w:r>
      <w:r>
        <w:br/>
      </w:r>
      <w:r>
        <w:rPr>
          <w:sz w:val="20"/>
        </w:rPr>
        <w:t>41:35  to is ko chhodie</w:t>
      </w:r>
      <w:r>
        <w:br/>
      </w:r>
      <w:r>
        <w:rPr>
          <w:sz w:val="20"/>
        </w:rPr>
        <w:t>41:40  misal ke taur par dekhen main jahan baith kar kaam karta hoon woh road ke kinare hai to wahan par barabar traffic chalta hai horn bajta hai yeh sab baatein hoti hain to shuru mein maine</w:t>
      </w:r>
      <w:r>
        <w:br/>
      </w:r>
      <w:r>
        <w:rPr>
          <w:sz w:val="20"/>
        </w:rPr>
        <w:t>42:06  bahut zyada disturb hota tha phir maine socha ke yeh to hoga</w:t>
      </w:r>
      <w:r>
        <w:br/>
      </w:r>
      <w:r>
        <w:rPr>
          <w:sz w:val="20"/>
        </w:rPr>
        <w:t>42:16  yeh sadak koi badi sadak to hai nahi to dheere dheere mein used to ho gaya ab is</w:t>
      </w:r>
      <w:r>
        <w:br/>
      </w:r>
      <w:r>
        <w:rPr>
          <w:sz w:val="20"/>
        </w:rPr>
        <w:t>42:23  same road par ab mein kaam karta rehta hoon distraction ke baghair to jab distraction ki baat ki</w:t>
      </w:r>
      <w:r>
        <w:br/>
      </w:r>
      <w:r>
        <w:rPr>
          <w:sz w:val="20"/>
        </w:rPr>
        <w:t>42:32  jati hai to is ka matlab yeh nahi hota yaad rakhiye</w:t>
      </w:r>
      <w:r>
        <w:br/>
      </w:r>
      <w:r>
        <w:rPr>
          <w:sz w:val="20"/>
        </w:rPr>
        <w:t>42:37  ke distraction ka khatma</w:t>
      </w:r>
      <w:r>
        <w:br/>
      </w:r>
      <w:r>
        <w:rPr>
          <w:sz w:val="20"/>
        </w:rPr>
        <w:t>42:41  distraction ko manage karna</w:t>
      </w:r>
      <w:r>
        <w:br/>
      </w:r>
      <w:r>
        <w:rPr>
          <w:sz w:val="20"/>
        </w:rPr>
        <w:t>42:47  aap ko yeh yeh janna chahiye yeh art ke kaise distraction ko</w:t>
      </w:r>
      <w:r>
        <w:br/>
      </w:r>
      <w:r>
        <w:rPr>
          <w:sz w:val="20"/>
        </w:rPr>
        <w:t>42:56  manage kiya jaye</w:t>
      </w:r>
      <w:r>
        <w:br/>
      </w:r>
      <w:r>
        <w:rPr>
          <w:sz w:val="20"/>
        </w:rPr>
        <w:t>43:01  kaise distraction ko manage kiya jaye woh har ek ke bas mein hai woh kisi ke liye bas se bahar nahi hai</w:t>
      </w:r>
    </w:p>
    <w:p>
      <w:pPr>
        <w:pStyle w:val="Heading2"/>
      </w:pPr>
      <w:r>
        <w:t>Two roles of angels: recording and driving</w:t>
      </w:r>
    </w:p>
    <w:p>
      <w:r>
        <w:rPr>
          <w:color w:val="666666"/>
          <w:sz w:val="18"/>
        </w:rPr>
        <w:t>Man and Angels April 27, 2014 · 2m 40s · at 3:35 · https://youtu.be/b3fk1cakPeo?t=215</w:t>
      </w:r>
    </w:p>
    <w:p>
      <w:r>
        <w:rPr>
          <w:i/>
        </w:rPr>
        <w:t>“Wujiat kullu nafsin ma'aha sa'iqun wa shahid”</w:t>
      </w:r>
    </w:p>
    <w:p>
      <w:r>
        <w:rPr>
          <w:sz w:val="20"/>
        </w:rPr>
        <w:t>3:35  wajatat kullu nafsin ma shaaq shaheed. is mein zikr hai is dunya ka jo maut ke baad hum mein se har shakhs par samnay aanay wali hai.</w:t>
      </w:r>
      <w:r>
        <w:br/>
      </w:r>
      <w:r>
        <w:rPr>
          <w:sz w:val="20"/>
        </w:rPr>
        <w:t>3:48  yani Quran ke mutabiq har insaan marta hai aur maut ke baad woh khatam nahi ho jata.</w:t>
      </w:r>
      <w:r>
        <w:br/>
      </w:r>
      <w:r>
        <w:rPr>
          <w:sz w:val="20"/>
        </w:rPr>
        <w:t>3:58  aik aur dunya, jaisi yeh dunya hai jahan hum rehtay hain, aisi aik aur bhi dunya hai, aik Fulfilled dunya, wahan hum chalay atay hain.</w:t>
      </w:r>
      <w:r>
        <w:br/>
      </w:r>
      <w:r>
        <w:rPr>
          <w:sz w:val="20"/>
        </w:rPr>
        <w:t>4:12  to wahan par jo insaan aaye ga, Allah ke samnay hazir hoga, us ka naqsha bataya gaya hai ke wajatat kullu nafsin ma shaaq shaheed.</w:t>
      </w:r>
      <w:r>
        <w:br/>
      </w:r>
      <w:r>
        <w:rPr>
          <w:sz w:val="20"/>
        </w:rPr>
        <w:t>4:25  har aadmi, har aurat aur har mard wahan is tarah pohanchay ge ke har aik ke sath do farishtay honge, aik saiq aur aik shaheed.</w:t>
      </w:r>
      <w:r>
        <w:br/>
      </w:r>
      <w:r>
        <w:rPr>
          <w:sz w:val="20"/>
        </w:rPr>
        <w:t>4:41  shaheed ke mani to hotay hain Witness</w:t>
      </w:r>
      <w:r>
        <w:br/>
      </w:r>
      <w:r>
        <w:rPr>
          <w:sz w:val="20"/>
        </w:rPr>
        <w:t>4:46  aur saiq ke mani hotay hain Driver. to bari anokhi ayat hai yeh. tafseeron mein wazeh nahi hai ke is ka matlab kya hai.</w:t>
      </w:r>
      <w:r>
        <w:br/>
      </w:r>
      <w:r>
        <w:rPr>
          <w:sz w:val="20"/>
        </w:rPr>
        <w:t>5:00  lekin Quran ki jo doosri ayaten hain, un ko le ke jab sochen hum tab is ka matlab khul jata hai.</w:t>
      </w:r>
      <w:r>
        <w:br/>
      </w:r>
      <w:r>
        <w:rPr>
          <w:sz w:val="20"/>
        </w:rPr>
        <w:t>5:10  pehli baat to yeh hai ke isi Surah Qaf mein, aik aur ayat mein yeh aaya hai ke har insaan ke sath do farishtay hain.</w:t>
      </w:r>
      <w:r>
        <w:br/>
      </w:r>
      <w:r>
        <w:rPr>
          <w:sz w:val="20"/>
        </w:rPr>
        <w:t>5:26  isi Surah Qaf mein jo</w:t>
      </w:r>
      <w:r>
        <w:br/>
      </w:r>
      <w:r>
        <w:rPr>
          <w:sz w:val="20"/>
        </w:rPr>
        <w:t>5:32  insaan ke munh se nikli hui har baat ka record karte rehtay hain.</w:t>
      </w:r>
      <w:r>
        <w:br/>
      </w:r>
      <w:r>
        <w:rPr>
          <w:sz w:val="20"/>
        </w:rPr>
        <w:t>5:39  isi Surah mein aaya hai ke do farishtay.</w:t>
      </w:r>
      <w:r>
        <w:br/>
      </w:r>
      <w:r>
        <w:rPr>
          <w:sz w:val="20"/>
        </w:rPr>
        <w:t>5:53  to main samajhta hoon ke yahi do farishtay hain jin ka zikr is ayat mein bhi hai.</w:t>
      </w:r>
      <w:r>
        <w:br/>
      </w:r>
      <w:r>
        <w:rPr>
          <w:sz w:val="20"/>
        </w:rPr>
        <w:t>6:03  to asal mein in farishton ke do role hain, alag alag. aik role ka zikr aik ayat mein hai, doosray role ka zikr doosri ayat mein hai. yeh role ka farq hai.</w:t>
      </w:r>
    </w:p>
    <w:p>
      <w:pPr>
        <w:pStyle w:val="Heading2"/>
      </w:pPr>
      <w:r>
        <w:t>Anxiety stems from lack of contentment</w:t>
      </w:r>
    </w:p>
    <w:p>
      <w:r>
        <w:rPr>
          <w:color w:val="666666"/>
          <w:sz w:val="18"/>
        </w:rPr>
        <w:t>Positive Response August 11, 2018 · 2m 02s · at 30:39 · https://youtu.be/W9oH8kJHTWg?t=1839</w:t>
      </w:r>
    </w:p>
    <w:p>
      <w:r>
        <w:rPr>
          <w:i/>
        </w:rPr>
        <w:t>“Anxiety natural nahi hai”</w:t>
      </w:r>
    </w:p>
    <w:p>
      <w:r>
        <w:rPr>
          <w:sz w:val="20"/>
        </w:rPr>
        <w:t>30:39  insan negative sochta hai. anxiety translate karti hai into multiple problems. nahi, dekhiye, anxiety natural nahi hai.</w:t>
      </w:r>
      <w:r>
        <w:br/>
      </w:r>
      <w:r>
        <w:rPr>
          <w:sz w:val="20"/>
        </w:rPr>
        <w:t>30:51  main nahi manta ke anxiety natural hai. hota yeh hai ke hum more and more chahte hain.</w:t>
      </w:r>
      <w:r>
        <w:br/>
      </w:r>
      <w:r>
        <w:rPr>
          <w:sz w:val="20"/>
        </w:rPr>
        <w:t>31:03  har insan jo hai, more and more chahta hai, lekin milta hai kam. milta hai</w:t>
      </w:r>
      <w:r>
        <w:br/>
      </w:r>
      <w:r>
        <w:rPr>
          <w:sz w:val="20"/>
        </w:rPr>
        <w:t>31:12  yeh is ki wajah se anxiety aati hai. agar hum yeh manen ke zyada hamari chah ke mutabiq nahi milega, balkeh jo system hai,</w:t>
      </w:r>
      <w:r>
        <w:br/>
      </w:r>
      <w:r>
        <w:rPr>
          <w:sz w:val="20"/>
        </w:rPr>
        <w:t>31:28  is mein hum hamara jo share hai, wahi milega hum ko. to anxiety nahi honi chahiye.</w:t>
      </w:r>
      <w:r>
        <w:br/>
      </w:r>
      <w:r>
        <w:rPr>
          <w:sz w:val="20"/>
        </w:rPr>
        <w:t>31:37  isi liye dekhiye, contentment pe bohat zor diya gaya hai Islam mein. contentment bohat bohat zyada hai, yani jis ko kehte hain arabi mein qanaat.</w:t>
      </w:r>
      <w:r>
        <w:br/>
      </w:r>
      <w:r>
        <w:rPr>
          <w:sz w:val="20"/>
        </w:rPr>
        <w:t>31:53  qanaat!</w:t>
      </w:r>
      <w:r>
        <w:br/>
      </w:r>
      <w:r>
        <w:rPr>
          <w:sz w:val="20"/>
        </w:rPr>
        <w:t>31:54  acha, to main sochta hoon ke anxiety due to natural system nahi hai. nahi, anxiety is liye hai ke hum raazi nahi hote jo natural system ke tehat hamein mil raha hai.</w:t>
      </w:r>
      <w:r>
        <w:br/>
      </w:r>
      <w:r>
        <w:rPr>
          <w:sz w:val="20"/>
        </w:rPr>
        <w:t>32:12  yani hamara discontentment anxiety paida karta hai, na ke khud mind ka inner, yani inner</w:t>
      </w:r>
    </w:p>
    <w:p>
      <w:pPr>
        <w:pStyle w:val="Heading2"/>
      </w:pPr>
      <w:r>
        <w:t>Introduction to hadith and believer's discipline</w:t>
      </w:r>
    </w:p>
    <w:p>
      <w:r>
        <w:rPr>
          <w:color w:val="666666"/>
          <w:sz w:val="18"/>
        </w:rPr>
        <w:t>Example of the Believers (Prophetic Wisdom) November 25, 2006 Maulana Wahiduddin Khan · 4m 46s · at 0:10 · https://youtu.be/4tLVOVvI0aE?t=10</w:t>
      </w:r>
    </w:p>
    <w:p>
      <w:r>
        <w:rPr>
          <w:i/>
        </w:rPr>
        <w:t>“Bismillah al-rahman al-rahim”</w:t>
      </w:r>
    </w:p>
    <w:p>
      <w:r>
        <w:rPr>
          <w:sz w:val="20"/>
        </w:rPr>
        <w:t>0:10  bismillah rahman rahim, wa salla allah ala nabiy al-karim. rab ishrah li sadri, wa yassir li amri, wahlul uqdatan min lisani yafqahu qawli.</w:t>
      </w:r>
      <w:r>
        <w:br/>
      </w:r>
      <w:r>
        <w:rPr>
          <w:sz w:val="20"/>
        </w:rPr>
        <w:t>0:29  yeh dars hadith ka silsila hai,</w:t>
      </w:r>
      <w:r>
        <w:br/>
      </w:r>
      <w:r>
        <w:rPr>
          <w:sz w:val="20"/>
        </w:rPr>
        <w:t>0:37  yaani prophet of islam sallallahu alaihi wasallam ki sayings, un ki traditions ko le kar hum kuch baaton ki</w:t>
      </w:r>
      <w:r>
        <w:br/>
      </w:r>
      <w:r>
        <w:rPr>
          <w:sz w:val="20"/>
        </w:rPr>
        <w:t>0:58  ko explain kar rahe hain.</w:t>
      </w:r>
      <w:r>
        <w:br/>
      </w:r>
      <w:r>
        <w:rPr>
          <w:sz w:val="20"/>
        </w:rPr>
        <w:t>1:04  main ne is se pehle kaha hai ke rasool allah ki hadithien</w:t>
      </w:r>
      <w:r>
        <w:br/>
      </w:r>
      <w:r>
        <w:rPr>
          <w:sz w:val="20"/>
        </w:rPr>
        <w:t>1:12  is tarah nahi hain jis tarah aaj kal kitabein hoti hain. kitabein jo likhi jati hain to</w:t>
      </w:r>
      <w:r>
        <w:br/>
      </w:r>
      <w:r>
        <w:rPr>
          <w:sz w:val="20"/>
        </w:rPr>
        <w:t>1:22  aik A se Z tak, aik silsilay war is ko deal kiya jata hai, is topic ko. to kaha jata hai ke kitab.</w:t>
      </w:r>
      <w:r>
        <w:br/>
      </w:r>
      <w:r>
        <w:rPr>
          <w:sz w:val="20"/>
        </w:rPr>
        <w:t>1:32  to rasool Allah ki hadeesein is tarah ki kitab nahi hain. woh to quotations ka compilation hai, sayings ka compilation hai.</w:t>
      </w:r>
      <w:r>
        <w:br/>
      </w:r>
      <w:r>
        <w:rPr>
          <w:sz w:val="20"/>
        </w:rPr>
        <w:t>1:43  to hadees ka matlab hi hai sayings. to aap ki sayings ko ikatha kar ke, unhein compile kiya gaya to woh hadees kahi jati hai.</w:t>
      </w:r>
      <w:r>
        <w:br/>
      </w:r>
      <w:r>
        <w:rPr>
          <w:sz w:val="20"/>
        </w:rPr>
        <w:t>1:54  is mein kuch events bhi hain aur kuch qoul bhi hain. koi lambi bhi hai, koi choti bhi hai. is tarah ki hadeesein hain.</w:t>
      </w:r>
      <w:r>
        <w:br/>
      </w:r>
      <w:r>
        <w:rPr>
          <w:sz w:val="20"/>
        </w:rPr>
        <w:t>2:05  to yeh silsila hum chala rahe hain jis ko hum kehte hain dars hadees.</w:t>
      </w:r>
      <w:r>
        <w:br/>
      </w:r>
      <w:r>
        <w:rPr>
          <w:sz w:val="20"/>
        </w:rPr>
        <w:t>2:13  aik hadees hai jis ki wording yeh hai ke: misl al-mu'min mink misl al-farasi fi aaqitah yahool miraj ila aaqitah.</w:t>
      </w:r>
      <w:r>
        <w:br/>
      </w:r>
      <w:r>
        <w:rPr>
          <w:sz w:val="20"/>
        </w:rPr>
        <w:t>2:30  momin ki misaal</w:t>
      </w:r>
      <w:r>
        <w:br/>
      </w:r>
      <w:r>
        <w:rPr>
          <w:sz w:val="20"/>
        </w:rPr>
        <w:t>2:35  ghore jaisi hai jo rasi mein bandha hua ho.</w:t>
      </w:r>
      <w:r>
        <w:br/>
      </w:r>
      <w:r>
        <w:rPr>
          <w:sz w:val="20"/>
        </w:rPr>
        <w:t>2:44  to woh ghoomta hai lekin rasi se bahir nahi ja pata. aap jante hain ke ghora ya koi animal, jo paaltu animal hote hain, to un ka tareeqa yeh hai ke aik khoti gaadi aayegi, us mein aik rasi hogi,</w:t>
      </w:r>
      <w:r>
        <w:br/>
      </w:r>
      <w:r>
        <w:rPr>
          <w:sz w:val="20"/>
        </w:rPr>
        <w:t>3:02  us mein us ki gardan mein daal di jayegi. to suppose woh paanch meter ki rasi hai, to paanch meter ke radius mein woh chalega.</w:t>
      </w:r>
      <w:r>
        <w:br/>
      </w:r>
      <w:r>
        <w:rPr>
          <w:sz w:val="20"/>
        </w:rPr>
        <w:t>3:15  paanch meter se bahir nahi aa sakta. to farmaya ke aisa hi misaal true believer ki hai. aisa hi mamla momin ka hai.</w:t>
      </w:r>
      <w:r>
        <w:br/>
      </w:r>
      <w:r>
        <w:rPr>
          <w:sz w:val="20"/>
        </w:rPr>
        <w:t>3:27  us ki gardan mein goya ke Khuda ki rasi pari hui hai. yani Khuda ka hukum, Khuda ke dos aur don'ts ki list.</w:t>
      </w:r>
      <w:r>
        <w:br/>
      </w:r>
      <w:r>
        <w:rPr>
          <w:sz w:val="20"/>
        </w:rPr>
        <w:t>3:42  isi mein woh chalta hai, isi ke dayre mein. is se bahir nahi jata.</w:t>
      </w:r>
      <w:r>
        <w:br/>
      </w:r>
      <w:r>
        <w:rPr>
          <w:sz w:val="20"/>
        </w:rPr>
        <w:t>3:51  yeh aik misaal ke zariye momin ke mamle ko, yani true believer ke mamle ko bataya gaya hai ke jo aadmi sachaa believer ho,</w:t>
      </w:r>
      <w:r>
        <w:br/>
      </w:r>
      <w:r>
        <w:rPr>
          <w:sz w:val="20"/>
        </w:rPr>
        <w:t>4:07  Khuda ko sachaa mannay wala ho, to us ka mamla kya hota hai?</w:t>
      </w:r>
      <w:r>
        <w:br/>
      </w:r>
      <w:r>
        <w:rPr>
          <w:sz w:val="20"/>
        </w:rPr>
        <w:t>4:16  woh phir azaad nahi rehta. woh aik discipline mein bandh jata hai.</w:t>
      </w:r>
      <w:r>
        <w:br/>
      </w:r>
      <w:r>
        <w:rPr>
          <w:sz w:val="20"/>
        </w:rPr>
        <w:t>4:27  aik discipline mein bandh jata hai. momin aik disciplined insan hai. us ke bolne ka bhi aik discipline hota hai, karne ka bhi discipline hota hai,</w:t>
      </w:r>
      <w:r>
        <w:br/>
      </w:r>
      <w:r>
        <w:rPr>
          <w:sz w:val="20"/>
        </w:rPr>
        <w:t>4:41  character ka bhi discipline hota hai. to us ki poori zindagi disciplined way mein hoti hai. aisa nahi ke bilkul azaad hai, jo chahe kare, jo chahe bolay.</w:t>
      </w:r>
    </w:p>
    <w:p>
      <w:pPr>
        <w:pStyle w:val="Heading2"/>
      </w:pPr>
      <w:r>
        <w:t>Airport final call as metaphor setup</w:t>
      </w:r>
    </w:p>
    <w:p>
      <w:r>
        <w:rPr>
          <w:color w:val="666666"/>
          <w:sz w:val="18"/>
        </w:rPr>
        <w:t>The Final Call November 18, 2007 · 32s · at 0:31 · https://youtu.be/uTjzhO-nhUc?t=31</w:t>
      </w:r>
    </w:p>
    <w:p>
      <w:r>
        <w:rPr>
          <w:i/>
        </w:rPr>
        <w:t>“Delhi airport announcer kept saying: 'Final Call.'”</w:t>
      </w:r>
    </w:p>
    <w:p>
      <w:r>
        <w:rPr>
          <w:sz w:val="20"/>
        </w:rPr>
        <w:t>0:31  ek baar mein Delhi airport par pahuncha to wahan announcer yeh keh raha tha: "final call."</w:t>
      </w:r>
      <w:r>
        <w:br/>
      </w:r>
      <w:r>
        <w:rPr>
          <w:sz w:val="20"/>
        </w:rPr>
        <w:t>0:46  final call. mujh ko jo jahaz pakadna tha, woh bas ab urrne wala tha. ya to main jaldi se wahan pahunch jaaun, warna phir jahaz se mehroom ho jaaun.</w:t>
      </w:r>
      <w:r>
        <w:br/>
      </w:r>
      <w:r>
        <w:rPr>
          <w:sz w:val="20"/>
        </w:rPr>
        <w:t>0:59  mera safar wahin ka wahin ruk jaaye.</w:t>
      </w:r>
    </w:p>
    <w:p>
      <w:pPr>
        <w:pStyle w:val="Heading2"/>
      </w:pPr>
      <w:r>
        <w:t>Critique of centuries of Muslim protest failure</w:t>
      </w:r>
    </w:p>
    <w:p>
      <w:r>
        <w:rPr>
          <w:color w:val="666666"/>
          <w:sz w:val="18"/>
        </w:rPr>
        <w:t>Tawbah-e-Nasuh (Sincere Repentance) 16 Feb 2020 - Maulana Wahiduddin Khan · 2m 33s · at 17:50 · https://youtu.be/0CccKs-1Uu8?t=1070</w:t>
      </w:r>
    </w:p>
    <w:p>
      <w:r>
        <w:rPr>
          <w:i/>
        </w:rPr>
        <w:t>“To yeh yeh chhote se maamle mein hai”</w:t>
      </w:r>
    </w:p>
    <w:p>
      <w:r>
        <w:rPr>
          <w:sz w:val="20"/>
        </w:rPr>
        <w:t>17:50  to yeh yeh chote se mamle mein hai. is se bari repetens ya toba nasooh yeh hai ke musalman so baras se etraz ki</w:t>
      </w:r>
      <w:r>
        <w:br/>
      </w:r>
      <w:r>
        <w:rPr>
          <w:sz w:val="20"/>
        </w:rPr>
        <w:t>18:10  ki jo tareeqa hai, us ko chala rahe hain.</w:t>
      </w:r>
      <w:r>
        <w:br/>
      </w:r>
      <w:r>
        <w:rPr>
          <w:sz w:val="20"/>
        </w:rPr>
        <w:t>18:21  saraqon par etejaj karna, etejaji mazameen likhna, ijtamai jalos nikalna, etejaj ke matlab hai protest.</w:t>
      </w:r>
      <w:r>
        <w:br/>
      </w:r>
      <w:r>
        <w:rPr>
          <w:sz w:val="20"/>
        </w:rPr>
        <w:t>18:34  lekin Allah ke fazal se meri itni umar ho gayi aur main keh sakta hoon</w:t>
      </w:r>
      <w:r>
        <w:br/>
      </w:r>
      <w:r>
        <w:rPr>
          <w:sz w:val="20"/>
        </w:rPr>
        <w:t>18:40  ke aaj tak is protest karte hain musalman, koi is ka faida nahi hua. sab se bara protest jo tha, woh angrezon ki hukoomat ke khilaf tha.</w:t>
      </w:r>
      <w:r>
        <w:br/>
      </w:r>
      <w:r>
        <w:rPr>
          <w:sz w:val="20"/>
        </w:rPr>
        <w:t>19:00  sara musalman angrezon ki hukoomat ke khilaf etejaj mein laga hua tha. aur top ke log, Maulana Abul Akram Azad, Maulana Hussain Ahmed Madni aur kon kon top ke log,</w:t>
      </w:r>
      <w:r>
        <w:br/>
      </w:r>
      <w:r>
        <w:rPr>
          <w:sz w:val="20"/>
        </w:rPr>
        <w:t>19:19  agar woh kamyab ho gaya, kamyab hua, koi daawa kare kamyab hua to sare phir bhi aaj wohi protest jari hai.</w:t>
      </w:r>
      <w:r>
        <w:br/>
      </w:r>
      <w:r>
        <w:rPr>
          <w:sz w:val="20"/>
        </w:rPr>
        <w:t>19:31  yeh so sala protest ka ka kya faida hua? jo protest pehle kiya tha musalmanon ne, aaj bhi wohi kar rahe hain.</w:t>
      </w:r>
      <w:r>
        <w:br/>
      </w:r>
      <w:r>
        <w:rPr>
          <w:sz w:val="20"/>
        </w:rPr>
        <w:t>19:40  is bare mein yeh be faida. to ab repetens kya hai? lotna. loten. soch lein ke yeh jo hum so sal se protest kar rahe hain,</w:t>
      </w:r>
      <w:r>
        <w:br/>
      </w:r>
      <w:r>
        <w:rPr>
          <w:sz w:val="20"/>
        </w:rPr>
        <w:t>19:55  ab faida kuch nahi hai. ab kya karna hai?</w:t>
      </w:r>
      <w:r>
        <w:br/>
      </w:r>
      <w:r>
        <w:rPr>
          <w:sz w:val="20"/>
        </w:rPr>
        <w:t>19:59  ab to waqt hai replanning ka. ab waqt hai replanning ka. ab is ko repeat karne ka waqt nahi hai.</w:t>
      </w:r>
      <w:r>
        <w:br/>
      </w:r>
      <w:r>
        <w:rPr>
          <w:sz w:val="20"/>
        </w:rPr>
        <w:t>20:10  aise jitne bhi musalman, pichle so baras ke bare mein main kehta hoon ke jitne musalmanon ne protest kiye hain, koi faida nahi.</w:t>
      </w:r>
    </w:p>
    <w:p>
      <w:pPr>
        <w:pStyle w:val="Heading2"/>
      </w:pPr>
      <w:r>
        <w:t>Second chance for Kashmir rejected by leaders</w:t>
      </w:r>
    </w:p>
    <w:p>
      <w:r>
        <w:rPr>
          <w:color w:val="666666"/>
          <w:sz w:val="18"/>
        </w:rPr>
        <w:t>Respectful Settlement August 19, 2007 · 1m 26s · at 9:41 · https://youtu.be/y9rTlBkoP6I?t=581</w:t>
      </w:r>
    </w:p>
    <w:p>
      <w:r>
        <w:rPr>
          <w:i/>
        </w:rPr>
        <w:t>“Phir second chance aaya hai maine unse bataya ke Prime Minister the Narasimha Rao”</w:t>
      </w:r>
    </w:p>
    <w:p>
      <w:r>
        <w:rPr>
          <w:sz w:val="20"/>
        </w:rPr>
        <w:t>9:41  to aisa to history mein kabhi hua nahin. Phir second chance aaya hai, main ne un se bataya ke Prime Minister the Narasimha Rao.</w:t>
      </w:r>
      <w:r>
        <w:br/>
      </w:r>
      <w:r>
        <w:rPr>
          <w:sz w:val="20"/>
        </w:rPr>
        <w:t>9:55  us waqt Congress bohat hi power mein thi India mein. Koi bhi faisla le sakti thi. Ab to kisi party ko woh power milta nahin.</w:t>
      </w:r>
      <w:r>
        <w:br/>
      </w:r>
      <w:r>
        <w:rPr>
          <w:sz w:val="20"/>
        </w:rPr>
        <w:t>10:07  to Narasimha Rao jo the woh Congress ke Prime Minister the. Unhon ne offer diya</w:t>
      </w:r>
      <w:r>
        <w:br/>
      </w:r>
      <w:r>
        <w:rPr>
          <w:sz w:val="20"/>
        </w:rPr>
        <w:t>10:19  is ka autonomy ka Kashmiriyon ko. Autonomy ka yani khud ikhtiyari.</w:t>
      </w:r>
      <w:r>
        <w:br/>
      </w:r>
      <w:r>
        <w:rPr>
          <w:sz w:val="20"/>
        </w:rPr>
        <w:t>10:32  khud ikhtiyariyat ka jis ko autonomy kehte hain. Us waqt main ne foran ek article chhapa tha ke yeh aakhri chance hai aap ko, is ko le lijiye.</w:t>
      </w:r>
      <w:r>
        <w:br/>
      </w:r>
      <w:r>
        <w:rPr>
          <w:sz w:val="20"/>
        </w:rPr>
        <w:t>10:44  phir koi chance milne wala nahin hai. Foran main ne ek article chhapa tha is par. Lekin Kashmiri leader ghussa ho gaye ke dekho yeh India ke agent hain.</w:t>
      </w:r>
      <w:r>
        <w:br/>
      </w:r>
      <w:r>
        <w:rPr>
          <w:sz w:val="20"/>
        </w:rPr>
        <w:t>10:56  mujh ko India ke agent ka khitab de diya. To is second chance ko bhi avail nahin kiya aap logon ne. Ab to koi chance hi nahin hai.</w:t>
      </w:r>
    </w:p>
    <w:p>
      <w:pPr>
        <w:pStyle w:val="Heading2"/>
      </w:pPr>
      <w:r>
        <w:t>Simple food avoids distractions</w:t>
      </w:r>
    </w:p>
    <w:p>
      <w:r>
        <w:rPr>
          <w:color w:val="666666"/>
          <w:sz w:val="18"/>
        </w:rPr>
        <w:t>Understanding Islam (In Conversation with Maulan) 15.5.2008 · 28s · at 3:39 · https://youtu.be/0SGSOPSun0E?t=219</w:t>
      </w:r>
    </w:p>
    <w:p>
      <w:r>
        <w:rPr>
          <w:i/>
        </w:rPr>
        <w:t>“To simple khana ka sabse bada faida yeh hai”</w:t>
      </w:r>
    </w:p>
    <w:p>
      <w:r>
        <w:rPr>
          <w:sz w:val="20"/>
        </w:rPr>
        <w:t>3:39  to simple khane ka sab se bara faida yeh hai ke aap ko distractions bachata hai wo. to jo logon ko yeh pata nahi ke koi aur higher goal hai un ka, to usi ko sab se bari cheez samajhte hain.</w:t>
      </w:r>
      <w:r>
        <w:br/>
      </w:r>
      <w:r>
        <w:rPr>
          <w:sz w:val="20"/>
        </w:rPr>
        <w:t>3:51  mein samajhta hoon ke jab tak yeh aap mind mein na dala jaye logon ke ke is se bara tumhara goal hai, is se bara tumhara purpose hai, jab tak woh yeh nahi janenge, woh tab tak woh isi mein phanse rahenge.</w:t>
      </w:r>
    </w:p>
    <w:p>
      <w:pPr>
        <w:pStyle w:val="Heading2"/>
      </w:pPr>
      <w:r>
        <w:t>Overcoming trouble by remembering God hasn't left you</w:t>
      </w:r>
    </w:p>
    <w:p>
      <w:r>
        <w:rPr>
          <w:color w:val="666666"/>
          <w:sz w:val="18"/>
        </w:rPr>
        <w:t>Art of Thinking August 21, 2022 · 40s · at 55:10 · https://youtu.be/H_0zmN0MLS8?t=3310</w:t>
      </w:r>
    </w:p>
    <w:p>
      <w:r>
        <w:rPr>
          <w:i/>
        </w:rPr>
        <w:t>“A friend in trouble — Maulana asked: did God leave you?”</w:t>
      </w:r>
    </w:p>
    <w:p>
      <w:r>
        <w:rPr>
          <w:sz w:val="20"/>
        </w:rPr>
        <w:t>55:10  ein? To yeh bohat zyada hamare liye zaroori hai, bohat hi zyada important hai keh hum apne aap ko negativity se bachayein. Mujhe ek waqia yaad aata hai, bohat hi achhe tareeqe se negative thinking se door rehne ko batata hai keh hamari team ke ek saathi the, unko koi pareshani aayi to woh bohat pareshan the.</w:t>
      </w:r>
      <w:r>
        <w:br/>
      </w:r>
      <w:r>
        <w:rPr>
          <w:sz w:val="20"/>
        </w:rPr>
        <w:t>55:31  Maulana ko aakar unhone bataya, to unhone kaha: "Maulana ne kaha, kya hua? Aapse Khuda to nahi chhin gaya?"</w:t>
      </w:r>
      <w:r>
        <w:br/>
      </w:r>
      <w:r>
        <w:rPr>
          <w:sz w:val="20"/>
        </w:rPr>
        <w:t>55:36  hum, yeh kaha. Yeh sun kar aadmi soche keh koi bhi museebat aati hai, soche keh Khuda to hamara nahi chala gaya hai, to sari negative thinking khatam ho jaye gi uski.</w:t>
      </w:r>
    </w:p>
    <w:p>
      <w:pPr>
        <w:pStyle w:val="Heading2"/>
      </w:pPr>
      <w:r>
        <w:t>Evolution downgraded from fact to unproven working theory</w:t>
      </w:r>
    </w:p>
    <w:p>
      <w:r>
        <w:rPr>
          <w:color w:val="666666"/>
          <w:sz w:val="18"/>
        </w:rPr>
        <w:t>Religious Extremism and Rational Extremism November 27, 2005 Maulana Wahiduddin Khan · 1m 49s · at 15:17 · https://youtu.be/o-EF-I_SE_M?t=917</w:t>
      </w:r>
    </w:p>
    <w:p>
      <w:r>
        <w:rPr>
          <w:i/>
        </w:rPr>
        <w:t>“Ab sirf is liye evolution theory maani ja rahi hai”</w:t>
      </w:r>
    </w:p>
    <w:p>
      <w:r>
        <w:rPr>
          <w:sz w:val="20"/>
        </w:rPr>
        <w:t>15:17  woh mislan dekhiye, aap lijiye, sab se pehle shayad naam aata hai Evolution theory ka, jis ko kehte hain organic evolution, jis ko kaha jata hai.</w:t>
      </w:r>
      <w:r>
        <w:br/>
      </w:r>
      <w:r>
        <w:rPr>
          <w:sz w:val="20"/>
        </w:rPr>
        <w:t>15:33  agarche abhi bhi hamare schoolon, collegeon mein evolution theory padhai jati hai, lekin yeh ek haqeeqat hai ke khalis ilmi taur par woh discard ho chuki hai.</w:t>
      </w:r>
      <w:r>
        <w:br/>
      </w:r>
      <w:r>
        <w:rPr>
          <w:sz w:val="20"/>
        </w:rPr>
        <w:t>15:49  is maamle mein agar aap parhna chahein kitaab ko to aap parh sakte hain, misaal tor par "revealed against reason by lon" aur "human destiny" aisi sankaron kitabein hain.</w:t>
      </w:r>
      <w:r>
        <w:br/>
      </w:r>
      <w:r>
        <w:rPr>
          <w:sz w:val="20"/>
        </w:rPr>
        <w:t>16:02  to yeh cheez saabit nahi ho saki baad ki inquiry se kyunke unhon ne kaha tha ke missing link ka nazariya banaya tha.</w:t>
      </w:r>
      <w:r>
        <w:br/>
      </w:r>
      <w:r>
        <w:rPr>
          <w:sz w:val="20"/>
        </w:rPr>
        <w:t>16:16  missing links, maslan yeh saabit kaha gaya ke ke bakri se zarafah bana hai, goat se zaraf bana hai, to is ke beech mein bohat saare missing links hain.</w:t>
      </w:r>
      <w:r>
        <w:br/>
      </w:r>
      <w:r>
        <w:rPr>
          <w:sz w:val="20"/>
        </w:rPr>
        <w:t>16:29  woh jo baad ko pata ho jayega, un ka aaj tak in missing links se pata nahi ho saka. jo daway kiye jaate hain, woh sab false claim hote hain, sab ke sab.</w:t>
      </w:r>
      <w:r>
        <w:br/>
      </w:r>
      <w:r>
        <w:rPr>
          <w:sz w:val="20"/>
        </w:rPr>
        <w:t>16:41  to is ke maani kya hue? ke rational inquiry jo shuru shuru mein ki gayi thi, jis se yeh maan liya gaya tha ke organic evolution aik fact hai, aur baat ko fact saabit nahi ho saka.</w:t>
      </w:r>
      <w:r>
        <w:br/>
      </w:r>
      <w:r>
        <w:rPr>
          <w:sz w:val="20"/>
        </w:rPr>
        <w:t>16:56  ab scientific community mein maana jata hai ke woh aik working theory hai. scientific theory maanne ka zamana khatam ho gaya.</w:t>
      </w:r>
    </w:p>
    <w:p>
      <w:pPr>
        <w:pStyle w:val="Heading2"/>
      </w:pPr>
      <w:r>
        <w:t>definition of hypocrisy as double standard</w:t>
      </w:r>
    </w:p>
    <w:p>
      <w:r>
        <w:rPr>
          <w:color w:val="666666"/>
          <w:sz w:val="18"/>
        </w:rPr>
        <w:t>Principle of Avoidance in Islam December 12, 2010 · 35s · at 1:33:01 · https://youtu.be/W5DQnHPN1y4?t=5581</w:t>
      </w:r>
    </w:p>
    <w:p>
      <w:r>
        <w:rPr>
          <w:i/>
        </w:rPr>
        <w:t>“منافقت کا مطلب کیا ہے؟”</w:t>
      </w:r>
    </w:p>
    <w:p>
      <w:r>
        <w:rPr>
          <w:sz w:val="20"/>
        </w:rPr>
        <w:t>1:33:01  zaban se usool ki baat bolna, amal mein woh karna jis mein faida hai.</w:t>
      </w:r>
      <w:r>
        <w:br/>
      </w:r>
      <w:r>
        <w:rPr>
          <w:sz w:val="20"/>
        </w:rPr>
        <w:t>1:33:08  yaad rakhen, munafiqat isi ka naam hota hai ke zaban se toh aap usool ki baaten karen, Quran padhen aur Hadees padhen, aur jab mauqa aaye apne interest ka toh apne interest pe chalay jayen.</w:t>
      </w:r>
      <w:r>
        <w:br/>
      </w:r>
      <w:r>
        <w:rPr>
          <w:sz w:val="20"/>
        </w:rPr>
        <w:t>1:33:19  phir bhool jayen ke Quran mein kya hai, Hadees mein kya hai. yeh munafiqat hai.</w:t>
      </w:r>
      <w:r>
        <w:br/>
      </w:r>
      <w:r>
        <w:rPr>
          <w:sz w:val="20"/>
        </w:rPr>
        <w:t>1:33:26  toh woh log zaroor pakray jayen ge Allah Ta'ala ke haan, jo chaltay hain apne interest par, baat karte hain Islam ki. bas kabhi bachen ge nahi aisay log.</w:t>
      </w:r>
    </w:p>
    <w:p>
      <w:pPr>
        <w:pStyle w:val="Heading2"/>
      </w:pPr>
      <w:r>
        <w:t>Spiritual corner, birds flying, freedom question, Rousseau</w:t>
      </w:r>
    </w:p>
    <w:p>
      <w:r>
        <w:rPr>
          <w:color w:val="666666"/>
          <w:sz w:val="18"/>
        </w:rPr>
        <w:t>Non Confrontational Method May 04, 2014 Maulana Wahiduddin Khan · 2m 00s · at 0:59 · https://youtu.be/uioEZUeFxLg?t=59</w:t>
      </w:r>
    </w:p>
    <w:p>
      <w:r>
        <w:rPr>
          <w:i/>
        </w:rPr>
        <w:t>“There's a corner behind my house that faces a park.”</w:t>
      </w:r>
    </w:p>
    <w:p>
      <w:r>
        <w:rPr>
          <w:sz w:val="20"/>
        </w:rPr>
        <w:t>0:59  c 29 jahan mein rehta hoon, is ke back mein aik corner hai jo face karta hai aik park ko۔</w:t>
      </w:r>
      <w:r>
        <w:br/>
      </w:r>
      <w:r>
        <w:rPr>
          <w:sz w:val="20"/>
        </w:rPr>
        <w:t>1:14  to aksar mein is corner par baithta hoon, is ko mein spiritual corner kehta hoon۔</w:t>
      </w:r>
      <w:r>
        <w:br/>
      </w:r>
      <w:r>
        <w:rPr>
          <w:sz w:val="20"/>
        </w:rPr>
        <w:t>1:22  to wahan par jo scene hai, woh yeh hai ke darakht hain, sabza hai, khula aasman hai۔</w:t>
      </w:r>
      <w:r>
        <w:br/>
      </w:r>
      <w:r>
        <w:rPr>
          <w:sz w:val="20"/>
        </w:rPr>
        <w:t>1:35  to wahan mein baitha hua tha, mein ne dekha ke oopar fiza mein chiriyaan urr rahi hain۔</w:t>
      </w:r>
      <w:r>
        <w:br/>
      </w:r>
      <w:r>
        <w:rPr>
          <w:sz w:val="20"/>
        </w:rPr>
        <w:t>1:47  bohat chiriyaan idhar se aa rahi hain, idhar se ja rahi hain۔</w:t>
      </w:r>
      <w:r>
        <w:br/>
      </w:r>
      <w:r>
        <w:rPr>
          <w:sz w:val="20"/>
        </w:rPr>
        <w:t>1:51  to mein ne socha ke is dunya mein kya azaadi, freedom, chirioun ke liye hai, insaan ke liye nahi hai؟</w:t>
      </w:r>
      <w:r>
        <w:br/>
      </w:r>
      <w:r>
        <w:rPr>
          <w:sz w:val="20"/>
        </w:rPr>
        <w:t>2:04  aik anokha sawal mere zehan mein aaya</w:t>
      </w:r>
      <w:r>
        <w:br/>
      </w:r>
      <w:r>
        <w:rPr>
          <w:sz w:val="20"/>
        </w:rPr>
        <w:t>2:12  ke chiriyaan jo hain, woh un ko freedom mila hua hai,</w:t>
      </w:r>
      <w:r>
        <w:br/>
      </w:r>
      <w:r>
        <w:rPr>
          <w:sz w:val="20"/>
        </w:rPr>
        <w:t>2:17  khuli fizaon mein urr rahi hain۔ to kya insaan ko freedom nahi؟ phir mujhe yaad aaya ke france ke philosopher ne kitaab likhi thi،</w:t>
      </w:r>
      <w:r>
        <w:br/>
      </w:r>
      <w:r>
        <w:rPr>
          <w:sz w:val="20"/>
        </w:rPr>
        <w:t>2:34  social contract۔ yeh kitaab shuru hui thi is sentence se: "man was born free, but i see him in chains۔"</w:t>
      </w:r>
      <w:r>
        <w:br/>
      </w:r>
      <w:r>
        <w:rPr>
          <w:sz w:val="20"/>
        </w:rPr>
        <w:t>2:48  insaan azaad paida hua tha, magar mein is ko zanjeeron mein jakra hua dekhta hoon۔</w:t>
      </w:r>
    </w:p>
    <w:p>
      <w:pPr>
        <w:pStyle w:val="Heading2"/>
      </w:pPr>
      <w:r>
        <w:t>the debt story: exposing the illusion of parental idolatry</w:t>
      </w:r>
    </w:p>
    <w:p>
      <w:r>
        <w:rPr>
          <w:color w:val="666666"/>
          <w:sz w:val="18"/>
        </w:rPr>
        <w:t>My Life and Experience April 8, 2007 · 5m 14s · at 51:59 · https://youtu.be/HbJzX4PJdR8?t=3119</w:t>
      </w:r>
    </w:p>
    <w:p>
      <w:r>
        <w:rPr>
          <w:i/>
        </w:rPr>
        <w:t>“Mere paas ek sahab aaye, mithai ka dabba le kar”</w:t>
      </w:r>
    </w:p>
    <w:p>
      <w:r>
        <w:rPr>
          <w:sz w:val="20"/>
        </w:rPr>
        <w:t>51:59  mere paas ek sahab aaye, woh bithaye ek dabba le kar ke. to unhon ne bataya ke mein ne poocha ke bhai aap ke halaat?</w:t>
      </w:r>
      <w:r>
        <w:br/>
      </w:r>
      <w:r>
        <w:rPr>
          <w:sz w:val="20"/>
        </w:rPr>
        <w:t>52:09  unhon ne kaha ke sahab, bohat mere upar qarz ho gaya hai, yeh hai, woh hai. dua kijiye ke mera qarz jo hai, utar jaye.</w:t>
      </w:r>
      <w:r>
        <w:br/>
      </w:r>
      <w:r>
        <w:rPr>
          <w:sz w:val="20"/>
        </w:rPr>
        <w:t>52:15  to mein ne kaha ke qarz hai to aap yeh mithai kyun laye hain? bhai qarz hai to mithai kyun laye hain mere liye? apne paise ko aap qarz mein lagaiye.</w:t>
      </w:r>
      <w:r>
        <w:br/>
      </w:r>
      <w:r>
        <w:rPr>
          <w:sz w:val="20"/>
        </w:rPr>
        <w:t>52:27  to pata chala ke un ki maa bimar thi. maa bimar thi. us ke ilaj mein unhon ne pata nahi kitna sara kharch kar diya paisa.</w:t>
      </w:r>
      <w:r>
        <w:br/>
      </w:r>
      <w:r>
        <w:rPr>
          <w:sz w:val="20"/>
        </w:rPr>
        <w:t>52:36  qarz le kar, qarz le kar, qarz le kar. ab maa to mar gayi. ab qarz dene ke liye phanse hue hain isi mein.</w:t>
      </w:r>
      <w:r>
        <w:br/>
      </w:r>
      <w:r>
        <w:rPr>
          <w:sz w:val="20"/>
        </w:rPr>
        <w:t>52:46  dekhiye, mein aap ko arz karta hoon ek bohat bara tajurba ke sab se buri museebat duniya mein pampering hai. pampering. yeh maa aur baap jo hain, pampering kar ke ek masnooi mohabbat daal dete hain aap ke dil mein.</w:t>
      </w:r>
      <w:r>
        <w:br/>
      </w:r>
      <w:r>
        <w:rPr>
          <w:sz w:val="20"/>
        </w:rPr>
        <w:t>52:58  bas mera baap, meri maa to kya cheez hai? diamond hai. mera baap to diamond hai. to yeh jo bana dete hain pampering ki wajah se ke sab se bari cheez to mera baap hai, sab se bari cheez to meri maa hai.</w:t>
      </w:r>
      <w:r>
        <w:br/>
      </w:r>
      <w:r>
        <w:rPr>
          <w:sz w:val="20"/>
        </w:rPr>
        <w:t>53:13  halankeh kuch bhi nahin.</w:t>
      </w:r>
      <w:r>
        <w:br/>
      </w:r>
      <w:r>
        <w:rPr>
          <w:sz w:val="20"/>
        </w:rPr>
        <w:t>53:14  jaisay maa, jaisay aur aurat hai, waisay hi aap ki maa. jaisay aur mard, waisay hi aap ke baap. lekin pampering ki wajah se aik jhoota mayar paida ho jata hai ke sab se bari cheez to meri maa hai, sab se bari cheez to mere baap hain.</w:t>
      </w:r>
      <w:r>
        <w:br/>
      </w:r>
      <w:r>
        <w:rPr>
          <w:sz w:val="20"/>
        </w:rPr>
        <w:t>53:28  har baap aadmi ko apna diamond dikhai parta hai. diamond baap. har maa aadmi ko diamond mother dikhai parti hai. yeh sab jhoota tasawwur hai maa banne ka.</w:t>
      </w:r>
      <w:r>
        <w:br/>
      </w:r>
      <w:r>
        <w:rPr>
          <w:sz w:val="20"/>
        </w:rPr>
        <w:t>53:38  aur baap banne ka. jhoota tasawwur.</w:t>
      </w:r>
      <w:r>
        <w:br/>
      </w:r>
      <w:r>
        <w:rPr>
          <w:sz w:val="20"/>
        </w:rPr>
        <w:t>53:42  isi ki wajah se unhon ne itna paisa kharch kar diya maa ke liye. meri maa, meri maa, meri maa. arey bhai, meri maa ab wohi mare gi? wohi marne ke liye dunya mein paida hui hai?</w:t>
      </w:r>
      <w:r>
        <w:br/>
      </w:r>
      <w:r>
        <w:rPr>
          <w:sz w:val="20"/>
        </w:rPr>
        <w:t>53:52  to kyun aap qarz le kar us ke liye aap ne? main ne bohat un ko daant dapt lagai ke aap ki maa kya marne wali nahin thi? itna paisa aap ne kharch kar diya, phir mard wohi ke mari ke nahin mari?</w:t>
      </w:r>
      <w:r>
        <w:br/>
      </w:r>
      <w:r>
        <w:rPr>
          <w:sz w:val="20"/>
        </w:rPr>
        <w:t>54:03  bucha liya aap ne kya us ko?</w:t>
      </w:r>
      <w:r>
        <w:br/>
      </w:r>
      <w:r>
        <w:rPr>
          <w:sz w:val="20"/>
        </w:rPr>
        <w:t>54:08  to aadmi ko bohat hi normal tareeqay mein rehna chahiye. woh jo pampering se maa baap aap ke dil mein daal dete hain ke special hai koi.</w:t>
      </w:r>
      <w:r>
        <w:br/>
      </w:r>
      <w:r>
        <w:rPr>
          <w:sz w:val="20"/>
        </w:rPr>
        <w:t>54:20  yaad rakhiye, mera yeh tajruba bata raha hoon aap ko. har aadmi ke andar yeh kya hota hai ke mera baap special hai, meri maa special hai. halankeh koi special nahin hai. koi special nahin hai.</w:t>
      </w:r>
      <w:r>
        <w:br/>
      </w:r>
      <w:r>
        <w:rPr>
          <w:sz w:val="20"/>
        </w:rPr>
        <w:t>54:31  isi liye lata deta hai apne aap ko is maa baap ke peechay woh. aur phir wahan woh mar jate hain. to main ne un ko bohat daant dapt lagai un ko. jo ayat mere paas hai.</w:t>
      </w:r>
      <w:r>
        <w:br/>
      </w:r>
      <w:r>
        <w:rPr>
          <w:sz w:val="20"/>
        </w:rPr>
        <w:t>54:40  main ne kaha aik paisa aap mat kharch kijiye. eid ka, eid aanay wali. to main ne kaha eid mein aap koi naya kapra mat banayein apne liye, na apne bachon ke liye.</w:t>
      </w:r>
      <w:r>
        <w:br/>
      </w:r>
      <w:r>
        <w:rPr>
          <w:sz w:val="20"/>
        </w:rPr>
        <w:t>54:50  saara paisa lagaiye qarz utarne mein. to main bahar haal apne tajruba ki bina par bohat ziyada khilaf hoon is baat ke jo kehte hain pampering, laad pyar</w:t>
      </w:r>
      <w:r>
        <w:br/>
      </w:r>
      <w:r>
        <w:rPr>
          <w:sz w:val="20"/>
        </w:rPr>
        <w:t>54:59  . kyunke is se masnooi qisam ka mayar banta hai. masnooi mayar. insaan ke achhe hone ka. har aadmi isi mein phansa hua hai.</w:t>
      </w:r>
      <w:r>
        <w:br/>
      </w:r>
      <w:r>
        <w:rPr>
          <w:sz w:val="20"/>
        </w:rPr>
        <w:t>55:10  haaye mera baap, haaye meri maa. kyun? woh pampering ki wajah se samajhta hai ke yeh meri maa to koi special cheez hai. yeh mera baap bhi koi special cheez hai yeh.</w:t>
      </w:r>
      <w:r>
        <w:br/>
      </w:r>
      <w:r>
        <w:rPr>
          <w:sz w:val="20"/>
        </w:rPr>
        <w:t>55:23  main khud khud se samajhta hoon. dekhte hain, mera baap mar gaya tha bachpan mein. aur meri maa jo thi, bohat hi woh thi yani bohat sakht thi woh.</w:t>
      </w:r>
      <w:r>
        <w:br/>
      </w:r>
      <w:r>
        <w:rPr>
          <w:sz w:val="20"/>
        </w:rPr>
        <w:t>55:33  woh subah hum logon ko daant dapt karti thi. kabhi pyar se baat hi nahin karti thi woh meri maa. to main yeh bhi khush qismat hoon ke mujhe nahin maa ki taraf se baap se mili thi pampering.</w:t>
      </w:r>
      <w:r>
        <w:br/>
      </w:r>
      <w:r>
        <w:rPr>
          <w:sz w:val="20"/>
        </w:rPr>
        <w:t>55:43  lekin baap to mar gaye. aur maa ki taraf se mujhe pampering nahin mili. to main apne ko samajhta hoon ke bohat basic thay mere liye. is jhoot par nahin jiya main.</w:t>
      </w:r>
      <w:r>
        <w:br/>
      </w:r>
      <w:r>
        <w:rPr>
          <w:sz w:val="20"/>
        </w:rPr>
        <w:t>55:53  ab saare novel hain jo hain dunya mein, chori likhe gaye hain, yeh sab mein kya hai? maa ko mohabbat ka prateek mana jata hai. yeh jhooti baat hai yeh. maa beta poojan ki prateek hai.</w:t>
      </w:r>
      <w:r>
        <w:br/>
      </w:r>
      <w:r>
        <w:rPr>
          <w:sz w:val="20"/>
        </w:rPr>
        <w:t>56:06  mohabbat ki prateek nahin hai.</w:t>
      </w:r>
      <w:r>
        <w:br/>
      </w:r>
      <w:r>
        <w:rPr>
          <w:sz w:val="20"/>
        </w:rPr>
        <w:t>56:07  apne bete se is ka hota hai to kya mehle ke beton se bhi hota hai kaha is ko? ke dunya bhar ke beton se hota hai is ko? yeh kitni bari fallacy hai jis mein saare log pade hue hain.</w:t>
      </w:r>
      <w:r>
        <w:br/>
      </w:r>
      <w:r>
        <w:rPr>
          <w:sz w:val="20"/>
        </w:rPr>
        <w:t>56:17  fallacy. saare novel likhne wale, saare story writer.</w:t>
      </w:r>
      <w:r>
        <w:br/>
      </w:r>
      <w:r>
        <w:rPr>
          <w:sz w:val="20"/>
        </w:rPr>
        <w:t>56:26  main radio par sunta hoon. meri maa, meri maa, meri maa. kya tumhari maa bhai?</w:t>
      </w:r>
      <w:r>
        <w:br/>
      </w:r>
      <w:r>
        <w:rPr>
          <w:sz w:val="20"/>
        </w:rPr>
        <w:t>56:34  to maa jo hai, mohabbat ki prateek nahin hai. beta poojan ki prateek hai. yaad rakhiye achhe tarike se.</w:t>
      </w:r>
      <w:r>
        <w:br/>
      </w:r>
      <w:r>
        <w:rPr>
          <w:sz w:val="20"/>
        </w:rPr>
        <w:t>56:43  kyunke doosre beton ko is ko nahin aziz hain. doosre beton se kuch bhi is ko dilchaspi nahin hai. to bahar haal masnooi zindagi chodiye.</w:t>
      </w:r>
      <w:r>
        <w:br/>
      </w:r>
      <w:r>
        <w:rPr>
          <w:sz w:val="20"/>
        </w:rPr>
        <w:t>56:54  tabhi chain mile ga. sukoon mile ga. warna sukoon nahin mil sakta hai. haqeeqat pasand baniye. haqeeqat pasand.</w:t>
      </w:r>
      <w:r>
        <w:br/>
      </w:r>
      <w:r>
        <w:rPr>
          <w:sz w:val="20"/>
        </w:rPr>
        <w:t>57:02  jab tak aap haqeeqat pasand nahi banenge, haqeeqat pasandi ka nuqta nazar nahi aayega aap ke andar, tab tak aap ko sukoon nahi milne wala hai. chain nahi milega. yeh meri zindagi ka tajruba hai jo maine arz kiya.</w:t>
      </w:r>
    </w:p>
    <w:p>
      <w:pPr>
        <w:pStyle w:val="Heading2"/>
      </w:pPr>
      <w:r>
        <w:t>Constitutional approach to Article 370</w:t>
      </w:r>
    </w:p>
    <w:p>
      <w:r>
        <w:rPr>
          <w:color w:val="666666"/>
          <w:sz w:val="18"/>
        </w:rPr>
        <w:t>Importance of Wisdom | August 24, 2014 · 2m 30s · at 1:08:57 · https://youtu.be/ZVPLm7fV0t0?t=4137</w:t>
      </w:r>
    </w:p>
    <w:p>
      <w:r>
        <w:rPr>
          <w:i/>
        </w:rPr>
        <w:t>“What is the conflict between Article 370 and Islam?”</w:t>
      </w:r>
    </w:p>
    <w:p>
      <w:r>
        <w:rPr>
          <w:sz w:val="20"/>
        </w:rPr>
        <w:t>1:08:57  woh sahi nahi hai.</w:t>
      </w:r>
      <w:r>
        <w:br/>
      </w:r>
      <w:r>
        <w:rPr>
          <w:sz w:val="20"/>
        </w:rPr>
        <w:t>1:09:02  maulana, dilli se mr. sunil sharma ne sawal kiya hai.</w:t>
      </w:r>
      <w:r>
        <w:br/>
      </w:r>
      <w:r>
        <w:rPr>
          <w:sz w:val="20"/>
        </w:rPr>
        <w:t>1:09:07  aur unhon ne likha hai ke: dhara 370 aur islam mein kya takrao hai? kyon hum is dhara</w:t>
      </w:r>
      <w:r>
        <w:br/>
      </w:r>
      <w:r>
        <w:rPr>
          <w:sz w:val="20"/>
        </w:rPr>
        <w:t>1:09:12  ko hatane ka samarthan nahi kar sakte? is ke bare mein.</w:t>
      </w:r>
      <w:r>
        <w:br/>
      </w:r>
      <w:r>
        <w:rPr>
          <w:sz w:val="20"/>
        </w:rPr>
        <w:t>1:09:17  bhai, yeh to siyasi masla hai.</w:t>
      </w:r>
      <w:r>
        <w:br/>
      </w:r>
      <w:r>
        <w:rPr>
          <w:sz w:val="20"/>
        </w:rPr>
        <w:t>1:09:22  is ka islam se kya taluq? islam se koi taluq nahi, siyasi masla hai.</w:t>
      </w:r>
      <w:r>
        <w:br/>
      </w:r>
      <w:r>
        <w:rPr>
          <w:sz w:val="20"/>
        </w:rPr>
        <w:t>1:09:27  lekin is masle mein dekhein, jazbati taur par kuch bhi nahi hoga. jabai taur par jo kuch kiya jayega, woh ulta hoga. kyunke aap constitution ko padhein. yeh saada baat nahi ke bhai ek ek dhara hai, ek dafa hai. nahi, is ki ek history hai. is zamane mein Sheikh Abdullah aur dheron se baatein hoti thin. aur is zamane mein g</w:t>
      </w:r>
      <w:r>
        <w:br/>
      </w:r>
      <w:r>
        <w:rPr>
          <w:sz w:val="20"/>
        </w:rPr>
        <w:t>1:09:57  awar kiya gaya. phir constitution bana. India mein ek constitution assembly bani, is mein sare India ke log chune gaye. India ke bahut hi top ke log is mein shamil the. to constitution assembly ke samne poora jo constitution banaya tha Dr. Ambedkar ne, woh behas hua is par. to constitution assembly ne behas kar ke is ko shamil kiya. is mein to aisa thodi hai ke aap road par khade ho kar kahein ke dhara ko band karo. dhara ko khatam karo</w:t>
      </w:r>
      <w:r>
        <w:br/>
      </w:r>
      <w:r>
        <w:rPr>
          <w:sz w:val="20"/>
        </w:rPr>
        <w:t xml:space="preserve">1:10:27  </w:t>
      </w:r>
      <w:r>
        <w:br/>
      </w:r>
      <w:r>
        <w:rPr>
          <w:sz w:val="20"/>
        </w:rPr>
        <w:t>1:10:31  aisa nahi ho sakta.</w:t>
      </w:r>
      <w:r>
        <w:br/>
      </w:r>
      <w:r>
        <w:rPr>
          <w:sz w:val="20"/>
        </w:rPr>
        <w:t>1:10:34  constitution ke kisi daf'ay ko constitution hi ke tareeqay par khatm kar sakte hain aap.</w:t>
      </w:r>
      <w:r>
        <w:br/>
      </w:r>
      <w:r>
        <w:rPr>
          <w:sz w:val="20"/>
        </w:rPr>
        <w:t>1:10:38  to sarak par jo taqreerein karte hain, woh nahi jante ke yeh yeh aik constitutional issue hai.</w:t>
      </w:r>
      <w:r>
        <w:br/>
      </w:r>
      <w:r>
        <w:rPr>
          <w:sz w:val="20"/>
        </w:rPr>
        <w:t>1:10:42  aur constitutional issue ko constitution hi ke zariye se khatm kar sakte hain.</w:t>
      </w:r>
      <w:r>
        <w:br/>
      </w:r>
      <w:r>
        <w:rPr>
          <w:sz w:val="20"/>
        </w:rPr>
        <w:t>1:10:46  stage activism aur street activism se is ko khatm nahi kiya ja sakta.</w:t>
      </w:r>
      <w:r>
        <w:br/>
      </w:r>
      <w:r>
        <w:rPr>
          <w:sz w:val="20"/>
        </w:rPr>
        <w:t>1:10:49  aur naye naye masail paida honge.</w:t>
      </w:r>
      <w:r>
        <w:br/>
      </w:r>
      <w:r>
        <w:rPr>
          <w:sz w:val="20"/>
        </w:rPr>
        <w:t>1:10:53  baqi islam se</w:t>
      </w:r>
      <w:r>
        <w:br/>
      </w:r>
      <w:r>
        <w:rPr>
          <w:sz w:val="20"/>
        </w:rPr>
        <w:t>1:10:57  is ka koi taalluq nahi hai. yeh ek siyasi issue hai. constitution ka ek ek masla hai. Maulana, agla sawal Mansoor Tirmizi sahib ne poocha hai. unhone apni location nahi batai hai. un ka sawal yeh hai ke: Maulana, is there anything in the hadith literature that makes the young generation bound to obey their parents order or their elder siblings or close relatives? bhai,</w:t>
      </w:r>
    </w:p>
    <w:p>
      <w:pPr>
        <w:pStyle w:val="Heading2"/>
      </w:pPr>
      <w:r>
        <w:t>a Turkish education empire inside America's empire</w:t>
      </w:r>
    </w:p>
    <w:p>
      <w:r>
        <w:rPr>
          <w:color w:val="666666"/>
          <w:sz w:val="18"/>
        </w:rPr>
        <w:t>Wisdom September 20, 2015 · 2m 08s · at 17:00 · https://youtu.be/Xgk_3YvTkSQ?t=1020</w:t>
      </w:r>
    </w:p>
    <w:p>
      <w:r>
        <w:rPr>
          <w:i/>
        </w:rPr>
        <w:t>“جب میں شکاگو ایئرپورٹ پہ اترا تو ترک لوگوں نے مجھے ایک سینٹر دکھایا”</w:t>
      </w:r>
    </w:p>
    <w:p>
      <w:r>
        <w:rPr>
          <w:sz w:val="20"/>
        </w:rPr>
        <w:t>17:00  misal ke taur par dekhiye, jab main Chicago airport pe utra to wahan par ek Turk logon ne, jo un ke manne wale hain, brother Glenn ke manne wale hain,</w:t>
      </w:r>
      <w:r>
        <w:br/>
      </w:r>
      <w:r>
        <w:rPr>
          <w:sz w:val="20"/>
        </w:rPr>
        <w:t>17:16  unhon ne ek center banaya hai, Turkish American Center. woh Chicago airport ke bohat qareeb hai, Turkish American Center.</w:t>
      </w:r>
      <w:r>
        <w:br/>
      </w:r>
      <w:r>
        <w:rPr>
          <w:sz w:val="20"/>
        </w:rPr>
        <w:t>17:27  to</w:t>
      </w:r>
      <w:r>
        <w:br/>
      </w:r>
      <w:r>
        <w:rPr>
          <w:sz w:val="20"/>
        </w:rPr>
        <w:t>17:28  aap jante hain ke yeh Glenn ki jo party hai, woh saari duniya mein school chalati hai, bohat hi achhe mayar, standard ke school, hazaron hazaron ki tadad mein.</w:t>
      </w:r>
      <w:r>
        <w:br/>
      </w:r>
      <w:r>
        <w:rPr>
          <w:sz w:val="20"/>
        </w:rPr>
        <w:t>17:43  to Chicago airport ke paas unhon ne ek bohat achha school khola hai, wahan par center banaya hai, is ka naam hai Turkish American Center.</w:t>
      </w:r>
      <w:r>
        <w:br/>
      </w:r>
      <w:r>
        <w:rPr>
          <w:sz w:val="20"/>
        </w:rPr>
        <w:t>17:54  to wahan mujhe le gaye woh.</w:t>
      </w:r>
      <w:r>
        <w:br/>
      </w:r>
      <w:r>
        <w:rPr>
          <w:sz w:val="20"/>
        </w:rPr>
        <w:t>17:56  woh itna shandar tha, itna shandar tha ke dekh kar mere zuban se jo nikla, jo lafz, woh yeh tha ke</w:t>
      </w:r>
      <w:r>
        <w:br/>
      </w:r>
      <w:r>
        <w:rPr>
          <w:sz w:val="20"/>
        </w:rPr>
        <w:t>18:10  woh yeh tha ke</w:t>
      </w:r>
      <w:r>
        <w:br/>
      </w:r>
      <w:r>
        <w:rPr>
          <w:sz w:val="20"/>
        </w:rPr>
        <w:t>18:16  superpower with in superpower. yani America khud ek superpower hai,</w:t>
      </w:r>
      <w:r>
        <w:br/>
      </w:r>
      <w:r>
        <w:rPr>
          <w:sz w:val="20"/>
        </w:rPr>
        <w:t>18:24  is ke andar ek ek aur ek aur superpower bana bana hua hai, yani American superpower ke andar ke in logon ne jo yeh log jo kaam kar rahe hain taleem ka, woh itna bada hai ke is ko aap keh sakte hain ke educational empire.</w:t>
      </w:r>
      <w:r>
        <w:br/>
      </w:r>
      <w:r>
        <w:rPr>
          <w:sz w:val="20"/>
        </w:rPr>
        <w:t>18:47  to empire with in empire hai, woh empire with in empire.</w:t>
      </w:r>
      <w:r>
        <w:br/>
      </w:r>
      <w:r>
        <w:rPr>
          <w:sz w:val="20"/>
        </w:rPr>
        <w:t>18:55  to is ke ma'ne yeh hain ke America apni apni security ke liye bohat hassas hai, apni security ke liye be hadd hassas hai.</w:t>
      </w:r>
    </w:p>
    <w:p>
      <w:pPr>
        <w:pStyle w:val="Heading2"/>
      </w:pPr>
      <w:r>
        <w:t>Result-oriented approach from childhood</w:t>
      </w:r>
    </w:p>
    <w:p>
      <w:r>
        <w:rPr>
          <w:color w:val="666666"/>
          <w:sz w:val="18"/>
        </w:rPr>
        <w:t>Interview Session with Maulana Wahiduddin Khan December 18, 2018 · 27s · at 4:05 · https://youtu.be/hLFWrNgTn1I?t=245</w:t>
      </w:r>
    </w:p>
    <w:p>
      <w:r>
        <w:rPr>
          <w:i/>
        </w:rPr>
        <w:t>“My approach was result-oriented from day one.”</w:t>
      </w:r>
    </w:p>
    <w:p>
      <w:r>
        <w:rPr>
          <w:sz w:val="20"/>
        </w:rPr>
        <w:t>4:05  realistic approach.</w:t>
      </w:r>
      <w:r>
        <w:br/>
      </w:r>
      <w:r>
        <w:rPr>
          <w:sz w:val="20"/>
        </w:rPr>
        <w:t>4:07  kuch bhi pareshan nahi hua hoon mein. aise hi dekhiye, agar aap meri</w:t>
      </w:r>
      <w:r>
        <w:br/>
      </w:r>
      <w:r>
        <w:rPr>
          <w:sz w:val="20"/>
        </w:rPr>
        <w:t>4:15  cheezein parhein to aap ek bohat hi different cheez paayenge. woh yeh hai ke mera approach jo tha woh awwal din se result par oriented tha.</w:t>
      </w:r>
      <w:r>
        <w:br/>
      </w:r>
      <w:r>
        <w:rPr>
          <w:sz w:val="20"/>
        </w:rPr>
        <w:t>4:29  mein kabhi reaction nahi kiya maine.</w:t>
      </w:r>
    </w:p>
    <w:p>
      <w:pPr>
        <w:pStyle w:val="Heading2"/>
      </w:pPr>
      <w:r>
        <w:t>Everyone must die; the wisest remember it</w:t>
      </w:r>
    </w:p>
    <w:p>
      <w:r>
        <w:rPr>
          <w:color w:val="666666"/>
          <w:sz w:val="18"/>
        </w:rPr>
        <w:t>Take it as A Challenge April 29, 2007 · 32s · at 1:04:01 · https://youtu.be/pONW5UkRZ_M?t=3841</w:t>
      </w:r>
    </w:p>
    <w:p>
      <w:r>
        <w:rPr>
          <w:i/>
        </w:rPr>
        <w:t>“Kaun hai jo apne ko bacha sakta hai maut se?”</w:t>
      </w:r>
    </w:p>
    <w:p>
      <w:r>
        <w:rPr>
          <w:sz w:val="20"/>
        </w:rPr>
        <w:t>1:04:01  Eltsin jo hai, mujh se das saal chota tha. Woh mar gaya. To kaun kaun hai jo apne ko bacha sakta hai maut se?</w:t>
      </w:r>
      <w:r>
        <w:br/>
      </w:r>
      <w:r>
        <w:rPr>
          <w:sz w:val="20"/>
        </w:rPr>
        <w:t>1:04:11  Aap jaante hain, bachche marte hain, jawan marte hain, boorhe marte hain. To log sochte nahi ke mujhe marna hai,</w:t>
      </w:r>
      <w:r>
        <w:br/>
      </w:r>
      <w:r>
        <w:rPr>
          <w:sz w:val="20"/>
        </w:rPr>
        <w:t>1:04:24  sochte nahin ke mujhe marna hai. hadith mein aata hai ke sab se aqalmand woh hai jo jaane ke mujhe marna hai.</w:t>
      </w:r>
    </w:p>
    <w:p>
      <w:pPr>
        <w:pStyle w:val="Heading2"/>
      </w:pPr>
      <w:r>
        <w:t>Value of distractions</w:t>
      </w:r>
    </w:p>
    <w:p>
      <w:r>
        <w:rPr>
          <w:color w:val="666666"/>
          <w:sz w:val="18"/>
        </w:rPr>
        <w:t>A Conversation on Life and Beyound April 30, 2016 · 27s · at 27:23 · https://youtu.be/JQYiWeopeFA?t=1643</w:t>
      </w:r>
    </w:p>
    <w:p>
      <w:r>
        <w:rPr>
          <w:i/>
        </w:rPr>
        <w:t>“Distraction is intake food”</w:t>
      </w:r>
    </w:p>
    <w:p>
      <w:r>
        <w:rPr>
          <w:sz w:val="20"/>
        </w:rPr>
        <w:t>27:23  dekhiye, distraction toh intek food hai.</w:t>
      </w:r>
      <w:r>
        <w:br/>
      </w:r>
      <w:r>
        <w:rPr>
          <w:sz w:val="20"/>
        </w:rPr>
        <w:t>27:31  log uski value nahin jante. distraction ki value nahin jante. woh toh internet food hai. agar aaj bahar jana hai, toh waqt bhi nikal lenge. uski value nahin jante. isliye bahut logon ka waqt hota hai, lekin kya karte hain?</w:t>
      </w:r>
    </w:p>
    <w:p>
      <w:pPr>
        <w:pStyle w:val="Heading2"/>
      </w:pPr>
      <w:r>
        <w:t>World full of options</w:t>
      </w:r>
    </w:p>
    <w:p>
      <w:r>
        <w:rPr>
          <w:color w:val="666666"/>
          <w:sz w:val="18"/>
        </w:rPr>
        <w:t>Art of Life Management (English) April 13, 2007 Maulana Wahiduddin Khan · 56s · at 0:55 · https://youtu.be/XBfCGmKsAig?t=55</w:t>
      </w:r>
    </w:p>
    <w:p>
      <w:r>
        <w:rPr>
          <w:i/>
        </w:rPr>
        <w:t>“I can summarize it in these few words that”</w:t>
      </w:r>
    </w:p>
    <w:p>
      <w:r>
        <w:rPr>
          <w:sz w:val="20"/>
        </w:rPr>
        <w:t>0:55  i can summarize it in these few words that: our world is full of options</w:t>
      </w:r>
      <w:r>
        <w:br/>
      </w:r>
      <w:r>
        <w:rPr>
          <w:sz w:val="20"/>
        </w:rPr>
        <w:t>1:07  . our world is full of options. in every situation, there are more than one option.</w:t>
      </w:r>
      <w:r>
        <w:br/>
      </w:r>
      <w:r>
        <w:rPr>
          <w:sz w:val="20"/>
        </w:rPr>
        <w:t>1:20  so every time, and every in every situation, we we have this question that: which one of which one of the options you have to opt?</w:t>
      </w:r>
      <w:r>
        <w:br/>
      </w:r>
      <w:r>
        <w:rPr>
          <w:sz w:val="20"/>
        </w:rPr>
        <w:t>1:41  every time, in every situation, every where, there are more than one options. so this is your test.</w:t>
      </w:r>
    </w:p>
    <w:p>
      <w:pPr>
        <w:pStyle w:val="Heading2"/>
      </w:pPr>
      <w:r>
        <w:t>Vegetarian dilemma and life's adjustments</w:t>
      </w:r>
    </w:p>
    <w:p>
      <w:r>
        <w:rPr>
          <w:color w:val="666666"/>
          <w:sz w:val="18"/>
        </w:rPr>
        <w:t>Discussions on the impact of Maulana Wahiduddin Khan's Thought June 28, 2020 · 1m 27s · at 6:20 · https://youtu.be/tOuo9f842fI?t=380</w:t>
      </w:r>
    </w:p>
    <w:p>
      <w:r>
        <w:rPr>
          <w:i/>
        </w:rPr>
        <w:t>“I was going through this dialogue inside my head.”</w:t>
      </w:r>
    </w:p>
    <w:p>
      <w:r>
        <w:rPr>
          <w:sz w:val="20"/>
        </w:rPr>
        <w:t>6:20  Uh, so at that time, uh, around, uh, I think I met him in 2018 or '17 and I'm not sure. But I was that time I was going through this dialogue inside my head that, you know, uh, should I turn vegetarian, basically, or not?</w:t>
      </w:r>
      <w:r>
        <w:br/>
      </w:r>
      <w:r>
        <w:rPr>
          <w:sz w:val="20"/>
        </w:rPr>
        <w:t>6:35  Uh,</w:t>
      </w:r>
      <w:r>
        <w:br/>
      </w:r>
      <w:r>
        <w:rPr>
          <w:sz w:val="20"/>
        </w:rPr>
        <w:t>6:36  like, and that was the dialogue that I was going through in my mind, you know? Uh, like, killing a purse, like, killing someone to actually have your food. Is itright or is it wrong?</w:t>
      </w:r>
      <w:r>
        <w:br/>
      </w:r>
      <w:r>
        <w:rPr>
          <w:sz w:val="20"/>
        </w:rPr>
        <w:t>6:44  So I and so I basically asked him this, okay? And, uh, he started narrating a story as he does. So I think he told me that, you know, he's in Russia and, uh, there's nothing really vegetarian, uh, that you get in Russia.</w:t>
      </w:r>
      <w:r>
        <w:br/>
      </w:r>
      <w:r>
        <w:rPr>
          <w:sz w:val="20"/>
        </w:rPr>
        <w:t>7:00  So, uh, he and he doesn't usually eat non-vegetarian food, okay?</w:t>
      </w:r>
      <w:r>
        <w:br/>
      </w:r>
      <w:r>
        <w:rPr>
          <w:sz w:val="20"/>
        </w:rPr>
        <w:t>7:06  So he said that since nothing was available there I had to actually, you know, uh, switch. And that's how, uh, things are, uh, in life.</w:t>
      </w:r>
      <w:r>
        <w:br/>
      </w:r>
      <w:r>
        <w:rPr>
          <w:sz w:val="20"/>
        </w:rPr>
        <w:t>7:16  That it's not black and white. It's very, uh, you know, case-to-case basis. You obviously should, uh, hold on to, uh, what you</w:t>
      </w:r>
      <w:r>
        <w:br/>
      </w:r>
      <w:r>
        <w:rPr>
          <w:sz w:val="20"/>
        </w:rPr>
        <w:t>7:24  feel,right? But at the same time you'll have to make adjustments because, uh, you know, it's not always, uh, you can. Or it's very difficult sometimes to actually hold on to things.</w:t>
      </w:r>
      <w:r>
        <w:br/>
      </w:r>
      <w:r>
        <w:rPr>
          <w:sz w:val="20"/>
        </w:rPr>
        <w:t>7:35  So yeah, that's kind of, I think, stuck with me and, uh, helped me also, you know, find that answer within myself that, you know, what, what should I be doing?</w:t>
      </w:r>
    </w:p>
    <w:p>
      <w:pPr>
        <w:pStyle w:val="Heading2"/>
      </w:pPr>
      <w:r>
        <w:t>Problems as nature, not obstacles, management</w:t>
      </w:r>
    </w:p>
    <w:p>
      <w:r>
        <w:rPr>
          <w:color w:val="666666"/>
          <w:sz w:val="18"/>
        </w:rPr>
        <w:t>How to Deal with Problems December 07, 2008 · 3m 42s · at 2:08 · https://youtu.be/7ohPSsTkiw4?t=128</w:t>
      </w:r>
    </w:p>
    <w:p>
      <w:r>
        <w:rPr>
          <w:i/>
        </w:rPr>
        <w:t>“Dekhiye, jo cheez part of nature ho, woh obstacle nahi hoti.”</w:t>
      </w:r>
    </w:p>
    <w:p>
      <w:r>
        <w:rPr>
          <w:sz w:val="20"/>
        </w:rPr>
        <w:t>2:08  dekhiye, jo cheez part of nature ho, woh obstacle nahin hoti. garmi mein suraj bohat garam ho jata hai to kya aap is ko problem samajhte hain?</w:t>
      </w:r>
      <w:r>
        <w:br/>
      </w:r>
      <w:r>
        <w:rPr>
          <w:sz w:val="20"/>
        </w:rPr>
        <w:t>2:20  barsaat mein kechar ho jati hai, mud ho jata hai to kya aap is ko problem samajhte hain? problem nahin hai, woh part of nature hai woh.</w:t>
      </w:r>
      <w:r>
        <w:br/>
      </w:r>
      <w:r>
        <w:rPr>
          <w:sz w:val="20"/>
        </w:rPr>
        <w:t>2:31  to jo cheez part of nature ho, woh problem nahin hoti. problem to woh hai jo nature se alag kuch ho jae.</w:t>
      </w:r>
      <w:r>
        <w:br/>
      </w:r>
      <w:r>
        <w:rPr>
          <w:sz w:val="20"/>
        </w:rPr>
        <w:t>2:44  yeh baat janna bohat zaroori hai. yeh baat janna bohat zaroori hai. agar yeh baat aadmi na jaane to phir woh samajh nahin sakta ke problem se kaise deal kiya jae.</w:t>
      </w:r>
      <w:r>
        <w:br/>
      </w:r>
      <w:r>
        <w:rPr>
          <w:sz w:val="20"/>
        </w:rPr>
        <w:t>3:01  samajh nahin sakta. to aap yeh formula likh lijie ke most of the problems are psychological in nature and not physical in nature.</w:t>
      </w:r>
      <w:r>
        <w:br/>
      </w:r>
      <w:r>
        <w:rPr>
          <w:sz w:val="20"/>
        </w:rPr>
        <w:t>3:21  Most of the problems are psychological in nature and not physical in nature.</w:t>
      </w:r>
      <w:r>
        <w:br/>
      </w:r>
      <w:r>
        <w:rPr>
          <w:sz w:val="20"/>
        </w:rPr>
        <w:t>3:29  yeh basic formula aap jaan lijie. dekhiye, ek yeh hai ke aadmi ka haath kat gaya, paon kat gaya, bleeding ho rahi hai.</w:t>
      </w:r>
      <w:r>
        <w:br/>
      </w:r>
      <w:r>
        <w:rPr>
          <w:sz w:val="20"/>
        </w:rPr>
        <w:t>3:40  Bleeding ho rahi hai to that is physical problem. aap ko bleeding ko rokna hai jaldi se. yeh psychological problem nahin hai.</w:t>
      </w:r>
      <w:r>
        <w:br/>
      </w:r>
      <w:r>
        <w:rPr>
          <w:sz w:val="20"/>
        </w:rPr>
        <w:t>3:52  to jahan aisa koi baat ho ke chot lag gayi hai, bleeding ho rahi hai, to you have to take it as a physical problem.</w:t>
      </w:r>
      <w:r>
        <w:br/>
      </w:r>
      <w:r>
        <w:rPr>
          <w:sz w:val="20"/>
        </w:rPr>
        <w:t>4:03  to doctor ke paas jaiye, hospital jaiye. lekin jo, jaise ke jo tension ho jata hai logon ko, kisi ne kuch keh diya to aap ko ghussa aa jata hai.</w:t>
      </w:r>
      <w:r>
        <w:br/>
      </w:r>
      <w:r>
        <w:rPr>
          <w:sz w:val="20"/>
        </w:rPr>
        <w:t>4:14  That is psychological problem. is ke liye aap ko kisi doctor ke paas daurne ki zaroorat nahin hai.</w:t>
      </w:r>
      <w:r>
        <w:br/>
      </w:r>
      <w:r>
        <w:rPr>
          <w:sz w:val="20"/>
        </w:rPr>
        <w:t>4:24  to first of all you have to differentiate between the two kinds of problems. agar yeh nahin karenge aap to aap ko confusion rahega aur phir aap problem ko solve nahin kar paenge.</w:t>
      </w:r>
      <w:r>
        <w:br/>
      </w:r>
      <w:r>
        <w:rPr>
          <w:sz w:val="20"/>
        </w:rPr>
        <w:t>4:42  yeh bohat hi zaroori hai janna ke problem ki do qismein hain: physical aur psychological. aur ziyada tar psychological hi hoti hain.</w:t>
      </w:r>
      <w:r>
        <w:br/>
      </w:r>
      <w:r>
        <w:rPr>
          <w:sz w:val="20"/>
        </w:rPr>
        <w:t>4:54  to physical mein to aap is ka treatment karenge, medical treatment ya aur koi treatment. psychological mein kya hai?</w:t>
      </w:r>
      <w:r>
        <w:br/>
      </w:r>
      <w:r>
        <w:rPr>
          <w:sz w:val="20"/>
        </w:rPr>
        <w:t>5:04  is ko aap ko intellectual level par manage karna hai. treatment nahin chahiye is ke liye. yaani physical problem ko aap ko khatam karna hai.</w:t>
      </w:r>
      <w:r>
        <w:br/>
      </w:r>
      <w:r>
        <w:rPr>
          <w:sz w:val="20"/>
        </w:rPr>
        <w:t>5:15  yaani bleeding ko rokna hai. physical problem ko aap ko khatam karna parta hai. bleeding ko rokna parta hai.</w:t>
      </w:r>
      <w:r>
        <w:br/>
      </w:r>
      <w:r>
        <w:rPr>
          <w:sz w:val="20"/>
        </w:rPr>
        <w:t>5:27  Psychological problem ka nature ek dam alag hai. Is ko manage karna parta hai.</w:t>
      </w:r>
      <w:r>
        <w:br/>
      </w:r>
      <w:r>
        <w:rPr>
          <w:sz w:val="20"/>
        </w:rPr>
        <w:t>5:37  Is ko manage karna parta hai. Yeh janana bohat hi zyada zaroori hai. Main aap ko kuch example doon, is se baat clear ho jaye gi.</w:t>
      </w:r>
    </w:p>
    <w:p>
      <w:pPr>
        <w:pStyle w:val="Heading2"/>
      </w:pPr>
      <w:r>
        <w:t>Full Q&amp;A on negative responses and difference</w:t>
      </w:r>
    </w:p>
    <w:p>
      <w:r>
        <w:rPr>
          <w:color w:val="666666"/>
          <w:sz w:val="18"/>
        </w:rPr>
        <w:t>Faith March 30, 2019 · 5m 45s · at 16:36 · https://youtu.be/zcqo87p7uks?t=996</w:t>
      </w:r>
    </w:p>
    <w:p>
      <w:r>
        <w:rPr>
          <w:i/>
        </w:rPr>
        <w:t>“Moulana, jo aapne abhi kaha”</w:t>
      </w:r>
    </w:p>
    <w:p>
      <w:r>
        <w:rPr>
          <w:sz w:val="20"/>
        </w:rPr>
        <w:t>16:36  maulana, jo aap ne abhi kaha ke hum sab logon ko ah mister different aur miss different ban ke rehna hai, to kya yeh keh sakte hain ke ah is ka jo doosra meaning hoga ke hamein ek predictable character ban ke rehna hai?</w:t>
      </w:r>
      <w:r>
        <w:br/>
      </w:r>
      <w:r>
        <w:rPr>
          <w:sz w:val="20"/>
        </w:rPr>
        <w:t>16:52  kyun ke aaj ki date mein maulana, ah log bohat unpredictable hain, to isi liye woh different lagte nahi hain. lekin agar hum predictable character ban jayein to hum doosron ki nazar mein bohat different ban ke reh jayenge.</w:t>
      </w:r>
      <w:r>
        <w:br/>
      </w:r>
      <w:r>
        <w:rPr>
          <w:sz w:val="20"/>
        </w:rPr>
        <w:t>17:07  kya yeh sahi</w:t>
      </w:r>
      <w:r>
        <w:br/>
      </w:r>
      <w:r>
        <w:rPr>
          <w:sz w:val="20"/>
        </w:rPr>
        <w:t>17:08  hai? haan, sahi hai. woh logon ko, un ke mind ko trigger karega. aap jo un ko dikhai denge, apne mind se alag, to is se un ka mind trigger trigger hoga ke bhai yeh kya mamla hai, kyun aisa hai yeh aadmi?</w:t>
      </w:r>
      <w:r>
        <w:br/>
      </w:r>
      <w:r>
        <w:rPr>
          <w:sz w:val="20"/>
        </w:rPr>
        <w:t>17:27  jaisa ke status baran ke bare mein hua. ab dekhiye, status baran ka wahan se favorite ho chuka hai, lekin sab ke mind mein kahin na kahin yeh hoga ke is is lady ko woh kya cheez hai jis ne is lady ko miss different bana diya?</w:t>
      </w:r>
      <w:r>
        <w:br/>
      </w:r>
      <w:r>
        <w:rPr>
          <w:sz w:val="20"/>
        </w:rPr>
        <w:t>17:49  yani constitutionally ya in constitutionally? aur kahin na kahin woh aa ke is ko aik samnay question ban ke samnay aa jaye ga ke yeh to mein samajhta hoon ke bohat success ki baat hai ke wahan wohi yeh chor kar aayi hain aik sawal</w:t>
      </w:r>
      <w:r>
        <w:br/>
      </w:r>
      <w:r>
        <w:rPr>
          <w:sz w:val="20"/>
        </w:rPr>
        <w:t>18:13  ke mein bhi tumhare tareeqay se thi yahan par, lekin tum ne dekha ke mein mein behavior mukhtalif tha.</w:t>
      </w:r>
      <w:r>
        <w:br/>
      </w:r>
      <w:r>
        <w:rPr>
          <w:sz w:val="20"/>
        </w:rPr>
        <w:t>18:24  log jahan shikayatein karte thay, mein kabhi shikayat ki nahi, kabhi demand ki nahi, kabhi demand ki nahi, shikayat na demand.</w:t>
      </w:r>
      <w:r>
        <w:br/>
      </w:r>
      <w:r>
        <w:rPr>
          <w:sz w:val="20"/>
        </w:rPr>
        <w:t>18:36  to wahan aik aik aik chor ke aayi hain, woh aik question chor kar aayi hain. to aaj nahi, kal, kal nahi, parson woh logon ke mind ko trigger trigger kare ga.</w:t>
      </w:r>
      <w:r>
        <w:br/>
      </w:r>
      <w:r>
        <w:rPr>
          <w:sz w:val="20"/>
        </w:rPr>
        <w:t>18:50  to a bound to trigger your mind.</w:t>
      </w:r>
      <w:r>
        <w:br/>
      </w:r>
      <w:r>
        <w:rPr>
          <w:sz w:val="20"/>
        </w:rPr>
        <w:t>18:56  dekhein, mein phir kahoon ga ke yeh jo kaha to kaha jata hai bohat ziyada ke akhlaq ka muzahira bilkul lagho baat hai, absurd baat hai.</w:t>
      </w:r>
      <w:r>
        <w:br/>
      </w:r>
      <w:r>
        <w:rPr>
          <w:sz w:val="20"/>
        </w:rPr>
        <w:t>19:09  koi aap ke akhlaq ko nahi dekh sakta, na muzahira karne ke liye koi akhlaq hota hai. nahi, aap apne behavior mein different dikhai dein.</w:t>
      </w:r>
      <w:r>
        <w:br/>
      </w:r>
      <w:r>
        <w:rPr>
          <w:sz w:val="20"/>
        </w:rPr>
        <w:t>19:23  yeh meri discovery hai ke akhlaq ki baatein jo log karte hain, yeh bilkul baseless baat hoti hai, is ka koi faida nahi.</w:t>
      </w:r>
      <w:r>
        <w:br/>
      </w:r>
      <w:r>
        <w:rPr>
          <w:sz w:val="20"/>
        </w:rPr>
        <w:t>19:35  asal cheez hai ideology, ideology aap ki aur doosre aap ka. yani daily behavior mein aap ka different hona,</w:t>
      </w:r>
      <w:r>
        <w:br/>
      </w:r>
      <w:r>
        <w:rPr>
          <w:sz w:val="20"/>
        </w:rPr>
        <w:t>19:51  yeh yeh logon ko asal cheez hai ke logon ke mind mein sawal paida ho. aap ke akhlaq se kuch nahi hota, aap akhlaq, aap aap sawal dein logon ko, sawal dein jis se un ka mind trigger ho,</w:t>
      </w:r>
      <w:r>
        <w:br/>
      </w:r>
      <w:r>
        <w:rPr>
          <w:sz w:val="20"/>
        </w:rPr>
        <w:t>20:10  mind trigger ho, phir woh aagay sochay ga, yeh asal hai.</w:t>
      </w:r>
      <w:r>
        <w:br/>
      </w:r>
      <w:r>
        <w:rPr>
          <w:sz w:val="20"/>
        </w:rPr>
        <w:t>20:22  maulana, through these examples, I have got a very positive</w:t>
      </w:r>
      <w:r>
        <w:br/>
      </w:r>
      <w:r>
        <w:rPr>
          <w:sz w:val="20"/>
        </w:rPr>
        <w:t>20:31  interpretation of how people can look at us differently. and I think it's a very, this is something that we should introspect upon all the time, whether we are getting that response or are we triggering the mind of people at all times.</w:t>
      </w:r>
      <w:r>
        <w:br/>
      </w:r>
      <w:r>
        <w:rPr>
          <w:sz w:val="20"/>
        </w:rPr>
        <w:t>20:52  and I will introspect on this, and how I am, what sort of response I am getting from people.</w:t>
      </w:r>
      <w:r>
        <w:br/>
      </w:r>
      <w:r>
        <w:rPr>
          <w:sz w:val="20"/>
        </w:rPr>
        <w:t>21:01  but as per my experience, Maulana, people look at us differently, but many times it's not in a good way.</w:t>
      </w:r>
      <w:r>
        <w:br/>
      </w:r>
      <w:r>
        <w:rPr>
          <w:sz w:val="20"/>
        </w:rPr>
        <w:t>21:11  is that also, matlab it it is like, what are they saying? what what are they doing in life?</w:t>
      </w:r>
      <w:r>
        <w:br/>
      </w:r>
      <w:r>
        <w:rPr>
          <w:sz w:val="20"/>
        </w:rPr>
        <w:t>21:20  we often get a negative response. is that also okay?</w:t>
      </w:r>
      <w:r>
        <w:br/>
      </w:r>
      <w:r>
        <w:rPr>
          <w:sz w:val="20"/>
        </w:rPr>
        <w:t>21:26  haan, theek hai, aise bhi log hon ge, lekin mein samajhta hoon ke un ki nature yeh un se kahay gi ke why this mind is different?</w:t>
      </w:r>
      <w:r>
        <w:br/>
      </w:r>
      <w:r>
        <w:rPr>
          <w:sz w:val="20"/>
        </w:rPr>
        <w:t>21:37  why this lady is different? yeh it is but natural. mere experience mein yeh cheez jani hai.</w:t>
      </w:r>
      <w:r>
        <w:br/>
      </w:r>
      <w:r>
        <w:rPr>
          <w:sz w:val="20"/>
        </w:rPr>
        <w:t>21:51  mein ne aap ki baat apni jagah pe, woh bhi aik</w:t>
      </w:r>
    </w:p>
    <w:p>
      <w:pPr>
        <w:pStyle w:val="Heading2"/>
      </w:pPr>
      <w:r>
        <w:t>Ottoman Caliphate's fall and rise of Gulen's education empire</w:t>
      </w:r>
    </w:p>
    <w:p>
      <w:r>
        <w:rPr>
          <w:color w:val="666666"/>
          <w:sz w:val="18"/>
        </w:rPr>
        <w:t>Lessons from My Journey to the US September 13, 2015 · 5m 30s · at 24:37 · https://youtu.be/RgXmKX1PxQc?t=1477</w:t>
      </w:r>
    </w:p>
    <w:p>
      <w:r>
        <w:rPr>
          <w:i/>
        </w:rPr>
        <w:t>“The Turkish nation built the Ottoman Caliphate, then an educational one”</w:t>
      </w:r>
    </w:p>
    <w:p>
      <w:r>
        <w:rPr>
          <w:sz w:val="20"/>
        </w:rPr>
        <w:t>24:37  Turk khilafat qaim ki thi, jis ko Ottoman Empire kehte hain.</w:t>
      </w:r>
      <w:r>
        <w:br/>
      </w:r>
      <w:r>
        <w:rPr>
          <w:sz w:val="20"/>
        </w:rPr>
        <w:t>24:45  sainkaron saal tak nihayat kamyabi ke sath chalti rahi, lekin First World War ke zamane mein aise halaat paida hue ke yeh khilafat toot gayi.</w:t>
      </w:r>
      <w:r>
        <w:br/>
      </w:r>
      <w:r>
        <w:rPr>
          <w:sz w:val="20"/>
        </w:rPr>
        <w:t>25:00  log samajhte hain ke is ko Mustafa Kamal Atatürk ne is ko khatam kiya, lekin maine is ki study</w:t>
      </w:r>
      <w:r>
        <w:br/>
      </w:r>
      <w:r>
        <w:rPr>
          <w:sz w:val="20"/>
        </w:rPr>
        <w:t>25:09  ki hai. main yeh keh sakta hoon ke kisi ek shakhs ki wajah se Turk Turkey ki khilafat ka khatma nahi hua, yeh zamane ka taqaza tha.</w:t>
      </w:r>
      <w:r>
        <w:br/>
      </w:r>
      <w:r>
        <w:rPr>
          <w:sz w:val="20"/>
        </w:rPr>
        <w:t>25:24  yaani political empire ka daur khatam ho gaya, yaani beesveen sadi ke aaghaz mein wo daur khatam ho gaya jabke political empire bana karti thi.</w:t>
      </w:r>
      <w:r>
        <w:br/>
      </w:r>
      <w:r>
        <w:rPr>
          <w:sz w:val="20"/>
        </w:rPr>
        <w:t>25:39  aap jante hain, is se pehle maghrib empire thi, british empire thi, roman empire, sasadi empire, bohat se empire dunya mein bane.</w:t>
      </w:r>
      <w:r>
        <w:br/>
      </w:r>
      <w:r>
        <w:rPr>
          <w:sz w:val="20"/>
        </w:rPr>
        <w:t>25:48  ek zamana tha jab ke aisa hota tha, lekin beesveen sadi ke shuru mein woh daur khatm ho chuka tha jabke koi political empire bana.</w:t>
      </w:r>
      <w:r>
        <w:br/>
      </w:r>
      <w:r>
        <w:rPr>
          <w:sz w:val="20"/>
        </w:rPr>
        <w:t>25:59  is zamane mein Allah taala ne Fatahullah Gulent sahib jo hain, un ko khara kiya.</w:t>
      </w:r>
      <w:r>
        <w:br/>
      </w:r>
      <w:r>
        <w:rPr>
          <w:sz w:val="20"/>
        </w:rPr>
        <w:t>26:06  woh bohat hi ajeeb ghareeb aadmi hain, bohat zabardast salahiyat wale aadmi hain. do million turk ke, turk ke do million log un ki party mein shamil hain, do million.</w:t>
      </w:r>
      <w:r>
        <w:br/>
      </w:r>
      <w:r>
        <w:rPr>
          <w:sz w:val="20"/>
        </w:rPr>
        <w:t>26:19  to unhon ne logon ko tayyar kiya, logon ko yeh jazba paida kiya ke woh woh taleem ke maidan mein kaam karein.</w:t>
      </w:r>
      <w:r>
        <w:br/>
      </w:r>
      <w:r>
        <w:rPr>
          <w:sz w:val="20"/>
        </w:rPr>
        <w:t>26:33  bohat jar ki baat pakri unhon ne.</w:t>
      </w:r>
      <w:r>
        <w:br/>
      </w:r>
      <w:r>
        <w:rPr>
          <w:sz w:val="20"/>
        </w:rPr>
        <w:t>26:36  is zamane mein number one ahmiyat taleem ki hoti hai, education. is ko pakra unhon ne ke humein sari dunya mein school kholne hain.</w:t>
      </w:r>
      <w:r>
        <w:br/>
      </w:r>
      <w:r>
        <w:rPr>
          <w:sz w:val="20"/>
        </w:rPr>
        <w:t>26:47  yeh bhi bohat ajeeb baat hai ke unhon ne university ke naam baat nahi ki ke university kholna hai. university se kuch nahi hota, jar jahan hai wahan aap ko pani dena parta hai.</w:t>
      </w:r>
      <w:r>
        <w:br/>
      </w:r>
      <w:r>
        <w:rPr>
          <w:sz w:val="20"/>
        </w:rPr>
        <w:t>27:01  to</w:t>
      </w:r>
      <w:r>
        <w:br/>
      </w:r>
      <w:r>
        <w:rPr>
          <w:sz w:val="20"/>
        </w:rPr>
        <w:t>27:02  pehli baat hai ke is achi schooling ho, school mein achhe talba tayyar hon, tab to university mein pohnchen ge. to university mein jo log pohnchte hain, sab se pehle woh tayyar hote hain school mein.</w:t>
      </w:r>
      <w:r>
        <w:br/>
      </w:r>
      <w:r>
        <w:rPr>
          <w:sz w:val="20"/>
        </w:rPr>
        <w:t>27:19  to school kholte hain, woh bohat standard school. to mein mein ne kaha ke is movement ne s</w:t>
      </w:r>
      <w:r>
        <w:br/>
      </w:r>
      <w:r>
        <w:rPr>
          <w:sz w:val="20"/>
        </w:rPr>
        <w:t>27:30  ari dunya mein educational empire bana rakha hai. educational empire, hazaron ki tadad mein un ke school hain dunya mein phailay hue hain.</w:t>
      </w:r>
      <w:r>
        <w:br/>
      </w:r>
      <w:r>
        <w:rPr>
          <w:sz w:val="20"/>
        </w:rPr>
        <w:t>27:46  to is safar mein jab mein ne is ko ghor kiya to ek baat samajh mein aayi meri ke Mustafa Kamal ne jo aelan kiya tha ke turki ki khilafat khatm ho gayi, to woh ek shakhs ka aelan nahi tha,</w:t>
      </w:r>
      <w:r>
        <w:br/>
      </w:r>
      <w:r>
        <w:rPr>
          <w:sz w:val="20"/>
        </w:rPr>
        <w:t>28:01  woh zabani ki awaz thi. zabani ki awaz jo ek shakhs ki zuban se degree aur us ki takmeel Fatahullah Gulent ne ki.</w:t>
      </w:r>
      <w:r>
        <w:br/>
      </w:r>
      <w:r>
        <w:rPr>
          <w:sz w:val="20"/>
        </w:rPr>
        <w:t>28:13  zamane mein ek waqea pesh aya tha, is waqea ke first half ka aelan kiya Kamal tha Turk ne, aur second half ka aelan hua Fatahullah Gulent ke zariye se.</w:t>
      </w:r>
      <w:r>
        <w:br/>
      </w:r>
      <w:r>
        <w:rPr>
          <w:sz w:val="20"/>
        </w:rPr>
        <w:t>28:29  yani woh kya tha? woh zamana khatm ho gaya jab dunya mein political empire bana karti thi, lekin opportunities khatm nahi huin,</w:t>
      </w:r>
      <w:r>
        <w:br/>
      </w:r>
      <w:r>
        <w:rPr>
          <w:sz w:val="20"/>
        </w:rPr>
        <w:t>28:44  is balkeh is se barh kar mawaqe paida ho gaye. yani aaj aap non-political empire bana sakte hain. yani pehle agar bana dete hain aap political empire to aaj aap bana sakte hain non-political empire, aur non-political empire ka to koi hudood sky is all evate.</w:t>
      </w:r>
      <w:r>
        <w:br/>
      </w:r>
      <w:r>
        <w:rPr>
          <w:sz w:val="20"/>
        </w:rPr>
        <w:t>29:03  sari dunya mein aap qaim kijiye, lekin na فوج ki zaroorat hai, na army ki zaroorat hai, na ladai karne ki zaroorat hai, kuch nahi.</w:t>
      </w:r>
      <w:r>
        <w:br/>
      </w:r>
      <w:r>
        <w:rPr>
          <w:sz w:val="20"/>
        </w:rPr>
        <w:t>29:12  to kaisi ajeeb cheez thi yeh jo Allah taala ne jis ki misaal turkon ke zariye se qaim ki, yani inhi ke zariye se jinhon ne dunya mein musalmanon ka muslim empire khara kar rakha tha, inhi ke zariye se.</w:t>
      </w:r>
      <w:r>
        <w:br/>
      </w:r>
      <w:r>
        <w:rPr>
          <w:sz w:val="20"/>
        </w:rPr>
        <w:t>29:29  yani beesveen sadi se pehle woh political empire banaye hue the,</w:t>
      </w:r>
      <w:r>
        <w:br/>
      </w:r>
      <w:r>
        <w:rPr>
          <w:sz w:val="20"/>
        </w:rPr>
        <w:t>29:39  beesveen sadi ke baad inhi logon ne dunya mein educational empire banaya.</w:t>
      </w:r>
      <w:r>
        <w:br/>
      </w:r>
      <w:r>
        <w:rPr>
          <w:sz w:val="20"/>
        </w:rPr>
        <w:t>29:48  to ab Allah ne inhi ko muntakhib kiya is ke liye ke woh dunya ko batayein ke ab matam mat karo, maeeshat mat parho, balkeh naye naye mawaqe samjho aur naye mawaqe ke lehaz se kaam karo.</w:t>
      </w:r>
    </w:p>
    <w:p>
      <w:pPr>
        <w:pStyle w:val="Heading2"/>
      </w:pPr>
      <w:r>
        <w:t>Self-planning vs central planning</w:t>
      </w:r>
    </w:p>
    <w:p>
      <w:r>
        <w:rPr>
          <w:color w:val="666666"/>
          <w:sz w:val="18"/>
        </w:rPr>
        <w:t>Replanning | February 26, 2017 · 2m 02s · at 15:36 · https://youtu.be/E120hwMH9x8?t=936</w:t>
      </w:r>
    </w:p>
    <w:p>
      <w:r>
        <w:rPr>
          <w:i/>
        </w:rPr>
        <w:t>“Bombay ki team ne jo kam kiya us se main khud be-khabar tha.”</w:t>
      </w:r>
    </w:p>
    <w:p>
      <w:r>
        <w:rPr>
          <w:sz w:val="20"/>
        </w:rPr>
        <w:t>15:36  .</w:t>
      </w:r>
      <w:r>
        <w:br/>
      </w:r>
      <w:r>
        <w:rPr>
          <w:sz w:val="20"/>
        </w:rPr>
        <w:t>15:41  ye hai raaz.</w:t>
      </w:r>
      <w:r>
        <w:br/>
      </w:r>
      <w:r>
        <w:rPr>
          <w:sz w:val="20"/>
        </w:rPr>
        <w:t>15:46  to bombay ki team ne jo kaam kiya us se mein khud be khabar tha.</w:t>
      </w:r>
      <w:r>
        <w:br/>
      </w:r>
      <w:r>
        <w:rPr>
          <w:sz w:val="20"/>
        </w:rPr>
        <w:t>15:51  aaj subah jab maloom hua to mujhe bohat khushi hui ke hamari team ke andar self planning ka</w:t>
      </w:r>
      <w:r>
        <w:br/>
      </w:r>
      <w:r>
        <w:rPr>
          <w:sz w:val="20"/>
        </w:rPr>
        <w:t>15:56  maada paida ho chuka hai yani center se in ko hidayat ki jaye wo kuch karein ye to</w:t>
      </w:r>
      <w:r>
        <w:br/>
      </w:r>
      <w:r>
        <w:rPr>
          <w:sz w:val="20"/>
        </w:rPr>
        <w:t>16:01  bohat choti baat hai.</w:t>
      </w:r>
      <w:r>
        <w:br/>
      </w:r>
      <w:r>
        <w:rPr>
          <w:sz w:val="20"/>
        </w:rPr>
        <w:t>16:06  yani central planning ko mein nahi manta central planning bohat acha lafz hai lekin wo wo central cling</w:t>
      </w:r>
      <w:r>
        <w:br/>
      </w:r>
      <w:r>
        <w:rPr>
          <w:sz w:val="20"/>
        </w:rPr>
        <w:t>16:14  hota hai amal.</w:t>
      </w:r>
      <w:r>
        <w:br/>
      </w:r>
      <w:r>
        <w:rPr>
          <w:sz w:val="20"/>
        </w:rPr>
        <w:t>16:21  central planning jo hai bohat khoobsurat lafz hai lekin practically wo central cling hai logon ko creative banaiye</w:t>
      </w:r>
      <w:r>
        <w:br/>
      </w:r>
      <w:r>
        <w:rPr>
          <w:sz w:val="20"/>
        </w:rPr>
        <w:t>16:29  logon ke logon ke mind ko jagah jagah jagaiye logon ko is q</w:t>
      </w:r>
      <w:r>
        <w:br/>
      </w:r>
      <w:r>
        <w:rPr>
          <w:sz w:val="20"/>
        </w:rPr>
        <w:t>16:36  abil banaiye ke wo khud sochein khud plan karein logon ki creativity ko badhaiye to Allah ke fazal</w:t>
      </w:r>
      <w:r>
        <w:br/>
      </w:r>
      <w:r>
        <w:rPr>
          <w:sz w:val="20"/>
        </w:rPr>
        <w:t>16:44  se bombay ki team ne dikhaya hai hamare mission mein ye already ye cheez paida ho chuki hai</w:t>
      </w:r>
      <w:r>
        <w:br/>
      </w:r>
      <w:r>
        <w:rPr>
          <w:sz w:val="20"/>
        </w:rPr>
        <w:t>16:52  logon ko to creative thinking hai already logon ko to creative thinking aa chuki hai aur wo is</w:t>
      </w:r>
      <w:r>
        <w:br/>
      </w:r>
      <w:r>
        <w:rPr>
          <w:sz w:val="20"/>
        </w:rPr>
        <w:t>17:00  ka istemal kar rahe hain wo.</w:t>
      </w:r>
      <w:r>
        <w:br/>
      </w:r>
      <w:r>
        <w:rPr>
          <w:sz w:val="20"/>
        </w:rPr>
        <w:t>17:08  yeh bohat bari main samajhta hoon ke hamari team ki speciality hai yeh yeh hamari team ki speciality hai ke woh khud se socha unhon ne khud se plan kiya khud se execute kiya aur kamyab hue to main Allah taala ka shukr ada karta hoon ke Allah taala ne hamari team ke andar yeh development paida</w:t>
      </w:r>
    </w:p>
    <w:p>
      <w:pPr>
        <w:pStyle w:val="Heading2"/>
      </w:pPr>
      <w:r>
        <w:t>Self-discovery through Newton example</w:t>
      </w:r>
    </w:p>
    <w:p>
      <w:r>
        <w:rPr>
          <w:color w:val="666666"/>
          <w:sz w:val="18"/>
        </w:rPr>
        <w:t>Scientific Temper April 08, 2020 Maulana Wahiduddin Khan · 1m 35s · at 26:45 · https://youtu.be/BqvmKPF6w0A?t=1605</w:t>
      </w:r>
    </w:p>
    <w:p>
      <w:r>
        <w:rPr>
          <w:i/>
        </w:rPr>
        <w:t>“The real issue is not being told, but developing your own thinking.”</w:t>
      </w:r>
    </w:p>
    <w:p>
      <w:r>
        <w:rPr>
          <w:sz w:val="20"/>
        </w:rPr>
        <w:t>26:45  asal masla yeh nahi hai ke aap koi aap ko bata de. asal masla yeh hai ke aap ki thinking itni developed ho ke aap khud se discover kar lein.</w:t>
      </w:r>
      <w:r>
        <w:br/>
      </w:r>
      <w:r>
        <w:rPr>
          <w:sz w:val="20"/>
        </w:rPr>
        <w:t>27:00  agar aap khud se discover nahi karein ge to kisi ko batane se aap ko kuch milne wala bhi nahi. kisi ko batane se aap ko milne wala bhi nahi.</w:t>
      </w:r>
      <w:r>
        <w:br/>
      </w:r>
      <w:r>
        <w:rPr>
          <w:sz w:val="20"/>
        </w:rPr>
        <w:t>27:17  yeh bohat zyada mein ne soch samajh kar ke mein ne yeh baat jani hai ke zaati discovery se aadmi pata kis cheez ko.</w:t>
      </w:r>
      <w:r>
        <w:br/>
      </w:r>
      <w:r>
        <w:rPr>
          <w:sz w:val="20"/>
        </w:rPr>
        <w:t>27:30  aap ghor kijiye. newton ko kis ne bataya tha?</w:t>
      </w:r>
      <w:r>
        <w:br/>
      </w:r>
      <w:r>
        <w:rPr>
          <w:sz w:val="20"/>
        </w:rPr>
        <w:t>27:36  kis ne bataya tha? law of gravity. nahi. oper se saib gira, us ke sir par us ne mar diya.</w:t>
      </w:r>
      <w:r>
        <w:br/>
      </w:r>
      <w:r>
        <w:rPr>
          <w:sz w:val="20"/>
        </w:rPr>
        <w:t>27:50  to mein samajhta hoon ke khamosh paigham jis ne diya ke tum kis ka intezar kar rahe ho?</w:t>
      </w:r>
      <w:r>
        <w:br/>
      </w:r>
      <w:r>
        <w:rPr>
          <w:sz w:val="20"/>
        </w:rPr>
        <w:t>27:56  ae newton,</w:t>
      </w:r>
      <w:r>
        <w:br/>
      </w:r>
      <w:r>
        <w:rPr>
          <w:sz w:val="20"/>
        </w:rPr>
        <w:t>27:57  to kis ko, to ko kis ka intezar hai? khud socho, khud socho, khud socho. to newton ko kisi ne bataya nahi.</w:t>
      </w:r>
      <w:r>
        <w:br/>
      </w:r>
      <w:r>
        <w:rPr>
          <w:sz w:val="20"/>
        </w:rPr>
        <w:t>28:07  law of gravity. us ne khud se socha, khud se jana, aur poori tareekh mein ek nai discovery ka woh imam ban gaya.</w:t>
      </w:r>
    </w:p>
    <w:p>
      <w:pPr>
        <w:pStyle w:val="Heading2"/>
      </w:pPr>
      <w:r>
        <w:t>Islam's stance on lying and exceptions</w:t>
      </w:r>
    </w:p>
    <w:p>
      <w:r>
        <w:rPr>
          <w:color w:val="666666"/>
          <w:sz w:val="18"/>
        </w:rPr>
        <w:t>Interaction with Maulana Wahiduddin Khan December 13, 2009 · 3m 51s · at 28:21 · https://youtu.be/E3Vn6nK5J9A?t=1701</w:t>
      </w:r>
    </w:p>
    <w:p>
      <w:r>
        <w:rPr>
          <w:i/>
        </w:rPr>
        <w:t>“Haan, dekhiye, jhooth bolna jo hai”</w:t>
      </w:r>
    </w:p>
    <w:p>
      <w:r>
        <w:rPr>
          <w:sz w:val="20"/>
        </w:rPr>
        <w:t>28:21  haan, dekhiye, jhooth bolna jo hai, ek to dekhiye ye hai ki norm k</w:t>
      </w:r>
      <w:r>
        <w:br/>
      </w:r>
      <w:r>
        <w:rPr>
          <w:sz w:val="20"/>
        </w:rPr>
        <w:t>28:30  ya hai? norm, usool ki jhooth bolna haram hai islam mein. lekin hamari fiqh mein ye bhi ek masla hai ki baz auqat jhooth bolna farz ho jata hai. ye fiqh ka masla hai. kyun?</w:t>
      </w:r>
      <w:r>
        <w:br/>
      </w:r>
      <w:r>
        <w:rPr>
          <w:sz w:val="20"/>
        </w:rPr>
        <w:t>28:47  jab aap option do mein ka ek ho. ya to, yani sach bol kar ke aap, aap, yani bahut bar koi nuksan hone wala ho, jisko aap, jisko aap afford na kar saken. aise mauqe par jhooth bol dena chahiye. lekin jhooth ki do shaklen hain.</w:t>
      </w:r>
      <w:r>
        <w:br/>
      </w:r>
      <w:r>
        <w:rPr>
          <w:sz w:val="20"/>
        </w:rPr>
        <w:t>29:07  ek isko kehte hain tauriya. ek, ek hai ki bilkul white lie. to tauriya to khule taur par jaiz hai. misal ke taur par tauriya ki misal ek arz karta hoon ki Maulana Qasim Nanautavi the Deoband ke. to angrezon ke</w:t>
      </w:r>
      <w:r>
        <w:br/>
      </w:r>
      <w:r>
        <w:rPr>
          <w:sz w:val="20"/>
        </w:rPr>
        <w:t>29:25  us par aa gaye the wo. yani list mein unke, unka warrant jari ho gaya tha unke upar. to police pahunchi unke ghar par. kisi ne bataya ki yahan rehte hain wo, falana ghar mein. wahan pahunchi wo. to ek aadmi khada hua tha ghar ke bahar darwaze par. to police wale ne poocha ki</w:t>
      </w:r>
      <w:r>
        <w:br/>
      </w:r>
      <w:r>
        <w:rPr>
          <w:sz w:val="20"/>
        </w:rPr>
        <w:t>29:46  Qasim Nanautavi yahan rehte hain? yahan hain?</w:t>
      </w:r>
      <w:r>
        <w:br/>
      </w:r>
      <w:r>
        <w:rPr>
          <w:sz w:val="20"/>
        </w:rPr>
        <w:t>29:51  to wo khade hue the. to do kadam peeche hat gaye wo. kaha, abhi to yahan the. ya tauriya. jahan khade hue the, usse peeche thoda-thoda sa hat gaye. kaha, abhi to yahan, abhi to yahin the. to tauriya to bilkul</w:t>
      </w:r>
      <w:r>
        <w:br/>
      </w:r>
      <w:r>
        <w:rPr>
          <w:sz w:val="20"/>
        </w:rPr>
        <w:t>30:08  jaiz hai, ismein koi shakk nahi. lekin baz auqat aisa bhi hota hai ki wo jhooth nahi hota, wo khilaf waqea bolna hota hai. to kisi badi maqsad, maslihat ke liye. hadis se sabit hai ki rasool allah sallallahu alaihi wasallam ne khilaf waqea bolne ki ijazat di.</w:t>
      </w:r>
      <w:r>
        <w:br/>
      </w:r>
      <w:r>
        <w:rPr>
          <w:sz w:val="20"/>
        </w:rPr>
        <w:t>30:30  iska ek, ek misal qabil Ashraf ka waqya hai. adar, adar lahu ayakul aata hai hadison mein. to ye mamle teen baatein ho gayin. usool ke taur par jhooth bolna bina shubha haram hai islam mein.</w:t>
      </w:r>
      <w:r>
        <w:br/>
      </w:r>
      <w:r>
        <w:rPr>
          <w:sz w:val="20"/>
        </w:rPr>
        <w:t>30:50  uske baad apni jaan bachane ke liye ya kisi bade nuksan se bachne ke liye aapko ye sochna padta hai ki agar main theek-theek baat kahoon, to yani bahut badi musibat mein phans jaunga. to wahan do cheezein hoti hain. ya to aap tauriya karen</w:t>
      </w:r>
      <w:r>
        <w:br/>
      </w:r>
      <w:r>
        <w:rPr>
          <w:sz w:val="20"/>
        </w:rPr>
        <w:t>31:09  ya khilaf waqea baat bol dein. isiliye Sadi ne likha hai bahut sahi ki daroge maslihat aamez behad raste fitna angez. aisa, aisa, aisa jhooth jis se maslihat hasil hoti ho, wo fitna barpa karne wale se</w:t>
      </w:r>
      <w:r>
        <w:br/>
      </w:r>
      <w:r>
        <w:rPr>
          <w:sz w:val="20"/>
        </w:rPr>
        <w:t>31:33  better hai. kai bar aisa hota hai ki aap bilkul theek-theek bata payen, to yani ek masla khada ho sakta hai. maslan, ek daku aaya farz ki lootne ke liye kisi,</w:t>
      </w:r>
      <w:r>
        <w:br/>
      </w:r>
      <w:r>
        <w:rPr>
          <w:sz w:val="20"/>
        </w:rPr>
        <w:t>31:49  kisi ke ghar. ab aap us mauqe par agar batayen ki ye unka ghar hai, to ghusega aur loote ga.</w:t>
      </w:r>
      <w:r>
        <w:br/>
      </w:r>
      <w:r>
        <w:rPr>
          <w:sz w:val="20"/>
        </w:rPr>
        <w:t>31:55  aap keh denge, "bhai, tum bhatak ke yahan aa gaye,</w:t>
      </w:r>
      <w:r>
        <w:br/>
      </w:r>
      <w:r>
        <w:rPr>
          <w:sz w:val="20"/>
        </w:rPr>
        <w:t>31:57  yahan kahan ho?" wo to kahin aur rehte honge. yahan to koi nahi. to ye aisa, yani khilaf waqea bolna us waqt farz ho jata hai. kyunki usse aap jaan-maal bachate hain kisi ki. to teen shaklein hain baharhal.</w:t>
      </w:r>
    </w:p>
    <w:p>
      <w:pPr>
        <w:pStyle w:val="Heading2"/>
      </w:pPr>
      <w:r>
        <w:t>Dr. Reddy story and double focus lesson</w:t>
      </w:r>
    </w:p>
    <w:p>
      <w:r>
        <w:rPr>
          <w:color w:val="666666"/>
          <w:sz w:val="18"/>
        </w:rPr>
        <w:t>Lessons from Kabah October 6, 2019 - Maulana Wahiduddin Khan · 5m 00s · at 7:18 · https://youtu.be/pDZ22V5Tk0g?t=438</w:t>
      </w:r>
    </w:p>
    <w:p>
      <w:r>
        <w:rPr>
          <w:i/>
        </w:rPr>
        <w:t>“To yeh jo mujhe yaad aaya”</w:t>
      </w:r>
    </w:p>
    <w:p>
      <w:r>
        <w:rPr>
          <w:sz w:val="20"/>
        </w:rPr>
        <w:t>7:18  to yeh jo mujhe yaad aaya, to mujhe yaad aaya ke ek ek shakhs jo south ka tha, doctor reddy, uska ek mission tha,</w:t>
      </w:r>
      <w:r>
        <w:br/>
      </w:r>
      <w:r>
        <w:rPr>
          <w:sz w:val="20"/>
        </w:rPr>
        <w:t>7:32  us mission par zindagi bhar woh kaam karta raha.</w:t>
      </w:r>
      <w:r>
        <w:br/>
      </w:r>
      <w:r>
        <w:rPr>
          <w:sz w:val="20"/>
        </w:rPr>
        <w:t>7:37  us mein us ne ek kitaab likhi, unfinished agenda, yeh us kitaab ka title hai, jo uska mission tha, ek medical mission tha uska,</w:t>
      </w:r>
      <w:r>
        <w:br/>
      </w:r>
      <w:r>
        <w:rPr>
          <w:sz w:val="20"/>
        </w:rPr>
        <w:t>7:52  to us ki detail us ne likhi us ne.</w:t>
      </w:r>
      <w:r>
        <w:br/>
      </w:r>
      <w:r>
        <w:rPr>
          <w:sz w:val="20"/>
        </w:rPr>
        <w:t>7:57  lekin saari umar us ki, us ki, us ki maut ghaleban 72 mein hui, 72 saal mein.</w:t>
      </w:r>
      <w:r>
        <w:br/>
      </w:r>
      <w:r>
        <w:rPr>
          <w:sz w:val="20"/>
        </w:rPr>
        <w:t>8:08  to saari umar woh apne us goal ko poora karne mein laga raha, lekin woh poora nahin kar saka.</w:t>
      </w:r>
      <w:r>
        <w:br/>
      </w:r>
      <w:r>
        <w:rPr>
          <w:sz w:val="20"/>
        </w:rPr>
        <w:t>8:18  chunaanche us ki jo kitaab hai, uska naam yeh title hai, unfinished agenda. to us ki kitaab chhap rahi thi aakhir mein, jab chhap kar aayi woh press se,</w:t>
      </w:r>
      <w:r>
        <w:br/>
      </w:r>
      <w:r>
        <w:rPr>
          <w:sz w:val="20"/>
        </w:rPr>
        <w:t>8:32  uska pehla, us ki pehli copy apne haath mein li us ne, aur ajeeb baat hai ke us ke baad us ki maut, maut ho gayi.</w:t>
      </w:r>
      <w:r>
        <w:br/>
      </w:r>
      <w:r>
        <w:rPr>
          <w:sz w:val="20"/>
        </w:rPr>
        <w:t>8:44  yani apni kitab ko hath mein liya us ne aur isi din us ki maut ho gayi. to us ke hath mein kya aaya?</w:t>
      </w:r>
      <w:r>
        <w:br/>
      </w:r>
      <w:r>
        <w:rPr>
          <w:sz w:val="20"/>
        </w:rPr>
        <w:t>8:53  un finished agenda. sari zindagi koshish karne ke bawajood, bohat paisa kharch kiya us ne is mein, aakhir mein jo us ke hisse mein aaya woh tha un finished agenda.</w:t>
      </w:r>
      <w:r>
        <w:br/>
      </w:r>
      <w:r>
        <w:rPr>
          <w:sz w:val="20"/>
        </w:rPr>
        <w:t>9:10  to main ne socha ke aakhir kyun main wahan itna zyada dekhta tha, us ka raaz kya tha? to aaj mujhe samajh aaya ke shayad yeh tha us ka raaz,</w:t>
      </w:r>
      <w:r>
        <w:br/>
      </w:r>
      <w:r>
        <w:rPr>
          <w:sz w:val="20"/>
        </w:rPr>
        <w:t>9:25  ke Allah taala insan ko dikhana chahte hain ek bohat bari haqeeqat. woh un finished agenda dunya ke bare mein hai,</w:t>
      </w:r>
      <w:r>
        <w:br/>
      </w:r>
      <w:r>
        <w:rPr>
          <w:sz w:val="20"/>
        </w:rPr>
        <w:t>9:38  yani insan ko yeh saud dena matloob hai, us ki kaba, kaba jaisi muqaddas imarat, zahir hai ke is kaba se zyada muqaddas koi cheez ho nahi sakti.</w:t>
      </w:r>
      <w:r>
        <w:br/>
      </w:r>
      <w:r>
        <w:rPr>
          <w:sz w:val="20"/>
        </w:rPr>
        <w:t>9:52  sab se muqaddas woh holy kaba hai, us ko un finished chhod diya gaya, yeh sabak dene ke liye ke yeh dunya jo hai,</w:t>
      </w:r>
      <w:r>
        <w:br/>
      </w:r>
      <w:r>
        <w:rPr>
          <w:sz w:val="20"/>
        </w:rPr>
        <w:t>10:08  yahan tum ko</w:t>
      </w:r>
      <w:r>
        <w:br/>
      </w:r>
      <w:r>
        <w:rPr>
          <w:sz w:val="20"/>
        </w:rPr>
        <w:t>10:12  apne mansoobon ko un finished chhodna hai, apni zindagi ko tum mukammal nahi kar paoge aur khatma ho jayega tumhara.</w:t>
      </w:r>
      <w:r>
        <w:br/>
      </w:r>
      <w:r>
        <w:rPr>
          <w:sz w:val="20"/>
        </w:rPr>
        <w:t>10:24  to is ka matlab kya hua? ke sari fikr tumhari akhirat ke liye honi chahiye, dunya ke liye nahi. sari fikr.</w:t>
      </w:r>
      <w:r>
        <w:br/>
      </w:r>
      <w:r>
        <w:rPr>
          <w:sz w:val="20"/>
        </w:rPr>
        <w:t>10:37  yeh focus dekhiye, insan aisi munawwar is ki hui hai ke Quran mein hai ke Allah ne insan ke sine mein do dil nahi banaye.</w:t>
      </w:r>
      <w:r>
        <w:br/>
      </w:r>
      <w:r>
        <w:rPr>
          <w:sz w:val="20"/>
        </w:rPr>
        <w:t>10:50  is ka matlab kya hai? insan ka focus do cheez ban nahi sakti. agar dunya banegi to akhirat chhoot jayegi, akhirat banegi to dunya chhoot jayegi.</w:t>
      </w:r>
      <w:r>
        <w:br/>
      </w:r>
      <w:r>
        <w:rPr>
          <w:sz w:val="20"/>
        </w:rPr>
        <w:t>11:05  to jab insan ki banawat aisi hai ke woh double focus ban kar jee nahi sakta,</w:t>
      </w:r>
      <w:r>
        <w:br/>
      </w:r>
      <w:r>
        <w:rPr>
          <w:sz w:val="20"/>
        </w:rPr>
        <w:t>11:17  to focus bana hua akhirat ko, jo abadi hai, yeh sabak dena hai wahan. main samajhta hoon ke yeh jo ayat hai, laishru wa na fa'al lahum,</w:t>
      </w:r>
      <w:r>
        <w:br/>
      </w:r>
      <w:r>
        <w:rPr>
          <w:sz w:val="20"/>
        </w:rPr>
        <w:t>11:30  taake woh dekhoon, woh dekhe kaba ko ke kaba un finished abhi to pada hua hai, un finished.</w:t>
      </w:r>
      <w:r>
        <w:br/>
      </w:r>
      <w:r>
        <w:rPr>
          <w:sz w:val="20"/>
        </w:rPr>
        <w:t>11:42  to kyun, kyun Rasool Allah ne is ko aise hi chhod diya? Jibrael ne nahi bataya ke aye Muhammad, is ko mukammal karo apni zindagi mein, un finished agenda bana kar na chhod do.</w:t>
      </w:r>
      <w:r>
        <w:br/>
      </w:r>
      <w:r>
        <w:rPr>
          <w:sz w:val="20"/>
        </w:rPr>
        <w:t>11:59  to kyun? woh to bohat bara sabak dena tha us ne, bohat bara sabak.</w:t>
      </w:r>
      <w:r>
        <w:br/>
      </w:r>
      <w:r>
        <w:rPr>
          <w:sz w:val="20"/>
        </w:rPr>
        <w:t>12:08  to dekhiye, hamare jitne bhi leader hain, jitne bare bare log hain, woh sab isi phanse rahe.</w:t>
      </w:r>
    </w:p>
    <w:p>
      <w:pPr>
        <w:pStyle w:val="Heading2"/>
      </w:pPr>
      <w:r>
        <w:t>defining wisdom as sorting relevant from irrelevant thoughts</w:t>
      </w:r>
    </w:p>
    <w:p>
      <w:r>
        <w:rPr>
          <w:color w:val="666666"/>
          <w:sz w:val="18"/>
        </w:rPr>
        <w:t>What is Wisdom CPS Women Session · 1m 29s · at 0:33 · https://youtu.be/l73-Js3cVkc?t=33</w:t>
      </w:r>
    </w:p>
    <w:p>
      <w:r>
        <w:rPr>
          <w:i/>
        </w:rPr>
        <w:t>“Wisdom means sorting the relevant from the irrelevant”</w:t>
      </w:r>
    </w:p>
    <w:p>
      <w:r>
        <w:rPr>
          <w:sz w:val="20"/>
        </w:rPr>
        <w:t>0:33  Aapa, Maulana Wahiduddin Khan Sahab se mein ne jaana ke wisdom ka matlab hai relevant aur irrelevant ke beech sort out kar paana, yaani zaroori aur ghair zaroori ke farq ko jaanna, aur jo cheez aap ke liye, aap ki goal of life ke liye zaroori hai usay rakhna, aur jo ghair zaroori hai usay chhod dena.</w:t>
      </w:r>
      <w:r>
        <w:br/>
      </w:r>
      <w:r>
        <w:rPr>
          <w:sz w:val="20"/>
        </w:rPr>
        <w:t>0:53  Kyunke insaan har waqt bohat saare jungle of thoughts ke beech mein rehta hai,</w:t>
      </w:r>
      <w:r>
        <w:br/>
      </w:r>
      <w:r>
        <w:rPr>
          <w:sz w:val="20"/>
        </w:rPr>
        <w:t>0:59  to taake woh confusion mein na pade, us ke andar pareshani na badhe, usay baar baar apne andar yeh amal karna padta hai ke woh apne andar se ghair zaroori thoughts ko sort out karta rehta hai.</w:t>
      </w:r>
      <w:r>
        <w:br/>
      </w:r>
      <w:r>
        <w:rPr>
          <w:sz w:val="20"/>
        </w:rPr>
        <w:t>1:11  Yahi wisdom hai. Ek hadees mein Rasool Allah Sal Allah o Alaihi Wasallam ne farmaya ke momin ki hoshiyari se bacho, kyunke woh Allah ke noor se dekhta hai.</w:t>
      </w:r>
      <w:r>
        <w:br/>
      </w:r>
      <w:r>
        <w:rPr>
          <w:sz w:val="20"/>
        </w:rPr>
        <w:t>1:21  Is ka matlab yeh nahi ke hoshiyari ya samajhdari kisi group ke liye muqaddar kar di gayi hai ya ek mysterious tor par momin ko de di jaati hai, balke is ka matlab yeh hai ke yeh imaan ki ek sifat hai.</w:t>
      </w:r>
      <w:r>
        <w:br/>
      </w:r>
      <w:r>
        <w:rPr>
          <w:sz w:val="20"/>
        </w:rPr>
        <w:t>1:35  Jab kisi ko haqeeqi imaan kisi ke dil mein paida hota hai to us ke andar wohi quality develop ho jayegi jis ko wisdom kaha jayega ya samajhdari kaha jayega.</w:t>
      </w:r>
      <w:r>
        <w:br/>
      </w:r>
      <w:r>
        <w:rPr>
          <w:sz w:val="20"/>
        </w:rPr>
        <w:t>1:46  Allah ke noor se dekhne ka matlab yeh hai aapa ke woh apne soch ko divine scheme ke tehat sochne lagta hai, woh creation plan of God ke according apni planning karta hai, aur isi liye usay kamyabi hasil hoti hai.</w:t>
      </w:r>
    </w:p>
    <w:p>
      <w:pPr>
        <w:pStyle w:val="Heading2"/>
      </w:pPr>
      <w:r>
        <w:t>Truth is like motherhood analogy</w:t>
      </w:r>
    </w:p>
    <w:p>
      <w:r>
        <w:rPr>
          <w:color w:val="666666"/>
          <w:sz w:val="18"/>
        </w:rPr>
        <w:t>The Ideology of Truth July 15, 2007 · 1m 07s · at 12:28 · https://youtu.be/w3OkX5xvqTI?t=748</w:t>
      </w:r>
    </w:p>
    <w:p>
      <w:r>
        <w:rPr>
          <w:i/>
        </w:rPr>
        <w:t>“Main ye kahunga ke conviction mein spirit ko afford nahi kar sakta”</w:t>
      </w:r>
    </w:p>
    <w:p>
      <w:r>
        <w:rPr>
          <w:sz w:val="20"/>
        </w:rPr>
        <w:t>12:28  to mein yeh kahunga ke conviction jo hai, us mein spirit ko woh spirit ko woh afford nahi kar sakta. jaise motherhood jo hai, motherhood jo hai, spirit ko afford nahi kar sakti.</w:t>
      </w:r>
      <w:r>
        <w:br/>
      </w:r>
      <w:r>
        <w:rPr>
          <w:sz w:val="20"/>
        </w:rPr>
        <w:t>12:41  ek hi maa par aap ko maa wale, ah maa wali feeling aa sakti hai. maa wali feeling jo hai, ek maa par aayegi.</w:t>
      </w:r>
      <w:r>
        <w:br/>
      </w:r>
      <w:r>
        <w:rPr>
          <w:sz w:val="20"/>
        </w:rPr>
        <w:t>12:52  agar aap se kaha jaye ke tumhari chaar maayein hain to is ka matlab yeh hoga ke aap maa wali feeling hi aap aap se ghayab ho jayegi. to</w:t>
      </w:r>
      <w:r>
        <w:br/>
      </w:r>
      <w:r>
        <w:rPr>
          <w:sz w:val="20"/>
        </w:rPr>
        <w:t>13:05  truth ka mamla jo hai, woh motherhood jaisa mamla hai.</w:t>
      </w:r>
      <w:r>
        <w:br/>
      </w:r>
      <w:r>
        <w:rPr>
          <w:sz w:val="20"/>
        </w:rPr>
        <w:t>13:09  woh spirit ko bardasht nahi kar sakta. to oneness of reality hi natural formula hai.</w:t>
      </w:r>
      <w:r>
        <w:br/>
      </w:r>
      <w:r>
        <w:rPr>
          <w:sz w:val="20"/>
        </w:rPr>
        <w:t>13:20  aur yeh jo baat kahi jati hai ke oneness of reality se aata hai superiority complex, hate, intolerance, war, to yeh mein samajhta hoon ke ek bilkul hi baseless baat hai.</w:t>
      </w:r>
    </w:p>
    <w:p>
      <w:pPr>
        <w:pStyle w:val="Heading2"/>
      </w:pPr>
      <w:r>
        <w:t>Evolution theory misreads similarity in creation</w:t>
      </w:r>
    </w:p>
    <w:p>
      <w:r>
        <w:rPr>
          <w:color w:val="666666"/>
          <w:sz w:val="18"/>
        </w:rPr>
        <w:t>Materialism and Intellectual Dwarfism 29th April 2012 · 2m 14s · at 35:30 · https://youtu.be/qHzARL_r3I4?t=2130</w:t>
      </w:r>
    </w:p>
    <w:p>
      <w:r>
        <w:rPr>
          <w:i/>
        </w:rPr>
        <w:t>“Secular logon ki ek bahut badi hamaqat batata hoon aapko”</w:t>
      </w:r>
    </w:p>
    <w:p>
      <w:r>
        <w:rPr>
          <w:sz w:val="20"/>
        </w:rPr>
        <w:t>35:30  ab aik yani secular logon ki aik aik aik bohat bari hamakat mein batata hoon aap ko jis mein saray saray insaan mubtala hain. ajeeb baat hai.</w:t>
      </w:r>
      <w:r>
        <w:br/>
      </w:r>
      <w:r>
        <w:rPr>
          <w:sz w:val="20"/>
        </w:rPr>
        <w:t>35:40  wo evolution theory. evolution theory mein kya hai ke darwin ne jo study ki aur doosray logon ne to unhon ne paya ke yeh species beshumar hain.</w:t>
      </w:r>
      <w:r>
        <w:br/>
      </w:r>
      <w:r>
        <w:rPr>
          <w:sz w:val="20"/>
        </w:rPr>
        <w:t>35:55  species ki koi ginti nahi hai.</w:t>
      </w:r>
      <w:r>
        <w:br/>
      </w:r>
      <w:r>
        <w:rPr>
          <w:sz w:val="20"/>
        </w:rPr>
        <w:t>35:59  bheer hai, bakri hai, ghodi hai, gaaye hai, bail hai, oont hai, hathi hai aur ghoda hai, sher hai. beshumar species hain lekin un ka jo dhancha hota hai, hamaray jaisay ke yeh khal hai, khal ke neechay andar aik dhancha hai.</w:t>
      </w:r>
      <w:r>
        <w:br/>
      </w:r>
      <w:r>
        <w:rPr>
          <w:sz w:val="20"/>
        </w:rPr>
        <w:t>36:14  dhancha jo hadiyon se bana hua hota hai</w:t>
      </w:r>
      <w:r>
        <w:br/>
      </w:r>
      <w:r>
        <w:rPr>
          <w:sz w:val="20"/>
        </w:rPr>
        <w:t>36:18  to dhanchay mein similarity hai.</w:t>
      </w:r>
      <w:r>
        <w:br/>
      </w:r>
      <w:r>
        <w:rPr>
          <w:sz w:val="20"/>
        </w:rPr>
        <w:t>36:23  dhanchay mein similarity hai. misaal ke taur par jo dhancha billi ka hai, usay similar dhancha bheriye ka hai, usay similar dhancha shair ka hai.</w:t>
      </w:r>
      <w:r>
        <w:br/>
      </w:r>
      <w:r>
        <w:rPr>
          <w:sz w:val="20"/>
        </w:rPr>
        <w:t>36:33  to dhanchay mein similarity hai. is se kya nikaal liya ke aik se doosra yani aik se doosra paida hua, doosra doosra paida hua.</w:t>
      </w:r>
      <w:r>
        <w:br/>
      </w:r>
      <w:r>
        <w:rPr>
          <w:sz w:val="20"/>
        </w:rPr>
        <w:t>36:45  aik saada si baat hai ke dhanchay mein similarity ke maani hain ke species mein diversity hai. yani khuda ne billi paida ki, phir khuda ne bheriya paida kiya, phir khuda ne shair paida kiya,</w:t>
      </w:r>
      <w:r>
        <w:br/>
      </w:r>
      <w:r>
        <w:rPr>
          <w:sz w:val="20"/>
        </w:rPr>
        <w:t>37:01  khuda ne bakri paida ki, phir khuda ne gaaye paida ki, khuda phir zaraf paida kiya. alag alag alag alag yani creation mein diversity sabit hoti hai.</w:t>
      </w:r>
      <w:r>
        <w:br/>
      </w:r>
      <w:r>
        <w:rPr>
          <w:sz w:val="20"/>
        </w:rPr>
        <w:t>37:14  creation mein evolution nahi sabit hota. is se jo similarity hai, us se sirf yeh sabit hota hai ke creation mein diversity hai.</w:t>
      </w:r>
      <w:r>
        <w:br/>
      </w:r>
      <w:r>
        <w:rPr>
          <w:sz w:val="20"/>
        </w:rPr>
        <w:t>37:24  magar kya nikaal liya ke creation mein evolution hai. is se wo nikla, is se wo nikla, is se wo nikla. yeh hai intellectual dwarfism.</w:t>
      </w:r>
      <w:r>
        <w:br/>
      </w:r>
      <w:r>
        <w:rPr>
          <w:sz w:val="20"/>
        </w:rPr>
        <w:t>37:36  log well dressed dikhayay hotay hain, shandar gharon mein rehtay hain, baray bekaroon mein chaltay hain lekin intellectually they are dwarf.</w:t>
      </w:r>
    </w:p>
    <w:p>
      <w:pPr>
        <w:pStyle w:val="Heading2"/>
      </w:pPr>
      <w:r>
        <w:t>World as test, don't lose eternal life</w:t>
      </w:r>
    </w:p>
    <w:p>
      <w:r>
        <w:rPr>
          <w:color w:val="666666"/>
          <w:sz w:val="18"/>
        </w:rPr>
        <w:t>Result Oriented Life 23 Jan, 08 - Maulana Wahiduddin Khan · 5m 03s · at 31:47 · https://youtu.be/eA6rtcPn-rY?t=1907</w:t>
      </w:r>
    </w:p>
    <w:p>
      <w:r>
        <w:rPr>
          <w:i/>
        </w:rPr>
        <w:t>“Why it is that God has given both faculties?”</w:t>
      </w:r>
    </w:p>
    <w:p>
      <w:r>
        <w:rPr>
          <w:sz w:val="20"/>
        </w:rPr>
        <w:t>31:47  why? why it is that god has given both the faculties? i would like to see that you can explain this by saying the crucial plan of god.</w:t>
      </w:r>
      <w:r>
        <w:br/>
      </w:r>
      <w:r>
        <w:rPr>
          <w:sz w:val="20"/>
        </w:rPr>
        <w:t>32:05  according to gods crucial plan, man was born for test. so, here in this world, we are in, in test.</w:t>
      </w:r>
      <w:r>
        <w:br/>
      </w:r>
      <w:r>
        <w:rPr>
          <w:sz w:val="20"/>
        </w:rPr>
        <w:t>32:16  das world is a testing ground. everything is a test paper. your friend are your test paper.</w:t>
      </w:r>
      <w:r>
        <w:br/>
      </w:r>
      <w:r>
        <w:rPr>
          <w:sz w:val="20"/>
        </w:rPr>
        <w:t>32:26  your family is your test paper. your money is your test paper. everything is a test paper.</w:t>
      </w:r>
      <w:r>
        <w:br/>
      </w:r>
      <w:r>
        <w:rPr>
          <w:sz w:val="20"/>
        </w:rPr>
        <w:t>32:35  your mind is your test paper. your body, your mind are your test paper. your house is your test paper.</w:t>
      </w:r>
      <w:r>
        <w:br/>
      </w:r>
      <w:r>
        <w:rPr>
          <w:sz w:val="20"/>
        </w:rPr>
        <w:t>32:46  your friend or foe both are your test paper.</w:t>
      </w:r>
      <w:r>
        <w:br/>
      </w:r>
      <w:r>
        <w:rPr>
          <w:sz w:val="20"/>
        </w:rPr>
        <w:t>32:53  so, you have to know this, this aspect of the crucial plan of god. all these things which you enjoy in this world are not as blessing.</w:t>
      </w:r>
      <w:r>
        <w:br/>
      </w:r>
      <w:r>
        <w:rPr>
          <w:sz w:val="20"/>
        </w:rPr>
        <w:t>33:07  nothing is as blessing. the blessing period is in the hereafter, in the world hereafter. this world is not for blessing.</w:t>
      </w:r>
      <w:r>
        <w:br/>
      </w:r>
      <w:r>
        <w:rPr>
          <w:sz w:val="20"/>
        </w:rPr>
        <w:t>33:19  god has divided our life into parts: pre death period and post death period. so, blessing period is.</w:t>
      </w:r>
      <w:r>
        <w:br/>
      </w:r>
      <w:r>
        <w:rPr>
          <w:sz w:val="20"/>
        </w:rPr>
        <w:t>33:29  so, blessing period lies in the, in the world hereafter. this world is not for blessing. this world is just for test.</w:t>
      </w:r>
      <w:r>
        <w:br/>
      </w:r>
      <w:r>
        <w:rPr>
          <w:sz w:val="20"/>
        </w:rPr>
        <w:t>33:43  so, everything here is test. poverty is a test. and if you are rich, if you are rich, then also you are in the test.</w:t>
      </w:r>
      <w:r>
        <w:br/>
      </w:r>
      <w:r>
        <w:rPr>
          <w:sz w:val="20"/>
        </w:rPr>
        <w:t>33:56  so, poverty or wealth both are test. power and powerless both are test. black and white both are test.</w:t>
      </w:r>
      <w:r>
        <w:br/>
      </w:r>
      <w:r>
        <w:rPr>
          <w:sz w:val="20"/>
        </w:rPr>
        <w:t>34:10  everything, everything, everything is a test paper. so, you have to know this fact.</w:t>
      </w:r>
      <w:r>
        <w:br/>
      </w:r>
      <w:r>
        <w:rPr>
          <w:sz w:val="20"/>
        </w:rPr>
        <w:t>34:19  so, emotions are for test also. god want to see whether you followed your emotions and ignore the rational aspect of the affair.</w:t>
      </w:r>
      <w:r>
        <w:br/>
      </w:r>
      <w:r>
        <w:rPr>
          <w:sz w:val="20"/>
        </w:rPr>
        <w:t>34:37  you followed your emotions and ignore the commandment of god. god want to see whether you followed your emotions or you followed the commandment of god.</w:t>
      </w:r>
      <w:r>
        <w:br/>
      </w:r>
      <w:r>
        <w:rPr>
          <w:sz w:val="20"/>
        </w:rPr>
        <w:t>34:53  otherwise, there was no test. so, emotions are for test. and interest are for test.</w:t>
      </w:r>
      <w:r>
        <w:br/>
      </w:r>
      <w:r>
        <w:rPr>
          <w:sz w:val="20"/>
        </w:rPr>
        <w:t>35:04  even your lust is for test.</w:t>
      </w:r>
      <w:r>
        <w:br/>
      </w:r>
      <w:r>
        <w:rPr>
          <w:sz w:val="20"/>
        </w:rPr>
        <w:t>35:09  your revenge is for test. all these negative thoughts are for test. so, god want to know whether you followed your sentiments or you followed the commandment of god.</w:t>
      </w:r>
      <w:r>
        <w:br/>
      </w:r>
      <w:r>
        <w:rPr>
          <w:sz w:val="20"/>
        </w:rPr>
        <w:t>35:29  without these things, there was no test.</w:t>
      </w:r>
      <w:r>
        <w:br/>
      </w:r>
      <w:r>
        <w:rPr>
          <w:sz w:val="20"/>
        </w:rPr>
        <w:t>35:35  so, the whole thing is test. khalaqal maut wal hayat, li yubluakum ayyukum ahsan amala. in this quranic verse, god has declared what is the crucial plan of god.</w:t>
      </w:r>
      <w:r>
        <w:br/>
      </w:r>
      <w:r>
        <w:rPr>
          <w:sz w:val="20"/>
        </w:rPr>
        <w:t>35:51  this is a quranic verse. khalaqal maut wal hayat, li yubluakum ayyukum ahsan amala. this is the declaration of creation plan.</w:t>
      </w:r>
      <w:r>
        <w:br/>
      </w:r>
      <w:r>
        <w:rPr>
          <w:sz w:val="20"/>
        </w:rPr>
        <w:t>36:04  in this verse, god has declared that i created man and woman for test.</w:t>
      </w:r>
      <w:r>
        <w:br/>
      </w:r>
      <w:r>
        <w:rPr>
          <w:sz w:val="20"/>
        </w:rPr>
        <w:t>36:17  i have placed them in this world only for test. so, those who qualify in this test, they will be given paradise.</w:t>
      </w:r>
      <w:r>
        <w:br/>
      </w:r>
      <w:r>
        <w:rPr>
          <w:sz w:val="20"/>
        </w:rPr>
        <w:t>36:28  and those who failed in this test, they will go to hell. both are eternal. hell is, hell is eternal and paradise eternal.</w:t>
      </w:r>
      <w:r>
        <w:br/>
      </w:r>
      <w:r>
        <w:rPr>
          <w:sz w:val="20"/>
        </w:rPr>
        <w:t>36:42  so, dont be fool. dont lose the eternal life for short period of this world.</w:t>
      </w:r>
    </w:p>
    <w:p>
      <w:pPr>
        <w:pStyle w:val="Heading2"/>
      </w:pPr>
      <w:r>
        <w:t>The old world ran entirely on unquestioned tradition</w:t>
      </w:r>
    </w:p>
    <w:p>
      <w:r>
        <w:rPr>
          <w:color w:val="666666"/>
          <w:sz w:val="18"/>
        </w:rPr>
        <w:t>Religious Extremism and Rational Extremism November 27, 2005 Maulana Wahiduddin Khan · 1m 46s · at 7:06 · https://youtu.be/o-EF-I_SE_M?t=426</w:t>
      </w:r>
    </w:p>
    <w:p>
      <w:r>
        <w:rPr>
          <w:i/>
        </w:rPr>
        <w:t>“Purani duniya mein sab kuch tradition pe chalta tha”</w:t>
      </w:r>
    </w:p>
    <w:p>
      <w:r>
        <w:rPr>
          <w:sz w:val="20"/>
        </w:rPr>
        <w:t>7:06  to main aap ko kuch example doon ga is ko samajhne ke liye. dekhein jo purani duniya thi, jo ancient world thi, us mein sab kuch tradition pe chalta tha.</w:t>
      </w:r>
      <w:r>
        <w:br/>
      </w:r>
      <w:r>
        <w:rPr>
          <w:sz w:val="20"/>
        </w:rPr>
        <w:t>7:20  tradition ka matlab yeh hota tha ke jo chala aa raha hai woh sahi hai. ma urfan alayh abana, jo chala aa raha hai, jo sunte aa rahe hain wohi sahi hai.</w:t>
      </w:r>
      <w:r>
        <w:br/>
      </w:r>
      <w:r>
        <w:rPr>
          <w:sz w:val="20"/>
        </w:rPr>
        <w:t>7:35  pehli baar Europe mein yeh hua ke khuli inquiry shuru hui jis ko yeh log kehte hain rational inquiry.</w:t>
      </w:r>
      <w:r>
        <w:br/>
      </w:r>
      <w:r>
        <w:rPr>
          <w:sz w:val="20"/>
        </w:rPr>
        <w:t>7:46  is se pehle cheezon par rational inquiry nahin hoti thi.</w:t>
      </w:r>
      <w:r>
        <w:br/>
      </w:r>
      <w:r>
        <w:rPr>
          <w:sz w:val="20"/>
        </w:rPr>
        <w:t>7:51  jaise ek misaal di jati hai ke aap subah ko ek koi woh lete hain tooth paste to tooth paste pe likha rahe ga is qism ka koi word ke scientific tooth paste.</w:t>
      </w:r>
      <w:r>
        <w:br/>
      </w:r>
      <w:r>
        <w:rPr>
          <w:sz w:val="20"/>
        </w:rPr>
        <w:t>8:14  jabke pehle jo aap karte the, kisi ne neem ki miswak kar li, kisi ne koi. hamare bachpan mein hum log koyle ka munjhan kiya karte the, koyle ko pees kar munjhan bana liya.</w:t>
      </w:r>
      <w:r>
        <w:br/>
      </w:r>
      <w:r>
        <w:rPr>
          <w:sz w:val="20"/>
        </w:rPr>
        <w:t>8:28  to is zamane mein yeh tha ke baap dada ne aisa kaha hai ke koyle se daant saaf hota hai to hum saaf karne lage is ko.</w:t>
      </w:r>
      <w:r>
        <w:br/>
      </w:r>
      <w:r>
        <w:rPr>
          <w:sz w:val="20"/>
        </w:rPr>
        <w:t>8:39  ya baap dada ne kaha hai ke neem ki miswak se daant saaf hota hai to hum saaf karne lage is ko. yaani jo chala aa raha tha usi ko maan lena, yeh hai tradition ka zamana tha.</w:t>
      </w:r>
    </w:p>
    <w:p>
      <w:pPr>
        <w:pStyle w:val="Heading2"/>
      </w:pPr>
      <w:r>
        <w:t>Price of positive thinking</w:t>
      </w:r>
    </w:p>
    <w:p>
      <w:r>
        <w:rPr>
          <w:color w:val="666666"/>
          <w:sz w:val="18"/>
        </w:rPr>
        <w:t>Q&amp;A 01 July 2012 · 46s · at 1:53 · https://youtu.be/zLZZD-MvKQU?t=113</w:t>
      </w:r>
    </w:p>
    <w:p>
      <w:r>
        <w:rPr>
          <w:i/>
        </w:rPr>
        <w:t>“Har cheez ki price deni padti hai”</w:t>
      </w:r>
    </w:p>
    <w:p>
      <w:r>
        <w:rPr>
          <w:sz w:val="20"/>
        </w:rPr>
        <w:t>1:53  bhai, dekhiye, har cheez ki price deni padti hai. jis tarah material cheezon ki price deni padti hai, aise hi intellectual cheezon ki price deni padti hai.</w:t>
      </w:r>
      <w:r>
        <w:br/>
      </w:r>
      <w:r>
        <w:rPr>
          <w:sz w:val="20"/>
        </w:rPr>
        <w:t>2:08  yaani agar aap ek glass lena hai, to zahir hai ke is ki ek price hai. aise hi apne ko positive mind banana hai, to us ki price hai.</w:t>
      </w:r>
      <w:r>
        <w:br/>
      </w:r>
      <w:r>
        <w:rPr>
          <w:sz w:val="20"/>
        </w:rPr>
        <w:t>2:22  us ki price yeh hai ke aap apne soch ko bohat zyada develop karein, apne aap ko bohat zyada infrastructure karein,</w:t>
      </w:r>
    </w:p>
    <w:p>
      <w:pPr>
        <w:pStyle w:val="Heading2"/>
      </w:pPr>
      <w:r>
        <w:t>River and sun as models of generosity</w:t>
      </w:r>
    </w:p>
    <w:p>
      <w:r>
        <w:rPr>
          <w:color w:val="666666"/>
          <w:sz w:val="18"/>
        </w:rPr>
        <w:t>The Concept of Spirituality in Islam June 11, 2006 Maulana Wahiduddin Khan · 2m 43s · at 1:00:55 · https://youtu.be/gOH7-AdTeMQ?t=3655</w:t>
      </w:r>
    </w:p>
    <w:p>
      <w:r>
        <w:rPr>
          <w:i/>
        </w:rPr>
        <w:t>“I once stood before a river.”</w:t>
      </w:r>
    </w:p>
    <w:p>
      <w:r>
        <w:rPr>
          <w:sz w:val="20"/>
        </w:rPr>
        <w:t>1:00:55  main ek martaba ek darya ke samne khara tha, darya behta hua aa raha hai aur bohat hi dhimmi music ke sath behta hua chala ja raha hai.</w:t>
      </w:r>
      <w:r>
        <w:br/>
      </w:r>
      <w:r>
        <w:rPr>
          <w:sz w:val="20"/>
        </w:rPr>
        <w:t>1:01:11  jisko uska pani lena hai, woh pani le raha hai, jisko wuzu karna hai, woh wuzu kar raha hai, usko apni kheti mein irrigation karna hai, kheti ke liye woh apna abpashi kar raha hai.</w:t>
      </w:r>
      <w:r>
        <w:br/>
      </w:r>
      <w:r>
        <w:rPr>
          <w:sz w:val="20"/>
        </w:rPr>
        <w:t>1:01:21  darya chala ja raha hai, chala ja raha hai, chala ja raha hai. to maine socha ke yeh generous khuda dekhna dekhna chahta hai insan ko.</w:t>
      </w:r>
      <w:r>
        <w:br/>
      </w:r>
      <w:r>
        <w:rPr>
          <w:sz w:val="20"/>
        </w:rPr>
        <w:t>1:01:29  generous fayyaz, uska ek namuna khuda ne darya ki surat mein qaim kar diya hai. yani tum river ki manind generous bano, yani har darya jo beh raha hai, jo flow kar raha hai,</w:t>
      </w:r>
      <w:r>
        <w:br/>
      </w:r>
      <w:r>
        <w:rPr>
          <w:sz w:val="20"/>
        </w:rPr>
        <w:t>1:01:43  woh goya apni dhimmi music jo uski hoti hai, agar aap ne kabhi suna ho, darya ko behte hue, ek bari ajeeb qism ki music us mein aati hai.</w:t>
      </w:r>
      <w:r>
        <w:br/>
      </w:r>
      <w:r>
        <w:rPr>
          <w:sz w:val="20"/>
        </w:rPr>
        <w:t>1:01:55  ek music, to kya woh natural music hota hai? uske zariye darya aap ko ek message de raha hota hai, khuda ka message ke "ae logon,</w:t>
      </w:r>
      <w:r>
        <w:br/>
      </w:r>
      <w:r>
        <w:rPr>
          <w:sz w:val="20"/>
        </w:rPr>
        <w:t>1:02:12  meri tarah generous bano, ae logon, river ki tarah generous bano, ae logon, river ki tarah fayyaz bano".</w:t>
      </w:r>
      <w:r>
        <w:br/>
      </w:r>
      <w:r>
        <w:rPr>
          <w:sz w:val="20"/>
        </w:rPr>
        <w:t>1:02:24  kaisa ajeeb yeh sabak hai, kaisa ajeeb yeh rabbani rabbani model hai jo khuda ne paida kar diya hai.</w:t>
      </w:r>
      <w:r>
        <w:br/>
      </w:r>
      <w:r>
        <w:rPr>
          <w:sz w:val="20"/>
        </w:rPr>
        <w:t>1:02:33  aise hi aap suraj ko dekhiye, suraj jo hai,</w:t>
      </w:r>
      <w:r>
        <w:br/>
      </w:r>
      <w:r>
        <w:rPr>
          <w:sz w:val="20"/>
        </w:rPr>
        <w:t>1:02:41  suraj aap jante hain ke suraj energy ka sab se bara source hamare liye suraj hai. agar suraj na ho to zindagi ka khatma ho jaye. suraj hi hamare liye zindagi ka source hai, is se jo hamein light milti hai, is se jo heat milti hai, tabhi zindagi hai is duniya mein.</w:t>
      </w:r>
      <w:r>
        <w:br/>
      </w:r>
      <w:r>
        <w:rPr>
          <w:sz w:val="20"/>
        </w:rPr>
        <w:t>1:02:59  wo na ho to zindagi khatam ho jaye. lekin aap jante hain ke suraj hamein koi bill nahi bhejta, koi price nahi leta, yani literal taur par wo apni taraf se hamein faida pahanchata rehta hai.</w:t>
      </w:r>
      <w:r>
        <w:br/>
      </w:r>
      <w:r>
        <w:rPr>
          <w:sz w:val="20"/>
        </w:rPr>
        <w:t>1:03:16  aur sab par yaksan, koi is ko gaali de, tab bhi koi is ka dushman ho, tab bhi har haal mein suraj apna apni blessing, apni light, apni heat is ko pahanchata rehta hai.</w:t>
      </w:r>
    </w:p>
    <w:p>
      <w:pPr>
        <w:pStyle w:val="Heading2"/>
      </w:pPr>
      <w:r>
        <w:t>Distraction is source of destruction</w:t>
      </w:r>
    </w:p>
    <w:p>
      <w:r>
        <w:rPr>
          <w:color w:val="666666"/>
          <w:sz w:val="18"/>
        </w:rPr>
        <w:t>Distraction is the Source of Destruction August 5, 2007 · 37s · at 3:08 · https://youtu.be/E5Xo0_emjIs?t=188</w:t>
      </w:r>
    </w:p>
    <w:p>
      <w:r>
        <w:rPr>
          <w:i/>
        </w:rPr>
        <w:t>“Distraction is the source of destruction”</w:t>
      </w:r>
    </w:p>
    <w:p>
      <w:r>
        <w:rPr>
          <w:sz w:val="20"/>
        </w:rPr>
        <w:t>3:08  yeh hamari koshish hoti hai aur isi ke liye hum yeh kar rahe hain kaam. to aaj ka jo mozu hai woh hai destruction is</w:t>
      </w:r>
      <w:r>
        <w:br/>
      </w:r>
      <w:r>
        <w:rPr>
          <w:sz w:val="20"/>
        </w:rPr>
        <w:t>3:24  destruction.</w:t>
      </w:r>
      <w:r>
        <w:br/>
      </w:r>
      <w:r>
        <w:rPr>
          <w:sz w:val="20"/>
        </w:rPr>
        <w:t>3:28  destruction is the source of destruction. matlab destruction jo hota hai zindagi mein ke main line jo aap ki hai us se aap hate hain idhar udhar to kya apne ko district karte hain.</w:t>
      </w:r>
    </w:p>
    <w:p>
      <w:pPr>
        <w:pStyle w:val="Heading2"/>
      </w:pPr>
      <w:r>
        <w:t>Present Muslims' pride problem and a scholar's dilemma</w:t>
      </w:r>
    </w:p>
    <w:p>
      <w:r>
        <w:rPr>
          <w:color w:val="666666"/>
          <w:sz w:val="18"/>
        </w:rPr>
        <w:t>Concept of Modesty in Islam (English) June 20, 2007 · 3m 26s · at 1:43 · https://youtu.be/mHQWcOA-2qo?t=103</w:t>
      </w:r>
    </w:p>
    <w:p>
      <w:r>
        <w:rPr>
          <w:i/>
        </w:rPr>
        <w:t>“It is a strange phenomena that present Muslims don't know the value of modesty.”</w:t>
      </w:r>
    </w:p>
    <w:p>
      <w:r>
        <w:rPr>
          <w:sz w:val="20"/>
        </w:rPr>
        <w:t>1:43  strange phenomenon that present muslims don't know the value of modesti</w:t>
      </w:r>
      <w:r>
        <w:br/>
      </w:r>
      <w:r>
        <w:rPr>
          <w:sz w:val="20"/>
        </w:rPr>
        <w:t>1:55  ty. according to my experience, every muslim lives sense of pride.</w:t>
      </w:r>
      <w:r>
        <w:br/>
      </w:r>
      <w:r>
        <w:rPr>
          <w:sz w:val="20"/>
        </w:rPr>
        <w:t>2:09  everyone speaks the language of pride. everyone says i am proud that i am a muslim.</w:t>
      </w:r>
      <w:r>
        <w:br/>
      </w:r>
      <w:r>
        <w:rPr>
          <w:sz w:val="20"/>
        </w:rPr>
        <w:t>2:22  i am proud that i was born in a mus</w:t>
      </w:r>
      <w:r>
        <w:br/>
      </w:r>
      <w:r>
        <w:rPr>
          <w:sz w:val="20"/>
        </w:rPr>
        <w:t>2:24  lim family. literature depict islam as a religion of pride.</w:t>
      </w:r>
      <w:r>
        <w:br/>
      </w:r>
      <w:r>
        <w:rPr>
          <w:sz w:val="20"/>
        </w:rPr>
        <w:t>2:33  you know, zia ul haq, muhammad zia ul haq, was the president of pakistan. so he visited america and he addressed united nations.</w:t>
      </w:r>
      <w:r>
        <w:br/>
      </w:r>
      <w:r>
        <w:rPr>
          <w:sz w:val="20"/>
        </w:rPr>
        <w:t>2:53  in this address, he said muslims have discovered their pride in islam.</w:t>
      </w:r>
      <w:r>
        <w:br/>
      </w:r>
      <w:r>
        <w:rPr>
          <w:sz w:val="20"/>
        </w:rPr>
        <w:t>3:08  i have attended lecture delivered by a muslim scholar, a great muslim scholar.</w:t>
      </w:r>
      <w:r>
        <w:br/>
      </w:r>
      <w:r>
        <w:rPr>
          <w:sz w:val="20"/>
        </w:rPr>
        <w:t>3:19  so he was asked a question of lecture. you said so many thing about the</w:t>
      </w:r>
      <w:r>
        <w:br/>
      </w:r>
      <w:r>
        <w:rPr>
          <w:sz w:val="20"/>
        </w:rPr>
        <w:t>3:37  pride content. about the pride content of islam.</w:t>
      </w:r>
      <w:r>
        <w:br/>
      </w:r>
      <w:r>
        <w:rPr>
          <w:sz w:val="20"/>
        </w:rPr>
        <w:t>3:45  now, those muslims were living as a minority in different countries. so what your message to these minority muslims?</w:t>
      </w:r>
      <w:r>
        <w:br/>
      </w:r>
      <w:r>
        <w:rPr>
          <w:sz w:val="20"/>
        </w:rPr>
        <w:t>4:00  he said, after a pause, after a pause, he said it is a very difficult question.</w:t>
      </w:r>
      <w:r>
        <w:br/>
      </w:r>
      <w:r>
        <w:rPr>
          <w:sz w:val="20"/>
        </w:rPr>
        <w:t>4:11  it is a very difficult question.</w:t>
      </w:r>
      <w:r>
        <w:br/>
      </w:r>
      <w:r>
        <w:rPr>
          <w:sz w:val="20"/>
        </w:rPr>
        <w:t>4:14  then he said, in islam, we have the model of strength.</w:t>
      </w:r>
      <w:r>
        <w:br/>
      </w:r>
      <w:r>
        <w:rPr>
          <w:sz w:val="20"/>
        </w:rPr>
        <w:t>4:27  but in islam,</w:t>
      </w:r>
      <w:r>
        <w:br/>
      </w:r>
      <w:r>
        <w:rPr>
          <w:sz w:val="20"/>
        </w:rPr>
        <w:t>4:32  there is no model of position of modesty.</w:t>
      </w:r>
      <w:r>
        <w:br/>
      </w:r>
      <w:r>
        <w:rPr>
          <w:sz w:val="20"/>
        </w:rPr>
        <w:t>4:41  in islam, we have the model of position of strength. but in islam, we have no model of position of modesty.</w:t>
      </w:r>
      <w:r>
        <w:br/>
      </w:r>
      <w:r>
        <w:rPr>
          <w:sz w:val="20"/>
        </w:rPr>
        <w:t>4:56  this answer was very strange. because all the teachings of islam are based on modesty.</w:t>
      </w:r>
    </w:p>
    <w:p>
      <w:pPr>
        <w:pStyle w:val="Heading2"/>
      </w:pPr>
      <w:r>
        <w:t>Why boyfriend-girlfriend relationships are forbidden in Islam</w:t>
      </w:r>
    </w:p>
    <w:p>
      <w:r>
        <w:rPr>
          <w:color w:val="666666"/>
          <w:sz w:val="18"/>
        </w:rPr>
        <w:t>Take it as A Challenge April 29, 2007 · 2m 08s · at 1:24:55 · https://youtu.be/pONW5UkRZ_M?t=5095</w:t>
      </w:r>
    </w:p>
    <w:p>
      <w:r>
        <w:rPr>
          <w:i/>
        </w:rPr>
        <w:t>“Is Islam forbidding mixing with the opposite sex?”</w:t>
      </w:r>
    </w:p>
    <w:p>
      <w:r>
        <w:rPr>
          <w:sz w:val="20"/>
        </w:rPr>
        <w:t>1:24:55  das question is from ali: in an age like today, where men and women are treated equally, we often do have girls as friends.</w:t>
      </w:r>
      <w:r>
        <w:br/>
      </w:r>
      <w:r>
        <w:rPr>
          <w:sz w:val="20"/>
        </w:rPr>
        <w:t>1:25:06  so as islam forbids mixing with the opposite sex, what is your view on this subject? bhai, bhai, ab wahi hai jo jo quran ka hai.</w:t>
      </w:r>
      <w:r>
        <w:br/>
      </w:r>
      <w:r>
        <w:rPr>
          <w:sz w:val="20"/>
        </w:rPr>
        <w:t>1:25:19  mein yeh friendship ko bilkul haraam samajhta hoon. haraam</w:t>
      </w:r>
      <w:r>
        <w:br/>
      </w:r>
      <w:r>
        <w:rPr>
          <w:sz w:val="20"/>
        </w:rPr>
        <w:t>1:25:23  ! marriage institution jo hai, wahi institution lawful institution hai. yaani shaadi kar ke aap ek saath rahen, aur shaadi ke baghair hi aap boy friend, girl friend banen, yeh bilkul haraam hai.</w:t>
      </w:r>
      <w:r>
        <w:br/>
      </w:r>
      <w:r>
        <w:rPr>
          <w:sz w:val="20"/>
        </w:rPr>
        <w:t>1:25:36  yeh log aise log hell mein jayenge. hell mein koi hell ke siwa koi cheez nahin, in ka in ka jagah hai un ke liye. ke khuda ne dekhiye jo jaiz tareeqa bataya hai ke woh shaadi kar ke raho, ek saath</w:t>
      </w:r>
      <w:r>
        <w:br/>
      </w:r>
      <w:r>
        <w:rPr>
          <w:sz w:val="20"/>
        </w:rPr>
        <w:t>1:25:48  shaadi kar ke raho, bina shaadi ke. aaj kal jo kaha jaata hai ke kya kehte hain? living relationship! ji ji, living relationship jo hai, haraam relationship hai.</w:t>
      </w:r>
      <w:r>
        <w:br/>
      </w:r>
      <w:r>
        <w:rPr>
          <w:sz w:val="20"/>
        </w:rPr>
        <w:t>1:25:58  woh unlawful relationship hai, woh jahannami hai, jahannami! aur kabhi is mein kisi ko sukh nahin milega. mein challenge karta hoon kisi ko living relationship mein, aakhir waqt tak sukh mila ho is ko.</w:t>
      </w:r>
      <w:r>
        <w:br/>
      </w:r>
      <w:r>
        <w:rPr>
          <w:sz w:val="20"/>
        </w:rPr>
        <w:t>1:26:12  mein chel</w:t>
      </w:r>
      <w:r>
        <w:br/>
      </w:r>
      <w:r>
        <w:rPr>
          <w:sz w:val="20"/>
        </w:rPr>
        <w:t>1:26:13  lenge karta hoon, agar koi keh de ke mujhe mila hai to mein apni baat khatam kar doon ga, apna mission khatam kar doon ga. apna yeh jitne ladke ladkiyan aisa bolte hain, bolte marten hain, sakht buri maut marte hain.</w:t>
      </w:r>
      <w:r>
        <w:br/>
      </w:r>
      <w:r>
        <w:rPr>
          <w:sz w:val="20"/>
        </w:rPr>
        <w:t>1:26:24  despair, disappointment, niraasha! Koi agar aisa ho jo living relationship wala aadmi, jo apne aap ko sach much happiness aakhir waqt tak maintain kar sake, to mujhe bataaye is ka naam kaun hai.</w:t>
      </w:r>
      <w:r>
        <w:br/>
      </w:r>
      <w:r>
        <w:rPr>
          <w:sz w:val="20"/>
        </w:rPr>
        <w:t>1:26:39  woh bohat hi buri zindagi hoti hai in logon ki.</w:t>
      </w:r>
      <w:r>
        <w:br/>
      </w:r>
      <w:r>
        <w:rPr>
          <w:sz w:val="20"/>
        </w:rPr>
        <w:t>1:26:43  chand din ka, chand din hua karte hain, hua is ke baad khatam. chand din hua kar ke khatam. beharhaal, mera wohi nazariya hai jo islam ka hai.</w:t>
      </w:r>
      <w:r>
        <w:br/>
      </w:r>
      <w:r>
        <w:rPr>
          <w:sz w:val="20"/>
        </w:rPr>
        <w:t>1:26:52  beharhaal, koi nazariya nahi hai. boyfriend, boyfriend bilkul haraam hai islam mein, aur is ke liye yeh sirf jahannami kaam hai yeh sab. aur jis ko shadi karna hai, shadi kar ke rahe qaayde se.</w:t>
      </w:r>
    </w:p>
    <w:p>
      <w:pPr>
        <w:pStyle w:val="Heading2"/>
      </w:pPr>
      <w:r>
        <w:t>Ideologically justified evil and Darwin</w:t>
      </w:r>
    </w:p>
    <w:p>
      <w:r>
        <w:rPr>
          <w:color w:val="666666"/>
          <w:sz w:val="18"/>
        </w:rPr>
        <w:t>Nature of Modern Problem 12 July 2009 - Maulana Wahiduddin Khan · 2m 07s · at 20:46 · https://youtu.be/JULJoDRvUNU?t=1246</w:t>
      </w:r>
    </w:p>
    <w:p>
      <w:r>
        <w:rPr>
          <w:i/>
        </w:rPr>
        <w:t>“Yeh hai ideologically justified evil.”</w:t>
      </w:r>
    </w:p>
    <w:p>
      <w:r>
        <w:rPr>
          <w:sz w:val="20"/>
        </w:rPr>
        <w:t>20:46  woh hai ideologically justified evil. Adam ko philosophy nahi aati thi.</w:t>
      </w:r>
      <w:r>
        <w:br/>
      </w:r>
      <w:r>
        <w:rPr>
          <w:sz w:val="20"/>
        </w:rPr>
        <w:t>20:53  Adam jo the, philosophy se pehle paida hue the. woh jante nahi the ke kaise idea is ko justify kaise kiya jaye.</w:t>
      </w:r>
      <w:r>
        <w:br/>
      </w:r>
      <w:r>
        <w:rPr>
          <w:sz w:val="20"/>
        </w:rPr>
        <w:t>21:03  woh to temptation se unhone phal kha liya tha. temptation.</w:t>
      </w:r>
      <w:r>
        <w:br/>
      </w:r>
      <w:r>
        <w:rPr>
          <w:sz w:val="20"/>
        </w:rPr>
        <w:t>21:11  ab sirf temptation ki baat nahi hai, ab to justified evil ka zamane mein jee rahe hain. isi ko dajali kaha gaya. dajali,</w:t>
      </w:r>
      <w:r>
        <w:br/>
      </w:r>
      <w:r>
        <w:rPr>
          <w:sz w:val="20"/>
        </w:rPr>
        <w:t>21:23  dajali is ko kaha gaya hai. aur hadith mein aata hai ke 30, 30 dajal paida honge. toh yeh hum dajali ke zamane mein jee rahe hain jabke sari evil ko justify kar diya gaya hai.</w:t>
      </w:r>
      <w:r>
        <w:br/>
      </w:r>
      <w:r>
        <w:rPr>
          <w:sz w:val="20"/>
        </w:rPr>
        <w:t>21:39  is se peeche maine aap se bataya tha ke misaal ke taur par Darwin paida hua.</w:t>
      </w:r>
      <w:r>
        <w:br/>
      </w:r>
      <w:r>
        <w:rPr>
          <w:sz w:val="20"/>
        </w:rPr>
        <w:t>21:45  Darwin aaj sare umman par chhaya hua hai. main samajhta hoon ke shayad mujh ko chhod kar ek bhi shakhs nahi hoga jo is se bacha hua ho.</w:t>
      </w:r>
      <w:r>
        <w:br/>
      </w:r>
      <w:r>
        <w:rPr>
          <w:sz w:val="20"/>
        </w:rPr>
        <w:t>21:57  maine kam az kam maine nahi dekha kisi aadmi ko. sab kahin na kahin is ke, is ke, is ke asar mein aa gaye hain. is ke asar mein aa gaye hain.</w:t>
      </w:r>
      <w:r>
        <w:br/>
      </w:r>
      <w:r>
        <w:rPr>
          <w:sz w:val="20"/>
        </w:rPr>
        <w:t>22:07  kahin na kahin is se mutasir hain. aur kitna bada fitna hai</w:t>
      </w:r>
      <w:r>
        <w:br/>
      </w:r>
      <w:r>
        <w:rPr>
          <w:sz w:val="20"/>
        </w:rPr>
        <w:t>22:11  Darwin ka. ab gaur kijiye ke Darwin ne kya kiya? bazahir is ne Khuda ko mana. is ki kitab hai Origin of His Fisher.</w:t>
      </w:r>
      <w:r>
        <w:br/>
      </w:r>
      <w:r>
        <w:rPr>
          <w:sz w:val="20"/>
        </w:rPr>
        <w:t>22:22  is ne God ko mana hai. lekin God ko kya hai? woh itna reduced form mein mana hai. is ne ke God ki koi hesiyat hi nahi hoti.</w:t>
      </w:r>
      <w:r>
        <w:br/>
      </w:r>
      <w:r>
        <w:rPr>
          <w:sz w:val="20"/>
        </w:rPr>
        <w:t>22:31  yani God kya hai?</w:t>
      </w:r>
      <w:r>
        <w:br/>
      </w:r>
      <w:r>
        <w:rPr>
          <w:sz w:val="20"/>
        </w:rPr>
        <w:t>22:33  God ka itni power hai ke woh amoeba ko paida kar de. single cellular amoeba ko paida kar de. itni power is ko hai. baqi sab toh ho raha hai natural selection se.</w:t>
      </w:r>
      <w:r>
        <w:br/>
      </w:r>
      <w:r>
        <w:rPr>
          <w:sz w:val="20"/>
        </w:rPr>
        <w:t>22:46  aap gaur kijiye, aisa Khuda ki kya zaroorat hai aap ko? woh toh appendix hai.</w:t>
      </w:r>
    </w:p>
    <w:p>
      <w:pPr>
        <w:pStyle w:val="Heading2"/>
      </w:pPr>
      <w:r>
        <w:t>how losing his father became a spiritual blessing</w:t>
      </w:r>
    </w:p>
    <w:p>
      <w:r>
        <w:rPr>
          <w:color w:val="666666"/>
          <w:sz w:val="18"/>
        </w:rPr>
        <w:t>My Life and Experience April 8, 2007 · 1m 45s · at 8:17 · https://youtu.be/HbJzX4PJdR8?t=497</w:t>
      </w:r>
    </w:p>
    <w:p>
      <w:r>
        <w:rPr>
          <w:i/>
        </w:rPr>
        <w:t>“Yateem hona log samajhte hain disadvantage hai”</w:t>
      </w:r>
    </w:p>
    <w:p>
      <w:r>
        <w:rPr>
          <w:sz w:val="20"/>
        </w:rPr>
        <w:t>8:17  dekhen, yateem hona aksar log samajhte hain ke yeh koi disadvantage hai aadmi ki zindagi mein.</w:t>
      </w:r>
      <w:r>
        <w:br/>
      </w:r>
      <w:r>
        <w:rPr>
          <w:sz w:val="20"/>
        </w:rPr>
        <w:t>8:26  log is ke sirf minus point ko jante hain.</w:t>
      </w:r>
      <w:r>
        <w:br/>
      </w:r>
      <w:r>
        <w:rPr>
          <w:sz w:val="20"/>
        </w:rPr>
        <w:t>8:31  dekhen, mera yeh manna hai ke agar sach much yeh koi disadvantage wali baat hoti aur yeh koi minus point hota zindagi ka, to rasool Allah ko kabhi bhi aisa pesh na aata.</w:t>
      </w:r>
      <w:r>
        <w:br/>
      </w:r>
      <w:r>
        <w:rPr>
          <w:sz w:val="20"/>
        </w:rPr>
        <w:t>8:46  kabhi pesh na aata. is wajah se mera manna hai ke yateem hona bohat bari blessing hai. bohat bari blessing hai.</w:t>
      </w:r>
      <w:r>
        <w:br/>
      </w:r>
      <w:r>
        <w:rPr>
          <w:sz w:val="20"/>
        </w:rPr>
        <w:t>8:57  woh main ne khud is ko, khud main apne aap mein is ka experience kiya. to dekhen, kaise hua mere sath.</w:t>
      </w:r>
      <w:r>
        <w:br/>
      </w:r>
      <w:r>
        <w:rPr>
          <w:sz w:val="20"/>
        </w:rPr>
        <w:t>9:07  jab tak mere baap the to main baap pe jeeta tha. yeh sari detail mujhe meri maan ne batayi ke baap ki dadi thi, to un ki dadi se khelna.</w:t>
      </w:r>
      <w:r>
        <w:br/>
      </w:r>
      <w:r>
        <w:rPr>
          <w:sz w:val="20"/>
        </w:rPr>
        <w:t>9:21  aise hi kar ke un ki dadi se khelta tha main. un ki god mein baithta tha main. khoob bolta tha un se.</w:t>
      </w:r>
      <w:r>
        <w:br/>
      </w:r>
      <w:r>
        <w:rPr>
          <w:sz w:val="20"/>
        </w:rPr>
        <w:t>9:28  to mera jo jo tha, baap tak tha. aur jo rest of the world hai, us se nahi tha.</w:t>
      </w:r>
      <w:r>
        <w:br/>
      </w:r>
      <w:r>
        <w:rPr>
          <w:sz w:val="20"/>
        </w:rPr>
        <w:t>9:39  mere liye sari duniya bas baap thi. acha, jab baap ko hata diya gaya to kya hua?</w:t>
      </w:r>
      <w:r>
        <w:br/>
      </w:r>
      <w:r>
        <w:rPr>
          <w:sz w:val="20"/>
        </w:rPr>
        <w:t>9:49  baap ko hata diya gaya to main rest of the world se jud gaya, jis se main kata hua tha.</w:t>
      </w:r>
      <w:r>
        <w:br/>
      </w:r>
      <w:r>
        <w:rPr>
          <w:sz w:val="20"/>
        </w:rPr>
        <w:t>9:56  goya ke baap mere liye aik buffer bana hua tha, buffer.</w:t>
      </w:r>
    </w:p>
    <w:p>
      <w:pPr>
        <w:pStyle w:val="Heading2"/>
      </w:pPr>
      <w:r>
        <w:t>1913 Kanpur incident shows past Muslim leadership's awe</w:t>
      </w:r>
    </w:p>
    <w:p>
      <w:r>
        <w:rPr>
          <w:color w:val="666666"/>
          <w:sz w:val="18"/>
        </w:rPr>
        <w:t>The Importance of Wisdom November 4, 2012 · 2m 45s · at 13:10 · https://youtu.be/7e6FvqRSHic?t=790</w:t>
      </w:r>
    </w:p>
    <w:p>
      <w:r>
        <w:rPr>
          <w:i/>
        </w:rPr>
        <w:t>“میں اپ کو ایک چھوٹا سا واقعہ سناتا ہوں، کانپور کا۔”</w:t>
      </w:r>
    </w:p>
    <w:p>
      <w:r>
        <w:rPr>
          <w:sz w:val="20"/>
        </w:rPr>
        <w:t>13:10  main aap ko ek chhoṭā sa waqi'a 'arz karta hoon. abhi hamāre class mein ek sāhib hain jo kānpur se āye hain. un ke mere zehan mein ek waqi'a yād ā gayā un ke un ko le kar jo</w:t>
      </w:r>
      <w:r>
        <w:br/>
      </w:r>
      <w:r>
        <w:rPr>
          <w:sz w:val="20"/>
        </w:rPr>
        <w:t>13:26  ek 'alāmatī taur par batātā hai kyā musalmānoun ka dabdaba ki hālat kyā thi musalmānoun ki. dekhiye kānpur mein 1913 mein ek waqi'a huā tha jab angrez indiyā mein rule karte the۔</w:t>
      </w:r>
      <w:r>
        <w:br/>
      </w:r>
      <w:r>
        <w:rPr>
          <w:sz w:val="20"/>
        </w:rPr>
        <w:t>13:40  zabardast un ki hukūmat yahān thi angrezoun ki. to 1913 mein aisa huā ke wahān par ek masjid thi۔</w:t>
      </w:r>
      <w:r>
        <w:br/>
      </w:r>
      <w:r>
        <w:rPr>
          <w:sz w:val="20"/>
        </w:rPr>
        <w:t>13:49  us masjid ka ek konā jo hai woh toṛ diyā gayā saṛak ko choṛā karne ke liye۔</w:t>
      </w:r>
      <w:r>
        <w:br/>
      </w:r>
      <w:r>
        <w:rPr>
          <w:sz w:val="20"/>
        </w:rPr>
        <w:t>13:58  ek saṛak wahān thi jis ko thoṛā choṛā karna chahte the angrez. to unhon ne ek kone ko toṛ diyā aur saṛak choṛā karne ke liye۔</w:t>
      </w:r>
      <w:r>
        <w:br/>
      </w:r>
      <w:r>
        <w:rPr>
          <w:sz w:val="20"/>
        </w:rPr>
        <w:t>14:11  us par baṛā hangāma kiyā musalmānoun ne</w:t>
      </w:r>
      <w:r>
        <w:br/>
      </w:r>
      <w:r>
        <w:rPr>
          <w:sz w:val="20"/>
        </w:rPr>
        <w:t>14:13  keh masjid shaheed kar diya unhon ne. aur poora ek itna zabardast hungama hua keh angrezi hukoomat jo hai hil gai.</w:t>
      </w:r>
      <w:r>
        <w:br/>
      </w:r>
      <w:r>
        <w:rPr>
          <w:sz w:val="20"/>
        </w:rPr>
        <w:t>14:24  to is ka ek qissa arz karta hoon main. is zamane mein jab keh kanpur mein hungame jaari the aur goliyan chali theen wahan par</w:t>
      </w:r>
      <w:r>
        <w:br/>
      </w:r>
      <w:r>
        <w:rPr>
          <w:sz w:val="20"/>
        </w:rPr>
        <w:t>14:36  to is zamane mein jo up ka jo governor tha governor government lord mister is ka naam tha to wo soorat e haal ke in the support jaizay ke liye america kanpur gaya.</w:t>
      </w:r>
      <w:r>
        <w:br/>
      </w:r>
      <w:r>
        <w:rPr>
          <w:sz w:val="20"/>
        </w:rPr>
        <w:t>14:54  to kanpur mein wo dera table pe tha</w:t>
      </w:r>
      <w:r>
        <w:br/>
      </w:r>
      <w:r>
        <w:rPr>
          <w:sz w:val="20"/>
        </w:rPr>
        <w:t>14:59  aur isi waqt ek us ko ek slip di gai.</w:t>
      </w:r>
      <w:r>
        <w:br/>
      </w:r>
      <w:r>
        <w:rPr>
          <w:sz w:val="20"/>
        </w:rPr>
        <w:t>15:03  bataya gaya us ko keh maulana muhammad ali kanpur aa gaye hain. to main ne parha tha ek ek jo aadmi maujood tha wahan par us ne kaha yeh suntay hi angrez governor ke hath se chup chup chhoot ke gir gaya.</w:t>
      </w:r>
      <w:r>
        <w:br/>
      </w:r>
      <w:r>
        <w:rPr>
          <w:sz w:val="20"/>
        </w:rPr>
        <w:t>15:18  chhuri kaante se kha rahe the wo to chhuri kaanta jo le kar jo khana kha raha tha wo to jaisay hi us ne suna keh maulana muhammad ali aa gaye hain to chhoot ke gir pada wo.</w:t>
      </w:r>
      <w:r>
        <w:br/>
      </w:r>
      <w:r>
        <w:rPr>
          <w:sz w:val="20"/>
        </w:rPr>
        <w:t>15:30  itna dabdaba tha muslim leadership ka. ab kya aap to kuch koi hesiyat nahi hai musalmanon ki kyun keh dekhiye zindagi ka raaz kya hai agar aap ek aisa iqdam karen jo iqdam ko aap aakhir tak pohncha sakte hon success tak pohncha sakte hon to aap ka izzat barhe gi aap ka reputation barhe ga</w:t>
      </w:r>
    </w:p>
    <w:p>
      <w:pPr>
        <w:pStyle w:val="Heading2"/>
      </w:pPr>
      <w:r>
        <w:t>Scientific temper as starting point</w:t>
      </w:r>
    </w:p>
    <w:p>
      <w:r>
        <w:rPr>
          <w:color w:val="666666"/>
          <w:sz w:val="18"/>
        </w:rPr>
        <w:t>Scientific Temper April 08, 2020 Maulana Wahiduddin Khan · 2m 21s · at 1:01 · https://youtu.be/BqvmKPF6w0A?t=61</w:t>
      </w:r>
    </w:p>
    <w:p>
      <w:r>
        <w:rPr>
          <w:i/>
        </w:rPr>
        <w:t>“India's basic problem is lack of scientific thinking.”</w:t>
      </w:r>
    </w:p>
    <w:p>
      <w:r>
        <w:rPr>
          <w:sz w:val="20"/>
        </w:rPr>
        <w:t>1:01  yeh subject mere paas ban gaya ke indian sab ka, indian ka basic problem yeh hai ke yahan ke log</w:t>
      </w:r>
      <w:r>
        <w:br/>
      </w:r>
      <w:r>
        <w:rPr>
          <w:sz w:val="20"/>
        </w:rPr>
        <w:t>1:16  leak karte hain scientific thinking ko. to main is ko bohat ziyada study karta raha.</w:t>
      </w:r>
      <w:r>
        <w:br/>
      </w:r>
      <w:r>
        <w:rPr>
          <w:sz w:val="20"/>
        </w:rPr>
        <w:t>1:28  main samajhta hoon ke</w:t>
      </w:r>
      <w:r>
        <w:br/>
      </w:r>
      <w:r>
        <w:rPr>
          <w:sz w:val="20"/>
        </w:rPr>
        <w:t>1:32  is maamle mein musalmanon aur doosri community ka koi khaas farq nahi hai. yeh kami sab mein pai jati hai.</w:t>
      </w:r>
      <w:r>
        <w:br/>
      </w:r>
      <w:r>
        <w:rPr>
          <w:sz w:val="20"/>
        </w:rPr>
        <w:t>1:45  mere paas misalein bohat ziyada hain.</w:t>
      </w:r>
      <w:r>
        <w:br/>
      </w:r>
      <w:r>
        <w:rPr>
          <w:sz w:val="20"/>
        </w:rPr>
        <w:t>1:49  misal batane ke liye main bohat si misalein bata sakta hoon. is waqt main ne socha hai ke main misalein bayan na karoon, kyunke misalein bayan karne mein hota yeh hai ke bohat jald controversy shuru ho jati hai.</w:t>
      </w:r>
      <w:r>
        <w:br/>
      </w:r>
      <w:r>
        <w:rPr>
          <w:sz w:val="20"/>
        </w:rPr>
        <w:t>2:09  to right point se zehan hat jata hai. to main sirf yeh kahoon ga ke aap ghor kijiye, aap is par study kijiye, aur is ko janne ki koshish kijiye</w:t>
      </w:r>
      <w:r>
        <w:br/>
      </w:r>
      <w:r>
        <w:rPr>
          <w:sz w:val="20"/>
        </w:rPr>
        <w:t>2:25  ke ek insaan ne kyun aisa kaha ke indian subcontinent ka sab se bara masla yeh hai ke yahan logon mein scientific team nahi hai.</w:t>
      </w:r>
      <w:r>
        <w:br/>
      </w:r>
      <w:r>
        <w:rPr>
          <w:sz w:val="20"/>
        </w:rPr>
        <w:t>2:43  main samajhta hoon ke scientific temper ki ahmiyat is lihaaz se hai ke agar yeh maan lein aap to aap ko foran usi starting point mil jata hai.</w:t>
      </w:r>
      <w:r>
        <w:br/>
      </w:r>
      <w:r>
        <w:rPr>
          <w:sz w:val="20"/>
        </w:rPr>
        <w:t>2:59  starting point. yeh na manen to starting point nahi milta.</w:t>
      </w:r>
      <w:r>
        <w:br/>
      </w:r>
      <w:r>
        <w:rPr>
          <w:sz w:val="20"/>
        </w:rPr>
        <w:t>3:08  to mein aap sab logon ko yeh dawat deta hoon ke aap objective tor par, purely objective andaaz mein is ki study karen.</w:t>
      </w:r>
    </w:p>
    <w:p>
      <w:pPr>
        <w:pStyle w:val="Heading2"/>
      </w:pPr>
      <w:r>
        <w:t>Visit to Gulen's Turkish American education center</w:t>
      </w:r>
    </w:p>
    <w:p>
      <w:r>
        <w:rPr>
          <w:color w:val="666666"/>
          <w:sz w:val="18"/>
        </w:rPr>
        <w:t>Lessons from My Journey to the US September 13, 2015 · 1m 59s · at 22:14 · https://youtu.be/RgXmKX1PxQc?t=1334</w:t>
      </w:r>
    </w:p>
    <w:p>
      <w:r>
        <w:rPr>
          <w:i/>
        </w:rPr>
        <w:t>“We visited the Turkish American Center near Chicago airport”</w:t>
      </w:r>
    </w:p>
    <w:p>
      <w:r>
        <w:rPr>
          <w:sz w:val="20"/>
        </w:rPr>
        <w:t>22:14  isi tarah dekhiye, wahan par Chicago jo airport hai, Chicago airport ke paas Turkey ke logon ne ek bohat bara markaz banaya hai, is ka naam hai "Turkish American Center".</w:t>
      </w:r>
      <w:r>
        <w:br/>
      </w:r>
      <w:r>
        <w:rPr>
          <w:sz w:val="20"/>
        </w:rPr>
        <w:t>22:32  yeh taleemi center hai, aur yeh Ustad Fethullah Gülen, jo mashhoor hain, un ki movement ke tehat ho raha hai.</w:t>
      </w:r>
      <w:r>
        <w:br/>
      </w:r>
      <w:r>
        <w:rPr>
          <w:sz w:val="20"/>
        </w:rPr>
        <w:t>22:44  aap ko pata hoga ke Ustad Fethullah Gülen, jo Turkey ke hain, wo educational movement chala rahe hain</w:t>
      </w:r>
      <w:r>
        <w:br/>
      </w:r>
      <w:r>
        <w:rPr>
          <w:sz w:val="20"/>
        </w:rPr>
        <w:t>22:53  saari duniya mein, sirf Turkey mein nahi. hazaron hazar ki tadad mein saari duniya mein wo bohat hi standard ke school khole hue hain, khud America mein bhi.</w:t>
      </w:r>
      <w:r>
        <w:br/>
      </w:r>
      <w:r>
        <w:rPr>
          <w:sz w:val="20"/>
        </w:rPr>
        <w:t>23:08  America mein un ka school standard ka school mana jata hai. to wahan Chicago airport ke paas un ka center hai. wo log aaye, mujhe wahan le gaye, is ko dikhaya, wahan hum kuch der rahe.</w:t>
      </w:r>
      <w:r>
        <w:br/>
      </w:r>
      <w:r>
        <w:rPr>
          <w:sz w:val="20"/>
        </w:rPr>
        <w:t>23:21  to wo bilkul American standard ke mutabiq tha, wo center bohat hi modern aur har aitbaar se bohat hi,</w:t>
      </w:r>
      <w:r>
        <w:br/>
      </w:r>
      <w:r>
        <w:rPr>
          <w:sz w:val="20"/>
        </w:rPr>
        <w:t>23:32  bohat hi important. to is ko dekhne ke baad un ki sargharmiyan, is se pehle bhi mujhe pata tha un ki sargharmiyon ka, is se pehle main Turkey gaya hoon aur literature padha hai.</w:t>
      </w:r>
      <w:r>
        <w:br/>
      </w:r>
      <w:r>
        <w:rPr>
          <w:sz w:val="20"/>
        </w:rPr>
        <w:t>23:48  to maine kaha ke dekhiye, yeh zamana ek kaisa ajeeb zamana hai</w:t>
      </w:r>
      <w:r>
        <w:br/>
      </w:r>
      <w:r>
        <w:rPr>
          <w:sz w:val="20"/>
        </w:rPr>
        <w:t>23:55  ke Gülen movement saari duniya mein goya ke ek educational empire bana rahi hui hai. educational empire banai hui hai, kaisi ajeeb baat hai!</w:t>
      </w:r>
      <w:r>
        <w:br/>
      </w:r>
      <w:r>
        <w:rPr>
          <w:sz w:val="20"/>
        </w:rPr>
        <w:t>24:10  saari duniya mein</w:t>
      </w:r>
    </w:p>
    <w:p>
      <w:pPr>
        <w:pStyle w:val="Heading2"/>
      </w:pPr>
      <w:r>
        <w:t>The full 'save yourself' formula for a stress-free life</w:t>
      </w:r>
    </w:p>
    <w:p>
      <w:r>
        <w:rPr>
          <w:color w:val="666666"/>
          <w:sz w:val="18"/>
        </w:rPr>
        <w:t>The Problem of Misunderstanding January 1, 2008 · 5m 51s · at 17:04 · https://youtu.be/CTmUoJ714fg?t=1024</w:t>
      </w:r>
    </w:p>
    <w:p>
      <w:r>
        <w:rPr>
          <w:i/>
        </w:rPr>
        <w:t>“My formula is very simple: save yourself”</w:t>
      </w:r>
    </w:p>
    <w:p>
      <w:r>
        <w:rPr>
          <w:sz w:val="20"/>
        </w:rPr>
        <w:t>17:04  so you have to find some explanation. and i can say that i have found that formula.</w:t>
      </w:r>
      <w:r>
        <w:br/>
      </w:r>
      <w:r>
        <w:rPr>
          <w:sz w:val="20"/>
        </w:rPr>
        <w:t>17:17  my formula is very, very simple. formula is very simple. it is save your self.</w:t>
      </w:r>
      <w:r>
        <w:br/>
      </w:r>
      <w:r>
        <w:rPr>
          <w:sz w:val="20"/>
        </w:rPr>
        <w:t>17:26  save your self.</w:t>
      </w:r>
      <w:r>
        <w:br/>
      </w:r>
      <w:r>
        <w:rPr>
          <w:sz w:val="20"/>
        </w:rPr>
        <w:t>17:28  you know, when you are facing some tension or stress, that is, that is due to some, some experience, side experience.</w:t>
      </w:r>
      <w:r>
        <w:br/>
      </w:r>
      <w:r>
        <w:rPr>
          <w:sz w:val="20"/>
        </w:rPr>
        <w:t>17:39  if you are living in a family, in society, in nation, then you experience side kind of event from your family members, from your children, from your members of society</w:t>
      </w:r>
      <w:r>
        <w:br/>
      </w:r>
      <w:r>
        <w:rPr>
          <w:sz w:val="20"/>
        </w:rPr>
        <w:t>17:56  . so you find some side type of experience. and then you become, then you develop tension or stress.</w:t>
      </w:r>
      <w:r>
        <w:br/>
      </w:r>
      <w:r>
        <w:rPr>
          <w:sz w:val="20"/>
        </w:rPr>
        <w:t>18:08  bat why, why this kind of, it is a sacrifice. why you sacrifice this? why you are search for this kind of experience?</w:t>
      </w:r>
      <w:r>
        <w:br/>
      </w:r>
      <w:r>
        <w:rPr>
          <w:sz w:val="20"/>
        </w:rPr>
        <w:t>18:21  Why are you searching for some other person? Forget it.</w:t>
      </w:r>
      <w:r>
        <w:br/>
      </w:r>
      <w:r>
        <w:rPr>
          <w:sz w:val="20"/>
        </w:rPr>
        <w:t>18:27  . I do this every day. So I have developed this kind of, if, if, if thinking.</w:t>
      </w:r>
      <w:r>
        <w:br/>
      </w:r>
      <w:r>
        <w:rPr>
          <w:sz w:val="20"/>
        </w:rPr>
        <w:t>18:38  I can forget any, any person who gives me some kind of, have given me some kind of sad experience.</w:t>
      </w:r>
      <w:r>
        <w:br/>
      </w:r>
      <w:r>
        <w:rPr>
          <w:sz w:val="20"/>
        </w:rPr>
        <w:t>18:49  because I have already said that tension is not based on physical injury.</w:t>
      </w:r>
      <w:r>
        <w:br/>
      </w:r>
      <w:r>
        <w:rPr>
          <w:sz w:val="20"/>
        </w:rPr>
        <w:t>18:56  it is psychological shock. and all do psychological shock based on some kind of experience by other.</w:t>
      </w:r>
      <w:r>
        <w:br/>
      </w:r>
      <w:r>
        <w:rPr>
          <w:sz w:val="20"/>
        </w:rPr>
        <w:t>19:06  so forget it.</w:t>
      </w:r>
      <w:r>
        <w:br/>
      </w:r>
      <w:r>
        <w:rPr>
          <w:sz w:val="20"/>
        </w:rPr>
        <w:t>19:08  if someone is not ready to listen your, your advice. if someone is not ready to, to follow your, your teachings.</w:t>
      </w:r>
      <w:r>
        <w:br/>
      </w:r>
      <w:r>
        <w:rPr>
          <w:sz w:val="20"/>
        </w:rPr>
        <w:t>19:22  if someone is not ready to give you happiness. if someone is not ready to follow your direction.</w:t>
      </w:r>
      <w:r>
        <w:br/>
      </w:r>
      <w:r>
        <w:rPr>
          <w:sz w:val="20"/>
        </w:rPr>
        <w:t>19:33  den wai, wai badr? don't badr.</w:t>
      </w:r>
      <w:r>
        <w:br/>
      </w:r>
      <w:r>
        <w:rPr>
          <w:sz w:val="20"/>
        </w:rPr>
        <w:t>19:38  Forget it. Remove it from your mind. This save yourself.</w:t>
      </w:r>
      <w:r>
        <w:br/>
      </w:r>
      <w:r>
        <w:rPr>
          <w:sz w:val="20"/>
        </w:rPr>
        <w:t>19:46  dis formula based on a hadis</w:t>
      </w:r>
      <w:r>
        <w:br/>
      </w:r>
      <w:r>
        <w:rPr>
          <w:sz w:val="20"/>
        </w:rPr>
        <w:t>19:50  . property of islam has said dat</w:t>
      </w:r>
      <w:r>
        <w:br/>
      </w:r>
      <w:r>
        <w:rPr>
          <w:sz w:val="20"/>
        </w:rPr>
        <w:t>20:10  you feel. When you are in situation, you feel that I am help</w:t>
      </w:r>
      <w:r>
        <w:br/>
      </w:r>
      <w:r>
        <w:rPr>
          <w:sz w:val="20"/>
        </w:rPr>
        <w:t>20:16  les. I cannot, I cannot remove this obstacle. I cannot reform.</w:t>
      </w:r>
      <w:r>
        <w:br/>
      </w:r>
      <w:r>
        <w:rPr>
          <w:sz w:val="20"/>
        </w:rPr>
        <w:t>20:24  I cannot change people, so forget others and save yourself.</w:t>
      </w:r>
      <w:r>
        <w:br/>
      </w:r>
      <w:r>
        <w:rPr>
          <w:sz w:val="20"/>
        </w:rPr>
        <w:t>20:37  So my formula is very simple: save yourself.</w:t>
      </w:r>
      <w:r>
        <w:br/>
      </w:r>
      <w:r>
        <w:rPr>
          <w:sz w:val="20"/>
        </w:rPr>
        <w:t>20:42  first of all, you have to try to, to change your family members, your members of society or your neighbors.</w:t>
      </w:r>
      <w:r>
        <w:br/>
      </w:r>
      <w:r>
        <w:rPr>
          <w:sz w:val="20"/>
        </w:rPr>
        <w:t>20:54  if they are going wrong, if they are giving you some kind of sad experience, then try to, try to change them</w:t>
      </w:r>
      <w:r>
        <w:br/>
      </w:r>
      <w:r>
        <w:rPr>
          <w:sz w:val="20"/>
        </w:rPr>
        <w:t>21:07  . But if they are not ready to, to accept your advice, then leave them. Forget them.</w:t>
      </w:r>
      <w:r>
        <w:br/>
      </w:r>
      <w:r>
        <w:rPr>
          <w:sz w:val="20"/>
        </w:rPr>
        <w:t>21:19  And this formula is 'save yourself' formula. I can see that I am, I am, I adopted this formula and I am, I am a tension-free person.</w:t>
      </w:r>
      <w:r>
        <w:br/>
      </w:r>
      <w:r>
        <w:rPr>
          <w:sz w:val="20"/>
        </w:rPr>
        <w:t>21:33  i hav no stress.</w:t>
      </w:r>
      <w:r>
        <w:br/>
      </w:r>
      <w:r>
        <w:rPr>
          <w:sz w:val="20"/>
        </w:rPr>
        <w:t>21:35  So my formula of de-stressing is very simple. Try to change others. But if you fail, then leave others and start a new living.</w:t>
      </w:r>
      <w:r>
        <w:br/>
      </w:r>
      <w:r>
        <w:rPr>
          <w:sz w:val="20"/>
        </w:rPr>
        <w:t>21:48  dat is sav your self.</w:t>
      </w:r>
      <w:r>
        <w:br/>
      </w:r>
      <w:r>
        <w:rPr>
          <w:sz w:val="20"/>
        </w:rPr>
        <w:t>21:53  veri simpl.</w:t>
      </w:r>
      <w:r>
        <w:br/>
      </w:r>
      <w:r>
        <w:rPr>
          <w:sz w:val="20"/>
        </w:rPr>
        <w:t>21:58  All the people are, all the people have some sad story, some sad memory. Why, why you are, you are putting the sad memory in your mind?</w:t>
      </w:r>
      <w:r>
        <w:br/>
      </w:r>
      <w:r>
        <w:rPr>
          <w:sz w:val="20"/>
        </w:rPr>
        <w:t>22:14  w</w:t>
      </w:r>
      <w:r>
        <w:br/>
      </w:r>
      <w:r>
        <w:rPr>
          <w:sz w:val="20"/>
        </w:rPr>
        <w:t>22:15  why? if they are giving you tension, if they are giving you stress, then why you are, why you are keeping this burden up your head?</w:t>
      </w:r>
      <w:r>
        <w:br/>
      </w:r>
      <w:r>
        <w:rPr>
          <w:sz w:val="20"/>
        </w:rPr>
        <w:t>22:31  why?</w:t>
      </w:r>
      <w:r>
        <w:br/>
      </w:r>
      <w:r>
        <w:rPr>
          <w:sz w:val="20"/>
        </w:rPr>
        <w:t>22:35  so I would like to say that life is very, very precious. you are here only for some years, 50 years, 60 years, 70 years.</w:t>
      </w:r>
      <w:r>
        <w:br/>
      </w:r>
      <w:r>
        <w:rPr>
          <w:sz w:val="20"/>
        </w:rPr>
        <w:t>22:46  then we will die. you have very little time, very little time. so we have to save our self.</w:t>
      </w:r>
    </w:p>
    <w:p>
      <w:pPr>
        <w:pStyle w:val="Heading2"/>
      </w:pPr>
      <w:r>
        <w:t>The real dichotomy in life: actual good vs potential good</w:t>
      </w:r>
    </w:p>
    <w:p>
      <w:r>
        <w:rPr>
          <w:color w:val="666666"/>
          <w:sz w:val="18"/>
        </w:rPr>
        <w:t>Science of Life Sep 10, 2006 Maulana Wahiduddin Khan · 4m 29s · at 16:15 · https://youtu.be/9ZRasJA7jTw?t=975</w:t>
      </w:r>
    </w:p>
    <w:p>
      <w:r>
        <w:rPr>
          <w:i/>
        </w:rPr>
        <w:t>“Meri study batati hai ke saare log wrong dichotomy mein jeete hain”</w:t>
      </w:r>
    </w:p>
    <w:p>
      <w:r>
        <w:rPr>
          <w:sz w:val="20"/>
        </w:rPr>
        <w:t>16:15  ke meri study batati hai ke saare log wrong dichotomy mein jeete hain.</w:t>
      </w:r>
      <w:r>
        <w:br/>
      </w:r>
      <w:r>
        <w:rPr>
          <w:sz w:val="20"/>
        </w:rPr>
        <w:t>16:25  poori history isi mein chali gayi. wrong dichotomy,</w:t>
      </w:r>
      <w:r>
        <w:br/>
      </w:r>
      <w:r>
        <w:rPr>
          <w:sz w:val="20"/>
        </w:rPr>
        <w:t>16:33  wrong dichotomy ka matlab kya hai? log yeh samajhte hain ke jo dichotomy hai, jo taqseem hai, woh yeh hai ke yeh yeh good hai, yeh bad hai,</w:t>
      </w:r>
      <w:r>
        <w:br/>
      </w:r>
      <w:r>
        <w:rPr>
          <w:sz w:val="20"/>
        </w:rPr>
        <w:t>16:52  yeh darkness hai, yeh bright hai, yeh achha hai ya bura hai. bas yahi dichotomy hai.</w:t>
      </w:r>
      <w:r>
        <w:br/>
      </w:r>
      <w:r>
        <w:rPr>
          <w:sz w:val="20"/>
        </w:rPr>
        <w:t>17:03  main samajhta hoon ke yeh dichotomy nahi hai. zindagi mein Quran mein hai ke "Ihdil Hasnain" insaan do do good ke beech mein rehta hai.</w:t>
      </w:r>
      <w:r>
        <w:br/>
      </w:r>
      <w:r>
        <w:rPr>
          <w:sz w:val="20"/>
        </w:rPr>
        <w:t>17:18  yeh badi anokha formula hai Quran majeed mein ke even yani good aur bad ke beech mein nahi hai.</w:t>
      </w:r>
      <w:r>
        <w:br/>
      </w:r>
      <w:r>
        <w:rPr>
          <w:sz w:val="20"/>
        </w:rPr>
        <w:t>17:26  insaan do good ke beech mein hai.</w:t>
      </w:r>
      <w:r>
        <w:br/>
      </w:r>
      <w:r>
        <w:rPr>
          <w:sz w:val="20"/>
        </w:rPr>
        <w:t>17:30  dichotomy jo hai, woh do good ki dichotomy hai, na ke bad aur good ki dichotomy. is wajah se main yeh kehta hoon ke</w:t>
      </w:r>
      <w:r>
        <w:br/>
      </w:r>
      <w:r>
        <w:rPr>
          <w:sz w:val="20"/>
        </w:rPr>
        <w:t>17:46  ke aap jo hai, yeh Quran mein bataya gaya hai ke aaj jo situation ko aap face kar rahe hain, jaise farz kijiye ke aap "have-nots" ki situation.</w:t>
      </w:r>
      <w:r>
        <w:br/>
      </w:r>
      <w:r>
        <w:rPr>
          <w:sz w:val="20"/>
        </w:rPr>
        <w:t>17:58  ek aisi family mein paida hui hain jo</w:t>
      </w:r>
      <w:r>
        <w:br/>
      </w:r>
      <w:r>
        <w:rPr>
          <w:sz w:val="20"/>
        </w:rPr>
        <w:t>18:04  is category mein aati hai, us ko "have-nots" kehte hain.</w:t>
      </w:r>
      <w:r>
        <w:br/>
      </w:r>
      <w:r>
        <w:rPr>
          <w:sz w:val="20"/>
        </w:rPr>
        <w:t>18:08  lekin potentially "you have" ki category mein hai. jaise is deshvi mein dekh lijiye, aap Dr. Ambedkar ek poor family mein paida hui hai, aur us ke baad kya hua?</w:t>
      </w:r>
      <w:r>
        <w:br/>
      </w:r>
      <w:r>
        <w:rPr>
          <w:sz w:val="20"/>
        </w:rPr>
        <w:t>18:20  ek bahut bada position un ko mili ke constitution of India banaya. unhone Dr. Ambedkar ne paida hue "have-not" ki category mein, lekin us ke baad woh "have" ki category mein aa gaye.</w:t>
      </w:r>
      <w:r>
        <w:br/>
      </w:r>
      <w:r>
        <w:rPr>
          <w:sz w:val="20"/>
        </w:rPr>
        <w:t>18:39  ek ek student se poocha gaya jo law padh raha tha, us se poocha gaya ke bhai LLB karne ke baad tum kya karoge? to apni simple language mein us us student ne kaha ke "chal gayi to Moti Lal, nahi chali to Jawahar Lal".</w:t>
      </w:r>
      <w:r>
        <w:br/>
      </w:r>
      <w:r>
        <w:rPr>
          <w:sz w:val="20"/>
        </w:rPr>
        <w:t>18:57  yeh saada language mein se bahut badi baat is ke andar hai.</w:t>
      </w:r>
      <w:r>
        <w:br/>
      </w:r>
      <w:r>
        <w:rPr>
          <w:sz w:val="20"/>
        </w:rPr>
        <w:t>19:03  "chal gayi to Moti Lal, nahi chali to Jawahar Lal".</w:t>
      </w:r>
      <w:r>
        <w:br/>
      </w:r>
      <w:r>
        <w:rPr>
          <w:sz w:val="20"/>
        </w:rPr>
        <w:t>19:06  aap jante hain ke Moti Lal Nehru bahut achhe lawyer the apne zamane ke, bahut bade advocate the, bahut paisa kamaya unhone.</w:t>
      </w:r>
      <w:r>
        <w:br/>
      </w:r>
      <w:r>
        <w:rPr>
          <w:sz w:val="20"/>
        </w:rPr>
        <w:t>19:20  Allahabad mein kisi waqt sab se zyada shandar makaan jo tha, Anand Bhawan tha, jo Moti Lal Nehru ne banaya tha. us ke baad Jawahar Lal Nehru ne bhi law kiya aur practice bhi shuru ki.</w:t>
      </w:r>
      <w:r>
        <w:br/>
      </w:r>
      <w:r>
        <w:rPr>
          <w:sz w:val="20"/>
        </w:rPr>
        <w:t>19:32  unho'n ne jawaharlal nehru ne pehle practice shuru ki thi law ki, lekin practice chali nahi hai un ki. phir aa gaye politics mein to aap jante hain ke number one leader ban gaye.</w:t>
      </w:r>
      <w:r>
        <w:br/>
      </w:r>
      <w:r>
        <w:rPr>
          <w:sz w:val="20"/>
        </w:rPr>
        <w:t>19:45  teesri ko us ne kaha ke "chal gayi to moti lal, nahi chali to jawahar lal". is bare mein ke aadmi do good ke beech mein hai,</w:t>
      </w:r>
      <w:r>
        <w:br/>
      </w:r>
      <w:r>
        <w:rPr>
          <w:sz w:val="20"/>
        </w:rPr>
        <w:t>19:57  is ne bhi, is ne bhi yaani unconsciously is ko discover kiya tha. main nahi samajhta ke is ne consciously kiya hoga, unconsciously discover kiya ke duniya mein aadmi do good ke beech mein hai.</w:t>
      </w:r>
      <w:r>
        <w:br/>
      </w:r>
      <w:r>
        <w:rPr>
          <w:sz w:val="20"/>
        </w:rPr>
        <w:t>20:13  yaani aik hai practical good, aik hai potential good,</w:t>
      </w:r>
      <w:r>
        <w:br/>
      </w:r>
      <w:r>
        <w:rPr>
          <w:sz w:val="20"/>
        </w:rPr>
        <w:t>20:22  aik hai actual good, aik hai potential good. aik hai actual good, aik hai potential good.</w:t>
      </w:r>
      <w:r>
        <w:br/>
      </w:r>
      <w:r>
        <w:rPr>
          <w:sz w:val="20"/>
        </w:rPr>
        <w:t>20:32  yaani agar aap successful hain to goya ke aap ko actual good mil gaya, aur agar successful successful nahi hain to potential sense mein aap phir bhi aap ko g</w:t>
      </w:r>
      <w:r>
        <w:br/>
      </w:r>
      <w:r>
        <w:rPr>
          <w:sz w:val="20"/>
        </w:rPr>
        <w:t>20:45  ood mila. abhi main kal parh raha tha britannica mein baswell ka. aap jante hain ke baswell biographer, biography ke yaani yeh biographical literature jo hai, jo sawaneh umri ka literature hai, is mein number one mana jata hai.</w:t>
      </w:r>
    </w:p>
    <w:p>
      <w:pPr>
        <w:pStyle w:val="Heading2"/>
      </w:pPr>
      <w:r>
        <w:t>Loss awakens thinking</w:t>
      </w:r>
    </w:p>
    <w:p>
      <w:r>
        <w:rPr>
          <w:color w:val="666666"/>
          <w:sz w:val="18"/>
        </w:rPr>
        <w:t>Surah Al-'Asr I November 23, 2014 Maulana Wahiduddin Khan · 34s · at 18:10 · https://youtu.be/3dBMIUC0Dqw?t=1090</w:t>
      </w:r>
    </w:p>
    <w:p>
      <w:r>
        <w:rPr>
          <w:i/>
        </w:rPr>
        <w:t>“When a person loses, his thinking awakens.”</w:t>
      </w:r>
    </w:p>
    <w:p>
      <w:r>
        <w:rPr>
          <w:sz w:val="20"/>
        </w:rPr>
        <w:t>18:10  to aadmi jab khota hai tab uska soch jaagti hai. agar agar woh na khoye to soch hi nahin jaage gi.</w:t>
      </w:r>
      <w:r>
        <w:br/>
      </w:r>
      <w:r>
        <w:rPr>
          <w:sz w:val="20"/>
        </w:rPr>
        <w:t>18:22  to is tarah jab mein ne socha to mujhe laga ke yeh ayat bazahir to yeh hai ke is mein ghaate ki khabar di gayi hai.</w:t>
      </w:r>
      <w:r>
        <w:br/>
      </w:r>
      <w:r>
        <w:rPr>
          <w:sz w:val="20"/>
        </w:rPr>
        <w:t>18:29  lekin is mein sab se bari nafe ki khabar hai. ek ghaate ki baat, ghaate ke dar mein nafe ki khabar hai.</w:t>
      </w:r>
    </w:p>
    <w:p>
      <w:pPr>
        <w:pStyle w:val="Heading2"/>
      </w:pPr>
      <w:r>
        <w:t>From telescope to probability: human limits</w:t>
      </w:r>
    </w:p>
    <w:p>
      <w:r>
        <w:rPr>
          <w:color w:val="666666"/>
          <w:sz w:val="18"/>
        </w:rPr>
        <w:t>Human Knowledge and Divine Knowledge 17 Feb, 2008 - Maulana Wahiduddin Khan · 4m 08s · at 14:42 · https://youtu.be/YbylPFaoAp4?t=882</w:t>
      </w:r>
    </w:p>
    <w:p>
      <w:r>
        <w:rPr>
          <w:i/>
        </w:rPr>
        <w:t>“In 1608, he first used a microscope to see the sky.”</w:t>
      </w:r>
    </w:p>
    <w:p>
      <w:r>
        <w:rPr>
          <w:sz w:val="20"/>
        </w:rPr>
        <w:t>14:42  solah so aath mein yaani sixteen hundred eight mein is ne microscope ka pehli baar istemaal kiya space ko dekhne ke liye.</w:t>
      </w:r>
      <w:r>
        <w:br/>
      </w:r>
      <w:r>
        <w:rPr>
          <w:sz w:val="20"/>
        </w:rPr>
        <w:t>14:57  yeh bohat dinon se log speon kar rahe thay, bana rahe thay microscope. telescope, telescope, telescope. haan, main ne ghalat kaha.</w:t>
      </w:r>
      <w:r>
        <w:br/>
      </w:r>
      <w:r>
        <w:rPr>
          <w:sz w:val="20"/>
        </w:rPr>
        <w:t>15:07  telescope. to pehli baar solah so aath mein galileo ne telescope se dekha aasman ko.</w:t>
      </w:r>
      <w:r>
        <w:br/>
      </w:r>
      <w:r>
        <w:rPr>
          <w:sz w:val="20"/>
        </w:rPr>
        <w:t>15:17  to ek nai dunya discover hui. nai dunya stars ke baray mein, planet ke baray mein, galaxy ke baray mein, solar system ke baray mein.</w:t>
      </w:r>
      <w:r>
        <w:br/>
      </w:r>
      <w:r>
        <w:rPr>
          <w:sz w:val="20"/>
        </w:rPr>
        <w:t>15:28  lekin micro world mein yeh insaan ka mushahida tha. micro world mein. lekin baat ko maloom hua ke telescope jahan tak dikhata hai hum ko woh had nahi hai.</w:t>
      </w:r>
      <w:r>
        <w:br/>
      </w:r>
      <w:r>
        <w:rPr>
          <w:sz w:val="20"/>
        </w:rPr>
        <w:t>15:40  is ke aagay bhi ek dunya hai. aise hi insaan ne woh microscope banaya.</w:t>
      </w:r>
      <w:r>
        <w:br/>
      </w:r>
      <w:r>
        <w:rPr>
          <w:sz w:val="20"/>
        </w:rPr>
        <w:t>15:50  microscope. atharah so tees mein, eighteen hundred thirty mein pehli baar microscope jo hai istemaal kiya gaya.</w:t>
      </w:r>
      <w:r>
        <w:br/>
      </w:r>
      <w:r>
        <w:rPr>
          <w:sz w:val="20"/>
        </w:rPr>
        <w:t>16:01  yaani choti cheezon ko bara kar ke dekhna. telescope door ki cheezon ko dikhati thi. ab microscope ne micro world mein aap ke mushahidon ko bohat door tak barhaya.</w:t>
      </w:r>
      <w:r>
        <w:br/>
      </w:r>
      <w:r>
        <w:rPr>
          <w:sz w:val="20"/>
        </w:rPr>
        <w:t>16:15  lekin phir yeh maloom hua ke woh aakhri had nahi thi. jab baat ko rutherford, einstein waghera ne daryaft kiya, jab atom toot gaya aur electron ki daryaft hui to maloom hua ke is ke aagay bhi bohat kuch hai jis ko hum microscope se dekh nahi sakte.</w:t>
      </w:r>
      <w:r>
        <w:br/>
      </w:r>
      <w:r>
        <w:rPr>
          <w:sz w:val="20"/>
        </w:rPr>
        <w:t>16:39  to jab bhi insaan ne koi cheez discover ki to maloom hua ke is ke beyond bhi kuch aur cheezein hain jis ko hamein discover karna hai. yeh silsila chalta raha.</w:t>
      </w:r>
      <w:r>
        <w:br/>
      </w:r>
      <w:r>
        <w:rPr>
          <w:sz w:val="20"/>
        </w:rPr>
        <w:t>16:51  ab is ke baad jab aakhri jo aaj jo stage yaani human knowledge jahan pohncha hai, aaj main samajhta hoon ke woh pohncha hai probability tak.</w:t>
      </w:r>
      <w:r>
        <w:br/>
      </w:r>
      <w:r>
        <w:rPr>
          <w:sz w:val="20"/>
        </w:rPr>
        <w:t>17:03  yaani aaj insaan yahan tak pohncha hai ke hum kuch cheezein woh hain jo hum na to dekh sakte telescope se na hum dekh sakte microscope se.</w:t>
      </w:r>
      <w:r>
        <w:br/>
      </w:r>
      <w:r>
        <w:rPr>
          <w:sz w:val="20"/>
        </w:rPr>
        <w:t>17:14  is ko hum mathematical calculation se is ki probability ko jaan sakte hain. probability ko ke shayad aisa ho. to aakhri had jahan pohncha hai insaan woh yeh hai ke mathematical calculation se woh kuch cheezon ki probability ko jaan sake.</w:t>
      </w:r>
      <w:r>
        <w:br/>
      </w:r>
      <w:r>
        <w:rPr>
          <w:sz w:val="20"/>
        </w:rPr>
        <w:t>17:34  lekin final knowledge abhi bhi nahi. final knowledge ka abhi pata nahi insaan ko. yaani insani ilm hazaron saal safar karne ke baad bhi jahan pohncha hai woh sirf probability hai.</w:t>
      </w:r>
      <w:r>
        <w:br/>
      </w:r>
      <w:r>
        <w:rPr>
          <w:sz w:val="20"/>
        </w:rPr>
        <w:t>17:48  is ke aagay kya kuch hai? hamare paas koi sazan nahi hai is ko hum jaan sakein. ab yahan main kahunga ke insaan ke samnay ek claim hai, prophet ka claim ke final knowledge mere paas hai.</w:t>
      </w:r>
      <w:r>
        <w:br/>
      </w:r>
      <w:r>
        <w:rPr>
          <w:sz w:val="20"/>
        </w:rPr>
        <w:t>18:08  jahan tak tumhari knowledge nahi pohnch pa rahi woh mere paas hai. prophet ka claim. ab yahan par hamein is ke claim ko examine karna hai.</w:t>
      </w:r>
      <w:r>
        <w:br/>
      </w:r>
      <w:r>
        <w:rPr>
          <w:sz w:val="20"/>
        </w:rPr>
        <w:t>18:21  kyun ke insaan ka jo safar tha, jo insaan ki journey thi woh to ab ab blind ali pohnch gayi. probability ka aagay usay koi aur cheez qabil daryaft nahi rahi.</w:t>
      </w:r>
      <w:r>
        <w:br/>
      </w:r>
      <w:r>
        <w:rPr>
          <w:sz w:val="20"/>
        </w:rPr>
        <w:t>18:37  to ab koi option nahi hai insaan ke siwa is ke siwa ke woh paighambar ke claim ko examine kare ke kya woh sahi hai. ab main is is pehlu se kuch kehna chahunga.</w:t>
      </w:r>
    </w:p>
    <w:p>
      <w:pPr>
        <w:pStyle w:val="Heading2"/>
      </w:pPr>
      <w:r>
        <w:t>Istikhara taught like Quran, seeking guidance</w:t>
      </w:r>
    </w:p>
    <w:p>
      <w:r>
        <w:rPr>
          <w:color w:val="666666"/>
          <w:sz w:val="18"/>
        </w:rPr>
        <w:t>Istikhara in Islam 27 July, 2019 - Maulana Wahiduddin Khan · 1m 36s · at 7:25 · https://youtu.be/Gf6P5IA15Zo?t=445</w:t>
      </w:r>
    </w:p>
    <w:p>
      <w:r>
        <w:rPr>
          <w:i/>
        </w:rPr>
        <w:t>“پھر میں نے طے کیا کہ مجھے استخارہ کرنا ہے”</w:t>
      </w:r>
    </w:p>
    <w:p>
      <w:r>
        <w:rPr>
          <w:sz w:val="20"/>
        </w:rPr>
        <w:t>7:25  phir main ne tay kiya ke mujhe istikhara karna hai, kyun ke istikhara koi mamooli baat nahi hai, kyun ke Bukhari mein is ki riwayat hai.</w:t>
      </w:r>
      <w:r>
        <w:br/>
      </w:r>
      <w:r>
        <w:rPr>
          <w:sz w:val="20"/>
        </w:rPr>
        <w:t>7:37  istikhare ke bare mein hadithon mein bohat si riwayatein hain, including Bukhari.</w:t>
      </w:r>
      <w:r>
        <w:br/>
      </w:r>
      <w:r>
        <w:rPr>
          <w:sz w:val="20"/>
        </w:rPr>
        <w:t>7:47  to is ke alfaaz yeh hain ke</w:t>
      </w:r>
      <w:r>
        <w:br/>
      </w:r>
      <w:r>
        <w:rPr>
          <w:sz w:val="20"/>
        </w:rPr>
        <w:t>7:53  ke kaana yalamul istikhara kama yalamul Quran, yani Rasool Allah hum ko istikhara is tareeqe se ki taleem is tarah dete the, jaise ke aap Quran ki taleem de dete the.</w:t>
      </w:r>
      <w:r>
        <w:br/>
      </w:r>
      <w:r>
        <w:rPr>
          <w:sz w:val="20"/>
        </w:rPr>
        <w:t>8:16  ab is hadith se le kar sochiye to maloom hua ke</w:t>
      </w:r>
      <w:r>
        <w:br/>
      </w:r>
      <w:r>
        <w:rPr>
          <w:sz w:val="20"/>
        </w:rPr>
        <w:t>8:29  quran bhi hidayat lene ke liye hai, isi tarah istikhara bhi hidayat lene ke liye hai.</w:t>
      </w:r>
      <w:r>
        <w:br/>
      </w:r>
      <w:r>
        <w:rPr>
          <w:sz w:val="20"/>
        </w:rPr>
        <w:t>8:39  lafzi ma'ne istikhare ke hain: khair chahna, bhalai chahna, talab karna.</w:t>
      </w:r>
      <w:r>
        <w:br/>
      </w:r>
      <w:r>
        <w:rPr>
          <w:sz w:val="20"/>
        </w:rPr>
        <w:t>8:51  to jab aadmi istikhara karta hai to allah se khair ki talab karta hai, khuda yeh kaam karoon na karoon, mere liye kya sabit hoga?</w:t>
      </w:r>
    </w:p>
    <w:p>
      <w:pPr>
        <w:pStyle w:val="Heading2"/>
      </w:pPr>
      <w:r>
        <w:t>Philosophers explain from their own mind</w:t>
      </w:r>
    </w:p>
    <w:p>
      <w:r>
        <w:rPr>
          <w:color w:val="666666"/>
          <w:sz w:val="18"/>
        </w:rPr>
        <w:t>Quranic Wisdom | September 10, 2016 · 30s · at 35:08 · https://youtu.be/hNTKraIhmeQ?t=2108</w:t>
      </w:r>
    </w:p>
    <w:p>
      <w:r>
        <w:rPr>
          <w:i/>
        </w:rPr>
        <w:t>“Dekhiye, philosopher jo hain, ye unka problem ye hai...”</w:t>
      </w:r>
    </w:p>
    <w:p>
      <w:r>
        <w:rPr>
          <w:sz w:val="20"/>
        </w:rPr>
        <w:t>35:08  dekhiye, philosopher jo hain, yeh in ka problem yeh hai ke apne mind se woh cheezon ko explain karte hain. creator ke mind se nahi. aik philosopher jo hai, woh creator to hai nahi. creator to koi doosra hai. ab yeh chahta hai ke main apne mind se is ko explain karoon. aur creator ka mind hai, is ko main side</w:t>
      </w:r>
    </w:p>
    <w:p>
      <w:pPr>
        <w:pStyle w:val="Heading2"/>
      </w:pPr>
      <w:r>
        <w:t>Creation shows diversity, not evolution</w:t>
      </w:r>
    </w:p>
    <w:p>
      <w:r>
        <w:rPr>
          <w:color w:val="666666"/>
          <w:sz w:val="18"/>
        </w:rPr>
        <w:t>Materialism and Intellectual Dwarfism 29th April 2012 · 34s · at 37:01 · https://youtu.be/qHzARL_r3I4?t=2221</w:t>
      </w:r>
    </w:p>
    <w:p>
      <w:r>
        <w:rPr>
          <w:i/>
        </w:rPr>
        <w:t>“Khuda ne billi paida ki, phir bhediya, phir sher”</w:t>
      </w:r>
    </w:p>
    <w:p>
      <w:r>
        <w:rPr>
          <w:sz w:val="20"/>
        </w:rPr>
        <w:t>37:01  khuda ne bakri paida ki, phir khuda ne gaaye paida ki, khuda phir zaraf paida kiya. alag alag alag alag yani creation mein diversity sabit hoti hai.</w:t>
      </w:r>
      <w:r>
        <w:br/>
      </w:r>
      <w:r>
        <w:rPr>
          <w:sz w:val="20"/>
        </w:rPr>
        <w:t>37:14  creation mein evolution nahi sabit hota. is se jo similarity hai, us se sirf yeh sabit hota hai ke creation mein diversity hai.</w:t>
      </w:r>
      <w:r>
        <w:br/>
      </w:r>
      <w:r>
        <w:rPr>
          <w:sz w:val="20"/>
        </w:rPr>
        <w:t>37:24  magar kya nikaal liya ke creation mein evolution hai. is se wo nikla, is se wo nikla, is se wo nikla. yeh hai intellectual dwarfism.</w:t>
      </w:r>
    </w:p>
    <w:p>
      <w:pPr>
        <w:pStyle w:val="Heading2"/>
      </w:pPr>
      <w:r>
        <w:t>Materialism leads to intellectual dwarfism full argument</w:t>
      </w:r>
    </w:p>
    <w:p>
      <w:r>
        <w:rPr>
          <w:color w:val="666666"/>
          <w:sz w:val="18"/>
        </w:rPr>
        <w:t>Materialism and Intellectual Dwarfism April 29, 2012 Maulana Wahiduddin Khan · 3m 39s · at 0:59 · https://youtu.be/tEtieTuJvUE?t=59</w:t>
      </w:r>
    </w:p>
    <w:p>
      <w:r>
        <w:rPr>
          <w:i/>
        </w:rPr>
        <w:t>“Dekhiye, jo log material culture ko ikhtiyar karte hain”</w:t>
      </w:r>
    </w:p>
    <w:p>
      <w:r>
        <w:rPr>
          <w:sz w:val="20"/>
        </w:rPr>
        <w:t>0:59  dekhiye, jo log material culture ko ikhtiyar karte hain, bazahir toh woh</w:t>
      </w:r>
      <w:r>
        <w:br/>
      </w:r>
      <w:r>
        <w:rPr>
          <w:sz w:val="20"/>
        </w:rPr>
        <w:t>1:11  material culture ko ikhtiyar karte hain, lekin nateeje ke aitbar se woh hota hai option for intellectual dwarfism.</w:t>
      </w:r>
      <w:r>
        <w:br/>
      </w:r>
      <w:r>
        <w:rPr>
          <w:sz w:val="20"/>
        </w:rPr>
        <w:t>1:24  aap bhi is ka tajruba aap ko bhi hua hoga, mujhe toh zindagi mein bara yeh tajruba hua hai ke jo log jeete hain material culture mein,</w:t>
      </w:r>
      <w:r>
        <w:br/>
      </w:r>
      <w:r>
        <w:rPr>
          <w:sz w:val="20"/>
        </w:rPr>
        <w:t>1:38  amalana woh intellectual dwarfism ka shikar rehte hain.</w:t>
      </w:r>
      <w:r>
        <w:br/>
      </w:r>
      <w:r>
        <w:rPr>
          <w:sz w:val="20"/>
        </w:rPr>
        <w:t>1:45  material culture se meri murad hai madi cheezon mein, madi cheezon ke shauk mein jeena, family mein jeena, madi taraqqiyon ke bare mein sochte rehna,</w:t>
      </w:r>
      <w:r>
        <w:br/>
      </w:r>
      <w:r>
        <w:rPr>
          <w:sz w:val="20"/>
        </w:rPr>
        <w:t>2:06  apni family ko apna soul concern bana lena,</w:t>
      </w:r>
      <w:r>
        <w:br/>
      </w:r>
      <w:r>
        <w:rPr>
          <w:sz w:val="20"/>
        </w:rPr>
        <w:t>2:13  ghar, car, job, business, status—yeh sari cheezein material culture mein aati hain.</w:t>
      </w:r>
      <w:r>
        <w:br/>
      </w:r>
      <w:r>
        <w:rPr>
          <w:sz w:val="20"/>
        </w:rPr>
        <w:t>2:27  toh jo log</w:t>
      </w:r>
      <w:r>
        <w:br/>
      </w:r>
      <w:r>
        <w:rPr>
          <w:sz w:val="20"/>
        </w:rPr>
        <w:t>2:29  material culture ko ya madi taraqqi ko apna concern banate hain, toh lazmi taur par is ki ek price dete hain.</w:t>
      </w:r>
      <w:r>
        <w:br/>
      </w:r>
      <w:r>
        <w:rPr>
          <w:sz w:val="20"/>
        </w:rPr>
        <w:t>2:42  woh yeh ke woh</w:t>
      </w:r>
      <w:r>
        <w:br/>
      </w:r>
      <w:r>
        <w:rPr>
          <w:sz w:val="20"/>
        </w:rPr>
        <w:t>2:45  intellectual dwarfism ka shikar hotay hain. dekhiye, insan</w:t>
      </w:r>
      <w:r>
        <w:br/>
      </w:r>
      <w:r>
        <w:rPr>
          <w:sz w:val="20"/>
        </w:rPr>
        <w:t>2:55  do ek dol bang hai, insan. hamara ek body hai, hamara ek soul hai. to dono ke taqazay alag alag hain.</w:t>
      </w:r>
      <w:r>
        <w:br/>
      </w:r>
      <w:r>
        <w:rPr>
          <w:sz w:val="20"/>
        </w:rPr>
        <w:t>3:09  body ki tarraqi yeh hai ke is ko</w:t>
      </w:r>
      <w:r>
        <w:br/>
      </w:r>
      <w:r>
        <w:rPr>
          <w:sz w:val="20"/>
        </w:rPr>
        <w:t>3:15  maadi cheezain milti rahain, khana peena milta rah. lekin jo soul hai, is ki tarraqi yeh hai is par ke aap ke andar intellectual development hota rah.</w:t>
      </w:r>
      <w:r>
        <w:br/>
      </w:r>
      <w:r>
        <w:rPr>
          <w:sz w:val="20"/>
        </w:rPr>
        <w:t>3:31  woh ek bilkul different</w:t>
      </w:r>
      <w:r>
        <w:br/>
      </w:r>
      <w:r>
        <w:rPr>
          <w:sz w:val="20"/>
        </w:rPr>
        <w:t>3:33  department hai. yeh namumkin hai, dekhiye, ke aap maadi tarraqi mein jeen aur sath sath aap ka intellectual development bhi hota rah.</w:t>
      </w:r>
      <w:r>
        <w:br/>
      </w:r>
      <w:r>
        <w:rPr>
          <w:sz w:val="20"/>
        </w:rPr>
        <w:t>3:45  yeh nahi ho sakta. to ek ko lainay ke liye doosray ko khona paray ga.</w:t>
      </w:r>
      <w:r>
        <w:br/>
      </w:r>
      <w:r>
        <w:rPr>
          <w:sz w:val="20"/>
        </w:rPr>
        <w:t>3:52  hadees mein aata hai ke: "من أحب الدنيا أضر بآخرته"</w:t>
      </w:r>
      <w:r>
        <w:br/>
      </w:r>
      <w:r>
        <w:rPr>
          <w:sz w:val="20"/>
        </w:rPr>
        <w:t>4:03  "ون أحب آخرته أضر بدنیا" "فأصروا ما يبقى على ما يفنى" ۔</w:t>
      </w:r>
      <w:r>
        <w:br/>
      </w:r>
      <w:r>
        <w:rPr>
          <w:sz w:val="20"/>
        </w:rPr>
        <w:t>4:13  yani dono ko back waqt aap taqseem, develop nahi kar saktay. yani physical part aap ka jo hai woh</w:t>
      </w:r>
      <w:r>
        <w:br/>
      </w:r>
      <w:r>
        <w:rPr>
          <w:sz w:val="20"/>
        </w:rPr>
        <w:t>4:22  aur aap ka intellectual part jo hai woh.</w:t>
      </w:r>
      <w:r>
        <w:br/>
      </w:r>
      <w:r>
        <w:rPr>
          <w:sz w:val="20"/>
        </w:rPr>
        <w:t>4:27  to ab aap ko, aap ka choice kya hai, woh aap par nevar karta hai. lekin yeh bohat ziyada serious masla hai.</w:t>
      </w:r>
    </w:p>
    <w:p>
      <w:pPr>
        <w:pStyle w:val="Heading2"/>
      </w:pPr>
      <w:r>
        <w:t>Managing time is the secret of success</w:t>
      </w:r>
    </w:p>
    <w:p>
      <w:r>
        <w:rPr>
          <w:color w:val="666666"/>
          <w:sz w:val="18"/>
        </w:rPr>
        <w:t>Dars-e-Quran June 25, 2007 · 1m 13s · at 5:10 · https://youtu.be/nrgQNgSemyo?t=310</w:t>
      </w:r>
    </w:p>
    <w:p>
      <w:r>
        <w:rPr>
          <w:i/>
        </w:rPr>
        <w:t>“Is mein aap apne time ko bachate hain”</w:t>
      </w:r>
    </w:p>
    <w:p>
      <w:r>
        <w:rPr>
          <w:sz w:val="20"/>
        </w:rPr>
        <w:t>5:10  is mein aap apne time ko bachate hain. apne aap ko distraction se bachate hain.</w:t>
      </w:r>
      <w:r>
        <w:br/>
      </w:r>
      <w:r>
        <w:rPr>
          <w:sz w:val="20"/>
        </w:rPr>
        <w:t>5:22  zindagi mein hamare paas sab se zyada jo precious cheez hai, sab se zyada qeemti, woh hai time.</w:t>
      </w:r>
      <w:r>
        <w:br/>
      </w:r>
      <w:r>
        <w:rPr>
          <w:sz w:val="20"/>
        </w:rPr>
        <w:t>5:35  to time ko manage karna yeh hai secret of success. aur time ko waste karna jo hai yahi hai nakami.</w:t>
      </w:r>
      <w:r>
        <w:br/>
      </w:r>
      <w:r>
        <w:rPr>
          <w:sz w:val="20"/>
        </w:rPr>
        <w:t>5:52  sab se bari cheez jo hamare paas hai woh hai time. to namaz yeh sikhati hai ke apne time ko panch unit mein banto.</w:t>
      </w:r>
      <w:r>
        <w:br/>
      </w:r>
      <w:r>
        <w:rPr>
          <w:sz w:val="20"/>
        </w:rPr>
        <w:t>6:05  24 ghante ka jo period hai is ko panch unit mein banto.</w:t>
      </w:r>
      <w:r>
        <w:br/>
      </w:r>
      <w:r>
        <w:rPr>
          <w:sz w:val="20"/>
        </w:rPr>
        <w:t>6:16  is tarah se waqt ka bharpoor istemal tum kar sako ge.</w:t>
      </w:r>
    </w:p>
    <w:p>
      <w:pPr>
        <w:pStyle w:val="Heading2"/>
      </w:pPr>
      <w:r>
        <w:t>Prejudice shifted after one encounter</w:t>
      </w:r>
    </w:p>
    <w:p>
      <w:r>
        <w:rPr>
          <w:color w:val="666666"/>
          <w:sz w:val="18"/>
        </w:rPr>
        <w:t>Discussions on the impact of Maulana Wahiduddin Khan's Thought June 28, 2020 · 20s · at 32:20 · https://youtu.be/tOuo9f842fI?t=1940</w:t>
      </w:r>
    </w:p>
    <w:p>
      <w:r>
        <w:rPr>
          <w:i/>
        </w:rPr>
        <w:t>“It was fear, it was prejudice, it was stereotype.”</w:t>
      </w:r>
    </w:p>
    <w:p>
      <w:r>
        <w:rPr>
          <w:sz w:val="20"/>
        </w:rPr>
        <w:t>32:20  I believe it was fear. It was prejudice. It was stereotype. It was this mental construct that I can't trust Muslims.</w:t>
      </w:r>
      <w:r>
        <w:br/>
      </w:r>
      <w:r>
        <w:rPr>
          <w:sz w:val="20"/>
        </w:rPr>
        <w:t>32:28  And this was I'm very honest about it these days. But then it just shifted, one, one encounter, and it just completely shifted. And these days, I have so many Muslims in my life.</w:t>
      </w:r>
    </w:p>
    <w:p>
      <w:pPr>
        <w:pStyle w:val="Heading2"/>
      </w:pPr>
      <w:r>
        <w:t>every action must be judged by its result</w:t>
      </w:r>
    </w:p>
    <w:p>
      <w:r>
        <w:rPr>
          <w:color w:val="666666"/>
          <w:sz w:val="18"/>
        </w:rPr>
        <w:t>The Message of The Prophet Muhammad April 5, 2008 · 42s · at 41:06 · https://youtu.be/4Awv6yrWLBw?t=2466</w:t>
      </w:r>
    </w:p>
    <w:p>
      <w:r>
        <w:rPr>
          <w:i/>
        </w:rPr>
        <w:t>“Your actions must be result oriented”</w:t>
      </w:r>
    </w:p>
    <w:p>
      <w:r>
        <w:rPr>
          <w:sz w:val="20"/>
        </w:rPr>
        <w:t>41:06  islam mein ek bohat bari cheezein sikhayi gayi hain ke "your actions must be result oriented".</w:t>
      </w:r>
      <w:r>
        <w:br/>
      </w:r>
      <w:r>
        <w:rPr>
          <w:sz w:val="20"/>
        </w:rPr>
        <w:t>41:17  jaise prophet ne kaha ke "min hasan islami mar taraka maula". yaani</w:t>
      </w:r>
      <w:r>
        <w:br/>
      </w:r>
      <w:r>
        <w:rPr>
          <w:sz w:val="20"/>
        </w:rPr>
        <w:t>41:24  is ka matlab kya hai? ke tum jab bhi koi step lo, koi kaam karo to pehle yeh socho ke yeh aisa to nahi ke woh tum samjhoge kisi achhe maqsad ke liye kar raha hoon.</w:t>
      </w:r>
      <w:r>
        <w:br/>
      </w:r>
      <w:r>
        <w:rPr>
          <w:sz w:val="20"/>
        </w:rPr>
        <w:t>41:36  mein woh hoga counter productive. to positive result agar nikal raha hai, tab to tumhein kaam karna chahiye aur nahi to nahi karna chahiye.</w:t>
      </w:r>
    </w:p>
    <w:p>
      <w:pPr>
        <w:pStyle w:val="Heading2"/>
      </w:pPr>
      <w:r>
        <w:t>Applying Talif-e-Qalb in mixed gathering</w:t>
      </w:r>
    </w:p>
    <w:p>
      <w:r>
        <w:rPr>
          <w:color w:val="666666"/>
          <w:sz w:val="18"/>
        </w:rPr>
        <w:t>Principle of Talif al-Qalb (English) May 2, 2009 Maulana Wahiduddin Khan · 5m 33s · at 2:02 · https://youtu.be/rDs0yh-Nsig?t=122</w:t>
      </w:r>
    </w:p>
    <w:p>
      <w:r>
        <w:rPr>
          <w:i/>
        </w:rPr>
        <w:t>“I thought that I must apply the principle called Talif-e-Qalb.”</w:t>
      </w:r>
    </w:p>
    <w:p>
      <w:r>
        <w:rPr>
          <w:sz w:val="20"/>
        </w:rPr>
        <w:t>2:02  so at that time, a thought came into my mind that i must apply the principle that is called talib qalb.</w:t>
      </w:r>
      <w:r>
        <w:br/>
      </w:r>
      <w:r>
        <w:rPr>
          <w:sz w:val="20"/>
        </w:rPr>
        <w:t>2:21  talib qalb is a well known principle in islam. talib qalb means softening the heart of people</w:t>
      </w:r>
      <w:r>
        <w:br/>
      </w:r>
      <w:r>
        <w:rPr>
          <w:sz w:val="20"/>
        </w:rPr>
        <w:t>2:33  . generally people take it as a gift in terms of money ya in terms of</w:t>
      </w:r>
      <w:r>
        <w:br/>
      </w:r>
      <w:r>
        <w:rPr>
          <w:sz w:val="20"/>
        </w:rPr>
        <w:t>2:45  sheep and goat. but at that time i discovered that it is not limited to that kind of material gift.</w:t>
      </w:r>
      <w:r>
        <w:br/>
      </w:r>
      <w:r>
        <w:rPr>
          <w:sz w:val="20"/>
        </w:rPr>
        <w:t>2:58  it has a general application.</w:t>
      </w:r>
      <w:r>
        <w:br/>
      </w:r>
      <w:r>
        <w:rPr>
          <w:sz w:val="20"/>
        </w:rPr>
        <w:t>3:03  that is, we have to do the work in a</w:t>
      </w:r>
      <w:r>
        <w:br/>
      </w:r>
      <w:r>
        <w:rPr>
          <w:sz w:val="20"/>
        </w:rPr>
        <w:t>3:15  principle of talif. that is</w:t>
      </w:r>
      <w:r>
        <w:br/>
      </w:r>
      <w:r>
        <w:rPr>
          <w:sz w:val="20"/>
        </w:rPr>
        <w:t>3:25  to divide the work into parts.</w:t>
      </w:r>
      <w:r>
        <w:br/>
      </w:r>
      <w:r>
        <w:rPr>
          <w:sz w:val="20"/>
        </w:rPr>
        <w:t>3:30  first, we have to say something following the common ground, what is according to quranic word kalma sawa.</w:t>
      </w:r>
      <w:r>
        <w:br/>
      </w:r>
      <w:r>
        <w:rPr>
          <w:sz w:val="20"/>
        </w:rPr>
        <w:t>3:41  so common ground is a like a first approach. it is a first approach.</w:t>
      </w:r>
      <w:r>
        <w:br/>
      </w:r>
      <w:r>
        <w:rPr>
          <w:sz w:val="20"/>
        </w:rPr>
        <w:t>3:49  then in the second phase, we have to</w:t>
      </w:r>
      <w:r>
        <w:br/>
      </w:r>
      <w:r>
        <w:rPr>
          <w:sz w:val="20"/>
        </w:rPr>
        <w:t>3:59  tell them the detailed principle of islam. now what happened</w:t>
      </w:r>
      <w:r>
        <w:br/>
      </w:r>
      <w:r>
        <w:rPr>
          <w:sz w:val="20"/>
        </w:rPr>
        <w:t>4:10  ? my colleagues have</w:t>
      </w:r>
      <w:r>
        <w:br/>
      </w:r>
      <w:r>
        <w:rPr>
          <w:sz w:val="20"/>
        </w:rPr>
        <w:t>4:18  some books, islamic literature with them. they want to distribute it. so we divided the work into parts.</w:t>
      </w:r>
      <w:r>
        <w:br/>
      </w:r>
      <w:r>
        <w:rPr>
          <w:sz w:val="20"/>
        </w:rPr>
        <w:t>4:30  that is fifty fifty.</w:t>
      </w:r>
      <w:r>
        <w:br/>
      </w:r>
      <w:r>
        <w:rPr>
          <w:sz w:val="20"/>
        </w:rPr>
        <w:t>4:32  so in the first part, i delivered my speech by following the common ground, not going to the detail or direct daawa.</w:t>
      </w:r>
      <w:r>
        <w:br/>
      </w:r>
      <w:r>
        <w:rPr>
          <w:sz w:val="20"/>
        </w:rPr>
        <w:t>4:49  and people were very impressed</w:t>
      </w:r>
      <w:r>
        <w:br/>
      </w:r>
      <w:r>
        <w:rPr>
          <w:sz w:val="20"/>
        </w:rPr>
        <w:t>4:52  deen</w:t>
      </w:r>
      <w:r>
        <w:br/>
      </w:r>
      <w:r>
        <w:rPr>
          <w:sz w:val="20"/>
        </w:rPr>
        <w:t>4:56  aur colleagues distributed the</w:t>
      </w:r>
      <w:r>
        <w:br/>
      </w:r>
      <w:r>
        <w:rPr>
          <w:sz w:val="20"/>
        </w:rPr>
        <w:t>5:02  literature. and they by first, my speech have created already great interest in Islam.</w:t>
      </w:r>
      <w:r>
        <w:br/>
      </w:r>
      <w:r>
        <w:rPr>
          <w:sz w:val="20"/>
        </w:rPr>
        <w:t>5:18  so they took the literature with great interest.</w:t>
      </w:r>
      <w:r>
        <w:br/>
      </w:r>
      <w:r>
        <w:rPr>
          <w:sz w:val="20"/>
        </w:rPr>
        <w:t>5:24  so it was very successful. it was a discovery for me. if you read books or commentary of the Quran, of Surah Taubah, there is a verse in the Surah Taubah,</w:t>
      </w:r>
      <w:r>
        <w:br/>
      </w:r>
      <w:r>
        <w:rPr>
          <w:sz w:val="20"/>
        </w:rPr>
        <w:t>5:41  lilmu'allafati qulubuhum. so this verse refers to the prophetic period e</w:t>
      </w:r>
      <w:r>
        <w:br/>
      </w:r>
      <w:r>
        <w:rPr>
          <w:sz w:val="20"/>
        </w:rPr>
        <w:t>5:51  t the time prophet of Islam gave some money or some sheep and goats to those people who were new convert or</w:t>
      </w:r>
      <w:r>
        <w:br/>
      </w:r>
      <w:r>
        <w:rPr>
          <w:sz w:val="20"/>
        </w:rPr>
        <w:t>6:08  they were not very</w:t>
      </w:r>
      <w:r>
        <w:br/>
      </w:r>
      <w:r>
        <w:rPr>
          <w:sz w:val="20"/>
        </w:rPr>
        <w:t>6:16  indecisive about Islam</w:t>
      </w:r>
      <w:r>
        <w:br/>
      </w:r>
      <w:r>
        <w:rPr>
          <w:sz w:val="20"/>
        </w:rPr>
        <w:t>6:18  . so prophet wanted to soften their heart. so people no only this kind of talib qalb, that is giving gift in material term,</w:t>
      </w:r>
      <w:r>
        <w:br/>
      </w:r>
      <w:r>
        <w:rPr>
          <w:sz w:val="20"/>
        </w:rPr>
        <w:t>6:33  in term of giving gift in term of some material goods. but here i used this in psychological term.</w:t>
      </w:r>
      <w:r>
        <w:br/>
      </w:r>
      <w:r>
        <w:rPr>
          <w:sz w:val="20"/>
        </w:rPr>
        <w:t>6:45  it was a kind of psychological talif.</w:t>
      </w:r>
      <w:r>
        <w:br/>
      </w:r>
      <w:r>
        <w:rPr>
          <w:sz w:val="20"/>
        </w:rPr>
        <w:t>6:49  that talif was material talif. but now i discovered that there is another vast scope in psychological talif.</w:t>
      </w:r>
      <w:r>
        <w:br/>
      </w:r>
      <w:r>
        <w:rPr>
          <w:sz w:val="20"/>
        </w:rPr>
        <w:t>7:04  and you give a speech and try to give them a dose of talif</w:t>
      </w:r>
      <w:r>
        <w:br/>
      </w:r>
      <w:r>
        <w:rPr>
          <w:sz w:val="20"/>
        </w:rPr>
        <w:t>7:18  by following the kalimah sawa, there is common ground. then after softening the heart, you can give them literature in which Islamic teachings are discussed in details.</w:t>
      </w:r>
      <w:r>
        <w:br/>
      </w:r>
      <w:r>
        <w:rPr>
          <w:sz w:val="20"/>
        </w:rPr>
        <w:t>7:32  so this was very successful.</w:t>
      </w:r>
    </w:p>
    <w:p>
      <w:pPr>
        <w:pStyle w:val="Heading2"/>
      </w:pPr>
      <w:r>
        <w:t>Stephen Hawking's disability and success</w:t>
      </w:r>
    </w:p>
    <w:p>
      <w:r>
        <w:rPr>
          <w:color w:val="666666"/>
          <w:sz w:val="18"/>
        </w:rPr>
        <w:t>Problem of Suffering | October 29, 2007 · 34s · at 56:59 · https://youtu.be/6dOZdfipjXQ?t=3419</w:t>
      </w:r>
    </w:p>
    <w:p>
      <w:r>
        <w:rPr>
          <w:i/>
        </w:rPr>
        <w:t>“Stephen Hawking, a disabled person”</w:t>
      </w:r>
    </w:p>
    <w:p>
      <w:r>
        <w:rPr>
          <w:sz w:val="20"/>
        </w:rPr>
        <w:t>56:59  saara mamla jo hai woh cheez ko wrong angle se dekhne ka hai.</w:t>
      </w:r>
      <w:r>
        <w:br/>
      </w:r>
      <w:r>
        <w:rPr>
          <w:sz w:val="20"/>
        </w:rPr>
        <w:t>57:05  aap dekhiye stephen hawking jo hai woh poori tarah ek disabled person hai.</w:t>
      </w:r>
      <w:r>
        <w:br/>
      </w:r>
      <w:r>
        <w:rPr>
          <w:sz w:val="20"/>
        </w:rPr>
        <w:t>57:11  lekin aaj jo hai, aaj ki duniya mein woh number ek scientist bana hua hai.</w:t>
      </w:r>
      <w:r>
        <w:br/>
      </w:r>
      <w:r>
        <w:rPr>
          <w:sz w:val="20"/>
        </w:rPr>
        <w:t>57:16  yeh critical science mein number ek darja is ko mila hua hai.</w:t>
      </w:r>
      <w:r>
        <w:br/>
      </w:r>
      <w:r>
        <w:rPr>
          <w:sz w:val="20"/>
        </w:rPr>
        <w:t>57:22  kaisi ajeeb baat hai.</w:t>
      </w:r>
      <w:r>
        <w:br/>
      </w:r>
      <w:r>
        <w:rPr>
          <w:sz w:val="20"/>
        </w:rPr>
        <w:t>57:28  kaisi ajeeb baat hai.</w:t>
      </w:r>
    </w:p>
    <w:p>
      <w:pPr>
        <w:pStyle w:val="Heading2"/>
      </w:pPr>
      <w:r>
        <w:t>Decide to die with truth, not despair</w:t>
      </w:r>
    </w:p>
    <w:p>
      <w:r>
        <w:rPr>
          <w:color w:val="666666"/>
          <w:sz w:val="18"/>
        </w:rPr>
        <w:t>Why People live in Despair September 2, 2007 · 37s · at 16:23 · https://youtu.be/BHfgOfzXf00?t=983</w:t>
      </w:r>
    </w:p>
    <w:p>
      <w:r>
        <w:rPr>
          <w:i/>
        </w:rPr>
        <w:t>“I will not die in despair, but with achievement.”</w:t>
      </w:r>
    </w:p>
    <w:p>
      <w:r>
        <w:rPr>
          <w:sz w:val="20"/>
        </w:rPr>
        <w:t>16:23  kisi ne bohat sahi kaha hai ke agar aadmi apni zindagi ke aakhri din jaan le ke real truth kya hai, yaani 99 din us ne kho diya, lekin aakhri 26 din us ko pata chal gaya ke sachai yeh hai, to us ko bohat bari achievement ho gayi.</w:t>
      </w:r>
      <w:r>
        <w:br/>
      </w:r>
      <w:r>
        <w:rPr>
          <w:sz w:val="20"/>
        </w:rPr>
        <w:t>16:45  to aap main samjhta hoon ke har aadmi ko yeh decision lena chahiye ke main nahi marunga despair mein, main marunga achievement ke ehsaas ke sath ke main ne sachai ko pa liya.</w:t>
      </w:r>
    </w:p>
    <w:p>
      <w:pPr>
        <w:pStyle w:val="Heading2"/>
      </w:pPr>
      <w:r>
        <w:t>richest Muslim story proves the world is full of opportunity</w:t>
      </w:r>
    </w:p>
    <w:p>
      <w:r>
        <w:rPr>
          <w:color w:val="666666"/>
          <w:sz w:val="18"/>
        </w:rPr>
        <w:t>Importance of Art of Situation Management 16th Sept ’07 · 5m 06s · at 2:08 · https://youtu.be/a-3ewJVGdIc?t=128</w:t>
      </w:r>
    </w:p>
    <w:p>
      <w:r>
        <w:rPr>
          <w:i/>
        </w:rPr>
        <w:t>“Aaj main aapko batana chahta hoon situation management kya hai”</w:t>
      </w:r>
    </w:p>
    <w:p>
      <w:r>
        <w:rPr>
          <w:sz w:val="20"/>
        </w:rPr>
        <w:t>2:08  to is ke reference ke liye aaj maine ek, ek item chuna hai times of india se. yani basically mein hi batana chahunga ke situation management kya hai.</w:t>
      </w:r>
      <w:r>
        <w:br/>
      </w:r>
      <w:r>
        <w:rPr>
          <w:sz w:val="20"/>
        </w:rPr>
        <w:t>2:23  is ki importance kya hai. to yeh mere haath mein parcha hai, times of india. yeh hai chaudah september ka.</w:t>
      </w:r>
      <w:r>
        <w:br/>
      </w:r>
      <w:r>
        <w:rPr>
          <w:sz w:val="20"/>
        </w:rPr>
        <w:t>2:37  is mein ek report chhapi hai azim hashim premji ke bare mein, jo bangalore mein rehte hain. to ek, ek international survey kiya gaya hai,</w:t>
      </w:r>
      <w:r>
        <w:br/>
      </w:r>
      <w:r>
        <w:rPr>
          <w:sz w:val="20"/>
        </w:rPr>
        <w:t>2:52  is ki, is par yeh report base karti hai.</w:t>
      </w:r>
      <w:r>
        <w:br/>
      </w:r>
      <w:r>
        <w:rPr>
          <w:sz w:val="20"/>
        </w:rPr>
        <w:t>2:57  is mein bataya gaya hai ke</w:t>
      </w:r>
      <w:r>
        <w:br/>
      </w:r>
      <w:r>
        <w:rPr>
          <w:sz w:val="20"/>
        </w:rPr>
        <w:t>3:02  ke azim hashim premji musalmanon mein "richest person" hai. he is the richest person of the muslim world.</w:t>
      </w:r>
      <w:r>
        <w:br/>
      </w:r>
      <w:r>
        <w:rPr>
          <w:sz w:val="20"/>
        </w:rPr>
        <w:t>3:15  to richest person woh kaise ban gaye?</w:t>
      </w:r>
      <w:r>
        <w:br/>
      </w:r>
      <w:r>
        <w:rPr>
          <w:sz w:val="20"/>
        </w:rPr>
        <w:t>3:21  jabke un ke liye musalmanon ki jo soch hai, us ke lihaz se do disadvantages the un ke liye. ek yeh ke woh India mein hain, jis ko log Hindu India kehte hain.</w:t>
      </w:r>
      <w:r>
        <w:br/>
      </w:r>
      <w:r>
        <w:rPr>
          <w:sz w:val="20"/>
        </w:rPr>
        <w:t>3:34  matlab main to nahi kehta, aisa kaha jata hai Hindu India.</w:t>
      </w:r>
      <w:r>
        <w:br/>
      </w:r>
      <w:r>
        <w:rPr>
          <w:sz w:val="20"/>
        </w:rPr>
        <w:t>3:40  doosri baat yeh hai ke yeh age hai globalization ka.</w:t>
      </w:r>
      <w:r>
        <w:br/>
      </w:r>
      <w:r>
        <w:rPr>
          <w:sz w:val="20"/>
        </w:rPr>
        <w:t>3:46  kyunke ek taraf Hinduon ke domination ka area, logon ke kehne ke mutabiq. doosra American exploitation ka zamana.</w:t>
      </w:r>
      <w:r>
        <w:br/>
      </w:r>
      <w:r>
        <w:rPr>
          <w:sz w:val="20"/>
        </w:rPr>
        <w:t>3:57  is ke darmiyan hain woh. aur Muslim world mein richest aadmi ban gaye woh. jabke fifty-seven Muslim countries hain.</w:t>
      </w:r>
      <w:r>
        <w:br/>
      </w:r>
      <w:r>
        <w:rPr>
          <w:sz w:val="20"/>
        </w:rPr>
        <w:t>4:06  aisa kaise hua?</w:t>
      </w:r>
      <w:r>
        <w:br/>
      </w:r>
      <w:r>
        <w:rPr>
          <w:sz w:val="20"/>
        </w:rPr>
        <w:t>4:09  to is mein mujhe jo cheez lena hai woh yeh ke ek interview mein Azeem Hashim Premji ne kaha, aur wohi mujhe, yaani khaas taur par lena hai is mein se, woh yeh ke "Globalization is a two-way traffic.</w:t>
      </w:r>
      <w:r>
        <w:br/>
      </w:r>
      <w:r>
        <w:rPr>
          <w:sz w:val="20"/>
        </w:rPr>
        <w:t>4:30  It's not a one-way traffic."</w:t>
      </w:r>
      <w:r>
        <w:br/>
      </w:r>
      <w:r>
        <w:rPr>
          <w:sz w:val="20"/>
        </w:rPr>
        <w:t>4:34  matlab yeh hai ke log yeh samajhte hain ke yeh jo globalization hai, is ka matlab yeh hai ke America duniya ko loot raha hai. Western nations duniya ko loot rahi hain.</w:t>
      </w:r>
      <w:r>
        <w:br/>
      </w:r>
      <w:r>
        <w:rPr>
          <w:sz w:val="20"/>
        </w:rPr>
        <w:t>4:46  aap dekhte honge, khaas taur par Muslim akhbarat, Muslim magazine, Muslim speeches to main yahi sunta hoon. barabar.</w:t>
      </w:r>
      <w:r>
        <w:br/>
      </w:r>
      <w:r>
        <w:rPr>
          <w:sz w:val="20"/>
        </w:rPr>
        <w:t>4:57  yaani globalization ko saare Musalman "one to all" negative sense mein lete hain. Negative sense mein. to unhon ne kaha ke "Globalization is not a one-way traffic.</w:t>
      </w:r>
      <w:r>
        <w:br/>
      </w:r>
      <w:r>
        <w:rPr>
          <w:sz w:val="20"/>
        </w:rPr>
        <w:t>5:10  It is a two-way traffic." matlab woh agar hum se kuch lete hain to humein kuch dete bhi hain woh.</w:t>
      </w:r>
      <w:r>
        <w:br/>
      </w:r>
      <w:r>
        <w:rPr>
          <w:sz w:val="20"/>
        </w:rPr>
        <w:t>5:16  isi liye yeh possible hua ke India mein rehne wala, globalization ke zamane mein rehne wala ek aadmi, richest aadmi ban jaye.</w:t>
      </w:r>
      <w:r>
        <w:br/>
      </w:r>
      <w:r>
        <w:rPr>
          <w:sz w:val="20"/>
        </w:rPr>
        <w:t>5:26  to is se main ek baat, is ko le kar main ek baat batana chahta hoon aap ko ke Khuda ne yeh jo duniya banai hai, woh full of opportunities hai.</w:t>
      </w:r>
      <w:r>
        <w:br/>
      </w:r>
      <w:r>
        <w:rPr>
          <w:sz w:val="20"/>
        </w:rPr>
        <w:t>5:46  itni zyada opportunities hain ke koi is ko khatam nahi kar sakta, koi abolish nahi kar sakta koi. na koi Hindu, na koi American, na koi dushman bhi nahi kar sakta abolish.</w:t>
      </w:r>
      <w:r>
        <w:br/>
      </w:r>
      <w:r>
        <w:rPr>
          <w:sz w:val="20"/>
        </w:rPr>
        <w:t>5:58  to hadith mein aata hai ke "لن يغلب عسر يسرين" ۔ is ka matlab yeh hai ke "The number of opportunities is always greater than the number of problems."</w:t>
      </w:r>
      <w:r>
        <w:br/>
      </w:r>
      <w:r>
        <w:rPr>
          <w:sz w:val="20"/>
        </w:rPr>
        <w:t>6:16  is hadith ka matlab yeh hai, is hadith ko aap dekh sakte hain Surah Al-Mashrah ke tehat, Tafsir Ibn Kathir mein.</w:t>
      </w:r>
      <w:r>
        <w:br/>
      </w:r>
      <w:r>
        <w:rPr>
          <w:sz w:val="20"/>
        </w:rPr>
        <w:t>6:30  "The number of opportunities is always greater than the number of problems." is ka matlab yeh hua ke kuch bhi problem ho, kuch bhi ho, opportunities kabhi khatam nahi hoti.</w:t>
      </w:r>
      <w:r>
        <w:br/>
      </w:r>
      <w:r>
        <w:rPr>
          <w:sz w:val="20"/>
        </w:rPr>
        <w:t>6:47  to is ka ek proof yeh hai ke logon ke kehne ke mutabiq so-called Hindu India mein aur logon ke kehne ke mutabiq so-called American exploitation ke zamane mein ek aadmi richest aadmi ban gaya.</w:t>
      </w:r>
      <w:r>
        <w:br/>
      </w:r>
      <w:r>
        <w:rPr>
          <w:sz w:val="20"/>
        </w:rPr>
        <w:t>7:04  kyun? koi bhi aata hai to woh opportunities ko abolish nahi kar sakta. yahan tak ke enemy bhi nahi kar sakta.</w:t>
      </w:r>
    </w:p>
    <w:p>
      <w:pPr>
        <w:pStyle w:val="Heading2"/>
      </w:pPr>
      <w:r>
        <w:t>Positivity required for true gratitude to God</w:t>
      </w:r>
    </w:p>
    <w:p>
      <w:r>
        <w:rPr>
          <w:color w:val="666666"/>
          <w:sz w:val="18"/>
        </w:rPr>
        <w:t>Islamic Way of Thinking | August 28, 2007 · 4m 07s · at 0:42 · https://youtu.be/yzexTN68BLI?t=42</w:t>
      </w:r>
    </w:p>
    <w:p>
      <w:r>
        <w:rPr>
          <w:i/>
        </w:rPr>
        <w:t>“Da religion of Islam is basically based on thinking”</w:t>
      </w:r>
    </w:p>
    <w:p>
      <w:r>
        <w:rPr>
          <w:sz w:val="20"/>
        </w:rPr>
        <w:t>0:42  The religion of Islam is basically based on thinking. International word you say niyat, ikhlas, that is thinking. So Islam is not a set of rituals, Islam is not simply of form, Islam is a way of thinking</w:t>
      </w:r>
      <w:r>
        <w:br/>
      </w:r>
      <w:r>
        <w:rPr>
          <w:sz w:val="20"/>
        </w:rPr>
        <w:t>1:12  .</w:t>
      </w:r>
      <w:r>
        <w:br/>
      </w:r>
      <w:r>
        <w:rPr>
          <w:sz w:val="20"/>
        </w:rPr>
        <w:t>1:19  All the teachings of Islam are based on thinking.</w:t>
      </w:r>
      <w:r>
        <w:br/>
      </w:r>
      <w:r>
        <w:rPr>
          <w:sz w:val="20"/>
        </w:rPr>
        <w:t>1:25  This is the central theme of Islam.</w:t>
      </w:r>
      <w:r>
        <w:br/>
      </w:r>
      <w:r>
        <w:rPr>
          <w:sz w:val="20"/>
        </w:rPr>
        <w:t>1:31  Now what is the Islamic thinking? In a single word I can say, in a single word I</w:t>
      </w:r>
      <w:r>
        <w:br/>
      </w:r>
      <w:r>
        <w:rPr>
          <w:sz w:val="20"/>
        </w:rPr>
        <w:t>1:38  would like to say that</w:t>
      </w:r>
      <w:r>
        <w:br/>
      </w:r>
      <w:r>
        <w:rPr>
          <w:sz w:val="20"/>
        </w:rPr>
        <w:t>1:44  Islamic thinking is positive thinking.</w:t>
      </w:r>
      <w:r>
        <w:br/>
      </w:r>
      <w:r>
        <w:rPr>
          <w:sz w:val="20"/>
        </w:rPr>
        <w:t>1:52  Islamic thinking is a positive thinking.</w:t>
      </w:r>
      <w:r>
        <w:br/>
      </w:r>
      <w:r>
        <w:rPr>
          <w:sz w:val="20"/>
        </w:rPr>
        <w:t>2:00  Positive thinking is the central idea in Islam.</w:t>
      </w:r>
      <w:r>
        <w:br/>
      </w:r>
      <w:r>
        <w:rPr>
          <w:sz w:val="20"/>
        </w:rPr>
        <w:t>2:08  If you start reading the Quran, you will find the first verse of the Quran is Alhamdu Lillah-e Rabb-il-'alamin.</w:t>
      </w:r>
      <w:r>
        <w:br/>
      </w:r>
      <w:r>
        <w:rPr>
          <w:sz w:val="20"/>
        </w:rPr>
        <w:t>2:15  all the praise be to God, the Lord of the universe. Now what is praise? How you can say that all the praise is for God? It required complete positivity. Without comple</w:t>
      </w:r>
      <w:r>
        <w:br/>
      </w:r>
      <w:r>
        <w:rPr>
          <w:sz w:val="20"/>
        </w:rPr>
        <w:t>2:45  ٹ پازیٹیوٹی، you cannot say that Alhamdulillahi Rabbil Alameen.</w:t>
      </w:r>
      <w:r>
        <w:br/>
      </w:r>
      <w:r>
        <w:rPr>
          <w:sz w:val="20"/>
        </w:rPr>
        <w:t>2:56  You know, we live in a world where every time there are, every moment there are some negative</w:t>
      </w:r>
      <w:r>
        <w:br/>
      </w:r>
      <w:r>
        <w:rPr>
          <w:sz w:val="20"/>
        </w:rPr>
        <w:t>3:06  experiences, some kind of unpleasant situations.</w:t>
      </w:r>
      <w:r>
        <w:br/>
      </w:r>
      <w:r>
        <w:rPr>
          <w:sz w:val="20"/>
        </w:rPr>
        <w:t>3:17  , some kind of provocation.</w:t>
      </w:r>
      <w:r>
        <w:br/>
      </w:r>
      <w:r>
        <w:rPr>
          <w:sz w:val="20"/>
        </w:rPr>
        <w:t>3:22  So generally people live in complaint, in protest, in hate.</w:t>
      </w:r>
      <w:r>
        <w:br/>
      </w:r>
      <w:r>
        <w:rPr>
          <w:sz w:val="20"/>
        </w:rPr>
        <w:t>3:27  Almost all the people live in hate.</w:t>
      </w:r>
      <w:r>
        <w:br/>
      </w:r>
      <w:r>
        <w:rPr>
          <w:sz w:val="20"/>
        </w:rPr>
        <w:t>3:33  Why? It means negative reaction.</w:t>
      </w:r>
      <w:r>
        <w:br/>
      </w:r>
      <w:r>
        <w:rPr>
          <w:sz w:val="20"/>
        </w:rPr>
        <w:t>3:38  "Hate means negative reaction."</w:t>
      </w:r>
      <w:r>
        <w:br/>
      </w:r>
      <w:r>
        <w:rPr>
          <w:sz w:val="20"/>
        </w:rPr>
        <w:t>3:44  When you are in society, you experience some kind of</w:t>
      </w:r>
      <w:r>
        <w:br/>
      </w:r>
      <w:r>
        <w:rPr>
          <w:sz w:val="20"/>
        </w:rPr>
        <w:t>3:49  said, "Experience every moment."</w:t>
      </w:r>
      <w:r>
        <w:br/>
      </w:r>
      <w:r>
        <w:rPr>
          <w:sz w:val="20"/>
        </w:rPr>
        <w:t>3:55  So this sad experience inculcate in your mind negative thinking.</w:t>
      </w:r>
      <w:r>
        <w:br/>
      </w:r>
      <w:r>
        <w:rPr>
          <w:sz w:val="20"/>
        </w:rPr>
        <w:t>4:01  So people are generally, people generally live in negative thought.</w:t>
      </w:r>
      <w:r>
        <w:br/>
      </w:r>
      <w:r>
        <w:rPr>
          <w:sz w:val="20"/>
        </w:rPr>
        <w:t>4:07  Why? They used to react.</w:t>
      </w:r>
      <w:r>
        <w:br/>
      </w:r>
      <w:r>
        <w:rPr>
          <w:sz w:val="20"/>
        </w:rPr>
        <w:t>4:13  So if you want to say Alhamdolillah Rabbil Aalameen</w:t>
      </w:r>
      <w:r>
        <w:br/>
      </w:r>
      <w:r>
        <w:rPr>
          <w:sz w:val="20"/>
        </w:rPr>
        <w:t>4:19  In the true spirit of the word, you have to save yourself from negativity.</w:t>
      </w:r>
      <w:r>
        <w:br/>
      </w:r>
      <w:r>
        <w:rPr>
          <w:sz w:val="20"/>
        </w:rPr>
        <w:t>4:27  Without this, you cannot say Alhamdu Lillah Rabbil 'Alamin.</w:t>
      </w:r>
      <w:r>
        <w:br/>
      </w:r>
      <w:r>
        <w:rPr>
          <w:sz w:val="20"/>
        </w:rPr>
        <w:t>4:35  Otherwise, your Alhamdulillah will be nothing but lip service.</w:t>
      </w:r>
      <w:r>
        <w:br/>
      </w:r>
      <w:r>
        <w:rPr>
          <w:sz w:val="20"/>
        </w:rPr>
        <w:t>4:42  And lip service is not required by God.</w:t>
      </w:r>
    </w:p>
    <w:p>
      <w:pPr>
        <w:pStyle w:val="Heading2"/>
      </w:pPr>
      <w:r>
        <w:t>big success vs small success everyone already has</w:t>
      </w:r>
    </w:p>
    <w:p>
      <w:r>
        <w:rPr>
          <w:color w:val="666666"/>
          <w:sz w:val="18"/>
        </w:rPr>
        <w:t>The Secret of Success June 26, 2008 Maulana Wahiduddin Khan · 30s · at 0:56 · https://youtu.be/_vqfB9XcpPs?t=56</w:t>
      </w:r>
    </w:p>
    <w:p>
      <w:r>
        <w:rPr>
          <w:i/>
        </w:rPr>
        <w:t>“چھوٹی موٹی کامیابی تو آدمی کو مل ہی جاتی ہے”</w:t>
      </w:r>
    </w:p>
    <w:p>
      <w:r>
        <w:rPr>
          <w:sz w:val="20"/>
        </w:rPr>
        <w:t>0:56  super achiever kaise banen? Bari kamyabi kaise hasil karen? Dekhen, choti moti kamyabi to aadmi ko mil hi jati hai.</w:t>
      </w:r>
      <w:r>
        <w:br/>
      </w:r>
      <w:r>
        <w:rPr>
          <w:sz w:val="20"/>
        </w:rPr>
        <w:t>1:10  jo beggars hain, jo road ke kinare baithe hue hain, woh bhi choti moti kamyabi un ko bhi mili hui hai. To baat choti moti kamyabi ki nahi hai, bari kamyabi ka hai.</w:t>
      </w:r>
    </w:p>
    <w:p>
      <w:pPr>
        <w:pStyle w:val="Heading2"/>
      </w:pPr>
      <w:r>
        <w:t>Muslim failure and Modi's exploitation of history</w:t>
      </w:r>
    </w:p>
    <w:p>
      <w:r>
        <w:rPr>
          <w:color w:val="666666"/>
          <w:sz w:val="18"/>
        </w:rPr>
        <w:t>Gujrat Riots | May 23, 2009 - Maulana Wahiduddin Khan · 3m 32s · at 8:18 · https://youtu.be/QO70zMFtXGY?t=498</w:t>
      </w:r>
    </w:p>
    <w:p>
      <w:r>
        <w:rPr>
          <w:i/>
        </w:rPr>
        <w:t>“In our books, Mahmud Ghaznavi is mentioned as Mahmud Ghaznavi Rahmatullah Ali.”</w:t>
      </w:r>
    </w:p>
    <w:p>
      <w:r>
        <w:rPr>
          <w:sz w:val="20"/>
        </w:rPr>
        <w:t>8:18  In our books, Mahmud Ghaznavi is mentioned as Mahmud Ghaznavi Rahmatullah Ali. So during this period, no Muslim tried to condemn openly Mahmud Ghaznavi. This kind of condemnation always served as a soothing act, but it never happened.</w:t>
      </w:r>
      <w:r>
        <w:br/>
      </w:r>
      <w:r>
        <w:rPr>
          <w:sz w:val="20"/>
        </w:rPr>
        <w:t>8:49  Then burning the bogi in which all the terrorists are Hindus, it triggered the, the riot. Then there is a third factor which is also very important. During that day when Gujarat was—Gujarat was charged, established people who live in Pakistan,</w:t>
      </w:r>
      <w:r>
        <w:br/>
      </w:r>
      <w:r>
        <w:rPr>
          <w:sz w:val="20"/>
        </w:rPr>
        <w:t>9:19  they—established politicians who live in Pakistan, they fired a missile and they find no name other than Ghaznavi. So this missile was named after Ghaznavi, Ghaznavi missile. This act of established politicians, established Pakistani politicians gave a great advantage to</w:t>
      </w:r>
      <w:r>
        <w:br/>
      </w:r>
      <w:r>
        <w:rPr>
          <w:sz w:val="20"/>
        </w:rPr>
        <w:t>9:49  Modi. Modi was direct, Modi's achievement was a direct result of Mahm—of Ghaznavi missile. If you know the story, Modi used to say in his—during his election campaign that in 100—in 1001, there was one</w:t>
      </w:r>
      <w:r>
        <w:br/>
      </w:r>
      <w:r>
        <w:rPr>
          <w:sz w:val="20"/>
        </w:rPr>
        <w:t>10:19  Ghaznavi who came from Afghanistan. He, he traveled from Afghanistan, then he was able to reach Gujarat. Now present Muslim leaders don't know, do not, do not need to travel, to go some travel. No, no, no travel. They, they will fire</w:t>
      </w:r>
      <w:r>
        <w:br/>
      </w:r>
      <w:r>
        <w:rPr>
          <w:sz w:val="20"/>
        </w:rPr>
        <w:t>10:50  Ghaznavi—Ghaznavi missile from Pakistan. So if you want to save from, from second attack, second, second Ghaznavi attack, to give me a vote, I will, I will save you. I will save you. You know, Subhash Chandra Bose used to say</w:t>
      </w:r>
      <w:r>
        <w:br/>
      </w:r>
      <w:r>
        <w:rPr>
          <w:sz w:val="20"/>
        </w:rPr>
        <w:t>11:20  that, "Give me blood and I will give you freedom." Mahmud and Modi used to say that, "Give me a vote, I will save you from Ghaznavi attack." You know, general public have no such, such wisdom which educated people have. So this, this kind of slogan work</w:t>
      </w:r>
    </w:p>
    <w:p>
      <w:pPr>
        <w:pStyle w:val="Heading2"/>
      </w:pPr>
      <w:r>
        <w:t>Hudaybiya treaty present humiliation future victory</w:t>
      </w:r>
    </w:p>
    <w:p>
      <w:r>
        <w:rPr>
          <w:color w:val="666666"/>
          <w:sz w:val="18"/>
        </w:rPr>
        <w:t>Respectful Settlement August 19, 2007 · 5m 59s · at 30:20 · https://youtu.be/y9rTlBkoP6I?t=1820</w:t>
      </w:r>
    </w:p>
    <w:p>
      <w:r>
        <w:rPr>
          <w:i/>
        </w:rPr>
        <w:t>“To is mein kya hua ke saari jo conditions thin”</w:t>
      </w:r>
    </w:p>
    <w:p>
      <w:r>
        <w:rPr>
          <w:sz w:val="20"/>
        </w:rPr>
        <w:t>30:20  to is mein kya hua</w:t>
      </w:r>
      <w:r>
        <w:br/>
      </w:r>
      <w:r>
        <w:rPr>
          <w:sz w:val="20"/>
        </w:rPr>
        <w:t>30:24  ke sari jo conditions thi un logon ki yaani mushrik logon ki rasool Allah ne maan li. Sirf ek cheez aap ko is mein hasil hui woh kya?</w:t>
      </w:r>
      <w:r>
        <w:br/>
      </w:r>
      <w:r>
        <w:rPr>
          <w:sz w:val="20"/>
        </w:rPr>
        <w:t>30:38  woh yeh ke woh peace yeh tay hoga ke aaj se hamare tumhare beech mein koi ladai nahi hogi. To haqeeqat mein woh das saal ka no war pact tha.</w:t>
      </w:r>
      <w:r>
        <w:br/>
      </w:r>
      <w:r>
        <w:rPr>
          <w:sz w:val="20"/>
        </w:rPr>
        <w:t>30:51  das saal ka no war pact. To yeh un se yeh ahad lene ke liye ke das saal tak tum hamare khilaf koi attack nahi karoge, na direct na indirect.</w:t>
      </w:r>
      <w:r>
        <w:br/>
      </w:r>
      <w:r>
        <w:rPr>
          <w:sz w:val="20"/>
        </w:rPr>
        <w:t>31:06  is ke liye aap ne un ki sari hi conditions ko maan liya. Yeh tha hudaybiyah agreement. Is ki detail aap kitabon mein dekh sakte hain.</w:t>
      </w:r>
      <w:r>
        <w:br/>
      </w:r>
      <w:r>
        <w:rPr>
          <w:sz w:val="20"/>
        </w:rPr>
        <w:t>31:17  seerat ki kitabon mein yaani life of the prophet ki jo kitabein hain is par sab se zyada authentic book mani jati hai seerat ibn ishaq jo ke tabi the.</w:t>
      </w:r>
      <w:r>
        <w:br/>
      </w:r>
      <w:r>
        <w:rPr>
          <w:sz w:val="20"/>
        </w:rPr>
        <w:t>31:32  ibn ishaq tabi the. Phir un ke disciple the ibn hisham. Un se liya unhon ne aur add kar ke unhon ne kitab banai.</w:t>
      </w:r>
      <w:r>
        <w:br/>
      </w:r>
      <w:r>
        <w:rPr>
          <w:sz w:val="20"/>
        </w:rPr>
        <w:t>31:43  is ka naam hai seerat ibn hisham. Woh chhapi hui hai. Seerat ka jo literature hai is mein sab se zyada yahi kitab authentic mani jati hai.</w:t>
      </w:r>
      <w:r>
        <w:br/>
      </w:r>
      <w:r>
        <w:rPr>
          <w:sz w:val="20"/>
        </w:rPr>
        <w:t>31:54  seerat par bohat si baatein hain hadith ki kitabon mein lekin yeh jo kitab hai jo likhi gayi thi sirf seerat par is ka English translation ho chuka hai.</w:t>
      </w:r>
      <w:r>
        <w:br/>
      </w:r>
      <w:r>
        <w:rPr>
          <w:sz w:val="20"/>
        </w:rPr>
        <w:t>32:05  English translation ek ek ek ek angrez ne kiya hai. Is ka naam hai life of Muhammad. Moti si kitab mere paas maujood hai. Life of Muhammad.</w:t>
      </w:r>
      <w:r>
        <w:br/>
      </w:r>
      <w:r>
        <w:rPr>
          <w:sz w:val="20"/>
        </w:rPr>
        <w:t>32:16  aap is ko parh sakte hain. Bohat achhi English hai is ki. To is mein hudaybiyah ke bare mein jo hai is ko aap parhiye.</w:t>
      </w:r>
      <w:r>
        <w:br/>
      </w:r>
      <w:r>
        <w:rPr>
          <w:sz w:val="20"/>
        </w:rPr>
        <w:t>32:26  hazrat umar ek dam ghussa ho gaye. Hazrat umar ghussa ho gaye ke hum deen ka muamla yeh hai.</w:t>
      </w:r>
      <w:r>
        <w:br/>
      </w:r>
      <w:r>
        <w:rPr>
          <w:sz w:val="20"/>
        </w:rPr>
        <w:t>32:37  hum kyun aisi yaani aisi zaleel sharton par hum un se agreement karein?</w:t>
      </w:r>
      <w:r>
        <w:br/>
      </w:r>
      <w:r>
        <w:rPr>
          <w:sz w:val="20"/>
        </w:rPr>
        <w:t>32:49  matlab yak tarfa, unilateral.</w:t>
      </w:r>
      <w:r>
        <w:br/>
      </w:r>
      <w:r>
        <w:rPr>
          <w:sz w:val="20"/>
        </w:rPr>
        <w:t>32:54  to is mein is mein jo wording hai jo hazrat umar ne kaha tha us ka translation kiya hai unhon ne. Why should we accept such a humiliating agreement in our religion?</w:t>
      </w:r>
      <w:r>
        <w:br/>
      </w:r>
      <w:r>
        <w:rPr>
          <w:sz w:val="20"/>
        </w:rPr>
        <w:t>33:14  yeh hazrat umar ka qaul tha jo islam mein bohat top ke aadmi maane jaate hain. Un ki samajh mein nahi aata tha. Why should we accept such a humiliating agreement in our religion?</w:t>
      </w:r>
      <w:r>
        <w:br/>
      </w:r>
      <w:r>
        <w:rPr>
          <w:sz w:val="20"/>
        </w:rPr>
        <w:t>33:36  to jahan tak kitabon mein hai aik bhi campaign nahi tha jo is ki wisdom ko samajh paya ho us waqt. Sirf yeh hai ke hazrat abubakar jo thay unhon ne koi protest nahi kiya.</w:t>
      </w:r>
      <w:r>
        <w:br/>
      </w:r>
      <w:r>
        <w:rPr>
          <w:sz w:val="20"/>
        </w:rPr>
        <w:t>33:48  unhon ne kaha ke bhai prophet keh rahe hain to theek hi hoga. Bas is ka koi bhi proof nahi hai ke companion mein se koi aik bhi aadmi tha us waqt jo is wisdom ko samajh paya ho jo is mein thi.</w:t>
      </w:r>
      <w:r>
        <w:br/>
      </w:r>
      <w:r>
        <w:rPr>
          <w:sz w:val="20"/>
        </w:rPr>
        <w:t>34:03  ke disrespectful agreement tha woh. Respectful agreement nahi tha woh. Is liye to hazrat umar ne kaha ke why should we agree?</w:t>
      </w:r>
      <w:r>
        <w:br/>
      </w:r>
      <w:r>
        <w:rPr>
          <w:sz w:val="20"/>
        </w:rPr>
        <w:t>34:16  Why should we accept such a humiliating agreement?</w:t>
      </w:r>
      <w:r>
        <w:br/>
      </w:r>
      <w:r>
        <w:rPr>
          <w:sz w:val="20"/>
        </w:rPr>
        <w:t>34:24  to aik bhi shakhs nahi tha us waqt jo rasool allah ko chhod kar ke jo is ki hikmat ko, is ki wisdom ko samjha ho.</w:t>
      </w:r>
      <w:r>
        <w:br/>
      </w:r>
      <w:r>
        <w:rPr>
          <w:sz w:val="20"/>
        </w:rPr>
        <w:t>34:33  lekin quran mein foran ayat kiya aayi? إنا فتحنا لك فتحاً مبیناً. Yeh to clear victory hai. Yani yeh agreement jo hua hai jis ko hazrat umar samajhte thay ke yeh yeh humiliating agreement hai.</w:t>
      </w:r>
      <w:r>
        <w:br/>
      </w:r>
      <w:r>
        <w:rPr>
          <w:sz w:val="20"/>
        </w:rPr>
        <w:t>34:50  aap sochiye ke insaan ki aql samajh rahi thi ke yeh aik humiliating agreement hai. Humiliating agreement. Aur khuda keh raha hai nahi yeh to clear victory hai.</w:t>
      </w:r>
      <w:r>
        <w:br/>
      </w:r>
      <w:r>
        <w:rPr>
          <w:sz w:val="20"/>
        </w:rPr>
        <w:t>35:04  is mein kiya baat nikli? Jis cheez ko insaan kehta hai disrespectful formula khuda ke nazdeek wahi hota hai respectful formula.</w:t>
      </w:r>
      <w:r>
        <w:br/>
      </w:r>
      <w:r>
        <w:rPr>
          <w:sz w:val="20"/>
        </w:rPr>
        <w:t>35:15  is ko samjhiye aap.</w:t>
      </w:r>
      <w:r>
        <w:br/>
      </w:r>
      <w:r>
        <w:rPr>
          <w:sz w:val="20"/>
        </w:rPr>
        <w:t>35:20  bohat bari cheez aik nikal rahi hai is ke andar se. Kyun ke khuda result ko dekhta hai. Present ko nahi dekhta khuda. Future ko dekhta hai khuda.</w:t>
      </w:r>
      <w:r>
        <w:br/>
      </w:r>
      <w:r>
        <w:rPr>
          <w:sz w:val="20"/>
        </w:rPr>
        <w:t>35:32  khuda present ko nahi dekhta, future ko dekhta hai.</w:t>
      </w:r>
      <w:r>
        <w:br/>
      </w:r>
      <w:r>
        <w:rPr>
          <w:sz w:val="20"/>
        </w:rPr>
        <w:t>35:38  In terms of present it was a disrespectful agreement</w:t>
      </w:r>
      <w:r>
        <w:br/>
      </w:r>
      <w:r>
        <w:rPr>
          <w:sz w:val="20"/>
        </w:rPr>
        <w:t>35:46  ۔ In terms of present hudaybiyah was a disrespectful agreement۔</w:t>
      </w:r>
      <w:r>
        <w:br/>
      </w:r>
      <w:r>
        <w:rPr>
          <w:sz w:val="20"/>
        </w:rPr>
        <w:t>35:55  But in terms of future it was a respectful agreement۔</w:t>
      </w:r>
      <w:r>
        <w:br/>
      </w:r>
      <w:r>
        <w:rPr>
          <w:sz w:val="20"/>
        </w:rPr>
        <w:t>36:04  to hazrat umar ne kaha ke yeh to hum humiliating agreement hai. Isi ko khuda keh raha hai ke nahi yeh to</w:t>
      </w:r>
      <w:r>
        <w:br/>
      </w:r>
      <w:r>
        <w:rPr>
          <w:sz w:val="20"/>
        </w:rPr>
        <w:t>36:16  open victory hai.</w:t>
      </w:r>
    </w:p>
    <w:p>
      <w:pPr>
        <w:pStyle w:val="Heading2"/>
      </w:pPr>
      <w:r>
        <w:t>Discovering your forbidden tree by avoiding negative thinking</w:t>
      </w:r>
    </w:p>
    <w:p>
      <w:r>
        <w:rPr>
          <w:color w:val="666666"/>
          <w:sz w:val="18"/>
        </w:rPr>
        <w:t>Shukr Acknowledgment of God's Blessings April 21, 2020 · 1m 22s · at 24:19 · https://youtu.be/3iGMucsQXNk?t=1459</w:t>
      </w:r>
    </w:p>
    <w:p>
      <w:r>
        <w:rPr>
          <w:i/>
        </w:rPr>
        <w:t>“Aapki zindagi ka shajar-e-mamnu kya hai? Kaise jaana?”</w:t>
      </w:r>
    </w:p>
    <w:p>
      <w:r>
        <w:rPr>
          <w:sz w:val="20"/>
        </w:rPr>
        <w:t>24:19  Maulana iqbal umri likhte hain,</w:t>
      </w:r>
      <w:r>
        <w:br/>
      </w:r>
      <w:r>
        <w:rPr>
          <w:sz w:val="20"/>
        </w:rPr>
        <w:t>24:21  Maulana aap ne apni zindagi ka shajar mamnooa, aap ki zindagi ka shajar mamnooa kya hai? kaise jaana?</w:t>
      </w:r>
      <w:r>
        <w:br/>
      </w:r>
      <w:r>
        <w:rPr>
          <w:sz w:val="20"/>
        </w:rPr>
        <w:t>24:32  Maulana shajar mamnooa, discoverable item maloom hota hai. us ko janne ka kya tareeqa hai? negative thinking.</w:t>
      </w:r>
      <w:r>
        <w:br/>
      </w:r>
      <w:r>
        <w:rPr>
          <w:sz w:val="20"/>
        </w:rPr>
        <w:t>24:43  main is negative thinking se hamesha bohat door rehta hoon.</w:t>
      </w:r>
      <w:r>
        <w:br/>
      </w:r>
      <w:r>
        <w:rPr>
          <w:sz w:val="20"/>
        </w:rPr>
        <w:t>24:53  main jab chhota tha, chhota to gaon mein rehta tha. gaon mein ladke gaadi play karte the. to kisi bachche ne mujhe gaadi de di.</w:t>
      </w:r>
      <w:r>
        <w:br/>
      </w:r>
      <w:r>
        <w:rPr>
          <w:sz w:val="20"/>
        </w:rPr>
        <w:t>25:06  aise hi woh un ka koi, un ke nazdeek koi, us sense mein nahi ke galat baat hai.</w:t>
      </w:r>
      <w:r>
        <w:br/>
      </w:r>
      <w:r>
        <w:rPr>
          <w:sz w:val="20"/>
        </w:rPr>
        <w:t>25:15  woh to woh bhi nikalta hai, woh bhi nikalta hai.</w:t>
      </w:r>
      <w:r>
        <w:br/>
      </w:r>
      <w:r>
        <w:rPr>
          <w:sz w:val="20"/>
        </w:rPr>
        <w:t>25:19  to jab us ne gaadi di to main apne ghar ke darwaze par khada hua tha. to maine kaha ke tum khud, tum khud ghar ghar kar ke chale gaye.</w:t>
      </w:r>
      <w:r>
        <w:br/>
      </w:r>
      <w:r>
        <w:rPr>
          <w:sz w:val="20"/>
        </w:rPr>
        <w:t>25:32  bas.</w:t>
      </w:r>
    </w:p>
    <w:p>
      <w:pPr>
        <w:pStyle w:val="Heading2"/>
      </w:pPr>
      <w:r>
        <w:t>Japan's 30-year economic miracle from creative thinking</w:t>
      </w:r>
    </w:p>
    <w:p>
      <w:r>
        <w:rPr>
          <w:color w:val="666666"/>
          <w:sz w:val="18"/>
        </w:rPr>
        <w:t>Building A Creative Personality | 20 Nov 2011 · 31s · at 3:50 · https://youtu.be/jdfhpwfEvKg?t=230</w:t>
      </w:r>
    </w:p>
    <w:p>
      <w:r>
        <w:rPr>
          <w:i/>
        </w:rPr>
        <w:t>“In just 30 years, Japan became an economic superpower.”</w:t>
      </w:r>
    </w:p>
    <w:p>
      <w:r>
        <w:rPr>
          <w:sz w:val="20"/>
        </w:rPr>
        <w:t>3:50  apni energy education mein, industry mein, business mein laga di.</w:t>
      </w:r>
      <w:r>
        <w:br/>
      </w:r>
      <w:r>
        <w:rPr>
          <w:sz w:val="20"/>
        </w:rPr>
        <w:t>3:58  aur aap jante hain ke sirf 30 saal ke andar yeh hua ke Japan ne ek nayi history banayi.</w:t>
      </w:r>
      <w:r>
        <w:br/>
      </w:r>
      <w:r>
        <w:rPr>
          <w:sz w:val="20"/>
        </w:rPr>
        <w:t>4:06  yani woh economic superpower ban gaya.</w:t>
      </w:r>
      <w:r>
        <w:br/>
      </w:r>
      <w:r>
        <w:rPr>
          <w:sz w:val="20"/>
        </w:rPr>
        <w:t>4:14  yeh tha creative thinking ka miracle.</w:t>
      </w:r>
    </w:p>
    <w:p>
      <w:pPr>
        <w:pStyle w:val="Heading2"/>
      </w:pPr>
      <w:r>
        <w:t>In loss be grateful for what you have</w:t>
      </w:r>
    </w:p>
    <w:p>
      <w:r>
        <w:rPr>
          <w:color w:val="666666"/>
          <w:sz w:val="18"/>
        </w:rPr>
        <w:t>Surah Al-'Asr I November 23, 2014 · 40s · at 44:43 · https://youtu.be/K1G2YJVBE5U?t=2683</w:t>
      </w:r>
    </w:p>
    <w:p>
      <w:r>
        <w:rPr>
          <w:i/>
        </w:rPr>
        <w:t>“Agar aap ko ghaata ho to uske bawajood kya zinda hain aap?”</w:t>
      </w:r>
    </w:p>
    <w:p>
      <w:r>
        <w:rPr>
          <w:sz w:val="20"/>
        </w:rPr>
        <w:t>44:43  ghata ho, loss ho, koi negative experience ho, to is experience ko na sochein.</w:t>
      </w:r>
      <w:r>
        <w:br/>
      </w:r>
      <w:r>
        <w:rPr>
          <w:sz w:val="20"/>
        </w:rPr>
        <w:t>44:53  is ghate ko mat sochein. yeh sochein is ghate ke bawajood kya zinda hain aap?</w:t>
      </w:r>
      <w:r>
        <w:br/>
      </w:r>
      <w:r>
        <w:rPr>
          <w:sz w:val="20"/>
        </w:rPr>
        <w:t>45:00  is ghate ke bawajood kya aap ko khana peena mil raha hai? is ghate ke bawajood kya aap ke badan par kapde hain? is ghate ke bawajood kya aap par rehne ke liye ghar hai?</w:t>
      </w:r>
      <w:r>
        <w:br/>
      </w:r>
      <w:r>
        <w:rPr>
          <w:sz w:val="20"/>
        </w:rPr>
        <w:t>45:11  yeh sochein. agar hai to mashkoor kijiye.</w:t>
      </w:r>
    </w:p>
    <w:p>
      <w:pPr>
        <w:pStyle w:val="Heading2"/>
      </w:pPr>
      <w:r>
        <w:t>Rebutting 'Muslims are under siege' and the blind alley of violence</w:t>
      </w:r>
    </w:p>
    <w:p>
      <w:r>
        <w:rPr>
          <w:color w:val="666666"/>
          <w:sz w:val="18"/>
        </w:rPr>
        <w:t>Non Confrontational Method May 04, 2014 Maulana Wahiduddin Khan · 1m 21s · at 34:56 · https://youtu.be/uioEZUeFxLg?t=2096</w:t>
      </w:r>
    </w:p>
    <w:p>
      <w:r>
        <w:rPr>
          <w:i/>
        </w:rPr>
        <w:t>“I went to a seminar where educated Muslims said, 'Muslims are under siege.'”</w:t>
      </w:r>
    </w:p>
    <w:p>
      <w:r>
        <w:rPr>
          <w:sz w:val="20"/>
        </w:rPr>
        <w:t>34:56  main ek seminar mein, musalmanon ke ek seminar mein gaya, jahan musalmanon ke parhe likhe log aaye the, parhe likhe sab educated log the.</w:t>
      </w:r>
      <w:r>
        <w:br/>
      </w:r>
      <w:r>
        <w:rPr>
          <w:sz w:val="20"/>
        </w:rPr>
        <w:t>35:08  to wahan par kaha gaya ke "Muslims are under siege". "Muslims are under siege" yani musalman jo hain, dushmanon ke ghere mein hain.</w:t>
      </w:r>
      <w:r>
        <w:br/>
      </w:r>
      <w:r>
        <w:rPr>
          <w:sz w:val="20"/>
        </w:rPr>
        <w:t>35:23  main wahan bola tha, main ne kaha ke yeh to bilkul galat baat hai. Yani har cheez, har cheez aap ke liye open ho gayi hai, sari opportunity aap ke khul rahi hain.</w:t>
      </w:r>
      <w:r>
        <w:br/>
      </w:r>
      <w:r>
        <w:rPr>
          <w:sz w:val="20"/>
        </w:rPr>
        <w:t>35:32  to siege kahan hai? "where the siege".</w:t>
      </w:r>
      <w:r>
        <w:br/>
      </w:r>
      <w:r>
        <w:rPr>
          <w:sz w:val="20"/>
        </w:rPr>
        <w:t>35:37  to yeh jo musalmanon par chhaya hua hai ke "we are under siege", is ko khatam karna.</w:t>
      </w:r>
      <w:r>
        <w:br/>
      </w:r>
      <w:r>
        <w:rPr>
          <w:sz w:val="20"/>
        </w:rPr>
        <w:t>35:47  aur musalmanon is kis ke nateejay mein? Musalman ek blind alley mein phans gaye hain, blind alley, band gali mein. Sawal ladne ke aur suicide bombing karna, yeh tareeqa in ko reh gaya in ke paas.</w:t>
      </w:r>
      <w:r>
        <w:br/>
      </w:r>
      <w:r>
        <w:rPr>
          <w:sz w:val="20"/>
        </w:rPr>
        <w:t>36:04  jab dekhte hain ke lad kar kaam nahi ban raha hai to suicide bombing karte hain. Yeh sab kya hai? Blind alley mein, blind alley mein phans jana, band gali mein phans jana.</w:t>
      </w:r>
    </w:p>
    <w:p>
      <w:pPr>
        <w:pStyle w:val="Heading2"/>
      </w:pPr>
      <w:r>
        <w:t>Individual success vs collective complaint double standard</w:t>
      </w:r>
    </w:p>
    <w:p>
      <w:r>
        <w:rPr>
          <w:color w:val="666666"/>
          <w:sz w:val="18"/>
        </w:rPr>
        <w:t>Double Standards of Present-Day Muslims August 6, 2017 · 4m 02s · at 6:11 · https://youtu.be/k1NcZQpHTyg?t=371</w:t>
      </w:r>
    </w:p>
    <w:p>
      <w:r>
        <w:rPr>
          <w:i/>
        </w:rPr>
        <w:t>“Mujhe ek bhi family, yeh ek bhi insaan nahi jaanta”</w:t>
      </w:r>
    </w:p>
    <w:p>
      <w:r>
        <w:rPr>
          <w:sz w:val="20"/>
        </w:rPr>
        <w:t>6:11  sab taraqqi par hain apni family ke aitbar se. mujhe aik bhi family, yeh aik bhi insaan nahi janta jis ne zaati satah par barbaad hua ho.</w:t>
      </w:r>
      <w:r>
        <w:br/>
      </w:r>
      <w:r>
        <w:rPr>
          <w:sz w:val="20"/>
        </w:rPr>
        <w:t>6:24  har aadmi zaati satah par kaamyaab hai, har aadmi. to sawal yeh hai ke Musalman qaumi satah par to yeh sawal mein phanse hue hain, kya karein, kya karein.</w:t>
      </w:r>
      <w:r>
        <w:br/>
      </w:r>
      <w:r>
        <w:rPr>
          <w:sz w:val="20"/>
        </w:rPr>
        <w:t>6:38  abhi tak line of action tay nahi hui, lekin individual satah par sab ko pata hai ke humein kya karna hai. har aik ko pata hai ke mein apni bachi ki shadi achhe family mein karna hai,</w:t>
      </w:r>
      <w:r>
        <w:br/>
      </w:r>
      <w:r>
        <w:rPr>
          <w:sz w:val="20"/>
        </w:rPr>
        <w:t>6:53  mein bete ko achhi parhai parhana hai, mujhe achha ghar banana hai, mujhe car kharidna hai, mujhe property banana hai. yeh sab ko pata hai aur sab khoob khoob taraqqi kar rahe hain.</w:t>
      </w:r>
      <w:r>
        <w:br/>
      </w:r>
      <w:r>
        <w:rPr>
          <w:sz w:val="20"/>
        </w:rPr>
        <w:t>7:09  isi yeh jahan humein naum din colony mein, to bohat pehle bhi yahan aaya tha mein, yaani bohat pehle.</w:t>
      </w:r>
      <w:r>
        <w:br/>
      </w:r>
      <w:r>
        <w:rPr>
          <w:sz w:val="20"/>
        </w:rPr>
        <w:t>7:24  us waqt yahan sirf aik masjid thi aur yahan par jangla tha. phir jab azadi mili, Pakistan se muhajir log aaye, un ko yeh ilaaqa diya gaya, unhon ne aik colony banai.</w:t>
      </w:r>
      <w:r>
        <w:br/>
      </w:r>
      <w:r>
        <w:rPr>
          <w:sz w:val="20"/>
        </w:rPr>
        <w:t>7:41  us waqt is colony mein sab ke sab non-muslim the, maon saaye ke. aaj yahan majority Musalmanon ki hai. to jis lihaaz se dekhiye Musalman taraqqi par hain apni family ke aitbar se, lekin jo Muslim millat hai,</w:t>
      </w:r>
      <w:r>
        <w:br/>
      </w:r>
      <w:r>
        <w:rPr>
          <w:sz w:val="20"/>
        </w:rPr>
        <w:t>8:00  us ke lihaaz se aaj bhi yeh sawal hai ke Musalman mazloom hain, Musalman mazloom hain. to mazloom family nahi, koi mazloom qaum hai.</w:t>
      </w:r>
      <w:r>
        <w:br/>
      </w:r>
      <w:r>
        <w:rPr>
          <w:sz w:val="20"/>
        </w:rPr>
        <w:t>8:12  aaj mein yeh sochta raha ke is poori muddat mein jin Musalmanon ko mein jaanta hoon, un mein se koi mazloom nahi kehta ke mein fard, mein mazloom hoon.</w:t>
      </w:r>
      <w:r>
        <w:br/>
      </w:r>
      <w:r>
        <w:rPr>
          <w:sz w:val="20"/>
        </w:rPr>
        <w:t>8:22  sab taraqqi kar rahe hain, mera beta kahein ge mera beta yeh parh raha hai, meri family wahan settle ho gayi hai, mere paas falan jagah mein ne ghar bana liya hai.</w:t>
      </w:r>
      <w:r>
        <w:br/>
      </w:r>
      <w:r>
        <w:rPr>
          <w:sz w:val="20"/>
        </w:rPr>
        <w:t>8:31  har aadmi ke paas taraqqi ke qisse hain. to fard taraqqi mein khoob taraqqi kar raha hai fard aur qaum mazloom hai, yeh kya cheez hai?</w:t>
      </w:r>
      <w:r>
        <w:br/>
      </w:r>
      <w:r>
        <w:rPr>
          <w:sz w:val="20"/>
        </w:rPr>
        <w:t>8:47  yeh aaj mein sochta raha to mujhe aik ajeeb cheez discover hui, woh yeh hai ke saari qaum ba-hazo majmooi double standard culture ka shikaar hai.</w:t>
      </w:r>
      <w:r>
        <w:br/>
      </w:r>
      <w:r>
        <w:rPr>
          <w:sz w:val="20"/>
        </w:rPr>
        <w:t>9:01  saari qaum double standard culture, yaani apni zaat ke aitbar se kuch soch hai un ki aur qaum ke lihaaz se kuch soch hai un ki.</w:t>
      </w:r>
      <w:r>
        <w:br/>
      </w:r>
      <w:r>
        <w:rPr>
          <w:sz w:val="20"/>
        </w:rPr>
        <w:t>9:14  qaum ke lihaaz se to falan zalim hai, falan zalim hai, falan zalim hai. America mein is homophobia hai, yeh hai, woh hai. to qaum ke lihaaz se jab baat karein ge woh to sab zalim ko phir aik baar fehrist hogi lambi.</w:t>
      </w:r>
      <w:r>
        <w:br/>
      </w:r>
      <w:r>
        <w:rPr>
          <w:sz w:val="20"/>
        </w:rPr>
        <w:t>9:29  Israel mein zulm ho raha hai, yahan zulm ho raha hai, wahan zulm ho raha hai.</w:t>
      </w:r>
      <w:r>
        <w:br/>
      </w:r>
      <w:r>
        <w:rPr>
          <w:sz w:val="20"/>
        </w:rPr>
        <w:t>9:36  jab baat karein ge qaum ki to un ke paas lambi fehrist nahi hogi zalimon ki. lekin inhi se poochhiye apni zaat ke bare mein to kya kahein ge?</w:t>
      </w:r>
      <w:r>
        <w:br/>
      </w:r>
      <w:r>
        <w:rPr>
          <w:sz w:val="20"/>
        </w:rPr>
        <w:t>9:46  mera beta yeh apni taleem ki bataein ge, yeh engineer ho gaya hai, falan doctor ho gaya hai, mein ne falan jagah apna ghar bana liya hai, mere bete America mein settle ho gaye.</w:t>
      </w:r>
      <w:r>
        <w:br/>
      </w:r>
      <w:r>
        <w:rPr>
          <w:sz w:val="20"/>
        </w:rPr>
        <w:t>10:00  wohi aadmi apne khandan ki taraqqi bataye ga aur qaum ko bataye ga ke tum mazloomon se ghiri hui ho, zalimon se ghiri hui ho.</w:t>
      </w:r>
    </w:p>
    <w:p>
      <w:pPr>
        <w:pStyle w:val="Heading2"/>
      </w:pPr>
      <w:r>
        <w:t>Bread plus: spiritual content in every physical item</w:t>
      </w:r>
    </w:p>
    <w:p>
      <w:r>
        <w:rPr>
          <w:color w:val="666666"/>
          <w:sz w:val="18"/>
        </w:rPr>
        <w:t>Formula of Human Life | March 13, 2016 · 5m 16s · at 3:22 · https://youtu.be/Et_ZQTYZzjU?t=202</w:t>
      </w:r>
    </w:p>
    <w:p>
      <w:r>
        <w:rPr>
          <w:i/>
        </w:rPr>
        <w:t>“This is the success formula for better human individual life.”</w:t>
      </w:r>
    </w:p>
    <w:p>
      <w:r>
        <w:rPr>
          <w:sz w:val="20"/>
        </w:rPr>
        <w:t>3:22  یہی ہے، یہی ہے— یعنی better human individual life کا successful formula۔</w:t>
      </w:r>
      <w:r>
        <w:br/>
      </w:r>
      <w:r>
        <w:rPr>
          <w:sz w:val="20"/>
        </w:rPr>
        <w:t>3:30  یہ پلس فارمولا کیا ہے؟ دیکھیے، ہر چیز، چاہے bread ہو، چاہے کوئی اور چیز ہو، اس کا</w:t>
      </w:r>
      <w:r>
        <w:br/>
      </w:r>
      <w:r>
        <w:rPr>
          <w:sz w:val="20"/>
        </w:rPr>
        <w:t>3:37  ایک physical aspect ہوتا ہے یا material aspect ہوتا ہے۔</w:t>
      </w:r>
      <w:r>
        <w:br/>
      </w:r>
      <w:r>
        <w:rPr>
          <w:sz w:val="20"/>
        </w:rPr>
        <w:t>3:45  at the same</w:t>
      </w:r>
      <w:r>
        <w:br/>
      </w:r>
      <w:r>
        <w:rPr>
          <w:sz w:val="20"/>
        </w:rPr>
        <w:t>3:52  time, that is an inner content of that item.</w:t>
      </w:r>
      <w:r>
        <w:br/>
      </w:r>
      <w:r>
        <w:rPr>
          <w:sz w:val="20"/>
        </w:rPr>
        <w:t>4:00  har cheez, like flower.</w:t>
      </w:r>
      <w:r>
        <w:br/>
      </w:r>
      <w:r>
        <w:rPr>
          <w:sz w:val="20"/>
        </w:rPr>
        <w:t>4:09  Flower ka ek aspect hai ke flower ek material phenomenon hai.</w:t>
      </w:r>
      <w:r>
        <w:br/>
      </w:r>
      <w:r>
        <w:rPr>
          <w:sz w:val="20"/>
        </w:rPr>
        <w:t>4:17  At the same time, that is a— that is a nectar.</w:t>
      </w:r>
      <w:r>
        <w:br/>
      </w:r>
      <w:r>
        <w:rPr>
          <w:sz w:val="20"/>
        </w:rPr>
        <w:t>4:25  And honey bee— and nectar is the sole concern of honey bee.</w:t>
      </w:r>
      <w:r>
        <w:br/>
      </w:r>
      <w:r>
        <w:rPr>
          <w:sz w:val="20"/>
        </w:rPr>
        <w:t>4:33  to honey bee jab aati hai garden mein, to wahan woh kya karti hai? Woh seedhe jaati hai</w:t>
      </w:r>
      <w:r>
        <w:br/>
      </w:r>
      <w:r>
        <w:rPr>
          <w:sz w:val="20"/>
        </w:rPr>
        <w:t>4:40  flower par, uska nectar nikalti hai, aur chali jaati hai.</w:t>
      </w:r>
      <w:r>
        <w:br/>
      </w:r>
      <w:r>
        <w:rPr>
          <w:sz w:val="20"/>
        </w:rPr>
        <w:t>4:48  isi tarah se insaan ko karna hai ke har physical item mein,</w:t>
      </w:r>
      <w:r>
        <w:br/>
      </w:r>
      <w:r>
        <w:rPr>
          <w:sz w:val="20"/>
        </w:rPr>
        <w:t>4:56  چاہے بریڈ ہو یا کچھ اور ہو، اس میں جو ایک اور spiritual content ہے، اس کو— اس</w:t>
      </w:r>
      <w:r>
        <w:br/>
      </w:r>
      <w:r>
        <w:rPr>
          <w:sz w:val="20"/>
        </w:rPr>
        <w:t>5:03  ko extract karein.</w:t>
      </w:r>
      <w:r>
        <w:br/>
      </w:r>
      <w:r>
        <w:rPr>
          <w:sz w:val="20"/>
        </w:rPr>
        <w:t>5:11  is tarah hamari zindagi successful rahegi.</w:t>
      </w:r>
      <w:r>
        <w:br/>
      </w:r>
      <w:r>
        <w:rPr>
          <w:sz w:val="20"/>
        </w:rPr>
        <w:t>5:19  quran mein is ko kaha gaya hai, surah taha mein: "warث</w:t>
      </w:r>
      <w:r>
        <w:br/>
      </w:r>
      <w:r>
        <w:rPr>
          <w:sz w:val="20"/>
        </w:rPr>
        <w:t>5:26  مربع کا خیر و باپ کا۔" And divine food is better for you, is best for you.</w:t>
      </w:r>
      <w:r>
        <w:br/>
      </w:r>
      <w:r>
        <w:rPr>
          <w:sz w:val="20"/>
        </w:rPr>
        <w:t>5:36  to har har food mein aik divine aspect hai.</w:t>
      </w:r>
      <w:r>
        <w:br/>
      </w:r>
      <w:r>
        <w:rPr>
          <w:sz w:val="20"/>
        </w:rPr>
        <w:t>5:46  har food mein aik divine aspect hai.</w:t>
      </w:r>
      <w:r>
        <w:br/>
      </w:r>
      <w:r>
        <w:rPr>
          <w:sz w:val="20"/>
        </w:rPr>
        <w:t>5:55  jaise dekhiye, ab yeh pani hai, water. Water hai. To</w:t>
      </w:r>
      <w:r>
        <w:br/>
      </w:r>
      <w:r>
        <w:rPr>
          <w:sz w:val="20"/>
        </w:rPr>
        <w:t>6:05  har aadmi jaanta hai ke water hamari zaroorat hai.</w:t>
      </w:r>
      <w:r>
        <w:br/>
      </w:r>
      <w:r>
        <w:rPr>
          <w:sz w:val="20"/>
        </w:rPr>
        <w:t>6:15  lekin water mein do aspect hain: aik hai physical aspect, aur doosra is ka dar hai aik inner content.</w:t>
      </w:r>
      <w:r>
        <w:br/>
      </w:r>
      <w:r>
        <w:rPr>
          <w:sz w:val="20"/>
        </w:rPr>
        <w:t>6:25  yani pani ko hum piyein to hamari jo thirst hai aur jo piyas hai, woh bujhe</w:t>
      </w:r>
      <w:r>
        <w:br/>
      </w:r>
      <w:r>
        <w:rPr>
          <w:sz w:val="20"/>
        </w:rPr>
        <w:t>6:35  gi.</w:t>
      </w:r>
      <w:r>
        <w:br/>
      </w:r>
      <w:r>
        <w:rPr>
          <w:sz w:val="20"/>
        </w:rPr>
        <w:t>6:41  at the same time, hamein yeh karna hai ke by the way of contemplation, hum is ke inner</w:t>
      </w:r>
      <w:r>
        <w:br/>
      </w:r>
      <w:r>
        <w:rPr>
          <w:sz w:val="20"/>
        </w:rPr>
        <w:t>6:48  content tak pahunchein.</w:t>
      </w:r>
      <w:r>
        <w:br/>
      </w:r>
      <w:r>
        <w:rPr>
          <w:sz w:val="20"/>
        </w:rPr>
        <w:t>6:54  woh inner content kya hai? Ke creator ne jaana ke pani hamari need hai.</w:t>
      </w:r>
      <w:r>
        <w:br/>
      </w:r>
      <w:r>
        <w:rPr>
          <w:sz w:val="20"/>
        </w:rPr>
        <w:t>7:00  pani ke baghair hum is plate earth par</w:t>
      </w:r>
      <w:r>
        <w:br/>
      </w:r>
      <w:r>
        <w:rPr>
          <w:sz w:val="20"/>
        </w:rPr>
        <w:t>7:06  nahi reh sakte.</w:t>
      </w:r>
      <w:r>
        <w:br/>
      </w:r>
      <w:r>
        <w:rPr>
          <w:sz w:val="20"/>
        </w:rPr>
        <w:t>7:11  to hamari need ko jana aur pani ko paida kiya.</w:t>
      </w:r>
      <w:r>
        <w:br/>
      </w:r>
      <w:r>
        <w:rPr>
          <w:sz w:val="20"/>
        </w:rPr>
        <w:t>7:16  jo compression hai do qism ke gases ka.</w:t>
      </w:r>
      <w:r>
        <w:br/>
      </w:r>
      <w:r>
        <w:rPr>
          <w:sz w:val="20"/>
        </w:rPr>
        <w:t>7:22  do gases jab comp combine hoti hain to ek ek liquid ban jata hai.</w:t>
      </w:r>
      <w:r>
        <w:br/>
      </w:r>
      <w:r>
        <w:rPr>
          <w:sz w:val="20"/>
        </w:rPr>
        <w:t>7:27  yeh bohat bara process hai, universal process hai.</w:t>
      </w:r>
      <w:r>
        <w:br/>
      </w:r>
      <w:r>
        <w:rPr>
          <w:sz w:val="20"/>
        </w:rPr>
        <w:t>7:32  to pani mein ek taraf hum</w:t>
      </w:r>
      <w:r>
        <w:br/>
      </w:r>
      <w:r>
        <w:rPr>
          <w:sz w:val="20"/>
        </w:rPr>
        <w:t>7:37  apni thrust ka formula paate hain, doosri taraf isi mein hum discover karte hain creator ko, creator ki</w:t>
      </w:r>
      <w:r>
        <w:br/>
      </w:r>
      <w:r>
        <w:rPr>
          <w:sz w:val="20"/>
        </w:rPr>
        <w:t>7:47  wisdom ko, creator ki planning ko.</w:t>
      </w:r>
      <w:r>
        <w:br/>
      </w:r>
      <w:r>
        <w:rPr>
          <w:sz w:val="20"/>
        </w:rPr>
        <w:t>7:57  to woh hai, main kahunga ke woh hai spiritual content. To har</w:t>
      </w:r>
      <w:r>
        <w:br/>
      </w:r>
      <w:r>
        <w:rPr>
          <w:sz w:val="20"/>
        </w:rPr>
        <w:t>8:07  bread ke andar ek spiritual content hai.</w:t>
      </w:r>
      <w:r>
        <w:br/>
      </w:r>
      <w:r>
        <w:rPr>
          <w:sz w:val="20"/>
        </w:rPr>
        <w:t>8:13  har physical item ke andar ek spiritual content hai.</w:t>
      </w:r>
      <w:r>
        <w:br/>
      </w:r>
      <w:r>
        <w:rPr>
          <w:sz w:val="20"/>
        </w:rPr>
        <w:t>8:20  to bread hamein hamari physical jo body hai, us body ko energy degi.</w:t>
      </w:r>
      <w:r>
        <w:br/>
      </w:r>
      <w:r>
        <w:rPr>
          <w:sz w:val="20"/>
        </w:rPr>
        <w:t>8:26  lekin agar hum iska— iska jo inner content hai, spiritual content, isko hum extract kar</w:t>
      </w:r>
      <w:r>
        <w:br/>
      </w:r>
      <w:r>
        <w:rPr>
          <w:sz w:val="20"/>
        </w:rPr>
        <w:t>8:32  sakein to woh hamari jo spiritual life hai, hamara jo inner soul hai,</w:t>
      </w:r>
    </w:p>
    <w:p>
      <w:pPr>
        <w:pStyle w:val="Heading2"/>
      </w:pPr>
      <w:r>
        <w:t>Nature as a model for humans</w:t>
      </w:r>
    </w:p>
    <w:p>
      <w:r>
        <w:rPr>
          <w:color w:val="666666"/>
          <w:sz w:val="18"/>
        </w:rPr>
        <w:t>Q&amp;A 06 Mar 2011 - Maulana Wahiduddin Khan · 3m 07s · at 3:35 · https://youtu.be/I5hJVw3Wum8?t=215</w:t>
      </w:r>
    </w:p>
    <w:p>
      <w:r>
        <w:rPr>
          <w:i/>
        </w:rPr>
        <w:t>“میں سمجھتا ہوں کہ ساری نیچر جو ہے، وہ ماڈل ہے”</w:t>
      </w:r>
    </w:p>
    <w:p>
      <w:r>
        <w:rPr>
          <w:sz w:val="20"/>
        </w:rPr>
        <w:t>3:35  main samajhta hoon ke sari nature jo hai, wo model hai. sari nature.</w:t>
      </w:r>
      <w:r>
        <w:br/>
      </w:r>
      <w:r>
        <w:rPr>
          <w:sz w:val="20"/>
        </w:rPr>
        <w:t>3:47  jaise abhi main subah ko baitha hua tha apne ghar ke samne, to darakht dikhai de rahe the sab. har taraf darakht.</w:t>
      </w:r>
      <w:r>
        <w:br/>
      </w:r>
      <w:r>
        <w:rPr>
          <w:sz w:val="20"/>
        </w:rPr>
        <w:t>3:59  us ke upar chidiya ud rahi thi.</w:t>
      </w:r>
      <w:r>
        <w:br/>
      </w:r>
      <w:r>
        <w:rPr>
          <w:sz w:val="20"/>
        </w:rPr>
        <w:t>4:05  to mujhe hadith yaad aayi ke</w:t>
      </w:r>
      <w:r>
        <w:br/>
      </w:r>
      <w:r>
        <w:rPr>
          <w:sz w:val="20"/>
        </w:rPr>
        <w:t>4:13  do hadisen yaad aayin. ek hadith hai ke</w:t>
      </w:r>
      <w:r>
        <w:br/>
      </w:r>
      <w:r>
        <w:rPr>
          <w:sz w:val="20"/>
        </w:rPr>
        <w:t>4:20  momin ke bare mein, momin kaisa hota hai, momin ka character.</w:t>
      </w:r>
      <w:r>
        <w:br/>
      </w:r>
      <w:r>
        <w:rPr>
          <w:sz w:val="20"/>
        </w:rPr>
        <w:t>4:27  misal momin ka misal khama.</w:t>
      </w:r>
      <w:r>
        <w:br/>
      </w:r>
      <w:r>
        <w:rPr>
          <w:sz w:val="20"/>
        </w:rPr>
        <w:t>4:33  khama kehte hain poda.</w:t>
      </w:r>
      <w:r>
        <w:br/>
      </w:r>
      <w:r>
        <w:rPr>
          <w:sz w:val="20"/>
        </w:rPr>
        <w:t>4:39  hara bhara poda jo hota hai. to momin ki misal pode jaisi hai. poda kya hota hai? ab yani poda yeh hai ke hawa chalti hai idhar se to idhar jhuk jata hai.</w:t>
      </w:r>
      <w:r>
        <w:br/>
      </w:r>
      <w:r>
        <w:rPr>
          <w:sz w:val="20"/>
        </w:rPr>
        <w:t>4:53  idhar chalti hai idhar jhuk jata hai. to wo model hai.</w:t>
      </w:r>
      <w:r>
        <w:br/>
      </w:r>
      <w:r>
        <w:rPr>
          <w:sz w:val="20"/>
        </w:rPr>
        <w:t>4:57  ke momin mein akkar nahi hoti. momin mein akkar nahi hoti. poda akadta nahi. hawa se takrata nahi.</w:t>
      </w:r>
      <w:r>
        <w:br/>
      </w:r>
      <w:r>
        <w:rPr>
          <w:sz w:val="20"/>
        </w:rPr>
        <w:t>5:08  takraye baghair aise ho jata hai. to wo hadith mujhe yaad aayi ke yeh darakht, yeh pode bata rahe hain</w:t>
      </w:r>
      <w:r>
        <w:br/>
      </w:r>
      <w:r>
        <w:rPr>
          <w:sz w:val="20"/>
        </w:rPr>
        <w:t>5:17  ke bana akkar ke jiyo. akkar mat dikhao. takrao na karo.</w:t>
      </w:r>
      <w:r>
        <w:br/>
      </w:r>
      <w:r>
        <w:rPr>
          <w:sz w:val="20"/>
        </w:rPr>
        <w:t>5:26  yani confrontational approach jo hai, wo kisi pode ka nahi hota hai. ab chidiya ud rahi thi to mujhe ek aur hadith yaad aayi ke jannat walon ke bare mein.</w:t>
      </w:r>
      <w:r>
        <w:br/>
      </w:r>
      <w:r>
        <w:rPr>
          <w:sz w:val="20"/>
        </w:rPr>
        <w:t>5:40  afidatun kaafah ti.</w:t>
      </w:r>
      <w:r>
        <w:br/>
      </w:r>
      <w:r>
        <w:rPr>
          <w:sz w:val="20"/>
        </w:rPr>
        <w:t>5:44  ke jannat walon ke dil jo hain, wo chidiya ki tarah ho gaye.</w:t>
      </w:r>
      <w:r>
        <w:br/>
      </w:r>
      <w:r>
        <w:rPr>
          <w:sz w:val="20"/>
        </w:rPr>
        <w:t>5:50  to chidiya ka hawa mein ud rahi hai. koi us ko nafrat nahi. khuli fiza mein ud rahi hai idhar se udhar, idhar se udhar. na nafrat hai, na kisi ko use marna hai, na kisi se revenge lena hai, kuch bhi nahi.</w:t>
      </w:r>
      <w:r>
        <w:br/>
      </w:r>
      <w:r>
        <w:rPr>
          <w:sz w:val="20"/>
        </w:rPr>
        <w:t>6:05  ek alag hi dunya mein ud rahi hai wo.</w:t>
      </w:r>
      <w:r>
        <w:br/>
      </w:r>
      <w:r>
        <w:rPr>
          <w:sz w:val="20"/>
        </w:rPr>
        <w:t>6:08  us se upar dunya mein.</w:t>
      </w:r>
      <w:r>
        <w:br/>
      </w:r>
      <w:r>
        <w:rPr>
          <w:sz w:val="20"/>
        </w:rPr>
        <w:t>6:13  nafrat ki dunya, tashaddud ki dunya, revenge ki dunya, takrao ki dunya, is se oopar urh rahi hai woh. ek gaya, yaani ek</w:t>
      </w:r>
      <w:r>
        <w:br/>
      </w:r>
      <w:r>
        <w:rPr>
          <w:sz w:val="20"/>
        </w:rPr>
        <w:t>6:29  buland tar level is ne daryaft kar liya zindagi ka. to isi ko kaha gaya hadith mein ke un ke dil chirya ke dil ke manind hon ge.</w:t>
      </w:r>
    </w:p>
    <w:p>
      <w:pPr>
        <w:pStyle w:val="Heading2"/>
      </w:pPr>
      <w:r>
        <w:t>Created in the best form, but potential left unfulfilled</w:t>
      </w:r>
    </w:p>
    <w:p>
      <w:r>
        <w:rPr>
          <w:color w:val="666666"/>
          <w:sz w:val="18"/>
        </w:rPr>
        <w:t>Materialism and Intellectual Dwarfism 29th April 2012 · 2m 15s · at 39:39 · https://youtu.be/qHzARL_r3I4?t=2379</w:t>
      </w:r>
    </w:p>
    <w:p>
      <w:r>
        <w:rPr>
          <w:i/>
        </w:rPr>
        <w:t>“Shayad yahi baat kahi gayi hai is surat mein”</w:t>
      </w:r>
    </w:p>
    <w:p>
      <w:r>
        <w:rPr>
          <w:sz w:val="20"/>
        </w:rPr>
        <w:t>39:39  yeh to bari heavy prize hai. shayad yahi baat kahi gayi is surat mein ke laqad khalaqnal insana fi ahsani taqwim thumma radadnahu asfalas safilin.</w:t>
      </w:r>
      <w:r>
        <w:br/>
      </w:r>
      <w:r>
        <w:rPr>
          <w:sz w:val="20"/>
        </w:rPr>
        <w:t>39:53  yeh ayat bhi tasweeron mein wazeh nahi hai.</w:t>
      </w:r>
      <w:r>
        <w:br/>
      </w:r>
      <w:r>
        <w:rPr>
          <w:sz w:val="20"/>
        </w:rPr>
        <w:t>39:58  laqad khalaqnal insana fi ahsani taqwim thumma radadnahu asfalas safilin.</w:t>
      </w:r>
      <w:r>
        <w:br/>
      </w:r>
      <w:r>
        <w:rPr>
          <w:sz w:val="20"/>
        </w:rPr>
        <w:t>40:04  Allah taala ne farmaya ke hum ne paida kiya insaan ko behtareen takhleeq ke saath lekin is ke baad hum ne phenk diya is ko bilkul neeche ki satah par.</w:t>
      </w:r>
      <w:r>
        <w:br/>
      </w:r>
      <w:r>
        <w:rPr>
          <w:sz w:val="20"/>
        </w:rPr>
        <w:t>40:21  to is mein chunke hum ne phenk diya ka lafz hai, log samajhte hain Khuda ne phenk diya. yeh matlab nahi, yeh aik usloob hai Khuda ka.</w:t>
      </w:r>
      <w:r>
        <w:br/>
      </w:r>
      <w:r>
        <w:rPr>
          <w:sz w:val="20"/>
        </w:rPr>
        <w:t>40:29  is ka matlab yeh hai ke Allah ne paida kiya tha insaan ko behtareen potential ke saath lekin woh us ko inforad na kar saka aur animal ban kar raha, animal ban ke mar gaya.</w:t>
      </w:r>
      <w:r>
        <w:br/>
      </w:r>
      <w:r>
        <w:rPr>
          <w:sz w:val="20"/>
        </w:rPr>
        <w:t>40:42  yaani wa laqad karramna bani adama aik mukarram makhlooq ke taur par paida kiya hum ne.</w:t>
      </w:r>
      <w:r>
        <w:br/>
      </w:r>
      <w:r>
        <w:rPr>
          <w:sz w:val="20"/>
        </w:rPr>
        <w:t>40:49  lekin yaad rakhiye, insaan ke andar jo jo azmat hai, jo us ke andar jo yeh ahsan taqwim wali baat hai, yeh potential sense mein hai.</w:t>
      </w:r>
      <w:r>
        <w:br/>
      </w:r>
      <w:r>
        <w:rPr>
          <w:sz w:val="20"/>
        </w:rPr>
        <w:t>41:03  yeh potential sense mein hai. to ayat ka matlab yeh hai ke ke Allah taala ne insaan ko potential sense mein aala tareen makhlooq ke taur par paida kiya</w:t>
      </w:r>
      <w:r>
        <w:br/>
      </w:r>
      <w:r>
        <w:rPr>
          <w:sz w:val="20"/>
        </w:rPr>
        <w:t>41:16  lekin apne potential ko woh inforad na kar saka. is liye woh haiwan ki satah par gaya, haiwan ki satah par mara.</w:t>
      </w:r>
      <w:r>
        <w:br/>
      </w:r>
      <w:r>
        <w:rPr>
          <w:sz w:val="20"/>
        </w:rPr>
        <w:t>41:26  yeh matlab hai is ka. yeh baat jo hai bohat zyada sochne ki hai.</w:t>
      </w:r>
      <w:r>
        <w:br/>
      </w:r>
      <w:r>
        <w:rPr>
          <w:sz w:val="20"/>
        </w:rPr>
        <w:t>41:33  meri umar itni lambi ho gayi hai lekin mein ne taqreeban poori nasal insani ko isi isi satah par dekha hai ke log material culture mein jeete hain, material sense mein apni koi taraqqi dhoondhte rehte hain,</w:t>
      </w:r>
      <w:r>
        <w:br/>
      </w:r>
      <w:r>
        <w:rPr>
          <w:sz w:val="20"/>
        </w:rPr>
        <w:t>41:51  aik bohat farab animal ke taur par jeete hain.</w:t>
      </w:r>
    </w:p>
    <w:p>
      <w:pPr>
        <w:pStyle w:val="Heading2"/>
      </w:pPr>
      <w:r>
        <w:t>Real meaning of criticism vs abuse</w:t>
      </w:r>
    </w:p>
    <w:p>
      <w:r>
        <w:rPr>
          <w:color w:val="666666"/>
          <w:sz w:val="18"/>
        </w:rPr>
        <w:t>Living in Falsehood December 15, 2013 · 29s · at 12:32 · https://youtu.be/UvboK59uF6s?t=752</w:t>
      </w:r>
    </w:p>
    <w:p>
      <w:r>
        <w:rPr>
          <w:i/>
        </w:rPr>
        <w:t>“What is criticism? It means applying reason”</w:t>
      </w:r>
    </w:p>
    <w:p>
      <w:r>
        <w:rPr>
          <w:sz w:val="20"/>
        </w:rPr>
        <w:t>12:32  What is criticism? criticism ka matlab hai reason ko apply karna. yeh jo aaj kal musalmanon mein hai allegation aur sab-o-shat bura bhala karna, yeh tanqeed nahin hai.</w:t>
      </w:r>
      <w:r>
        <w:br/>
      </w:r>
      <w:r>
        <w:rPr>
          <w:sz w:val="20"/>
        </w:rPr>
        <w:t>12:44  yeh to gaali galoch hai. woh musalman aaj kal jante hi nahin ke What is criticism? criticism means applying the reason.</w:t>
      </w:r>
      <w:r>
        <w:br/>
      </w:r>
      <w:r>
        <w:rPr>
          <w:sz w:val="20"/>
        </w:rPr>
        <w:t>12:57  gaali galoch ka naam tanqeed nahin hai.</w:t>
      </w:r>
    </w:p>
    <w:p>
      <w:pPr>
        <w:pStyle w:val="Heading2"/>
      </w:pPr>
      <w:r>
        <w:t>Problems are part of nature</w:t>
      </w:r>
    </w:p>
    <w:p>
      <w:r>
        <w:rPr>
          <w:color w:val="666666"/>
          <w:sz w:val="18"/>
        </w:rPr>
        <w:t>How to Deal with Problems December 07, 2008 · 35s · at 2:08 · https://youtu.be/7ohPSsTkiw4?t=128</w:t>
      </w:r>
    </w:p>
    <w:p>
      <w:r>
        <w:rPr>
          <w:i/>
        </w:rPr>
        <w:t>“Dekhiye, jo cheez part of nature ho, woh obstacle nahi hoti.”</w:t>
      </w:r>
    </w:p>
    <w:p>
      <w:r>
        <w:rPr>
          <w:sz w:val="20"/>
        </w:rPr>
        <w:t>2:08  dekhiye, jo cheez part of nature ho, woh obstacle nahin hoti. garmi mein suraj bohat garam ho jata hai to kya aap is ko problem samajhte hain?</w:t>
      </w:r>
      <w:r>
        <w:br/>
      </w:r>
      <w:r>
        <w:rPr>
          <w:sz w:val="20"/>
        </w:rPr>
        <w:t>2:20  barsaat mein kechar ho jati hai, mud ho jata hai to kya aap is ko problem samajhte hain? problem nahin hai, woh part of nature hai woh.</w:t>
      </w:r>
      <w:r>
        <w:br/>
      </w:r>
      <w:r>
        <w:rPr>
          <w:sz w:val="20"/>
        </w:rPr>
        <w:t>2:31  to jo cheez part of nature ho, woh problem nahin hoti. problem to woh hai jo nature se alag kuch ho jae.</w:t>
      </w:r>
    </w:p>
    <w:p>
      <w:pPr>
        <w:pStyle w:val="Heading2"/>
      </w:pPr>
      <w:r>
        <w:t>Mission vs profession — sacrifice versus self-interest</w:t>
      </w:r>
    </w:p>
    <w:p>
      <w:r>
        <w:rPr>
          <w:color w:val="666666"/>
          <w:sz w:val="18"/>
        </w:rPr>
        <w:t>Missionary Ethics May 4, 2006 Maulana Wahiduddin Khan · 1m 54s · at 0:53 · https://youtu.be/W4yIZa45gDw?t=53</w:t>
      </w:r>
    </w:p>
    <w:p>
      <w:r>
        <w:rPr>
          <w:i/>
        </w:rPr>
        <w:t>“دیکھیے، ایک ہے مشن اور ایک ہے پروفیشن؛ دونوں میں بہت زیادہ فرق ہے۔”</w:t>
      </w:r>
    </w:p>
    <w:p>
      <w:r>
        <w:rPr>
          <w:sz w:val="20"/>
        </w:rPr>
        <w:t>0:53  dekhiye, ek hai mission aur ek hai profession;</w:t>
      </w:r>
      <w:r>
        <w:br/>
      </w:r>
      <w:r>
        <w:rPr>
          <w:sz w:val="20"/>
        </w:rPr>
        <w:t>1:02  donon mein bahut zyada farq hai. profession mein kya hota hai? profession ka matlab hai job ya business, is mein aadmi kisi material incentive par active hota hai.</w:t>
      </w:r>
      <w:r>
        <w:br/>
      </w:r>
      <w:r>
        <w:rPr>
          <w:sz w:val="20"/>
        </w:rPr>
        <w:t>1:26  yani job mein aadmi ko salary mil rahi ho, business mein aadmi ko income ho rahi ho, to woh active hota hai, khoob sargaram hota hai.</w:t>
      </w:r>
      <w:r>
        <w:br/>
      </w:r>
      <w:r>
        <w:rPr>
          <w:sz w:val="20"/>
        </w:rPr>
        <w:t>1:38  aur agar usko income na ho rahi ho, salary na mil rahi ho, to woh active bhi nahi hoga.</w:t>
      </w:r>
      <w:r>
        <w:br/>
      </w:r>
      <w:r>
        <w:rPr>
          <w:sz w:val="20"/>
        </w:rPr>
        <w:t>1:47  yeh hai profession ka maamla. lekin mission ka maamla is se alag hai.</w:t>
      </w:r>
      <w:r>
        <w:br/>
      </w:r>
      <w:r>
        <w:rPr>
          <w:sz w:val="20"/>
        </w:rPr>
        <w:t>1:59  mission mein woh aadmi kaam kar sakta hai ya aage badh sakta hai jis ko</w:t>
      </w:r>
      <w:r>
        <w:br/>
      </w:r>
      <w:r>
        <w:rPr>
          <w:sz w:val="20"/>
        </w:rPr>
        <w:t>2:11  principle active kar sakta ho, principle activate kar sakta ho.</w:t>
      </w:r>
      <w:r>
        <w:br/>
      </w:r>
      <w:r>
        <w:rPr>
          <w:sz w:val="20"/>
        </w:rPr>
        <w:t>2:18  yani ek ideology, ek theory, ek principle ko target banakar woh us ke liye kaam kare, chahe us ke liye koi faida ho ya na ho.</w:t>
      </w:r>
      <w:r>
        <w:br/>
      </w:r>
      <w:r>
        <w:rPr>
          <w:sz w:val="20"/>
        </w:rPr>
        <w:t>2:32  to profession ka kaam chalta hai interest par, aur mission ka kaam chalta hai sacrifice par, dedication par.</w:t>
      </w:r>
      <w:r>
        <w:br/>
      </w:r>
      <w:r>
        <w:rPr>
          <w:sz w:val="20"/>
        </w:rPr>
        <w:t>2:43  yeh farq hai dono mein.</w:t>
      </w:r>
    </w:p>
    <w:p>
      <w:pPr>
        <w:pStyle w:val="Heading2"/>
      </w:pPr>
      <w:r>
        <w:t>Behaviorism's nurture theory versus the hadith on human nature</w:t>
      </w:r>
    </w:p>
    <w:p>
      <w:r>
        <w:rPr>
          <w:color w:val="666666"/>
          <w:sz w:val="18"/>
        </w:rPr>
        <w:t>Religious Extremism and Rational Extremism November 27, 2005 Maulana Wahiduddin Khan · 2m 49s · at 25:05 · https://youtu.be/o-EF-I_SE_M?t=1505</w:t>
      </w:r>
    </w:p>
    <w:p>
      <w:r>
        <w:rPr>
          <w:i/>
        </w:rPr>
        <w:t>“Behaviourism ka principle isi soch ke tehat aaya ke environment insan banata hai”</w:t>
      </w:r>
    </w:p>
    <w:p>
      <w:r>
        <w:rPr>
          <w:sz w:val="20"/>
        </w:rPr>
        <w:t>25:05  main kehta hoon rational inquiry ne aap ko sachai tak nahi puhanchaya. aur dekhiye, psychology mein behaviorism ka principle isi isi soch ke tehat aaya ke environment jo hai, woh insan ko banata hai.</w:t>
      </w:r>
      <w:r>
        <w:br/>
      </w:r>
      <w:r>
        <w:rPr>
          <w:sz w:val="20"/>
        </w:rPr>
        <w:t>25:22  environment ko aap bhi study kar sakte hain. environment ko study kar sakte hain. to study kar ke samjha gaya ke yeh aas paas ka jo environment hai, aas paas ka jo mahaul hai, woh insan ki conditioning karta hai.</w:t>
      </w:r>
      <w:r>
        <w:br/>
      </w:r>
      <w:r>
        <w:rPr>
          <w:sz w:val="20"/>
        </w:rPr>
        <w:t>25:39  aur har har har aadmi isi se banta hai. is ko kaha gaya ke nature nahi balkeh nurture insaan ko nurture se insaan banta hai.</w:t>
      </w:r>
      <w:r>
        <w:br/>
      </w:r>
      <w:r>
        <w:rPr>
          <w:sz w:val="20"/>
        </w:rPr>
        <w:t>25:49  hadees mein aaya, prophet aleh-e-slam ne kaha tha ke "kul</w:t>
      </w:r>
      <w:r>
        <w:br/>
      </w:r>
      <w:r>
        <w:rPr>
          <w:sz w:val="20"/>
        </w:rPr>
        <w:t>25:58  moloodi yulad al-fitrah" . is ka matlab yeh hai ke asal cheez nature hai. har aadmi apne nature par paida hota hai.</w:t>
      </w:r>
      <w:r>
        <w:br/>
      </w:r>
      <w:r>
        <w:rPr>
          <w:sz w:val="20"/>
        </w:rPr>
        <w:t>26:09  baad ko jo is mein changes aate hain, woh oopri conditioning hote hain. just like piaz.</w:t>
      </w:r>
      <w:r>
        <w:br/>
      </w:r>
      <w:r>
        <w:rPr>
          <w:sz w:val="20"/>
        </w:rPr>
        <w:t>26:16  jaise piaz mein ya onion mein aik is ka beech mein hota hai, asal is ka us ke oopar layer hote hain, layer hote hain, layer hote hain.</w:t>
      </w:r>
      <w:r>
        <w:br/>
      </w:r>
      <w:r>
        <w:rPr>
          <w:sz w:val="20"/>
        </w:rPr>
        <w:t>26:26  to goya ke mazhabi nuqta nazar yeh hai ke insaan aslan mister nature hai. har aik mister nature hai aur mahaul is par layer charhata rehta hai, conditioning karta rehta hai.</w:t>
      </w:r>
      <w:r>
        <w:br/>
      </w:r>
      <w:r>
        <w:rPr>
          <w:sz w:val="20"/>
        </w:rPr>
        <w:t>26:40  to yeh conditioning oopri cheez hai. is ko aap hata dein, hata dein, hata dein to phir mister nature saamne aa jayega. behaviors ne kaha ke nahi, wohi asal insaan hai.</w:t>
      </w:r>
      <w:r>
        <w:br/>
      </w:r>
      <w:r>
        <w:rPr>
          <w:sz w:val="20"/>
        </w:rPr>
        <w:t>26:53  ke insaan ki jo conditioning hoti thi mahaul mein, isi ko unhon ne keh diya ke yeh asal insaan hai. insaan ko banata hai is ka nurture, na ke nature.</w:t>
      </w:r>
      <w:r>
        <w:br/>
      </w:r>
      <w:r>
        <w:rPr>
          <w:sz w:val="20"/>
        </w:rPr>
        <w:t>27:05  yeh nazariya shuru kiya kiya gaya tha, yaani 20 century ke aaghaz mein. aur zyada zor shor ke sath is ko 1913 mein aik watson, aik tha bohat bara learned aadmi america ka,</w:t>
      </w:r>
      <w:r>
        <w:br/>
      </w:r>
      <w:r>
        <w:rPr>
          <w:sz w:val="20"/>
        </w:rPr>
        <w:t>27:26  watson, is ne 1913 mein is ko pesh kiya. aur itne zor shor se yeh cheez pesh kiya gaya ke kuch dinon tak aisa laga ke is ke is ke dabdaba qaim ho gaya hai psychology ki duniya mein.</w:t>
      </w:r>
      <w:r>
        <w:br/>
      </w:r>
      <w:r>
        <w:rPr>
          <w:sz w:val="20"/>
        </w:rPr>
        <w:t>27:39  har har university mein parhaya jane laga. lekin aap jante hain ke aaj woh discard ho chuka hai. taqreeban 40 saal tak dabdaba rakhne ke baad is mein logon ko doubt chhodne lage, log question karne lage is ko.</w:t>
      </w:r>
    </w:p>
    <w:p>
      <w:pPr>
        <w:pStyle w:val="Heading2"/>
      </w:pPr>
      <w:r>
        <w:t>Singapore success accepting truncation</w:t>
      </w:r>
    </w:p>
    <w:p>
      <w:r>
        <w:rPr>
          <w:color w:val="666666"/>
          <w:sz w:val="18"/>
        </w:rPr>
        <w:t>Principle of Loss May 31, 2015 · 3m 28s · at 33:37 · https://youtu.be/vM-CUyBiDkc?t=2017</w:t>
      </w:r>
    </w:p>
    <w:p>
      <w:r>
        <w:rPr>
          <w:i/>
        </w:rPr>
        <w:t>“Aur main aapko misaal deta hoon”</w:t>
      </w:r>
    </w:p>
    <w:p>
      <w:r>
        <w:rPr>
          <w:sz w:val="20"/>
        </w:rPr>
        <w:t>33:37  Germany aur France ki tarah zabardast mulk hotay.</w:t>
      </w:r>
      <w:r>
        <w:br/>
      </w:r>
      <w:r>
        <w:rPr>
          <w:sz w:val="20"/>
        </w:rPr>
        <w:t>33:42  aur mein aap ko misaal deta hoon, dekhein yeh jo jis ko aap kehte hain Singapore, wo pehle Malaysia ka hissa tha, aik aik coaster area tha, chota sa,</w:t>
      </w:r>
      <w:r>
        <w:br/>
      </w:r>
      <w:r>
        <w:rPr>
          <w:sz w:val="20"/>
        </w:rPr>
        <w:t>33:57  jo jahan kora dump kiya jata tha. kora dump kiya jata tha, wo area aisa tha. wo</w:t>
      </w:r>
      <w:r>
        <w:br/>
      </w:r>
      <w:r>
        <w:rPr>
          <w:sz w:val="20"/>
        </w:rPr>
        <w:t>34:07  to wahan per Mr. Lee aik leader paida hua aur us ne tehreek chalai. to is tehreek ke nateejay mein us ko Malaysia ka wo part, jis ko aaj hum Singapore kehte hain, us ko bant kar de diya gaya.</w:t>
      </w:r>
      <w:r>
        <w:br/>
      </w:r>
      <w:r>
        <w:rPr>
          <w:sz w:val="20"/>
        </w:rPr>
        <w:t>34:25  jis waqt diya gaya tha, us ko us waqt wo aik bilkul hi, yani under, koi development nahi, koi wahan source bhi nahi, na oil, na wahan koi source bhi nahi,</w:t>
      </w:r>
      <w:r>
        <w:br/>
      </w:r>
      <w:r>
        <w:rPr>
          <w:sz w:val="20"/>
        </w:rPr>
        <w:t>34:39  bas aik samandar ke kinare ka area tha jahan kora dump kiya jata tha. wo de diya,</w:t>
      </w:r>
      <w:r>
        <w:br/>
      </w:r>
      <w:r>
        <w:rPr>
          <w:sz w:val="20"/>
        </w:rPr>
        <w:t>34:48  yani doosray radon mein Singapore jo tha, a truncated Singapore tha,</w:t>
      </w:r>
      <w:r>
        <w:br/>
      </w:r>
      <w:r>
        <w:rPr>
          <w:sz w:val="20"/>
        </w:rPr>
        <w:t>34:53  jo Singapore chahte thay, wo nahi mila tha un ko. kata phata Singapore tha.</w:t>
      </w:r>
      <w:r>
        <w:br/>
      </w:r>
      <w:r>
        <w:rPr>
          <w:sz w:val="20"/>
        </w:rPr>
        <w:t>35:01  to Lee jo tha, bohat hi zabardast aadmi tha, us ki education hui thi Harvard University mein, America mein, bohat intelligent tha, bohat ziyada learned aadmi tha.</w:t>
      </w:r>
      <w:r>
        <w:br/>
      </w:r>
      <w:r>
        <w:rPr>
          <w:sz w:val="20"/>
        </w:rPr>
        <w:t>35:11  Mr. Lee jo tha, uska founder, jo prime minister tha Singapore ka,</w:t>
      </w:r>
      <w:r>
        <w:br/>
      </w:r>
      <w:r>
        <w:rPr>
          <w:sz w:val="20"/>
        </w:rPr>
        <w:t>35:19  us ne isi isi raaz ko pakra ke humein truncated Singapore hi per razi hona hai, nahi to wo bhi jaye ga. us ne koi shikayat nahi ki Malaysia ke khilaf, koi Malaysia ke khilaf, koi itnay, koi tehreek nahi chalai, kuch bhi nahi kiya.</w:t>
      </w:r>
      <w:r>
        <w:br/>
      </w:r>
      <w:r>
        <w:rPr>
          <w:sz w:val="20"/>
        </w:rPr>
        <w:t>35:39  sirf yeh kiya ke jo mila tha area, bas us ki development, us ki development, us ki do</w:t>
      </w:r>
      <w:r>
        <w:br/>
      </w:r>
      <w:r>
        <w:rPr>
          <w:sz w:val="20"/>
        </w:rPr>
        <w:t>35:46  development, kuch nahi, us ke us ke agay kuch kuch bhi nahi. aaj aap jante hain ke Singapore jo hai, aik developed country shumar hota hai.</w:t>
      </w:r>
      <w:r>
        <w:br/>
      </w:r>
      <w:r>
        <w:rPr>
          <w:sz w:val="20"/>
        </w:rPr>
        <w:t>35:59  Singapore ki jo Singapore ki jo per capita income hai, wo bohat hi ziyada hai. Singapore safest country banaya jata hai.</w:t>
      </w:r>
      <w:r>
        <w:br/>
      </w:r>
      <w:r>
        <w:rPr>
          <w:sz w:val="20"/>
        </w:rPr>
        <w:t>36:12  Singapore mein, yani crime free country hai. Singapore</w:t>
      </w:r>
      <w:r>
        <w:br/>
      </w:r>
      <w:r>
        <w:rPr>
          <w:sz w:val="20"/>
        </w:rPr>
        <w:t>36:18  to aik aik misaal dekhein, Palestine ki aur Pakistan ki hai ke Palestine aur Pakistan mein jo mila tha un ko, wo truncated Palestine, truncated Pakistan, wo to razi nahi hai.</w:t>
      </w:r>
      <w:r>
        <w:br/>
      </w:r>
      <w:r>
        <w:rPr>
          <w:sz w:val="20"/>
        </w:rPr>
        <w:t>36:32  wo nazdeek nahi hue to kiya hua? barbadi, barbadi, barbadi, barbadi. abhi aaj hi subah khabar thi, aap ne dekha hoga ke 20 aadmi maar dalay.</w:t>
      </w:r>
      <w:r>
        <w:br/>
      </w:r>
      <w:r>
        <w:rPr>
          <w:sz w:val="20"/>
        </w:rPr>
        <w:t>36:46  doosri taraf Singapore jo tha, woh mila tha in ko aik tracted Singapore ki shakal mein, lekin is ko unhon ne accept kiya aur is ko develop karna shuru kiya.</w:t>
      </w:r>
      <w:r>
        <w:br/>
      </w:r>
      <w:r>
        <w:rPr>
          <w:sz w:val="20"/>
        </w:rPr>
        <w:t>36:58  to aaj singapore ka naam jo hai, development ka naam ban gaya hai.</w:t>
      </w:r>
    </w:p>
    <w:p>
      <w:pPr>
        <w:pStyle w:val="Heading2"/>
      </w:pPr>
      <w:r>
        <w:t>Dajjal concept from meaning to appearance</w:t>
      </w:r>
    </w:p>
    <w:p>
      <w:r>
        <w:rPr>
          <w:color w:val="666666"/>
          <w:sz w:val="18"/>
        </w:rPr>
        <w:t>Dajjal and Dajjalism | July 26, 2009 · 6m 02s · at 0:43 · https://youtu.be/CrB6NhxHfTI?t=43</w:t>
      </w:r>
    </w:p>
    <w:p>
      <w:r>
        <w:rPr>
          <w:i/>
        </w:rPr>
        <w:t>“Dajjal bahut hi mashhoor lafz hai”</w:t>
      </w:r>
    </w:p>
    <w:p>
      <w:r>
        <w:rPr>
          <w:sz w:val="20"/>
        </w:rPr>
        <w:t>0:43  dajjal bohat hi mashhoor lafz hai, sab log jante hain is ko.</w:t>
      </w:r>
      <w:r>
        <w:br/>
      </w:r>
      <w:r>
        <w:rPr>
          <w:sz w:val="20"/>
        </w:rPr>
        <w:t>0:51  Lekin main samajhta hoon ke concept clear nahin hai is maamle mein.</w:t>
      </w:r>
      <w:r>
        <w:br/>
      </w:r>
      <w:r>
        <w:rPr>
          <w:sz w:val="20"/>
        </w:rPr>
        <w:t>0:58  is ko samajhne ke liye humein thoda sa ghor karna chahiye.</w:t>
      </w:r>
      <w:r>
        <w:br/>
      </w:r>
      <w:r>
        <w:rPr>
          <w:sz w:val="20"/>
        </w:rPr>
        <w:t>1:06  دیکھیں، دجال کا جو literal meaning ہے وہ ہے deceiving</w:t>
      </w:r>
      <w:r>
        <w:br/>
      </w:r>
      <w:r>
        <w:rPr>
          <w:sz w:val="20"/>
        </w:rPr>
        <w:t>1:13  ۔ dajjal jo hai noun hai to is ka matlab hoga great deceiver. yaani is mein mubalgha bhi hai. to dajjal ka matlab hai great deceiver. dekhen, yeh jo deceiving ka kaam hai yeh shaitan ka kaam hai. aur hadee</w:t>
      </w:r>
      <w:r>
        <w:br/>
      </w:r>
      <w:r>
        <w:rPr>
          <w:sz w:val="20"/>
        </w:rPr>
        <w:t>1:43  sa mein aata hai ke surasoon dajaloon kazzaboon.</w:t>
      </w:r>
      <w:r>
        <w:br/>
      </w:r>
      <w:r>
        <w:rPr>
          <w:sz w:val="20"/>
        </w:rPr>
        <w:t>1:48  yani jo gumrah karne wale log hain, jo leader hon ya shaitan hon, un ka tareeqa yahi hai</w:t>
      </w:r>
      <w:r>
        <w:br/>
      </w:r>
      <w:r>
        <w:rPr>
          <w:sz w:val="20"/>
        </w:rPr>
        <w:t>1:53  ke woh dajal karte hain.</w:t>
      </w:r>
      <w:r>
        <w:br/>
      </w:r>
      <w:r>
        <w:rPr>
          <w:sz w:val="20"/>
        </w:rPr>
        <w:t>1:58  yani desieve karte hain.</w:t>
      </w:r>
      <w:r>
        <w:br/>
      </w:r>
      <w:r>
        <w:rPr>
          <w:sz w:val="20"/>
        </w:rPr>
        <w:t>2:03  to aap ghore kijiye to dajal ka kaam shuru ho gaya tha jab insan paida hua jabi se.</w:t>
      </w:r>
      <w:r>
        <w:br/>
      </w:r>
      <w:r>
        <w:rPr>
          <w:sz w:val="20"/>
        </w:rPr>
        <w:t>2:08  pehlay jo dajal hua, pehlay jo dajal hota tha woh</w:t>
      </w:r>
      <w:r>
        <w:br/>
      </w:r>
      <w:r>
        <w:rPr>
          <w:sz w:val="20"/>
        </w:rPr>
        <w:t>2:13  bohat hi simple way mein hota tha.</w:t>
      </w:r>
      <w:r>
        <w:br/>
      </w:r>
      <w:r>
        <w:rPr>
          <w:sz w:val="20"/>
        </w:rPr>
        <w:t>2:18  اس کو آپ simple deception کہہ سکتے ہیں۔</w:t>
      </w:r>
      <w:r>
        <w:br/>
      </w:r>
      <w:r>
        <w:rPr>
          <w:sz w:val="20"/>
        </w:rPr>
        <w:t>2:23  baad ke zamanay mein jo hai bohat hi hoshiyari ke sath yeh kaam hone wala tha.</w:t>
      </w:r>
      <w:r>
        <w:br/>
      </w:r>
      <w:r>
        <w:rPr>
          <w:sz w:val="20"/>
        </w:rPr>
        <w:t>2:29  جس کو آپ cunning deception کہہ سکتے ہیں۔</w:t>
      </w:r>
      <w:r>
        <w:br/>
      </w:r>
      <w:r>
        <w:rPr>
          <w:sz w:val="20"/>
        </w:rPr>
        <w:t>2:34  to is ka matlab hai ke do age hain dajali ke.</w:t>
      </w:r>
      <w:r>
        <w:br/>
      </w:r>
      <w:r>
        <w:rPr>
          <w:sz w:val="20"/>
        </w:rPr>
        <w:t>2:39  ek hai simple deception ka age aur doosra hai cunning deception ka age.</w:t>
      </w:r>
      <w:r>
        <w:br/>
      </w:r>
      <w:r>
        <w:rPr>
          <w:sz w:val="20"/>
        </w:rPr>
        <w:t>2:44  to baad ke zamanay mein jabke dajal ka kaam ya dajali ka kaam bohat hi ziyada hoshiyari ke</w:t>
      </w:r>
      <w:r>
        <w:br/>
      </w:r>
      <w:r>
        <w:rPr>
          <w:sz w:val="20"/>
        </w:rPr>
        <w:t>2:48  sath kiya jaane wala tha.</w:t>
      </w:r>
      <w:r>
        <w:br/>
      </w:r>
      <w:r>
        <w:rPr>
          <w:sz w:val="20"/>
        </w:rPr>
        <w:t>2:52  ziyada baray paimane par.</w:t>
      </w:r>
      <w:r>
        <w:br/>
      </w:r>
      <w:r>
        <w:rPr>
          <w:sz w:val="20"/>
        </w:rPr>
        <w:t>2:57  to isi ko dajjal kaha gaya.</w:t>
      </w:r>
      <w:r>
        <w:br/>
      </w:r>
      <w:r>
        <w:rPr>
          <w:sz w:val="20"/>
        </w:rPr>
        <w:t>3:01  warna dajal ka jo kaam hai woh to hamesha hota raha hai.</w:t>
      </w:r>
      <w:r>
        <w:br/>
      </w:r>
      <w:r>
        <w:rPr>
          <w:sz w:val="20"/>
        </w:rPr>
        <w:t>3:05  yahan tak ke Hazrat Adam hi se shuru ho gaya woh.</w:t>
      </w:r>
      <w:r>
        <w:br/>
      </w:r>
      <w:r>
        <w:rPr>
          <w:sz w:val="20"/>
        </w:rPr>
        <w:t>3:10  dekhen, Adam jab</w:t>
      </w:r>
      <w:r>
        <w:br/>
      </w:r>
      <w:r>
        <w:rPr>
          <w:sz w:val="20"/>
        </w:rPr>
        <w:t>3:14  paradise mein thay, jannat mein to wahan par ek tree tha, five burden tree.</w:t>
      </w:r>
      <w:r>
        <w:br/>
      </w:r>
      <w:r>
        <w:rPr>
          <w:sz w:val="20"/>
        </w:rPr>
        <w:t>3:19  Allah taala ne kaha tha ke Adam se ke tum is ke paas na jao.</w:t>
      </w:r>
      <w:r>
        <w:br/>
      </w:r>
      <w:r>
        <w:rPr>
          <w:sz w:val="20"/>
        </w:rPr>
        <w:t>3:24  don't approach this tree.</w:t>
      </w:r>
      <w:r>
        <w:br/>
      </w:r>
      <w:r>
        <w:rPr>
          <w:sz w:val="20"/>
        </w:rPr>
        <w:t>3:29  to shaitan ne behkaya.</w:t>
      </w:r>
      <w:r>
        <w:br/>
      </w:r>
      <w:r>
        <w:rPr>
          <w:sz w:val="20"/>
        </w:rPr>
        <w:t>3:34  shaitan ne kaha ke yeh jo peed hai yeh to tumhare liye bohat bari blessing hai.</w:t>
      </w:r>
      <w:r>
        <w:br/>
      </w:r>
      <w:r>
        <w:rPr>
          <w:sz w:val="20"/>
        </w:rPr>
        <w:t>3:39  agar tum ne is ka phal kha liya to tum ko</w:t>
      </w:r>
      <w:r>
        <w:br/>
      </w:r>
      <w:r>
        <w:rPr>
          <w:sz w:val="20"/>
        </w:rPr>
        <w:t>3:44  eternity mil jayegi.</w:t>
      </w:r>
      <w:r>
        <w:br/>
      </w:r>
      <w:r>
        <w:rPr>
          <w:sz w:val="20"/>
        </w:rPr>
        <w:t>3:50  jiska matlab hai ke jo five burden tree tha us ko us ne tree of eternity bataya Adam ko.</w:t>
      </w:r>
      <w:r>
        <w:br/>
      </w:r>
      <w:r>
        <w:rPr>
          <w:sz w:val="20"/>
        </w:rPr>
        <w:t>3:56  keh is ko kha lo ge to tum ko eternal life mil jae gi.</w:t>
      </w:r>
      <w:r>
        <w:br/>
      </w:r>
      <w:r>
        <w:rPr>
          <w:sz w:val="20"/>
        </w:rPr>
        <w:t>4:02  hamesha ke liye paradise mil jae gi.</w:t>
      </w:r>
      <w:r>
        <w:br/>
      </w:r>
      <w:r>
        <w:rPr>
          <w:sz w:val="20"/>
        </w:rPr>
        <w:t>4:08  is tarah se unhon ne is five burden tree ka phal kha lia aur phir jannat se nikale gae.</w:t>
      </w:r>
      <w:r>
        <w:br/>
      </w:r>
      <w:r>
        <w:rPr>
          <w:sz w:val="20"/>
        </w:rPr>
        <w:t>4:14  yeh tha pehla case deceiving ka ya dajali ka.</w:t>
      </w:r>
      <w:r>
        <w:br/>
      </w:r>
      <w:r>
        <w:rPr>
          <w:sz w:val="20"/>
        </w:rPr>
        <w:t>4:18  magar yeh bohat hi simple way mein tha.</w:t>
      </w:r>
      <w:r>
        <w:br/>
      </w:r>
      <w:r>
        <w:rPr>
          <w:sz w:val="20"/>
        </w:rPr>
        <w:t>4:23  is ko mein kahoon ga keh woh simple deception tha woh.</w:t>
      </w:r>
      <w:r>
        <w:br/>
      </w:r>
      <w:r>
        <w:rPr>
          <w:sz w:val="20"/>
        </w:rPr>
        <w:t>4:27  phir poori history mein chalta raha, chalta raha, chalta raha.</w:t>
      </w:r>
      <w:r>
        <w:br/>
      </w:r>
      <w:r>
        <w:rPr>
          <w:sz w:val="20"/>
        </w:rPr>
        <w:t>4:32  yeh modern age jis ko hum kehte hain.</w:t>
      </w:r>
      <w:r>
        <w:br/>
      </w:r>
      <w:r>
        <w:rPr>
          <w:sz w:val="20"/>
        </w:rPr>
        <w:t>4:36  modern age mein har cheez bohat hi articulate way mein ki jati hai.</w:t>
      </w:r>
      <w:r>
        <w:br/>
      </w:r>
      <w:r>
        <w:rPr>
          <w:sz w:val="20"/>
        </w:rPr>
        <w:t>4:41  bohat hi hoshiari ke sath ki jati hai. bohat hi</w:t>
      </w:r>
      <w:r>
        <w:br/>
      </w:r>
      <w:r>
        <w:rPr>
          <w:sz w:val="20"/>
        </w:rPr>
        <w:t>4:45  aam insan samajh na pae keh yeh dhoka diya ja raha hai.</w:t>
      </w:r>
      <w:r>
        <w:br/>
      </w:r>
      <w:r>
        <w:rPr>
          <w:sz w:val="20"/>
        </w:rPr>
        <w:t>4:50  isi liye mein is ko cunning deception kahoon ga.</w:t>
      </w:r>
      <w:r>
        <w:br/>
      </w:r>
      <w:r>
        <w:rPr>
          <w:sz w:val="20"/>
        </w:rPr>
        <w:t>4:55  to yeh jo daur hai baad wala isi ke zamane mein paida hone wale jo jo mis lead</w:t>
      </w:r>
      <w:r>
        <w:br/>
      </w:r>
      <w:r>
        <w:rPr>
          <w:sz w:val="20"/>
        </w:rPr>
        <w:t>5:00  karen ge un ko dajjal kaha gaya hai.</w:t>
      </w:r>
      <w:r>
        <w:br/>
      </w:r>
      <w:r>
        <w:rPr>
          <w:sz w:val="20"/>
        </w:rPr>
        <w:t>5:05  is ko samjhiye.</w:t>
      </w:r>
      <w:r>
        <w:br/>
      </w:r>
      <w:r>
        <w:rPr>
          <w:sz w:val="20"/>
        </w:rPr>
        <w:t>5:11  dosri baat mein yeh kahoon ga keh rasool Allah ne farmaya hadith mein keh Adam se le kar qayamat tak</w:t>
      </w:r>
      <w:r>
        <w:br/>
      </w:r>
      <w:r>
        <w:rPr>
          <w:sz w:val="20"/>
        </w:rPr>
        <w:t>5:16  sab se bada jo khatra hai woh dajjal ka khatra hai. Adam se le kar qayamat tak sab se bada khatra dajjal ka khatra hai jo aadmi ko behkayega. aur aap ne yeh bhi farmaya rasool Allah sal Allah alaihi wasallam ne ke jitne bhi paighambar aaye Allah taala ki taraf se sab apne zamaney mein logon ko darate rahe ke dekho dajjal aane wala hai. to yeh itna bada khatra tha ke s</w:t>
      </w:r>
      <w:r>
        <w:br/>
      </w:r>
      <w:r>
        <w:rPr>
          <w:sz w:val="20"/>
        </w:rPr>
        <w:t>5:46  are paighambaron ki zuban se Allah taala ne is ke baray mein logon ko daraya taake log hoshiyar rahen. aur phir hadees mein bahut baqayda tor par tafseer ke saath woh signs bataye gaye, signs yaani alamatain ke aap jaan len qayamat aayegi, qayamat se pehle yeh alamatain aayengi, phir dajjal aayega. to woh saari baatein agar aap sincere hon, sach much aap ko concerned ho</w:t>
      </w:r>
      <w:r>
        <w:br/>
      </w:r>
      <w:r>
        <w:rPr>
          <w:sz w:val="20"/>
        </w:rPr>
        <w:t>6:16  is baat ko janne ka keh dajjal kiya hai, dajjalism kiya hai to undoubtedly aap samajh sakte</w:t>
      </w:r>
      <w:r>
        <w:br/>
      </w:r>
      <w:r>
        <w:rPr>
          <w:sz w:val="20"/>
        </w:rPr>
        <w:t>6:21  hain keh kiya dajali hai aur kiya dajjal hai aur kab aya hua hai, aya hua hai.</w:t>
      </w:r>
      <w:r>
        <w:br/>
      </w:r>
      <w:r>
        <w:rPr>
          <w:sz w:val="20"/>
        </w:rPr>
        <w:t>6:26  mein ne yahan tak parha hai dajjal ka zamana aa chuka hai.</w:t>
      </w:r>
      <w:r>
        <w:br/>
      </w:r>
      <w:r>
        <w:rPr>
          <w:sz w:val="20"/>
        </w:rPr>
        <w:t>6:31  dajjal zahir ho chuka hai.</w:t>
      </w:r>
      <w:r>
        <w:br/>
      </w:r>
      <w:r>
        <w:rPr>
          <w:sz w:val="20"/>
        </w:rPr>
        <w:t>6:36  jo log abhi wait kar rahe hain to woh sirf qayamat ka wait kar rahe hain.</w:t>
      </w:r>
      <w:r>
        <w:br/>
      </w:r>
      <w:r>
        <w:rPr>
          <w:sz w:val="20"/>
        </w:rPr>
        <w:t>6:41  un ke hisse mein sirf yeh ae ga keh israfel ka</w:t>
      </w:r>
    </w:p>
    <w:p>
      <w:pPr>
        <w:pStyle w:val="Heading2"/>
      </w:pPr>
      <w:r>
        <w:t>Child offers coins to mother</w:t>
      </w:r>
    </w:p>
    <w:p>
      <w:r>
        <w:rPr>
          <w:color w:val="666666"/>
          <w:sz w:val="18"/>
        </w:rPr>
        <w:t>Importance of Creative Thinking I December 11, 2011 Maulana Wahiduddin Khan · 26s · at 12:49 · https://youtu.be/GsnxvBYTj8w?t=769</w:t>
      </w:r>
    </w:p>
    <w:p>
      <w:r>
        <w:rPr>
          <w:i/>
        </w:rPr>
        <w:t>“Mere paas duaein hain, paise lo is ko.”</w:t>
      </w:r>
    </w:p>
    <w:p>
      <w:r>
        <w:rPr>
          <w:sz w:val="20"/>
        </w:rPr>
        <w:t>12:49  bache ne ek kapra le kar maa ke aansu ko poocha,</w:t>
      </w:r>
      <w:r>
        <w:br/>
      </w:r>
      <w:r>
        <w:rPr>
          <w:sz w:val="20"/>
        </w:rPr>
        <w:t>12:58  apni jeb mein haath dala, us ne kaha, "dekho maa, mere paas dua aanay hain, paise lo is ko!" us zamane ki baat hai jab dua aana bohat bari cheez hoti thi, ab to dua aana koi cheez nahi hai.</w:t>
      </w:r>
      <w:r>
        <w:br/>
      </w:r>
      <w:r>
        <w:rPr>
          <w:sz w:val="20"/>
        </w:rPr>
        <w:t>13:09  to kaha, "dekho, mere paas dua aanay hain, lo is ko, istemal karo!"</w:t>
      </w:r>
    </w:p>
    <w:p>
      <w:pPr>
        <w:pStyle w:val="Heading2"/>
      </w:pPr>
      <w:r>
        <w:t>Nature's duality principle</w:t>
      </w:r>
    </w:p>
    <w:p>
      <w:r>
        <w:rPr>
          <w:color w:val="666666"/>
          <w:sz w:val="18"/>
        </w:rPr>
        <w:t>Place of Women in Islam | March 5, 2006 | Maulana Wahiduddin Khan · 2m 01s · at 16:43 · https://youtu.be/1Ti4skvf7UA?t=1003</w:t>
      </w:r>
    </w:p>
    <w:p>
      <w:r>
        <w:rPr>
          <w:i/>
        </w:rPr>
        <w:t>“Har cheez ke jode banaye.”</w:t>
      </w:r>
    </w:p>
    <w:p>
      <w:r>
        <w:rPr>
          <w:sz w:val="20"/>
        </w:rPr>
        <w:t>16:43  har cheez ke jode banaye. yaani nature jo hai, woh duality ke usool par chalti hai. duality. duality ka matlab kya hai? do se mil kar ke ek cheez banna. koi cheez is universe mein akele koi kaam nahi kar paati. jaise aap lijiye rain ko, lijiye barish ko, lijiye barish. suraj aur ocean</w:t>
      </w:r>
      <w:r>
        <w:br/>
      </w:r>
      <w:r>
        <w:rPr>
          <w:sz w:val="20"/>
        </w:rPr>
        <w:t>17:14  donon ke milne se banti hai. agar ocean akela chahe ke main barish barsaoon, to nahin barsa sakta. sun akela chahe ke main barish barsaoon, to sun barish nahin barsa sakta. sun aur ocean donon mil kar kaam karte hain, tab woh cheez paida hoti hai jis ko aap rain kehte hain, barish kehte hain. to yeh isi ko main kehta hoon ke duality ka nizam hai, dual system hai, ya joreen ka system hai.</w:t>
      </w:r>
      <w:r>
        <w:br/>
      </w:r>
      <w:r>
        <w:rPr>
          <w:sz w:val="20"/>
        </w:rPr>
        <w:t>17:44  yani do ke milne se ek cheez ka wajood mein aana. do ke milne se ek cheez ka wajood mein aana. yani suraj heat supply karta hai, aur ocean bhap supply ban kar ke ooper jati hai. woh ocean ka pani bhap ban ke ooper jata hai, aur suraj jo hai heat supply karta hai. donon ke milne se woh cheez banti hai jis ko hum rain kehte hain. theek yahi muamla aur</w:t>
      </w:r>
      <w:r>
        <w:br/>
      </w:r>
      <w:r>
        <w:rPr>
          <w:sz w:val="20"/>
        </w:rPr>
        <w:t>18:14  at mard ka hai. khuda ne kuch potential aurat mein rakhe hain, kuch potential mard mein rakhe hain. donon jab ek doosre ki janen, tab woh mil kar ke ek kaam kar sakte hain. yeh gender equality jo hai, yeh to colour hai, colour kisi bade kaam ke liye. aur yeh ho raha hai, aap dekhiye, jab se gender equality ka afsana chala hai, kisi bhi europe ki lady ne koi bada kaam nahin kiya. america europe ki lady</w:t>
      </w:r>
    </w:p>
    <w:p>
      <w:pPr>
        <w:pStyle w:val="Heading2"/>
      </w:pPr>
      <w:r>
        <w:t>you cannot switch off your own thinking</w:t>
      </w:r>
    </w:p>
    <w:p>
      <w:r>
        <w:rPr>
          <w:color w:val="666666"/>
          <w:sz w:val="18"/>
        </w:rPr>
        <w:t>The Importance of Thinking November 10, 2013 · 54s · at 8:47 · https://youtu.be/y16CddTHoqE?t=527</w:t>
      </w:r>
    </w:p>
    <w:p>
      <w:r>
        <w:rPr>
          <w:i/>
        </w:rPr>
        <w:t>“Mind ka kaam hi sochna hai”</w:t>
      </w:r>
    </w:p>
    <w:p>
      <w:r>
        <w:rPr>
          <w:sz w:val="20"/>
        </w:rPr>
        <w:t>8:47  kyun? mein socha ke sochna band kaise kar sakte hain? dekhen, mind jo hai, is ka kaam hi sochna hai. sachi baat hai, koi apne mind ke sochne ka amal band hi nahi kar sakta.</w:t>
      </w:r>
      <w:r>
        <w:br/>
      </w:r>
      <w:r>
        <w:rPr>
          <w:sz w:val="20"/>
        </w:rPr>
        <w:t>9:02  woh process to rahega, aap na chahen tab bhi.</w:t>
      </w:r>
      <w:r>
        <w:br/>
      </w:r>
      <w:r>
        <w:rPr>
          <w:sz w:val="20"/>
        </w:rPr>
        <w:t>9:08  agar koi kehta hai ke mein ne apni soch ko band kar diya to galat kehta hai woh. "that is against the law of nature".</w:t>
      </w:r>
      <w:r>
        <w:br/>
      </w:r>
      <w:r>
        <w:rPr>
          <w:sz w:val="20"/>
        </w:rPr>
        <w:t>9:19  "that is against the law of nature". to jab tak mind hai, jab tak aap zinda hain, mind sochega.</w:t>
      </w:r>
      <w:r>
        <w:br/>
      </w:r>
      <w:r>
        <w:rPr>
          <w:sz w:val="20"/>
        </w:rPr>
        <w:t>9:29  to dekhen, akhbar mein tha ke "stop thinking". mere mind mein kya hua? ke "start thinking" ban gaya woh.</w:t>
      </w:r>
    </w:p>
    <w:p>
      <w:pPr>
        <w:pStyle w:val="Heading2"/>
      </w:pPr>
      <w:r>
        <w:t>rejecting hobby and habit for conscious action</w:t>
      </w:r>
    </w:p>
    <w:p>
      <w:r>
        <w:rPr>
          <w:color w:val="666666"/>
          <w:sz w:val="18"/>
        </w:rPr>
        <w:t>Self Correction November 09, 2014 · 1m 19s · at 1:19:12 · https://youtu.be/EgAukdSfGRU?t=4752</w:t>
      </w:r>
    </w:p>
    <w:p>
      <w:r>
        <w:rPr>
          <w:i/>
        </w:rPr>
        <w:t>“Main to hobby ka qaayel nahi hoon, na habit ka”</w:t>
      </w:r>
    </w:p>
    <w:p>
      <w:r>
        <w:rPr>
          <w:sz w:val="20"/>
        </w:rPr>
        <w:t>1:19:12  maulana, agla sawal pennsylvania, usa se khwaja kaleemuddin sahib ne kiya hai aur unhone likha hai are the words hobby and habit synonymous?</w:t>
      </w:r>
      <w:r>
        <w:br/>
      </w:r>
      <w:r>
        <w:rPr>
          <w:sz w:val="20"/>
        </w:rPr>
        <w:t>1:19:25  if yes, then the hobbies people develop in them are also bad. maulana, what is your comment on this?</w:t>
      </w:r>
      <w:r>
        <w:br/>
      </w:r>
      <w:r>
        <w:rPr>
          <w:sz w:val="20"/>
        </w:rPr>
        <w:t>1:19:36  main to hobby ka qael nahi hoon. na hobby ka, na habit ka.</w:t>
      </w:r>
      <w:r>
        <w:br/>
      </w:r>
      <w:r>
        <w:rPr>
          <w:sz w:val="20"/>
        </w:rPr>
        <w:t>1:19:41  main to sirf ek hi baat jaanta hoon: soch samajh kar kaam karna. jo cheez soch samajh kar mujhe sahi lage, us ko karna.</w:t>
      </w:r>
      <w:r>
        <w:br/>
      </w:r>
      <w:r>
        <w:rPr>
          <w:sz w:val="20"/>
        </w:rPr>
        <w:t>1:19:51  nahi to nahi karna. bator hobby karein ya bator habit karein, dono mujhe yaani dono mujhe yaani value less maloom hote hain.</w:t>
      </w:r>
      <w:r>
        <w:br/>
      </w:r>
      <w:r>
        <w:rPr>
          <w:sz w:val="20"/>
        </w:rPr>
        <w:t>1:20:02  koi value nahi duniya mein, na aakhirat mein.</w:t>
      </w:r>
    </w:p>
    <w:p>
      <w:pPr>
        <w:pStyle w:val="Heading2"/>
      </w:pPr>
      <w:r>
        <w:t>Newton's law applies to matter not humans</w:t>
      </w:r>
    </w:p>
    <w:p>
      <w:r>
        <w:rPr>
          <w:color w:val="666666"/>
          <w:sz w:val="18"/>
        </w:rPr>
        <w:t>Collective Repentance I Feb 24, 2013 Maulana Wahiduddin Khan · 1m 11s · at 1:22:10 · https://youtu.be/lkkolxAL38c?t=4930</w:t>
      </w:r>
    </w:p>
    <w:p>
      <w:r>
        <w:rPr>
          <w:i/>
        </w:rPr>
        <w:t>“Yeh bahut badi firasi hai is sawaal mein”</w:t>
      </w:r>
    </w:p>
    <w:p>
      <w:r>
        <w:rPr>
          <w:sz w:val="20"/>
        </w:rPr>
        <w:t>1:22:10  By all means, I am in favor of engaging with normal citizens of the Western country for dawah work." Dekhen, yeh bohat bari fallacy hai is question mein.</w:t>
      </w:r>
      <w:r>
        <w:br/>
      </w:r>
      <w:r>
        <w:rPr>
          <w:sz w:val="20"/>
        </w:rPr>
        <w:t>1:22:23  Fallacy yeh hai ke Newton ka jo law hai, woh matter ke liye hai, insaan ke liye nahi hai.</w:t>
      </w:r>
      <w:r>
        <w:br/>
      </w:r>
      <w:r>
        <w:rPr>
          <w:sz w:val="20"/>
        </w:rPr>
        <w:t>1:22:28  Kaisa ajeeb sawal kar raha hoon!</w:t>
      </w:r>
      <w:r>
        <w:br/>
      </w:r>
      <w:r>
        <w:rPr>
          <w:sz w:val="20"/>
        </w:rPr>
        <w:t>1:22:32  Agar aap educated aadmi hain to kaisi education aati hogi? Kya aap jante hain ke ke Newton ka law matter ke liye hai, insaan ke liye nahi hai? Newton ka subject psychology nahi tha.</w:t>
      </w:r>
      <w:r>
        <w:br/>
      </w:r>
      <w:r>
        <w:rPr>
          <w:sz w:val="20"/>
        </w:rPr>
        <w:t>1:22:46  yeh yeh meter mein aisa hota hai. Is qism ki</w:t>
      </w:r>
      <w:r>
        <w:br/>
      </w:r>
      <w:r>
        <w:rPr>
          <w:sz w:val="20"/>
        </w:rPr>
        <w:t>1:22:50  baat insaan to azaad makhlooq hai, is ko soch soch kar ke apne zehn banata hai. Woh negativity ko positivity convert kar sakta hai.</w:t>
      </w:r>
      <w:r>
        <w:br/>
      </w:r>
      <w:r>
        <w:rPr>
          <w:sz w:val="20"/>
        </w:rPr>
        <w:t>1:23:00  Hum to roz karte hain. Aap Newton ka law ka insaan ko apply karna chahte hain? Kaise ajeeb kaam kar rahe hain aap?</w:t>
      </w:r>
      <w:r>
        <w:br/>
      </w:r>
      <w:r>
        <w:rPr>
          <w:sz w:val="20"/>
        </w:rPr>
        <w:t>1:23:10  Yaani har amal ka radd-e-amal hota hai. Yeh meter, yeh meter ki duniya mein yeh yeh law chalta hai, insaan ki duniya mein nahi. Insaan ki duniya mein nahi chalta hai.</w:t>
      </w:r>
    </w:p>
    <w:p>
      <w:pPr>
        <w:pStyle w:val="Heading2"/>
      </w:pPr>
      <w:r>
        <w:t>The Quran must be re-defined for today's language</w:t>
      </w:r>
    </w:p>
    <w:p>
      <w:r>
        <w:rPr>
          <w:color w:val="666666"/>
          <w:sz w:val="18"/>
        </w:rPr>
        <w:t>Realistic Approach 30 March, 2014 · 21s · at 4:50 · https://youtu.be/HIFxmWWiEG4?t=290</w:t>
      </w:r>
    </w:p>
    <w:p>
      <w:r>
        <w:rPr>
          <w:i/>
        </w:rPr>
        <w:t>“Quran has to be re-defined today, not re-revealed.”</w:t>
      </w:r>
    </w:p>
    <w:p>
      <w:r>
        <w:rPr>
          <w:sz w:val="20"/>
        </w:rPr>
        <w:t>4:50  sahi baat yeh hai ke Quran has to be re defined today.</w:t>
      </w:r>
      <w:r>
        <w:br/>
      </w:r>
      <w:r>
        <w:rPr>
          <w:sz w:val="20"/>
        </w:rPr>
        <w:t>4:56  Quran has to be re defined today. yani Quran mein lafz sabr hai, to is ko aap badliye. kahin ke sabr ka matlab hai realistic thinking, haqeeqat pasandana soch.</w:t>
      </w:r>
    </w:p>
    <w:p>
      <w:pPr>
        <w:pStyle w:val="Heading2"/>
      </w:pPr>
      <w:r>
        <w:t>Kings' ambitions and Alexander's early death</w:t>
      </w:r>
    </w:p>
    <w:p>
      <w:r>
        <w:rPr>
          <w:color w:val="666666"/>
          <w:sz w:val="18"/>
        </w:rPr>
        <w:t>Lessons from The History of Kings June 12, 2008 Maulana Wahiduddin Khan · 35s · at 3:12 · https://youtu.be/H7gPHFpkXe0?t=192</w:t>
      </w:r>
    </w:p>
    <w:p>
      <w:r>
        <w:rPr>
          <w:i/>
        </w:rPr>
        <w:t>“Toh baharhaal, jitne bhi king hue hain, woh sab ambitious the.”</w:t>
      </w:r>
    </w:p>
    <w:p>
      <w:r>
        <w:rPr>
          <w:sz w:val="20"/>
        </w:rPr>
        <w:t>3:12  to behrhaal, jitne bhi king hue hain, woh sab ambitious thay.</w:t>
      </w:r>
      <w:r>
        <w:br/>
      </w:r>
      <w:r>
        <w:rPr>
          <w:sz w:val="20"/>
        </w:rPr>
        <w:t>3:19  jaise ke alexander the great, jo ancient greece mein tha, yani christianity se pehle Yunan mein,</w:t>
      </w:r>
      <w:r>
        <w:br/>
      </w:r>
      <w:r>
        <w:rPr>
          <w:sz w:val="20"/>
        </w:rPr>
        <w:t>3:34  to woh sari hi duniya chahta tha ke sari duniya par rule karay. lekin aap jantay hain ke bohat kam umar mein woh mar gaya.</w:t>
      </w:r>
    </w:p>
    <w:p>
      <w:pPr>
        <w:pStyle w:val="Heading2"/>
      </w:pPr>
      <w:r>
        <w:t>Three stages of collective repentance</w:t>
      </w:r>
    </w:p>
    <w:p>
      <w:r>
        <w:rPr>
          <w:color w:val="666666"/>
          <w:sz w:val="18"/>
        </w:rPr>
        <w:t>Collective Repentance I Feb 24, 2013 Maulana Wahiduddin Khan · 2m 33s · at 48:59 · https://youtu.be/lkkolxAL38c?t=2939</w:t>
      </w:r>
    </w:p>
    <w:p>
      <w:r>
        <w:rPr>
          <w:i/>
        </w:rPr>
        <w:t>“Collective tawba sabse pehle collective iqrar ka naam hai”</w:t>
      </w:r>
    </w:p>
    <w:p>
      <w:r>
        <w:rPr>
          <w:sz w:val="20"/>
        </w:rPr>
        <w:t>48:59  ijtimai tauba sab se pehle ijtimai etiraf ka naam hai. sab se pehle aap ko ijtimai satah par, matlab saare musalmanon ke zehen mein yeh baat paida karni padegi ke dekho, yeh soch hamari galat thi.</w:t>
      </w:r>
      <w:r>
        <w:br/>
      </w:r>
      <w:r>
        <w:rPr>
          <w:sz w:val="20"/>
        </w:rPr>
        <w:t>49:18  hum galat soch par khade hue the. yeh manna padega, yeh etiraf karna padega. we were wrong, we were wrong, we were wrong.</w:t>
      </w:r>
      <w:r>
        <w:br/>
      </w:r>
      <w:r>
        <w:rPr>
          <w:sz w:val="20"/>
        </w:rPr>
        <w:t>49:27  yeh kehna padega aap ko. tab nai thinking aayegi, tab nai soch aayegi,</w:t>
      </w:r>
      <w:r>
        <w:br/>
      </w:r>
      <w:r>
        <w:rPr>
          <w:sz w:val="20"/>
        </w:rPr>
        <w:t>49:35  tab negative thinking ki jagah positive thinking aayegi. aur phir kya hoga? la'allakum taghlaboon hoga. yaani hamari koshishein jo hain, woh barabar hongi.</w:t>
      </w:r>
      <w:r>
        <w:br/>
      </w:r>
      <w:r>
        <w:rPr>
          <w:sz w:val="20"/>
        </w:rPr>
        <w:t>49:49  hamari koshishein</w:t>
      </w:r>
      <w:r>
        <w:br/>
      </w:r>
      <w:r>
        <w:rPr>
          <w:sz w:val="20"/>
        </w:rPr>
        <w:t>49:51  ka result nikalna shuru hoga. to teen teen stage hain, is ke teen stage.</w:t>
      </w:r>
      <w:r>
        <w:br/>
      </w:r>
      <w:r>
        <w:rPr>
          <w:sz w:val="20"/>
        </w:rPr>
        <w:t>50:01  pehla stage hai yeh kehna ke we were wrong, we were wrong. west hamara dushman nahi hai.</w:t>
      </w:r>
      <w:r>
        <w:br/>
      </w:r>
      <w:r>
        <w:rPr>
          <w:sz w:val="20"/>
        </w:rPr>
        <w:t>50:12  dusra stage yeh hai ke saare logon ke andar negative thinking ki jagah positive think lai jaye.</w:t>
      </w:r>
      <w:r>
        <w:br/>
      </w:r>
      <w:r>
        <w:rPr>
          <w:sz w:val="20"/>
        </w:rPr>
        <w:t>50:23  phir teesri baat hogi ke falan ka daur aayega, la'allakum taghlaboon duniya mein bhi aur akhirat mein bhi.</w:t>
      </w:r>
      <w:r>
        <w:br/>
      </w:r>
      <w:r>
        <w:rPr>
          <w:sz w:val="20"/>
        </w:rPr>
        <w:t>50:32  yeh hai ijtimai tauba, yeh hai character repentance.</w:t>
      </w:r>
      <w:r>
        <w:br/>
      </w:r>
      <w:r>
        <w:rPr>
          <w:sz w:val="20"/>
        </w:rPr>
        <w:t>50:40  to musalman aam taur par jante hi nahi ijtimai tauba. yeh lafz hi nahi bola gaya, main mujhe to pata nahi, maine kabhi suna nahi yeh lafz jabke maujood hai ayat Quran majeed mein.</w:t>
      </w:r>
      <w:r>
        <w:br/>
      </w:r>
      <w:r>
        <w:rPr>
          <w:sz w:val="20"/>
        </w:rPr>
        <w:t>50:57  infiradi tauba ko sab log jante hain, har aadmi infiradi tauba ko janta hai, matlab lafz ko janta hai.</w:t>
      </w:r>
      <w:r>
        <w:br/>
      </w:r>
      <w:r>
        <w:rPr>
          <w:sz w:val="20"/>
        </w:rPr>
        <w:t>51:08  lekin ijtimai tauba, character repentance, yeh shoori taur par musalman jante hi nahi.</w:t>
      </w:r>
      <w:r>
        <w:br/>
      </w:r>
      <w:r>
        <w:rPr>
          <w:sz w:val="20"/>
        </w:rPr>
        <w:t>51:18  to hamein yeh soch laani padegi, yeh shaoor lana padega, yeh thinking laani padegi,</w:t>
      </w:r>
      <w:r>
        <w:br/>
      </w:r>
      <w:r>
        <w:rPr>
          <w:sz w:val="20"/>
        </w:rPr>
        <w:t>51:26  aur woh process chalana padega. woh process</w:t>
      </w:r>
    </w:p>
    <w:p>
      <w:pPr>
        <w:pStyle w:val="Heading2"/>
      </w:pPr>
      <w:r>
        <w:t>Positive thinking means rising above reaction and revenge</w:t>
      </w:r>
    </w:p>
    <w:p>
      <w:r>
        <w:rPr>
          <w:color w:val="666666"/>
          <w:sz w:val="18"/>
        </w:rPr>
        <w:t>What is Right Thinking June 23, 2024 · 53s · at 2:50 · https://youtu.be/ZOxcATnAqNs?t=170</w:t>
      </w:r>
    </w:p>
    <w:p>
      <w:r>
        <w:rPr>
          <w:i/>
        </w:rPr>
        <w:t>“Positive thinking matlab hai psychology of reaction se upar uth jaayein”</w:t>
      </w:r>
    </w:p>
    <w:p>
      <w:r>
        <w:rPr>
          <w:sz w:val="20"/>
        </w:rPr>
        <w:t>2:50  positive thinking matlab hai jo psychology of reaction jo hai usse ham upar uth jaen.</w:t>
      </w:r>
      <w:r>
        <w:br/>
      </w:r>
      <w:r>
        <w:rPr>
          <w:sz w:val="20"/>
        </w:rPr>
        <w:t>2:56  jisko ham radyamal kahate hain, jisko ham *** for tat kahate hain.</w:t>
      </w:r>
      <w:r>
        <w:br/>
      </w:r>
      <w:r>
        <w:rPr>
          <w:sz w:val="20"/>
        </w:rPr>
        <w:t>3:02  kisi ne hamen kuchh kah diya, koi galat baat kah di, kuchh galat alfaaz bol die to ham</w:t>
      </w:r>
      <w:r>
        <w:br/>
      </w:r>
      <w:r>
        <w:rPr>
          <w:sz w:val="20"/>
        </w:rPr>
        <w:t>3:08  ekdam se gussa ho jaate hain aur hum bhi usko retaliate karte hain.</w:t>
      </w:r>
      <w:r>
        <w:br/>
      </w:r>
      <w:r>
        <w:rPr>
          <w:sz w:val="20"/>
        </w:rPr>
        <w:t>3:14  to yeh cheez jo hai yahi hamari in tarakke mein rukawat hai.</w:t>
      </w:r>
      <w:r>
        <w:br/>
      </w:r>
      <w:r>
        <w:rPr>
          <w:sz w:val="20"/>
        </w:rPr>
        <w:t>3:21  to yeh gussa, inteqam, jazbatiyat yeh saari cheezein hamari soch mein rukawat dalti hain. jis ko kehte hain badha dalti hain. to jab hamari soch hi ruk jayegi to hum apnay potential ko kaise awaken kar saktay hain? to positive thinking ke liye hamein zaroori hai keh hamara bilkul hum open minded hon.</w:t>
      </w:r>
      <w:r>
        <w:br/>
      </w:r>
      <w:r>
        <w:rPr>
          <w:sz w:val="20"/>
        </w:rPr>
        <w:t>3:43  jo open minded honge to hum har naye khayalat, nayi soch, koi naya idea hoga to hum foran us ko pakar lenge aur baghair kisi taassub ke us se faida uthayenge. kyunke aise hi aadmi jo open minded ho wahi tayyar hota hai doosron ke viewpoint ko samajhne ke liye. dekhiye har insaan ki aql jo hai limited hi hai.</w:t>
      </w:r>
    </w:p>
    <w:p>
      <w:pPr>
        <w:pStyle w:val="Heading2"/>
      </w:pPr>
      <w:r>
        <w:t>Comparison of Jewish and Muslim supremacy</w:t>
      </w:r>
    </w:p>
    <w:p>
      <w:r>
        <w:rPr>
          <w:color w:val="666666"/>
          <w:sz w:val="18"/>
        </w:rPr>
        <w:t>Follow Law of the Land 29 Nov 2019 - Maulana Wahiduddin Khan · 43s · at 4:46 · https://youtu.be/miwE6TbkdAY?t=286</w:t>
      </w:r>
    </w:p>
    <w:p>
      <w:r>
        <w:rPr>
          <w:i/>
        </w:rPr>
        <w:t>“Samajhe hain? Yeh tha Yahud ka. Hum sardar aalam hain.”</w:t>
      </w:r>
    </w:p>
    <w:p>
      <w:r>
        <w:rPr>
          <w:sz w:val="20"/>
        </w:rPr>
        <w:t>4:46  samjhe hain? yeh tha yahood ka. hum sardar-e-alam hain.</w:t>
      </w:r>
      <w:r>
        <w:br/>
      </w:r>
      <w:r>
        <w:rPr>
          <w:sz w:val="20"/>
        </w:rPr>
        <w:t>4:58  jewish supermacy.</w:t>
      </w:r>
      <w:r>
        <w:br/>
      </w:r>
      <w:r>
        <w:rPr>
          <w:sz w:val="20"/>
        </w:rPr>
        <w:t>5:03  theek wahin aa gaya muslim supermacy.</w:t>
      </w:r>
    </w:p>
    <w:p>
      <w:pPr>
        <w:pStyle w:val="Heading2"/>
      </w:pPr>
      <w:r>
        <w:t>Why does Islam cut off a thief's hand?</w:t>
      </w:r>
    </w:p>
    <w:p>
      <w:r>
        <w:rPr>
          <w:color w:val="666666"/>
          <w:sz w:val="18"/>
        </w:rPr>
        <w:t>The Concept of Doomsday in islam May 16, 2009 · 3m 18s · at 28:39 · https://youtu.be/yPjFg8vwSLw?t=1719</w:t>
      </w:r>
    </w:p>
    <w:p>
      <w:r>
        <w:rPr>
          <w:i/>
        </w:rPr>
        <w:t>“The Qur'an says cut off the hand of a thief, but repentance brings mercy. How?”</w:t>
      </w:r>
    </w:p>
    <w:p>
      <w:r>
        <w:rPr>
          <w:sz w:val="20"/>
        </w:rPr>
        <w:t>28:39  There are verses in the Qur'an that ask for a man or a woman who steals cut off their hands as a punishment. But if they repent and reform, then God will turn to them mercifully.</w:t>
      </w:r>
      <w:r>
        <w:br/>
      </w:r>
      <w:r>
        <w:rPr>
          <w:sz w:val="20"/>
        </w:rPr>
        <w:t>28:53  Deep was asking. Rana, I was asking that once you cut off the hands, then how will they only cut?</w:t>
      </w:r>
      <w:r>
        <w:br/>
      </w:r>
      <w:r>
        <w:rPr>
          <w:sz w:val="20"/>
        </w:rPr>
        <w:t>29:04  Then how will God show mercy?</w:t>
      </w:r>
      <w:r>
        <w:br/>
      </w:r>
      <w:r>
        <w:rPr>
          <w:sz w:val="20"/>
        </w:rPr>
        <w:t>29:09  This lie is not simply by stealing. No.</w:t>
      </w:r>
      <w:r>
        <w:br/>
      </w:r>
      <w:r>
        <w:rPr>
          <w:sz w:val="20"/>
        </w:rPr>
        <w:t>29:16  un ka is ka jo translation kiya hai abu ul ma'eed ul abadi ne bohat acha kiya hai. chota aur choti ke hath kaat do. yaani jo jis ki woh woh ban gayi ho.</w:t>
      </w:r>
      <w:r>
        <w:br/>
      </w:r>
      <w:r>
        <w:rPr>
          <w:sz w:val="20"/>
        </w:rPr>
        <w:t>29:28  habit ke sab kuch kar ke dekh liya, sab kuch kar ke dekh liya, chorta hi nahi hai. woh chota aur choti.</w:t>
      </w:r>
      <w:r>
        <w:br/>
      </w:r>
      <w:r>
        <w:rPr>
          <w:sz w:val="20"/>
        </w:rPr>
        <w:t>29:35  First of all, you will do the work. You will persuade him for a long time, for a long time.</w:t>
      </w:r>
      <w:r>
        <w:br/>
      </w:r>
      <w:r>
        <w:rPr>
          <w:sz w:val="20"/>
        </w:rPr>
        <w:t>29:46  But when you see that he is not accepting your advice and he becomes a permanent danger for the society, to save the society, we will punish that person.</w:t>
      </w:r>
      <w:r>
        <w:br/>
      </w:r>
      <w:r>
        <w:rPr>
          <w:sz w:val="20"/>
        </w:rPr>
        <w:t>29:59  Here we have two options.</w:t>
      </w:r>
      <w:r>
        <w:br/>
      </w:r>
      <w:r>
        <w:rPr>
          <w:sz w:val="20"/>
        </w:rPr>
        <w:t>30:02  Either we leave society in a permanent danger or we have to give a deterrent punishment for that person.</w:t>
      </w:r>
      <w:r>
        <w:br/>
      </w:r>
      <w:r>
        <w:rPr>
          <w:sz w:val="20"/>
        </w:rPr>
        <w:t>30:14  It is a very, very exceptional position after a long period of persuasion, a long period of</w:t>
      </w:r>
      <w:r>
        <w:br/>
      </w:r>
      <w:r>
        <w:rPr>
          <w:sz w:val="20"/>
        </w:rPr>
        <w:t>30:30  counsel</w:t>
      </w:r>
      <w:r>
        <w:br/>
      </w:r>
      <w:r>
        <w:rPr>
          <w:sz w:val="20"/>
        </w:rPr>
        <w:t>30:31  ing. Resort to this punishment. You can see the Islamic history. Perhaps only few people were.</w:t>
      </w:r>
      <w:r>
        <w:br/>
      </w:r>
      <w:r>
        <w:rPr>
          <w:sz w:val="20"/>
        </w:rPr>
        <w:t>30:43  Once they know their hands are going to be cut, they don't do all these things. Stealing and all these things. But Rana, God has given leverage to humans.</w:t>
      </w:r>
      <w:r>
        <w:br/>
      </w:r>
      <w:r>
        <w:rPr>
          <w:sz w:val="20"/>
        </w:rPr>
        <w:t>30:57  Means that repentance can be at any moment. They live the life.</w:t>
      </w:r>
      <w:r>
        <w:br/>
      </w:r>
      <w:r>
        <w:rPr>
          <w:sz w:val="20"/>
        </w:rPr>
        <w:t>31:03  haan toh isi liye dekhein. And also freedom. You know tarjuma kiya hai? chota aur choti. bohat dinon tak in ko samajhate raho.</w:t>
      </w:r>
      <w:r>
        <w:br/>
      </w:r>
      <w:r>
        <w:rPr>
          <w:sz w:val="20"/>
        </w:rPr>
        <w:t>31:13  isi liye poori history mein. habitual thi. habitual thi. habitual chora hi nahi ja raha. toh ab society ko bachao ya is ko bachao. masla yeh ban gaya.</w:t>
      </w:r>
      <w:r>
        <w:br/>
      </w:r>
      <w:r>
        <w:rPr>
          <w:sz w:val="20"/>
        </w:rPr>
        <w:t>31:23  poori history mein aik do aadmi ka hath katta gaya hoga.</w:t>
      </w:r>
      <w:r>
        <w:br/>
      </w:r>
      <w:r>
        <w:rPr>
          <w:sz w:val="20"/>
        </w:rPr>
        <w:t>31:28  poori history mein. I think this is also practiced in Saudi Arabia where a convict is caught, then they are not given a second chance or a third chance.</w:t>
      </w:r>
      <w:r>
        <w:br/>
      </w:r>
      <w:r>
        <w:rPr>
          <w:sz w:val="20"/>
        </w:rPr>
        <w:t>31:39  They simply. Saudi Arab mein yaani chori hai hi nahi. aik ka hath kaat ke sab ko rok diya.</w:t>
      </w:r>
      <w:r>
        <w:br/>
      </w:r>
      <w:r>
        <w:rPr>
          <w:sz w:val="20"/>
        </w:rPr>
        <w:t>31:51  Deterrent punishment. Deterrent punishment. It is a deterrent punishment.</w:t>
      </w:r>
    </w:p>
    <w:p>
      <w:pPr>
        <w:pStyle w:val="Heading2"/>
      </w:pPr>
      <w:r>
        <w:t>Listening with an empty mind</w:t>
      </w:r>
    </w:p>
    <w:p>
      <w:r>
        <w:rPr>
          <w:color w:val="666666"/>
          <w:sz w:val="18"/>
        </w:rPr>
        <w:t>Comparative Study of Religions | May 30, 2010 | Maulana Wahiduddin Khan · 30s · at 14:56 · https://youtu.be/W5Pm3XIyyz8?t=896</w:t>
      </w:r>
    </w:p>
    <w:p>
      <w:r>
        <w:rPr>
          <w:i/>
        </w:rPr>
        <w:t>“Main bilkul empty mind ho kar baat sunta hoon.”</w:t>
      </w:r>
    </w:p>
    <w:p>
      <w:r>
        <w:rPr>
          <w:sz w:val="20"/>
        </w:rPr>
        <w:t>14:56  to khuda ke fazl se mera mizaj yeh hai ke main bilkul empty mind ho kar baat sunta</w:t>
      </w:r>
      <w:r>
        <w:br/>
      </w:r>
      <w:r>
        <w:rPr>
          <w:sz w:val="20"/>
        </w:rPr>
        <w:t>15:00  hoon kisi ki.</w:t>
      </w:r>
      <w:r>
        <w:br/>
      </w:r>
      <w:r>
        <w:rPr>
          <w:sz w:val="20"/>
        </w:rPr>
        <w:t>15:04  koi dako hai, koi mere khilaf hai, koi mera dushman hai, koi islam ko nahi manta, kuch bhi ho.</w:t>
      </w:r>
      <w:r>
        <w:br/>
      </w:r>
      <w:r>
        <w:rPr>
          <w:sz w:val="20"/>
        </w:rPr>
        <w:t>15:09  That is his problem.</w:t>
      </w:r>
      <w:r>
        <w:br/>
      </w:r>
      <w:r>
        <w:rPr>
          <w:sz w:val="20"/>
        </w:rPr>
        <w:t>15:13  woh uska problem hai, problem nahi hai.</w:t>
      </w:r>
      <w:r>
        <w:br/>
      </w:r>
      <w:r>
        <w:rPr>
          <w:sz w:val="20"/>
        </w:rPr>
        <w:t>15:17  bilkul empty mind ho kar sunta hoon.</w:t>
      </w:r>
      <w:r>
        <w:br/>
      </w:r>
      <w:r>
        <w:rPr>
          <w:sz w:val="20"/>
        </w:rPr>
        <w:t>15:22  to har ek ke haan mujhe koi aisi cheez mil jati hai jis se mera intellectual development hota hai.</w:t>
      </w:r>
    </w:p>
    <w:p>
      <w:pPr>
        <w:pStyle w:val="Heading2"/>
      </w:pPr>
      <w:r>
        <w:t>Wisdom as creativity and hadith on insight</w:t>
      </w:r>
    </w:p>
    <w:p>
      <w:r>
        <w:rPr>
          <w:color w:val="666666"/>
          <w:sz w:val="18"/>
        </w:rPr>
        <w:t>Al-Hikmah in Islam September 14, 2007 · 4m 47s · at 4:57 · https://youtu.be/PxOdof00YIM?t=297</w:t>
      </w:r>
    </w:p>
    <w:p>
      <w:r>
        <w:rPr>
          <w:i/>
        </w:rPr>
        <w:t>“Wisdom is not something you can put in a packet”</w:t>
      </w:r>
    </w:p>
    <w:p>
      <w:r>
        <w:rPr>
          <w:sz w:val="20"/>
        </w:rPr>
        <w:t>4:57  aur bohat kuch deta hai. aur sath sath Wisdom deta hai. Wisdom dekhiye, Wisdom aisi cheez nahi ke aap ek ek packet mein band kar ke kisi ko de dein.</w:t>
      </w:r>
      <w:r>
        <w:br/>
      </w:r>
      <w:r>
        <w:rPr>
          <w:sz w:val="20"/>
        </w:rPr>
        <w:t>5:12  Wisdom ek creativity ka naam hai. yeh kabhi bhi aisi koi kitab aap nahi likh sakte jis mein Wisdom ko ek book mein band kar diya gaya ho.</w:t>
      </w:r>
      <w:r>
        <w:br/>
      </w:r>
      <w:r>
        <w:rPr>
          <w:sz w:val="20"/>
        </w:rPr>
        <w:t>5:25  nahi, aisa mumkin nahi hai. Wisdom ek creativity ka naam hai. yani logon ke andar creative thinking paida karna.</w:t>
      </w:r>
      <w:r>
        <w:br/>
      </w:r>
      <w:r>
        <w:rPr>
          <w:sz w:val="20"/>
        </w:rPr>
        <w:t>5:39  jab tak aap logon ke andar creative thinking paida na karein, aap logon ko wise insan nahi bana sakte.</w:t>
      </w:r>
      <w:r>
        <w:br/>
      </w:r>
      <w:r>
        <w:rPr>
          <w:sz w:val="20"/>
        </w:rPr>
        <w:t>5:49  kyun ke situation badalti rehti hai, circumstances badalte rehte hain. har baar Wisdom ko rediscover karna parta hai different situation mein.</w:t>
      </w:r>
      <w:r>
        <w:br/>
      </w:r>
      <w:r>
        <w:rPr>
          <w:sz w:val="20"/>
        </w:rPr>
        <w:t>6:03  Wisdom koi solid cheez nahi hai, koi jamid cheez nahi hai. har lamha, har subah shaam aap ko Wisdom ko rediscover karna parta hai.</w:t>
      </w:r>
      <w:r>
        <w:br/>
      </w:r>
      <w:r>
        <w:rPr>
          <w:sz w:val="20"/>
        </w:rPr>
        <w:t>6:17  Naye situation mein, naye halaat mein. Agar aap ke andar creativity na ho to aap wise insaan nahi ban sakte.</w:t>
      </w:r>
      <w:r>
        <w:br/>
      </w:r>
      <w:r>
        <w:rPr>
          <w:sz w:val="20"/>
        </w:rPr>
        <w:t>6:29  To yeh baat ke nabi bheja gaya wisdom ke liye, iska matlab nahi ke ek koi list hai wisdom ki, woh de diya nabi ne. Dekho, yeh yeh yeh wisdom hai, isko le lo.</w:t>
      </w:r>
      <w:r>
        <w:br/>
      </w:r>
      <w:r>
        <w:rPr>
          <w:sz w:val="20"/>
        </w:rPr>
        <w:t>6:41  Nahi. Yaani iska matlab yeh hai ke nabi ka ek mission yeh tha ke woh logon ko un logon ke andar intellectual awakening laye.</w:t>
      </w:r>
      <w:r>
        <w:br/>
      </w:r>
      <w:r>
        <w:rPr>
          <w:sz w:val="20"/>
        </w:rPr>
        <w:t>6:54  Logon ke andar creativity laye. Logon ke andar intellectual development laye. Logon ke andar high thinking paida kare.</w:t>
      </w:r>
      <w:r>
        <w:br/>
      </w:r>
      <w:r>
        <w:rPr>
          <w:sz w:val="20"/>
        </w:rPr>
        <w:t>7:05  Taake woh</w:t>
      </w:r>
      <w:r>
        <w:br/>
      </w:r>
      <w:r>
        <w:rPr>
          <w:sz w:val="20"/>
        </w:rPr>
        <w:t>7:08  Wisdom ko discover kar saken. Taake woh badi badi baaton ko jaan saken. Yaad rakhiye, wisdom ek chupi hui haqeeqat ka naam hai.</w:t>
      </w:r>
      <w:r>
        <w:br/>
      </w:r>
      <w:r>
        <w:rPr>
          <w:sz w:val="20"/>
        </w:rPr>
        <w:t>7:20  Wisdom hamesha hoti hai between the line. Hamesha. Wisdom ko aap line mein likh nahi sakte.</w:t>
      </w:r>
      <w:r>
        <w:br/>
      </w:r>
      <w:r>
        <w:rPr>
          <w:sz w:val="20"/>
        </w:rPr>
        <w:t>7:30  Hamesha wisdom between the line hoti hai. Isi liye main kehta hoon ke wisdom ko aap ko discover karna padta hai.</w:t>
      </w:r>
      <w:r>
        <w:br/>
      </w:r>
      <w:r>
        <w:rPr>
          <w:sz w:val="20"/>
        </w:rPr>
        <w:t>7:41  Agar aap ke andar creativity na ho, discovery ki salahiyat na ho, sochne ka maada na ho, aur aap high thinking aap ke andar na ho,</w:t>
      </w:r>
      <w:r>
        <w:br/>
      </w:r>
      <w:r>
        <w:rPr>
          <w:sz w:val="20"/>
        </w:rPr>
        <w:t>7:56  To aap wisdom ko jaan nahi sakte. Wisdom ke naam se aap dobara kuch rituals ko janenge, kuch form ko janenge.</w:t>
      </w:r>
      <w:r>
        <w:br/>
      </w:r>
      <w:r>
        <w:rPr>
          <w:sz w:val="20"/>
        </w:rPr>
        <w:t>8:05  Bas. To yeh bohat hi aham baat hai ke Islam except of rituals ka naam nahi hai. Islam ek form ka naam nahi hai.</w:t>
      </w:r>
      <w:r>
        <w:br/>
      </w:r>
      <w:r>
        <w:rPr>
          <w:sz w:val="20"/>
        </w:rPr>
        <w:t>8:16  Balke Islam naam hai creativity ka, wisdom ka. Gehri baaton ko samajhne ka.</w:t>
      </w:r>
      <w:r>
        <w:br/>
      </w:r>
      <w:r>
        <w:rPr>
          <w:sz w:val="20"/>
        </w:rPr>
        <w:t>8:26  Isi liye dekhiye, hadees mein hai ke: ataqqu firasat al mu'min fa innahu yunziru bi nuri allahi.</w:t>
      </w:r>
      <w:r>
        <w:br/>
      </w:r>
      <w:r>
        <w:rPr>
          <w:sz w:val="20"/>
        </w:rPr>
        <w:t>8:35  Momin ki wisdom se daro. Kaisi ajeeb baat hai yeh. Daro ka matlab yeh hai ke momin jo hai,</w:t>
      </w:r>
      <w:r>
        <w:br/>
      </w:r>
      <w:r>
        <w:rPr>
          <w:sz w:val="20"/>
        </w:rPr>
        <w:t>8:47  Be panah unlimited wisdom uske andar hoti hai. Us ko bohat hi simple na samjho. Ataaqu firasat al mu'min fa innahu yunziru bi nuri allahi.</w:t>
      </w:r>
      <w:r>
        <w:br/>
      </w:r>
      <w:r>
        <w:rPr>
          <w:sz w:val="20"/>
        </w:rPr>
        <w:t>8:59  Momin ki wisdom se apne aap ko bachao. Kyun? Kyun ke momin Khuda ki roshni se sochta hai.</w:t>
      </w:r>
      <w:r>
        <w:br/>
      </w:r>
      <w:r>
        <w:rPr>
          <w:sz w:val="20"/>
        </w:rPr>
        <w:t>9:09  Khuda ki light se sochta hai. Khuda ki light kya hai? Woh ek creative tor par sochta hai. Yaani momin ke andar yeh salahiyat aa jati hai ke woh Khuda se us ko inspiration mile, aur Khuda ki light mein woh soch sake.</w:t>
      </w:r>
      <w:r>
        <w:br/>
      </w:r>
      <w:r>
        <w:rPr>
          <w:sz w:val="20"/>
        </w:rPr>
        <w:t>9:26  Isi ko hikmat aur wisdom kaha gaya hai. To yeh Islam ka yeh jo aspect hai, is ko agar aap na jaane to samjhiye ke sab se most important aspect jo hai Islam ka, woh isi se aap be khabar reh gaye.</w:t>
      </w:r>
    </w:p>
    <w:p>
      <w:pPr>
        <w:pStyle w:val="Heading2"/>
      </w:pPr>
      <w:r>
        <w:t>Muslims blame enemies instead of examining their own lost wisdom</w:t>
      </w:r>
    </w:p>
    <w:p>
      <w:r>
        <w:rPr>
          <w:color w:val="666666"/>
          <w:sz w:val="18"/>
        </w:rPr>
        <w:t>Deep Thinking April 3, 2014 Maulana Wahiduddin Khan · 2m 34s · at 17:00 · https://youtu.be/1DvZY_4ddps?t=1020</w:t>
      </w:r>
    </w:p>
    <w:p>
      <w:r>
        <w:rPr>
          <w:i/>
        </w:rPr>
        <w:t>“Aaj kal Musalman jagah jagah shikayatein kar rahe hain”</w:t>
      </w:r>
    </w:p>
    <w:p>
      <w:r>
        <w:rPr>
          <w:sz w:val="20"/>
        </w:rPr>
        <w:t>16:59  gehri danishmandi ke</w:t>
      </w:r>
      <w:r>
        <w:br/>
      </w:r>
      <w:r>
        <w:rPr>
          <w:sz w:val="20"/>
        </w:rPr>
        <w:t>17:00  sath planning ki. aaj kal aap dekhiye, musalman jagah jagah shikayatein kar rahe hain, jagah jagah un ko museebatein pesh aa rahi hain, aur shikayat karte hain ke yeh log zalim hain, yeh log sazishi hain,</w:t>
      </w:r>
      <w:r>
        <w:br/>
      </w:r>
      <w:r>
        <w:rPr>
          <w:sz w:val="20"/>
        </w:rPr>
        <w:t>17:14  yeh log islam dushman hain. yeh sab galat baat hai. is hadith se sabit hota hai ke musalmanon mein tafaqqah khatm ho gaya hai, gehri gehri hikmat khatm ho gayi,</w:t>
      </w:r>
      <w:r>
        <w:br/>
      </w:r>
      <w:r>
        <w:rPr>
          <w:sz w:val="20"/>
        </w:rPr>
        <w:t>17:28  aur isi ki woh prize de rahe hain,</w:t>
      </w:r>
      <w:r>
        <w:br/>
      </w:r>
      <w:r>
        <w:rPr>
          <w:sz w:val="20"/>
        </w:rPr>
        <w:t>17:31  isi ki prize de rahe hain.</w:t>
      </w:r>
      <w:r>
        <w:br/>
      </w:r>
      <w:r>
        <w:rPr>
          <w:sz w:val="20"/>
        </w:rPr>
        <w:t>17:36  to jahan jahan musalmanon ko aise masail pesh aa rahe hain jis ko woh zulm ke taabeer karte hain, wahan un ko yeh sochna chahiye ke hum ne kahan hikmat kho di,</w:t>
      </w:r>
      <w:r>
        <w:br/>
      </w:r>
      <w:r>
        <w:rPr>
          <w:sz w:val="20"/>
        </w:rPr>
        <w:t>17:51  kahan hum ne tawaqqu se mehroom ho gaya, kahan aisa hua ke hum ne deep thinking se kaam nahi liya.</w:t>
      </w:r>
      <w:r>
        <w:br/>
      </w:r>
      <w:r>
        <w:rPr>
          <w:sz w:val="20"/>
        </w:rPr>
        <w:t>18:00  yeh sochna ke kaam hai, yeh soch, yeh sochna chahiye.</w:t>
      </w:r>
      <w:r>
        <w:br/>
      </w:r>
      <w:r>
        <w:rPr>
          <w:sz w:val="20"/>
        </w:rPr>
        <w:t>18:10  to yeh bohat hi zyada aham baat hai jo hadith riwayat ki gayi hai ke agar tum</w:t>
      </w:r>
      <w:r>
        <w:br/>
      </w:r>
      <w:r>
        <w:rPr>
          <w:sz w:val="20"/>
        </w:rPr>
        <w:t>18:19  rasool Allah ke namune ki pairwi karoge to tumhare andar tawaqqu aayega, deep thinking aayegi,</w:t>
      </w:r>
      <w:r>
        <w:br/>
      </w:r>
      <w:r>
        <w:rPr>
          <w:sz w:val="20"/>
        </w:rPr>
        <w:t>18:29  wise thinking aayegi, wisdom aayegi, hikmat aayegi.</w:t>
      </w:r>
      <w:r>
        <w:br/>
      </w:r>
      <w:r>
        <w:rPr>
          <w:sz w:val="20"/>
        </w:rPr>
        <w:t>18:38  aisi halat mein jab bhi aisa ho ke tum mehsoos karo ke tumhare par aise log ghalib aa gaye hain jo ke tum zalim samajhte ho, to kabhi bhi yeh mat samjho ke un ke woh zulmat tumhare par ghalib</w:t>
      </w:r>
      <w:r>
        <w:br/>
      </w:r>
      <w:r>
        <w:rPr>
          <w:sz w:val="20"/>
        </w:rPr>
        <w:t>18:54  ho gaye. nahi, is ka sabab hamesha yeh hoga ke adam tawaqqu tumhare apne andar, tumhare apne andar deep thinking ki kami,</w:t>
      </w:r>
      <w:r>
        <w:br/>
      </w:r>
      <w:r>
        <w:rPr>
          <w:sz w:val="20"/>
        </w:rPr>
        <w:t>19:07  tumhare apne andar gehri samajh ki kami, tumhare apne andar gehri planning ki kami.</w:t>
      </w:r>
      <w:r>
        <w:br/>
      </w:r>
      <w:r>
        <w:rPr>
          <w:sz w:val="20"/>
        </w:rPr>
        <w:t>19:19  kyunke jahan tawaqqu hoga, wahan gehri planning hogi.</w:t>
      </w:r>
      <w:r>
        <w:br/>
      </w:r>
      <w:r>
        <w:rPr>
          <w:sz w:val="20"/>
        </w:rPr>
        <w:t>19:24  jahan deep thinking hogi, wahan gehri planning hogi.</w:t>
      </w:r>
    </w:p>
    <w:p>
      <w:pPr>
        <w:pStyle w:val="Heading2"/>
      </w:pPr>
      <w:r>
        <w:t>Building conviction by thinking about creation</w:t>
      </w:r>
    </w:p>
    <w:p>
      <w:r>
        <w:rPr>
          <w:color w:val="666666"/>
          <w:sz w:val="18"/>
        </w:rPr>
        <w:t>Q&amp;A 01 July 2012 · 1m 54s · at 22:54 · https://youtu.be/zLZZD-MvKQU?t=1374</w:t>
      </w:r>
    </w:p>
    <w:p>
      <w:r>
        <w:rPr>
          <w:i/>
        </w:rPr>
        <w:t>“Jawab yeh likha aap, aapne inhone padhkar sunaya”</w:t>
      </w:r>
    </w:p>
    <w:p>
      <w:r>
        <w:rPr>
          <w:sz w:val="20"/>
        </w:rPr>
        <w:t>22:54  jawab yeh likha aap, aapne inhone padhkar sunaya. isi mein mujhe khuda par yakeen badh jata hai. kaise woh mind bana, jis mind ne soch kar ke likha, aur kaise woh mind bana, jise padhkar sunaya. to yeh sochna, yeh likhna, yeh bolna, yeh apne aap mein khuda ka proof hai. kyunki aap jante hain, koi darakht aisa nahi kar sakta. koi darakht na sun sakta, na bol sakta. to ek insan kaise</w:t>
      </w:r>
      <w:r>
        <w:br/>
      </w:r>
      <w:r>
        <w:rPr>
          <w:sz w:val="20"/>
        </w:rPr>
        <w:t>23:24  aisa karta hai? to kisi ne aisa kiya hai, tab to hua hai aisa. kyun sari cheezein well designed hain?</w:t>
      </w:r>
      <w:r>
        <w:br/>
      </w:r>
      <w:r>
        <w:rPr>
          <w:sz w:val="20"/>
        </w:rPr>
        <w:t>23:31  kaise hain? agar koi designer nahi to. baki jahan tak apni taraf se mamla hai, to aadmi kyunki sochta nahi in baaton par. zyada tar log bas kamane mein lage rehte hain, shopping mein lage rehte hain,</w:t>
      </w:r>
      <w:r>
        <w:br/>
      </w:r>
      <w:r>
        <w:rPr>
          <w:sz w:val="20"/>
        </w:rPr>
        <w:t>23:50  dunyavi cheezon, material culture mein lage rehte hain. sochte nahin. agar soche to har cheez mein unko khuda dikhai dega. har cheez mein khuda dikhai dega.</w:t>
      </w:r>
      <w:r>
        <w:br/>
      </w:r>
      <w:r>
        <w:rPr>
          <w:sz w:val="20"/>
        </w:rPr>
        <w:t>24:05  yani poora, yani poori yeh kayanat, poori yeh duniya, yani ghaas se lekar galaxy tak, har cheez, yani khamosh zuban mein chilla rahi hai ke mera ek khaliq hai, yeh duniya ka ek ek palanhar hai, yeh duniya ka ek sustain hai.</w:t>
      </w:r>
      <w:r>
        <w:br/>
      </w:r>
      <w:r>
        <w:rPr>
          <w:sz w:val="20"/>
        </w:rPr>
        <w:t>24:24  yeh bilkul ek, yani poori kayanat jaise khamosh zuban mein chilla rahi hai. to wahi, wahi source of conviction hai. agar aap sochte rahe, to usi se conviction aata hai.</w:t>
      </w:r>
      <w:r>
        <w:br/>
      </w:r>
      <w:r>
        <w:rPr>
          <w:sz w:val="20"/>
        </w:rPr>
        <w:t>24:40  main to har waqt sochta rehta hoon, lekin mujhe to in cheezon par koi shaq nahin hai.</w:t>
      </w:r>
    </w:p>
    <w:p>
      <w:pPr>
        <w:pStyle w:val="Heading2"/>
      </w:pPr>
      <w:r>
        <w:t>Woman's status in Islam</w:t>
      </w:r>
    </w:p>
    <w:p>
      <w:r>
        <w:rPr>
          <w:color w:val="666666"/>
          <w:sz w:val="18"/>
        </w:rPr>
        <w:t>Al-RISALA NOV, 2017 · 2m 35s · at 1:25:32 · https://youtu.be/PvVV-FJAYDg?t=5132</w:t>
      </w:r>
    </w:p>
    <w:p>
      <w:r>
        <w:rPr>
          <w:i/>
        </w:rPr>
        <w:t>“What is the status of women in Islam?”</w:t>
      </w:r>
    </w:p>
    <w:p>
      <w:r>
        <w:rPr>
          <w:sz w:val="20"/>
        </w:rPr>
        <w:t>1:25:32  aurat ka darja. islam mein aurat ka darja kya hai, is ka andaza aik hadees se hota hai.</w:t>
      </w:r>
      <w:r>
        <w:br/>
      </w:r>
      <w:r>
        <w:rPr>
          <w:sz w:val="20"/>
        </w:rPr>
        <w:t>1:25:42  imam bukhari ne hazrat abdullah bin abbas se yeh riwayat naqal ki hai. hazrat bureira ke shohar aik ghulam thay jinka naam mughais tha.</w:t>
      </w:r>
      <w:r>
        <w:br/>
      </w:r>
      <w:r>
        <w:rPr>
          <w:sz w:val="20"/>
        </w:rPr>
        <w:t>1:25:53  goya ke mein dekh raha hoon ke mughais apni biwi ke peechay chal rahe hain aur un ki aankhon se aansu jari hain. rasool Allah Sal Allah o Alih e Wasallam ne farmaya ke aye abbas</w:t>
      </w:r>
      <w:r>
        <w:br/>
      </w:r>
      <w:r>
        <w:rPr>
          <w:sz w:val="20"/>
        </w:rPr>
        <w:t>1:26:06  ! kya tum ko is par taajjub nahi ke mughais ko kitni ziyada mohabbat hai bureira se aur bureira ko kitna ziyada bughz hai mughais se?</w:t>
      </w:r>
      <w:r>
        <w:br/>
      </w:r>
      <w:r>
        <w:rPr>
          <w:sz w:val="20"/>
        </w:rPr>
        <w:t>1:26:16  rasool Allah Sal Allah o Alih e Wasallam ne bureira se farmaya ke kya hi acha ho ke tum mughais ki taraf rujoo kar lo.</w:t>
      </w:r>
      <w:r>
        <w:br/>
      </w:r>
      <w:r>
        <w:rPr>
          <w:sz w:val="20"/>
        </w:rPr>
        <w:t>1:26:25  bureira ne kaha ke aye Khuda ke Rasool</w:t>
      </w:r>
      <w:r>
        <w:br/>
      </w:r>
      <w:r>
        <w:rPr>
          <w:sz w:val="20"/>
        </w:rPr>
        <w:t>1:26:28  ! kya aap mujhe is ka hukum dete hain? aap ne farmaya ke mein sirf sifarish kar raha hoon. bureira ne jawab diya to mujhe is ki zaroorat nahi.</w:t>
      </w:r>
      <w:r>
        <w:br/>
      </w:r>
      <w:r>
        <w:rPr>
          <w:sz w:val="20"/>
        </w:rPr>
        <w:t>1:26:39  la hajata li fi. sahih bukhari. bureira ne apne shohar mughais se tafreeq kara li thi. rasool Allah ne bureira ko mashwara diya ke tum rujoo kar lo aur mughais ke sath zindagi guzaaro.</w:t>
      </w:r>
      <w:r>
        <w:br/>
      </w:r>
      <w:r>
        <w:rPr>
          <w:sz w:val="20"/>
        </w:rPr>
        <w:t>1:26:53  magar bureira ne aap ke is mashwaray ko qabool nahi kiya aur mughais se rujoo par raazi nahi huien. is waqie se andaza hota hai ke islam mein aurat ko kitni ziyada azadi hasil hai.</w:t>
      </w:r>
      <w:r>
        <w:br/>
      </w:r>
      <w:r>
        <w:rPr>
          <w:sz w:val="20"/>
        </w:rPr>
        <w:t>1:27:07  is hadith ke mutabiq aurat na sirf mard ke barabar hai balke is ko yeh haq bhi hasil hai ke khud paighambar agar wahi ki buniyad par koi mutalba kare to woh is ko mannay par majboor hai.</w:t>
      </w:r>
      <w:r>
        <w:br/>
      </w:r>
      <w:r>
        <w:rPr>
          <w:sz w:val="20"/>
        </w:rPr>
        <w:t>1:27:22  lekin paighambar ke zaati mashware ko manna is ke liye zaroori nahi. haqeeqat yeh hai ke islam mein is aitbar se aurat aur mard ke darmiyan koi farq nahi.</w:t>
      </w:r>
      <w:r>
        <w:br/>
      </w:r>
      <w:r>
        <w:rPr>
          <w:sz w:val="20"/>
        </w:rPr>
        <w:t>1:27:36  jo huqooq o farayez mard ke hain woh huqooq o farayez aurat ke bhi hain. agar koi farq hai to woh fitri sabab ki bina par hai na ke dono jinsoun mein tafrqeek ki bina par.</w:t>
      </w:r>
      <w:r>
        <w:br/>
      </w:r>
      <w:r>
        <w:rPr>
          <w:sz w:val="20"/>
        </w:rPr>
        <w:t>1:27:49  is qism ka fitri farq jis tarah aurat aur mard ke darmiyan hai usi tarah woh khud mard aur mard ke darmiyan bhi hamesha maujood rehta hai.</w:t>
      </w:r>
      <w:r>
        <w:br/>
      </w:r>
      <w:r>
        <w:rPr>
          <w:sz w:val="20"/>
        </w:rPr>
        <w:t>1:27:59  yeh fitrat ka mamla hai na ke farq ka mamla.</w:t>
      </w:r>
    </w:p>
    <w:p>
      <w:pPr>
        <w:pStyle w:val="Heading2"/>
      </w:pPr>
      <w:r>
        <w:t>Prophet faced fury in Mecca, yet people embraced Islam</w:t>
      </w:r>
    </w:p>
    <w:p>
      <w:r>
        <w:rPr>
          <w:color w:val="666666"/>
          <w:sz w:val="18"/>
        </w:rPr>
        <w:t>Realistic Approach 30 March, 2014 · 53s · at 1:04:14 · https://youtu.be/HIFxmWWiEG4?t=3854</w:t>
      </w:r>
    </w:p>
    <w:p>
      <w:r>
        <w:rPr>
          <w:i/>
        </w:rPr>
        <w:t>“It's history — people get angry at first, then they come around.”</w:t>
      </w:r>
    </w:p>
    <w:p>
      <w:r>
        <w:rPr>
          <w:sz w:val="20"/>
        </w:rPr>
        <w:t>1:04:14  Please advise us as to what our approach should be so that their hearts soften up towards our criticism." Dekhiye, yeh to tareekh hai ke aadmi ghussa ho jata hai.</w:t>
      </w:r>
      <w:r>
        <w:br/>
      </w:r>
      <w:r>
        <w:rPr>
          <w:sz w:val="20"/>
        </w:rPr>
        <w:t>1:04:28  Rasool Allah (SAW) ne Makkah mein jab dawat shuru ki to log ghussa ho gaye aur itna zyada mukhalif yeh hai ke Rasool Allah ko Makkah chhodna pada.</w:t>
      </w:r>
      <w:r>
        <w:br/>
      </w:r>
      <w:r>
        <w:rPr>
          <w:sz w:val="20"/>
        </w:rPr>
        <w:t>1:04:37  lekin phir waqt aaya ke saare log Islam ke fold pe aa gaye</w:t>
      </w:r>
      <w:r>
        <w:br/>
      </w:r>
      <w:r>
        <w:rPr>
          <w:sz w:val="20"/>
        </w:rPr>
        <w:t>1:04:43  to qom jari rakhiye, dua karte rahiye, hikmat ke sath aur sabr ke sath dawat ka kaam kijiye.</w:t>
      </w:r>
      <w:r>
        <w:br/>
      </w:r>
      <w:r>
        <w:rPr>
          <w:sz w:val="20"/>
        </w:rPr>
        <w:t>1:04:53  yahi tareeqa pehle bhi tha, yahi tareeqa aaj bhi hai. Koi doosra doosra tareeqa koi nahi hai, na pehle koi doosra tareeqa mumkin tha, na aaj mumkin hai.</w:t>
      </w:r>
    </w:p>
    <w:p>
      <w:pPr>
        <w:pStyle w:val="Heading2"/>
      </w:pPr>
      <w:r>
        <w:t>Islam promotes duty-conscious society</w:t>
      </w:r>
    </w:p>
    <w:p>
      <w:r>
        <w:rPr>
          <w:color w:val="666666"/>
          <w:sz w:val="18"/>
        </w:rPr>
        <w:t>Human History in Light of the Creation Plan of God 11 May, 2007 - Maulana Wahiduddin Khan · 2m 08s · at 14:36 · https://youtu.be/8m_jiYlUZ0c?t=876</w:t>
      </w:r>
    </w:p>
    <w:p>
      <w:r>
        <w:rPr>
          <w:i/>
        </w:rPr>
        <w:t>“Addu ilaihim haqqahum wa sallu Allah haqqakum.”</w:t>
      </w:r>
    </w:p>
    <w:p>
      <w:r>
        <w:rPr>
          <w:sz w:val="20"/>
        </w:rPr>
        <w:t>14:36  yani authority ko baray mein farmaya hai jo authority, political authority, un ka haq un ko do aur apna jo haq hai woh Khuda se mango.</w:t>
      </w:r>
      <w:r>
        <w:br/>
      </w:r>
      <w:r>
        <w:rPr>
          <w:sz w:val="20"/>
        </w:rPr>
        <w:t>14:50  apna haq un ko do, un ka un ka right un ko do, apna right Khuda se mango. is ka matlab kya hua? ke Islam duty conscious society banana chahta hai,</w:t>
      </w:r>
      <w:r>
        <w:br/>
      </w:r>
      <w:r>
        <w:rPr>
          <w:sz w:val="20"/>
        </w:rPr>
        <w:t>15:08  right conscious society nahi. yeh kitni bari baat hai!</w:t>
      </w:r>
      <w:r>
        <w:br/>
      </w:r>
      <w:r>
        <w:rPr>
          <w:sz w:val="20"/>
        </w:rPr>
        <w:t>15:16  aaj kal kya hai? har aadmi right ki boli bolta hai: right, right, right! apna haq, haq, haq! to jab aap sab right ki wali boli bolenge to kya hoga?</w:t>
      </w:r>
      <w:r>
        <w:br/>
      </w:r>
      <w:r>
        <w:rPr>
          <w:sz w:val="20"/>
        </w:rPr>
        <w:t>15:28  takrao hoga, nafratein hongi, protest ka mizaj banega,</w:t>
      </w:r>
      <w:r>
        <w:br/>
      </w:r>
      <w:r>
        <w:rPr>
          <w:sz w:val="20"/>
        </w:rPr>
        <w:t>15:33  complaint ka mizaj banega. har ek apna right chahta hai kisi aur se, kisi aur se apna right chahta hai. to poori society jo hai, do is mein bat jaati hai: aik woh jo right khoye hue hain, aik woh jis se right lena hai.</w:t>
      </w:r>
      <w:r>
        <w:br/>
      </w:r>
      <w:r>
        <w:rPr>
          <w:sz w:val="20"/>
        </w:rPr>
        <w:t>15:48  isko</w:t>
      </w:r>
      <w:r>
        <w:br/>
      </w:r>
      <w:r>
        <w:rPr>
          <w:sz w:val="20"/>
        </w:rPr>
        <w:t>15:49  ab takrao banta hai. lekin Islam mein jo bataya gaya hai ke addu ilaihim haqqah wasallo Allah haqqakum.</w:t>
      </w:r>
      <w:r>
        <w:br/>
      </w:r>
      <w:r>
        <w:rPr>
          <w:sz w:val="20"/>
        </w:rPr>
        <w:t>15:58  yani jo tum ko nahi mila hua, is mein Khuda se mango. Khuda se mangne kya hai? apni</w:t>
      </w:r>
      <w:r>
        <w:br/>
      </w:r>
      <w:r>
        <w:rPr>
          <w:sz w:val="20"/>
        </w:rPr>
        <w:t>16:06  apni struggle par bharosa karo, apni mehnat par bharosa karo aur apna jo tum ko jo right hai towards society, towards system, us ko ada karo.</w:t>
      </w:r>
      <w:r>
        <w:br/>
      </w:r>
      <w:r>
        <w:rPr>
          <w:sz w:val="20"/>
        </w:rPr>
        <w:t>16:20  agar logon mein yeh mizaj ho</w:t>
      </w:r>
      <w:r>
        <w:br/>
      </w:r>
      <w:r>
        <w:rPr>
          <w:sz w:val="20"/>
        </w:rPr>
        <w:t>16:22  ke hamein apni duty poora karna hai aur right ke liye hamein apne aap par bharosa karna hai, to poori society ban jayegi duty conscious society.</w:t>
      </w:r>
      <w:r>
        <w:br/>
      </w:r>
      <w:r>
        <w:rPr>
          <w:sz w:val="20"/>
        </w:rPr>
        <w:t>16:33  aur duty conscious society ka naam hai healthy society. healthy society Quran majeed mein aik ayat hai:</w:t>
      </w:r>
    </w:p>
    <w:p>
      <w:pPr>
        <w:pStyle w:val="Heading2"/>
      </w:pPr>
      <w:r>
        <w:t>Suicide survivor's re-planning success</w:t>
      </w:r>
    </w:p>
    <w:p>
      <w:r>
        <w:rPr>
          <w:color w:val="666666"/>
          <w:sz w:val="18"/>
        </w:rPr>
        <w:t>Replanning | April 01, 2017 · 1m 01s · at 8:21 · https://youtu.be/pQx9iopKnEY?t=501</w:t>
      </w:r>
    </w:p>
    <w:p>
      <w:r>
        <w:rPr>
          <w:i/>
        </w:rPr>
        <w:t>“He attempted suicide, then re-planned successfully”</w:t>
      </w:r>
    </w:p>
    <w:p>
      <w:r>
        <w:rPr>
          <w:sz w:val="20"/>
        </w:rPr>
        <w:t>8:21  suiside kar liya, yani zehar kha liya.</w:t>
      </w:r>
      <w:r>
        <w:br/>
      </w:r>
      <w:r>
        <w:rPr>
          <w:sz w:val="20"/>
        </w:rPr>
        <w:t>8:27  mein ab tak mujhe yaad hai un ka ke body un ki pari hui thi, aur marne se pehle.</w:t>
      </w:r>
      <w:r>
        <w:br/>
      </w:r>
      <w:r>
        <w:rPr>
          <w:sz w:val="20"/>
        </w:rPr>
        <w:t>8:33  to lekin foran ke foran kuch koi doctor mil gaya, us ne us ko kiya kiya kiya kiya</w:t>
      </w:r>
      <w:r>
        <w:br/>
      </w:r>
      <w:r>
        <w:rPr>
          <w:sz w:val="20"/>
        </w:rPr>
        <w:t>8:39  ke wo theek ho gaya.</w:t>
      </w:r>
      <w:r>
        <w:br/>
      </w:r>
      <w:r>
        <w:rPr>
          <w:sz w:val="20"/>
        </w:rPr>
        <w:t>8:45  wohi same aadmi is ke baad kya hua hero ban gaya. Same aadmi. Aur bohat</w:t>
      </w:r>
      <w:r>
        <w:br/>
      </w:r>
      <w:r>
        <w:rPr>
          <w:sz w:val="20"/>
        </w:rPr>
        <w:t>8:51  paisah kamaya us ne.</w:t>
      </w:r>
      <w:r>
        <w:br/>
      </w:r>
      <w:r>
        <w:rPr>
          <w:sz w:val="20"/>
        </w:rPr>
        <w:t>8:54  company banai us ne.</w:t>
      </w:r>
      <w:r>
        <w:br/>
      </w:r>
      <w:r>
        <w:rPr>
          <w:sz w:val="20"/>
        </w:rPr>
        <w:t>8:58  bara ghar banaya.</w:t>
      </w:r>
      <w:r>
        <w:br/>
      </w:r>
      <w:r>
        <w:rPr>
          <w:sz w:val="20"/>
        </w:rPr>
        <w:t>9:01  aur yani har aitbar se wo taraqqi ki us ne.</w:t>
      </w:r>
      <w:r>
        <w:br/>
      </w:r>
      <w:r>
        <w:rPr>
          <w:sz w:val="20"/>
        </w:rPr>
        <w:t>9:05  apne bachon ko parhaya.</w:t>
      </w:r>
      <w:r>
        <w:br/>
      </w:r>
      <w:r>
        <w:rPr>
          <w:sz w:val="20"/>
        </w:rPr>
        <w:t>9:08  wohi same aadmi.</w:t>
      </w:r>
      <w:r>
        <w:br/>
      </w:r>
      <w:r>
        <w:rPr>
          <w:sz w:val="20"/>
        </w:rPr>
        <w:t>9:12  تو that was miracle of replanning.</w:t>
      </w:r>
      <w:r>
        <w:br/>
      </w:r>
      <w:r>
        <w:rPr>
          <w:sz w:val="20"/>
        </w:rPr>
        <w:t>9:15  to re planning ka scope itna zyada hai, itna zyada hai, itna zyada hai ke unlimited hai.</w:t>
      </w:r>
      <w:r>
        <w:br/>
      </w:r>
      <w:r>
        <w:rPr>
          <w:sz w:val="20"/>
        </w:rPr>
        <w:t>9:19  aur given ne likha hai,</w:t>
      </w:r>
    </w:p>
    <w:p>
      <w:pPr>
        <w:pStyle w:val="Heading2"/>
      </w:pPr>
      <w:r>
        <w:t>Art and novels as time waste</w:t>
      </w:r>
    </w:p>
    <w:p>
      <w:r>
        <w:rPr>
          <w:color w:val="666666"/>
          <w:sz w:val="18"/>
        </w:rPr>
        <w:t>Understanding Islam (In Conversation with Maulan) 15.5.2008 · 2m 07s · at 16:10 · https://youtu.be/0SGSOPSun0E?t=970</w:t>
      </w:r>
    </w:p>
    <w:p>
      <w:r>
        <w:rPr>
          <w:i/>
        </w:rPr>
        <w:t>“Dekhiye, is mein bahut se ulema ne kuch cheezon ko haraam bataya.”</w:t>
      </w:r>
    </w:p>
    <w:p>
      <w:r>
        <w:rPr>
          <w:sz w:val="20"/>
        </w:rPr>
        <w:t>16:10  dekhiye, is mein bohat se ulama ne kuch cheezon ko haram bataya hai. lekin mein is ko haram halaal ka masla nahi samajhta.</w:t>
      </w:r>
      <w:r>
        <w:br/>
      </w:r>
      <w:r>
        <w:rPr>
          <w:sz w:val="20"/>
        </w:rPr>
        <w:t>16:21  mein is ko distraction ka masla samajhta hoon. yani agar aap apne aap ko yani in cheezon pe lagayein to mein chahoon ga ke aap apne aap ko distract kar rahe hain.</w:t>
      </w:r>
      <w:r>
        <w:br/>
      </w:r>
      <w:r>
        <w:rPr>
          <w:sz w:val="20"/>
        </w:rPr>
        <w:t>16:37  yani distraction ka matlab yeh hai ke bare kaam se chhod kar chhote kaam mein apne aap ko laga rahe hain.</w:t>
      </w:r>
      <w:r>
        <w:br/>
      </w:r>
      <w:r>
        <w:rPr>
          <w:sz w:val="20"/>
        </w:rPr>
        <w:t>16:45  aap jo time aap ke paas hai is ka ek ek bara istemal bhi hai. to is is bare istemal ke aap lagayein to woh mere nazdeek sahi baat hai.</w:t>
      </w:r>
      <w:r>
        <w:br/>
      </w:r>
      <w:r>
        <w:rPr>
          <w:sz w:val="20"/>
        </w:rPr>
        <w:t>16:58  aur agar aap kisi chhoti cheez mein apne aap ko laga rahe hain to aap to aap apne aap ko distract kar rahe hain chhoti cheezon ki taraf. to in cheezon ke mein mein samajhta hoon ke haram halaal ka yani maamla nahi hai.</w:t>
      </w:r>
      <w:r>
        <w:br/>
      </w:r>
      <w:r>
        <w:rPr>
          <w:sz w:val="20"/>
        </w:rPr>
        <w:t>17:11  yeh distraction ka maamla hai. ab aadmi ke apne upar hai ke kya woh distraction ko afford kar sakta hai. to mein to samajhta hoon ke bhai mein to afford nahi kar sakta distraction ko.</w:t>
      </w:r>
      <w:r>
        <w:br/>
      </w:r>
      <w:r>
        <w:rPr>
          <w:sz w:val="20"/>
        </w:rPr>
        <w:t>17:22  isi liye mein novel nahi parhta. ke novel parhna koi na aisa nahi ke woh Islam mein jaiz na ho, unlawful ho novel parhna.</w:t>
      </w:r>
      <w:r>
        <w:br/>
      </w:r>
      <w:r>
        <w:rPr>
          <w:sz w:val="20"/>
        </w:rPr>
        <w:t>17:34  lekin novel parhne ke baad hai time waste karna. time waste karna. to mein time waste karoon kyun? woh subject parhoon jo is ka history parhoon, science parhoon to is se mujhe kuch mile gi,</w:t>
      </w:r>
      <w:r>
        <w:br/>
      </w:r>
      <w:r>
        <w:rPr>
          <w:sz w:val="20"/>
        </w:rPr>
        <w:t>17:50  information mile gi. lekin novel to fiction par base karta hai. yani farzi kahaniyon par. is mein kya mujhe mile ga siwaye enjoy ke?</w:t>
      </w:r>
      <w:r>
        <w:br/>
      </w:r>
      <w:r>
        <w:rPr>
          <w:sz w:val="20"/>
        </w:rPr>
        <w:t>18:03  to behal mein novel ko ya art ko koi najayez cheez nahi samajhta. lekin mein is ko samajhta hoon ke yeh time ko waste kar raha hai.</w:t>
      </w:r>
      <w:r>
        <w:br/>
      </w:r>
      <w:r>
        <w:rPr>
          <w:sz w:val="20"/>
        </w:rPr>
        <w:t>18:13  is sense mein mein samajhta hoon ke aadmi ko sochna chahiye.</w:t>
      </w:r>
    </w:p>
    <w:p>
      <w:pPr>
        <w:pStyle w:val="Heading2"/>
      </w:pPr>
      <w:r>
        <w:t>Every evil begins with complaint in the heart</w:t>
      </w:r>
    </w:p>
    <w:p>
      <w:r>
        <w:rPr>
          <w:color w:val="666666"/>
          <w:sz w:val="18"/>
        </w:rPr>
        <w:t>Lessons from My Journey to the US September 13, 2015 · 51s · at 38:09 · https://youtu.be/RgXmKX1PxQc?t=2289</w:t>
      </w:r>
    </w:p>
    <w:p>
      <w:r>
        <w:rPr>
          <w:i/>
        </w:rPr>
        <w:t>“Every evil begins with a complaint in the heart”</w:t>
      </w:r>
    </w:p>
    <w:p>
      <w:r>
        <w:rPr>
          <w:sz w:val="20"/>
        </w:rPr>
        <w:t>38:09  hai, poori dunya mein aap kaam kar sakte hain, kar sakte hain baghair kisi rok o rukawat ke. shart sirf yeh hai ke aap ke dil mein nafrat na ho, shikayat na ho, kyunke dekhiye,</w:t>
      </w:r>
      <w:r>
        <w:br/>
      </w:r>
      <w:r>
        <w:rPr>
          <w:sz w:val="20"/>
        </w:rPr>
        <w:t>38:23  har evil ka aaghaz shikayat hai, har evil ka aaghaz shikayat hai. dil mein aap ko shikayat ayegi to kya uska aaghaz hoga?</w:t>
      </w:r>
      <w:r>
        <w:br/>
      </w:r>
      <w:r>
        <w:rPr>
          <w:sz w:val="20"/>
        </w:rPr>
        <w:t>38:34  nafrat ayegi, nafrat ayegi to phir kya hoga?</w:t>
      </w:r>
      <w:r>
        <w:br/>
      </w:r>
      <w:r>
        <w:rPr>
          <w:sz w:val="20"/>
        </w:rPr>
        <w:t>38:38  ke aap sochenge ke hum maar maar ke theek karna chahiye, to phir talwar niklegi, bam banega, gun ka chal chalega, yahan tak ke ladte hue, ladte phirte rahenge, log mar jayenge, aur nateeja kuch nahin niklega.</w:t>
      </w:r>
    </w:p>
    <w:p>
      <w:pPr>
        <w:pStyle w:val="Heading2"/>
      </w:pPr>
      <w:r>
        <w:t>Surgeon's thread story: anticipate your leader's needs</w:t>
      </w:r>
    </w:p>
    <w:p>
      <w:r>
        <w:rPr>
          <w:color w:val="666666"/>
          <w:sz w:val="18"/>
        </w:rPr>
        <w:t>Between Possible and Impossible December 9, 2012 · 4m 38s · at 1:24:39 · https://youtu.be/Q0tC7obKbT8?t=5079</w:t>
      </w:r>
    </w:p>
    <w:p>
      <w:r>
        <w:rPr>
          <w:i/>
        </w:rPr>
        <w:t>“میرے بڑے بھائی کو اپینڈیسائٹس کا دورہ پڑا”</w:t>
      </w:r>
    </w:p>
    <w:p>
      <w:r>
        <w:rPr>
          <w:sz w:val="20"/>
        </w:rPr>
        <w:t>1:24:39  maulana agla sawal Dilli se hai, Maulana Farhad Ahmed Umri sahib ka. unhon ne likha hai: "aap ne likha hai ke mere saathi ko janna chahiye ke main aage kya karne wala hoon.</w:t>
      </w:r>
      <w:r>
        <w:br/>
      </w:r>
      <w:r>
        <w:rPr>
          <w:sz w:val="20"/>
        </w:rPr>
        <w:t>1:24:51  hum apne andar yeh wisdom kaise paida karein, is ka formula kya hai?" dekhiye, is par maine ek article likha tha monthly risale mein.</w:t>
      </w:r>
      <w:r>
        <w:br/>
      </w:r>
      <w:r>
        <w:rPr>
          <w:sz w:val="20"/>
        </w:rPr>
        <w:t>1:25:06  bohat pehle ki baat hai, 11948 ki shayad. main aadh umar mein tha</w:t>
      </w:r>
      <w:r>
        <w:br/>
      </w:r>
      <w:r>
        <w:rPr>
          <w:sz w:val="20"/>
        </w:rPr>
        <w:t>1:25:13  to mere baray bhai jo the, Abdul Aziz Khan, un ko appendicitis jis ko kehte hain, is ka daura pada.</w:t>
      </w:r>
      <w:r>
        <w:br/>
      </w:r>
      <w:r>
        <w:rPr>
          <w:sz w:val="20"/>
        </w:rPr>
        <w:t>1:25:24  pet mein bohat ziyada dard hota hai is se. to us waqt wahan hum logon ne doctor jo hain, wahan jo the, wahan par un ko bulaya.</w:t>
      </w:r>
      <w:r>
        <w:br/>
      </w:r>
      <w:r>
        <w:rPr>
          <w:sz w:val="20"/>
        </w:rPr>
        <w:t>1:25:35  un ka naam tha Doctor Anis. woh surgeon the woh. to unhon ne kaha ke yeh case operation ke case hai,</w:t>
      </w:r>
      <w:r>
        <w:br/>
      </w:r>
      <w:r>
        <w:rPr>
          <w:sz w:val="20"/>
        </w:rPr>
        <w:t>1:25:44  dawa ke case nahi hai yeh. is ko foran operation hona chahiye, warna hota yeh hai ke woh jo ek cheez hoti hai, appendix, woh phat jati hai. phatte hi parjan phat jata hai body mein, awaz nahi mar jata hai.</w:t>
      </w:r>
      <w:r>
        <w:br/>
      </w:r>
      <w:r>
        <w:rPr>
          <w:sz w:val="20"/>
        </w:rPr>
        <w:t>1:25:55  to is ko kaat ke nikala jata hai. to aap is ko foran le ke jayen Lucknow. to maine un se poocha, jab baat kar raha tha main un se ke aap, yani appendix ka operation to ek minor operation hai, minor, koi major nahi hai yeh.</w:t>
      </w:r>
      <w:r>
        <w:br/>
      </w:r>
      <w:r>
        <w:rPr>
          <w:sz w:val="20"/>
        </w:rPr>
        <w:t>1:26:14  abhi bhi major nahi samajhta is ko, minor samajhta hai. to maine kaha aap ek minor operation ke liye hum ko Lucknow kyun bhejte hain? yahi kar dijiye, aap surgeon hain.</w:t>
      </w:r>
      <w:r>
        <w:br/>
      </w:r>
      <w:r>
        <w:rPr>
          <w:sz w:val="20"/>
        </w:rPr>
        <w:t>1:26:26  us waqt unhon ne ek jumla kaha tha ke hum Lucknow mein nahi kar sakte. us waqt Adham ka jo hospital tha, bohat hi chhota hospital tha, ab to bada ho gaya hai woh.</w:t>
      </w:r>
      <w:r>
        <w:br/>
      </w:r>
      <w:r>
        <w:rPr>
          <w:sz w:val="20"/>
        </w:rPr>
        <w:t>1:26:39  unhon ne kaha hamare paas yahan par hand nahi hai, Adham mein hand nahi hai. to use explain karte hue unhon ne kaha ke jab hum,</w:t>
      </w:r>
      <w:r>
        <w:br/>
      </w:r>
      <w:r>
        <w:rPr>
          <w:sz w:val="20"/>
        </w:rPr>
        <w:t>1:26:48  hum ne is ka, yani is ka woh pet par nashar chala diya, pet ko phad diya, ab is ko hum ne is ko appendix ko nikal liya, ab hamein is ko dobara seena hai.</w:t>
      </w:r>
      <w:r>
        <w:br/>
      </w:r>
      <w:r>
        <w:rPr>
          <w:sz w:val="20"/>
        </w:rPr>
        <w:t>1:27:02  to is ke liye hamein thread hota hai, bohat hi khaas tarah ka thread, is se seena jata hai. to unhon ne kaha ke ab mujhe sab kaam mein kar chuka, ab mujhe is ko seena hai.</w:t>
      </w:r>
      <w:r>
        <w:br/>
      </w:r>
      <w:r>
        <w:rPr>
          <w:sz w:val="20"/>
        </w:rPr>
        <w:t>1:27:17  to mere saamne jo head, jo computer khada hua hai, is ka kaam hai ke woh mujhe thread de. to agar us ne jo thread diya, woh mota de diya aur mujhe chahiye patla,</w:t>
      </w:r>
      <w:r>
        <w:br/>
      </w:r>
      <w:r>
        <w:rPr>
          <w:sz w:val="20"/>
        </w:rPr>
        <w:t>1:27:31  to unhon ne kaha ke is waqt itna time nahi rehta ke aap kahein, arey yeh cheez chahiye de diya, patla lao. Itna time nahi hota hai, woh secondon ka maamla hota hai.</w:t>
      </w:r>
      <w:r>
        <w:br/>
      </w:r>
      <w:r>
        <w:rPr>
          <w:sz w:val="20"/>
        </w:rPr>
        <w:t>1:27:43  is ko janna chahiye ke is kaam ke liye mota thread chahiye ke patla thread chahiye.</w:t>
      </w:r>
      <w:r>
        <w:br/>
      </w:r>
      <w:r>
        <w:rPr>
          <w:sz w:val="20"/>
        </w:rPr>
        <w:t>1:27:52  to is waqt jumla unhon ne kaha tha yeh ke mere saathi ko janna chahiye ke aindah mein kya karne wala hoon. Mere saathi ko janna chahiye ke aindah mein kya karne wala hoon.</w:t>
      </w:r>
      <w:r>
        <w:br/>
      </w:r>
      <w:r>
        <w:rPr>
          <w:sz w:val="20"/>
        </w:rPr>
        <w:t>1:28:06  jo di thi yeh jo jo jo jo doctor ka maamla hai, wahi leader ka maamla hai.</w:t>
      </w:r>
      <w:r>
        <w:br/>
      </w:r>
      <w:r>
        <w:rPr>
          <w:sz w:val="20"/>
        </w:rPr>
        <w:t>1:28:11  leader, leader, leader, leader jo hota hai, saari baat kaha ja rahi hai, aisa mumkin nahi hai. Ek kaam kar raha hai, ek planning chala raha hai.</w:t>
      </w:r>
      <w:r>
        <w:br/>
      </w:r>
      <w:r>
        <w:rPr>
          <w:sz w:val="20"/>
        </w:rPr>
        <w:t>1:28:21  to yeh nahi hai ke sab kuch detail saare bata dein. Saathiyon ko janna chahiye ke jo hamare leader hain, woh aage kya karega, woh isi ke lehaz se bolein, isi ke saath lehaz se woh, yaani tayyari karein, isi ke lehaz se.</w:t>
      </w:r>
      <w:r>
        <w:br/>
      </w:r>
      <w:r>
        <w:rPr>
          <w:sz w:val="20"/>
        </w:rPr>
        <w:t>1:28:37  to mein ne likha tha woh mazmoon mein ke jis tarah doctor ko aise hand chahiye jo yeh jaane ke aindah woh kya karne wala ho, usi tarah leader ko bhi aise saathi chahiye jo yeh jaane ke aindah kya karne wala hai.</w:t>
      </w:r>
      <w:r>
        <w:br/>
      </w:r>
      <w:r>
        <w:rPr>
          <w:sz w:val="20"/>
        </w:rPr>
        <w:t>1:28:50  hamara leader nahi to kaam koi bara kaam nahi ho sakta, kyunke saari baat dekhiye, batai nahi ja sakti. Yeh mumkin hai ke saari baat hum bata dein, saari baat bata dein.</w:t>
      </w:r>
      <w:r>
        <w:br/>
      </w:r>
      <w:r>
        <w:rPr>
          <w:sz w:val="20"/>
        </w:rPr>
        <w:t>1:29:02  to saathiyon ko khud se janna padta hai.</w:t>
      </w:r>
      <w:r>
        <w:br/>
      </w:r>
      <w:r>
        <w:rPr>
          <w:sz w:val="20"/>
        </w:rPr>
        <w:t>1:29:06  You have to discover on your own nahi to phir phir kaam hi nahi hoga, koi bara kaam nahi ho sakta hai. Yeh likha tha mein ne is article mein.</w:t>
      </w:r>
    </w:p>
    <w:p>
      <w:pPr>
        <w:pStyle w:val="Heading2"/>
      </w:pPr>
      <w:r>
        <w:t>how peaceful thinking could have resolved the Palestine conflict</w:t>
      </w:r>
    </w:p>
    <w:p>
      <w:r>
        <w:rPr>
          <w:color w:val="666666"/>
          <w:sz w:val="18"/>
        </w:rPr>
        <w:t>The Message of The Prophet Muhammad April 5, 2008 · 2m 15s · at 54:32 · https://youtu.be/4Awv6yrWLBw?t=3272</w:t>
      </w:r>
    </w:p>
    <w:p>
      <w:r>
        <w:rPr>
          <w:i/>
        </w:rPr>
        <w:t>“Ek sahab ne poocha, Falasteen mein kaise peace aayegi?”</w:t>
      </w:r>
    </w:p>
    <w:p>
      <w:r>
        <w:rPr>
          <w:sz w:val="20"/>
        </w:rPr>
        <w:t>54:32  abhi kal parson mere paas ek sahib aaye the bahir ke, us ko unhone chheda ke aap bohat peace ki baat karte hain, Palestine mein kaise peace aaye gi?</w:t>
      </w:r>
      <w:r>
        <w:br/>
      </w:r>
      <w:r>
        <w:rPr>
          <w:sz w:val="20"/>
        </w:rPr>
        <w:t>54:42  to maine kaha yeh story aap aaj se nahi shuru kijiye, 1948 se shuru kijiye. aaj se shuru shuru karte hain. aap</w:t>
      </w:r>
      <w:r>
        <w:br/>
      </w:r>
      <w:r>
        <w:rPr>
          <w:sz w:val="20"/>
        </w:rPr>
        <w:t>54:50  jab koi aadmi ja ke sarak par takra kar ke apne hath paon tod le, to mujh se kahe ke bhai kya karein? bhai tum sarak pe ja ke kyun takraye? to dekhein, 1948 mein jab wahan par Balfour commission ke tehat wahan par partition kiya gaya, to one third tha UK ke paas, two third tha Musalmanon ke paas</w:t>
      </w:r>
      <w:r>
        <w:br/>
      </w:r>
      <w:r>
        <w:rPr>
          <w:sz w:val="20"/>
        </w:rPr>
        <w:t>55:13  . main samajhta hoon ke ke yeh yeh koi injustice nahi tha ke jo Jewish community diaspora mein thi, us ko unhone basne ka mauqa diya tha.</w:t>
      </w:r>
      <w:r>
        <w:br/>
      </w:r>
      <w:r>
        <w:rPr>
          <w:sz w:val="20"/>
        </w:rPr>
        <w:t>55:24  bara kiya tha? jo diaspora mein the, un ko wahan basne ka mauqa diya, one third de kar ke, aur two third unhone Arabon ko de diya, jo behtareen soil thi, jo jo sara Jerusalem aur sab kuch de diya unhone Arabon ko.</w:t>
      </w:r>
      <w:r>
        <w:br/>
      </w:r>
      <w:r>
        <w:rPr>
          <w:sz w:val="20"/>
        </w:rPr>
        <w:t>55:38  one third un ko diya.</w:t>
      </w:r>
      <w:r>
        <w:br/>
      </w:r>
      <w:r>
        <w:rPr>
          <w:sz w:val="20"/>
        </w:rPr>
        <w:t>55:40  main samajhta hoon ke ya yeh admit karna chahiye tha aap ko ke ke woh diaspora mein the, to aa ke rahein. theek hai, hamare parosi ke tareeqe se rahein, hum dono mil kar ke pressure ko taraqqi dein ge.</w:t>
      </w:r>
      <w:r>
        <w:br/>
      </w:r>
      <w:r>
        <w:rPr>
          <w:sz w:val="20"/>
        </w:rPr>
        <w:t>55:52  to yeh aap ne nahi kiya, bas larai shuru kar di. woh bahir hain, kaatein ge, sar sar bhi bilkul bahir, tum ko hum samandar mein dhakel dein ge.</w:t>
      </w:r>
      <w:r>
        <w:br/>
      </w:r>
      <w:r>
        <w:rPr>
          <w:sz w:val="20"/>
        </w:rPr>
        <w:t>56:01  yeh koi policy nahi hai, yeh koi policy nahi hai.</w:t>
      </w:r>
      <w:r>
        <w:br/>
      </w:r>
      <w:r>
        <w:rPr>
          <w:sz w:val="20"/>
        </w:rPr>
        <w:t>56:07  to ab aap jab tak yeh na maanein ke hum ne wahan ghalti ki hai, tab tak aaj ka koi koi yani koi planning aaj ke liye nahi ho sakti.</w:t>
      </w:r>
      <w:r>
        <w:br/>
      </w:r>
      <w:r>
        <w:rPr>
          <w:sz w:val="20"/>
        </w:rPr>
        <w:t>56:19  jab bhi yaad rakhiye, jab aadmi koi ghalti kare to phir agla start,</w:t>
      </w:r>
      <w:r>
        <w:br/>
      </w:r>
      <w:r>
        <w:rPr>
          <w:sz w:val="20"/>
        </w:rPr>
        <w:t>56:25  yani next start jo hai, woh hoga apni ghalti manne se. agar aap keh sakte hain ke I was wrong, tab agla start shuru hota hai. nahi to kuch nahi hoga.</w:t>
      </w:r>
      <w:r>
        <w:br/>
      </w:r>
      <w:r>
        <w:rPr>
          <w:sz w:val="20"/>
        </w:rPr>
        <w:t>56:36  main kehta hoon, kya logic thi ke woh woh log jo diaspora mein the, un ko la ke wahan basaya gaya? to is mein is mein kya harj tha? aap maan lete hain ke hamare parosi hain, yeh hum dono mil kar kaam karein ge.</w:t>
      </w:r>
    </w:p>
    <w:p>
      <w:pPr>
        <w:pStyle w:val="Heading2"/>
      </w:pPr>
      <w:r>
        <w:t>Tatfif and solution through full story</w:t>
      </w:r>
    </w:p>
    <w:p>
      <w:r>
        <w:rPr>
          <w:color w:val="666666"/>
          <w:sz w:val="18"/>
        </w:rPr>
        <w:t>Gujrat Riots | May 23, 2009 - Maulana Wahiduddin Khan · 2m 31s · at 14:33 · https://youtu.be/QO70zMFtXGY?t=873</w:t>
      </w:r>
    </w:p>
    <w:p>
      <w:r>
        <w:rPr>
          <w:i/>
        </w:rPr>
        <w:t>“They reported Gujarat by act of tatfif.”</w:t>
      </w:r>
    </w:p>
    <w:p>
      <w:r>
        <w:rPr>
          <w:sz w:val="20"/>
        </w:rPr>
        <w:t>14:33  leaders, all these reporters, all these people gave, committed this kind of crime. They reported Gujarat by act of tatfif. They gave the half, half of the story and they, and they, and they,</w:t>
      </w:r>
      <w:r>
        <w:br/>
      </w:r>
      <w:r>
        <w:rPr>
          <w:sz w:val="20"/>
        </w:rPr>
        <w:t>15:04  they avoided the half of the story. So I, I cannot afford this kind of tatfif. So I, I'm telling the full story before you. Now, what is the solution? Even today, although on the surface there is, there seems to be no problem, but underground there is</w:t>
      </w:r>
      <w:r>
        <w:br/>
      </w:r>
      <w:r>
        <w:rPr>
          <w:sz w:val="20"/>
        </w:rPr>
        <w:t>15:34  problem. Both the communities are living in suspicion in, in, in some kind hate, some kind of hate, both the communities. So if we want to normalize the situation in real sense of the word, so we have to, you have to narrate the full story, full stor</w:t>
      </w:r>
      <w:r>
        <w:br/>
      </w:r>
      <w:r>
        <w:rPr>
          <w:sz w:val="20"/>
        </w:rPr>
        <w:t>16:04  y. Without telling the full, full story, you cannot normalize the situation. We have some, there are some, um, members of our mission, these, these people have no such negative thought in Gujarat. There are, there are hundreds of people who are member of our mission</w:t>
      </w:r>
      <w:r>
        <w:br/>
      </w:r>
      <w:r>
        <w:rPr>
          <w:sz w:val="20"/>
        </w:rPr>
        <w:t>16:34  . Recently I visited Gujarat third time, so I found there, there, there are many readers of our, of our writings, our magazine. So they are completely free of that kind of hate because they know they, they have developed the objective thinking, logical thinking, scientific thinking, Islamic thinking. So</w:t>
      </w:r>
    </w:p>
    <w:p>
      <w:pPr>
        <w:pStyle w:val="Heading2"/>
      </w:pPr>
      <w:r>
        <w:t>Universal principle of avoiding israf</w:t>
      </w:r>
    </w:p>
    <w:p>
      <w:r>
        <w:rPr>
          <w:color w:val="666666"/>
          <w:sz w:val="18"/>
        </w:rPr>
        <w:t>Teachings of the Prophet (Prophetic Wisdom) · 2m 32s · at 8:18 · https://youtu.be/QLDybbFl7JM?t=498</w:t>
      </w:r>
    </w:p>
    <w:p>
      <w:r>
        <w:rPr>
          <w:i/>
        </w:rPr>
        <w:t>“Is mein kya hai? Dekhiye, ek baat ye samajh lijiye”</w:t>
      </w:r>
    </w:p>
    <w:p>
      <w:r>
        <w:rPr>
          <w:sz w:val="20"/>
        </w:rPr>
        <w:t>8:18  is mein kya hai? dekhiye, ek baat yeh samajh lijiye ke hadith mein kya tareeqa hota hai. waqeyat ko point of reference ke taur par liya jata hai, aur har baat mein koi universal aspect hota hai. yahan par aap ne wuzu ke reference mein ek baat kahi, lekin is mein ek universal aspect hai.</w:t>
      </w:r>
      <w:r>
        <w:br/>
      </w:r>
      <w:r>
        <w:rPr>
          <w:sz w:val="20"/>
        </w:rPr>
        <w:t>8:48  kisi baat ko jab training ke taur par kaha jaye to ek reference chahiye.</w:t>
      </w:r>
      <w:r>
        <w:br/>
      </w:r>
      <w:r>
        <w:rPr>
          <w:sz w:val="20"/>
        </w:rPr>
        <w:t>8:53  ek hai ke absolute ke taur par ek statement dein aap, us mein point of reference zaroorat nahi hoti.</w:t>
      </w:r>
      <w:r>
        <w:br/>
      </w:r>
      <w:r>
        <w:rPr>
          <w:sz w:val="20"/>
        </w:rPr>
        <w:t>8:58  lekin training ke liye jab aap kahein, tarbiyat ke liye kahein, zehn banane ke liye kahein, to zaroori</w:t>
      </w:r>
      <w:r>
        <w:br/>
      </w:r>
      <w:r>
        <w:rPr>
          <w:sz w:val="20"/>
        </w:rPr>
        <w:t>9:03  hai ke aap ke paas ek point of reference ho.</w:t>
      </w:r>
      <w:r>
        <w:br/>
      </w:r>
      <w:r>
        <w:rPr>
          <w:sz w:val="20"/>
        </w:rPr>
        <w:t>9:08  kyunke tabhi to mind address hoga.</w:t>
      </w:r>
      <w:r>
        <w:br/>
      </w:r>
      <w:r>
        <w:rPr>
          <w:sz w:val="20"/>
        </w:rPr>
        <w:t>9:14  absolute ke taur par jab kahein ge aap, to mind address nahi hoga.</w:t>
      </w:r>
      <w:r>
        <w:br/>
      </w:r>
      <w:r>
        <w:rPr>
          <w:sz w:val="20"/>
        </w:rPr>
        <w:t>9:19  to yahan par dekhiye, wuzu karne ke muamle ko aap ne point of reference ke taur par istemal</w:t>
      </w:r>
      <w:r>
        <w:br/>
      </w:r>
      <w:r>
        <w:rPr>
          <w:sz w:val="20"/>
        </w:rPr>
        <w:t>9:23  kiya, aur ek general baat batai.</w:t>
      </w:r>
      <w:r>
        <w:br/>
      </w:r>
      <w:r>
        <w:rPr>
          <w:sz w:val="20"/>
        </w:rPr>
        <w:t>9:27  woh kya hai? zindagi mein israf se bachna.</w:t>
      </w:r>
      <w:r>
        <w:br/>
      </w:r>
      <w:r>
        <w:rPr>
          <w:sz w:val="20"/>
        </w:rPr>
        <w:t>9:32  israf kehte hain ziyadati ko.</w:t>
      </w:r>
      <w:r>
        <w:br/>
      </w:r>
      <w:r>
        <w:rPr>
          <w:sz w:val="20"/>
        </w:rPr>
        <w:t>9:36  to kisi bhi cheez mein ziyadati.</w:t>
      </w:r>
      <w:r>
        <w:br/>
      </w:r>
      <w:r>
        <w:rPr>
          <w:sz w:val="20"/>
        </w:rPr>
        <w:t>9:40  wuzu ka pani istemal karne mein bhi ziyadati se bachna hai.</w:t>
      </w:r>
      <w:r>
        <w:br/>
      </w:r>
      <w:r>
        <w:rPr>
          <w:sz w:val="20"/>
        </w:rPr>
        <w:t>9:44  aur poori zindagi</w:t>
      </w:r>
      <w:r>
        <w:br/>
      </w:r>
      <w:r>
        <w:rPr>
          <w:sz w:val="20"/>
        </w:rPr>
        <w:t>9:49  mein jo bhi muamlaat hote hain, sab mein israf se bachna hai.</w:t>
      </w:r>
      <w:r>
        <w:br/>
      </w:r>
      <w:r>
        <w:rPr>
          <w:sz w:val="20"/>
        </w:rPr>
        <w:t>9:55  chahe khana peena ho, chahe furniture ho, chahe ghar banana ho, chahe koi function karna ho, har jagah</w:t>
      </w:r>
      <w:r>
        <w:br/>
      </w:r>
      <w:r>
        <w:rPr>
          <w:sz w:val="20"/>
        </w:rPr>
        <w:t>10:01  israf ka muamla hai.</w:t>
      </w:r>
      <w:r>
        <w:br/>
      </w:r>
      <w:r>
        <w:rPr>
          <w:sz w:val="20"/>
        </w:rPr>
        <w:t>10:07  to israf ek principle hai Islam ke mutabiq zindagi ka.</w:t>
      </w:r>
      <w:r>
        <w:br/>
      </w:r>
      <w:r>
        <w:rPr>
          <w:sz w:val="20"/>
        </w:rPr>
        <w:t>10:14  hamesha economy bartna, hamesha kifayat shiyari bartna</w:t>
      </w:r>
      <w:r>
        <w:br/>
      </w:r>
      <w:r>
        <w:rPr>
          <w:sz w:val="20"/>
        </w:rPr>
        <w:t>10:20  hamesha ehtiyat ke sath mamla karna. aur yeh taluq sirf pani se nahi hai. yeh taluq sirf paise se nahi hai. paise se, time se, aap ki tawajjah se, har cheez se hai. jo kuch bhi Khuda ne aap ko diya hai, aap ko Khuda ne time diya hai, aap ko Khuda ne paisa diya hai, jo kuch bhi diya hai, aap ko muscle power diya hai, aap ko health diya hai, to har</w:t>
      </w:r>
    </w:p>
    <w:p>
      <w:pPr>
        <w:pStyle w:val="Heading2"/>
      </w:pPr>
      <w:r>
        <w:t>Maulana's own bias about Turkey shattered by facts</w:t>
      </w:r>
    </w:p>
    <w:p>
      <w:r>
        <w:rPr>
          <w:color w:val="666666"/>
          <w:sz w:val="18"/>
        </w:rPr>
        <w:t>Building A Creative Personality | 20 Nov 2011 · 4m 32s · at 42:56 · https://youtu.be/jdfhpwfEvKg?t=2576</w:t>
      </w:r>
    </w:p>
    <w:p>
      <w:r>
        <w:rPr>
          <w:i/>
        </w:rPr>
        <w:t>“I myself was negative about Turkey because of Kemal Ataturk.”</w:t>
      </w:r>
    </w:p>
    <w:p>
      <w:r>
        <w:rPr>
          <w:sz w:val="20"/>
        </w:rPr>
        <w:t>42:56  creative thinking hi nahi hai. soch nahi pate, woh soch hi nahi paate. main khud aap ko apne bare mein arz karoon ke main apna ek tajurba yeh jo turkey se yeh aaya mere pas to yeh meri ek discovery thi. yeh kyun? main bhi isi duniya mein padha padha bada hoon, isi madarse mein padha hai maine. to taleem ke zamane se</w:t>
      </w:r>
      <w:r>
        <w:br/>
      </w:r>
      <w:r>
        <w:rPr>
          <w:sz w:val="20"/>
        </w:rPr>
        <w:t>43:26  mein negative tha turkey ke baray mein kyunke beesween sadi ke aaghaz mein jo kamal tha turk ko</w:t>
      </w:r>
      <w:r>
        <w:br/>
      </w:r>
      <w:r>
        <w:rPr>
          <w:sz w:val="20"/>
        </w:rPr>
        <w:t>43:31  wahan power mil gaya to woh thay secular aadmi, bilkul hi secular aadmi thay.</w:t>
      </w:r>
      <w:r>
        <w:br/>
      </w:r>
      <w:r>
        <w:rPr>
          <w:sz w:val="20"/>
        </w:rPr>
        <w:t>43:36  unhon ne bohat sari tabdeeliyaan wahan keen.</w:t>
      </w:r>
      <w:r>
        <w:br/>
      </w:r>
      <w:r>
        <w:rPr>
          <w:sz w:val="20"/>
        </w:rPr>
        <w:t>43:41  misal ke taur par unhon ne turki zaban jo likhi aati thi arabic script mein, us ko english</w:t>
      </w:r>
      <w:r>
        <w:br/>
      </w:r>
      <w:r>
        <w:rPr>
          <w:sz w:val="20"/>
        </w:rPr>
        <w:t>43:46  script mein kar diya.</w:t>
      </w:r>
      <w:r>
        <w:br/>
      </w:r>
      <w:r>
        <w:rPr>
          <w:sz w:val="20"/>
        </w:rPr>
        <w:t>43:51  unhon ne is tarah ke bohat sare cultural changes ke, unhon</w:t>
      </w:r>
      <w:r>
        <w:br/>
      </w:r>
      <w:r>
        <w:rPr>
          <w:sz w:val="20"/>
        </w:rPr>
        <w:t>43:56  ne aur ulama ko, unhon ne ulama ko yani darja bohat ghataya aur bohat se mazhabi mamlaat aur</w:t>
      </w:r>
      <w:r>
        <w:br/>
      </w:r>
      <w:r>
        <w:rPr>
          <w:sz w:val="20"/>
        </w:rPr>
        <w:t>44:02  bohat sara unhon ne aisi cheezein keen jis se logon ko shikayatein ho'een.</w:t>
      </w:r>
      <w:r>
        <w:br/>
      </w:r>
      <w:r>
        <w:rPr>
          <w:sz w:val="20"/>
        </w:rPr>
        <w:t>44:08  to gharaaz ek hum ne woh kitabein padhi theen jis mein yeh ta'assur diya gaya tha ke kamal</w:t>
      </w:r>
      <w:r>
        <w:br/>
      </w:r>
      <w:r>
        <w:rPr>
          <w:sz w:val="20"/>
        </w:rPr>
        <w:t>44:14  atar ke sath dushman aadmi hain, kamal atar turk aur us ke sath hi sath islam dushman aadmi hain.</w:t>
      </w:r>
      <w:r>
        <w:br/>
      </w:r>
      <w:r>
        <w:rPr>
          <w:sz w:val="20"/>
        </w:rPr>
        <w:t>44:20  yeh saare madrasay ke log abhi bhi yahi samajhte hain.</w:t>
      </w:r>
      <w:r>
        <w:br/>
      </w:r>
      <w:r>
        <w:rPr>
          <w:sz w:val="20"/>
        </w:rPr>
        <w:t>44:26  aap kisi madrasay mein jaiye aur kamal turk ka naam lije, kahenge woh to islam dushman aadmi tha.</w:t>
      </w:r>
      <w:r>
        <w:br/>
      </w:r>
      <w:r>
        <w:rPr>
          <w:sz w:val="20"/>
        </w:rPr>
        <w:t>44:31  woh abhi bhi us waqt bhi.</w:t>
      </w:r>
      <w:r>
        <w:br/>
      </w:r>
      <w:r>
        <w:rPr>
          <w:sz w:val="20"/>
        </w:rPr>
        <w:t>44:36  ab mein abhi abhi yani is tajrube se pehle bakhud bhi isi mein mubtala tha lekin jo hamare</w:t>
      </w:r>
      <w:r>
        <w:br/>
      </w:r>
      <w:r>
        <w:rPr>
          <w:sz w:val="20"/>
        </w:rPr>
        <w:t>44:41  saathi wahan gaye, wahan ja kar dekha, unhon ne jo bataya to maloom hua ke kamal turk aur</w:t>
      </w:r>
      <w:r>
        <w:br/>
      </w:r>
      <w:r>
        <w:rPr>
          <w:sz w:val="20"/>
        </w:rPr>
        <w:t>44:46  is ke saathi jo thay, woh islam dushman nahi thay.</w:t>
      </w:r>
      <w:r>
        <w:br/>
      </w:r>
      <w:r>
        <w:rPr>
          <w:sz w:val="20"/>
        </w:rPr>
        <w:t>44:51  woh yani woh nai tar</w:t>
      </w:r>
      <w:r>
        <w:br/>
      </w:r>
      <w:r>
        <w:rPr>
          <w:sz w:val="20"/>
        </w:rPr>
        <w:t>44:56  qiyon ko chala lana chahte the turkey mein kyunke khilafat ke zamane mein bilkul wahan traditional cheez har cheez hua karti thi aur modern tarqiyan western civilization wahan dakhil nahi ho pati theen. to us ko us dhanche ko unhone tod diya, unhone aur unhone jo tarqiyan ho rahi theen europe mein, us ko dakhil kiya turkey mein. aur ab us waqt turkey jo hai, ek bahut hi develop country hai, bahut hi</w:t>
      </w:r>
      <w:r>
        <w:br/>
      </w:r>
      <w:r>
        <w:rPr>
          <w:sz w:val="20"/>
        </w:rPr>
        <w:t>45:26  aala darjay ki sarkain, aala darjay ka yani bijli ka nizam, telephone ka nizam, industry aala darjay</w:t>
      </w:r>
      <w:r>
        <w:br/>
      </w:r>
      <w:r>
        <w:rPr>
          <w:sz w:val="20"/>
        </w:rPr>
        <w:t>45:34  ki, printing ka bohat acha nizam yani bohat hi aala darjay ka develop country hai woh yani secular sense mein.</w:t>
      </w:r>
      <w:r>
        <w:br/>
      </w:r>
      <w:r>
        <w:rPr>
          <w:sz w:val="20"/>
        </w:rPr>
        <w:t>45:41  ab hum, mein khud hi is mamle mein negative tha kyunke mein wahan ke wahan ke airport se</w:t>
      </w:r>
      <w:r>
        <w:br/>
      </w:r>
      <w:r>
        <w:rPr>
          <w:sz w:val="20"/>
        </w:rPr>
        <w:t>45:49  guzra hoon lekin khud turki shehar mein, turki mulk mein kabhi gaya nahi tha mein.</w:t>
      </w:r>
      <w:r>
        <w:br/>
      </w:r>
      <w:r>
        <w:rPr>
          <w:sz w:val="20"/>
        </w:rPr>
        <w:t>45:56  to mein ne socha tha ke mere zehen mein yeh tha ke airport to bana diya unhon ne</w:t>
      </w:r>
      <w:r>
        <w:br/>
      </w:r>
      <w:r>
        <w:rPr>
          <w:sz w:val="20"/>
        </w:rPr>
        <w:t>46:02  lekin andar turki jo hai, bilkul kharab halaat mein hoga.</w:t>
      </w:r>
      <w:r>
        <w:br/>
      </w:r>
      <w:r>
        <w:rPr>
          <w:sz w:val="20"/>
        </w:rPr>
        <w:t>46:08  lekin ab jo hamare saathi wahan gaye, doctor sana hussain sahib aur doosre log, to unhon ne bataya</w:t>
      </w:r>
      <w:r>
        <w:br/>
      </w:r>
      <w:r>
        <w:rPr>
          <w:sz w:val="20"/>
        </w:rPr>
        <w:t>46:15  ke wahan par to zabardast taraqqiyan hui hain.</w:t>
      </w:r>
      <w:r>
        <w:br/>
      </w:r>
      <w:r>
        <w:rPr>
          <w:sz w:val="20"/>
        </w:rPr>
        <w:t>46:21  tab meri aankh khul gayi to mein ne alag kiya yani ata turk ki tehreek ka ek pehlu hai ke</w:t>
      </w:r>
      <w:r>
        <w:br/>
      </w:r>
      <w:r>
        <w:rPr>
          <w:sz w:val="20"/>
        </w:rPr>
        <w:t>46:27  traditional culture ko unhon ne khatam kiya wahan par.</w:t>
      </w:r>
      <w:r>
        <w:br/>
      </w:r>
      <w:r>
        <w:rPr>
          <w:sz w:val="20"/>
        </w:rPr>
        <w:t>46:32  doosra pehlu yeh hai ke technology aur science ko taraqqi di unhon ne, wahan develop kiya unhon ne</w:t>
      </w:r>
      <w:r>
        <w:br/>
      </w:r>
      <w:r>
        <w:rPr>
          <w:sz w:val="20"/>
        </w:rPr>
        <w:t>46:37  apne shehron ko.</w:t>
      </w:r>
      <w:r>
        <w:br/>
      </w:r>
      <w:r>
        <w:rPr>
          <w:sz w:val="20"/>
        </w:rPr>
        <w:t>46:42  ek doosra pehlu yeh to doosra pehlu hum ko bataya nahi gaya tha madrasay mein.</w:t>
      </w:r>
      <w:r>
        <w:br/>
      </w:r>
      <w:r>
        <w:rPr>
          <w:sz w:val="20"/>
        </w:rPr>
        <w:t>46:47  hamare jo is daur mein jo kitabein padhein, mein ne jo mazameen padhta tha, mein doosra pehlu is</w:t>
      </w:r>
      <w:r>
        <w:br/>
      </w:r>
      <w:r>
        <w:rPr>
          <w:sz w:val="20"/>
        </w:rPr>
        <w:t>46:52  mein nahi hota tha, woh sirf ek hi pehlu hota tha.</w:t>
      </w:r>
      <w:r>
        <w:br/>
      </w:r>
      <w:r>
        <w:rPr>
          <w:sz w:val="20"/>
        </w:rPr>
        <w:t>46:58  to ab meri aankh khuli to maloom hua ke turki to bohat taraqqi yafta mulk hai, develop country hai.</w:t>
      </w:r>
      <w:r>
        <w:br/>
      </w:r>
      <w:r>
        <w:rPr>
          <w:sz w:val="20"/>
        </w:rPr>
        <w:t>47:05  to yeh aap samajh sakte hain ke mera jaisa aadmi bhi kehta hoon yani yani mera mere jaisa</w:t>
      </w:r>
      <w:r>
        <w:br/>
      </w:r>
      <w:r>
        <w:rPr>
          <w:sz w:val="20"/>
        </w:rPr>
        <w:t>47:13  aadmi bhi kehta tha shikar banta hai in in provonto ka jabke mein bohat hi apne ko samajhta</w:t>
      </w:r>
      <w:r>
        <w:br/>
      </w:r>
      <w:r>
        <w:rPr>
          <w:sz w:val="20"/>
        </w:rPr>
        <w:t>47:21  hoon ke mein bohat hi yani</w:t>
      </w:r>
    </w:p>
    <w:p>
      <w:pPr>
        <w:pStyle w:val="Heading2"/>
      </w:pPr>
      <w:r>
        <w:t>Complaining man confronted with his own success</w:t>
      </w:r>
    </w:p>
    <w:p>
      <w:r>
        <w:rPr>
          <w:color w:val="666666"/>
          <w:sz w:val="18"/>
        </w:rPr>
        <w:t>Modern Age June 9, 2019 Maulana Wahiduddin Khan · 1m 12s · at 29:21 · https://youtu.be/7mjCvAvHEdA?t=1761</w:t>
      </w:r>
    </w:p>
    <w:p>
      <w:r>
        <w:rPr>
          <w:i/>
        </w:rPr>
        <w:t>“Misal ke taur par main ek qissa sunata hoon apna”</w:t>
      </w:r>
    </w:p>
    <w:p>
      <w:r>
        <w:rPr>
          <w:sz w:val="20"/>
        </w:rPr>
        <w:t>29:21  misal ke taur par main aik qissa batata hoon apna, yani Delhi ka. Aik sahib mere paas aaye, woh bari gaari mein aaye thay, nayi car mein aaye thay aur shandar suit boot pehne hue thay.</w:t>
      </w:r>
      <w:r>
        <w:br/>
      </w:r>
      <w:r>
        <w:rPr>
          <w:sz w:val="20"/>
        </w:rPr>
        <w:t>29:37  Ab mere office mein aaye, yahi Delhi mein, to lagay shikayat karne discrimination ki ke India mein zulm hota hai, insaan mein discrimination hota hai, India mein hum ko hamare khilaf sazish ki jati hai.</w:t>
      </w:r>
      <w:r>
        <w:br/>
      </w:r>
      <w:r>
        <w:rPr>
          <w:sz w:val="20"/>
        </w:rPr>
        <w:t>29:54  to mein ne un se poocha ke aap aik bohat hi mehngi car par baith kar aaye hain, yeh car aap ko kahan se mili hai?</w:t>
      </w:r>
      <w:r>
        <w:br/>
      </w:r>
      <w:r>
        <w:rPr>
          <w:sz w:val="20"/>
        </w:rPr>
        <w:t>30:05  isi mulk mein pai aap ne? to isi mulk mein jahan aap keh rahe hain ke hamare khilaf saazish ho rahi hai, aap kaise kamyab ho gaye ke aap acha business karen aur bari car hasil kar len?</w:t>
      </w:r>
      <w:r>
        <w:br/>
      </w:r>
      <w:r>
        <w:rPr>
          <w:sz w:val="20"/>
        </w:rPr>
        <w:t>30:22  to woh chup ho gaye.</w:t>
      </w:r>
      <w:r>
        <w:br/>
      </w:r>
      <w:r>
        <w:rPr>
          <w:sz w:val="20"/>
        </w:rPr>
        <w:t>30:26  to masla yeh nahi hai ke zulm hai, saazish hai, masla yeh hai ke hum</w:t>
      </w:r>
    </w:p>
    <w:p>
      <w:pPr>
        <w:pStyle w:val="Heading2"/>
      </w:pPr>
      <w:r>
        <w:t>Identity crisis: guest without host</w:t>
      </w:r>
    </w:p>
    <w:p>
      <w:r>
        <w:rPr>
          <w:color w:val="666666"/>
          <w:sz w:val="18"/>
        </w:rPr>
        <w:t>The Concept of Spirituality in Islam June 11, 2006 Maulana Wahiduddin Khan · 23s · at 10:18 · https://youtu.be/gOH7-AdTeMQ?t=618</w:t>
      </w:r>
    </w:p>
    <w:p>
      <w:r>
        <w:rPr>
          <w:i/>
        </w:rPr>
        <w:t>“I am a guest who cannot find the host.”</w:t>
      </w:r>
    </w:p>
    <w:p>
      <w:r>
        <w:rPr>
          <w:sz w:val="20"/>
        </w:rPr>
        <w:t>10:18  "mujhe bula ke yahan aap chhup gaya koi,</w:t>
      </w:r>
      <w:r>
        <w:br/>
      </w:r>
      <w:r>
        <w:rPr>
          <w:sz w:val="20"/>
        </w:rPr>
        <w:t>10:25  woh mehman hoon jise mezban nahi milta." mujhe bula ke yahan aap chhup gaya koi, woh mehman hoon jise mezban nahi milta.</w:t>
      </w:r>
    </w:p>
    <w:p>
      <w:pPr>
        <w:pStyle w:val="Heading2"/>
      </w:pPr>
      <w:r>
        <w:t>Learn the art of silent thinking</w:t>
      </w:r>
    </w:p>
    <w:p>
      <w:r>
        <w:rPr>
          <w:color w:val="666666"/>
          <w:sz w:val="18"/>
        </w:rPr>
        <w:t>The Value of Silence | April 21, 2018 · 30s · at 15:42 · https://youtu.be/eVOJ7dheeB8?t=942</w:t>
      </w:r>
    </w:p>
    <w:p>
      <w:r>
        <w:rPr>
          <w:i/>
        </w:rPr>
        <w:t>“تو میں چاہتا ہوں کہ آپ لوگ اس آرٹ کو بھی سیکھیں”</w:t>
      </w:r>
    </w:p>
    <w:p>
      <w:r>
        <w:rPr>
          <w:sz w:val="20"/>
        </w:rPr>
        <w:t>15:42  chup reh kar sochna, chup ho kar Allah ko yaad karna, chup ho kar Quran ke bare mein ghor karna. To main dua karta hoon aap sab logon ke liye ke aap ke andar ke aap chup ki value ko samjhein, jo Hazrat Ibrahim, Hazrat Ibrahim, Hazrat Hazrat Maryam se aap ko mushabihat ho j</w:t>
      </w:r>
    </w:p>
    <w:p>
      <w:pPr>
        <w:pStyle w:val="Heading2"/>
      </w:pPr>
      <w:r>
        <w:t>Abandon negative thinking</w:t>
      </w:r>
    </w:p>
    <w:p>
      <w:r>
        <w:rPr>
          <w:color w:val="666666"/>
          <w:sz w:val="18"/>
        </w:rPr>
        <w:t>On World Religion Diversity not Dissension I March 9, 2013 · 19s · at 1:18:39 · https://youtu.be/TyMv28ALMHk?t=4719</w:t>
      </w:r>
    </w:p>
    <w:p>
      <w:r>
        <w:rPr>
          <w:i/>
        </w:rPr>
        <w:t>“And I can say that unless Muslims abandon”</w:t>
      </w:r>
    </w:p>
    <w:p>
      <w:r>
        <w:rPr>
          <w:sz w:val="20"/>
        </w:rPr>
        <w:t>1:18:39  And I can say that unless Muslims abandon this kind of thinking, they cannot progress.</w:t>
      </w:r>
      <w:r>
        <w:br/>
      </w:r>
      <w:r>
        <w:rPr>
          <w:sz w:val="20"/>
        </w:rPr>
        <w:t>1:18:58  So to take on a self-critical posture towards my own Christian faith in the way in which it</w:t>
      </w:r>
    </w:p>
    <w:p>
      <w:pPr>
        <w:pStyle w:val="Heading2"/>
      </w:pPr>
      <w:r>
        <w:t>Price of strong personality: avoid distraction, plan life</w:t>
      </w:r>
    </w:p>
    <w:p>
      <w:r>
        <w:rPr>
          <w:color w:val="666666"/>
          <w:sz w:val="18"/>
        </w:rPr>
        <w:t>Q&amp;A 29 Mar 2009 Maulana Wahiduddin Khan · 5m 31s · at 0:45 · https://youtu.be/pr358S6nndo?t=45</w:t>
      </w:r>
    </w:p>
    <w:p>
      <w:r>
        <w:rPr>
          <w:i/>
        </w:rPr>
        <w:t>“इसकी तमन्ना मत कीजिए, जो है उसी को चलने दीजिए”</w:t>
      </w:r>
    </w:p>
    <w:p>
      <w:r>
        <w:rPr>
          <w:sz w:val="20"/>
        </w:rPr>
        <w:t>0:45  iski tamanna mat kijiye, jo hai usi ko chalne dijiye. Aur agar aap tamanna karte hain to uski price dijiye. Maine bar bar kaha hai ki dekhiye, sabse bada jo reason hai</w:t>
      </w:r>
      <w:r>
        <w:br/>
      </w:r>
      <w:r>
        <w:rPr>
          <w:sz w:val="20"/>
        </w:rPr>
        <w:t>1:01  wah hai distraction. Sare log distraction mein jeete hain. Kisi ko uski family distract kar rahi hai, kisi ko shopping mein distract ho raha hai,</w:t>
      </w:r>
      <w:r>
        <w:br/>
      </w:r>
      <w:r>
        <w:rPr>
          <w:sz w:val="20"/>
        </w:rPr>
        <w:t>1:16  koi TV ho raha hai.</w:t>
      </w:r>
      <w:r>
        <w:br/>
      </w:r>
      <w:r>
        <w:rPr>
          <w:sz w:val="20"/>
        </w:rPr>
        <w:t>1:19  Every moment we live in distractions.</w:t>
      </w:r>
      <w:r>
        <w:br/>
      </w:r>
      <w:r>
        <w:rPr>
          <w:sz w:val="20"/>
        </w:rPr>
        <w:t>1:26  sabse bada reason jo hai wo distraction hai.</w:t>
      </w:r>
      <w:r>
        <w:br/>
      </w:r>
      <w:r>
        <w:rPr>
          <w:sz w:val="20"/>
        </w:rPr>
        <w:t>1:33  to aap agar chahte hain strong personality banana, to ye kijiye.</w:t>
      </w:r>
      <w:r>
        <w:br/>
      </w:r>
      <w:r>
        <w:rPr>
          <w:sz w:val="20"/>
        </w:rPr>
        <w:t>1:43  ek sahab isse pehle aaye, ab wo kuch suna unhone, us par jaane lage. Maine kaha, kyon ja rahe hain bhai? Kya meri family aayi hui hai to unke lunch mein shareek hona hai?</w:t>
      </w:r>
      <w:r>
        <w:br/>
      </w:r>
      <w:r>
        <w:rPr>
          <w:sz w:val="20"/>
        </w:rPr>
        <w:t>1:58  ye koi koi reason hai? ye</w:t>
      </w:r>
      <w:r>
        <w:br/>
      </w:r>
      <w:r>
        <w:rPr>
          <w:sz w:val="20"/>
        </w:rPr>
        <w:t>2:01  bahar bazaar lunch hai, bahar bazaar family.</w:t>
      </w:r>
      <w:r>
        <w:br/>
      </w:r>
      <w:r>
        <w:rPr>
          <w:sz w:val="20"/>
        </w:rPr>
        <w:t>2:07  mera to yahi nazariya hai. Aapne kyon nahi kaha ki tum log kha lena, main thodi der mein aaunga? bilkul, simply si baat hai.</w:t>
      </w:r>
      <w:r>
        <w:br/>
      </w:r>
      <w:r>
        <w:rPr>
          <w:sz w:val="20"/>
        </w:rPr>
        <w:t>2:18  to har waqt log distraction mein jeete hain. Har waqt mobile liye rehte hain. baj raha hai, ghar se kaam par laga liya. to mobile is source of distraction. Family, TV, shopping</w:t>
      </w:r>
      <w:r>
        <w:br/>
      </w:r>
      <w:r>
        <w:rPr>
          <w:sz w:val="20"/>
        </w:rPr>
        <w:t>2:36  aur khane, log koi simple simplicity ko lene ko taiyar nahi hain. Simple food, simple furniture, simple ghar, simple dress, koi taiyar nahi hai uske liye hota.</w:t>
      </w:r>
      <w:r>
        <w:br/>
      </w:r>
      <w:r>
        <w:rPr>
          <w:sz w:val="20"/>
        </w:rPr>
        <w:t>2:53  to main yahi kahunga ki ya to uski price dijiye ya phir uski baat hi karna chhod dijiye. Aur main poore apne experience ko lete hue kahunga ki sabse bada jo killer hai, killer</w:t>
      </w:r>
      <w:r>
        <w:br/>
      </w:r>
      <w:r>
        <w:rPr>
          <w:sz w:val="20"/>
        </w:rPr>
        <w:t>3:09  wah hai distraction. Hum sabke liye sabse bada killer. to subah shaam aap sochiye ki aaj main kin cheezon ne mujhe distract kiya. Distraction ka matlab hota hai tawajjoh ka hat jana.</w:t>
      </w:r>
      <w:r>
        <w:br/>
      </w:r>
      <w:r>
        <w:rPr>
          <w:sz w:val="20"/>
        </w:rPr>
        <w:t>3:29  bar bar logon ki tawajjoh hat ti rehti hai kisi bhi cheez se. Kabhi idhar, kabhi udhar, kabhi idhar, kabhi udhar. to aap yahan se chale jaane ke liye Faridabad, aur har waqt aap idhar udhar, yani aapko sab derail hota rahe, to aap shayad shaam tak bhi nahi pahunchenge.</w:t>
      </w:r>
      <w:r>
        <w:br/>
      </w:r>
      <w:r>
        <w:rPr>
          <w:sz w:val="20"/>
        </w:rPr>
        <w:t>3:53  Distraction means derailment. Jab aap distract hote hain to aapne apne aap ko derail kiya, practice hat gayi. to time bhi gaya, energy bhi gayi, maqsad bhi hasil nahi hua.</w:t>
      </w:r>
      <w:r>
        <w:br/>
      </w:r>
      <w:r>
        <w:rPr>
          <w:sz w:val="20"/>
        </w:rPr>
        <w:t>4:14  aaj main padh raha tha akhbar mein ek bahut hi mashhoor film star ki kahani. Main har cheez padhta hoon. to usko India ke sabse zyada mehngi film star mein se gina jata hai.</w:t>
      </w:r>
      <w:r>
        <w:br/>
      </w:r>
      <w:r>
        <w:rPr>
          <w:sz w:val="20"/>
        </w:rPr>
        <w:t>4:34  to add ke liye ek koi add dena tha, to uske liye wo 6 crore rupya uska contract hua. to kisi ne poocha ki itna itna paisa tum leti ho ki ek add ke liye 6 crore rupya, aisi kitna tum kamati hogi?</w:t>
      </w:r>
      <w:r>
        <w:br/>
      </w:r>
      <w:r>
        <w:rPr>
          <w:sz w:val="20"/>
        </w:rPr>
        <w:t>4:52  to kya karti ho us paison ko? kya karogi?</w:t>
      </w:r>
      <w:r>
        <w:br/>
      </w:r>
      <w:r>
        <w:rPr>
          <w:sz w:val="20"/>
        </w:rPr>
        <w:t>4:56  aaj padh lijiye, aaj hi ke paper mein. Tune kaha ki mujhe Greece mein ek ghar lena hai, Yunan mein. Yunan jo hai, Europe ka ek bahut hi, yani beautiful country hai. Wahan bahut bahut nature hai. Wahan par</w:t>
      </w:r>
      <w:r>
        <w:br/>
      </w:r>
      <w:r>
        <w:rPr>
          <w:sz w:val="20"/>
        </w:rPr>
        <w:t>5:12  to wahan par mujhe ghar lena hai. Usi mein poocha jab interview ne, to usne bataya ki maine Bombay mein ek naya ghar khareeda hai, lekin abhi tak usmein rehna mujhe nahi mila kyunki meri zindagi guzarti hai studio mein. Aap gaur kijiye ki ek ghar uske paas already hai, usmein reh nahi pa rahi hai kyunki studio mein usko rehna padta hai.</w:t>
      </w:r>
      <w:r>
        <w:br/>
      </w:r>
      <w:r>
        <w:rPr>
          <w:sz w:val="20"/>
        </w:rPr>
        <w:t>5:34  to Greece mein ghar lena hai usko.</w:t>
      </w:r>
      <w:r>
        <w:br/>
      </w:r>
      <w:r>
        <w:rPr>
          <w:sz w:val="20"/>
        </w:rPr>
        <w:t>5:40  to iske liye paisa kamana hai, paisa kamana hai, paisa kamana hai. Aisa paisa jiska koi use nahi, jiska koi istemal nahi. to yaad rakhiye ki is duniya mein sabse bada killer jo hai, killer yahi hai ki aadmi bagair planning ke sirf</w:t>
      </w:r>
      <w:r>
        <w:br/>
      </w:r>
      <w:r>
        <w:rPr>
          <w:sz w:val="20"/>
        </w:rPr>
        <w:t>5:57  desire, sentiment, emotion ke saath chalta rehta hai. to aap apni zindagi ko plan way mein bitaiye aur uske baad uska result hoga strong personality.</w:t>
      </w:r>
    </w:p>
    <w:p>
      <w:pPr>
        <w:pStyle w:val="Heading2"/>
      </w:pPr>
      <w:r>
        <w:t>Partition leaders accepted truncated outcomes for Kashmir</w:t>
      </w:r>
    </w:p>
    <w:p>
      <w:r>
        <w:rPr>
          <w:color w:val="666666"/>
          <w:sz w:val="18"/>
        </w:rPr>
        <w:t>Respectful Settlement August 19, 2007 · 5m 28s · at 13:52 · https://youtu.be/y9rTlBkoP6I?t=832</w:t>
      </w:r>
    </w:p>
    <w:p>
      <w:r>
        <w:rPr>
          <w:i/>
        </w:rPr>
        <w:t>“Ab main aap ko misaal deta hoon partition ke waqt”</w:t>
      </w:r>
    </w:p>
    <w:p>
      <w:r>
        <w:rPr>
          <w:sz w:val="20"/>
        </w:rPr>
        <w:t>13:52  ab main aap ko misaal deta hoon partition ke waqt. Teen party thi, Britishers aur Congress aur Muslim League jis ke leader the Mr. Muhammad Ali Jinnah.</w:t>
      </w:r>
      <w:r>
        <w:br/>
      </w:r>
      <w:r>
        <w:rPr>
          <w:sz w:val="20"/>
        </w:rPr>
        <w:t>14:10  aap ko maloom hai ke jab Mr. Muhammad Ali Jinnah ka jo dream tha us mein jo Pakistan tha un ke zehan mein is mein poora Punjab tha.</w:t>
      </w:r>
      <w:r>
        <w:br/>
      </w:r>
      <w:r>
        <w:rPr>
          <w:sz w:val="20"/>
        </w:rPr>
        <w:t>14:21  poore punjab ko le kar ke pakistan banana tha unhein aur poore bangal ko le kar ke east pakistan. yaani poore bangal, poora bangal jo tha woh east pakistan mein shamil tha un ke dream mein.</w:t>
      </w:r>
      <w:r>
        <w:br/>
      </w:r>
      <w:r>
        <w:rPr>
          <w:sz w:val="20"/>
        </w:rPr>
        <w:t>14:34  aur poora punjab jo tha woh shamil tha west pakistan ke. to zahir hai ke aap jante hain ke mila nahin. bangal bhi bat gaya, punjab bhi bat gaya.</w:t>
      </w:r>
      <w:r>
        <w:br/>
      </w:r>
      <w:r>
        <w:rPr>
          <w:sz w:val="20"/>
        </w:rPr>
        <w:t>14:47  to mr muhammad ali jinnah ne kaha tha partition ke baad ke mujh ko truncated pakistan mila hai. yaani kata phata pakistan.</w:t>
      </w:r>
      <w:r>
        <w:br/>
      </w:r>
      <w:r>
        <w:rPr>
          <w:sz w:val="20"/>
        </w:rPr>
        <w:t>14:58  truncated pakistan. zahir hai ke less than ideal tha woh. woh respectful kahan se tha woh?</w:t>
      </w:r>
      <w:r>
        <w:br/>
      </w:r>
      <w:r>
        <w:rPr>
          <w:sz w:val="20"/>
        </w:rPr>
        <w:t>15:09  to disrespectful formulay par razi hona pada mr muhammad ali jinnah ko warna partition na hota. agar woh are rehte ke mujhe poora bangal do, mujhe poora punjab do.</w:t>
      </w:r>
      <w:r>
        <w:br/>
      </w:r>
      <w:r>
        <w:rPr>
          <w:sz w:val="20"/>
        </w:rPr>
        <w:t>15:22  to zahir hai ke partition na hota, kuch bhi na hota. to mr muhammad ali jinnah ko respectful formulay par nahin pakistan mila, disrespectful formulay par pakistan mila.</w:t>
      </w:r>
      <w:r>
        <w:br/>
      </w:r>
      <w:r>
        <w:rPr>
          <w:sz w:val="20"/>
        </w:rPr>
        <w:t>15:37  unhon ne khud yeh keh kar is ka mana ke mujhe truncated pakistan mila hai. ab dekhiye ke mahatma gandhi ko kya mila? un ko bhi truncated bharat mila.</w:t>
      </w:r>
      <w:r>
        <w:br/>
      </w:r>
      <w:r>
        <w:rPr>
          <w:sz w:val="20"/>
        </w:rPr>
        <w:t>15:50  truncated india. is liye ke gandhi ne kaha tha ke partition meri laash par hoga. batwara meri laash par hoga.</w:t>
      </w:r>
      <w:r>
        <w:br/>
      </w:r>
      <w:r>
        <w:rPr>
          <w:sz w:val="20"/>
        </w:rPr>
        <w:t>16:01  yaani main batwara kabhi bhi nahin manunga desh ka. kyunke aap jante hain ke maan liya unhon ne. maan liya unhon ne.</w:t>
      </w:r>
      <w:r>
        <w:br/>
      </w:r>
      <w:r>
        <w:rPr>
          <w:sz w:val="20"/>
        </w:rPr>
        <w:t>16:11  idhar idhar east pakistan bana jo bangladesh kaha jata hai. idhar west pakistan bana jo ab pakistan kaha jata hai. to woh ab gandhi ko bhi truncated india mila.</w:t>
      </w:r>
      <w:r>
        <w:br/>
      </w:r>
      <w:r>
        <w:rPr>
          <w:sz w:val="20"/>
        </w:rPr>
        <w:t>16:24  aap ghor kijiye. mahatma gandhi ko bhi truncated india mila.</w:t>
      </w:r>
      <w:r>
        <w:br/>
      </w:r>
      <w:r>
        <w:rPr>
          <w:sz w:val="20"/>
        </w:rPr>
        <w:t>16:32  ab britishers ko dekhiye. britishers abhi bohat dinon tak rule karna chahte the india par. apna british empire jo un ka tha un ke khwab mein tha ke british empire abhi bohat din tak rahega.</w:t>
      </w:r>
      <w:r>
        <w:br/>
      </w:r>
      <w:r>
        <w:rPr>
          <w:sz w:val="20"/>
        </w:rPr>
        <w:t>16:45  aur aap ko maloom hai ke jo rashtrapati bhavan hai. rashtrapati bhavan jo hai us waqt kaha jata tha viceroy ka lodge.</w:t>
      </w:r>
      <w:r>
        <w:br/>
      </w:r>
      <w:r>
        <w:rPr>
          <w:sz w:val="20"/>
        </w:rPr>
        <w:t>16:56  yaani british viceroy ka woh woh tha. us ki jagah thi rehne ki. to nineteen thirty-one mein is ka inauguration hua tha.</w:t>
      </w:r>
      <w:r>
        <w:br/>
      </w:r>
      <w:r>
        <w:rPr>
          <w:sz w:val="20"/>
        </w:rPr>
        <w:t>17:11  nineteen thirty-one mein. is ke sirf solace saal baad unhein india ko azaad karna pada. nineteen thirty-one mein aaya tha us zamane mein france ka aik leader, bara leader.</w:t>
      </w:r>
      <w:r>
        <w:br/>
      </w:r>
      <w:r>
        <w:rPr>
          <w:sz w:val="20"/>
        </w:rPr>
        <w:t>17:29  aur laqadak dekha us ne. viceroy ka lodge hai aur parliament house hai. north block aur south block yeh poori duniya jo banai thi britishers ne.</w:t>
      </w:r>
      <w:r>
        <w:br/>
      </w:r>
      <w:r>
        <w:rPr>
          <w:sz w:val="20"/>
        </w:rPr>
        <w:t>17:41  to us ko dekha us ne to us ne kaha tha us waqt bohat hi mudabir aadmi tha, bohat bohat hi zyada. to us ne kaha ke "what a magnificent world they built to le</w:t>
      </w:r>
      <w:r>
        <w:br/>
      </w:r>
      <w:r>
        <w:rPr>
          <w:sz w:val="20"/>
        </w:rPr>
        <w:t>17:52  ave!"</w:t>
      </w:r>
      <w:r>
        <w:br/>
      </w:r>
      <w:r>
        <w:rPr>
          <w:sz w:val="20"/>
        </w:rPr>
        <w:t>17:57  kisi shandar duniya unhon ne banai hai sirf is liye ke woh us ko aik din chhod kar chale jayen. to future ko isi tarah dekh liya tha us ne.</w:t>
      </w:r>
      <w:r>
        <w:br/>
      </w:r>
      <w:r>
        <w:rPr>
          <w:sz w:val="20"/>
        </w:rPr>
        <w:t>18:07  britishers ne baad ko dekha. to ghraz yeh ke britishers ke mind mein jo tha woh woh bhi bohat bara empire abhi bohat din tak chalne wala tha.</w:t>
      </w:r>
      <w:r>
        <w:br/>
      </w:r>
      <w:r>
        <w:rPr>
          <w:sz w:val="20"/>
        </w:rPr>
        <w:t>18:17  to un ko bhi truncated empire mila. truncated empire. un ka jo empire tha woh katha satth gaya, chhota sa reh gaya.</w:t>
      </w:r>
      <w:r>
        <w:br/>
      </w:r>
      <w:r>
        <w:rPr>
          <w:sz w:val="20"/>
        </w:rPr>
        <w:t>18:28  ab ghor kijiye ke britishers ko mila truncated empire. mahatma gandhi ko mila truncated india. mr muhammad ali jinnah ko mila truncated pakistan.</w:t>
      </w:r>
      <w:r>
        <w:br/>
      </w:r>
      <w:r>
        <w:rPr>
          <w:sz w:val="20"/>
        </w:rPr>
        <w:t>18:41  to main ne kaha un se ke aap un se bhi powerful hain? kya kashmir ke log jo hain britishers se zyada powerful hain?</w:t>
      </w:r>
      <w:r>
        <w:br/>
      </w:r>
      <w:r>
        <w:rPr>
          <w:sz w:val="20"/>
        </w:rPr>
        <w:t>18:50  mahatma gandhi se zyada powerful hain? mr muhammad ali jinnah se zyada powerful hain? to woh log to disrespectful settlement par razi hue.</w:t>
      </w:r>
      <w:r>
        <w:br/>
      </w:r>
      <w:r>
        <w:rPr>
          <w:sz w:val="20"/>
        </w:rPr>
        <w:t>19:01  aur aap kehte hain ke mujhe respectful settlement chahiye. They are against the law of nature.</w:t>
      </w:r>
      <w:r>
        <w:br/>
      </w:r>
      <w:r>
        <w:rPr>
          <w:sz w:val="20"/>
        </w:rPr>
        <w:t>19:11  to yeh yeh kabhi hone wala nahi hai. Aap ko raazi hona chahiye is jo status quo hai kashmir mein is par raazi huiye.</w:t>
      </w:r>
    </w:p>
    <w:p>
      <w:pPr>
        <w:pStyle w:val="Heading2"/>
      </w:pPr>
      <w:r>
        <w:t>Daily practice of clearing negative thoughts before sleep</w:t>
      </w:r>
    </w:p>
    <w:p>
      <w:r>
        <w:rPr>
          <w:color w:val="666666"/>
          <w:sz w:val="18"/>
        </w:rPr>
        <w:t>Take it as A Challenge April 29, 2007 · 2m 29s · at 1:34:09 · https://youtu.be/pONW5UkRZ_M?t=5649</w:t>
      </w:r>
    </w:p>
    <w:p>
      <w:r>
        <w:rPr>
          <w:i/>
        </w:rPr>
        <w:t>“Har din koi na koi negative thought attack karta hai”</w:t>
      </w:r>
    </w:p>
    <w:p>
      <w:r>
        <w:rPr>
          <w:sz w:val="20"/>
        </w:rPr>
        <w:t>1:34:09  this question is from sadia: how should we retain our positivity? bhai, main to har din, har din is ka experience karta hoon.</w:t>
      </w:r>
      <w:r>
        <w:br/>
      </w:r>
      <w:r>
        <w:rPr>
          <w:sz w:val="20"/>
        </w:rPr>
        <w:t>1:34:19  har din aisa hota hai ke koi koi negative thought aa jata hai. hum jeete hain society mein, agar hum kisi island mein hote, tab yeh problem na hota.</w:t>
      </w:r>
      <w:r>
        <w:br/>
      </w:r>
      <w:r>
        <w:rPr>
          <w:sz w:val="20"/>
        </w:rPr>
        <w:t>1:34:31  hum jeete hain society mein to har din, har balke main kahunga har moment aisa hota hai, koi negative thought attack karta hai, koi negative thought attack karta hai.</w:t>
      </w:r>
      <w:r>
        <w:br/>
      </w:r>
      <w:r>
        <w:rPr>
          <w:sz w:val="20"/>
        </w:rPr>
        <w:t>1:34:42  har moment aisa hota hai to hota hai ke usi waqt, usi din andar is ko nikalna parta hai. nahin to kya hota hai? andar woh ja ke ek negative item ki tarah mere mind ka part ban jata hai.</w:t>
      </w:r>
      <w:r>
        <w:br/>
      </w:r>
      <w:r>
        <w:rPr>
          <w:sz w:val="20"/>
        </w:rPr>
        <w:t>1:34:58  to log kya karte hain? nikalte</w:t>
      </w:r>
      <w:r>
        <w:br/>
      </w:r>
      <w:r>
        <w:rPr>
          <w:sz w:val="20"/>
        </w:rPr>
        <w:t>1:35:00  hain nahin. to dheere dheere dheere un ka poora jo mind jo hai, negative mind ban jata hai. main kya karta hoon? ke din andar nikalta hoon, main usi waqt nikalta hoon.</w:t>
      </w:r>
      <w:r>
        <w:br/>
      </w:r>
      <w:r>
        <w:rPr>
          <w:sz w:val="20"/>
        </w:rPr>
        <w:t>1:35:10  us waqt tak main sota nahin jab tak is negative particle ko nikal na loon. is wajah se khuda ke fazl se main keh sakta hoon ke mera mind 100 percent positive mind hai, kyunke usi waqt mein nikalta hoon.</w:t>
      </w:r>
      <w:r>
        <w:br/>
      </w:r>
      <w:r>
        <w:rPr>
          <w:sz w:val="20"/>
        </w:rPr>
        <w:t>1:35:21  ise log nikalte nahin hain.</w:t>
      </w:r>
      <w:r>
        <w:br/>
      </w:r>
      <w:r>
        <w:rPr>
          <w:sz w:val="20"/>
        </w:rPr>
        <w:t>1:35:24  achha, yeh yeh formula yeh hai psychology ka ke shaam ko agar aap ek negative thought ko liye hue so gaye, nikale bina, nikala nahin aap ne, to woh kya hoga?</w:t>
      </w:r>
      <w:r>
        <w:br/>
      </w:r>
      <w:r>
        <w:rPr>
          <w:sz w:val="20"/>
        </w:rPr>
        <w:t>1:35:39  pehlay to tha conscious mind mein, phir chala jaye ga un-conscious mind mein. Un-conscious mind mein chala jata hai, woh to nikalna bohat bohat hi difficult ho jata hai.</w:t>
      </w:r>
      <w:r>
        <w:br/>
      </w:r>
      <w:r>
        <w:rPr>
          <w:sz w:val="20"/>
        </w:rPr>
        <w:t>1:35:51  jab tak woh conscious mind mein hai, nikalna asan hai. To tabhi nikal li jiye. Agar aik raat beet gayi to chala jaye ga un-conscious mind mein, to phir us ko nikalna us ke liye bohat bara jihad karna paray ga.</w:t>
      </w:r>
      <w:r>
        <w:br/>
      </w:r>
      <w:r>
        <w:rPr>
          <w:sz w:val="20"/>
        </w:rPr>
        <w:t>1:36:07  to mein har din active rehta hoon ke jaisay hi koi negative thought aa raha hai, us waqt nikal loon. Hamari beti hai, baithi hoon, usay koi pooch le ke mein daily yeh jihad karta hoon, daily usi waqt nikalta hoon.</w:t>
      </w:r>
      <w:r>
        <w:br/>
      </w:r>
      <w:r>
        <w:rPr>
          <w:sz w:val="20"/>
        </w:rPr>
        <w:t>1:36:20  sota hoon to apnay mind ko bilkul positive bana kar ke sota hoon. To yeh yeh aik kijiye, jis ko karna hai abhi karein ke alert rahe, woh alert.</w:t>
      </w:r>
      <w:r>
        <w:br/>
      </w:r>
      <w:r>
        <w:rPr>
          <w:sz w:val="20"/>
        </w:rPr>
        <w:t>1:36:30  jaisay hi koi negative thought aata hai, us ko nikale, nikale, nikale. Aur koi doosra formula us ke liye nahi hai. Acha,</w:t>
      </w:r>
    </w:p>
    <w:p>
      <w:pPr>
        <w:pStyle w:val="Heading2"/>
      </w:pPr>
      <w:r>
        <w:t>Japanese lady's 'challenge yourself' lesson with chopsticks</w:t>
      </w:r>
    </w:p>
    <w:p>
      <w:r>
        <w:rPr>
          <w:color w:val="666666"/>
          <w:sz w:val="18"/>
        </w:rPr>
        <w:t>The Power of Positive Thinking November 3, 2024 · 1m 30s · at 25:27 · https://youtu.be/q6Ly4ofTmxY?t=1527</w:t>
      </w:r>
    </w:p>
    <w:p>
      <w:r>
        <w:rPr>
          <w:i/>
        </w:rPr>
        <w:t>“अपने वहां के फ्रेंड्स के साथ ट्रेडिशनल जापानीज रेस्टोरेंट गए”</w:t>
      </w:r>
    </w:p>
    <w:p>
      <w:r>
        <w:rPr>
          <w:sz w:val="20"/>
        </w:rPr>
        <w:t>25:27  Jajakallah aap. Aap, japan ka example kyunki aapne diya, mujhe ek interaction yaad aaya. Mere office mein bhi there was one colleague who used to visit japan quite often for personal reasons."</w:t>
      </w:r>
      <w:r>
        <w:br/>
      </w:r>
      <w:r>
        <w:rPr>
          <w:sz w:val="20"/>
        </w:rPr>
        <w:t>25:41  Once. So he told that what happened once. This shows the mindset of Japanese people that once it happened that he went to a traditional Japanese restaurant with his friends there. So when they ordered food, the food came. So with that, no spoon or fork came. Because they went to a traditional Japanese restaurant. Chopsticks came. So now it was placed in front of them. Now they didn't understand how to eat with this. So one.</w:t>
      </w:r>
      <w:r>
        <w:br/>
      </w:r>
      <w:r>
        <w:rPr>
          <w:sz w:val="20"/>
        </w:rPr>
        <w:t>26:08  Japanese lady unke saath wali table par baithi hui thi. Aur woh ye dekh rahi thi ki ye Indians aaye hain aur yahan par inko khana diya gaya. Aur woh soch rahe hain ki kaise. Aur woh chopsticks ko lekar discuss kar rahe the. To un lady ne ek hi lafz bola, matlab do words bole, jisse unka ekdum mind badal gaya. Unhone bola ki "challenge yourself." To ye batata hai ki kis tarah ka unka mindset."</w:t>
      </w:r>
      <w:r>
        <w:br/>
      </w:r>
      <w:r>
        <w:rPr>
          <w:sz w:val="20"/>
        </w:rPr>
        <w:t>26:32  Hai. Normally a person will think ki "arre, main kaise khaunga?" Ya complaint karega. Inke paas forks nahi hain, spoon nahi hain. Lekin jab lady ne kaha "challenge yourself," to unhone actually mein try kara usse khane ke liye. But it's a very good example. In fact, aap aapko yaad hoga Idrees sahab yahan par aaya karte the. Unka bhi Japanese Japan mein aksar jaana hota tha. To Maulana ko ek martaba bata rahe the ki Japanese log bahut alag hote hain."</w:t>
      </w:r>
    </w:p>
    <w:p>
      <w:pPr>
        <w:pStyle w:val="Heading2"/>
      </w:pPr>
      <w:r>
        <w:t>Misconception of hurry in civilization's end</w:t>
      </w:r>
    </w:p>
    <w:p>
      <w:r>
        <w:rPr>
          <w:color w:val="666666"/>
          <w:sz w:val="18"/>
        </w:rPr>
        <w:t>Journey of Civilization 14 Jan 2007 - Maulana Wahiduddin Khan · 5m 34s · at 0:42 · https://youtu.be/MEHzksOmFZc?t=42</w:t>
      </w:r>
    </w:p>
    <w:p>
      <w:r>
        <w:rPr>
          <w:i/>
        </w:rPr>
        <w:t>“Jo kuch main kehna chahta hoon”</w:t>
      </w:r>
    </w:p>
    <w:p>
      <w:r>
        <w:rPr>
          <w:sz w:val="20"/>
        </w:rPr>
        <w:t>0:42  jo kuch main kehna chahta hoon, is ke liye appropriate topic yeh samajh mein aata hai ke journey of civilization reaches its end.</w:t>
      </w:r>
      <w:r>
        <w:br/>
      </w:r>
      <w:r>
        <w:rPr>
          <w:sz w:val="20"/>
        </w:rPr>
        <w:t>1:07  tehzeeb ka safar apne khatme par pahunch raha hai.</w:t>
      </w:r>
      <w:r>
        <w:br/>
      </w:r>
      <w:r>
        <w:rPr>
          <w:sz w:val="20"/>
        </w:rPr>
        <w:t>1:20  aaj kal bohat zyada reporten akhbaron mein aa rahi hain, jo aap bhi zaroor parhte honge, jis se maloom hota hai ke insan ka safar, insan ka tehzibi safar ya taraqqi ka safar,</w:t>
      </w:r>
      <w:r>
        <w:br/>
      </w:r>
      <w:r>
        <w:rPr>
          <w:sz w:val="20"/>
        </w:rPr>
        <w:t>1:41  ek impasse par pahunch gaya hai. ek impasse par.</w:t>
      </w:r>
      <w:r>
        <w:br/>
      </w:r>
      <w:r>
        <w:rPr>
          <w:sz w:val="20"/>
        </w:rPr>
        <w:t>1:51  aaj, dekhiye, aaj ka jo Times of India hai, yani January 14 ka, January 14 ke Times of India mein ek report hai.</w:t>
      </w:r>
      <w:r>
        <w:br/>
      </w:r>
      <w:r>
        <w:rPr>
          <w:sz w:val="20"/>
        </w:rPr>
        <w:t>2:03  yeh report base karti hai WHO, World Health Organization ke ek survey par.</w:t>
      </w:r>
      <w:r>
        <w:br/>
      </w:r>
      <w:r>
        <w:rPr>
          <w:sz w:val="20"/>
        </w:rPr>
        <w:t>2:17  to is ka jo caption hai woh hai: "What's the hurry?"</w:t>
      </w:r>
      <w:r>
        <w:br/>
      </w:r>
      <w:r>
        <w:rPr>
          <w:sz w:val="20"/>
        </w:rPr>
        <w:t>2:28  "What's the hurry?" ajlat kya hai?</w:t>
      </w:r>
      <w:r>
        <w:br/>
      </w:r>
      <w:r>
        <w:rPr>
          <w:sz w:val="20"/>
        </w:rPr>
        <w:t>2:39  main ne is ko parha to is mein unhon ne yeh bataya hai ke har aadmi</w:t>
      </w:r>
      <w:r>
        <w:br/>
      </w:r>
      <w:r>
        <w:rPr>
          <w:sz w:val="20"/>
        </w:rPr>
        <w:t>2:52  kya chahta hai?</w:t>
      </w:r>
      <w:r>
        <w:br/>
      </w:r>
      <w:r>
        <w:rPr>
          <w:sz w:val="20"/>
        </w:rPr>
        <w:t>2:56  apne liye ek materialistic heaven banana chahta hai, ek maadi jannat.</w:t>
      </w:r>
      <w:r>
        <w:br/>
      </w:r>
      <w:r>
        <w:rPr>
          <w:sz w:val="20"/>
        </w:rPr>
        <w:t>3:07  materialistic heaven</w:t>
      </w:r>
      <w:r>
        <w:br/>
      </w:r>
      <w:r>
        <w:rPr>
          <w:sz w:val="20"/>
        </w:rPr>
        <w:t>3:09  . lekin koi bhi kamyab nahi hota.</w:t>
      </w:r>
      <w:r>
        <w:br/>
      </w:r>
      <w:r>
        <w:rPr>
          <w:sz w:val="20"/>
        </w:rPr>
        <w:t>3:16  koi bhi kamyab nahi hota.</w:t>
      </w:r>
      <w:r>
        <w:br/>
      </w:r>
      <w:r>
        <w:rPr>
          <w:sz w:val="20"/>
        </w:rPr>
        <w:t>3:29  yani logon ki daud jo hai material progress ki taraf, is ko is mein kaha gaya hai ke "Might rush to nowhere." "Might rush to nowhere."</w:t>
      </w:r>
      <w:r>
        <w:br/>
      </w:r>
      <w:r>
        <w:rPr>
          <w:sz w:val="20"/>
        </w:rPr>
        <w:t>3:50  log andha dhundh daud rahe hain jabke manzil koi nahi.</w:t>
      </w:r>
      <w:r>
        <w:br/>
      </w:r>
      <w:r>
        <w:rPr>
          <w:sz w:val="20"/>
        </w:rPr>
        <w:t>3:58  har aadmi supremely disappointed ka case ban raha hai.</w:t>
      </w:r>
      <w:r>
        <w:br/>
      </w:r>
      <w:r>
        <w:rPr>
          <w:sz w:val="20"/>
        </w:rPr>
        <w:t>4:09  is mein jo word use kiya gaya hai: supremely disappointed. bohat zyada mayoos</w:t>
      </w:r>
      <w:r>
        <w:br/>
      </w:r>
      <w:r>
        <w:rPr>
          <w:sz w:val="20"/>
        </w:rPr>
        <w:t>4:20  ka case ban raha hai.</w:t>
      </w:r>
      <w:r>
        <w:br/>
      </w:r>
      <w:r>
        <w:rPr>
          <w:sz w:val="20"/>
        </w:rPr>
        <w:t>4:27  har aadmi chahta hai ke superman aur superwoman bane, magar koi ban nahi pata.</w:t>
      </w:r>
      <w:r>
        <w:br/>
      </w:r>
      <w:r>
        <w:rPr>
          <w:sz w:val="20"/>
        </w:rPr>
        <w:t>4:40  koi ban nahi pata.</w:t>
      </w:r>
      <w:r>
        <w:br/>
      </w:r>
      <w:r>
        <w:rPr>
          <w:sz w:val="20"/>
        </w:rPr>
        <w:t>4:46  aisa lagta hai ke har aadmi happiness ki talash mein daud raha hai, ek aisi tunnel ki taraf jis ke idhar happiness hai nahi.</w:t>
      </w:r>
      <w:r>
        <w:br/>
      </w:r>
      <w:r>
        <w:rPr>
          <w:sz w:val="20"/>
        </w:rPr>
        <w:t>5:03  aik tunnel hai jis mein daur rahe hain, daur rahe hain saare log. But at the end of the tunnel there is no happiness.</w:t>
      </w:r>
      <w:r>
        <w:br/>
      </w:r>
      <w:r>
        <w:rPr>
          <w:sz w:val="20"/>
        </w:rPr>
        <w:t>5:14  yeh sab ka case ban raha hai.</w:t>
      </w:r>
      <w:r>
        <w:br/>
      </w:r>
      <w:r>
        <w:rPr>
          <w:sz w:val="20"/>
        </w:rPr>
        <w:t>5:21  toh yeh jo is ka jo caption hai: "What's the hurry?" mein samajhta hoon ke zyada behtar taur par hum keh sakte hain ke caption yeh hona chahiye ke: "It is all due to hurry." yaani insaan ki jo mayoosi hai,</w:t>
      </w:r>
      <w:r>
        <w:br/>
      </w:r>
      <w:r>
        <w:rPr>
          <w:sz w:val="20"/>
        </w:rPr>
        <w:t>5:49  insaan jo happiness ko nahi pa raha hai, saari daur dhop karne ke baad bhi.</w:t>
      </w:r>
      <w:r>
        <w:br/>
      </w:r>
      <w:r>
        <w:rPr>
          <w:sz w:val="20"/>
        </w:rPr>
        <w:t>5:56  toh is survey mein jo wajah batai gayi hai ke sab log hurry mein hain, jaldi, jaldi, jaldi, toh mein ne socha ke is ka zyada behtar caption yeh hona chahiye: "It is all due to hurry."</w:t>
      </w:r>
    </w:p>
    <w:p>
      <w:pPr>
        <w:pStyle w:val="Heading2"/>
      </w:pPr>
      <w:r>
        <w:t>Accept truncation as reality</w:t>
      </w:r>
    </w:p>
    <w:p>
      <w:r>
        <w:rPr>
          <w:color w:val="666666"/>
          <w:sz w:val="18"/>
        </w:rPr>
        <w:t>Principle of Loss | May 31, 2015 · 30s · at 38:27 · https://youtu.be/IEf7QfU3BmY?t=2307</w:t>
      </w:r>
    </w:p>
    <w:p>
      <w:r>
        <w:rPr>
          <w:i/>
        </w:rPr>
        <w:t>“You have to accept the truncation as a reality.”</w:t>
      </w:r>
    </w:p>
    <w:p>
      <w:r>
        <w:rPr>
          <w:sz w:val="20"/>
        </w:rPr>
        <w:t>38:27  We have to accept the truncation as a reality, you have to accept the loss as a reality, tab</w:t>
      </w:r>
      <w:r>
        <w:br/>
      </w:r>
      <w:r>
        <w:rPr>
          <w:sz w:val="20"/>
        </w:rPr>
        <w:t>38:34  taraqi ke darwaze khulein ge.</w:t>
      </w:r>
      <w:r>
        <w:br/>
      </w:r>
      <w:r>
        <w:rPr>
          <w:sz w:val="20"/>
        </w:rPr>
        <w:t>38:40  Here, here is the starting point. Jo aadmi isi ko challenge karne lage to kabhi woh usko raasta</w:t>
      </w:r>
      <w:r>
        <w:br/>
      </w:r>
      <w:r>
        <w:rPr>
          <w:sz w:val="20"/>
        </w:rPr>
        <w:t>38:46  ہی نہیں ملے گا، ہمیشہ blind alley پھنسا رہے گا۔</w:t>
      </w:r>
      <w:r>
        <w:br/>
      </w:r>
      <w:r>
        <w:rPr>
          <w:sz w:val="20"/>
        </w:rPr>
        <w:t>38:52  wo ye kaisi ajeeb baat</w:t>
      </w:r>
    </w:p>
    <w:p>
      <w:pPr>
        <w:pStyle w:val="Heading2"/>
      </w:pPr>
      <w:r>
        <w:t>Taste buds point to heaven's delights</w:t>
      </w:r>
    </w:p>
    <w:p>
      <w:r>
        <w:rPr>
          <w:color w:val="666666"/>
          <w:sz w:val="18"/>
        </w:rPr>
        <w:t>Understanding Islam (In Conversation with Maulan) 15.5.2008 · 27s · at 3:11 · https://youtu.be/0SGSOPSun0E?t=191</w:t>
      </w:r>
    </w:p>
    <w:p>
      <w:r>
        <w:rPr>
          <w:i/>
        </w:rPr>
        <w:t>“To yeh bohat badi fallacy hai.”</w:t>
      </w:r>
    </w:p>
    <w:p>
      <w:r>
        <w:rPr>
          <w:sz w:val="20"/>
        </w:rPr>
        <w:t>3:11  to yeh bohat bari fallacy hai. Taste buds to is liye hain ke taake aap samjhein ke jannat mein kitna acha hoga jahan wahan par cheezein milegi khane ke liye.</w:t>
      </w:r>
      <w:r>
        <w:br/>
      </w:r>
      <w:r>
        <w:rPr>
          <w:sz w:val="20"/>
        </w:rPr>
        <w:t>3:24  yahan to phir zindagi guzarna hai, bas kam se kam waqt jis mein lage, wahi sab se acha job hai, wahi sab se acha tareeqa hai taake aap aur time mil jaye humein.</w:t>
      </w:r>
    </w:p>
    <w:p>
      <w:pPr>
        <w:pStyle w:val="Heading2"/>
      </w:pPr>
      <w:r>
        <w:t>Knowing you don't know is half of knowledge</w:t>
      </w:r>
    </w:p>
    <w:p>
      <w:r>
        <w:rPr>
          <w:color w:val="666666"/>
          <w:sz w:val="18"/>
        </w:rPr>
        <w:t>What is Right Thinking June 23, 2024 · 29s · at 53:36 · https://youtu.be/ZOxcATnAqNs?t=3216</w:t>
      </w:r>
    </w:p>
    <w:p>
      <w:r>
        <w:rPr>
          <w:i/>
        </w:rPr>
        <w:t>“La adri, nisful ilm - I don't know is half of knowledge”</w:t>
      </w:r>
    </w:p>
    <w:p>
      <w:r>
        <w:rPr>
          <w:sz w:val="20"/>
        </w:rPr>
        <w:t>53:36  to ladri nisf ilmi matlab tum main main nahi janta yeh aadha ilm hai. aadha ilm is liye kay agar hum yeh jaan jayen to hum foran puch puch kar parh kar puch kar apnay na janany ko janana bana len gay. to unho nay kaha kay agar tum yeh jantay to tumharay andar curiosity ati thi to jaisay hota aur tum apnay na janany ko janana bana letay.</w:t>
      </w:r>
      <w:r>
        <w:br/>
      </w:r>
      <w:r>
        <w:rPr>
          <w:sz w:val="20"/>
        </w:rPr>
        <w:t>54:05  to aur dekho oont to aisa hai kahin na kahin aadmi ko dekhnay ko mil hi jata hai. to usko dekh letay hain lekin na janany ki wajah say woh bekhabar rahay. to yeh Maulana ko itna yeh baat lag gayi itni ziyada kay woh har baat ko har baat par tasdeeq karna shuru kar diya unho nay. yani to koi baat ko woh mantay hi nahi thay jab tak kay uskay upar tasdeeq na kar lein.</w:t>
      </w:r>
    </w:p>
    <w:p>
      <w:pPr>
        <w:pStyle w:val="Heading2"/>
      </w:pPr>
      <w:r>
        <w:t>Professor Arnold runs to be on time</w:t>
      </w:r>
    </w:p>
    <w:p>
      <w:r>
        <w:rPr>
          <w:color w:val="666666"/>
          <w:sz w:val="18"/>
        </w:rPr>
        <w:t>Advance Preparation and Planning October 27, 2018 · 1m 30s · at 11:52 · https://youtu.be/X0ycKqLspoA?t=712</w:t>
      </w:r>
    </w:p>
    <w:p>
      <w:r>
        <w:rPr>
          <w:i/>
        </w:rPr>
        <w:t>“Ek din aisa hua”</w:t>
      </w:r>
    </w:p>
    <w:p>
      <w:r>
        <w:rPr>
          <w:sz w:val="20"/>
        </w:rPr>
        <w:t>11:52  aik din aisa hua ke Shibli, Maulana Shibli jo thay, unhon ne dekha ke professor Arnold road par daurte hue aa rahe hain.</w:t>
      </w:r>
      <w:r>
        <w:br/>
      </w:r>
      <w:r>
        <w:rPr>
          <w:sz w:val="20"/>
        </w:rPr>
        <w:t>12:03  un ke ghar se un ke ghar ka jo distance tha, woh ziyada nahi tha, lekin itni woh daur rahe thay. To jab woh pohnche Shibli ke ghar to unhon ne poocha ke aaj aap road par daur kyun rahe hain?</w:t>
      </w:r>
      <w:r>
        <w:br/>
      </w:r>
      <w:r>
        <w:rPr>
          <w:sz w:val="20"/>
        </w:rPr>
        <w:t>12:23  daurte hue kyun aaye? To woh zamana jo tha, us mein car waghera nahi hoti thi, paidal chalta tha aadmi.</w:t>
      </w:r>
      <w:r>
        <w:br/>
      </w:r>
      <w:r>
        <w:rPr>
          <w:sz w:val="20"/>
        </w:rPr>
        <w:t>12:34  to professor Arnold ne kaha ke aaj main ghar se nikalne mein mujhe kuch mein late ho gaya. Ghar se nikalne mein main kuch late ho gaya.</w:t>
      </w:r>
      <w:r>
        <w:br/>
      </w:r>
      <w:r>
        <w:rPr>
          <w:sz w:val="20"/>
        </w:rPr>
        <w:t>12:46  to main</w:t>
      </w:r>
      <w:r>
        <w:br/>
      </w:r>
      <w:r>
        <w:rPr>
          <w:sz w:val="20"/>
        </w:rPr>
        <w:t>12:50  ziyada time nahi tha, kuch saat das minute hoga. To main sarak par daura taake main time ko cover karoon aur aap ke ghar mein pohnch jaoon, time par pohnch jaoon, yani das minute cover karne ke liye.</w:t>
      </w:r>
      <w:r>
        <w:br/>
      </w:r>
      <w:r>
        <w:rPr>
          <w:sz w:val="20"/>
        </w:rPr>
        <w:t>13:08  tab se mere mind mein yeh tha ke mujhe, yani that was advance importance of advance planning.</w:t>
      </w:r>
    </w:p>
    <w:p>
      <w:pPr>
        <w:pStyle w:val="Heading2"/>
      </w:pPr>
      <w:r>
        <w:t>Help your brother, even the oppressor, by stopping his wrong</w:t>
      </w:r>
    </w:p>
    <w:p>
      <w:r>
        <w:rPr>
          <w:color w:val="666666"/>
          <w:sz w:val="18"/>
        </w:rPr>
        <w:t>Universal Thinking In Islam CPS Women Discussion 27 October 15, 2023 · 1m 13s · at 4:14 · https://youtu.be/p7cYhXsEBIc?t=254</w:t>
      </w:r>
    </w:p>
    <w:p>
      <w:r>
        <w:rPr>
          <w:i/>
        </w:rPr>
        <w:t>“Apne bhai ki madad karo chahe zalim ho ya mazloom”</w:t>
      </w:r>
    </w:p>
    <w:p>
      <w:r>
        <w:rPr>
          <w:sz w:val="20"/>
        </w:rPr>
        <w:t>4:14  jaise ki abhi maine misaal diya to isi tarah har ek ki madad ke liye alah taala ne</w:t>
      </w:r>
      <w:r>
        <w:br/>
      </w:r>
      <w:r>
        <w:rPr>
          <w:sz w:val="20"/>
        </w:rPr>
        <w:t>4:25  bataya ki tum apne bhai ki madad karo chahe zalim ho ya mazloom ho.</w:t>
      </w:r>
      <w:r>
        <w:br/>
      </w:r>
      <w:r>
        <w:rPr>
          <w:sz w:val="20"/>
        </w:rPr>
        <w:t>4:37  to logon ne puchha ki mazloom ka to main jaanta hoon.</w:t>
      </w:r>
      <w:r>
        <w:br/>
      </w:r>
      <w:r>
        <w:rPr>
          <w:sz w:val="20"/>
        </w:rPr>
        <w:t>4:48  hum jaante hain zalim ka kaise madad kara jaaye?</w:t>
      </w:r>
      <w:r>
        <w:br/>
      </w:r>
      <w:r>
        <w:rPr>
          <w:sz w:val="20"/>
        </w:rPr>
        <w:t>5:00  jawabi dushmani na karo balki uske sath achha suluk karo. to iska result yah hoga ki tumhara dushman tumhara dost ban jayega. yah itni badi wisdom ki baat hai aur yahi khuda ka qanoon hai ki bad behavior ke badle good behavior insan ke conscious ko jaga deta hai aur insan dushman chhodkar dost ban jata hai. to islam ki teaching hamein har ek well wisher banna sikhati hai.</w:t>
      </w:r>
      <w:r>
        <w:br/>
      </w:r>
      <w:r>
        <w:rPr>
          <w:sz w:val="20"/>
        </w:rPr>
        <w:t>5:27  ek dusre se khuda ke liye mohabbat karna sikhati hai. doosron ke liye dua karna, nasihat karna, unko mohabbat ke sath is tarah batana ki unki thinking badle. aise halaat paida karna ki unko apni galti ka ehsas ho jaye. yahi well wisher hone ka matlab hai. yani har insan ka dusre insan par yah farz hai ki vah uske liye aasani paida kare na ki mushkil.</w:t>
      </w:r>
    </w:p>
    <w:p>
      <w:pPr>
        <w:pStyle w:val="Heading2"/>
      </w:pPr>
      <w:r>
        <w:t>Gardener vs honey bee motivation</w:t>
      </w:r>
    </w:p>
    <w:p>
      <w:r>
        <w:rPr>
          <w:color w:val="666666"/>
          <w:sz w:val="18"/>
        </w:rPr>
        <w:t>How to Lead a Life of Fulfilment September 24, 2017 · 48s · at 7:31 · https://youtu.be/WUoQOo2_zd8?t=451</w:t>
      </w:r>
    </w:p>
    <w:p>
      <w:r>
        <w:rPr>
          <w:i/>
        </w:rPr>
        <w:t>“Mali aata hai phool ke liye, honey bee aati hai nectar ke liye”</w:t>
      </w:r>
    </w:p>
    <w:p>
      <w:r>
        <w:rPr>
          <w:sz w:val="20"/>
        </w:rPr>
        <w:t>7:31  mali ko mein ne compare kiya mali se aur honey bee se. mali aata hai phool lene ke liye kyunke phool ko use market mein bechna hai.</w:t>
      </w:r>
      <w:r>
        <w:br/>
      </w:r>
      <w:r>
        <w:rPr>
          <w:sz w:val="20"/>
        </w:rPr>
        <w:t>7:48  lekin honey bee aati hai woh phool ke liye nahi aati. woh sirf phool ke andar chhpe hue nectar ke liye aati hai.</w:t>
      </w:r>
      <w:r>
        <w:br/>
      </w:r>
      <w:r>
        <w:rPr>
          <w:sz w:val="20"/>
        </w:rPr>
        <w:t>8:02  yani mali aata hai phool ke liye, honey bee aati hai nectar ke liye. yeh jo is ke creator ne is ko jo is ka nature jo bataya hai, banaya is ke mutabiq aisa hota hai.</w:t>
      </w:r>
    </w:p>
    <w:p>
      <w:pPr>
        <w:pStyle w:val="Heading2"/>
      </w:pPr>
      <w:r>
        <w:t>the danger of generalizing from a single bad experience</w:t>
      </w:r>
    </w:p>
    <w:p>
      <w:r>
        <w:rPr>
          <w:color w:val="666666"/>
          <w:sz w:val="18"/>
        </w:rPr>
        <w:t>The Art of Thinking January 28, 2024 · 4m 47s · at 12:52 · https://youtu.be/lpUsTrs0ulo?t=772</w:t>
      </w:r>
    </w:p>
    <w:p>
      <w:r>
        <w:rPr>
          <w:i/>
        </w:rPr>
        <w:t>“Generalization is an extremely common thinking mistake”</w:t>
      </w:r>
    </w:p>
    <w:p>
      <w:r>
        <w:rPr>
          <w:sz w:val="20"/>
        </w:rPr>
        <w:t>12:52  yeh generalization jis ko urdu mein ta'meem kehte hain, yeh to bohat aam hai. har aadmi generalize karta hai. to yeh jo hai,</w:t>
      </w:r>
      <w:r>
        <w:br/>
      </w:r>
      <w:r>
        <w:rPr>
          <w:sz w:val="20"/>
        </w:rPr>
        <w:t>13:04  misal ke taur par hum kahin jatay hain, chand logon se milte hain. ek town hai, hum chand logon se milte hain, woh log bohat hospitable hain aur hamein bohat achay tareeqay se welcome karte hain.</w:t>
      </w:r>
      <w:r>
        <w:br/>
      </w:r>
      <w:r>
        <w:rPr>
          <w:sz w:val="20"/>
        </w:rPr>
        <w:t>13:18  to hum kahain ge ke wahan ke is town ke log bohat achay hain aur ho sakta hai ke sab log achay na hon. to khair, agar kisi ka positive baat ke liye hum generalize karen to is mein koi harj nahi hai.</w:t>
      </w:r>
      <w:r>
        <w:br/>
      </w:r>
      <w:r>
        <w:rPr>
          <w:sz w:val="20"/>
        </w:rPr>
        <w:t>13:33  lekin farz karen wahan par hamein ek ghalat aadmi mil gaya, phir hum kahain ke saare hi log wahan ke ghalat hotay hain, evil hotay hain, to woh woh ghalat hai aur woh gunah mein aata hai.</w:t>
      </w:r>
      <w:r>
        <w:br/>
      </w:r>
      <w:r>
        <w:rPr>
          <w:sz w:val="20"/>
        </w:rPr>
        <w:t>13:45  to positive baat ko generalize karne mein is mein kam se kam gunah to nahi milega. to ye ghalati itni aam hai, itni aam hai ke aap kisi ko bhi dekh sakte hain, zara si humne koi baat dekhi, phir foran hum us ko generalize karna shuru kar dete hain ke ye log to aise hi hote hain.</w:t>
      </w:r>
      <w:r>
        <w:br/>
      </w:r>
      <w:r>
        <w:rPr>
          <w:sz w:val="20"/>
        </w:rPr>
        <w:t>14:05  ek baar mein ek dentist ke haan baithi hui thi,</w:t>
      </w:r>
      <w:r>
        <w:br/>
      </w:r>
      <w:r>
        <w:rPr>
          <w:sz w:val="20"/>
        </w:rPr>
        <w:t>14:10  wahan wahan par ek ek criminal ki baatein us par aa rahi theen TV par.</w:t>
      </w:r>
      <w:r>
        <w:br/>
      </w:r>
      <w:r>
        <w:rPr>
          <w:sz w:val="20"/>
        </w:rPr>
        <w:t>14:19  ji, to criminal jis community ka tha, to kuch aurtein kehne lageen, "is community ke to saare hi log bekaar hote hain, loyal nahi hote hain, kisi ke nahi hote hain." is tarah se kehne lageen.</w:t>
      </w:r>
      <w:r>
        <w:br/>
      </w:r>
      <w:r>
        <w:rPr>
          <w:sz w:val="20"/>
        </w:rPr>
        <w:t>14:33  to wo to wo jo counter pe jo aurtein baithi theen, unhone kaha, "aisa nahi hai, har group mein, har community mein aise log hote hain." to wo unhone ye nahi farq kiya ke wo criminal hai.</w:t>
      </w:r>
      <w:r>
        <w:br/>
      </w:r>
      <w:r>
        <w:rPr>
          <w:sz w:val="20"/>
        </w:rPr>
        <w:t>14:45  criminal to kisi bhi group mein, kisi bhi community mein hota hai. ab criminal se hum ye nahi keh sakte ke is mazhab wala ya is community wala saare hi kharab hote hain.</w:t>
      </w:r>
      <w:r>
        <w:br/>
      </w:r>
      <w:r>
        <w:rPr>
          <w:sz w:val="20"/>
        </w:rPr>
        <w:t>14:57  to is tarah ki baat bilkul aam hai,</w:t>
      </w:r>
      <w:r>
        <w:br/>
      </w:r>
      <w:r>
        <w:rPr>
          <w:sz w:val="20"/>
        </w:rPr>
        <w:t>15:00  lekin hamein apni thinking ko train karna padega. is par kitabein hoti hain. ek Maulana sahab ne ek kitaab sab ko parhne ke liye kaha tha, "The Art of Clear Thinking".</w:t>
      </w:r>
      <w:r>
        <w:br/>
      </w:r>
      <w:r>
        <w:rPr>
          <w:sz w:val="20"/>
        </w:rPr>
        <w:t>15:13  yehi kitaab thi. ji ji, to by E. A. Mander. haan, by E. A. Mander. to ye kitaab parhne ko kaha tha kyunke hamein apni thinking ko bhi train karna padega, tabhi hum in baaton ko samjhenge aur is par amal kar paayenge.</w:t>
      </w:r>
      <w:r>
        <w:br/>
      </w:r>
      <w:r>
        <w:rPr>
          <w:sz w:val="20"/>
        </w:rPr>
        <w:t>15:30  to aam taur par aisa hota hai ke ye to bilkul ek general baat hai ke kuch log hamari good book mein hote hain, to hamein unki har baat achhi lagti hai, aur kuch log hamari good book mein jo nahi hote hain, unki har baat kharab lagti hai.</w:t>
      </w:r>
      <w:r>
        <w:br/>
      </w:r>
      <w:r>
        <w:rPr>
          <w:sz w:val="20"/>
        </w:rPr>
        <w:t>15:45  ji, to ye bilkul aam hai. to hamein har baat par ghor o fikr karna hai. ghor o fikr karenge na, tab hamein samajh mein aayega ke hamari ye soch ghalat hai.</w:t>
      </w:r>
      <w:r>
        <w:br/>
      </w:r>
      <w:r>
        <w:rPr>
          <w:sz w:val="20"/>
        </w:rPr>
        <w:t>15:58  to ek Quran ki misaal de rahi hoon. ab Quran mein 99 feesad se zyada jo verses hain, wo aman o insaniyat, Khuda ka khauf, Khuda se mohabbat, is se related hain.</w:t>
      </w:r>
      <w:r>
        <w:br/>
      </w:r>
      <w:r>
        <w:rPr>
          <w:sz w:val="20"/>
        </w:rPr>
        <w:t>16:14  ek feesad se bhi kam, sirf 40 verses aisi hain jo jang ke mauqe par utri hain. to is mein jangi baatein hain.</w:t>
      </w:r>
      <w:r>
        <w:br/>
      </w:r>
      <w:r>
        <w:rPr>
          <w:sz w:val="20"/>
        </w:rPr>
        <w:t>16:24  to is ko sirf le kar ke log kehte hain ke Quran to book of violence hai. to ye bilkul ghalat ho jata hai ke wo khaas jang ke mauqe par wo aayatein reveal hui theen.</w:t>
      </w:r>
      <w:r>
        <w:br/>
      </w:r>
      <w:r>
        <w:rPr>
          <w:sz w:val="20"/>
        </w:rPr>
        <w:t>16:38  wo generally, wo general taur par is ko apply karne ka koi matlab hi nahi</w:t>
      </w:r>
      <w:r>
        <w:br/>
      </w:r>
      <w:r>
        <w:rPr>
          <w:sz w:val="20"/>
        </w:rPr>
        <w:t>16:46  hai. to kyunke jang ke mauqe par to har har nation mein, har country mein is ke alag qanoon hote hain, aur aam halaat ke jo hain, wo alag qanoon hote hain.</w:t>
      </w:r>
      <w:r>
        <w:br/>
      </w:r>
      <w:r>
        <w:rPr>
          <w:sz w:val="20"/>
        </w:rPr>
        <w:t>16:58  to wo difaa ke liye har jagah ye hota hai ke difaa jab hamare upar koi aggression, physical aggression ho jaye, to hum difaa kar sakte hain.</w:t>
      </w:r>
      <w:r>
        <w:br/>
      </w:r>
      <w:r>
        <w:rPr>
          <w:sz w:val="20"/>
        </w:rPr>
        <w:t>17:09  to ye cheez jo hai, ye mere khayal mein ye sabhi ke andar paayi jaati hai, generalization</w:t>
      </w:r>
      <w:r>
        <w:br/>
      </w:r>
      <w:r>
        <w:rPr>
          <w:sz w:val="20"/>
        </w:rPr>
        <w:t>17:16  . ji, to is ko hamein sochna chahiye, is par ghor karna chahiye ke agar hum sochenge, soch soch ke agar hum is par apni apni kami ko door karenge, to ye door ho jayega.</w:t>
      </w:r>
      <w:r>
        <w:br/>
      </w:r>
      <w:r>
        <w:rPr>
          <w:sz w:val="20"/>
        </w:rPr>
        <w:t>17:30  sochne ki zaroorat hai bas. ji, apa, ek aur actually rukawat hai. jaise aapne generalization ko bade achhe se samjhaya.</w:t>
      </w:r>
    </w:p>
    <w:p>
      <w:pPr>
        <w:pStyle w:val="Heading2"/>
      </w:pPr>
      <w:r>
        <w:t>Dajjal hadith about global voice</w:t>
      </w:r>
    </w:p>
    <w:p>
      <w:r>
        <w:rPr>
          <w:color w:val="666666"/>
          <w:sz w:val="18"/>
        </w:rPr>
        <w:t>A Special Day 28 April 2018 - Maulana Wahiduddin Khan · 1m 02s · at 9:31 · https://youtu.be/MXrnOFgmAM4?t=571</w:t>
      </w:r>
    </w:p>
    <w:p>
      <w:r>
        <w:rPr>
          <w:i/>
        </w:rPr>
        <w:t>“Toh aaj mujhe ek hadith yaad aayi”</w:t>
      </w:r>
    </w:p>
    <w:p>
      <w:r>
        <w:rPr>
          <w:sz w:val="20"/>
        </w:rPr>
        <w:t>9:31  to aaj mujhe ek hadith yaad aayi is ke baad. Yani mere liye woh apple shock tha. Ek hadith hai, woh hadith bataiye Dajjal wali hadith.</w:t>
      </w:r>
      <w:r>
        <w:br/>
      </w:r>
      <w:r>
        <w:rPr>
          <w:sz w:val="20"/>
        </w:rPr>
        <w:t>9:59  Yunadi bisautin lahu yusma'u bihi ma baynal khafiqain. Ke Dajjal awaz lagayega, aisi awaz ke us ko mashriq o maghrib ke darmiyan ke log sunenge.</w:t>
      </w:r>
      <w:r>
        <w:br/>
      </w:r>
      <w:r>
        <w:rPr>
          <w:sz w:val="20"/>
        </w:rPr>
        <w:t>10:11  yeh dekhiye, yeh Dajjal ke bare mein bazahir hai yeh khabar. Ke Dajjal jab zahir hoga to woh aisi awaz se pukarega jo East se West tak</w:t>
      </w:r>
      <w:r>
        <w:br/>
      </w:r>
      <w:r>
        <w:rPr>
          <w:sz w:val="20"/>
        </w:rPr>
        <w:t>10:29  saare log sunenge.</w:t>
      </w:r>
    </w:p>
    <w:p>
      <w:pPr>
        <w:pStyle w:val="Heading2"/>
      </w:pPr>
      <w:r>
        <w:t>Prophet Ibrahim's desert therapy and its impact</w:t>
      </w:r>
    </w:p>
    <w:p>
      <w:r>
        <w:rPr>
          <w:color w:val="666666"/>
          <w:sz w:val="18"/>
        </w:rPr>
        <w:t>Importance of Re-Planning November 6, 2022 · 5m 43s · at 21:40 · https://youtu.be/5rg4BU0r5Ow?t=1300</w:t>
      </w:r>
    </w:p>
    <w:p>
      <w:r>
        <w:rPr>
          <w:i/>
        </w:rPr>
        <w:t>“Achha aap agar hum Islamic history mein dekhein”</w:t>
      </w:r>
    </w:p>
    <w:p>
      <w:r>
        <w:rPr>
          <w:sz w:val="20"/>
        </w:rPr>
        <w:t>21:40  achha aap agar hum Islamic history mein dekhen to ek bohat bada waqea prophet ibrahim ke daur par aaya aur hum yeh keh sakte hain ke aage chal kar yahi waqea Islam ka source bana.</w:t>
      </w:r>
      <w:r>
        <w:br/>
      </w:r>
      <w:r>
        <w:rPr>
          <w:sz w:val="20"/>
        </w:rPr>
        <w:t>21:53  yeh woh waqea tha jab Hazrat Ibrahim ne apni biwi Hajra aur apne bete Ismail ko desert mein settle kiya aur Maulana Wahiduddin Khan sahab is settlement ko desert therapy kaha karte thay. unhone likha bhi hai aur kai lectures mein bhi kaha hai. to main chahunga ke aap yeh batayen ke yeh desert therapy kya hai? isko aap achhe se wazeh karen.</w:t>
      </w:r>
      <w:r>
        <w:br/>
      </w:r>
      <w:r>
        <w:rPr>
          <w:sz w:val="20"/>
        </w:rPr>
        <w:t>22:22  asal mein Allah taala ne jab insan ko paida kiya to usi waqt uske guidance ka intezam bhi kiya. Hazrat Adam Ali Salam pehle insan bhi thay aur pehle paighambar bhi. uske baad musalsal paighambar aate rahe. kaha jata hai ke ek lakh chobis hazar paighambar aaye. lekin zyadatar paighambaron ko bohat hi thode se followers mile.</w:t>
      </w:r>
      <w:r>
        <w:br/>
      </w:r>
      <w:r>
        <w:rPr>
          <w:sz w:val="20"/>
        </w:rPr>
        <w:t>22:48  kyunki Allah taala ne azadi di thi aur us azadi ka woh galat istemal karte thay. sachchai ko accept karne mein unko bohat zyada problem hoti thi kyunki woh dunya dari ki ek zindagi guzar rahe thay. to woh unko yeh samajh mein nahi aata tha. to woh inkar hi karte rahe. Quran mein bar bar aaya hai ke maine mere paighambaron ko tumne inkar kiya. tumne istehza kiya.</w:t>
      </w:r>
      <w:r>
        <w:br/>
      </w:r>
      <w:r>
        <w:rPr>
          <w:sz w:val="20"/>
        </w:rPr>
        <w:t>23:16  to yeh Allah taala kyunki Allah taala ne mukammal azadi di hai isliye kafi dinon tak Allah paighambaron ko bhejta raha taake kyunki insan halat test mein hai isi mein uska test ho raha tha. to lekin ab yeh hai ke ek aakhri paighambar Allah ko bhejna tha. to aakhri paighambar bhi wahi haal hota jo doosre paighambaron ko hua.</w:t>
      </w:r>
      <w:r>
        <w:br/>
      </w:r>
      <w:r>
        <w:rPr>
          <w:sz w:val="20"/>
        </w:rPr>
        <w:t>23:44  agar usko strong supporters, strong team usko na milti. to Allah taala ne ek nayi re planning ki ke Hazrat Hazrat Ibrahim ke zariye se unki biwi Hazrat Hajra aur unke bete Ismail ko dessert mein basa diya. Dessert mein kuch bhi nahi tha. us waqt wahan pani bhi nahi tha. adam na adamzad.</w:t>
      </w:r>
      <w:r>
        <w:br/>
      </w:r>
      <w:r>
        <w:rPr>
          <w:sz w:val="20"/>
        </w:rPr>
        <w:t>24:10  to unhone accept kiya Hazrat Hajra ke bohat badi qurbani hai. unhone usko accept kiya aur Allah taala ne phir pani ka intezam kiya dheere dheere. ek qabila Jurhum aa gaya wahan bas gaya.</w:t>
      </w:r>
      <w:r>
        <w:br/>
      </w:r>
      <w:r>
        <w:rPr>
          <w:sz w:val="20"/>
        </w:rPr>
        <w:t>24:25  to Hazrat Ismail jab bade hue to qabila Jurhum ki ek ladki se shadi ki aur talwaalu to tanasul ke zariye se ek poori jo hai nas tayyar ho gayi aur asal mein shehar mein koi burai ka koi inkar hi nahi tha. jo evil hoti hai woh sab society mein hoti hai. misal ke taur par bachcha jayega society mein agar wahan galat kaam ho rahe hain to woh wahin se seekhega jhoot bol raha ab koi to jhoot seekhega.</w:t>
      </w:r>
      <w:r>
        <w:br/>
      </w:r>
      <w:r>
        <w:rPr>
          <w:sz w:val="20"/>
        </w:rPr>
        <w:t>24:54  corruption ho raha hai to corruption seekhega lekin wahan shehar tha. wahan kuch tha hi nahi kuch seekhne ke liye. to us taraf fitrat ke mahol mein woh log badhe hue aur bohat zabardast tareeqe se unke andar woh fitri khushoosiyat paida hui. jafakashi ki, bahadari ki, fayyazi ki aur woh qurbani dekar ke koi kaam karna.</w:t>
      </w:r>
      <w:r>
        <w:br/>
      </w:r>
      <w:r>
        <w:rPr>
          <w:sz w:val="20"/>
        </w:rPr>
        <w:t>25:23  sachchai ko qubool karne ki unke andar salahiyat paida hui kyunki woh jhoot bolne hi nahi jante thay. agar koi baat keh raha hai aur unko unko akal mein baat woh aa rahi hai to usko foran maan lete thay. kyunki woh yeh Rasool Allah SAW ke upar kabhi bhi unhone jhoot ka ilzam nahi lagaya kyunki woh arab jhoot bolna hi nahi jante thay.</w:t>
      </w:r>
      <w:r>
        <w:br/>
      </w:r>
      <w:r>
        <w:rPr>
          <w:sz w:val="20"/>
        </w:rPr>
        <w:t>25:46  to yeh sab unko usi desert mein unko woh sari jo growth hui unki to uski wajah se unhone yeh sara wahan se seekha.</w:t>
      </w:r>
      <w:r>
        <w:br/>
      </w:r>
      <w:r>
        <w:rPr>
          <w:sz w:val="20"/>
        </w:rPr>
        <w:t>25:55  to tamaddun se door hokar ke ek jandar nasl tayyar hui aur jab Rasool Allah SAW paida hue usi nasl mein to in yahi log thay jinhone jinko sahabi ka darja mila aur unhone Rasool Allah SAW ki har qeemat par, har qurbani par dekar ke Rasool Allah ki asahad diya.</w:t>
      </w:r>
      <w:r>
        <w:br/>
      </w:r>
      <w:r>
        <w:rPr>
          <w:sz w:val="20"/>
        </w:rPr>
        <w:t>26:19  to yahi wajah thi jo Allah taala ko bhi re planning karni padi aur yeh log jo thay sirf aisa nahi tha ke tauheed parambmi and kalab sirf sirf ek religious concept hai balki iski wajah se dunya mein jo sari taraqqiyan aayin usi ki wajah se aayin. kyunki insan jo hai nature worship mein mubtala tha.</w:t>
      </w:r>
      <w:r>
        <w:br/>
      </w:r>
      <w:r>
        <w:rPr>
          <w:sz w:val="20"/>
        </w:rPr>
        <w:t>26:45  nature worship jab khatam hui kyunki sari Allah taala ko Islam se unko maloom hua ke sirf ek Khuda hai aur baqi tamam cheezein insan ke liye mushakhar kar di gayi hain, insan ke liye banayi gayi hain.</w:t>
      </w:r>
      <w:r>
        <w:br/>
      </w:r>
      <w:r>
        <w:rPr>
          <w:sz w:val="20"/>
        </w:rPr>
        <w:t>27:00  to is tareeqe se har cheez jo hai woh defy hone se khatam matlab jo defy kar rakha tha woh uska khatma ho gaya aur jo hai usko uske upar tehqeeq shuru ho gayi. to jo tehqeeq shuru hui yeh sab kaam shuru mein musalmanon ne hi kiya hai.</w:t>
      </w:r>
      <w:r>
        <w:br/>
      </w:r>
      <w:r>
        <w:rPr>
          <w:sz w:val="20"/>
        </w:rPr>
        <w:t>27:23  Spain mein bohat zyada kaam hua lekin baad mein woh jo hai ilm jo hai Europe pohncha aur Europe ne usmein bohat zabardast tareeqe se taraqqi ki aur tamam science aur technology jo hai woh maujood mein aayi. to dunya poori badal gayi is re planning se.</w:t>
      </w:r>
    </w:p>
    <w:p>
      <w:pPr>
        <w:pStyle w:val="Heading2"/>
      </w:pPr>
      <w:r>
        <w:t>Proud to be Indian, enjoy freedom</w:t>
      </w:r>
    </w:p>
    <w:p>
      <w:r>
        <w:rPr>
          <w:color w:val="666666"/>
          <w:sz w:val="18"/>
        </w:rPr>
        <w:t>On World Religion Diversity not Dissension I March 9, 2013 · 2m 35s · at 1:16:23 · https://youtu.be/TyMv28ALMHk?t=4583</w:t>
      </w:r>
    </w:p>
    <w:p>
      <w:r>
        <w:rPr>
          <w:i/>
        </w:rPr>
        <w:t>“Muslims are living under siege”</w:t>
      </w:r>
    </w:p>
    <w:p>
      <w:r>
        <w:rPr>
          <w:sz w:val="20"/>
        </w:rPr>
        <w:t>1:16:23  Muslims are living under siege.</w:t>
      </w:r>
      <w:r>
        <w:br/>
      </w:r>
      <w:r>
        <w:rPr>
          <w:sz w:val="20"/>
        </w:rPr>
        <w:t>1:16:29  This is completely wrong. No.</w:t>
      </w:r>
      <w:r>
        <w:br/>
      </w:r>
      <w:r>
        <w:rPr>
          <w:sz w:val="20"/>
        </w:rPr>
        <w:t>1:16:36  I'm in India.</w:t>
      </w:r>
      <w:r>
        <w:br/>
      </w:r>
      <w:r>
        <w:rPr>
          <w:sz w:val="20"/>
        </w:rPr>
        <w:t>1:16:42  I'm proud to be an Indian because I believe that in India, I'm better than all those Muslim countries.</w:t>
      </w:r>
      <w:r>
        <w:br/>
      </w:r>
      <w:r>
        <w:rPr>
          <w:sz w:val="20"/>
        </w:rPr>
        <w:t>1:16:49  You know there are 58 Muslim countries.</w:t>
      </w:r>
      <w:r>
        <w:br/>
      </w:r>
      <w:r>
        <w:rPr>
          <w:sz w:val="20"/>
        </w:rPr>
        <w:t>1:16:55  I have traveled those Muslim countries.</w:t>
      </w:r>
      <w:r>
        <w:br/>
      </w:r>
      <w:r>
        <w:rPr>
          <w:sz w:val="20"/>
        </w:rPr>
        <w:t>1:17:02  But I can say with conviction that in India, I found more opportunity than is prevalent in those Muslim countries.</w:t>
      </w:r>
      <w:r>
        <w:br/>
      </w:r>
      <w:r>
        <w:rPr>
          <w:sz w:val="20"/>
        </w:rPr>
        <w:t>1:17:08  For example, if you want to do something, there are two conditions.</w:t>
      </w:r>
      <w:r>
        <w:br/>
      </w:r>
      <w:r>
        <w:rPr>
          <w:sz w:val="20"/>
        </w:rPr>
        <w:t>1:17:15  One, peace, and the second, freedom.</w:t>
      </w:r>
      <w:r>
        <w:br/>
      </w:r>
      <w:r>
        <w:rPr>
          <w:sz w:val="20"/>
        </w:rPr>
        <w:t>1:17:21  Without peace and freedom, you cannot do anything, any great thing.</w:t>
      </w:r>
      <w:r>
        <w:br/>
      </w:r>
      <w:r>
        <w:rPr>
          <w:sz w:val="20"/>
        </w:rPr>
        <w:t>1:17:28  And I can say according to my experience, but in Muslim countries, you cannot find the both.</w:t>
      </w:r>
      <w:r>
        <w:br/>
      </w:r>
      <w:r>
        <w:rPr>
          <w:sz w:val="20"/>
        </w:rPr>
        <w:t>1:17:35  If in any country there is freedom, there is no peace. And if there is peace, there is no freedom. But in India, I enjoy the both. In India, I enjoy the both.</w:t>
      </w:r>
      <w:r>
        <w:br/>
      </w:r>
      <w:r>
        <w:rPr>
          <w:sz w:val="20"/>
        </w:rPr>
        <w:t>1:17:50  Here, I enjoy peace, peace, and at the same time, I enjoy freedom. So I always live in shukr that I was born in India. Otherwise, it's not possible for me to start this mission. I know so many people who were born in other Muslim countries, and they started missions like myself.</w:t>
      </w:r>
      <w:r>
        <w:br/>
      </w:r>
      <w:r>
        <w:rPr>
          <w:sz w:val="20"/>
        </w:rPr>
        <w:t>1:18:17  And they were gunned down. They were compelled to exile with their country. But I'm here in India. I'm completely free. Completely free. There is no restriction for me. So this kind of thinking, the negative thinking, I abhor it.</w:t>
      </w:r>
      <w:r>
        <w:br/>
      </w:r>
      <w:r>
        <w:rPr>
          <w:sz w:val="20"/>
        </w:rPr>
        <w:t>1:18:39  And I can say that unless Muslims abandon this kind of thinking, they cannot progress.</w:t>
      </w:r>
      <w:r>
        <w:br/>
      </w:r>
      <w:r>
        <w:rPr>
          <w:sz w:val="20"/>
        </w:rPr>
        <w:t>1:18:58  So to take on a self-critical posture towards my own Christian faith in the way in which it</w:t>
      </w:r>
    </w:p>
    <w:p>
      <w:pPr>
        <w:pStyle w:val="Heading2"/>
      </w:pPr>
      <w:r>
        <w:t>Adam, angels, and Iblis: first lesson on power</w:t>
      </w:r>
    </w:p>
    <w:p>
      <w:r>
        <w:rPr>
          <w:color w:val="666666"/>
          <w:sz w:val="18"/>
        </w:rPr>
        <w:t>Between Possible and Impossible December 9, 2012 · 2m 56s · at 7:27 · https://youtu.be/Q0tC7obKbT8?t=447</w:t>
      </w:r>
    </w:p>
    <w:p>
      <w:r>
        <w:rPr>
          <w:i/>
        </w:rPr>
        <w:t>“اللہ تعالیٰ نے پیدا کیا تھا پہلے آدم کو”</w:t>
      </w:r>
    </w:p>
    <w:p>
      <w:r>
        <w:rPr>
          <w:sz w:val="20"/>
        </w:rPr>
        <w:t>7:27  dekhiye, Allah taala ne paida kiya tha pehle Adam ko jo first man thay. to us waqt Adam, insaan ke ilawa do aur log thay, aik jin aur doosre angels, yani jinat aur farishtay.</w:t>
      </w:r>
      <w:r>
        <w:br/>
      </w:r>
      <w:r>
        <w:rPr>
          <w:sz w:val="20"/>
        </w:rPr>
        <w:t>7:47  to quran mein bataya gaya hai ke Allah taala ne jab insaan ko paida kiya to jin aur malaika dono se kaha ke tum is ke aagay jhuk jao.</w:t>
      </w:r>
      <w:r>
        <w:br/>
      </w:r>
      <w:r>
        <w:rPr>
          <w:sz w:val="20"/>
        </w:rPr>
        <w:t>7:58  jhukne ka matlab kya tha? jhukna jo hai, Allah taala ka jo creational plan hai, us ko batana tha. kyun ke Adam ko Allah ne degree ka declare kiya tha ke yeh khalifa, yani khaleefa ho gaya zameen par.</w:t>
      </w:r>
      <w:r>
        <w:br/>
      </w:r>
      <w:r>
        <w:rPr>
          <w:sz w:val="20"/>
        </w:rPr>
        <w:t>8:14  khilafat di un ko. khilafat ka matlab kya hai? political power. khilafat koi holy institution nahi hai.</w:t>
      </w:r>
      <w:r>
        <w:br/>
      </w:r>
      <w:r>
        <w:rPr>
          <w:sz w:val="20"/>
        </w:rPr>
        <w:t>8:24  aik temporary period ke liye political power. yahi hai khilafat. to</w:t>
      </w:r>
      <w:r>
        <w:br/>
      </w:r>
      <w:r>
        <w:rPr>
          <w:sz w:val="20"/>
        </w:rPr>
        <w:t>8:33  firishton ne doubt kiya aur jin ka jo iblis, jo jin jinon ka jo sardar tha, iblis, us ne is ko challenge kiya.</w:t>
      </w:r>
      <w:r>
        <w:br/>
      </w:r>
      <w:r>
        <w:rPr>
          <w:sz w:val="20"/>
        </w:rPr>
        <w:t>8:46  yani yeh us ne dikhaya ke Adam se zyada mein is ka, mera right hai, mein, mein zyada haqdar hoon is ka.</w:t>
      </w:r>
      <w:r>
        <w:br/>
      </w:r>
      <w:r>
        <w:rPr>
          <w:sz w:val="20"/>
        </w:rPr>
        <w:t>8:57  ab aap dekhiye ke kya hua ke firishton ne to rethink kiya. rethink kar ke unhon ne apnay ko adjust kar liya.</w:t>
      </w:r>
      <w:r>
        <w:br/>
      </w:r>
      <w:r>
        <w:rPr>
          <w:sz w:val="20"/>
        </w:rPr>
        <w:t>9:09  lekin jo iblis tha, us ne rethink nahi kiya. woh apnay, yani us ne apnay tareeqay par woh qaim raha.</w:t>
      </w:r>
      <w:r>
        <w:br/>
      </w:r>
      <w:r>
        <w:rPr>
          <w:sz w:val="20"/>
        </w:rPr>
        <w:t>9:21  yahan tak ke nateeja kya hua ke Khuda ne Iblees ko aur us ki poori jo community thi, us ko apni blessing se mahroom kar diya.</w:t>
      </w:r>
      <w:r>
        <w:br/>
      </w:r>
      <w:r>
        <w:rPr>
          <w:sz w:val="20"/>
        </w:rPr>
        <w:t>9:35  Quran mein ek lanat kiya, lanat ka matlab hai blessing se mahroom karna. To abadi tor par jinnat jo hai aur Iblees jo hai, Allah ki blessing se mahroom ho gaye.</w:t>
      </w:r>
      <w:r>
        <w:br/>
      </w:r>
      <w:r>
        <w:rPr>
          <w:sz w:val="20"/>
        </w:rPr>
        <w:t>9:49  yeh kya hai</w:t>
      </w:r>
      <w:r>
        <w:br/>
      </w:r>
      <w:r>
        <w:rPr>
          <w:sz w:val="20"/>
        </w:rPr>
        <w:t>9:51  ? Yeh bilkul, yaani jab zindagi shuru hui, jab insaan ka aaghaz hua, usi waqt Allah ne bata diya hai ke zindagi ka kamyab zindagi ka raaz kya hoga.</w:t>
      </w:r>
      <w:r>
        <w:br/>
      </w:r>
      <w:r>
        <w:rPr>
          <w:sz w:val="20"/>
        </w:rPr>
        <w:t>10:04  woh yeh hai ke yahan par ek hai Allah ka creation plan, ek hai Khuda ki scheme of things. To tum ko is se mutabiqat karni hogi.</w:t>
      </w:r>
      <w:r>
        <w:br/>
      </w:r>
      <w:r>
        <w:rPr>
          <w:sz w:val="20"/>
        </w:rPr>
        <w:t>10:14  agar tum se mutabiqat nahi karoge to tum khud is ko, yaani is ki price tum ko khud deni padegi.</w:t>
      </w:r>
    </w:p>
    <w:p>
      <w:pPr>
        <w:pStyle w:val="Heading2"/>
      </w:pPr>
      <w:r>
        <w:t>Tatfif and solution to communal conflict</w:t>
      </w:r>
    </w:p>
    <w:p>
      <w:r>
        <w:rPr>
          <w:color w:val="666666"/>
          <w:sz w:val="18"/>
        </w:rPr>
        <w:t>Gujrat Riots | May 23, 2009 - Maulana Wahiduddin Khan · 3m 24s · at 14:33 · https://youtu.be/QO70zMFtXGY?t=873</w:t>
      </w:r>
    </w:p>
    <w:p>
      <w:r>
        <w:rPr>
          <w:i/>
        </w:rPr>
        <w:t>“They reported Gujarat by act of tatfif.”</w:t>
      </w:r>
    </w:p>
    <w:p>
      <w:r>
        <w:rPr>
          <w:sz w:val="20"/>
        </w:rPr>
        <w:t>14:33  leaders, all these reporters, all these people gave, committed this kind of crime. They reported Gujarat by act of tatfif. They gave the half, half of the story and they, and they, and they,</w:t>
      </w:r>
      <w:r>
        <w:br/>
      </w:r>
      <w:r>
        <w:rPr>
          <w:sz w:val="20"/>
        </w:rPr>
        <w:t>15:04  they avoided the half of the story. So I, I cannot afford this kind of tatfif. So I, I'm telling the full story before you. Now, what is the solution? Even today, although on the surface there is, there seems to be no problem, but underground there is</w:t>
      </w:r>
      <w:r>
        <w:br/>
      </w:r>
      <w:r>
        <w:rPr>
          <w:sz w:val="20"/>
        </w:rPr>
        <w:t>15:34  problem. Both the communities are living in suspicion in, in, in some kind hate, some kind of hate, both the communities. So if we want to normalize the situation in real sense of the word, so we have to, you have to narrate the full story, full stor</w:t>
      </w:r>
      <w:r>
        <w:br/>
      </w:r>
      <w:r>
        <w:rPr>
          <w:sz w:val="20"/>
        </w:rPr>
        <w:t>16:04  y. Without telling the full, full story, you cannot normalize the situation. We have some, there are some, um, members of our mission, these, these people have no such negative thought in Gujarat. There are, there are hundreds of people who are member of our mission</w:t>
      </w:r>
      <w:r>
        <w:br/>
      </w:r>
      <w:r>
        <w:rPr>
          <w:sz w:val="20"/>
        </w:rPr>
        <w:t>16:34  . Recently I visited Gujarat third time, so I found there, there, there are many readers of our, of our writings, our magazine. So they are completely free of that kind of hate because they know they, they have developed the objective thinking, logical thinking, scientific thinking, Islamic thinking. So</w:t>
      </w:r>
      <w:r>
        <w:br/>
      </w:r>
      <w:r>
        <w:rPr>
          <w:sz w:val="20"/>
        </w:rPr>
        <w:t>17:05  they are complex free. So I, I, I, I would like to say that if you want to normalize the situation, if you want not, if you want that this kind of event cannot be repeated in the future, then you have to be realist. You have to, you have to reassess the matter. You have to revise</w:t>
      </w:r>
      <w:r>
        <w:br/>
      </w:r>
      <w:r>
        <w:rPr>
          <w:sz w:val="20"/>
        </w:rPr>
        <w:t>17:37  people's thinking. This is my, this is my assessment and now you are free to add anything which you want to add.</w:t>
      </w:r>
    </w:p>
    <w:p>
      <w:pPr>
        <w:pStyle w:val="Heading2"/>
      </w:pPr>
      <w:r>
        <w:t>God never made a permanently 'beautiful' woman in this world</w:t>
      </w:r>
    </w:p>
    <w:p>
      <w:r>
        <w:rPr>
          <w:color w:val="666666"/>
          <w:sz w:val="18"/>
        </w:rPr>
        <w:t>Take it as A Challenge April 29, 2007 · 27s · at 1:10:53 · https://youtu.be/pONW5UkRZ_M?t=4253</w:t>
      </w:r>
    </w:p>
    <w:p>
      <w:r>
        <w:rPr>
          <w:i/>
        </w:rPr>
        <w:t>“Khuda ne beautiful aurat banayi hi nahi duniya mein”</w:t>
      </w:r>
    </w:p>
    <w:p>
      <w:r>
        <w:rPr>
          <w:sz w:val="20"/>
        </w:rPr>
        <w:t>1:10:53  insan ko Khuda ki iski mafting yeh nahi hai ke duniya mein beautiful aurtein banaye, woh beautiful aurtein to paradise mein milengi.</w:t>
      </w:r>
      <w:r>
        <w:br/>
      </w:r>
      <w:r>
        <w:rPr>
          <w:sz w:val="20"/>
        </w:rPr>
        <w:t>1:11:03  to false beauty, yani yani falsely, woh sochti hai ke hum hum beautiful hain.</w:t>
      </w:r>
      <w:r>
        <w:br/>
      </w:r>
      <w:r>
        <w:rPr>
          <w:sz w:val="20"/>
        </w:rPr>
        <w:t>1:11:09  yaad rakhiye, Khuda ne beautiful aurat banai hi nahi duniya mein. Is se bara jhoot koi nahi hai, koi samjhe ke mein beautiful hoon, jhoot hai, woh jhoot hai.</w:t>
      </w:r>
    </w:p>
    <w:p>
      <w:pPr>
        <w:pStyle w:val="Heading2"/>
      </w:pPr>
      <w:r>
        <w:t>Newton discovered gravity through deep, focused thinking</w:t>
      </w:r>
    </w:p>
    <w:p>
      <w:r>
        <w:rPr>
          <w:color w:val="666666"/>
          <w:sz w:val="18"/>
        </w:rPr>
        <w:t>The Art of Thinking January 28, 2024 · 1m 49s · at 7:21 · https://youtu.be/lpUsTrs0ulo?t=441</w:t>
      </w:r>
    </w:p>
    <w:p>
      <w:r>
        <w:rPr>
          <w:i/>
        </w:rPr>
        <w:t>“Newton was called a 'wool-gatherer' for always thinking”</w:t>
      </w:r>
    </w:p>
    <w:p>
      <w:r>
        <w:rPr>
          <w:sz w:val="20"/>
        </w:rPr>
        <w:t>7:21  to is potential ko hamein actualize karna hai, aur woh thinking ke hi zariye hoga. main sirf ek do misaal aap logon ko samne rakhti hoon ke jaise Newton ne gravity, gravitational pull ko discover kiya,</w:t>
      </w:r>
      <w:r>
        <w:br/>
      </w:r>
      <w:r>
        <w:rPr>
          <w:sz w:val="20"/>
        </w:rPr>
        <w:t>7:38  jab ke hazaron baras se log dekh rahe the ke koi bhi cheez oopar se girti hai to neeche aati hai, oopar nahi chali jati.</w:t>
      </w:r>
      <w:r>
        <w:br/>
      </w:r>
      <w:r>
        <w:rPr>
          <w:sz w:val="20"/>
        </w:rPr>
        <w:t>7:47  phal girta hai to neeche girta hai, oopar nahi chala jata. lekin koi sochta nahi tha. We take everything for grant</w:t>
      </w:r>
      <w:r>
        <w:br/>
      </w:r>
      <w:r>
        <w:rPr>
          <w:sz w:val="20"/>
        </w:rPr>
        <w:t>7:56  ed to koi sochta nahi tha. to itni bari haqiqat samajh mein nahi aayi ke hamare jo sare planets hain, sari jo bodies hain, woh is mein gravity hai, wahi ek doosre ko apne مدار par rakhe hue hain.</w:t>
      </w:r>
      <w:r>
        <w:br/>
      </w:r>
      <w:r>
        <w:rPr>
          <w:sz w:val="20"/>
        </w:rPr>
        <w:t>8:13  to Newton jo hai, woh bohat zyada gehrai se sochta tha. to isi liye us ko wool gather kaha jane lag</w:t>
      </w:r>
      <w:r>
        <w:br/>
      </w:r>
      <w:r>
        <w:rPr>
          <w:sz w:val="20"/>
        </w:rPr>
        <w:t>8:21  a tha. wool gather kehte hain us shakhs ko jo absent minded hota hai. to aise logon ko koi ahmiyat nahi deta.</w:t>
      </w:r>
      <w:r>
        <w:br/>
      </w:r>
      <w:r>
        <w:rPr>
          <w:sz w:val="20"/>
        </w:rPr>
        <w:t>8:30  samajhte hain yeh bekar aadmi hai, us ko kuch karna nahi hai, to yeh baitha hai khali idhar udhar. bas woh baitha nahi rehta tha, woh soch raha hota tha. to kyun ke jo bohat zyada mind focused jab tak hum nahi karein ge, to jab tak us ko baatein samajh mein gehrai se koi cheez aa nahi</w:t>
      </w:r>
      <w:r>
        <w:br/>
      </w:r>
      <w:r>
        <w:rPr>
          <w:sz w:val="20"/>
        </w:rPr>
        <w:t>8:49  sakti. to jab us ne dekha seb ko ke seb oopar se gira phal mein, peir mein se, to woh neeche gir gaya.</w:t>
      </w:r>
      <w:r>
        <w:br/>
      </w:r>
      <w:r>
        <w:rPr>
          <w:sz w:val="20"/>
        </w:rPr>
        <w:t>8:58  to woh is par bhi sochne lag gaya ke yeh neeche kyun gira, ooper kyun nahi chala gaya. phir us ko itni gehri haqeeqat samajh mein aayi ke gravitational pull ki.</w:t>
      </w:r>
    </w:p>
    <w:p>
      <w:pPr>
        <w:pStyle w:val="Heading2"/>
      </w:pPr>
      <w:r>
        <w:t>Life management and options</w:t>
      </w:r>
    </w:p>
    <w:p>
      <w:r>
        <w:rPr>
          <w:color w:val="666666"/>
          <w:sz w:val="18"/>
        </w:rPr>
        <w:t>Art of Life Management (English) April 13, 2007 Maulana Wahiduddin Khan · 1m 24s · at 0:27 · https://youtu.be/XBfCGmKsAig?t=27</w:t>
      </w:r>
    </w:p>
    <w:p>
      <w:r>
        <w:rPr>
          <w:i/>
        </w:rPr>
        <w:t>“Da topic for this day is art of life management”</w:t>
      </w:r>
    </w:p>
    <w:p>
      <w:r>
        <w:rPr>
          <w:sz w:val="20"/>
        </w:rPr>
        <w:t>0:27  da topic for this day is art of life management.</w:t>
      </w:r>
      <w:r>
        <w:br/>
      </w:r>
      <w:r>
        <w:rPr>
          <w:sz w:val="20"/>
        </w:rPr>
        <w:t>0:40  life management is important for everyone, everyone.</w:t>
      </w:r>
      <w:r>
        <w:br/>
      </w:r>
      <w:r>
        <w:rPr>
          <w:sz w:val="20"/>
        </w:rPr>
        <w:t>0:49  now, what is life management?</w:t>
      </w:r>
      <w:r>
        <w:br/>
      </w:r>
      <w:r>
        <w:rPr>
          <w:sz w:val="20"/>
        </w:rPr>
        <w:t>0:55  i can summarize it in these few words that: our world is full of options</w:t>
      </w:r>
      <w:r>
        <w:br/>
      </w:r>
      <w:r>
        <w:rPr>
          <w:sz w:val="20"/>
        </w:rPr>
        <w:t>1:07  . our world is full of options. in every situation, there are more than one option.</w:t>
      </w:r>
      <w:r>
        <w:br/>
      </w:r>
      <w:r>
        <w:rPr>
          <w:sz w:val="20"/>
        </w:rPr>
        <w:t>1:20  so every time, and every in every situation, we we have this question that: which one of which one of the options you have to opt?</w:t>
      </w:r>
      <w:r>
        <w:br/>
      </w:r>
      <w:r>
        <w:rPr>
          <w:sz w:val="20"/>
        </w:rPr>
        <w:t>1:41  every time, in every situation, every where, there are more than one options. so this is your test.</w:t>
      </w:r>
    </w:p>
    <w:p>
      <w:pPr>
        <w:pStyle w:val="Heading2"/>
      </w:pPr>
      <w:r>
        <w:t>Proverb: never do what you must undo</w:t>
      </w:r>
    </w:p>
    <w:p>
      <w:r>
        <w:rPr>
          <w:color w:val="666666"/>
          <w:sz w:val="18"/>
        </w:rPr>
        <w:t>Between Possible and Impossible December 9, 2012 · 30s · at 5:40 · https://youtu.be/Q0tC7obKbT8?t=340</w:t>
      </w:r>
    </w:p>
    <w:p>
      <w:r>
        <w:rPr>
          <w:i/>
        </w:rPr>
        <w:t>“پرانا ایک مثل ہے پرشین کا”</w:t>
      </w:r>
    </w:p>
    <w:p>
      <w:r>
        <w:rPr>
          <w:sz w:val="20"/>
        </w:rPr>
        <w:t>5:40  to purana aik misl hai persian ka ke "kaja kar kunad aaqil ki baz ayad pashaimani" . yani aadmi agar, aadmi aisa kaam kyun kare jis ko usay wapas lena ho?</w:t>
      </w:r>
      <w:r>
        <w:br/>
      </w:r>
      <w:r>
        <w:rPr>
          <w:sz w:val="20"/>
        </w:rPr>
        <w:t>5:58  to unhon ne aik taraf yeh dunya ko dikhaya ke "I am not a competent president of Egypt" . mein politics ko nahi janta.</w:t>
      </w:r>
    </w:p>
    <w:p>
      <w:pPr>
        <w:pStyle w:val="Heading2"/>
      </w:pPr>
      <w:r>
        <w:t>Rejected silver: why no new prophet will come</w:t>
      </w:r>
    </w:p>
    <w:p>
      <w:r>
        <w:rPr>
          <w:color w:val="666666"/>
          <w:sz w:val="18"/>
        </w:rPr>
        <w:t>The Concept of Doomsday in islam May 16, 2009 · 2m 44s · at 36:34 · https://youtu.be/yPjFg8vwSLw?t=2194</w:t>
      </w:r>
    </w:p>
    <w:p>
      <w:r>
        <w:rPr>
          <w:i/>
        </w:rPr>
        <w:t>“God declared: now you are rejected silver, so He sent Muhammad.”</w:t>
      </w:r>
    </w:p>
    <w:p>
      <w:r>
        <w:rPr>
          <w:sz w:val="20"/>
        </w:rPr>
        <w:t>36:34  god declared that now you are rejected silver, al fazl al mardooda. so then god almighty send Muhammad sallallahu alaihi wasallam.</w:t>
      </w:r>
      <w:r>
        <w:br/>
      </w:r>
      <w:r>
        <w:rPr>
          <w:sz w:val="20"/>
        </w:rPr>
        <w:t>36:48  now Muslims have rejected silver,</w:t>
      </w:r>
      <w:r>
        <w:br/>
      </w:r>
      <w:r>
        <w:rPr>
          <w:sz w:val="20"/>
        </w:rPr>
        <w:t>36:54  account to my assessment, now Muslim community, or ummat Muhammad is a degenerated community, in complete sense of the word.</w:t>
      </w:r>
      <w:r>
        <w:br/>
      </w:r>
      <w:r>
        <w:rPr>
          <w:sz w:val="20"/>
        </w:rPr>
        <w:t>37:09  and they became the rejected silver. but now, as Muhammad sallallahu alaihi wasallam, khatam un nabiyyin, no new nabi is going to come.</w:t>
      </w:r>
      <w:r>
        <w:br/>
      </w:r>
      <w:r>
        <w:rPr>
          <w:sz w:val="20"/>
        </w:rPr>
        <w:t>37:23  so now the option is not to send new nabi. no, is not option. now the option is surah israfil, at that time, before god almighty.</w:t>
      </w:r>
      <w:r>
        <w:br/>
      </w:r>
      <w:r>
        <w:rPr>
          <w:sz w:val="20"/>
        </w:rPr>
        <w:t>37:39  this was, this option was open to send a new nabi, new prophet. so god send a new, new prophet. but now, that option is not open.</w:t>
      </w:r>
      <w:r>
        <w:br/>
      </w:r>
      <w:r>
        <w:rPr>
          <w:sz w:val="20"/>
        </w:rPr>
        <w:t>37:51  no nabi is going to come.</w:t>
      </w:r>
      <w:r>
        <w:br/>
      </w:r>
      <w:r>
        <w:rPr>
          <w:sz w:val="20"/>
        </w:rPr>
        <w:t>37:54  so the the only available option is to, to kya kahein, qayamat. and the world.</w:t>
      </w:r>
      <w:r>
        <w:br/>
      </w:r>
      <w:r>
        <w:rPr>
          <w:sz w:val="20"/>
        </w:rPr>
        <w:t>38:04  and the world, qayamat. so its very very dangerous situation, very very dangerous situation.</w:t>
      </w:r>
      <w:r>
        <w:br/>
      </w:r>
      <w:r>
        <w:rPr>
          <w:sz w:val="20"/>
        </w:rPr>
        <w:t>38:15  we cant wait for new nabi because there is not option.</w:t>
      </w:r>
      <w:r>
        <w:br/>
      </w:r>
      <w:r>
        <w:rPr>
          <w:sz w:val="20"/>
        </w:rPr>
        <w:t>38:23  neither Muslims, na non Muslims, are responding positively. haan, they have their own view points, their own ideologies, which have become an obstacle to understanding this message.</w:t>
      </w:r>
      <w:r>
        <w:br/>
      </w:r>
      <w:r>
        <w:rPr>
          <w:sz w:val="20"/>
        </w:rPr>
        <w:t>38:39  account to my assessment, Muslims have reached to, Muslim degeneration has led, has reached to the, to the last extent.</w:t>
      </w:r>
      <w:r>
        <w:br/>
      </w:r>
      <w:r>
        <w:rPr>
          <w:sz w:val="20"/>
        </w:rPr>
        <w:t>38:53  now Muslims are degenerated lot. so what is the option? except qayamat. when new property is not option, then the other option is qayamat.</w:t>
      </w:r>
      <w:r>
        <w:br/>
      </w:r>
      <w:r>
        <w:rPr>
          <w:sz w:val="20"/>
        </w:rPr>
        <w:t>39:08  do today, for what purpose? this will, god will continue. for what purpose?</w:t>
      </w:r>
    </w:p>
    <w:p>
      <w:pPr>
        <w:pStyle w:val="Heading2"/>
      </w:pPr>
      <w:r>
        <w:t>Think before acting is a great lesson</w:t>
      </w:r>
    </w:p>
    <w:p>
      <w:r>
        <w:rPr>
          <w:color w:val="666666"/>
          <w:sz w:val="18"/>
        </w:rPr>
        <w:t>Lessons from The Quran 30 Apr 2014 - Maulana Wahiduddin Khan · 15s · at 25:01 · https://youtu.be/lhFmEWbbP2E?t=1501</w:t>
      </w:r>
    </w:p>
    <w:p>
      <w:r>
        <w:rPr>
          <w:i/>
        </w:rPr>
        <w:t>“This is a great lesson: before any action, think first.”</w:t>
      </w:r>
    </w:p>
    <w:p>
      <w:r>
        <w:rPr>
          <w:sz w:val="20"/>
        </w:rPr>
        <w:t>25:01  toh yeh kitna bara sabaq hai ke koi iqdam karo toh pehle socho. agar iqdam mein koi nateeja nahi karne wala hai, tab toh karo, nahi toh iqdam hi mat karo,</w:t>
      </w:r>
    </w:p>
    <w:p>
      <w:pPr>
        <w:pStyle w:val="Heading2"/>
      </w:pPr>
      <w:r>
        <w:t>True happiness is only achievable in the hereafter</w:t>
      </w:r>
    </w:p>
    <w:p>
      <w:r>
        <w:rPr>
          <w:color w:val="666666"/>
          <w:sz w:val="18"/>
        </w:rPr>
        <w:t>The Problem of Misunderstanding January 1, 2008 · 2m 16s · at 1:10:45 · https://youtu.be/CTmUoJ714fg?t=4245</w:t>
      </w:r>
    </w:p>
    <w:p>
      <w:r>
        <w:rPr>
          <w:i/>
        </w:rPr>
        <w:t>“Prophet of Islam has said: there is no happiness in this world”</w:t>
      </w:r>
    </w:p>
    <w:p>
      <w:r>
        <w:rPr>
          <w:sz w:val="20"/>
        </w:rPr>
        <w:t>1:10:45  prophet of islam has said in this saying, you can find your answer. prophet of islam has said that allah la aisha illa aisha akhrh.</w:t>
      </w:r>
      <w:r>
        <w:br/>
      </w:r>
      <w:r>
        <w:rPr>
          <w:sz w:val="20"/>
        </w:rPr>
        <w:t>1:11:03  allah la aisha illa aisha akhrh. oh god, there is no happiness in this world.</w:t>
      </w:r>
      <w:r>
        <w:br/>
      </w:r>
      <w:r>
        <w:rPr>
          <w:sz w:val="20"/>
        </w:rPr>
        <w:t>1:11:12  happiness is achievable only in the, in the hereafter. so what is so happiness in material term is not possible in this world?</w:t>
      </w:r>
      <w:r>
        <w:br/>
      </w:r>
      <w:r>
        <w:rPr>
          <w:sz w:val="20"/>
        </w:rPr>
        <w:t>1:11:28  according to islamic teaching,</w:t>
      </w:r>
      <w:r>
        <w:br/>
      </w:r>
      <w:r>
        <w:rPr>
          <w:sz w:val="20"/>
        </w:rPr>
        <w:t>1:11:31  happiness in material term is not possible in this world. so according to the quran and hadith, as i have, according to my study of quran and hadith, i can see that happiness is achievable only in the, in the hereafter, in the hereafter. in the hereafter.</w:t>
      </w:r>
      <w:r>
        <w:br/>
      </w:r>
      <w:r>
        <w:rPr>
          <w:sz w:val="20"/>
        </w:rPr>
        <w:t>1:11:53  in this world, happiness is not achievable. i have read a book written by bertrand russell.</w:t>
      </w:r>
      <w:r>
        <w:br/>
      </w:r>
      <w:r>
        <w:rPr>
          <w:sz w:val="20"/>
        </w:rPr>
        <w:t>1:12:02  The title is Happiness. In this book, he says that happiness is not achievable in this world. And every one can understand this.</w:t>
      </w:r>
      <w:r>
        <w:br/>
      </w:r>
      <w:r>
        <w:rPr>
          <w:sz w:val="20"/>
        </w:rPr>
        <w:t>1:12:14  There are so many evil people, so many people who political powers and so many things.</w:t>
      </w:r>
      <w:r>
        <w:br/>
      </w:r>
      <w:r>
        <w:rPr>
          <w:sz w:val="20"/>
        </w:rPr>
        <w:t>1:12:22  but the will to achieve happiness</w:t>
      </w:r>
      <w:r>
        <w:br/>
      </w:r>
      <w:r>
        <w:rPr>
          <w:sz w:val="20"/>
        </w:rPr>
        <w:t>1:12:28  . no one can say that I achieved happiness in material terms. So according to Islam, in this world, it is not possible to achieve happiness in, in absolute sense of the word.</w:t>
      </w:r>
      <w:r>
        <w:br/>
      </w:r>
      <w:r>
        <w:rPr>
          <w:sz w:val="20"/>
        </w:rPr>
        <w:t>1:12:47  Happiness is achievable only in the world.</w:t>
      </w:r>
      <w:r>
        <w:br/>
      </w:r>
      <w:r>
        <w:rPr>
          <w:sz w:val="20"/>
        </w:rPr>
        <w:t>1:12:50  tr.</w:t>
      </w:r>
      <w:r>
        <w:br/>
      </w:r>
      <w:r>
        <w:rPr>
          <w:sz w:val="20"/>
        </w:rPr>
        <w:t>1:12:53  la khauf alaihim. so vi hev tu, vi hev tu mek dis gol.</w:t>
      </w:r>
    </w:p>
    <w:p>
      <w:pPr>
        <w:pStyle w:val="Heading2"/>
      </w:pPr>
      <w:r>
        <w:t>Skepticism turning to calm at first meeting</w:t>
      </w:r>
    </w:p>
    <w:p>
      <w:r>
        <w:rPr>
          <w:color w:val="666666"/>
          <w:sz w:val="18"/>
        </w:rPr>
        <w:t>Discussions on the impact of Maulana Wahiduddin Khan's Thought June 28, 2020 · 2m 30s · at 3:36 · https://youtu.be/tOuo9f842fI?t=216</w:t>
      </w:r>
    </w:p>
    <w:p>
      <w:r>
        <w:rPr>
          <w:i/>
        </w:rPr>
        <w:t>“So I was a bit skeptical.”</w:t>
      </w:r>
    </w:p>
    <w:p>
      <w:r>
        <w:rPr>
          <w:sz w:val="20"/>
        </w:rPr>
        <w:t>3:36  We used to listen to stories, right? But these days we don't have that. So what was your experience like going back to that, you know, when you met Maulana and? So, so I was a bit skeptical</w:t>
      </w:r>
      <w:r>
        <w:br/>
      </w:r>
      <w:r>
        <w:rPr>
          <w:sz w:val="20"/>
        </w:rPr>
        <w:t>3:47  , okay? Uh, like, to be honest, I was very skeptical that, you know, I'm meeting a guru sort of a person, uh, that too was a Muslim and teaches Islam.</w:t>
      </w:r>
      <w:r>
        <w:br/>
      </w:r>
      <w:r>
        <w:rPr>
          <w:sz w:val="20"/>
        </w:rPr>
        <w:t>3:57  So I, uh, so, uh, the skepticism basically came in from the common narrative that we have, uh, around us in the societ</w:t>
      </w:r>
      <w:r>
        <w:br/>
      </w:r>
      <w:r>
        <w:rPr>
          <w:sz w:val="20"/>
        </w:rPr>
        <w:t>4:04  y, right? That you have to hold on to your religion. You cannot actually go and, uh, and ask questions about a different religion. Uh, and you cannot actually take teachings or, you know, it's not, uh, interdisciplinary, uh, thoughts that you are taught, basically.</w:t>
      </w:r>
      <w:r>
        <w:br/>
      </w:r>
      <w:r>
        <w:rPr>
          <w:sz w:val="20"/>
        </w:rPr>
        <w:t>4:19  Like, Hinduism has a set of rules as Muslims. Like, Islam has a set of rules. That, that kind of, uh, skepticism, that basically, uh, had that, uh, like, I had that, uh, uh, you know, uh, nervousness probably or, like, I was not sure of what to expect, basically.</w:t>
      </w:r>
      <w:r>
        <w:br/>
      </w:r>
      <w:r>
        <w:rPr>
          <w:sz w:val="20"/>
        </w:rPr>
        <w:t>4:35  And, uh, like, my friend basically so, uh, Maulana has a habit of, uh, whenever he meets people he'll just randomly ask, uh, "Tell me something,"</w:t>
      </w:r>
      <w:r>
        <w:br/>
      </w:r>
      <w:r>
        <w:rPr>
          <w:sz w:val="20"/>
        </w:rPr>
        <w:t>4:45  okay? And, uh, and I didn't know about this, okay? He does this with everybody and I didn't know this about it. Uh, and I think knowingly my friend didn't tell me, okay</w:t>
      </w:r>
      <w:r>
        <w:br/>
      </w:r>
      <w:r>
        <w:rPr>
          <w:sz w:val="20"/>
        </w:rPr>
        <w:t>4:55  ? And I was taken aback by the question that, "Okay, um, I have come here to listen, not to, you know, like, talk, uh, basically." So that happened and that kind of put me on the spot.</w:t>
      </w:r>
      <w:r>
        <w:br/>
      </w:r>
      <w:r>
        <w:rPr>
          <w:sz w:val="20"/>
        </w:rPr>
        <w:t>5:07  And I think I don't know what I blabbered in that, uh, in that moment. But something happened and then, uh, you know, then he was like, "Yeah, chill." And, uh, yeah.</w:t>
      </w:r>
      <w:r>
        <w:br/>
      </w:r>
      <w:r>
        <w:rPr>
          <w:sz w:val="20"/>
        </w:rPr>
        <w:t>5:19  So that's, that's how I met Maulana. And, uh, I remember, uh, I couldn't really get much of, uh, what he was talking in the first, uh, session that I, uh, had</w:t>
      </w:r>
      <w:r>
        <w:br/>
      </w:r>
      <w:r>
        <w:rPr>
          <w:sz w:val="20"/>
        </w:rPr>
        <w:t>5:31  . Uh, uh, but, you know, when you actually put in more attention to it you need to put more attention to it. That what he's speaking you'll have to, uh, you know, kind of, uh, put your mind to it and, like, start processing it</w:t>
      </w:r>
      <w:r>
        <w:br/>
      </w:r>
      <w:r>
        <w:rPr>
          <w:sz w:val="20"/>
        </w:rPr>
        <w:t>5:45  very fast. Because, uh, his stories are full of, uh, you know, these small, uh, uh, learnings that, uh, probably is non-intended, but the larger mission is something else.</w:t>
      </w:r>
      <w:r>
        <w:br/>
      </w:r>
      <w:r>
        <w:rPr>
          <w:sz w:val="20"/>
        </w:rPr>
        <w:t>5:57  But he'll put in, uh, different, uh, stories and different learnings that you can take and, uh, you know, apply whatever you wanted, so.</w:t>
      </w:r>
    </w:p>
    <w:p>
      <w:pPr>
        <w:pStyle w:val="Heading2"/>
      </w:pPr>
      <w:r>
        <w:t>misapplying the Bible's promise of paradise to this world</w:t>
      </w:r>
    </w:p>
    <w:p>
      <w:r>
        <w:rPr>
          <w:color w:val="666666"/>
          <w:sz w:val="18"/>
        </w:rPr>
        <w:t>Right Man at Wrong Place May 18, 2008 · 5m 21s · at 52:40 · https://youtu.be/sKwAjR3OAGo?t=3160</w:t>
      </w:r>
    </w:p>
    <w:p>
      <w:r>
        <w:rPr>
          <w:i/>
        </w:rPr>
        <w:t>“بائبل میں ہے: گاڈ ول وائپ اوے ٹیئرز فرام آل فیسز”</w:t>
      </w:r>
    </w:p>
    <w:p>
      <w:r>
        <w:rPr>
          <w:sz w:val="20"/>
        </w:rPr>
        <w:t>52:40  bible mein ek bohat hi meaningful ek quotation hai ek prophet ka ek prophet ki zuban se bohat hi meaningful</w:t>
      </w:r>
      <w:r>
        <w:br/>
      </w:r>
      <w:r>
        <w:rPr>
          <w:sz w:val="20"/>
        </w:rPr>
        <w:t>52:52  bible mein jo ashya ka jo chapter hai us mein toh ek prophet ne yeh kaha ke dunya mein tum ko jo yeh rehna hai toh is mein toh tum ko musibatein rahengi jis mein tum tum ko yani problem face karna padega toh is mein unhon ne kaha ke yeh batate hue ke wahi jo maine arz kiya ke jannat mein milega sab ko</w:t>
      </w:r>
      <w:r>
        <w:br/>
      </w:r>
      <w:r>
        <w:rPr>
          <w:sz w:val="20"/>
        </w:rPr>
        <w:t>53:21  toh is mein woh kehte hain ke ke god will wipe away tears from all faces</w:t>
      </w:r>
      <w:r>
        <w:br/>
      </w:r>
      <w:r>
        <w:rPr>
          <w:sz w:val="20"/>
        </w:rPr>
        <w:t>53:38  god will wipe away tears from all faces</w:t>
      </w:r>
      <w:r>
        <w:br/>
      </w:r>
      <w:r>
        <w:rPr>
          <w:sz w:val="20"/>
        </w:rPr>
        <w:t>53:46  yani god khuda ke khuda jo hai har aankh ke aansu poch dega matlab us waqt jab pahunchenge aap dunya mein toh aap musibatein uthayenge problem ko jhelenge lekin agar aap ne qualify kiya paradise ke liye aur wahan pahunche aap is tarah se toh wahan aap ke aansu phat jayenge wahan aap ko sukoon milega chain milega sab kuch milega</w:t>
      </w:r>
      <w:r>
        <w:br/>
      </w:r>
      <w:r>
        <w:rPr>
          <w:sz w:val="20"/>
        </w:rPr>
        <w:t>54:12  toh yeh hai yeh hai is mein bible mein ke god will wipe away tears from all faces ab kya hua ke is ko le liya tolstoy ne tolstoy ek bohat bara writer tha russia ka us ki kitab hai war and peace aur bohat si kitabein hain toh is ko dunya mein translate karna chaha unhon ne</w:t>
      </w:r>
      <w:r>
        <w:br/>
      </w:r>
      <w:r>
        <w:rPr>
          <w:sz w:val="20"/>
        </w:rPr>
        <w:t>54:39  unhon ne yeh mashad banaya apna ke dunya mein jo insan hain jo society hai un ke aansu poochein hum agar aisi society banayein jis mein koi rota rone wala na ho toh kuch bhi nahi hua woh khud hi yani is mein jis peer mein mare 1910 mein 1910 mein un ka death hua tolstoy ka 1910 mein frustration mein mare woh</w:t>
      </w:r>
      <w:r>
        <w:br/>
      </w:r>
      <w:r>
        <w:rPr>
          <w:sz w:val="20"/>
        </w:rPr>
        <w:t>55:08  halankeh woh unki 88 years ho chuki thi kyunke woh ayat jo thi bible mein woh to</w:t>
      </w:r>
      <w:r>
        <w:br/>
      </w:r>
      <w:r>
        <w:rPr>
          <w:sz w:val="20"/>
        </w:rPr>
        <w:t>55:14  aakhirat ke bare mein thi yeh dunya ke bare mein nahi thi yahi</w:t>
      </w:r>
      <w:r>
        <w:br/>
      </w:r>
      <w:r>
        <w:rPr>
          <w:sz w:val="20"/>
        </w:rPr>
        <w:t>55:19  kahani hum India mein dekhte hain</w:t>
      </w:r>
      <w:r>
        <w:br/>
      </w:r>
      <w:r>
        <w:rPr>
          <w:sz w:val="20"/>
        </w:rPr>
        <w:t>55:23  Mahatma Gandhi bohat hi barhe leader thay</w:t>
      </w:r>
      <w:r>
        <w:br/>
      </w:r>
      <w:r>
        <w:rPr>
          <w:sz w:val="20"/>
        </w:rPr>
        <w:t>55:28  to unhon ne kaha tha azadi se pehle ke mera mission har aankh ke aansu poochna hai</w:t>
      </w:r>
      <w:r>
        <w:br/>
      </w:r>
      <w:r>
        <w:rPr>
          <w:sz w:val="20"/>
        </w:rPr>
        <w:t>55:38  mahatma gandhi ne kaha tha azadi se pehle ke mera mission har aankh ke aansu pochhna hai toh 47 ke baad kya har aankh ke aansu poch gaye zahir hai ke nahi poche balkeh shayad rone walon ki aankh aur rone wali aankhein aur zyada ho gayin</w:t>
      </w:r>
      <w:r>
        <w:br/>
      </w:r>
      <w:r>
        <w:rPr>
          <w:sz w:val="20"/>
        </w:rPr>
        <w:t>55:58  1947 mein jo jawaharlal nehru ne kaha tha ke india mein 36 crore aadmi hain aur 36 crore problem hain aur aaj kitne aadmi hain aaj toh bohat zyada hamari ginti ho chuki hai toh rone wale hi barh gaye hain toh rone wale jo the un ke aansu kahan poche</w:t>
      </w:r>
      <w:r>
        <w:br/>
      </w:r>
      <w:r>
        <w:rPr>
          <w:sz w:val="20"/>
        </w:rPr>
        <w:t>56:22  toh kyun aisa hua hamare leader ne is bible ke ek verse ko dunya mein transfer karna chaha jo thi akhirat ke liye paradise ke liye</w:t>
      </w:r>
      <w:r>
        <w:br/>
      </w:r>
      <w:r>
        <w:rPr>
          <w:sz w:val="20"/>
        </w:rPr>
        <w:t>56:36  yaad rakhiye ke dunya mein hamein yani khuda banaye nahi khuda ne dunya ko ke hum hamari desire yahan poori hon desire toh wahan poori hongi</w:t>
      </w:r>
      <w:r>
        <w:br/>
      </w:r>
      <w:r>
        <w:rPr>
          <w:sz w:val="20"/>
        </w:rPr>
        <w:t>56:47  yahan toh hamein intellectual development karna hai spiritual development karna hai apne ko qualify karna hai taake hum paradise mein entry pa sakein toh itne barhe barhe log jo hain unhon ne aisa samjha ke bible ki woh ayat jo thi akhirat ke liye aur jannat ke liye is ko unhon ne chaha ke is dunya mein apply karein jo ke possible nahi tha woh woh possible nahi tha woh</w:t>
      </w:r>
      <w:r>
        <w:br/>
      </w:r>
      <w:r>
        <w:rPr>
          <w:sz w:val="20"/>
        </w:rPr>
        <w:t>57:16  You cannot achieve paradise in this world.</w:t>
      </w:r>
      <w:r>
        <w:br/>
      </w:r>
      <w:r>
        <w:rPr>
          <w:sz w:val="20"/>
        </w:rPr>
        <w:t>57:20  They wanted to establish paradise in this world but it was not possible</w:t>
      </w:r>
      <w:r>
        <w:br/>
      </w:r>
      <w:r>
        <w:rPr>
          <w:sz w:val="20"/>
        </w:rPr>
        <w:t>57:25  You cannot achieve paradise in this world</w:t>
      </w:r>
      <w:r>
        <w:br/>
      </w:r>
      <w:r>
        <w:rPr>
          <w:sz w:val="20"/>
        </w:rPr>
        <w:t>57:30  to yeh hai kahani poori poori history ki</w:t>
      </w:r>
      <w:r>
        <w:br/>
      </w:r>
      <w:r>
        <w:rPr>
          <w:sz w:val="20"/>
        </w:rPr>
        <w:t>57:34  کہ لوگ less than ideal پر راضی نہیں ہوتے اس لیے وہ زندگی میں فرسٹریشن میں رہتے ہیں</w:t>
      </w:r>
      <w:r>
        <w:br/>
      </w:r>
      <w:r>
        <w:rPr>
          <w:sz w:val="20"/>
        </w:rPr>
        <w:t>57:40  ap less than ideal par razi ho jaiye aur less than ideal par razi hone ka matlab kya</w:t>
      </w:r>
      <w:r>
        <w:br/>
      </w:r>
      <w:r>
        <w:rPr>
          <w:sz w:val="20"/>
        </w:rPr>
        <w:t>57:45  hai</w:t>
      </w:r>
      <w:r>
        <w:br/>
      </w:r>
      <w:r>
        <w:rPr>
          <w:sz w:val="20"/>
        </w:rPr>
        <w:t>57:46  is ke baad aap ko opportunity milti hai ke aap ko prepare kar sakein less than ideal par razi hona apne aap ko woh opportunity avail karne ke qabil banana hai</w:t>
      </w:r>
    </w:p>
    <w:p>
      <w:pPr>
        <w:pStyle w:val="Heading2"/>
      </w:pPr>
      <w:r>
        <w:t>Language gap between Muslims and modern audience</w:t>
      </w:r>
    </w:p>
    <w:p>
      <w:r>
        <w:rPr>
          <w:color w:val="666666"/>
          <w:sz w:val="18"/>
        </w:rPr>
        <w:t>Dawah in Scientific Age- 8 April 2011 · 5m 02s · at 14:01 · https://youtu.be/1casDo8bzXM?t=841</w:t>
      </w:r>
    </w:p>
    <w:p>
      <w:r>
        <w:rPr>
          <w:i/>
        </w:rPr>
        <w:t>“Mujhe apna ek qissa yaad aata hai”</w:t>
      </w:r>
    </w:p>
    <w:p>
      <w:r>
        <w:rPr>
          <w:sz w:val="20"/>
        </w:rPr>
        <w:t>14:01  mujhe apna ek qissa yaad aata hai jo usko illustrate karta hai bahut achhe tarike se. 1994 mein ek conference thi Guwahati mein. Guwahati Assam ka capital hai. to 1994 mein wahan par ek conference thi. India bhar ke intellectuals bulaye gaye the. to ek sahab jo kisi university se the, gaaliban Assam ki kisi university se,</w:t>
      </w:r>
      <w:r>
        <w:br/>
      </w:r>
      <w:r>
        <w:rPr>
          <w:sz w:val="20"/>
        </w:rPr>
        <w:t>14:32  to unhone ek ek paper padha tha. us paper mein unhone bataya tha ke hamare Assam mein ek samsya hai jisko unhone kaha tha Jhoomi Cultivation. Assam ki yeh samsya batayi thi, Jhoomi Cultivation. meri samajh mein nahi aaya ke Jhoomi Cultivation kya cheez hai? achha, main kisi wajah se kisi se pooch nahi saka ke bhai Jhoomi Cultivation kya cheez hai? kyunke Jhoomi jo hai local word hai. Jhoomi,</w:t>
      </w:r>
      <w:r>
        <w:br/>
      </w:r>
      <w:r>
        <w:rPr>
          <w:sz w:val="20"/>
        </w:rPr>
        <w:t>15:02  Jhoomi English word nahi hai. Cultivation to English word hai. Jhoomi local language se liya gaya hai. to unhone bar bar apne paper mein is word ko dohrata tha, Jhoomi Cultivation. to meri samajh mein kuch nahi aaya, lekin main poocha bhi nahi kisi se ke bhai kya matlab iska hai? ab dekhiye ke taqreeban 15 saal beet gaye. aur main is se bilkul hi unaware raha ke what is Jhoomi Culti</w:t>
      </w:r>
      <w:r>
        <w:br/>
      </w:r>
      <w:r>
        <w:rPr>
          <w:sz w:val="20"/>
        </w:rPr>
        <w:t>15:32  vation? kyun yahan par problem tha idiom ka. abhi main radio sun raha tha, yeh IGNO jo hota hai, jo uske program aate rehte hain radio par, IGNO ka aap jante honge. to ek program mein ek sahab bulaye gaye the, to woh lecture de rahe the us par, agriculture par.</w:t>
      </w:r>
      <w:r>
        <w:br/>
      </w:r>
      <w:r>
        <w:rPr>
          <w:sz w:val="20"/>
        </w:rPr>
        <w:t>16:02  different kind of agriculture. usmein ek word use kiya unhone, shifting agriculture. us lecture mein unhone use kiya shifting agriculture. again, I was not understand, I was, again, I was not able to understand this word. what is shifting agriculture? to phir unhone isi mein kisi ne sawal kiya unse ke yeh shifting, what is shifting agriculture? to</w:t>
      </w:r>
      <w:r>
        <w:br/>
      </w:r>
      <w:r>
        <w:rPr>
          <w:sz w:val="20"/>
        </w:rPr>
        <w:t>16:32  unhone bataya ke yeh jo area hain, is tarah ke hilly area, jahan jangla waghera hote hain, Assam jaise hai, wahan iska riwaj hai shifting agriculture ka. iska matlab kya hota hai? yahan se wahan chale jana. to woh log ab ek family hai ya ek chhota sa group hai, ek jagah gaye, wahan par ped hain aur thorny bushes hain aur</w:t>
      </w:r>
      <w:r>
        <w:br/>
      </w:r>
      <w:r>
        <w:rPr>
          <w:sz w:val="20"/>
        </w:rPr>
        <w:t>17:03  woh hain pathar hain, to saaf karenge usko. ek chhota sa area lenge woh, usko saaf kar ke wahan par woh, woh zaraat, kheti karenge. lekin mushkil se teen saal wahan rehte hain, woh phir chhod ke chale jate hain. kyunke teen saal tak woh wahan par fertility rehti hai usmein. woh khaad istemal nahi karte. fertilizer nahi use karte woh. to zameen ki jo natural jo fertility hai, usko use k</w:t>
      </w:r>
      <w:r>
        <w:br/>
      </w:r>
      <w:r>
        <w:rPr>
          <w:sz w:val="20"/>
        </w:rPr>
        <w:t>17:33  arenge. aur jab woh dekhenge ke ab kami aa gayi hai to chhod ke aur chale jayenge. phir kahin aur safai karenge. phir wahan par aisi karenge. wahan bhi jab fertility na rahegi to phir wahan se wahan chale jayenge. isko kehte hain shifting agriculture. isi ko unhone bole woh ke isi ko wahan Assam mein kehte hain Jhoomi agriculture, cultivation. tab main samjha. it took 15 years to understand thi</w:t>
      </w:r>
      <w:r>
        <w:br/>
      </w:r>
      <w:r>
        <w:rPr>
          <w:sz w:val="20"/>
        </w:rPr>
        <w:t>18:03  s, this term. kyun? mere mind mein iska concept tha nahi. Jhoomi concept nahi tha. yahi haal aaj ki dunya ka ho gaya hai ke jo concept unke mind mein maujood nahi hai, us us language mein aap bol rahe hain. to there is a language gap. there is an idiom gap. jaise mere aur us lecturer ke, mere us professor ke beech mein language gap</w:t>
      </w:r>
      <w:r>
        <w:br/>
      </w:r>
      <w:r>
        <w:rPr>
          <w:sz w:val="20"/>
        </w:rPr>
        <w:t>18:33  aa gaya tha. woh Jhoomi Cultivation bole aur main janta nahi tha usko. yahi cheez zyada bade level par, greater scale par, Islam aur aaj ke generation ke beech mein aa gayi hai. there is a language gap. there is an idiom gap. yaani jo traditional language hum bolte hain, yeh jo kitaab maine aapko batayi,</w:t>
      </w:r>
    </w:p>
    <w:p>
      <w:pPr>
        <w:pStyle w:val="Heading2"/>
      </w:pPr>
      <w:r>
        <w:t>Mother's resolve and father's patience lesson after his death</w:t>
      </w:r>
    </w:p>
    <w:p>
      <w:r>
        <w:rPr>
          <w:color w:val="666666"/>
          <w:sz w:val="18"/>
        </w:rPr>
        <w:t>Glimpses from My Life January 4, 2009 · 2m 09s · at 4:52 · https://youtu.be/qLpcIX-hlC0?t=292</w:t>
      </w:r>
    </w:p>
    <w:p>
      <w:r>
        <w:rPr>
          <w:i/>
        </w:rPr>
        <w:t>“Meri maa purane zamane ki thin, lekin bahut intelligent”</w:t>
      </w:r>
    </w:p>
    <w:p>
      <w:r>
        <w:rPr>
          <w:sz w:val="20"/>
        </w:rPr>
        <w:t>4:52  meri maan purane qism ki khatoon theen, lekin boht hi intelligent, boht hi bahadur, aur boht hi zabardast qualities un mein theen.</w:t>
      </w:r>
      <w:r>
        <w:br/>
      </w:r>
      <w:r>
        <w:rPr>
          <w:sz w:val="20"/>
        </w:rPr>
        <w:t>5:05  to hamare baap ka intaqal ho gaya bilkul bachpan hi mein.</w:t>
      </w:r>
      <w:r>
        <w:br/>
      </w:r>
      <w:r>
        <w:rPr>
          <w:sz w:val="20"/>
        </w:rPr>
        <w:t>5:11  to jaidad waghera sab gadbad ho gayi. to log kehte the ke aap muqadma kijiye. lekin hamari maan ne sakhti se inkar kiya ke hum kachahri mein nahi jayenge, muqadma nahi karenge, hum aisi zindagi guzaren ge.</w:t>
      </w:r>
      <w:r>
        <w:br/>
      </w:r>
      <w:r>
        <w:rPr>
          <w:sz w:val="20"/>
        </w:rPr>
        <w:t>5:30  yeh pehla sabak tha. aur maan ka jo jo decision jo liya unhon ne, yeh haq qadar hamare baap ka bataya hua aik aik formula tha.</w:t>
      </w:r>
      <w:r>
        <w:br/>
      </w:r>
      <w:r>
        <w:rPr>
          <w:sz w:val="20"/>
        </w:rPr>
        <w:t>5:46  hamare jo baap the, hamari maan kaha karti theen ke aksar wo kehte the ke sabr badle mein daaim pusht paaim.</w:t>
      </w:r>
      <w:r>
        <w:br/>
      </w:r>
      <w:r>
        <w:rPr>
          <w:sz w:val="20"/>
        </w:rPr>
        <w:t>5:59  yeh un ka khas yaani formula tha jo aksar kaha karte the. har museebat ko, har pareshani ko, har negative tajrube ko is tarah diffuse kar dete the wo.</w:t>
      </w:r>
      <w:r>
        <w:br/>
      </w:r>
      <w:r>
        <w:rPr>
          <w:sz w:val="20"/>
        </w:rPr>
        <w:t>6:12  sabr badle mein daaim pusht paaim. yaani ke patience and you will be rewarded paradise</w:t>
      </w:r>
      <w:r>
        <w:br/>
      </w:r>
      <w:r>
        <w:rPr>
          <w:sz w:val="20"/>
        </w:rPr>
        <w:t>6:22  to goya ke bachpan hi se mujhe sabr ki taleem mili. aur bachpan hi se mere kaan mein jo awaz pari, wo bahisht paradise.</w:t>
      </w:r>
      <w:r>
        <w:br/>
      </w:r>
      <w:r>
        <w:rPr>
          <w:sz w:val="20"/>
        </w:rPr>
        <w:t>6:32  yeh boht anokhi baat thi.</w:t>
      </w:r>
      <w:r>
        <w:br/>
      </w:r>
      <w:r>
        <w:rPr>
          <w:sz w:val="20"/>
        </w:rPr>
        <w:t>6:37  ke bilkul bachpan se mujhe yeh do lesson mile ke dunya mein sabr kar ke rehna hai aur paradise ko apna goal banana hai.</w:t>
      </w:r>
      <w:r>
        <w:br/>
      </w:r>
      <w:r>
        <w:rPr>
          <w:sz w:val="20"/>
        </w:rPr>
        <w:t>6:49  yeh bara anokha sabak tha jo baap se mila meri maan ko aur meri maan ne is ko nibhaya. is ke baad meri jo education hai, gaon mein hui.</w:t>
      </w:r>
    </w:p>
    <w:p>
      <w:pPr>
        <w:pStyle w:val="Heading2"/>
      </w:pPr>
      <w:r>
        <w:t>Impetus from deprivation Milton story</w:t>
      </w:r>
    </w:p>
    <w:p>
      <w:r>
        <w:rPr>
          <w:color w:val="666666"/>
          <w:sz w:val="18"/>
        </w:rPr>
        <w:t>Dars-e-Quran, Chapter 2, Verse 35-39 December 31, 2017 · 2m 25s · at 11:08 · https://youtu.be/6FNtbR3EBtc?t=668</w:t>
      </w:r>
    </w:p>
    <w:p>
      <w:r>
        <w:rPr>
          <w:i/>
        </w:rPr>
        <w:t>“To impetus gehra paida hota hai”</w:t>
      </w:r>
    </w:p>
    <w:p>
      <w:r>
        <w:rPr>
          <w:sz w:val="20"/>
        </w:rPr>
        <w:t>11:08  to impetus gehra paida hota hai kis ke andar jis ko koi ehsas ho marhoom maloomi ka</w:t>
      </w:r>
      <w:r>
        <w:br/>
      </w:r>
      <w:r>
        <w:rPr>
          <w:sz w:val="20"/>
        </w:rPr>
        <w:t>11:20  baghair maloom maloomi ke ehsas ke gehra impetus paida nahi hota jo us ko motivate kare. misaal dekhiye milton andha ho gaya tha lekin andhe pan ne is ke andar ek bohat gehra impetus paida kiya.</w:t>
      </w:r>
      <w:r>
        <w:br/>
      </w:r>
      <w:r>
        <w:rPr>
          <w:sz w:val="20"/>
        </w:rPr>
        <w:t>11:41  us ke dil mein jo khayalat the</w:t>
      </w:r>
      <w:r>
        <w:br/>
      </w:r>
      <w:r>
        <w:rPr>
          <w:sz w:val="20"/>
        </w:rPr>
        <w:t>11:46  paradise last ko likhne ke liye aur zyada taqat ubhar aaye</w:t>
      </w:r>
      <w:r>
        <w:br/>
      </w:r>
      <w:r>
        <w:rPr>
          <w:sz w:val="20"/>
        </w:rPr>
        <w:t>11:54  yani is ke andar ek ek spirit jaagi ke agarche main andha ho gaya hoon lekin phir bhi main likhoon ga paradise last phir bhi likhoon ga to is ke mind ki sari khidkiyan khul gayeen.</w:t>
      </w:r>
      <w:r>
        <w:br/>
      </w:r>
      <w:r>
        <w:rPr>
          <w:sz w:val="20"/>
        </w:rPr>
        <w:t>12:10  is is ki jo personality thi woh super personality ban gayi.</w:t>
      </w:r>
      <w:r>
        <w:br/>
      </w:r>
      <w:r>
        <w:rPr>
          <w:sz w:val="20"/>
        </w:rPr>
        <w:t>12:17  to is ne kya kiya phir ke woh sochne writer nahi ban saka tha woh apne haath se likhne ke liye to kaha ke main writer nahi ban sakta to thinker to ban sakta hoon main.</w:t>
      </w:r>
      <w:r>
        <w:br/>
      </w:r>
      <w:r>
        <w:rPr>
          <w:sz w:val="20"/>
        </w:rPr>
        <w:t>12:32  yahi hai impetus ka faida ke jaise aap ke paas paisa jo tha woh khatm ho jaye to aap sochein ke agar mere paas paisa nahi hai to mere paas hard work to hai paisa agar mere paas nahi hai to hard work to hai to sara focus aap daal dein hard work hard work par.</w:t>
      </w:r>
      <w:r>
        <w:br/>
      </w:r>
      <w:r>
        <w:rPr>
          <w:sz w:val="20"/>
        </w:rPr>
        <w:t>12:58  to milton ne socha ke agar main writer nahi ban sakta to main thinker to ban sakta hoon. to is ne sochne ko bohat zyada badha diya ya badh gaya.</w:t>
      </w:r>
      <w:r>
        <w:br/>
      </w:r>
      <w:r>
        <w:rPr>
          <w:sz w:val="20"/>
        </w:rPr>
        <w:t>13:15  likhne ke liye is ne apne ek kisi ghar ke kisi member ko chun liya ghar ka koi family member yeh bolta tha woh likhte thay to is ne paradise last likhi jo ke masterpiece maani jaati hai poori history mein.</w:t>
      </w:r>
    </w:p>
    <w:p>
      <w:pPr>
        <w:pStyle w:val="Heading2"/>
      </w:pPr>
      <w:r>
        <w:t>Quran: true believers walk the earth modestly</w:t>
      </w:r>
    </w:p>
    <w:p>
      <w:r>
        <w:rPr>
          <w:color w:val="666666"/>
          <w:sz w:val="18"/>
        </w:rPr>
        <w:t>Concept of Modesty in Islam (English) June 20, 2007 · 30s · at 16:28 · https://youtu.be/mHQWcOA-2qo?t=988</w:t>
      </w:r>
    </w:p>
    <w:p>
      <w:r>
        <w:rPr>
          <w:i/>
        </w:rPr>
        <w:t>“True believers are those who walk on earth with modesty.”</w:t>
      </w:r>
    </w:p>
    <w:p>
      <w:r>
        <w:rPr>
          <w:sz w:val="20"/>
        </w:rPr>
        <w:t>16:28  ." it means that true believers are those. true believers are those who walk in earth with modesty.</w:t>
      </w:r>
      <w:r>
        <w:br/>
      </w:r>
      <w:r>
        <w:rPr>
          <w:sz w:val="20"/>
        </w:rPr>
        <w:t>16:42  alrahman alladhīna yashūn 'ala al'arḍ.</w:t>
      </w:r>
      <w:r>
        <w:br/>
      </w:r>
      <w:r>
        <w:rPr>
          <w:sz w:val="20"/>
        </w:rPr>
        <w:t>16:48  true believers are those who walk in earth with modesty.</w:t>
      </w:r>
    </w:p>
    <w:p>
      <w:pPr>
        <w:pStyle w:val="Heading2"/>
      </w:pPr>
      <w:r>
        <w:t>Problem as a test</w:t>
      </w:r>
    </w:p>
    <w:p>
      <w:r>
        <w:rPr>
          <w:color w:val="666666"/>
          <w:sz w:val="18"/>
        </w:rPr>
        <w:t>Importance of Creative Thinking I December 11, 2011 Maulana Wahiduddin Khan · 22s · at 1:30 · https://youtu.be/GsnxvBYTj8w?t=90</w:t>
      </w:r>
    </w:p>
    <w:p>
      <w:r>
        <w:rPr>
          <w:i/>
        </w:rPr>
        <w:t>“To jab bhi koi problem aaye”</w:t>
      </w:r>
    </w:p>
    <w:p>
      <w:r>
        <w:rPr>
          <w:sz w:val="20"/>
        </w:rPr>
        <w:t>1:30  To jab bhi koi problem aaye to woh aap ka, aap ke liye ek test hota hai.</w:t>
      </w:r>
      <w:r>
        <w:br/>
      </w:r>
      <w:r>
        <w:rPr>
          <w:sz w:val="20"/>
        </w:rPr>
        <w:t>1:40  woh ek challenge hota hai jo aap ka test leta hai ke aap ke andar creative thinking hai ya nahin.</w:t>
      </w:r>
    </w:p>
    <w:p>
      <w:pPr>
        <w:pStyle w:val="Heading2"/>
      </w:pPr>
      <w:r>
        <w:t>Anger management 30 seconds</w:t>
      </w:r>
    </w:p>
    <w:p>
      <w:r>
        <w:rPr>
          <w:color w:val="666666"/>
          <w:sz w:val="18"/>
        </w:rPr>
        <w:t>Human History in Light of the Creation Plan of God 11 May, 2007 - Maulana Wahiduddin Khan · 30s · at 26:59 · https://youtu.be/8m_jiYlUZ0c?t=1619</w:t>
      </w:r>
    </w:p>
    <w:p>
      <w:r>
        <w:rPr>
          <w:i/>
        </w:rPr>
        <w:t>“When someone angers you, it's a 30-second matter.”</w:t>
      </w:r>
    </w:p>
    <w:p>
      <w:r>
        <w:rPr>
          <w:sz w:val="20"/>
        </w:rPr>
        <w:t>26:59  yeh nahi ke ghussa aaye to bhadak utho, socho. dekhiye, mera tajurba kya hai? mera tajurba yeh hai ke jab aap ko koi ghussa dilata hai to 30 second ka maamla hota hai.</w:t>
      </w:r>
      <w:r>
        <w:br/>
      </w:r>
      <w:r>
        <w:rPr>
          <w:sz w:val="20"/>
        </w:rPr>
        <w:t>27:13  woh 30 second ka, jab chahein aap koi tajurba kar lijiye.</w:t>
      </w:r>
      <w:r>
        <w:br/>
      </w:r>
      <w:r>
        <w:rPr>
          <w:sz w:val="20"/>
        </w:rPr>
        <w:t>27:20  30 second. woh kya? ghussa aaya to main kya karoon? 30 second mein chup rahoon bas, aur sirf Khuda se dua karoon.</w:t>
      </w:r>
    </w:p>
    <w:p>
      <w:pPr>
        <w:pStyle w:val="Heading2"/>
      </w:pPr>
      <w:r>
        <w:t>Introduction to Simple Living High Thinking and modesty</w:t>
      </w:r>
    </w:p>
    <w:p>
      <w:r>
        <w:rPr>
          <w:color w:val="666666"/>
          <w:sz w:val="18"/>
        </w:rPr>
        <w:t>Simple Living and High Thinking November 03, 2018 · 3m 52s · at 0:41 · https://youtu.be/6O7ebJVVRII?t=41</w:t>
      </w:r>
    </w:p>
    <w:p>
      <w:r>
        <w:rPr>
          <w:i/>
        </w:rPr>
        <w:t>“Aaj ka topic hai: Simple Living, High Thinking.”</w:t>
      </w:r>
    </w:p>
    <w:p>
      <w:r>
        <w:rPr>
          <w:sz w:val="20"/>
        </w:rPr>
        <w:t>0:41  aaj ka topic hai: simple living, high thinking. simple living aur high thinking par ghaur kijiye, to is ki</w:t>
      </w:r>
      <w:r>
        <w:br/>
      </w:r>
      <w:r>
        <w:rPr>
          <w:sz w:val="20"/>
        </w:rPr>
        <w:t>0:58  religion mein is ki ahmiyat yeh hai ke aadmi ko mind cut size banata hai.</w:t>
      </w:r>
      <w:r>
        <w:br/>
      </w:r>
      <w:r>
        <w:rPr>
          <w:sz w:val="20"/>
        </w:rPr>
        <w:t>1:09  yani</w:t>
      </w:r>
      <w:r>
        <w:br/>
      </w:r>
      <w:r>
        <w:rPr>
          <w:sz w:val="20"/>
        </w:rPr>
        <w:t>1:13  modest insan.</w:t>
      </w:r>
      <w:r>
        <w:br/>
      </w:r>
      <w:r>
        <w:rPr>
          <w:sz w:val="20"/>
        </w:rPr>
        <w:t>1:21  aur dekhiye, modesty sab se bari sifat hai mazhab ke culture mein.</w:t>
      </w:r>
      <w:r>
        <w:br/>
      </w:r>
      <w:r>
        <w:rPr>
          <w:sz w:val="20"/>
        </w:rPr>
        <w:t>1:32  is liye ke modesty aadmi ke andar jab aati hai to woh wujood mukhtalif ka tajurba karta hai.</w:t>
      </w:r>
      <w:r>
        <w:br/>
      </w:r>
      <w:r>
        <w:rPr>
          <w:sz w:val="20"/>
        </w:rPr>
        <w:t>1:49  yeh bohat zyada aham baat hai.</w:t>
      </w:r>
      <w:r>
        <w:br/>
      </w:r>
      <w:r>
        <w:rPr>
          <w:sz w:val="20"/>
        </w:rPr>
        <w:t>1:55  yani</w:t>
      </w:r>
      <w:r>
        <w:br/>
      </w:r>
      <w:r>
        <w:rPr>
          <w:sz w:val="20"/>
        </w:rPr>
        <w:t>1:59  Allah se qurbat sirf is ki Allah se sirf is insaan ko milti hai jis ke andar modesty ho.</w:t>
      </w:r>
      <w:r>
        <w:br/>
      </w:r>
      <w:r>
        <w:rPr>
          <w:sz w:val="20"/>
        </w:rPr>
        <w:t>2:11  modesty ke baghair khalq se qurbat milna impossible hai. Kyun ke yeh sirf modesty hai jo insaan aur khalq ke darmiyan nisbat qaim karti hai.</w:t>
      </w:r>
      <w:r>
        <w:br/>
      </w:r>
      <w:r>
        <w:rPr>
          <w:sz w:val="20"/>
        </w:rPr>
        <w:t>2:34  dekhiye, khalq jo hai woh all powerful hai. Is ke muqable mein modest insaan ka muamla yeh hota hai ke woh is baat ko discover karta hai ke woh all powerless hai.</w:t>
      </w:r>
      <w:r>
        <w:br/>
      </w:r>
      <w:r>
        <w:rPr>
          <w:sz w:val="20"/>
        </w:rPr>
        <w:t>2:56  modesty jis aadmi ki qadar hogi real cheez mein, to woh discover karega is nisbat ko ke khalq all powerful hai aur woh is ke muqable mein all powerless hai.</w:t>
      </w:r>
      <w:r>
        <w:br/>
      </w:r>
      <w:r>
        <w:rPr>
          <w:sz w:val="20"/>
        </w:rPr>
        <w:t>3:17  yahi woh maqam hai jis ko quran mein kaha gaya hai: "wa-sjud wa-qtarib". Yani</w:t>
      </w:r>
      <w:r>
        <w:br/>
      </w:r>
      <w:r>
        <w:rPr>
          <w:sz w:val="20"/>
        </w:rPr>
        <w:t>3:27  apni modesty ko daryaft karo. Modest insaan bano real cheez mein, to tum ko khalq se qurbat hasil ho jayegi.</w:t>
      </w:r>
      <w:r>
        <w:br/>
      </w:r>
      <w:r>
        <w:rPr>
          <w:sz w:val="20"/>
        </w:rPr>
        <w:t>3:45  zahir hai ke is se bari to koi cheez ho nahi sakti. Insaan apne rab se qurbat hasil kar le to is se bari cheez kya ho sakti hai?</w:t>
      </w:r>
      <w:r>
        <w:br/>
      </w:r>
      <w:r>
        <w:rPr>
          <w:sz w:val="20"/>
        </w:rPr>
        <w:t>4:01  aur yeh sirf is insaan ko milti hai jo yeh discovery ke darje mein yeh baat jaan le ke khalq all powerful hai aur main is ke muqable mein all powerless hoon.</w:t>
      </w:r>
      <w:r>
        <w:br/>
      </w:r>
      <w:r>
        <w:rPr>
          <w:sz w:val="20"/>
        </w:rPr>
        <w:t>4:21  yahi essence hai modesty ka. Yahi essence hai modesty ka.</w:t>
      </w:r>
    </w:p>
    <w:p>
      <w:pPr>
        <w:pStyle w:val="Heading2"/>
      </w:pPr>
      <w:r>
        <w:t>Saturation point of positive response</w:t>
      </w:r>
    </w:p>
    <w:p>
      <w:r>
        <w:rPr>
          <w:color w:val="666666"/>
          <w:sz w:val="18"/>
        </w:rPr>
        <w:t>The Wisdom of Du'a March 31, 2018 · 48s · at 6:26 · https://youtu.be/Uwre0tNF-yU?t=386</w:t>
      </w:r>
    </w:p>
    <w:p>
      <w:r>
        <w:rPr>
          <w:i/>
        </w:rPr>
        <w:t>“Saturation point. Yani banday par jo museebat pari”</w:t>
      </w:r>
    </w:p>
    <w:p>
      <w:r>
        <w:rPr>
          <w:sz w:val="20"/>
        </w:rPr>
        <w:t>6:26  is ka matlab yeh hai ke Allah ke haan dekha jaata hai sach, jis ko kehte hain saturation point.</w:t>
      </w:r>
      <w:r>
        <w:br/>
      </w:r>
      <w:r>
        <w:rPr>
          <w:sz w:val="20"/>
        </w:rPr>
        <w:t>6:37  saturation point. Yaani bande par jo museebat pari aur us se us ne positive response diya to dekha jaata hai ke kab us ke response ka saturation point aa gaya.</w:t>
      </w:r>
      <w:r>
        <w:br/>
      </w:r>
      <w:r>
        <w:rPr>
          <w:sz w:val="20"/>
        </w:rPr>
        <w:t>6:59  saturation point aa gaya, tab us ko khatam kiya jaata hai. Agar saturation point na aaye, na aaye, jaari rahe, jaari rahe to yaad rakhiye,</w:t>
      </w:r>
    </w:p>
    <w:p>
      <w:pPr>
        <w:pStyle w:val="Heading2"/>
      </w:pPr>
      <w:r>
        <w:t>How life experiences trigger a chain reaction of thoughts</w:t>
      </w:r>
    </w:p>
    <w:p>
      <w:r>
        <w:rPr>
          <w:color w:val="666666"/>
          <w:sz w:val="18"/>
        </w:rPr>
        <w:t>The Importance of Thinking November 10, 2013 Maulana Wahiduddin Khan · 2m 43s · at 7:49 · https://youtu.be/dM9yTT9UlCs?t=469</w:t>
      </w:r>
    </w:p>
    <w:p>
      <w:r>
        <w:rPr>
          <w:i/>
        </w:rPr>
        <w:t>“Every experience, if you take it deeply, triggers your mind”</w:t>
      </w:r>
    </w:p>
    <w:p>
      <w:r>
        <w:rPr>
          <w:sz w:val="20"/>
        </w:rPr>
        <w:t>7:49  dekhein, jo tajurbaat hote hain, jo experience hote hain zindagi mein, woh aap ke mind ko trigger karte hain.</w:t>
      </w:r>
      <w:r>
        <w:br/>
      </w:r>
      <w:r>
        <w:rPr>
          <w:sz w:val="20"/>
        </w:rPr>
        <w:t>8:00  har experience agar aap is ko gehrai ke sath lein, is par sochein to woh aap ke mind ko trigger karega. to aaj aik aisa waqia guzra jis ne mere mind ko trigger kiya.</w:t>
      </w:r>
      <w:r>
        <w:br/>
      </w:r>
      <w:r>
        <w:rPr>
          <w:sz w:val="20"/>
        </w:rPr>
        <w:t>8:16  dekhein, aaj ka jo akhbar hai, aaj ke akhbar mein aik item hai "stop thinking".</w:t>
      </w:r>
      <w:r>
        <w:br/>
      </w:r>
      <w:r>
        <w:rPr>
          <w:sz w:val="20"/>
        </w:rPr>
        <w:t>8:27  sochna band karo. "stop thinking". to ke akhbar mein to tha ke "stop thinking", mera haal yeh hua ke "start thinking" ban gaya.</w:t>
      </w:r>
      <w:r>
        <w:br/>
      </w:r>
      <w:r>
        <w:rPr>
          <w:sz w:val="20"/>
        </w:rPr>
        <w:t>8:40  woh sochna shuru karo.</w:t>
      </w:r>
      <w:r>
        <w:br/>
      </w:r>
      <w:r>
        <w:rPr>
          <w:sz w:val="20"/>
        </w:rPr>
        <w:t>8:47  kyun? main socha ke sochna band kaise kar sakte hain? dekhein, mind jo hai, is ka kaam hi sochna hai. sachi baat hai, koi apne mind ke sochne ka amal band hi nahi kar sakta.</w:t>
      </w:r>
      <w:r>
        <w:br/>
      </w:r>
      <w:r>
        <w:rPr>
          <w:sz w:val="20"/>
        </w:rPr>
        <w:t>9:02  woh process to rahega, aap na chahein tab bhi.</w:t>
      </w:r>
      <w:r>
        <w:br/>
      </w:r>
      <w:r>
        <w:rPr>
          <w:sz w:val="20"/>
        </w:rPr>
        <w:t>9:08  agar koi kehta hai ke main ne apni soch ko band kar diya to galat kehta hai. woh "that is against the law of nature".</w:t>
      </w:r>
      <w:r>
        <w:br/>
      </w:r>
      <w:r>
        <w:rPr>
          <w:sz w:val="20"/>
        </w:rPr>
        <w:t>9:19  "that is against the law of nature". to jab tak mind hai, jab tak aap zinda hain, mind sochega.</w:t>
      </w:r>
      <w:r>
        <w:br/>
      </w:r>
      <w:r>
        <w:rPr>
          <w:sz w:val="20"/>
        </w:rPr>
        <w:t>9:29  to dekhein, akhbar mein tha ke "stop thinking". mere mind mein kya hua ke "start thinking" ban gaya.</w:t>
      </w:r>
      <w:r>
        <w:br/>
      </w:r>
      <w:r>
        <w:rPr>
          <w:sz w:val="20"/>
        </w:rPr>
        <w:t>9:38  woh mera mind jo trigger hua to us ne is ko aik aur mind nikaal liya.</w:t>
      </w:r>
      <w:r>
        <w:br/>
      </w:r>
      <w:r>
        <w:rPr>
          <w:sz w:val="20"/>
        </w:rPr>
        <w:t>9:47  phir kya hua ke jab sochna shuru hua to bohat sari baatein samajh mein aayin, aik ke baad aik ke baad aik baat.</w:t>
      </w:r>
      <w:r>
        <w:br/>
      </w:r>
      <w:r>
        <w:rPr>
          <w:sz w:val="20"/>
        </w:rPr>
        <w:t>9:58  to jis ko angrezi mein kehte hain "chain reaction".</w:t>
      </w:r>
      <w:r>
        <w:br/>
      </w:r>
      <w:r>
        <w:rPr>
          <w:sz w:val="20"/>
        </w:rPr>
        <w:t>10:04  to main samajhta hoon ke yeh jo quran mein aur hadith mein hai ke 700 guna tak, to is ka matlab yeh hai ke agar tumhara mind trigger ho jaye to aik ke baad aik is mein item aate chale jayenge.</w:t>
      </w:r>
      <w:r>
        <w:br/>
      </w:r>
      <w:r>
        <w:rPr>
          <w:sz w:val="20"/>
        </w:rPr>
        <w:t>10:23  thinking ka chain reaction ho jayega. yeh matlab hai is ka.</w:t>
      </w:r>
    </w:p>
    <w:p>
      <w:pPr>
        <w:pStyle w:val="Heading2"/>
      </w:pPr>
      <w:r>
        <w:t>Liberal Muslims' error on spirit vs form</w:t>
      </w:r>
    </w:p>
    <w:p>
      <w:r>
        <w:rPr>
          <w:color w:val="666666"/>
          <w:sz w:val="18"/>
        </w:rPr>
        <w:t>The Spirit of Islam 10 June 2012 - Maulana Wahiduddin Khan · 1m 08s · at 7:58 · https://youtu.be/2FuK5ml2tx4?t=478</w:t>
      </w:r>
    </w:p>
    <w:p>
      <w:r>
        <w:rPr>
          <w:i/>
        </w:rPr>
        <w:t>“Mojooda zamane mein jo log uthe woh liberal muslim the.”</w:t>
      </w:r>
    </w:p>
    <w:p>
      <w:r>
        <w:rPr>
          <w:sz w:val="20"/>
        </w:rPr>
        <w:t>7:58  isko jo log uthe woh liberal Muslim the. liberal Muslim. jaise kitaab hai "Aspect of Islam" jo 19 jo chhapi hai Urdu aur Angrezi dono zubanon mein, yeh 1922 mein Angrezi daur mein likhi gayi thi.</w:t>
      </w:r>
      <w:r>
        <w:br/>
      </w:r>
      <w:r>
        <w:rPr>
          <w:sz w:val="20"/>
        </w:rPr>
        <w:t>8:13  rooh Islam</w:t>
      </w:r>
      <w:r>
        <w:br/>
      </w:r>
      <w:r>
        <w:rPr>
          <w:sz w:val="20"/>
        </w:rPr>
        <w:t>8:14  moti si kitaab hai. is tarah ki bahut si kitabein liberal Musalmanon ne likhin. unhone kya taassur diya ke rooh Islam aur yaani aspect of Islam aur form of Islam ka jo equation bataya unhone ke aspect jo hai important hai aur form un important hai.</w:t>
      </w:r>
      <w:r>
        <w:br/>
      </w:r>
      <w:r>
        <w:rPr>
          <w:sz w:val="20"/>
        </w:rPr>
        <w:t>8:37  important aur un important ka equation yeh galat tha. aisa nahi ke shakal un important hai. nahi, yeh equation jo hai real aur relative ka hai.</w:t>
      </w:r>
      <w:r>
        <w:br/>
      </w:r>
      <w:r>
        <w:rPr>
          <w:sz w:val="20"/>
        </w:rPr>
        <w:t>8:51  yani spirit jo hai woh islam ka real part hai</w:t>
      </w:r>
      <w:r>
        <w:br/>
      </w:r>
      <w:r>
        <w:rPr>
          <w:sz w:val="20"/>
        </w:rPr>
        <w:t>8:56  aur form jo hai woh islam ka relative part hai. to sahi equation real ya relative ka hai, na ke important aur unimportant ka.</w:t>
      </w:r>
    </w:p>
    <w:p>
      <w:pPr>
        <w:pStyle w:val="Heading2"/>
      </w:pPr>
      <w:r>
        <w:t>Prophet's master formula for life: don't be angry</w:t>
      </w:r>
    </w:p>
    <w:p>
      <w:r>
        <w:rPr>
          <w:color w:val="666666"/>
          <w:sz w:val="18"/>
        </w:rPr>
        <w:t>What is Right Thinking June 23, 2024 · 48s · at 12:49 · https://youtu.be/ZOxcATnAqNs?t=769</w:t>
      </w:r>
    </w:p>
    <w:p>
      <w:r>
        <w:rPr>
          <w:i/>
        </w:rPr>
        <w:t>“Give me a master formula to manage all affairs of my life”</w:t>
      </w:r>
    </w:p>
    <w:p>
      <w:r>
        <w:rPr>
          <w:sz w:val="20"/>
        </w:rPr>
        <w:t>12:49  maulana sahab usko bahut drill karte the ke once a person goes to the prophet and he says, give me a master formula by way of which I can manage all the affairs of my life. so prophet said la taghzab, don't be angry. yeh kaafi repeat kiya hai maulana sahab ne yeh example. it basically means that you have to purify yourself from anger.</w:t>
      </w:r>
      <w:r>
        <w:br/>
      </w:r>
      <w:r>
        <w:rPr>
          <w:sz w:val="20"/>
        </w:rPr>
        <w:t>13:10  don't let anger become part of your personality kyunke usi se negativity aati hai aur aap ek high thinker jo insaan hota hai wahi super achiever banta hai. to jaise aapne kaha ke revenge wali feeling insaan ke andar nahi aani chahiye, jab tak insaan ke andar woh negativity khatm na ho, he will not be able to achieve success in one's life. to yeh bahut, bahut hi important aspect hai apa, jaza kalla.</w:t>
      </w:r>
      <w:r>
        <w:br/>
      </w:r>
      <w:r>
        <w:rPr>
          <w:sz w:val="20"/>
        </w:rPr>
        <w:t>13:37  aapa ek, ek aur cheez hai jo kaafi matlab main kahunga ki har insaan ko trouble karti hai, imaginary danger.</w:t>
      </w:r>
    </w:p>
    <w:p>
      <w:pPr>
        <w:pStyle w:val="Heading2"/>
      </w:pPr>
      <w:r>
        <w:t>Conviction is man's greatest need</w:t>
      </w:r>
    </w:p>
    <w:p>
      <w:r>
        <w:rPr>
          <w:color w:val="666666"/>
          <w:sz w:val="18"/>
        </w:rPr>
        <w:t>The Ideology of Truth July 15, 2007 · 1m 00s · at 11:28 · https://youtu.be/w3OkX5xvqTI?t=688</w:t>
      </w:r>
    </w:p>
    <w:p>
      <w:r>
        <w:rPr>
          <w:i/>
        </w:rPr>
        <w:t>“Insaan ki sabse badi requirement conviction hai”</w:t>
      </w:r>
    </w:p>
    <w:p>
      <w:r>
        <w:rPr>
          <w:sz w:val="20"/>
        </w:rPr>
        <w:t>11:28  wo hai conviction. conviction. har aadmi chahta hai ke duniya mein wo conviction par jiye.</w:t>
      </w:r>
      <w:r>
        <w:br/>
      </w:r>
      <w:r>
        <w:rPr>
          <w:sz w:val="20"/>
        </w:rPr>
        <w:t>11:39  sab se bari cheez conviction.</w:t>
      </w:r>
      <w:r>
        <w:br/>
      </w:r>
      <w:r>
        <w:rPr>
          <w:sz w:val="20"/>
        </w:rPr>
        <w:t>11:43  dekhiye, animal ki yeh zaroorat nahi hai ke woh conviction us ke paas ho. un ke un ke haan conviction ka koi concept nahi hai. galaxy ya solar system ya om mountain aur ocean ka ke liye us ki zaroorat nahi hai.</w:t>
      </w:r>
      <w:r>
        <w:br/>
      </w:r>
      <w:r>
        <w:rPr>
          <w:sz w:val="20"/>
        </w:rPr>
        <w:t>12:00  to conviction na to material world ki zaroorat hai, na animal ki zaroorat hai. yeh sirf insaan ki zaroorat hai.</w:t>
      </w:r>
      <w:r>
        <w:br/>
      </w:r>
      <w:r>
        <w:rPr>
          <w:sz w:val="20"/>
        </w:rPr>
        <w:t>12:12  baghair conviction ke aap dunya mein jee nahi sakte. jeene ka matlab yeh hai ke aap tension mein jiyenge, aap stress mein jiyenge, aap peace nahi hoga aap ki zindagi mein.</w:t>
      </w:r>
    </w:p>
    <w:p>
      <w:pPr>
        <w:pStyle w:val="Heading2"/>
      </w:pPr>
      <w:r>
        <w:t>Every failure brings a second chance</w:t>
      </w:r>
    </w:p>
    <w:p>
      <w:r>
        <w:rPr>
          <w:color w:val="666666"/>
          <w:sz w:val="18"/>
        </w:rPr>
        <w:t>Art of Thinking August 21, 2008 · 31s · at 15:03 · https://youtu.be/KXVTrD_iMBU?t=903</w:t>
      </w:r>
    </w:p>
    <w:p>
      <w:r>
        <w:rPr>
          <w:i/>
        </w:rPr>
        <w:t>“Aap ne sirf first chance khoya hai.”</w:t>
      </w:r>
    </w:p>
    <w:p>
      <w:r>
        <w:rPr>
          <w:sz w:val="20"/>
        </w:rPr>
        <w:t>15:03  dasvi class mein fail ho gaya. ab bohat zyada sad, bohat zyada afsos. to mujhse mulaqat hui. unhone kaha: "isme sad hone ki kya baat hai?</w:t>
      </w:r>
      <w:r>
        <w:br/>
      </w:r>
      <w:r>
        <w:rPr>
          <w:sz w:val="20"/>
        </w:rPr>
        <w:t>15:16  aapne sirf first chance ko khoya hai. second chance to abhi baki hai.</w:t>
      </w:r>
      <w:r>
        <w:br/>
      </w:r>
      <w:r>
        <w:rPr>
          <w:sz w:val="20"/>
        </w:rPr>
        <w:t>15:24  zindagi to chances se bhari hui hai. zindagi jo hai, chances se bhari hui hai. to abhi to aapne sirf first chance ko khoya hai.</w:t>
      </w:r>
    </w:p>
    <w:p>
      <w:pPr>
        <w:pStyle w:val="Heading2"/>
      </w:pPr>
      <w:r>
        <w:t>Story of Maulana Sindhi and missing link</w:t>
      </w:r>
    </w:p>
    <w:p>
      <w:r>
        <w:rPr>
          <w:color w:val="666666"/>
          <w:sz w:val="18"/>
        </w:rPr>
        <w:t>The Spirit of Islam 10 June 2012 - Maulana Wahiduddin Khan · 3m 00s · at 10:09 · https://youtu.be/2FuK5ml2tx4?t=609</w:t>
      </w:r>
    </w:p>
    <w:p>
      <w:r>
        <w:rPr>
          <w:i/>
        </w:rPr>
        <w:t>“Maulana Ubaidullah Sindhi ki tasveer hai.”</w:t>
      </w:r>
    </w:p>
    <w:p>
      <w:r>
        <w:rPr>
          <w:sz w:val="20"/>
        </w:rPr>
        <w:t>10:09  Maulana Ubaidullah Sindhi ki tasweer hai. kitna zabardast aadmi thay Maulana Ubaidullah Sindhi.</w:t>
      </w:r>
      <w:r>
        <w:br/>
      </w:r>
      <w:r>
        <w:rPr>
          <w:sz w:val="20"/>
        </w:rPr>
        <w:t>10:16  yeh sikh family mein paida hue, phir unhon ne islam qubool kiya. bohat zeheen thay, bohat zabardast aadmi thay. lekin yeh chalay gaye Deoband.</w:t>
      </w:r>
      <w:r>
        <w:br/>
      </w:r>
      <w:r>
        <w:rPr>
          <w:sz w:val="20"/>
        </w:rPr>
        <w:t>10:26  Deoband mein unki taleem hui. ab Deoband ke ulama us waqt bas angrez nafrat mein jeetay thay. sab se bada islam unke ma'ano mein tha ke angrez nafrat, nafrat, nafrat.</w:t>
      </w:r>
      <w:r>
        <w:br/>
      </w:r>
      <w:r>
        <w:rPr>
          <w:sz w:val="20"/>
        </w:rPr>
        <w:t>10:39  to angrez ko India se nikalna ke is mazmoon ko aap padhiye, yeh aaj hi ke akhbar mein hai. khud ulama ne farmaya un se ke angrez ko hum khud se nahi nikal sakte.</w:t>
      </w:r>
      <w:r>
        <w:br/>
      </w:r>
      <w:r>
        <w:rPr>
          <w:sz w:val="20"/>
        </w:rPr>
        <w:t>10:57  angrez itna taqatwar hai ke hum khud se nahi nikal sakte. to humein bahar se madad lena hai. kis se? Afghanistan se, Turkey se, Germany se.</w:t>
      </w:r>
      <w:r>
        <w:br/>
      </w:r>
      <w:r>
        <w:rPr>
          <w:sz w:val="20"/>
        </w:rPr>
        <w:t>11:09  yeh yeh khud isi mein likha hua hai aur kitabon mein likha hua hai. aap kitabon ko padh lijiyey. in ulama ka zehan yeh tha</w:t>
      </w:r>
      <w:r>
        <w:br/>
      </w:r>
      <w:r>
        <w:rPr>
          <w:sz w:val="20"/>
        </w:rPr>
        <w:t>11:16  us zamane mein ke angrezon ko chuki hum khud se nahi nikal sakte, is liye humein bahar ki madad deni padegi.</w:t>
      </w:r>
      <w:r>
        <w:br/>
      </w:r>
      <w:r>
        <w:rPr>
          <w:sz w:val="20"/>
        </w:rPr>
        <w:t>11:26  to in logon ne Afghanistan mein ek exile government, government, government banayi, jis ke yeh yeh</w:t>
      </w:r>
      <w:r>
        <w:br/>
      </w:r>
      <w:r>
        <w:rPr>
          <w:sz w:val="20"/>
        </w:rPr>
        <w:t>11:34  Wazir-e-Dakhla thay, is ke yeh Maulana Ubaidullah Sindhi aur Raja Mahendra Pratap Sadar thay waghera waghera. to in logon ka kaam yeh tha ke Turkey se, Afghanistan se, Germany se ta'alluqat qaim kar ke wahan se hamla karwayein India ke upar.</w:t>
      </w:r>
      <w:r>
        <w:br/>
      </w:r>
      <w:r>
        <w:rPr>
          <w:sz w:val="20"/>
        </w:rPr>
        <w:t>11:53  jab mein is ko padh raha tha to ek bohat ajeeb-o-ghareeb khayal mere zehan mein aaya. bohat ajeeb khayal ke aap nazariya-e-e'tiqad mein agar aap ne padha hoga, aap wahan pe ek ek term hai "missing link".</w:t>
      </w:r>
      <w:r>
        <w:br/>
      </w:r>
      <w:r>
        <w:rPr>
          <w:sz w:val="20"/>
        </w:rPr>
        <w:t>12:09  "missing link"</w:t>
      </w:r>
      <w:r>
        <w:br/>
      </w:r>
      <w:r>
        <w:rPr>
          <w:sz w:val="20"/>
        </w:rPr>
        <w:t>12:10  yani woh jo batate hain yani ke ke woh ek cheez se doosri cheez ban gayi, jo ek ek cheez se doosri cheez ban gayi, jaise billi se sher ban gaya,</w:t>
      </w:r>
      <w:r>
        <w:br/>
      </w:r>
      <w:r>
        <w:rPr>
          <w:sz w:val="20"/>
        </w:rPr>
        <w:t>12:30  hippopotamus se whale ban gaya waghera. to jo yeh batate hain to beech mein bar bar un ko mehsoos hota hai ke beech ka beech kadiyan nahi hain.</w:t>
      </w:r>
      <w:r>
        <w:br/>
      </w:r>
      <w:r>
        <w:rPr>
          <w:sz w:val="20"/>
        </w:rPr>
        <w:t>12:45  yani billi aur sher ki beech kadi kahan hai?</w:t>
      </w:r>
      <w:r>
        <w:br/>
      </w:r>
      <w:r>
        <w:rPr>
          <w:sz w:val="20"/>
        </w:rPr>
        <w:t>12:49  hippopotamus aur whale ki beech kadiyan kahan hain? to is ko kehte hain "missing link" jo aaj tak daryaft nahi hui. to mujhe likha ke yeh musalmanon mein jo missing link hai, woh khud Allah Ta'ala hai.</w:t>
      </w:r>
      <w:r>
        <w:br/>
      </w:r>
      <w:r>
        <w:rPr>
          <w:sz w:val="20"/>
        </w:rPr>
        <w:t>13:06  Allah Ta'ala hi miss ho gaya.</w:t>
      </w:r>
    </w:p>
    <w:p>
      <w:pPr>
        <w:pStyle w:val="Heading2"/>
      </w:pPr>
      <w:r>
        <w:t>Prophet Yaqub's dying advice to his sons about faith</w:t>
      </w:r>
    </w:p>
    <w:p>
      <w:r>
        <w:rPr>
          <w:color w:val="666666"/>
          <w:sz w:val="18"/>
        </w:rPr>
        <w:t>Dars-e-Quran June 25, 2007 · 2m 58s · at 46:22 · https://youtu.be/nrgQNgSemyo?t=2782</w:t>
      </w:r>
    </w:p>
    <w:p>
      <w:r>
        <w:rPr>
          <w:i/>
        </w:rPr>
        <w:t>“Mere baad tum kis ki ibadat karoge?”</w:t>
      </w:r>
    </w:p>
    <w:p>
      <w:r>
        <w:rPr>
          <w:sz w:val="20"/>
        </w:rPr>
        <w:t>46:22  to unhon ne kaha ke ma ta'budu min ba'di mere baad tum kis ki ibadat karoge?</w:t>
      </w:r>
      <w:r>
        <w:br/>
      </w:r>
      <w:r>
        <w:rPr>
          <w:sz w:val="20"/>
        </w:rPr>
        <w:t>46:35  yaani dunya se woh ja rahe hain,</w:t>
      </w:r>
      <w:r>
        <w:br/>
      </w:r>
      <w:r>
        <w:rPr>
          <w:sz w:val="20"/>
        </w:rPr>
        <w:t>46:41  aur un ko apne bachon ko naseehat karna hai. to poochte hain ke ke mere baad tum kis ki ibadat karoge?</w:t>
      </w:r>
      <w:r>
        <w:br/>
      </w:r>
      <w:r>
        <w:rPr>
          <w:sz w:val="20"/>
        </w:rPr>
        <w:t>46:50  ma ta'budu min ba'di</w:t>
      </w:r>
      <w:r>
        <w:br/>
      </w:r>
      <w:r>
        <w:rPr>
          <w:sz w:val="20"/>
        </w:rPr>
        <w:t>46:55  to unhon ne kaha ke hum usi ki ibadat karenge jis ki ibadat aap karte thay. is mein kya sabak mila ke peghambar ka tareeqa yeh hai ke apni aulaad ke baray mein sab se zyada is ka jo concern ho,</w:t>
      </w:r>
      <w:r>
        <w:br/>
      </w:r>
      <w:r>
        <w:rPr>
          <w:sz w:val="20"/>
        </w:rPr>
        <w:t>47:13  woh us ki deeni zindagi ke baray mein ho.</w:t>
      </w:r>
      <w:r>
        <w:br/>
      </w:r>
      <w:r>
        <w:rPr>
          <w:sz w:val="20"/>
        </w:rPr>
        <w:t>47:18  yeh nahi ke mere baad mere bachon ke paas acha business ho, acha ghar ho, un ke paas acha bank balance ho, aur un ke paas achi property ho.</w:t>
      </w:r>
      <w:r>
        <w:br/>
      </w:r>
      <w:r>
        <w:rPr>
          <w:sz w:val="20"/>
        </w:rPr>
        <w:t>47:30  yeh agar concern hai to yeh concern peghambar wala concern nahi hai.</w:t>
      </w:r>
      <w:r>
        <w:br/>
      </w:r>
      <w:r>
        <w:rPr>
          <w:sz w:val="20"/>
        </w:rPr>
        <w:t>47:37  aap dekhiye is misaal mein ke peghambar ka concern apne bachon ke future ke baray mein yeh nahi hai ke tum apni ma'ash ko mazboot kar lo,</w:t>
      </w:r>
      <w:r>
        <w:br/>
      </w:r>
      <w:r>
        <w:rPr>
          <w:sz w:val="20"/>
        </w:rPr>
        <w:t>47:52  balkeh yeh hai ke tum khuda ki ibadat, khuda ka deen, khuda ka bataya hua tareeqa is par qaim rehna.</w:t>
      </w:r>
      <w:r>
        <w:br/>
      </w:r>
      <w:r>
        <w:rPr>
          <w:sz w:val="20"/>
        </w:rPr>
        <w:t>48:01  is ke liye unhon ne ahad liya un se.</w:t>
      </w:r>
      <w:r>
        <w:br/>
      </w:r>
      <w:r>
        <w:rPr>
          <w:sz w:val="20"/>
        </w:rPr>
        <w:t>48:05  yahan par yeh bohat bari aik misaal hai ke ke baap ka concern apni aulaad ke baray mein kya hona chahiye. yaani yahan peghambar apni aulaad se keh raha hai.</w:t>
      </w:r>
      <w:r>
        <w:br/>
      </w:r>
      <w:r>
        <w:rPr>
          <w:sz w:val="20"/>
        </w:rPr>
        <w:t>48:18  to aik example unhon ne diya hai ke baap ka concern apni aulaad ke baray mein kya hona chahiye. woh hona chahiye us ke deen ke baray mein.</w:t>
      </w:r>
      <w:r>
        <w:br/>
      </w:r>
      <w:r>
        <w:rPr>
          <w:sz w:val="20"/>
        </w:rPr>
        <w:t>48:32  yaani jahan tak business ki baat hai, dunya ki baat hai, maal ki baat hai, woh to aadmi apne aap hi dorr dhoop kar karta hai. is ke liye kuch kehne ki zaroorat nahi hai.</w:t>
      </w:r>
      <w:r>
        <w:br/>
      </w:r>
      <w:r>
        <w:rPr>
          <w:sz w:val="20"/>
        </w:rPr>
        <w:t>48:45  bachon se yeh kehne ki zaroorat nahi hai ke dekho achi business karna hai, tum woh to karenge, karenge.</w:t>
      </w:r>
      <w:r>
        <w:br/>
      </w:r>
      <w:r>
        <w:rPr>
          <w:sz w:val="20"/>
        </w:rPr>
        <w:t>48:54  to baap ka concern apni aulaad ke baray mein kya hona chahiye, is ke liye hamein yahan namoona mil raha hai ke Hazrat Yaqoob ne ab apne beton se kaha ke dekho tum ko bhi usi ki ibadat karna hai jis ki ibadat mein karta tha.</w:t>
      </w:r>
      <w:r>
        <w:br/>
      </w:r>
      <w:r>
        <w:rPr>
          <w:sz w:val="20"/>
        </w:rPr>
        <w:t>49:13  tum ko bhi usi deen par qaim rehna hai jis ke jis deen par mein qaim tha.</w:t>
      </w:r>
    </w:p>
    <w:p>
      <w:pPr>
        <w:pStyle w:val="Heading2"/>
      </w:pPr>
      <w:r>
        <w:t>Adam set example of not blaming Satan</w:t>
      </w:r>
    </w:p>
    <w:p>
      <w:r>
        <w:rPr>
          <w:color w:val="666666"/>
          <w:sz w:val="18"/>
        </w:rPr>
        <w:t>Replanning | February 26, 2017 · 30s · at 31:00 · https://youtu.be/E120hwMH9x8?t=1860</w:t>
      </w:r>
    </w:p>
    <w:p>
      <w:r>
        <w:rPr>
          <w:i/>
        </w:rPr>
        <w:t>“Hazrat Adam ne yeh ek exemplary set kiya.”</w:t>
      </w:r>
    </w:p>
    <w:p>
      <w:r>
        <w:rPr>
          <w:sz w:val="20"/>
        </w:rPr>
        <w:t>31:00  تو حضرت آدم نے یہ ایک ایک ایک example سیٹ کیا کہ اگر قرآن کی شہادت کے مطابق</w:t>
      </w:r>
      <w:r>
        <w:br/>
      </w:r>
      <w:r>
        <w:rPr>
          <w:sz w:val="20"/>
        </w:rPr>
        <w:t>31:10  bhi agar tumhara koi dushman ho tab bhi dushman dushman chalao apni ghalati ko mano aap quran ko</w:t>
      </w:r>
      <w:r>
        <w:br/>
      </w:r>
      <w:r>
        <w:rPr>
          <w:sz w:val="20"/>
        </w:rPr>
        <w:t>31:20  is nazar se parhiye quran khule tor par ailaan kiya gaya quran majeed mein ke adam aur hawa ne</w:t>
      </w:r>
    </w:p>
    <w:p>
      <w:pPr>
        <w:pStyle w:val="Heading2"/>
      </w:pPr>
      <w:r>
        <w:t>Hudaybiyyah model vs Jihad model</w:t>
      </w:r>
    </w:p>
    <w:p>
      <w:r>
        <w:rPr>
          <w:color w:val="666666"/>
          <w:sz w:val="18"/>
        </w:rPr>
        <w:t>Man with A Mission 5 June 2007 - Maulana Wahiduddin Khan · 4m 42s · at 48:49 · https://youtu.be/SZ2xjZjGOhE?t=2929</w:t>
      </w:r>
    </w:p>
    <w:p>
      <w:r>
        <w:rPr>
          <w:i/>
        </w:rPr>
        <w:t>“رسول اللہ صلی اللہ علیہ وسلم نے جو کامیابی حاصل کی تھی عرب میں”</w:t>
      </w:r>
    </w:p>
    <w:p>
      <w:r>
        <w:rPr>
          <w:sz w:val="20"/>
        </w:rPr>
        <w:t>48:49  Rasool Allah salallahu alaihi wasallam ne jo kamyabi hasil ki thi Arab mein, to Quran mein bataya gaya hai ke yeh kamyabi aap ko mili Hudaybiyah ke zariye.</w:t>
      </w:r>
      <w:r>
        <w:br/>
      </w:r>
      <w:r>
        <w:rPr>
          <w:sz w:val="20"/>
        </w:rPr>
        <w:t>49:02  "Inna fatahna laka fathan mubeena". yeh Hudaybiyah ek method hai,</w:t>
      </w:r>
      <w:r>
        <w:br/>
      </w:r>
      <w:r>
        <w:rPr>
          <w:sz w:val="20"/>
        </w:rPr>
        <w:t>49:09  is method ko apnane se aap ko fatah mubeen mili. yani poori Rasool Allah ki poori zindagi mein sab se bada waqea jo aap ko fatah mubeen diya, jis ne woh tha Hazrat Hudaybiyah.</w:t>
      </w:r>
      <w:r>
        <w:br/>
      </w:r>
      <w:r>
        <w:rPr>
          <w:sz w:val="20"/>
        </w:rPr>
        <w:t>49:28  aap jante hain ke doctor Michael Hart ne likha hai ke Rasool Allah poori history ke sab se zyada successful aadmi the. "He was he was supremely successful man in history".</w:t>
      </w:r>
      <w:r>
        <w:br/>
      </w:r>
      <w:r>
        <w:rPr>
          <w:sz w:val="20"/>
        </w:rPr>
        <w:t>49:45  to woh kaise hue? Hudaybiyah ke zariye hue. Quran is ka roop hai, kyunke jaise hi Hudaybiyah ka agreement hua tha,</w:t>
      </w:r>
      <w:r>
        <w:br/>
      </w:r>
      <w:r>
        <w:rPr>
          <w:sz w:val="20"/>
        </w:rPr>
        <w:t>49:53  to Quran mein ayat utri thi "Inna fatahna laka fat-han mubeena". Hum ne de diya tum ko woh open victory, sab se bari victory.</w:t>
      </w:r>
      <w:r>
        <w:br/>
      </w:r>
      <w:r>
        <w:rPr>
          <w:sz w:val="20"/>
        </w:rPr>
        <w:t>50:05  aur ek ek bohat bare muhaddis aur jo tabi'i yeh kehte hain</w:t>
      </w:r>
      <w:r>
        <w:br/>
      </w:r>
      <w:r>
        <w:rPr>
          <w:sz w:val="20"/>
        </w:rPr>
        <w:t>50:12  ke Islam ki tareekh mein sab se bari fatah jo thi, woh wohi hai jo Hudaybiyah ke zariye hasil hui. To poori poori tareekh mein hazar saal mein Hudaybiyah ka jo model hai, woh gum ho gaya tha.</w:t>
      </w:r>
      <w:r>
        <w:br/>
      </w:r>
      <w:r>
        <w:rPr>
          <w:sz w:val="20"/>
        </w:rPr>
        <w:t>50:29  koi kitab nahi hai jis mein bataya gaya ho baat ko ke Hudaybiyah ka model kitna successful model hai. To ek hazar saal ka parda pad chuka tha Hudaybiyah ke model par.</w:t>
      </w:r>
      <w:r>
        <w:br/>
      </w:r>
      <w:r>
        <w:rPr>
          <w:sz w:val="20"/>
        </w:rPr>
        <w:t>50:42  is ko bohat hi dinon ki koshish ke baad, mutala, tajruba aur fikr ke baad maine is ko discover kiya, Hudaybiyah model.</w:t>
      </w:r>
      <w:r>
        <w:br/>
      </w:r>
      <w:r>
        <w:rPr>
          <w:sz w:val="20"/>
        </w:rPr>
        <w:t>50:51  aur jab maine discover kiya, tab bhi woh itna ajnabi tha ke saare log is ke khilaf ho gaye. Tamam ulama, kaisi ajib baat hai ke saare ulama is ke khilaf ho gaye.</w:t>
      </w:r>
      <w:r>
        <w:br/>
      </w:r>
      <w:r>
        <w:rPr>
          <w:sz w:val="20"/>
        </w:rPr>
        <w:t>51:04  kya kehne lage? Yeh to buzdi sikhaate hain. Rasool Allah ka woh model jis</w:t>
      </w:r>
      <w:r>
        <w:br/>
      </w:r>
      <w:r>
        <w:rPr>
          <w:sz w:val="20"/>
        </w:rPr>
        <w:t>51:10  ne aap ko fatah mubeen diya, woh tareekh mein itna gum ho chuka tha ke log is ko samajhne lage ke to yeh to yeh to buzdi hai.</w:t>
      </w:r>
      <w:r>
        <w:br/>
      </w:r>
      <w:r>
        <w:rPr>
          <w:sz w:val="20"/>
        </w:rPr>
        <w:t>51:21  kyunke dekhiye, Hudaybiyah model kya hai? Hudaybiyah model naam hai is baat ka</w:t>
      </w:r>
      <w:r>
        <w:br/>
      </w:r>
      <w:r>
        <w:rPr>
          <w:sz w:val="20"/>
        </w:rPr>
        <w:t>51:28  ke aap kisi bhi situation mein status quo maan lein, status quo se takrao na karein, aur yeh talash karein ke status quo ko maante hue wahan par kya opportunities hain.</w:t>
      </w:r>
      <w:r>
        <w:br/>
      </w:r>
      <w:r>
        <w:rPr>
          <w:sz w:val="20"/>
        </w:rPr>
        <w:t>51:45  to Hudaybiyah model ka formula kya hai?</w:t>
      </w:r>
      <w:r>
        <w:br/>
      </w:r>
      <w:r>
        <w:rPr>
          <w:sz w:val="20"/>
        </w:rPr>
        <w:t>51:49  "ignore the problem, avail the opportunities". Yeh hai model, aur yeh is waqt ho sakta hai ke jab ke aap status quo ko maan lein.</w:t>
      </w:r>
      <w:r>
        <w:br/>
      </w:r>
      <w:r>
        <w:rPr>
          <w:sz w:val="20"/>
        </w:rPr>
        <w:t>51:59  is ko status quo ko badalna,</w:t>
      </w:r>
      <w:r>
        <w:br/>
      </w:r>
      <w:r>
        <w:rPr>
          <w:sz w:val="20"/>
        </w:rPr>
        <w:t>52:05  yeh model nahi hai. Ab dekhein ke Musalman jo hain, sari duniya mein status quo se takra rahe hain. Jahan bhi dekhiye, Kashmir mein dekhiye, Falasteen mein dekhiye, jahan bhi dekhiye,</w:t>
      </w:r>
      <w:r>
        <w:br/>
      </w:r>
      <w:r>
        <w:rPr>
          <w:sz w:val="20"/>
        </w:rPr>
        <w:t>52:18  jo status quo hai us par takra rahe hain. Woh jaante hain kya? Ke jab tak hum status quo ko badlein nahi,</w:t>
      </w:r>
      <w:r>
        <w:br/>
      </w:r>
      <w:r>
        <w:rPr>
          <w:sz w:val="20"/>
        </w:rPr>
        <w:t>52:25  tab tak koi rasta nikalne wala nahi hai. Yeh Rasool Allah ka tareeqa nahi tha. Hudaybiyah mein aap ne jo status quo tha, wahan us ko maan liya, aur kya kiya?</w:t>
      </w:r>
      <w:r>
        <w:br/>
      </w:r>
      <w:r>
        <w:rPr>
          <w:sz w:val="20"/>
        </w:rPr>
        <w:t>52:38  ke daawa opportunities ko avail kiya.</w:t>
      </w:r>
      <w:r>
        <w:br/>
      </w:r>
      <w:r>
        <w:rPr>
          <w:sz w:val="20"/>
        </w:rPr>
        <w:t>52:43  to yeh yahi formula tha aap ka ke "ignore the problem, avail the opportunities". Yeh hai Hudaybiyah model. Is se aap ko zabardast kamyabi hui.</w:t>
      </w:r>
      <w:r>
        <w:br/>
      </w:r>
      <w:r>
        <w:rPr>
          <w:sz w:val="20"/>
        </w:rPr>
        <w:t>52:53  is ko maine tafseel se likha hai apni kitabon mein. To yeh itna mushkil tha is ko discover karna ke aaj bhi</w:t>
      </w:r>
      <w:r>
        <w:br/>
      </w:r>
      <w:r>
        <w:rPr>
          <w:sz w:val="20"/>
        </w:rPr>
        <w:t>53:02  log itna conditioned hain ke samajh nahi paate Hudaybiyah model ki importance ko. Aaj bhi nahi samajh paate. Abhi bhi ek kitab chhapi hai, India ke jo sab se bara idara mana jata hai, Nadwa, wahan se is mein is ko ridicule kiya hai, Hudaybiyah model ko,</w:t>
      </w:r>
      <w:r>
        <w:br/>
      </w:r>
      <w:r>
        <w:rPr>
          <w:sz w:val="20"/>
        </w:rPr>
        <w:t>53:21  ke main logon ko buzdi sikha raha hoon. Main logon ko buzdi sikha raha hoon kyunke logon ke baad jo hai, jihadi model jo hai, logon ke dimagh par chhaya hua tha.</w:t>
      </w:r>
    </w:p>
    <w:p>
      <w:pPr>
        <w:pStyle w:val="Heading2"/>
      </w:pPr>
      <w:r>
        <w:t>Ideal individual vs pragmatic social</w:t>
      </w:r>
    </w:p>
    <w:p>
      <w:r>
        <w:rPr>
          <w:color w:val="666666"/>
          <w:sz w:val="18"/>
        </w:rPr>
        <w:t>Quranic Wisdom · 2m 09s · at 30:31 · https://youtu.be/2R9zFXIr1aw?t=1831</w:t>
      </w:r>
    </w:p>
    <w:p>
      <w:r>
        <w:rPr>
          <w:i/>
        </w:rPr>
        <w:t>“So we have to be ideal as far as our individual life is concerned.”</w:t>
      </w:r>
    </w:p>
    <w:p>
      <w:r>
        <w:rPr>
          <w:sz w:val="20"/>
        </w:rPr>
        <w:t>30:31  s. So we have to be ideal as far as our individual life is concerned.</w:t>
      </w:r>
      <w:r>
        <w:br/>
      </w:r>
      <w:r>
        <w:rPr>
          <w:sz w:val="20"/>
        </w:rPr>
        <w:t>30:35  We have to uphold the ideal principles.</w:t>
      </w:r>
      <w:r>
        <w:br/>
      </w:r>
      <w:r>
        <w:rPr>
          <w:sz w:val="20"/>
        </w:rPr>
        <w:t>30:37  But as far as social life is concerned, we have to be very pragmatic.</w:t>
      </w:r>
      <w:r>
        <w:br/>
      </w:r>
      <w:r>
        <w:rPr>
          <w:sz w:val="20"/>
        </w:rPr>
        <w:t>30:40  We should not expect others also to abide by those same ideal principles.</w:t>
      </w:r>
      <w:r>
        <w:br/>
      </w:r>
      <w:r>
        <w:rPr>
          <w:sz w:val="20"/>
        </w:rPr>
        <w:t>30:45  It's a very important principle.</w:t>
      </w:r>
      <w:r>
        <w:br/>
      </w:r>
      <w:r>
        <w:rPr>
          <w:sz w:val="20"/>
        </w:rPr>
        <w:t>30:47  And also the, uh, verse that you quoted in the beginning that, uh, the Quran says that we</w:t>
      </w:r>
      <w:r>
        <w:br/>
      </w:r>
      <w:r>
        <w:rPr>
          <w:sz w:val="20"/>
        </w:rPr>
        <w:t>30:53  created trouble, we created life to test man.</w:t>
      </w:r>
      <w:r>
        <w:br/>
      </w:r>
      <w:r>
        <w:rPr>
          <w:sz w:val="20"/>
        </w:rPr>
        <w:t>30:56  So all the troubles and tribulations are meant to test human beings.</w:t>
      </w:r>
      <w:r>
        <w:br/>
      </w:r>
      <w:r>
        <w:rPr>
          <w:sz w:val="20"/>
        </w:rPr>
        <w:t>31:00  I think this, uh, particular notion, this idea that the troubles and tribulation and difficulties of life are</w:t>
      </w:r>
      <w:r>
        <w:br/>
      </w:r>
      <w:r>
        <w:rPr>
          <w:sz w:val="20"/>
        </w:rPr>
        <w:t>31:08  meant to prepare us and develop us, gives a lot of solace.</w:t>
      </w:r>
      <w:r>
        <w:br/>
      </w:r>
      <w:r>
        <w:rPr>
          <w:sz w:val="20"/>
        </w:rPr>
        <w:t>31:12  Because somewhere down the line, uh, we keep thinking about the fact that we are facing so many</w:t>
      </w:r>
      <w:r>
        <w:br/>
      </w:r>
      <w:r>
        <w:rPr>
          <w:sz w:val="20"/>
        </w:rPr>
        <w:t>31:17  difficulties. I wish these difficulties were not there.</w:t>
      </w:r>
      <w:r>
        <w:br/>
      </w:r>
      <w:r>
        <w:rPr>
          <w:sz w:val="20"/>
        </w:rPr>
        <w:t>31:19  I wish the pain was not there.</w:t>
      </w:r>
      <w:r>
        <w:br/>
      </w:r>
      <w:r>
        <w:rPr>
          <w:sz w:val="20"/>
        </w:rPr>
        <w:t>31:21  I wish the failure, the discontentment was not there.</w:t>
      </w:r>
      <w:r>
        <w:br/>
      </w:r>
      <w:r>
        <w:rPr>
          <w:sz w:val="20"/>
        </w:rPr>
        <w:t>31:24  But once we realize that, once we consciously understand how failure develops us, how, how pain and suffering</w:t>
      </w:r>
      <w:r>
        <w:br/>
      </w:r>
      <w:r>
        <w:rPr>
          <w:sz w:val="20"/>
        </w:rPr>
        <w:t>31:31  actually develop our, our capabilities, develop our hidden potential, we would have not been able to find certain</w:t>
      </w:r>
      <w:r>
        <w:br/>
      </w:r>
      <w:r>
        <w:rPr>
          <w:sz w:val="20"/>
        </w:rPr>
        <w:t>31:40  hidden qualities in ourselves unless we face those very exacting, uh, circumstances.</w:t>
      </w:r>
      <w:r>
        <w:br/>
      </w:r>
      <w:r>
        <w:rPr>
          <w:sz w:val="20"/>
        </w:rPr>
        <w:t>31:45  So failure and discontentment and all these things are very important.</w:t>
      </w:r>
      <w:r>
        <w:br/>
      </w:r>
      <w:r>
        <w:rPr>
          <w:sz w:val="20"/>
        </w:rPr>
        <w:t>31:49  And I think I would like to end by a quote by Bill Gates, a very famous quote</w:t>
      </w:r>
      <w:r>
        <w:br/>
      </w:r>
      <w:r>
        <w:rPr>
          <w:sz w:val="20"/>
        </w:rPr>
        <w:t>31:54  that, uh, when he said that, uh, my classmate passed in all the exams, but I failed in</w:t>
      </w:r>
      <w:r>
        <w:br/>
      </w:r>
      <w:r>
        <w:rPr>
          <w:sz w:val="20"/>
        </w:rPr>
        <w:t>32:00  some. Now he's the, he's the, he's an engineer in an organization and I'm the owner of that</w:t>
      </w:r>
      <w:r>
        <w:br/>
      </w:r>
      <w:r>
        <w:rPr>
          <w:sz w:val="20"/>
        </w:rPr>
        <w:t>32:07  organization. So that's how failure really helped him</w:t>
      </w:r>
      <w:r>
        <w:br/>
      </w:r>
      <w:r>
        <w:rPr>
          <w:sz w:val="20"/>
        </w:rPr>
        <w:t>32:10  It was a stepping stone to his marvelous success. So I think we have to look at everything positively. So these are some very amazing principles that we learned from Quranic wisdom. And we'll continue with our discussion. Please join us again next Sunday at 2:00 PM. If you want to watch more videos from CPS International, please log on to our website, cpsglobal.org. Thank you.</w:t>
      </w:r>
    </w:p>
    <w:p>
      <w:pPr>
        <w:pStyle w:val="Heading2"/>
      </w:pPr>
      <w:r>
        <w:t>Madhuri Dixit's transformation story</w:t>
      </w:r>
    </w:p>
    <w:p>
      <w:r>
        <w:rPr>
          <w:color w:val="666666"/>
          <w:sz w:val="18"/>
        </w:rPr>
        <w:t>Place of Women in Islam | March 5, 2006 | Maulana Wahiduddin Khan · 2m 34s · at 3:33 · https://youtu.be/1Ti4skvf7UA?t=213</w:t>
      </w:r>
    </w:p>
    <w:p>
      <w:r>
        <w:rPr>
          <w:i/>
        </w:rPr>
        <w:t>“Aaj mujhe Times of India mein aaj hi ek report chhapi hai.”</w:t>
      </w:r>
    </w:p>
    <w:p>
      <w:r>
        <w:rPr>
          <w:sz w:val="20"/>
        </w:rPr>
        <w:t>3:33  aaj mujhe times of India mein aaj hi ek report chhapi hai, us mein mujhe is ka answer mila. yeh hai aaj ka times of India, Delhi times. us mein aap dekh rahe hain ke mashhoor jo film star hai, Madhuri Dixit, uska photo chhapa hua hai, aur uska ek interview us mein aaya hai. Madhuri Dixit ka.</w:t>
      </w:r>
      <w:r>
        <w:br/>
      </w:r>
      <w:r>
        <w:rPr>
          <w:sz w:val="20"/>
        </w:rPr>
        <w:t>4:04  ek bohat hi... chuki yeh log jo hain, mera tajurba yeh hai ke jo film actor aur film actress hote hain na, yeh hypocrite nahi hote. jo baat hai wahi keh dete hain. aam tor par mera tajurba hai, mera experience hai ke log hote hain hypocrite. baat kuch hoti hai, bolte hain kuch. khas kar jo intellectuals hain, jo educated community hai, woh to sab ke sab double t</w:t>
      </w:r>
      <w:r>
        <w:br/>
      </w:r>
      <w:r>
        <w:rPr>
          <w:sz w:val="20"/>
        </w:rPr>
        <w:t>4:34  ek karti hai. saaf saaf nahi bolti hai. lekin yeh jo film ki duniya hai, wahan ke logon mein maine yeh baat paai hai ke woh jhoot nahi bolte. woh hypocrite nahi hote. woh kabhi double talk nahi karte. jo baat unke dil mein hoti hai, wahi unki zubaan par hoti hai. to Madhuri Dixit ne is mein</w:t>
      </w:r>
      <w:r>
        <w:br/>
      </w:r>
      <w:r>
        <w:rPr>
          <w:sz w:val="20"/>
        </w:rPr>
        <w:t>5:04  aisi baat kahi jis se mere question ka answer mil gaya. woh kehti hai ke aaj ka Times of India, yaani 5 March ka, is ka jo hota hai page Daily Times, is mein aap is ko dekh sakte hain. to woh kehti hai ke "When I was unmarried, I was living in my own universe".</w:t>
      </w:r>
      <w:r>
        <w:br/>
      </w:r>
      <w:r>
        <w:rPr>
          <w:sz w:val="20"/>
        </w:rPr>
        <w:t>5:37  jab mein shadi meri nahi hui thi to mein apni hi duniya mein jeeti thi. "When I was unmarried, I was living in my own universe". ab is ke do bachche ho chuke hain. ab do bachchon ke baad woh kehti hai ke mein bilkul badal chuki hoon. khud apne munh se bolti hai. ab ke bare mein kehti hai woh</w:t>
      </w:r>
    </w:p>
    <w:p>
      <w:pPr>
        <w:pStyle w:val="Heading2"/>
      </w:pPr>
      <w:r>
        <w:t>Islamic spirituality through nature</w:t>
      </w:r>
    </w:p>
    <w:p>
      <w:r>
        <w:rPr>
          <w:color w:val="666666"/>
          <w:sz w:val="18"/>
        </w:rPr>
        <w:t>The Concept of Spirituality in Islam June 11, 2006 Maulana Wahiduddin Khan · 5m 33s · at 35:57 · https://youtu.be/gOH7-AdTeMQ?t=2157</w:t>
      </w:r>
    </w:p>
    <w:p>
      <w:r>
        <w:rPr>
          <w:i/>
        </w:rPr>
        <w:t>“I saw in African jungles where lions and elephants are.”</w:t>
      </w:r>
    </w:p>
    <w:p>
      <w:r>
        <w:rPr>
          <w:sz w:val="20"/>
        </w:rPr>
        <w:t>35:57  woh to maine dekha ke Africa ke janglat mein jahan sher hain aur hathi hain to maine dekha ke ek hathi, bohat bara hathi, aur zor zor se bolta hua aa raha hai aur idhar se char sher ja rahe hain.</w:t>
      </w:r>
      <w:r>
        <w:br/>
      </w:r>
      <w:r>
        <w:rPr>
          <w:sz w:val="20"/>
        </w:rPr>
        <w:t>36:15  yani ek hi baat hai, idhar se ek bara hathi changharta hua aa raha hai. shayad woh pagal ho gaya ho kyunke hathi pagal ho jate hain aur chekhte chalate hain bohat ziyada.</w:t>
      </w:r>
      <w:r>
        <w:br/>
      </w:r>
      <w:r>
        <w:rPr>
          <w:sz w:val="20"/>
        </w:rPr>
        <w:t>36:29  idhar se char sher ja rahe hain lekin main hairaan reh gaya dekh kar ke charon sheron ne rasta badal diya apna.</w:t>
      </w:r>
      <w:r>
        <w:br/>
      </w:r>
      <w:r>
        <w:rPr>
          <w:sz w:val="20"/>
        </w:rPr>
        <w:t>36:40  yani aisa nahi kaha ke seedhe woh jayen aur sher se sher jo hai woh hathi se takra jaye. wahan ek hathi tha, idhar char sher the lekin sheron ne takrane, yani takrane ki koshish nahi ki, apna khud apna rasta badal liya.</w:t>
      </w:r>
      <w:r>
        <w:br/>
      </w:r>
      <w:r>
        <w:rPr>
          <w:sz w:val="20"/>
        </w:rPr>
        <w:t>36:56  to hathi to seedha chalta hua nikal gaya aage aur sher jo the woh kinare se avoid kar ke aage chale gaye.</w:t>
      </w:r>
      <w:r>
        <w:br/>
      </w:r>
      <w:r>
        <w:rPr>
          <w:sz w:val="20"/>
        </w:rPr>
        <w:t>37:05  to maine kaha ke dekhiye, yeh hai sher ka tareeqa. hum log samajhte hain ke sher ka tareeqa lad jana hai. jab hum sher ka bolte hain ke yeh aadmi sher hai to is ka matlab ke jhukne wala nahi hai.</w:t>
      </w:r>
      <w:r>
        <w:br/>
      </w:r>
      <w:r>
        <w:rPr>
          <w:sz w:val="20"/>
        </w:rPr>
        <w:t>37:21  jab kisi ke bare mein kehte hain ke yeh sher hai to is ka matlab yeh hota hai ke jhukne wala nahi hai. yeh lad kar apna rasta aage banata hai.</w:t>
      </w:r>
      <w:r>
        <w:br/>
      </w:r>
      <w:r>
        <w:rPr>
          <w:sz w:val="20"/>
        </w:rPr>
        <w:t>37:30  lekin jo real sher jo Khuda ne banaya hai nature mein hamare liye model ke taur par, woh aisa nahi hai. woh sher avoid karta hai,</w:t>
      </w:r>
      <w:r>
        <w:br/>
      </w:r>
      <w:r>
        <w:rPr>
          <w:sz w:val="20"/>
        </w:rPr>
        <w:t>37:43  is ka tareeqa avoid karne ka hai, takrao ka tareeqa nahi hai.</w:t>
      </w:r>
      <w:r>
        <w:br/>
      </w:r>
      <w:r>
        <w:rPr>
          <w:sz w:val="20"/>
        </w:rPr>
        <w:t>37:51  to yeh</w:t>
      </w:r>
      <w:r>
        <w:br/>
      </w:r>
      <w:r>
        <w:rPr>
          <w:sz w:val="20"/>
        </w:rPr>
        <w:t>37:55  nature ko agar hum ghor se dekhen, nature se lesson lete rahen to beshumar is mein lesson hamare liye maujood hain.</w:t>
      </w:r>
      <w:r>
        <w:br/>
      </w:r>
      <w:r>
        <w:rPr>
          <w:sz w:val="20"/>
        </w:rPr>
        <w:t>38:06  yeh jo tareeqa hai sabak lene ka, is ko Quran mein tasawwur kaha gaya hai. tasawwur ka matlab hota hai "to draw lesson". kisi baat ko aap ne dekha, us se ek sabak nikala, yeh hai tasawwur.</w:t>
      </w:r>
      <w:r>
        <w:br/>
      </w:r>
      <w:r>
        <w:rPr>
          <w:sz w:val="20"/>
        </w:rPr>
        <w:t>38:20  to tasawwur ko Quran mein ruhaniyat ka ya spirituality ka source bataya gaya hai. main samajhta hoon ke ruhaniyat ka ya spirituality ka woh tareeqa Quran ka tareeqa nahi hai ke aap ek kothri mein baith jayen, aankhen band kar len, chadar odh len aur wahan aap muraqba karen ya meditation karen.</w:t>
      </w:r>
      <w:r>
        <w:br/>
      </w:r>
      <w:r>
        <w:rPr>
          <w:sz w:val="20"/>
        </w:rPr>
        <w:t>38:44  yeh tareeqa Quran mein bataya nahi gaya hai. Quran ka tareeqa hai ke aankhen khol kar dekho dunya ko, tasawwur karo, dunya ki chezen dekh dekh ke us se spiritual food hasil karo.</w:t>
      </w:r>
      <w:r>
        <w:br/>
      </w:r>
      <w:r>
        <w:rPr>
          <w:sz w:val="20"/>
        </w:rPr>
        <w:t>38:58  yeh maine samjha hai.</w:t>
      </w:r>
      <w:r>
        <w:br/>
      </w:r>
      <w:r>
        <w:rPr>
          <w:sz w:val="20"/>
        </w:rPr>
        <w:t>39:05  to main samajhta hoon ke Quran ke mutabiq agar main kahoon ke nature mein tasawwur kar ke sabak nikalna,</w:t>
      </w:r>
      <w:r>
        <w:br/>
      </w:r>
      <w:r>
        <w:rPr>
          <w:sz w:val="20"/>
        </w:rPr>
        <w:t>39:17  yeh hai Quran ka ruhani tareeqa.</w:t>
      </w:r>
      <w:r>
        <w:br/>
      </w:r>
      <w:r>
        <w:rPr>
          <w:sz w:val="20"/>
        </w:rPr>
        <w:t>39:29  yani maine formula banaya hai is ko ke nature plus tasawwur is equal to spiritual development.</w:t>
      </w:r>
      <w:r>
        <w:br/>
      </w:r>
      <w:r>
        <w:rPr>
          <w:sz w:val="20"/>
        </w:rPr>
        <w:t>39:41  nature plus tasawwur is equal to spiritual development. maine dekha, yeh hai Qurani tasawwuf, yeh hai Qurani ruhaniyat jo base karti hai tasawwur par.</w:t>
      </w:r>
      <w:r>
        <w:br/>
      </w:r>
      <w:r>
        <w:rPr>
          <w:sz w:val="20"/>
        </w:rPr>
        <w:t>40:03  woh tareeqa jo ke aankh band kar ke muraqba karna, us ko maine Quran mein kahin nahi paya. khuli aankhon se dunya ko dekhna, Surah Aal-e-Imran ka aakhri ruku aap parhiye: "alladhi tafakkara fi khalqi al-samawati rabbana ma khalaqta hadha batilan" ke dunya ko dekh kar ke pukar uthna ke Khuda ya!</w:t>
      </w:r>
      <w:r>
        <w:br/>
      </w:r>
      <w:r>
        <w:rPr>
          <w:sz w:val="20"/>
        </w:rPr>
        <w:t>40:23  to tu ne banaya hai dunya ko. to dekh kar pukar uthna, dekh kar realize karna, dekh kar discover karna, yeh hai Islam ka ya Quran ka tasawwuf ya us ki ruhaniyat.</w:t>
      </w:r>
      <w:r>
        <w:br/>
      </w:r>
      <w:r>
        <w:rPr>
          <w:sz w:val="20"/>
        </w:rPr>
        <w:t>40:46  mein samajhta hoon ke agar abhi yeh kahoon to yeh mubalgha nahi hoga ke islami tasawwuf kya hai? ke</w:t>
      </w:r>
      <w:r>
        <w:br/>
      </w:r>
      <w:r>
        <w:rPr>
          <w:sz w:val="20"/>
        </w:rPr>
        <w:t>41:01  "reading god in scriptures". "reading god in scriptures" and "seeing god in nature" yeh hai islami tasawwuf.</w:t>
      </w:r>
      <w:r>
        <w:br/>
      </w:r>
      <w:r>
        <w:rPr>
          <w:sz w:val="20"/>
        </w:rPr>
        <w:t>41:16  "reading god in scriptures" and "seeing god in nature" yeh hai islam ki roohaniyat aur islam ka tasawwuf.</w:t>
      </w:r>
    </w:p>
    <w:p>
      <w:pPr>
        <w:pStyle w:val="Heading2"/>
      </w:pPr>
      <w:r>
        <w:t>Learn from reminders and respond positively</w:t>
      </w:r>
    </w:p>
    <w:p>
      <w:r>
        <w:rPr>
          <w:color w:val="666666"/>
          <w:sz w:val="18"/>
        </w:rPr>
        <w:t>Positive Response August 11, 2018 · 33s · at 10:36 · https://youtu.be/W9oH8kJHTWg?t=636</w:t>
      </w:r>
    </w:p>
    <w:p>
      <w:r>
        <w:rPr>
          <w:i/>
        </w:rPr>
        <w:t>“Is reminder se sabaq lijiye”</w:t>
      </w:r>
    </w:p>
    <w:p>
      <w:r>
        <w:rPr>
          <w:sz w:val="20"/>
        </w:rPr>
        <w:t>10:36  is is reminder ko suniye, is reminder se sabak leejiye.</w:t>
      </w:r>
      <w:r>
        <w:br/>
      </w:r>
      <w:r>
        <w:rPr>
          <w:sz w:val="20"/>
        </w:rPr>
        <w:t>10:50  is reminder se sabak leejiye aur is ko positive response mein</w:t>
      </w:r>
      <w:r>
        <w:br/>
      </w:r>
      <w:r>
        <w:rPr>
          <w:sz w:val="20"/>
        </w:rPr>
        <w:t>11:01  badal deejiye, positive response mein.</w:t>
      </w:r>
    </w:p>
    <w:p>
      <w:pPr>
        <w:pStyle w:val="Heading2"/>
      </w:pPr>
      <w:r>
        <w:t>Judge things by result</w:t>
      </w:r>
    </w:p>
    <w:p>
      <w:r>
        <w:rPr>
          <w:color w:val="666666"/>
          <w:sz w:val="18"/>
        </w:rPr>
        <w:t>Formula of Human Life | March 13, 2016 · 30s · at 1:03:41 · https://youtu.be/Et_ZQTYZzjU?t=3821</w:t>
      </w:r>
    </w:p>
    <w:p>
      <w:r>
        <w:rPr>
          <w:i/>
        </w:rPr>
        <w:t>“See everything in terms of result.”</w:t>
      </w:r>
    </w:p>
    <w:p>
      <w:r>
        <w:rPr>
          <w:sz w:val="20"/>
        </w:rPr>
        <w:t>1:03:41  trol, but I fail. Please give me a formula by which I can control bad desires in me." The formula is very simple: "See everything in terms of result." "See everything in terms of result." Jitni bad desire hai, aap sochiye, in sab ka result negative nikalta</w:t>
      </w:r>
    </w:p>
    <w:p>
      <w:pPr>
        <w:pStyle w:val="Heading2"/>
      </w:pPr>
      <w:r>
        <w:t>Muslims rush in where angels fear to tread</w:t>
      </w:r>
    </w:p>
    <w:p>
      <w:r>
        <w:rPr>
          <w:color w:val="666666"/>
          <w:sz w:val="18"/>
        </w:rPr>
        <w:t>Babari Masjid of Ayodhya December 06, 2009 · 3m 57s · at 1:03:16 · https://youtu.be/rpFygvWx6WY?t=3796</w:t>
      </w:r>
    </w:p>
    <w:p>
      <w:r>
        <w:rPr>
          <w:i/>
        </w:rPr>
        <w:t>“Mein is ko manta hoon”</w:t>
      </w:r>
    </w:p>
    <w:p>
      <w:r>
        <w:rPr>
          <w:sz w:val="20"/>
        </w:rPr>
        <w:t>1:03:16  the saying "fools rush in where angels fear to tread" applies to the muslims of today. kindly give your comments.</w:t>
      </w:r>
      <w:r>
        <w:br/>
      </w:r>
      <w:r>
        <w:rPr>
          <w:sz w:val="20"/>
        </w:rPr>
        <w:t>1:03:27  mein is ko maanta hoon. ke "fools rush in where angels fear to tread" ka case hai musalmanon ka. har jagah yeh ho raha hai aap dekhein har jagah. ghus padenge aur bhage jayenge ghus padenge aur bhage jayenge.</w:t>
      </w:r>
      <w:r>
        <w:br/>
      </w:r>
      <w:r>
        <w:rPr>
          <w:sz w:val="20"/>
        </w:rPr>
        <w:t>1:03:41  wajah kya hai ke musalman abhi apne maazi se bahar nahi aa pa rahe hain. maazi se murad hai siyasi zaroorat.</w:t>
      </w:r>
      <w:r>
        <w:br/>
      </w:r>
      <w:r>
        <w:rPr>
          <w:sz w:val="20"/>
        </w:rPr>
        <w:t>1:03:50  har aadmi one to all mein samajhta hoon ke barah-e-raast ya in-barah-raast siyasi zaroorat mein jee raha hai.</w:t>
      </w:r>
      <w:r>
        <w:br/>
      </w:r>
      <w:r>
        <w:rPr>
          <w:sz w:val="20"/>
        </w:rPr>
        <w:t>1:03:59  quran o hadees mein kaun jee raha hai hum to nahi jaante koi quran o hadees mein jee raha hai. bas siyasi zaroorat. aur yeh log itna ziyada is mein gum hain ke yeh bhi nahi jaante ke abhi bhi hamare siyasi maani mein 57 muslim mumalik hain jahan musalmanon ki hukoomat hai.</w:t>
      </w:r>
      <w:r>
        <w:br/>
      </w:r>
      <w:r>
        <w:rPr>
          <w:sz w:val="20"/>
        </w:rPr>
        <w:t>1:04:19  aaj bhi musalmanon ki hukoomatein 57 hain dunya bhar mein. lekin chunke empire nahi hai.</w:t>
      </w:r>
      <w:r>
        <w:br/>
      </w:r>
      <w:r>
        <w:rPr>
          <w:sz w:val="20"/>
        </w:rPr>
        <w:t>1:04:30  empire nahi hai is liye samajhte hain ke hamare paas siyasi taqat bhi nahi hai. to mujhe aik qissa shayad mein ne is se suna hai is se pehle aap ko.</w:t>
      </w:r>
      <w:r>
        <w:br/>
      </w:r>
      <w:r>
        <w:rPr>
          <w:sz w:val="20"/>
        </w:rPr>
        <w:t>1:04:38  aik saal mein bataya tha mujhe ke lucknow mein nakhhas ke chorahay par aik boodhi khatoon keh rahi thi koi mutanjan khila de.</w:t>
      </w:r>
      <w:r>
        <w:br/>
      </w:r>
      <w:r>
        <w:rPr>
          <w:sz w:val="20"/>
        </w:rPr>
        <w:t>1:04:50  koi mutanjan khila de yeh awaz laga rahi thi woh. aur us ke hath mein ek plate thi. to unhon ne kaha ke main qareeb gaya aur dekha ke is mein mutanjan tha pehle hi.</w:t>
      </w:r>
      <w:r>
        <w:br/>
      </w:r>
      <w:r>
        <w:rPr>
          <w:sz w:val="20"/>
        </w:rPr>
        <w:t>1:05:02  mutanjan kehte hain jo meetha pulao banate hain na us ko. to kaha bibi ji to wahan to mutanjan khud hi hai to mutanjan khila to kyun keh rahi ho.</w:t>
      </w:r>
      <w:r>
        <w:br/>
      </w:r>
      <w:r>
        <w:rPr>
          <w:sz w:val="20"/>
        </w:rPr>
        <w:t>1:05:14  to kehti hai ke mujhe yeh zaban hai Lucknow ki kya mutanjan balai ke baghair bhi khaya jata hai. to musalman itna zyada itna zyada yani maaf kijiye ga yani andhe ho chuke hain ke empire nahi hai to samajhte hain ke siyasi taqat bhi nahi hai.</w:t>
      </w:r>
      <w:r>
        <w:br/>
      </w:r>
      <w:r>
        <w:rPr>
          <w:sz w:val="20"/>
        </w:rPr>
        <w:t>1:05:32  mutanjan hai apne hath mein. ek balai nahi hai. phir 57 muslim mumalik hain un ki sab se bari tadad quwam mutahida mein un ki hai musalmanon ki.</w:t>
      </w:r>
      <w:r>
        <w:br/>
      </w:r>
      <w:r>
        <w:rPr>
          <w:sz w:val="20"/>
        </w:rPr>
        <w:t>1:05:44  general assembly jo wahan ki hai is mein sab se zyada tadad unhi logon ki musalmanon ki hai. tab bhi ro rahe hain isi ka. kyun ke siyasi empire nahi hai. to musalman itna zyada be khabar ho chuke hain ke bas siyasi empire ho to siyasi taqat hai to nahi hai.</w:t>
      </w:r>
      <w:r>
        <w:br/>
      </w:r>
      <w:r>
        <w:rPr>
          <w:sz w:val="20"/>
        </w:rPr>
        <w:t>1:06:01  abhi jo 57 muslim mumalik hain un ko un ko taraqqi do. un ka ek wafaq banao. wafaq banao to phir ek empire ban jayega. agar un ka wafaq ban sake to abhi bhi ek siyasi empire ban jayega dobara.</w:t>
      </w:r>
      <w:r>
        <w:br/>
      </w:r>
      <w:r>
        <w:rPr>
          <w:sz w:val="20"/>
        </w:rPr>
        <w:t>1:06:23  to yeh sab baat kyun hai logon ke andar soch hi nahi hai bilkul. tarz soch ka koi wajood hi nahi hai. sirf jazbat ko jante hain.</w:t>
      </w:r>
      <w:r>
        <w:br/>
      </w:r>
      <w:r>
        <w:rPr>
          <w:sz w:val="20"/>
        </w:rPr>
        <w:t>1:06:32  kyun jo aadmi bhi yaad rakhiye mazi ki zaroorat mein jiye ga is ka haal yahi hoga. aap khandan bhi dekh lein kisi khandan mein koi bara aadmi ho gaya ho to un ke bete pote isi mein jeete hain.</w:t>
      </w:r>
      <w:r>
        <w:br/>
      </w:r>
      <w:r>
        <w:rPr>
          <w:sz w:val="20"/>
        </w:rPr>
        <w:t>1:06:42  mere baap yeh the mere baap woh the. to jo aadmi peechay ki zaroorat mein jeeta ho wo aagay ki soch ke andha ho jata hai.</w:t>
      </w:r>
      <w:r>
        <w:br/>
      </w:r>
      <w:r>
        <w:rPr>
          <w:sz w:val="20"/>
        </w:rPr>
        <w:t>1:06:55  to musalman yani andar compression khate kamate hain lekin un ki soch jo hai soch bilkul musbat soch nahi hai.</w:t>
      </w:r>
      <w:r>
        <w:br/>
      </w:r>
      <w:r>
        <w:rPr>
          <w:sz w:val="20"/>
        </w:rPr>
        <w:t>1:07:04  haqiqat pasandana soch nahi hai un ke andar. to ab ya hum log yahi kaam karna hai. hum Khuda ke fazal se yahi kaam kar rahe hain.</w:t>
      </w:r>
    </w:p>
    <w:p>
      <w:pPr>
        <w:pStyle w:val="Heading2"/>
      </w:pPr>
      <w:r>
        <w:t>Distractions hinder intellectual and spiritual growth</w:t>
      </w:r>
    </w:p>
    <w:p>
      <w:r>
        <w:rPr>
          <w:color w:val="666666"/>
          <w:sz w:val="18"/>
        </w:rPr>
        <w:t>Islamic Way of Thinking | August 28, 2007 · 5m 35s · at 40:20 · https://youtu.be/yzexTN68BLI?t=2420</w:t>
      </w:r>
    </w:p>
    <w:p>
      <w:r>
        <w:rPr>
          <w:i/>
        </w:rPr>
        <w:t>“As a positive personality even in negative situations”</w:t>
      </w:r>
    </w:p>
    <w:p>
      <w:r>
        <w:rPr>
          <w:sz w:val="20"/>
        </w:rPr>
        <w:t>40:20  as a positive personality even in negative situations. Then we need intellectual development. We have to adopt a process of intellectual development. Our mind is, has great potential. Our mind has great potential by birth, but we have</w:t>
      </w:r>
      <w:r>
        <w:br/>
      </w:r>
      <w:r>
        <w:rPr>
          <w:sz w:val="20"/>
        </w:rPr>
        <w:t>40:50  to turn this potential to actual. our mind has great, great potential, but this potential is simply opportunities. so we have to turn this potential into actual. it needs a process, a long process,</w:t>
      </w:r>
      <w:r>
        <w:br/>
      </w:r>
      <w:r>
        <w:rPr>
          <w:sz w:val="20"/>
        </w:rPr>
        <w:t>41:20  Life long process.</w:t>
      </w:r>
      <w:r>
        <w:br/>
      </w:r>
      <w:r>
        <w:rPr>
          <w:sz w:val="20"/>
        </w:rPr>
        <w:t>41:27  So all those, all those occasions when there is a provocation, when there is a sad experience, all</w:t>
      </w:r>
      <w:r>
        <w:br/>
      </w:r>
      <w:r>
        <w:rPr>
          <w:sz w:val="20"/>
        </w:rPr>
        <w:t>41:35  Those occasions are like distraction.</w:t>
      </w:r>
      <w:r>
        <w:br/>
      </w:r>
      <w:r>
        <w:rPr>
          <w:sz w:val="20"/>
        </w:rPr>
        <w:t>41:43  distraction when you are following a path, when you are following a straight path,</w:t>
      </w:r>
      <w:r>
        <w:br/>
      </w:r>
      <w:r>
        <w:rPr>
          <w:sz w:val="20"/>
        </w:rPr>
        <w:t>41:51  and there is a boy who abuses you. so there is distraction. if you try to to respond him negatively, then that is distraction. so every time you feel some negative experience, some sad ex</w:t>
      </w:r>
      <w:r>
        <w:br/>
      </w:r>
      <w:r>
        <w:rPr>
          <w:sz w:val="20"/>
        </w:rPr>
        <w:t>42:21  experience, some kind of loss, some kind of provocation.</w:t>
      </w:r>
      <w:r>
        <w:br/>
      </w:r>
      <w:r>
        <w:rPr>
          <w:sz w:val="20"/>
        </w:rPr>
        <w:t>42:28  So all those moments are like distraction.</w:t>
      </w:r>
      <w:r>
        <w:br/>
      </w:r>
      <w:r>
        <w:rPr>
          <w:sz w:val="20"/>
        </w:rPr>
        <w:t>42:36  So you have to save yourself from this distraction.</w:t>
      </w:r>
      <w:r>
        <w:br/>
      </w:r>
      <w:r>
        <w:rPr>
          <w:sz w:val="20"/>
        </w:rPr>
        <w:t>42:43  Why? Because every distraction stops the process of intellectual development.</w:t>
      </w:r>
      <w:r>
        <w:br/>
      </w:r>
      <w:r>
        <w:rPr>
          <w:sz w:val="20"/>
        </w:rPr>
        <w:t>42:51  in your personality.</w:t>
      </w:r>
      <w:r>
        <w:br/>
      </w:r>
      <w:r>
        <w:rPr>
          <w:sz w:val="20"/>
        </w:rPr>
        <w:t>42:59  We need intellectual development, we need spiritual development.</w:t>
      </w:r>
      <w:r>
        <w:br/>
      </w:r>
      <w:r>
        <w:rPr>
          <w:sz w:val="20"/>
        </w:rPr>
        <w:t>43:07  So we have to to to keep our self from being victim of distraction, because distraction stops the</w:t>
      </w:r>
      <w:r>
        <w:br/>
      </w:r>
      <w:r>
        <w:rPr>
          <w:sz w:val="20"/>
        </w:rPr>
        <w:t>43:15  process of intellectual development</w:t>
      </w:r>
      <w:r>
        <w:br/>
      </w:r>
      <w:r>
        <w:rPr>
          <w:sz w:val="20"/>
        </w:rPr>
        <w:t>43:23  .</w:t>
      </w:r>
      <w:r>
        <w:br/>
      </w:r>
      <w:r>
        <w:rPr>
          <w:sz w:val="20"/>
        </w:rPr>
        <w:t>43:31  All those things, all those things which are called negative reaction, are all those things that are</w:t>
      </w:r>
      <w:r>
        <w:br/>
      </w:r>
      <w:r>
        <w:rPr>
          <w:sz w:val="20"/>
        </w:rPr>
        <w:t>43:38  negative reaction to the situation, that are distraction for you.</w:t>
      </w:r>
      <w:r>
        <w:br/>
      </w:r>
      <w:r>
        <w:rPr>
          <w:sz w:val="20"/>
        </w:rPr>
        <w:t>43:46  You cannot</w:t>
      </w:r>
      <w:r>
        <w:br/>
      </w:r>
      <w:r>
        <w:rPr>
          <w:sz w:val="20"/>
        </w:rPr>
        <w:t>43:54  afford slightest distraction in your life. if you want to develop your personality in positive term, then you cannot afford any kind of distraction, because distraction destroys all the schemes. distractions stop</w:t>
      </w:r>
      <w:r>
        <w:br/>
      </w:r>
      <w:r>
        <w:rPr>
          <w:sz w:val="20"/>
        </w:rPr>
        <w:t>44:24  So, the process.</w:t>
      </w:r>
      <w:r>
        <w:br/>
      </w:r>
      <w:r>
        <w:rPr>
          <w:sz w:val="20"/>
        </w:rPr>
        <w:t>44:31  So you can't afford any kind of distraction.</w:t>
      </w:r>
      <w:r>
        <w:br/>
      </w:r>
      <w:r>
        <w:rPr>
          <w:sz w:val="20"/>
        </w:rPr>
        <w:t>44:39  People say: "Why so many things are haram in Islam? Haram and makrooh or unlawful in Islam?"</w:t>
      </w:r>
      <w:r>
        <w:br/>
      </w:r>
      <w:r>
        <w:rPr>
          <w:sz w:val="20"/>
        </w:rPr>
        <w:t>44:46  I would say that this harams, this makrooh, this unlawful things</w:t>
      </w:r>
      <w:r>
        <w:br/>
      </w:r>
      <w:r>
        <w:rPr>
          <w:sz w:val="20"/>
        </w:rPr>
        <w:t>44:54  are nothing but distraction.</w:t>
      </w:r>
      <w:r>
        <w:br/>
      </w:r>
      <w:r>
        <w:rPr>
          <w:sz w:val="20"/>
        </w:rPr>
        <w:t>45:00  For example, when you take alcohol, you are wasting your time, because everyone knows that alcohol has no nourishment.</w:t>
      </w:r>
      <w:r>
        <w:br/>
      </w:r>
      <w:r>
        <w:rPr>
          <w:sz w:val="20"/>
        </w:rPr>
        <w:t>45:06  Alcohol is not a food.</w:t>
      </w:r>
      <w:r>
        <w:br/>
      </w:r>
      <w:r>
        <w:rPr>
          <w:sz w:val="20"/>
        </w:rPr>
        <w:t>45:13  Alcohol is not a food.</w:t>
      </w:r>
      <w:r>
        <w:br/>
      </w:r>
      <w:r>
        <w:rPr>
          <w:sz w:val="20"/>
        </w:rPr>
        <w:t>45:19  So every time you take alcohol,</w:t>
      </w:r>
      <w:r>
        <w:br/>
      </w:r>
      <w:r>
        <w:rPr>
          <w:sz w:val="20"/>
        </w:rPr>
        <w:t>45:26  You are, you waste your time.</w:t>
      </w:r>
      <w:r>
        <w:br/>
      </w:r>
      <w:r>
        <w:rPr>
          <w:sz w:val="20"/>
        </w:rPr>
        <w:t>45:30  There is distraction.</w:t>
      </w:r>
      <w:r>
        <w:br/>
      </w:r>
      <w:r>
        <w:rPr>
          <w:sz w:val="20"/>
        </w:rPr>
        <w:t>45:34  There is distraction.</w:t>
      </w:r>
      <w:r>
        <w:br/>
      </w:r>
      <w:r>
        <w:rPr>
          <w:sz w:val="20"/>
        </w:rPr>
        <w:t>45:39  So when you are engaged in shopping, you are engaged in outing.</w:t>
      </w:r>
      <w:r>
        <w:br/>
      </w:r>
      <w:r>
        <w:rPr>
          <w:sz w:val="20"/>
        </w:rPr>
        <w:t>45:43  When you are engaged in ho-ha culture, so all these things are distraction.</w:t>
      </w:r>
      <w:r>
        <w:br/>
      </w:r>
      <w:r>
        <w:rPr>
          <w:sz w:val="20"/>
        </w:rPr>
        <w:t>45:47  You know, we have only short time to live here in this world.</w:t>
      </w:r>
      <w:r>
        <w:br/>
      </w:r>
      <w:r>
        <w:rPr>
          <w:sz w:val="20"/>
        </w:rPr>
        <w:t>45:51  We are not going to live in this world up</w:t>
      </w:r>
    </w:p>
    <w:p>
      <w:pPr>
        <w:pStyle w:val="Heading2"/>
      </w:pPr>
      <w:r>
        <w:t>Logical positivism's rise and fall, proven wrong by radio waves</w:t>
      </w:r>
    </w:p>
    <w:p>
      <w:r>
        <w:rPr>
          <w:color w:val="666666"/>
          <w:sz w:val="18"/>
        </w:rPr>
        <w:t>Religious Extremism and Rational Extremism November 27, 2005 Maulana Wahiduddin Khan · 1m 56s · at 29:11 · https://youtu.be/o-EF-I_SE_M?t=1751</w:t>
      </w:r>
    </w:p>
    <w:p>
      <w:r>
        <w:rPr>
          <w:i/>
        </w:rPr>
        <w:t>“Logical positivism ki dhoom ek zamane mein bohot zabardast thi”</w:t>
      </w:r>
    </w:p>
    <w:p>
      <w:r>
        <w:rPr>
          <w:sz w:val="20"/>
        </w:rPr>
        <w:t>29:11  logical positivism ka aik zamanay mein bari dhoom thi. yeh kaha jata tha ke ke wohi cheez haqeeqat hai jo verify, jo verifiable ho, jo observe, observe kiya sake is ko.</w:t>
      </w:r>
      <w:r>
        <w:br/>
      </w:r>
      <w:r>
        <w:rPr>
          <w:sz w:val="20"/>
        </w:rPr>
        <w:t>29:29  wohi haqeeqat hai aur koi haqeeqat nahi hai. is mein revelation aur aur is spiritual ideas ya religious theories sab discard ho gaein.</w:t>
      </w:r>
      <w:r>
        <w:br/>
      </w:r>
      <w:r>
        <w:rPr>
          <w:sz w:val="20"/>
        </w:rPr>
        <w:t>29:41  logical positivism ki dhoom aik zamanay mein bohat zabardast thi. ab woh bhi, yeh bhi discard ho gaya. kyun? baad ko pata chala khud scientific inquiry ke zariye ke kuch cheezein aisi hain jis ko aap present nahi kar sakte,</w:t>
      </w:r>
      <w:r>
        <w:br/>
      </w:r>
      <w:r>
        <w:rPr>
          <w:sz w:val="20"/>
        </w:rPr>
        <w:t>29:56  un ko observe nahi kar sakte, agarche woh hain. misal ke tor par yeh waves ke mein bol raha hoon, aap sun rahe hain.</w:t>
      </w:r>
      <w:r>
        <w:br/>
      </w:r>
      <w:r>
        <w:rPr>
          <w:sz w:val="20"/>
        </w:rPr>
        <w:t>30:06  aur yahi nahi, TV bolte hain to sari duniya ko sunai di</w:t>
      </w:r>
      <w:r>
        <w:br/>
      </w:r>
      <w:r>
        <w:rPr>
          <w:sz w:val="20"/>
        </w:rPr>
        <w:t>30:10  yeti hai aap ki awaz. woh awaz jo hoti hai, woh aap ko measure nahi kar sakte, us ko aap us ko dekh nahi sakte aap. lekin theek wohi awaz jo yahan aap sun rahe hain, wohi jo sweden mein aur denmark mein aur new york mein suni jati hai, manna padta hai ke woh hai.</w:t>
      </w:r>
      <w:r>
        <w:br/>
      </w:r>
      <w:r>
        <w:rPr>
          <w:sz w:val="20"/>
        </w:rPr>
        <w:t>30:27  lekin is ko aap establish kaise karenge? rational method ke zariye aap establish nahi kar sakte is ko. wahan par inferential method istemal karna padta hai.</w:t>
      </w:r>
      <w:r>
        <w:br/>
      </w:r>
      <w:r>
        <w:rPr>
          <w:sz w:val="20"/>
        </w:rPr>
        <w:t>30:37  infernshl methd. to yahan par dekhiye ke mazhab ne ya revelation ne yeh kaha tha ke haqeeqat wohi nahi hai jo jo seen world hai, wohi haqeeqat nahi hai, balkeh unseen world jo hai, wohi haqeeqat hai.</w:t>
      </w:r>
      <w:r>
        <w:br/>
      </w:r>
      <w:r>
        <w:rPr>
          <w:sz w:val="20"/>
        </w:rPr>
        <w:t>30:54  yeh ghayb ki dunya. to logical positivism mein ghayb ko ka inkar kar diya gaya tha ke ghayb koi cheez nahi. jo dikhai de raha hai, wohi wohi sab kuch hai.</w:t>
      </w:r>
    </w:p>
    <w:p>
      <w:pPr>
        <w:pStyle w:val="Heading2"/>
      </w:pPr>
      <w:r>
        <w:t>Question about early life and memories</w:t>
      </w:r>
    </w:p>
    <w:p>
      <w:r>
        <w:rPr>
          <w:color w:val="666666"/>
          <w:sz w:val="18"/>
        </w:rPr>
        <w:t>My Life and Experiences 8 April, 2007 - Maulana Wahiduddin Khan · 36s · at 1:26 · https://youtu.be/ycPiIM2nxFU?t=86</w:t>
      </w:r>
    </w:p>
    <w:p>
      <w:r>
        <w:rPr>
          <w:i/>
        </w:rPr>
        <w:t>“Kal jo interview tha us mein kul 17 questions thay”</w:t>
      </w:r>
    </w:p>
    <w:p>
      <w:r>
        <w:rPr>
          <w:sz w:val="20"/>
        </w:rPr>
        <w:t>1:26  kal jo interview tha us mein kal 17 question the, 17. woh sab meri apni life ke bare mein the.</w:t>
      </w:r>
      <w:r>
        <w:br/>
      </w:r>
      <w:r>
        <w:rPr>
          <w:sz w:val="20"/>
        </w:rPr>
        <w:t>1:42  misal ke taur par unhon ne poocha ke meri early life kaisi thi. har aadmi ki early life kya hai, us ki yaden us ke zehan mein rehti hain.</w:t>
      </w:r>
      <w:r>
        <w:br/>
      </w:r>
      <w:r>
        <w:rPr>
          <w:sz w:val="20"/>
        </w:rPr>
        <w:t>1:58  to unhon ne is ke bare mein poocha.</w:t>
      </w:r>
    </w:p>
    <w:p>
      <w:pPr>
        <w:pStyle w:val="Heading2"/>
      </w:pPr>
      <w:r>
        <w:t>Two-point formula for job seekers</w:t>
      </w:r>
    </w:p>
    <w:p>
      <w:r>
        <w:rPr>
          <w:color w:val="666666"/>
          <w:sz w:val="18"/>
        </w:rPr>
        <w:t>Importance of Focused Thinking March 7, 2010 Maulana Wahiduddin Khan · 58s · at 1:08:19 · https://youtu.be/eD4bs3E5WHE?t=4099</w:t>
      </w:r>
    </w:p>
    <w:p>
      <w:r>
        <w:rPr>
          <w:i/>
        </w:rPr>
        <w:t>“Aap yeh kijie, do to point formula.”</w:t>
      </w:r>
    </w:p>
    <w:p>
      <w:r>
        <w:rPr>
          <w:sz w:val="20"/>
        </w:rPr>
        <w:t>1:08:19  aap yeh kijiye, do to point formula. number one, is par shukr ki jiye ke Allah taala ne aap ko abhi bhi jism diya hai, abhi bhi health diya hai, abhi bhi subah shaam khane ko mil raha hai.</w:t>
      </w:r>
      <w:r>
        <w:br/>
      </w:r>
      <w:r>
        <w:rPr>
          <w:sz w:val="20"/>
        </w:rPr>
        <w:t>1:08:31  to shukr kijiye. doosra yeh hai ke apni skill ko badhaiye. skill ko badhaiye. maslan yeh ke agar aap ki English kamzor hai to aap English mein speaking power badhaiye.</w:t>
      </w:r>
      <w:r>
        <w:br/>
      </w:r>
      <w:r>
        <w:rPr>
          <w:sz w:val="20"/>
        </w:rPr>
        <w:t>1:08:46  koi aur aap ki engineering mein bohat sare pehlu hain, is ko is mein aap ne expertise paida kijiye. yeh yeh hai interm period ke aap ko baharhaal mile gi ek na ek time ja kar ke service.</w:t>
      </w:r>
      <w:r>
        <w:br/>
      </w:r>
      <w:r>
        <w:rPr>
          <w:sz w:val="20"/>
        </w:rPr>
        <w:t>1:09:03  is se pehle ka jo time hai, us ke liye main two point formula bata raha hoon aap ko ke aap apne aaj par shukr kijiye, apne aaj par. aur kal ke liye apne aap ko aur zyada skill badhaiye, apni skill badhaiye, skill badhaiye.</w:t>
      </w:r>
    </w:p>
    <w:p>
      <w:pPr>
        <w:pStyle w:val="Heading2"/>
      </w:pPr>
      <w:r>
        <w:t>Money kills potential, wisdom awakens</w:t>
      </w:r>
    </w:p>
    <w:p>
      <w:r>
        <w:rPr>
          <w:color w:val="666666"/>
          <w:sz w:val="18"/>
        </w:rPr>
        <w:t>The Concept of Help Feb 9, 2020—Maulana Wahiduddin Khan · 27s · at 50:24 · https://youtu.be/WScXmduh1AQ?t=3024</w:t>
      </w:r>
    </w:p>
    <w:p>
      <w:r>
        <w:rPr>
          <w:i/>
        </w:rPr>
        <w:t>“پیسہ دینا پوٹینشل کو کل کرنا ہے”</w:t>
      </w:r>
    </w:p>
    <w:p>
      <w:r>
        <w:rPr>
          <w:sz w:val="20"/>
        </w:rPr>
        <w:t>50:24  un ko wisdom dijiye. paisa dena un ke apni potential ko kill karna hai aur wisdom dena un ke potential ko jagana hai.</w:t>
      </w:r>
      <w:r>
        <w:br/>
      </w:r>
      <w:r>
        <w:rPr>
          <w:sz w:val="20"/>
        </w:rPr>
        <w:t>50:40  main phir kahunga ke paisa dena logon ki potential ko kill karna hai</w:t>
      </w:r>
    </w:p>
    <w:p>
      <w:pPr>
        <w:pStyle w:val="Heading2"/>
      </w:pPr>
      <w:r>
        <w:t>Opening story: birds, freedom, Rousseau, universal complaint culture</w:t>
      </w:r>
    </w:p>
    <w:p>
      <w:r>
        <w:rPr>
          <w:color w:val="666666"/>
          <w:sz w:val="18"/>
        </w:rPr>
        <w:t>Non Confrontational Method May 04, 2014 Maulana Wahiduddin Khan · 3m 14s · at 0:59 · https://youtu.be/uioEZUeFxLg?t=59</w:t>
      </w:r>
    </w:p>
    <w:p>
      <w:r>
        <w:rPr>
          <w:i/>
        </w:rPr>
        <w:t>“There's a corner behind my house that faces a park.”</w:t>
      </w:r>
    </w:p>
    <w:p>
      <w:r>
        <w:rPr>
          <w:sz w:val="20"/>
        </w:rPr>
        <w:t>0:59  c 29 jahan mein rehta hoon, is ke back mein aik corner hai jo face karta hai aik park ko۔</w:t>
      </w:r>
      <w:r>
        <w:br/>
      </w:r>
      <w:r>
        <w:rPr>
          <w:sz w:val="20"/>
        </w:rPr>
        <w:t>1:14  to aksar mein is corner par baithta hoon, is ko mein spiritual corner kehta hoon۔</w:t>
      </w:r>
      <w:r>
        <w:br/>
      </w:r>
      <w:r>
        <w:rPr>
          <w:sz w:val="20"/>
        </w:rPr>
        <w:t>1:22  to wahan par jo scene hai, woh yeh hai ke darakht hain, sabza hai, khula aasman hai۔</w:t>
      </w:r>
      <w:r>
        <w:br/>
      </w:r>
      <w:r>
        <w:rPr>
          <w:sz w:val="20"/>
        </w:rPr>
        <w:t>1:35  to wahan mein baitha hua tha, mein ne dekha ke oopar fiza mein chiriyaan urr rahi hain۔</w:t>
      </w:r>
      <w:r>
        <w:br/>
      </w:r>
      <w:r>
        <w:rPr>
          <w:sz w:val="20"/>
        </w:rPr>
        <w:t>1:47  bohat chiriyaan idhar se aa rahi hain, idhar se ja rahi hain۔</w:t>
      </w:r>
      <w:r>
        <w:br/>
      </w:r>
      <w:r>
        <w:rPr>
          <w:sz w:val="20"/>
        </w:rPr>
        <w:t>1:51  to mein ne socha ke is dunya mein kya azaadi, freedom, chirioun ke liye hai, insaan ke liye nahi hai؟</w:t>
      </w:r>
      <w:r>
        <w:br/>
      </w:r>
      <w:r>
        <w:rPr>
          <w:sz w:val="20"/>
        </w:rPr>
        <w:t>2:04  aik anokha sawal mere zehan mein aaya</w:t>
      </w:r>
      <w:r>
        <w:br/>
      </w:r>
      <w:r>
        <w:rPr>
          <w:sz w:val="20"/>
        </w:rPr>
        <w:t>2:12  ke chiriyaan jo hain, woh un ko freedom mila hua hai,</w:t>
      </w:r>
      <w:r>
        <w:br/>
      </w:r>
      <w:r>
        <w:rPr>
          <w:sz w:val="20"/>
        </w:rPr>
        <w:t>2:17  khuli fizaon mein urr rahi hain۔ to kya insaan ko freedom nahi؟ phir mujhe yaad aaya ke france ke philosopher ne kitaab likhi thi،</w:t>
      </w:r>
      <w:r>
        <w:br/>
      </w:r>
      <w:r>
        <w:rPr>
          <w:sz w:val="20"/>
        </w:rPr>
        <w:t>2:34  social contract۔ yeh kitaab shuru hui thi is sentence se: "man was born free, but i see him in chains۔"</w:t>
      </w:r>
      <w:r>
        <w:br/>
      </w:r>
      <w:r>
        <w:rPr>
          <w:sz w:val="20"/>
        </w:rPr>
        <w:t>2:48  insaan azaad paida hua tha, magar mein is ko zanjeeron mein jakra hua dekhta hoon۔</w:t>
      </w:r>
      <w:r>
        <w:br/>
      </w:r>
      <w:r>
        <w:rPr>
          <w:sz w:val="20"/>
        </w:rPr>
        <w:t>2:59  lekin teen sau saal beet gaye, aaj bhi log shikayaton hi mein jeete hain۔ yahan dekhiye, har aik shikayat kar raha hai۔</w:t>
      </w:r>
      <w:r>
        <w:br/>
      </w:r>
      <w:r>
        <w:rPr>
          <w:sz w:val="20"/>
        </w:rPr>
        <w:t>3:11  koi political change ki, koi social change ki, koi economic change ki۔ har jagah, muslim countries mein bhi aur non muslim countries mein bhi۔</w:t>
      </w:r>
      <w:r>
        <w:br/>
      </w:r>
      <w:r>
        <w:rPr>
          <w:sz w:val="20"/>
        </w:rPr>
        <w:t>3:27  is is beech mein kitne revolution aaye, democracy aayi, lekin insaan ka chain mein jeena khatam nahi hua۔</w:t>
      </w:r>
      <w:r>
        <w:br/>
      </w:r>
      <w:r>
        <w:rPr>
          <w:sz w:val="20"/>
        </w:rPr>
        <w:t>3:38  zanjeeron mein jeena khatam nahi hua۔</w:t>
      </w:r>
      <w:r>
        <w:br/>
      </w:r>
      <w:r>
        <w:rPr>
          <w:sz w:val="20"/>
        </w:rPr>
        <w:t>3:42  is ka proof yeh hai ke sab log shikayaton mein jeete hain. jis ko dekhein, koi un ke yani complain is the most widespread culture of the world.</w:t>
      </w:r>
      <w:r>
        <w:br/>
      </w:r>
      <w:r>
        <w:rPr>
          <w:sz w:val="20"/>
        </w:rPr>
        <w:t>3:57  complaint and protest is the most white spirit culture of the world۔ to aisa kyun hai؟ kya insaan ko azaadi hai؟</w:t>
      </w:r>
      <w:r>
        <w:br/>
      </w:r>
      <w:r>
        <w:rPr>
          <w:sz w:val="20"/>
        </w:rPr>
        <w:t>4:09  kya chidiya ko azaadi hai aur insaan ko azaadi nahi؟</w:t>
      </w:r>
    </w:p>
    <w:p>
      <w:pPr>
        <w:pStyle w:val="Heading2"/>
      </w:pPr>
      <w:r>
        <w:t>Fear as antidote to distraction</w:t>
      </w:r>
    </w:p>
    <w:p>
      <w:r>
        <w:rPr>
          <w:color w:val="666666"/>
          <w:sz w:val="18"/>
        </w:rPr>
        <w:t>Waqt ki Qadr · 33s · at 11:19 · https://youtu.be/F1ILfxjCiCo?t=679</w:t>
      </w:r>
    </w:p>
    <w:p>
      <w:r>
        <w:rPr>
          <w:i/>
        </w:rPr>
        <w:t>“تو دیکھیے، ڈسٹریکشن سے بچنے کا ایک ہی طریقہ ہے”</w:t>
      </w:r>
    </w:p>
    <w:p>
      <w:r>
        <w:rPr>
          <w:sz w:val="20"/>
        </w:rPr>
        <w:t>11:19  to dekhiye, distraction se bachne ka ek hi tareeqa hai:</w:t>
      </w:r>
      <w:r>
        <w:br/>
      </w:r>
      <w:r>
        <w:rPr>
          <w:sz w:val="20"/>
        </w:rPr>
        <w:t>11:25  badha hua khauf.</w:t>
      </w:r>
      <w:r>
        <w:br/>
      </w:r>
      <w:r>
        <w:rPr>
          <w:sz w:val="20"/>
        </w:rPr>
        <w:t>11:30  bahut zyada conscious hona hai is ke baare mein. ab kaun sa khauf? dunya mein apne aap ko develop karne ki opportunity ko khone ka khauf, aur aakhirat ke abdi inaamaat se mehroom reh jaane ka khauf.</w:t>
      </w:r>
    </w:p>
    <w:p>
      <w:pPr>
        <w:pStyle w:val="Heading2"/>
      </w:pPr>
      <w:r>
        <w:t>Hajj is a rehearsal for life</w:t>
      </w:r>
    </w:p>
    <w:p>
      <w:r>
        <w:rPr>
          <w:color w:val="666666"/>
          <w:sz w:val="18"/>
        </w:rPr>
        <w:t>The Ideology of Truth July 15, 2007 · 57s · at 17:09 · https://youtu.be/w3OkX5xvqTI?t=1029</w:t>
      </w:r>
    </w:p>
    <w:p>
      <w:r>
        <w:rPr>
          <w:i/>
        </w:rPr>
        <w:t>“Hajj ek rehearsal hai poori zindagi ka”</w:t>
      </w:r>
    </w:p>
    <w:p>
      <w:r>
        <w:rPr>
          <w:sz w:val="20"/>
        </w:rPr>
        <w:t>17:09  islam to dekhiye, yeh sikhaata hai ke jo sab se bari ibadat islam mein kya hai? hajj. hajj kya hai? aik rehearsal hai poori zindagi ka.</w:t>
      </w:r>
      <w:r>
        <w:br/>
      </w:r>
      <w:r>
        <w:rPr>
          <w:sz w:val="20"/>
        </w:rPr>
        <w:t>17:21  hajj ka matlab ritual nahi hai. aik rehearsal hai ke wahan ja kar ke chand dinon mein aap aik course ko poora karte hain taake isi course ko aa kar translate kar saken apni poori zindagi mein.</w:t>
      </w:r>
      <w:r>
        <w:br/>
      </w:r>
      <w:r>
        <w:rPr>
          <w:sz w:val="20"/>
        </w:rPr>
        <w:t>17:38  hajj koi rituals nahi hai. yeh nahi ke gaye kahin, kuch set of rituals hain, us ko ada kar liya aur hajj ho gaya. hajj ka matlab hai is rehearsals ko, is course ko,</w:t>
      </w:r>
      <w:r>
        <w:br/>
      </w:r>
      <w:r>
        <w:rPr>
          <w:sz w:val="20"/>
        </w:rPr>
        <w:t>17:54  is course se guzar kar ke apne aap ko train karna, prepare karna taake rest of the life mein aap is ke mutabiq reh saken.</w:t>
      </w:r>
    </w:p>
    <w:p>
      <w:pPr>
        <w:pStyle w:val="Heading2"/>
      </w:pPr>
      <w:r>
        <w:t>Why loss happens: human freedom</w:t>
      </w:r>
    </w:p>
    <w:p>
      <w:r>
        <w:rPr>
          <w:color w:val="666666"/>
          <w:sz w:val="18"/>
        </w:rPr>
        <w:t>Principle of Loss | May 31, 2015 · 2m 32s · at 20:39 · https://youtu.be/IEf7QfU3BmY?t=1239</w:t>
      </w:r>
    </w:p>
    <w:p>
      <w:r>
        <w:rPr>
          <w:i/>
        </w:rPr>
        <w:t>“What is the reason?”</w:t>
      </w:r>
    </w:p>
    <w:p>
      <w:r>
        <w:rPr>
          <w:sz w:val="20"/>
        </w:rPr>
        <w:t>20:39  wajah kya hai? dekhiye, wajah yeh hai ke Allah taala ne insaan ko azadi di hai jis ko</w:t>
      </w:r>
      <w:r>
        <w:br/>
      </w:r>
      <w:r>
        <w:rPr>
          <w:sz w:val="20"/>
        </w:rPr>
        <w:t>20:45  quran mein amanat kaha gaya.</w:t>
      </w:r>
      <w:r>
        <w:br/>
      </w:r>
      <w:r>
        <w:rPr>
          <w:sz w:val="20"/>
        </w:rPr>
        <w:t>20:52  ana amanat amanat amanat maani woh cheez jo Allah ki cheez hai.</w:t>
      </w:r>
      <w:r>
        <w:br/>
      </w:r>
      <w:r>
        <w:rPr>
          <w:sz w:val="20"/>
        </w:rPr>
        <w:t>20:58  azadi bohat ajeeb o ghareeb cheez hai.</w:t>
      </w:r>
      <w:r>
        <w:br/>
      </w:r>
      <w:r>
        <w:rPr>
          <w:sz w:val="20"/>
        </w:rPr>
        <w:t>21:05  is duniya mein aap jante hain kisi star ko azadi nahi, kisi planet ko azadi nahi</w:t>
      </w:r>
      <w:r>
        <w:br/>
      </w:r>
      <w:r>
        <w:rPr>
          <w:sz w:val="20"/>
        </w:rPr>
        <w:t>21:11  , kisi pahad ko azadi nahi, kisi samandar ko azadi nahi, kisi sher aur hathi ko azadi nahi.</w:t>
      </w:r>
      <w:r>
        <w:br/>
      </w:r>
      <w:r>
        <w:rPr>
          <w:sz w:val="20"/>
        </w:rPr>
        <w:t>21:16  sirf insaan hai jis ko ke total freedom mila hua hai.</w:t>
      </w:r>
      <w:r>
        <w:br/>
      </w:r>
      <w:r>
        <w:rPr>
          <w:sz w:val="20"/>
        </w:rPr>
        <w:t>21:21  yeh total freedom jo hai ke jo chahe woh kar sakoon mein.</w:t>
      </w:r>
      <w:r>
        <w:br/>
      </w:r>
      <w:r>
        <w:rPr>
          <w:sz w:val="20"/>
        </w:rPr>
        <w:t>21:26  yeh ek shama hai sifat khudaawandi mein se, mein se ek shama, ek ek bohat hi chhota sa</w:t>
      </w:r>
      <w:r>
        <w:br/>
      </w:r>
      <w:r>
        <w:rPr>
          <w:sz w:val="20"/>
        </w:rPr>
        <w:t>21:31  tiny part hai.</w:t>
      </w:r>
      <w:r>
        <w:br/>
      </w:r>
      <w:r>
        <w:rPr>
          <w:sz w:val="20"/>
        </w:rPr>
        <w:t>21:36  to yeh jo azaadi</w:t>
      </w:r>
      <w:r>
        <w:br/>
      </w:r>
      <w:r>
        <w:rPr>
          <w:sz w:val="20"/>
        </w:rPr>
        <w:t>21:41  hai, is ki bana par kya hota hai? insaan ko yeh bhi mauqa hai ke woh proper use</w:t>
      </w:r>
      <w:r>
        <w:br/>
      </w:r>
      <w:r>
        <w:rPr>
          <w:sz w:val="20"/>
        </w:rPr>
        <w:t>21:47  kare azaadi ka ya misuse kare azaadi ko.</w:t>
      </w:r>
      <w:r>
        <w:br/>
      </w:r>
      <w:r>
        <w:rPr>
          <w:sz w:val="20"/>
        </w:rPr>
        <w:t>21:53  to is azaadi ki bana par aisa hota hai ke insaan apni azaadi ko misuse bhi karta hai.</w:t>
      </w:r>
      <w:r>
        <w:br/>
      </w:r>
      <w:r>
        <w:rPr>
          <w:sz w:val="20"/>
        </w:rPr>
        <w:t>21:59  isi ki wajah se competition hota hai, challenge hota hai.</w:t>
      </w:r>
      <w:r>
        <w:br/>
      </w:r>
      <w:r>
        <w:rPr>
          <w:sz w:val="20"/>
        </w:rPr>
        <w:t>22:05  aap ki baat mujhe theek nahi lagti, meri baat aap ko theek nahi lagti.</w:t>
      </w:r>
      <w:r>
        <w:br/>
      </w:r>
      <w:r>
        <w:rPr>
          <w:sz w:val="20"/>
        </w:rPr>
        <w:t>22:11  to ek sankharsh jaari rehta hai, sangharsh poori history mein.</w:t>
      </w:r>
      <w:r>
        <w:br/>
      </w:r>
      <w:r>
        <w:rPr>
          <w:sz w:val="20"/>
        </w:rPr>
        <w:t>22:19  to is ki wajah se toot phoot hoga, kabhi bana nuksaan, kabhi aap ko nuksaan.</w:t>
      </w:r>
      <w:r>
        <w:br/>
      </w:r>
      <w:r>
        <w:rPr>
          <w:sz w:val="20"/>
        </w:rPr>
        <w:t>22:26  jab sangharsh jaari hai jis ko kaha tha zartusht ne perpetual battlefield hai, yeh duniya perpetual battlefield hai.</w:t>
      </w:r>
      <w:r>
        <w:br/>
      </w:r>
      <w:r>
        <w:rPr>
          <w:sz w:val="20"/>
        </w:rPr>
        <w:t>22:34  jab perpetual battlefield hai yeh duniya to zahir hai koi kuch na kuch nuksaan</w:t>
      </w:r>
      <w:r>
        <w:br/>
      </w:r>
      <w:r>
        <w:rPr>
          <w:sz w:val="20"/>
        </w:rPr>
        <w:t>22:41  bhugtna parega, kabhi aik ko, kabhi doosre ko.</w:t>
      </w:r>
      <w:r>
        <w:br/>
      </w:r>
      <w:r>
        <w:rPr>
          <w:sz w:val="20"/>
        </w:rPr>
        <w:t>22:47  to nuksaan waqe hoga.</w:t>
      </w:r>
      <w:r>
        <w:br/>
      </w:r>
      <w:r>
        <w:rPr>
          <w:sz w:val="20"/>
        </w:rPr>
        <w:t>22:53  to aap ko jo cheez milegi woh truncated shakal mein milegi.</w:t>
      </w:r>
      <w:r>
        <w:br/>
      </w:r>
      <w:r>
        <w:rPr>
          <w:sz w:val="20"/>
        </w:rPr>
        <w:t>22:59  aur yeh yeh muslim ki baat nahi hai, sab ki baat hai.</w:t>
      </w:r>
      <w:r>
        <w:br/>
      </w:r>
      <w:r>
        <w:rPr>
          <w:sz w:val="20"/>
        </w:rPr>
        <w:t>23:05  dekhiye, younan mein yaani Greece mein badshah tha Alexander the Great kaha jata</w:t>
      </w:r>
    </w:p>
    <w:p>
      <w:pPr>
        <w:pStyle w:val="Heading2"/>
      </w:pPr>
      <w:r>
        <w:t>Real knowledge, martyrs, and the mission out of falsehood</w:t>
      </w:r>
    </w:p>
    <w:p>
      <w:r>
        <w:rPr>
          <w:color w:val="666666"/>
          <w:sz w:val="18"/>
        </w:rPr>
        <w:t>Living in Falsehood December 15, 2013 · 3m 56s · at 15:19 · https://youtu.be/UvboK59uF6s?t=919</w:t>
      </w:r>
    </w:p>
    <w:p>
      <w:r>
        <w:rPr>
          <w:i/>
        </w:rPr>
        <w:t>“Not a single book by Muslims meets modern science's standard”</w:t>
      </w:r>
    </w:p>
    <w:p>
      <w:r>
        <w:rPr>
          <w:sz w:val="20"/>
        </w:rPr>
        <w:t>15:19  ab mein aap ko ek aur pehlu ki taraf le chalta hoon. woh hai ilm.</w:t>
      </w:r>
      <w:r>
        <w:br/>
      </w:r>
      <w:r>
        <w:rPr>
          <w:sz w:val="20"/>
        </w:rPr>
        <w:t>15:28  musalmanon mein dekhiye, is ilm ke naam se kya hai? fanni bahasein. woh jante hi nahi ke ilm ka matlab hota hai danish, hikmat, reason, wisdom.</w:t>
      </w:r>
      <w:r>
        <w:br/>
      </w:r>
      <w:r>
        <w:rPr>
          <w:sz w:val="20"/>
        </w:rPr>
        <w:t>15:40  jante hi nahi hain musalman.</w:t>
      </w:r>
      <w:r>
        <w:br/>
      </w:r>
      <w:r>
        <w:rPr>
          <w:sz w:val="20"/>
        </w:rPr>
        <w:t>15:44  jitni kitabein hain, mein kehta hoon ke yahan se wahan tak jitni bhi kitabein hain, sab mein danish hadaf hai. sirf abdul rehman ibn khaldun ki kitab muqaddamah, isi mein aap ko danish milti hai.</w:t>
      </w:r>
      <w:r>
        <w:br/>
      </w:r>
      <w:r>
        <w:rPr>
          <w:sz w:val="20"/>
        </w:rPr>
        <w:t>15:57  woh bhi ibtidai darje ki danish. Aaj jo danish hai, aaj ka wisdom jo hai, aaj ka jo science hai, is ke lehaz se musalmanon ne koi kitab hi nahi likhi.</w:t>
      </w:r>
      <w:r>
        <w:br/>
      </w:r>
      <w:r>
        <w:rPr>
          <w:sz w:val="20"/>
        </w:rPr>
        <w:t>16:09  ke kisi ko inkar ho to batayein, woh yeh kaun si kitab hai? woh</w:t>
      </w:r>
      <w:r>
        <w:br/>
      </w:r>
      <w:r>
        <w:rPr>
          <w:sz w:val="20"/>
        </w:rPr>
        <w:t>16:12  jo modern science ke standard par poori utarti ho. kyun? woh to, woh to ji rahe hain apni khushhali mein.</w:t>
      </w:r>
      <w:r>
        <w:br/>
      </w:r>
      <w:r>
        <w:rPr>
          <w:sz w:val="20"/>
        </w:rPr>
        <w:t>16:22  aamani mein ji rahe hain. un ke haan to yeh hai ke bas dayen hath se, dayen hath se glass pakad ke pani pil lo, tab bhi jannat mil gayi.</w:t>
      </w:r>
      <w:r>
        <w:br/>
      </w:r>
      <w:r>
        <w:rPr>
          <w:sz w:val="20"/>
        </w:rPr>
        <w:t>16:35  la ilaha zaban se bol do, tab bhi jannat mil gayi.</w:t>
      </w:r>
      <w:r>
        <w:br/>
      </w:r>
      <w:r>
        <w:rPr>
          <w:sz w:val="20"/>
        </w:rPr>
        <w:t>16:40  yani khwamkhwah ladai chodo, maro, tab bhi shaheed ho gaye. This is false food. Un ke jo bare bare log hain, jo lad kar ke duniya apni janein dein, un ko agar aap shaheed na bolein to kahenge tum be hurmati kar rahe ho hamare akabir ki.</w:t>
      </w:r>
      <w:r>
        <w:br/>
      </w:r>
      <w:r>
        <w:rPr>
          <w:sz w:val="20"/>
        </w:rPr>
        <w:t>17:00  agar un ko shaheed ke bajaye aap maqtool kahein to woh ghussa ho jayenge. kyunke woh to un ko jannat mein un ke maal ki taraf kiye hue hain.</w:t>
      </w:r>
      <w:r>
        <w:br/>
      </w:r>
      <w:r>
        <w:rPr>
          <w:sz w:val="20"/>
        </w:rPr>
        <w:t>17:11  This is what they call living in falsehood. to us waqt musalmanon ka jo case hai, woh falsehood mein jeene ka case hai. hamara mission yeh hai ke un ko falsehood se nikalein, un ko reality mein jeena sikhayein.</w:t>
      </w:r>
      <w:r>
        <w:br/>
      </w:r>
      <w:r>
        <w:rPr>
          <w:sz w:val="20"/>
        </w:rPr>
        <w:t>17:30  ab dekhiye,</w:t>
      </w:r>
      <w:r>
        <w:br/>
      </w:r>
      <w:r>
        <w:rPr>
          <w:sz w:val="20"/>
        </w:rPr>
        <w:t>17:34  quran ko parhen aap, hadith ko parhen aap, to ilm ki bohat ahmiyat mile gi aap ko is ko.</w:t>
      </w:r>
      <w:r>
        <w:br/>
      </w:r>
      <w:r>
        <w:rPr>
          <w:sz w:val="20"/>
        </w:rPr>
        <w:t>17:40  lekin wahan kya kar rakha hai logon ne? ilm ko bana rakha hai. ilm se murad ilm deen. is liye aqli ghor o fikr khatam. musalmanon ki sab se bari kami yeh hai ke rational thinking un ke andar sary se hai hi nahin.</w:t>
      </w:r>
      <w:r>
        <w:br/>
      </w:r>
      <w:r>
        <w:rPr>
          <w:sz w:val="20"/>
        </w:rPr>
        <w:t>17:56  main keh sakta hoon ke present world mein aik bhi musalman nahin hai jo rational thinking ko janta bhi ho ke what is rational thinking? kis ko inkar ho?</w:t>
      </w:r>
      <w:r>
        <w:br/>
      </w:r>
      <w:r>
        <w:rPr>
          <w:sz w:val="20"/>
        </w:rPr>
        <w:t>18:04  koi naam pata hai is ka mujhe?</w:t>
      </w:r>
      <w:r>
        <w:br/>
      </w:r>
      <w:r>
        <w:rPr>
          <w:sz w:val="20"/>
        </w:rPr>
        <w:t>18:08  in do so saalon mein mere nazdeek aik bhi musalman nahin paida hua jo janta bhi ho ke what is rational thinking?</w:t>
      </w:r>
      <w:r>
        <w:br/>
      </w:r>
      <w:r>
        <w:rPr>
          <w:sz w:val="20"/>
        </w:rPr>
        <w:t>18:18  Kyun? Poora moashra false food mein jee raha hai. Jab poora moashra false food mein jee raha ho to is mein paida kaise hon ge log? Har cheez ke darmiyan namak, namak, raft, namak, shat.</w:t>
      </w:r>
      <w:r>
        <w:br/>
      </w:r>
      <w:r>
        <w:rPr>
          <w:sz w:val="20"/>
        </w:rPr>
        <w:t>18:33  to dekhiye, ab hadith mein aata hai ke talab al ilm fariza ala kull muslim ilm ko hasil karna har musalman par farz hai.</w:t>
      </w:r>
      <w:r>
        <w:br/>
      </w:r>
      <w:r>
        <w:rPr>
          <w:sz w:val="20"/>
        </w:rPr>
        <w:t>18:46  ab yahan par kya kar diya? ilm ka matlab hai ilm deen. to aql ko kharij kar diya is ko. yani aqli ghor o fikr islam ka musalmanon ke haan hai hi nahin.</w:t>
      </w:r>
      <w:r>
        <w:br/>
      </w:r>
      <w:r>
        <w:rPr>
          <w:sz w:val="20"/>
        </w:rPr>
        <w:t>19:00  yani yahan ilm ka matlab le lete hain ilm deen.</w:t>
      </w:r>
      <w:r>
        <w:br/>
      </w:r>
      <w:r>
        <w:rPr>
          <w:sz w:val="20"/>
        </w:rPr>
        <w:t>19:05  to aqli ghor o fikr se koi ta'alluq is ka nahin hai. bas fanni behas hai, fiqhi behas hai. isi ko samajhte hain ilm, ilm samajhte hain woh.</w:t>
      </w:r>
    </w:p>
    <w:p>
      <w:pPr>
        <w:pStyle w:val="Heading2"/>
      </w:pPr>
      <w:r>
        <w:t>Story of a man's book on moral corruption</w:t>
      </w:r>
    </w:p>
    <w:p>
      <w:r>
        <w:rPr>
          <w:color w:val="666666"/>
          <w:sz w:val="18"/>
        </w:rPr>
        <w:t>Result Oriented Life 23 Jan, 08 - Maulana Wahiduddin Khan · 2m 36s · at 2:17 · https://youtu.be/eA6rtcPn-rY?t=137</w:t>
      </w:r>
    </w:p>
    <w:p>
      <w:r>
        <w:rPr>
          <w:i/>
        </w:rPr>
        <w:t>“Today in the morning, an educated gentleman came to me.”</w:t>
      </w:r>
    </w:p>
    <w:p>
      <w:r>
        <w:rPr>
          <w:sz w:val="20"/>
        </w:rPr>
        <w:t>2:17  today in the morning,</w:t>
      </w:r>
      <w:r>
        <w:br/>
      </w:r>
      <w:r>
        <w:rPr>
          <w:sz w:val="20"/>
        </w:rPr>
        <w:t>2:23  a an educated gentleman came to me. he said that i have compiled a book, and i want to publish it.</w:t>
      </w:r>
      <w:r>
        <w:br/>
      </w:r>
      <w:r>
        <w:rPr>
          <w:sz w:val="20"/>
        </w:rPr>
        <w:t>2:44  i wanted to revise it. so he asked me to revise it, and he said that after your revision, i will publish it.</w:t>
      </w:r>
      <w:r>
        <w:br/>
      </w:r>
      <w:r>
        <w:rPr>
          <w:sz w:val="20"/>
        </w:rPr>
        <w:t>2:57  then i said that what is the subject of this book? he said that the subject is "moral perversion in our society".</w:t>
      </w:r>
      <w:r>
        <w:br/>
      </w:r>
      <w:r>
        <w:rPr>
          <w:sz w:val="20"/>
        </w:rPr>
        <w:t>3:12  perversion of moral values in our society. so he wanted to bring about reform.</w:t>
      </w:r>
      <w:r>
        <w:br/>
      </w:r>
      <w:r>
        <w:rPr>
          <w:sz w:val="20"/>
        </w:rPr>
        <w:t>3:24  i said that please,</w:t>
      </w:r>
      <w:r>
        <w:br/>
      </w:r>
      <w:r>
        <w:rPr>
          <w:sz w:val="20"/>
        </w:rPr>
        <w:t>3:31  please read it out, at least one or two pages. so he read out one page.</w:t>
      </w:r>
      <w:r>
        <w:br/>
      </w:r>
      <w:r>
        <w:rPr>
          <w:sz w:val="20"/>
        </w:rPr>
        <w:t>3:45  i said that you are complaining the moral perversion. you know, this books, you know, it is the first book.</w:t>
      </w:r>
      <w:r>
        <w:br/>
      </w:r>
      <w:r>
        <w:rPr>
          <w:sz w:val="20"/>
        </w:rPr>
        <w:t>4:02  there are numerous articles and books that were written and published in the same subject.</w:t>
      </w:r>
      <w:r>
        <w:br/>
      </w:r>
      <w:r>
        <w:rPr>
          <w:sz w:val="20"/>
        </w:rPr>
        <w:t>4:13  although people who are senior people who were brought out in our previous society, they have the same sentiment.</w:t>
      </w:r>
      <w:r>
        <w:br/>
      </w:r>
      <w:r>
        <w:rPr>
          <w:sz w:val="20"/>
        </w:rPr>
        <w:t>4:24  they complaint about the moral perversion. they want to bring about reform in the society.</w:t>
      </w:r>
      <w:r>
        <w:br/>
      </w:r>
      <w:r>
        <w:rPr>
          <w:sz w:val="20"/>
        </w:rPr>
        <w:t>4:36  so they published with this sentiment numerous books in different languages, everywhere in the world.</w:t>
      </w:r>
      <w:r>
        <w:br/>
      </w:r>
      <w:r>
        <w:rPr>
          <w:sz w:val="20"/>
        </w:rPr>
        <w:t>4:46  but what happen? simply there were no result.</w:t>
      </w:r>
    </w:p>
    <w:p>
      <w:pPr>
        <w:pStyle w:val="Heading2"/>
      </w:pPr>
      <w:r>
        <w:t>double standard over Muslim children in non-Muslim schools</w:t>
      </w:r>
    </w:p>
    <w:p>
      <w:r>
        <w:rPr>
          <w:color w:val="666666"/>
          <w:sz w:val="18"/>
        </w:rPr>
        <w:t>Principle of Avoidance in Islam December 12, 2010 · 3m 51s · at 1:27:22 · https://youtu.be/W5DQnHPN1y4?t=5242</w:t>
      </w:r>
    </w:p>
    <w:p>
      <w:r>
        <w:rPr>
          <w:i/>
        </w:rPr>
        <w:t>“سکولوں میں صدر کا پاؤں چھوتے ہیں، مسلم بچے کیا کریں؟”</w:t>
      </w:r>
    </w:p>
    <w:p>
      <w:r>
        <w:rPr>
          <w:sz w:val="20"/>
        </w:rPr>
        <w:t>1:27:22  unhon ne likha hai: "maulana sahib, bataen ke schoolon mein english ya hindi medium mein dua ya prarthna ke baad sadr ka paon chhoote hue chalte hain.</w:t>
      </w:r>
      <w:r>
        <w:br/>
      </w:r>
      <w:r>
        <w:rPr>
          <w:sz w:val="20"/>
        </w:rPr>
        <w:t>1:27:36  is mein muslim bachche aur ghair muslim shamil hote hain. aisi halaton mein muslim bachche kya karen? jaisa ke musalman kehte hain ke kisi ke aage sar ko jhukana islam ijazat nahi deta." yeh sab bekar ke sawalat hain aur isi isi mein phanse hue hain.</w:t>
      </w:r>
      <w:r>
        <w:br/>
      </w:r>
      <w:r>
        <w:rPr>
          <w:sz w:val="20"/>
        </w:rPr>
        <w:t>1:27:56  musalman is liye to backward hain. woh bhai, aap wahan aap ke do hi option hain: ya to wahan apne bachchon ko dakhil kijiye, nahi to us ke culture ko follow kijiye. teesra option jo hai, yahan se le ke europe tak jo karte hain log, ke apne bachchon ko dakhil bhi karenge aur chahenge us ke culture ko hum follow na karen aur chhut chhut bachayenge.</w:t>
      </w:r>
      <w:r>
        <w:br/>
      </w:r>
      <w:r>
        <w:rPr>
          <w:sz w:val="20"/>
        </w:rPr>
        <w:t>1:28:13  wahan hum to aisa rahenge, hum to waise rahenge. yeh bahut third class ki baat hai,</w:t>
      </w:r>
      <w:r>
        <w:br/>
      </w:r>
      <w:r>
        <w:rPr>
          <w:sz w:val="20"/>
        </w:rPr>
        <w:t>1:28:19  yeh koi islam nahi hai. yeh yeh jhootha, yani jhootha qaumi pride hai. yeh bhai, do hi option hain aap ke liye: ya to wahan par apne bachchon ko dakhil kijiye aur follow kijiye us ke culture ko, nahi to dakhil mat kijiye.</w:t>
      </w:r>
      <w:r>
        <w:br/>
      </w:r>
      <w:r>
        <w:rPr>
          <w:sz w:val="20"/>
        </w:rPr>
        <w:t>1:28:36  jo log is mein fatwe dete hain, woh bhi bilkul galat kaam karte hain. jo jo dakhil kar ke masjid khadi karte hain, woh bhi galat kaam karte hain. aur yeh bhi mein aap ko arz karoon, yeh bhi wahi hai: double standard.</w:t>
      </w:r>
      <w:r>
        <w:br/>
      </w:r>
      <w:r>
        <w:rPr>
          <w:sz w:val="20"/>
        </w:rPr>
        <w:t>1:28:49  yeh koi islam nahi. yaad rakhiye, bilkul nahi, hargiz islam nahi hai. yeh double standard hai. yeh aap ko yaad hoga, ek zamane mein bahut khabron aayin thin france ke bare mein ke france mein scarf ke sawal par tha ke ladkiyan jo hain, wahan scarf bandh ke jati thin.</w:t>
      </w:r>
      <w:r>
        <w:br/>
      </w:r>
      <w:r>
        <w:rPr>
          <w:sz w:val="20"/>
        </w:rPr>
        <w:t>1:29:09  to wahan ke nizam ne kaha ke yeh aap, aap yahan par scarf nahi chalega. yeh sab log rehte hain, waise aap ko bhi rehna hoga baghair scarf ke.</w:t>
      </w:r>
      <w:r>
        <w:br/>
      </w:r>
      <w:r>
        <w:rPr>
          <w:sz w:val="20"/>
        </w:rPr>
        <w:t>1:29:19  to is par do ladkiyon ko nikal diya gaya kyunke woh unhon ne kaha ke hamein islam par chalna hai aur baghair scarf ke islam nahi hai.</w:t>
      </w:r>
      <w:r>
        <w:br/>
      </w:r>
      <w:r>
        <w:rPr>
          <w:sz w:val="20"/>
        </w:rPr>
        <w:t>1:29:29  ittifaq se wahi zamane mein mujhe morocco jana hua. woh dono ladkiyan morocco ki thin. woh france mein jo ladkiyan thin, dono woh morocco ki thin. woh to mein gaya hoon is zamane mein ittifaq se.</w:t>
      </w:r>
      <w:r>
        <w:br/>
      </w:r>
      <w:r>
        <w:rPr>
          <w:sz w:val="20"/>
        </w:rPr>
        <w:t>1:29:40  to wahan mein isi wajah se mujhe school bhi jana pada. to ladkiyan baghair scarf ke daud rahi thin wahan par.</w:t>
      </w:r>
      <w:r>
        <w:br/>
      </w:r>
      <w:r>
        <w:rPr>
          <w:sz w:val="20"/>
        </w:rPr>
        <w:t>1:29:47  to mein ne kaha ke france mein scarf ke baghair islam khatre mein tha aur morocco mein scarf ke baghair bhi islam khoob mehfooz hai.</w:t>
      </w:r>
      <w:r>
        <w:br/>
      </w:r>
      <w:r>
        <w:rPr>
          <w:sz w:val="20"/>
        </w:rPr>
        <w:t>1:29:56  yeh ke double standard nahi hai. yeh yeh sab baaten bilashubah double standard ki baaten hain aur musalman sare ke sare double standard mein mubtala hain aur is ko naam dete hain islam ka.</w:t>
      </w:r>
      <w:r>
        <w:br/>
      </w:r>
      <w:r>
        <w:rPr>
          <w:sz w:val="20"/>
        </w:rPr>
        <w:t>1:30:10  mein is ko kuch, yani yani is ki ahmiyat nahi de</w:t>
      </w:r>
      <w:r>
        <w:br/>
      </w:r>
      <w:r>
        <w:rPr>
          <w:sz w:val="20"/>
        </w:rPr>
        <w:t>1:30:14  sakta. yahi kahunga ke musalman ya to dakhil na karen ya dakhil karen to wahan ka culture aap follow karen. is ko bilkul teesra option nahi hai.</w:t>
      </w:r>
      <w:r>
        <w:br/>
      </w:r>
      <w:r>
        <w:rPr>
          <w:sz w:val="20"/>
        </w:rPr>
        <w:t>1:30:24  teesra option hai ke aap khud apne school kholiye. kaun mana karta hai aap ko school kholne ke liye? ab school kholiye apne. yeh bohat hi third class ki baat hai ke khud to school nahi kholte, doosre school mein jaate hain, woh jhijhat machate hain.</w:t>
      </w:r>
      <w:r>
        <w:br/>
      </w:r>
      <w:r>
        <w:rPr>
          <w:sz w:val="20"/>
        </w:rPr>
        <w:t>1:30:40  yeh koi tareeqa hai? yeh yeh koi zindagi ka tareeqa hai? yeh</w:t>
      </w:r>
      <w:r>
        <w:br/>
      </w:r>
      <w:r>
        <w:rPr>
          <w:sz w:val="20"/>
        </w:rPr>
        <w:t>1:30:45  kisi ko nahi manzoor hai to apna school kholen. musalmanon mein bohat paisa hai, shadiyon mein karoron rupay kharch karte hain. musalman to school kholo.</w:t>
      </w:r>
      <w:r>
        <w:br/>
      </w:r>
      <w:r>
        <w:rPr>
          <w:sz w:val="20"/>
        </w:rPr>
        <w:t>1:30:55  yeh koi zindagi ka tak ka tareeqa nahi hai. beharhaal khulasa yeh hai ke chahe yahan ka mamla ho ya Europe ka mamla ho, musalman ke liye do hi option hain: ya to jahan aap apne bachon ko dakhil kar rahe hain, us ke culture ko follow kijiye, jhijhat mat bachaiye.</w:t>
      </w:r>
    </w:p>
    <w:p>
      <w:pPr>
        <w:pStyle w:val="Heading2"/>
      </w:pPr>
      <w:r>
        <w:t>chasing satisfaction where it can't exist breeds negative thought</w:t>
      </w:r>
    </w:p>
    <w:p>
      <w:r>
        <w:rPr>
          <w:color w:val="666666"/>
          <w:sz w:val="18"/>
        </w:rPr>
        <w:t>Right Man at Wrong Place May 18, 2008 · 2m 40s · at 22:56 · https://youtu.be/sKwAjR3OAGo?t=1376</w:t>
      </w:r>
    </w:p>
    <w:p>
      <w:r>
        <w:rPr>
          <w:i/>
        </w:rPr>
        <w:t>“پہلا لاس یہ ہے کہ آپ پازیٹیو تھنکنگ کو کھو دیتے ہیں”</w:t>
      </w:r>
    </w:p>
    <w:p>
      <w:r>
        <w:rPr>
          <w:sz w:val="20"/>
        </w:rPr>
        <w:t>22:56  mein do cheezon ki taraf aap ko remind karunga. dekhiye, pehla loss toh yeh hai ke aap positive thinking ko kho dete hain.</w:t>
      </w:r>
      <w:r>
        <w:br/>
      </w:r>
      <w:r>
        <w:rPr>
          <w:sz w:val="20"/>
        </w:rPr>
        <w:t>23:12  kyun ke jab aap ko bar bar yeh tajurba hoga ke jo mein chahta tha woh mujh ko nahi mila, yani physical world mein aap ne chaha satisfaction, toh physical world mein is ka saman hi nahi tha.</w:t>
      </w:r>
      <w:r>
        <w:br/>
      </w:r>
      <w:r>
        <w:rPr>
          <w:sz w:val="20"/>
        </w:rPr>
        <w:t>23:27  jaise maine chaha ke woh pani ko khoob zyada piyun, toh meri capacity nahi thi woh peene ki.</w:t>
      </w:r>
      <w:r>
        <w:br/>
      </w:r>
      <w:r>
        <w:rPr>
          <w:sz w:val="20"/>
        </w:rPr>
        <w:t>23:35  toh physical world mein maine chaha satisfaction, woh physical world mein satisfaction thi hi nahi. yani according to the creation plan of god, wahan thi nahi.</w:t>
      </w:r>
      <w:r>
        <w:br/>
      </w:r>
      <w:r>
        <w:rPr>
          <w:sz w:val="20"/>
        </w:rPr>
        <w:t>23:47  toh milegi bhi nahi hai mujh ko.</w:t>
      </w:r>
      <w:r>
        <w:br/>
      </w:r>
      <w:r>
        <w:rPr>
          <w:sz w:val="20"/>
        </w:rPr>
        <w:t>23:53  aur jahan khuda ne rakha tha intellectual development, is ko mein ignore karta raha.</w:t>
      </w:r>
      <w:r>
        <w:br/>
      </w:r>
      <w:r>
        <w:rPr>
          <w:sz w:val="20"/>
        </w:rPr>
        <w:t>23:59  isi liye poori history mein aur aaj bhi dekhiye, jis ko bhi dekhiye, sab mein negative thought, negative thought, negative thought. mein apne experience ke mutabiq keh sakta hoon ke mujhe koi insan mila hi nahi jo negative thought mein na jeeta ho.</w:t>
      </w:r>
      <w:r>
        <w:br/>
      </w:r>
      <w:r>
        <w:rPr>
          <w:sz w:val="20"/>
        </w:rPr>
        <w:t>24:16  maine Europe mein dekha, America mein dekha, jahan log khoob paisa kama rahe hain, achhe achhe ghar banaye hue hain, bari bari gadiyon mein chalte hain, lekin baat kijiye toh negative boli bolenge.</w:t>
      </w:r>
      <w:r>
        <w:br/>
      </w:r>
      <w:r>
        <w:rPr>
          <w:sz w:val="20"/>
        </w:rPr>
        <w:t>24:30  baat kijiye toh negative boli bolenge. kyun? unhon ne apne aap ko fulfillment wahan talash kiya jahan woh thi hi nahi.</w:t>
      </w:r>
      <w:r>
        <w:br/>
      </w:r>
      <w:r>
        <w:rPr>
          <w:sz w:val="20"/>
        </w:rPr>
        <w:t>24:41  un fulfilled desires mein jeete hain woh. yeh saare log jo hain, they are living in unfulfilled desire.</w:t>
      </w:r>
      <w:r>
        <w:br/>
      </w:r>
      <w:r>
        <w:rPr>
          <w:sz w:val="20"/>
        </w:rPr>
        <w:t>24:51  isi ka doosra naam hai negative thought. toh one to all, maine paya hai ke sab logon ke andar negative thought hota hai.</w:t>
      </w:r>
      <w:r>
        <w:br/>
      </w:r>
      <w:r>
        <w:rPr>
          <w:sz w:val="20"/>
        </w:rPr>
        <w:t>24:59  is ka reason yahi hai. toh is ke ma'ani kya hue? ke aap ko jo sab se bari cheez yahan se lena tha, is duniya se positive thinking, isi ko aap nahi le paye aur mar gaye.</w:t>
      </w:r>
      <w:r>
        <w:br/>
      </w:r>
      <w:r>
        <w:rPr>
          <w:sz w:val="20"/>
        </w:rPr>
        <w:t>25:15  isi ko aap nahi le paye aur mar gaye. kitni bari yeh, kitni bari yeh, yani mahroomi hai.</w:t>
      </w:r>
      <w:r>
        <w:br/>
      </w:r>
      <w:r>
        <w:rPr>
          <w:sz w:val="20"/>
        </w:rPr>
        <w:t>25:24  to pehla loss creation plan of god se deviate karne ka yeh hota hai ke aap wahi cheez is dunya se achieve nahi kar paate jo is dunya mein lena tha aap ko.</w:t>
      </w:r>
    </w:p>
    <w:p>
      <w:pPr>
        <w:pStyle w:val="Heading2"/>
      </w:pPr>
      <w:r>
        <w:t>Doctor's misconception about religion as appendix</w:t>
      </w:r>
    </w:p>
    <w:p>
      <w:r>
        <w:rPr>
          <w:color w:val="666666"/>
          <w:sz w:val="18"/>
        </w:rPr>
        <w:t>Man and The Religion | July 31, 2008 | Maulana Wahiduddin Khan · 2m 33s · at 2:03 · https://youtu.be/emHZjUnLsmI?t=123</w:t>
      </w:r>
    </w:p>
    <w:p>
      <w:r>
        <w:rPr>
          <w:i/>
        </w:rPr>
        <w:t>“Kal parson ek sahib se meri mulaqaat hui”</w:t>
      </w:r>
    </w:p>
    <w:p>
      <w:r>
        <w:rPr>
          <w:sz w:val="20"/>
        </w:rPr>
        <w:t>2:04  ak ka. kal parson ek sahab se meri mulaqaat hui, to unhon ne bataya ke woh ek doctor sahab se mile, ek alopathic doctor,</w:t>
      </w:r>
      <w:r>
        <w:br/>
      </w:r>
      <w:r>
        <w:rPr>
          <w:sz w:val="20"/>
        </w:rPr>
        <w:t>2:25  woh ek successful doctor hain. to unhon ne in ko mazhab par ek kitaab di, ek pamphlet, mazhab ke bare mein, religion ke bare mein. to doctor sahib</w:t>
      </w:r>
      <w:r>
        <w:br/>
      </w:r>
      <w:r>
        <w:rPr>
          <w:sz w:val="20"/>
        </w:rPr>
        <w:t>2:43  b ne kitaab apne haath mein li, phir dekha ke is ka title jo hai woh religion hai. to unhon ne bohat hi lightly kaha ke mujhe mazhab se koi dilchaspi nahi hai. aap</w:t>
      </w:r>
      <w:r>
        <w:br/>
      </w:r>
      <w:r>
        <w:rPr>
          <w:sz w:val="20"/>
        </w:rPr>
        <w:t>3:01  dekhiye, main apne profession mein successful hoon, aap dekhiye, meri health itni achhi hai, meri biwi ki health bhi bohat achhi hai, meri ek be</w:t>
      </w:r>
      <w:r>
        <w:br/>
      </w:r>
      <w:r>
        <w:rPr>
          <w:sz w:val="20"/>
        </w:rPr>
        <w:t>3:20  ti hai, is ki health bhi bohat achhi hai. mujhe apne profession mein itni income ho jati hai ke mera kaam achhi tarah chalta hai, aur saath hi main apni beti ke account mein h</w:t>
      </w:r>
      <w:r>
        <w:br/>
      </w:r>
      <w:r>
        <w:rPr>
          <w:sz w:val="20"/>
        </w:rPr>
        <w:t>3:38  ar mahina ek lakh rupiya jama karta rehta hoon. har mahina ek lakh rupiya. to mera sab kaam durust hai, health bhi hai, aur kamyab profession bhi hai. g</w:t>
      </w:r>
      <w:r>
        <w:br/>
      </w:r>
      <w:r>
        <w:rPr>
          <w:sz w:val="20"/>
        </w:rPr>
        <w:t>3:57  har, car, bank balance, sab cheez meri, sab cheez mujhe mili hui hai. to ab mujhe mazhab ka kya kaam? dekhiye, yeh ek bohat bara, bohat bari misunderstanding hai.</w:t>
      </w:r>
      <w:r>
        <w:br/>
      </w:r>
      <w:r>
        <w:rPr>
          <w:sz w:val="20"/>
        </w:rPr>
        <w:t>4:17  kuch log mazhab ko apni material life ka appendix samajhte hain, yaani zameema. woh samajhte hain ke asal zindagi to material zindagi hai, hamare maadi mamlaat theek hon,</w:t>
      </w:r>
    </w:p>
    <w:p>
      <w:pPr>
        <w:pStyle w:val="Heading2"/>
      </w:pPr>
      <w:r>
        <w:t>Creator loves positivity, negative people barred from paradise</w:t>
      </w:r>
    </w:p>
    <w:p>
      <w:r>
        <w:rPr>
          <w:color w:val="666666"/>
          <w:sz w:val="18"/>
        </w:rPr>
        <w:t>What is Right Thinking June 23, 2024 · 48s · at 48:24 · https://youtu.be/ZOxcATnAqNs?t=2904</w:t>
      </w:r>
    </w:p>
    <w:p>
      <w:r>
        <w:rPr>
          <w:i/>
        </w:rPr>
        <w:t>“The creator himself is a positive mind and he loves positivity”</w:t>
      </w:r>
    </w:p>
    <w:p>
      <w:r>
        <w:rPr>
          <w:sz w:val="20"/>
        </w:rPr>
        <w:t>48:24  Ji aur aap aap agar logically bhi samjhein to humein bar bar hi apne aapko yeh cheez yaad dilani chahiye ke the creator himself is a positive mind and he loves positivity. To agar aapko aapka nishana, aapka target agar aakhir mein jannat hai, to you can't afford to be negative because paradise is an abode for positive people.</w:t>
      </w:r>
      <w:r>
        <w:br/>
      </w:r>
      <w:r>
        <w:rPr>
          <w:sz w:val="20"/>
        </w:rPr>
        <w:t>48:50  Negative people will not be allowed an entry into paradise. Aur agar aap is world ke aspect se bhi dekhte hain, to koi ek example aapko nahi milega ke koi aap bata sakein ke fala fala shakhs scientific world mein, corporate world mein, ya kisi bhi field mein negative ho aur usko kamyabi mili ho.</w:t>
      </w:r>
      <w:r>
        <w:br/>
      </w:r>
      <w:r>
        <w:rPr>
          <w:sz w:val="20"/>
        </w:rPr>
        <w:t>49:12  Only a positive person can find success kyunke Maulana sahab yeh kehte the ke uska karan yeh hai ke ek positive mind is a calmer mind and creativity hai woh tabhi unfold ho sakti hai jab aapka zehan completely positive ho. Negativity mein to aap na ideas aate hain aur na hi insaan progress kar sakta hai at an individual level or at a nations level.</w:t>
      </w:r>
    </w:p>
    <w:p>
      <w:pPr>
        <w:pStyle w:val="Heading2"/>
      </w:pPr>
      <w:r>
        <w:t>A preacher's reward for guiding one soul beats a mother's care</w:t>
      </w:r>
    </w:p>
    <w:p>
      <w:r>
        <w:rPr>
          <w:color w:val="666666"/>
          <w:sz w:val="18"/>
        </w:rPr>
        <w:t>Realistic Approach 30 March, 2014 · 1m 56s · at 49:48 · https://youtu.be/HIFxmWWiEG4?t=2988</w:t>
      </w:r>
    </w:p>
    <w:p>
      <w:r>
        <w:rPr>
          <w:i/>
        </w:rPr>
        <w:t>“A preacher's incentive is a billion times greater than a mother's.”</w:t>
      </w:r>
    </w:p>
    <w:p>
      <w:r>
        <w:rPr>
          <w:sz w:val="20"/>
        </w:rPr>
        <w:t>49:48  Please advise us." dekhiye, asal cheez hai incentive. mother ko ke liye jo incentive hai, us se billion time zyada da'ee ke liye incentive hai.</w:t>
      </w:r>
      <w:r>
        <w:br/>
      </w:r>
      <w:r>
        <w:rPr>
          <w:sz w:val="20"/>
        </w:rPr>
        <w:t>50:03  mother ka incentive yeh hai ke bachcha bada ho kar ke barhapay mein mera sahara banay ga. bach maa ki jo incentive hai, woh yeh hai ke jab mein boorhi ho gi to yeh mera sahara banay ga, yeh kama ke mujhe khilaay ga.</w:t>
      </w:r>
      <w:r>
        <w:br/>
      </w:r>
      <w:r>
        <w:rPr>
          <w:sz w:val="20"/>
        </w:rPr>
        <w:t>50:20  lekin da'ee ka jo incentive hai, woh to us se billion train time zyada hai. wahi ke jannat mile gi. aap is ko is ko ghadte hain, ghatate hain, is ko badhate hain.</w:t>
      </w:r>
      <w:r>
        <w:br/>
      </w:r>
      <w:r>
        <w:rPr>
          <w:sz w:val="20"/>
        </w:rPr>
        <w:t>50:32  ek hadith hai ke is sahib ne Hazrat Ali ko bheja kisi muhim par to farmaya ke agar ek insan bhi tumhari wajah se sachai ko pa le to woh tumhare liye surkh oonton se zyada behtar hai.</w:t>
      </w:r>
      <w:r>
        <w:br/>
      </w:r>
      <w:r>
        <w:rPr>
          <w:sz w:val="20"/>
        </w:rPr>
        <w:t>50:51  qadeem zamane mein surkh oont bahut badi sab cheez samajh dete hain. aaj kaha jaye ga ke billion trillion daal daalne se bhi zyada behtar hai.</w:t>
      </w:r>
      <w:r>
        <w:br/>
      </w:r>
      <w:r>
        <w:rPr>
          <w:sz w:val="20"/>
        </w:rPr>
        <w:t>51:00  logon ne discover nahi kiya da'wah ki ahmiyat ko. da'wah to paradise ka gate hai, is ki discovery hi nahi kiya.</w:t>
      </w:r>
      <w:r>
        <w:br/>
      </w:r>
      <w:r>
        <w:rPr>
          <w:sz w:val="20"/>
        </w:rPr>
        <w:t>51:11  maa ke maa ko kya milna hai bachche se? bahut thori si cheez mile gi, kuch kama khila de ga woh.</w:t>
      </w:r>
      <w:r>
        <w:br/>
      </w:r>
      <w:r>
        <w:rPr>
          <w:sz w:val="20"/>
        </w:rPr>
        <w:t>51:19  lekin da'ee agar sachi da'wah de aur sachi da'wah da'wah ke liye well-wishing hona bahut zaroori hai, to woh to aap ke liye jannat darwaza kholne wala hai, eternal paradise ka darwaza kholne wala.</w:t>
      </w:r>
      <w:r>
        <w:br/>
      </w:r>
      <w:r>
        <w:rPr>
          <w:sz w:val="20"/>
        </w:rPr>
        <w:t>51:32  is se billion train se bhi zyada badi cheez milti hai da'ee ko apne mad'u se mohabbat kar ke.</w:t>
      </w:r>
      <w:r>
        <w:br/>
      </w:r>
      <w:r>
        <w:rPr>
          <w:sz w:val="20"/>
        </w:rPr>
        <w:t>51:45  Maulana, agla sawal kiya hai Pune se Salman sahib ne</w:t>
      </w:r>
    </w:p>
    <w:p>
      <w:pPr>
        <w:pStyle w:val="Heading2"/>
      </w:pPr>
      <w:r>
        <w:t>two shopkeepers who ignored society and lost their business</w:t>
      </w:r>
    </w:p>
    <w:p>
      <w:r>
        <w:rPr>
          <w:color w:val="666666"/>
          <w:sz w:val="18"/>
        </w:rPr>
        <w:t>The Secret of Success June 26, 2008 Maulana Wahiduddin Khan · 5m 51s · at 32:49 · https://youtu.be/_vqfB9XcpPs?t=1969</w:t>
      </w:r>
    </w:p>
    <w:p>
      <w:r>
        <w:rPr>
          <w:i/>
        </w:rPr>
        <w:t>“ہمارے ایک صاحب تھے، انہوں نے ایک دکان کھولی، منیچر اسٹور”</w:t>
      </w:r>
    </w:p>
    <w:p>
      <w:r>
        <w:rPr>
          <w:sz w:val="20"/>
        </w:rPr>
        <w:t>32:49  wo cheez chahiye jo society mein acceptable ho. akele akele aap nahin ja sakte. hamare adab barh bhai ek sahab the, unhon ne ek shop kholi,</w:t>
      </w:r>
      <w:r>
        <w:br/>
      </w:r>
      <w:r>
        <w:rPr>
          <w:sz w:val="20"/>
        </w:rPr>
        <w:t>33:02  ek dukaan. general store yaani is ka naam rakha unhon ne miniature store.</w:t>
      </w:r>
      <w:r>
        <w:br/>
      </w:r>
      <w:r>
        <w:rPr>
          <w:sz w:val="20"/>
        </w:rPr>
        <w:t>33:14  is ka naam rakha unhon ne miniature store.</w:t>
      </w:r>
      <w:r>
        <w:br/>
      </w:r>
      <w:r>
        <w:rPr>
          <w:sz w:val="20"/>
        </w:rPr>
        <w:t>33:20  to bohat zyada woh yaani namaz ke paband the. panchoun waqt dukaan band kar ke masjid mein aate the woh.</w:t>
      </w:r>
      <w:r>
        <w:br/>
      </w:r>
      <w:r>
        <w:rPr>
          <w:sz w:val="20"/>
        </w:rPr>
        <w:t>33:31  to main ne poocha ke aap dukaan band kar dete hain, gahaak aayega to woh loot jayega. aur gahaak jab ek baar loot jaye to phir aata nahin hai woh.</w:t>
      </w:r>
      <w:r>
        <w:br/>
      </w:r>
      <w:r>
        <w:rPr>
          <w:sz w:val="20"/>
        </w:rPr>
        <w:t>33:42  yaani gahaak aaya aur woh dekha ke us ne ke wahan par tala laga hua hai, loot gaya.</w:t>
      </w:r>
      <w:r>
        <w:br/>
      </w:r>
      <w:r>
        <w:rPr>
          <w:sz w:val="20"/>
        </w:rPr>
        <w:t>33:48  zahir hai ke woh doosri dukaan mein jaayega. phir dobara laut kar nahi aayega aap ke haan. phir isi se lene lage samaan woh. to maine un se kaha ke aap aisa jo karte hain to to to gaahak to laut ta laut jaayega aap ka.</w:t>
      </w:r>
      <w:r>
        <w:br/>
      </w:r>
      <w:r>
        <w:rPr>
          <w:sz w:val="20"/>
        </w:rPr>
        <w:t>34:04  to unhon ne kaha kya kaha? nahi nahi main jaanta hoon ke gaahak aane ka time kya hai. yeh gaahak aane ka time kya hai?</w:t>
      </w:r>
      <w:r>
        <w:br/>
      </w:r>
      <w:r>
        <w:rPr>
          <w:sz w:val="20"/>
        </w:rPr>
        <w:t>34:14  to woh un ke nazdeek woh time nahi tha</w:t>
      </w:r>
      <w:r>
        <w:br/>
      </w:r>
      <w:r>
        <w:rPr>
          <w:sz w:val="20"/>
        </w:rPr>
        <w:t>34:16  , is liye woh taala band kar dete thay. lekin zahir hai ke yeh koi baat nahi hai.</w:t>
      </w:r>
      <w:r>
        <w:br/>
      </w:r>
      <w:r>
        <w:rPr>
          <w:sz w:val="20"/>
        </w:rPr>
        <w:t>34:26  kisi ne sahi kaha hai ke gaahak ki aur maut ki koi time nahi hota. customer ka aur death ka koi time nahi hota.</w:t>
      </w:r>
      <w:r>
        <w:br/>
      </w:r>
      <w:r>
        <w:rPr>
          <w:sz w:val="20"/>
        </w:rPr>
        <w:t>34:36  kab customer aa jaaye kuch pata nahi. kab death aa jaaye kuch pata nahi.</w:t>
      </w:r>
      <w:r>
        <w:br/>
      </w:r>
      <w:r>
        <w:rPr>
          <w:sz w:val="20"/>
        </w:rPr>
        <w:t>34:43  to kisi ne kaha ke do cheezon ka koi time nahi hota.</w:t>
      </w:r>
      <w:r>
        <w:br/>
      </w:r>
      <w:r>
        <w:rPr>
          <w:sz w:val="20"/>
        </w:rPr>
        <w:t>34:46  customer ka aur death ka. to yeh hua wahan par.</w:t>
      </w:r>
      <w:r>
        <w:br/>
      </w:r>
      <w:r>
        <w:rPr>
          <w:sz w:val="20"/>
        </w:rPr>
        <w:t>34:54  kuch din tak gaahak aaya, loot gaye. yahan tak ke gaahak aana band ho gaye aur un ki dukaan khatam ho gayi. miniature store jo hoti hai un ki waqai miniature saabit hui.</w:t>
      </w:r>
      <w:r>
        <w:br/>
      </w:r>
      <w:r>
        <w:rPr>
          <w:sz w:val="20"/>
        </w:rPr>
        <w:t>35:07  chal nahi paayi woh.</w:t>
      </w:r>
      <w:r>
        <w:br/>
      </w:r>
      <w:r>
        <w:rPr>
          <w:sz w:val="20"/>
        </w:rPr>
        <w:t>35:12  to aap society ko neglect kar ke, doosron ko ignore kar ke kaise aap society ke andar kaam kar sakte hain?</w:t>
      </w:r>
      <w:r>
        <w:br/>
      </w:r>
      <w:r>
        <w:rPr>
          <w:sz w:val="20"/>
        </w:rPr>
        <w:t>35:23  main logon se kehta hoon ke bhai sabr se sabr ke saath kaam kijiye, patience se kaam kijiye.</w:t>
      </w:r>
      <w:r>
        <w:br/>
      </w:r>
      <w:r>
        <w:rPr>
          <w:sz w:val="20"/>
        </w:rPr>
        <w:t>35:31  avoid kijiye. kehte hain ke yeh to buzdi hai, hum sabr kyun karein? sawaal yeh buzdi ka nahi hai. sawaal yeh hai ke society mein aap jeena hai ke nahi jeena hai aap ko?</w:t>
      </w:r>
      <w:r>
        <w:br/>
      </w:r>
      <w:r>
        <w:rPr>
          <w:sz w:val="20"/>
        </w:rPr>
        <w:t>35:42  society mein aap ko kaamyaabi lena hai ke nahi lena hai aap ko? agar lena hai kaamyaabi society mein to society ka aap ko lihaaz karna hai, society ke saath adjust karna hai.</w:t>
      </w:r>
      <w:r>
        <w:br/>
      </w:r>
      <w:r>
        <w:rPr>
          <w:sz w:val="20"/>
        </w:rPr>
        <w:t>35:56  yeh to ek bilateral maamla hai.</w:t>
      </w:r>
      <w:r>
        <w:br/>
      </w:r>
      <w:r>
        <w:rPr>
          <w:sz w:val="20"/>
        </w:rPr>
        <w:t>36:02  to sabr ka matlab hai society ke saath society ko jaanna aur us ke saath adjust karna.</w:t>
      </w:r>
      <w:r>
        <w:br/>
      </w:r>
      <w:r>
        <w:rPr>
          <w:sz w:val="20"/>
        </w:rPr>
        <w:t>36:10  warna kaise aap kaamyaab honge? warna kaamyaabi nahi milegi.</w:t>
      </w:r>
      <w:r>
        <w:br/>
      </w:r>
      <w:r>
        <w:rPr>
          <w:sz w:val="20"/>
        </w:rPr>
        <w:t>36:17  to kaamyaabi yaad rakhiye, kisi ek formula, ek single formula ka naam nahi hai ke bohat acha number aa gaya aap ka to bas aap kaamyaab hain.</w:t>
      </w:r>
      <w:r>
        <w:br/>
      </w:r>
      <w:r>
        <w:rPr>
          <w:sz w:val="20"/>
        </w:rPr>
        <w:t>36:31  kaamyaabi ke liye zaroori hai ke aap bohat ziyada sincere hon, bohat ziyada seriously cheezon ko lein, bohat ziyada sochein aur apni planning jo hai yaani realistic planning karein.</w:t>
      </w:r>
      <w:r>
        <w:br/>
      </w:r>
      <w:r>
        <w:rPr>
          <w:sz w:val="20"/>
        </w:rPr>
        <w:t>36:53  aur saath saath bohat si cheezein</w:t>
      </w:r>
      <w:r>
        <w:br/>
      </w:r>
      <w:r>
        <w:rPr>
          <w:sz w:val="20"/>
        </w:rPr>
        <w:t>36:57  jaise hamare ek sahab thay, unhon ne dukaan kholi, kapre ki dukaan. to aap jaante hain kapre ki dukaan jo hai us mein bohat paisa invest karna padta hai.</w:t>
      </w:r>
      <w:r>
        <w:br/>
      </w:r>
      <w:r>
        <w:rPr>
          <w:sz w:val="20"/>
        </w:rPr>
        <w:t>37:10  to generally kya hota hai ke log jo wholesalers hain un se credit par maal laate hain, udhaar. ab bechne ke baad un ko paisa de dete hain.</w:t>
      </w:r>
      <w:r>
        <w:br/>
      </w:r>
      <w:r>
        <w:rPr>
          <w:sz w:val="20"/>
        </w:rPr>
        <w:t>37:22  yeh general practice hai.</w:t>
      </w:r>
      <w:r>
        <w:br/>
      </w:r>
      <w:r>
        <w:rPr>
          <w:sz w:val="20"/>
        </w:rPr>
        <w:t>37:25  to woh bhi laaye wholesalers jo thay un se kapra aur dukaan. dukaan chalne lagi, un ki bikne laga samaan.</w:t>
      </w:r>
      <w:r>
        <w:br/>
      </w:r>
      <w:r>
        <w:rPr>
          <w:sz w:val="20"/>
        </w:rPr>
        <w:t>37:35  to ab kya hota tha ke jitna paisa aaya, us paise ko unhon ne apni income samajh liya. farz kijiye ke din bhar mein paanch hazar rupay ka samaan bika.</w:t>
      </w:r>
      <w:r>
        <w:br/>
      </w:r>
      <w:r>
        <w:rPr>
          <w:sz w:val="20"/>
        </w:rPr>
        <w:t>37:48  samjhein ke panch hazar rupay mera hai.</w:t>
      </w:r>
      <w:r>
        <w:br/>
      </w:r>
      <w:r>
        <w:rPr>
          <w:sz w:val="20"/>
        </w:rPr>
        <w:t>37:51  halankey is panch hazar rupay mein zyada bara hissa hai woh wholesalers ka, unka thoda sa hai.</w:t>
      </w:r>
      <w:r>
        <w:br/>
      </w:r>
      <w:r>
        <w:rPr>
          <w:sz w:val="20"/>
        </w:rPr>
        <w:t>38:02  toh sab paisa unhon ne samajh liya ke meri income hai. toh us zamane mein unki biwi kuch ilaaj ki zaroorat thi unko, toh bohat top ka ilaaj kiya unhon ne.</w:t>
      </w:r>
      <w:r>
        <w:br/>
      </w:r>
      <w:r>
        <w:rPr>
          <w:sz w:val="20"/>
        </w:rPr>
        <w:t>38:15  ab se sara paisa isi mein dete rahe, dete rahe.</w:t>
      </w:r>
      <w:r>
        <w:br/>
      </w:r>
      <w:r>
        <w:rPr>
          <w:sz w:val="20"/>
        </w:rPr>
        <w:t>38:19  natija kya hua ke jo unhon ne wada kiya tha wholesalers se woh poora nahi kar sake, woh time par woh payment nahi de sake.</w:t>
      </w:r>
      <w:r>
        <w:br/>
      </w:r>
      <w:r>
        <w:rPr>
          <w:sz w:val="20"/>
        </w:rPr>
        <w:t>38:30  toh kya hua? bankrupt ho gaye, dukaan toot gayi. toh yaad rakhiye, success kisi ek cheez ka naam nahi hai.</w:t>
      </w:r>
    </w:p>
    <w:p>
      <w:pPr>
        <w:pStyle w:val="Heading2"/>
      </w:pPr>
      <w:r>
        <w:t>Called 'stupid' as a child, later unlocked his potential</w:t>
      </w:r>
    </w:p>
    <w:p>
      <w:r>
        <w:rPr>
          <w:color w:val="666666"/>
          <w:sz w:val="18"/>
        </w:rPr>
        <w:t>Materialism and Intellectual Dwarfism 29th April 2012 · 42s · at 21:01 · https://youtu.be/qHzARL_r3I4?t=1261</w:t>
      </w:r>
    </w:p>
    <w:p>
      <w:r>
        <w:rPr>
          <w:i/>
        </w:rPr>
        <w:t>“Mere bade bhai mujhko kehte the Mirza Phuya”</w:t>
      </w:r>
    </w:p>
    <w:p>
      <w:r>
        <w:rPr>
          <w:sz w:val="20"/>
        </w:rPr>
        <w:t>21:01  jaise mujh ko mere bare bhai the, jab mein gaon mein rehta tha to mujh ko kehte the mirza phuaya. mujh ko mirza phuaya kehte the.</w:t>
      </w:r>
      <w:r>
        <w:br/>
      </w:r>
      <w:r>
        <w:rPr>
          <w:sz w:val="20"/>
        </w:rPr>
        <w:t>21:10  mirza phuaya matlab bewakoof aadmi. us waqt logon ki nazar mein mein bewakoof aadmi tha.</w:t>
      </w:r>
      <w:r>
        <w:br/>
      </w:r>
      <w:r>
        <w:rPr>
          <w:sz w:val="20"/>
        </w:rPr>
        <w:t>21:19  lekin jab mein ne koshish ki ke mera potential unfold ho to mein woh baatein jaan saka jo poori history mein nahi janni thi logon ne.</w:t>
      </w:r>
      <w:r>
        <w:br/>
      </w:r>
      <w:r>
        <w:rPr>
          <w:sz w:val="20"/>
        </w:rPr>
        <w:t>21:29  yeh pehli bar history mein yeh baat mein ne kahi hai ke jo jo sahi categorization hai, woh yeh hai ke kuch log potential have hain, kuch log intellectual hues hain.</w:t>
      </w:r>
    </w:p>
    <w:p>
      <w:pPr>
        <w:pStyle w:val="Heading2"/>
      </w:pPr>
      <w:r>
        <w:t>Personal re-planning after father's death</w:t>
      </w:r>
    </w:p>
    <w:p>
      <w:r>
        <w:rPr>
          <w:color w:val="666666"/>
          <w:sz w:val="18"/>
        </w:rPr>
        <w:t>Replanning | April 01, 2017 · 3m 01s · at 4:49 · https://youtu.be/pQx9iopKnEY?t=289</w:t>
      </w:r>
    </w:p>
    <w:p>
      <w:r>
        <w:rPr>
          <w:i/>
        </w:rPr>
        <w:t>“In my life too, there was re-planning”</w:t>
      </w:r>
    </w:p>
    <w:p>
      <w:r>
        <w:rPr>
          <w:sz w:val="20"/>
        </w:rPr>
        <w:t>4:49  میری زندگی میں بھی اسی قسم کی ری پلاننگ ہوئی ہے، لیکن unconsciously، بغیر سوچے بغیر۔</w:t>
      </w:r>
      <w:r>
        <w:br/>
      </w:r>
      <w:r>
        <w:rPr>
          <w:sz w:val="20"/>
        </w:rPr>
        <w:t>4:55  meri maa batati thi ke jab mein paida hua toh mere baap bohat zyada mujh ko maanne lage.</w:t>
      </w:r>
      <w:r>
        <w:br/>
      </w:r>
      <w:r>
        <w:rPr>
          <w:sz w:val="20"/>
        </w:rPr>
        <w:t>5:01  اور اور جس کو کہتے ہیں over-pampering۔ Over-pampering۔</w:t>
      </w:r>
      <w:r>
        <w:br/>
      </w:r>
      <w:r>
        <w:rPr>
          <w:sz w:val="20"/>
        </w:rPr>
        <w:t>5:07  تو چھ سال تک میری over-pampering کرتے رہے۔</w:t>
      </w:r>
      <w:r>
        <w:br/>
      </w:r>
      <w:r>
        <w:rPr>
          <w:sz w:val="20"/>
        </w:rPr>
        <w:t>5:13  aur mein bohat hi yani ek</w:t>
      </w:r>
      <w:r>
        <w:br/>
      </w:r>
      <w:r>
        <w:rPr>
          <w:sz w:val="20"/>
        </w:rPr>
        <w:t>5:19  bigra hua ladka ban gaya.</w:t>
      </w:r>
      <w:r>
        <w:br/>
      </w:r>
      <w:r>
        <w:rPr>
          <w:sz w:val="20"/>
        </w:rPr>
        <w:t>5:25  yahan tak ke hamare phupha the, sheikh kamil, woh aate the hamare haan.</w:t>
      </w:r>
      <w:r>
        <w:br/>
      </w:r>
      <w:r>
        <w:rPr>
          <w:sz w:val="20"/>
        </w:rPr>
        <w:t>5:31  toh woh kehte the mere baap se ke tum ladke ko kharab kar doge, ladke ko bigaad doge.</w:t>
      </w:r>
      <w:r>
        <w:br/>
      </w:r>
      <w:r>
        <w:rPr>
          <w:sz w:val="20"/>
        </w:rPr>
        <w:t>5:37  lekin baap sunte nahi the.</w:t>
      </w:r>
      <w:r>
        <w:br/>
      </w:r>
      <w:r>
        <w:rPr>
          <w:sz w:val="20"/>
        </w:rPr>
        <w:t>5:43  toh kya hua ke chhe saal ki umar mein un ko death ho gayi,</w:t>
      </w:r>
      <w:r>
        <w:br/>
      </w:r>
      <w:r>
        <w:rPr>
          <w:sz w:val="20"/>
        </w:rPr>
        <w:t>5:49  achanak. un ko stroke hua. yeh baat hai december 1929 ki. toh main bohat zyada attach tha apne baap se, bohat zyada. har waqt baap ke sath rehta tha. jab achanak un ko aik hi raat mein mar gaye woh. usi raat ko stroke hua, usi raat ko mar gaye. maine ab tak mujhe yaad hai, yani bed par un ki body aise l</w:t>
      </w:r>
      <w:r>
        <w:br/>
      </w:r>
      <w:r>
        <w:rPr>
          <w:sz w:val="20"/>
        </w:rPr>
        <w:t>6:19  ty hui thi.</w:t>
      </w:r>
      <w:r>
        <w:br/>
      </w:r>
      <w:r>
        <w:rPr>
          <w:sz w:val="20"/>
        </w:rPr>
        <w:t>6:24  rastay mein un ko track hua tha.</w:t>
      </w:r>
      <w:r>
        <w:br/>
      </w:r>
      <w:r>
        <w:rPr>
          <w:sz w:val="20"/>
        </w:rPr>
        <w:t>6:28  woh hamari chaawni hua karti thi, wahan se aa rahe the woh.</w:t>
      </w:r>
      <w:r>
        <w:br/>
      </w:r>
      <w:r>
        <w:rPr>
          <w:sz w:val="20"/>
        </w:rPr>
        <w:t>6:32  utha kar laye gaye aur bed par litaya gaya un ko.</w:t>
      </w:r>
      <w:r>
        <w:br/>
      </w:r>
      <w:r>
        <w:rPr>
          <w:sz w:val="20"/>
        </w:rPr>
        <w:t>6:37  toh ab tak mujhe yaad hai ke kaise maine dekha tha un ko is bed par.</w:t>
      </w:r>
      <w:r>
        <w:br/>
      </w:r>
      <w:r>
        <w:rPr>
          <w:sz w:val="20"/>
        </w:rPr>
        <w:t>6:41  تو میری زندگی میں سوچ کر تو نہیں، unconsciously replanning ہوئی۔</w:t>
      </w:r>
      <w:r>
        <w:br/>
      </w:r>
      <w:r>
        <w:rPr>
          <w:sz w:val="20"/>
        </w:rPr>
        <w:t>6:46  meri maa batati thi ke is baat mein ek bilkul chup ho rehne laga, bilkul chup.</w:t>
      </w:r>
      <w:r>
        <w:br/>
      </w:r>
      <w:r>
        <w:rPr>
          <w:sz w:val="20"/>
        </w:rPr>
        <w:t>6:50  bolta hi nahi tha.</w:t>
      </w:r>
      <w:r>
        <w:br/>
      </w:r>
      <w:r>
        <w:rPr>
          <w:sz w:val="20"/>
        </w:rPr>
        <w:t>6:54  لیکن دیکھئے mind ایسا ہے کہ آپ ایسا ہے کہ آپ چپ نہیں رہ سکتے۔</w:t>
      </w:r>
      <w:r>
        <w:br/>
      </w:r>
      <w:r>
        <w:rPr>
          <w:sz w:val="20"/>
        </w:rPr>
        <w:t>6:57  mind sochega.</w:t>
      </w:r>
      <w:r>
        <w:br/>
      </w:r>
      <w:r>
        <w:rPr>
          <w:sz w:val="20"/>
        </w:rPr>
        <w:t>7:01  یہ impossible ہے کہ mind ڈیڈلی چپ ہو جائے۔</w:t>
      </w:r>
      <w:r>
        <w:br/>
      </w:r>
      <w:r>
        <w:rPr>
          <w:sz w:val="20"/>
        </w:rPr>
        <w:t>7:05  woh sochta hai, sochta hai, sochta hai.</w:t>
      </w:r>
      <w:r>
        <w:br/>
      </w:r>
      <w:r>
        <w:rPr>
          <w:sz w:val="20"/>
        </w:rPr>
        <w:t>7:09  toh mera mind sochne laga.</w:t>
      </w:r>
      <w:r>
        <w:br/>
      </w:r>
      <w:r>
        <w:rPr>
          <w:sz w:val="20"/>
        </w:rPr>
        <w:t>7:13  yani pehle bolta tha, ab sochne laga.</w:t>
      </w:r>
      <w:r>
        <w:br/>
      </w:r>
      <w:r>
        <w:rPr>
          <w:sz w:val="20"/>
        </w:rPr>
        <w:t>7:16  pehlay mujhe shauq tha is ka, woh shauq khatam ho gaya toh sochte</w:t>
      </w:r>
      <w:r>
        <w:br/>
      </w:r>
      <w:r>
        <w:rPr>
          <w:sz w:val="20"/>
        </w:rPr>
        <w:t>7:20  sochte mere mind ne replanning ki. pehle unconsciously, us ke baad consciously. toh maine parha, urdu parha, farsi parha, arabi parhi, english parhi. yahan tak ke yeh masla shuru hua. toh yeh jo formula hai, replanning, yeh hai surah wal asr mein. ke last hota hai toh it is not natural, is ko normal way</w:t>
      </w:r>
    </w:p>
    <w:p>
      <w:pPr>
        <w:pStyle w:val="Heading2"/>
      </w:pPr>
      <w:r>
        <w:t>Consumerism a global phenomenon</w:t>
      </w:r>
    </w:p>
    <w:p>
      <w:r>
        <w:rPr>
          <w:color w:val="666666"/>
          <w:sz w:val="18"/>
        </w:rPr>
        <w:t>Age Of Consumerism I January 6, 2013 Maulana Wahiduddin Khan · 22s · at 2:12 · https://youtu.be/CuRYFl7JuEM?t=132</w:t>
      </w:r>
    </w:p>
    <w:p>
      <w:r>
        <w:rPr>
          <w:i/>
        </w:rPr>
        <w:t>“Yeh Thailand ka maamla nahi, yeh to global maamla hai.”</w:t>
      </w:r>
    </w:p>
    <w:p>
      <w:r>
        <w:rPr>
          <w:sz w:val="20"/>
        </w:rPr>
        <w:t>2:12  to is ko parh kar main ne socha yeh Thailand ka mamla nahi hai, yeh to aik global mamla hai.</w:t>
      </w:r>
      <w:r>
        <w:br/>
      </w:r>
      <w:r>
        <w:rPr>
          <w:sz w:val="20"/>
        </w:rPr>
        <w:t>2:26  saari duniya ka religion aaj</w:t>
      </w:r>
      <w:r>
        <w:br/>
      </w:r>
      <w:r>
        <w:rPr>
          <w:sz w:val="20"/>
        </w:rPr>
        <w:t>2:29  practical tor par consumerism hi hai,</w:t>
      </w:r>
    </w:p>
    <w:p>
      <w:pPr>
        <w:pStyle w:val="Heading2"/>
      </w:pPr>
      <w:r>
        <w:t>Hidden opportunities in apparent scarcity</w:t>
      </w:r>
    </w:p>
    <w:p>
      <w:r>
        <w:rPr>
          <w:color w:val="666666"/>
          <w:sz w:val="18"/>
        </w:rPr>
        <w:t>Art of Thinking August 21, 2008 · 1m 15s · at 10:14 · https://youtu.be/KXVTrD_iMBU?t=614</w:t>
      </w:r>
    </w:p>
    <w:p>
      <w:r>
        <w:rPr>
          <w:i/>
        </w:rPr>
        <w:t>“Jese kuch bars pehle ki baat hai.”</w:t>
      </w:r>
    </w:p>
    <w:p>
      <w:r>
        <w:rPr>
          <w:sz w:val="20"/>
        </w:rPr>
        <w:t>10:14  jaisay kuch baras pehle ki baat hai. to aik sahib jo America mein hotay thay, phir woh chhod kar ke India chale aaye.</w:t>
      </w:r>
      <w:r>
        <w:br/>
      </w:r>
      <w:r>
        <w:rPr>
          <w:sz w:val="20"/>
        </w:rPr>
        <w:t>10:28  to yahan jab aaye to logon ne kaha: "yeh tum ne kya kiya? America chhod kar India chale aaye? yahan to koi scope nahin." yahan to koi scope nahin.</w:t>
      </w:r>
      <w:r>
        <w:br/>
      </w:r>
      <w:r>
        <w:rPr>
          <w:sz w:val="20"/>
        </w:rPr>
        <w:t>10:41  mujh se mile, unhon ne kaha ke: "main wahan se chala aaya hoon, to sab log yahi kehte hain ke tum India kahin chale aaye. yahan to koi scope nahin." to main ne kya kaha?</w:t>
      </w:r>
      <w:r>
        <w:br/>
      </w:r>
      <w:r>
        <w:rPr>
          <w:sz w:val="20"/>
        </w:rPr>
        <w:t>10:53  main ne kaha: "scope nahin, isi liye sab se ziyada scope hai India mein." scope nahin, tabhi to yahan sab se ziyada scope hai.</w:t>
      </w:r>
      <w:r>
        <w:br/>
      </w:r>
      <w:r>
        <w:rPr>
          <w:sz w:val="20"/>
        </w:rPr>
        <w:t>11:03  scope na hona ka matlab yeh hai ke bohat ziyada scope hai. main ne kaha: "is ka kya matlab hai?" unhon ne kaha ke: "scope bohat saara agar ho to aap ko struggle nahin karni pare gi.</w:t>
      </w:r>
      <w:r>
        <w:br/>
      </w:r>
      <w:r>
        <w:rPr>
          <w:sz w:val="20"/>
        </w:rPr>
        <w:t>11:19  jab struggle nahin karein ge to aap ka koi development aap ka nahin hoga. stepped ke stepped rahenge aap."</w:t>
      </w:r>
    </w:p>
    <w:p>
      <w:pPr>
        <w:pStyle w:val="Heading2"/>
      </w:pPr>
      <w:r>
        <w:t>Kashmir story: emotions from misunderstanding</w:t>
      </w:r>
    </w:p>
    <w:p>
      <w:r>
        <w:rPr>
          <w:color w:val="666666"/>
          <w:sz w:val="18"/>
        </w:rPr>
        <w:t>The Art of Emotion Management December 26, 2007 Maulana Wahiduddin Khan · 5m 44s · at 38:03 · https://youtu.be/Im7m_nZwC7E?t=2283</w:t>
      </w:r>
    </w:p>
    <w:p>
      <w:r>
        <w:rPr>
          <w:i/>
        </w:rPr>
        <w:t>“Once I went to Kashmir...”</w:t>
      </w:r>
    </w:p>
    <w:p>
      <w:r>
        <w:rPr>
          <w:sz w:val="20"/>
        </w:rPr>
        <w:t>38:03  ek qissa abhi mujhe yaad aaya ek baar mein gaya kashmir</w:t>
      </w:r>
      <w:r>
        <w:br/>
      </w:r>
      <w:r>
        <w:rPr>
          <w:sz w:val="20"/>
        </w:rPr>
        <w:t>38:10  kashmir mein hamara magazine kafi padhaya jata hai</w:t>
      </w:r>
      <w:r>
        <w:br/>
      </w:r>
      <w:r>
        <w:rPr>
          <w:sz w:val="20"/>
        </w:rPr>
        <w:t>38:14  to ek sahab ka ghar tha wo bagh mein ghar tha kafi bagh tha is mein badam ke</w:t>
      </w:r>
      <w:r>
        <w:br/>
      </w:r>
      <w:r>
        <w:rPr>
          <w:sz w:val="20"/>
        </w:rPr>
        <w:t>38:20  bagh thay aur kai cheezon ke bagh thay to wahan par ghar tha un ka to unhon ne</w:t>
      </w:r>
      <w:r>
        <w:br/>
      </w:r>
      <w:r>
        <w:rPr>
          <w:sz w:val="20"/>
        </w:rPr>
        <w:t>38:26  meri dawat ki</w:t>
      </w:r>
      <w:r>
        <w:br/>
      </w:r>
      <w:r>
        <w:rPr>
          <w:sz w:val="20"/>
        </w:rPr>
        <w:t>38:29  shaam ka khana jo hai unhon ne rakha apne haan to bara ehtimam kiya khane mein kashmiri log</w:t>
      </w:r>
      <w:r>
        <w:br/>
      </w:r>
      <w:r>
        <w:rPr>
          <w:sz w:val="20"/>
        </w:rPr>
        <w:t>38:35  gosht bohat pasand karte hain unhon ne gosht pakaya to bohat hi achay qism ka gosht yani is</w:t>
      </w:r>
      <w:r>
        <w:br/>
      </w:r>
      <w:r>
        <w:rPr>
          <w:sz w:val="20"/>
        </w:rPr>
        <w:t>38:41  mein pure ghee dala zafran dala pata nahi kya kya dala</w:t>
      </w:r>
      <w:r>
        <w:br/>
      </w:r>
      <w:r>
        <w:rPr>
          <w:sz w:val="20"/>
        </w:rPr>
        <w:t>38:48  ab wo</w:t>
      </w:r>
      <w:r>
        <w:br/>
      </w:r>
      <w:r>
        <w:rPr>
          <w:sz w:val="20"/>
        </w:rPr>
        <w:t>38:49  aaya dastar khwan par bahut hi umda gosht paka hua aur dastar khwan par usi ke saath saath rakha hua tha shahad aur kachha badam woh log kachha badam todte hain to kachhe badam the aur shahad tha saath saath phal ke taur par jaise hota hai aur</w:t>
      </w:r>
      <w:r>
        <w:br/>
      </w:r>
      <w:r>
        <w:rPr>
          <w:sz w:val="20"/>
        </w:rPr>
        <w:t>39:13  gosht tha aur roti chawal to tha hi sab cheezain</w:t>
      </w:r>
      <w:r>
        <w:br/>
      </w:r>
      <w:r>
        <w:rPr>
          <w:sz w:val="20"/>
        </w:rPr>
        <w:t>39:18  to mein by nature vegetarian hoon</w:t>
      </w:r>
      <w:r>
        <w:br/>
      </w:r>
      <w:r>
        <w:rPr>
          <w:sz w:val="20"/>
        </w:rPr>
        <w:t>39:23  aur masaleh wasaleh itna zabardast jo hota hai wo to aur bhi mein is se ghabrata hoon</w:t>
      </w:r>
      <w:r>
        <w:br/>
      </w:r>
      <w:r>
        <w:rPr>
          <w:sz w:val="20"/>
        </w:rPr>
        <w:t>39:29  to mujhe vegetarian food pasand hota hai</w:t>
      </w:r>
      <w:r>
        <w:br/>
      </w:r>
      <w:r>
        <w:rPr>
          <w:sz w:val="20"/>
        </w:rPr>
        <w:t>39:35  gosht waghera mere mizaj mein nahi hai bachpan se nahi hai</w:t>
      </w:r>
      <w:r>
        <w:br/>
      </w:r>
      <w:r>
        <w:rPr>
          <w:sz w:val="20"/>
        </w:rPr>
        <w:t>39:39  to mein ne khaya is ko</w:t>
      </w:r>
      <w:r>
        <w:br/>
      </w:r>
      <w:r>
        <w:rPr>
          <w:sz w:val="20"/>
        </w:rPr>
        <w:t>39:42  to mein jab dekha mein ne jab dastar khwan ko dekha to mein ne kaha bhai ye gosht mein</w:t>
      </w:r>
      <w:r>
        <w:br/>
      </w:r>
      <w:r>
        <w:rPr>
          <w:sz w:val="20"/>
        </w:rPr>
        <w:t>39:48  mere bas mein nahi khana</w:t>
      </w:r>
      <w:r>
        <w:br/>
      </w:r>
      <w:r>
        <w:rPr>
          <w:sz w:val="20"/>
        </w:rPr>
        <w:t>39:51  to kuch aur cheez kuch sabzi dal bhi thi to wo mein ne thora sa liya aur wo</w:t>
      </w:r>
      <w:r>
        <w:br/>
      </w:r>
      <w:r>
        <w:rPr>
          <w:sz w:val="20"/>
        </w:rPr>
        <w:t>39:55  badam aur shehad</w:t>
      </w:r>
      <w:r>
        <w:br/>
      </w:r>
      <w:r>
        <w:rPr>
          <w:sz w:val="20"/>
        </w:rPr>
        <w:t>39:57  khaya to</w:t>
      </w:r>
      <w:r>
        <w:br/>
      </w:r>
      <w:r>
        <w:rPr>
          <w:sz w:val="20"/>
        </w:rPr>
        <w:t>39:59  khane ke waqt unhon ne kaha tha ke ye badam aur shehad jo hai yahan ki khaas cheez</w:t>
      </w:r>
      <w:r>
        <w:br/>
      </w:r>
      <w:r>
        <w:rPr>
          <w:sz w:val="20"/>
        </w:rPr>
        <w:t>40:03  hai to aap ko jatay jahan jab jayen ge aap yahan se to hum aap ko tohfe mein</w:t>
      </w:r>
      <w:r>
        <w:br/>
      </w:r>
      <w:r>
        <w:rPr>
          <w:sz w:val="20"/>
        </w:rPr>
        <w:t>40:08  denge shehad aur badam aap ko tohfe mein denge</w:t>
      </w:r>
      <w:r>
        <w:br/>
      </w:r>
      <w:r>
        <w:rPr>
          <w:sz w:val="20"/>
        </w:rPr>
        <w:t>40:12  toh woh kehte rahe ke yeh yeh gosht batate rahe woh ke is ko khaiye aap yeh khaas</w:t>
      </w:r>
      <w:r>
        <w:br/>
      </w:r>
      <w:r>
        <w:rPr>
          <w:sz w:val="20"/>
        </w:rPr>
        <w:t>40:18  tour par pakwaya hai hum ne yeh toh pure ghee mein aur zafran mein aur is mein is</w:t>
      </w:r>
      <w:r>
        <w:br/>
      </w:r>
      <w:r>
        <w:rPr>
          <w:sz w:val="20"/>
        </w:rPr>
        <w:t>40:22  mein pata nahi kya kya dala tha bohat hi khush rang tha dekhne mein bohat acha lagta tha</w:t>
      </w:r>
      <w:r>
        <w:br/>
      </w:r>
      <w:r>
        <w:rPr>
          <w:sz w:val="20"/>
        </w:rPr>
        <w:t>40:26  woh toh bar bar yahi kehte the woh ke is ko khaiye is ko khaiye aur mein ne</w:t>
      </w:r>
      <w:r>
        <w:br/>
      </w:r>
      <w:r>
        <w:rPr>
          <w:sz w:val="20"/>
        </w:rPr>
        <w:t>40:30  is ko chakkha bhi nahi bilkul chakkha nahi hai aise hi talta raha talta raha yahan tak ke</w:t>
      </w:r>
      <w:r>
        <w:br/>
      </w:r>
      <w:r>
        <w:rPr>
          <w:sz w:val="20"/>
        </w:rPr>
        <w:t>40:36  khana khatam ho gaya sahib woh itna ghussa hue mujh se woh buzurg the mujh se zyada umar</w:t>
      </w:r>
      <w:r>
        <w:br/>
      </w:r>
      <w:r>
        <w:rPr>
          <w:sz w:val="20"/>
        </w:rPr>
        <w:t>40:42  thi un ki kai baras</w:t>
      </w:r>
      <w:r>
        <w:br/>
      </w:r>
      <w:r>
        <w:rPr>
          <w:sz w:val="20"/>
        </w:rPr>
        <w:t>40:44  pehlay ki baat hai itna ghussa hue ke is ke baad unhon ne jab mein aane laga toh</w:t>
      </w:r>
      <w:r>
        <w:br/>
      </w:r>
      <w:r>
        <w:rPr>
          <w:sz w:val="20"/>
        </w:rPr>
        <w:t>40:49  mujhe na badam diya na na shehad diya unhon ne unhon ne kaha tha ke mein aap ko</w:t>
      </w:r>
      <w:r>
        <w:br/>
      </w:r>
      <w:r>
        <w:rPr>
          <w:sz w:val="20"/>
        </w:rPr>
        <w:t>40:54  badam aur shehad ka tohfa doon ga apne sath le jaiyega lekin ghussa itna hua ke kuch</w:t>
      </w:r>
      <w:r>
        <w:br/>
      </w:r>
      <w:r>
        <w:rPr>
          <w:sz w:val="20"/>
        </w:rPr>
        <w:t>40:59  nahi diya unhon ne</w:t>
      </w:r>
      <w:r>
        <w:br/>
      </w:r>
      <w:r>
        <w:rPr>
          <w:sz w:val="20"/>
        </w:rPr>
        <w:t>41:02  ab dekhiye yeh bhi kya hai emotion management un ka fail hona hai</w:t>
      </w:r>
      <w:r>
        <w:br/>
      </w:r>
      <w:r>
        <w:rPr>
          <w:sz w:val="20"/>
        </w:rPr>
        <w:t>41:07  unhein sochna chahiye tha ke a ek aadmi</w:t>
      </w:r>
      <w:r>
        <w:br/>
      </w:r>
      <w:r>
        <w:rPr>
          <w:sz w:val="20"/>
        </w:rPr>
        <w:t>41:11  kyun nahi kha raha hai</w:t>
      </w:r>
      <w:r>
        <w:br/>
      </w:r>
      <w:r>
        <w:rPr>
          <w:sz w:val="20"/>
        </w:rPr>
        <w:t>41:14  yeh gosht aur qorma jo hai kyun nahi kha raha hai kyun aisa hai ke woh saag aur</w:t>
      </w:r>
      <w:r>
        <w:br/>
      </w:r>
      <w:r>
        <w:rPr>
          <w:sz w:val="20"/>
        </w:rPr>
        <w:t>41:19  daal kha raha hai aur badam aur shehad kha raha hai lekin yeh nahi chho raha hai is</w:t>
      </w:r>
      <w:r>
        <w:br/>
      </w:r>
      <w:r>
        <w:rPr>
          <w:sz w:val="20"/>
        </w:rPr>
        <w:t>41:22  ko poochte woh toh mein batata ke bhai dekhiye mere baap pakke vegetarian</w:t>
      </w:r>
      <w:r>
        <w:br/>
      </w:r>
      <w:r>
        <w:rPr>
          <w:sz w:val="20"/>
        </w:rPr>
        <w:t>41:30  mere baap jo the woh pakke vegetarian the meri behan vegetarian thi</w:t>
      </w:r>
      <w:r>
        <w:br/>
      </w:r>
      <w:r>
        <w:rPr>
          <w:sz w:val="20"/>
        </w:rPr>
        <w:t>41:36  mere sagay bhai jo hain chote woh bhi vegetarian hain</w:t>
      </w:r>
      <w:r>
        <w:br/>
      </w:r>
      <w:r>
        <w:rPr>
          <w:sz w:val="20"/>
        </w:rPr>
        <w:t>41:41  aur mein bhi by birth vegetarian hoon bachpan se meri maan kehti thi ke bachpan mein mere munh</w:t>
      </w:r>
      <w:r>
        <w:br/>
      </w:r>
      <w:r>
        <w:rPr>
          <w:sz w:val="20"/>
        </w:rPr>
        <w:t>41:49  mein agar koi tukra daal diya jata tha gosht ka toh mein nikaal deta tha is ko mein</w:t>
      </w:r>
      <w:r>
        <w:br/>
      </w:r>
      <w:r>
        <w:rPr>
          <w:sz w:val="20"/>
        </w:rPr>
        <w:t>41:54  sirf daal aur aur chawal khata tha</w:t>
      </w:r>
      <w:r>
        <w:br/>
      </w:r>
      <w:r>
        <w:rPr>
          <w:sz w:val="20"/>
        </w:rPr>
        <w:t>41:59  bachpan mein chote mein toh mein kehta ke bhai ab ab yeh toh Allah taala ka muamla hai</w:t>
      </w:r>
      <w:r>
        <w:br/>
      </w:r>
      <w:r>
        <w:rPr>
          <w:sz w:val="20"/>
        </w:rPr>
        <w:t>42:07  kuch logon ko aisa paida karte hain kuch logon ko waisa paida karte hain hamare ek rishtedar</w:t>
      </w:r>
      <w:r>
        <w:br/>
      </w:r>
      <w:r>
        <w:rPr>
          <w:sz w:val="20"/>
        </w:rPr>
        <w:t>42:12  the ek nazeer sahib un ka naam tha mere qareebi</w:t>
      </w:r>
      <w:r>
        <w:br/>
      </w:r>
      <w:r>
        <w:rPr>
          <w:sz w:val="20"/>
        </w:rPr>
        <w:t>42:15  rishtedaar the woh doodh nahi kha sakte the woh doodh khate the toh un ko ulti ho</w:t>
      </w:r>
      <w:r>
        <w:br/>
      </w:r>
      <w:r>
        <w:rPr>
          <w:sz w:val="20"/>
        </w:rPr>
        <w:t>42:20  jaati thi woh</w:t>
      </w:r>
      <w:r>
        <w:br/>
      </w:r>
      <w:r>
        <w:rPr>
          <w:sz w:val="20"/>
        </w:rPr>
        <w:t>42:22  yaani doodh itni achhi cheez hai woh kha nahi sakte the khate the ulti ho jaati thi woh</w:t>
      </w:r>
      <w:r>
        <w:br/>
      </w:r>
      <w:r>
        <w:rPr>
          <w:sz w:val="20"/>
        </w:rPr>
        <w:t>42:28  toh har aadmi ka apna mizaj alag alag hota hai</w:t>
      </w:r>
      <w:r>
        <w:br/>
      </w:r>
      <w:r>
        <w:rPr>
          <w:sz w:val="20"/>
        </w:rPr>
        <w:t>42:32  toh unhone mujhse baat nahi ki mujhse kuch poocha nahi bas ghussa ho gaya aur</w:t>
      </w:r>
      <w:r>
        <w:br/>
      </w:r>
      <w:r>
        <w:rPr>
          <w:sz w:val="20"/>
        </w:rPr>
        <w:t>42:36  is ke baad mera khayal hai mera parcha padhna hi band kar diya shayad</w:t>
      </w:r>
      <w:r>
        <w:br/>
      </w:r>
      <w:r>
        <w:rPr>
          <w:sz w:val="20"/>
        </w:rPr>
        <w:t>42:42  ab yeh kya hai emotion management ka maamla kya yahan par hai ke tehqeeq na karna pata na</w:t>
      </w:r>
      <w:r>
        <w:br/>
      </w:r>
      <w:r>
        <w:rPr>
          <w:sz w:val="20"/>
        </w:rPr>
        <w:t>42:49  karna yaani aap ke andar ek ek jazba aaya mere bare mein toh apne ko aap ne samajh</w:t>
      </w:r>
      <w:r>
        <w:br/>
      </w:r>
      <w:r>
        <w:rPr>
          <w:sz w:val="20"/>
        </w:rPr>
        <w:t>42:58  liya ke mera jazba theek hai is mein kuch</w:t>
      </w:r>
      <w:r>
        <w:br/>
      </w:r>
      <w:r>
        <w:rPr>
          <w:sz w:val="20"/>
        </w:rPr>
        <w:t>43:00  mujhe revise nahi karna hai</w:t>
      </w:r>
      <w:r>
        <w:br/>
      </w:r>
      <w:r>
        <w:rPr>
          <w:sz w:val="20"/>
        </w:rPr>
        <w:t>43:03  lekin yaad rakhiye ke mera tajurba yeh hai</w:t>
      </w:r>
      <w:r>
        <w:br/>
      </w:r>
      <w:r>
        <w:rPr>
          <w:sz w:val="20"/>
        </w:rPr>
        <w:t>43:07  ke emotions jo hote hain woh</w:t>
      </w:r>
      <w:r>
        <w:br/>
      </w:r>
      <w:r>
        <w:rPr>
          <w:sz w:val="20"/>
        </w:rPr>
        <w:t>43:10  taqreeban hamesha hi galat hote hain yaani galat matlab kya hai misunderstanding par base karte hain</w:t>
      </w:r>
      <w:r>
        <w:br/>
      </w:r>
      <w:r>
        <w:rPr>
          <w:sz w:val="20"/>
        </w:rPr>
        <w:t>43:18  misunderstanding par aap samajh lete hain ke yeh aadmi jo hai mujhko haqeer samajhta hai ya</w:t>
      </w:r>
      <w:r>
        <w:br/>
      </w:r>
      <w:r>
        <w:rPr>
          <w:sz w:val="20"/>
        </w:rPr>
        <w:t>43:24  aadmi jo hai</w:t>
      </w:r>
      <w:r>
        <w:br/>
      </w:r>
      <w:r>
        <w:rPr>
          <w:sz w:val="20"/>
        </w:rPr>
        <w:t>43:26  mujhse pyar nahi karta ya aadmi jo hai is ko mere interest se koi matlab nahi hai</w:t>
      </w:r>
      <w:r>
        <w:br/>
      </w:r>
      <w:r>
        <w:rPr>
          <w:sz w:val="20"/>
        </w:rPr>
        <w:t>43:32  is aadmi ko mere jazbaat se koi matlab nahi hai</w:t>
      </w:r>
      <w:r>
        <w:br/>
      </w:r>
      <w:r>
        <w:rPr>
          <w:sz w:val="20"/>
        </w:rPr>
        <w:t>43:36  ya mere jazbaat ko is ne jo hurt kiya hai is ne is ko kuch meri parwah nahi</w:t>
      </w:r>
      <w:r>
        <w:br/>
      </w:r>
      <w:r>
        <w:rPr>
          <w:sz w:val="20"/>
        </w:rPr>
        <w:t>43:41  hai yeh sab kya hota hai yeh sab ka sab misunderstanding hota hai</w:t>
      </w:r>
      <w:r>
        <w:br/>
      </w:r>
      <w:r>
        <w:rPr>
          <w:sz w:val="20"/>
        </w:rPr>
        <w:t>43:47  ek</w:t>
      </w:r>
    </w:p>
    <w:p>
      <w:pPr>
        <w:pStyle w:val="Heading2"/>
      </w:pPr>
      <w:r>
        <w:t>Introduction to life story from interview questions</w:t>
      </w:r>
    </w:p>
    <w:p>
      <w:r>
        <w:rPr>
          <w:color w:val="666666"/>
          <w:sz w:val="18"/>
        </w:rPr>
        <w:t>My Life and Experiences 8 April, 2007 - Maulana Wahiduddin Khan · 3m 01s · at 0:33 · https://youtu.be/ycPiIM2nxFU?t=33</w:t>
      </w:r>
    </w:p>
    <w:p>
      <w:r>
        <w:rPr>
          <w:i/>
        </w:rPr>
        <w:t>“Aaj mein khud apni life aur experience ke baare mein kuch kahunga”</w:t>
      </w:r>
    </w:p>
    <w:p>
      <w:r>
        <w:rPr>
          <w:sz w:val="20"/>
        </w:rPr>
        <w:t>0:33  aaj mein khud apni life aur apne experience ke bare mein kuch kahunga.</w:t>
      </w:r>
      <w:r>
        <w:br/>
      </w:r>
      <w:r>
        <w:rPr>
          <w:sz w:val="20"/>
        </w:rPr>
        <w:t>0:49  asal mein aisa hai ke dilli mein ek arab tv ki team aayi hai to unhon ne do bar mera interview,</w:t>
      </w:r>
      <w:r>
        <w:br/>
      </w:r>
      <w:r>
        <w:rPr>
          <w:sz w:val="20"/>
        </w:rPr>
        <w:t>1:07  video interview record kiya. ek to kal, kal tha, ek pehle, bohat detail ke sath.</w:t>
      </w:r>
      <w:r>
        <w:br/>
      </w:r>
      <w:r>
        <w:rPr>
          <w:sz w:val="20"/>
        </w:rPr>
        <w:t>1:17  to</w:t>
      </w:r>
      <w:r>
        <w:br/>
      </w:r>
      <w:r>
        <w:rPr>
          <w:sz w:val="20"/>
        </w:rPr>
        <w:t>1:20  kal jo interview tha,</w:t>
      </w:r>
      <w:r>
        <w:br/>
      </w:r>
      <w:r>
        <w:rPr>
          <w:sz w:val="20"/>
        </w:rPr>
        <w:t>1:26  kal jo interview tha us mein kal 17 question the, 17. woh sab meri apni life ke bare mein the.</w:t>
      </w:r>
      <w:r>
        <w:br/>
      </w:r>
      <w:r>
        <w:rPr>
          <w:sz w:val="20"/>
        </w:rPr>
        <w:t>1:42  misal ke taur par unhon ne poocha ke meri early life kaisi thi. har aadmi ki early life kya hai, us ki yaden us ke zehan mein rehti hain.</w:t>
      </w:r>
      <w:r>
        <w:br/>
      </w:r>
      <w:r>
        <w:rPr>
          <w:sz w:val="20"/>
        </w:rPr>
        <w:t>1:58  to unhon ne is ke bare mein poocha.</w:t>
      </w:r>
      <w:r>
        <w:br/>
      </w:r>
      <w:r>
        <w:rPr>
          <w:sz w:val="20"/>
        </w:rPr>
        <w:t>2:03  phir unhon ne poocha ke</w:t>
      </w:r>
      <w:r>
        <w:br/>
      </w:r>
      <w:r>
        <w:rPr>
          <w:sz w:val="20"/>
        </w:rPr>
        <w:t>2:10  un ka ek question yeh tha ke ma hi al ahdath wal shakhsiyat allati atharat fi shakhsiyatik al karimah?</w:t>
      </w:r>
      <w:r>
        <w:br/>
      </w:r>
      <w:r>
        <w:rPr>
          <w:sz w:val="20"/>
        </w:rPr>
        <w:t>2:24  us ka matlab yeh tha ke what are those events</w:t>
      </w:r>
      <w:r>
        <w:br/>
      </w:r>
      <w:r>
        <w:rPr>
          <w:sz w:val="20"/>
        </w:rPr>
        <w:t>2:29  and personalities that influenced you most?</w:t>
      </w:r>
      <w:r>
        <w:br/>
      </w:r>
      <w:r>
        <w:rPr>
          <w:sz w:val="20"/>
        </w:rPr>
        <w:t>2:41  what are those events and personalities that influenced you most?</w:t>
      </w:r>
      <w:r>
        <w:br/>
      </w:r>
      <w:r>
        <w:rPr>
          <w:sz w:val="20"/>
        </w:rPr>
        <w:t>2:50  yeh tha. isi tarah unhon ne yeh bhi poocha ke meri jo thought hai, jo meri soch hai, us ke bare mein mein kya kehna chahunga.</w:t>
      </w:r>
      <w:r>
        <w:br/>
      </w:r>
      <w:r>
        <w:rPr>
          <w:sz w:val="20"/>
        </w:rPr>
        <w:t>3:05  to mein chahta hoon ke yeh baatein jo maine kaheen wahan to thoda elaboration ke sath, usko thoda sa elaborate kar ke mein yahan par kuch baatein kahoon.</w:t>
      </w:r>
    </w:p>
    <w:p>
      <w:pPr>
        <w:pStyle w:val="Heading2"/>
      </w:pPr>
      <w:r>
        <w:t>Stop blaming others and blame yourself</w:t>
      </w:r>
    </w:p>
    <w:p>
      <w:r>
        <w:rPr>
          <w:color w:val="666666"/>
          <w:sz w:val="18"/>
        </w:rPr>
        <w:t>Modern Age June 9, 2019 Maulana Wahiduddin Khan · 2m 14s · at 55:02 · https://youtu.be/7mjCvAvHEdA?t=3302</w:t>
      </w:r>
    </w:p>
    <w:p>
      <w:r>
        <w:rPr>
          <w:i/>
        </w:rPr>
        <w:t>“Sirf ek, sirf ek shart hai”</w:t>
      </w:r>
    </w:p>
    <w:p>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Omar's wisdom: admit wrong, choose lesser evil</w:t>
      </w:r>
    </w:p>
    <w:p>
      <w:r>
        <w:rPr>
          <w:color w:val="666666"/>
          <w:sz w:val="18"/>
        </w:rPr>
        <w:t>Distraction is the Source of Destruction August 5, 2007 Maulana Wahiduddin Khan · 5m 31s · at 1:25:52 · https://youtu.be/IeiijTFDVH8?t=5152</w:t>
      </w:r>
    </w:p>
    <w:p>
      <w:r>
        <w:rPr>
          <w:i/>
        </w:rPr>
        <w:t>“Aap seekhiye yeh kehna 'I was wrong, I was wrong'”</w:t>
      </w:r>
    </w:p>
    <w:p>
      <w:r>
        <w:rPr>
          <w:sz w:val="20"/>
        </w:rPr>
        <w:t>1:25:52  yeh hi starting point hai aur yeh final point hai. mere mere tajurbe ke mutabiq. maine history mein ek hi insaan ko paaya hai jo bahut zyada jaanta tha is haqeeqat ko.</w:t>
      </w:r>
      <w:r>
        <w:br/>
      </w:r>
      <w:r>
        <w:rPr>
          <w:sz w:val="20"/>
        </w:rPr>
        <w:t>1:26:05  woh thay islam ke history mein yani second khalifa umar bin khattab. bohat hi intelligent aadmi thay bohat hi brilliant aadmi thay woh.</w:t>
      </w:r>
      <w:r>
        <w:br/>
      </w:r>
      <w:r>
        <w:rPr>
          <w:sz w:val="20"/>
        </w:rPr>
        <w:t>1:26:17  lekin mashhoor un ke baray mein yeh hai ke woh bar bar kehte thay lola falan lahla ka umar. yani extremist word mein kehte thay woh.</w:t>
      </w:r>
      <w:r>
        <w:br/>
      </w:r>
      <w:r>
        <w:rPr>
          <w:sz w:val="20"/>
        </w:rPr>
        <w:t>1:26:31  lola falan lahla ka umar. ke agar yeh aadmi na hota to mein to mein disoriented ho jata. yani hum kahein ge I was wrong lekin woh isi par in ko taskeen nahi hoti thi.</w:t>
      </w:r>
      <w:r>
        <w:br/>
      </w:r>
      <w:r>
        <w:rPr>
          <w:sz w:val="20"/>
        </w:rPr>
        <w:t>1:26:43  i what wrong nahi kehte thay woh.</w:t>
      </w:r>
      <w:r>
        <w:br/>
      </w:r>
      <w:r>
        <w:rPr>
          <w:sz w:val="20"/>
        </w:rPr>
        <w:t>1:26:46  lola falan lahla ka umar. falan aadmi na hota yani falan aadmi agar mujh ko na batata meri ghalti ko to mein to disoriented ho chuka tha.</w:t>
      </w:r>
      <w:r>
        <w:br/>
      </w:r>
      <w:r>
        <w:rPr>
          <w:sz w:val="20"/>
        </w:rPr>
        <w:t>1:26:56  itna bara wise aadmi hai mein ne history mein nahi janta kisi ko. itna bara wise aadmi hai. ab bohat bara empire us zamanay mein ban chuka tha us ke woh khalifa thay.</w:t>
      </w:r>
      <w:r>
        <w:br/>
      </w:r>
      <w:r>
        <w:rPr>
          <w:sz w:val="20"/>
        </w:rPr>
        <w:t>1:27:08  mein un ka aik aik sunata hoon aap ko. kitna bara wise aadmi tha woh. itna bara wise aadmi george bush mein nahi hai.</w:t>
      </w:r>
      <w:r>
        <w:br/>
      </w:r>
      <w:r>
        <w:rPr>
          <w:sz w:val="20"/>
        </w:rPr>
        <w:t>1:27:20  unhon ne kaha ke las al aqil alladhi ya'rif al khair wa sir alladhi ya'rif al khair sirain</w:t>
      </w:r>
      <w:r>
        <w:br/>
      </w:r>
      <w:r>
        <w:rPr>
          <w:sz w:val="20"/>
        </w:rPr>
        <w:t>1:27:29  ke wise aadmi woh nahi hai jo jo good aur bad ko jaane.</w:t>
      </w:r>
      <w:r>
        <w:br/>
      </w:r>
      <w:r>
        <w:rPr>
          <w:sz w:val="20"/>
        </w:rPr>
        <w:t>1:27:36  wise aadmi woh hai jo do evil mein se kon sa lesser evil hai us ko jaane. kitni bari wisdom is ke andar hai.</w:t>
      </w:r>
      <w:r>
        <w:br/>
      </w:r>
      <w:r>
        <w:rPr>
          <w:sz w:val="20"/>
        </w:rPr>
        <w:t>1:27:46  ke is dunya mein aap ko all bad aur all good ka choice nahi hai.</w:t>
      </w:r>
      <w:r>
        <w:br/>
      </w:r>
      <w:r>
        <w:rPr>
          <w:sz w:val="20"/>
        </w:rPr>
        <w:t>1:27:53  sirf choice kis mein hai ke greater evil ke muqablay mein lesser evil ko le lein aap.</w:t>
      </w:r>
      <w:r>
        <w:br/>
      </w:r>
      <w:r>
        <w:rPr>
          <w:sz w:val="20"/>
        </w:rPr>
        <w:t>1:28:00  jis ko dekhiye usi par. kya alexander the great ko dekhiye aap ya george bush ko dekhiye aap napoleon ko dekhiye. sab yahi par yani apne ko distra kiya har aik ne.</w:t>
      </w:r>
      <w:r>
        <w:br/>
      </w:r>
      <w:r>
        <w:rPr>
          <w:sz w:val="20"/>
        </w:rPr>
        <w:t>1:28:13  all good lene ke liye daure. aur phir woh na pa sake woh khatam ho gaye. napoleon, hitler, george bush.</w:t>
      </w:r>
      <w:r>
        <w:br/>
      </w:r>
      <w:r>
        <w:rPr>
          <w:sz w:val="20"/>
        </w:rPr>
        <w:t>1:28:23  jis ko bhi dekhiye one to all.</w:t>
      </w:r>
      <w:r>
        <w:br/>
      </w:r>
      <w:r>
        <w:rPr>
          <w:sz w:val="20"/>
        </w:rPr>
        <w:t>1:28:25  yahan tak ke ab plato aur aristotle. is is cheez ko nahi discover kar saka koi aadmi poori poori history mein yahan se baat hoti hai.</w:t>
      </w:r>
      <w:r>
        <w:br/>
      </w:r>
      <w:r>
        <w:rPr>
          <w:sz w:val="20"/>
        </w:rPr>
        <w:t>1:28:36  ke is dunya mein hamari jo choice hai woh all good aur all bad ke beech mein nahi hai. woh greater evil aur lesser evil ke beech mein hai. lesser evil ko le lo ta ke tum greater evil se bach jao.</w:t>
      </w:r>
      <w:r>
        <w:br/>
      </w:r>
      <w:r>
        <w:rPr>
          <w:sz w:val="20"/>
        </w:rPr>
        <w:t>1:28:51  yeh wisdom ka pahaar hai yeh.</w:t>
      </w:r>
      <w:r>
        <w:br/>
      </w:r>
      <w:r>
        <w:rPr>
          <w:sz w:val="20"/>
        </w:rPr>
        <w:t>1:28:56  wisdom ka pahaar hai yeh lekin koi janta nahi hai is ko.</w:t>
      </w:r>
      <w:r>
        <w:br/>
      </w:r>
      <w:r>
        <w:rPr>
          <w:sz w:val="20"/>
        </w:rPr>
        <w:t>1:29:02  to woh jo itna ziyada wise bane us ki wajah yahi in ka raaz yahi tha ke i what wrong kehna jante thay woh. hota kya hai dekhiye. ke i what wrong keh kar aap apne ko bachate hain is se.</w:t>
      </w:r>
      <w:r>
        <w:br/>
      </w:r>
      <w:r>
        <w:rPr>
          <w:sz w:val="20"/>
        </w:rPr>
        <w:t>1:29:14  ta ke mind unfold hone ka process ruk jaye.</w:t>
      </w:r>
      <w:r>
        <w:br/>
      </w:r>
      <w:r>
        <w:rPr>
          <w:sz w:val="20"/>
        </w:rPr>
        <w:t>1:29:19  unfolding ka jo process hai aap ke mind mein. woh dead stop ho jata hai jab aap all all i what wrong na keh sakein.</w:t>
      </w:r>
      <w:r>
        <w:br/>
      </w:r>
      <w:r>
        <w:rPr>
          <w:sz w:val="20"/>
        </w:rPr>
        <w:t>1:29:31  all i what wrong kehte hi woh unfolding ka process jo hai chalne lagta hai.</w:t>
      </w:r>
      <w:r>
        <w:br/>
      </w:r>
      <w:r>
        <w:rPr>
          <w:sz w:val="20"/>
        </w:rPr>
        <w:t>1:29:37  to sab se bari cheez meri zindagi mein jo hai woh kya hai woh ke jo nature ne mujhe diya hai yeh mind. itna bara mind itna bara mind jo diya hai khuda ne.</w:t>
      </w:r>
      <w:r>
        <w:br/>
      </w:r>
      <w:r>
        <w:rPr>
          <w:sz w:val="20"/>
        </w:rPr>
        <w:t>1:29:49  ke billion billion billion article is mind mein bhare hue hain.</w:t>
      </w:r>
      <w:r>
        <w:br/>
      </w:r>
      <w:r>
        <w:rPr>
          <w:sz w:val="20"/>
        </w:rPr>
        <w:t>1:29:55  ek scientist ne likha hai ke aal pin jo hoti hai aal pin us ka jo us ka jo us ka jo woh jo nok jo hota hai. kitna kam hota hai woh to bohat hi kam.</w:t>
      </w:r>
      <w:r>
        <w:br/>
      </w:r>
      <w:r>
        <w:rPr>
          <w:sz w:val="20"/>
        </w:rPr>
        <w:t>1:30:05  wahan par ek million interactions yani woh ten million interactions hote hain har second.</w:t>
      </w:r>
      <w:r>
        <w:br/>
      </w:r>
      <w:r>
        <w:rPr>
          <w:sz w:val="20"/>
        </w:rPr>
        <w:t>1:30:17  ab dekhen kitna bara process mind mein jaari rehta hai.</w:t>
      </w:r>
      <w:r>
        <w:br/>
      </w:r>
      <w:r>
        <w:rPr>
          <w:sz w:val="20"/>
        </w:rPr>
        <w:t>1:30:21  to main yeh kahunga ke ek award mein ke sab se bara raaz jo hai woh hai jaanna. ke mere andar khuda ne unlimited potential diya hai. aur yeh jaanna ke is is is mind ko unfold karne ka jo process hai.</w:t>
      </w:r>
      <w:r>
        <w:br/>
      </w:r>
      <w:r>
        <w:rPr>
          <w:sz w:val="20"/>
        </w:rPr>
        <w:t>1:30:35  is ko non stop chalte rehne ka sab se bara formula hai yeh kehna i was wrong i was wrong. lekin aaj kal kya hai sab yahi culture mein jeete hain sab nahi culture mein.</w:t>
      </w:r>
      <w:r>
        <w:br/>
      </w:r>
      <w:r>
        <w:rPr>
          <w:sz w:val="20"/>
        </w:rPr>
        <w:t>1:30:45  to sab door bane hue hain. yeh saari duniya intellectual door se bhari hui hai.</w:t>
      </w:r>
      <w:r>
        <w:br/>
      </w:r>
      <w:r>
        <w:rPr>
          <w:sz w:val="20"/>
        </w:rPr>
        <w:t>1:30:51  puri puri duniya yahan se le kar america tak main keh sakta hoon ke intellectual door se bhari hui hai. door bone. kyun?</w:t>
      </w:r>
      <w:r>
        <w:br/>
      </w:r>
      <w:r>
        <w:rPr>
          <w:sz w:val="20"/>
        </w:rPr>
        <w:t>1:30:59  sab nahi culture mein jeete hain. nahi mein jeete hain to un ka unfolding nahi ho paati un ki. itna potential le kar ke bhi mar jaate hain isi.</w:t>
      </w:r>
      <w:r>
        <w:br/>
      </w:r>
      <w:r>
        <w:rPr>
          <w:sz w:val="20"/>
        </w:rPr>
        <w:t>1:31:11  yani intellectual giant ka potential le kar aate hain. aur intellectual door bhar ke bharte hain. yeh hai sad story of our world.</w:t>
      </w:r>
    </w:p>
    <w:p>
      <w:pPr>
        <w:pStyle w:val="Heading2"/>
      </w:pPr>
      <w:r>
        <w:t>Japan's peaceful response to defeat</w:t>
      </w:r>
    </w:p>
    <w:p>
      <w:r>
        <w:rPr>
          <w:color w:val="666666"/>
          <w:sz w:val="18"/>
        </w:rPr>
        <w:t>Intellectual Poverty of Intellectuals December 31, 2006 · 2m 38s · at 32:06 · https://youtu.be/xz00TfFlXkI?t=1926</w:t>
      </w:r>
    </w:p>
    <w:p>
      <w:r>
        <w:rPr>
          <w:i/>
        </w:rPr>
        <w:t>“Japan mein Second World War mein America ne do atom bomb gira diye”</w:t>
      </w:r>
    </w:p>
    <w:p>
      <w:r>
        <w:rPr>
          <w:sz w:val="20"/>
        </w:rPr>
        <w:t>32:06  yahan mein aik misaal doonga ke isi zamanay mein Allah taala ne aik misaal qaim ki japan ki shakal mein.</w:t>
      </w:r>
      <w:r>
        <w:br/>
      </w:r>
      <w:r>
        <w:rPr>
          <w:sz w:val="20"/>
        </w:rPr>
        <w:t>32:17  japan ki shakal mein</w:t>
      </w:r>
      <w:r>
        <w:br/>
      </w:r>
      <w:r>
        <w:rPr>
          <w:sz w:val="20"/>
        </w:rPr>
        <w:t>32:20  aap jante hain ke japan mein second world war mein, yani 1945 mein, america ne do atom bomb gira diye aur industrial base khatm ho gayi japan ki.</w:t>
      </w:r>
      <w:r>
        <w:br/>
      </w:r>
      <w:r>
        <w:rPr>
          <w:sz w:val="20"/>
        </w:rPr>
        <w:t>32:37  hiroshima tabah, nagasaki tabah.</w:t>
      </w:r>
      <w:r>
        <w:br/>
      </w:r>
      <w:r>
        <w:rPr>
          <w:sz w:val="20"/>
        </w:rPr>
        <w:t>32:42  to wohi situation thi jo situation iraq mein paida hui hai american bombardment ke baad.</w:t>
      </w:r>
      <w:r>
        <w:br/>
      </w:r>
      <w:r>
        <w:rPr>
          <w:sz w:val="20"/>
        </w:rPr>
        <w:t>32:53  to kya hua japan mein? japan mein us waqt jo hai hiro hito rule kar raha tha.</w:t>
      </w:r>
      <w:r>
        <w:br/>
      </w:r>
      <w:r>
        <w:rPr>
          <w:sz w:val="20"/>
        </w:rPr>
        <w:t>33:03  hiro hito bohat hi landed aadmi tha aur us ke jo us ke jo sathi thay, bohat samajh samajh samajh walay log thay, jo intellectuals thay,</w:t>
      </w:r>
      <w:r>
        <w:br/>
      </w:r>
      <w:r>
        <w:rPr>
          <w:sz w:val="20"/>
        </w:rPr>
        <w:t>33:18  jo uska advisory board tha, to unhon ne kaha ke hum larai ko afford nahi kar sakte,</w:t>
      </w:r>
      <w:r>
        <w:br/>
      </w:r>
      <w:r>
        <w:rPr>
          <w:sz w:val="20"/>
        </w:rPr>
        <w:t>33:28  hamein apna line of action badalna chahiye,</w:t>
      </w:r>
      <w:r>
        <w:br/>
      </w:r>
      <w:r>
        <w:rPr>
          <w:sz w:val="20"/>
        </w:rPr>
        <w:t>33:34  line of action badalna chahiye. yani larai ke bajaye peaceful activism, yani violent activism chala raha tha pehle japan second world war tak.</w:t>
      </w:r>
      <w:r>
        <w:br/>
      </w:r>
      <w:r>
        <w:rPr>
          <w:sz w:val="20"/>
        </w:rPr>
        <w:t>33:49  ab unhon ne kaha ke nahi, ab hum peaceful activism chalayenge.</w:t>
      </w:r>
      <w:r>
        <w:br/>
      </w:r>
      <w:r>
        <w:rPr>
          <w:sz w:val="20"/>
        </w:rPr>
        <w:t>33:54  iski speech maine parhi hai hiro hito ki english version, uska aik kitaab moti si thi "history of japan", "the history of japan".</w:t>
      </w:r>
      <w:r>
        <w:br/>
      </w:r>
      <w:r>
        <w:rPr>
          <w:sz w:val="20"/>
        </w:rPr>
        <w:t>34:06  is mein uski poori speech ka english translation tha. is mein hiro hito ne kaha tha ke "we have to suffer insufferable, we have to bear in unbearable".</w:t>
      </w:r>
      <w:r>
        <w:br/>
      </w:r>
      <w:r>
        <w:rPr>
          <w:sz w:val="20"/>
        </w:rPr>
        <w:t>34:23  hamein na qabil bardasht ko bardasht karna hai, "we have to suffer insufferable". yani hamari, yani america ne jo hum par bombardment kiya hai, hamein tabah kar diya hai, destroy kar diya hai, hamein zaleel kiya hai, hum ko humiliate kiya hai,</w:t>
      </w:r>
      <w:r>
        <w:br/>
      </w:r>
      <w:r>
        <w:rPr>
          <w:sz w:val="20"/>
        </w:rPr>
        <w:t>34:42  lekin</w:t>
      </w:r>
    </w:p>
    <w:p>
      <w:pPr>
        <w:pStyle w:val="Heading2"/>
      </w:pPr>
      <w:r>
        <w:t>Simple living enables high thinking</w:t>
      </w:r>
    </w:p>
    <w:p>
      <w:r>
        <w:rPr>
          <w:color w:val="666666"/>
          <w:sz w:val="18"/>
        </w:rPr>
        <w:t>Age of Consumerism January 6, 2013 · 32s · at 22:02 · https://youtu.be/zJRZ1OKUhgA?t=1322</w:t>
      </w:r>
    </w:p>
    <w:p>
      <w:r>
        <w:rPr>
          <w:i/>
        </w:rPr>
        <w:t>“Old formula: simple living, high thinking.”</w:t>
      </w:r>
    </w:p>
    <w:p>
      <w:r>
        <w:rPr>
          <w:sz w:val="20"/>
        </w:rPr>
        <w:t>22:02  to dekhen, purana formula hai: simple living, high thinking.</w:t>
      </w:r>
      <w:r>
        <w:br/>
      </w:r>
      <w:r>
        <w:rPr>
          <w:sz w:val="20"/>
        </w:rPr>
        <w:t>22:07  yeh bohat bohat ziyada mein is ko appreciate karta hoon, is ko</w:t>
      </w:r>
      <w:r>
        <w:br/>
      </w:r>
      <w:r>
        <w:rPr>
          <w:sz w:val="20"/>
        </w:rPr>
        <w:t>22:14  kyun ke simple living aur high thinking dono interlinked hain. simple living hai, tab high thinking hai.</w:t>
      </w:r>
      <w:r>
        <w:br/>
      </w:r>
      <w:r>
        <w:rPr>
          <w:sz w:val="20"/>
        </w:rPr>
        <w:t>22:23  simple living nahi to high thinking bhi nahi. to modern consumerism ne logon se simple living ko cheen liya.</w:t>
      </w:r>
    </w:p>
    <w:p>
      <w:pPr>
        <w:pStyle w:val="Heading2"/>
      </w:pPr>
      <w:r>
        <w:t>Failure of emotional political movements</w:t>
      </w:r>
    </w:p>
    <w:p>
      <w:r>
        <w:rPr>
          <w:color w:val="666666"/>
          <w:sz w:val="18"/>
        </w:rPr>
        <w:t>Spirit of Islam- Sunday 24 March 2011 · 2m 16s · at 4:03 · https://youtu.be/HPiQHG7Pd3k?t=243</w:t>
      </w:r>
    </w:p>
    <w:p>
      <w:r>
        <w:rPr>
          <w:i/>
        </w:rPr>
        <w:t>“Bohat joshili taqrirein karte thay woh”</w:t>
      </w:r>
    </w:p>
    <w:p>
      <w:r>
        <w:rPr>
          <w:sz w:val="20"/>
        </w:rPr>
        <w:t>4:03  bohat josheeli taqreeren karte the woh. hamare ilake mein sarai-e-bir ke maidan mein ek jalsa hua tha us zamane mein. yeh baat hai jab ke main chhota tha, bachpan ka zamana tha, bohat pehle ki baat hai. to wahan bohat hi un ki taqreer hui, bohat hi ghan-gharaj ke sath.</w:t>
      </w:r>
      <w:r>
        <w:br/>
      </w:r>
      <w:r>
        <w:rPr>
          <w:sz w:val="20"/>
        </w:rPr>
        <w:t>4:27  to taqreer ke baad ek boodha aadmi utha majme se, woh majme ko cheerta hua pahuncha. aur maulana muhammad ali ki peeth thapthapai aur kaha ke muhammad ali jab inteha ki hai kyun nahi ki hai? yeh dehati boli hai ke muhammad ali jo tu ne kiya kisi ne nahi kiya.</w:t>
      </w:r>
      <w:r>
        <w:br/>
      </w:r>
      <w:r>
        <w:rPr>
          <w:sz w:val="20"/>
        </w:rPr>
        <w:t>4:57  lekin isi muhammad ali ka haal kya hua aakhri zamane mein? ke unhon ne angora fund aur pata nahi kya kya schemein chalayi thi, khoob paise diye logon ne. to ek jalse mein unhon ne taqreeren keen to auraton ne, yani mardon ne jeib ke paise nikal kar de diye, auraton ne zevar utar kar de diye.</w:t>
      </w:r>
      <w:r>
        <w:br/>
      </w:r>
      <w:r>
        <w:rPr>
          <w:sz w:val="20"/>
        </w:rPr>
        <w:t>5:24  to ek aurat ne apne kaan ki bali utar kar de di thi us fund mein, woh siyasat bedari ka jo fund tha. lekin muhammad ali ki zindagi mein sab flop ho gaya, kuch bhi nahi hua. to ek jalse mein aakhri zamane ka qissa hai, muhammad ali ne ek jalsa kiya.</w:t>
      </w:r>
      <w:r>
        <w:br/>
      </w:r>
      <w:r>
        <w:rPr>
          <w:sz w:val="20"/>
        </w:rPr>
        <w:t>5:51  to woh aurat wahan maujood thi, woh uthi, us ne kaha ke muhammad ali mere kaan ki baliyan kahan hain? muhammad ali mere kaan ki baliyan kahan hain? matlab main ne sacrifice kiya tha to tum result batao is ka. wohi aaj bhi hai.</w:t>
      </w:r>
      <w:r>
        <w:br/>
      </w:r>
      <w:r>
        <w:rPr>
          <w:sz w:val="20"/>
        </w:rPr>
        <w:t>6:19  to sau baras mein sau se zyada bar musalmanon ne bedari ke naam par hangame kiye. lekin bedari nahi aayi. kuch bhi nahi aaya balki ulta hota chala gaya. yani counter productive banti chali gayi hamari sari activities.</w:t>
      </w:r>
    </w:p>
    <w:p>
      <w:pPr>
        <w:pStyle w:val="Heading2"/>
      </w:pPr>
      <w:r>
        <w:t>Why bigger difficulties are bigger blessings</w:t>
      </w:r>
    </w:p>
    <w:p>
      <w:r>
        <w:rPr>
          <w:color w:val="666666"/>
          <w:sz w:val="18"/>
        </w:rPr>
        <w:t>Science of Life Sep 10, 2006 Maulana Wahiduddin Khan · 2m 23s · at 1:26:01 · https://youtu.be/9ZRasJA7jTw?t=5161</w:t>
      </w:r>
    </w:p>
    <w:p>
      <w:r>
        <w:rPr>
          <w:i/>
        </w:rPr>
        <w:t>“Har kisi ko alag test paper milta hai, kya yeh fair hai?”</w:t>
      </w:r>
    </w:p>
    <w:p>
      <w:r>
        <w:rPr>
          <w:sz w:val="20"/>
        </w:rPr>
        <w:t>1:26:01  das question is from idrees: you mention that this world is a test, but everyone gets different test papers with different levels of difficulties.</w:t>
      </w:r>
      <w:r>
        <w:br/>
      </w:r>
      <w:r>
        <w:rPr>
          <w:sz w:val="20"/>
        </w:rPr>
        <w:t>1:26:12  is it fair?</w:t>
      </w:r>
      <w:r>
        <w:br/>
      </w:r>
      <w:r>
        <w:rPr>
          <w:sz w:val="20"/>
        </w:rPr>
        <w:t>1:26:16  dekhen, fair hai. is mein yaani different hone se kya farq pada? bohat se log aap yeh keh sakte hain ke choti difficulty aur bari difficulty.</w:t>
      </w:r>
      <w:r>
        <w:br/>
      </w:r>
      <w:r>
        <w:rPr>
          <w:sz w:val="20"/>
        </w:rPr>
        <w:t>1:26:25  to mein ne apne andar paya hai apni zindagi mein ke bari difficulty zyada bari blessing hai. kyunke bari difficulty to aap ke mind ko hilati hai. choti difficulty mein kya hilega aap ke mind?</w:t>
      </w:r>
      <w:r>
        <w:br/>
      </w:r>
      <w:r>
        <w:rPr>
          <w:sz w:val="20"/>
        </w:rPr>
        <w:t>1:26:38  jaise mein ne kaha ke mere mein orphan ho gaya, yateem ho gaya. to hum log, hamari bohat bari zimmedari thi, hum landlord thay.</w:t>
      </w:r>
      <w:r>
        <w:br/>
      </w:r>
      <w:r>
        <w:rPr>
          <w:sz w:val="20"/>
        </w:rPr>
        <w:t>1:26:47  to baap ke marte hi hum aik dam woh ho gaye, yaani aik dam yaani woh ho gaye.</w:t>
      </w:r>
      <w:r>
        <w:br/>
      </w:r>
      <w:r>
        <w:rPr>
          <w:sz w:val="20"/>
        </w:rPr>
        <w:t>1:26:56  yun kehna chahiye ke penniless ho gaye. baap ke marte hi aik dam halaat aise badle. to woh to bohat bari difficulty hamare samne pesh aa gayi, bohat bari difficulty.</w:t>
      </w:r>
      <w:r>
        <w:br/>
      </w:r>
      <w:r>
        <w:rPr>
          <w:sz w:val="20"/>
        </w:rPr>
        <w:t>1:27:07  lekin isi difficulty se jo hammering hui, hammering isi se mera mind active hua aur phir mein sachai ko discover kar saka.</w:t>
      </w:r>
      <w:r>
        <w:br/>
      </w:r>
      <w:r>
        <w:rPr>
          <w:sz w:val="20"/>
        </w:rPr>
        <w:t>1:27:15  to mein samajhta hoon ke bari difficulty agar hai to woh bari blessing hai. woh yeh yaani woh aadmi zyada, yaani Khuda ne zyada is par blessing ki jis ko bari difficulty mein daal diya.</w:t>
      </w:r>
      <w:r>
        <w:br/>
      </w:r>
      <w:r>
        <w:rPr>
          <w:sz w:val="20"/>
        </w:rPr>
        <w:t>1:27:31  aap history mein dekhen jo log guzre hain to difficulty hi ne unhein banaya hai. angrezi ka aik misl bohat acha hai: it is not ease but effort, not difficulty.</w:t>
      </w:r>
      <w:r>
        <w:br/>
      </w:r>
      <w:r>
        <w:rPr>
          <w:sz w:val="20"/>
        </w:rPr>
        <w:t>1:27:44  it is not ease but effort, not facility but difficulty. that makes man ke choti difficulty se chota insan banta hai, bari difficulty se bara insan banta hai.</w:t>
      </w:r>
      <w:r>
        <w:br/>
      </w:r>
      <w:r>
        <w:rPr>
          <w:sz w:val="20"/>
        </w:rPr>
        <w:t>1:27:54  yeh hai formula.</w:t>
      </w:r>
    </w:p>
    <w:p>
      <w:pPr>
        <w:pStyle w:val="Heading2"/>
      </w:pPr>
      <w:r>
        <w:t>Christ's saying: if man fails to speak, stones cry out</w:t>
      </w:r>
    </w:p>
    <w:p>
      <w:r>
        <w:rPr>
          <w:color w:val="666666"/>
          <w:sz w:val="18"/>
        </w:rPr>
        <w:t>From The Spiritual Tree January 19, 2007 Maulana Wahiduddin Khan · 30s · at 2:15 · https://youtu.be/XhXDz32Av4Q?t=135</w:t>
      </w:r>
    </w:p>
    <w:p>
      <w:r>
        <w:rPr>
          <w:i/>
        </w:rPr>
        <w:t>“Agar insan na bolein to patthar chillayenge”</w:t>
      </w:r>
    </w:p>
    <w:p>
      <w:r>
        <w:rPr>
          <w:sz w:val="20"/>
        </w:rPr>
        <w:t>2:15  ke agar insan na bolein toh pathar chalayenge.</w:t>
      </w:r>
      <w:r>
        <w:br/>
      </w:r>
      <w:r>
        <w:rPr>
          <w:sz w:val="20"/>
        </w:rPr>
        <w:t>2:23  yeh baat new testament ke chapter Luke mein hai.</w:t>
      </w:r>
      <w:r>
        <w:br/>
      </w:r>
      <w:r>
        <w:rPr>
          <w:sz w:val="20"/>
        </w:rPr>
        <w:t>2:31  woh is tarah se hai is mein ke "If man fails to speak, stones will cry out."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